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A69" w:rsidRPr="00EB5D28" w:rsidRDefault="00EB5D28">
      <w:pPr>
        <w:spacing w:after="0" w:line="240" w:lineRule="auto"/>
        <w:jc w:val="center"/>
        <w:rPr>
          <w:szCs w:val="28"/>
        </w:rPr>
      </w:pPr>
      <w:bookmarkStart w:id="0" w:name="_GoBack"/>
      <w:r w:rsidRPr="00EB5D28">
        <w:rPr>
          <w:b/>
          <w:szCs w:val="28"/>
        </w:rPr>
        <w:t>TUẦN 30</w:t>
      </w:r>
    </w:p>
    <w:p w:rsidR="00930A69" w:rsidRPr="00EB5D28" w:rsidRDefault="00EB5D28">
      <w:pPr>
        <w:spacing w:after="0" w:line="240" w:lineRule="auto"/>
        <w:jc w:val="center"/>
        <w:rPr>
          <w:szCs w:val="28"/>
        </w:rPr>
      </w:pPr>
      <w:r w:rsidRPr="00EB5D28">
        <w:rPr>
          <w:b/>
          <w:szCs w:val="28"/>
        </w:rPr>
        <w:t>ĐẠO ĐỨC</w:t>
      </w:r>
    </w:p>
    <w:p w:rsidR="00930A69" w:rsidRPr="00EB5D28" w:rsidRDefault="00EB5D28">
      <w:pPr>
        <w:spacing w:after="0" w:line="240" w:lineRule="auto"/>
        <w:jc w:val="center"/>
        <w:rPr>
          <w:szCs w:val="28"/>
        </w:rPr>
      </w:pPr>
      <w:r w:rsidRPr="00EB5D28">
        <w:rPr>
          <w:b/>
          <w:szCs w:val="28"/>
        </w:rPr>
        <w:t>CHỦ ĐỀ 7: XỬ LÝ BẤT HÒA VỚI BẠN BÈ</w:t>
      </w:r>
    </w:p>
    <w:p w:rsidR="00930A69" w:rsidRPr="00EB5D28" w:rsidRDefault="00EB5D28">
      <w:pPr>
        <w:spacing w:after="0" w:line="240" w:lineRule="auto"/>
        <w:jc w:val="center"/>
        <w:rPr>
          <w:szCs w:val="28"/>
        </w:rPr>
      </w:pPr>
      <w:r w:rsidRPr="00EB5D28">
        <w:rPr>
          <w:b/>
          <w:szCs w:val="28"/>
        </w:rPr>
        <w:t>Bài 08: Xử lý bất hòa với bạn bè (Tiết 4)</w:t>
      </w:r>
    </w:p>
    <w:p w:rsidR="00930A69" w:rsidRPr="00EB5D28" w:rsidRDefault="00EB5D28">
      <w:pPr>
        <w:spacing w:after="0" w:line="240" w:lineRule="auto"/>
        <w:rPr>
          <w:szCs w:val="28"/>
        </w:rPr>
      </w:pPr>
      <w:r w:rsidRPr="00EB5D28">
        <w:rPr>
          <w:b/>
          <w:szCs w:val="28"/>
        </w:rPr>
        <w:t>I. YÊU CẦU CẦN ĐẠT:</w:t>
      </w:r>
    </w:p>
    <w:p w:rsidR="00930A69" w:rsidRPr="00EB5D28" w:rsidRDefault="00EB5D28">
      <w:pPr>
        <w:spacing w:after="0" w:line="240" w:lineRule="auto"/>
        <w:rPr>
          <w:szCs w:val="28"/>
        </w:rPr>
      </w:pPr>
      <w:r w:rsidRPr="00EB5D28">
        <w:rPr>
          <w:b/>
          <w:szCs w:val="28"/>
        </w:rPr>
        <w:t>1. Năng lực đặc thù</w:t>
      </w:r>
      <w:r w:rsidRPr="00EB5D28">
        <w:rPr>
          <w:szCs w:val="28"/>
        </w:rPr>
        <w:t>: Sau bài học, học sinh sẽ:</w:t>
      </w:r>
    </w:p>
    <w:p w:rsidR="00930A69" w:rsidRPr="00EB5D28" w:rsidRDefault="00EB5D28">
      <w:pPr>
        <w:spacing w:after="0" w:line="240" w:lineRule="auto"/>
        <w:rPr>
          <w:szCs w:val="28"/>
        </w:rPr>
      </w:pPr>
      <w:r w:rsidRPr="00EB5D28">
        <w:rPr>
          <w:szCs w:val="28"/>
        </w:rPr>
        <w:t>- Thực hiện được một số cách đơn giản, phù hợp để xử lý bất hòa với bạn bè.</w:t>
      </w:r>
    </w:p>
    <w:p w:rsidR="00930A69" w:rsidRPr="00EB5D28" w:rsidRDefault="00EB5D28">
      <w:pPr>
        <w:spacing w:after="0" w:line="240" w:lineRule="auto"/>
        <w:rPr>
          <w:szCs w:val="28"/>
        </w:rPr>
      </w:pPr>
      <w:r w:rsidRPr="00EB5D28">
        <w:rPr>
          <w:szCs w:val="28"/>
        </w:rPr>
        <w:t>- Sẵn sàng giúp bạn</w:t>
      </w:r>
      <w:r w:rsidRPr="00EB5D28">
        <w:rPr>
          <w:szCs w:val="28"/>
        </w:rPr>
        <w:t xml:space="preserve"> bè xử lý bất hòa với nhau.</w:t>
      </w:r>
    </w:p>
    <w:p w:rsidR="00930A69" w:rsidRPr="00EB5D28" w:rsidRDefault="00EB5D28">
      <w:pPr>
        <w:spacing w:after="0" w:line="240" w:lineRule="auto"/>
        <w:rPr>
          <w:szCs w:val="28"/>
        </w:rPr>
      </w:pPr>
      <w:r w:rsidRPr="00EB5D28">
        <w:rPr>
          <w:szCs w:val="28"/>
        </w:rPr>
        <w:t>- Rèn năng lực điều chỉnh hành vi, phát triển bản thân.</w:t>
      </w:r>
    </w:p>
    <w:p w:rsidR="00930A69" w:rsidRPr="00EB5D28" w:rsidRDefault="00EB5D28">
      <w:pPr>
        <w:spacing w:after="0" w:line="240" w:lineRule="auto"/>
        <w:rPr>
          <w:szCs w:val="28"/>
        </w:rPr>
      </w:pPr>
      <w:r w:rsidRPr="00EB5D28">
        <w:rPr>
          <w:szCs w:val="28"/>
        </w:rPr>
        <w:t>- Hình thành phẩm chất nhân ái.</w:t>
      </w:r>
    </w:p>
    <w:p w:rsidR="00930A69" w:rsidRPr="00EB5D28" w:rsidRDefault="00EB5D28">
      <w:pPr>
        <w:spacing w:after="0" w:line="240" w:lineRule="auto"/>
        <w:rPr>
          <w:szCs w:val="28"/>
        </w:rPr>
      </w:pPr>
      <w:r w:rsidRPr="00EB5D28">
        <w:rPr>
          <w:b/>
          <w:szCs w:val="28"/>
        </w:rPr>
        <w:t>2. Năng lực chung</w:t>
      </w:r>
      <w:r w:rsidRPr="00EB5D28">
        <w:rPr>
          <w:szCs w:val="28"/>
        </w:rPr>
        <w:t>.</w:t>
      </w:r>
    </w:p>
    <w:p w:rsidR="00930A69" w:rsidRPr="00EB5D28" w:rsidRDefault="00EB5D28">
      <w:pPr>
        <w:spacing w:after="0" w:line="240" w:lineRule="auto"/>
        <w:rPr>
          <w:szCs w:val="28"/>
        </w:rPr>
      </w:pPr>
      <w:r w:rsidRPr="00EB5D28">
        <w:rPr>
          <w:szCs w:val="28"/>
        </w:rPr>
        <w:t>- Năng lực tự chủ, tự học: lắng nghe, trả lời câu hỏi, làm bài tập.</w:t>
      </w:r>
    </w:p>
    <w:p w:rsidR="00930A69" w:rsidRPr="00EB5D28" w:rsidRDefault="00EB5D28">
      <w:pPr>
        <w:spacing w:after="0" w:line="240" w:lineRule="auto"/>
        <w:rPr>
          <w:szCs w:val="28"/>
        </w:rPr>
      </w:pPr>
      <w:r w:rsidRPr="00EB5D28">
        <w:rPr>
          <w:szCs w:val="28"/>
        </w:rPr>
        <w:t>- Năng lực giải quyết vấn đề và sáng tạo: tham gia tr</w:t>
      </w:r>
      <w:r w:rsidRPr="00EB5D28">
        <w:rPr>
          <w:szCs w:val="28"/>
        </w:rPr>
        <w:t>ò chơi, vận dụng.</w:t>
      </w:r>
    </w:p>
    <w:p w:rsidR="00930A69" w:rsidRPr="00EB5D28" w:rsidRDefault="00EB5D28">
      <w:pPr>
        <w:spacing w:after="0" w:line="240" w:lineRule="auto"/>
        <w:rPr>
          <w:szCs w:val="28"/>
        </w:rPr>
      </w:pPr>
      <w:r w:rsidRPr="00EB5D28">
        <w:rPr>
          <w:szCs w:val="28"/>
        </w:rPr>
        <w:t>- Năng lực giao tiếp và hợp tác: hoạt động nhóm.</w:t>
      </w:r>
    </w:p>
    <w:p w:rsidR="00930A69" w:rsidRPr="00EB5D28" w:rsidRDefault="00EB5D28">
      <w:pPr>
        <w:spacing w:after="0" w:line="240" w:lineRule="auto"/>
        <w:rPr>
          <w:szCs w:val="28"/>
        </w:rPr>
      </w:pPr>
      <w:r w:rsidRPr="00EB5D28">
        <w:rPr>
          <w:b/>
          <w:szCs w:val="28"/>
        </w:rPr>
        <w:t>3. Phẩm chất</w:t>
      </w:r>
      <w:r w:rsidRPr="00EB5D28">
        <w:rPr>
          <w:szCs w:val="28"/>
        </w:rPr>
        <w:t>.</w:t>
      </w:r>
    </w:p>
    <w:p w:rsidR="00930A69" w:rsidRPr="00EB5D28" w:rsidRDefault="00EB5D28">
      <w:pPr>
        <w:spacing w:after="0" w:line="240" w:lineRule="auto"/>
        <w:rPr>
          <w:szCs w:val="28"/>
        </w:rPr>
      </w:pPr>
      <w:r w:rsidRPr="00EB5D28">
        <w:rPr>
          <w:szCs w:val="28"/>
        </w:rPr>
        <w:t>- Phẩm chất nhân ái: Có ý thức quan tâm đến bạ bè</w:t>
      </w:r>
    </w:p>
    <w:p w:rsidR="00930A69" w:rsidRPr="00EB5D28" w:rsidRDefault="00EB5D28">
      <w:pPr>
        <w:spacing w:after="0" w:line="240" w:lineRule="auto"/>
        <w:rPr>
          <w:szCs w:val="28"/>
        </w:rPr>
      </w:pPr>
      <w:r w:rsidRPr="00EB5D28">
        <w:rPr>
          <w:szCs w:val="28"/>
        </w:rPr>
        <w:t>- Phẩm chất chăm chỉ: Chăm chỉ suy nghĩ, trả lời câu hỏi; làm tốt các bài tập.</w:t>
      </w:r>
    </w:p>
    <w:p w:rsidR="00930A69" w:rsidRPr="00EB5D28" w:rsidRDefault="00EB5D28">
      <w:pPr>
        <w:spacing w:after="0" w:line="240" w:lineRule="auto"/>
        <w:rPr>
          <w:szCs w:val="28"/>
        </w:rPr>
      </w:pPr>
      <w:r w:rsidRPr="00EB5D28">
        <w:rPr>
          <w:szCs w:val="28"/>
        </w:rPr>
        <w:t>- Phẩm chất trách nhiệm: Giữ trật tự, biết lắn</w:t>
      </w:r>
      <w:r w:rsidRPr="00EB5D28">
        <w:rPr>
          <w:szCs w:val="28"/>
        </w:rPr>
        <w:t>g nghe, học tập nghiêm túc.</w:t>
      </w:r>
    </w:p>
    <w:p w:rsidR="00930A69" w:rsidRPr="00EB5D28" w:rsidRDefault="00EB5D28">
      <w:pPr>
        <w:spacing w:after="0" w:line="240" w:lineRule="auto"/>
        <w:rPr>
          <w:szCs w:val="28"/>
        </w:rPr>
      </w:pPr>
      <w:r w:rsidRPr="00EB5D28">
        <w:rPr>
          <w:b/>
          <w:szCs w:val="28"/>
        </w:rPr>
        <w:t xml:space="preserve">4. Tích hợp: </w:t>
      </w:r>
      <w:r w:rsidRPr="00EB5D28">
        <w:rPr>
          <w:b/>
          <w:color w:val="FF0000"/>
          <w:szCs w:val="28"/>
        </w:rPr>
        <w:t>Lý tưởng cách mạng, đạo đức, lối sống</w:t>
      </w:r>
      <w:r w:rsidRPr="00EB5D28">
        <w:rPr>
          <w:color w:val="FF0000"/>
          <w:szCs w:val="28"/>
        </w:rPr>
        <w:t xml:space="preserve"> (giáo dục HS đoàn kết, nhân ái; ứng xử văn minh, biết lắng nghe – nhận lỗi – làm hòa; sống có trách nhiệm với tập thể).</w:t>
      </w:r>
    </w:p>
    <w:p w:rsidR="00930A69" w:rsidRPr="00EB5D28" w:rsidRDefault="00EB5D28">
      <w:pPr>
        <w:spacing w:after="0" w:line="240" w:lineRule="auto"/>
        <w:rPr>
          <w:szCs w:val="28"/>
        </w:rPr>
      </w:pPr>
      <w:r w:rsidRPr="00EB5D28">
        <w:rPr>
          <w:b/>
          <w:szCs w:val="28"/>
        </w:rPr>
        <w:t>II. ĐỒ DÙNG DẠY HỌC</w:t>
      </w:r>
    </w:p>
    <w:p w:rsidR="00930A69" w:rsidRPr="00EB5D28" w:rsidRDefault="00EB5D28">
      <w:pPr>
        <w:spacing w:after="0" w:line="240" w:lineRule="auto"/>
        <w:rPr>
          <w:szCs w:val="28"/>
        </w:rPr>
      </w:pPr>
      <w:r w:rsidRPr="00EB5D28">
        <w:rPr>
          <w:szCs w:val="28"/>
        </w:rPr>
        <w:t>- Kế hoạch bài dạy, bài giảng Power p</w:t>
      </w:r>
      <w:r w:rsidRPr="00EB5D28">
        <w:rPr>
          <w:szCs w:val="28"/>
        </w:rPr>
        <w:t>oint.</w:t>
      </w:r>
    </w:p>
    <w:p w:rsidR="00930A69" w:rsidRPr="00EB5D28" w:rsidRDefault="00EB5D28">
      <w:pPr>
        <w:spacing w:after="0" w:line="240" w:lineRule="auto"/>
        <w:rPr>
          <w:szCs w:val="28"/>
        </w:rPr>
      </w:pPr>
      <w:r w:rsidRPr="00EB5D28">
        <w:rPr>
          <w:szCs w:val="28"/>
        </w:rPr>
        <w:t>- SGK và các thiết bị, học liệu phụ vụ cho tiết dạy.</w:t>
      </w:r>
    </w:p>
    <w:p w:rsidR="00930A69" w:rsidRPr="00EB5D28" w:rsidRDefault="00EB5D28">
      <w:pPr>
        <w:spacing w:after="0" w:line="240" w:lineRule="auto"/>
        <w:rPr>
          <w:szCs w:val="28"/>
        </w:rPr>
      </w:pPr>
      <w:r w:rsidRPr="00EB5D28">
        <w:rPr>
          <w:b/>
          <w:szCs w:val="28"/>
        </w:rPr>
        <w:t>III. HOẠT ĐỘNG DẠY HỌC</w:t>
      </w:r>
    </w:p>
    <w:tbl>
      <w:tblPr>
        <w:tblStyle w:val="TableGrid"/>
        <w:tblW w:w="0" w:type="auto"/>
        <w:tblLook w:val="04A0" w:firstRow="1" w:lastRow="0" w:firstColumn="1" w:lastColumn="0" w:noHBand="0" w:noVBand="1"/>
      </w:tblPr>
      <w:tblGrid>
        <w:gridCol w:w="4986"/>
        <w:gridCol w:w="4986"/>
      </w:tblGrid>
      <w:tr w:rsidR="00930A69" w:rsidRPr="00EB5D28">
        <w:tc>
          <w:tcPr>
            <w:tcW w:w="4986" w:type="dxa"/>
          </w:tcPr>
          <w:p w:rsidR="00930A69" w:rsidRPr="00EB5D28" w:rsidRDefault="00EB5D28">
            <w:pPr>
              <w:jc w:val="center"/>
              <w:rPr>
                <w:szCs w:val="28"/>
              </w:rPr>
            </w:pPr>
            <w:r w:rsidRPr="00EB5D28">
              <w:rPr>
                <w:b/>
                <w:szCs w:val="28"/>
              </w:rPr>
              <w:t>Hoạt động của giáo viên</w:t>
            </w:r>
          </w:p>
        </w:tc>
        <w:tc>
          <w:tcPr>
            <w:tcW w:w="4986" w:type="dxa"/>
          </w:tcPr>
          <w:p w:rsidR="00930A69" w:rsidRPr="00EB5D28" w:rsidRDefault="00EB5D28">
            <w:pPr>
              <w:jc w:val="center"/>
              <w:rPr>
                <w:szCs w:val="28"/>
              </w:rPr>
            </w:pPr>
            <w:r w:rsidRPr="00EB5D28">
              <w:rPr>
                <w:b/>
                <w:szCs w:val="28"/>
              </w:rPr>
              <w:t>Hoạt động của học sinh</w:t>
            </w:r>
          </w:p>
        </w:tc>
      </w:tr>
      <w:tr w:rsidR="00930A69" w:rsidRPr="00EB5D28">
        <w:tc>
          <w:tcPr>
            <w:tcW w:w="9972" w:type="dxa"/>
            <w:gridSpan w:val="2"/>
          </w:tcPr>
          <w:p w:rsidR="00930A69" w:rsidRPr="00EB5D28" w:rsidRDefault="00EB5D28">
            <w:pPr>
              <w:rPr>
                <w:szCs w:val="28"/>
              </w:rPr>
            </w:pPr>
            <w:r w:rsidRPr="00EB5D28">
              <w:rPr>
                <w:b/>
                <w:szCs w:val="28"/>
              </w:rPr>
              <w:t xml:space="preserve">1. Khởi động </w:t>
            </w:r>
            <w:proofErr w:type="gramStart"/>
            <w:r w:rsidRPr="00EB5D28">
              <w:rPr>
                <w:b/>
                <w:szCs w:val="28"/>
              </w:rPr>
              <w:t>( 5</w:t>
            </w:r>
            <w:proofErr w:type="gramEnd"/>
            <w:r w:rsidRPr="00EB5D28">
              <w:rPr>
                <w:b/>
                <w:szCs w:val="28"/>
              </w:rPr>
              <w:t xml:space="preserve"> phút)</w:t>
            </w:r>
          </w:p>
          <w:p w:rsidR="00930A69" w:rsidRPr="00EB5D28" w:rsidRDefault="00EB5D28">
            <w:pPr>
              <w:rPr>
                <w:szCs w:val="28"/>
              </w:rPr>
            </w:pPr>
            <w:r w:rsidRPr="00EB5D28">
              <w:rPr>
                <w:szCs w:val="28"/>
              </w:rPr>
              <w:t xml:space="preserve">- </w:t>
            </w:r>
            <w:r w:rsidRPr="00EB5D28">
              <w:rPr>
                <w:b/>
                <w:szCs w:val="28"/>
              </w:rPr>
              <w:t>Mục tiêu</w:t>
            </w:r>
            <w:r w:rsidRPr="00EB5D28">
              <w:rPr>
                <w:szCs w:val="28"/>
              </w:rPr>
              <w:t>: Tạo không khí vui vẻ, khấn khởi trước giờ học.</w:t>
            </w:r>
          </w:p>
          <w:p w:rsidR="00930A69" w:rsidRPr="00EB5D28" w:rsidRDefault="00EB5D28">
            <w:pPr>
              <w:rPr>
                <w:szCs w:val="28"/>
              </w:rPr>
            </w:pPr>
            <w:r w:rsidRPr="00EB5D28">
              <w:rPr>
                <w:szCs w:val="28"/>
              </w:rPr>
              <w:t>- Cách tiến hành:</w:t>
            </w:r>
          </w:p>
        </w:tc>
      </w:tr>
      <w:tr w:rsidR="00930A69" w:rsidRPr="00EB5D28">
        <w:tc>
          <w:tcPr>
            <w:tcW w:w="4986" w:type="dxa"/>
          </w:tcPr>
          <w:p w:rsidR="00930A69" w:rsidRPr="00EB5D28" w:rsidRDefault="00EB5D28">
            <w:pPr>
              <w:rPr>
                <w:szCs w:val="28"/>
              </w:rPr>
            </w:pPr>
            <w:r w:rsidRPr="00EB5D28">
              <w:rPr>
                <w:szCs w:val="28"/>
              </w:rPr>
              <w:t xml:space="preserve">- GV tổ chức trò chơi </w:t>
            </w:r>
            <w:r w:rsidRPr="00EB5D28">
              <w:rPr>
                <w:szCs w:val="28"/>
              </w:rPr>
              <w:t>“Hái hoa dân chủ”</w:t>
            </w:r>
          </w:p>
        </w:tc>
        <w:tc>
          <w:tcPr>
            <w:tcW w:w="4986" w:type="dxa"/>
          </w:tcPr>
          <w:p w:rsidR="00930A69" w:rsidRPr="00EB5D28" w:rsidRDefault="00EB5D28">
            <w:pPr>
              <w:rPr>
                <w:szCs w:val="28"/>
              </w:rPr>
            </w:pPr>
            <w:r w:rsidRPr="00EB5D28">
              <w:rPr>
                <w:szCs w:val="28"/>
              </w:rPr>
              <w:t>- HS tham gia trò chơi theo hướng dẫn của GV, lần lượt “hái hoa” và trả lời câu hỏi trong bông hoa.</w:t>
            </w:r>
          </w:p>
        </w:tc>
      </w:tr>
      <w:tr w:rsidR="00930A69" w:rsidRPr="00EB5D28">
        <w:tc>
          <w:tcPr>
            <w:tcW w:w="4986" w:type="dxa"/>
          </w:tcPr>
          <w:p w:rsidR="00930A69" w:rsidRPr="00EB5D28" w:rsidRDefault="00EB5D28">
            <w:pPr>
              <w:rPr>
                <w:szCs w:val="28"/>
              </w:rPr>
            </w:pPr>
            <w:r w:rsidRPr="00EB5D28">
              <w:rPr>
                <w:szCs w:val="28"/>
              </w:rPr>
              <w:t>- Cho HS chơi trò chơi</w:t>
            </w:r>
          </w:p>
        </w:tc>
        <w:tc>
          <w:tcPr>
            <w:tcW w:w="4986" w:type="dxa"/>
          </w:tcPr>
          <w:p w:rsidR="00930A69" w:rsidRPr="00EB5D28" w:rsidRDefault="00EB5D28">
            <w:pPr>
              <w:rPr>
                <w:szCs w:val="28"/>
              </w:rPr>
            </w:pPr>
            <w:r w:rsidRPr="00EB5D28">
              <w:rPr>
                <w:szCs w:val="28"/>
              </w:rPr>
              <w:t>- HS chơi trò chơi, cổ vũ bạn, giữ trật tự và thực hiện đúng luật.</w:t>
            </w:r>
          </w:p>
        </w:tc>
      </w:tr>
      <w:tr w:rsidR="00930A69" w:rsidRPr="00EB5D28">
        <w:tc>
          <w:tcPr>
            <w:tcW w:w="4986" w:type="dxa"/>
          </w:tcPr>
          <w:p w:rsidR="00930A69" w:rsidRPr="00EB5D28" w:rsidRDefault="00EB5D28">
            <w:pPr>
              <w:rPr>
                <w:szCs w:val="28"/>
              </w:rPr>
            </w:pPr>
            <w:r w:rsidRPr="00EB5D28">
              <w:rPr>
                <w:szCs w:val="28"/>
              </w:rPr>
              <w:t>- Nêu 1 việc làm xử lý bất hòa với bạn bè</w:t>
            </w:r>
          </w:p>
        </w:tc>
        <w:tc>
          <w:tcPr>
            <w:tcW w:w="4986" w:type="dxa"/>
          </w:tcPr>
          <w:p w:rsidR="00930A69" w:rsidRPr="00EB5D28" w:rsidRDefault="00EB5D28">
            <w:pPr>
              <w:rPr>
                <w:szCs w:val="28"/>
              </w:rPr>
            </w:pPr>
            <w:r w:rsidRPr="00EB5D28">
              <w:rPr>
                <w:szCs w:val="28"/>
              </w:rPr>
              <w:t>- HS</w:t>
            </w:r>
            <w:r w:rsidRPr="00EB5D28">
              <w:rPr>
                <w:szCs w:val="28"/>
              </w:rPr>
              <w:t xml:space="preserve"> nêu 1 việc làm xử lý bất hòa với bạn bè (ví dụ: bình tĩnh, lắng nghe, tìm nguyên nhân, xin lỗi khi sai, chủ động làm hòa).</w:t>
            </w:r>
          </w:p>
        </w:tc>
      </w:tr>
      <w:tr w:rsidR="00930A69" w:rsidRPr="00EB5D28">
        <w:tc>
          <w:tcPr>
            <w:tcW w:w="4986" w:type="dxa"/>
          </w:tcPr>
          <w:p w:rsidR="00930A69" w:rsidRPr="00EB5D28" w:rsidRDefault="00EB5D28">
            <w:pPr>
              <w:rPr>
                <w:szCs w:val="28"/>
              </w:rPr>
            </w:pPr>
            <w:r w:rsidRPr="00EB5D28">
              <w:rPr>
                <w:szCs w:val="28"/>
              </w:rPr>
              <w:t>- GV Nhận xét, tuyên dương.</w:t>
            </w:r>
          </w:p>
        </w:tc>
        <w:tc>
          <w:tcPr>
            <w:tcW w:w="4986" w:type="dxa"/>
          </w:tcPr>
          <w:p w:rsidR="00930A69" w:rsidRPr="00EB5D28" w:rsidRDefault="00EB5D28">
            <w:pPr>
              <w:rPr>
                <w:szCs w:val="28"/>
              </w:rPr>
            </w:pPr>
            <w:r w:rsidRPr="00EB5D28">
              <w:rPr>
                <w:szCs w:val="28"/>
              </w:rPr>
              <w:t>- HS lắng nghe, vỗ tay tuyên dương bạn.</w:t>
            </w:r>
          </w:p>
        </w:tc>
      </w:tr>
      <w:tr w:rsidR="00930A69" w:rsidRPr="00EB5D28">
        <w:tc>
          <w:tcPr>
            <w:tcW w:w="4986" w:type="dxa"/>
          </w:tcPr>
          <w:p w:rsidR="00930A69" w:rsidRPr="00EB5D28" w:rsidRDefault="00EB5D28">
            <w:pPr>
              <w:rPr>
                <w:szCs w:val="28"/>
              </w:rPr>
            </w:pPr>
            <w:r w:rsidRPr="00EB5D28">
              <w:rPr>
                <w:szCs w:val="28"/>
              </w:rPr>
              <w:t>- GV dẫn dắt vào bài mới.</w:t>
            </w:r>
          </w:p>
        </w:tc>
        <w:tc>
          <w:tcPr>
            <w:tcW w:w="4986" w:type="dxa"/>
          </w:tcPr>
          <w:p w:rsidR="00930A69" w:rsidRPr="00EB5D28" w:rsidRDefault="00EB5D28">
            <w:pPr>
              <w:rPr>
                <w:szCs w:val="28"/>
              </w:rPr>
            </w:pPr>
            <w:r w:rsidRPr="00EB5D28">
              <w:rPr>
                <w:szCs w:val="28"/>
              </w:rPr>
              <w:t xml:space="preserve">- HS lắng nghe và sẵn sàng vào bài </w:t>
            </w:r>
            <w:r w:rsidRPr="00EB5D28">
              <w:rPr>
                <w:szCs w:val="28"/>
              </w:rPr>
              <w:t>mới.</w:t>
            </w:r>
          </w:p>
        </w:tc>
      </w:tr>
      <w:tr w:rsidR="00930A69" w:rsidRPr="00EB5D28">
        <w:tc>
          <w:tcPr>
            <w:tcW w:w="9972" w:type="dxa"/>
            <w:gridSpan w:val="2"/>
          </w:tcPr>
          <w:p w:rsidR="00930A69" w:rsidRPr="00EB5D28" w:rsidRDefault="00EB5D28">
            <w:pPr>
              <w:rPr>
                <w:szCs w:val="28"/>
              </w:rPr>
            </w:pPr>
            <w:r w:rsidRPr="00EB5D28">
              <w:rPr>
                <w:b/>
                <w:szCs w:val="28"/>
              </w:rPr>
              <w:t xml:space="preserve">2. Luyện tập: </w:t>
            </w:r>
            <w:proofErr w:type="gramStart"/>
            <w:r w:rsidRPr="00EB5D28">
              <w:rPr>
                <w:b/>
                <w:szCs w:val="28"/>
              </w:rPr>
              <w:t>( 25</w:t>
            </w:r>
            <w:proofErr w:type="gramEnd"/>
            <w:r w:rsidRPr="00EB5D28">
              <w:rPr>
                <w:b/>
                <w:szCs w:val="28"/>
              </w:rPr>
              <w:t xml:space="preserve"> phút)</w:t>
            </w:r>
          </w:p>
          <w:p w:rsidR="00930A69" w:rsidRPr="00EB5D28" w:rsidRDefault="00EB5D28">
            <w:pPr>
              <w:rPr>
                <w:szCs w:val="28"/>
              </w:rPr>
            </w:pPr>
            <w:r w:rsidRPr="00EB5D28">
              <w:rPr>
                <w:szCs w:val="28"/>
              </w:rPr>
              <w:t xml:space="preserve">- </w:t>
            </w:r>
            <w:r w:rsidRPr="00EB5D28">
              <w:rPr>
                <w:b/>
                <w:szCs w:val="28"/>
              </w:rPr>
              <w:t>Mục tiêu</w:t>
            </w:r>
            <w:r w:rsidRPr="00EB5D28">
              <w:rPr>
                <w:szCs w:val="28"/>
              </w:rPr>
              <w:t xml:space="preserve">: Giúp HS củng cố, khắc sâu những kiến thức đã học và thực hành xử lý </w:t>
            </w:r>
            <w:r w:rsidRPr="00EB5D28">
              <w:rPr>
                <w:szCs w:val="28"/>
              </w:rPr>
              <w:lastRenderedPageBreak/>
              <w:t>tình huống.</w:t>
            </w:r>
          </w:p>
          <w:p w:rsidR="00930A69" w:rsidRPr="00EB5D28" w:rsidRDefault="00EB5D28">
            <w:pPr>
              <w:rPr>
                <w:szCs w:val="28"/>
              </w:rPr>
            </w:pPr>
            <w:r w:rsidRPr="00EB5D28">
              <w:rPr>
                <w:szCs w:val="28"/>
              </w:rPr>
              <w:t>- Cách tiến hành:</w:t>
            </w:r>
          </w:p>
        </w:tc>
      </w:tr>
      <w:tr w:rsidR="00930A69" w:rsidRPr="00EB5D28">
        <w:tc>
          <w:tcPr>
            <w:tcW w:w="9972" w:type="dxa"/>
            <w:gridSpan w:val="2"/>
          </w:tcPr>
          <w:p w:rsidR="00930A69" w:rsidRPr="00EB5D28" w:rsidRDefault="00EB5D28">
            <w:pPr>
              <w:rPr>
                <w:szCs w:val="28"/>
              </w:rPr>
            </w:pPr>
            <w:r w:rsidRPr="00EB5D28">
              <w:rPr>
                <w:b/>
                <w:szCs w:val="28"/>
              </w:rPr>
              <w:lastRenderedPageBreak/>
              <w:t xml:space="preserve">Bài tập 3: Xử lý tình </w:t>
            </w:r>
            <w:proofErr w:type="gramStart"/>
            <w:r w:rsidRPr="00EB5D28">
              <w:rPr>
                <w:b/>
                <w:szCs w:val="28"/>
              </w:rPr>
              <w:t>huống( 15</w:t>
            </w:r>
            <w:proofErr w:type="gramEnd"/>
            <w:r w:rsidRPr="00EB5D28">
              <w:rPr>
                <w:b/>
                <w:szCs w:val="28"/>
              </w:rPr>
              <w:t>’)</w:t>
            </w:r>
          </w:p>
          <w:p w:rsidR="00930A69" w:rsidRPr="00EB5D28" w:rsidRDefault="00EB5D28">
            <w:pPr>
              <w:rPr>
                <w:szCs w:val="28"/>
              </w:rPr>
            </w:pPr>
            <w:r w:rsidRPr="00EB5D28">
              <w:rPr>
                <w:szCs w:val="28"/>
              </w:rPr>
              <w:t>- Cách tiến hành:</w:t>
            </w:r>
          </w:p>
        </w:tc>
      </w:tr>
      <w:tr w:rsidR="00930A69" w:rsidRPr="00EB5D28">
        <w:tc>
          <w:tcPr>
            <w:tcW w:w="4986" w:type="dxa"/>
          </w:tcPr>
          <w:p w:rsidR="00930A69" w:rsidRPr="00EB5D28" w:rsidRDefault="00EB5D28">
            <w:pPr>
              <w:rPr>
                <w:szCs w:val="28"/>
              </w:rPr>
            </w:pPr>
            <w:r w:rsidRPr="00EB5D28">
              <w:rPr>
                <w:szCs w:val="28"/>
              </w:rPr>
              <w:t>- GV gọi HS đọc yêu cầu 3 trong SGK</w:t>
            </w:r>
          </w:p>
          <w:p w:rsidR="00EB5D28" w:rsidRPr="00EB5D28" w:rsidRDefault="00EB5D28">
            <w:pPr>
              <w:rPr>
                <w:szCs w:val="28"/>
              </w:rPr>
            </w:pPr>
            <w:r w:rsidRPr="00EB5D28">
              <w:rPr>
                <w:noProof/>
                <w:szCs w:val="28"/>
                <w:lang w:val="vi-VN" w:eastAsia="vi-VN"/>
              </w:rPr>
              <w:drawing>
                <wp:inline distT="0" distB="0" distL="0" distR="0" wp14:anchorId="29E116E7" wp14:editId="3B386845">
                  <wp:extent cx="2920307"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4007" cy="2517786"/>
                          </a:xfrm>
                          <a:prstGeom prst="rect">
                            <a:avLst/>
                          </a:prstGeom>
                        </pic:spPr>
                      </pic:pic>
                    </a:graphicData>
                  </a:graphic>
                </wp:inline>
              </w:drawing>
            </w:r>
          </w:p>
        </w:tc>
        <w:tc>
          <w:tcPr>
            <w:tcW w:w="4986" w:type="dxa"/>
          </w:tcPr>
          <w:p w:rsidR="00930A69" w:rsidRPr="00EB5D28" w:rsidRDefault="00EB5D28">
            <w:pPr>
              <w:rPr>
                <w:szCs w:val="28"/>
              </w:rPr>
            </w:pPr>
            <w:r w:rsidRPr="00EB5D28">
              <w:rPr>
                <w:szCs w:val="28"/>
              </w:rPr>
              <w:t>- 1 -2 HS đọc yêu cầu bài</w:t>
            </w:r>
            <w:r w:rsidRPr="00EB5D28">
              <w:rPr>
                <w:szCs w:val="28"/>
              </w:rPr>
              <w:t xml:space="preserve"> 3</w:t>
            </w:r>
          </w:p>
          <w:p w:rsidR="00930A69" w:rsidRPr="00EB5D28" w:rsidRDefault="00EB5D28">
            <w:pPr>
              <w:rPr>
                <w:szCs w:val="28"/>
              </w:rPr>
            </w:pPr>
            <w:r w:rsidRPr="00EB5D28">
              <w:rPr>
                <w:szCs w:val="28"/>
              </w:rPr>
              <w:t>- Lớp đọc thầm theo.</w:t>
            </w:r>
          </w:p>
        </w:tc>
      </w:tr>
      <w:tr w:rsidR="00930A69" w:rsidRPr="00EB5D28">
        <w:tc>
          <w:tcPr>
            <w:tcW w:w="4986" w:type="dxa"/>
          </w:tcPr>
          <w:p w:rsidR="00930A69" w:rsidRPr="00EB5D28" w:rsidRDefault="00EB5D28">
            <w:pPr>
              <w:rPr>
                <w:szCs w:val="28"/>
              </w:rPr>
            </w:pPr>
            <w:r w:rsidRPr="00EB5D28">
              <w:rPr>
                <w:szCs w:val="28"/>
              </w:rPr>
              <w:t>- ? Bài yêu cầu gì?</w:t>
            </w:r>
          </w:p>
        </w:tc>
        <w:tc>
          <w:tcPr>
            <w:tcW w:w="4986" w:type="dxa"/>
          </w:tcPr>
          <w:p w:rsidR="00930A69" w:rsidRPr="00EB5D28" w:rsidRDefault="00EB5D28">
            <w:pPr>
              <w:rPr>
                <w:szCs w:val="28"/>
              </w:rPr>
            </w:pPr>
            <w:r w:rsidRPr="00EB5D28">
              <w:rPr>
                <w:szCs w:val="28"/>
              </w:rPr>
              <w:t>- HS trả lời: Bài yêu cầu đọc các tình huống, nêu cách xử lý phù hợp và có thể đóng vai để thể hiện cách giải quyết bất hòa.</w:t>
            </w:r>
          </w:p>
        </w:tc>
      </w:tr>
      <w:tr w:rsidR="00930A69" w:rsidRPr="00EB5D28">
        <w:tc>
          <w:tcPr>
            <w:tcW w:w="4986" w:type="dxa"/>
          </w:tcPr>
          <w:p w:rsidR="00930A69" w:rsidRPr="00EB5D28" w:rsidRDefault="00EB5D28">
            <w:pPr>
              <w:rPr>
                <w:szCs w:val="28"/>
              </w:rPr>
            </w:pPr>
            <w:r w:rsidRPr="00EB5D28">
              <w:rPr>
                <w:szCs w:val="28"/>
              </w:rPr>
              <w:t>- GV chiếu tranh.</w:t>
            </w:r>
          </w:p>
        </w:tc>
        <w:tc>
          <w:tcPr>
            <w:tcW w:w="4986" w:type="dxa"/>
          </w:tcPr>
          <w:p w:rsidR="00930A69" w:rsidRPr="00EB5D28" w:rsidRDefault="00EB5D28">
            <w:pPr>
              <w:rPr>
                <w:szCs w:val="28"/>
              </w:rPr>
            </w:pPr>
            <w:r w:rsidRPr="00EB5D28">
              <w:rPr>
                <w:szCs w:val="28"/>
              </w:rPr>
              <w:t>- HS quan sát tranh.</w:t>
            </w:r>
          </w:p>
        </w:tc>
      </w:tr>
      <w:tr w:rsidR="00930A69" w:rsidRPr="00EB5D28">
        <w:tc>
          <w:tcPr>
            <w:tcW w:w="4986" w:type="dxa"/>
          </w:tcPr>
          <w:p w:rsidR="00930A69" w:rsidRPr="00EB5D28" w:rsidRDefault="00EB5D28">
            <w:pPr>
              <w:rPr>
                <w:szCs w:val="28"/>
              </w:rPr>
            </w:pPr>
            <w:r w:rsidRPr="00EB5D28">
              <w:rPr>
                <w:szCs w:val="28"/>
              </w:rPr>
              <w:t>- GV yêu cầu HS quan sát tranh, đồng thời gọi</w:t>
            </w:r>
            <w:r w:rsidRPr="00EB5D28">
              <w:rPr>
                <w:szCs w:val="28"/>
              </w:rPr>
              <w:t xml:space="preserve"> HS đọc lần lượt 2 tình huống của bài.</w:t>
            </w:r>
          </w:p>
        </w:tc>
        <w:tc>
          <w:tcPr>
            <w:tcW w:w="4986" w:type="dxa"/>
          </w:tcPr>
          <w:p w:rsidR="00930A69" w:rsidRPr="00EB5D28" w:rsidRDefault="00EB5D28">
            <w:pPr>
              <w:rPr>
                <w:szCs w:val="28"/>
              </w:rPr>
            </w:pPr>
            <w:r w:rsidRPr="00EB5D28">
              <w:rPr>
                <w:szCs w:val="28"/>
              </w:rPr>
              <w:t>- 2 em đọc tình huống.</w:t>
            </w:r>
          </w:p>
          <w:p w:rsidR="00930A69" w:rsidRPr="00EB5D28" w:rsidRDefault="00EB5D28">
            <w:pPr>
              <w:rPr>
                <w:szCs w:val="28"/>
              </w:rPr>
            </w:pPr>
            <w:r w:rsidRPr="00EB5D28">
              <w:rPr>
                <w:szCs w:val="28"/>
              </w:rPr>
              <w:t>- Cả lớp lắng nghe và xác định vấn đề trong từng tình huống.</w:t>
            </w:r>
          </w:p>
        </w:tc>
      </w:tr>
      <w:tr w:rsidR="00930A69" w:rsidRPr="00EB5D28">
        <w:tc>
          <w:tcPr>
            <w:tcW w:w="4986" w:type="dxa"/>
          </w:tcPr>
          <w:p w:rsidR="00930A69" w:rsidRPr="00EB5D28" w:rsidRDefault="00EB5D28">
            <w:pPr>
              <w:rPr>
                <w:szCs w:val="28"/>
              </w:rPr>
            </w:pPr>
            <w:r w:rsidRPr="00EB5D28">
              <w:rPr>
                <w:szCs w:val="28"/>
              </w:rPr>
              <w:t>- GV yêu cầu HS thảo luận nhóm 2 đưa ra cách xử lí tình huống và phân công đóng vai trong nhóm.</w:t>
            </w:r>
          </w:p>
        </w:tc>
        <w:tc>
          <w:tcPr>
            <w:tcW w:w="4986" w:type="dxa"/>
          </w:tcPr>
          <w:p w:rsidR="00930A69" w:rsidRPr="00EB5D28" w:rsidRDefault="00EB5D28">
            <w:pPr>
              <w:rPr>
                <w:szCs w:val="28"/>
              </w:rPr>
            </w:pPr>
            <w:r w:rsidRPr="00EB5D28">
              <w:rPr>
                <w:szCs w:val="28"/>
              </w:rPr>
              <w:t xml:space="preserve">- HS thảo luận nhóm 2 và phân công </w:t>
            </w:r>
            <w:r w:rsidRPr="00EB5D28">
              <w:rPr>
                <w:szCs w:val="28"/>
              </w:rPr>
              <w:t xml:space="preserve">đóng vai </w:t>
            </w:r>
            <w:proofErr w:type="gramStart"/>
            <w:r w:rsidRPr="00EB5D28">
              <w:rPr>
                <w:szCs w:val="28"/>
              </w:rPr>
              <w:t>( 5</w:t>
            </w:r>
            <w:proofErr w:type="gramEnd"/>
            <w:r w:rsidRPr="00EB5D28">
              <w:rPr>
                <w:szCs w:val="28"/>
              </w:rPr>
              <w:t>’)</w:t>
            </w:r>
          </w:p>
          <w:p w:rsidR="00930A69" w:rsidRPr="00EB5D28" w:rsidRDefault="00EB5D28">
            <w:pPr>
              <w:rPr>
                <w:szCs w:val="28"/>
              </w:rPr>
            </w:pPr>
            <w:r w:rsidRPr="00EB5D28">
              <w:rPr>
                <w:szCs w:val="28"/>
              </w:rPr>
              <w:t>+ TH 1: Hải đi sinh nhật nhưng bố mẹ dặn về sớm, em đã làm theo, nhưng bạn Huy nói: “Nếu bạn về bây giờ thì tớ không chơi với bạn nữa”. Nếu em là Hải thì em sẽ phân tích cho bạn hiểu vấn đề, vì bố mẹ chỉ cho đi đến tầm ấy rồi về, nếu mình gi</w:t>
            </w:r>
            <w:r w:rsidRPr="00EB5D28">
              <w:rPr>
                <w:szCs w:val="28"/>
              </w:rPr>
              <w:t xml:space="preserve">ữ đúng lời hứa thì lần sau sẽ dễ dàng xin phép bố mẹ cho </w:t>
            </w:r>
            <w:proofErr w:type="gramStart"/>
            <w:r w:rsidRPr="00EB5D28">
              <w:rPr>
                <w:szCs w:val="28"/>
              </w:rPr>
              <w:t>đi,…</w:t>
            </w:r>
            <w:proofErr w:type="gramEnd"/>
            <w:r w:rsidRPr="00EB5D28">
              <w:rPr>
                <w:szCs w:val="28"/>
              </w:rPr>
              <w:t>.</w:t>
            </w:r>
          </w:p>
          <w:p w:rsidR="00930A69" w:rsidRPr="00EB5D28" w:rsidRDefault="00EB5D28">
            <w:pPr>
              <w:rPr>
                <w:szCs w:val="28"/>
              </w:rPr>
            </w:pPr>
            <w:r w:rsidRPr="00EB5D28">
              <w:rPr>
                <w:szCs w:val="28"/>
              </w:rPr>
              <w:t>+ TH 2: 3 bạn chơi thân với nhau. Hương đã nói Giang kiêu căng nên không chơi với nhau nữa. Nếu là em thì em sẽ giải thích và giảng hòa cho hai bạn, tìm các khúc mắc giữa hai bạn để hai bạn cùn</w:t>
            </w:r>
            <w:r w:rsidRPr="00EB5D28">
              <w:rPr>
                <w:szCs w:val="28"/>
              </w:rPr>
              <w:t>g hòa đồng chơi thân với nhau như trước.</w:t>
            </w:r>
          </w:p>
        </w:tc>
      </w:tr>
      <w:tr w:rsidR="00930A69" w:rsidRPr="00EB5D28">
        <w:tc>
          <w:tcPr>
            <w:tcW w:w="4986" w:type="dxa"/>
          </w:tcPr>
          <w:p w:rsidR="00930A69" w:rsidRPr="00EB5D28" w:rsidRDefault="00EB5D28">
            <w:pPr>
              <w:rPr>
                <w:szCs w:val="28"/>
              </w:rPr>
            </w:pPr>
            <w:r w:rsidRPr="00EB5D28">
              <w:rPr>
                <w:szCs w:val="28"/>
              </w:rPr>
              <w:lastRenderedPageBreak/>
              <w:t>- GV yêu cầu các nhóm lên đóng vai theo tình huống.</w:t>
            </w:r>
          </w:p>
        </w:tc>
        <w:tc>
          <w:tcPr>
            <w:tcW w:w="4986" w:type="dxa"/>
          </w:tcPr>
          <w:p w:rsidR="00930A69" w:rsidRPr="00EB5D28" w:rsidRDefault="00EB5D28">
            <w:pPr>
              <w:rPr>
                <w:szCs w:val="28"/>
              </w:rPr>
            </w:pPr>
            <w:r w:rsidRPr="00EB5D28">
              <w:rPr>
                <w:szCs w:val="28"/>
              </w:rPr>
              <w:t>- Đại diện một số nhóm lên đóng vai trước lớp, nhóm khác nhận xét, bổ sung.</w:t>
            </w:r>
          </w:p>
        </w:tc>
      </w:tr>
      <w:tr w:rsidR="00930A69" w:rsidRPr="00EB5D28">
        <w:tc>
          <w:tcPr>
            <w:tcW w:w="4986" w:type="dxa"/>
          </w:tcPr>
          <w:p w:rsidR="00930A69" w:rsidRPr="00EB5D28" w:rsidRDefault="00EB5D28">
            <w:pPr>
              <w:rPr>
                <w:szCs w:val="28"/>
              </w:rPr>
            </w:pPr>
            <w:r w:rsidRPr="00EB5D28">
              <w:rPr>
                <w:szCs w:val="28"/>
              </w:rPr>
              <w:t>- GV nhận xét, tuyên dương, khen ngợi các nhóm có cách xử lý và đóng vai hay.</w:t>
            </w:r>
          </w:p>
        </w:tc>
        <w:tc>
          <w:tcPr>
            <w:tcW w:w="4986" w:type="dxa"/>
          </w:tcPr>
          <w:p w:rsidR="00930A69" w:rsidRPr="00EB5D28" w:rsidRDefault="00EB5D28">
            <w:pPr>
              <w:rPr>
                <w:szCs w:val="28"/>
              </w:rPr>
            </w:pPr>
            <w:r w:rsidRPr="00EB5D28">
              <w:rPr>
                <w:szCs w:val="28"/>
              </w:rPr>
              <w:t>- HS lắ</w:t>
            </w:r>
            <w:r w:rsidRPr="00EB5D28">
              <w:rPr>
                <w:szCs w:val="28"/>
              </w:rPr>
              <w:t>ng nghe, học tập cách xử lý hay của các nhóm.</w:t>
            </w:r>
          </w:p>
        </w:tc>
      </w:tr>
      <w:tr w:rsidR="00930A69" w:rsidRPr="00EB5D28">
        <w:tc>
          <w:tcPr>
            <w:tcW w:w="4986" w:type="dxa"/>
          </w:tcPr>
          <w:p w:rsidR="00930A69" w:rsidRPr="00EB5D28" w:rsidRDefault="00EB5D28">
            <w:pPr>
              <w:rPr>
                <w:szCs w:val="28"/>
              </w:rPr>
            </w:pPr>
            <w:r w:rsidRPr="00EB5D28">
              <w:rPr>
                <w:color w:val="FF0000"/>
                <w:szCs w:val="28"/>
              </w:rPr>
              <w:t>- GV lồng ghép tích hợp nội dung lý tưởng cách mạng, đạo đức, lối sống (cuối hoạt động, trước khi chốt kết luận):</w:t>
            </w:r>
          </w:p>
          <w:p w:rsidR="00930A69" w:rsidRPr="00EB5D28" w:rsidRDefault="00EB5D28">
            <w:pPr>
              <w:rPr>
                <w:szCs w:val="28"/>
              </w:rPr>
            </w:pPr>
            <w:r w:rsidRPr="00EB5D28">
              <w:rPr>
                <w:color w:val="FF0000"/>
                <w:szCs w:val="28"/>
              </w:rPr>
              <w:t>- GV nhấn mạnh tinh thần đoàn kết: Khi xảy ra bất hòa, mỗi bạn cần biết vì tập thể lớp học, khô</w:t>
            </w:r>
            <w:r w:rsidRPr="00EB5D28">
              <w:rPr>
                <w:color w:val="FF0000"/>
                <w:szCs w:val="28"/>
              </w:rPr>
              <w:t>ng để mâu thuẫn nhỏ làm rạn nứt tình bạn; biết nhường nhịn, hợp tác để cùng tiến bộ.</w:t>
            </w:r>
          </w:p>
          <w:p w:rsidR="00930A69" w:rsidRPr="00EB5D28" w:rsidRDefault="00EB5D28">
            <w:pPr>
              <w:rPr>
                <w:szCs w:val="28"/>
              </w:rPr>
            </w:pPr>
            <w:r w:rsidRPr="00EB5D28">
              <w:rPr>
                <w:color w:val="FF0000"/>
                <w:szCs w:val="28"/>
              </w:rPr>
              <w:t>- GV giáo dục đạo đức: Ứng xử tôn trọng bạn, không đe dọa “không chơi nữa”, không nói lời làm tổn thương; biết lắng nghe, nói thật lòng, góp ý nhẹ nhàng và công bằng.</w:t>
            </w:r>
          </w:p>
          <w:p w:rsidR="00930A69" w:rsidRPr="00EB5D28" w:rsidRDefault="00EB5D28">
            <w:pPr>
              <w:rPr>
                <w:szCs w:val="28"/>
              </w:rPr>
            </w:pPr>
            <w:r w:rsidRPr="00EB5D28">
              <w:rPr>
                <w:color w:val="FF0000"/>
                <w:szCs w:val="28"/>
              </w:rPr>
              <w:t>- GV</w:t>
            </w:r>
            <w:r w:rsidRPr="00EB5D28">
              <w:rPr>
                <w:color w:val="FF0000"/>
                <w:szCs w:val="28"/>
              </w:rPr>
              <w:t xml:space="preserve"> rèn lối sống văn minh: Bình tĩnh trao đổi, nói rõ lí do – nguyên nhân; lựa chọn lời nói lịch sự; nếu cần thì hẹn trao đổi khi cả hai bình tĩnh hoặc nhờ người thứ ba (bạn/nhóm trưởng/thầy cô) hỗ trợ hòa giải.</w:t>
            </w:r>
          </w:p>
          <w:p w:rsidR="00930A69" w:rsidRPr="00EB5D28" w:rsidRDefault="00EB5D28">
            <w:pPr>
              <w:rPr>
                <w:szCs w:val="28"/>
              </w:rPr>
            </w:pPr>
            <w:r w:rsidRPr="00EB5D28">
              <w:rPr>
                <w:color w:val="FF0000"/>
                <w:szCs w:val="28"/>
              </w:rPr>
              <w:t>- GV hướng dẫn hành vi cụ thể: nhận lỗi khi sai</w:t>
            </w:r>
            <w:r w:rsidRPr="00EB5D28">
              <w:rPr>
                <w:color w:val="FF0000"/>
                <w:szCs w:val="28"/>
              </w:rPr>
              <w:t xml:space="preserve"> – xin lỗi chân thành; giải thích khi hiểu lầm; cùng thống nhất cách làm để lần sau không lặp lại; chủ động bắt tay làm hòa.</w:t>
            </w:r>
          </w:p>
          <w:p w:rsidR="00930A69" w:rsidRPr="00EB5D28" w:rsidRDefault="00EB5D28">
            <w:pPr>
              <w:rPr>
                <w:szCs w:val="28"/>
              </w:rPr>
            </w:pPr>
            <w:r w:rsidRPr="00EB5D28">
              <w:rPr>
                <w:color w:val="FF0000"/>
                <w:szCs w:val="28"/>
              </w:rPr>
              <w:t>- GV chốt: Sống có trách nhiệm, biết yêu thương – đoàn kết – tôn trọng nhau sẽ tạo môi trường học đường thân thiện và giúp tình bạn</w:t>
            </w:r>
            <w:r w:rsidRPr="00EB5D28">
              <w:rPr>
                <w:color w:val="FF0000"/>
                <w:szCs w:val="28"/>
              </w:rPr>
              <w:t xml:space="preserve"> bền vững.</w:t>
            </w:r>
          </w:p>
        </w:tc>
        <w:tc>
          <w:tcPr>
            <w:tcW w:w="4986" w:type="dxa"/>
          </w:tcPr>
          <w:p w:rsidR="00930A69" w:rsidRPr="00EB5D28" w:rsidRDefault="00EB5D28">
            <w:pPr>
              <w:rPr>
                <w:szCs w:val="28"/>
              </w:rPr>
            </w:pPr>
            <w:r w:rsidRPr="00EB5D28">
              <w:rPr>
                <w:szCs w:val="28"/>
              </w:rPr>
              <w:t>- HS lắng nghe, ghi nhớ và nêu 1–2 cách ứng xử văn minh khi gặp bất hòa.</w:t>
            </w:r>
          </w:p>
          <w:p w:rsidR="00930A69" w:rsidRPr="00EB5D28" w:rsidRDefault="00EB5D28">
            <w:pPr>
              <w:rPr>
                <w:szCs w:val="28"/>
              </w:rPr>
            </w:pPr>
            <w:r w:rsidRPr="00EB5D28">
              <w:rPr>
                <w:szCs w:val="28"/>
              </w:rPr>
              <w:t>- HS cam kết thực hiện: bình tĩnh – lắng nghe – tôn trọng – nhận lỗi khi sai – chủ động làm hòa.</w:t>
            </w:r>
          </w:p>
        </w:tc>
      </w:tr>
      <w:tr w:rsidR="00930A69" w:rsidRPr="00EB5D28">
        <w:tc>
          <w:tcPr>
            <w:tcW w:w="4986" w:type="dxa"/>
          </w:tcPr>
          <w:p w:rsidR="00930A69" w:rsidRPr="00EB5D28" w:rsidRDefault="00EB5D28">
            <w:pPr>
              <w:rPr>
                <w:szCs w:val="28"/>
              </w:rPr>
            </w:pPr>
            <w:r w:rsidRPr="00EB5D28">
              <w:rPr>
                <w:szCs w:val="28"/>
              </w:rPr>
              <w:t>=&gt; Kết luận: Chúng ta khi xử lý các tình huống bất hòa giữa các bạn, cần t</w:t>
            </w:r>
            <w:r w:rsidRPr="00EB5D28">
              <w:rPr>
                <w:szCs w:val="28"/>
              </w:rPr>
              <w:t>ìm nguyên nhân và cách xử lý thật khéo léo để giữ tình cảm đoàn kết,….</w:t>
            </w:r>
          </w:p>
        </w:tc>
        <w:tc>
          <w:tcPr>
            <w:tcW w:w="4986" w:type="dxa"/>
          </w:tcPr>
          <w:p w:rsidR="00930A69" w:rsidRPr="00EB5D28" w:rsidRDefault="00EB5D28">
            <w:pPr>
              <w:rPr>
                <w:szCs w:val="28"/>
              </w:rPr>
            </w:pPr>
            <w:r w:rsidRPr="00EB5D28">
              <w:rPr>
                <w:szCs w:val="28"/>
              </w:rPr>
              <w:t>- HS lắng nghe và ghi nhớ.</w:t>
            </w:r>
          </w:p>
        </w:tc>
      </w:tr>
      <w:tr w:rsidR="00930A69" w:rsidRPr="00EB5D28">
        <w:tc>
          <w:tcPr>
            <w:tcW w:w="9972" w:type="dxa"/>
            <w:gridSpan w:val="2"/>
          </w:tcPr>
          <w:p w:rsidR="00930A69" w:rsidRPr="00EB5D28" w:rsidRDefault="00EB5D28">
            <w:pPr>
              <w:rPr>
                <w:szCs w:val="28"/>
              </w:rPr>
            </w:pPr>
            <w:r w:rsidRPr="00EB5D28">
              <w:rPr>
                <w:b/>
                <w:szCs w:val="28"/>
              </w:rPr>
              <w:t>Bài tập 4: Em sẽ khuyện các bạn điều gì?</w:t>
            </w:r>
          </w:p>
          <w:p w:rsidR="00930A69" w:rsidRPr="00EB5D28" w:rsidRDefault="00EB5D28">
            <w:pPr>
              <w:rPr>
                <w:szCs w:val="28"/>
              </w:rPr>
            </w:pPr>
            <w:r w:rsidRPr="00EB5D28">
              <w:rPr>
                <w:szCs w:val="28"/>
              </w:rPr>
              <w:t>- Cách tiến hành:</w:t>
            </w:r>
          </w:p>
        </w:tc>
      </w:tr>
      <w:tr w:rsidR="00930A69" w:rsidRPr="00EB5D28">
        <w:tc>
          <w:tcPr>
            <w:tcW w:w="4986" w:type="dxa"/>
          </w:tcPr>
          <w:p w:rsidR="00930A69" w:rsidRPr="00EB5D28" w:rsidRDefault="00EB5D28">
            <w:pPr>
              <w:rPr>
                <w:szCs w:val="28"/>
              </w:rPr>
            </w:pPr>
            <w:r w:rsidRPr="00EB5D28">
              <w:rPr>
                <w:szCs w:val="28"/>
              </w:rPr>
              <w:t>- GV yêu cầu HS đọc tình huống</w:t>
            </w:r>
          </w:p>
        </w:tc>
        <w:tc>
          <w:tcPr>
            <w:tcW w:w="4986" w:type="dxa"/>
          </w:tcPr>
          <w:p w:rsidR="00930A69" w:rsidRPr="00EB5D28" w:rsidRDefault="00EB5D28">
            <w:pPr>
              <w:rPr>
                <w:szCs w:val="28"/>
              </w:rPr>
            </w:pPr>
            <w:r w:rsidRPr="00EB5D28">
              <w:rPr>
                <w:szCs w:val="28"/>
              </w:rPr>
              <w:t>- HS đọc tình huống của bài</w:t>
            </w:r>
          </w:p>
          <w:p w:rsidR="00930A69" w:rsidRPr="00EB5D28" w:rsidRDefault="00EB5D28">
            <w:pPr>
              <w:rPr>
                <w:szCs w:val="28"/>
              </w:rPr>
            </w:pPr>
            <w:r w:rsidRPr="00EB5D28">
              <w:rPr>
                <w:szCs w:val="28"/>
              </w:rPr>
              <w:t xml:space="preserve">- Cả lớp theo dõi và xác định vấn đề </w:t>
            </w:r>
            <w:r w:rsidRPr="00EB5D28">
              <w:rPr>
                <w:szCs w:val="28"/>
              </w:rPr>
              <w:t>cần khuyên bạn.</w:t>
            </w:r>
          </w:p>
        </w:tc>
      </w:tr>
      <w:tr w:rsidR="00930A69" w:rsidRPr="00EB5D28">
        <w:tc>
          <w:tcPr>
            <w:tcW w:w="4986" w:type="dxa"/>
          </w:tcPr>
          <w:p w:rsidR="00930A69" w:rsidRPr="00EB5D28" w:rsidRDefault="00EB5D28">
            <w:pPr>
              <w:rPr>
                <w:szCs w:val="28"/>
              </w:rPr>
            </w:pPr>
            <w:r w:rsidRPr="00EB5D28">
              <w:rPr>
                <w:szCs w:val="28"/>
              </w:rPr>
              <w:lastRenderedPageBreak/>
              <w:t>- GV yêu cầu HS làm việc theo nhóm</w:t>
            </w:r>
          </w:p>
          <w:p w:rsidR="00EB5D28" w:rsidRPr="00EB5D28" w:rsidRDefault="00EB5D28">
            <w:pPr>
              <w:rPr>
                <w:szCs w:val="28"/>
              </w:rPr>
            </w:pPr>
            <w:r w:rsidRPr="00EB5D28">
              <w:rPr>
                <w:noProof/>
                <w:szCs w:val="28"/>
                <w:lang w:val="vi-VN" w:eastAsia="vi-VN"/>
              </w:rPr>
              <w:drawing>
                <wp:inline distT="0" distB="0" distL="0" distR="0" wp14:anchorId="50F8F188" wp14:editId="7956D056">
                  <wp:extent cx="2920365" cy="2059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0365" cy="2059940"/>
                          </a:xfrm>
                          <a:prstGeom prst="rect">
                            <a:avLst/>
                          </a:prstGeom>
                        </pic:spPr>
                      </pic:pic>
                    </a:graphicData>
                  </a:graphic>
                </wp:inline>
              </w:drawing>
            </w:r>
          </w:p>
        </w:tc>
        <w:tc>
          <w:tcPr>
            <w:tcW w:w="4986" w:type="dxa"/>
          </w:tcPr>
          <w:p w:rsidR="00930A69" w:rsidRPr="00EB5D28" w:rsidRDefault="00EB5D28">
            <w:pPr>
              <w:rPr>
                <w:szCs w:val="28"/>
              </w:rPr>
            </w:pPr>
            <w:r w:rsidRPr="00EB5D28">
              <w:rPr>
                <w:szCs w:val="28"/>
              </w:rPr>
              <w:t>- HS làm việc theo nhóm, cùng trao đổi để tìm lời khuyên phù hợp cho từng tình huống.</w:t>
            </w:r>
          </w:p>
        </w:tc>
      </w:tr>
      <w:tr w:rsidR="00930A69" w:rsidRPr="00EB5D28">
        <w:tc>
          <w:tcPr>
            <w:tcW w:w="4986" w:type="dxa"/>
          </w:tcPr>
          <w:p w:rsidR="00930A69" w:rsidRPr="00EB5D28" w:rsidRDefault="00EB5D28">
            <w:pPr>
              <w:rPr>
                <w:szCs w:val="28"/>
              </w:rPr>
            </w:pPr>
            <w:r w:rsidRPr="00EB5D28">
              <w:rPr>
                <w:szCs w:val="28"/>
              </w:rPr>
              <w:t>- Gv yêu cầu HS phân vai đóng và xử lý tình huống</w:t>
            </w:r>
          </w:p>
        </w:tc>
        <w:tc>
          <w:tcPr>
            <w:tcW w:w="4986" w:type="dxa"/>
          </w:tcPr>
          <w:p w:rsidR="00930A69" w:rsidRPr="00EB5D28" w:rsidRDefault="00EB5D28">
            <w:pPr>
              <w:rPr>
                <w:szCs w:val="28"/>
              </w:rPr>
            </w:pPr>
            <w:r w:rsidRPr="00EB5D28">
              <w:rPr>
                <w:szCs w:val="28"/>
              </w:rPr>
              <w:t>- HS thảo luận nhóm và phân vai để xử lý tình huống; thống nhất lời</w:t>
            </w:r>
            <w:r w:rsidRPr="00EB5D28">
              <w:rPr>
                <w:szCs w:val="28"/>
              </w:rPr>
              <w:t xml:space="preserve"> khuyên và cách nói lịch sự, tôn trọng bạn.</w:t>
            </w:r>
          </w:p>
        </w:tc>
      </w:tr>
      <w:tr w:rsidR="00930A69" w:rsidRPr="00EB5D28">
        <w:tc>
          <w:tcPr>
            <w:tcW w:w="4986" w:type="dxa"/>
          </w:tcPr>
          <w:p w:rsidR="00930A69" w:rsidRPr="00EB5D28" w:rsidRDefault="00EB5D28">
            <w:pPr>
              <w:rPr>
                <w:szCs w:val="28"/>
              </w:rPr>
            </w:pPr>
            <w:r w:rsidRPr="00EB5D28">
              <w:rPr>
                <w:szCs w:val="28"/>
              </w:rPr>
              <w:t>- ? Ở tình huống thứ nhất em sẽ làm gì?</w:t>
            </w:r>
          </w:p>
        </w:tc>
        <w:tc>
          <w:tcPr>
            <w:tcW w:w="4986" w:type="dxa"/>
          </w:tcPr>
          <w:p w:rsidR="00930A69" w:rsidRPr="00EB5D28" w:rsidRDefault="00EB5D28">
            <w:pPr>
              <w:rPr>
                <w:szCs w:val="28"/>
              </w:rPr>
            </w:pPr>
            <w:r w:rsidRPr="00EB5D28">
              <w:rPr>
                <w:szCs w:val="28"/>
              </w:rPr>
              <w:t>+ Em sẽ lắng nghe và giải thích cho các bạn trong lớp không lên cãi nhau mà lên ngồi cùng nhau lại để giải quyết những khúc mắc trong lòng.</w:t>
            </w:r>
          </w:p>
          <w:p w:rsidR="00930A69" w:rsidRPr="00EB5D28" w:rsidRDefault="00EB5D28">
            <w:pPr>
              <w:rPr>
                <w:szCs w:val="28"/>
              </w:rPr>
            </w:pPr>
            <w:r w:rsidRPr="00EB5D28">
              <w:rPr>
                <w:szCs w:val="28"/>
              </w:rPr>
              <w:t xml:space="preserve">- Em khuyên các bạn bình tĩnh, </w:t>
            </w:r>
            <w:r w:rsidRPr="00EB5D28">
              <w:rPr>
                <w:szCs w:val="28"/>
              </w:rPr>
              <w:t>nói lần lượt, tôn trọng nhau và thống nhất cách giải quyết để giữ hòa khí.</w:t>
            </w:r>
          </w:p>
        </w:tc>
      </w:tr>
      <w:tr w:rsidR="00930A69" w:rsidRPr="00EB5D28">
        <w:tc>
          <w:tcPr>
            <w:tcW w:w="4986" w:type="dxa"/>
          </w:tcPr>
          <w:p w:rsidR="00930A69" w:rsidRPr="00EB5D28" w:rsidRDefault="00EB5D28">
            <w:pPr>
              <w:rPr>
                <w:szCs w:val="28"/>
              </w:rPr>
            </w:pPr>
            <w:r w:rsidRPr="00EB5D28">
              <w:rPr>
                <w:szCs w:val="28"/>
              </w:rPr>
              <w:t>- ? Tình huống thứ 2?</w:t>
            </w:r>
          </w:p>
        </w:tc>
        <w:tc>
          <w:tcPr>
            <w:tcW w:w="4986" w:type="dxa"/>
          </w:tcPr>
          <w:p w:rsidR="00930A69" w:rsidRPr="00EB5D28" w:rsidRDefault="00EB5D28">
            <w:pPr>
              <w:rPr>
                <w:szCs w:val="28"/>
              </w:rPr>
            </w:pPr>
            <w:r w:rsidRPr="00EB5D28">
              <w:rPr>
                <w:szCs w:val="28"/>
              </w:rPr>
              <w:t>+ Em sẽ giúp Mai hiểu rõ rằng đây là điều mag Phương không phải cố ý, cùng là bạn bè trong lớp lên bỏ qua cho nhau để giữ tình cảm đoàn kết.</w:t>
            </w:r>
          </w:p>
          <w:p w:rsidR="00930A69" w:rsidRPr="00EB5D28" w:rsidRDefault="00EB5D28">
            <w:pPr>
              <w:rPr>
                <w:szCs w:val="28"/>
              </w:rPr>
            </w:pPr>
            <w:r w:rsidRPr="00EB5D28">
              <w:rPr>
                <w:szCs w:val="28"/>
              </w:rPr>
              <w:t>- Em khuyên Mai n</w:t>
            </w:r>
            <w:r w:rsidRPr="00EB5D28">
              <w:rPr>
                <w:szCs w:val="28"/>
              </w:rPr>
              <w:t>ói chuyện thẳng thắn với Phương, nếu Phương sai thì xin lỗi; nếu hiểu lầm thì giải thích để làm hòa.</w:t>
            </w:r>
          </w:p>
        </w:tc>
      </w:tr>
      <w:tr w:rsidR="00930A69" w:rsidRPr="00EB5D28">
        <w:tc>
          <w:tcPr>
            <w:tcW w:w="4986" w:type="dxa"/>
          </w:tcPr>
          <w:p w:rsidR="00930A69" w:rsidRPr="00EB5D28" w:rsidRDefault="00EB5D28">
            <w:pPr>
              <w:rPr>
                <w:szCs w:val="28"/>
              </w:rPr>
            </w:pPr>
            <w:r w:rsidRPr="00EB5D28">
              <w:rPr>
                <w:szCs w:val="28"/>
              </w:rPr>
              <w:t>- GV yêu cầu HS lên chia sẻ</w:t>
            </w:r>
          </w:p>
        </w:tc>
        <w:tc>
          <w:tcPr>
            <w:tcW w:w="4986" w:type="dxa"/>
          </w:tcPr>
          <w:p w:rsidR="00930A69" w:rsidRPr="00EB5D28" w:rsidRDefault="00EB5D28">
            <w:pPr>
              <w:rPr>
                <w:szCs w:val="28"/>
              </w:rPr>
            </w:pPr>
            <w:r w:rsidRPr="00EB5D28">
              <w:rPr>
                <w:szCs w:val="28"/>
              </w:rPr>
              <w:t>- HS lên chia sẻ bài của mình</w:t>
            </w:r>
          </w:p>
          <w:p w:rsidR="00930A69" w:rsidRPr="00EB5D28" w:rsidRDefault="00EB5D28">
            <w:pPr>
              <w:rPr>
                <w:szCs w:val="28"/>
              </w:rPr>
            </w:pPr>
            <w:r w:rsidRPr="00EB5D28">
              <w:rPr>
                <w:szCs w:val="28"/>
              </w:rPr>
              <w:t>- HS nhóm khác nhận xét.</w:t>
            </w:r>
          </w:p>
        </w:tc>
      </w:tr>
      <w:tr w:rsidR="00930A69" w:rsidRPr="00EB5D28">
        <w:tc>
          <w:tcPr>
            <w:tcW w:w="4986" w:type="dxa"/>
          </w:tcPr>
          <w:p w:rsidR="00930A69" w:rsidRPr="00EB5D28" w:rsidRDefault="00EB5D28">
            <w:pPr>
              <w:rPr>
                <w:szCs w:val="28"/>
              </w:rPr>
            </w:pPr>
            <w:r w:rsidRPr="00EB5D28">
              <w:rPr>
                <w:szCs w:val="28"/>
              </w:rPr>
              <w:t>- Gv gọi đại diện nhóm lên đóng vai lại tình huống.</w:t>
            </w:r>
          </w:p>
        </w:tc>
        <w:tc>
          <w:tcPr>
            <w:tcW w:w="4986" w:type="dxa"/>
          </w:tcPr>
          <w:p w:rsidR="00930A69" w:rsidRPr="00EB5D28" w:rsidRDefault="00EB5D28">
            <w:pPr>
              <w:rPr>
                <w:szCs w:val="28"/>
              </w:rPr>
            </w:pPr>
            <w:r w:rsidRPr="00EB5D28">
              <w:rPr>
                <w:szCs w:val="28"/>
              </w:rPr>
              <w:t xml:space="preserve">- HS lên đóng vai </w:t>
            </w:r>
            <w:r w:rsidRPr="00EB5D28">
              <w:rPr>
                <w:szCs w:val="28"/>
              </w:rPr>
              <w:t>tình huống</w:t>
            </w:r>
          </w:p>
          <w:p w:rsidR="00930A69" w:rsidRPr="00EB5D28" w:rsidRDefault="00EB5D28">
            <w:pPr>
              <w:rPr>
                <w:szCs w:val="28"/>
              </w:rPr>
            </w:pPr>
            <w:r w:rsidRPr="00EB5D28">
              <w:rPr>
                <w:szCs w:val="28"/>
              </w:rPr>
              <w:t>- Các nhóm khác quan sát, nhận xét cách xử lý.</w:t>
            </w:r>
          </w:p>
        </w:tc>
      </w:tr>
      <w:tr w:rsidR="00930A69" w:rsidRPr="00EB5D28">
        <w:tc>
          <w:tcPr>
            <w:tcW w:w="4986" w:type="dxa"/>
          </w:tcPr>
          <w:p w:rsidR="00930A69" w:rsidRPr="00EB5D28" w:rsidRDefault="00EB5D28">
            <w:pPr>
              <w:rPr>
                <w:szCs w:val="28"/>
              </w:rPr>
            </w:pPr>
            <w:r w:rsidRPr="00EB5D28">
              <w:rPr>
                <w:szCs w:val="28"/>
              </w:rPr>
              <w:t>- GV nhận xét, khen ngợi, tuyên dương</w:t>
            </w:r>
          </w:p>
        </w:tc>
        <w:tc>
          <w:tcPr>
            <w:tcW w:w="4986" w:type="dxa"/>
          </w:tcPr>
          <w:p w:rsidR="00930A69" w:rsidRPr="00EB5D28" w:rsidRDefault="00EB5D28">
            <w:pPr>
              <w:rPr>
                <w:szCs w:val="28"/>
              </w:rPr>
            </w:pPr>
            <w:r w:rsidRPr="00EB5D28">
              <w:rPr>
                <w:szCs w:val="28"/>
              </w:rPr>
              <w:t>- HS nhóm nhận xét, tuyên dương</w:t>
            </w:r>
          </w:p>
          <w:p w:rsidR="00930A69" w:rsidRPr="00EB5D28" w:rsidRDefault="00EB5D28">
            <w:pPr>
              <w:rPr>
                <w:szCs w:val="28"/>
              </w:rPr>
            </w:pPr>
            <w:r w:rsidRPr="00EB5D28">
              <w:rPr>
                <w:szCs w:val="28"/>
              </w:rPr>
              <w:t>- HS lắng nghe.</w:t>
            </w:r>
          </w:p>
        </w:tc>
      </w:tr>
      <w:tr w:rsidR="00930A69" w:rsidRPr="00EB5D28">
        <w:tc>
          <w:tcPr>
            <w:tcW w:w="4986" w:type="dxa"/>
          </w:tcPr>
          <w:p w:rsidR="00930A69" w:rsidRPr="00EB5D28" w:rsidRDefault="00EB5D28">
            <w:pPr>
              <w:rPr>
                <w:szCs w:val="28"/>
              </w:rPr>
            </w:pPr>
            <w:r w:rsidRPr="00EB5D28">
              <w:rPr>
                <w:szCs w:val="28"/>
              </w:rPr>
              <w:t>=&gt; Kết luận: Chúng ta lên cùng nhau giả quyết những bất hòa trong lớp học, để giữ tinh thần đoàn kết, yêu thươ</w:t>
            </w:r>
            <w:r w:rsidRPr="00EB5D28">
              <w:rPr>
                <w:szCs w:val="28"/>
              </w:rPr>
              <w:t>ng giúp đỡ lẫn nhau trong lớp.</w:t>
            </w:r>
          </w:p>
        </w:tc>
        <w:tc>
          <w:tcPr>
            <w:tcW w:w="4986" w:type="dxa"/>
          </w:tcPr>
          <w:p w:rsidR="00930A69" w:rsidRPr="00EB5D28" w:rsidRDefault="00EB5D28">
            <w:pPr>
              <w:rPr>
                <w:szCs w:val="28"/>
              </w:rPr>
            </w:pPr>
            <w:r w:rsidRPr="00EB5D28">
              <w:rPr>
                <w:szCs w:val="28"/>
              </w:rPr>
              <w:t>- HS lắng nghe và ghi nhớ.</w:t>
            </w:r>
          </w:p>
        </w:tc>
      </w:tr>
      <w:tr w:rsidR="00930A69" w:rsidRPr="00EB5D28">
        <w:tc>
          <w:tcPr>
            <w:tcW w:w="9972" w:type="dxa"/>
            <w:gridSpan w:val="2"/>
          </w:tcPr>
          <w:p w:rsidR="00930A69" w:rsidRPr="00EB5D28" w:rsidRDefault="00EB5D28">
            <w:pPr>
              <w:rPr>
                <w:szCs w:val="28"/>
              </w:rPr>
            </w:pPr>
            <w:r w:rsidRPr="00EB5D28">
              <w:rPr>
                <w:b/>
                <w:szCs w:val="28"/>
              </w:rPr>
              <w:t xml:space="preserve">3. Vận dụng. </w:t>
            </w:r>
            <w:proofErr w:type="gramStart"/>
            <w:r w:rsidRPr="00EB5D28">
              <w:rPr>
                <w:b/>
                <w:szCs w:val="28"/>
              </w:rPr>
              <w:t>( 10</w:t>
            </w:r>
            <w:proofErr w:type="gramEnd"/>
            <w:r w:rsidRPr="00EB5D28">
              <w:rPr>
                <w:b/>
                <w:szCs w:val="28"/>
              </w:rPr>
              <w:t xml:space="preserve"> phút)</w:t>
            </w:r>
          </w:p>
          <w:p w:rsidR="00930A69" w:rsidRPr="00EB5D28" w:rsidRDefault="00EB5D28">
            <w:pPr>
              <w:rPr>
                <w:szCs w:val="28"/>
              </w:rPr>
            </w:pPr>
            <w:r w:rsidRPr="00EB5D28">
              <w:rPr>
                <w:szCs w:val="28"/>
              </w:rPr>
              <w:t xml:space="preserve">- </w:t>
            </w:r>
            <w:r w:rsidRPr="00EB5D28">
              <w:rPr>
                <w:b/>
                <w:szCs w:val="28"/>
              </w:rPr>
              <w:t>Mục tiêu</w:t>
            </w:r>
            <w:r w:rsidRPr="00EB5D28">
              <w:rPr>
                <w:szCs w:val="28"/>
              </w:rPr>
              <w:t>:</w:t>
            </w:r>
          </w:p>
          <w:p w:rsidR="00930A69" w:rsidRPr="00EB5D28" w:rsidRDefault="00EB5D28">
            <w:pPr>
              <w:rPr>
                <w:szCs w:val="28"/>
              </w:rPr>
            </w:pPr>
            <w:r w:rsidRPr="00EB5D28">
              <w:rPr>
                <w:szCs w:val="28"/>
              </w:rPr>
              <w:lastRenderedPageBreak/>
              <w:t>+ Quan tâm phải xử lý bất hòa với bạn bè bằng những lời nói, việc làm phù hợp.</w:t>
            </w:r>
          </w:p>
          <w:p w:rsidR="00930A69" w:rsidRPr="00EB5D28" w:rsidRDefault="00EB5D28">
            <w:pPr>
              <w:rPr>
                <w:szCs w:val="28"/>
              </w:rPr>
            </w:pPr>
            <w:r w:rsidRPr="00EB5D28">
              <w:rPr>
                <w:szCs w:val="28"/>
              </w:rPr>
              <w:t xml:space="preserve">+ Vận dụng vào thực tiễn để thực hiện tốt hành vi, việc làm để thể hiện xử lý bất </w:t>
            </w:r>
            <w:r w:rsidRPr="00EB5D28">
              <w:rPr>
                <w:szCs w:val="28"/>
              </w:rPr>
              <w:t>hòa với bạn bè</w:t>
            </w:r>
          </w:p>
          <w:p w:rsidR="00930A69" w:rsidRPr="00EB5D28" w:rsidRDefault="00EB5D28">
            <w:pPr>
              <w:rPr>
                <w:szCs w:val="28"/>
              </w:rPr>
            </w:pPr>
            <w:r w:rsidRPr="00EB5D28">
              <w:rPr>
                <w:szCs w:val="28"/>
              </w:rPr>
              <w:t>- Cách tiến hành:</w:t>
            </w:r>
          </w:p>
        </w:tc>
      </w:tr>
      <w:tr w:rsidR="00930A69" w:rsidRPr="00EB5D28">
        <w:tc>
          <w:tcPr>
            <w:tcW w:w="4986" w:type="dxa"/>
          </w:tcPr>
          <w:p w:rsidR="00930A69" w:rsidRPr="00EB5D28" w:rsidRDefault="00EB5D28">
            <w:pPr>
              <w:rPr>
                <w:szCs w:val="28"/>
              </w:rPr>
            </w:pPr>
            <w:r w:rsidRPr="00EB5D28">
              <w:rPr>
                <w:szCs w:val="28"/>
              </w:rPr>
              <w:lastRenderedPageBreak/>
              <w:t>- GV yêu cầu HS chia sẻ về những việc em đã làm để thể hiện phải xử lý bất hòa với bạn bè.</w:t>
            </w:r>
          </w:p>
        </w:tc>
        <w:tc>
          <w:tcPr>
            <w:tcW w:w="4986" w:type="dxa"/>
          </w:tcPr>
          <w:p w:rsidR="00930A69" w:rsidRPr="00EB5D28" w:rsidRDefault="00EB5D28">
            <w:pPr>
              <w:rPr>
                <w:szCs w:val="28"/>
              </w:rPr>
            </w:pPr>
            <w:r w:rsidRPr="00EB5D28">
              <w:rPr>
                <w:szCs w:val="28"/>
              </w:rPr>
              <w:t>+ HS chia sẻ trước lớp.</w:t>
            </w:r>
          </w:p>
          <w:p w:rsidR="00930A69" w:rsidRPr="00EB5D28" w:rsidRDefault="00EB5D28">
            <w:pPr>
              <w:rPr>
                <w:szCs w:val="28"/>
              </w:rPr>
            </w:pPr>
            <w:r w:rsidRPr="00EB5D28">
              <w:rPr>
                <w:szCs w:val="28"/>
              </w:rPr>
              <w:t>- Em đã biết bình tĩnh, nói chuyện với bạn, lắng nghe và xin lỗi khi sai; chủ động làm hòa để giữ tình bạn.</w:t>
            </w:r>
          </w:p>
        </w:tc>
      </w:tr>
      <w:tr w:rsidR="00930A69" w:rsidRPr="00EB5D28">
        <w:tc>
          <w:tcPr>
            <w:tcW w:w="4986" w:type="dxa"/>
          </w:tcPr>
          <w:p w:rsidR="00930A69" w:rsidRPr="00EB5D28" w:rsidRDefault="00EB5D28">
            <w:pPr>
              <w:rPr>
                <w:szCs w:val="28"/>
              </w:rPr>
            </w:pPr>
            <w:r w:rsidRPr="00EB5D28">
              <w:rPr>
                <w:szCs w:val="28"/>
              </w:rPr>
              <w:t>- ? Hãy tư vấn cho các bạn hàng xóm, cũng như trong lớp cách xử lý bất hòa nếu các bạn có?</w:t>
            </w:r>
          </w:p>
        </w:tc>
        <w:tc>
          <w:tcPr>
            <w:tcW w:w="4986" w:type="dxa"/>
          </w:tcPr>
          <w:p w:rsidR="00930A69" w:rsidRPr="00EB5D28" w:rsidRDefault="00EB5D28">
            <w:pPr>
              <w:rPr>
                <w:szCs w:val="28"/>
              </w:rPr>
            </w:pPr>
            <w:r w:rsidRPr="00EB5D28">
              <w:rPr>
                <w:szCs w:val="28"/>
              </w:rPr>
              <w:t>- HS tư vấn: Khi bất hòa cần bình tĩnh, tìm nguyên nhân, nói chuyện thẳng thắn nhưng lịch sự, lắng nghe nhau; nếu sai thì xin lỗi, nếu hiểu lầm thì giải thích; khô</w:t>
            </w:r>
            <w:r w:rsidRPr="00EB5D28">
              <w:rPr>
                <w:szCs w:val="28"/>
              </w:rPr>
              <w:t>ng nói xấu, không đe dọa; cùng thống nhất cách giải quyết và làm hòa.</w:t>
            </w:r>
          </w:p>
        </w:tc>
      </w:tr>
      <w:tr w:rsidR="00930A69" w:rsidRPr="00EB5D28">
        <w:tc>
          <w:tcPr>
            <w:tcW w:w="4986" w:type="dxa"/>
          </w:tcPr>
          <w:p w:rsidR="00930A69" w:rsidRPr="00EB5D28" w:rsidRDefault="00EB5D28">
            <w:pPr>
              <w:rPr>
                <w:szCs w:val="28"/>
              </w:rPr>
            </w:pPr>
            <w:r w:rsidRPr="00EB5D28">
              <w:rPr>
                <w:szCs w:val="28"/>
              </w:rPr>
              <w:t>- ? Qua tiết học hôm nay em học được điều gì?</w:t>
            </w:r>
          </w:p>
        </w:tc>
        <w:tc>
          <w:tcPr>
            <w:tcW w:w="4986" w:type="dxa"/>
          </w:tcPr>
          <w:p w:rsidR="00930A69" w:rsidRPr="00EB5D28" w:rsidRDefault="00EB5D28">
            <w:pPr>
              <w:rPr>
                <w:szCs w:val="28"/>
              </w:rPr>
            </w:pPr>
            <w:r w:rsidRPr="00EB5D28">
              <w:rPr>
                <w:szCs w:val="28"/>
              </w:rPr>
              <w:t>- Quan tâm xử lý bất hòa với bạn bè bằng những lời nói và việc làm phù hợp với bản thân mình.</w:t>
            </w:r>
          </w:p>
          <w:p w:rsidR="00930A69" w:rsidRPr="00EB5D28" w:rsidRDefault="00EB5D28">
            <w:pPr>
              <w:rPr>
                <w:szCs w:val="28"/>
              </w:rPr>
            </w:pPr>
            <w:r w:rsidRPr="00EB5D28">
              <w:rPr>
                <w:szCs w:val="28"/>
              </w:rPr>
              <w:t>- Em học được: tôn trọng – lắng nghe – nhường</w:t>
            </w:r>
            <w:r w:rsidRPr="00EB5D28">
              <w:rPr>
                <w:szCs w:val="28"/>
              </w:rPr>
              <w:t xml:space="preserve"> nhau – nhận lỗi khi sai – chủ động làm hòa.</w:t>
            </w:r>
          </w:p>
        </w:tc>
      </w:tr>
      <w:tr w:rsidR="00930A69" w:rsidRPr="00EB5D28">
        <w:tc>
          <w:tcPr>
            <w:tcW w:w="4986" w:type="dxa"/>
          </w:tcPr>
          <w:p w:rsidR="00930A69" w:rsidRPr="00EB5D28" w:rsidRDefault="00EB5D28">
            <w:pPr>
              <w:rPr>
                <w:szCs w:val="28"/>
              </w:rPr>
            </w:pPr>
            <w:r w:rsidRPr="00EB5D28">
              <w:rPr>
                <w:szCs w:val="28"/>
              </w:rPr>
              <w:t>*Thông điệp:</w:t>
            </w:r>
          </w:p>
        </w:tc>
        <w:tc>
          <w:tcPr>
            <w:tcW w:w="4986" w:type="dxa"/>
          </w:tcPr>
          <w:p w:rsidR="00930A69" w:rsidRPr="00EB5D28" w:rsidRDefault="00EB5D28">
            <w:pPr>
              <w:rPr>
                <w:szCs w:val="28"/>
              </w:rPr>
            </w:pPr>
            <w:r w:rsidRPr="00EB5D28">
              <w:rPr>
                <w:szCs w:val="28"/>
              </w:rPr>
              <w:t>- HS lắng nghe.</w:t>
            </w:r>
          </w:p>
        </w:tc>
      </w:tr>
      <w:tr w:rsidR="00930A69" w:rsidRPr="00EB5D28">
        <w:tc>
          <w:tcPr>
            <w:tcW w:w="4986" w:type="dxa"/>
          </w:tcPr>
          <w:p w:rsidR="00930A69" w:rsidRPr="00EB5D28" w:rsidRDefault="00EB5D28">
            <w:pPr>
              <w:rPr>
                <w:szCs w:val="28"/>
              </w:rPr>
            </w:pPr>
            <w:r w:rsidRPr="00EB5D28">
              <w:rPr>
                <w:szCs w:val="28"/>
              </w:rPr>
              <w:t>- Gọi HS đọc thông điệp trong SGK cho cả lớp nghe.</w:t>
            </w:r>
          </w:p>
        </w:tc>
        <w:tc>
          <w:tcPr>
            <w:tcW w:w="4986" w:type="dxa"/>
          </w:tcPr>
          <w:p w:rsidR="00930A69" w:rsidRPr="00EB5D28" w:rsidRDefault="00EB5D28">
            <w:pPr>
              <w:rPr>
                <w:szCs w:val="28"/>
              </w:rPr>
            </w:pPr>
            <w:r w:rsidRPr="00EB5D28">
              <w:rPr>
                <w:szCs w:val="28"/>
              </w:rPr>
              <w:t>- 1 HS đọc to thông điệp, cả lớp nhẩm thầm theo.</w:t>
            </w:r>
          </w:p>
        </w:tc>
      </w:tr>
      <w:tr w:rsidR="00930A69" w:rsidRPr="00EB5D28">
        <w:tc>
          <w:tcPr>
            <w:tcW w:w="4986" w:type="dxa"/>
          </w:tcPr>
          <w:p w:rsidR="00930A69" w:rsidRPr="00EB5D28" w:rsidRDefault="00EB5D28">
            <w:pPr>
              <w:rPr>
                <w:szCs w:val="28"/>
              </w:rPr>
            </w:pPr>
            <w:r w:rsidRPr="00EB5D28">
              <w:rPr>
                <w:szCs w:val="28"/>
              </w:rPr>
              <w:t>Lắng nghe, tôn trọng, nhườn nhau</w:t>
            </w:r>
            <w:r w:rsidRPr="00EB5D28">
              <w:rPr>
                <w:szCs w:val="28"/>
              </w:rPr>
              <w:br/>
              <w:t>Bạn bè hòa thuận, nhịp cầu yêu thương.</w:t>
            </w:r>
          </w:p>
        </w:tc>
        <w:tc>
          <w:tcPr>
            <w:tcW w:w="4986" w:type="dxa"/>
          </w:tcPr>
          <w:p w:rsidR="00930A69" w:rsidRPr="00EB5D28" w:rsidRDefault="00EB5D28">
            <w:pPr>
              <w:rPr>
                <w:szCs w:val="28"/>
              </w:rPr>
            </w:pPr>
            <w:r w:rsidRPr="00EB5D28">
              <w:rPr>
                <w:szCs w:val="28"/>
              </w:rPr>
              <w:t>- HS đọ</w:t>
            </w:r>
            <w:r w:rsidRPr="00EB5D28">
              <w:rPr>
                <w:szCs w:val="28"/>
              </w:rPr>
              <w:t>c nhẩm theo và ghi nhớ nội dung thông điệp.</w:t>
            </w:r>
          </w:p>
        </w:tc>
      </w:tr>
      <w:tr w:rsidR="00930A69" w:rsidRPr="00EB5D28">
        <w:tc>
          <w:tcPr>
            <w:tcW w:w="4986" w:type="dxa"/>
          </w:tcPr>
          <w:p w:rsidR="00930A69" w:rsidRPr="00EB5D28" w:rsidRDefault="00EB5D28">
            <w:pPr>
              <w:rPr>
                <w:szCs w:val="28"/>
              </w:rPr>
            </w:pPr>
            <w:r w:rsidRPr="00EB5D28">
              <w:rPr>
                <w:szCs w:val="28"/>
              </w:rPr>
              <w:t>- Khuyến khích HS đọc thuộc tại lớp.</w:t>
            </w:r>
          </w:p>
        </w:tc>
        <w:tc>
          <w:tcPr>
            <w:tcW w:w="4986" w:type="dxa"/>
          </w:tcPr>
          <w:p w:rsidR="00930A69" w:rsidRPr="00EB5D28" w:rsidRDefault="00EB5D28">
            <w:pPr>
              <w:rPr>
                <w:szCs w:val="28"/>
              </w:rPr>
            </w:pPr>
            <w:r w:rsidRPr="00EB5D28">
              <w:rPr>
                <w:szCs w:val="28"/>
              </w:rPr>
              <w:t>- Một vài HS đọc thuộc lòng.(khuyến khích).</w:t>
            </w:r>
          </w:p>
        </w:tc>
      </w:tr>
      <w:tr w:rsidR="00930A69" w:rsidRPr="00EB5D28">
        <w:tc>
          <w:tcPr>
            <w:tcW w:w="4986" w:type="dxa"/>
          </w:tcPr>
          <w:p w:rsidR="00930A69" w:rsidRPr="00EB5D28" w:rsidRDefault="00EB5D28">
            <w:pPr>
              <w:rPr>
                <w:szCs w:val="28"/>
              </w:rPr>
            </w:pPr>
            <w:r w:rsidRPr="00EB5D28">
              <w:rPr>
                <w:szCs w:val="28"/>
              </w:rPr>
              <w:t>- Nhắc HS ghi nhớ và vận dụng thông điệp vào cuộc sống.</w:t>
            </w:r>
          </w:p>
        </w:tc>
        <w:tc>
          <w:tcPr>
            <w:tcW w:w="4986" w:type="dxa"/>
          </w:tcPr>
          <w:p w:rsidR="00930A69" w:rsidRPr="00EB5D28" w:rsidRDefault="00EB5D28">
            <w:pPr>
              <w:rPr>
                <w:szCs w:val="28"/>
              </w:rPr>
            </w:pPr>
            <w:r w:rsidRPr="00EB5D28">
              <w:rPr>
                <w:szCs w:val="28"/>
              </w:rPr>
              <w:t>- HS ghi nhớ và hứa vận dụng vào các tình huống thực tế trong lớp và ở nh</w:t>
            </w:r>
            <w:r w:rsidRPr="00EB5D28">
              <w:rPr>
                <w:szCs w:val="28"/>
              </w:rPr>
              <w:t>à.</w:t>
            </w:r>
          </w:p>
        </w:tc>
      </w:tr>
      <w:tr w:rsidR="00930A69" w:rsidRPr="00EB5D28">
        <w:tc>
          <w:tcPr>
            <w:tcW w:w="4986" w:type="dxa"/>
          </w:tcPr>
          <w:p w:rsidR="00930A69" w:rsidRPr="00EB5D28" w:rsidRDefault="00EB5D28">
            <w:pPr>
              <w:rPr>
                <w:szCs w:val="28"/>
              </w:rPr>
            </w:pPr>
            <w:r w:rsidRPr="00EB5D28">
              <w:rPr>
                <w:szCs w:val="28"/>
              </w:rPr>
              <w:t>- GV nhận xét, tuyên dương</w:t>
            </w:r>
          </w:p>
        </w:tc>
        <w:tc>
          <w:tcPr>
            <w:tcW w:w="4986" w:type="dxa"/>
          </w:tcPr>
          <w:p w:rsidR="00930A69" w:rsidRPr="00EB5D28" w:rsidRDefault="00EB5D28">
            <w:pPr>
              <w:rPr>
                <w:szCs w:val="28"/>
              </w:rPr>
            </w:pPr>
            <w:r w:rsidRPr="00EB5D28">
              <w:rPr>
                <w:szCs w:val="28"/>
              </w:rPr>
              <w:t>- HS lắng nghe,rút kinh nghiệm</w:t>
            </w:r>
          </w:p>
        </w:tc>
      </w:tr>
      <w:tr w:rsidR="00930A69" w:rsidRPr="00EB5D28">
        <w:tc>
          <w:tcPr>
            <w:tcW w:w="4986" w:type="dxa"/>
          </w:tcPr>
          <w:p w:rsidR="00930A69" w:rsidRPr="00EB5D28" w:rsidRDefault="00EB5D28">
            <w:pPr>
              <w:rPr>
                <w:szCs w:val="28"/>
              </w:rPr>
            </w:pPr>
            <w:r w:rsidRPr="00EB5D28">
              <w:rPr>
                <w:szCs w:val="28"/>
              </w:rPr>
              <w:t>- GV nhận xét tiết học</w:t>
            </w:r>
          </w:p>
        </w:tc>
        <w:tc>
          <w:tcPr>
            <w:tcW w:w="4986" w:type="dxa"/>
          </w:tcPr>
          <w:p w:rsidR="00930A69" w:rsidRPr="00EB5D28" w:rsidRDefault="00EB5D28">
            <w:pPr>
              <w:rPr>
                <w:szCs w:val="28"/>
              </w:rPr>
            </w:pPr>
            <w:r w:rsidRPr="00EB5D28">
              <w:rPr>
                <w:szCs w:val="28"/>
              </w:rPr>
              <w:t>- HS rút kinh nghiệm, ghi nhớ nội dung bài.</w:t>
            </w:r>
          </w:p>
        </w:tc>
      </w:tr>
      <w:tr w:rsidR="00930A69" w:rsidRPr="00EB5D28">
        <w:tc>
          <w:tcPr>
            <w:tcW w:w="4986" w:type="dxa"/>
          </w:tcPr>
          <w:p w:rsidR="00930A69" w:rsidRPr="00EB5D28" w:rsidRDefault="00EB5D28">
            <w:pPr>
              <w:rPr>
                <w:szCs w:val="28"/>
              </w:rPr>
            </w:pPr>
            <w:r w:rsidRPr="00EB5D28">
              <w:rPr>
                <w:szCs w:val="28"/>
              </w:rPr>
              <w:t>- Dặn dò: về nhà chuẩn bị cho bài sau.</w:t>
            </w:r>
          </w:p>
        </w:tc>
        <w:tc>
          <w:tcPr>
            <w:tcW w:w="4986" w:type="dxa"/>
          </w:tcPr>
          <w:p w:rsidR="00930A69" w:rsidRPr="00EB5D28" w:rsidRDefault="00EB5D28">
            <w:pPr>
              <w:rPr>
                <w:szCs w:val="28"/>
              </w:rPr>
            </w:pPr>
            <w:r w:rsidRPr="00EB5D28">
              <w:rPr>
                <w:szCs w:val="28"/>
              </w:rPr>
              <w:t>- HS chuẩn bị bài theo dặn dò của GV.</w:t>
            </w:r>
          </w:p>
        </w:tc>
      </w:tr>
    </w:tbl>
    <w:p w:rsidR="00930A69" w:rsidRPr="00EB5D28" w:rsidRDefault="00EB5D28">
      <w:pPr>
        <w:spacing w:after="0" w:line="240" w:lineRule="auto"/>
        <w:rPr>
          <w:szCs w:val="28"/>
        </w:rPr>
      </w:pPr>
      <w:r w:rsidRPr="00EB5D28">
        <w:rPr>
          <w:b/>
          <w:szCs w:val="28"/>
        </w:rPr>
        <w:t>4. ĐIỀU CHỈNH SAU BÀI HỌC:</w:t>
      </w:r>
    </w:p>
    <w:p w:rsidR="00930A69" w:rsidRPr="00EB5D28" w:rsidRDefault="00EB5D28">
      <w:pPr>
        <w:spacing w:after="0" w:line="240" w:lineRule="auto"/>
        <w:rPr>
          <w:szCs w:val="28"/>
        </w:rPr>
      </w:pPr>
      <w:r w:rsidRPr="00EB5D28">
        <w:rPr>
          <w:szCs w:val="28"/>
        </w:rPr>
        <w:t>....................................................................................................................................</w:t>
      </w:r>
    </w:p>
    <w:p w:rsidR="00930A69" w:rsidRPr="00EB5D28" w:rsidRDefault="00EB5D28">
      <w:pPr>
        <w:spacing w:after="0" w:line="240" w:lineRule="auto"/>
        <w:rPr>
          <w:szCs w:val="28"/>
        </w:rPr>
      </w:pPr>
      <w:r w:rsidRPr="00EB5D28">
        <w:rPr>
          <w:szCs w:val="28"/>
        </w:rPr>
        <w:t>...........................................................................................................................</w:t>
      </w:r>
      <w:r w:rsidRPr="00EB5D28">
        <w:rPr>
          <w:szCs w:val="28"/>
        </w:rPr>
        <w:t>.........</w:t>
      </w:r>
    </w:p>
    <w:p w:rsidR="00930A69" w:rsidRPr="00EB5D28" w:rsidRDefault="00EB5D28">
      <w:pPr>
        <w:spacing w:after="0" w:line="240" w:lineRule="auto"/>
        <w:rPr>
          <w:szCs w:val="28"/>
        </w:rPr>
      </w:pPr>
      <w:r w:rsidRPr="00EB5D28">
        <w:rPr>
          <w:szCs w:val="28"/>
        </w:rPr>
        <w:t>....................................................................................................................................</w:t>
      </w:r>
      <w:bookmarkEnd w:id="0"/>
    </w:p>
    <w:sectPr w:rsidR="00930A69" w:rsidRPr="00EB5D28" w:rsidSect="00034616">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930A69"/>
    <w:rsid w:val="00AA1D8D"/>
    <w:rsid w:val="00B47730"/>
    <w:rsid w:val="00CB0664"/>
    <w:rsid w:val="00EB5D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04FC6C"/>
  <w14:defaultImageDpi w14:val="300"/>
  <w15:docId w15:val="{A8631952-F051-4AF1-9952-633C3AAF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78F7E-1A4A-462E-8648-3B2FC8414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dc:creator>
  <cp:keywords/>
  <dc:description>generated by python-docx</dc:description>
  <cp:lastModifiedBy>Tran</cp:lastModifiedBy>
  <cp:revision>2</cp:revision>
  <dcterms:created xsi:type="dcterms:W3CDTF">2026-03-04T19:41:00Z</dcterms:created>
  <dcterms:modified xsi:type="dcterms:W3CDTF">2026-03-04T19:41:00Z</dcterms:modified>
  <cp:category/>
</cp:coreProperties>
</file>