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6D7" w:rsidRDefault="0071506F">
      <w:pPr>
        <w:spacing w:after="0"/>
        <w:jc w:val="center"/>
      </w:pPr>
      <w:r>
        <w:rPr>
          <w:b/>
          <w:sz w:val="30"/>
        </w:rPr>
        <w:t>KẾ HOẠCH BÀI DẠY MÔN TOÁN LỚP 1</w:t>
      </w:r>
    </w:p>
    <w:p w:rsidR="00FF06D7" w:rsidRDefault="0071506F">
      <w:pPr>
        <w:spacing w:after="80"/>
        <w:jc w:val="center"/>
      </w:pPr>
      <w:r>
        <w:rPr>
          <w:b/>
          <w:sz w:val="28"/>
        </w:rPr>
        <w:t>BỘ SÁCH KẾT NỐI TRI THỨC VỚI CUỘC SỐNG - TUẦN 30</w:t>
      </w:r>
    </w:p>
    <w:p w:rsidR="00FF06D7" w:rsidRDefault="0071506F">
      <w:pPr>
        <w:spacing w:before="60" w:after="40"/>
        <w:jc w:val="center"/>
      </w:pPr>
      <w:r>
        <w:rPr>
          <w:b/>
          <w:sz w:val="28"/>
        </w:rPr>
        <w:t>BÀI 33: LUYỆN TẬP CHUNG - TIẾT 4</w:t>
      </w:r>
    </w:p>
    <w:p w:rsidR="00FF06D7" w:rsidRDefault="0071506F">
      <w:pPr>
        <w:jc w:val="center"/>
      </w:pPr>
      <w:r>
        <w:rPr>
          <w:i/>
          <w:sz w:val="24"/>
        </w:rPr>
        <w:t>Thời gian thực hiện: ................................................</w:t>
      </w:r>
    </w:p>
    <w:p w:rsidR="00FF06D7" w:rsidRDefault="0071506F">
      <w:pPr>
        <w:spacing w:before="80" w:after="40"/>
      </w:pPr>
      <w:r>
        <w:rPr>
          <w:b/>
        </w:rPr>
        <w:t>I. YÊU CẦU CẦN ĐẠT</w:t>
      </w:r>
    </w:p>
    <w:p w:rsidR="00FF06D7" w:rsidRDefault="0071506F">
      <w:pPr>
        <w:spacing w:after="40" w:line="259" w:lineRule="auto"/>
      </w:pPr>
      <w:r>
        <w:rPr>
          <w:b/>
        </w:rPr>
        <w:t>1. Năng lực đặc thù</w:t>
      </w:r>
    </w:p>
    <w:p w:rsidR="00FF06D7" w:rsidRDefault="0071506F">
      <w:pPr>
        <w:spacing w:after="40" w:line="259" w:lineRule="auto"/>
        <w:ind w:left="113"/>
      </w:pPr>
      <w:r>
        <w:t>- Củng cố phép cộng, phép trừ số có hai chữ số không nhớ trong phạm vi 100.</w:t>
      </w:r>
    </w:p>
    <w:p w:rsidR="00FF06D7" w:rsidRDefault="0071506F">
      <w:pPr>
        <w:spacing w:after="40" w:line="259" w:lineRule="auto"/>
        <w:ind w:left="113"/>
      </w:pPr>
      <w:r>
        <w:t>- Tìm được số thích hợp trong mảnh ghép và giải được bài toán trực quan.</w:t>
      </w:r>
    </w:p>
    <w:p w:rsidR="00FF06D7" w:rsidRDefault="0071506F">
      <w:pPr>
        <w:spacing w:after="40" w:line="259" w:lineRule="auto"/>
        <w:ind w:left="113"/>
      </w:pPr>
      <w:r>
        <w:t>- Vận dụng phép tính để xử lí tình huống về số toa tàu.</w:t>
      </w:r>
    </w:p>
    <w:p w:rsidR="00FF06D7" w:rsidRDefault="0071506F">
      <w:pPr>
        <w:spacing w:after="40" w:line="259" w:lineRule="auto"/>
      </w:pPr>
      <w:r>
        <w:rPr>
          <w:b/>
        </w:rPr>
        <w:t>2. Năng lực chung</w:t>
      </w:r>
    </w:p>
    <w:p w:rsidR="00FF06D7" w:rsidRDefault="0071506F">
      <w:pPr>
        <w:spacing w:after="40" w:line="259" w:lineRule="auto"/>
        <w:ind w:left="113"/>
      </w:pPr>
      <w:r>
        <w:t>- Tự chủ và tự học: Chủ động quan sát, thực hiện nhiệm vụ; biết tự kiểm tra và sửa kết quả khi cần.</w:t>
      </w:r>
    </w:p>
    <w:p w:rsidR="00FF06D7" w:rsidRDefault="0071506F">
      <w:pPr>
        <w:spacing w:after="40" w:line="259" w:lineRule="auto"/>
        <w:ind w:left="113"/>
      </w:pPr>
      <w:r>
        <w:t>- Giao tiếp và hợp tác: Trao đổi với bạn về cách làm; trình bày kết quả rõ ràng, biết nhận xét lịch sự.</w:t>
      </w:r>
    </w:p>
    <w:p w:rsidR="00FF06D7" w:rsidRDefault="0071506F">
      <w:pPr>
        <w:spacing w:after="40" w:line="259" w:lineRule="auto"/>
        <w:ind w:left="113"/>
      </w:pPr>
      <w:r>
        <w:t>- Giải quyết vấn đề và sáng tạo: Vận dụng kiến thức Toán để giải quyết nhiệm vụ và tình huống gần gũi.</w:t>
      </w:r>
    </w:p>
    <w:p w:rsidR="00FF06D7" w:rsidRDefault="0071506F">
      <w:pPr>
        <w:spacing w:after="40" w:line="259" w:lineRule="auto"/>
      </w:pPr>
      <w:r>
        <w:rPr>
          <w:b/>
        </w:rPr>
        <w:t>3. Phẩm chất</w:t>
      </w:r>
    </w:p>
    <w:p w:rsidR="00FF06D7" w:rsidRDefault="0071506F">
      <w:pPr>
        <w:spacing w:after="40" w:line="259" w:lineRule="auto"/>
        <w:ind w:left="113"/>
      </w:pPr>
      <w:r>
        <w:t>- Chăm chỉ: Tích cực tham gia các hoạt động học tập, hoàn thành bài tập.</w:t>
      </w:r>
    </w:p>
    <w:p w:rsidR="00FF06D7" w:rsidRDefault="0071506F">
      <w:pPr>
        <w:spacing w:after="40" w:line="259" w:lineRule="auto"/>
        <w:ind w:left="113"/>
      </w:pPr>
      <w:r>
        <w:t>- Trách nhiệm: Chuẩn bị và giữ gìn đồ dùng; hoàn thành nhiệm vụ cá nhân và nhiệm vụ nhóm.</w:t>
      </w:r>
    </w:p>
    <w:p w:rsidR="00FF06D7" w:rsidRDefault="0071506F">
      <w:pPr>
        <w:spacing w:after="40" w:line="259" w:lineRule="auto"/>
        <w:ind w:left="113"/>
      </w:pPr>
      <w:r>
        <w:t>- Trung thực: Báo cáo đúng kết quả đã thực hiện, biết sửa sai khi được góp ý.</w:t>
      </w:r>
    </w:p>
    <w:p w:rsidR="00FF06D7" w:rsidRDefault="0071506F">
      <w:pPr>
        <w:spacing w:before="80" w:after="40"/>
      </w:pPr>
      <w:r>
        <w:rPr>
          <w:b/>
        </w:rPr>
        <w:t>II. ĐỒ DÙNG DẠY HỌC</w:t>
      </w:r>
    </w:p>
    <w:p w:rsidR="00FF06D7" w:rsidRDefault="0071506F">
      <w:pPr>
        <w:spacing w:after="40" w:line="259" w:lineRule="auto"/>
      </w:pPr>
      <w:r>
        <w:rPr>
          <w:b/>
        </w:rPr>
        <w:t>1. Giáo viên</w:t>
      </w:r>
    </w:p>
    <w:p w:rsidR="00FF06D7" w:rsidRDefault="0071506F">
      <w:pPr>
        <w:spacing w:after="40" w:line="259" w:lineRule="auto"/>
        <w:ind w:left="113"/>
      </w:pPr>
      <w:r>
        <w:t>- Sách giáo khoa Toán 1, Tập hai; bộ đồ dùng học Toán 1; que tính bó chục và que tính rời; bảng phụ.</w:t>
      </w:r>
    </w:p>
    <w:p w:rsidR="00FF06D7" w:rsidRDefault="0071506F">
      <w:pPr>
        <w:spacing w:after="40" w:line="259" w:lineRule="auto"/>
        <w:ind w:left="113"/>
      </w:pPr>
      <w:r>
        <w:t>- Hình ảnh SGK đã cắt đúng nội dung sử dụng của từng bài tập; máy chiếu hoặc ti vi nếu có.</w:t>
      </w:r>
    </w:p>
    <w:p w:rsidR="00FF06D7" w:rsidRDefault="0071506F">
      <w:pPr>
        <w:spacing w:after="40" w:line="259" w:lineRule="auto"/>
      </w:pPr>
      <w:r>
        <w:rPr>
          <w:b/>
        </w:rPr>
        <w:t>2. Học sinh</w:t>
      </w:r>
    </w:p>
    <w:p w:rsidR="00FF06D7" w:rsidRDefault="0071506F">
      <w:pPr>
        <w:spacing w:after="40" w:line="259" w:lineRule="auto"/>
        <w:ind w:left="113"/>
      </w:pPr>
      <w:r>
        <w:t>- Sách giáo khoa Toán 1; vở; bảng con; bút chì; bộ que tính; thẻ số.</w:t>
      </w:r>
    </w:p>
    <w:p w:rsidR="00FF06D7" w:rsidRDefault="0071506F">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69"/>
        <w:gridCol w:w="5269"/>
      </w:tblGrid>
      <w:tr w:rsidR="00FF06D7" w:rsidTr="00A72995">
        <w:trPr>
          <w:jc w:val="center"/>
        </w:trPr>
        <w:tc>
          <w:tcPr>
            <w:tcW w:w="5103" w:type="dxa"/>
            <w:tcBorders>
              <w:bottom w:val="single" w:sz="4" w:space="0" w:color="auto"/>
            </w:tcBorders>
            <w:shd w:val="clear" w:color="auto" w:fill="auto"/>
          </w:tcPr>
          <w:p w:rsidR="00FF06D7" w:rsidRDefault="0071506F">
            <w:pPr>
              <w:jc w:val="center"/>
            </w:pPr>
            <w:r>
              <w:rPr>
                <w:b/>
              </w:rPr>
              <w:t>HOẠT ĐỘNG CỦA GIÁO VIÊN</w:t>
            </w:r>
          </w:p>
        </w:tc>
        <w:tc>
          <w:tcPr>
            <w:tcW w:w="4536" w:type="dxa"/>
            <w:tcBorders>
              <w:bottom w:val="single" w:sz="4" w:space="0" w:color="auto"/>
            </w:tcBorders>
            <w:shd w:val="clear" w:color="auto" w:fill="auto"/>
          </w:tcPr>
          <w:p w:rsidR="00FF06D7" w:rsidRDefault="0071506F">
            <w:pPr>
              <w:jc w:val="center"/>
            </w:pPr>
            <w:r>
              <w:rPr>
                <w:b/>
              </w:rPr>
              <w:t>HOẠT ĐỘNG CỦA HỌC SINH</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1. KHỞI ĐỘNG</w:t>
            </w:r>
          </w:p>
          <w:p w:rsidR="00FF06D7" w:rsidRDefault="0071506F">
            <w:pPr>
              <w:keepNext/>
              <w:spacing w:after="20"/>
            </w:pPr>
            <w:r>
              <w:rPr>
                <w:i/>
              </w:rPr>
              <w:t>- Mục tiêu: Ôn cộng, trừ nhanh trước khi luyện tập.</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nêu 25 + 40; 41 + 8; 99 - 9; 65 - 62.</w:t>
            </w:r>
          </w:p>
        </w:tc>
        <w:tc>
          <w:tcPr>
            <w:tcW w:w="5269" w:type="dxa"/>
            <w:tcBorders>
              <w:top w:val="single" w:sz="4" w:space="0" w:color="auto"/>
            </w:tcBorders>
            <w:shd w:val="clear" w:color="auto" w:fill="auto"/>
          </w:tcPr>
          <w:p w:rsidR="00FF06D7" w:rsidRDefault="0071506F">
            <w:pPr>
              <w:spacing w:after="40"/>
            </w:pPr>
            <w:r>
              <w:t>- HS trả lời: 65; 49; 90; 3.</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nhận xét và giới thiệu bài luyện tập.</w:t>
            </w:r>
          </w:p>
        </w:tc>
        <w:tc>
          <w:tcPr>
            <w:tcW w:w="5269" w:type="dxa"/>
            <w:tcBorders>
              <w:bottom w:val="single" w:sz="4" w:space="0" w:color="auto"/>
            </w:tcBorders>
            <w:shd w:val="clear" w:color="auto" w:fill="auto"/>
          </w:tcPr>
          <w:p w:rsidR="00FF06D7" w:rsidRDefault="0071506F">
            <w:pPr>
              <w:spacing w:after="40"/>
            </w:pPr>
            <w:r>
              <w:t>- HS chuẩn bị làm bài.</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2. LUYỆN TẬP - THỰC HÀNH</w:t>
            </w:r>
          </w:p>
          <w:p w:rsidR="00FF06D7" w:rsidRDefault="0071506F">
            <w:pPr>
              <w:keepNext/>
              <w:spacing w:after="20"/>
            </w:pPr>
            <w:r>
              <w:rPr>
                <w:i/>
              </w:rPr>
              <w:t>- Mục tiêu: Thực hiện tính, điền số và giải toán.</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Bài 1. Tính</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đưa riêng hình Bài 1; yêu cầu HS làm cá nhân vào vở.</w:t>
            </w:r>
          </w:p>
          <w:p w:rsidR="00FF06D7" w:rsidRDefault="00FF06D7">
            <w:pPr>
              <w:spacing w:after="40"/>
              <w:jc w:val="center"/>
            </w:pPr>
          </w:p>
        </w:tc>
        <w:tc>
          <w:tcPr>
            <w:tcW w:w="5269" w:type="dxa"/>
            <w:tcBorders>
              <w:top w:val="single" w:sz="4" w:space="0" w:color="auto"/>
            </w:tcBorders>
            <w:shd w:val="clear" w:color="auto" w:fill="auto"/>
          </w:tcPr>
          <w:p w:rsidR="00FF06D7" w:rsidRDefault="0071506F">
            <w:pPr>
              <w:spacing w:after="40"/>
            </w:pPr>
            <w:r>
              <w:t>- HS tính: 25 + 40 = 65; 41 + 8 = 49; 99 - 9 = 90; 65 - 62 = 3.</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mời HS chữa bài và chốt đáp án.</w:t>
            </w:r>
          </w:p>
        </w:tc>
        <w:tc>
          <w:tcPr>
            <w:tcW w:w="5269" w:type="dxa"/>
            <w:tcBorders>
              <w:bottom w:val="single" w:sz="4" w:space="0" w:color="auto"/>
            </w:tcBorders>
            <w:shd w:val="clear" w:color="auto" w:fill="auto"/>
          </w:tcPr>
          <w:p w:rsidR="00FF06D7" w:rsidRDefault="0071506F">
            <w:pPr>
              <w:spacing w:after="40"/>
            </w:pPr>
            <w:r>
              <w:t>- HS đối chiếu, sửa bài.</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lastRenderedPageBreak/>
              <w:t>Bài 2. Số?</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đưa riêng hình Bài 2; yêu cầu HS làm nhóm đôi.</w:t>
            </w:r>
          </w:p>
          <w:p w:rsidR="00FF06D7" w:rsidRDefault="00FF06D7">
            <w:pPr>
              <w:spacing w:after="40"/>
              <w:jc w:val="center"/>
            </w:pPr>
          </w:p>
        </w:tc>
        <w:tc>
          <w:tcPr>
            <w:tcW w:w="5269" w:type="dxa"/>
            <w:tcBorders>
              <w:top w:val="single" w:sz="4" w:space="0" w:color="auto"/>
            </w:tcBorders>
            <w:shd w:val="clear" w:color="auto" w:fill="auto"/>
          </w:tcPr>
          <w:p w:rsidR="00FF06D7" w:rsidRDefault="0071506F">
            <w:pPr>
              <w:spacing w:after="40"/>
            </w:pPr>
            <w:r>
              <w:t>- HS điền: 18 + 50 = 68; 40 - 10 = 30; 35 + 33 = 68.</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mời nhóm giải thích cách tìm.</w:t>
            </w:r>
          </w:p>
        </w:tc>
        <w:tc>
          <w:tcPr>
            <w:tcW w:w="5269" w:type="dxa"/>
            <w:tcBorders>
              <w:bottom w:val="single" w:sz="4" w:space="0" w:color="auto"/>
            </w:tcBorders>
            <w:shd w:val="clear" w:color="auto" w:fill="auto"/>
          </w:tcPr>
          <w:p w:rsidR="00FF06D7" w:rsidRDefault="0071506F">
            <w:pPr>
              <w:spacing w:after="40"/>
            </w:pPr>
            <w:r>
              <w:t>- HS trình bày và nhận xét.</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Bài 3. Cân bằng quả thông</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đưa riêng hình Bài 3; hỏi: “Hai bên cân bằng nhau, bên phải có 45 quả và 33 quả, túi đỏ có bao nhiêu quả?”</w:t>
            </w:r>
          </w:p>
          <w:p w:rsidR="00FF06D7" w:rsidRDefault="00FF06D7">
            <w:pPr>
              <w:spacing w:after="40"/>
              <w:jc w:val="center"/>
            </w:pPr>
          </w:p>
        </w:tc>
        <w:tc>
          <w:tcPr>
            <w:tcW w:w="5269" w:type="dxa"/>
            <w:tcBorders>
              <w:top w:val="single" w:sz="4" w:space="0" w:color="auto"/>
            </w:tcBorders>
            <w:shd w:val="clear" w:color="auto" w:fill="auto"/>
          </w:tcPr>
          <w:p w:rsidR="00FF06D7" w:rsidRDefault="0071506F">
            <w:pPr>
              <w:spacing w:after="40"/>
            </w:pPr>
            <w:r>
              <w:t>- HS trả lời: “45 + 33 = 78; túi đỏ có 78 quả thông.”</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yêu cầu HS viết phép tính vào vở và chốt kết quả.</w:t>
            </w:r>
          </w:p>
        </w:tc>
        <w:tc>
          <w:tcPr>
            <w:tcW w:w="5269" w:type="dxa"/>
            <w:tcBorders>
              <w:bottom w:val="single" w:sz="4" w:space="0" w:color="auto"/>
            </w:tcBorders>
            <w:shd w:val="clear" w:color="auto" w:fill="auto"/>
          </w:tcPr>
          <w:p w:rsidR="00FF06D7" w:rsidRDefault="0071506F">
            <w:pPr>
              <w:spacing w:after="40"/>
            </w:pPr>
            <w:r>
              <w:t>- HS ghi phép tính, lắng nghe nhận xét.</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Bài 4. Tính</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đưa riêng hình Bài 4; nhắc HS tính lần lượt từ trái sang phải.</w:t>
            </w:r>
          </w:p>
          <w:p w:rsidR="00FF06D7" w:rsidRDefault="00FF06D7">
            <w:pPr>
              <w:spacing w:after="40"/>
              <w:jc w:val="center"/>
            </w:pPr>
          </w:p>
        </w:tc>
        <w:tc>
          <w:tcPr>
            <w:tcW w:w="5269" w:type="dxa"/>
            <w:tcBorders>
              <w:top w:val="single" w:sz="4" w:space="0" w:color="auto"/>
            </w:tcBorders>
            <w:shd w:val="clear" w:color="auto" w:fill="auto"/>
          </w:tcPr>
          <w:p w:rsidR="00FF06D7" w:rsidRDefault="0071506F">
            <w:pPr>
              <w:spacing w:after="40"/>
            </w:pPr>
            <w:r>
              <w:t>- HS tính: 20 + 40 + 1 = 61; 15 - 2 - 1 = 12; 40 + 15 + 2 = 57.</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chốt đáp án Bài 4.</w:t>
            </w:r>
          </w:p>
        </w:tc>
        <w:tc>
          <w:tcPr>
            <w:tcW w:w="5269" w:type="dxa"/>
            <w:tcBorders>
              <w:bottom w:val="single" w:sz="4" w:space="0" w:color="auto"/>
            </w:tcBorders>
            <w:shd w:val="clear" w:color="auto" w:fill="auto"/>
          </w:tcPr>
          <w:p w:rsidR="00FF06D7" w:rsidRDefault="0071506F">
            <w:pPr>
              <w:spacing w:after="40"/>
            </w:pPr>
            <w:r>
              <w:t>- HS sửa bài nếu sai.</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Bài 5. Bài toán đoàn tàu</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đưa riêng hình Bài 5; yêu cầu HS đọc câu a và câu b.</w:t>
            </w:r>
          </w:p>
          <w:p w:rsidR="00FF06D7" w:rsidRDefault="00FF06D7">
            <w:pPr>
              <w:spacing w:after="40"/>
              <w:jc w:val="center"/>
            </w:pPr>
          </w:p>
        </w:tc>
        <w:tc>
          <w:tcPr>
            <w:tcW w:w="5269" w:type="dxa"/>
            <w:tcBorders>
              <w:top w:val="single" w:sz="4" w:space="0" w:color="auto"/>
            </w:tcBorders>
            <w:shd w:val="clear" w:color="auto" w:fill="auto"/>
          </w:tcPr>
          <w:p w:rsidR="00FF06D7" w:rsidRDefault="0071506F">
            <w:pPr>
              <w:spacing w:after="40"/>
            </w:pPr>
            <w:r>
              <w:t>- HS đọc: câu a tìm tổng số toa; câu b tìm số toa chở khách.</w:t>
            </w:r>
          </w:p>
        </w:tc>
      </w:tr>
      <w:tr w:rsidR="00FF06D7" w:rsidTr="00A72995">
        <w:trPr>
          <w:cantSplit/>
          <w:jc w:val="center"/>
        </w:trPr>
        <w:tc>
          <w:tcPr>
            <w:tcW w:w="5269" w:type="dxa"/>
            <w:shd w:val="clear" w:color="auto" w:fill="auto"/>
          </w:tcPr>
          <w:p w:rsidR="00FF06D7" w:rsidRDefault="0071506F">
            <w:pPr>
              <w:spacing w:after="40"/>
            </w:pPr>
            <w:r>
              <w:t>- GV hỏi câu a: “Cả hai đoàn tàu A và B có bao nhiêu toa?”</w:t>
            </w:r>
          </w:p>
        </w:tc>
        <w:tc>
          <w:tcPr>
            <w:tcW w:w="5269" w:type="dxa"/>
            <w:shd w:val="clear" w:color="auto" w:fill="auto"/>
          </w:tcPr>
          <w:p w:rsidR="00FF06D7" w:rsidRDefault="0071506F">
            <w:pPr>
              <w:spacing w:after="40"/>
            </w:pPr>
            <w:r>
              <w:t>- HS tính: “10 + 12 = 22; có 22 toa.”</w:t>
            </w:r>
          </w:p>
        </w:tc>
      </w:tr>
      <w:tr w:rsidR="00FF06D7" w:rsidTr="00A72995">
        <w:trPr>
          <w:cantSplit/>
          <w:jc w:val="center"/>
        </w:trPr>
        <w:tc>
          <w:tcPr>
            <w:tcW w:w="5269" w:type="dxa"/>
            <w:shd w:val="clear" w:color="auto" w:fill="auto"/>
          </w:tcPr>
          <w:p w:rsidR="00FF06D7" w:rsidRDefault="0071506F">
            <w:pPr>
              <w:spacing w:after="40"/>
            </w:pPr>
            <w:r>
              <w:t>- GV hỏi câu b: “Đoàn tàu C có 15 toa, trong đó 3 toa chở hàng; có bao nhiêu toa chở khách?”</w:t>
            </w:r>
          </w:p>
        </w:tc>
        <w:tc>
          <w:tcPr>
            <w:tcW w:w="5269" w:type="dxa"/>
            <w:shd w:val="clear" w:color="auto" w:fill="auto"/>
          </w:tcPr>
          <w:p w:rsidR="00FF06D7" w:rsidRDefault="0071506F">
            <w:pPr>
              <w:spacing w:after="40"/>
            </w:pPr>
            <w:r>
              <w:t>- HS tính: “15 - 3 = 12; có 12 toa chở khách.”</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chốt Bài 5.</w:t>
            </w:r>
          </w:p>
        </w:tc>
        <w:tc>
          <w:tcPr>
            <w:tcW w:w="5269" w:type="dxa"/>
            <w:tcBorders>
              <w:bottom w:val="single" w:sz="4" w:space="0" w:color="auto"/>
            </w:tcBorders>
            <w:shd w:val="clear" w:color="auto" w:fill="auto"/>
          </w:tcPr>
          <w:p w:rsidR="00FF06D7" w:rsidRDefault="0071506F">
            <w:pPr>
              <w:spacing w:after="40"/>
            </w:pPr>
            <w:r>
              <w:t>- HS đối chiếu kết quả.</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3. VẬN DỤNG</w:t>
            </w:r>
          </w:p>
          <w:p w:rsidR="00FF06D7" w:rsidRDefault="0071506F">
            <w:pPr>
              <w:keepNext/>
              <w:spacing w:after="20"/>
            </w:pPr>
            <w:r>
              <w:rPr>
                <w:i/>
              </w:rPr>
              <w:t>- Mục tiêu: Củng cố kĩ năng lựa chọn phép tính phù hợp.</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nêu một tình huống cộng và một tình huống trừ gần gũi; yêu cầu HS nêu phép tính.</w:t>
            </w:r>
          </w:p>
        </w:tc>
        <w:tc>
          <w:tcPr>
            <w:tcW w:w="5269" w:type="dxa"/>
            <w:tcBorders>
              <w:top w:val="single" w:sz="4" w:space="0" w:color="auto"/>
            </w:tcBorders>
            <w:shd w:val="clear" w:color="auto" w:fill="auto"/>
          </w:tcPr>
          <w:p w:rsidR="00FF06D7" w:rsidRDefault="0071506F">
            <w:pPr>
              <w:spacing w:after="40"/>
            </w:pPr>
            <w:r>
              <w:t>- HS phân biệt tình huống gộp lại dùng cộng, bớt đi/còn lại dùng trừ.</w:t>
            </w:r>
          </w:p>
        </w:tc>
      </w:tr>
      <w:tr w:rsidR="00FF06D7" w:rsidTr="00A72995">
        <w:trPr>
          <w:cantSplit/>
          <w:jc w:val="center"/>
        </w:trPr>
        <w:tc>
          <w:tcPr>
            <w:tcW w:w="5269" w:type="dxa"/>
            <w:shd w:val="clear" w:color="auto" w:fill="auto"/>
          </w:tcPr>
          <w:p w:rsidR="00FF06D7" w:rsidRDefault="0071506F">
            <w:pPr>
              <w:spacing w:after="40"/>
            </w:pPr>
            <w:r>
              <w:t>- GV nhận xét và dặn HS chuẩn bị bài học STEM Đồng hồ tiện ích.</w:t>
            </w:r>
          </w:p>
        </w:tc>
        <w:tc>
          <w:tcPr>
            <w:tcW w:w="5269" w:type="dxa"/>
            <w:shd w:val="clear" w:color="auto" w:fill="auto"/>
          </w:tcPr>
          <w:p w:rsidR="00FF06D7" w:rsidRDefault="0071506F">
            <w:pPr>
              <w:spacing w:after="40"/>
            </w:pPr>
            <w:r>
              <w:t>- HS lắng nghe, chuẩn bị.</w:t>
            </w:r>
          </w:p>
        </w:tc>
      </w:tr>
    </w:tbl>
    <w:p w:rsidR="00FF06D7" w:rsidRDefault="0071506F">
      <w:pPr>
        <w:spacing w:before="80" w:after="40"/>
      </w:pPr>
      <w:r>
        <w:rPr>
          <w:b/>
        </w:rPr>
        <w:t>IV. ĐIỀU CHỈNH SAU BÀI DẠY</w:t>
      </w:r>
    </w:p>
    <w:p w:rsidR="00FF06D7" w:rsidRDefault="0071506F">
      <w:pPr>
        <w:spacing w:after="40" w:line="259" w:lineRule="auto"/>
      </w:pPr>
      <w:r>
        <w:t>.............................................................................................................................................................</w:t>
      </w:r>
    </w:p>
    <w:p w:rsidR="00A72995" w:rsidRDefault="0071506F">
      <w:pPr>
        <w:spacing w:after="40" w:line="259" w:lineRule="auto"/>
      </w:pPr>
      <w:r>
        <w:t>.............................................................................................................................................................</w:t>
      </w:r>
    </w:p>
    <w:p w:rsidR="00FF06D7" w:rsidRDefault="0071506F">
      <w:pPr>
        <w:pageBreakBefore/>
        <w:spacing w:before="60" w:after="40"/>
        <w:jc w:val="center"/>
      </w:pPr>
      <w:r>
        <w:rPr>
          <w:b/>
          <w:sz w:val="28"/>
        </w:rPr>
        <w:lastRenderedPageBreak/>
        <w:t>BÀI HỌC STEM: ĐỒNG HỒ TIỆN ÍCH - TIẾT 1</w:t>
      </w:r>
    </w:p>
    <w:p w:rsidR="00FF06D7" w:rsidRDefault="0071506F">
      <w:pPr>
        <w:jc w:val="center"/>
      </w:pPr>
      <w:r>
        <w:rPr>
          <w:i/>
          <w:sz w:val="24"/>
        </w:rPr>
        <w:t>Thời gian thực hiện: ................................................</w:t>
      </w:r>
    </w:p>
    <w:p w:rsidR="00FF06D7" w:rsidRDefault="0071506F">
      <w:pPr>
        <w:spacing w:before="80" w:after="40"/>
      </w:pPr>
      <w:r>
        <w:rPr>
          <w:b/>
        </w:rPr>
        <w:t>I. YÊU CẦU CẦN ĐẠT</w:t>
      </w:r>
    </w:p>
    <w:p w:rsidR="00FF06D7" w:rsidRDefault="0071506F">
      <w:pPr>
        <w:spacing w:after="40" w:line="259" w:lineRule="auto"/>
      </w:pPr>
      <w:r>
        <w:rPr>
          <w:b/>
        </w:rPr>
        <w:t>1. Năng lực đặc thù</w:t>
      </w:r>
    </w:p>
    <w:p w:rsidR="00FF06D7" w:rsidRDefault="0071506F">
      <w:pPr>
        <w:spacing w:after="40" w:line="259" w:lineRule="auto"/>
        <w:ind w:left="113"/>
      </w:pPr>
      <w:r>
        <w:t>- Đọc được giờ đúng trên đồng hồ và nhận biết các bộ phận chính của đồng hồ.</w:t>
      </w:r>
    </w:p>
    <w:p w:rsidR="00FF06D7" w:rsidRDefault="0071506F">
      <w:pPr>
        <w:spacing w:after="40" w:line="259" w:lineRule="auto"/>
        <w:ind w:left="113"/>
      </w:pPr>
      <w:r>
        <w:t>- Nêu được ích lợi của đồng hồ; xác định tiêu chí của sản phẩm đồng hồ tiện ích.</w:t>
      </w:r>
    </w:p>
    <w:p w:rsidR="00FF06D7" w:rsidRDefault="0071506F">
      <w:pPr>
        <w:spacing w:after="40" w:line="259" w:lineRule="auto"/>
        <w:ind w:left="113"/>
      </w:pPr>
      <w:r>
        <w:t>- Đề xuất được ý tưởng làm mô hình đồng hồ có kim xoay được.</w:t>
      </w:r>
    </w:p>
    <w:p w:rsidR="00FF06D7" w:rsidRDefault="0071506F">
      <w:pPr>
        <w:spacing w:after="40" w:line="259" w:lineRule="auto"/>
      </w:pPr>
      <w:r>
        <w:rPr>
          <w:b/>
        </w:rPr>
        <w:t>2. Năng lực chung</w:t>
      </w:r>
    </w:p>
    <w:p w:rsidR="00FF06D7" w:rsidRDefault="0071506F">
      <w:pPr>
        <w:spacing w:after="40" w:line="259" w:lineRule="auto"/>
        <w:ind w:left="113"/>
      </w:pPr>
      <w:r>
        <w:t>- Tự chủ và tự học: Chủ động quan sát, thực hiện nhiệm vụ; biết tự kiểm tra và sửa kết quả khi cần.</w:t>
      </w:r>
    </w:p>
    <w:p w:rsidR="00FF06D7" w:rsidRDefault="0071506F">
      <w:pPr>
        <w:spacing w:after="40" w:line="259" w:lineRule="auto"/>
        <w:ind w:left="113"/>
      </w:pPr>
      <w:r>
        <w:t>- Giao tiếp và hợp tác: Trao đổi với bạn về cách làm; trình bày kết quả rõ ràng, biết nhận xét lịch sự.</w:t>
      </w:r>
    </w:p>
    <w:p w:rsidR="00FF06D7" w:rsidRDefault="0071506F">
      <w:pPr>
        <w:spacing w:after="40" w:line="259" w:lineRule="auto"/>
        <w:ind w:left="113"/>
      </w:pPr>
      <w:r>
        <w:t>- Giải quyết vấn đề và sáng tạo: Vận dụng kiến thức Toán để giải quyết nhiệm vụ và tình huống gần gũi.</w:t>
      </w:r>
    </w:p>
    <w:p w:rsidR="00FF06D7" w:rsidRDefault="0071506F">
      <w:pPr>
        <w:spacing w:after="40" w:line="259" w:lineRule="auto"/>
      </w:pPr>
      <w:r>
        <w:rPr>
          <w:b/>
        </w:rPr>
        <w:t>3. Phẩm chất</w:t>
      </w:r>
    </w:p>
    <w:p w:rsidR="00FF06D7" w:rsidRDefault="0071506F">
      <w:pPr>
        <w:spacing w:after="40" w:line="259" w:lineRule="auto"/>
        <w:ind w:left="113"/>
      </w:pPr>
      <w:r>
        <w:t>- Chăm chỉ: Tích cực tham gia các hoạt động học tập, hoàn thành bài tập.</w:t>
      </w:r>
    </w:p>
    <w:p w:rsidR="00FF06D7" w:rsidRDefault="0071506F">
      <w:pPr>
        <w:spacing w:after="40" w:line="259" w:lineRule="auto"/>
        <w:ind w:left="113"/>
      </w:pPr>
      <w:r>
        <w:t>- Trách nhiệm: Chuẩn bị và giữ gìn đồ dùng; hoàn thành nhiệm vụ cá nhân và nhiệm vụ nhóm.</w:t>
      </w:r>
    </w:p>
    <w:p w:rsidR="00FF06D7" w:rsidRDefault="0071506F">
      <w:pPr>
        <w:spacing w:after="40" w:line="259" w:lineRule="auto"/>
        <w:ind w:left="113"/>
      </w:pPr>
      <w:r>
        <w:t>- Trung thực: Báo cáo đúng kết quả đã thực hiện, biết sửa sai khi được góp ý.</w:t>
      </w:r>
    </w:p>
    <w:p w:rsidR="00FF06D7" w:rsidRDefault="0071506F">
      <w:pPr>
        <w:spacing w:after="40" w:line="259" w:lineRule="auto"/>
      </w:pPr>
      <w:r>
        <w:rPr>
          <w:b/>
          <w:color w:val="C00000"/>
        </w:rPr>
        <w:t>4. Tích hợp</w:t>
      </w:r>
    </w:p>
    <w:p w:rsidR="00FF06D7" w:rsidRDefault="0071506F">
      <w:pPr>
        <w:spacing w:after="40" w:line="259" w:lineRule="auto"/>
        <w:ind w:left="113"/>
      </w:pPr>
      <w:r>
        <w:rPr>
          <w:color w:val="C00000"/>
        </w:rPr>
        <w:t>- Tích hợp AI 1.A2.1: Kể tên được một số thiết bị có sử dụng AI như loa thông minh, trợ lý ảo; biết dưới sự hướng dẫn của giáo viên có thể hỏi trợ lý ảo về thời gian để hỗ trợ xem giờ và quản lí lịch trình cá nhân.</w:t>
      </w:r>
    </w:p>
    <w:p w:rsidR="00FF06D7" w:rsidRDefault="0071506F">
      <w:pPr>
        <w:spacing w:before="80" w:after="40"/>
      </w:pPr>
      <w:r>
        <w:rPr>
          <w:b/>
        </w:rPr>
        <w:t>II. ĐỒ DÙNG DẠY HỌC</w:t>
      </w:r>
    </w:p>
    <w:p w:rsidR="00FF06D7" w:rsidRDefault="0071506F">
      <w:pPr>
        <w:spacing w:after="40" w:line="259" w:lineRule="auto"/>
      </w:pPr>
      <w:r>
        <w:rPr>
          <w:b/>
        </w:rPr>
        <w:t>1. Giáo viên</w:t>
      </w:r>
    </w:p>
    <w:p w:rsidR="00FF06D7" w:rsidRDefault="0071506F">
      <w:pPr>
        <w:spacing w:after="40" w:line="259" w:lineRule="auto"/>
        <w:ind w:left="113"/>
      </w:pPr>
      <w:r>
        <w:t>- Thẻ phép tính, bìa màu, giấy ô li, bút dạ, keo dán, que tính; mẫu mô hình tính hàng dọc hoặc mô hình đồng hồ.</w:t>
      </w:r>
    </w:p>
    <w:p w:rsidR="00FF06D7" w:rsidRDefault="0071506F">
      <w:pPr>
        <w:spacing w:after="40" w:line="259" w:lineRule="auto"/>
        <w:ind w:left="113"/>
      </w:pPr>
      <w:r>
        <w:t>- Máy chiếu/điện thoại của giáo viên khi minh hoạ nội dung tích hợp theo KHGD.</w:t>
      </w:r>
    </w:p>
    <w:p w:rsidR="00FF06D7" w:rsidRDefault="0071506F">
      <w:pPr>
        <w:spacing w:after="40" w:line="259" w:lineRule="auto"/>
      </w:pPr>
      <w:r>
        <w:rPr>
          <w:b/>
        </w:rPr>
        <w:t>2. Học sinh</w:t>
      </w:r>
    </w:p>
    <w:p w:rsidR="00FF06D7" w:rsidRDefault="0071506F">
      <w:pPr>
        <w:spacing w:after="40" w:line="259" w:lineRule="auto"/>
        <w:ind w:left="113"/>
      </w:pPr>
      <w:r>
        <w:t>- SGK Toán 1; vở; bảng con; bút chì; thước; bìa màu, hồ dán, kéo an toàn, bút màu theo nhóm.</w:t>
      </w:r>
    </w:p>
    <w:p w:rsidR="00FF06D7" w:rsidRDefault="0071506F">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69"/>
        <w:gridCol w:w="5269"/>
      </w:tblGrid>
      <w:tr w:rsidR="00FF06D7" w:rsidTr="00A72995">
        <w:trPr>
          <w:jc w:val="center"/>
        </w:trPr>
        <w:tc>
          <w:tcPr>
            <w:tcW w:w="5103" w:type="dxa"/>
            <w:tcBorders>
              <w:bottom w:val="single" w:sz="4" w:space="0" w:color="auto"/>
            </w:tcBorders>
            <w:shd w:val="clear" w:color="auto" w:fill="auto"/>
          </w:tcPr>
          <w:p w:rsidR="00FF06D7" w:rsidRDefault="0071506F">
            <w:pPr>
              <w:jc w:val="center"/>
            </w:pPr>
            <w:r>
              <w:rPr>
                <w:b/>
              </w:rPr>
              <w:t>HOẠT ĐỘNG CỦA GIÁO VIÊN</w:t>
            </w:r>
          </w:p>
        </w:tc>
        <w:tc>
          <w:tcPr>
            <w:tcW w:w="4536" w:type="dxa"/>
            <w:tcBorders>
              <w:bottom w:val="single" w:sz="4" w:space="0" w:color="auto"/>
            </w:tcBorders>
            <w:shd w:val="clear" w:color="auto" w:fill="auto"/>
          </w:tcPr>
          <w:p w:rsidR="00FF06D7" w:rsidRDefault="0071506F">
            <w:pPr>
              <w:jc w:val="center"/>
            </w:pPr>
            <w:r>
              <w:rPr>
                <w:b/>
              </w:rPr>
              <w:t>HOẠT ĐỘNG CỦA HỌC SINH</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1. KHỞI ĐỘNG - XÁC ĐỊNH VẤN ĐỀ</w:t>
            </w:r>
          </w:p>
          <w:p w:rsidR="00FF06D7" w:rsidRDefault="0071506F">
            <w:pPr>
              <w:keepNext/>
              <w:spacing w:after="20"/>
            </w:pPr>
            <w:r>
              <w:rPr>
                <w:i/>
              </w:rPr>
              <w:t>- Mục tiêu: Nhận biết vai trò của thời gian và nhu cầu làm đồng hồ.</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tổ chức HS đọc đoạn thơ ngắn về thời gian và hỏi: “Tích tắc là tiếng của đồ vật nào?”</w:t>
            </w:r>
          </w:p>
        </w:tc>
        <w:tc>
          <w:tcPr>
            <w:tcW w:w="5269" w:type="dxa"/>
            <w:tcBorders>
              <w:top w:val="single" w:sz="4" w:space="0" w:color="auto"/>
            </w:tcBorders>
            <w:shd w:val="clear" w:color="auto" w:fill="auto"/>
          </w:tcPr>
          <w:p w:rsidR="00FF06D7" w:rsidRDefault="0071506F">
            <w:pPr>
              <w:spacing w:after="40"/>
            </w:pPr>
            <w:r>
              <w:t>- HS trả lời: “Là tiếng đồng hồ.”</w:t>
            </w:r>
          </w:p>
        </w:tc>
      </w:tr>
      <w:tr w:rsidR="00FF06D7" w:rsidTr="00A72995">
        <w:trPr>
          <w:cantSplit/>
          <w:jc w:val="center"/>
        </w:trPr>
        <w:tc>
          <w:tcPr>
            <w:tcW w:w="5269" w:type="dxa"/>
            <w:shd w:val="clear" w:color="auto" w:fill="auto"/>
          </w:tcPr>
          <w:p w:rsidR="00FF06D7" w:rsidRDefault="0071506F">
            <w:pPr>
              <w:spacing w:after="40"/>
            </w:pPr>
            <w:r>
              <w:t>- GV hỏi: “Đồng hồ giúp chúng ta làm gì trong ngày?”</w:t>
            </w:r>
          </w:p>
        </w:tc>
        <w:tc>
          <w:tcPr>
            <w:tcW w:w="5269" w:type="dxa"/>
            <w:shd w:val="clear" w:color="auto" w:fill="auto"/>
          </w:tcPr>
          <w:p w:rsidR="00FF06D7" w:rsidRDefault="0071506F">
            <w:pPr>
              <w:spacing w:after="40"/>
            </w:pPr>
            <w:r>
              <w:t>- HS trả lời: “Giúp xem giờ, đi học đúng giờ, nghỉ ngơi đúng giờ.”</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nêu nhiệm vụ STEM: “Chúng ta làm một chiếc đồng hồ có thể dùng để luyện xem giờ.”</w:t>
            </w:r>
          </w:p>
        </w:tc>
        <w:tc>
          <w:tcPr>
            <w:tcW w:w="5269" w:type="dxa"/>
            <w:tcBorders>
              <w:bottom w:val="single" w:sz="4" w:space="0" w:color="auto"/>
            </w:tcBorders>
            <w:shd w:val="clear" w:color="auto" w:fill="auto"/>
          </w:tcPr>
          <w:p w:rsidR="00FF06D7" w:rsidRDefault="0071506F">
            <w:pPr>
              <w:spacing w:after="40"/>
            </w:pPr>
            <w:r>
              <w:t>- HS nhắc lại tên sản phẩm: Đồng hồ tiện ích.</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lastRenderedPageBreak/>
              <w:t>2. HÌNH THÀNH KIẾN THỨC - XEM GIỜ ĐÚNG</w:t>
            </w:r>
          </w:p>
          <w:p w:rsidR="00FF06D7" w:rsidRDefault="0071506F">
            <w:pPr>
              <w:keepNext/>
              <w:spacing w:after="20"/>
            </w:pPr>
            <w:r>
              <w:rPr>
                <w:i/>
              </w:rPr>
              <w:t>- Mục tiêu: Nhận biết bộ phận đồng hồ và đọc giờ đúng.</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đưa hình đồng hồ trong bài học; yêu cầu HS nêu các bộ phận nhìn thấy.</w:t>
            </w:r>
          </w:p>
          <w:p w:rsidR="00FF06D7" w:rsidRDefault="00FF06D7">
            <w:pPr>
              <w:spacing w:after="40"/>
              <w:jc w:val="center"/>
            </w:pPr>
          </w:p>
        </w:tc>
        <w:tc>
          <w:tcPr>
            <w:tcW w:w="5269" w:type="dxa"/>
            <w:tcBorders>
              <w:top w:val="single" w:sz="4" w:space="0" w:color="auto"/>
            </w:tcBorders>
            <w:shd w:val="clear" w:color="auto" w:fill="auto"/>
          </w:tcPr>
          <w:p w:rsidR="00FF06D7" w:rsidRDefault="0071506F">
            <w:pPr>
              <w:spacing w:after="40"/>
            </w:pPr>
            <w:r>
              <w:t>- HS nêu: “Mặt đồng hồ, các số từ 1 đến 12, kim ngắn, kim dài.”</w:t>
            </w:r>
          </w:p>
        </w:tc>
      </w:tr>
      <w:tr w:rsidR="00FF06D7" w:rsidTr="00A72995">
        <w:trPr>
          <w:cantSplit/>
          <w:jc w:val="center"/>
        </w:trPr>
        <w:tc>
          <w:tcPr>
            <w:tcW w:w="5269" w:type="dxa"/>
            <w:shd w:val="clear" w:color="auto" w:fill="auto"/>
          </w:tcPr>
          <w:p w:rsidR="00FF06D7" w:rsidRDefault="0071506F">
            <w:pPr>
              <w:spacing w:after="40"/>
            </w:pPr>
            <w:r>
              <w:t>- GV hướng dẫn: khi kim dài chỉ số 12, kim ngắn chỉ số nào thì đồng hồ chỉ đúng giờ đó.</w:t>
            </w:r>
          </w:p>
        </w:tc>
        <w:tc>
          <w:tcPr>
            <w:tcW w:w="5269" w:type="dxa"/>
            <w:shd w:val="clear" w:color="auto" w:fill="auto"/>
          </w:tcPr>
          <w:p w:rsidR="00FF06D7" w:rsidRDefault="0071506F">
            <w:pPr>
              <w:spacing w:after="40"/>
            </w:pPr>
            <w:r>
              <w:t>- HS lắng nghe và nhắc lại cách xem giờ đúng.</w:t>
            </w:r>
          </w:p>
        </w:tc>
      </w:tr>
      <w:tr w:rsidR="00FF06D7" w:rsidTr="00A72995">
        <w:trPr>
          <w:cantSplit/>
          <w:jc w:val="center"/>
        </w:trPr>
        <w:tc>
          <w:tcPr>
            <w:tcW w:w="5269" w:type="dxa"/>
            <w:shd w:val="clear" w:color="auto" w:fill="auto"/>
          </w:tcPr>
          <w:p w:rsidR="00FF06D7" w:rsidRDefault="0071506F">
            <w:pPr>
              <w:spacing w:after="40"/>
            </w:pPr>
            <w:r>
              <w:t>- GV đưa các tranh hoạt động trong ngày; hỏi thời điểm phù hợp cho từng việc.</w:t>
            </w:r>
          </w:p>
          <w:p w:rsidR="00FF06D7" w:rsidRDefault="00FF06D7">
            <w:pPr>
              <w:spacing w:after="40"/>
              <w:jc w:val="center"/>
            </w:pPr>
          </w:p>
        </w:tc>
        <w:tc>
          <w:tcPr>
            <w:tcW w:w="5269" w:type="dxa"/>
            <w:shd w:val="clear" w:color="auto" w:fill="auto"/>
          </w:tcPr>
          <w:p w:rsidR="00FF06D7" w:rsidRDefault="0071506F">
            <w:pPr>
              <w:spacing w:after="40"/>
            </w:pPr>
            <w:r>
              <w:t>- HS quan sát, nêu giờ phù hợp với hoạt động học, ăn, ngủ.</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chốt tiêu chí sản phẩm: đủ 12 số theo đúng thứ tự; có kim giờ, kim phút xoay được; mặt đồng hồ sạch, đẹp, dễ sử dụng.</w:t>
            </w:r>
          </w:p>
        </w:tc>
        <w:tc>
          <w:tcPr>
            <w:tcW w:w="5269" w:type="dxa"/>
            <w:tcBorders>
              <w:bottom w:val="single" w:sz="4" w:space="0" w:color="auto"/>
            </w:tcBorders>
            <w:shd w:val="clear" w:color="auto" w:fill="auto"/>
          </w:tcPr>
          <w:p w:rsidR="00FF06D7" w:rsidRDefault="0071506F">
            <w:pPr>
              <w:spacing w:after="40"/>
            </w:pPr>
            <w:r>
              <w:t>- HS đọc lại tiêu chí sản phẩm.</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3. TÍCH HỢP AI - TRỢ LÝ ẢO HỖ TRỢ XEM GIỜ</w:t>
            </w:r>
          </w:p>
          <w:p w:rsidR="00FF06D7" w:rsidRDefault="0071506F">
            <w:pPr>
              <w:keepNext/>
              <w:spacing w:after="20"/>
            </w:pPr>
            <w:r>
              <w:rPr>
                <w:i/>
              </w:rPr>
              <w:t>- Mục tiêu: Nhận biết thiết bị có sử dụng AI và sử dụng AI đúng mục đích dưới hướng dẫn của giáo viên.</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rPr>
                <w:color w:val="C00000"/>
              </w:rPr>
              <w:t>- GV hỏi dẫn: “Ngoài chiếc đồng hồ, ở nhà em từng nghe điện thoại hoặc loa thông minh trả lời câu hỏi về thời gian chưa? Thiết bị đó có thể giúp con người việc gì?”</w:t>
            </w:r>
          </w:p>
        </w:tc>
        <w:tc>
          <w:tcPr>
            <w:tcW w:w="5269" w:type="dxa"/>
            <w:tcBorders>
              <w:top w:val="single" w:sz="4" w:space="0" w:color="auto"/>
            </w:tcBorders>
            <w:shd w:val="clear" w:color="auto" w:fill="auto"/>
          </w:tcPr>
          <w:p w:rsidR="00FF06D7" w:rsidRDefault="0071506F">
            <w:pPr>
              <w:spacing w:after="40"/>
            </w:pPr>
            <w:r>
              <w:rPr>
                <w:color w:val="C00000"/>
              </w:rPr>
              <w:t>- HS chia sẻ: “Điện thoại/loa có thể nói giờ, đặt báo thức hoặc nhắc việc.”</w:t>
            </w:r>
          </w:p>
        </w:tc>
      </w:tr>
      <w:tr w:rsidR="00FF06D7" w:rsidTr="00A72995">
        <w:trPr>
          <w:cantSplit/>
          <w:jc w:val="center"/>
        </w:trPr>
        <w:tc>
          <w:tcPr>
            <w:tcW w:w="5269" w:type="dxa"/>
            <w:shd w:val="clear" w:color="auto" w:fill="auto"/>
          </w:tcPr>
          <w:p w:rsidR="00FF06D7" w:rsidRDefault="0071506F">
            <w:pPr>
              <w:spacing w:after="40"/>
            </w:pPr>
            <w:r>
              <w:rPr>
                <w:color w:val="C00000"/>
              </w:rPr>
              <w:t>- GV giới thiệu: “Trợ lý ảo trên điện thoại hoặc loa thông minh là một ứng dụng có sử dụng AI. AI có thể nghe câu hỏi và trả lời thời gian khi người lớn sử dụng đúng cách.”</w:t>
            </w:r>
          </w:p>
        </w:tc>
        <w:tc>
          <w:tcPr>
            <w:tcW w:w="5269" w:type="dxa"/>
            <w:shd w:val="clear" w:color="auto" w:fill="auto"/>
          </w:tcPr>
          <w:p w:rsidR="00FF06D7" w:rsidRDefault="0071506F">
            <w:pPr>
              <w:spacing w:after="40"/>
            </w:pPr>
            <w:r>
              <w:rPr>
                <w:color w:val="C00000"/>
              </w:rPr>
              <w:t>- HS lắng nghe, kể tên thiết bị: điện thoại có trợ lý ảo, loa thông minh.</w:t>
            </w:r>
          </w:p>
        </w:tc>
      </w:tr>
      <w:tr w:rsidR="00FF06D7" w:rsidTr="00A72995">
        <w:trPr>
          <w:cantSplit/>
          <w:jc w:val="center"/>
        </w:trPr>
        <w:tc>
          <w:tcPr>
            <w:tcW w:w="5269" w:type="dxa"/>
            <w:shd w:val="clear" w:color="auto" w:fill="auto"/>
          </w:tcPr>
          <w:p w:rsidR="00FF06D7" w:rsidRDefault="0071506F">
            <w:pPr>
              <w:spacing w:after="40"/>
            </w:pPr>
            <w:r>
              <w:rPr>
                <w:color w:val="C00000"/>
              </w:rPr>
              <w:t>- GV dùng thiết bị của giáo viên minh hoạ câu hỏi: “Bây giờ là mấy giờ?”; cho HS nghe câu trả lời và đối chiếu với đồng hồ lớp.</w:t>
            </w:r>
          </w:p>
        </w:tc>
        <w:tc>
          <w:tcPr>
            <w:tcW w:w="5269" w:type="dxa"/>
            <w:shd w:val="clear" w:color="auto" w:fill="auto"/>
          </w:tcPr>
          <w:p w:rsidR="00FF06D7" w:rsidRDefault="0071506F">
            <w:pPr>
              <w:spacing w:after="40"/>
            </w:pPr>
            <w:r>
              <w:rPr>
                <w:color w:val="C00000"/>
              </w:rPr>
              <w:t>- HS quan sát thao tác của GV, nghe kết quả và đối chiếu với đồng hồ thật.</w:t>
            </w:r>
          </w:p>
        </w:tc>
      </w:tr>
      <w:tr w:rsidR="00FF06D7" w:rsidTr="00A72995">
        <w:trPr>
          <w:cantSplit/>
          <w:jc w:val="center"/>
        </w:trPr>
        <w:tc>
          <w:tcPr>
            <w:tcW w:w="5269" w:type="dxa"/>
            <w:shd w:val="clear" w:color="auto" w:fill="auto"/>
          </w:tcPr>
          <w:p w:rsidR="00FF06D7" w:rsidRDefault="0071506F">
            <w:pPr>
              <w:spacing w:after="40"/>
            </w:pPr>
            <w:r>
              <w:rPr>
                <w:color w:val="C00000"/>
              </w:rPr>
              <w:t>- GV hỏi: “AI giúp chúng ta trong việc xem giờ như thế nào? Khi nào em vẫn cần tự xem đồng hồ?”</w:t>
            </w:r>
          </w:p>
        </w:tc>
        <w:tc>
          <w:tcPr>
            <w:tcW w:w="5269" w:type="dxa"/>
            <w:shd w:val="clear" w:color="auto" w:fill="auto"/>
          </w:tcPr>
          <w:p w:rsidR="00FF06D7" w:rsidRDefault="0071506F">
            <w:pPr>
              <w:spacing w:after="40"/>
            </w:pPr>
            <w:r>
              <w:rPr>
                <w:color w:val="C00000"/>
              </w:rPr>
              <w:t>- HS trả lời: “AI có thể báo giờ nhanh; em vẫn cần biết tự xem đồng hồ và không tự ý dùng thiết bị khi chưa được phép.”</w:t>
            </w:r>
          </w:p>
        </w:tc>
      </w:tr>
      <w:tr w:rsidR="00FF06D7" w:rsidTr="00A72995">
        <w:trPr>
          <w:cantSplit/>
          <w:jc w:val="center"/>
        </w:trPr>
        <w:tc>
          <w:tcPr>
            <w:tcW w:w="5269" w:type="dxa"/>
            <w:shd w:val="clear" w:color="auto" w:fill="auto"/>
          </w:tcPr>
          <w:p w:rsidR="00FF06D7" w:rsidRDefault="0071506F">
            <w:pPr>
              <w:spacing w:after="40"/>
            </w:pPr>
            <w:r>
              <w:rPr>
                <w:color w:val="C00000"/>
              </w:rPr>
              <w:t>- GV diễn giải: “AI chỉ là công cụ hỗ trợ. Các em cần tự học cách xem giờ, chỉ dùng trợ lý ảo dưới sự hướng dẫn của người lớn và không nói thông tin cá nhân vào thiết bị.”</w:t>
            </w:r>
          </w:p>
        </w:tc>
        <w:tc>
          <w:tcPr>
            <w:tcW w:w="5269" w:type="dxa"/>
            <w:shd w:val="clear" w:color="auto" w:fill="auto"/>
          </w:tcPr>
          <w:p w:rsidR="00FF06D7" w:rsidRDefault="0071506F">
            <w:pPr>
              <w:spacing w:after="40"/>
            </w:pPr>
            <w:r>
              <w:rPr>
                <w:color w:val="C00000"/>
              </w:rPr>
              <w:t>- HS nhắc lại: tự xem giờ, hỏi người lớn trước khi dùng thiết bị, không cung cấp thông tin cá nhân.</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rPr>
                <w:color w:val="C00000"/>
              </w:rPr>
              <w:t>- GV chốt tích hợp: “Biết dùng AI đúng mục đích giúp chúng ta sắp xếp thời gian học tập và sinh hoạt hợp lí hơn.”</w:t>
            </w:r>
          </w:p>
        </w:tc>
        <w:tc>
          <w:tcPr>
            <w:tcW w:w="5269" w:type="dxa"/>
            <w:tcBorders>
              <w:bottom w:val="single" w:sz="4" w:space="0" w:color="auto"/>
            </w:tcBorders>
            <w:shd w:val="clear" w:color="auto" w:fill="auto"/>
          </w:tcPr>
          <w:p w:rsidR="00FF06D7" w:rsidRDefault="0071506F">
            <w:pPr>
              <w:spacing w:after="40"/>
            </w:pPr>
            <w:r>
              <w:rPr>
                <w:color w:val="C00000"/>
              </w:rPr>
              <w:t>- HS nêu một việc cần đúng giờ trong ngày của mình.</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4. ĐỀ XUẤT Ý TƯỞNG</w:t>
            </w:r>
          </w:p>
          <w:p w:rsidR="00FF06D7" w:rsidRDefault="0071506F">
            <w:pPr>
              <w:keepNext/>
              <w:spacing w:after="20"/>
            </w:pPr>
            <w:r>
              <w:rPr>
                <w:i/>
              </w:rPr>
              <w:t>- Mục tiêu: Lập kế hoạch làm sản phẩm ở tiết sau.</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chia nhóm, yêu cầu HS chọn hình dạng đồng hồ, vật liệu và cách gắn hai kim.</w:t>
            </w:r>
          </w:p>
        </w:tc>
        <w:tc>
          <w:tcPr>
            <w:tcW w:w="5269" w:type="dxa"/>
            <w:tcBorders>
              <w:top w:val="single" w:sz="4" w:space="0" w:color="auto"/>
            </w:tcBorders>
            <w:shd w:val="clear" w:color="auto" w:fill="auto"/>
          </w:tcPr>
          <w:p w:rsidR="00FF06D7" w:rsidRDefault="0071506F">
            <w:pPr>
              <w:spacing w:after="40"/>
            </w:pPr>
            <w:r>
              <w:t>- HS thảo luận, vẽ phác thảo và phân công nhiệm vụ.</w:t>
            </w:r>
          </w:p>
        </w:tc>
      </w:tr>
      <w:tr w:rsidR="00FF06D7" w:rsidTr="00A72995">
        <w:trPr>
          <w:cantSplit/>
          <w:jc w:val="center"/>
        </w:trPr>
        <w:tc>
          <w:tcPr>
            <w:tcW w:w="5269" w:type="dxa"/>
            <w:shd w:val="clear" w:color="auto" w:fill="auto"/>
          </w:tcPr>
          <w:p w:rsidR="00FF06D7" w:rsidRDefault="0071506F">
            <w:pPr>
              <w:spacing w:after="40"/>
            </w:pPr>
            <w:r>
              <w:t>- GV mời đại diện nhóm trình bày; góp ý theo tiêu chí.</w:t>
            </w:r>
          </w:p>
        </w:tc>
        <w:tc>
          <w:tcPr>
            <w:tcW w:w="5269" w:type="dxa"/>
            <w:shd w:val="clear" w:color="auto" w:fill="auto"/>
          </w:tcPr>
          <w:p w:rsidR="00FF06D7" w:rsidRDefault="0071506F">
            <w:pPr>
              <w:spacing w:after="40"/>
            </w:pPr>
            <w:r>
              <w:t>- HS trình bày ý tưởng, lắng nghe góp ý.</w:t>
            </w:r>
          </w:p>
        </w:tc>
      </w:tr>
      <w:tr w:rsidR="00FF06D7" w:rsidTr="00A72995">
        <w:trPr>
          <w:cantSplit/>
          <w:jc w:val="center"/>
        </w:trPr>
        <w:tc>
          <w:tcPr>
            <w:tcW w:w="5269" w:type="dxa"/>
            <w:shd w:val="clear" w:color="auto" w:fill="auto"/>
          </w:tcPr>
          <w:p w:rsidR="00FF06D7" w:rsidRDefault="0071506F">
            <w:pPr>
              <w:spacing w:after="40"/>
            </w:pPr>
            <w:r>
              <w:t>- GV dặn HS chuẩn bị vật liệu an toàn cho tiết chế tạo.</w:t>
            </w:r>
          </w:p>
        </w:tc>
        <w:tc>
          <w:tcPr>
            <w:tcW w:w="5269" w:type="dxa"/>
            <w:shd w:val="clear" w:color="auto" w:fill="auto"/>
          </w:tcPr>
          <w:p w:rsidR="00FF06D7" w:rsidRDefault="0071506F">
            <w:pPr>
              <w:spacing w:after="40"/>
            </w:pPr>
            <w:r>
              <w:t>- HS ghi nhớ nhiệm vụ.</w:t>
            </w:r>
          </w:p>
        </w:tc>
      </w:tr>
    </w:tbl>
    <w:p w:rsidR="00FF06D7" w:rsidRDefault="0071506F">
      <w:pPr>
        <w:spacing w:before="80" w:after="40"/>
      </w:pPr>
      <w:r>
        <w:rPr>
          <w:b/>
        </w:rPr>
        <w:lastRenderedPageBreak/>
        <w:t>IV. ĐIỀU CHỈNH SAU BÀI DẠY</w:t>
      </w:r>
    </w:p>
    <w:p w:rsidR="00FF06D7" w:rsidRDefault="0071506F">
      <w:pPr>
        <w:spacing w:after="40" w:line="259" w:lineRule="auto"/>
      </w:pPr>
      <w:r>
        <w:t>.............................................................................................................................................................</w:t>
      </w:r>
    </w:p>
    <w:p w:rsidR="00FF06D7" w:rsidRDefault="0071506F">
      <w:pPr>
        <w:spacing w:after="40" w:line="259" w:lineRule="auto"/>
      </w:pPr>
      <w:r>
        <w:t>.............................................................................................................................................................</w:t>
      </w:r>
    </w:p>
    <w:p w:rsidR="00FF06D7" w:rsidRDefault="0071506F">
      <w:pPr>
        <w:pageBreakBefore/>
        <w:spacing w:before="60" w:after="40"/>
        <w:jc w:val="center"/>
      </w:pPr>
      <w:r>
        <w:rPr>
          <w:b/>
          <w:sz w:val="28"/>
        </w:rPr>
        <w:lastRenderedPageBreak/>
        <w:t>BÀI HỌC STEM: ĐỒNG HỒ TIỆN ÍCH - TIẾT 2</w:t>
      </w:r>
    </w:p>
    <w:p w:rsidR="00FF06D7" w:rsidRDefault="0071506F">
      <w:pPr>
        <w:jc w:val="center"/>
      </w:pPr>
      <w:r>
        <w:rPr>
          <w:i/>
          <w:sz w:val="24"/>
        </w:rPr>
        <w:t>Thời gian thực hiện: ................................................</w:t>
      </w:r>
    </w:p>
    <w:p w:rsidR="00FF06D7" w:rsidRDefault="0071506F">
      <w:pPr>
        <w:spacing w:before="80" w:after="40"/>
      </w:pPr>
      <w:r>
        <w:rPr>
          <w:b/>
        </w:rPr>
        <w:t>I. YÊU CẦU CẦN ĐẠT</w:t>
      </w:r>
    </w:p>
    <w:p w:rsidR="00FF06D7" w:rsidRDefault="0071506F">
      <w:pPr>
        <w:spacing w:after="40" w:line="259" w:lineRule="auto"/>
      </w:pPr>
      <w:r>
        <w:rPr>
          <w:b/>
        </w:rPr>
        <w:t>1. Năng lực đặc thù</w:t>
      </w:r>
    </w:p>
    <w:p w:rsidR="00FF06D7" w:rsidRDefault="0071506F">
      <w:pPr>
        <w:spacing w:after="40" w:line="259" w:lineRule="auto"/>
        <w:ind w:left="113"/>
      </w:pPr>
      <w:r>
        <w:t>- Làm được mô hình đồng hồ có đủ 12 số đúng thứ tự và hai kim có thể xoay.</w:t>
      </w:r>
    </w:p>
    <w:p w:rsidR="00FF06D7" w:rsidRDefault="0071506F">
      <w:pPr>
        <w:spacing w:after="40" w:line="259" w:lineRule="auto"/>
        <w:ind w:left="113"/>
      </w:pPr>
      <w:r>
        <w:t>- Sử dụng mô hình để đọc, đặt giờ đúng theo yêu cầu.</w:t>
      </w:r>
    </w:p>
    <w:p w:rsidR="00FF06D7" w:rsidRDefault="0071506F">
      <w:pPr>
        <w:spacing w:after="40" w:line="259" w:lineRule="auto"/>
        <w:ind w:left="113"/>
      </w:pPr>
      <w:r>
        <w:t>- Trưng bày, tự đánh giá và điều chỉnh sản phẩm theo tiêu chí.</w:t>
      </w:r>
    </w:p>
    <w:p w:rsidR="00FF06D7" w:rsidRDefault="0071506F">
      <w:pPr>
        <w:spacing w:after="40" w:line="259" w:lineRule="auto"/>
      </w:pPr>
      <w:r>
        <w:rPr>
          <w:b/>
        </w:rPr>
        <w:t>2. Năng lực chung</w:t>
      </w:r>
    </w:p>
    <w:p w:rsidR="00FF06D7" w:rsidRDefault="0071506F">
      <w:pPr>
        <w:spacing w:after="40" w:line="259" w:lineRule="auto"/>
        <w:ind w:left="113"/>
      </w:pPr>
      <w:r>
        <w:t>- Tự chủ và tự học: Chủ động quan sát, thực hiện nhiệm vụ; biết tự kiểm tra và sửa kết quả khi cần.</w:t>
      </w:r>
    </w:p>
    <w:p w:rsidR="00FF06D7" w:rsidRDefault="0071506F">
      <w:pPr>
        <w:spacing w:after="40" w:line="259" w:lineRule="auto"/>
        <w:ind w:left="113"/>
      </w:pPr>
      <w:r>
        <w:t>- Giao tiếp và hợp tác: Trao đổi với bạn về cách làm; trình bày kết quả rõ ràng, biết nhận xét lịch sự.</w:t>
      </w:r>
    </w:p>
    <w:p w:rsidR="00FF06D7" w:rsidRDefault="0071506F">
      <w:pPr>
        <w:spacing w:after="40" w:line="259" w:lineRule="auto"/>
        <w:ind w:left="113"/>
      </w:pPr>
      <w:r>
        <w:t>- Giải quyết vấn đề và sáng tạo: Vận dụng kiến thức Toán để giải quyết nhiệm vụ và tình huống gần gũi.</w:t>
      </w:r>
    </w:p>
    <w:p w:rsidR="00FF06D7" w:rsidRDefault="0071506F">
      <w:pPr>
        <w:spacing w:after="40" w:line="259" w:lineRule="auto"/>
      </w:pPr>
      <w:r>
        <w:rPr>
          <w:b/>
        </w:rPr>
        <w:t>3. Phẩm chất</w:t>
      </w:r>
    </w:p>
    <w:p w:rsidR="00FF06D7" w:rsidRDefault="0071506F">
      <w:pPr>
        <w:spacing w:after="40" w:line="259" w:lineRule="auto"/>
        <w:ind w:left="113"/>
      </w:pPr>
      <w:r>
        <w:t>- Chăm chỉ: Tích cực tham gia các hoạt động học tập, hoàn thành bài tập.</w:t>
      </w:r>
    </w:p>
    <w:p w:rsidR="00FF06D7" w:rsidRDefault="0071506F">
      <w:pPr>
        <w:spacing w:after="40" w:line="259" w:lineRule="auto"/>
        <w:ind w:left="113"/>
      </w:pPr>
      <w:r>
        <w:t>- Trách nhiệm: Chuẩn bị và giữ gìn đồ dùng; hoàn thành nhiệm vụ cá nhân và nhiệm vụ nhóm.</w:t>
      </w:r>
    </w:p>
    <w:p w:rsidR="00FF06D7" w:rsidRDefault="0071506F">
      <w:pPr>
        <w:spacing w:after="40" w:line="259" w:lineRule="auto"/>
        <w:ind w:left="113"/>
      </w:pPr>
      <w:r>
        <w:t>- Trung thực: Báo cáo đúng kết quả đã thực hiện, biết sửa sai khi được góp ý.</w:t>
      </w:r>
    </w:p>
    <w:p w:rsidR="00FF06D7" w:rsidRDefault="0071506F">
      <w:pPr>
        <w:spacing w:before="80" w:after="40"/>
      </w:pPr>
      <w:r>
        <w:rPr>
          <w:b/>
        </w:rPr>
        <w:t>II. ĐỒ DÙNG DẠY HỌC</w:t>
      </w:r>
    </w:p>
    <w:p w:rsidR="00FF06D7" w:rsidRDefault="0071506F">
      <w:pPr>
        <w:spacing w:after="40" w:line="259" w:lineRule="auto"/>
      </w:pPr>
      <w:r>
        <w:rPr>
          <w:b/>
        </w:rPr>
        <w:t>1. Giáo viên</w:t>
      </w:r>
    </w:p>
    <w:p w:rsidR="00FF06D7" w:rsidRDefault="0071506F">
      <w:pPr>
        <w:spacing w:after="40" w:line="259" w:lineRule="auto"/>
        <w:ind w:left="113"/>
      </w:pPr>
      <w:r>
        <w:t>- Thẻ phép tính, bìa màu, giấy ô li, bút dạ, keo dán, que tính; mẫu mô hình tính hàng dọc hoặc mô hình đồng hồ.</w:t>
      </w:r>
    </w:p>
    <w:p w:rsidR="00FF06D7" w:rsidRDefault="0071506F">
      <w:pPr>
        <w:spacing w:after="40" w:line="259" w:lineRule="auto"/>
        <w:ind w:left="113"/>
      </w:pPr>
      <w:r>
        <w:t>- Máy chiếu/điện thoại của giáo viên khi minh hoạ nội dung tích hợp theo KHGD.</w:t>
      </w:r>
    </w:p>
    <w:p w:rsidR="00FF06D7" w:rsidRDefault="0071506F">
      <w:pPr>
        <w:spacing w:after="40" w:line="259" w:lineRule="auto"/>
      </w:pPr>
      <w:r>
        <w:rPr>
          <w:b/>
        </w:rPr>
        <w:t>2. Học sinh</w:t>
      </w:r>
    </w:p>
    <w:p w:rsidR="00FF06D7" w:rsidRDefault="0071506F">
      <w:pPr>
        <w:spacing w:after="40" w:line="259" w:lineRule="auto"/>
        <w:ind w:left="113"/>
      </w:pPr>
      <w:r>
        <w:t>- SGK Toán 1; vở; bảng con; bút chì; thước; bìa màu, hồ dán, kéo an toàn, bút màu theo nhóm.</w:t>
      </w:r>
    </w:p>
    <w:p w:rsidR="00FF06D7" w:rsidRDefault="0071506F">
      <w:pPr>
        <w:spacing w:before="80" w:after="40"/>
      </w:pPr>
      <w:r>
        <w:rPr>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5269"/>
        <w:gridCol w:w="5269"/>
      </w:tblGrid>
      <w:tr w:rsidR="00FF06D7" w:rsidTr="00A72995">
        <w:trPr>
          <w:jc w:val="center"/>
        </w:trPr>
        <w:tc>
          <w:tcPr>
            <w:tcW w:w="5103" w:type="dxa"/>
            <w:tcBorders>
              <w:bottom w:val="single" w:sz="4" w:space="0" w:color="auto"/>
            </w:tcBorders>
            <w:shd w:val="clear" w:color="auto" w:fill="auto"/>
          </w:tcPr>
          <w:p w:rsidR="00FF06D7" w:rsidRDefault="0071506F">
            <w:pPr>
              <w:jc w:val="center"/>
            </w:pPr>
            <w:r>
              <w:rPr>
                <w:b/>
              </w:rPr>
              <w:t>HOẠT ĐỘNG CỦA GIÁO VIÊN</w:t>
            </w:r>
          </w:p>
        </w:tc>
        <w:tc>
          <w:tcPr>
            <w:tcW w:w="4536" w:type="dxa"/>
            <w:tcBorders>
              <w:bottom w:val="single" w:sz="4" w:space="0" w:color="auto"/>
            </w:tcBorders>
            <w:shd w:val="clear" w:color="auto" w:fill="auto"/>
          </w:tcPr>
          <w:p w:rsidR="00FF06D7" w:rsidRDefault="0071506F">
            <w:pPr>
              <w:jc w:val="center"/>
            </w:pPr>
            <w:r>
              <w:rPr>
                <w:b/>
              </w:rPr>
              <w:t>HOẠT ĐỘNG CỦA HỌC SINH</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1. KHỞI ĐỘNG - NHẮC LẠI TIÊU CHÍ</w:t>
            </w:r>
          </w:p>
          <w:p w:rsidR="00FF06D7" w:rsidRDefault="0071506F">
            <w:pPr>
              <w:keepNext/>
              <w:spacing w:after="20"/>
            </w:pPr>
            <w:r>
              <w:rPr>
                <w:i/>
              </w:rPr>
              <w:t>- Mục tiêu: Chuẩn bị chế tạo mô hình đúng yêu cầu.</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cho HS quan sát một số đồng hồ; yêu cầu nhắc lại bộ phận và tiêu chí sản phẩm.</w:t>
            </w:r>
          </w:p>
          <w:p w:rsidR="00FF06D7" w:rsidRDefault="00FF06D7">
            <w:pPr>
              <w:spacing w:after="40"/>
              <w:jc w:val="center"/>
            </w:pPr>
          </w:p>
        </w:tc>
        <w:tc>
          <w:tcPr>
            <w:tcW w:w="5269" w:type="dxa"/>
            <w:tcBorders>
              <w:top w:val="single" w:sz="4" w:space="0" w:color="auto"/>
            </w:tcBorders>
            <w:shd w:val="clear" w:color="auto" w:fill="auto"/>
          </w:tcPr>
          <w:p w:rsidR="00FF06D7" w:rsidRDefault="0071506F">
            <w:pPr>
              <w:spacing w:after="40"/>
            </w:pPr>
            <w:r>
              <w:t>- HS nêu: mặt đồng hồ, số 1 đến 12, kim ngắn, kim dài; kim xoay được.</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nhắc quy tắc an toàn khi dùng kéo, hồ dán và chia nhiệm vụ nhóm.</w:t>
            </w:r>
          </w:p>
        </w:tc>
        <w:tc>
          <w:tcPr>
            <w:tcW w:w="5269" w:type="dxa"/>
            <w:tcBorders>
              <w:bottom w:val="single" w:sz="4" w:space="0" w:color="auto"/>
            </w:tcBorders>
            <w:shd w:val="clear" w:color="auto" w:fill="auto"/>
          </w:tcPr>
          <w:p w:rsidR="00FF06D7" w:rsidRDefault="0071506F">
            <w:pPr>
              <w:spacing w:after="40"/>
            </w:pPr>
            <w:r>
              <w:t>- HS lắng nghe, nhận vật liệu và phân công.</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2. THỰC HÀNH CHẾ TẠO</w:t>
            </w:r>
          </w:p>
          <w:p w:rsidR="00FF06D7" w:rsidRDefault="0071506F">
            <w:pPr>
              <w:keepNext/>
              <w:spacing w:after="20"/>
            </w:pPr>
            <w:r>
              <w:rPr>
                <w:i/>
              </w:rPr>
              <w:t>- Mục tiêu: Làm và điều chỉnh đồng hồ tiện ích.</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hướng dẫn các bước: vẽ/cắt mặt đồng hồ; đánh dấu vị trí số; dán số đúng thứ tự; làm và gắn kim xoay.</w:t>
            </w:r>
          </w:p>
        </w:tc>
        <w:tc>
          <w:tcPr>
            <w:tcW w:w="5269" w:type="dxa"/>
            <w:tcBorders>
              <w:top w:val="single" w:sz="4" w:space="0" w:color="auto"/>
            </w:tcBorders>
            <w:shd w:val="clear" w:color="auto" w:fill="auto"/>
          </w:tcPr>
          <w:p w:rsidR="00FF06D7" w:rsidRDefault="0071506F">
            <w:pPr>
              <w:spacing w:after="40"/>
            </w:pPr>
            <w:r>
              <w:t>- HS thực hiện từng bước theo nhóm.</w:t>
            </w:r>
          </w:p>
        </w:tc>
      </w:tr>
      <w:tr w:rsidR="00FF06D7" w:rsidTr="00A72995">
        <w:trPr>
          <w:cantSplit/>
          <w:jc w:val="center"/>
        </w:trPr>
        <w:tc>
          <w:tcPr>
            <w:tcW w:w="5269" w:type="dxa"/>
            <w:shd w:val="clear" w:color="auto" w:fill="auto"/>
          </w:tcPr>
          <w:p w:rsidR="00FF06D7" w:rsidRDefault="0071506F">
            <w:pPr>
              <w:spacing w:after="40"/>
            </w:pPr>
            <w:r>
              <w:t>- GV quan sát, hỗ trợ nhóm đặt sai thứ tự số hoặc kim chưa xoay được.</w:t>
            </w:r>
          </w:p>
        </w:tc>
        <w:tc>
          <w:tcPr>
            <w:tcW w:w="5269" w:type="dxa"/>
            <w:shd w:val="clear" w:color="auto" w:fill="auto"/>
          </w:tcPr>
          <w:p w:rsidR="00FF06D7" w:rsidRDefault="0071506F">
            <w:pPr>
              <w:spacing w:after="40"/>
            </w:pPr>
            <w:r>
              <w:t>- HS kiểm tra, sửa số và điều chỉnh kim.</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lastRenderedPageBreak/>
              <w:t>- GV yêu cầu nhóm đối chiếu sản phẩm với tiêu chí.</w:t>
            </w:r>
          </w:p>
        </w:tc>
        <w:tc>
          <w:tcPr>
            <w:tcW w:w="5269" w:type="dxa"/>
            <w:tcBorders>
              <w:bottom w:val="single" w:sz="4" w:space="0" w:color="auto"/>
            </w:tcBorders>
            <w:shd w:val="clear" w:color="auto" w:fill="auto"/>
          </w:tcPr>
          <w:p w:rsidR="00FF06D7" w:rsidRDefault="0071506F">
            <w:pPr>
              <w:spacing w:after="40"/>
            </w:pPr>
            <w:r>
              <w:t>- HS tự đánh giá: đủ số, đúng vị trí, kim xoay, sản phẩm gọn đẹp.</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r>
              <w:rPr>
                <w:b/>
              </w:rPr>
              <w:t>3. SỬ DỤNG SẢN PHẨM - LUYỆN XEM GIỜ</w:t>
            </w:r>
          </w:p>
          <w:p w:rsidR="00FF06D7" w:rsidRDefault="0071506F">
            <w:pPr>
              <w:keepNext/>
              <w:spacing w:after="20"/>
            </w:pPr>
            <w:r>
              <w:rPr>
                <w:i/>
              </w:rPr>
              <w:t>- Mục tiêu: Thao tác đặt giờ, đọc giờ và liên hệ hoạt động hằng ngày.</w:t>
            </w:r>
          </w:p>
        </w:tc>
      </w:tr>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đưa nhiệm vụ: “Đặt đồng hồ chỉ 7 giờ; 12 giờ; 8 giờ.”</w:t>
            </w:r>
          </w:p>
          <w:p w:rsidR="00FF06D7" w:rsidRDefault="00FF06D7">
            <w:pPr>
              <w:spacing w:after="40"/>
              <w:jc w:val="center"/>
            </w:pPr>
          </w:p>
        </w:tc>
        <w:tc>
          <w:tcPr>
            <w:tcW w:w="5269" w:type="dxa"/>
            <w:tcBorders>
              <w:top w:val="single" w:sz="4" w:space="0" w:color="auto"/>
            </w:tcBorders>
            <w:shd w:val="clear" w:color="auto" w:fill="auto"/>
          </w:tcPr>
          <w:p w:rsidR="00FF06D7" w:rsidRDefault="0071506F">
            <w:pPr>
              <w:spacing w:after="40"/>
            </w:pPr>
            <w:r>
              <w:t>- HS xoay kim trên sản phẩm và đọc giờ đúng.</w:t>
            </w:r>
          </w:p>
        </w:tc>
      </w:tr>
      <w:tr w:rsidR="00FF06D7" w:rsidTr="00A72995">
        <w:trPr>
          <w:cantSplit/>
          <w:jc w:val="center"/>
        </w:trPr>
        <w:tc>
          <w:tcPr>
            <w:tcW w:w="5269" w:type="dxa"/>
            <w:shd w:val="clear" w:color="auto" w:fill="auto"/>
          </w:tcPr>
          <w:p w:rsidR="00FF06D7" w:rsidRDefault="0071506F">
            <w:pPr>
              <w:spacing w:after="40"/>
            </w:pPr>
            <w:r>
              <w:t>- GV hỏi: “7 giờ em thường làm gì? 8 giờ tối em cần làm gì để chuẩn bị ngày hôm sau?”</w:t>
            </w:r>
          </w:p>
        </w:tc>
        <w:tc>
          <w:tcPr>
            <w:tcW w:w="5269" w:type="dxa"/>
            <w:shd w:val="clear" w:color="auto" w:fill="auto"/>
          </w:tcPr>
          <w:p w:rsidR="00FF06D7" w:rsidRDefault="0071506F">
            <w:pPr>
              <w:spacing w:after="40"/>
            </w:pPr>
            <w:r>
              <w:t>- HS liên hệ: đi học, học bài, chuẩn bị sách vở hoặc đi ngủ đúng giờ.</w:t>
            </w:r>
          </w:p>
        </w:tc>
      </w:tr>
      <w:tr w:rsidR="00FF06D7" w:rsidTr="00A72995">
        <w:trPr>
          <w:cantSplit/>
          <w:jc w:val="center"/>
        </w:trPr>
        <w:tc>
          <w:tcPr>
            <w:tcW w:w="5269" w:type="dxa"/>
            <w:tcBorders>
              <w:bottom w:val="single" w:sz="4" w:space="0" w:color="auto"/>
            </w:tcBorders>
            <w:shd w:val="clear" w:color="auto" w:fill="auto"/>
          </w:tcPr>
          <w:p w:rsidR="00FF06D7" w:rsidRDefault="0071506F">
            <w:pPr>
              <w:spacing w:after="40"/>
            </w:pPr>
            <w:r>
              <w:t>- GV tổ chức nhóm đổi sản phẩm, một bạn đặt giờ, một bạn đọc giờ.</w:t>
            </w:r>
          </w:p>
        </w:tc>
        <w:tc>
          <w:tcPr>
            <w:tcW w:w="5269" w:type="dxa"/>
            <w:tcBorders>
              <w:bottom w:val="single" w:sz="4" w:space="0" w:color="auto"/>
            </w:tcBorders>
            <w:shd w:val="clear" w:color="auto" w:fill="auto"/>
          </w:tcPr>
          <w:p w:rsidR="00FF06D7" w:rsidRDefault="0071506F">
            <w:pPr>
              <w:spacing w:after="40"/>
            </w:pPr>
            <w:r>
              <w:t>- HS luyện tập theo cặp, nhận xét sản phẩm của bạn.</w:t>
            </w:r>
          </w:p>
        </w:tc>
      </w:tr>
      <w:tr w:rsidR="00FF06D7" w:rsidTr="00A72995">
        <w:trPr>
          <w:cantSplit/>
          <w:jc w:val="center"/>
        </w:trPr>
        <w:tc>
          <w:tcPr>
            <w:tcW w:w="10538" w:type="dxa"/>
            <w:gridSpan w:val="2"/>
            <w:tcBorders>
              <w:top w:val="single" w:sz="4" w:space="0" w:color="auto"/>
              <w:bottom w:val="single" w:sz="4" w:space="0" w:color="auto"/>
            </w:tcBorders>
            <w:shd w:val="clear" w:color="auto" w:fill="auto"/>
          </w:tcPr>
          <w:p w:rsidR="00FF06D7" w:rsidRDefault="0071506F">
            <w:pPr>
              <w:keepNext/>
            </w:pPr>
            <w:bookmarkStart w:id="0" w:name="_GoBack"/>
            <w:r>
              <w:rPr>
                <w:b/>
              </w:rPr>
              <w:t>4. TRƯNG BÀY - VẬN DỤNG</w:t>
            </w:r>
          </w:p>
          <w:p w:rsidR="00FF06D7" w:rsidRDefault="0071506F">
            <w:pPr>
              <w:keepNext/>
              <w:spacing w:after="20"/>
            </w:pPr>
            <w:r>
              <w:rPr>
                <w:i/>
              </w:rPr>
              <w:t>- Mục tiêu: Giới thiệu sản phẩm và xây dựng thói quen sử dụng thời gian hợp lí.</w:t>
            </w:r>
          </w:p>
        </w:tc>
      </w:tr>
      <w:bookmarkEnd w:id="0"/>
      <w:tr w:rsidR="00FF06D7" w:rsidTr="00A72995">
        <w:trPr>
          <w:cantSplit/>
          <w:jc w:val="center"/>
        </w:trPr>
        <w:tc>
          <w:tcPr>
            <w:tcW w:w="5269" w:type="dxa"/>
            <w:tcBorders>
              <w:top w:val="single" w:sz="4" w:space="0" w:color="auto"/>
            </w:tcBorders>
            <w:shd w:val="clear" w:color="auto" w:fill="auto"/>
          </w:tcPr>
          <w:p w:rsidR="00FF06D7" w:rsidRDefault="0071506F">
            <w:pPr>
              <w:spacing w:after="40"/>
            </w:pPr>
            <w:r>
              <w:t>- GV mời các nhóm trưng bày; yêu cầu nêu vật liệu, cách làm, một giờ hoạt động trong ngày.</w:t>
            </w:r>
          </w:p>
        </w:tc>
        <w:tc>
          <w:tcPr>
            <w:tcW w:w="5269" w:type="dxa"/>
            <w:tcBorders>
              <w:top w:val="single" w:sz="4" w:space="0" w:color="auto"/>
            </w:tcBorders>
            <w:shd w:val="clear" w:color="auto" w:fill="auto"/>
          </w:tcPr>
          <w:p w:rsidR="00FF06D7" w:rsidRDefault="0071506F">
            <w:pPr>
              <w:spacing w:after="40"/>
            </w:pPr>
            <w:r>
              <w:t>- HS giới thiệu sản phẩm, đặt giờ minh hoạ và nêu hoạt động.</w:t>
            </w:r>
          </w:p>
        </w:tc>
      </w:tr>
      <w:tr w:rsidR="00FF06D7" w:rsidTr="00A72995">
        <w:trPr>
          <w:cantSplit/>
          <w:jc w:val="center"/>
        </w:trPr>
        <w:tc>
          <w:tcPr>
            <w:tcW w:w="5269" w:type="dxa"/>
            <w:shd w:val="clear" w:color="auto" w:fill="auto"/>
          </w:tcPr>
          <w:p w:rsidR="00FF06D7" w:rsidRDefault="0071506F">
            <w:pPr>
              <w:spacing w:after="40"/>
            </w:pPr>
            <w:r>
              <w:t>- GV nhận xét theo tiêu chí, tuyên dương sản phẩm rõ, chắc, sử dụng tốt.</w:t>
            </w:r>
          </w:p>
        </w:tc>
        <w:tc>
          <w:tcPr>
            <w:tcW w:w="5269" w:type="dxa"/>
            <w:shd w:val="clear" w:color="auto" w:fill="auto"/>
          </w:tcPr>
          <w:p w:rsidR="00FF06D7" w:rsidRDefault="0071506F">
            <w:pPr>
              <w:spacing w:after="40"/>
            </w:pPr>
            <w:r>
              <w:t>- HS lắng nghe, điều chỉnh sản phẩm nếu cần.</w:t>
            </w:r>
          </w:p>
        </w:tc>
      </w:tr>
      <w:tr w:rsidR="00FF06D7" w:rsidTr="00A72995">
        <w:trPr>
          <w:cantSplit/>
          <w:jc w:val="center"/>
        </w:trPr>
        <w:tc>
          <w:tcPr>
            <w:tcW w:w="5269" w:type="dxa"/>
            <w:shd w:val="clear" w:color="auto" w:fill="auto"/>
          </w:tcPr>
          <w:p w:rsidR="00FF06D7" w:rsidRDefault="0071506F">
            <w:pPr>
              <w:spacing w:after="40"/>
            </w:pPr>
            <w:r>
              <w:t>- GV dặn HS dùng đồng hồ để luyện xem giờ và thực hiện thời gian biểu.</w:t>
            </w:r>
          </w:p>
        </w:tc>
        <w:tc>
          <w:tcPr>
            <w:tcW w:w="5269" w:type="dxa"/>
            <w:shd w:val="clear" w:color="auto" w:fill="auto"/>
          </w:tcPr>
          <w:p w:rsidR="00FF06D7" w:rsidRDefault="0071506F">
            <w:pPr>
              <w:spacing w:after="40"/>
            </w:pPr>
            <w:r>
              <w:t>- HS mang sản phẩm về sử dụng và thực hiện.</w:t>
            </w:r>
          </w:p>
        </w:tc>
      </w:tr>
    </w:tbl>
    <w:p w:rsidR="00FF06D7" w:rsidRDefault="0071506F">
      <w:pPr>
        <w:spacing w:before="80" w:after="40"/>
      </w:pPr>
      <w:r>
        <w:rPr>
          <w:b/>
        </w:rPr>
        <w:t>IV. ĐIỀU CHỈNH SAU BÀI DẠY</w:t>
      </w:r>
    </w:p>
    <w:p w:rsidR="00FF06D7" w:rsidRDefault="0071506F">
      <w:pPr>
        <w:spacing w:after="40" w:line="259" w:lineRule="auto"/>
      </w:pPr>
      <w:r>
        <w:t>.............................................................................................................................................................</w:t>
      </w:r>
    </w:p>
    <w:p w:rsidR="00FF06D7" w:rsidRDefault="0071506F">
      <w:pPr>
        <w:spacing w:after="40" w:line="259" w:lineRule="auto"/>
      </w:pPr>
      <w:r>
        <w:t>.............................................................................................................................................................</w:t>
      </w:r>
    </w:p>
    <w:sectPr w:rsidR="00FF06D7" w:rsidSect="00034616">
      <w:pgSz w:w="12240" w:h="15840"/>
      <w:pgMar w:top="794" w:right="794" w:bottom="794"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71506F"/>
    <w:rsid w:val="00A72995"/>
    <w:rsid w:val="00AA1D8D"/>
    <w:rsid w:val="00B47730"/>
    <w:rsid w:val="00CB0664"/>
    <w:rsid w:val="00FC693F"/>
    <w:rsid w:val="00FF0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729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99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729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99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3D37D-CC75-4A0D-B4AA-8F01610E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1793</Words>
  <Characters>10226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11996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3</cp:revision>
  <dcterms:created xsi:type="dcterms:W3CDTF">2026-06-03T16:12:00Z</dcterms:created>
  <dcterms:modified xsi:type="dcterms:W3CDTF">2026-08-18T02:15:00Z</dcterms:modified>
  <cp:category/>
</cp:coreProperties>
</file>