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E8D" w:rsidRDefault="00FF3BAD">
      <w:pPr>
        <w:spacing w:after="20"/>
        <w:jc w:val="center"/>
      </w:pPr>
      <w:r>
        <w:rPr>
          <w:b/>
          <w:color w:val="1F4E79"/>
          <w:sz w:val="26"/>
        </w:rPr>
        <w:t>KẾ HOẠCH BÀI DẠY</w:t>
      </w:r>
    </w:p>
    <w:p w:rsidR="00964E8D" w:rsidRDefault="00FF3BAD">
      <w:pPr>
        <w:spacing w:after="100"/>
        <w:jc w:val="center"/>
      </w:pPr>
      <w:r>
        <w:rPr>
          <w:b/>
          <w:sz w:val="26"/>
        </w:rPr>
        <w:t>MÔN TIẾNG VIỆT 1 - KẾT NỐI TRI THỨC VỚI CUỘC SỐNG - TUẦN 11</w:t>
      </w:r>
    </w:p>
    <w:p w:rsidR="00964E8D" w:rsidRDefault="00FF3BAD">
      <w:pPr>
        <w:spacing w:before="40" w:after="60"/>
        <w:jc w:val="center"/>
      </w:pPr>
      <w:r>
        <w:rPr>
          <w:b/>
          <w:color w:val="1F4E79"/>
          <w:sz w:val="26"/>
        </w:rPr>
        <w:t>BÀI 46: Ac, ăc, âc</w:t>
      </w:r>
    </w:p>
    <w:p w:rsidR="00964E8D" w:rsidRDefault="00FF3BAD">
      <w:pPr>
        <w:keepNext/>
        <w:spacing w:before="80" w:after="40"/>
      </w:pPr>
      <w:r>
        <w:rPr>
          <w:b/>
          <w:sz w:val="26"/>
        </w:rPr>
        <w:t>I. YÊU CẦU CẦN ĐẠT</w:t>
      </w:r>
    </w:p>
    <w:p w:rsidR="00964E8D" w:rsidRDefault="00FF3BAD">
      <w:pPr>
        <w:keepNext/>
        <w:spacing w:before="80" w:after="40"/>
      </w:pPr>
      <w:r>
        <w:rPr>
          <w:b/>
          <w:sz w:val="26"/>
        </w:rPr>
        <w:t>1. Năng lực đặc thù</w:t>
      </w:r>
    </w:p>
    <w:p w:rsidR="00964E8D" w:rsidRDefault="00FF3BAD">
      <w:pPr>
        <w:spacing w:after="40" w:line="250" w:lineRule="auto"/>
        <w:ind w:left="340" w:hanging="255"/>
      </w:pPr>
      <w:r>
        <w:rPr>
          <w:sz w:val="26"/>
        </w:rPr>
        <w:t>- Nhận biết và đọc đúng các vần ac, ăc, âc; đọc đúng tiếng, từ, câu/đoạn có vần vừa học.</w:t>
      </w:r>
    </w:p>
    <w:p w:rsidR="00964E8D" w:rsidRDefault="00FF3BAD">
      <w:pPr>
        <w:spacing w:after="40" w:line="250" w:lineRule="auto"/>
        <w:ind w:left="340" w:hanging="255"/>
      </w:pPr>
      <w:r>
        <w:rPr>
          <w:sz w:val="26"/>
        </w:rPr>
        <w:t xml:space="preserve">- Viết đúng các vần ac, ăc, âc và tiếng/từ ứng dụng </w:t>
      </w:r>
      <w:proofErr w:type="gramStart"/>
      <w:r>
        <w:rPr>
          <w:sz w:val="26"/>
        </w:rPr>
        <w:t>theo</w:t>
      </w:r>
      <w:proofErr w:type="gramEnd"/>
      <w:r>
        <w:rPr>
          <w:sz w:val="26"/>
        </w:rPr>
        <w:t xml:space="preserve"> mẫu.</w:t>
      </w:r>
    </w:p>
    <w:p w:rsidR="00964E8D" w:rsidRDefault="00FF3BAD">
      <w:pPr>
        <w:spacing w:after="40" w:line="250" w:lineRule="auto"/>
        <w:ind w:left="340" w:hanging="255"/>
      </w:pPr>
      <w:r>
        <w:rPr>
          <w:sz w:val="26"/>
        </w:rPr>
        <w:t>- Quan sát tranh, hiểu nội dung cơ bản và nói được câu phù hợp với tình huống trong bài.</w:t>
      </w:r>
    </w:p>
    <w:p w:rsidR="00964E8D" w:rsidRDefault="00FF3BAD">
      <w:pPr>
        <w:keepNext/>
        <w:spacing w:before="80" w:after="40"/>
      </w:pPr>
      <w:r>
        <w:rPr>
          <w:b/>
          <w:sz w:val="26"/>
        </w:rPr>
        <w:t xml:space="preserve">2. Năng lực </w:t>
      </w:r>
      <w:proofErr w:type="gramStart"/>
      <w:r>
        <w:rPr>
          <w:b/>
          <w:sz w:val="26"/>
        </w:rPr>
        <w:t>chung</w:t>
      </w:r>
      <w:proofErr w:type="gramEnd"/>
    </w:p>
    <w:p w:rsidR="00964E8D" w:rsidRDefault="00FF3BAD">
      <w:pPr>
        <w:spacing w:after="40" w:line="250" w:lineRule="auto"/>
        <w:ind w:left="340" w:hanging="255"/>
      </w:pPr>
      <w:r>
        <w:rPr>
          <w:sz w:val="26"/>
        </w:rPr>
        <w:t>- Tự chủ và tự học: Chủ động quan sát tranh, luyện đọc, luyện viết; biết kiểm tra và sửa lỗi khi được hướng dẫn.</w:t>
      </w:r>
    </w:p>
    <w:p w:rsidR="00964E8D" w:rsidRDefault="00FF3BAD">
      <w:pPr>
        <w:spacing w:after="40" w:line="250" w:lineRule="auto"/>
        <w:ind w:left="340" w:hanging="255"/>
      </w:pPr>
      <w:r>
        <w:rPr>
          <w:sz w:val="26"/>
        </w:rPr>
        <w:t>- Giao tiếp và hợp tác: Biết lắng nghe, trao đổi nhóm đôi/nhóm nhỏ; mạnh dạn trình bày và nhận xét bằng lời lịch sự.</w:t>
      </w:r>
    </w:p>
    <w:p w:rsidR="00964E8D" w:rsidRDefault="00FF3BAD">
      <w:pPr>
        <w:spacing w:after="40" w:line="250" w:lineRule="auto"/>
        <w:ind w:left="340" w:hanging="255"/>
      </w:pPr>
      <w:r>
        <w:rPr>
          <w:sz w:val="26"/>
        </w:rPr>
        <w:t xml:space="preserve">- Giải quyết vấn đề và sáng tạo: Vận dụng vần đã học để ghép tiếng, đọc câu và xử lí tình huống giao tiếp gần </w:t>
      </w:r>
      <w:proofErr w:type="gramStart"/>
      <w:r>
        <w:rPr>
          <w:sz w:val="26"/>
        </w:rPr>
        <w:t>gũi</w:t>
      </w:r>
      <w:proofErr w:type="gramEnd"/>
      <w:r>
        <w:rPr>
          <w:sz w:val="26"/>
        </w:rPr>
        <w:t>.</w:t>
      </w:r>
    </w:p>
    <w:p w:rsidR="00964E8D" w:rsidRDefault="00FF3BAD">
      <w:pPr>
        <w:keepNext/>
        <w:spacing w:before="80" w:after="40"/>
      </w:pPr>
      <w:r>
        <w:rPr>
          <w:b/>
          <w:sz w:val="26"/>
        </w:rPr>
        <w:t>3. Phẩm chất</w:t>
      </w:r>
    </w:p>
    <w:p w:rsidR="00964E8D" w:rsidRDefault="00FF3BAD">
      <w:pPr>
        <w:spacing w:after="40" w:line="250" w:lineRule="auto"/>
        <w:ind w:left="340" w:hanging="255"/>
      </w:pPr>
      <w:r>
        <w:rPr>
          <w:sz w:val="26"/>
        </w:rPr>
        <w:t>- Chăm chỉ: Tích cực luyện đọc, luyện viết; kiên trì hoàn thành nhiệm vụ học tập.</w:t>
      </w:r>
    </w:p>
    <w:p w:rsidR="00964E8D" w:rsidRDefault="00FF3BAD">
      <w:pPr>
        <w:spacing w:after="40" w:line="250" w:lineRule="auto"/>
        <w:ind w:left="340" w:hanging="255"/>
      </w:pPr>
      <w:r>
        <w:rPr>
          <w:sz w:val="26"/>
        </w:rPr>
        <w:t>- Trách nhiệm: Chuẩn bị đồ dùng; thực hiện nền nếp khi học cá nhân và hợp tác cùng bạn.</w:t>
      </w:r>
    </w:p>
    <w:p w:rsidR="00964E8D" w:rsidRDefault="00FF3BAD">
      <w:pPr>
        <w:spacing w:after="40" w:line="250" w:lineRule="auto"/>
        <w:ind w:left="340" w:hanging="255"/>
      </w:pPr>
      <w:r>
        <w:rPr>
          <w:sz w:val="26"/>
        </w:rPr>
        <w:t xml:space="preserve">- Nhân ái: Biết yêu quý người thân, bạn bè, quê hương và các sự vật gần </w:t>
      </w:r>
      <w:proofErr w:type="gramStart"/>
      <w:r>
        <w:rPr>
          <w:sz w:val="26"/>
        </w:rPr>
        <w:t>gũi</w:t>
      </w:r>
      <w:proofErr w:type="gramEnd"/>
      <w:r>
        <w:rPr>
          <w:sz w:val="26"/>
        </w:rPr>
        <w:t xml:space="preserve"> trong bài học.</w:t>
      </w:r>
    </w:p>
    <w:p w:rsidR="00964E8D" w:rsidRDefault="00FF3BAD">
      <w:pPr>
        <w:keepNext/>
        <w:spacing w:before="80" w:after="40"/>
      </w:pPr>
      <w:r>
        <w:rPr>
          <w:b/>
          <w:sz w:val="26"/>
        </w:rPr>
        <w:t>4. Tích hợp</w:t>
      </w:r>
    </w:p>
    <w:p w:rsidR="00964E8D" w:rsidRDefault="00FF3BAD">
      <w:pPr>
        <w:spacing w:after="40" w:line="250" w:lineRule="auto"/>
        <w:ind w:left="340" w:hanging="255"/>
      </w:pPr>
      <w:r>
        <w:rPr>
          <w:color w:val="C00000"/>
          <w:sz w:val="26"/>
        </w:rPr>
        <w:t xml:space="preserve">- Quốc phòng và </w:t>
      </w:r>
      <w:proofErr w:type="gramStart"/>
      <w:r>
        <w:rPr>
          <w:color w:val="C00000"/>
          <w:sz w:val="26"/>
        </w:rPr>
        <w:t>an</w:t>
      </w:r>
      <w:proofErr w:type="gramEnd"/>
      <w:r>
        <w:rPr>
          <w:color w:val="C00000"/>
          <w:sz w:val="26"/>
        </w:rPr>
        <w:t xml:space="preserve"> ninh: Qua hình ảnh cảnh đẹp quê hương, giáo dục HS biết yêu quê hương, trân trọng và có ý thức giữ gìn cảnh quan đất nước.</w:t>
      </w:r>
    </w:p>
    <w:p w:rsidR="00964E8D" w:rsidRDefault="00FF3BAD">
      <w:pPr>
        <w:keepNext/>
        <w:spacing w:before="80" w:after="40"/>
      </w:pPr>
      <w:r>
        <w:rPr>
          <w:b/>
          <w:sz w:val="26"/>
        </w:rPr>
        <w:t>II. ĐỒ DÙNG DẠY HỌC</w:t>
      </w:r>
    </w:p>
    <w:p w:rsidR="00964E8D" w:rsidRDefault="00FF3BAD">
      <w:pPr>
        <w:spacing w:after="40" w:line="250" w:lineRule="auto"/>
        <w:ind w:left="340" w:hanging="255"/>
      </w:pPr>
      <w:r>
        <w:rPr>
          <w:sz w:val="26"/>
        </w:rPr>
        <w:t>- Giáo viên: SGK Tiếng Việt 1 - Tập một; hình SGK đã cắt đúng nội dung hoạt động tại trang 104 - 105; thẻ vần/chữ mẫu ac, ăc, âc; bảng phụ, máy chiếu (nếu có).</w:t>
      </w:r>
    </w:p>
    <w:p w:rsidR="00964E8D" w:rsidRDefault="00FF3BAD">
      <w:pPr>
        <w:spacing w:after="40" w:line="250" w:lineRule="auto"/>
        <w:ind w:left="340" w:hanging="255"/>
      </w:pPr>
      <w:r>
        <w:rPr>
          <w:sz w:val="26"/>
        </w:rPr>
        <w:t>- Học sinh: SGK, vở Tập viết, bảng con, bộ chữ học vần và đồ dùng học tập cá nhân.</w:t>
      </w:r>
    </w:p>
    <w:p w:rsidR="00964E8D" w:rsidRDefault="00FF3BAD">
      <w:pPr>
        <w:keepNext/>
        <w:spacing w:before="80" w:after="40"/>
      </w:pPr>
      <w:r>
        <w:rPr>
          <w:b/>
          <w:sz w:val="26"/>
        </w:rPr>
        <w:t>III.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986"/>
        <w:gridCol w:w="4986"/>
      </w:tblGrid>
      <w:tr w:rsidR="00964E8D" w:rsidTr="00C709CF">
        <w:trPr>
          <w:cantSplit/>
          <w:tblHeader/>
          <w:jc w:val="center"/>
        </w:trPr>
        <w:tc>
          <w:tcPr>
            <w:tcW w:w="4592"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jc w:val="center"/>
            </w:pPr>
            <w:r>
              <w:rPr>
                <w:b/>
                <w:color w:val="000000"/>
                <w:sz w:val="26"/>
              </w:rPr>
              <w:t>HOẠT ĐỘNG CỦA GIÁO VIÊN</w:t>
            </w:r>
          </w:p>
        </w:tc>
        <w:tc>
          <w:tcPr>
            <w:tcW w:w="4592"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jc w:val="center"/>
            </w:pPr>
            <w:r>
              <w:rPr>
                <w:b/>
                <w:color w:val="000000"/>
                <w:sz w:val="26"/>
              </w:rPr>
              <w:t>HOẠT ĐỘNG CỦA HỌC SINH</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TIẾT 1</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1. HOẠT ĐỘNG MỞ ĐẦU (KHỞI ĐỘNG</w:t>
            </w:r>
            <w:proofErr w:type="gramStart"/>
            <w:r>
              <w:rPr>
                <w:b/>
                <w:color w:val="1F4E79"/>
                <w:sz w:val="25"/>
              </w:rPr>
              <w:t>)</w:t>
            </w:r>
            <w:proofErr w:type="gramEnd"/>
            <w:r>
              <w:rPr>
                <w:b/>
                <w:color w:val="1F4E79"/>
                <w:sz w:val="25"/>
              </w:rPr>
              <w:br/>
              <w:t>Mục tiêu: Tạo tâm thế vui vẻ; ôn kiến thức đã học và kết nối vào bài mới.</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000000"/>
                <w:sz w:val="25"/>
              </w:rPr>
              <w:t>Cách tiến hành:</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Tổ chức cho HS hát hoặc tham gia trò chơi ngắn có sử dụng tiếng/vần đã học ở bài trước.</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Tham gia hát hoặc trò chơi; phát hiện, đọc lại tiếng/vần đã học.</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lastRenderedPageBreak/>
              <w:t>- Yêu cầu HS đọc lại một số vần, tiếng hoặc từ ngữ của bài trước; quan sát, nhận xét và sửa phát âm khi cần.</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cá nhân, nhóm hoặc đồng thanh; lắng nghe nhận xét và sửa lỗi phát âm.</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line="252" w:lineRule="auto"/>
            </w:pPr>
            <w:r>
              <w:rPr>
                <w:sz w:val="25"/>
              </w:rPr>
              <w:t>- Kết luận - Giới thiệu bài: “Hôm nay, cô và các em cùng luyện đọc, luyện viết các vần ac, ăc, âc để đọc đúng hơn và viết đẹp hơn.”</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line="252" w:lineRule="auto"/>
            </w:pPr>
            <w:r>
              <w:rPr>
                <w:sz w:val="25"/>
              </w:rPr>
              <w:t>- HS lắng nghe, nhắc lại tên/nội dung bài học và sẵn sàng thực hiện nhiệm vụ.</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2. HOẠT ĐỘNG HÌNH THÀNH KIẾN THỨC MỚI (KHÁM PHÁ</w:t>
            </w:r>
            <w:proofErr w:type="gramStart"/>
            <w:r>
              <w:rPr>
                <w:b/>
                <w:color w:val="1F4E79"/>
                <w:sz w:val="25"/>
              </w:rPr>
              <w:t>)</w:t>
            </w:r>
            <w:proofErr w:type="gramEnd"/>
            <w:r>
              <w:rPr>
                <w:b/>
                <w:color w:val="1F4E79"/>
                <w:sz w:val="25"/>
              </w:rPr>
              <w:br/>
              <w:t>Mục tiêu: Nhận biết và đọc đúng các vần ac, ăc, âc; đọc được tiếng, từ ngữ có vần mới theo đúng quy trình SGV.</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000000"/>
                <w:sz w:val="25"/>
              </w:rPr>
              <w:t>Cách tiến hành:</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a. Nhận biết</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rsidP="00C709CF">
            <w:pPr>
              <w:spacing w:line="252" w:lineRule="auto"/>
            </w:pPr>
            <w:r>
              <w:rPr>
                <w:sz w:val="25"/>
              </w:rPr>
              <w:t>- Các em quan sát tranh Nhận biết. Tranh vẽ gì?</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line="252" w:lineRule="auto"/>
            </w:pPr>
            <w:r>
              <w:rPr>
                <w:sz w:val="25"/>
              </w:rPr>
              <w:t>- HS trả lời: Tranh minh hoạ nội dung: “Tây Bắc có ruộng bậc thang, có thác nước.</w:t>
            </w:r>
            <w:proofErr w:type="gramStart"/>
            <w:r>
              <w:rPr>
                <w:sz w:val="25"/>
              </w:rPr>
              <w:t>”.</w:t>
            </w:r>
            <w:proofErr w:type="gramEnd"/>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Câu nhận biết nói về điều gì?</w:t>
            </w:r>
          </w:p>
        </w:tc>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HS trả lời: Câu nhận biết nói: “Tây Bắc có ruộng bậc thang, có thác nước.</w:t>
            </w:r>
            <w:proofErr w:type="gramStart"/>
            <w:r>
              <w:rPr>
                <w:sz w:val="25"/>
              </w:rPr>
              <w:t>”.</w:t>
            </w:r>
            <w:proofErr w:type="gramEnd"/>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xml:space="preserve">- Đọc mẫu câu nhận biết “Tây Bắc có ruộng bậc thang, có thác </w:t>
            </w:r>
            <w:proofErr w:type="gramStart"/>
            <w:r>
              <w:rPr>
                <w:sz w:val="25"/>
              </w:rPr>
              <w:t>nước.;</w:t>
            </w:r>
            <w:proofErr w:type="gramEnd"/>
            <w:r>
              <w:rPr>
                <w:sz w:val="25"/>
              </w:rPr>
              <w:t xml:space="preserve"> đọc chậm từng cụm từ và yêu cầu HS nói theo.</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Lắng nghe, nói theo từng cụm từ; đọc lại cả câu nhận biết theo hướng dẫn.</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Yêu cầu HS tìm, chỉ và đọc các tiếng có chứa vần ac, ăc, âc trong câu nhận biết.</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Tìm và chỉ đúng tiếng có vần ac, ăc, âc; đọc lại tiếng đã tìm được.</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Giới thiệu các vần mới ac, ăc, âc; phát âm mẫu và chuyển sang luyện đọc.</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chữ ghi vần; nghe và phát âm theo mẫu các vần ac, ăc, âc.</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b. Đọc vần</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Đưa các vần ac, ăc, âc; đọc mẫu từng vần, hướng dẫn HS quan sát khẩu hình và âm cuối.</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khẩu hình, lắng nghe và đọc nhẩm các vần ac, ăc, âc.</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Yêu cầu HS đánh vần nối tiếp các vần ac, ăc, âc; tổ chức cho cả lớp đánh vần đồng thanh.</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Đánh vần cá nhân, nối tiếp; đánh vần đồng thanh các vần ac, ăc, âc.</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Tổ chức đọc trơn các vần ac, ăc, âc theo cá nhân, nhóm và cả lớp; sửa lỗi phát âm.</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trơn cá nhân, nhóm, đồng thanh; điều chỉnh phát âm theo nhận xét.</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Các vần ac, ăc, âc giống nhau và khác nhau ở điểm nào?</w:t>
            </w:r>
          </w:p>
        </w:tc>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HS trả lời: Các vần đều có phần cuối c; khác nhau ở phần đầu: a, ă, â.</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Yêu cầu HS sử dụng bộ chữ ghép lần lượt các vần ac, ăc, âc; kiểm tra kết quả ghép.</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Chọn chữ, ghép đúng các vần ac, ăc, âc; đọc lại kết quả ghép.</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lastRenderedPageBreak/>
              <w:t>c. Đọc tiếng</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Giới thiệu mô hình tiếng mẫu trong SGK; hướng dẫn HS nhận biết âm đầu, vần và dấu thanh.</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mô hình; nêu âm đầu, vần và dấu thanh trong tiếng mẫu.</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Hướng dẫn HS đánh vần và đọc trơn tiếng mẫu có vần ac, ăc, âc; tổ chức đọc cá nhân và đồng thanh.</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Đánh vần tiếng mẫu; đọc trơn cá nhân và đồng thanh.</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Chỉ các tiếng trong SGK; yêu cầu HS phát hiện tiếng cùng chứa vần ac, ăc, âc, đánh vần và đọc trơn.</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Tìm điểm chung của các tiếng; đánh vần và đọc trơn từng tiếng.</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Đổi thứ tự các tiếng và tổ chức đọc nối tiếp để kiểm tra phản xạ nhận diện, đọc đúng.</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nối tiếp các tiếng theo thứ tự mới; tự sửa khi đọc chưa đúng.</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Yêu cầu HS ghép thêm tiếng có vần ac, ăc, âc; mời HS phân tích và đọc tiếng vừa ghép.</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Ghép tiếng bằng bộ chữ; phân tích cấu tạo và đọc trơn tiếng đã ghép.</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d. Đọc từ ngữ</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rsidP="00C709CF">
            <w:pPr>
              <w:spacing w:after="20" w:line="252" w:lineRule="auto"/>
            </w:pPr>
            <w:r>
              <w:rPr>
                <w:color w:val="000000"/>
                <w:sz w:val="25"/>
              </w:rPr>
              <w:t>- Yêu cầu HS quan sát tranh từ ngữ và gọi tên sự vật/hoạt động ứng với các từ: bác sĩ, mắc áo, quả gấc.</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tranh; gọi tên sự vật/hoạt động và dự đoán từ ngữ tương ứng.</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Đưa từng từ ngữ bác sĩ, mắc áo, quả gấc; yêu cầu HS tìm tiếng có vần ac, ăc, âc.</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Chỉ và đọc tiếng có chứa vần ac, ăc, âc trong từng từ ngữ.</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Hướng dẫn phân tích tiếng khó, đánh vần rồi đọc trơn từng từ ngữ; sửa lỗi cho HS.</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Phân tích, đánh vần tiếng khó; đọc trơn từng từ ngữ theo hướng dẫn.</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Tổ chức đọc nối tiếp, đọc theo nhóm đôi và đọc đồng thanh toàn bộ từ ngữ.</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nối tiếp; luyện đọc nhóm đôi và đọc đồng thanh.</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e. Đọc lại</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Yêu cầu HS đọc lại toàn bộ vần, tiếng, từ ngữ; theo dõi, nhận xét và sửa phát âm.</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lại bài theo cá nhân, nhóm và cả lớp; sửa lỗi phát âm khi được góp ý.</w:t>
            </w:r>
          </w:p>
        </w:tc>
      </w:tr>
      <w:tr w:rsidR="00964E8D" w:rsidTr="00C709CF">
        <w:trPr>
          <w:jc w:val="center"/>
        </w:trPr>
        <w:tc>
          <w:tcPr>
            <w:tcW w:w="4986" w:type="dxa"/>
            <w:tcBorders>
              <w:bottom w:val="single" w:sz="4" w:space="0" w:color="auto"/>
            </w:tcBorders>
            <w:shd w:val="clear" w:color="auto" w:fill="auto"/>
          </w:tcPr>
          <w:p w:rsidR="00964E8D" w:rsidRDefault="00FF3BAD">
            <w:r>
              <w:rPr>
                <w:sz w:val="25"/>
              </w:rPr>
              <w:t>- Kết luận: Các em đã nhận biết và luyện đọc đúng các vần ac, ăc, âc; biết đọc/ghép tiếng, từ ngữ theo quy trình đã học.</w:t>
            </w:r>
          </w:p>
        </w:tc>
        <w:tc>
          <w:tcPr>
            <w:tcW w:w="4986" w:type="dxa"/>
            <w:tcBorders>
              <w:bottom w:val="single" w:sz="4" w:space="0" w:color="auto"/>
            </w:tcBorders>
            <w:shd w:val="clear" w:color="auto" w:fill="auto"/>
          </w:tcPr>
          <w:p w:rsidR="00964E8D" w:rsidRDefault="00FF3BAD">
            <w:r>
              <w:rPr>
                <w:sz w:val="25"/>
              </w:rPr>
              <w:t>- HS nhắc lại nội dung vừa học và đọc lại một số tiếng, từ ngữ tiêu biểu.</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3. HOẠT ĐỘNG LUYỆN TẬP - THỰC HÀNH</w:t>
            </w:r>
            <w:r>
              <w:rPr>
                <w:b/>
                <w:color w:val="1F4E79"/>
                <w:sz w:val="25"/>
              </w:rPr>
              <w:br/>
              <w:t>Mục tiêu: Luyện viết đúng vần ac, ăc, âc, đọc đúng câu/đoạn ứng dụng và hiểu nội dung bài đọc.</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000000"/>
                <w:sz w:val="25"/>
              </w:rPr>
              <w:t>Cách tiến hành:</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lastRenderedPageBreak/>
              <w:t>a. Viết bảng</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rsidP="00C709CF">
            <w:pPr>
              <w:spacing w:after="20" w:line="252" w:lineRule="auto"/>
            </w:pPr>
            <w:r>
              <w:rPr>
                <w:color w:val="000000"/>
                <w:sz w:val="25"/>
              </w:rPr>
              <w:t>- Yêu cầu HS quan sát mẫu viết vần ac, ăc, âc và tiếng/từ ứng dụng; nhận xét độ cao, nét nối và vị trí dấu thanh.</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mẫu chữ; nêu nhận xét về độ cao, nét nối, khoảng cách và dấu thanh.</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Viết mẫu lần lượt các vần ac, ăc, âc; vừa viết vừa hướng dẫn điểm đặt bút, dừng bút và nối nét.</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GV viết mẫu; luyện viết trên không theo quy trình.</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xml:space="preserve">- Yêu cầu HS viết bảng con các vần ac, ăc, </w:t>
            </w:r>
            <w:proofErr w:type="gramStart"/>
            <w:r>
              <w:rPr>
                <w:color w:val="000000"/>
                <w:sz w:val="25"/>
              </w:rPr>
              <w:t>âc</w:t>
            </w:r>
            <w:proofErr w:type="gramEnd"/>
            <w:r>
              <w:rPr>
                <w:color w:val="000000"/>
                <w:sz w:val="25"/>
              </w:rPr>
              <w:t xml:space="preserve"> và một số tiếng/từ ứng dụng.</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Viết bảng con đúng mẫu, đúng khoảng cách; giơ bảng theo hiệu lệnh.</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Nhận xét một số bảng; chỉ rõ lỗi về nét nối, dấu thanh, khoảng cách và yêu cầu HS sửa.</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Lắng nghe nhận xét; tự sửa chữ viết chưa đúng trên bảng con.</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TIẾT 2</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b. Viết vở</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Hướng dẫn HS tô và viết các vần ac, ăc, âc, từ ngữ ứng dụng trong vở Tập viết; nhắc tư thế ngồi và cách cầm bút.</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Ngồi đúng tư thế, cầm bút đúng cách; tô và viết đúng số dòng quy định.</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từng bàn; hỗ trợ HS viết chậm hoặc sai điểm đặt bút, nét nối, dấu thanh.</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Tiếp tục viết; sửa chữ ngay khi được GV hướng dẫn.</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Nhận xét một số bài; nêu điểm đúng và hướng dẫn cụ thể cách sửa lỗi chữ viết.</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Lắng nghe nhận xét; tự kiểm tra và sửa bài viết của mình.</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c. Đọc câu/đoạn ứng dụng</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rsidP="00C709CF">
            <w:pPr>
              <w:spacing w:after="20" w:line="252" w:lineRule="auto"/>
            </w:pPr>
            <w:r>
              <w:rPr>
                <w:color w:val="000000"/>
                <w:sz w:val="25"/>
              </w:rPr>
              <w:t xml:space="preserve">- Yêu cầu HS quan sát phần Đọc ở SGK trang 105, đọc thầm và tìm tiếng có vần ac, ăc, </w:t>
            </w:r>
            <w:proofErr w:type="gramStart"/>
            <w:r>
              <w:rPr>
                <w:color w:val="000000"/>
                <w:sz w:val="25"/>
              </w:rPr>
              <w:t>âc</w:t>
            </w:r>
            <w:proofErr w:type="gramEnd"/>
            <w:r>
              <w:rPr>
                <w:color w:val="000000"/>
                <w:sz w:val="25"/>
              </w:rPr>
              <w:t>.</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tranh/đoạn đọc; đọc thầm và chỉ các tiếng có vần vừa học.</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Yêu cầu HS đọc trơn các tiếng mới có vần ac, ăc, âc; hướng dẫn đánh vần lại với HS còn lúng túng.</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trơn các tiếng mới; đánh vần lại tiếng khó khi cần.</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mẫu câu/đoạn; hướng dẫn ngắt nghỉ theo dấu câu và nội dung.</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Nghe đọc mẫu; xác định chỗ ngắt nghỉ và luyện đọc theo.</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Tổ chức cho HS đọc nối tiếp từng câu, đọc theo nhóm và đọc đồng thanh cả đoạn.</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nối tiếp, đọc trong nhóm và đọc đồng thanh đoạn ứng dụng.</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Sa Pa ở đâu và vào mùa hè nơi đó có gì đặc biệt?</w:t>
            </w:r>
          </w:p>
        </w:tc>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HS trả lời: Sa Pa ở vùng núi; vào mùa hè, một ngày có cảm giác như nhiều mùa.</w:t>
            </w:r>
          </w:p>
        </w:tc>
      </w:tr>
      <w:tr w:rsidR="00964E8D" w:rsidTr="00C709CF">
        <w:trPr>
          <w:jc w:val="center"/>
        </w:trPr>
        <w:tc>
          <w:tcPr>
            <w:tcW w:w="4986" w:type="dxa"/>
            <w:tcBorders>
              <w:bottom w:val="single" w:sz="4" w:space="0" w:color="auto"/>
            </w:tcBorders>
            <w:shd w:val="clear" w:color="auto" w:fill="auto"/>
          </w:tcPr>
          <w:p w:rsidR="00964E8D" w:rsidRDefault="00FF3BAD">
            <w:r>
              <w:rPr>
                <w:sz w:val="25"/>
              </w:rPr>
              <w:t xml:space="preserve">- Kết luận: Các em đã luyện tập đọc, viết các </w:t>
            </w:r>
            <w:r>
              <w:rPr>
                <w:sz w:val="25"/>
              </w:rPr>
              <w:lastRenderedPageBreak/>
              <w:t>vần ac, ăc, âc và hoàn thành nhiệm vụ thực hành theo hướng dẫn.</w:t>
            </w:r>
          </w:p>
        </w:tc>
        <w:tc>
          <w:tcPr>
            <w:tcW w:w="4986" w:type="dxa"/>
            <w:tcBorders>
              <w:bottom w:val="single" w:sz="4" w:space="0" w:color="auto"/>
            </w:tcBorders>
            <w:shd w:val="clear" w:color="auto" w:fill="auto"/>
          </w:tcPr>
          <w:p w:rsidR="00964E8D" w:rsidRDefault="00FF3BAD">
            <w:r>
              <w:rPr>
                <w:sz w:val="25"/>
              </w:rPr>
              <w:lastRenderedPageBreak/>
              <w:t xml:space="preserve">- HS tự nhận xét phần luyện đọc, luyện viết và </w:t>
            </w:r>
            <w:r>
              <w:rPr>
                <w:sz w:val="25"/>
              </w:rPr>
              <w:lastRenderedPageBreak/>
              <w:t>sửa lỗi nếu còn sai.</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line="252" w:lineRule="auto"/>
            </w:pPr>
            <w:r>
              <w:rPr>
                <w:b/>
                <w:sz w:val="25"/>
              </w:rPr>
              <w:lastRenderedPageBreak/>
              <w:t>4. HOẠT ĐỘNG VẬN DỤNG</w:t>
            </w:r>
            <w:r>
              <w:rPr>
                <w:b/>
                <w:sz w:val="25"/>
              </w:rPr>
              <w:br/>
              <w:t>Mục tiêu: Vận dụng nội dung đã học để nói lời xin phép; liên hệ cách ứng xử phù hợp trong đời sống; Tích hợp: biết yêu quê hương, trân trọng và giữ gìn cảnh đẹp đất nước.</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000000"/>
                <w:sz w:val="25"/>
              </w:rPr>
              <w:t>Cách tiến hành:</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a. Nói theo tranh</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rsidP="00C709CF">
            <w:pPr>
              <w:spacing w:after="20" w:line="252" w:lineRule="auto"/>
            </w:pPr>
            <w:r>
              <w:rPr>
                <w:color w:val="000000"/>
                <w:sz w:val="25"/>
              </w:rPr>
              <w:t>- Yêu cầu HS quan sát tranh Nói, xác định nhân vật, sự việc và tình huống giao tiếp trong tranh.</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tranh; xác định nhân vật, sự việc và trao đổi ban đầu với bạn.</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Tranh thể hiện tình huống gì?</w:t>
            </w:r>
          </w:p>
        </w:tc>
        <w:tc>
          <w:tcPr>
            <w:tcW w:w="4986" w:type="dxa"/>
            <w:shd w:val="clear" w:color="auto" w:fill="auto"/>
            <w:tcMar>
              <w:top w:w="85" w:type="dxa"/>
              <w:left w:w="100" w:type="dxa"/>
              <w:bottom w:w="85" w:type="dxa"/>
              <w:right w:w="100" w:type="dxa"/>
            </w:tcMar>
          </w:tcPr>
          <w:p w:rsidR="00964E8D" w:rsidRDefault="00FF3BAD">
            <w:r>
              <w:rPr>
                <w:sz w:val="24"/>
              </w:rPr>
              <w:t>- HS trả lời: Tranh thể hiện bạn nhỏ đang xin phép bố mẹ làm một việc phù hợp.</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Trong tình huống đó, em sẽ nói lời xin phép như thế nào?</w:t>
            </w:r>
          </w:p>
        </w:tc>
        <w:tc>
          <w:tcPr>
            <w:tcW w:w="4986" w:type="dxa"/>
            <w:shd w:val="clear" w:color="auto" w:fill="auto"/>
            <w:tcMar>
              <w:top w:w="85" w:type="dxa"/>
              <w:left w:w="100" w:type="dxa"/>
              <w:bottom w:w="85" w:type="dxa"/>
              <w:right w:w="100" w:type="dxa"/>
            </w:tcMar>
          </w:tcPr>
          <w:p w:rsidR="00964E8D" w:rsidRDefault="00FF3BAD">
            <w:r>
              <w:rPr>
                <w:sz w:val="24"/>
              </w:rPr>
              <w:t>- HS trả lời gợi ý: “Thưa bố mẹ, con xin phép được xem ti vi một lát ạ.”</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Tổ chức cho HS luyện nói hoặc đóng vai theo nhóm đôi; mời một số nhóm trình bày trước lớp.</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Luyện nói/đóng vai theo cặp; đại diện nhóm thể hiện và nhận xét bạn lịch sự.</w:t>
            </w:r>
          </w:p>
        </w:tc>
      </w:tr>
      <w:tr w:rsidR="00964E8D" w:rsidTr="00C709CF">
        <w:trPr>
          <w:jc w:val="center"/>
        </w:trPr>
        <w:tc>
          <w:tcPr>
            <w:tcW w:w="4986" w:type="dxa"/>
            <w:shd w:val="clear" w:color="auto" w:fill="auto"/>
          </w:tcPr>
          <w:p w:rsidR="00964E8D" w:rsidRDefault="00FF3BAD">
            <w:r>
              <w:rPr>
                <w:b/>
                <w:color w:val="FF0000"/>
                <w:sz w:val="25"/>
              </w:rPr>
              <w:t>Tích hợp - Quốc phòng và an ninh</w:t>
            </w:r>
          </w:p>
        </w:tc>
        <w:tc>
          <w:tcPr>
            <w:tcW w:w="4986" w:type="dxa"/>
            <w:shd w:val="clear" w:color="auto" w:fill="auto"/>
          </w:tcPr>
          <w:p w:rsidR="00964E8D" w:rsidRDefault="00FF3BAD">
            <w:r>
              <w:rPr>
                <w:b/>
                <w:color w:val="FF0000"/>
                <w:sz w:val="25"/>
              </w:rPr>
              <w:t>Tích hợp - Quốc phòng và an ninh</w:t>
            </w:r>
          </w:p>
        </w:tc>
      </w:tr>
      <w:tr w:rsidR="00964E8D" w:rsidTr="00C709CF">
        <w:trPr>
          <w:jc w:val="center"/>
        </w:trPr>
        <w:tc>
          <w:tcPr>
            <w:tcW w:w="4986" w:type="dxa"/>
            <w:shd w:val="clear" w:color="auto" w:fill="auto"/>
          </w:tcPr>
          <w:p w:rsidR="00964E8D" w:rsidRDefault="00FF3BAD">
            <w:r>
              <w:rPr>
                <w:color w:val="FF0000"/>
                <w:sz w:val="25"/>
              </w:rPr>
              <w:t>- Câu hỏi dẫn: “Cảnh Tây Bắc trong bài có những gì làm em thấy đẹp và tự hào?”</w:t>
            </w:r>
          </w:p>
        </w:tc>
        <w:tc>
          <w:tcPr>
            <w:tcW w:w="4986" w:type="dxa"/>
            <w:shd w:val="clear" w:color="auto" w:fill="auto"/>
          </w:tcPr>
          <w:p w:rsidR="00964E8D" w:rsidRDefault="00FF3BAD">
            <w:r>
              <w:rPr>
                <w:color w:val="FF0000"/>
                <w:sz w:val="25"/>
              </w:rPr>
              <w:t>- HS trả lời: Tây Bắc có ruộng bậc thang, thác nước và phong cảnh rất đẹp của quê hương Việt Nam.</w:t>
            </w:r>
          </w:p>
        </w:tc>
      </w:tr>
      <w:tr w:rsidR="00964E8D" w:rsidTr="00C709CF">
        <w:trPr>
          <w:jc w:val="center"/>
        </w:trPr>
        <w:tc>
          <w:tcPr>
            <w:tcW w:w="4986" w:type="dxa"/>
            <w:tcBorders>
              <w:bottom w:val="single" w:sz="4" w:space="0" w:color="auto"/>
            </w:tcBorders>
            <w:shd w:val="clear" w:color="auto" w:fill="auto"/>
          </w:tcPr>
          <w:p w:rsidR="00964E8D" w:rsidRDefault="00FF3BAD">
            <w:r>
              <w:rPr>
                <w:color w:val="FF0000"/>
                <w:sz w:val="25"/>
              </w:rPr>
              <w:t>- Diễn giải tích hợp: Qua hình ảnh cảnh đẹp Tây Bắc, GV giúp HS nhận biết đất nước Việt Nam có nhiều vùng quê tươi đẹp. Các em thể hiện tình yêu quê hương bằng việc giữ vệ sinh khi tham quan, không vẽ bậy, không bẻ cây và biết giới thiệu cảnh đẹp bằng lời nói trân trọng.</w:t>
            </w:r>
          </w:p>
        </w:tc>
        <w:tc>
          <w:tcPr>
            <w:tcW w:w="4986" w:type="dxa"/>
            <w:tcBorders>
              <w:bottom w:val="single" w:sz="4" w:space="0" w:color="auto"/>
            </w:tcBorders>
            <w:shd w:val="clear" w:color="auto" w:fill="auto"/>
          </w:tcPr>
          <w:p w:rsidR="00964E8D" w:rsidRDefault="00FF3BAD">
            <w:r>
              <w:rPr>
                <w:color w:val="FF0000"/>
                <w:sz w:val="25"/>
              </w:rPr>
              <w:t>- HS thực hiện: Nêu việc giữ gìn cảnh đẹp quê hương.</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c. Củng cố - dặn dò</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Tổ chức cho HS tìm nhanh tiếng có vần ac, ăc, âc và đặt câu ngắn với một tiếng tìm được.</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Tìm tiếng, đọc tiếng và nói câu ngắn theo khả năng.</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Nhận xét tiết học; tuyên dương HS đọc, viết, nói tốt; động viên HS cần tiếp tục rèn luyện.</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Lắng nghe nhận xét; tự nêu điều em đã làm được trong tiết học.</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Dặn HS luyện đọc, luyện viết lại các vần ac, ăc, âc và chuẩn bị bài tiếp theo.</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Ghi nhớ nhiệm vụ; thực hành đọc, viết ở nhà.</w:t>
            </w:r>
          </w:p>
        </w:tc>
      </w:tr>
      <w:tr w:rsidR="00964E8D" w:rsidTr="00C709CF">
        <w:trPr>
          <w:jc w:val="center"/>
        </w:trPr>
        <w:tc>
          <w:tcPr>
            <w:tcW w:w="4986" w:type="dxa"/>
            <w:shd w:val="clear" w:color="auto" w:fill="auto"/>
          </w:tcPr>
          <w:p w:rsidR="00964E8D" w:rsidRDefault="00FF3BAD">
            <w:r>
              <w:rPr>
                <w:sz w:val="25"/>
              </w:rPr>
              <w:t>- Kết luận: Các em biết vận dụng nội dung bài học vào lời nói và việc làm phù hợp; tiếp tục luyện tập ở nhà.</w:t>
            </w:r>
          </w:p>
        </w:tc>
        <w:tc>
          <w:tcPr>
            <w:tcW w:w="4986" w:type="dxa"/>
            <w:shd w:val="clear" w:color="auto" w:fill="auto"/>
          </w:tcPr>
          <w:p w:rsidR="00964E8D" w:rsidRDefault="00FF3BAD">
            <w:r>
              <w:rPr>
                <w:sz w:val="25"/>
              </w:rPr>
              <w:t>- HS nhắc lại điều ghi nhớ và thực hiện nhiệm vụ luyện tập ở nhà.</w:t>
            </w:r>
          </w:p>
        </w:tc>
      </w:tr>
    </w:tbl>
    <w:p w:rsidR="00964E8D" w:rsidRDefault="00FF3BAD">
      <w:pPr>
        <w:keepNext/>
        <w:spacing w:before="80" w:after="40"/>
      </w:pPr>
      <w:r>
        <w:rPr>
          <w:b/>
          <w:sz w:val="26"/>
        </w:rPr>
        <w:lastRenderedPageBreak/>
        <w:t>IV. ĐIỀU CHỈNH SAU BÀI DẠY</w:t>
      </w:r>
    </w:p>
    <w:p w:rsidR="00964E8D" w:rsidRDefault="00FF3BAD">
      <w:pPr>
        <w:spacing w:after="40" w:line="250" w:lineRule="auto"/>
      </w:pPr>
      <w:r>
        <w:rPr>
          <w:sz w:val="26"/>
        </w:rPr>
        <w:t>..........................................................................................................................................................................................</w:t>
      </w:r>
    </w:p>
    <w:p w:rsidR="00964E8D" w:rsidRDefault="00FF3BAD">
      <w:pPr>
        <w:spacing w:after="40" w:line="250" w:lineRule="auto"/>
      </w:pPr>
      <w:r>
        <w:rPr>
          <w:sz w:val="26"/>
        </w:rPr>
        <w:t>..........................................................................................................................................................................................</w:t>
      </w:r>
    </w:p>
    <w:p w:rsidR="00964E8D" w:rsidRDefault="00964E8D">
      <w:pPr>
        <w:spacing w:after="20" w:line="250" w:lineRule="auto"/>
      </w:pPr>
    </w:p>
    <w:p w:rsidR="00964E8D" w:rsidRDefault="00FF3BAD">
      <w:pPr>
        <w:spacing w:before="40" w:after="60"/>
        <w:jc w:val="center"/>
      </w:pPr>
      <w:r>
        <w:rPr>
          <w:b/>
          <w:color w:val="1F4E79"/>
          <w:sz w:val="26"/>
        </w:rPr>
        <w:t>BÀI 47: Oc, ôc, uc, ưc</w:t>
      </w:r>
    </w:p>
    <w:p w:rsidR="00964E8D" w:rsidRDefault="00FF3BAD">
      <w:pPr>
        <w:keepNext/>
        <w:spacing w:before="80" w:after="40"/>
      </w:pPr>
      <w:r>
        <w:rPr>
          <w:b/>
          <w:sz w:val="26"/>
        </w:rPr>
        <w:t>I. YÊU CẦU CẦN ĐẠT</w:t>
      </w:r>
    </w:p>
    <w:p w:rsidR="00964E8D" w:rsidRDefault="00FF3BAD">
      <w:pPr>
        <w:keepNext/>
        <w:spacing w:before="80" w:after="40"/>
      </w:pPr>
      <w:r>
        <w:rPr>
          <w:b/>
          <w:sz w:val="26"/>
        </w:rPr>
        <w:t>1. Năng lực đặc thù</w:t>
      </w:r>
    </w:p>
    <w:p w:rsidR="00964E8D" w:rsidRDefault="00FF3BAD">
      <w:pPr>
        <w:spacing w:after="40" w:line="250" w:lineRule="auto"/>
        <w:ind w:left="340" w:hanging="255"/>
      </w:pPr>
      <w:r>
        <w:rPr>
          <w:sz w:val="26"/>
        </w:rPr>
        <w:t>- Nhận biết và đọc đúng các vần oc, ôc, uc, ưc; đọc đúng tiếng, từ, câu/đoạn có vần vừa học.</w:t>
      </w:r>
    </w:p>
    <w:p w:rsidR="00964E8D" w:rsidRDefault="00FF3BAD">
      <w:pPr>
        <w:spacing w:after="40" w:line="250" w:lineRule="auto"/>
        <w:ind w:left="340" w:hanging="255"/>
      </w:pPr>
      <w:r>
        <w:rPr>
          <w:sz w:val="26"/>
        </w:rPr>
        <w:t xml:space="preserve">- Viết đúng các vần oc, ôc, uc, ưc và tiếng/từ ứng dụng </w:t>
      </w:r>
      <w:proofErr w:type="gramStart"/>
      <w:r>
        <w:rPr>
          <w:sz w:val="26"/>
        </w:rPr>
        <w:t>theo</w:t>
      </w:r>
      <w:proofErr w:type="gramEnd"/>
      <w:r>
        <w:rPr>
          <w:sz w:val="26"/>
        </w:rPr>
        <w:t xml:space="preserve"> mẫu.</w:t>
      </w:r>
    </w:p>
    <w:p w:rsidR="00964E8D" w:rsidRDefault="00FF3BAD">
      <w:pPr>
        <w:spacing w:after="40" w:line="250" w:lineRule="auto"/>
        <w:ind w:left="340" w:hanging="255"/>
      </w:pPr>
      <w:r>
        <w:rPr>
          <w:sz w:val="26"/>
        </w:rPr>
        <w:t>- Quan sát tranh, hiểu nội dung cơ bản và nói được câu phù hợp với tình huống trong bài.</w:t>
      </w:r>
    </w:p>
    <w:p w:rsidR="00964E8D" w:rsidRDefault="00FF3BAD">
      <w:pPr>
        <w:keepNext/>
        <w:spacing w:before="80" w:after="40"/>
      </w:pPr>
      <w:r>
        <w:rPr>
          <w:b/>
          <w:sz w:val="26"/>
        </w:rPr>
        <w:t xml:space="preserve">2. Năng lực </w:t>
      </w:r>
      <w:proofErr w:type="gramStart"/>
      <w:r>
        <w:rPr>
          <w:b/>
          <w:sz w:val="26"/>
        </w:rPr>
        <w:t>chung</w:t>
      </w:r>
      <w:proofErr w:type="gramEnd"/>
    </w:p>
    <w:p w:rsidR="00964E8D" w:rsidRDefault="00FF3BAD">
      <w:pPr>
        <w:spacing w:after="40" w:line="250" w:lineRule="auto"/>
        <w:ind w:left="340" w:hanging="255"/>
      </w:pPr>
      <w:r>
        <w:rPr>
          <w:sz w:val="26"/>
        </w:rPr>
        <w:t>- Tự chủ và tự học: Chủ động quan sát tranh, luyện đọc, luyện viết; biết kiểm tra và sửa lỗi khi được hướng dẫn.</w:t>
      </w:r>
    </w:p>
    <w:p w:rsidR="00964E8D" w:rsidRDefault="00FF3BAD">
      <w:pPr>
        <w:spacing w:after="40" w:line="250" w:lineRule="auto"/>
        <w:ind w:left="340" w:hanging="255"/>
      </w:pPr>
      <w:r>
        <w:rPr>
          <w:sz w:val="26"/>
        </w:rPr>
        <w:t>- Giao tiếp và hợp tác: Biết lắng nghe, trao đổi nhóm đôi/nhóm nhỏ; mạnh dạn trình bày và nhận xét bằng lời lịch sự.</w:t>
      </w:r>
    </w:p>
    <w:p w:rsidR="00964E8D" w:rsidRDefault="00FF3BAD">
      <w:pPr>
        <w:spacing w:after="40" w:line="250" w:lineRule="auto"/>
        <w:ind w:left="340" w:hanging="255"/>
      </w:pPr>
      <w:r>
        <w:rPr>
          <w:sz w:val="26"/>
        </w:rPr>
        <w:t xml:space="preserve">- Giải quyết vấn đề và sáng tạo: Vận dụng vần đã học để ghép tiếng, đọc câu và xử lí tình huống giao tiếp gần </w:t>
      </w:r>
      <w:proofErr w:type="gramStart"/>
      <w:r>
        <w:rPr>
          <w:sz w:val="26"/>
        </w:rPr>
        <w:t>gũi</w:t>
      </w:r>
      <w:proofErr w:type="gramEnd"/>
      <w:r>
        <w:rPr>
          <w:sz w:val="26"/>
        </w:rPr>
        <w:t>.</w:t>
      </w:r>
    </w:p>
    <w:p w:rsidR="00964E8D" w:rsidRDefault="00FF3BAD">
      <w:pPr>
        <w:keepNext/>
        <w:spacing w:before="80" w:after="40"/>
      </w:pPr>
      <w:r>
        <w:rPr>
          <w:b/>
          <w:sz w:val="26"/>
        </w:rPr>
        <w:t>3. Phẩm chất</w:t>
      </w:r>
    </w:p>
    <w:p w:rsidR="00964E8D" w:rsidRDefault="00FF3BAD">
      <w:pPr>
        <w:spacing w:after="40" w:line="250" w:lineRule="auto"/>
        <w:ind w:left="340" w:hanging="255"/>
      </w:pPr>
      <w:r>
        <w:rPr>
          <w:sz w:val="26"/>
        </w:rPr>
        <w:t>- Chăm chỉ: Tích cực luyện đọc, luyện viết; kiên trì hoàn thành nhiệm vụ học tập.</w:t>
      </w:r>
    </w:p>
    <w:p w:rsidR="00964E8D" w:rsidRDefault="00FF3BAD">
      <w:pPr>
        <w:spacing w:after="40" w:line="250" w:lineRule="auto"/>
        <w:ind w:left="340" w:hanging="255"/>
      </w:pPr>
      <w:r>
        <w:rPr>
          <w:sz w:val="26"/>
        </w:rPr>
        <w:t>- Trách nhiệm: Chuẩn bị đồ dùng; thực hiện nền nếp khi học cá nhân và hợp tác cùng bạn.</w:t>
      </w:r>
    </w:p>
    <w:p w:rsidR="00964E8D" w:rsidRDefault="00FF3BAD">
      <w:pPr>
        <w:spacing w:after="40" w:line="250" w:lineRule="auto"/>
        <w:ind w:left="340" w:hanging="255"/>
      </w:pPr>
      <w:r>
        <w:rPr>
          <w:sz w:val="26"/>
        </w:rPr>
        <w:t xml:space="preserve">- Nhân ái: Biết yêu quý người thân, bạn bè, quê hương và các sự vật gần </w:t>
      </w:r>
      <w:proofErr w:type="gramStart"/>
      <w:r>
        <w:rPr>
          <w:sz w:val="26"/>
        </w:rPr>
        <w:t>gũi</w:t>
      </w:r>
      <w:proofErr w:type="gramEnd"/>
      <w:r>
        <w:rPr>
          <w:sz w:val="26"/>
        </w:rPr>
        <w:t xml:space="preserve"> trong bài học.</w:t>
      </w:r>
    </w:p>
    <w:p w:rsidR="00964E8D" w:rsidRDefault="00FF3BAD">
      <w:pPr>
        <w:keepNext/>
        <w:spacing w:before="80" w:after="40"/>
      </w:pPr>
      <w:r>
        <w:rPr>
          <w:b/>
          <w:sz w:val="26"/>
        </w:rPr>
        <w:t>II. ĐỒ DÙNG DẠY HỌC</w:t>
      </w:r>
    </w:p>
    <w:p w:rsidR="00964E8D" w:rsidRDefault="00FF3BAD">
      <w:pPr>
        <w:spacing w:after="40" w:line="250" w:lineRule="auto"/>
        <w:ind w:left="340" w:hanging="255"/>
      </w:pPr>
      <w:r>
        <w:rPr>
          <w:sz w:val="26"/>
        </w:rPr>
        <w:t>- Giáo viên: SGK Tiếng Việt 1 - Tập một; hình SGK đã cắt đúng nội dung hoạt động tại trang 106 - 107; thẻ vần/chữ mẫu oc, ôc, uc, ưc; bảng phụ, máy chiếu (nếu có).</w:t>
      </w:r>
    </w:p>
    <w:p w:rsidR="00964E8D" w:rsidRDefault="00FF3BAD">
      <w:pPr>
        <w:spacing w:after="40" w:line="250" w:lineRule="auto"/>
        <w:ind w:left="340" w:hanging="255"/>
      </w:pPr>
      <w:r>
        <w:rPr>
          <w:sz w:val="26"/>
        </w:rPr>
        <w:t>- Học sinh: SGK, vở Tập viết, bảng con, bộ chữ học vần và đồ dùng học tập cá nhân.</w:t>
      </w:r>
    </w:p>
    <w:p w:rsidR="00964E8D" w:rsidRDefault="00FF3BAD">
      <w:pPr>
        <w:keepNext/>
        <w:spacing w:before="80" w:after="40"/>
      </w:pPr>
      <w:r>
        <w:rPr>
          <w:b/>
          <w:sz w:val="26"/>
        </w:rPr>
        <w:t>III.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986"/>
        <w:gridCol w:w="4986"/>
      </w:tblGrid>
      <w:tr w:rsidR="00964E8D" w:rsidTr="00C709CF">
        <w:trPr>
          <w:cantSplit/>
          <w:tblHeader/>
          <w:jc w:val="center"/>
        </w:trPr>
        <w:tc>
          <w:tcPr>
            <w:tcW w:w="4592"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jc w:val="center"/>
            </w:pPr>
            <w:r>
              <w:rPr>
                <w:b/>
                <w:color w:val="000000"/>
                <w:sz w:val="26"/>
              </w:rPr>
              <w:t>HOẠT ĐỘNG CỦA GIÁO VIÊN</w:t>
            </w:r>
          </w:p>
        </w:tc>
        <w:tc>
          <w:tcPr>
            <w:tcW w:w="4592"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jc w:val="center"/>
            </w:pPr>
            <w:r>
              <w:rPr>
                <w:b/>
                <w:color w:val="000000"/>
                <w:sz w:val="26"/>
              </w:rPr>
              <w:t>HOẠT ĐỘNG CỦA HỌC SINH</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TIẾT 1</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1. HOẠT ĐỘNG MỞ ĐẦU (KHỞI ĐỘNG</w:t>
            </w:r>
            <w:proofErr w:type="gramStart"/>
            <w:r>
              <w:rPr>
                <w:b/>
                <w:color w:val="1F4E79"/>
                <w:sz w:val="25"/>
              </w:rPr>
              <w:t>)</w:t>
            </w:r>
            <w:proofErr w:type="gramEnd"/>
            <w:r>
              <w:rPr>
                <w:b/>
                <w:color w:val="1F4E79"/>
                <w:sz w:val="25"/>
              </w:rPr>
              <w:br/>
              <w:t>Mục tiêu: Tạo tâm thế vui vẻ; ôn kiến thức đã học và kết nối vào bài mới.</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000000"/>
                <w:sz w:val="25"/>
              </w:rPr>
              <w:t>Cách tiến hành:</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Tổ chức cho HS hát hoặc tham gia trò chơi ngắn có sử dụng tiếng/vần đã học ở bài trước.</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Tham gia hát hoặc trò chơi; phát hiện, đọc lại tiếng/vần đã học.</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lastRenderedPageBreak/>
              <w:t>- Yêu cầu HS đọc lại một số vần, tiếng hoặc từ ngữ của bài trước; quan sát, nhận xét và sửa phát âm khi cần.</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cá nhân, nhóm hoặc đồng thanh; lắng nghe nhận xét và sửa lỗi phát âm.</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line="252" w:lineRule="auto"/>
            </w:pPr>
            <w:r>
              <w:rPr>
                <w:sz w:val="25"/>
              </w:rPr>
              <w:t>- Kết luận - Giới thiệu bài: “Hôm nay, cô và các em cùng luyện đọc, luyện viết các vần oc, ôc, uc, ưc để đọc đúng hơn và viết đẹp hơn.”</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line="252" w:lineRule="auto"/>
            </w:pPr>
            <w:r>
              <w:rPr>
                <w:sz w:val="25"/>
              </w:rPr>
              <w:t>- HS lắng nghe, nhắc lại tên/nội dung bài học và sẵn sàng thực hiện nhiệm vụ.</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2. HOẠT ĐỘNG HÌNH THÀNH KIẾN THỨC MỚI (KHÁM PHÁ</w:t>
            </w:r>
            <w:proofErr w:type="gramStart"/>
            <w:r>
              <w:rPr>
                <w:b/>
                <w:color w:val="1F4E79"/>
                <w:sz w:val="25"/>
              </w:rPr>
              <w:t>)</w:t>
            </w:r>
            <w:proofErr w:type="gramEnd"/>
            <w:r>
              <w:rPr>
                <w:b/>
                <w:color w:val="1F4E79"/>
                <w:sz w:val="25"/>
              </w:rPr>
              <w:br/>
              <w:t>Mục tiêu: Nhận biết và đọc đúng các vần oc, ôc, uc, ưc; đọc được tiếng, từ ngữ có vần mới theo đúng quy trình SGV.</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000000"/>
                <w:sz w:val="25"/>
              </w:rPr>
              <w:t>Cách tiến hành:</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a. Nhận biết</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rsidP="00C709CF">
            <w:pPr>
              <w:spacing w:line="252" w:lineRule="auto"/>
            </w:pPr>
            <w:r>
              <w:rPr>
                <w:sz w:val="25"/>
              </w:rPr>
              <w:t>- Các em quan sát tranh Nhận biết. Tranh vẽ gì?</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line="252" w:lineRule="auto"/>
            </w:pPr>
            <w:r>
              <w:rPr>
                <w:sz w:val="25"/>
              </w:rPr>
              <w:t>- HS trả lời: Tranh minh hoạ nội dung: “Ở góc vườn, cạnh gốc cau, khóm cúc nở hoa vàng rực.</w:t>
            </w:r>
            <w:proofErr w:type="gramStart"/>
            <w:r>
              <w:rPr>
                <w:sz w:val="25"/>
              </w:rPr>
              <w:t>”.</w:t>
            </w:r>
            <w:proofErr w:type="gramEnd"/>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Câu nhận biết nói về điều gì?</w:t>
            </w:r>
          </w:p>
        </w:tc>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HS trả lời: Câu nhận biết nói: “Ở góc vườn, cạnh gốc cau, khóm cúc nở hoa vàng rực.</w:t>
            </w:r>
            <w:proofErr w:type="gramStart"/>
            <w:r>
              <w:rPr>
                <w:sz w:val="25"/>
              </w:rPr>
              <w:t>”.</w:t>
            </w:r>
            <w:proofErr w:type="gramEnd"/>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xml:space="preserve">- Đọc mẫu câu nhận biết “Ở góc vườn, cạnh gốc cau, khóm cúc nở hoa vàng </w:t>
            </w:r>
            <w:proofErr w:type="gramStart"/>
            <w:r>
              <w:rPr>
                <w:sz w:val="25"/>
              </w:rPr>
              <w:t>rực.;</w:t>
            </w:r>
            <w:proofErr w:type="gramEnd"/>
            <w:r>
              <w:rPr>
                <w:sz w:val="25"/>
              </w:rPr>
              <w:t xml:space="preserve"> đọc chậm từng cụm từ và yêu cầu HS nói theo.</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Lắng nghe, nói theo từng cụm từ; đọc lại cả câu nhận biết theo hướng dẫn.</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Yêu cầu HS tìm, chỉ và đọc các tiếng có chứa vần oc, ôc, uc, ưc trong câu nhận biết.</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Tìm và chỉ đúng tiếng có vần oc, ôc, uc, ưc; đọc lại tiếng đã tìm được.</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Giới thiệu các vần mới oc, ôc, uc, ưc; phát âm mẫu và chuyển sang luyện đọc.</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chữ ghi vần; nghe và phát âm theo mẫu các vần oc, ôc, uc, ưc.</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b. Đọc vần</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Đưa các vần oc, ôc, uc, ưc; đọc mẫu từng vần, hướng dẫn HS quan sát khẩu hình và âm cuối.</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khẩu hình, lắng nghe và đọc nhẩm các vần oc, ôc, uc, ưc.</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Yêu cầu HS đánh vần nối tiếp các vần oc, ôc, uc, ưc; tổ chức cho cả lớp đánh vần đồng thanh.</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Đánh vần cá nhân, nối tiếp; đánh vần đồng thanh các vần oc, ôc, uc, ưc.</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Tổ chức đọc trơn các vần oc, ôc, uc, ưc theo cá nhân, nhóm và cả lớp; sửa lỗi phát âm.</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trơn cá nhân, nhóm, đồng thanh; điều chỉnh phát âm theo nhận xét.</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Các vần oc, ôc, uc, ưc giống nhau và khác nhau ở điểm nào?</w:t>
            </w:r>
          </w:p>
        </w:tc>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HS trả lời: Các vần đều có phần cuối c; khác nhau ở phần đầu: o, ô, u, ư.</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lastRenderedPageBreak/>
              <w:t>- Yêu cầu HS sử dụng bộ chữ ghép lần lượt các vần oc, ôc, uc, ưc; kiểm tra kết quả ghép.</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Chọn chữ, ghép đúng các vần oc, ôc, uc, ưc; đọc lại kết quả ghép.</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c. Đọc tiếng</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Giới thiệu mô hình tiếng mẫu trong SGK; hướng dẫn HS nhận biết âm đầu, vần và dấu thanh.</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mô hình; nêu âm đầu, vần và dấu thanh trong tiếng mẫu.</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Hướng dẫn HS đánh vần và đọc trơn tiếng mẫu có vần oc, ôc, uc, ưc; tổ chức đọc cá nhân và đồng thanh.</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Đánh vần tiếng mẫu; đọc trơn cá nhân và đồng thanh.</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Chỉ các tiếng trong SGK; yêu cầu HS phát hiện tiếng cùng chứa vần oc, ôc, uc, ưc, đánh vần và đọc trơn.</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Tìm điểm chung của các tiếng; đánh vần và đọc trơn từng tiếng.</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Đổi thứ tự các tiếng và tổ chức đọc nối tiếp để kiểm tra phản xạ nhận diện, đọc đúng.</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nối tiếp các tiếng theo thứ tự mới; tự sửa khi đọc chưa đúng.</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Yêu cầu HS ghép thêm tiếng có vần oc, ôc, uc, ưc; mời HS phân tích và đọc tiếng vừa ghép.</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Ghép tiếng bằng bộ chữ; phân tích cấu tạo và đọc trơn tiếng đã ghép.</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d. Đọc từ ngữ</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rsidP="00C709CF">
            <w:pPr>
              <w:spacing w:after="20" w:line="252" w:lineRule="auto"/>
            </w:pPr>
            <w:r>
              <w:rPr>
                <w:color w:val="000000"/>
                <w:sz w:val="25"/>
              </w:rPr>
              <w:t xml:space="preserve">- Yêu cầu HS quan sát tranh từ ngữ và gọi tên sự vật/hoạt động ứng với các từ: con sóc, cái cốc, máy xúc, </w:t>
            </w:r>
            <w:proofErr w:type="gramStart"/>
            <w:r>
              <w:rPr>
                <w:color w:val="000000"/>
                <w:sz w:val="25"/>
              </w:rPr>
              <w:t>con</w:t>
            </w:r>
            <w:proofErr w:type="gramEnd"/>
            <w:r>
              <w:rPr>
                <w:color w:val="000000"/>
                <w:sz w:val="25"/>
              </w:rPr>
              <w:t xml:space="preserve"> mực.</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tranh; gọi tên sự vật/hoạt động và dự đoán từ ngữ tương ứng.</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Đưa từng từ ngữ con sóc, cái cốc, máy xúc, con mực; yêu cầu HS tìm tiếng có vần oc, ôc, uc, ưc.</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Chỉ và đọc tiếng có chứa vần oc, ôc, uc, ưc trong từng từ ngữ.</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Hướng dẫn phân tích tiếng khó, đánh vần rồi đọc trơn từng từ ngữ; sửa lỗi cho HS.</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Phân tích, đánh vần tiếng khó; đọc trơn từng từ ngữ theo hướng dẫn.</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Tổ chức đọc nối tiếp, đọc theo nhóm đôi và đọc đồng thanh toàn bộ từ ngữ.</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nối tiếp; luyện đọc nhóm đôi và đọc đồng thanh.</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e. Đọc lại</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Yêu cầu HS đọc lại toàn bộ vần, tiếng, từ ngữ; theo dõi, nhận xét và sửa phát âm.</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lại bài theo cá nhân, nhóm và cả lớp; sửa lỗi phát âm khi được góp ý.</w:t>
            </w:r>
          </w:p>
        </w:tc>
      </w:tr>
      <w:tr w:rsidR="00964E8D" w:rsidTr="00C709CF">
        <w:trPr>
          <w:jc w:val="center"/>
        </w:trPr>
        <w:tc>
          <w:tcPr>
            <w:tcW w:w="4986" w:type="dxa"/>
            <w:tcBorders>
              <w:bottom w:val="single" w:sz="4" w:space="0" w:color="auto"/>
            </w:tcBorders>
            <w:shd w:val="clear" w:color="auto" w:fill="auto"/>
          </w:tcPr>
          <w:p w:rsidR="00964E8D" w:rsidRDefault="00FF3BAD">
            <w:r>
              <w:rPr>
                <w:sz w:val="25"/>
              </w:rPr>
              <w:t>- Kết luận: Các em đã nhận biết và luyện đọc đúng các vần oc, ôc, uc, ưc; biết đọc/ghép tiếng, từ ngữ theo quy trình đã học.</w:t>
            </w:r>
          </w:p>
        </w:tc>
        <w:tc>
          <w:tcPr>
            <w:tcW w:w="4986" w:type="dxa"/>
            <w:tcBorders>
              <w:bottom w:val="single" w:sz="4" w:space="0" w:color="auto"/>
            </w:tcBorders>
            <w:shd w:val="clear" w:color="auto" w:fill="auto"/>
          </w:tcPr>
          <w:p w:rsidR="00964E8D" w:rsidRDefault="00FF3BAD">
            <w:r>
              <w:rPr>
                <w:sz w:val="25"/>
              </w:rPr>
              <w:t>- HS nhắc lại nội dung vừa học và đọc lại một số tiếng, từ ngữ tiêu biểu.</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lastRenderedPageBreak/>
              <w:t>3. HOẠT ĐỘNG LUYỆN TẬP - THỰC HÀNH</w:t>
            </w:r>
            <w:r>
              <w:rPr>
                <w:b/>
                <w:color w:val="1F4E79"/>
                <w:sz w:val="25"/>
              </w:rPr>
              <w:br/>
              <w:t>Mục tiêu: Luyện viết đúng vần oc, ôc, uc, ưc, đọc đúng câu/đoạn ứng dụng và hiểu nội dung bài đọc.</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000000"/>
                <w:sz w:val="25"/>
              </w:rPr>
              <w:t>Cách tiến hành:</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a. Viết bảng</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rsidP="00C709CF">
            <w:pPr>
              <w:spacing w:after="20" w:line="252" w:lineRule="auto"/>
            </w:pPr>
            <w:r>
              <w:rPr>
                <w:color w:val="000000"/>
                <w:sz w:val="25"/>
              </w:rPr>
              <w:t>- Yêu cầu HS quan sát mẫu viết vần oc, ôc, uc, ưc và tiếng/từ ứng dụng; nhận xét độ cao, nét nối và vị trí dấu thanh.</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mẫu chữ; nêu nhận xét về độ cao, nét nối, khoảng cách và dấu thanh.</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Viết mẫu lần lượt các vần oc, ôc, uc, ưc; vừa viết vừa hướng dẫn điểm đặt bút, dừng bút và nối nét.</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GV viết mẫu; luyện viết trên không theo quy trình.</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Yêu cầu HS viết bảng con các vần oc, ôc, uc, ưc và một số tiếng/từ ứng dụng.</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Viết bảng con đúng mẫu, đúng khoảng cách; giơ bảng theo hiệu lệnh.</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Nhận xét một số bảng; chỉ rõ lỗi về nét nối, dấu thanh, khoảng cách và yêu cầu HS sửa.</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Lắng nghe nhận xét; tự sửa chữ viết chưa đúng trên bảng con.</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TIẾT 2</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b. Viết vở</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Hướng dẫn HS tô và viết các vần oc, ôc, uc, ưc, từ ngữ ứng dụng trong vở Tập viết; nhắc tư thế ngồi và cách cầm bút.</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Ngồi đúng tư thế, cầm bút đúng cách; tô và viết đúng số dòng quy định.</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từng bàn; hỗ trợ HS viết chậm hoặc sai điểm đặt bút, nét nối, dấu thanh.</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Tiếp tục viết; sửa chữ ngay khi được GV hướng dẫn.</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Nhận xét một số bài; nêu điểm đúng và hướng dẫn cụ thể cách sửa lỗi chữ viết.</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Lắng nghe nhận xét; tự kiểm tra và sửa bài viết của mình.</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c. Đọc câu/đoạn ứng dụng</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rsidP="00C709CF">
            <w:pPr>
              <w:spacing w:after="20" w:line="252" w:lineRule="auto"/>
            </w:pPr>
            <w:r>
              <w:rPr>
                <w:color w:val="000000"/>
                <w:sz w:val="25"/>
              </w:rPr>
              <w:t xml:space="preserve">- Yêu cầu HS quan sát phần Đọc ở SGK trang 107, đọc thầm và tìm tiếng có vần oc, ôc, uc, </w:t>
            </w:r>
            <w:proofErr w:type="gramStart"/>
            <w:r>
              <w:rPr>
                <w:color w:val="000000"/>
                <w:sz w:val="25"/>
              </w:rPr>
              <w:t>ưc</w:t>
            </w:r>
            <w:proofErr w:type="gramEnd"/>
            <w:r>
              <w:rPr>
                <w:color w:val="000000"/>
                <w:sz w:val="25"/>
              </w:rPr>
              <w:t>.</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tranh/đoạn đọc; đọc thầm và chỉ các tiếng có vần vừa học.</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Yêu cầu HS đọc trơn các tiếng mới có vần oc, ôc, uc, ưc; hướng dẫn đánh vần lại với HS còn lúng túng.</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trơn các tiếng mới; đánh vần lại tiếng khó khi cần.</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mẫu câu/đoạn; hướng dẫn ngắt nghỉ theo dấu câu và nội dung.</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Nghe đọc mẫu; xác định chỗ ngắt nghỉ và luyện đọc theo.</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lastRenderedPageBreak/>
              <w:t>- Tổ chức cho HS đọc nối tiếp từng câu, đọc theo nhóm và đọc đồng thanh cả đoạn.</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nối tiếp, đọc trong nhóm và đọc đồng thanh đoạn ứng dụng.</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Hà cắm những bông cúc vào đâu và mẹ khen Hà thế nào?</w:t>
            </w:r>
          </w:p>
        </w:tc>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HS trả lời: Hà cắm cúc vào lọ; mẹ khen Hà biết làm đẹp cho nhà.</w:t>
            </w:r>
          </w:p>
        </w:tc>
      </w:tr>
      <w:tr w:rsidR="00964E8D" w:rsidTr="00C709CF">
        <w:trPr>
          <w:jc w:val="center"/>
        </w:trPr>
        <w:tc>
          <w:tcPr>
            <w:tcW w:w="4986" w:type="dxa"/>
            <w:tcBorders>
              <w:bottom w:val="single" w:sz="4" w:space="0" w:color="auto"/>
            </w:tcBorders>
            <w:shd w:val="clear" w:color="auto" w:fill="auto"/>
          </w:tcPr>
          <w:p w:rsidR="00964E8D" w:rsidRDefault="00FF3BAD">
            <w:r>
              <w:rPr>
                <w:sz w:val="25"/>
              </w:rPr>
              <w:t>- Kết luận: Các em đã luyện tập đọc, viết các vần oc, ôc, uc, ưc và hoàn thành nhiệm vụ thực hành theo hướng dẫn.</w:t>
            </w:r>
          </w:p>
        </w:tc>
        <w:tc>
          <w:tcPr>
            <w:tcW w:w="4986" w:type="dxa"/>
            <w:tcBorders>
              <w:bottom w:val="single" w:sz="4" w:space="0" w:color="auto"/>
            </w:tcBorders>
            <w:shd w:val="clear" w:color="auto" w:fill="auto"/>
          </w:tcPr>
          <w:p w:rsidR="00964E8D" w:rsidRDefault="00FF3BAD">
            <w:r>
              <w:rPr>
                <w:sz w:val="25"/>
              </w:rPr>
              <w:t>- HS tự nhận xét phần luyện đọc, luyện viết và sửa lỗi nếu còn sai.</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4. HOẠT ĐỘNG VẬN DỤNG</w:t>
            </w:r>
            <w:r>
              <w:rPr>
                <w:b/>
                <w:color w:val="1F4E79"/>
                <w:sz w:val="25"/>
              </w:rPr>
              <w:br/>
              <w:t>Mục tiêu: Vận dụng nội dung đã học để nói về sở thích; liên hệ cách ứng xử phù hợp trong đời sống.</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000000"/>
                <w:sz w:val="25"/>
              </w:rPr>
              <w:t>Cách tiến hành:</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a. Nói theo tranh</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rsidP="00C709CF">
            <w:pPr>
              <w:spacing w:after="20" w:line="252" w:lineRule="auto"/>
            </w:pPr>
            <w:r>
              <w:rPr>
                <w:color w:val="000000"/>
                <w:sz w:val="25"/>
              </w:rPr>
              <w:t>- Yêu cầu HS quan sát tranh Nói, xác định nhân vật, sự việc và tình huống giao tiếp trong tranh.</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tranh; xác định nhân vật, sự việc và trao đổi ban đầu với bạn.</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Trong tranh có những ai?</w:t>
            </w:r>
          </w:p>
        </w:tc>
        <w:tc>
          <w:tcPr>
            <w:tcW w:w="4986" w:type="dxa"/>
            <w:shd w:val="clear" w:color="auto" w:fill="auto"/>
            <w:tcMar>
              <w:top w:w="85" w:type="dxa"/>
              <w:left w:w="100" w:type="dxa"/>
              <w:bottom w:w="85" w:type="dxa"/>
              <w:right w:w="100" w:type="dxa"/>
            </w:tcMar>
          </w:tcPr>
          <w:p w:rsidR="00964E8D" w:rsidRDefault="00FF3BAD">
            <w:r>
              <w:rPr>
                <w:sz w:val="24"/>
              </w:rPr>
              <w:t>- HS trả lời: Trong tranh có cô giáo dạy múa và các bạn nhỏ.</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Các bạn đang làm gì?</w:t>
            </w:r>
          </w:p>
        </w:tc>
        <w:tc>
          <w:tcPr>
            <w:tcW w:w="4986" w:type="dxa"/>
            <w:shd w:val="clear" w:color="auto" w:fill="auto"/>
            <w:tcMar>
              <w:top w:w="85" w:type="dxa"/>
              <w:left w:w="100" w:type="dxa"/>
              <w:bottom w:w="85" w:type="dxa"/>
              <w:right w:w="100" w:type="dxa"/>
            </w:tcMar>
          </w:tcPr>
          <w:p w:rsidR="00964E8D" w:rsidRDefault="00FF3BAD">
            <w:r>
              <w:rPr>
                <w:sz w:val="24"/>
              </w:rPr>
              <w:t>- HS trả lời: Các bạn đang say mê tập múa theo sự hướng dẫn của cô giáo.</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Sở thích của em là gì?</w:t>
            </w:r>
          </w:p>
        </w:tc>
        <w:tc>
          <w:tcPr>
            <w:tcW w:w="4986" w:type="dxa"/>
            <w:shd w:val="clear" w:color="auto" w:fill="auto"/>
            <w:tcMar>
              <w:top w:w="85" w:type="dxa"/>
              <w:left w:w="100" w:type="dxa"/>
              <w:bottom w:w="85" w:type="dxa"/>
              <w:right w:w="100" w:type="dxa"/>
            </w:tcMar>
          </w:tcPr>
          <w:p w:rsidR="00964E8D" w:rsidRDefault="00FF3BAD">
            <w:r>
              <w:rPr>
                <w:sz w:val="24"/>
              </w:rPr>
              <w:t>- HS trả lời gợi ý: Sở thích của em là đọc sách và vẽ tranh.</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Tổ chức cho HS luyện nói hoặc đóng vai theo nhóm đôi; mời một số nhóm trình bày trước lớp.</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Luyện nói/đóng vai theo cặp; đại diện nhóm thể hiện và nhận xét bạn lịch sự.</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c. Củng cố - dặn dò</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Tổ chức cho HS tìm nhanh tiếng có vần oc, ôc, uc, ưc và đặt câu ngắn với một tiếng tìm được.</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Tìm tiếng, đọc tiếng và nói câu ngắn theo khả năng.</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Nhận xét tiết học; tuyên dương HS đọc, viết, nói tốt; động viên HS cần tiếp tục rèn luyện.</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Lắng nghe nhận xét; tự nêu điều em đã làm được trong tiết học.</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Dặn HS luyện đọc, luyện viết lại các vần oc, ôc, uc, ưc và chuẩn bị bài tiếp theo.</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Ghi nhớ nhiệm vụ; thực hành đọc, viết ở nhà.</w:t>
            </w:r>
          </w:p>
        </w:tc>
      </w:tr>
      <w:tr w:rsidR="00964E8D" w:rsidTr="00C709CF">
        <w:trPr>
          <w:jc w:val="center"/>
        </w:trPr>
        <w:tc>
          <w:tcPr>
            <w:tcW w:w="4986" w:type="dxa"/>
            <w:shd w:val="clear" w:color="auto" w:fill="auto"/>
          </w:tcPr>
          <w:p w:rsidR="00964E8D" w:rsidRDefault="00FF3BAD">
            <w:r>
              <w:rPr>
                <w:sz w:val="25"/>
              </w:rPr>
              <w:t>- Kết luận: Các em biết vận dụng nội dung bài học vào lời nói và việc làm phù hợp; tiếp tục luyện tập ở nhà.</w:t>
            </w:r>
          </w:p>
        </w:tc>
        <w:tc>
          <w:tcPr>
            <w:tcW w:w="4986" w:type="dxa"/>
            <w:shd w:val="clear" w:color="auto" w:fill="auto"/>
          </w:tcPr>
          <w:p w:rsidR="00964E8D" w:rsidRDefault="00FF3BAD">
            <w:r>
              <w:rPr>
                <w:sz w:val="25"/>
              </w:rPr>
              <w:t>- HS nhắc lại điều ghi nhớ và thực hiện nhiệm vụ luyện tập ở nhà.</w:t>
            </w:r>
          </w:p>
        </w:tc>
      </w:tr>
    </w:tbl>
    <w:p w:rsidR="00964E8D" w:rsidRDefault="00FF3BAD">
      <w:pPr>
        <w:keepNext/>
        <w:spacing w:before="80" w:after="40"/>
      </w:pPr>
      <w:r>
        <w:rPr>
          <w:b/>
          <w:sz w:val="26"/>
        </w:rPr>
        <w:lastRenderedPageBreak/>
        <w:t>IV. ĐIỀU CHỈNH SAU BÀI DẠY</w:t>
      </w:r>
    </w:p>
    <w:p w:rsidR="00964E8D" w:rsidRDefault="00FF3BAD">
      <w:pPr>
        <w:spacing w:after="40" w:line="250" w:lineRule="auto"/>
      </w:pPr>
      <w:r>
        <w:rPr>
          <w:sz w:val="26"/>
        </w:rPr>
        <w:t>..........................................................................................................................................................................................</w:t>
      </w:r>
    </w:p>
    <w:p w:rsidR="00964E8D" w:rsidRDefault="00FF3BAD">
      <w:pPr>
        <w:spacing w:after="40" w:line="250" w:lineRule="auto"/>
      </w:pPr>
      <w:r>
        <w:rPr>
          <w:sz w:val="26"/>
        </w:rPr>
        <w:t>..........................................................................................................................................................................................</w:t>
      </w:r>
    </w:p>
    <w:p w:rsidR="00964E8D" w:rsidRDefault="00964E8D">
      <w:pPr>
        <w:spacing w:after="20" w:line="250" w:lineRule="auto"/>
      </w:pPr>
    </w:p>
    <w:p w:rsidR="00964E8D" w:rsidRDefault="00FF3BAD">
      <w:pPr>
        <w:spacing w:before="40" w:after="60"/>
        <w:jc w:val="center"/>
      </w:pPr>
      <w:r>
        <w:rPr>
          <w:b/>
          <w:color w:val="1F4E79"/>
          <w:sz w:val="26"/>
        </w:rPr>
        <w:t>BÀI 48: At, ăt, ât</w:t>
      </w:r>
    </w:p>
    <w:p w:rsidR="00964E8D" w:rsidRDefault="00FF3BAD">
      <w:pPr>
        <w:keepNext/>
        <w:spacing w:before="80" w:after="40"/>
      </w:pPr>
      <w:r>
        <w:rPr>
          <w:b/>
          <w:sz w:val="26"/>
        </w:rPr>
        <w:t>I. YÊU CẦU CẦN ĐẠT</w:t>
      </w:r>
    </w:p>
    <w:p w:rsidR="00964E8D" w:rsidRDefault="00FF3BAD">
      <w:pPr>
        <w:keepNext/>
        <w:spacing w:before="80" w:after="40"/>
      </w:pPr>
      <w:r>
        <w:rPr>
          <w:b/>
          <w:sz w:val="26"/>
        </w:rPr>
        <w:t>1. Năng lực đặc thù</w:t>
      </w:r>
    </w:p>
    <w:p w:rsidR="00964E8D" w:rsidRDefault="00FF3BAD">
      <w:pPr>
        <w:spacing w:after="40" w:line="250" w:lineRule="auto"/>
        <w:ind w:left="340" w:hanging="255"/>
      </w:pPr>
      <w:r>
        <w:rPr>
          <w:sz w:val="26"/>
        </w:rPr>
        <w:t>- Nhận biết và đọc đúng các vần at, ăt, ât; đọc đúng tiếng, từ, câu/đoạn có vần vừa học.</w:t>
      </w:r>
    </w:p>
    <w:p w:rsidR="00964E8D" w:rsidRDefault="00FF3BAD">
      <w:pPr>
        <w:spacing w:after="40" w:line="250" w:lineRule="auto"/>
        <w:ind w:left="340" w:hanging="255"/>
      </w:pPr>
      <w:r>
        <w:rPr>
          <w:sz w:val="26"/>
        </w:rPr>
        <w:t xml:space="preserve">- Viết đúng các vần at, ăt, ât và tiếng/từ ứng dụng </w:t>
      </w:r>
      <w:proofErr w:type="gramStart"/>
      <w:r>
        <w:rPr>
          <w:sz w:val="26"/>
        </w:rPr>
        <w:t>theo</w:t>
      </w:r>
      <w:proofErr w:type="gramEnd"/>
      <w:r>
        <w:rPr>
          <w:sz w:val="26"/>
        </w:rPr>
        <w:t xml:space="preserve"> mẫu.</w:t>
      </w:r>
    </w:p>
    <w:p w:rsidR="00964E8D" w:rsidRDefault="00FF3BAD">
      <w:pPr>
        <w:spacing w:after="40" w:line="250" w:lineRule="auto"/>
        <w:ind w:left="340" w:hanging="255"/>
      </w:pPr>
      <w:r>
        <w:rPr>
          <w:sz w:val="26"/>
        </w:rPr>
        <w:t>- Quan sát tranh, hiểu nội dung cơ bản và nói được câu phù hợp với tình huống trong bài.</w:t>
      </w:r>
    </w:p>
    <w:p w:rsidR="00964E8D" w:rsidRDefault="00FF3BAD">
      <w:pPr>
        <w:keepNext/>
        <w:spacing w:before="80" w:after="40"/>
      </w:pPr>
      <w:r>
        <w:rPr>
          <w:b/>
          <w:sz w:val="26"/>
        </w:rPr>
        <w:t xml:space="preserve">2. Năng lực </w:t>
      </w:r>
      <w:proofErr w:type="gramStart"/>
      <w:r>
        <w:rPr>
          <w:b/>
          <w:sz w:val="26"/>
        </w:rPr>
        <w:t>chung</w:t>
      </w:r>
      <w:proofErr w:type="gramEnd"/>
    </w:p>
    <w:p w:rsidR="00964E8D" w:rsidRDefault="00FF3BAD">
      <w:pPr>
        <w:spacing w:after="40" w:line="250" w:lineRule="auto"/>
        <w:ind w:left="340" w:hanging="255"/>
      </w:pPr>
      <w:r>
        <w:rPr>
          <w:sz w:val="26"/>
        </w:rPr>
        <w:t>- Tự chủ và tự học: Chủ động quan sát tranh, luyện đọc, luyện viết; biết kiểm tra và sửa lỗi khi được hướng dẫn.</w:t>
      </w:r>
    </w:p>
    <w:p w:rsidR="00964E8D" w:rsidRDefault="00FF3BAD">
      <w:pPr>
        <w:spacing w:after="40" w:line="250" w:lineRule="auto"/>
        <w:ind w:left="340" w:hanging="255"/>
      </w:pPr>
      <w:r>
        <w:rPr>
          <w:sz w:val="26"/>
        </w:rPr>
        <w:t>- Giao tiếp và hợp tác: Biết lắng nghe, trao đổi nhóm đôi/nhóm nhỏ; mạnh dạn trình bày và nhận xét bằng lời lịch sự.</w:t>
      </w:r>
    </w:p>
    <w:p w:rsidR="00964E8D" w:rsidRDefault="00FF3BAD">
      <w:pPr>
        <w:spacing w:after="40" w:line="250" w:lineRule="auto"/>
        <w:ind w:left="340" w:hanging="255"/>
      </w:pPr>
      <w:r>
        <w:rPr>
          <w:sz w:val="26"/>
        </w:rPr>
        <w:t xml:space="preserve">- Giải quyết vấn đề và sáng tạo: Vận dụng vần đã học để ghép tiếng, đọc câu và xử lí tình huống giao tiếp gần </w:t>
      </w:r>
      <w:proofErr w:type="gramStart"/>
      <w:r>
        <w:rPr>
          <w:sz w:val="26"/>
        </w:rPr>
        <w:t>gũi</w:t>
      </w:r>
      <w:proofErr w:type="gramEnd"/>
      <w:r>
        <w:rPr>
          <w:sz w:val="26"/>
        </w:rPr>
        <w:t>.</w:t>
      </w:r>
    </w:p>
    <w:p w:rsidR="00964E8D" w:rsidRDefault="00FF3BAD">
      <w:pPr>
        <w:keepNext/>
        <w:spacing w:before="80" w:after="40"/>
      </w:pPr>
      <w:r>
        <w:rPr>
          <w:b/>
          <w:sz w:val="26"/>
        </w:rPr>
        <w:t>3. Phẩm chất</w:t>
      </w:r>
    </w:p>
    <w:p w:rsidR="00964E8D" w:rsidRDefault="00FF3BAD">
      <w:pPr>
        <w:spacing w:after="40" w:line="250" w:lineRule="auto"/>
        <w:ind w:left="340" w:hanging="255"/>
      </w:pPr>
      <w:r>
        <w:rPr>
          <w:sz w:val="26"/>
        </w:rPr>
        <w:t>- Chăm chỉ: Tích cực luyện đọc, luyện viết; kiên trì hoàn thành nhiệm vụ học tập.</w:t>
      </w:r>
    </w:p>
    <w:p w:rsidR="00964E8D" w:rsidRDefault="00FF3BAD">
      <w:pPr>
        <w:spacing w:after="40" w:line="250" w:lineRule="auto"/>
        <w:ind w:left="340" w:hanging="255"/>
      </w:pPr>
      <w:r>
        <w:rPr>
          <w:sz w:val="26"/>
        </w:rPr>
        <w:t>- Trách nhiệm: Chuẩn bị đồ dùng; thực hiện nền nếp khi học cá nhân và hợp tác cùng bạn.</w:t>
      </w:r>
    </w:p>
    <w:p w:rsidR="00964E8D" w:rsidRDefault="00FF3BAD">
      <w:pPr>
        <w:spacing w:after="40" w:line="250" w:lineRule="auto"/>
        <w:ind w:left="340" w:hanging="255"/>
      </w:pPr>
      <w:r>
        <w:rPr>
          <w:sz w:val="26"/>
        </w:rPr>
        <w:t xml:space="preserve">- Nhân ái: Biết yêu quý người thân, bạn bè, quê hương và các sự vật gần </w:t>
      </w:r>
      <w:proofErr w:type="gramStart"/>
      <w:r>
        <w:rPr>
          <w:sz w:val="26"/>
        </w:rPr>
        <w:t>gũi</w:t>
      </w:r>
      <w:proofErr w:type="gramEnd"/>
      <w:r>
        <w:rPr>
          <w:sz w:val="26"/>
        </w:rPr>
        <w:t xml:space="preserve"> trong bài học.</w:t>
      </w:r>
    </w:p>
    <w:p w:rsidR="00964E8D" w:rsidRDefault="00FF3BAD">
      <w:pPr>
        <w:keepNext/>
        <w:spacing w:before="80" w:after="40"/>
      </w:pPr>
      <w:r>
        <w:rPr>
          <w:b/>
          <w:sz w:val="26"/>
        </w:rPr>
        <w:t>II. ĐỒ DÙNG DẠY HỌC</w:t>
      </w:r>
    </w:p>
    <w:p w:rsidR="00964E8D" w:rsidRDefault="00FF3BAD">
      <w:pPr>
        <w:spacing w:after="40" w:line="250" w:lineRule="auto"/>
        <w:ind w:left="340" w:hanging="255"/>
      </w:pPr>
      <w:r>
        <w:rPr>
          <w:sz w:val="26"/>
        </w:rPr>
        <w:t>- Giáo viên: SGK Tiếng Việt 1 - Tập một; hình SGK đã cắt đúng nội dung hoạt động tại trang 108 - 109; thẻ vần/chữ mẫu at, ăt, ât; bảng phụ, máy chiếu (nếu có).</w:t>
      </w:r>
    </w:p>
    <w:p w:rsidR="00964E8D" w:rsidRDefault="00FF3BAD">
      <w:pPr>
        <w:spacing w:after="40" w:line="250" w:lineRule="auto"/>
        <w:ind w:left="340" w:hanging="255"/>
      </w:pPr>
      <w:r>
        <w:rPr>
          <w:sz w:val="26"/>
        </w:rPr>
        <w:t>- Học sinh: SGK, vở Tập viết, bảng con, bộ chữ học vần và đồ dùng học tập cá nhân.</w:t>
      </w:r>
    </w:p>
    <w:p w:rsidR="00964E8D" w:rsidRDefault="00FF3BAD">
      <w:pPr>
        <w:keepNext/>
        <w:spacing w:before="80" w:after="40"/>
      </w:pPr>
      <w:r>
        <w:rPr>
          <w:b/>
          <w:sz w:val="26"/>
        </w:rPr>
        <w:t>III.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986"/>
        <w:gridCol w:w="4986"/>
      </w:tblGrid>
      <w:tr w:rsidR="00964E8D" w:rsidTr="00C709CF">
        <w:trPr>
          <w:cantSplit/>
          <w:tblHeader/>
          <w:jc w:val="center"/>
        </w:trPr>
        <w:tc>
          <w:tcPr>
            <w:tcW w:w="4592"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jc w:val="center"/>
            </w:pPr>
            <w:r>
              <w:rPr>
                <w:b/>
                <w:color w:val="000000"/>
                <w:sz w:val="26"/>
              </w:rPr>
              <w:t>HOẠT ĐỘNG CỦA GIÁO VIÊN</w:t>
            </w:r>
          </w:p>
        </w:tc>
        <w:tc>
          <w:tcPr>
            <w:tcW w:w="4592"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jc w:val="center"/>
            </w:pPr>
            <w:r>
              <w:rPr>
                <w:b/>
                <w:color w:val="000000"/>
                <w:sz w:val="26"/>
              </w:rPr>
              <w:t>HOẠT ĐỘNG CỦA HỌC SINH</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TIẾT 1</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1. HOẠT ĐỘNG MỞ ĐẦU (KHỞI ĐỘNG</w:t>
            </w:r>
            <w:proofErr w:type="gramStart"/>
            <w:r>
              <w:rPr>
                <w:b/>
                <w:color w:val="1F4E79"/>
                <w:sz w:val="25"/>
              </w:rPr>
              <w:t>)</w:t>
            </w:r>
            <w:proofErr w:type="gramEnd"/>
            <w:r>
              <w:rPr>
                <w:b/>
                <w:color w:val="1F4E79"/>
                <w:sz w:val="25"/>
              </w:rPr>
              <w:br/>
              <w:t>Mục tiêu: Tạo tâm thế vui vẻ; ôn kiến thức đã học và kết nối vào bài mới.</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000000"/>
                <w:sz w:val="25"/>
              </w:rPr>
              <w:t>Cách tiến hành:</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Tổ chức cho HS hát hoặc tham gia trò chơi ngắn có sử dụng tiếng/vần đã học ở bài trước.</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Tham gia hát hoặc trò chơi; phát hiện, đọc lại tiếng/vần đã học.</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lastRenderedPageBreak/>
              <w:t>- Yêu cầu HS đọc lại một số vần, tiếng hoặc từ ngữ của bài trước; quan sát, nhận xét và sửa phát âm khi cần.</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cá nhân, nhóm hoặc đồng thanh; lắng nghe nhận xét và sửa lỗi phát âm.</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line="252" w:lineRule="auto"/>
            </w:pPr>
            <w:r>
              <w:rPr>
                <w:sz w:val="25"/>
              </w:rPr>
              <w:t>- Kết luận - Giới thiệu bài: “Hôm nay, cô và các em cùng luyện đọc, luyện viết các vần at, ăt, ât để đọc đúng hơn và viết đẹp hơn.”</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line="252" w:lineRule="auto"/>
            </w:pPr>
            <w:r>
              <w:rPr>
                <w:sz w:val="25"/>
              </w:rPr>
              <w:t>- HS lắng nghe, nhắc lại tên/nội dung bài học và sẵn sàng thực hiện nhiệm vụ.</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2. HOẠT ĐỘNG HÌNH THÀNH KIẾN THỨC MỚI (KHÁM PHÁ</w:t>
            </w:r>
            <w:proofErr w:type="gramStart"/>
            <w:r>
              <w:rPr>
                <w:b/>
                <w:color w:val="1F4E79"/>
                <w:sz w:val="25"/>
              </w:rPr>
              <w:t>)</w:t>
            </w:r>
            <w:proofErr w:type="gramEnd"/>
            <w:r>
              <w:rPr>
                <w:b/>
                <w:color w:val="1F4E79"/>
                <w:sz w:val="25"/>
              </w:rPr>
              <w:br/>
              <w:t>Mục tiêu: Nhận biết và đọc đúng các vần at, ăt, ât; đọc được tiếng, từ ngữ có vần mới theo đúng quy trình SGV.</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000000"/>
                <w:sz w:val="25"/>
              </w:rPr>
              <w:t>Cách tiến hành:</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a. Nhận biết</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rsidP="00C709CF">
            <w:pPr>
              <w:spacing w:line="252" w:lineRule="auto"/>
            </w:pPr>
            <w:r>
              <w:rPr>
                <w:sz w:val="25"/>
              </w:rPr>
              <w:t>- Các em quan sát tranh Nhận biết. Tranh vẽ gì?</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line="252" w:lineRule="auto"/>
            </w:pPr>
            <w:r>
              <w:rPr>
                <w:sz w:val="25"/>
              </w:rPr>
              <w:t>- HS trả lời: Tranh minh hoạ nội dung: “Nam bắt nhịp cho tất cả các bạn hát.</w:t>
            </w:r>
            <w:proofErr w:type="gramStart"/>
            <w:r>
              <w:rPr>
                <w:sz w:val="25"/>
              </w:rPr>
              <w:t>”.</w:t>
            </w:r>
            <w:proofErr w:type="gramEnd"/>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Câu nhận biết nói về điều gì?</w:t>
            </w:r>
          </w:p>
        </w:tc>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HS trả lời: Câu nhận biết nói: “Nam bắt nhịp cho tất cả các bạn hát.</w:t>
            </w:r>
            <w:proofErr w:type="gramStart"/>
            <w:r>
              <w:rPr>
                <w:sz w:val="25"/>
              </w:rPr>
              <w:t>”.</w:t>
            </w:r>
            <w:proofErr w:type="gramEnd"/>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xml:space="preserve">- Đọc mẫu câu nhận biết “Nam bắt nhịp cho tất cả các bạn </w:t>
            </w:r>
            <w:proofErr w:type="gramStart"/>
            <w:r>
              <w:rPr>
                <w:sz w:val="25"/>
              </w:rPr>
              <w:t>hát.;</w:t>
            </w:r>
            <w:proofErr w:type="gramEnd"/>
            <w:r>
              <w:rPr>
                <w:sz w:val="25"/>
              </w:rPr>
              <w:t xml:space="preserve"> đọc chậm từng cụm từ và yêu cầu HS nói theo.</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Lắng nghe, nói theo từng cụm từ; đọc lại cả câu nhận biết theo hướng dẫn.</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Yêu cầu HS tìm, chỉ và đọc các tiếng có chứa vần at, ăt, ât trong câu nhận biết.</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Tìm và chỉ đúng tiếng có vần at, ăt, ât; đọc lại tiếng đã tìm được.</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Giới thiệu các vần mới at, ăt, ât; phát âm mẫu và chuyển sang luyện đọc.</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chữ ghi vần; nghe và phát âm theo mẫu các vần at, ăt, ât.</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b. Đọc vần</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Đưa các vần at, ăt, ât; đọc mẫu từng vần, hướng dẫn HS quan sát khẩu hình và âm cuối.</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khẩu hình, lắng nghe và đọc nhẩm các vần at, ăt, ât.</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Yêu cầu HS đánh vần nối tiếp các vần at, ăt, ât; tổ chức cho cả lớp đánh vần đồng thanh.</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Đánh vần cá nhân, nối tiếp; đánh vần đồng thanh các vần at, ăt, ât.</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Tổ chức đọc trơn các vần at, ăt, ât theo cá nhân, nhóm và cả lớp; sửa lỗi phát âm.</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trơn cá nhân, nhóm, đồng thanh; điều chỉnh phát âm theo nhận xét.</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Các vần at, ăt, ât giống nhau và khác nhau ở điểm nào?</w:t>
            </w:r>
          </w:p>
        </w:tc>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HS trả lời: Các vần đều có phần cuối t; khác nhau ở phần đầu: a, ă, â.</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Yêu cầu HS sử dụng bộ chữ ghép lần lượt các vần at, ăt, ât; kiểm tra kết quả ghép.</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Chọn chữ, ghép đúng các vần at, ăt, ât; đọc lại kết quả ghép.</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lastRenderedPageBreak/>
              <w:t>c. Đọc tiếng</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Giới thiệu mô hình tiếng mẫu trong SGK; hướng dẫn HS nhận biết âm đầu, vần và dấu thanh.</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mô hình; nêu âm đầu, vần và dấu thanh trong tiếng mẫu.</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Hướng dẫn HS đánh vần và đọc trơn tiếng mẫu có vần at, ăt, ât; tổ chức đọc cá nhân và đồng thanh.</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Đánh vần tiếng mẫu; đọc trơn cá nhân và đồng thanh.</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Chỉ các tiếng trong SGK; yêu cầu HS phát hiện tiếng cùng chứa vần at, ăt, ât, đánh vần và đọc trơn.</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Tìm điểm chung của các tiếng; đánh vần và đọc trơn từng tiếng.</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Đổi thứ tự các tiếng và tổ chức đọc nối tiếp để kiểm tra phản xạ nhận diện, đọc đúng.</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nối tiếp các tiếng theo thứ tự mới; tự sửa khi đọc chưa đúng.</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Yêu cầu HS ghép thêm tiếng có vần at, ăt, ât; mời HS phân tích và đọc tiếng vừa ghép.</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Ghép tiếng bằng bộ chữ; phân tích cấu tạo và đọc trơn tiếng đã ghép.</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d. Đọc từ ngữ</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rsidP="00C709CF">
            <w:pPr>
              <w:spacing w:after="20" w:line="252" w:lineRule="auto"/>
            </w:pPr>
            <w:r>
              <w:rPr>
                <w:color w:val="000000"/>
                <w:sz w:val="25"/>
              </w:rPr>
              <w:t>- Yêu cầu HS quan sát tranh từ ngữ và gọi tên sự vật/hoạt động ứng với các từ: bãi cát, mặt trời, bật lửa.</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tranh; gọi tên sự vật/hoạt động và dự đoán từ ngữ tương ứng.</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Đưa từng từ ngữ bãi cát, mặt trời, bật lửa; yêu cầu HS tìm tiếng có vần at, ăt, ât.</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Chỉ và đọc tiếng có chứa vần at, ăt, ât trong từng từ ngữ.</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Hướng dẫn phân tích tiếng khó, đánh vần rồi đọc trơn từng từ ngữ; sửa lỗi cho HS.</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Phân tích, đánh vần tiếng khó; đọc trơn từng từ ngữ theo hướng dẫn.</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Tổ chức đọc nối tiếp, đọc theo nhóm đôi và đọc đồng thanh toàn bộ từ ngữ.</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nối tiếp; luyện đọc nhóm đôi và đọc đồng thanh.</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e. Đọc lại</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Yêu cầu HS đọc lại toàn bộ vần, tiếng, từ ngữ; theo dõi, nhận xét và sửa phát âm.</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lại bài theo cá nhân, nhóm và cả lớp; sửa lỗi phát âm khi được góp ý.</w:t>
            </w:r>
          </w:p>
        </w:tc>
      </w:tr>
      <w:tr w:rsidR="00964E8D" w:rsidTr="00C709CF">
        <w:trPr>
          <w:jc w:val="center"/>
        </w:trPr>
        <w:tc>
          <w:tcPr>
            <w:tcW w:w="4986" w:type="dxa"/>
            <w:tcBorders>
              <w:bottom w:val="single" w:sz="4" w:space="0" w:color="auto"/>
            </w:tcBorders>
            <w:shd w:val="clear" w:color="auto" w:fill="auto"/>
          </w:tcPr>
          <w:p w:rsidR="00964E8D" w:rsidRDefault="00FF3BAD">
            <w:r>
              <w:rPr>
                <w:sz w:val="25"/>
              </w:rPr>
              <w:t>- Kết luận: Các em đã nhận biết và luyện đọc đúng các vần at, ăt, ât; biết đọc/ghép tiếng, từ ngữ theo quy trình đã học.</w:t>
            </w:r>
          </w:p>
        </w:tc>
        <w:tc>
          <w:tcPr>
            <w:tcW w:w="4986" w:type="dxa"/>
            <w:tcBorders>
              <w:bottom w:val="single" w:sz="4" w:space="0" w:color="auto"/>
            </w:tcBorders>
            <w:shd w:val="clear" w:color="auto" w:fill="auto"/>
          </w:tcPr>
          <w:p w:rsidR="00964E8D" w:rsidRDefault="00FF3BAD">
            <w:r>
              <w:rPr>
                <w:sz w:val="25"/>
              </w:rPr>
              <w:t>- HS nhắc lại nội dung vừa học và đọc lại một số tiếng, từ ngữ tiêu biểu.</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3. HOẠT ĐỘNG LUYỆN TẬP - THỰC HÀNH</w:t>
            </w:r>
            <w:r>
              <w:rPr>
                <w:b/>
                <w:color w:val="1F4E79"/>
                <w:sz w:val="25"/>
              </w:rPr>
              <w:br/>
              <w:t>Mục tiêu: Luyện viết đúng vần at, ăt, ât, đọc đúng câu/đoạn ứng dụng và hiểu nội dung bài đọc.</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000000"/>
                <w:sz w:val="25"/>
              </w:rPr>
              <w:t>Cách tiến hành:</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lastRenderedPageBreak/>
              <w:t>a. Viết bảng</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rsidP="00C709CF">
            <w:pPr>
              <w:spacing w:after="20" w:line="252" w:lineRule="auto"/>
            </w:pPr>
            <w:r>
              <w:rPr>
                <w:color w:val="000000"/>
                <w:sz w:val="25"/>
              </w:rPr>
              <w:t>- Yêu cầu HS quan sát mẫu viết vần at, ăt, ât và tiếng/từ ứng dụng; nhận xét độ cao, nét nối và vị trí dấu thanh.</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mẫu chữ; nêu nhận xét về độ cao, nét nối, khoảng cách và dấu thanh.</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Viết mẫu lần lượt các vần at, ăt, ât; vừa viết vừa hướng dẫn điểm đặt bút, dừng bút và nối nét.</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GV viết mẫu; luyện viết trên không theo quy trình.</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Yêu cầu HS viết bảng con các vần at, ăt, ât và một số tiếng/từ ứng dụng.</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Viết bảng con đúng mẫu, đúng khoảng cách; giơ bảng theo hiệu lệnh.</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Nhận xét một số bảng; chỉ rõ lỗi về nét nối, dấu thanh, khoảng cách và yêu cầu HS sửa.</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Lắng nghe nhận xét; tự sửa chữ viết chưa đúng trên bảng con.</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TIẾT 2</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b. Viết vở</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Hướng dẫn HS tô và viết các vần at, ăt, ât, từ ngữ ứng dụng trong vở Tập viết; nhắc tư thế ngồi và cách cầm bút.</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Ngồi đúng tư thế, cầm bút đúng cách; tô và viết đúng số dòng quy định.</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từng bàn; hỗ trợ HS viết chậm hoặc sai điểm đặt bút, nét nối, dấu thanh.</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Tiếp tục viết; sửa chữ ngay khi được GV hướng dẫn.</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Nhận xét một số bài; nêu điểm đúng và hướng dẫn cụ thể cách sửa lỗi chữ viết.</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Lắng nghe nhận xét; tự kiểm tra và sửa bài viết của mình.</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c. Đọc câu/đoạn ứng dụng</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rsidP="00C709CF">
            <w:pPr>
              <w:spacing w:after="20" w:line="252" w:lineRule="auto"/>
            </w:pPr>
            <w:r>
              <w:rPr>
                <w:color w:val="000000"/>
                <w:sz w:val="25"/>
              </w:rPr>
              <w:t>- Yêu cầu HS quan sát phần Đọc ở SGK trang 109, đọc thầm và tìm tiếng có vần at, ăt, ât.</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tranh/đoạn đọc; đọc thầm và chỉ các tiếng có vần vừa học.</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Yêu cầu HS đọc trơn các tiếng mới có vần at, ăt, ât; hướng dẫn đánh vần lại với HS còn lúng túng.</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trơn các tiếng mới; đánh vần lại tiếng khó khi cần.</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mẫu câu/đoạn; hướng dẫn ngắt nghỉ theo dấu câu và nội dung.</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Nghe đọc mẫu; xác định chỗ ngắt nghỉ và luyện đọc theo.</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Tổ chức cho HS đọc nối tiếp từng câu, đọc theo nhóm và đọc đồng thanh cả đoạn.</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nối tiếp, đọc trong nhóm và đọc đồng thanh đoạn ứng dụng.</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Hè đến, gia đình Nam đi đâu và vì sao Nam vui?</w:t>
            </w:r>
          </w:p>
        </w:tc>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HS trả lời: Gia đình Nam đi chơi; Nam vui vì được cùng gia đình chuẩn bị cho chuyến đi.</w:t>
            </w:r>
          </w:p>
        </w:tc>
      </w:tr>
      <w:tr w:rsidR="00964E8D" w:rsidTr="00C709CF">
        <w:trPr>
          <w:jc w:val="center"/>
        </w:trPr>
        <w:tc>
          <w:tcPr>
            <w:tcW w:w="4986" w:type="dxa"/>
            <w:tcBorders>
              <w:bottom w:val="single" w:sz="4" w:space="0" w:color="auto"/>
            </w:tcBorders>
            <w:shd w:val="clear" w:color="auto" w:fill="auto"/>
          </w:tcPr>
          <w:p w:rsidR="00964E8D" w:rsidRDefault="00FF3BAD">
            <w:r>
              <w:rPr>
                <w:sz w:val="25"/>
              </w:rPr>
              <w:t xml:space="preserve">- Kết luận: Các em đã luyện tập đọc, viết các </w:t>
            </w:r>
            <w:r>
              <w:rPr>
                <w:sz w:val="25"/>
              </w:rPr>
              <w:lastRenderedPageBreak/>
              <w:t>vần at, ăt, ât và hoàn thành nhiệm vụ thực hành theo hướng dẫn.</w:t>
            </w:r>
          </w:p>
        </w:tc>
        <w:tc>
          <w:tcPr>
            <w:tcW w:w="4986" w:type="dxa"/>
            <w:tcBorders>
              <w:bottom w:val="single" w:sz="4" w:space="0" w:color="auto"/>
            </w:tcBorders>
            <w:shd w:val="clear" w:color="auto" w:fill="auto"/>
          </w:tcPr>
          <w:p w:rsidR="00964E8D" w:rsidRDefault="00FF3BAD">
            <w:r>
              <w:rPr>
                <w:sz w:val="25"/>
              </w:rPr>
              <w:lastRenderedPageBreak/>
              <w:t xml:space="preserve">- HS tự nhận xét phần luyện đọc, luyện viết và </w:t>
            </w:r>
            <w:r>
              <w:rPr>
                <w:sz w:val="25"/>
              </w:rPr>
              <w:lastRenderedPageBreak/>
              <w:t>sửa lỗi nếu còn sai.</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lastRenderedPageBreak/>
              <w:t>4. HOẠT ĐỘNG VẬN DỤNG</w:t>
            </w:r>
            <w:r>
              <w:rPr>
                <w:b/>
                <w:color w:val="1F4E79"/>
                <w:sz w:val="25"/>
              </w:rPr>
              <w:br/>
              <w:t>Mục tiêu: Vận dụng nội dung đã học để nói theo tranh; liên hệ cách ứng xử phù hợp trong đời sống.</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000000"/>
                <w:sz w:val="25"/>
              </w:rPr>
              <w:t>Cách tiến hành:</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a. Nói theo tranh</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rsidP="00C709CF">
            <w:pPr>
              <w:spacing w:after="20" w:line="252" w:lineRule="auto"/>
            </w:pPr>
            <w:r>
              <w:rPr>
                <w:color w:val="000000"/>
                <w:sz w:val="25"/>
              </w:rPr>
              <w:t>- Yêu cầu HS quan sát tranh Nói, xác định nhân vật, sự việc và tình huống giao tiếp trong tranh.</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tranh; xác định nhân vật, sự việc và trao đổi ban đầu với bạn.</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r>
              <w:rPr>
                <w:sz w:val="25"/>
              </w:rPr>
              <w:t>- Bạn nhỏ muốn làm gì trong tranh?</w:t>
            </w:r>
          </w:p>
        </w:tc>
        <w:tc>
          <w:tcPr>
            <w:tcW w:w="4986" w:type="dxa"/>
            <w:shd w:val="clear" w:color="auto" w:fill="auto"/>
            <w:tcMar>
              <w:top w:w="85" w:type="dxa"/>
              <w:left w:w="100" w:type="dxa"/>
              <w:bottom w:w="85" w:type="dxa"/>
              <w:right w:w="100" w:type="dxa"/>
            </w:tcMar>
          </w:tcPr>
          <w:p w:rsidR="00964E8D" w:rsidRDefault="00FF3BAD">
            <w:r>
              <w:rPr>
                <w:sz w:val="24"/>
              </w:rPr>
              <w:t>- HS trả lời: Bạn nhỏ muốn xin phép người lớn được chơi chiếc ô tô đồ chơi.</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r>
              <w:rPr>
                <w:sz w:val="25"/>
              </w:rPr>
              <w:t>- Bạn nhỏ cần xin phép người lớn thế nào?</w:t>
            </w:r>
          </w:p>
        </w:tc>
        <w:tc>
          <w:tcPr>
            <w:tcW w:w="4986" w:type="dxa"/>
            <w:shd w:val="clear" w:color="auto" w:fill="auto"/>
            <w:tcMar>
              <w:top w:w="85" w:type="dxa"/>
              <w:left w:w="100" w:type="dxa"/>
              <w:bottom w:w="85" w:type="dxa"/>
              <w:right w:w="100" w:type="dxa"/>
            </w:tcMar>
          </w:tcPr>
          <w:p w:rsidR="00964E8D" w:rsidRDefault="00FF3BAD">
            <w:r>
              <w:rPr>
                <w:sz w:val="24"/>
              </w:rPr>
              <w:t>- HS trả lời: Bạn nhỏ nói: “Cháu xin phép bác cho cháu chơi chiếc ô tô này một lát ạ.”</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Tổ chức cho HS luyện nói hoặc đóng vai theo nhóm đôi; mời một số nhóm trình bày trước lớp.</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Luyện nói/đóng vai theo cặp; đại diện nhóm thể hiện và nhận xét bạn lịch sự.</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c. Củng cố - dặn dò</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Tổ chức cho HS tìm nhanh tiếng có vần at, ăt, ât và đặt câu ngắn với một tiếng tìm được.</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Tìm tiếng, đọc tiếng và nói câu ngắn theo khả năng.</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Nhận xét tiết học; tuyên dương HS đọc, viết, nói tốt; động viên HS cần tiếp tục rèn luyện.</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Lắng nghe nhận xét; tự nêu điều em đã làm được trong tiết học.</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Dặn HS luyện đọc, luyện viết lại các vần at, ăt, ât và chuẩn bị bài tiếp theo.</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Ghi nhớ nhiệm vụ; thực hành đọc, viết ở nhà.</w:t>
            </w:r>
          </w:p>
        </w:tc>
      </w:tr>
      <w:tr w:rsidR="00964E8D" w:rsidTr="00C709CF">
        <w:trPr>
          <w:jc w:val="center"/>
        </w:trPr>
        <w:tc>
          <w:tcPr>
            <w:tcW w:w="4986" w:type="dxa"/>
            <w:shd w:val="clear" w:color="auto" w:fill="auto"/>
          </w:tcPr>
          <w:p w:rsidR="00964E8D" w:rsidRDefault="00FF3BAD">
            <w:r>
              <w:rPr>
                <w:sz w:val="25"/>
              </w:rPr>
              <w:t>- Kết luận: Các em biết vận dụng nội dung bài học vào lời nói và việc làm phù hợp; tiếp tục luyện tập ở nhà.</w:t>
            </w:r>
          </w:p>
        </w:tc>
        <w:tc>
          <w:tcPr>
            <w:tcW w:w="4986" w:type="dxa"/>
            <w:shd w:val="clear" w:color="auto" w:fill="auto"/>
          </w:tcPr>
          <w:p w:rsidR="00964E8D" w:rsidRDefault="00FF3BAD">
            <w:r>
              <w:rPr>
                <w:sz w:val="25"/>
              </w:rPr>
              <w:t>- HS nhắc lại điều ghi nhớ và thực hiện nhiệm vụ luyện tập ở nhà.</w:t>
            </w:r>
          </w:p>
        </w:tc>
      </w:tr>
    </w:tbl>
    <w:p w:rsidR="00964E8D" w:rsidRDefault="00FF3BAD">
      <w:pPr>
        <w:keepNext/>
        <w:spacing w:before="80" w:after="40"/>
      </w:pPr>
      <w:r>
        <w:rPr>
          <w:b/>
          <w:sz w:val="26"/>
        </w:rPr>
        <w:t>IV. ĐIỀU CHỈNH SAU BÀI DẠY</w:t>
      </w:r>
    </w:p>
    <w:p w:rsidR="00964E8D" w:rsidRDefault="00FF3BAD">
      <w:pPr>
        <w:spacing w:after="40" w:line="250" w:lineRule="auto"/>
      </w:pPr>
      <w:r>
        <w:rPr>
          <w:sz w:val="26"/>
        </w:rPr>
        <w:t>..........................................................................................................................................................................................</w:t>
      </w:r>
    </w:p>
    <w:p w:rsidR="00964E8D" w:rsidRDefault="00FF3BAD">
      <w:pPr>
        <w:spacing w:after="40" w:line="250" w:lineRule="auto"/>
      </w:pPr>
      <w:r>
        <w:rPr>
          <w:sz w:val="26"/>
        </w:rPr>
        <w:t>..........................................................................................................................................................................................</w:t>
      </w:r>
    </w:p>
    <w:p w:rsidR="00964E8D" w:rsidRDefault="00964E8D">
      <w:pPr>
        <w:spacing w:after="20" w:line="250" w:lineRule="auto"/>
      </w:pPr>
    </w:p>
    <w:p w:rsidR="00C709CF" w:rsidRDefault="00C709CF">
      <w:pPr>
        <w:spacing w:before="40" w:after="60"/>
        <w:jc w:val="center"/>
        <w:rPr>
          <w:b/>
          <w:color w:val="1F4E79"/>
          <w:sz w:val="26"/>
        </w:rPr>
      </w:pPr>
    </w:p>
    <w:p w:rsidR="00C709CF" w:rsidRDefault="00C709CF">
      <w:pPr>
        <w:spacing w:before="40" w:after="60"/>
        <w:jc w:val="center"/>
        <w:rPr>
          <w:b/>
          <w:color w:val="1F4E79"/>
          <w:sz w:val="26"/>
        </w:rPr>
      </w:pPr>
    </w:p>
    <w:p w:rsidR="00C709CF" w:rsidRDefault="00C709CF">
      <w:pPr>
        <w:spacing w:before="40" w:after="60"/>
        <w:jc w:val="center"/>
        <w:rPr>
          <w:b/>
          <w:color w:val="1F4E79"/>
          <w:sz w:val="26"/>
        </w:rPr>
      </w:pPr>
    </w:p>
    <w:p w:rsidR="00964E8D" w:rsidRDefault="00FF3BAD">
      <w:pPr>
        <w:spacing w:before="40" w:after="60"/>
        <w:jc w:val="center"/>
      </w:pPr>
      <w:r>
        <w:rPr>
          <w:b/>
          <w:color w:val="1F4E79"/>
          <w:sz w:val="26"/>
        </w:rPr>
        <w:lastRenderedPageBreak/>
        <w:t xml:space="preserve">BÀI 49: </w:t>
      </w:r>
      <w:proofErr w:type="gramStart"/>
      <w:r>
        <w:rPr>
          <w:b/>
          <w:color w:val="1F4E79"/>
          <w:sz w:val="26"/>
        </w:rPr>
        <w:t>Ot</w:t>
      </w:r>
      <w:proofErr w:type="gramEnd"/>
      <w:r>
        <w:rPr>
          <w:b/>
          <w:color w:val="1F4E79"/>
          <w:sz w:val="26"/>
        </w:rPr>
        <w:t>, ôt, ơt</w:t>
      </w:r>
    </w:p>
    <w:p w:rsidR="00964E8D" w:rsidRDefault="00FF3BAD">
      <w:pPr>
        <w:keepNext/>
        <w:spacing w:before="80" w:after="40"/>
      </w:pPr>
      <w:r>
        <w:rPr>
          <w:b/>
          <w:sz w:val="26"/>
        </w:rPr>
        <w:t>I. YÊU CẦU CẦN ĐẠT</w:t>
      </w:r>
    </w:p>
    <w:p w:rsidR="00964E8D" w:rsidRDefault="00FF3BAD">
      <w:pPr>
        <w:keepNext/>
        <w:spacing w:before="80" w:after="40"/>
      </w:pPr>
      <w:r>
        <w:rPr>
          <w:b/>
          <w:sz w:val="26"/>
        </w:rPr>
        <w:t>1. Năng lực đặc thù</w:t>
      </w:r>
    </w:p>
    <w:p w:rsidR="00964E8D" w:rsidRDefault="00FF3BAD">
      <w:pPr>
        <w:spacing w:after="40" w:line="250" w:lineRule="auto"/>
        <w:ind w:left="340" w:hanging="255"/>
      </w:pPr>
      <w:r>
        <w:rPr>
          <w:sz w:val="26"/>
        </w:rPr>
        <w:t xml:space="preserve">- Nhận biết và đọc đúng các vần </w:t>
      </w:r>
      <w:proofErr w:type="gramStart"/>
      <w:r>
        <w:rPr>
          <w:sz w:val="26"/>
        </w:rPr>
        <w:t>ot</w:t>
      </w:r>
      <w:proofErr w:type="gramEnd"/>
      <w:r>
        <w:rPr>
          <w:sz w:val="26"/>
        </w:rPr>
        <w:t>, ôt, ơt; đọc đúng tiếng, từ, câu/đoạn có vần vừa học.</w:t>
      </w:r>
    </w:p>
    <w:p w:rsidR="00964E8D" w:rsidRDefault="00FF3BAD">
      <w:pPr>
        <w:spacing w:after="40" w:line="250" w:lineRule="auto"/>
        <w:ind w:left="340" w:hanging="255"/>
      </w:pPr>
      <w:r>
        <w:rPr>
          <w:sz w:val="26"/>
        </w:rPr>
        <w:t xml:space="preserve">- Viết đúng các vần </w:t>
      </w:r>
      <w:proofErr w:type="gramStart"/>
      <w:r>
        <w:rPr>
          <w:sz w:val="26"/>
        </w:rPr>
        <w:t>ot</w:t>
      </w:r>
      <w:proofErr w:type="gramEnd"/>
      <w:r>
        <w:rPr>
          <w:sz w:val="26"/>
        </w:rPr>
        <w:t>, ôt, ơt và tiếng/từ ứng dụng theo mẫu.</w:t>
      </w:r>
    </w:p>
    <w:p w:rsidR="00964E8D" w:rsidRDefault="00FF3BAD">
      <w:pPr>
        <w:spacing w:after="40" w:line="250" w:lineRule="auto"/>
        <w:ind w:left="340" w:hanging="255"/>
      </w:pPr>
      <w:r>
        <w:rPr>
          <w:sz w:val="26"/>
        </w:rPr>
        <w:t>- Quan sát tranh, hiểu nội dung cơ bản và nói được câu phù hợp với tình huống trong bài.</w:t>
      </w:r>
    </w:p>
    <w:p w:rsidR="00964E8D" w:rsidRDefault="00FF3BAD">
      <w:pPr>
        <w:keepNext/>
        <w:spacing w:before="80" w:after="40"/>
      </w:pPr>
      <w:r>
        <w:rPr>
          <w:b/>
          <w:sz w:val="26"/>
        </w:rPr>
        <w:t xml:space="preserve">2. Năng lực </w:t>
      </w:r>
      <w:proofErr w:type="gramStart"/>
      <w:r>
        <w:rPr>
          <w:b/>
          <w:sz w:val="26"/>
        </w:rPr>
        <w:t>chung</w:t>
      </w:r>
      <w:proofErr w:type="gramEnd"/>
    </w:p>
    <w:p w:rsidR="00964E8D" w:rsidRDefault="00FF3BAD">
      <w:pPr>
        <w:spacing w:after="40" w:line="250" w:lineRule="auto"/>
        <w:ind w:left="340" w:hanging="255"/>
      </w:pPr>
      <w:r>
        <w:rPr>
          <w:sz w:val="26"/>
        </w:rPr>
        <w:t>- Tự chủ và tự học: Chủ động quan sát tranh, luyện đọc, luyện viết; biết kiểm tra và sửa lỗi khi được hướng dẫn.</w:t>
      </w:r>
    </w:p>
    <w:p w:rsidR="00964E8D" w:rsidRDefault="00FF3BAD">
      <w:pPr>
        <w:spacing w:after="40" w:line="250" w:lineRule="auto"/>
        <w:ind w:left="340" w:hanging="255"/>
      </w:pPr>
      <w:r>
        <w:rPr>
          <w:sz w:val="26"/>
        </w:rPr>
        <w:t>- Giao tiếp và hợp tác: Biết lắng nghe, trao đổi nhóm đôi/nhóm nhỏ; mạnh dạn trình bày và nhận xét bằng lời lịch sự.</w:t>
      </w:r>
    </w:p>
    <w:p w:rsidR="00964E8D" w:rsidRDefault="00FF3BAD">
      <w:pPr>
        <w:spacing w:after="40" w:line="250" w:lineRule="auto"/>
        <w:ind w:left="340" w:hanging="255"/>
      </w:pPr>
      <w:r>
        <w:rPr>
          <w:sz w:val="26"/>
        </w:rPr>
        <w:t xml:space="preserve">- Giải quyết vấn đề và sáng tạo: Vận dụng vần đã học để ghép tiếng, đọc câu và xử lí tình huống giao tiếp gần </w:t>
      </w:r>
      <w:proofErr w:type="gramStart"/>
      <w:r>
        <w:rPr>
          <w:sz w:val="26"/>
        </w:rPr>
        <w:t>gũi</w:t>
      </w:r>
      <w:proofErr w:type="gramEnd"/>
      <w:r>
        <w:rPr>
          <w:sz w:val="26"/>
        </w:rPr>
        <w:t>.</w:t>
      </w:r>
    </w:p>
    <w:p w:rsidR="00964E8D" w:rsidRDefault="00FF3BAD">
      <w:pPr>
        <w:keepNext/>
        <w:spacing w:before="80" w:after="40"/>
      </w:pPr>
      <w:r>
        <w:rPr>
          <w:b/>
          <w:sz w:val="26"/>
        </w:rPr>
        <w:t>3. Phẩm chất</w:t>
      </w:r>
    </w:p>
    <w:p w:rsidR="00964E8D" w:rsidRDefault="00FF3BAD">
      <w:pPr>
        <w:spacing w:after="40" w:line="250" w:lineRule="auto"/>
        <w:ind w:left="340" w:hanging="255"/>
      </w:pPr>
      <w:r>
        <w:rPr>
          <w:sz w:val="26"/>
        </w:rPr>
        <w:t>- Chăm chỉ: Tích cực luyện đọc, luyện viết; kiên trì hoàn thành nhiệm vụ học tập.</w:t>
      </w:r>
    </w:p>
    <w:p w:rsidR="00964E8D" w:rsidRDefault="00FF3BAD">
      <w:pPr>
        <w:spacing w:after="40" w:line="250" w:lineRule="auto"/>
        <w:ind w:left="340" w:hanging="255"/>
      </w:pPr>
      <w:r>
        <w:rPr>
          <w:sz w:val="26"/>
        </w:rPr>
        <w:t>- Trách nhiệm: Chuẩn bị đồ dùng; thực hiện nền nếp khi học cá nhân và hợp tác cùng bạn.</w:t>
      </w:r>
    </w:p>
    <w:p w:rsidR="00964E8D" w:rsidRDefault="00FF3BAD">
      <w:pPr>
        <w:spacing w:after="40" w:line="250" w:lineRule="auto"/>
        <w:ind w:left="340" w:hanging="255"/>
      </w:pPr>
      <w:r>
        <w:rPr>
          <w:sz w:val="26"/>
        </w:rPr>
        <w:t xml:space="preserve">- Nhân ái: Biết yêu quý người thân, bạn bè, quê hương và các sự vật gần </w:t>
      </w:r>
      <w:proofErr w:type="gramStart"/>
      <w:r>
        <w:rPr>
          <w:sz w:val="26"/>
        </w:rPr>
        <w:t>gũi</w:t>
      </w:r>
      <w:proofErr w:type="gramEnd"/>
      <w:r>
        <w:rPr>
          <w:sz w:val="26"/>
        </w:rPr>
        <w:t xml:space="preserve"> trong bài học.</w:t>
      </w:r>
    </w:p>
    <w:p w:rsidR="00964E8D" w:rsidRDefault="00FF3BAD">
      <w:pPr>
        <w:keepNext/>
        <w:spacing w:before="80" w:after="40"/>
      </w:pPr>
      <w:r>
        <w:rPr>
          <w:b/>
          <w:sz w:val="26"/>
        </w:rPr>
        <w:t>II. ĐỒ DÙNG DẠY HỌC</w:t>
      </w:r>
    </w:p>
    <w:p w:rsidR="00964E8D" w:rsidRDefault="00FF3BAD">
      <w:pPr>
        <w:spacing w:after="40" w:line="250" w:lineRule="auto"/>
        <w:ind w:left="340" w:hanging="255"/>
      </w:pPr>
      <w:r>
        <w:rPr>
          <w:sz w:val="26"/>
        </w:rPr>
        <w:t xml:space="preserve">- Giáo viên: SGK Tiếng Việt 1 - Tập một; hình SGK đã cắt đúng nội dung hoạt động tại trang 110 - 111; thẻ vần/chữ mẫu </w:t>
      </w:r>
      <w:proofErr w:type="gramStart"/>
      <w:r>
        <w:rPr>
          <w:sz w:val="26"/>
        </w:rPr>
        <w:t>ot</w:t>
      </w:r>
      <w:proofErr w:type="gramEnd"/>
      <w:r>
        <w:rPr>
          <w:sz w:val="26"/>
        </w:rPr>
        <w:t>, ôt, ơt; bảng phụ, máy chiếu (nếu có).</w:t>
      </w:r>
    </w:p>
    <w:p w:rsidR="00964E8D" w:rsidRDefault="00FF3BAD">
      <w:pPr>
        <w:spacing w:after="40" w:line="250" w:lineRule="auto"/>
        <w:ind w:left="340" w:hanging="255"/>
      </w:pPr>
      <w:r>
        <w:rPr>
          <w:sz w:val="26"/>
        </w:rPr>
        <w:t>- Học sinh: SGK, vở Tập viết, bảng con, bộ chữ học vần và đồ dùng học tập cá nhân.</w:t>
      </w:r>
    </w:p>
    <w:p w:rsidR="00964E8D" w:rsidRDefault="00FF3BAD">
      <w:pPr>
        <w:keepNext/>
        <w:spacing w:before="80" w:after="40"/>
      </w:pPr>
      <w:r>
        <w:rPr>
          <w:b/>
          <w:sz w:val="26"/>
        </w:rPr>
        <w:t>III.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986"/>
        <w:gridCol w:w="4986"/>
      </w:tblGrid>
      <w:tr w:rsidR="00964E8D" w:rsidTr="00C709CF">
        <w:trPr>
          <w:cantSplit/>
          <w:tblHeader/>
          <w:jc w:val="center"/>
        </w:trPr>
        <w:tc>
          <w:tcPr>
            <w:tcW w:w="4592"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jc w:val="center"/>
            </w:pPr>
            <w:r>
              <w:rPr>
                <w:b/>
                <w:color w:val="000000"/>
                <w:sz w:val="26"/>
              </w:rPr>
              <w:t>HOẠT ĐỘNG CỦA GIÁO VIÊN</w:t>
            </w:r>
          </w:p>
        </w:tc>
        <w:tc>
          <w:tcPr>
            <w:tcW w:w="4592"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jc w:val="center"/>
            </w:pPr>
            <w:r>
              <w:rPr>
                <w:b/>
                <w:color w:val="000000"/>
                <w:sz w:val="26"/>
              </w:rPr>
              <w:t>HOẠT ĐỘNG CỦA HỌC SINH</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TIẾT 1</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1. HOẠT ĐỘNG MỞ ĐẦU (KHỞI ĐỘNG</w:t>
            </w:r>
            <w:proofErr w:type="gramStart"/>
            <w:r>
              <w:rPr>
                <w:b/>
                <w:color w:val="1F4E79"/>
                <w:sz w:val="25"/>
              </w:rPr>
              <w:t>)</w:t>
            </w:r>
            <w:proofErr w:type="gramEnd"/>
            <w:r>
              <w:rPr>
                <w:b/>
                <w:color w:val="1F4E79"/>
                <w:sz w:val="25"/>
              </w:rPr>
              <w:br/>
              <w:t>Mục tiêu: Tạo tâm thế vui vẻ; ôn kiến thức đã học và kết nối vào bài mới.</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000000"/>
                <w:sz w:val="25"/>
              </w:rPr>
              <w:t>Cách tiến hành:</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Tổ chức cho HS hát hoặc tham gia trò chơi ngắn có sử dụng tiếng/vần đã học ở bài trước.</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Tham gia hát hoặc trò chơi; phát hiện, đọc lại tiếng/vần đã học.</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Yêu cầu HS đọc lại một số vần, tiếng hoặc từ ngữ của bài trước; quan sát, nhận xét và sửa phát âm khi cần.</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cá nhân, nhóm hoặc đồng thanh; lắng nghe nhận xét và sửa lỗi phát âm.</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line="252" w:lineRule="auto"/>
            </w:pPr>
            <w:r>
              <w:rPr>
                <w:sz w:val="25"/>
              </w:rPr>
              <w:t>- Kết luận - Giới thiệu bài: “Hôm nay, cô và các em cùng luyện đọc, luyện viết các vần ot, ôt, ơt để đọc đúng hơn và viết đẹp hơn.”</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line="252" w:lineRule="auto"/>
            </w:pPr>
            <w:r>
              <w:rPr>
                <w:sz w:val="25"/>
              </w:rPr>
              <w:t>- HS lắng nghe, nhắc lại tên/nội dung bài học và sẵn sàng thực hiện nhiệm vụ.</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lastRenderedPageBreak/>
              <w:t>2. HOẠT ĐỘNG HÌNH THÀNH KIẾN THỨC MỚI (KHÁM PHÁ</w:t>
            </w:r>
            <w:proofErr w:type="gramStart"/>
            <w:r>
              <w:rPr>
                <w:b/>
                <w:color w:val="1F4E79"/>
                <w:sz w:val="25"/>
              </w:rPr>
              <w:t>)</w:t>
            </w:r>
            <w:proofErr w:type="gramEnd"/>
            <w:r>
              <w:rPr>
                <w:b/>
                <w:color w:val="1F4E79"/>
                <w:sz w:val="25"/>
              </w:rPr>
              <w:br/>
              <w:t>Mục tiêu: Nhận biết và đọc đúng các vần ot, ôt, ơt; đọc được tiếng, từ ngữ có vần mới theo đúng quy trình SGV.</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000000"/>
                <w:sz w:val="25"/>
              </w:rPr>
              <w:t>Cách tiến hành:</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a. Nhận biết</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rsidP="00C709CF">
            <w:pPr>
              <w:spacing w:line="252" w:lineRule="auto"/>
            </w:pPr>
            <w:r>
              <w:rPr>
                <w:sz w:val="25"/>
              </w:rPr>
              <w:t>- Các em quan sát tranh Nhận biết. Tranh vẽ gì?</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line="252" w:lineRule="auto"/>
            </w:pPr>
            <w:r>
              <w:rPr>
                <w:sz w:val="25"/>
              </w:rPr>
              <w:t>- HS trả lời: Tranh minh hoạ nội dung: “Câu nhận biết trong SGK có các vần ot, ôt, ơt.</w:t>
            </w:r>
            <w:proofErr w:type="gramStart"/>
            <w:r>
              <w:rPr>
                <w:sz w:val="25"/>
              </w:rPr>
              <w:t>”.</w:t>
            </w:r>
            <w:proofErr w:type="gramEnd"/>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Câu nhận biết nói về điều gì?</w:t>
            </w:r>
          </w:p>
        </w:tc>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HS trả lời: Câu nhận biết nói: “Câu nhận biết trong SGK có các vần ot, ôt, ơt.</w:t>
            </w:r>
            <w:proofErr w:type="gramStart"/>
            <w:r>
              <w:rPr>
                <w:sz w:val="25"/>
              </w:rPr>
              <w:t>”.</w:t>
            </w:r>
            <w:proofErr w:type="gramEnd"/>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xml:space="preserve">- Đọc mẫu câu nhận biết “Câu nhận biết trong SGK có các vần ot, ôt, </w:t>
            </w:r>
            <w:proofErr w:type="gramStart"/>
            <w:r>
              <w:rPr>
                <w:sz w:val="25"/>
              </w:rPr>
              <w:t>ơt.;</w:t>
            </w:r>
            <w:proofErr w:type="gramEnd"/>
            <w:r>
              <w:rPr>
                <w:sz w:val="25"/>
              </w:rPr>
              <w:t xml:space="preserve"> đọc chậm từng cụm từ và yêu cầu HS nói theo.</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Lắng nghe, nói theo từng cụm từ; đọc lại cả câu nhận biết theo hướng dẫn.</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Yêu cầu HS tìm, chỉ và đọc các tiếng có chứa vần ot, ôt, ơt trong câu nhận biết.</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Tìm và chỉ đúng tiếng có vần ot, ôt, ơt; đọc lại tiếng đã tìm được.</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Giới thiệu các vần mới ot, ôt, ơt; phát âm mẫu và chuyển sang luyện đọc.</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chữ ghi vần; nghe và phát âm theo mẫu các vần ot, ôt, ơt.</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b. Đọc vần</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Đưa các vần ot, ôt, ơt; đọc mẫu từng vần, hướng dẫn HS quan sát khẩu hình và âm cuối.</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khẩu hình, lắng nghe và đọc nhẩm các vần ot, ôt, ơt.</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Yêu cầu HS đánh vần nối tiếp các vần ot, ôt, ơt; tổ chức cho cả lớp đánh vần đồng thanh.</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Đánh vần cá nhân, nối tiếp; đánh vần đồng thanh các vần ot, ôt, ơt.</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Tổ chức đọc trơn các vần ot, ôt, ơt theo cá nhân, nhóm và cả lớp; sửa lỗi phát âm.</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trơn cá nhân, nhóm, đồng thanh; điều chỉnh phát âm theo nhận xét.</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Các vần ot, ôt, ơt giống nhau và khác nhau ở điểm nào?</w:t>
            </w:r>
          </w:p>
        </w:tc>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HS trả lời: Các vần đều có phần cuối t; khác nhau ở phần đầu: o, ô, ơ.</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Yêu cầu HS sử dụng bộ chữ ghép lần lượt các vần ot, ôt, ơt; kiểm tra kết quả ghép.</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Chọn chữ, ghép đúng các vần ot, ôt, ơt; đọc lại kết quả ghép.</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c. Đọc tiếng</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Giới thiệu mô hình tiếng mẫu trong SGK; hướng dẫn HS nhận biết âm đầu, vần và dấu thanh.</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mô hình; nêu âm đầu, vần và dấu thanh trong tiếng mẫu.</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lastRenderedPageBreak/>
              <w:t>- Hướng dẫn HS đánh vần và đọc trơn tiếng mẫu có vần ot, ôt, ơt; tổ chức đọc cá nhân và đồng thanh.</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Đánh vần tiếng mẫu; đọc trơn cá nhân và đồng thanh.</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Chỉ các tiếng trong SGK; yêu cầu HS phát hiện tiếng cùng chứa vần ot, ôt, ơt, đánh vần và đọc trơn.</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Tìm điểm chung của các tiếng; đánh vần và đọc trơn từng tiếng.</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Đổi thứ tự các tiếng và tổ chức đọc nối tiếp để kiểm tra phản xạ nhận diện, đọc đúng.</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nối tiếp các tiếng theo thứ tự mới; tự sửa khi đọc chưa đúng.</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Yêu cầu HS ghép thêm tiếng có vần ot, ôt, ơt; mời HS phân tích và đọc tiếng vừa ghép.</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Ghép tiếng bằng bộ chữ; phân tích cấu tạo và đọc trơn tiếng đã ghép.</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d. Đọc từ ngữ</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rsidP="00C709CF">
            <w:pPr>
              <w:spacing w:after="20" w:line="252" w:lineRule="auto"/>
            </w:pPr>
            <w:r>
              <w:rPr>
                <w:color w:val="000000"/>
                <w:sz w:val="25"/>
              </w:rPr>
              <w:t>- Yêu cầu HS quan sát tranh từ ngữ và gọi tên sự vật/hoạt động ứng với các từ: quả nhót, lá lốt, quả ớt.</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tranh; gọi tên sự vật/hoạt động và dự đoán từ ngữ tương ứng.</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Đưa từng từ ngữ quả nhót, lá lốt, quả ớt; yêu cầu HS tìm tiếng có vần ot, ôt, ơt.</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Chỉ và đọc tiếng có chứa vần ot, ôt, ơt trong từng từ ngữ.</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Hướng dẫn phân tích tiếng khó, đánh vần rồi đọc trơn từng từ ngữ; sửa lỗi cho HS.</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Phân tích, đánh vần tiếng khó; đọc trơn từng từ ngữ theo hướng dẫn.</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Tổ chức đọc nối tiếp, đọc theo nhóm đôi và đọc đồng thanh toàn bộ từ ngữ.</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nối tiếp; luyện đọc nhóm đôi và đọc đồng thanh.</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e. Đọc lại</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Yêu cầu HS đọc lại toàn bộ vần, tiếng, từ ngữ; theo dõi, nhận xét và sửa phát âm.</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lại bài theo cá nhân, nhóm và cả lớp; sửa lỗi phát âm khi được góp ý.</w:t>
            </w:r>
          </w:p>
        </w:tc>
      </w:tr>
      <w:tr w:rsidR="00964E8D" w:rsidTr="00C709CF">
        <w:trPr>
          <w:jc w:val="center"/>
        </w:trPr>
        <w:tc>
          <w:tcPr>
            <w:tcW w:w="4986" w:type="dxa"/>
            <w:tcBorders>
              <w:bottom w:val="single" w:sz="4" w:space="0" w:color="auto"/>
            </w:tcBorders>
            <w:shd w:val="clear" w:color="auto" w:fill="auto"/>
          </w:tcPr>
          <w:p w:rsidR="00964E8D" w:rsidRDefault="00FF3BAD">
            <w:r>
              <w:rPr>
                <w:sz w:val="25"/>
              </w:rPr>
              <w:t>- Kết luận: Các em đã nhận biết và luyện đọc đúng các vần ot, ôt, ơt; biết đọc/ghép tiếng, từ ngữ theo quy trình đã học.</w:t>
            </w:r>
          </w:p>
        </w:tc>
        <w:tc>
          <w:tcPr>
            <w:tcW w:w="4986" w:type="dxa"/>
            <w:tcBorders>
              <w:bottom w:val="single" w:sz="4" w:space="0" w:color="auto"/>
            </w:tcBorders>
            <w:shd w:val="clear" w:color="auto" w:fill="auto"/>
          </w:tcPr>
          <w:p w:rsidR="00964E8D" w:rsidRDefault="00FF3BAD">
            <w:r>
              <w:rPr>
                <w:sz w:val="25"/>
              </w:rPr>
              <w:t>- HS nhắc lại nội dung vừa học và đọc lại một số tiếng, từ ngữ tiêu biểu.</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3. HOẠT ĐỘNG LUYỆN TẬP - THỰC HÀNH</w:t>
            </w:r>
            <w:r>
              <w:rPr>
                <w:b/>
                <w:color w:val="1F4E79"/>
                <w:sz w:val="25"/>
              </w:rPr>
              <w:br/>
              <w:t>Mục tiêu: Luyện viết đúng vần ot, ôt, ơt, đọc đúng câu/đoạn ứng dụng và hiểu nội dung bài đọc.</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000000"/>
                <w:sz w:val="25"/>
              </w:rPr>
              <w:t>Cách tiến hành:</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a. Viết bảng</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rsidP="00C709CF">
            <w:pPr>
              <w:spacing w:after="20" w:line="252" w:lineRule="auto"/>
            </w:pPr>
            <w:r>
              <w:rPr>
                <w:color w:val="000000"/>
                <w:sz w:val="25"/>
              </w:rPr>
              <w:t>- Yêu cầu HS quan sát mẫu viết vần ot, ôt, ơt và tiếng/từ ứng dụng; nhận xét độ cao, nét nối và vị trí dấu thanh.</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mẫu chữ; nêu nhận xét về độ cao, nét nối, khoảng cách và dấu thanh.</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lastRenderedPageBreak/>
              <w:t>- Viết mẫu lần lượt các vần ot, ôt, ơt; vừa viết vừa hướng dẫn điểm đặt bút, dừng bút và nối nét.</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GV viết mẫu; luyện viết trên không theo quy trình.</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Yêu cầu HS viết bảng con các vần ot, ôt, ơt và một số tiếng/từ ứng dụng.</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Viết bảng con đúng mẫu, đúng khoảng cách; giơ bảng theo hiệu lệnh.</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Nhận xét một số bảng; chỉ rõ lỗi về nét nối, dấu thanh, khoảng cách và yêu cầu HS sửa.</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Lắng nghe nhận xét; tự sửa chữ viết chưa đúng trên bảng con.</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TIẾT 2</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b. Viết vở</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Hướng dẫn HS tô và viết các vần ot, ôt, ơt, từ ngữ ứng dụng trong vở Tập viết; nhắc tư thế ngồi và cách cầm bút.</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Ngồi đúng tư thế, cầm bút đúng cách; tô và viết đúng số dòng quy định.</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từng bàn; hỗ trợ HS viết chậm hoặc sai điểm đặt bút, nét nối, dấu thanh.</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Tiếp tục viết; sửa chữ ngay khi được GV hướng dẫn.</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Nhận xét một số bài; nêu điểm đúng và hướng dẫn cụ thể cách sửa lỗi chữ viết.</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Lắng nghe nhận xét; tự kiểm tra và sửa bài viết của mình.</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c. Đọc câu/đoạn ứng dụng</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rsidP="00C709CF">
            <w:pPr>
              <w:spacing w:after="20" w:line="252" w:lineRule="auto"/>
            </w:pPr>
            <w:r>
              <w:rPr>
                <w:color w:val="000000"/>
                <w:sz w:val="25"/>
              </w:rPr>
              <w:t>- Yêu cầu HS quan sát phần Đọc ở SGK trang 111, đọc thầm và tìm tiếng có vần ot, ôt, ơt.</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tranh/đoạn đọc; đọc thầm và chỉ các tiếng có vần vừa học.</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Yêu cầu HS đọc trơn các tiếng mới có vần ot, ôt, ơt; hướng dẫn đánh vần lại với HS còn lúng túng.</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trơn các tiếng mới; đánh vần lại tiếng khó khi cần.</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mẫu câu/đoạn; hướng dẫn ngắt nghỉ theo dấu câu và nội dung.</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Nghe đọc mẫu; xác định chỗ ngắt nghỉ và luyện đọc theo.</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Tổ chức cho HS đọc nối tiếp từng câu, đọc theo nhóm và đọc đồng thanh cả đoạn.</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nối tiếp, đọc trong nhóm và đọc đồng thanh đoạn ứng dụng.</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Buổi sáng, chim sâu đang làm gì?</w:t>
            </w:r>
          </w:p>
        </w:tc>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HS trả lời: Chim sâu đang bắt sâu trên cây.</w:t>
            </w:r>
          </w:p>
        </w:tc>
      </w:tr>
      <w:tr w:rsidR="00964E8D" w:rsidTr="00C709CF">
        <w:trPr>
          <w:jc w:val="center"/>
        </w:trPr>
        <w:tc>
          <w:tcPr>
            <w:tcW w:w="4986" w:type="dxa"/>
            <w:tcBorders>
              <w:bottom w:val="single" w:sz="4" w:space="0" w:color="auto"/>
            </w:tcBorders>
            <w:shd w:val="clear" w:color="auto" w:fill="auto"/>
          </w:tcPr>
          <w:p w:rsidR="00964E8D" w:rsidRDefault="00FF3BAD">
            <w:r>
              <w:rPr>
                <w:sz w:val="25"/>
              </w:rPr>
              <w:t>- Kết luận: Các em đã luyện tập đọc, viết các vần ot, ôt, ơt và hoàn thành nhiệm vụ thực hành theo hướng dẫn.</w:t>
            </w:r>
          </w:p>
        </w:tc>
        <w:tc>
          <w:tcPr>
            <w:tcW w:w="4986" w:type="dxa"/>
            <w:tcBorders>
              <w:bottom w:val="single" w:sz="4" w:space="0" w:color="auto"/>
            </w:tcBorders>
            <w:shd w:val="clear" w:color="auto" w:fill="auto"/>
          </w:tcPr>
          <w:p w:rsidR="00964E8D" w:rsidRDefault="00FF3BAD">
            <w:r>
              <w:rPr>
                <w:sz w:val="25"/>
              </w:rPr>
              <w:t>- HS tự nhận xét phần luyện đọc, luyện viết và sửa lỗi nếu còn sai.</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4. HOẠT ĐỘNG VẬN DỤNG</w:t>
            </w:r>
            <w:r>
              <w:rPr>
                <w:b/>
                <w:color w:val="1F4E79"/>
                <w:sz w:val="25"/>
              </w:rPr>
              <w:br/>
              <w:t>Mục tiêu: Vận dụng nội dung đã học để xin phép khi muốn dùng đồ của người khác; liên hệ cách ứng xử phù hợp trong đời sống.</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000000"/>
                <w:sz w:val="25"/>
              </w:rPr>
              <w:lastRenderedPageBreak/>
              <w:t>Cách tiến hành:</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a. Nói theo tranh</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rsidP="00C709CF">
            <w:pPr>
              <w:spacing w:after="20" w:line="252" w:lineRule="auto"/>
            </w:pPr>
            <w:r>
              <w:rPr>
                <w:color w:val="000000"/>
                <w:sz w:val="25"/>
              </w:rPr>
              <w:t>- Yêu cầu HS quan sát tranh Nói, xác định nhân vật, sự việc và tình huống giao tiếp trong tranh.</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tranh; xác định nhân vật, sự việc và trao đổi ban đầu với bạn.</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Trong tranh có những ai?</w:t>
            </w:r>
          </w:p>
        </w:tc>
        <w:tc>
          <w:tcPr>
            <w:tcW w:w="4986" w:type="dxa"/>
            <w:shd w:val="clear" w:color="auto" w:fill="auto"/>
            <w:tcMar>
              <w:top w:w="85" w:type="dxa"/>
              <w:left w:w="100" w:type="dxa"/>
              <w:bottom w:w="85" w:type="dxa"/>
              <w:right w:w="100" w:type="dxa"/>
            </w:tcMar>
          </w:tcPr>
          <w:p w:rsidR="00964E8D" w:rsidRDefault="00FF3BAD">
            <w:r>
              <w:rPr>
                <w:sz w:val="24"/>
              </w:rPr>
              <w:t>- HS trả lời: Trong tranh có chủ nhà, khách và bạn nhỏ.</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Bạn nhỏ muốn chơi đồ chơi của bác chủ nhà thì cần nói gì?</w:t>
            </w:r>
          </w:p>
        </w:tc>
        <w:tc>
          <w:tcPr>
            <w:tcW w:w="4986" w:type="dxa"/>
            <w:shd w:val="clear" w:color="auto" w:fill="auto"/>
            <w:tcMar>
              <w:top w:w="85" w:type="dxa"/>
              <w:left w:w="100" w:type="dxa"/>
              <w:bottom w:w="85" w:type="dxa"/>
              <w:right w:w="100" w:type="dxa"/>
            </w:tcMar>
          </w:tcPr>
          <w:p w:rsidR="00964E8D" w:rsidRDefault="00FF3BAD">
            <w:r>
              <w:rPr>
                <w:sz w:val="24"/>
              </w:rPr>
              <w:t>- HS trả lời: Bạn nhỏ nói: “Cháu xin phép bác cho cháu chơi đồ chơi này một lát ạ.”</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line="252" w:lineRule="auto"/>
            </w:pPr>
            <w:r>
              <w:rPr>
                <w:sz w:val="25"/>
              </w:rPr>
              <w:t>- Em còn cần xin phép trong những trường hợp nào?</w:t>
            </w:r>
          </w:p>
        </w:tc>
        <w:tc>
          <w:tcPr>
            <w:tcW w:w="4986" w:type="dxa"/>
            <w:shd w:val="clear" w:color="auto" w:fill="auto"/>
            <w:tcMar>
              <w:top w:w="85" w:type="dxa"/>
              <w:left w:w="100" w:type="dxa"/>
              <w:bottom w:w="85" w:type="dxa"/>
              <w:right w:w="100" w:type="dxa"/>
            </w:tcMar>
          </w:tcPr>
          <w:p w:rsidR="00964E8D" w:rsidRDefault="00FF3BAD">
            <w:r>
              <w:rPr>
                <w:sz w:val="24"/>
              </w:rPr>
              <w:t>- HS trả lời: Em cần xin phép khi muốn ra ngoài, mượn đồ dùng, xem ti vi hoặc tham gia một việc chưa được người lớn đồng ý.</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Tổ chức cho HS luyện nói hoặc đóng vai theo nhóm đôi; mời một số nhóm trình bày trước lớp.</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Luyện nói/đóng vai theo cặp; đại diện nhóm thể hiện và nhận xét bạn lịch sự.</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c. Củng cố - dặn dò</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Tổ chức cho HS tìm nhanh tiếng có vần ot, ôt, ơt và đặt câu ngắn với một tiếng tìm được.</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Tìm tiếng, đọc tiếng và nói câu ngắn theo khả năng.</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Nhận xét tiết học; tuyên dương HS đọc, viết, nói tốt; động viên HS cần tiếp tục rèn luyện.</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Lắng nghe nhận xét; tự nêu điều em đã làm được trong tiết học.</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Dặn HS luyện đọc, luyện viết lại các vần ot, ôt, ơt và chuẩn bị bài tiếp theo.</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Ghi nhớ nhiệm vụ; thực hành đọc, viết ở nhà.</w:t>
            </w:r>
          </w:p>
        </w:tc>
      </w:tr>
      <w:tr w:rsidR="00964E8D" w:rsidTr="00C709CF">
        <w:trPr>
          <w:jc w:val="center"/>
        </w:trPr>
        <w:tc>
          <w:tcPr>
            <w:tcW w:w="4986" w:type="dxa"/>
            <w:shd w:val="clear" w:color="auto" w:fill="auto"/>
          </w:tcPr>
          <w:p w:rsidR="00964E8D" w:rsidRDefault="00FF3BAD">
            <w:r>
              <w:rPr>
                <w:sz w:val="25"/>
              </w:rPr>
              <w:t>- Kết luận: Các em biết vận dụng nội dung bài học vào lời nói và việc làm phù hợp; tiếp tục luyện tập ở nhà.</w:t>
            </w:r>
          </w:p>
        </w:tc>
        <w:tc>
          <w:tcPr>
            <w:tcW w:w="4986" w:type="dxa"/>
            <w:shd w:val="clear" w:color="auto" w:fill="auto"/>
          </w:tcPr>
          <w:p w:rsidR="00964E8D" w:rsidRDefault="00FF3BAD">
            <w:r>
              <w:rPr>
                <w:sz w:val="25"/>
              </w:rPr>
              <w:t>- HS nhắc lại điều ghi nhớ và thực hiện nhiệm vụ luyện tập ở nhà.</w:t>
            </w:r>
          </w:p>
        </w:tc>
      </w:tr>
    </w:tbl>
    <w:p w:rsidR="00964E8D" w:rsidRDefault="00FF3BAD">
      <w:pPr>
        <w:keepNext/>
        <w:spacing w:before="80" w:after="40"/>
      </w:pPr>
      <w:r>
        <w:rPr>
          <w:b/>
          <w:sz w:val="26"/>
        </w:rPr>
        <w:t>IV. ĐIỀU CHỈNH SAU BÀI DẠY</w:t>
      </w:r>
    </w:p>
    <w:p w:rsidR="00964E8D" w:rsidRDefault="00FF3BAD">
      <w:pPr>
        <w:spacing w:after="40" w:line="250" w:lineRule="auto"/>
      </w:pPr>
      <w:r>
        <w:rPr>
          <w:sz w:val="26"/>
        </w:rPr>
        <w:t>..........................................................................................................................................................................................</w:t>
      </w:r>
    </w:p>
    <w:p w:rsidR="00964E8D" w:rsidRDefault="00FF3BAD">
      <w:pPr>
        <w:spacing w:after="40" w:line="250" w:lineRule="auto"/>
      </w:pPr>
      <w:r>
        <w:rPr>
          <w:sz w:val="26"/>
        </w:rPr>
        <w:t>..........................................................................................................................................................................................</w:t>
      </w:r>
    </w:p>
    <w:p w:rsidR="00964E8D" w:rsidRDefault="00964E8D">
      <w:pPr>
        <w:spacing w:after="20" w:line="250" w:lineRule="auto"/>
      </w:pPr>
    </w:p>
    <w:p w:rsidR="00964E8D" w:rsidRDefault="00FF3BAD">
      <w:pPr>
        <w:spacing w:before="40" w:after="60"/>
        <w:jc w:val="center"/>
      </w:pPr>
      <w:r>
        <w:rPr>
          <w:b/>
          <w:color w:val="1F4E79"/>
          <w:sz w:val="26"/>
        </w:rPr>
        <w:t>BÀI 50: ÔN TẬP VÀ KỂ CHUYỆN</w:t>
      </w:r>
    </w:p>
    <w:p w:rsidR="00964E8D" w:rsidRDefault="00FF3BAD">
      <w:pPr>
        <w:keepNext/>
        <w:spacing w:before="80" w:after="40"/>
      </w:pPr>
      <w:r>
        <w:rPr>
          <w:b/>
          <w:sz w:val="26"/>
        </w:rPr>
        <w:t>I. YÊU CẦU CẦN ĐẠT</w:t>
      </w:r>
    </w:p>
    <w:p w:rsidR="00964E8D" w:rsidRDefault="00FF3BAD">
      <w:pPr>
        <w:keepNext/>
        <w:spacing w:before="80" w:after="40"/>
      </w:pPr>
      <w:r>
        <w:rPr>
          <w:b/>
          <w:sz w:val="26"/>
        </w:rPr>
        <w:t>1. Năng lực đặc thù</w:t>
      </w:r>
    </w:p>
    <w:p w:rsidR="00964E8D" w:rsidRDefault="00FF3BAD">
      <w:pPr>
        <w:spacing w:after="40" w:line="250" w:lineRule="auto"/>
        <w:ind w:left="340" w:hanging="255"/>
      </w:pPr>
      <w:r>
        <w:rPr>
          <w:sz w:val="26"/>
        </w:rPr>
        <w:t>- Củng cố đọc đúng các vần, tiếng, từ và câu/đoạn ứng dụng đã học trong tuần.</w:t>
      </w:r>
    </w:p>
    <w:p w:rsidR="00964E8D" w:rsidRDefault="00FF3BAD">
      <w:pPr>
        <w:spacing w:after="40" w:line="250" w:lineRule="auto"/>
        <w:ind w:left="340" w:hanging="255"/>
      </w:pPr>
      <w:r>
        <w:rPr>
          <w:sz w:val="26"/>
        </w:rPr>
        <w:t xml:space="preserve">- Viết đúng nội dung ứng dụng </w:t>
      </w:r>
      <w:proofErr w:type="gramStart"/>
      <w:r>
        <w:rPr>
          <w:sz w:val="26"/>
        </w:rPr>
        <w:t>theo</w:t>
      </w:r>
      <w:proofErr w:type="gramEnd"/>
      <w:r>
        <w:rPr>
          <w:sz w:val="26"/>
        </w:rPr>
        <w:t xml:space="preserve"> mẫu của bài ôn tập.</w:t>
      </w:r>
    </w:p>
    <w:p w:rsidR="00964E8D" w:rsidRDefault="00FF3BAD">
      <w:pPr>
        <w:spacing w:after="40" w:line="250" w:lineRule="auto"/>
        <w:ind w:left="340" w:hanging="255"/>
      </w:pPr>
      <w:r>
        <w:rPr>
          <w:sz w:val="26"/>
        </w:rPr>
        <w:lastRenderedPageBreak/>
        <w:t xml:space="preserve">- Nghe hiểu, kể lại được một đoạn truyện “Bài học đầu tiên của thỏ con” </w:t>
      </w:r>
      <w:proofErr w:type="gramStart"/>
      <w:r>
        <w:rPr>
          <w:sz w:val="26"/>
        </w:rPr>
        <w:t>theo</w:t>
      </w:r>
      <w:proofErr w:type="gramEnd"/>
      <w:r>
        <w:rPr>
          <w:sz w:val="26"/>
        </w:rPr>
        <w:t xml:space="preserve"> tranh; nêu được bài học phù hợp.</w:t>
      </w:r>
    </w:p>
    <w:p w:rsidR="00964E8D" w:rsidRDefault="00FF3BAD">
      <w:pPr>
        <w:keepNext/>
        <w:spacing w:before="80" w:after="40"/>
      </w:pPr>
      <w:r>
        <w:rPr>
          <w:b/>
          <w:sz w:val="26"/>
        </w:rPr>
        <w:t xml:space="preserve">2. Năng lực </w:t>
      </w:r>
      <w:proofErr w:type="gramStart"/>
      <w:r>
        <w:rPr>
          <w:b/>
          <w:sz w:val="26"/>
        </w:rPr>
        <w:t>chung</w:t>
      </w:r>
      <w:proofErr w:type="gramEnd"/>
    </w:p>
    <w:p w:rsidR="00964E8D" w:rsidRDefault="00FF3BAD">
      <w:pPr>
        <w:spacing w:after="40" w:line="250" w:lineRule="auto"/>
        <w:ind w:left="340" w:hanging="255"/>
      </w:pPr>
      <w:r>
        <w:rPr>
          <w:sz w:val="26"/>
        </w:rPr>
        <w:t>- Tự chủ và tự học: Chủ động quan sát tranh, luyện đọc, luyện viết; biết kiểm tra và sửa lỗi khi được hướng dẫn.</w:t>
      </w:r>
    </w:p>
    <w:p w:rsidR="00964E8D" w:rsidRDefault="00FF3BAD">
      <w:pPr>
        <w:spacing w:after="40" w:line="250" w:lineRule="auto"/>
        <w:ind w:left="340" w:hanging="255"/>
      </w:pPr>
      <w:r>
        <w:rPr>
          <w:sz w:val="26"/>
        </w:rPr>
        <w:t>- Giao tiếp và hợp tác: Biết lắng nghe, trao đổi nhóm đôi/nhóm nhỏ; mạnh dạn trình bày và nhận xét bằng lời lịch sự.</w:t>
      </w:r>
    </w:p>
    <w:p w:rsidR="00964E8D" w:rsidRDefault="00FF3BAD">
      <w:pPr>
        <w:spacing w:after="40" w:line="250" w:lineRule="auto"/>
        <w:ind w:left="340" w:hanging="255"/>
      </w:pPr>
      <w:r>
        <w:rPr>
          <w:sz w:val="26"/>
        </w:rPr>
        <w:t xml:space="preserve">- Giải quyết vấn đề và sáng tạo: Vận dụng vần đã học để ghép tiếng, đọc câu và xử lí tình huống giao tiếp gần </w:t>
      </w:r>
      <w:proofErr w:type="gramStart"/>
      <w:r>
        <w:rPr>
          <w:sz w:val="26"/>
        </w:rPr>
        <w:t>gũi</w:t>
      </w:r>
      <w:proofErr w:type="gramEnd"/>
      <w:r>
        <w:rPr>
          <w:sz w:val="26"/>
        </w:rPr>
        <w:t>.</w:t>
      </w:r>
    </w:p>
    <w:p w:rsidR="00964E8D" w:rsidRDefault="00FF3BAD">
      <w:pPr>
        <w:keepNext/>
        <w:spacing w:before="80" w:after="40"/>
      </w:pPr>
      <w:r>
        <w:rPr>
          <w:b/>
          <w:sz w:val="26"/>
        </w:rPr>
        <w:t>3. Phẩm chất</w:t>
      </w:r>
    </w:p>
    <w:p w:rsidR="00964E8D" w:rsidRDefault="00FF3BAD">
      <w:pPr>
        <w:spacing w:after="40" w:line="250" w:lineRule="auto"/>
        <w:ind w:left="340" w:hanging="255"/>
      </w:pPr>
      <w:r>
        <w:rPr>
          <w:sz w:val="26"/>
        </w:rPr>
        <w:t>- Chăm chỉ: Tích cực luyện đọc, luyện viết; kiên trì hoàn thành nhiệm vụ học tập.</w:t>
      </w:r>
    </w:p>
    <w:p w:rsidR="00964E8D" w:rsidRDefault="00FF3BAD">
      <w:pPr>
        <w:spacing w:after="40" w:line="250" w:lineRule="auto"/>
        <w:ind w:left="340" w:hanging="255"/>
      </w:pPr>
      <w:r>
        <w:rPr>
          <w:sz w:val="26"/>
        </w:rPr>
        <w:t>- Trách nhiệm: Chuẩn bị đồ dùng; thực hiện nền nếp khi học cá nhân và hợp tác cùng bạn.</w:t>
      </w:r>
    </w:p>
    <w:p w:rsidR="00964E8D" w:rsidRDefault="00FF3BAD">
      <w:pPr>
        <w:spacing w:after="40" w:line="250" w:lineRule="auto"/>
        <w:ind w:left="340" w:hanging="255"/>
      </w:pPr>
      <w:r>
        <w:rPr>
          <w:sz w:val="26"/>
        </w:rPr>
        <w:t xml:space="preserve">- Nhân ái: Biết yêu quý người thân, bạn bè, quê hương và các sự vật gần </w:t>
      </w:r>
      <w:proofErr w:type="gramStart"/>
      <w:r>
        <w:rPr>
          <w:sz w:val="26"/>
        </w:rPr>
        <w:t>gũi</w:t>
      </w:r>
      <w:proofErr w:type="gramEnd"/>
      <w:r>
        <w:rPr>
          <w:sz w:val="26"/>
        </w:rPr>
        <w:t xml:space="preserve"> trong bài học.</w:t>
      </w:r>
    </w:p>
    <w:p w:rsidR="00964E8D" w:rsidRDefault="00FF3BAD">
      <w:pPr>
        <w:keepNext/>
        <w:spacing w:before="80" w:after="40"/>
      </w:pPr>
      <w:r>
        <w:rPr>
          <w:b/>
          <w:sz w:val="26"/>
        </w:rPr>
        <w:t>4. Tích hợp</w:t>
      </w:r>
    </w:p>
    <w:p w:rsidR="00964E8D" w:rsidRDefault="00FF3BAD">
      <w:pPr>
        <w:spacing w:after="40" w:line="250" w:lineRule="auto"/>
        <w:ind w:left="340" w:hanging="255"/>
      </w:pPr>
      <w:r>
        <w:rPr>
          <w:color w:val="C00000"/>
          <w:sz w:val="26"/>
        </w:rPr>
        <w:t xml:space="preserve">- Lý tưởng cách mạng, đạo đức, lối sống: Qua truyện “Bài học đầu tiên của thỏ con”, giáo dục HS biết nói lời xin lỗi khi làm sai, nói lời cảm ơn khi được giúp đỡ và có trách nhiệm với hành </w:t>
      </w:r>
      <w:proofErr w:type="gramStart"/>
      <w:r>
        <w:rPr>
          <w:color w:val="C00000"/>
          <w:sz w:val="26"/>
        </w:rPr>
        <w:t>vi</w:t>
      </w:r>
      <w:proofErr w:type="gramEnd"/>
      <w:r>
        <w:rPr>
          <w:color w:val="C00000"/>
          <w:sz w:val="26"/>
        </w:rPr>
        <w:t xml:space="preserve"> của mình.</w:t>
      </w:r>
    </w:p>
    <w:p w:rsidR="00964E8D" w:rsidRDefault="00FF3BAD">
      <w:pPr>
        <w:spacing w:after="40" w:line="250" w:lineRule="auto"/>
        <w:ind w:left="340" w:hanging="255"/>
      </w:pPr>
      <w:r>
        <w:rPr>
          <w:color w:val="C00000"/>
          <w:sz w:val="26"/>
        </w:rPr>
        <w:t xml:space="preserve">- Kĩ năng sống: Rèn cách ứng xử lễ phép, biết lắng nghe lời dặn và điều chỉnh hành </w:t>
      </w:r>
      <w:proofErr w:type="gramStart"/>
      <w:r>
        <w:rPr>
          <w:color w:val="C00000"/>
          <w:sz w:val="26"/>
        </w:rPr>
        <w:t>vi</w:t>
      </w:r>
      <w:proofErr w:type="gramEnd"/>
      <w:r>
        <w:rPr>
          <w:color w:val="C00000"/>
          <w:sz w:val="26"/>
        </w:rPr>
        <w:t xml:space="preserve"> phù hợp.</w:t>
      </w:r>
    </w:p>
    <w:p w:rsidR="00964E8D" w:rsidRDefault="00FF3BAD">
      <w:pPr>
        <w:spacing w:after="40" w:line="250" w:lineRule="auto"/>
        <w:ind w:left="340" w:hanging="255"/>
      </w:pPr>
      <w:r>
        <w:rPr>
          <w:color w:val="C00000"/>
          <w:sz w:val="26"/>
        </w:rPr>
        <w:t xml:space="preserve">- Tích hợp AI: 1.A1.1 - HS nhận biết con người có cảm xúc thật; AI hoặc robot chỉ thể hiện lời nói, biểu cảm </w:t>
      </w:r>
      <w:proofErr w:type="gramStart"/>
      <w:r>
        <w:rPr>
          <w:color w:val="C00000"/>
          <w:sz w:val="26"/>
        </w:rPr>
        <w:t>theo</w:t>
      </w:r>
      <w:proofErr w:type="gramEnd"/>
      <w:r>
        <w:rPr>
          <w:color w:val="C00000"/>
          <w:sz w:val="26"/>
        </w:rPr>
        <w:t xml:space="preserve"> dữ liệu hay thiết kế của con người.</w:t>
      </w:r>
    </w:p>
    <w:p w:rsidR="00964E8D" w:rsidRDefault="00FF3BAD">
      <w:pPr>
        <w:keepNext/>
        <w:spacing w:before="80" w:after="40"/>
      </w:pPr>
      <w:r>
        <w:rPr>
          <w:b/>
          <w:sz w:val="26"/>
        </w:rPr>
        <w:t>II. ĐỒ DÙNG DẠY HỌC</w:t>
      </w:r>
    </w:p>
    <w:p w:rsidR="00964E8D" w:rsidRDefault="00FF3BAD">
      <w:pPr>
        <w:spacing w:after="40" w:line="250" w:lineRule="auto"/>
        <w:ind w:left="340" w:hanging="255"/>
      </w:pPr>
      <w:r>
        <w:rPr>
          <w:sz w:val="26"/>
        </w:rPr>
        <w:t>- Giáo viên: SGK Tiếng Việt 1 - Tập một; hình SGK đã cắt đúng nội dung hoạt động tại trang 112 - 113; thẻ vần/chữ mẫu ac, ăc, âc, oc, ôc, uc, ưc, at, ăt, ât, ot, ôt, ơt; bảng phụ, máy chiếu (nếu có).</w:t>
      </w:r>
    </w:p>
    <w:p w:rsidR="00964E8D" w:rsidRDefault="00FF3BAD">
      <w:pPr>
        <w:spacing w:after="40" w:line="250" w:lineRule="auto"/>
        <w:ind w:left="340" w:hanging="255"/>
      </w:pPr>
      <w:r>
        <w:rPr>
          <w:sz w:val="26"/>
        </w:rPr>
        <w:t>- Học sinh: SGK, vở Tập viết, bảng con, bộ chữ học vần và đồ dùng học tập cá nhân.</w:t>
      </w:r>
    </w:p>
    <w:p w:rsidR="00964E8D" w:rsidRDefault="00FF3BAD">
      <w:pPr>
        <w:keepNext/>
        <w:spacing w:before="80" w:after="40"/>
      </w:pPr>
      <w:r>
        <w:rPr>
          <w:b/>
          <w:sz w:val="26"/>
        </w:rPr>
        <w:t>III.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986"/>
        <w:gridCol w:w="4986"/>
      </w:tblGrid>
      <w:tr w:rsidR="00964E8D" w:rsidTr="00C709CF">
        <w:trPr>
          <w:cantSplit/>
          <w:tblHeader/>
          <w:jc w:val="center"/>
        </w:trPr>
        <w:tc>
          <w:tcPr>
            <w:tcW w:w="4592"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jc w:val="center"/>
            </w:pPr>
            <w:r>
              <w:rPr>
                <w:b/>
                <w:color w:val="000000"/>
                <w:sz w:val="26"/>
              </w:rPr>
              <w:t>HOẠT ĐỘNG CỦA GIÁO VIÊN</w:t>
            </w:r>
          </w:p>
        </w:tc>
        <w:tc>
          <w:tcPr>
            <w:tcW w:w="4592"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jc w:val="center"/>
            </w:pPr>
            <w:r>
              <w:rPr>
                <w:b/>
                <w:color w:val="000000"/>
                <w:sz w:val="26"/>
              </w:rPr>
              <w:t>HOẠT ĐỘNG CỦA HỌC SINH</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TIẾT 1</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1. HOẠT ĐỘNG MỞ ĐẦU (KHỞI ĐỘNG</w:t>
            </w:r>
            <w:proofErr w:type="gramStart"/>
            <w:r>
              <w:rPr>
                <w:b/>
                <w:color w:val="1F4E79"/>
                <w:sz w:val="25"/>
              </w:rPr>
              <w:t>)</w:t>
            </w:r>
            <w:proofErr w:type="gramEnd"/>
            <w:r>
              <w:rPr>
                <w:b/>
                <w:color w:val="1F4E79"/>
                <w:sz w:val="25"/>
              </w:rPr>
              <w:br/>
              <w:t>Mục tiêu: Tạo tâm thế vui vẻ; gợi nhớ các vần đã học trong tuần và kết nối vào bài ôn tập.</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000000"/>
                <w:sz w:val="25"/>
              </w:rPr>
              <w:t>Cách tiến hành:</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Tổ chức trò chơi hoặc hát vận động ngắn để ổn định lớp và tạo hứng thú học tập.</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Tham gia trò chơi/hát vận động; ổn định vị trí học tập.</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Giới thiệu nội dung ôn tập; nêu các nhóm vần cần củng cố: ac, ăc, âc; oc, ôc, uc, ưc; at, ăt, ât; ot, ôt, ơt.</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Lắng nghe; mở SGK và đọc nhẩm các nhóm vần được ôn tập.</w:t>
            </w:r>
          </w:p>
        </w:tc>
      </w:tr>
      <w:tr w:rsidR="00964E8D" w:rsidTr="00C709CF">
        <w:trPr>
          <w:jc w:val="center"/>
        </w:trPr>
        <w:tc>
          <w:tcPr>
            <w:tcW w:w="4986" w:type="dxa"/>
            <w:tcBorders>
              <w:bottom w:val="single" w:sz="4" w:space="0" w:color="auto"/>
            </w:tcBorders>
            <w:shd w:val="clear" w:color="auto" w:fill="auto"/>
          </w:tcPr>
          <w:p w:rsidR="00964E8D" w:rsidRDefault="00FF3BAD">
            <w:r>
              <w:rPr>
                <w:sz w:val="25"/>
              </w:rPr>
              <w:lastRenderedPageBreak/>
              <w:t>- Kết luận - Giới thiệu bài: “Hôm nay, cô và các em cùng ôn lại kiến thức đã học, nghe kể chuyện và rút ra bài học phù hợp trong cuộc sống.”</w:t>
            </w:r>
          </w:p>
        </w:tc>
        <w:tc>
          <w:tcPr>
            <w:tcW w:w="4986" w:type="dxa"/>
            <w:tcBorders>
              <w:bottom w:val="single" w:sz="4" w:space="0" w:color="auto"/>
            </w:tcBorders>
            <w:shd w:val="clear" w:color="auto" w:fill="auto"/>
          </w:tcPr>
          <w:p w:rsidR="00964E8D" w:rsidRDefault="00FF3BAD">
            <w:r>
              <w:rPr>
                <w:sz w:val="25"/>
              </w:rPr>
              <w:t>- HS lắng nghe, nhắc lại tên/nội dung bài học và sẵn sàng thực hiện nhiệm vụ.</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line="252" w:lineRule="auto"/>
            </w:pPr>
            <w:r>
              <w:rPr>
                <w:b/>
                <w:sz w:val="25"/>
              </w:rPr>
              <w:t>2. HOẠT ĐỘNG LUYỆN TẬP - THỰC HÀNH</w:t>
            </w:r>
            <w:r>
              <w:rPr>
                <w:b/>
                <w:sz w:val="25"/>
              </w:rPr>
              <w:br/>
              <w:t>Mục tiêu: Củng cố kĩ năng đọc tiếng, từ ngữ, câu/đoạn và viết nội dung đã học trong tuần; Tích hợp: nhận biết con người có cảm xúc thật, máy chỉ phản hồi theo dữ liệu hoặc thiết kế.</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000000"/>
                <w:sz w:val="25"/>
              </w:rPr>
              <w:t>Cách tiến hành:</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a. Ôn đọc tiếng, từ ngữ</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rsidP="00C709CF">
            <w:pPr>
              <w:spacing w:after="20" w:line="252" w:lineRule="auto"/>
            </w:pPr>
            <w:r>
              <w:rPr>
                <w:color w:val="000000"/>
                <w:sz w:val="25"/>
              </w:rPr>
              <w:t>- Yêu cầu HS quan sát phần ôn đọc trong SGK, lần lượt đọc tiếng và từ ngữ.</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phần ôn đọc; chuẩn bị đọc tiếng, từ ngữ.</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Chỉ từng tiếng, từ; yêu cầu HS đọc trơn cá nhân, nhóm và đồng thanh; sửa lỗi phát âm.</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trơn cá nhân, nhóm, đồng thanh; sửa lỗi theo hướng dẫn.</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Yêu cầu HS tìm tiếng chứa từng vần đã học trong tuần và phân tích một số tiếng.</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Chỉ tiếng, nêu vần có trong tiếng và phân tích tiếng được yêu cầu.</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b. Ôn đọc câu/đoạn</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rsidP="00C709CF">
            <w:pPr>
              <w:spacing w:after="20" w:line="252" w:lineRule="auto"/>
            </w:pPr>
            <w:r>
              <w:rPr>
                <w:color w:val="000000"/>
                <w:sz w:val="25"/>
              </w:rPr>
              <w:t>- Yêu cầu HS đọc thầm đoạn ôn tập, tìm tiếng có vần đã học và chuẩn bị đọc thành tiếng.</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thầm đoạn; chỉ các tiếng có vần vừa ôn.</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mẫu toàn đoạn; hướng dẫn ngắt nghỉ, giọng đọc phù hợp và tổ chức HS luyện đọc.</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Nghe mẫu; luyện đọc cá nhân, nhóm và đồng thanh.</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line="252" w:lineRule="auto"/>
            </w:pPr>
            <w:r>
              <w:rPr>
                <w:sz w:val="25"/>
              </w:rPr>
              <w:t>- Qua nội dung vừa đọc, em rút ra điều gì?</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line="252" w:lineRule="auto"/>
            </w:pPr>
            <w:r>
              <w:rPr>
                <w:sz w:val="25"/>
              </w:rPr>
              <w:t>- HS trả lời: Em đọc đúng nội dung và nêu được ý chính của bài.</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c. Ôn viết</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rsidP="00C709CF">
            <w:pPr>
              <w:spacing w:after="20" w:line="252" w:lineRule="auto"/>
            </w:pPr>
            <w:r>
              <w:rPr>
                <w:color w:val="000000"/>
                <w:sz w:val="25"/>
              </w:rPr>
              <w:t>- Đưa mẫu viết trong SGK; nhắc độ cao chữ, khoảng cách, vị trí dấu thanh và tư thế ngồi viết.</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mẫu; nhắc lại tư thế ngồi và cách cầm bút.</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Yêu cầu HS viết nội dung ôn tập vào vở; quan sát, hỗ trợ và nhận xét một số bài.</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Viết vào vở đúng mẫu, đúng dòng; sửa lỗi theo hướng dẫn.</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TIẾT 2</w:t>
            </w:r>
          </w:p>
        </w:tc>
      </w:tr>
      <w:tr w:rsidR="00964E8D" w:rsidTr="00C709CF">
        <w:trPr>
          <w:jc w:val="center"/>
        </w:trPr>
        <w:tc>
          <w:tcPr>
            <w:tcW w:w="4986" w:type="dxa"/>
            <w:tcBorders>
              <w:top w:val="single" w:sz="4" w:space="0" w:color="auto"/>
            </w:tcBorders>
            <w:shd w:val="clear" w:color="auto" w:fill="auto"/>
          </w:tcPr>
          <w:p w:rsidR="00964E8D" w:rsidRDefault="00FF3BAD">
            <w:r>
              <w:rPr>
                <w:b/>
                <w:color w:val="FF0000"/>
                <w:sz w:val="25"/>
              </w:rPr>
              <w:t>Tích hợp - Tích hợp AI</w:t>
            </w:r>
          </w:p>
        </w:tc>
        <w:tc>
          <w:tcPr>
            <w:tcW w:w="4986" w:type="dxa"/>
            <w:tcBorders>
              <w:top w:val="single" w:sz="4" w:space="0" w:color="auto"/>
            </w:tcBorders>
            <w:shd w:val="clear" w:color="auto" w:fill="auto"/>
          </w:tcPr>
          <w:p w:rsidR="00964E8D" w:rsidRDefault="00FF3BAD">
            <w:r>
              <w:rPr>
                <w:b/>
                <w:color w:val="FF0000"/>
                <w:sz w:val="25"/>
              </w:rPr>
              <w:t>Tích hợp - Tích hợp AI</w:t>
            </w:r>
          </w:p>
        </w:tc>
      </w:tr>
      <w:tr w:rsidR="00964E8D" w:rsidTr="00C709CF">
        <w:trPr>
          <w:jc w:val="center"/>
        </w:trPr>
        <w:tc>
          <w:tcPr>
            <w:tcW w:w="4986" w:type="dxa"/>
            <w:shd w:val="clear" w:color="auto" w:fill="auto"/>
          </w:tcPr>
          <w:p w:rsidR="00964E8D" w:rsidRDefault="00FF3BAD">
            <w:r>
              <w:rPr>
                <w:color w:val="FF0000"/>
                <w:sz w:val="25"/>
              </w:rPr>
              <w:t>- Câu hỏi dẫn: “Khi thỏ con biết xin lỗi và cảm ơn, đó là cảm xúc của ai? Máy hoặc rô-bốt có cảm xúc thật như vậy không?”</w:t>
            </w:r>
          </w:p>
        </w:tc>
        <w:tc>
          <w:tcPr>
            <w:tcW w:w="4986" w:type="dxa"/>
            <w:shd w:val="clear" w:color="auto" w:fill="auto"/>
          </w:tcPr>
          <w:p w:rsidR="00964E8D" w:rsidRDefault="00FF3BAD">
            <w:r>
              <w:rPr>
                <w:color w:val="FF0000"/>
                <w:sz w:val="25"/>
              </w:rPr>
              <w:t>- HS trả lời: Đó là cảm xúc của con người; máy hoặc rô-bốt không có cảm xúc thật như con người.</w:t>
            </w:r>
          </w:p>
        </w:tc>
      </w:tr>
      <w:tr w:rsidR="00964E8D" w:rsidTr="00C709CF">
        <w:trPr>
          <w:jc w:val="center"/>
        </w:trPr>
        <w:tc>
          <w:tcPr>
            <w:tcW w:w="4986" w:type="dxa"/>
            <w:shd w:val="clear" w:color="auto" w:fill="auto"/>
          </w:tcPr>
          <w:p w:rsidR="00964E8D" w:rsidRDefault="00FF3BAD">
            <w:r>
              <w:rPr>
                <w:color w:val="FF0000"/>
                <w:sz w:val="25"/>
              </w:rPr>
              <w:t xml:space="preserve">- Diễn giải tích hợp: GV giải thích ngắn gọn: con người biết vui, buồn, hối lỗi và biết yêu </w:t>
            </w:r>
            <w:r>
              <w:rPr>
                <w:color w:val="FF0000"/>
                <w:sz w:val="25"/>
              </w:rPr>
              <w:lastRenderedPageBreak/>
              <w:t>thương thật sự. Máy thông minh có thể nói câu xin lỗi hoặc cảm ơn khi được lập trình, nhưng không có tình cảm thật. Vì vậy, các em cần quý trọng cảm xúc, cư xử chân thành với mọi người.</w:t>
            </w:r>
          </w:p>
        </w:tc>
        <w:tc>
          <w:tcPr>
            <w:tcW w:w="4986" w:type="dxa"/>
            <w:shd w:val="clear" w:color="auto" w:fill="auto"/>
          </w:tcPr>
          <w:p w:rsidR="00964E8D" w:rsidRDefault="00FF3BAD">
            <w:r>
              <w:rPr>
                <w:color w:val="FF0000"/>
                <w:sz w:val="25"/>
              </w:rPr>
              <w:lastRenderedPageBreak/>
              <w:t>- HS thực hiện: Nêu sự khác biệt giữa cảm xúc con người và phản hồi của máy.</w:t>
            </w:r>
          </w:p>
        </w:tc>
      </w:tr>
      <w:tr w:rsidR="00964E8D" w:rsidTr="00C709CF">
        <w:trPr>
          <w:jc w:val="center"/>
        </w:trPr>
        <w:tc>
          <w:tcPr>
            <w:tcW w:w="4986" w:type="dxa"/>
            <w:tcBorders>
              <w:bottom w:val="single" w:sz="4" w:space="0" w:color="auto"/>
            </w:tcBorders>
            <w:shd w:val="clear" w:color="auto" w:fill="auto"/>
          </w:tcPr>
          <w:p w:rsidR="00964E8D" w:rsidRDefault="00FF3BAD">
            <w:r>
              <w:rPr>
                <w:sz w:val="25"/>
              </w:rPr>
              <w:lastRenderedPageBreak/>
              <w:t>- Kết luận: Các em đã nhận biết và luyện đọc đúng câu chuyện BÀI HỌC ĐẦU TIÊN CỦA THỎ CON; biết đọc/ghép tiếng, từ ngữ theo quy trình đã học.</w:t>
            </w:r>
          </w:p>
        </w:tc>
        <w:tc>
          <w:tcPr>
            <w:tcW w:w="4986" w:type="dxa"/>
            <w:tcBorders>
              <w:bottom w:val="single" w:sz="4" w:space="0" w:color="auto"/>
            </w:tcBorders>
            <w:shd w:val="clear" w:color="auto" w:fill="auto"/>
          </w:tcPr>
          <w:p w:rsidR="00964E8D" w:rsidRDefault="00FF3BAD">
            <w:r>
              <w:rPr>
                <w:sz w:val="25"/>
              </w:rPr>
              <w:t>- HS nhắc lại nội dung vừa học và đọc lại một số tiếng, từ ngữ tiêu biểu.</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line="252" w:lineRule="auto"/>
            </w:pPr>
            <w:r>
              <w:rPr>
                <w:b/>
                <w:sz w:val="25"/>
              </w:rPr>
              <w:t>3. HOẠT ĐỘNG HÌNH THÀNH KIẾN THỨC MỚI - KỂ CHUYỆN: BÀI HỌC ĐẦU TIÊN CỦA THỎ CON</w:t>
            </w:r>
            <w:r>
              <w:rPr>
                <w:b/>
                <w:sz w:val="25"/>
              </w:rPr>
              <w:br/>
              <w:t>Mục tiêu: Nghe hiểu nội dung câu chuyện; nhận biết nhân vật, sự việc theo tranh minh hoạ; Tích hợp: rèn cách ứng xử lễ phép, biết lắng nghe lời dặn và sửa hành vi chưa phù hợp.</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000000"/>
                <w:sz w:val="25"/>
              </w:rPr>
              <w:t>Cách tiến hành:</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rsidP="00C709CF">
            <w:pPr>
              <w:spacing w:after="20" w:line="252" w:lineRule="auto"/>
            </w:pPr>
            <w:r>
              <w:rPr>
                <w:color w:val="000000"/>
                <w:sz w:val="25"/>
              </w:rPr>
              <w:t>- Giới thiệu tên câu chuyện Bài học đầu tiên của thỏ con; yêu cầu HS quan sát các tranh minh hoạ và dự đoán nội dung.</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tranh kể chuyện; nêu dự đoán ban đầu về nhân vật, sự việc.</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Kể toàn bộ câu chuyện lần 1 bằng giọng rõ ràng, diễn cảm; kết hợp chỉ tranh theo diễn biến.</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Lắng nghe toàn bộ câu chuyện; theo dõi tranh và ghi nhớ nhân vật, sự việc.</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Kể lại câu chuyện lần 2 theo từng đoạn; sau mỗi đoạn dừng lại đặt câu hỏi gợi nhớ.</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Lắng nghe từng đoạn; chuẩn bị trả lời câu hỏi theo chi tiết vừa nghe.</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Nêu câu hỏi gợi nhớ 1: Thỏ con đi chơi ở đâu?</w:t>
            </w:r>
          </w:p>
        </w:tc>
        <w:tc>
          <w:tcPr>
            <w:tcW w:w="4986" w:type="dxa"/>
            <w:shd w:val="clear" w:color="auto" w:fill="auto"/>
            <w:tcMar>
              <w:top w:w="85" w:type="dxa"/>
              <w:left w:w="100" w:type="dxa"/>
              <w:bottom w:w="85" w:type="dxa"/>
              <w:right w:w="100" w:type="dxa"/>
            </w:tcMar>
          </w:tcPr>
          <w:p w:rsidR="00964E8D" w:rsidRDefault="00FF3BAD">
            <w:r>
              <w:rPr>
                <w:sz w:val="24"/>
              </w:rPr>
              <w:t>- HS trả lời: Thỏ con đi chơi trong rừng.</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Nêu câu hỏi gợi nhớ 2: Trước khi thỏ con đi chơi, thỏ mẹ dặn điều gì?</w:t>
            </w:r>
          </w:p>
        </w:tc>
        <w:tc>
          <w:tcPr>
            <w:tcW w:w="4986" w:type="dxa"/>
            <w:shd w:val="clear" w:color="auto" w:fill="auto"/>
            <w:tcMar>
              <w:top w:w="85" w:type="dxa"/>
              <w:left w:w="100" w:type="dxa"/>
              <w:bottom w:w="85" w:type="dxa"/>
              <w:right w:w="100" w:type="dxa"/>
            </w:tcMar>
          </w:tcPr>
          <w:p w:rsidR="00964E8D" w:rsidRDefault="00FF3BAD">
            <w:r>
              <w:rPr>
                <w:sz w:val="24"/>
              </w:rPr>
              <w:t>- HS trả lời: Thỏ mẹ dặn thỏ con phải đi cẩn thận, lễ phép, biết xin lỗi khi làm phiền và cảm ơn khi được giúp đỡ.</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Nêu câu hỏi gợi nhớ 3: Vì sao thỏ con va phải anh sóc?</w:t>
            </w:r>
          </w:p>
        </w:tc>
        <w:tc>
          <w:tcPr>
            <w:tcW w:w="4986" w:type="dxa"/>
            <w:shd w:val="clear" w:color="auto" w:fill="auto"/>
            <w:tcMar>
              <w:top w:w="85" w:type="dxa"/>
              <w:left w:w="100" w:type="dxa"/>
              <w:bottom w:w="85" w:type="dxa"/>
              <w:right w:w="100" w:type="dxa"/>
            </w:tcMar>
          </w:tcPr>
          <w:p w:rsidR="00964E8D" w:rsidRDefault="00FF3BAD">
            <w:r>
              <w:rPr>
                <w:sz w:val="24"/>
              </w:rPr>
              <w:t>- HS trả lời: Thỏ con mải chạy nhảy, không chú ý đường đi nên va phải anh sóc.</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Nêu câu hỏi gợi nhớ 4: Thỏ con nói gì với anh sóc?</w:t>
            </w:r>
          </w:p>
        </w:tc>
        <w:tc>
          <w:tcPr>
            <w:tcW w:w="4986" w:type="dxa"/>
            <w:shd w:val="clear" w:color="auto" w:fill="auto"/>
            <w:tcMar>
              <w:top w:w="85" w:type="dxa"/>
              <w:left w:w="100" w:type="dxa"/>
              <w:bottom w:w="85" w:type="dxa"/>
              <w:right w:w="100" w:type="dxa"/>
            </w:tcMar>
          </w:tcPr>
          <w:p w:rsidR="00964E8D" w:rsidRDefault="00FF3BAD">
            <w:r>
              <w:rPr>
                <w:sz w:val="24"/>
              </w:rPr>
              <w:t>- HS trả lời: Thỏ con chưa biết xin lỗi anh sóc mà vội bỏ đi.</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Nêu câu hỏi gợi nhớ 5: Vì sao anh sóc ngạc nhiên?</w:t>
            </w:r>
          </w:p>
        </w:tc>
        <w:tc>
          <w:tcPr>
            <w:tcW w:w="4986" w:type="dxa"/>
            <w:shd w:val="clear" w:color="auto" w:fill="auto"/>
            <w:tcMar>
              <w:top w:w="85" w:type="dxa"/>
              <w:left w:w="100" w:type="dxa"/>
              <w:bottom w:w="85" w:type="dxa"/>
              <w:right w:w="100" w:type="dxa"/>
            </w:tcMar>
          </w:tcPr>
          <w:p w:rsidR="00964E8D" w:rsidRDefault="00FF3BAD">
            <w:r>
              <w:rPr>
                <w:sz w:val="24"/>
              </w:rPr>
              <w:t>- HS trả lời: Anh sóc ngạc nhiên vì thỏ con va vào mình nhưng không biết nói lời xin lỗi.</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Nêu câu hỏi gợi nhớ 6: Chuyện gì xảy ra khi thỏ con mải nhìn khỉ mẹ?</w:t>
            </w:r>
          </w:p>
        </w:tc>
        <w:tc>
          <w:tcPr>
            <w:tcW w:w="4986" w:type="dxa"/>
            <w:shd w:val="clear" w:color="auto" w:fill="auto"/>
            <w:tcMar>
              <w:top w:w="85" w:type="dxa"/>
              <w:left w:w="100" w:type="dxa"/>
              <w:bottom w:w="85" w:type="dxa"/>
              <w:right w:w="100" w:type="dxa"/>
            </w:tcMar>
          </w:tcPr>
          <w:p w:rsidR="00964E8D" w:rsidRDefault="00FF3BAD">
            <w:r>
              <w:rPr>
                <w:sz w:val="24"/>
              </w:rPr>
              <w:t>- HS trả lời: Khi mải nhìn khỉ mẹ, thỏ con bị ngã xuống hố.</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Nêu câu hỏi gợi nhớ 7: Ai cứu thỏ con?</w:t>
            </w:r>
          </w:p>
        </w:tc>
        <w:tc>
          <w:tcPr>
            <w:tcW w:w="4986" w:type="dxa"/>
            <w:shd w:val="clear" w:color="auto" w:fill="auto"/>
            <w:tcMar>
              <w:top w:w="85" w:type="dxa"/>
              <w:left w:w="100" w:type="dxa"/>
              <w:bottom w:w="85" w:type="dxa"/>
              <w:right w:w="100" w:type="dxa"/>
            </w:tcMar>
          </w:tcPr>
          <w:p w:rsidR="00964E8D" w:rsidRDefault="00FF3BAD">
            <w:r>
              <w:rPr>
                <w:sz w:val="24"/>
              </w:rPr>
              <w:t>- HS trả lời: Bác voi đã cứu thỏ con lên khỏi hố.</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lastRenderedPageBreak/>
              <w:t>- Nêu câu hỏi gợi nhớ 8: Được bác voi cứu, thỏ con nói gì?</w:t>
            </w:r>
          </w:p>
        </w:tc>
        <w:tc>
          <w:tcPr>
            <w:tcW w:w="4986" w:type="dxa"/>
            <w:shd w:val="clear" w:color="auto" w:fill="auto"/>
            <w:tcMar>
              <w:top w:w="85" w:type="dxa"/>
              <w:left w:w="100" w:type="dxa"/>
              <w:bottom w:w="85" w:type="dxa"/>
              <w:right w:w="100" w:type="dxa"/>
            </w:tcMar>
          </w:tcPr>
          <w:p w:rsidR="00964E8D" w:rsidRDefault="00FF3BAD">
            <w:r>
              <w:rPr>
                <w:sz w:val="24"/>
              </w:rPr>
              <w:t>- HS trả lời: Thỏ con chưa biết nói lời cảm ơn bác voi.</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Nêu câu hỏi gợi nhớ 9: Vì sao bác voi ngạc nhiên?</w:t>
            </w:r>
          </w:p>
        </w:tc>
        <w:tc>
          <w:tcPr>
            <w:tcW w:w="4986" w:type="dxa"/>
            <w:shd w:val="clear" w:color="auto" w:fill="auto"/>
            <w:tcMar>
              <w:top w:w="85" w:type="dxa"/>
              <w:left w:w="100" w:type="dxa"/>
              <w:bottom w:w="85" w:type="dxa"/>
              <w:right w:w="100" w:type="dxa"/>
            </w:tcMar>
          </w:tcPr>
          <w:p w:rsidR="00964E8D" w:rsidRDefault="00FF3BAD">
            <w:r>
              <w:rPr>
                <w:sz w:val="24"/>
              </w:rPr>
              <w:t>- HS trả lời: Bác voi ngạc nhiên vì đã cứu thỏ con nhưng thỏ con không nói lời cảm ơn.</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Nêu câu hỏi gợi nhớ 10: Thỏ con hiểu ra điều gì?</w:t>
            </w:r>
          </w:p>
        </w:tc>
        <w:tc>
          <w:tcPr>
            <w:tcW w:w="4986" w:type="dxa"/>
            <w:shd w:val="clear" w:color="auto" w:fill="auto"/>
            <w:tcMar>
              <w:top w:w="85" w:type="dxa"/>
              <w:left w:w="100" w:type="dxa"/>
              <w:bottom w:w="85" w:type="dxa"/>
              <w:right w:w="100" w:type="dxa"/>
            </w:tcMar>
          </w:tcPr>
          <w:p w:rsidR="00964E8D" w:rsidRDefault="00FF3BAD">
            <w:r>
              <w:rPr>
                <w:sz w:val="24"/>
              </w:rPr>
              <w:t>- HS trả lời: Thỏ con hiểu rằng cần biết nói lời xin lỗi khi làm sai và nói lời cảm ơn khi được giúp đỡ.</w:t>
            </w:r>
          </w:p>
        </w:tc>
      </w:tr>
      <w:tr w:rsidR="00964E8D" w:rsidTr="00C709CF">
        <w:trPr>
          <w:jc w:val="center"/>
        </w:trPr>
        <w:tc>
          <w:tcPr>
            <w:tcW w:w="4986" w:type="dxa"/>
            <w:shd w:val="clear" w:color="auto" w:fill="auto"/>
          </w:tcPr>
          <w:p w:rsidR="00964E8D" w:rsidRDefault="00FF3BAD">
            <w:r>
              <w:rPr>
                <w:b/>
                <w:color w:val="FF0000"/>
                <w:sz w:val="25"/>
              </w:rPr>
              <w:t>Tích hợp - Kĩ năng sống</w:t>
            </w:r>
          </w:p>
        </w:tc>
        <w:tc>
          <w:tcPr>
            <w:tcW w:w="4986" w:type="dxa"/>
            <w:shd w:val="clear" w:color="auto" w:fill="auto"/>
          </w:tcPr>
          <w:p w:rsidR="00964E8D" w:rsidRDefault="00FF3BAD">
            <w:r>
              <w:rPr>
                <w:b/>
                <w:color w:val="FF0000"/>
                <w:sz w:val="25"/>
              </w:rPr>
              <w:t>Tích hợp - Kĩ năng sống</w:t>
            </w:r>
          </w:p>
        </w:tc>
      </w:tr>
      <w:tr w:rsidR="00964E8D" w:rsidTr="00C709CF">
        <w:trPr>
          <w:jc w:val="center"/>
        </w:trPr>
        <w:tc>
          <w:tcPr>
            <w:tcW w:w="4986" w:type="dxa"/>
            <w:shd w:val="clear" w:color="auto" w:fill="auto"/>
          </w:tcPr>
          <w:p w:rsidR="00964E8D" w:rsidRDefault="00FF3BAD">
            <w:r>
              <w:rPr>
                <w:color w:val="FF0000"/>
                <w:sz w:val="25"/>
              </w:rPr>
              <w:t>- Câu hỏi dẫn: “Khi làm sai hoặc được người khác giúp đỡ, thỏ con cần nói gì?”</w:t>
            </w:r>
          </w:p>
        </w:tc>
        <w:tc>
          <w:tcPr>
            <w:tcW w:w="4986" w:type="dxa"/>
            <w:shd w:val="clear" w:color="auto" w:fill="auto"/>
          </w:tcPr>
          <w:p w:rsidR="00964E8D" w:rsidRDefault="00FF3BAD">
            <w:r>
              <w:rPr>
                <w:color w:val="FF0000"/>
                <w:sz w:val="25"/>
              </w:rPr>
              <w:t>- HS trả lời: Khi làm sai, thỏ con cần nói xin lỗi; khi được giúp đỡ, cần nói cảm ơn.</w:t>
            </w:r>
          </w:p>
        </w:tc>
      </w:tr>
      <w:tr w:rsidR="00964E8D" w:rsidTr="00C709CF">
        <w:trPr>
          <w:jc w:val="center"/>
        </w:trPr>
        <w:tc>
          <w:tcPr>
            <w:tcW w:w="4986" w:type="dxa"/>
            <w:shd w:val="clear" w:color="auto" w:fill="auto"/>
          </w:tcPr>
          <w:p w:rsidR="00964E8D" w:rsidRDefault="00FF3BAD">
            <w:r>
              <w:rPr>
                <w:color w:val="FF0000"/>
                <w:sz w:val="25"/>
              </w:rPr>
              <w:t xml:space="preserve">- Diễn giải tích hợp: GV hướng dẫn HS nhận diện hai tình huống giao tiếp khác nhau: làm phiền hoặc gây lỗi thì xin lỗi; nhận sự giúp đỡ thì cảm ơn. Biết dùng đúng lời nói giúp các em lễ phép, </w:t>
            </w:r>
            <w:proofErr w:type="gramStart"/>
            <w:r>
              <w:rPr>
                <w:color w:val="FF0000"/>
                <w:sz w:val="25"/>
              </w:rPr>
              <w:t>an</w:t>
            </w:r>
            <w:proofErr w:type="gramEnd"/>
            <w:r>
              <w:rPr>
                <w:color w:val="FF0000"/>
                <w:sz w:val="25"/>
              </w:rPr>
              <w:t xml:space="preserve"> toàn và được mọi người yêu quý.</w:t>
            </w:r>
          </w:p>
        </w:tc>
        <w:tc>
          <w:tcPr>
            <w:tcW w:w="4986" w:type="dxa"/>
            <w:shd w:val="clear" w:color="auto" w:fill="auto"/>
          </w:tcPr>
          <w:p w:rsidR="00964E8D" w:rsidRDefault="00FF3BAD">
            <w:r>
              <w:rPr>
                <w:color w:val="FF0000"/>
                <w:sz w:val="25"/>
              </w:rPr>
              <w:t>- HS thực hiện: Thực hành nói xin lỗi và cảm ơn đúng tình huống.</w:t>
            </w:r>
          </w:p>
        </w:tc>
      </w:tr>
      <w:tr w:rsidR="00964E8D" w:rsidTr="00C709CF">
        <w:trPr>
          <w:jc w:val="center"/>
        </w:trPr>
        <w:tc>
          <w:tcPr>
            <w:tcW w:w="4986" w:type="dxa"/>
            <w:tcBorders>
              <w:bottom w:val="single" w:sz="4" w:space="0" w:color="auto"/>
            </w:tcBorders>
            <w:shd w:val="clear" w:color="auto" w:fill="auto"/>
          </w:tcPr>
          <w:p w:rsidR="00964E8D" w:rsidRDefault="00FF3BAD">
            <w:r>
              <w:rPr>
                <w:sz w:val="25"/>
              </w:rPr>
              <w:t>- Kết luận: Các em đã nghe, hiểu và kể lại được những sự việc chính trong câu chuyện theo tranh.</w:t>
            </w:r>
          </w:p>
        </w:tc>
        <w:tc>
          <w:tcPr>
            <w:tcW w:w="4986" w:type="dxa"/>
            <w:tcBorders>
              <w:bottom w:val="single" w:sz="4" w:space="0" w:color="auto"/>
            </w:tcBorders>
            <w:shd w:val="clear" w:color="auto" w:fill="auto"/>
          </w:tcPr>
          <w:p w:rsidR="00964E8D" w:rsidRDefault="00FF3BAD">
            <w:r>
              <w:rPr>
                <w:sz w:val="25"/>
              </w:rPr>
              <w:t>- HS nêu tên nhân vật, sự việc chính và kể lại phần truyện đã nhớ.</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line="252" w:lineRule="auto"/>
            </w:pPr>
            <w:r>
              <w:rPr>
                <w:b/>
                <w:sz w:val="25"/>
              </w:rPr>
              <w:t>4. HOẠT ĐỘNG LUYỆN TẬP - THỰC HÀNH</w:t>
            </w:r>
            <w:r>
              <w:rPr>
                <w:b/>
                <w:sz w:val="25"/>
              </w:rPr>
              <w:br/>
              <w:t>Mục tiêu: Kể lại từng đoạn hoặc toàn bộ câu chuyện theo tranh và câu hỏi gợi ý; Tích hợp: biết nói lời xin lỗi, cảm ơn và chịu trách nhiệm về hành vi của mình.</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000000"/>
                <w:sz w:val="25"/>
              </w:rPr>
              <w:t>Cách tiến hành:</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Tổ chức cho HS kể từng đoạn theo tranh trong nhóm; theo dõi và hỗ trợ cách diễn đạt.</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Kể từng đoạn trong nhóm dựa vào tranh và câu hỏi gợi ý.</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Mời HS kể nối tiếp từng đoạn hoặc kể toàn bộ câu chuyện trước lớp; nhận xét, tuyên dương.</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Kể chuyện trước lớp; lắng nghe và nhận xét bạn bằng lời lịch sự.</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5. HOẠT ĐỘNG VẬN DỤNG</w:t>
            </w:r>
            <w:r>
              <w:rPr>
                <w:b/>
                <w:color w:val="1F4E79"/>
                <w:sz w:val="25"/>
              </w:rPr>
              <w:br/>
              <w:t>Mục tiêu: Rút ra bài học từ câu chuyện; biết liên hệ hành vi phù hợp với bản thân.</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000000"/>
                <w:sz w:val="25"/>
              </w:rPr>
              <w:t>Cách tiến hành:</w:t>
            </w:r>
          </w:p>
        </w:tc>
      </w:tr>
      <w:tr w:rsidR="00964E8D" w:rsidTr="00C709CF">
        <w:trPr>
          <w:jc w:val="center"/>
        </w:trPr>
        <w:tc>
          <w:tcPr>
            <w:tcW w:w="4986" w:type="dxa"/>
            <w:tcBorders>
              <w:top w:val="single" w:sz="4" w:space="0" w:color="auto"/>
            </w:tcBorders>
            <w:shd w:val="clear" w:color="auto" w:fill="auto"/>
          </w:tcPr>
          <w:p w:rsidR="00964E8D" w:rsidRDefault="00FF3BAD">
            <w:r>
              <w:rPr>
                <w:b/>
                <w:color w:val="FF0000"/>
                <w:sz w:val="25"/>
              </w:rPr>
              <w:t>Tích hợp - Lý tưởng cách mạng, đạo đức, lối sống</w:t>
            </w:r>
          </w:p>
        </w:tc>
        <w:tc>
          <w:tcPr>
            <w:tcW w:w="4986" w:type="dxa"/>
            <w:tcBorders>
              <w:top w:val="single" w:sz="4" w:space="0" w:color="auto"/>
            </w:tcBorders>
            <w:shd w:val="clear" w:color="auto" w:fill="auto"/>
          </w:tcPr>
          <w:p w:rsidR="00964E8D" w:rsidRDefault="00FF3BAD">
            <w:r>
              <w:rPr>
                <w:b/>
                <w:color w:val="FF0000"/>
                <w:sz w:val="25"/>
              </w:rPr>
              <w:t>Tích hợp - Lý tưởng cách mạng, đạo đức, lối sống</w:t>
            </w:r>
          </w:p>
        </w:tc>
      </w:tr>
      <w:tr w:rsidR="00964E8D" w:rsidTr="00C709CF">
        <w:trPr>
          <w:jc w:val="center"/>
        </w:trPr>
        <w:tc>
          <w:tcPr>
            <w:tcW w:w="4986" w:type="dxa"/>
            <w:shd w:val="clear" w:color="auto" w:fill="auto"/>
          </w:tcPr>
          <w:p w:rsidR="00964E8D" w:rsidRDefault="00FF3BAD">
            <w:r>
              <w:rPr>
                <w:color w:val="FF0000"/>
                <w:sz w:val="25"/>
              </w:rPr>
              <w:t>- Câu hỏi dẫn: “Bài học đầu tiên của thỏ con nhắc em điều gì trong cách cư xử với mọi người?”</w:t>
            </w:r>
          </w:p>
        </w:tc>
        <w:tc>
          <w:tcPr>
            <w:tcW w:w="4986" w:type="dxa"/>
            <w:shd w:val="clear" w:color="auto" w:fill="auto"/>
          </w:tcPr>
          <w:p w:rsidR="00964E8D" w:rsidRDefault="00FF3BAD">
            <w:r>
              <w:rPr>
                <w:color w:val="FF0000"/>
                <w:sz w:val="25"/>
              </w:rPr>
              <w:t>- HS trả lời: Em cần nói xin lỗi khi làm sai, cảm ơn khi được giúp và sửa việc làm chưa đúng.</w:t>
            </w:r>
          </w:p>
        </w:tc>
      </w:tr>
      <w:tr w:rsidR="00964E8D" w:rsidTr="00C709CF">
        <w:trPr>
          <w:jc w:val="center"/>
        </w:trPr>
        <w:tc>
          <w:tcPr>
            <w:tcW w:w="4986" w:type="dxa"/>
            <w:tcBorders>
              <w:bottom w:val="single" w:sz="4" w:space="0" w:color="auto"/>
            </w:tcBorders>
            <w:shd w:val="clear" w:color="auto" w:fill="auto"/>
          </w:tcPr>
          <w:p w:rsidR="00964E8D" w:rsidRDefault="00FF3BAD">
            <w:r>
              <w:rPr>
                <w:color w:val="FF0000"/>
                <w:sz w:val="25"/>
              </w:rPr>
              <w:t>- Diễn giải tích hợp: Qua truyện Bài học đầu tiên của thỏ con, GV giáo dục HS biết nhận lỗi thật lòng, không đổ lỗi; biết cảm ơn người giúp đỡ và cố gắng sửa hành vi để trở thành người lịch sự, có trách nhiệm.</w:t>
            </w:r>
          </w:p>
        </w:tc>
        <w:tc>
          <w:tcPr>
            <w:tcW w:w="4986" w:type="dxa"/>
            <w:tcBorders>
              <w:bottom w:val="single" w:sz="4" w:space="0" w:color="auto"/>
            </w:tcBorders>
            <w:shd w:val="clear" w:color="auto" w:fill="auto"/>
          </w:tcPr>
          <w:p w:rsidR="00964E8D" w:rsidRDefault="00FF3BAD">
            <w:r>
              <w:rPr>
                <w:color w:val="FF0000"/>
                <w:sz w:val="25"/>
              </w:rPr>
              <w:t>- HS thực hiện: Nêu lời nói phù hợp trong một tình huống GV đưa ra.</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lastRenderedPageBreak/>
              <w:t>b. Củng cố - dặn dò</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Yêu cầu HS nêu tên câu chuyện Bài học đầu tiên của thỏ con và một bài học em nhớ nhất.</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Nêu tên câu chuyện và chia sẻ bài học rút ra.</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Nhận xét tiết học; khuyến khích HS kể lại câu chuyện cho người thân nghe.</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Lắng nghe; ghi nhớ và thực hành kể chuyện ở nhà.</w:t>
            </w:r>
          </w:p>
        </w:tc>
      </w:tr>
      <w:tr w:rsidR="00964E8D" w:rsidTr="00C709CF">
        <w:trPr>
          <w:jc w:val="center"/>
        </w:trPr>
        <w:tc>
          <w:tcPr>
            <w:tcW w:w="4986" w:type="dxa"/>
            <w:shd w:val="clear" w:color="auto" w:fill="auto"/>
          </w:tcPr>
          <w:p w:rsidR="00964E8D" w:rsidRDefault="00FF3BAD">
            <w:r>
              <w:rPr>
                <w:sz w:val="25"/>
              </w:rPr>
              <w:t>- Kết luận: Qua câu chuyện, các em rút ra bài học ứng xử phù hợp và biết vận dụng vào cuộc sống hằng ngày.</w:t>
            </w:r>
          </w:p>
        </w:tc>
        <w:tc>
          <w:tcPr>
            <w:tcW w:w="4986" w:type="dxa"/>
            <w:shd w:val="clear" w:color="auto" w:fill="auto"/>
          </w:tcPr>
          <w:p w:rsidR="00964E8D" w:rsidRDefault="00FF3BAD">
            <w:r>
              <w:rPr>
                <w:sz w:val="25"/>
              </w:rPr>
              <w:t>- HS nêu bài học và một việc em sẽ thực hiện.</w:t>
            </w:r>
          </w:p>
        </w:tc>
      </w:tr>
    </w:tbl>
    <w:p w:rsidR="00964E8D" w:rsidRDefault="00FF3BAD">
      <w:pPr>
        <w:keepNext/>
        <w:spacing w:before="80" w:after="40"/>
      </w:pPr>
      <w:r>
        <w:rPr>
          <w:b/>
          <w:sz w:val="26"/>
        </w:rPr>
        <w:t>IV. ĐIỀU CHỈNH SAU BÀI DẠY</w:t>
      </w:r>
    </w:p>
    <w:p w:rsidR="00964E8D" w:rsidRDefault="00FF3BAD">
      <w:pPr>
        <w:spacing w:after="40" w:line="250" w:lineRule="auto"/>
      </w:pPr>
      <w:r>
        <w:rPr>
          <w:sz w:val="26"/>
        </w:rPr>
        <w:t>..........................................................................................................................................................................................</w:t>
      </w:r>
    </w:p>
    <w:p w:rsidR="00964E8D" w:rsidRDefault="00FF3BAD">
      <w:pPr>
        <w:spacing w:after="40" w:line="250" w:lineRule="auto"/>
      </w:pPr>
      <w:r>
        <w:rPr>
          <w:sz w:val="26"/>
        </w:rPr>
        <w:t>..........................................................................................................................................................................................</w:t>
      </w:r>
    </w:p>
    <w:p w:rsidR="00964E8D" w:rsidRDefault="00964E8D">
      <w:pPr>
        <w:spacing w:after="20" w:line="250" w:lineRule="auto"/>
      </w:pPr>
    </w:p>
    <w:p w:rsidR="00964E8D" w:rsidRDefault="00FF3BAD">
      <w:pPr>
        <w:spacing w:before="40" w:after="60"/>
        <w:jc w:val="center"/>
      </w:pPr>
      <w:r>
        <w:rPr>
          <w:b/>
          <w:color w:val="1F4E79"/>
          <w:sz w:val="26"/>
        </w:rPr>
        <w:t>ÔN LUYỆN TUẦN 10 - TIẾT 1, 2</w:t>
      </w:r>
    </w:p>
    <w:p w:rsidR="00964E8D" w:rsidRDefault="00FF3BAD">
      <w:pPr>
        <w:keepNext/>
        <w:spacing w:before="80" w:after="40"/>
      </w:pPr>
      <w:r>
        <w:rPr>
          <w:b/>
          <w:sz w:val="26"/>
        </w:rPr>
        <w:t>I. YÊU CẦU CẦN ĐẠT</w:t>
      </w:r>
    </w:p>
    <w:p w:rsidR="00964E8D" w:rsidRDefault="00FF3BAD">
      <w:pPr>
        <w:keepNext/>
        <w:spacing w:before="80" w:after="40"/>
      </w:pPr>
      <w:r>
        <w:rPr>
          <w:b/>
          <w:sz w:val="26"/>
        </w:rPr>
        <w:t>1. Năng lực đặc thù</w:t>
      </w:r>
    </w:p>
    <w:p w:rsidR="00964E8D" w:rsidRDefault="00FF3BAD">
      <w:pPr>
        <w:spacing w:after="40" w:line="250" w:lineRule="auto"/>
        <w:ind w:left="340" w:hanging="255"/>
      </w:pPr>
      <w:proofErr w:type="gramStart"/>
      <w:r>
        <w:rPr>
          <w:sz w:val="26"/>
        </w:rPr>
        <w:t>- Đọc đúng các vần, tiếng, từ và câu/đoạn tiêu biểu đã học trong tuần.</w:t>
      </w:r>
      <w:proofErr w:type="gramEnd"/>
    </w:p>
    <w:p w:rsidR="00964E8D" w:rsidRDefault="00FF3BAD">
      <w:pPr>
        <w:spacing w:after="40" w:line="250" w:lineRule="auto"/>
        <w:ind w:left="340" w:hanging="255"/>
      </w:pPr>
      <w:r>
        <w:rPr>
          <w:sz w:val="26"/>
        </w:rPr>
        <w:t>- Viết đúng vần và nội dung ứng dụng; rèn thói quen trình bày sạch đẹp.</w:t>
      </w:r>
    </w:p>
    <w:p w:rsidR="00964E8D" w:rsidRDefault="00FF3BAD">
      <w:pPr>
        <w:spacing w:after="40" w:line="250" w:lineRule="auto"/>
        <w:ind w:left="340" w:hanging="255"/>
      </w:pPr>
      <w:r>
        <w:rPr>
          <w:sz w:val="26"/>
        </w:rPr>
        <w:t>- Vận dụng vần đã học để tìm tiếng mới và nói câu ngắn phù hợp.</w:t>
      </w:r>
    </w:p>
    <w:p w:rsidR="00964E8D" w:rsidRDefault="00FF3BAD">
      <w:pPr>
        <w:keepNext/>
        <w:spacing w:before="80" w:after="40"/>
      </w:pPr>
      <w:r>
        <w:rPr>
          <w:b/>
          <w:sz w:val="26"/>
        </w:rPr>
        <w:t xml:space="preserve">2. Năng lực </w:t>
      </w:r>
      <w:proofErr w:type="gramStart"/>
      <w:r>
        <w:rPr>
          <w:b/>
          <w:sz w:val="26"/>
        </w:rPr>
        <w:t>chung</w:t>
      </w:r>
      <w:proofErr w:type="gramEnd"/>
    </w:p>
    <w:p w:rsidR="00964E8D" w:rsidRDefault="00FF3BAD">
      <w:pPr>
        <w:spacing w:after="40" w:line="250" w:lineRule="auto"/>
        <w:ind w:left="340" w:hanging="255"/>
      </w:pPr>
      <w:r>
        <w:rPr>
          <w:sz w:val="26"/>
        </w:rPr>
        <w:t>- Tự chủ và tự học: Chủ động quan sát tranh, luyện đọc, luyện viết; biết kiểm tra và sửa lỗi khi được hướng dẫn.</w:t>
      </w:r>
    </w:p>
    <w:p w:rsidR="00964E8D" w:rsidRDefault="00FF3BAD">
      <w:pPr>
        <w:spacing w:after="40" w:line="250" w:lineRule="auto"/>
        <w:ind w:left="340" w:hanging="255"/>
      </w:pPr>
      <w:r>
        <w:rPr>
          <w:sz w:val="26"/>
        </w:rPr>
        <w:t>- Giao tiếp và hợp tác: Biết lắng nghe, trao đổi nhóm đôi/nhóm nhỏ; mạnh dạn trình bày và nhận xét bằng lời lịch sự.</w:t>
      </w:r>
    </w:p>
    <w:p w:rsidR="00964E8D" w:rsidRDefault="00FF3BAD">
      <w:pPr>
        <w:spacing w:after="40" w:line="250" w:lineRule="auto"/>
        <w:ind w:left="340" w:hanging="255"/>
      </w:pPr>
      <w:r>
        <w:rPr>
          <w:sz w:val="26"/>
        </w:rPr>
        <w:t xml:space="preserve">- Giải quyết vấn đề và sáng tạo: Vận dụng vần đã học để ghép tiếng, đọc câu và xử lí tình huống giao tiếp gần </w:t>
      </w:r>
      <w:proofErr w:type="gramStart"/>
      <w:r>
        <w:rPr>
          <w:sz w:val="26"/>
        </w:rPr>
        <w:t>gũi</w:t>
      </w:r>
      <w:proofErr w:type="gramEnd"/>
      <w:r>
        <w:rPr>
          <w:sz w:val="26"/>
        </w:rPr>
        <w:t>.</w:t>
      </w:r>
    </w:p>
    <w:p w:rsidR="00964E8D" w:rsidRDefault="00FF3BAD">
      <w:pPr>
        <w:keepNext/>
        <w:spacing w:before="80" w:after="40"/>
      </w:pPr>
      <w:r>
        <w:rPr>
          <w:b/>
          <w:sz w:val="26"/>
        </w:rPr>
        <w:t>3. Phẩm chất</w:t>
      </w:r>
    </w:p>
    <w:p w:rsidR="00964E8D" w:rsidRDefault="00FF3BAD">
      <w:pPr>
        <w:spacing w:after="40" w:line="250" w:lineRule="auto"/>
        <w:ind w:left="340" w:hanging="255"/>
      </w:pPr>
      <w:r>
        <w:rPr>
          <w:sz w:val="26"/>
        </w:rPr>
        <w:t>- Chăm chỉ: Tích cực luyện đọc, luyện viết; kiên trì hoàn thành nhiệm vụ học tập.</w:t>
      </w:r>
    </w:p>
    <w:p w:rsidR="00964E8D" w:rsidRDefault="00FF3BAD">
      <w:pPr>
        <w:spacing w:after="40" w:line="250" w:lineRule="auto"/>
        <w:ind w:left="340" w:hanging="255"/>
      </w:pPr>
      <w:r>
        <w:rPr>
          <w:sz w:val="26"/>
        </w:rPr>
        <w:t>- Trách nhiệm: Chuẩn bị đồ dùng; thực hiện nền nếp khi học cá nhân và hợp tác cùng bạn.</w:t>
      </w:r>
    </w:p>
    <w:p w:rsidR="00964E8D" w:rsidRDefault="00FF3BAD">
      <w:pPr>
        <w:spacing w:after="40" w:line="250" w:lineRule="auto"/>
        <w:ind w:left="340" w:hanging="255"/>
      </w:pPr>
      <w:r>
        <w:rPr>
          <w:sz w:val="26"/>
        </w:rPr>
        <w:t xml:space="preserve">- Nhân ái: Biết yêu quý người thân, bạn bè, quê hương và các sự vật gần </w:t>
      </w:r>
      <w:proofErr w:type="gramStart"/>
      <w:r>
        <w:rPr>
          <w:sz w:val="26"/>
        </w:rPr>
        <w:t>gũi</w:t>
      </w:r>
      <w:proofErr w:type="gramEnd"/>
      <w:r>
        <w:rPr>
          <w:sz w:val="26"/>
        </w:rPr>
        <w:t xml:space="preserve"> trong bài học.</w:t>
      </w:r>
    </w:p>
    <w:p w:rsidR="00964E8D" w:rsidRDefault="00FF3BAD">
      <w:pPr>
        <w:keepNext/>
        <w:spacing w:before="80" w:after="40"/>
      </w:pPr>
      <w:r>
        <w:rPr>
          <w:b/>
          <w:sz w:val="26"/>
        </w:rPr>
        <w:t>II. ĐỒ DÙNG DẠY HỌC</w:t>
      </w:r>
    </w:p>
    <w:p w:rsidR="00964E8D" w:rsidRDefault="00FF3BAD">
      <w:pPr>
        <w:spacing w:after="40" w:line="250" w:lineRule="auto"/>
        <w:ind w:left="340" w:hanging="255"/>
      </w:pPr>
      <w:r>
        <w:rPr>
          <w:sz w:val="26"/>
        </w:rPr>
        <w:t>- Giáo viên: SGK Tiếng Việt 1 - Tập một; hình SGK đã cắt đúng nội dung hoạt động tại trang 112 - 113; thẻ vần/chữ mẫu ac, ăc, âc, oc, ôc, uc, ưc, at, ăt, ât, ot, ôt, ơt; bảng phụ, máy chiếu (nếu có).</w:t>
      </w:r>
    </w:p>
    <w:p w:rsidR="00964E8D" w:rsidRDefault="00FF3BAD">
      <w:pPr>
        <w:spacing w:after="40" w:line="250" w:lineRule="auto"/>
        <w:ind w:left="340" w:hanging="255"/>
      </w:pPr>
      <w:r>
        <w:rPr>
          <w:sz w:val="26"/>
        </w:rPr>
        <w:t>- Học sinh: SGK, vở Tập viết, bảng con, bộ chữ học vần và đồ dùng học tập cá nhân.</w:t>
      </w:r>
    </w:p>
    <w:p w:rsidR="00964E8D" w:rsidRDefault="00FF3BAD">
      <w:pPr>
        <w:keepNext/>
        <w:spacing w:before="80" w:after="40"/>
      </w:pPr>
      <w:r>
        <w:rPr>
          <w:b/>
          <w:sz w:val="26"/>
        </w:rPr>
        <w:lastRenderedPageBreak/>
        <w:t>III.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986"/>
        <w:gridCol w:w="4986"/>
      </w:tblGrid>
      <w:tr w:rsidR="00964E8D" w:rsidTr="00C709CF">
        <w:trPr>
          <w:cantSplit/>
          <w:tblHeader/>
          <w:jc w:val="center"/>
        </w:trPr>
        <w:tc>
          <w:tcPr>
            <w:tcW w:w="4592"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jc w:val="center"/>
            </w:pPr>
            <w:r>
              <w:rPr>
                <w:b/>
                <w:color w:val="000000"/>
                <w:sz w:val="26"/>
              </w:rPr>
              <w:t>HOẠT ĐỘNG CỦA GIÁO VIÊN</w:t>
            </w:r>
          </w:p>
        </w:tc>
        <w:tc>
          <w:tcPr>
            <w:tcW w:w="4592"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jc w:val="center"/>
            </w:pPr>
            <w:r>
              <w:rPr>
                <w:b/>
                <w:color w:val="000000"/>
                <w:sz w:val="26"/>
              </w:rPr>
              <w:t>HOẠT ĐỘNG CỦA HỌC SINH</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1. HOẠT ĐỘNG MỞ ĐẦU (KHỞI ĐỘNG</w:t>
            </w:r>
            <w:proofErr w:type="gramStart"/>
            <w:r>
              <w:rPr>
                <w:b/>
                <w:color w:val="1F4E79"/>
                <w:sz w:val="25"/>
              </w:rPr>
              <w:t>)</w:t>
            </w:r>
            <w:proofErr w:type="gramEnd"/>
            <w:r>
              <w:rPr>
                <w:b/>
                <w:color w:val="1F4E79"/>
                <w:sz w:val="25"/>
              </w:rPr>
              <w:br/>
              <w:t>Mục tiêu: Tạo tâm thế vui vẻ và gợi nhớ kiến thức đã học trong tuần.</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000000"/>
                <w:sz w:val="25"/>
              </w:rPr>
              <w:t>Cách tiến hành:</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Tổ chức hát/vận động hoặc trò chơi ngắn có tiếng chứa các vần đã học.</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Tham gia hoạt động khởi động; phát hiện tiếng có vần đã học.</w:t>
            </w:r>
          </w:p>
        </w:tc>
      </w:tr>
      <w:tr w:rsidR="00964E8D" w:rsidTr="00C709CF">
        <w:trPr>
          <w:jc w:val="center"/>
        </w:trPr>
        <w:tc>
          <w:tcPr>
            <w:tcW w:w="4986" w:type="dxa"/>
            <w:tcBorders>
              <w:bottom w:val="single" w:sz="4" w:space="0" w:color="auto"/>
            </w:tcBorders>
            <w:shd w:val="clear" w:color="auto" w:fill="auto"/>
          </w:tcPr>
          <w:p w:rsidR="00964E8D" w:rsidRDefault="00FF3BAD">
            <w:r>
              <w:rPr>
                <w:sz w:val="25"/>
              </w:rPr>
              <w:t>- Kết luận - Giới thiệu bài: “Hôm nay, cô và các em cùng luyện đọc, luyện viết nội dung bài học để đọc đúng hơn và viết đẹp hơn.”</w:t>
            </w:r>
          </w:p>
        </w:tc>
        <w:tc>
          <w:tcPr>
            <w:tcW w:w="4986" w:type="dxa"/>
            <w:tcBorders>
              <w:bottom w:val="single" w:sz="4" w:space="0" w:color="auto"/>
            </w:tcBorders>
            <w:shd w:val="clear" w:color="auto" w:fill="auto"/>
          </w:tcPr>
          <w:p w:rsidR="00964E8D" w:rsidRDefault="00FF3BAD">
            <w:r>
              <w:rPr>
                <w:sz w:val="25"/>
              </w:rPr>
              <w:t>- HS lắng nghe, nhắc lại tên/nội dung bài học và sẵn sàng thực hiện nhiệm vụ.</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2. HOẠT ĐỘNG LUYỆN TẬP - THỰC HÀNH</w:t>
            </w:r>
            <w:r>
              <w:rPr>
                <w:b/>
                <w:color w:val="1F4E79"/>
                <w:sz w:val="25"/>
              </w:rPr>
              <w:br/>
              <w:t>Mục tiêu: Củng cố cách đọc vần, tiếng, từ, câu/đoạn và kĩ năng viết.</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000000"/>
                <w:sz w:val="25"/>
              </w:rPr>
              <w:t>Cách tiến hành:</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a. Ôn đọc</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rsidP="00C709CF">
            <w:pPr>
              <w:spacing w:after="20" w:line="252" w:lineRule="auto"/>
            </w:pPr>
            <w:r>
              <w:rPr>
                <w:color w:val="000000"/>
                <w:sz w:val="25"/>
              </w:rPr>
              <w:t>- Ghi hoặc trình chiếu các vần đã học trong tuần; yêu cầu HS đọc cá nhân, nhóm, lớp.</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các vần theo cá nhân, nhóm và đồng thanh.</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Đưa tiếng, từ ngữ và câu/đoạn luyện đọc; sửa lỗi phát âm, ngắt nghỉ cho HS.</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tiếng, từ và câu/đoạn; sửa lỗi theo hướng dẫn.</w:t>
            </w:r>
          </w:p>
        </w:tc>
      </w:tr>
      <w:tr w:rsidR="00964E8D" w:rsidTr="00C709CF">
        <w:trPr>
          <w:cantSplit/>
          <w:jc w:val="center"/>
        </w:trPr>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Tổ chức nhóm đôi kiểm tra đọc cho nhau và báo cáo kết quả luyện đọc.</w:t>
            </w:r>
          </w:p>
        </w:tc>
        <w:tc>
          <w:tcPr>
            <w:tcW w:w="4986" w:type="dxa"/>
            <w:tcBorders>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Đọc cho bạn nghe; nhận xét lịch sự và báo cáo kết quả.</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b. Ôn viết</w:t>
            </w:r>
          </w:p>
        </w:tc>
      </w:tr>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rsidP="00C709CF">
            <w:pPr>
              <w:spacing w:after="20" w:line="252" w:lineRule="auto"/>
            </w:pPr>
            <w:r>
              <w:rPr>
                <w:color w:val="000000"/>
                <w:sz w:val="25"/>
              </w:rPr>
              <w:t>- Đưa mẫu viết; nhắc cách nối nét, đặt dấu và khoảng cách giữa các tiếng.</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mẫu; nhắc lại điểm cần lưu ý khi viết.</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Yêu cầu HS viết vào vở ô li; quan sát, hỗ trợ và sửa lỗi trực tiếp.</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Viết bài vào vở ô li; tự soát và sửa chữ viết.</w:t>
            </w:r>
          </w:p>
        </w:tc>
      </w:tr>
      <w:tr w:rsidR="00964E8D" w:rsidTr="00C709CF">
        <w:trPr>
          <w:jc w:val="center"/>
        </w:trPr>
        <w:tc>
          <w:tcPr>
            <w:tcW w:w="4986" w:type="dxa"/>
            <w:tcBorders>
              <w:bottom w:val="single" w:sz="4" w:space="0" w:color="auto"/>
            </w:tcBorders>
            <w:shd w:val="clear" w:color="auto" w:fill="auto"/>
          </w:tcPr>
          <w:p w:rsidR="00964E8D" w:rsidRDefault="00FF3BAD">
            <w:r>
              <w:rPr>
                <w:sz w:val="25"/>
              </w:rPr>
              <w:t>- Kết luận: Các em đã nhận biết và luyện đọc đúng nội dung bài học; biết đọc/ghép tiếng, từ ngữ theo quy trình đã học.</w:t>
            </w:r>
          </w:p>
        </w:tc>
        <w:tc>
          <w:tcPr>
            <w:tcW w:w="4986" w:type="dxa"/>
            <w:tcBorders>
              <w:bottom w:val="single" w:sz="4" w:space="0" w:color="auto"/>
            </w:tcBorders>
            <w:shd w:val="clear" w:color="auto" w:fill="auto"/>
          </w:tcPr>
          <w:p w:rsidR="00964E8D" w:rsidRDefault="00FF3BAD">
            <w:r>
              <w:rPr>
                <w:sz w:val="25"/>
              </w:rPr>
              <w:t>- HS nhắc lại nội dung vừa học và đọc lại một số tiếng, từ ngữ tiêu biểu.</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b/>
                <w:color w:val="1F4E79"/>
                <w:sz w:val="25"/>
              </w:rPr>
              <w:t>3. HOẠT ĐỘNG VẬN DỤNG</w:t>
            </w:r>
            <w:r>
              <w:rPr>
                <w:b/>
                <w:color w:val="1F4E79"/>
                <w:sz w:val="25"/>
              </w:rPr>
              <w:br/>
              <w:t>Mục tiêu: Vận dụng tiếng, từ đã học trong giao tiếp gần gũi và tự đánh giá kết quả học tập.</w:t>
            </w:r>
          </w:p>
        </w:tc>
      </w:tr>
      <w:tr w:rsidR="00964E8D" w:rsidTr="00C709CF">
        <w:trPr>
          <w:cantSplit/>
          <w:jc w:val="center"/>
        </w:trPr>
        <w:tc>
          <w:tcPr>
            <w:tcW w:w="9972" w:type="dxa"/>
            <w:gridSpan w:val="2"/>
            <w:tcBorders>
              <w:top w:val="single" w:sz="4" w:space="0" w:color="auto"/>
              <w:bottom w:val="single" w:sz="4" w:space="0" w:color="auto"/>
            </w:tcBorders>
            <w:shd w:val="clear" w:color="auto" w:fill="auto"/>
            <w:tcMar>
              <w:top w:w="85" w:type="dxa"/>
              <w:left w:w="100" w:type="dxa"/>
              <w:bottom w:w="85" w:type="dxa"/>
              <w:right w:w="100" w:type="dxa"/>
            </w:tcMar>
          </w:tcPr>
          <w:p w:rsidR="00964E8D" w:rsidRDefault="00FF3BAD">
            <w:pPr>
              <w:spacing w:after="20" w:line="252" w:lineRule="auto"/>
            </w:pPr>
            <w:bookmarkStart w:id="0" w:name="_GoBack"/>
            <w:r>
              <w:rPr>
                <w:b/>
                <w:color w:val="000000"/>
                <w:sz w:val="25"/>
              </w:rPr>
              <w:t>Cách tiến hành:</w:t>
            </w:r>
          </w:p>
        </w:tc>
      </w:tr>
      <w:bookmarkEnd w:id="0"/>
      <w:tr w:rsidR="00964E8D" w:rsidTr="00C709CF">
        <w:trPr>
          <w:cantSplit/>
          <w:jc w:val="center"/>
        </w:trPr>
        <w:tc>
          <w:tcPr>
            <w:tcW w:w="4986" w:type="dxa"/>
            <w:tcBorders>
              <w:top w:val="single" w:sz="4" w:space="0" w:color="auto"/>
            </w:tcBorders>
            <w:shd w:val="clear" w:color="auto" w:fill="auto"/>
            <w:tcMar>
              <w:top w:w="85" w:type="dxa"/>
              <w:left w:w="100" w:type="dxa"/>
              <w:bottom w:w="85" w:type="dxa"/>
              <w:right w:w="100" w:type="dxa"/>
            </w:tcMar>
          </w:tcPr>
          <w:p w:rsidR="00964E8D" w:rsidRDefault="00FF3BAD" w:rsidP="00C709CF">
            <w:pPr>
              <w:spacing w:after="20" w:line="252" w:lineRule="auto"/>
            </w:pPr>
            <w:r>
              <w:rPr>
                <w:color w:val="000000"/>
                <w:sz w:val="25"/>
              </w:rPr>
              <w:t>- Nêu tình huống giao tiếp hoặc tranh gợi ý; yêu cầu HS nói câu có từ chứa vần đã học.</w:t>
            </w:r>
          </w:p>
        </w:tc>
        <w:tc>
          <w:tcPr>
            <w:tcW w:w="4986" w:type="dxa"/>
            <w:tcBorders>
              <w:top w:val="single" w:sz="4" w:space="0" w:color="auto"/>
            </w:tcBorders>
            <w:shd w:val="clear" w:color="auto" w:fill="auto"/>
            <w:tcMar>
              <w:top w:w="85" w:type="dxa"/>
              <w:left w:w="100" w:type="dxa"/>
              <w:bottom w:w="85" w:type="dxa"/>
              <w:right w:w="100" w:type="dxa"/>
            </w:tcMar>
          </w:tcPr>
          <w:p w:rsidR="00964E8D" w:rsidRDefault="00FF3BAD">
            <w:pPr>
              <w:spacing w:after="20" w:line="252" w:lineRule="auto"/>
            </w:pPr>
            <w:r>
              <w:rPr>
                <w:color w:val="000000"/>
                <w:sz w:val="25"/>
              </w:rPr>
              <w:t>- Quan sát tình huống; nói câu phù hợp và lắng nghe bạn.</w:t>
            </w:r>
          </w:p>
        </w:tc>
      </w:tr>
      <w:tr w:rsidR="00964E8D" w:rsidTr="00C709CF">
        <w:trPr>
          <w:cantSplit/>
          <w:jc w:val="center"/>
        </w:trPr>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lastRenderedPageBreak/>
              <w:t>- Nhận xét việc đọc, viết, nói của HS; giao nhiệm vụ luyện tập ở nhà.</w:t>
            </w:r>
          </w:p>
        </w:tc>
        <w:tc>
          <w:tcPr>
            <w:tcW w:w="4986" w:type="dxa"/>
            <w:shd w:val="clear" w:color="auto" w:fill="auto"/>
            <w:tcMar>
              <w:top w:w="85" w:type="dxa"/>
              <w:left w:w="100" w:type="dxa"/>
              <w:bottom w:w="85" w:type="dxa"/>
              <w:right w:w="100" w:type="dxa"/>
            </w:tcMar>
          </w:tcPr>
          <w:p w:rsidR="00964E8D" w:rsidRDefault="00FF3BAD">
            <w:pPr>
              <w:spacing w:after="20" w:line="252" w:lineRule="auto"/>
            </w:pPr>
            <w:r>
              <w:rPr>
                <w:color w:val="000000"/>
                <w:sz w:val="25"/>
              </w:rPr>
              <w:t>- Lắng nghe nhận xét; thực hiện nhiệm vụ luyện tập ở nhà.</w:t>
            </w:r>
          </w:p>
        </w:tc>
      </w:tr>
      <w:tr w:rsidR="00964E8D" w:rsidTr="00C709CF">
        <w:trPr>
          <w:jc w:val="center"/>
        </w:trPr>
        <w:tc>
          <w:tcPr>
            <w:tcW w:w="4986" w:type="dxa"/>
            <w:shd w:val="clear" w:color="auto" w:fill="auto"/>
          </w:tcPr>
          <w:p w:rsidR="00964E8D" w:rsidRDefault="00FF3BAD">
            <w:r>
              <w:rPr>
                <w:sz w:val="25"/>
              </w:rPr>
              <w:t>- Kết luận: Các em đã luyện tập đọc, viết nội dung bài học và hoàn thành nhiệm vụ thực hành theo hướng dẫn.</w:t>
            </w:r>
          </w:p>
        </w:tc>
        <w:tc>
          <w:tcPr>
            <w:tcW w:w="4986" w:type="dxa"/>
            <w:shd w:val="clear" w:color="auto" w:fill="auto"/>
          </w:tcPr>
          <w:p w:rsidR="00964E8D" w:rsidRDefault="00FF3BAD">
            <w:r>
              <w:rPr>
                <w:sz w:val="25"/>
              </w:rPr>
              <w:t>- HS tự nhận xét phần luyện đọc, luyện viết và sửa lỗi nếu còn sai.</w:t>
            </w:r>
          </w:p>
        </w:tc>
      </w:tr>
    </w:tbl>
    <w:p w:rsidR="00964E8D" w:rsidRDefault="00FF3BAD">
      <w:pPr>
        <w:keepNext/>
        <w:spacing w:before="80" w:after="40"/>
      </w:pPr>
      <w:r>
        <w:rPr>
          <w:b/>
          <w:sz w:val="26"/>
        </w:rPr>
        <w:t>IV. ĐIỀU CHỈNH SAU BÀI DẠY</w:t>
      </w:r>
    </w:p>
    <w:p w:rsidR="00964E8D" w:rsidRDefault="00FF3BAD">
      <w:pPr>
        <w:spacing w:after="40" w:line="250" w:lineRule="auto"/>
      </w:pPr>
      <w:r>
        <w:rPr>
          <w:sz w:val="26"/>
        </w:rPr>
        <w:t>..........................................................................................................................................................................................</w:t>
      </w:r>
    </w:p>
    <w:p w:rsidR="00964E8D" w:rsidRDefault="00FF3BAD">
      <w:pPr>
        <w:spacing w:after="40" w:line="250" w:lineRule="auto"/>
      </w:pPr>
      <w:r>
        <w:rPr>
          <w:sz w:val="26"/>
        </w:rPr>
        <w:t>..........................................................................................................................................................................................</w:t>
      </w:r>
    </w:p>
    <w:sectPr w:rsidR="00964E8D" w:rsidSect="00034616">
      <w:footerReference w:type="default" r:id="rId9"/>
      <w:pgSz w:w="12240" w:h="15840"/>
      <w:pgMar w:top="1020" w:right="1134" w:bottom="1020" w:left="1134" w:header="720" w:footer="3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144" w:rsidRDefault="001D5144">
      <w:pPr>
        <w:spacing w:after="0" w:line="240" w:lineRule="auto"/>
      </w:pPr>
      <w:r>
        <w:separator/>
      </w:r>
    </w:p>
  </w:endnote>
  <w:endnote w:type="continuationSeparator" w:id="0">
    <w:p w:rsidR="001D5144" w:rsidRDefault="001D5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E8D" w:rsidRDefault="00FF3BAD">
    <w:pPr>
      <w:pStyle w:val="Footer"/>
      <w:jc w:val="center"/>
    </w:pPr>
    <w:r>
      <w:rPr>
        <w:i/>
        <w:sz w:val="19"/>
      </w:rPr>
      <w:t xml:space="preserve">Kế hoạch bài dạy Tiếng Việt 1 - Kết nối tri thức | Trang </w:t>
    </w:r>
    <w:r>
      <w:rPr>
        <w:i/>
        <w:sz w:val="19"/>
      </w:rPr>
      <w:fldChar w:fldCharType="begin"/>
    </w:r>
    <w:r>
      <w:rPr>
        <w:i/>
        <w:sz w:val="19"/>
      </w:rPr>
      <w:instrText>PAGE</w:instrText>
    </w:r>
    <w:r>
      <w:rPr>
        <w:i/>
        <w:sz w:val="19"/>
      </w:rPr>
      <w:fldChar w:fldCharType="separate"/>
    </w:r>
    <w:r w:rsidR="00C709CF">
      <w:rPr>
        <w:i/>
        <w:noProof/>
        <w:sz w:val="19"/>
      </w:rPr>
      <w:t>18</w:t>
    </w:r>
    <w:r>
      <w:rPr>
        <w:i/>
        <w:sz w:val="19"/>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144" w:rsidRDefault="001D5144">
      <w:pPr>
        <w:spacing w:after="0" w:line="240" w:lineRule="auto"/>
      </w:pPr>
      <w:r>
        <w:separator/>
      </w:r>
    </w:p>
  </w:footnote>
  <w:footnote w:type="continuationSeparator" w:id="0">
    <w:p w:rsidR="001D5144" w:rsidRDefault="001D51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D5144"/>
    <w:rsid w:val="0029639D"/>
    <w:rsid w:val="00326F90"/>
    <w:rsid w:val="00964E8D"/>
    <w:rsid w:val="00AA1D8D"/>
    <w:rsid w:val="00B0447D"/>
    <w:rsid w:val="00B47730"/>
    <w:rsid w:val="00C709CF"/>
    <w:rsid w:val="00CB0664"/>
    <w:rsid w:val="00FC693F"/>
    <w:rsid w:val="00FF3B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cs="Times New Roman"/>
      <w:sz w:val="2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C709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09C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cs="Times New Roman"/>
      <w:sz w:val="2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C709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09C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BC3AE-FBB5-4FFA-B56F-3075363FD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27</Pages>
  <Words>7809</Words>
  <Characters>44514</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KHBD Tiếng Việt 1 KNTT Tuần 11 - CV2345 kết hợp quy trình SGV</vt:lpstr>
    </vt:vector>
  </TitlesOfParts>
  <Manager/>
  <Company/>
  <LinksUpToDate>false</LinksUpToDate>
  <CharactersWithSpaces>52219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KHBD Tiếng Việt 1 KNTT Tuần 11 - CV2345 kết hợp quy trình SGV</dc:title>
  <dc:subject>Giữ nguyên các mục; phần III trình bày theo CV2345, hai cột GV-HS chi tiết</dc:subject>
  <dc:creator>baotran</dc:creator>
  <cp:keywords/>
  <dc:description>generated by python-docx</dc:description>
  <cp:lastModifiedBy>Iamp Iamp</cp:lastModifiedBy>
  <cp:revision>3</cp:revision>
  <dcterms:created xsi:type="dcterms:W3CDTF">2026-06-03T07:38:00Z</dcterms:created>
  <dcterms:modified xsi:type="dcterms:W3CDTF">2026-08-18T10:49:00Z</dcterms:modified>
  <cp:category/>
</cp:coreProperties>
</file>