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27012" w14:textId="77777777" w:rsidR="002575E4" w:rsidRDefault="00DF730A" w:rsidP="00172E1F">
      <w:pPr>
        <w:shd w:val="clear" w:color="auto" w:fill="FFFFFF" w:themeFill="background1"/>
        <w:jc w:val="center"/>
      </w:pPr>
      <w:r>
        <w:rPr>
          <w:b/>
        </w:rPr>
        <w:t>KẾ HOẠCH BÀI DẠY MÔN TIẾNG VIỆT LỚP 2 - TUẦN 30</w:t>
      </w:r>
    </w:p>
    <w:p w14:paraId="261217F7" w14:textId="77777777" w:rsidR="002575E4" w:rsidRDefault="00DF730A" w:rsidP="00172E1F">
      <w:pPr>
        <w:shd w:val="clear" w:color="auto" w:fill="FFFFFF" w:themeFill="background1"/>
        <w:jc w:val="center"/>
      </w:pPr>
      <w:r>
        <w:rPr>
          <w:b/>
        </w:rPr>
        <w:t>CHỦ ĐỀ: CON NGƯỜI VIỆT NAM</w:t>
      </w:r>
    </w:p>
    <w:p w14:paraId="1F2E25C4" w14:textId="77777777" w:rsidR="002575E4" w:rsidRPr="00DF730A" w:rsidRDefault="00DF730A" w:rsidP="00172E1F">
      <w:pPr>
        <w:shd w:val="clear" w:color="auto" w:fill="FFFFFF" w:themeFill="background1"/>
        <w:jc w:val="center"/>
        <w:rPr>
          <w:lang w:val="fr-FR"/>
        </w:rPr>
      </w:pPr>
      <w:r w:rsidRPr="00DF730A">
        <w:rPr>
          <w:b/>
          <w:lang w:val="fr-FR"/>
        </w:rPr>
        <w:t>BÀI 21: MAI AN TIÊM</w:t>
      </w:r>
    </w:p>
    <w:p w14:paraId="486B8B2C" w14:textId="77777777" w:rsidR="002575E4" w:rsidRPr="00DF730A" w:rsidRDefault="00DF730A" w:rsidP="00172E1F">
      <w:pPr>
        <w:shd w:val="clear" w:color="auto" w:fill="FFFFFF" w:themeFill="background1"/>
        <w:jc w:val="center"/>
        <w:rPr>
          <w:lang w:val="fr-FR"/>
        </w:rPr>
      </w:pPr>
      <w:r w:rsidRPr="00DF730A">
        <w:rPr>
          <w:b/>
          <w:lang w:val="fr-FR"/>
        </w:rPr>
        <w:t>TIẾT 1 - 2: ĐỌC - MAI AN TIÊM</w:t>
      </w:r>
    </w:p>
    <w:p w14:paraId="60C6EEF3" w14:textId="77777777" w:rsidR="002575E4" w:rsidRPr="00DF730A" w:rsidRDefault="00DF730A" w:rsidP="00172E1F">
      <w:pPr>
        <w:shd w:val="clear" w:color="auto" w:fill="FFFFFF" w:themeFill="background1"/>
        <w:rPr>
          <w:lang w:val="fr-FR"/>
        </w:rPr>
      </w:pPr>
      <w:r w:rsidRPr="00DF730A">
        <w:rPr>
          <w:b/>
          <w:lang w:val="fr-FR"/>
        </w:rPr>
        <w:t>I. YÊU CẦU CẦN ĐẠT</w:t>
      </w:r>
    </w:p>
    <w:p w14:paraId="4AC9C38F" w14:textId="77777777" w:rsidR="002575E4" w:rsidRPr="00DF730A" w:rsidRDefault="00DF730A" w:rsidP="00172E1F">
      <w:pPr>
        <w:shd w:val="clear" w:color="auto" w:fill="FFFFFF" w:themeFill="background1"/>
        <w:rPr>
          <w:lang w:val="fr-FR"/>
        </w:rPr>
      </w:pPr>
      <w:r w:rsidRPr="00DF730A">
        <w:rPr>
          <w:b/>
          <w:lang w:val="fr-FR"/>
        </w:rPr>
        <w:t>1. Năng lực đặc thù</w:t>
      </w:r>
    </w:p>
    <w:p w14:paraId="39601247" w14:textId="77777777" w:rsidR="002575E4" w:rsidRPr="00DF730A" w:rsidRDefault="00DF730A" w:rsidP="00172E1F">
      <w:pPr>
        <w:shd w:val="clear" w:color="auto" w:fill="FFFFFF" w:themeFill="background1"/>
        <w:jc w:val="both"/>
        <w:rPr>
          <w:lang w:val="fr-FR"/>
        </w:rPr>
      </w:pPr>
      <w:r w:rsidRPr="00DF730A">
        <w:rPr>
          <w:lang w:val="fr-FR"/>
        </w:rPr>
        <w:t>- Đọc đúng, rõ ràng văn bản truyện Mai An Tiêm; biết ngắt nghỉ hơi ở chỗ có dấu câu; bước đầu đọc với giọng kể phù hợp.</w:t>
      </w:r>
    </w:p>
    <w:p w14:paraId="35A9F2A7" w14:textId="77777777" w:rsidR="002575E4" w:rsidRPr="00DF730A" w:rsidRDefault="00DF730A" w:rsidP="00172E1F">
      <w:pPr>
        <w:shd w:val="clear" w:color="auto" w:fill="FFFFFF" w:themeFill="background1"/>
        <w:jc w:val="both"/>
        <w:rPr>
          <w:lang w:val="fr-FR"/>
        </w:rPr>
      </w:pPr>
      <w:r w:rsidRPr="00DF730A">
        <w:rPr>
          <w:lang w:val="fr-FR"/>
        </w:rPr>
        <w:t>- Hiểu nội dung câu chuyện: Mai An Tiêm là người chăm chỉ, tự lực, biết lao động để vượt qua khó khăn; nhận biết nguồn gốc quả dưa hấu theo truyện cổ Việt Nam.</w:t>
      </w:r>
    </w:p>
    <w:p w14:paraId="53CEC7BC" w14:textId="77777777" w:rsidR="002575E4" w:rsidRPr="00DF730A" w:rsidRDefault="00DF730A" w:rsidP="00172E1F">
      <w:pPr>
        <w:shd w:val="clear" w:color="auto" w:fill="FFFFFF" w:themeFill="background1"/>
        <w:jc w:val="both"/>
        <w:rPr>
          <w:lang w:val="fr-FR"/>
        </w:rPr>
      </w:pPr>
      <w:r w:rsidRPr="00DF730A">
        <w:rPr>
          <w:lang w:val="fr-FR"/>
        </w:rPr>
        <w:t>- Trả lời được các câu hỏi đọc hiểu; tìm được từ ngữ chỉ hoạt động trong đoạn văn; đặt được câu với từ ngữ vừa tìm được.</w:t>
      </w:r>
    </w:p>
    <w:p w14:paraId="3ED153AF" w14:textId="77777777" w:rsidR="002575E4" w:rsidRPr="00DF730A" w:rsidRDefault="00DF730A" w:rsidP="00172E1F">
      <w:pPr>
        <w:shd w:val="clear" w:color="auto" w:fill="FFFFFF" w:themeFill="background1"/>
        <w:rPr>
          <w:lang w:val="fr-FR"/>
        </w:rPr>
      </w:pPr>
      <w:r w:rsidRPr="00DF730A">
        <w:rPr>
          <w:b/>
          <w:lang w:val="fr-FR"/>
        </w:rPr>
        <w:t>2. Năng lực chung</w:t>
      </w:r>
    </w:p>
    <w:p w14:paraId="7F8438FC" w14:textId="77777777" w:rsidR="002575E4" w:rsidRPr="00DF730A" w:rsidRDefault="00DF730A" w:rsidP="00172E1F">
      <w:pPr>
        <w:shd w:val="clear" w:color="auto" w:fill="FFFFFF" w:themeFill="background1"/>
        <w:jc w:val="both"/>
        <w:rPr>
          <w:lang w:val="fr-FR"/>
        </w:rPr>
      </w:pPr>
      <w:r w:rsidRPr="00DF730A">
        <w:rPr>
          <w:lang w:val="fr-FR"/>
        </w:rPr>
        <w:t>- Tự chủ và tự học: Chủ động đọc thầm, tìm chi tiết trong văn bản, tự điều chỉnh cách đọc.</w:t>
      </w:r>
    </w:p>
    <w:p w14:paraId="0E8B28A4" w14:textId="77777777" w:rsidR="002575E4" w:rsidRPr="00DF730A" w:rsidRDefault="00DF730A" w:rsidP="00172E1F">
      <w:pPr>
        <w:shd w:val="clear" w:color="auto" w:fill="FFFFFF" w:themeFill="background1"/>
        <w:jc w:val="both"/>
        <w:rPr>
          <w:lang w:val="fr-FR"/>
        </w:rPr>
      </w:pPr>
      <w:r w:rsidRPr="00DF730A">
        <w:rPr>
          <w:lang w:val="fr-FR"/>
        </w:rPr>
        <w:t>- Giao tiếp và hợp tác: Biết trao đổi nhóm đôi, nhóm bốn; lắng nghe và bổ sung ý kiến cho bạn.</w:t>
      </w:r>
    </w:p>
    <w:p w14:paraId="0BA2D042" w14:textId="77777777" w:rsidR="002575E4" w:rsidRPr="00DF730A" w:rsidRDefault="00DF730A" w:rsidP="00172E1F">
      <w:pPr>
        <w:shd w:val="clear" w:color="auto" w:fill="FFFFFF" w:themeFill="background1"/>
        <w:jc w:val="both"/>
        <w:rPr>
          <w:lang w:val="fr-FR"/>
        </w:rPr>
      </w:pPr>
      <w:r w:rsidRPr="00DF730A">
        <w:rPr>
          <w:lang w:val="fr-FR"/>
        </w:rPr>
        <w:t>- Giải quyết vấn đề và sáng tạo: Biết rút ra bài học về ý chí tự lực, vận dụng vào học tập và sinh hoạt.</w:t>
      </w:r>
    </w:p>
    <w:p w14:paraId="001C1BB1" w14:textId="77777777" w:rsidR="002575E4" w:rsidRPr="00DF730A" w:rsidRDefault="00DF730A" w:rsidP="00172E1F">
      <w:pPr>
        <w:shd w:val="clear" w:color="auto" w:fill="FFFFFF" w:themeFill="background1"/>
        <w:rPr>
          <w:lang w:val="fr-FR"/>
        </w:rPr>
      </w:pPr>
      <w:r w:rsidRPr="00DF730A">
        <w:rPr>
          <w:b/>
          <w:lang w:val="fr-FR"/>
        </w:rPr>
        <w:t>3. Phẩm chất</w:t>
      </w:r>
    </w:p>
    <w:p w14:paraId="515F131E" w14:textId="77777777" w:rsidR="002575E4" w:rsidRPr="00DF730A" w:rsidRDefault="00DF730A" w:rsidP="00172E1F">
      <w:pPr>
        <w:shd w:val="clear" w:color="auto" w:fill="FFFFFF" w:themeFill="background1"/>
        <w:jc w:val="both"/>
        <w:rPr>
          <w:lang w:val="fr-FR"/>
        </w:rPr>
      </w:pPr>
      <w:r w:rsidRPr="00DF730A">
        <w:rPr>
          <w:lang w:val="fr-FR"/>
        </w:rPr>
        <w:t>- Chăm chỉ: Biết quý trọng lao động, kiên trì khi gặp khó khăn.</w:t>
      </w:r>
    </w:p>
    <w:p w14:paraId="476D3A1F" w14:textId="77777777" w:rsidR="002575E4" w:rsidRPr="00DF730A" w:rsidRDefault="00DF730A" w:rsidP="00172E1F">
      <w:pPr>
        <w:shd w:val="clear" w:color="auto" w:fill="FFFFFF" w:themeFill="background1"/>
        <w:jc w:val="both"/>
        <w:rPr>
          <w:lang w:val="fr-FR"/>
        </w:rPr>
      </w:pPr>
      <w:r w:rsidRPr="00DF730A">
        <w:rPr>
          <w:lang w:val="fr-FR"/>
        </w:rPr>
        <w:t>- Trách nhiệm: Có ý thức tự làm việc vừa sức, không ỷ lại vào người khác.</w:t>
      </w:r>
    </w:p>
    <w:p w14:paraId="445B7F6B" w14:textId="77777777" w:rsidR="002575E4" w:rsidRPr="00DF730A" w:rsidRDefault="00DF730A" w:rsidP="00172E1F">
      <w:pPr>
        <w:shd w:val="clear" w:color="auto" w:fill="FFFFFF" w:themeFill="background1"/>
        <w:jc w:val="both"/>
        <w:rPr>
          <w:lang w:val="fr-FR"/>
        </w:rPr>
      </w:pPr>
      <w:r w:rsidRPr="00DF730A">
        <w:rPr>
          <w:lang w:val="fr-FR"/>
        </w:rPr>
        <w:t>- Nhân ái: Biết trân trọng thành quả lao động của mọi người.</w:t>
      </w:r>
    </w:p>
    <w:p w14:paraId="053402A4" w14:textId="77777777" w:rsidR="002575E4" w:rsidRPr="00DF730A" w:rsidRDefault="00DF730A" w:rsidP="00172E1F">
      <w:pPr>
        <w:shd w:val="clear" w:color="auto" w:fill="FFFFFF" w:themeFill="background1"/>
        <w:rPr>
          <w:lang w:val="fr-FR"/>
        </w:rPr>
      </w:pPr>
      <w:r w:rsidRPr="00DF730A">
        <w:rPr>
          <w:b/>
          <w:lang w:val="fr-FR"/>
        </w:rPr>
        <w:t>4. Tích hợp</w:t>
      </w:r>
    </w:p>
    <w:p w14:paraId="37560E18" w14:textId="77777777" w:rsidR="002575E4" w:rsidRPr="00DF730A" w:rsidRDefault="00DF730A" w:rsidP="00172E1F">
      <w:pPr>
        <w:shd w:val="clear" w:color="auto" w:fill="FFFFFF" w:themeFill="background1"/>
        <w:jc w:val="both"/>
        <w:rPr>
          <w:lang w:val="fr-FR"/>
        </w:rPr>
      </w:pPr>
      <w:r w:rsidRPr="00DF730A">
        <w:rPr>
          <w:color w:val="C00000"/>
          <w:lang w:val="fr-FR"/>
        </w:rPr>
        <w:t>- Tích hợp lý tưởng cách mạng, đạo đức, lối sống: Giáo dục HS tinh thần tự lực, chăm chỉ, không nản chí trước khó khăn; biết sống trung thực và có trách nhiệm với bản thân, gia đình.</w:t>
      </w:r>
    </w:p>
    <w:p w14:paraId="7B677140" w14:textId="77777777" w:rsidR="002575E4" w:rsidRPr="00DF730A" w:rsidRDefault="00DF730A" w:rsidP="00172E1F">
      <w:pPr>
        <w:shd w:val="clear" w:color="auto" w:fill="FFFFFF" w:themeFill="background1"/>
        <w:jc w:val="both"/>
        <w:rPr>
          <w:lang w:val="fr-FR"/>
        </w:rPr>
      </w:pPr>
      <w:r w:rsidRPr="00DF730A">
        <w:rPr>
          <w:color w:val="C00000"/>
          <w:lang w:val="fr-FR"/>
        </w:rPr>
        <w:t>- Tích hợp AI - YCCĐ 2.A1.1: Nhận biết AI có thể hỗ trợ gợi ý thông tin học tập, nhưng HS cần kiểm tra lại bằng SGK, tranh minh họa và hiểu biết của mình; không chép nguyên gợi ý của AI.</w:t>
      </w:r>
    </w:p>
    <w:p w14:paraId="4A70AFD7" w14:textId="77777777" w:rsidR="002575E4" w:rsidRPr="00DF730A" w:rsidRDefault="00DF730A" w:rsidP="00172E1F">
      <w:pPr>
        <w:shd w:val="clear" w:color="auto" w:fill="FFFFFF" w:themeFill="background1"/>
        <w:rPr>
          <w:lang w:val="fr-FR"/>
        </w:rPr>
      </w:pPr>
      <w:r w:rsidRPr="00DF730A">
        <w:rPr>
          <w:b/>
          <w:lang w:val="fr-FR"/>
        </w:rPr>
        <w:t>II. ĐỒ DÙNG DẠY HỌC</w:t>
      </w:r>
    </w:p>
    <w:p w14:paraId="6016B43A" w14:textId="77777777" w:rsidR="002575E4" w:rsidRPr="00DF730A" w:rsidRDefault="00DF730A" w:rsidP="00172E1F">
      <w:pPr>
        <w:shd w:val="clear" w:color="auto" w:fill="FFFFFF" w:themeFill="background1"/>
        <w:jc w:val="both"/>
        <w:rPr>
          <w:lang w:val="fr-FR"/>
        </w:rPr>
      </w:pPr>
      <w:r w:rsidRPr="00DF730A">
        <w:rPr>
          <w:lang w:val="fr-FR"/>
        </w:rPr>
        <w:t>- GV: Máy tính, máy chiếu/tivi; tranh chủ điểm, tranh bài đọc và câu hỏi/bài tập đã cắt từ SGK; thẻ từ chỉ hoạt động; phiếu thảo luận nhóm.</w:t>
      </w:r>
    </w:p>
    <w:p w14:paraId="620D0F34" w14:textId="77777777" w:rsidR="002575E4" w:rsidRPr="00DF730A" w:rsidRDefault="00DF730A" w:rsidP="00172E1F">
      <w:pPr>
        <w:shd w:val="clear" w:color="auto" w:fill="FFFFFF" w:themeFill="background1"/>
        <w:jc w:val="both"/>
        <w:rPr>
          <w:lang w:val="fr-FR"/>
        </w:rPr>
      </w:pPr>
      <w:r w:rsidRPr="00DF730A">
        <w:rPr>
          <w:lang w:val="fr-FR"/>
        </w:rPr>
        <w:t>- HS: SGK Tiếng Việt 2, Vở bài tập Tiếng Việt, vở ô ly, bút chì.</w:t>
      </w:r>
    </w:p>
    <w:p w14:paraId="2A0D1A94" w14:textId="77777777" w:rsidR="002575E4" w:rsidRPr="00DF730A" w:rsidRDefault="00DF730A" w:rsidP="00172E1F">
      <w:pPr>
        <w:shd w:val="clear" w:color="auto" w:fill="FFFFFF" w:themeFill="background1"/>
        <w:rPr>
          <w:lang w:val="fr-FR"/>
        </w:rPr>
      </w:pPr>
      <w:r w:rsidRPr="00DF730A">
        <w:rPr>
          <w:b/>
          <w:lang w:val="fr-FR"/>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14:paraId="336DB1F5" w14:textId="77777777" w:rsidTr="00511D82">
        <w:trPr>
          <w:tblHeader/>
          <w:jc w:val="center"/>
        </w:trPr>
        <w:tc>
          <w:tcPr>
            <w:tcW w:w="5188" w:type="dxa"/>
            <w:tcBorders>
              <w:bottom w:val="single" w:sz="8" w:space="0" w:color="777777"/>
            </w:tcBorders>
            <w:shd w:val="clear" w:color="auto" w:fill="DDEBF7"/>
            <w:vAlign w:val="center"/>
          </w:tcPr>
          <w:p w14:paraId="53C16DB1" w14:textId="77777777" w:rsidR="002575E4" w:rsidRDefault="00DF730A" w:rsidP="00172E1F">
            <w:pPr>
              <w:shd w:val="clear" w:color="auto" w:fill="FFFFFF" w:themeFill="background1"/>
              <w:jc w:val="both"/>
            </w:pPr>
            <w:r>
              <w:rPr>
                <w:b/>
              </w:rPr>
              <w:t>Hoạt động của giáo viên</w:t>
            </w:r>
          </w:p>
        </w:tc>
        <w:tc>
          <w:tcPr>
            <w:tcW w:w="5188" w:type="dxa"/>
            <w:tcBorders>
              <w:bottom w:val="single" w:sz="8" w:space="0" w:color="777777"/>
            </w:tcBorders>
            <w:shd w:val="clear" w:color="auto" w:fill="DDEBF7"/>
            <w:vAlign w:val="center"/>
          </w:tcPr>
          <w:p w14:paraId="3E99F58B" w14:textId="77777777" w:rsidR="002575E4" w:rsidRDefault="00DF730A" w:rsidP="00172E1F">
            <w:pPr>
              <w:shd w:val="clear" w:color="auto" w:fill="FFFFFF" w:themeFill="background1"/>
              <w:jc w:val="both"/>
            </w:pPr>
            <w:r>
              <w:rPr>
                <w:b/>
              </w:rPr>
              <w:t>Hoạt động của học sinh</w:t>
            </w:r>
          </w:p>
        </w:tc>
      </w:tr>
      <w:tr w:rsidR="002575E4" w14:paraId="44302F92" w14:textId="77777777" w:rsidTr="00511D82">
        <w:trPr>
          <w:jc w:val="center"/>
        </w:trPr>
        <w:tc>
          <w:tcPr>
            <w:tcW w:w="5188" w:type="dxa"/>
            <w:gridSpan w:val="2"/>
            <w:tcBorders>
              <w:top w:val="single" w:sz="8" w:space="0" w:color="777777"/>
              <w:bottom w:val="single" w:sz="8" w:space="0" w:color="777777"/>
            </w:tcBorders>
            <w:shd w:val="clear" w:color="auto" w:fill="E2F0D9"/>
          </w:tcPr>
          <w:p w14:paraId="1250E364" w14:textId="77777777" w:rsidR="002575E4" w:rsidRDefault="00DF730A" w:rsidP="00172E1F">
            <w:pPr>
              <w:shd w:val="clear" w:color="auto" w:fill="FFFFFF" w:themeFill="background1"/>
              <w:jc w:val="both"/>
            </w:pPr>
            <w:r>
              <w:rPr>
                <w:b/>
              </w:rPr>
              <w:t>TIẾT 1</w:t>
            </w:r>
          </w:p>
        </w:tc>
      </w:tr>
      <w:tr w:rsidR="002575E4" w14:paraId="4C297FD3" w14:textId="77777777" w:rsidTr="00511D82">
        <w:trPr>
          <w:jc w:val="center"/>
        </w:trPr>
        <w:tc>
          <w:tcPr>
            <w:tcW w:w="5188" w:type="dxa"/>
            <w:gridSpan w:val="2"/>
            <w:tcBorders>
              <w:top w:val="single" w:sz="8" w:space="0" w:color="777777"/>
              <w:bottom w:val="single" w:sz="8" w:space="0" w:color="777777"/>
            </w:tcBorders>
            <w:shd w:val="clear" w:color="auto" w:fill="E2F0D9"/>
          </w:tcPr>
          <w:p w14:paraId="079DCF61" w14:textId="77777777" w:rsidR="002575E4" w:rsidRDefault="00DF730A" w:rsidP="00172E1F">
            <w:pPr>
              <w:shd w:val="clear" w:color="auto" w:fill="FFFFFF" w:themeFill="background1"/>
            </w:pPr>
            <w:r>
              <w:rPr>
                <w:b/>
              </w:rPr>
              <w:t>1. KHỞI ĐỘNG (5 phút)</w:t>
            </w:r>
            <w:r>
              <w:rPr>
                <w:b/>
              </w:rPr>
              <w:br/>
              <w:t>Mục tiêu: HS nhận biết chủ điểm Con người Việt Nam, giải câu đố mở đầu, tạo hứng thú đọc truyện Mai An Tiêm.</w:t>
            </w:r>
          </w:p>
        </w:tc>
      </w:tr>
      <w:tr w:rsidR="002575E4" w14:paraId="05900470" w14:textId="77777777" w:rsidTr="00511D82">
        <w:trPr>
          <w:jc w:val="center"/>
        </w:trPr>
        <w:tc>
          <w:tcPr>
            <w:tcW w:w="5188" w:type="dxa"/>
            <w:tcBorders>
              <w:top w:val="single" w:sz="8" w:space="0" w:color="777777"/>
            </w:tcBorders>
          </w:tcPr>
          <w:p w14:paraId="6F199558" w14:textId="77777777" w:rsidR="002575E4" w:rsidRDefault="00DF730A" w:rsidP="00172E1F">
            <w:pPr>
              <w:shd w:val="clear" w:color="auto" w:fill="FFFFFF" w:themeFill="background1"/>
              <w:jc w:val="both"/>
            </w:pPr>
            <w:r>
              <w:t>- GV cho HS quan sát tranh chủ điểm Con người Việt Nam và hỏi: Trong tranh có những hình ảnh nào thể hiện con người Việt Nam?</w:t>
            </w:r>
          </w:p>
          <w:p w14:paraId="43834D0D" w14:textId="0C5BF6D7" w:rsidR="002575E4" w:rsidRDefault="002575E4" w:rsidP="00172E1F">
            <w:pPr>
              <w:shd w:val="clear" w:color="auto" w:fill="FFFFFF" w:themeFill="background1"/>
              <w:jc w:val="both"/>
            </w:pPr>
          </w:p>
        </w:tc>
        <w:tc>
          <w:tcPr>
            <w:tcW w:w="5188" w:type="dxa"/>
            <w:tcBorders>
              <w:top w:val="single" w:sz="8" w:space="0" w:color="777777"/>
            </w:tcBorders>
          </w:tcPr>
          <w:p w14:paraId="1F2FBDC5" w14:textId="77777777" w:rsidR="002575E4" w:rsidRDefault="00DF730A" w:rsidP="00172E1F">
            <w:pPr>
              <w:shd w:val="clear" w:color="auto" w:fill="FFFFFF" w:themeFill="background1"/>
              <w:jc w:val="both"/>
            </w:pPr>
            <w:r>
              <w:t>- HS quan sát tranh, nêu: có nhà khoa học, bác nông dân làm việc trên đồng ruộng, chú hải quân bảo vệ Tổ quốc, cô công nhân làm việc trong nhà máy.</w:t>
            </w:r>
          </w:p>
        </w:tc>
      </w:tr>
      <w:tr w:rsidR="002575E4" w14:paraId="4000788C" w14:textId="77777777" w:rsidTr="00511D82">
        <w:trPr>
          <w:jc w:val="center"/>
        </w:trPr>
        <w:tc>
          <w:tcPr>
            <w:tcW w:w="5188" w:type="dxa"/>
          </w:tcPr>
          <w:p w14:paraId="0106F650" w14:textId="77777777" w:rsidR="002575E4" w:rsidRDefault="00DF730A" w:rsidP="00172E1F">
            <w:pPr>
              <w:shd w:val="clear" w:color="auto" w:fill="FFFFFF" w:themeFill="background1"/>
              <w:jc w:val="both"/>
            </w:pPr>
            <w:r>
              <w:t>- GV yêu cầu HS đọc câu đố: “Vỏ xanh, ruột đỏ, hạt đen/Hoa vàng, lá biếc, đố em quả gì?”</w:t>
            </w:r>
          </w:p>
          <w:p w14:paraId="03240254" w14:textId="48F4C19E" w:rsidR="002575E4" w:rsidRDefault="002575E4" w:rsidP="00172E1F">
            <w:pPr>
              <w:shd w:val="clear" w:color="auto" w:fill="FFFFFF" w:themeFill="background1"/>
              <w:jc w:val="both"/>
            </w:pPr>
          </w:p>
        </w:tc>
        <w:tc>
          <w:tcPr>
            <w:tcW w:w="5188" w:type="dxa"/>
          </w:tcPr>
          <w:p w14:paraId="177A0AE4" w14:textId="77777777" w:rsidR="002575E4" w:rsidRDefault="00DF730A" w:rsidP="00172E1F">
            <w:pPr>
              <w:shd w:val="clear" w:color="auto" w:fill="FFFFFF" w:themeFill="background1"/>
              <w:jc w:val="both"/>
            </w:pPr>
            <w:r>
              <w:t>- HS đọc câu đố, suy nghĩ và trả lời: Đó là quả dưa hấu.</w:t>
            </w:r>
          </w:p>
        </w:tc>
      </w:tr>
      <w:tr w:rsidR="002575E4" w14:paraId="0EE9D3EC" w14:textId="77777777" w:rsidTr="00511D82">
        <w:trPr>
          <w:jc w:val="center"/>
        </w:trPr>
        <w:tc>
          <w:tcPr>
            <w:tcW w:w="5188" w:type="dxa"/>
            <w:tcBorders>
              <w:bottom w:val="single" w:sz="8" w:space="0" w:color="777777"/>
            </w:tcBorders>
          </w:tcPr>
          <w:p w14:paraId="6D1D6863" w14:textId="77777777" w:rsidR="002575E4" w:rsidRDefault="00DF730A" w:rsidP="00172E1F">
            <w:pPr>
              <w:shd w:val="clear" w:color="auto" w:fill="FFFFFF" w:themeFill="background1"/>
              <w:jc w:val="both"/>
            </w:pPr>
            <w:r>
              <w:t>- GV dẫn vào bài: Quả dưa hấu gắn với câu chuyện dân gian về một người Việt Nam chăm chỉ, tự lực và giàu ý chí. Hôm nay chúng ta học bài Mai An Tiêm.</w:t>
            </w:r>
          </w:p>
        </w:tc>
        <w:tc>
          <w:tcPr>
            <w:tcW w:w="5188" w:type="dxa"/>
            <w:tcBorders>
              <w:bottom w:val="single" w:sz="8" w:space="0" w:color="777777"/>
            </w:tcBorders>
          </w:tcPr>
          <w:p w14:paraId="1C3A981A" w14:textId="77777777" w:rsidR="002575E4" w:rsidRDefault="00DF730A" w:rsidP="00172E1F">
            <w:pPr>
              <w:shd w:val="clear" w:color="auto" w:fill="FFFFFF" w:themeFill="background1"/>
              <w:jc w:val="both"/>
            </w:pPr>
            <w:r>
              <w:t>- HS lắng nghe, ghi tên bài: Mai An Tiêm.</w:t>
            </w:r>
          </w:p>
        </w:tc>
      </w:tr>
      <w:tr w:rsidR="002575E4" w14:paraId="61BC5DCC" w14:textId="77777777" w:rsidTr="00511D82">
        <w:trPr>
          <w:jc w:val="center"/>
        </w:trPr>
        <w:tc>
          <w:tcPr>
            <w:tcW w:w="5188" w:type="dxa"/>
            <w:gridSpan w:val="2"/>
            <w:tcBorders>
              <w:top w:val="single" w:sz="8" w:space="0" w:color="777777"/>
              <w:bottom w:val="single" w:sz="8" w:space="0" w:color="777777"/>
            </w:tcBorders>
            <w:shd w:val="clear" w:color="auto" w:fill="E2F0D9"/>
          </w:tcPr>
          <w:p w14:paraId="3B73BA3C" w14:textId="77777777" w:rsidR="002575E4" w:rsidRDefault="00DF730A" w:rsidP="00172E1F">
            <w:pPr>
              <w:shd w:val="clear" w:color="auto" w:fill="FFFFFF" w:themeFill="background1"/>
            </w:pPr>
            <w:r>
              <w:rPr>
                <w:b/>
              </w:rPr>
              <w:t>2. KHÁM PHÁ KIẾN THỨC (27 phút)</w:t>
            </w:r>
            <w:r>
              <w:rPr>
                <w:b/>
              </w:rPr>
              <w:br/>
              <w:t>Mục tiêu: HS đọc đúng văn bản truyện; biết ngắt nghỉ theo dấu câu; hiểu nghĩa từ khó và bước đầu nắm mạch truyện.</w:t>
            </w:r>
          </w:p>
        </w:tc>
      </w:tr>
      <w:tr w:rsidR="002575E4" w14:paraId="1CE87A22" w14:textId="77777777" w:rsidTr="00511D82">
        <w:trPr>
          <w:jc w:val="center"/>
        </w:trPr>
        <w:tc>
          <w:tcPr>
            <w:tcW w:w="5188" w:type="dxa"/>
            <w:gridSpan w:val="2"/>
            <w:tcBorders>
              <w:top w:val="single" w:sz="8" w:space="0" w:color="777777"/>
            </w:tcBorders>
            <w:shd w:val="clear" w:color="auto" w:fill="E2F0D9"/>
          </w:tcPr>
          <w:p w14:paraId="12673853" w14:textId="77777777" w:rsidR="002575E4" w:rsidRDefault="00DF730A" w:rsidP="00172E1F">
            <w:pPr>
              <w:shd w:val="clear" w:color="auto" w:fill="FFFFFF" w:themeFill="background1"/>
              <w:jc w:val="both"/>
            </w:pPr>
            <w:r>
              <w:rPr>
                <w:b/>
              </w:rPr>
              <w:t>Hoạt động 1: Đọc văn bản</w:t>
            </w:r>
          </w:p>
        </w:tc>
      </w:tr>
      <w:tr w:rsidR="002575E4" w14:paraId="1BD16AEE" w14:textId="77777777" w:rsidTr="00511D82">
        <w:trPr>
          <w:jc w:val="center"/>
        </w:trPr>
        <w:tc>
          <w:tcPr>
            <w:tcW w:w="5188" w:type="dxa"/>
          </w:tcPr>
          <w:p w14:paraId="1DA223C0" w14:textId="77777777" w:rsidR="002575E4" w:rsidRDefault="00DF730A" w:rsidP="00172E1F">
            <w:pPr>
              <w:shd w:val="clear" w:color="auto" w:fill="FFFFFF" w:themeFill="background1"/>
              <w:jc w:val="both"/>
            </w:pPr>
            <w:r>
              <w:t>a. GV đọc mẫu.</w:t>
            </w:r>
          </w:p>
          <w:p w14:paraId="70423578" w14:textId="77777777" w:rsidR="002575E4" w:rsidRDefault="00DF730A" w:rsidP="00172E1F">
            <w:pPr>
              <w:shd w:val="clear" w:color="auto" w:fill="FFFFFF" w:themeFill="background1"/>
              <w:jc w:val="both"/>
            </w:pPr>
            <w:r>
              <w:lastRenderedPageBreak/>
              <w:t>- GV giới thiệu: Bài đọc kể về Mai An Tiêm khi bị đưa ra đảo hoang và bằng sức lao động của mình đã trồng được giống dưa hấu.</w:t>
            </w:r>
          </w:p>
          <w:p w14:paraId="370A29B1" w14:textId="3F194EE7" w:rsidR="002575E4" w:rsidRDefault="002575E4" w:rsidP="00172E1F">
            <w:pPr>
              <w:shd w:val="clear" w:color="auto" w:fill="FFFFFF" w:themeFill="background1"/>
              <w:jc w:val="both"/>
            </w:pPr>
          </w:p>
        </w:tc>
        <w:tc>
          <w:tcPr>
            <w:tcW w:w="5188" w:type="dxa"/>
          </w:tcPr>
          <w:p w14:paraId="1BEE30C3" w14:textId="77777777" w:rsidR="002575E4" w:rsidRDefault="00DF730A" w:rsidP="00172E1F">
            <w:pPr>
              <w:shd w:val="clear" w:color="auto" w:fill="FFFFFF" w:themeFill="background1"/>
              <w:jc w:val="both"/>
            </w:pPr>
            <w:r>
              <w:lastRenderedPageBreak/>
              <w:t xml:space="preserve">- HS lắng nghe, xác định nhiệm vụ đọc: chú ý </w:t>
            </w:r>
            <w:r>
              <w:lastRenderedPageBreak/>
              <w:t>các việc làm của Mai An Tiêm và kết quả của sự chăm chỉ.</w:t>
            </w:r>
          </w:p>
        </w:tc>
      </w:tr>
      <w:tr w:rsidR="002575E4" w14:paraId="574768B8" w14:textId="77777777" w:rsidTr="00511D82">
        <w:trPr>
          <w:jc w:val="center"/>
        </w:trPr>
        <w:tc>
          <w:tcPr>
            <w:tcW w:w="5188" w:type="dxa"/>
          </w:tcPr>
          <w:p w14:paraId="4BFFE7E1" w14:textId="77777777" w:rsidR="002575E4" w:rsidRDefault="00DF730A" w:rsidP="00172E1F">
            <w:pPr>
              <w:shd w:val="clear" w:color="auto" w:fill="FFFFFF" w:themeFill="background1"/>
              <w:jc w:val="both"/>
            </w:pPr>
            <w:r>
              <w:lastRenderedPageBreak/>
              <w:t>- GV đọc mẫu toàn bài; nêu giọng đọc: giọng kể chậm rãi, rõ ràng; đoạn nói về khó khăn đọc trầm; đoạn dưa hấu chín đọc vui, phấn khởi.</w:t>
            </w:r>
          </w:p>
        </w:tc>
        <w:tc>
          <w:tcPr>
            <w:tcW w:w="5188" w:type="dxa"/>
          </w:tcPr>
          <w:p w14:paraId="336F7E27" w14:textId="77777777" w:rsidR="002575E4" w:rsidRDefault="00DF730A" w:rsidP="00172E1F">
            <w:pPr>
              <w:shd w:val="clear" w:color="auto" w:fill="FFFFFF" w:themeFill="background1"/>
              <w:jc w:val="both"/>
            </w:pPr>
            <w:r>
              <w:t>- HS đọc thầm theo trong SGK, chú ý cách ngắt nghỉ ở dấu phẩy, dấu chấm và cách nhấn giọng ở các từ chỉ hoạt động.</w:t>
            </w:r>
          </w:p>
        </w:tc>
      </w:tr>
      <w:tr w:rsidR="002575E4" w14:paraId="0C0A770F" w14:textId="77777777" w:rsidTr="00511D82">
        <w:trPr>
          <w:jc w:val="center"/>
        </w:trPr>
        <w:tc>
          <w:tcPr>
            <w:tcW w:w="5188" w:type="dxa"/>
          </w:tcPr>
          <w:p w14:paraId="698950C7" w14:textId="77777777" w:rsidR="002575E4" w:rsidRDefault="00DF730A" w:rsidP="00172E1F">
            <w:pPr>
              <w:shd w:val="clear" w:color="auto" w:fill="FFFFFF" w:themeFill="background1"/>
              <w:jc w:val="both"/>
            </w:pPr>
            <w:r>
              <w:t>b. HS luyện đọc từng đoạn, kết hợp đọc từ khó và giải nghĩa từ.</w:t>
            </w:r>
          </w:p>
          <w:p w14:paraId="53ECDEBF" w14:textId="77777777" w:rsidR="002575E4" w:rsidRDefault="00DF730A" w:rsidP="00172E1F">
            <w:pPr>
              <w:shd w:val="clear" w:color="auto" w:fill="FFFFFF" w:themeFill="background1"/>
              <w:jc w:val="both"/>
            </w:pPr>
            <w:r>
              <w:t>- GV hỏi: Bài đọc có thể chia thành mấy đoạn? Mỗi đoạn nói về sự việc gì?</w:t>
            </w:r>
          </w:p>
        </w:tc>
        <w:tc>
          <w:tcPr>
            <w:tcW w:w="5188" w:type="dxa"/>
          </w:tcPr>
          <w:p w14:paraId="412A3A46" w14:textId="77777777" w:rsidR="002575E4" w:rsidRDefault="00DF730A" w:rsidP="00172E1F">
            <w:pPr>
              <w:shd w:val="clear" w:color="auto" w:fill="FFFFFF" w:themeFill="background1"/>
              <w:jc w:val="both"/>
            </w:pPr>
            <w:r>
              <w:t>- HS trả lời: Bài đọc có thể chia thành 4 đoạn: An Tiêm bị đưa ra đảo hoang; vợ chồng An Tiêm dựng nhà, làm quần áo; An Tiêm nhặt hạt và trồng cây; vua cho đón vợ chồng An Tiêm trở về.</w:t>
            </w:r>
          </w:p>
        </w:tc>
      </w:tr>
      <w:tr w:rsidR="002575E4" w14:paraId="1357D743" w14:textId="77777777" w:rsidTr="00511D82">
        <w:trPr>
          <w:jc w:val="center"/>
        </w:trPr>
        <w:tc>
          <w:tcPr>
            <w:tcW w:w="5188" w:type="dxa"/>
          </w:tcPr>
          <w:p w14:paraId="088635F2" w14:textId="77777777" w:rsidR="002575E4" w:rsidRDefault="00DF730A" w:rsidP="00172E1F">
            <w:pPr>
              <w:shd w:val="clear" w:color="auto" w:fill="FFFFFF" w:themeFill="background1"/>
              <w:jc w:val="both"/>
            </w:pPr>
            <w:r>
              <w:t>- GV tổ chức HS đọc nối tiếp từng đoạn lần 1, yêu cầu cả lớp lắng nghe để phát hiện từ khó.</w:t>
            </w:r>
          </w:p>
        </w:tc>
        <w:tc>
          <w:tcPr>
            <w:tcW w:w="5188" w:type="dxa"/>
          </w:tcPr>
          <w:p w14:paraId="1FD040EF" w14:textId="77777777" w:rsidR="002575E4" w:rsidRDefault="00DF730A" w:rsidP="00172E1F">
            <w:pPr>
              <w:shd w:val="clear" w:color="auto" w:fill="FFFFFF" w:themeFill="background1"/>
              <w:jc w:val="both"/>
            </w:pPr>
            <w:r>
              <w:t>- HS đọc nối tiếp; HS khác lắng nghe và góp ý cách phát âm.</w:t>
            </w:r>
          </w:p>
        </w:tc>
      </w:tr>
      <w:tr w:rsidR="002575E4" w14:paraId="300B64EB" w14:textId="77777777" w:rsidTr="00511D82">
        <w:trPr>
          <w:jc w:val="center"/>
        </w:trPr>
        <w:tc>
          <w:tcPr>
            <w:tcW w:w="5188" w:type="dxa"/>
          </w:tcPr>
          <w:p w14:paraId="2BE9CEED" w14:textId="77777777" w:rsidR="002575E4" w:rsidRDefault="00DF730A" w:rsidP="00172E1F">
            <w:pPr>
              <w:shd w:val="clear" w:color="auto" w:fill="FFFFFF" w:themeFill="background1"/>
              <w:jc w:val="both"/>
            </w:pPr>
            <w:r>
              <w:t>- GV hỏi: Trong bài có những từ nào em thấy khó đọc hoặc dễ đọc sai?</w:t>
            </w:r>
          </w:p>
          <w:p w14:paraId="43B42CAB" w14:textId="77777777" w:rsidR="002575E4" w:rsidRDefault="00DF730A" w:rsidP="00172E1F">
            <w:pPr>
              <w:shd w:val="clear" w:color="auto" w:fill="FFFFFF" w:themeFill="background1"/>
              <w:jc w:val="both"/>
            </w:pPr>
            <w:r>
              <w:t>- GV ghi bảng và hướng dẫn luyện đọc cá nhân - nhóm - đồng thanh.</w:t>
            </w:r>
          </w:p>
        </w:tc>
        <w:tc>
          <w:tcPr>
            <w:tcW w:w="5188" w:type="dxa"/>
          </w:tcPr>
          <w:p w14:paraId="72227C67" w14:textId="77777777" w:rsidR="002575E4" w:rsidRDefault="00DF730A" w:rsidP="00172E1F">
            <w:pPr>
              <w:shd w:val="clear" w:color="auto" w:fill="FFFFFF" w:themeFill="background1"/>
              <w:jc w:val="both"/>
            </w:pPr>
            <w:r>
              <w:t>- HS nêu và luyện đọc: Mai An Tiêm, đảo hoang, hối hận, nhặt, gieo trồng, xanh thẫm, ngọt và mát.</w:t>
            </w:r>
          </w:p>
        </w:tc>
      </w:tr>
      <w:tr w:rsidR="002575E4" w14:paraId="4B724BB3" w14:textId="77777777" w:rsidTr="00511D82">
        <w:trPr>
          <w:jc w:val="center"/>
        </w:trPr>
        <w:tc>
          <w:tcPr>
            <w:tcW w:w="5188" w:type="dxa"/>
          </w:tcPr>
          <w:p w14:paraId="402B5B9F" w14:textId="77777777" w:rsidR="002575E4" w:rsidRDefault="00DF730A" w:rsidP="00172E1F">
            <w:pPr>
              <w:shd w:val="clear" w:color="auto" w:fill="FFFFFF" w:themeFill="background1"/>
              <w:jc w:val="both"/>
            </w:pPr>
            <w:r>
              <w:t>- GV hướng dẫn đọc câu dài: “Thứ quả này chim ăn được/ thì người cũng ăn được.”</w:t>
            </w:r>
          </w:p>
          <w:p w14:paraId="5A66AAD7" w14:textId="77777777" w:rsidR="002575E4" w:rsidRDefault="00DF730A" w:rsidP="00172E1F">
            <w:pPr>
              <w:shd w:val="clear" w:color="auto" w:fill="FFFFFF" w:themeFill="background1"/>
              <w:jc w:val="both"/>
            </w:pPr>
            <w:r>
              <w:t>- GV nhắc HS ngắt sau cụm “chim ăn được” và đọc rõ suy nghĩ của An Tiêm.</w:t>
            </w:r>
          </w:p>
        </w:tc>
        <w:tc>
          <w:tcPr>
            <w:tcW w:w="5188" w:type="dxa"/>
          </w:tcPr>
          <w:p w14:paraId="2FB4F045" w14:textId="77777777" w:rsidR="002575E4" w:rsidRDefault="00DF730A" w:rsidP="00172E1F">
            <w:pPr>
              <w:shd w:val="clear" w:color="auto" w:fill="FFFFFF" w:themeFill="background1"/>
              <w:jc w:val="both"/>
            </w:pPr>
            <w:r>
              <w:t>- HS luyện đọc câu dài, biết ngắt nghỉ đúng và đọc với giọng tự tin.</w:t>
            </w:r>
          </w:p>
        </w:tc>
      </w:tr>
      <w:tr w:rsidR="002575E4" w14:paraId="44F9B6E6" w14:textId="77777777" w:rsidTr="00511D82">
        <w:trPr>
          <w:jc w:val="center"/>
        </w:trPr>
        <w:tc>
          <w:tcPr>
            <w:tcW w:w="5188" w:type="dxa"/>
          </w:tcPr>
          <w:p w14:paraId="7ACEFA8D" w14:textId="77777777" w:rsidR="002575E4" w:rsidRDefault="00DF730A" w:rsidP="00172E1F">
            <w:pPr>
              <w:shd w:val="clear" w:color="auto" w:fill="FFFFFF" w:themeFill="background1"/>
              <w:jc w:val="both"/>
            </w:pPr>
            <w:r>
              <w:t>- GV giải nghĩa từ ngữ: “đảo hoang” là đảo không có người ở; “hối hận” là lấy làm tiếc và cảm thấy day dứt khi nhận ra lỗi lầm của mình.</w:t>
            </w:r>
          </w:p>
        </w:tc>
        <w:tc>
          <w:tcPr>
            <w:tcW w:w="5188" w:type="dxa"/>
          </w:tcPr>
          <w:p w14:paraId="716EDBF8" w14:textId="77777777" w:rsidR="002575E4" w:rsidRDefault="00DF730A" w:rsidP="00172E1F">
            <w:pPr>
              <w:shd w:val="clear" w:color="auto" w:fill="FFFFFF" w:themeFill="background1"/>
              <w:jc w:val="both"/>
            </w:pPr>
            <w:r>
              <w:t>- HS lắng nghe; đặt câu: “Em hối hận vì chưa giữ gìn sách vở cẩn thận.”</w:t>
            </w:r>
          </w:p>
        </w:tc>
      </w:tr>
      <w:tr w:rsidR="002575E4" w14:paraId="08738E25" w14:textId="77777777" w:rsidTr="00511D82">
        <w:trPr>
          <w:jc w:val="center"/>
        </w:trPr>
        <w:tc>
          <w:tcPr>
            <w:tcW w:w="5188" w:type="dxa"/>
          </w:tcPr>
          <w:p w14:paraId="3AEA6E7F" w14:textId="77777777" w:rsidR="002575E4" w:rsidRDefault="00DF730A" w:rsidP="00172E1F">
            <w:pPr>
              <w:shd w:val="clear" w:color="auto" w:fill="FFFFFF" w:themeFill="background1"/>
              <w:jc w:val="both"/>
            </w:pPr>
            <w:r>
              <w:t>c. HS luyện đọc trong nhóm.</w:t>
            </w:r>
          </w:p>
          <w:p w14:paraId="4E9DC8EA" w14:textId="77777777" w:rsidR="002575E4" w:rsidRDefault="00DF730A" w:rsidP="00172E1F">
            <w:pPr>
              <w:shd w:val="clear" w:color="auto" w:fill="FFFFFF" w:themeFill="background1"/>
              <w:jc w:val="both"/>
            </w:pPr>
            <w:r>
              <w:t>- GV tổ chức luyện đọc nhóm 4; mỗi bạn đọc một đoạn, bạn khác góp ý về phát âm, tốc độ đọc và cách ngắt nghỉ.</w:t>
            </w:r>
          </w:p>
        </w:tc>
        <w:tc>
          <w:tcPr>
            <w:tcW w:w="5188" w:type="dxa"/>
          </w:tcPr>
          <w:p w14:paraId="16319D7D" w14:textId="77777777" w:rsidR="002575E4" w:rsidRDefault="00DF730A" w:rsidP="00172E1F">
            <w:pPr>
              <w:shd w:val="clear" w:color="auto" w:fill="FFFFFF" w:themeFill="background1"/>
              <w:jc w:val="both"/>
            </w:pPr>
            <w:r>
              <w:t>- HS luyện đọc trong nhóm 4, góp ý nhẹ nhàng và sửa lỗi cho nhau.</w:t>
            </w:r>
          </w:p>
        </w:tc>
      </w:tr>
      <w:tr w:rsidR="002575E4" w14:paraId="7DB9F740" w14:textId="77777777" w:rsidTr="00511D82">
        <w:trPr>
          <w:jc w:val="center"/>
        </w:trPr>
        <w:tc>
          <w:tcPr>
            <w:tcW w:w="5188" w:type="dxa"/>
            <w:tcBorders>
              <w:bottom w:val="single" w:sz="8" w:space="0" w:color="777777"/>
            </w:tcBorders>
          </w:tcPr>
          <w:p w14:paraId="5420CABA" w14:textId="77777777" w:rsidR="002575E4" w:rsidRDefault="00DF730A" w:rsidP="00172E1F">
            <w:pPr>
              <w:shd w:val="clear" w:color="auto" w:fill="FFFFFF" w:themeFill="background1"/>
              <w:jc w:val="both"/>
            </w:pPr>
            <w:r>
              <w:t>- GV mời 2 nhóm đọc nối tiếp trước lớp; nhận xét cách đọc rõ tiếng, đúng giọng, không bỏ từ.</w:t>
            </w:r>
          </w:p>
        </w:tc>
        <w:tc>
          <w:tcPr>
            <w:tcW w:w="5188" w:type="dxa"/>
            <w:tcBorders>
              <w:bottom w:val="single" w:sz="8" w:space="0" w:color="777777"/>
            </w:tcBorders>
          </w:tcPr>
          <w:p w14:paraId="090E1EA3" w14:textId="77777777" w:rsidR="002575E4" w:rsidRDefault="00DF730A" w:rsidP="00172E1F">
            <w:pPr>
              <w:shd w:val="clear" w:color="auto" w:fill="FFFFFF" w:themeFill="background1"/>
              <w:jc w:val="both"/>
            </w:pPr>
            <w:r>
              <w:t>- Đại diện nhóm đọc; lớp nhận xét nhóm đọc rõ, trôi chảy và đúng giọng.</w:t>
            </w:r>
          </w:p>
        </w:tc>
      </w:tr>
      <w:tr w:rsidR="002575E4" w14:paraId="1A3A455F" w14:textId="77777777" w:rsidTr="00511D82">
        <w:trPr>
          <w:jc w:val="center"/>
        </w:trPr>
        <w:tc>
          <w:tcPr>
            <w:tcW w:w="5188" w:type="dxa"/>
            <w:gridSpan w:val="2"/>
            <w:tcBorders>
              <w:top w:val="single" w:sz="8" w:space="0" w:color="777777"/>
              <w:bottom w:val="single" w:sz="8" w:space="0" w:color="777777"/>
            </w:tcBorders>
            <w:shd w:val="clear" w:color="auto" w:fill="E2F0D9"/>
          </w:tcPr>
          <w:p w14:paraId="624F609D" w14:textId="77777777" w:rsidR="002575E4" w:rsidRDefault="00DF730A" w:rsidP="00172E1F">
            <w:pPr>
              <w:shd w:val="clear" w:color="auto" w:fill="FFFFFF" w:themeFill="background1"/>
            </w:pPr>
            <w:r>
              <w:rPr>
                <w:b/>
              </w:rPr>
              <w:t>3. VẬN DỤNG (3 phút)</w:t>
            </w:r>
            <w:r>
              <w:rPr>
                <w:b/>
              </w:rPr>
              <w:br/>
              <w:t>Mục tiêu: HS liên hệ phẩm chất chăm chỉ, tự lực của nhân vật với bản thân.</w:t>
            </w:r>
          </w:p>
        </w:tc>
      </w:tr>
      <w:tr w:rsidR="002575E4" w14:paraId="1A824C25" w14:textId="77777777" w:rsidTr="00511D82">
        <w:trPr>
          <w:jc w:val="center"/>
        </w:trPr>
        <w:tc>
          <w:tcPr>
            <w:tcW w:w="5188" w:type="dxa"/>
            <w:tcBorders>
              <w:top w:val="single" w:sz="8" w:space="0" w:color="777777"/>
            </w:tcBorders>
          </w:tcPr>
          <w:p w14:paraId="48841B49" w14:textId="77777777" w:rsidR="002575E4" w:rsidRDefault="00DF730A" w:rsidP="00172E1F">
            <w:pPr>
              <w:shd w:val="clear" w:color="auto" w:fill="FFFFFF" w:themeFill="background1"/>
              <w:jc w:val="both"/>
            </w:pPr>
            <w:r>
              <w:t>- GV hỏi: Qua phần đọc bước đầu, em thấy Mai An Tiêm đã làm gì khi gặp khó khăn?</w:t>
            </w:r>
          </w:p>
        </w:tc>
        <w:tc>
          <w:tcPr>
            <w:tcW w:w="5188" w:type="dxa"/>
            <w:tcBorders>
              <w:top w:val="single" w:sz="8" w:space="0" w:color="777777"/>
            </w:tcBorders>
          </w:tcPr>
          <w:p w14:paraId="0F17AE31" w14:textId="77777777" w:rsidR="002575E4" w:rsidRDefault="00DF730A" w:rsidP="00172E1F">
            <w:pPr>
              <w:shd w:val="clear" w:color="auto" w:fill="FFFFFF" w:themeFill="background1"/>
              <w:jc w:val="both"/>
            </w:pPr>
            <w:r>
              <w:t>- HS nêu: Mai An Tiêm không ngồi chờ, biết dựng nhà, làm quần áo, gieo hạt và chăm chỉ lao động.</w:t>
            </w:r>
          </w:p>
        </w:tc>
      </w:tr>
      <w:tr w:rsidR="002575E4" w14:paraId="1D766764" w14:textId="77777777" w:rsidTr="00511D82">
        <w:trPr>
          <w:jc w:val="center"/>
        </w:trPr>
        <w:tc>
          <w:tcPr>
            <w:tcW w:w="5188" w:type="dxa"/>
            <w:tcBorders>
              <w:bottom w:val="single" w:sz="8" w:space="0" w:color="777777"/>
            </w:tcBorders>
          </w:tcPr>
          <w:p w14:paraId="13AFDFB7" w14:textId="77777777" w:rsidR="002575E4" w:rsidRDefault="00DF730A" w:rsidP="00172E1F">
            <w:pPr>
              <w:shd w:val="clear" w:color="auto" w:fill="FFFFFF" w:themeFill="background1"/>
              <w:jc w:val="both"/>
            </w:pPr>
            <w:r>
              <w:t>- GV nhận xét, dặn HS chuẩn bị tiết 2 để tìm hiểu kĩ hơn nội dung câu chuyện.</w:t>
            </w:r>
          </w:p>
        </w:tc>
        <w:tc>
          <w:tcPr>
            <w:tcW w:w="5188" w:type="dxa"/>
            <w:tcBorders>
              <w:bottom w:val="single" w:sz="8" w:space="0" w:color="777777"/>
            </w:tcBorders>
          </w:tcPr>
          <w:p w14:paraId="5D2632C4" w14:textId="77777777" w:rsidR="002575E4" w:rsidRDefault="00DF730A" w:rsidP="00172E1F">
            <w:pPr>
              <w:shd w:val="clear" w:color="auto" w:fill="FFFFFF" w:themeFill="background1"/>
              <w:jc w:val="both"/>
            </w:pPr>
            <w:r>
              <w:t>- HS lắng nghe, chuẩn bị đọc hiểu.</w:t>
            </w:r>
          </w:p>
        </w:tc>
      </w:tr>
      <w:tr w:rsidR="002575E4" w14:paraId="77106D2A" w14:textId="77777777" w:rsidTr="00511D82">
        <w:trPr>
          <w:jc w:val="center"/>
        </w:trPr>
        <w:tc>
          <w:tcPr>
            <w:tcW w:w="5188" w:type="dxa"/>
            <w:gridSpan w:val="2"/>
            <w:tcBorders>
              <w:top w:val="single" w:sz="8" w:space="0" w:color="777777"/>
              <w:bottom w:val="single" w:sz="8" w:space="0" w:color="777777"/>
            </w:tcBorders>
            <w:shd w:val="clear" w:color="auto" w:fill="E2F0D9"/>
          </w:tcPr>
          <w:p w14:paraId="6269272A" w14:textId="77777777" w:rsidR="002575E4" w:rsidRDefault="00DF730A" w:rsidP="00172E1F">
            <w:pPr>
              <w:shd w:val="clear" w:color="auto" w:fill="FFFFFF" w:themeFill="background1"/>
            </w:pPr>
            <w:r>
              <w:rPr>
                <w:b/>
              </w:rPr>
              <w:t>TIẾT 2</w:t>
            </w:r>
          </w:p>
        </w:tc>
      </w:tr>
      <w:tr w:rsidR="002575E4" w14:paraId="3F25633B" w14:textId="77777777" w:rsidTr="00511D82">
        <w:trPr>
          <w:jc w:val="center"/>
        </w:trPr>
        <w:tc>
          <w:tcPr>
            <w:tcW w:w="5188" w:type="dxa"/>
            <w:gridSpan w:val="2"/>
            <w:tcBorders>
              <w:top w:val="single" w:sz="8" w:space="0" w:color="777777"/>
              <w:bottom w:val="single" w:sz="8" w:space="0" w:color="777777"/>
            </w:tcBorders>
            <w:shd w:val="clear" w:color="auto" w:fill="E2F0D9"/>
          </w:tcPr>
          <w:p w14:paraId="4C38EE93" w14:textId="77777777" w:rsidR="002575E4" w:rsidRDefault="00DF730A" w:rsidP="00172E1F">
            <w:pPr>
              <w:shd w:val="clear" w:color="auto" w:fill="FFFFFF" w:themeFill="background1"/>
            </w:pPr>
            <w:r>
              <w:rPr>
                <w:b/>
              </w:rPr>
              <w:t>Hoạt động 2: Trả lời câu hỏi (15 phút)</w:t>
            </w:r>
            <w:r>
              <w:rPr>
                <w:b/>
              </w:rPr>
              <w:br/>
              <w:t>Mục tiêu: HS hiểu nội dung truyện, tìm được chi tiết trong bài và trả lời đầy đủ câu.</w:t>
            </w:r>
          </w:p>
        </w:tc>
      </w:tr>
      <w:tr w:rsidR="002575E4" w14:paraId="1DDC8042" w14:textId="77777777" w:rsidTr="00511D82">
        <w:trPr>
          <w:jc w:val="center"/>
        </w:trPr>
        <w:tc>
          <w:tcPr>
            <w:tcW w:w="5188" w:type="dxa"/>
            <w:tcBorders>
              <w:top w:val="single" w:sz="8" w:space="0" w:color="777777"/>
            </w:tcBorders>
          </w:tcPr>
          <w:p w14:paraId="185CA282" w14:textId="77777777" w:rsidR="002575E4" w:rsidRDefault="00DF730A" w:rsidP="00172E1F">
            <w:pPr>
              <w:shd w:val="clear" w:color="auto" w:fill="FFFFFF" w:themeFill="background1"/>
              <w:jc w:val="both"/>
            </w:pPr>
            <w:r>
              <w:t>- GV yêu cầu HS đọc thầm lại toàn bài, dùng bút chì gạch chân các việc làm của vợ chồng Mai An Tiêm trên đảo hoang.</w:t>
            </w:r>
          </w:p>
        </w:tc>
        <w:tc>
          <w:tcPr>
            <w:tcW w:w="5188" w:type="dxa"/>
            <w:tcBorders>
              <w:top w:val="single" w:sz="8" w:space="0" w:color="777777"/>
            </w:tcBorders>
          </w:tcPr>
          <w:p w14:paraId="34D30110" w14:textId="77777777" w:rsidR="002575E4" w:rsidRDefault="00DF730A" w:rsidP="00172E1F">
            <w:pPr>
              <w:shd w:val="clear" w:color="auto" w:fill="FFFFFF" w:themeFill="background1"/>
              <w:jc w:val="both"/>
            </w:pPr>
            <w:r>
              <w:t>- HS đọc thầm, gạch chân chi tiết quan trọng trong SGK.</w:t>
            </w:r>
          </w:p>
        </w:tc>
      </w:tr>
      <w:tr w:rsidR="002575E4" w14:paraId="36C09212" w14:textId="77777777" w:rsidTr="00511D82">
        <w:trPr>
          <w:jc w:val="center"/>
        </w:trPr>
        <w:tc>
          <w:tcPr>
            <w:tcW w:w="5188" w:type="dxa"/>
          </w:tcPr>
          <w:p w14:paraId="2F31155B" w14:textId="77777777" w:rsidR="002575E4" w:rsidRDefault="00DF730A" w:rsidP="00172E1F">
            <w:pPr>
              <w:shd w:val="clear" w:color="auto" w:fill="FFFFFF" w:themeFill="background1"/>
              <w:jc w:val="both"/>
            </w:pPr>
            <w:r>
              <w:t>Câu 1. Vợ chồng Mai An Tiêm đã làm gì ở đảo hoang?</w:t>
            </w:r>
          </w:p>
          <w:p w14:paraId="090D1270" w14:textId="77777777" w:rsidR="002575E4" w:rsidRDefault="00DF730A" w:rsidP="00172E1F">
            <w:pPr>
              <w:shd w:val="clear" w:color="auto" w:fill="FFFFFF" w:themeFill="background1"/>
              <w:jc w:val="both"/>
            </w:pPr>
            <w:r>
              <w:t>- GV giao nhiệm vụ: HS đọc đoạn nói về cuộc sống trên đảo, trao đổi nhóm đôi và trả lời bằng một câu đầy đủ.</w:t>
            </w:r>
          </w:p>
        </w:tc>
        <w:tc>
          <w:tcPr>
            <w:tcW w:w="5188" w:type="dxa"/>
          </w:tcPr>
          <w:p w14:paraId="55890603" w14:textId="77777777" w:rsidR="002575E4" w:rsidRDefault="00DF730A" w:rsidP="00172E1F">
            <w:pPr>
              <w:shd w:val="clear" w:color="auto" w:fill="FFFFFF" w:themeFill="background1"/>
              <w:jc w:val="both"/>
            </w:pPr>
            <w:r>
              <w:t>- HS trao đổi nhóm đôi.</w:t>
            </w:r>
          </w:p>
          <w:p w14:paraId="04B88B31" w14:textId="77777777" w:rsidR="002575E4" w:rsidRDefault="00DF730A" w:rsidP="00172E1F">
            <w:pPr>
              <w:shd w:val="clear" w:color="auto" w:fill="FFFFFF" w:themeFill="background1"/>
              <w:jc w:val="both"/>
            </w:pPr>
            <w:r>
              <w:t>- Dự kiến: Vợ chồng Mai An Tiêm dựng nhà bằng tre nứa, lấy cỏ phơi khô tết thành quần áo.</w:t>
            </w:r>
          </w:p>
        </w:tc>
      </w:tr>
      <w:tr w:rsidR="002575E4" w14:paraId="10DF420B" w14:textId="77777777" w:rsidTr="00511D82">
        <w:trPr>
          <w:jc w:val="center"/>
        </w:trPr>
        <w:tc>
          <w:tcPr>
            <w:tcW w:w="5188" w:type="dxa"/>
          </w:tcPr>
          <w:p w14:paraId="14B08A05" w14:textId="77777777" w:rsidR="002575E4" w:rsidRDefault="00DF730A" w:rsidP="00172E1F">
            <w:pPr>
              <w:shd w:val="clear" w:color="auto" w:fill="FFFFFF" w:themeFill="background1"/>
              <w:jc w:val="both"/>
            </w:pPr>
            <w:r>
              <w:t xml:space="preserve">Câu 2. Mai An Tiêm nghĩ gì khi nhặt và gieo </w:t>
            </w:r>
            <w:r>
              <w:lastRenderedPageBreak/>
              <w:t>trồng loại hạt do chim thả xuống?</w:t>
            </w:r>
          </w:p>
          <w:p w14:paraId="53AB8E3F" w14:textId="77777777" w:rsidR="002575E4" w:rsidRDefault="00DF730A" w:rsidP="00172E1F">
            <w:pPr>
              <w:shd w:val="clear" w:color="auto" w:fill="FFFFFF" w:themeFill="background1"/>
              <w:jc w:val="both"/>
            </w:pPr>
            <w:r>
              <w:t>- GV yêu cầu HS tìm đúng câu nói thể hiện suy nghĩ của An Tiêm.</w:t>
            </w:r>
          </w:p>
        </w:tc>
        <w:tc>
          <w:tcPr>
            <w:tcW w:w="5188" w:type="dxa"/>
          </w:tcPr>
          <w:p w14:paraId="777CFC12" w14:textId="77777777" w:rsidR="002575E4" w:rsidRDefault="00DF730A" w:rsidP="00172E1F">
            <w:pPr>
              <w:shd w:val="clear" w:color="auto" w:fill="FFFFFF" w:themeFill="background1"/>
              <w:jc w:val="both"/>
            </w:pPr>
            <w:r>
              <w:lastRenderedPageBreak/>
              <w:t xml:space="preserve">- HS trả lời: Mai An Tiêm nghĩ: “Thứ quả này </w:t>
            </w:r>
            <w:r>
              <w:lastRenderedPageBreak/>
              <w:t>chim ăn được thì người cũng ăn được.”</w:t>
            </w:r>
          </w:p>
        </w:tc>
      </w:tr>
      <w:tr w:rsidR="002575E4" w:rsidRPr="00DF730A" w14:paraId="3476B5F2" w14:textId="77777777" w:rsidTr="00511D82">
        <w:trPr>
          <w:jc w:val="center"/>
        </w:trPr>
        <w:tc>
          <w:tcPr>
            <w:tcW w:w="5188" w:type="dxa"/>
          </w:tcPr>
          <w:p w14:paraId="5FF54B14" w14:textId="77777777" w:rsidR="002575E4" w:rsidRPr="00DF730A" w:rsidRDefault="00DF730A" w:rsidP="00172E1F">
            <w:pPr>
              <w:shd w:val="clear" w:color="auto" w:fill="FFFFFF" w:themeFill="background1"/>
              <w:jc w:val="both"/>
            </w:pPr>
            <w:r w:rsidRPr="00DF730A">
              <w:lastRenderedPageBreak/>
              <w:t>Câu 3. Nói tiếp các câu dưới đây để giới thiệu loại quả Mai An Tiêm đã trồng.</w:t>
            </w:r>
          </w:p>
          <w:p w14:paraId="604E291D" w14:textId="77777777" w:rsidR="002575E4" w:rsidRPr="00DF730A" w:rsidRDefault="00DF730A" w:rsidP="00172E1F">
            <w:pPr>
              <w:shd w:val="clear" w:color="auto" w:fill="FFFFFF" w:themeFill="background1"/>
              <w:jc w:val="both"/>
            </w:pPr>
            <w:r w:rsidRPr="00DF730A">
              <w:t>- Quả có vỏ màu (...), ruột (...), hạt (...), vị (...).</w:t>
            </w:r>
          </w:p>
          <w:p w14:paraId="318C1820" w14:textId="77777777" w:rsidR="002575E4" w:rsidRPr="00DF730A" w:rsidRDefault="00DF730A" w:rsidP="00172E1F">
            <w:pPr>
              <w:shd w:val="clear" w:color="auto" w:fill="FFFFFF" w:themeFill="background1"/>
              <w:jc w:val="both"/>
              <w:rPr>
                <w:lang w:val="fr-FR"/>
              </w:rPr>
            </w:pPr>
            <w:r w:rsidRPr="00DF730A">
              <w:rPr>
                <w:lang w:val="fr-FR"/>
              </w:rPr>
              <w:t>- Quả đó có tên là (...).</w:t>
            </w:r>
          </w:p>
          <w:p w14:paraId="66864E40" w14:textId="77777777" w:rsidR="002575E4" w:rsidRPr="00DF730A" w:rsidRDefault="00DF730A" w:rsidP="00172E1F">
            <w:pPr>
              <w:shd w:val="clear" w:color="auto" w:fill="FFFFFF" w:themeFill="background1"/>
              <w:jc w:val="both"/>
              <w:rPr>
                <w:lang w:val="fr-FR"/>
              </w:rPr>
            </w:pPr>
            <w:r w:rsidRPr="00DF730A">
              <w:rPr>
                <w:lang w:val="fr-FR"/>
              </w:rPr>
              <w:t>- GV cho HS làm việc cá nhân rồi chia sẻ nhóm đôi.</w:t>
            </w:r>
          </w:p>
          <w:p w14:paraId="4974EA28" w14:textId="70B4B219" w:rsidR="002575E4" w:rsidRPr="00DF730A" w:rsidRDefault="002575E4" w:rsidP="00172E1F">
            <w:pPr>
              <w:shd w:val="clear" w:color="auto" w:fill="FFFFFF" w:themeFill="background1"/>
              <w:jc w:val="both"/>
            </w:pPr>
          </w:p>
        </w:tc>
        <w:tc>
          <w:tcPr>
            <w:tcW w:w="5188" w:type="dxa"/>
          </w:tcPr>
          <w:p w14:paraId="2547D281" w14:textId="77777777" w:rsidR="002575E4" w:rsidRPr="00DF730A" w:rsidRDefault="00DF730A" w:rsidP="00172E1F">
            <w:pPr>
              <w:shd w:val="clear" w:color="auto" w:fill="FFFFFF" w:themeFill="background1"/>
              <w:jc w:val="both"/>
            </w:pPr>
            <w:r w:rsidRPr="00DF730A">
              <w:t>- HS hoàn thành câu.</w:t>
            </w:r>
          </w:p>
          <w:p w14:paraId="4F636DC3" w14:textId="77777777" w:rsidR="002575E4" w:rsidRPr="00DF730A" w:rsidRDefault="00DF730A" w:rsidP="00172E1F">
            <w:pPr>
              <w:shd w:val="clear" w:color="auto" w:fill="FFFFFF" w:themeFill="background1"/>
              <w:jc w:val="both"/>
            </w:pPr>
            <w:r w:rsidRPr="00DF730A">
              <w:t>- Dự kiến: Quả có vỏ màu xanh, ruột đỏ, hạt đen, vị ngọt và mát. Quả đó có tên là dưa hấu.</w:t>
            </w:r>
          </w:p>
        </w:tc>
      </w:tr>
      <w:tr w:rsidR="002575E4" w14:paraId="7EDF71C6" w14:textId="77777777" w:rsidTr="00511D82">
        <w:trPr>
          <w:jc w:val="center"/>
        </w:trPr>
        <w:tc>
          <w:tcPr>
            <w:tcW w:w="5188" w:type="dxa"/>
          </w:tcPr>
          <w:p w14:paraId="492ED22A" w14:textId="77777777" w:rsidR="002575E4" w:rsidRDefault="00DF730A" w:rsidP="00172E1F">
            <w:pPr>
              <w:shd w:val="clear" w:color="auto" w:fill="FFFFFF" w:themeFill="background1"/>
              <w:jc w:val="both"/>
            </w:pPr>
            <w:r>
              <w:rPr>
                <w:color w:val="C00000"/>
              </w:rPr>
              <w:t>- Nếu công cụ AI như ChatGPT hoặc Gemini cũng gợi ý tên quả trong câu đố là “dưa hấu”, em có nên chép ngay câu trả lời mà không đọc bài không?</w:t>
            </w:r>
          </w:p>
        </w:tc>
        <w:tc>
          <w:tcPr>
            <w:tcW w:w="5188" w:type="dxa"/>
          </w:tcPr>
          <w:p w14:paraId="24417984" w14:textId="77777777" w:rsidR="002575E4" w:rsidRDefault="00DF730A" w:rsidP="00172E1F">
            <w:pPr>
              <w:shd w:val="clear" w:color="auto" w:fill="FFFFFF" w:themeFill="background1"/>
              <w:jc w:val="both"/>
            </w:pPr>
            <w:r>
              <w:rPr>
                <w:color w:val="C00000"/>
              </w:rPr>
              <w:t>- HS nêu: Không nên chép ngay. Em cần đọc câu đố, quan sát tranh, đọc bài trong SGK và suy nghĩ để kiểm tra câu trả lời.</w:t>
            </w:r>
          </w:p>
        </w:tc>
      </w:tr>
      <w:tr w:rsidR="002575E4" w14:paraId="6E680165" w14:textId="77777777" w:rsidTr="00511D82">
        <w:trPr>
          <w:jc w:val="center"/>
        </w:trPr>
        <w:tc>
          <w:tcPr>
            <w:tcW w:w="5188" w:type="dxa"/>
          </w:tcPr>
          <w:p w14:paraId="5D1CBB4E" w14:textId="77777777" w:rsidR="002575E4" w:rsidRDefault="00DF730A" w:rsidP="00172E1F">
            <w:pPr>
              <w:shd w:val="clear" w:color="auto" w:fill="FFFFFF" w:themeFill="background1"/>
              <w:jc w:val="both"/>
            </w:pPr>
            <w:r>
              <w:rPr>
                <w:color w:val="C00000"/>
              </w:rPr>
              <w:t>- Tích hợp AI - YCCĐ 2.A1.1: GV diễn giải: AI có thể hỗ trợ gợi ý nhanh tên sự vật, từ khóa hoặc câu hỏi học tập. Ví dụ, dựa vào dấu hiệu “vỏ xanh, ruột đỏ, hạt đen”, công cụ như ChatGPT/Gemini có thể gợi ý “dưa hấu”. Tuy nhiên, học sinh không được phụ thuộc hoàn toàn vào AI. Các em cần đọc kĩ SGK, quan sát tranh, trao đổi với bạn và tự kiểm tra lại. AI chỉ là công cụ hỗ trợ, còn việc hiểu bài và kết luận đúng là nhiệm vụ của người học.</w:t>
            </w:r>
          </w:p>
        </w:tc>
        <w:tc>
          <w:tcPr>
            <w:tcW w:w="5188" w:type="dxa"/>
          </w:tcPr>
          <w:p w14:paraId="324A7B46" w14:textId="77777777" w:rsidR="002575E4" w:rsidRDefault="00DF730A" w:rsidP="00172E1F">
            <w:pPr>
              <w:shd w:val="clear" w:color="auto" w:fill="FFFFFF" w:themeFill="background1"/>
              <w:jc w:val="both"/>
            </w:pPr>
            <w:r>
              <w:rPr>
                <w:color w:val="C00000"/>
              </w:rPr>
              <w:t>- HS lắng nghe, nhắc lại: AI có thể gợi ý, nhưng em phải kiểm tra với SGK, tranh và hiểu biết của mình; không chép nguyên câu trả lời của AI.</w:t>
            </w:r>
          </w:p>
        </w:tc>
      </w:tr>
      <w:tr w:rsidR="002575E4" w14:paraId="617FC22A" w14:textId="77777777" w:rsidTr="00511D82">
        <w:trPr>
          <w:jc w:val="center"/>
        </w:trPr>
        <w:tc>
          <w:tcPr>
            <w:tcW w:w="5188" w:type="dxa"/>
          </w:tcPr>
          <w:p w14:paraId="270A7F25" w14:textId="77777777" w:rsidR="002575E4" w:rsidRDefault="00DF730A" w:rsidP="00172E1F">
            <w:pPr>
              <w:shd w:val="clear" w:color="auto" w:fill="FFFFFF" w:themeFill="background1"/>
              <w:jc w:val="both"/>
            </w:pPr>
            <w:r>
              <w:t>Câu 4. Theo em, Mai An Tiêm là người thế nào?</w:t>
            </w:r>
          </w:p>
          <w:p w14:paraId="58BC873B" w14:textId="77777777" w:rsidR="002575E4" w:rsidRDefault="00DF730A" w:rsidP="00172E1F">
            <w:pPr>
              <w:shd w:val="clear" w:color="auto" w:fill="FFFFFF" w:themeFill="background1"/>
              <w:jc w:val="both"/>
            </w:pPr>
            <w:r>
              <w:t>- GV tổ chức nhóm bốn, yêu cầu mỗi nhóm chọn 2-3 từ nói về nhân vật và nêu lí do.</w:t>
            </w:r>
          </w:p>
        </w:tc>
        <w:tc>
          <w:tcPr>
            <w:tcW w:w="5188" w:type="dxa"/>
          </w:tcPr>
          <w:p w14:paraId="539CC5A3" w14:textId="77777777" w:rsidR="002575E4" w:rsidRDefault="00DF730A" w:rsidP="00172E1F">
            <w:pPr>
              <w:shd w:val="clear" w:color="auto" w:fill="FFFFFF" w:themeFill="background1"/>
              <w:jc w:val="both"/>
            </w:pPr>
            <w:r>
              <w:t>- HS thảo luận nhóm bốn.</w:t>
            </w:r>
          </w:p>
          <w:p w14:paraId="4056EAF0" w14:textId="77777777" w:rsidR="002575E4" w:rsidRDefault="00DF730A" w:rsidP="00172E1F">
            <w:pPr>
              <w:shd w:val="clear" w:color="auto" w:fill="FFFFFF" w:themeFill="background1"/>
              <w:jc w:val="both"/>
            </w:pPr>
            <w:r>
              <w:t>- Dự kiến: Mai An Tiêm là người chăm chỉ, thông minh, kiên trì, tự lực, không nản chí trước khó khăn.</w:t>
            </w:r>
          </w:p>
        </w:tc>
      </w:tr>
      <w:tr w:rsidR="002575E4" w14:paraId="773C551D" w14:textId="77777777" w:rsidTr="00511D82">
        <w:trPr>
          <w:jc w:val="center"/>
        </w:trPr>
        <w:tc>
          <w:tcPr>
            <w:tcW w:w="5188" w:type="dxa"/>
            <w:tcBorders>
              <w:bottom w:val="single" w:sz="8" w:space="0" w:color="777777"/>
            </w:tcBorders>
          </w:tcPr>
          <w:p w14:paraId="7D48C24F" w14:textId="77777777" w:rsidR="002575E4" w:rsidRDefault="00DF730A" w:rsidP="00172E1F">
            <w:pPr>
              <w:shd w:val="clear" w:color="auto" w:fill="FFFFFF" w:themeFill="background1"/>
              <w:jc w:val="both"/>
            </w:pPr>
            <w:r>
              <w:t>- GV kết luận: Câu chuyện ca ngợi Mai An Tiêm có ý chí, biết dựa vào sức lao động của mình để vượt qua khó khăn. Qua đó, các em học được tinh thần chăm chỉ, tự lực và biết trân trọng thành quả lao động.</w:t>
            </w:r>
          </w:p>
        </w:tc>
        <w:tc>
          <w:tcPr>
            <w:tcW w:w="5188" w:type="dxa"/>
            <w:tcBorders>
              <w:bottom w:val="single" w:sz="8" w:space="0" w:color="777777"/>
            </w:tcBorders>
          </w:tcPr>
          <w:p w14:paraId="6B5356F8" w14:textId="77777777" w:rsidR="002575E4" w:rsidRDefault="00DF730A" w:rsidP="00172E1F">
            <w:pPr>
              <w:shd w:val="clear" w:color="auto" w:fill="FFFFFF" w:themeFill="background1"/>
              <w:jc w:val="both"/>
            </w:pPr>
            <w:r>
              <w:t>- HS lắng nghe, nhắc lại nội dung chính của bài.</w:t>
            </w:r>
          </w:p>
        </w:tc>
      </w:tr>
      <w:tr w:rsidR="002575E4" w14:paraId="138F887C" w14:textId="77777777" w:rsidTr="00511D82">
        <w:trPr>
          <w:jc w:val="center"/>
        </w:trPr>
        <w:tc>
          <w:tcPr>
            <w:tcW w:w="5188" w:type="dxa"/>
            <w:gridSpan w:val="2"/>
            <w:tcBorders>
              <w:top w:val="single" w:sz="8" w:space="0" w:color="777777"/>
              <w:bottom w:val="single" w:sz="8" w:space="0" w:color="777777"/>
            </w:tcBorders>
            <w:shd w:val="clear" w:color="auto" w:fill="E2F0D9"/>
          </w:tcPr>
          <w:p w14:paraId="609A1E76" w14:textId="77777777" w:rsidR="002575E4" w:rsidRDefault="00DF730A" w:rsidP="00172E1F">
            <w:pPr>
              <w:shd w:val="clear" w:color="auto" w:fill="FFFFFF" w:themeFill="background1"/>
            </w:pPr>
            <w:r>
              <w:rPr>
                <w:b/>
              </w:rPr>
              <w:t>Hoạt động 3: Luyện đọc lại (7 phút)</w:t>
            </w:r>
            <w:r>
              <w:rPr>
                <w:b/>
              </w:rPr>
              <w:br/>
              <w:t>Mục tiêu: HS đọc lại văn bản trôi chảy, thể hiện được giọng kể phù hợp với từng đoạn.</w:t>
            </w:r>
          </w:p>
        </w:tc>
      </w:tr>
      <w:tr w:rsidR="002575E4" w14:paraId="703292E2" w14:textId="77777777" w:rsidTr="00511D82">
        <w:trPr>
          <w:jc w:val="center"/>
        </w:trPr>
        <w:tc>
          <w:tcPr>
            <w:tcW w:w="5188" w:type="dxa"/>
            <w:tcBorders>
              <w:top w:val="single" w:sz="8" w:space="0" w:color="777777"/>
            </w:tcBorders>
          </w:tcPr>
          <w:p w14:paraId="0473BAF1" w14:textId="77777777" w:rsidR="002575E4" w:rsidRDefault="00DF730A" w:rsidP="00172E1F">
            <w:pPr>
              <w:shd w:val="clear" w:color="auto" w:fill="FFFFFF" w:themeFill="background1"/>
              <w:jc w:val="both"/>
            </w:pPr>
            <w:r>
              <w:t>- GV đọc lại đoạn Mai An Tiêm nhặt hạt và gieo trồng; yêu cầu HS chú ý giọng đọc thể hiện sự suy nghĩ, quyết tâm.</w:t>
            </w:r>
          </w:p>
        </w:tc>
        <w:tc>
          <w:tcPr>
            <w:tcW w:w="5188" w:type="dxa"/>
            <w:tcBorders>
              <w:top w:val="single" w:sz="8" w:space="0" w:color="777777"/>
            </w:tcBorders>
          </w:tcPr>
          <w:p w14:paraId="66D76460" w14:textId="77777777" w:rsidR="002575E4" w:rsidRDefault="00DF730A" w:rsidP="00172E1F">
            <w:pPr>
              <w:shd w:val="clear" w:color="auto" w:fill="FFFFFF" w:themeFill="background1"/>
              <w:jc w:val="both"/>
            </w:pPr>
            <w:r>
              <w:t>- HS lắng nghe, đánh dấu chỗ cần ngắt nghỉ trong SGK.</w:t>
            </w:r>
          </w:p>
        </w:tc>
      </w:tr>
      <w:tr w:rsidR="002575E4" w14:paraId="42B5FCED" w14:textId="77777777" w:rsidTr="00511D82">
        <w:trPr>
          <w:jc w:val="center"/>
        </w:trPr>
        <w:tc>
          <w:tcPr>
            <w:tcW w:w="5188" w:type="dxa"/>
          </w:tcPr>
          <w:p w14:paraId="5F39EA66" w14:textId="77777777" w:rsidR="002575E4" w:rsidRDefault="00DF730A" w:rsidP="00172E1F">
            <w:pPr>
              <w:shd w:val="clear" w:color="auto" w:fill="FFFFFF" w:themeFill="background1"/>
              <w:jc w:val="both"/>
            </w:pPr>
            <w:r>
              <w:t>- GV tổ chức cho HS luyện đọc đoạn em thích theo nhóm đôi.</w:t>
            </w:r>
          </w:p>
        </w:tc>
        <w:tc>
          <w:tcPr>
            <w:tcW w:w="5188" w:type="dxa"/>
          </w:tcPr>
          <w:p w14:paraId="4BE24676" w14:textId="77777777" w:rsidR="002575E4" w:rsidRDefault="00DF730A" w:rsidP="00172E1F">
            <w:pPr>
              <w:shd w:val="clear" w:color="auto" w:fill="FFFFFF" w:themeFill="background1"/>
              <w:jc w:val="both"/>
            </w:pPr>
            <w:r>
              <w:t>- HS luyện đọc nhóm đôi, góp ý cho nhau về tốc độ đọc và giọng đọc.</w:t>
            </w:r>
          </w:p>
        </w:tc>
      </w:tr>
      <w:tr w:rsidR="002575E4" w14:paraId="316575F7" w14:textId="77777777" w:rsidTr="00511D82">
        <w:trPr>
          <w:jc w:val="center"/>
        </w:trPr>
        <w:tc>
          <w:tcPr>
            <w:tcW w:w="5188" w:type="dxa"/>
            <w:tcBorders>
              <w:bottom w:val="single" w:sz="8" w:space="0" w:color="777777"/>
            </w:tcBorders>
          </w:tcPr>
          <w:p w14:paraId="5AB4E4B1" w14:textId="77777777" w:rsidR="002575E4" w:rsidRDefault="00DF730A" w:rsidP="00172E1F">
            <w:pPr>
              <w:shd w:val="clear" w:color="auto" w:fill="FFFFFF" w:themeFill="background1"/>
              <w:jc w:val="both"/>
            </w:pPr>
            <w:r>
              <w:t>- GV mời HS đọc trước lớp, nhận xét và tuyên dương HS đọc tiến bộ.</w:t>
            </w:r>
          </w:p>
        </w:tc>
        <w:tc>
          <w:tcPr>
            <w:tcW w:w="5188" w:type="dxa"/>
            <w:tcBorders>
              <w:bottom w:val="single" w:sz="8" w:space="0" w:color="777777"/>
            </w:tcBorders>
          </w:tcPr>
          <w:p w14:paraId="68B636E9" w14:textId="77777777" w:rsidR="002575E4" w:rsidRDefault="00DF730A" w:rsidP="00172E1F">
            <w:pPr>
              <w:shd w:val="clear" w:color="auto" w:fill="FFFFFF" w:themeFill="background1"/>
              <w:jc w:val="both"/>
            </w:pPr>
            <w:r>
              <w:t>- HS đọc trước lớp; cả lớp nhận xét lịch sự.</w:t>
            </w:r>
          </w:p>
        </w:tc>
      </w:tr>
      <w:tr w:rsidR="002575E4" w14:paraId="5E2BF7CE" w14:textId="77777777" w:rsidTr="00511D82">
        <w:trPr>
          <w:jc w:val="center"/>
        </w:trPr>
        <w:tc>
          <w:tcPr>
            <w:tcW w:w="5188" w:type="dxa"/>
            <w:gridSpan w:val="2"/>
            <w:tcBorders>
              <w:top w:val="single" w:sz="8" w:space="0" w:color="777777"/>
              <w:bottom w:val="single" w:sz="8" w:space="0" w:color="777777"/>
            </w:tcBorders>
            <w:shd w:val="clear" w:color="auto" w:fill="E2F0D9"/>
          </w:tcPr>
          <w:p w14:paraId="1C6B5F19" w14:textId="77777777" w:rsidR="002575E4" w:rsidRDefault="00DF730A" w:rsidP="00172E1F">
            <w:pPr>
              <w:shd w:val="clear" w:color="auto" w:fill="FFFFFF" w:themeFill="background1"/>
            </w:pPr>
            <w:r>
              <w:rPr>
                <w:b/>
              </w:rPr>
              <w:t>Hoạt động 4: Luyện tập theo văn bản đọc (10 phút)</w:t>
            </w:r>
            <w:r>
              <w:rPr>
                <w:b/>
              </w:rPr>
              <w:br/>
              <w:t>Mục tiêu: HS tìm được từ ngữ chỉ hoạt động trong đoạn văn và đặt câu với từ vừa tìm được.</w:t>
            </w:r>
          </w:p>
        </w:tc>
      </w:tr>
      <w:tr w:rsidR="002575E4" w14:paraId="06912597" w14:textId="77777777" w:rsidTr="00511D82">
        <w:trPr>
          <w:jc w:val="center"/>
        </w:trPr>
        <w:tc>
          <w:tcPr>
            <w:tcW w:w="5188" w:type="dxa"/>
            <w:tcBorders>
              <w:top w:val="single" w:sz="8" w:space="0" w:color="777777"/>
            </w:tcBorders>
          </w:tcPr>
          <w:p w14:paraId="57CE7CBD" w14:textId="77777777" w:rsidR="002575E4" w:rsidRDefault="00DF730A" w:rsidP="00172E1F">
            <w:pPr>
              <w:shd w:val="clear" w:color="auto" w:fill="FFFFFF" w:themeFill="background1"/>
              <w:jc w:val="both"/>
            </w:pPr>
            <w:r>
              <w:rPr>
                <w:b/>
              </w:rPr>
              <w:t>Bài tập 1. Tìm từ ngữ chỉ hoạt động trong đoạn văn sau.</w:t>
            </w:r>
          </w:p>
          <w:p w14:paraId="279455DF" w14:textId="77777777" w:rsidR="002575E4" w:rsidRDefault="00DF730A" w:rsidP="00172E1F">
            <w:pPr>
              <w:shd w:val="clear" w:color="auto" w:fill="FFFFFF" w:themeFill="background1"/>
              <w:jc w:val="both"/>
            </w:pPr>
            <w:r>
              <w:t xml:space="preserve">- GV yêu cầu HS đọc đoạn văn ở SGK: “An Tiêm khắc tên mình vào quả rồi thả xuống biển, nhờ sóng đưa vào đất liền. Một người dân </w:t>
            </w:r>
            <w:r>
              <w:lastRenderedPageBreak/>
              <w:t>vớt được quả lạ đã đem dâng vua. Vua hối hận cho đón vợ chồng An Tiêm trở về.”</w:t>
            </w:r>
          </w:p>
          <w:p w14:paraId="00AF257B" w14:textId="5F2151E8" w:rsidR="002575E4" w:rsidRDefault="002575E4" w:rsidP="00172E1F">
            <w:pPr>
              <w:shd w:val="clear" w:color="auto" w:fill="FFFFFF" w:themeFill="background1"/>
              <w:jc w:val="both"/>
            </w:pPr>
          </w:p>
        </w:tc>
        <w:tc>
          <w:tcPr>
            <w:tcW w:w="5188" w:type="dxa"/>
            <w:tcBorders>
              <w:top w:val="single" w:sz="8" w:space="0" w:color="777777"/>
            </w:tcBorders>
          </w:tcPr>
          <w:p w14:paraId="5A3D8E83" w14:textId="77777777" w:rsidR="002575E4" w:rsidRDefault="00DF730A" w:rsidP="00172E1F">
            <w:pPr>
              <w:shd w:val="clear" w:color="auto" w:fill="FFFFFF" w:themeFill="background1"/>
              <w:jc w:val="both"/>
            </w:pPr>
            <w:r>
              <w:lastRenderedPageBreak/>
              <w:t>- HS đọc đề bài và đoạn văn; xác định yêu cầu là tìm từ ngữ chỉ hoạt động.</w:t>
            </w:r>
          </w:p>
        </w:tc>
      </w:tr>
      <w:tr w:rsidR="002575E4" w14:paraId="7F2508C8" w14:textId="77777777" w:rsidTr="00511D82">
        <w:trPr>
          <w:jc w:val="center"/>
        </w:trPr>
        <w:tc>
          <w:tcPr>
            <w:tcW w:w="5188" w:type="dxa"/>
          </w:tcPr>
          <w:p w14:paraId="095BC350" w14:textId="77777777" w:rsidR="002575E4" w:rsidRDefault="00DF730A" w:rsidP="00172E1F">
            <w:pPr>
              <w:shd w:val="clear" w:color="auto" w:fill="FFFFFF" w:themeFill="background1"/>
              <w:jc w:val="both"/>
            </w:pPr>
            <w:r>
              <w:t>- GV cho HS làm việc nhóm đôi, gạch chân các từ chỉ hoạt động rồi trình bày.</w:t>
            </w:r>
          </w:p>
        </w:tc>
        <w:tc>
          <w:tcPr>
            <w:tcW w:w="5188" w:type="dxa"/>
          </w:tcPr>
          <w:p w14:paraId="2060830B" w14:textId="77777777" w:rsidR="002575E4" w:rsidRDefault="00DF730A" w:rsidP="00172E1F">
            <w:pPr>
              <w:shd w:val="clear" w:color="auto" w:fill="FFFFFF" w:themeFill="background1"/>
              <w:jc w:val="both"/>
            </w:pPr>
            <w:r>
              <w:t>- HS làm nhóm đôi.</w:t>
            </w:r>
          </w:p>
          <w:p w14:paraId="31901291" w14:textId="77777777" w:rsidR="002575E4" w:rsidRDefault="00DF730A" w:rsidP="00172E1F">
            <w:pPr>
              <w:shd w:val="clear" w:color="auto" w:fill="FFFFFF" w:themeFill="background1"/>
              <w:jc w:val="both"/>
            </w:pPr>
            <w:r>
              <w:t>- Đáp án dự kiến: khắc, thả, đưa, vớt, đem, dâng, hối hận, đón, trở về.</w:t>
            </w:r>
          </w:p>
        </w:tc>
      </w:tr>
      <w:tr w:rsidR="002575E4" w14:paraId="13081A29" w14:textId="77777777" w:rsidTr="00511D82">
        <w:trPr>
          <w:jc w:val="center"/>
        </w:trPr>
        <w:tc>
          <w:tcPr>
            <w:tcW w:w="5188" w:type="dxa"/>
            <w:tcBorders>
              <w:bottom w:val="nil"/>
            </w:tcBorders>
          </w:tcPr>
          <w:p w14:paraId="4ACEE521" w14:textId="77777777" w:rsidR="002575E4" w:rsidRDefault="00DF730A" w:rsidP="00172E1F">
            <w:pPr>
              <w:shd w:val="clear" w:color="auto" w:fill="FFFFFF" w:themeFill="background1"/>
              <w:jc w:val="both"/>
            </w:pPr>
            <w:r>
              <w:rPr>
                <w:b/>
              </w:rPr>
              <w:t>Bài tập 2. Đặt một câu với từ ngữ vừa tìm được.</w:t>
            </w:r>
          </w:p>
          <w:p w14:paraId="7E390238" w14:textId="77777777" w:rsidR="002575E4" w:rsidRDefault="00DF730A" w:rsidP="00172E1F">
            <w:pPr>
              <w:shd w:val="clear" w:color="auto" w:fill="FFFFFF" w:themeFill="background1"/>
              <w:jc w:val="both"/>
            </w:pPr>
            <w:r>
              <w:t>- GV yêu cầu mỗi HS chọn một từ chỉ hoạt động và đặt câu có đủ ý.</w:t>
            </w:r>
          </w:p>
        </w:tc>
        <w:tc>
          <w:tcPr>
            <w:tcW w:w="5188" w:type="dxa"/>
            <w:tcBorders>
              <w:bottom w:val="nil"/>
            </w:tcBorders>
          </w:tcPr>
          <w:p w14:paraId="6C171960" w14:textId="77777777" w:rsidR="002575E4" w:rsidRDefault="00DF730A" w:rsidP="00172E1F">
            <w:pPr>
              <w:shd w:val="clear" w:color="auto" w:fill="FFFFFF" w:themeFill="background1"/>
              <w:jc w:val="both"/>
            </w:pPr>
            <w:r>
              <w:t>- HS đặt câu.</w:t>
            </w:r>
          </w:p>
          <w:p w14:paraId="4D355B9B" w14:textId="77777777" w:rsidR="002575E4" w:rsidRDefault="00DF730A" w:rsidP="00172E1F">
            <w:pPr>
              <w:shd w:val="clear" w:color="auto" w:fill="FFFFFF" w:themeFill="background1"/>
              <w:jc w:val="both"/>
            </w:pPr>
            <w:r>
              <w:t>- Dự kiến: “An Tiêm thả quả dưa xuống biển.”; “Người dân đem quả lạ dâng vua.”; “Vua cho đón vợ chồng An Tiêm trở về.”</w:t>
            </w:r>
          </w:p>
        </w:tc>
      </w:tr>
      <w:tr w:rsidR="002575E4" w14:paraId="0F8390D5" w14:textId="77777777" w:rsidTr="00511D82">
        <w:trPr>
          <w:jc w:val="center"/>
        </w:trPr>
        <w:tc>
          <w:tcPr>
            <w:tcW w:w="5188" w:type="dxa"/>
            <w:gridSpan w:val="2"/>
            <w:tcBorders>
              <w:top w:val="nil"/>
              <w:left w:val="nil"/>
              <w:bottom w:val="nil"/>
              <w:right w:val="nil"/>
            </w:tcBorders>
            <w:shd w:val="clear" w:color="auto" w:fill="E2F0D9"/>
          </w:tcPr>
          <w:p w14:paraId="38E049FF" w14:textId="77777777" w:rsidR="002575E4" w:rsidRDefault="00DF730A" w:rsidP="00172E1F">
            <w:pPr>
              <w:shd w:val="clear" w:color="auto" w:fill="FFFFFF" w:themeFill="background1"/>
            </w:pPr>
            <w:r>
              <w:rPr>
                <w:b/>
              </w:rPr>
              <w:t>4. VẬN DỤNG (3 phút)</w:t>
            </w:r>
            <w:r>
              <w:rPr>
                <w:b/>
              </w:rPr>
              <w:br/>
              <w:t>Mục tiêu: HS vận dụng bài học vào việc rèn tính chăm chỉ, tự lực trong học tập.</w:t>
            </w:r>
          </w:p>
        </w:tc>
      </w:tr>
      <w:tr w:rsidR="002575E4" w14:paraId="0F990A6A" w14:textId="77777777" w:rsidTr="00511D82">
        <w:trPr>
          <w:jc w:val="center"/>
        </w:trPr>
        <w:tc>
          <w:tcPr>
            <w:tcW w:w="5188" w:type="dxa"/>
            <w:tcBorders>
              <w:top w:val="nil"/>
            </w:tcBorders>
          </w:tcPr>
          <w:p w14:paraId="45580303" w14:textId="77777777" w:rsidR="002575E4" w:rsidRDefault="00DF730A" w:rsidP="00172E1F">
            <w:pPr>
              <w:shd w:val="clear" w:color="auto" w:fill="FFFFFF" w:themeFill="background1"/>
              <w:jc w:val="both"/>
            </w:pPr>
            <w:r>
              <w:t>- GV hỏi: Trong học tập, em có thể làm việc gì để thể hiện tinh thần tự lực như Mai An Tiêm?</w:t>
            </w:r>
          </w:p>
        </w:tc>
        <w:tc>
          <w:tcPr>
            <w:tcW w:w="5188" w:type="dxa"/>
            <w:tcBorders>
              <w:top w:val="nil"/>
            </w:tcBorders>
          </w:tcPr>
          <w:p w14:paraId="5C785671" w14:textId="77777777" w:rsidR="002575E4" w:rsidRDefault="00DF730A" w:rsidP="00172E1F">
            <w:pPr>
              <w:shd w:val="clear" w:color="auto" w:fill="FFFFFF" w:themeFill="background1"/>
              <w:jc w:val="both"/>
            </w:pPr>
            <w:r>
              <w:t>- HS nêu: tự chuẩn bị sách vở, tự đọc lại bài, cố gắng làm bài trước khi hỏi cô, không bỏ cuộc khi bài khó.</w:t>
            </w:r>
          </w:p>
        </w:tc>
      </w:tr>
      <w:tr w:rsidR="002575E4" w14:paraId="2A7B3796" w14:textId="77777777" w:rsidTr="00511D82">
        <w:trPr>
          <w:jc w:val="center"/>
        </w:trPr>
        <w:tc>
          <w:tcPr>
            <w:tcW w:w="5188" w:type="dxa"/>
          </w:tcPr>
          <w:p w14:paraId="7D31446B" w14:textId="77777777" w:rsidR="002575E4" w:rsidRDefault="00DF730A" w:rsidP="00172E1F">
            <w:pPr>
              <w:shd w:val="clear" w:color="auto" w:fill="FFFFFF" w:themeFill="background1"/>
              <w:jc w:val="both"/>
            </w:pPr>
            <w:r>
              <w:t>- GV dặn HS kể lại một việc làm chăm chỉ của mình cho người thân nghe.</w:t>
            </w:r>
          </w:p>
        </w:tc>
        <w:tc>
          <w:tcPr>
            <w:tcW w:w="5188" w:type="dxa"/>
          </w:tcPr>
          <w:p w14:paraId="661ABAC0" w14:textId="77777777" w:rsidR="002575E4" w:rsidRDefault="00DF730A" w:rsidP="00172E1F">
            <w:pPr>
              <w:shd w:val="clear" w:color="auto" w:fill="FFFFFF" w:themeFill="background1"/>
              <w:jc w:val="both"/>
            </w:pPr>
            <w:r>
              <w:t>- HS ghi nhớ nhiệm vụ.</w:t>
            </w:r>
          </w:p>
        </w:tc>
      </w:tr>
    </w:tbl>
    <w:p w14:paraId="5410352E" w14:textId="77777777" w:rsidR="002575E4" w:rsidRDefault="00DF730A" w:rsidP="00172E1F">
      <w:pPr>
        <w:shd w:val="clear" w:color="auto" w:fill="FFFFFF" w:themeFill="background1"/>
      </w:pPr>
      <w:r>
        <w:rPr>
          <w:b/>
        </w:rPr>
        <w:t>IV. ĐIỀU CHỈNH SAU TIẾT HỌC (NẾU CÓ)</w:t>
      </w:r>
    </w:p>
    <w:p w14:paraId="0CD50EB0" w14:textId="77777777" w:rsidR="002575E4" w:rsidRDefault="00DF730A" w:rsidP="00172E1F">
      <w:pPr>
        <w:shd w:val="clear" w:color="auto" w:fill="FFFFFF" w:themeFill="background1"/>
      </w:pPr>
      <w:r>
        <w:br w:type="page"/>
      </w:r>
    </w:p>
    <w:p w14:paraId="64A13BC5" w14:textId="77777777" w:rsidR="002575E4" w:rsidRDefault="00DF730A" w:rsidP="00172E1F">
      <w:pPr>
        <w:shd w:val="clear" w:color="auto" w:fill="FFFFFF" w:themeFill="background1"/>
        <w:jc w:val="center"/>
      </w:pPr>
      <w:r>
        <w:rPr>
          <w:b/>
        </w:rPr>
        <w:lastRenderedPageBreak/>
        <w:t>KẾ HOẠCH BÀI DẠY MÔN TIẾNG VIỆT LỚP 2 - TUẦN 30</w:t>
      </w:r>
    </w:p>
    <w:p w14:paraId="187ED97F" w14:textId="77777777" w:rsidR="002575E4" w:rsidRPr="00DF730A" w:rsidRDefault="00DF730A" w:rsidP="00172E1F">
      <w:pPr>
        <w:shd w:val="clear" w:color="auto" w:fill="FFFFFF" w:themeFill="background1"/>
        <w:jc w:val="center"/>
        <w:rPr>
          <w:lang w:val="fr-FR"/>
        </w:rPr>
      </w:pPr>
      <w:r w:rsidRPr="00DF730A">
        <w:rPr>
          <w:b/>
          <w:lang w:val="fr-FR"/>
        </w:rPr>
        <w:t>BÀI 21: MAI AN TIÊM</w:t>
      </w:r>
    </w:p>
    <w:p w14:paraId="556AAA50" w14:textId="77777777" w:rsidR="002575E4" w:rsidRPr="00DF730A" w:rsidRDefault="00DF730A" w:rsidP="00172E1F">
      <w:pPr>
        <w:shd w:val="clear" w:color="auto" w:fill="FFFFFF" w:themeFill="background1"/>
        <w:jc w:val="center"/>
        <w:rPr>
          <w:lang w:val="fr-FR"/>
        </w:rPr>
      </w:pPr>
      <w:r w:rsidRPr="00DF730A">
        <w:rPr>
          <w:b/>
          <w:lang w:val="fr-FR"/>
        </w:rPr>
        <w:t>TIẾT 3: VIẾT - CHỮ HOA N</w:t>
      </w:r>
    </w:p>
    <w:p w14:paraId="78149C58" w14:textId="77777777" w:rsidR="002575E4" w:rsidRPr="00DF730A" w:rsidRDefault="00DF730A" w:rsidP="00172E1F">
      <w:pPr>
        <w:shd w:val="clear" w:color="auto" w:fill="FFFFFF" w:themeFill="background1"/>
        <w:rPr>
          <w:lang w:val="fr-FR"/>
        </w:rPr>
      </w:pPr>
      <w:r w:rsidRPr="00DF730A">
        <w:rPr>
          <w:b/>
          <w:lang w:val="fr-FR"/>
        </w:rPr>
        <w:t>I. YÊU CẦU CẦN ĐẠT</w:t>
      </w:r>
    </w:p>
    <w:p w14:paraId="49BEE1A4" w14:textId="77777777" w:rsidR="002575E4" w:rsidRPr="00DF730A" w:rsidRDefault="00DF730A" w:rsidP="00172E1F">
      <w:pPr>
        <w:shd w:val="clear" w:color="auto" w:fill="FFFFFF" w:themeFill="background1"/>
        <w:rPr>
          <w:lang w:val="fr-FR"/>
        </w:rPr>
      </w:pPr>
      <w:r w:rsidRPr="00DF730A">
        <w:rPr>
          <w:b/>
          <w:lang w:val="fr-FR"/>
        </w:rPr>
        <w:t>1. Năng lực đặc thù</w:t>
      </w:r>
    </w:p>
    <w:p w14:paraId="3AE32C37" w14:textId="77777777" w:rsidR="002575E4" w:rsidRPr="00DF730A" w:rsidRDefault="00DF730A" w:rsidP="00172E1F">
      <w:pPr>
        <w:shd w:val="clear" w:color="auto" w:fill="FFFFFF" w:themeFill="background1"/>
        <w:jc w:val="both"/>
        <w:rPr>
          <w:lang w:val="fr-FR"/>
        </w:rPr>
      </w:pPr>
      <w:r w:rsidRPr="00DF730A">
        <w:rPr>
          <w:lang w:val="fr-FR"/>
        </w:rPr>
        <w:t>- Biết viết chữ hoa N cỡ vừa và cỡ nhỏ đúng mẫu, đúng quy trình.</w:t>
      </w:r>
    </w:p>
    <w:p w14:paraId="38241971" w14:textId="77777777" w:rsidR="002575E4" w:rsidRPr="00DF730A" w:rsidRDefault="00DF730A" w:rsidP="00172E1F">
      <w:pPr>
        <w:shd w:val="clear" w:color="auto" w:fill="FFFFFF" w:themeFill="background1"/>
        <w:jc w:val="both"/>
        <w:rPr>
          <w:lang w:val="fr-FR"/>
        </w:rPr>
      </w:pPr>
      <w:r w:rsidRPr="00DF730A">
        <w:rPr>
          <w:lang w:val="fr-FR"/>
        </w:rPr>
        <w:t>- Viết đúng câu ứng dụng: Người Việt Nam cần cù, sáng tạo.</w:t>
      </w:r>
    </w:p>
    <w:p w14:paraId="5BF0C743" w14:textId="77777777" w:rsidR="002575E4" w:rsidRPr="00DF730A" w:rsidRDefault="00DF730A" w:rsidP="00172E1F">
      <w:pPr>
        <w:shd w:val="clear" w:color="auto" w:fill="FFFFFF" w:themeFill="background1"/>
        <w:jc w:val="both"/>
        <w:rPr>
          <w:lang w:val="fr-FR"/>
        </w:rPr>
      </w:pPr>
      <w:r w:rsidRPr="00DF730A">
        <w:rPr>
          <w:lang w:val="fr-FR"/>
        </w:rPr>
        <w:t>- Biết trình bày bài viết sạch đẹp, đúng khoảng cách, đúng độ cao con chữ.</w:t>
      </w:r>
    </w:p>
    <w:p w14:paraId="3F192C8F" w14:textId="77777777" w:rsidR="002575E4" w:rsidRPr="00DF730A" w:rsidRDefault="00DF730A" w:rsidP="00172E1F">
      <w:pPr>
        <w:shd w:val="clear" w:color="auto" w:fill="FFFFFF" w:themeFill="background1"/>
        <w:rPr>
          <w:lang w:val="fr-FR"/>
        </w:rPr>
      </w:pPr>
      <w:r w:rsidRPr="00DF730A">
        <w:rPr>
          <w:b/>
          <w:lang w:val="fr-FR"/>
        </w:rPr>
        <w:t>2. Năng lực chung</w:t>
      </w:r>
    </w:p>
    <w:p w14:paraId="43CF2DE9" w14:textId="77777777" w:rsidR="002575E4" w:rsidRPr="00DF730A" w:rsidRDefault="00DF730A" w:rsidP="00172E1F">
      <w:pPr>
        <w:shd w:val="clear" w:color="auto" w:fill="FFFFFF" w:themeFill="background1"/>
        <w:jc w:val="both"/>
        <w:rPr>
          <w:lang w:val="fr-FR"/>
        </w:rPr>
      </w:pPr>
      <w:r w:rsidRPr="00DF730A">
        <w:rPr>
          <w:lang w:val="fr-FR"/>
        </w:rPr>
        <w:t>- Tự chủ và tự học: Tự quan sát mẫu chữ, luyện viết và tự soát lỗi.</w:t>
      </w:r>
    </w:p>
    <w:p w14:paraId="7E2113D0" w14:textId="77777777" w:rsidR="002575E4" w:rsidRPr="00DF730A" w:rsidRDefault="00DF730A" w:rsidP="00172E1F">
      <w:pPr>
        <w:shd w:val="clear" w:color="auto" w:fill="FFFFFF" w:themeFill="background1"/>
        <w:jc w:val="both"/>
        <w:rPr>
          <w:lang w:val="fr-FR"/>
        </w:rPr>
      </w:pPr>
      <w:r w:rsidRPr="00DF730A">
        <w:rPr>
          <w:lang w:val="fr-FR"/>
        </w:rPr>
        <w:t>- Giao tiếp và hợp tác: Biết đổi vở, góp ý nhẹ nhàng để cùng sửa bài.</w:t>
      </w:r>
    </w:p>
    <w:p w14:paraId="56022067" w14:textId="77777777" w:rsidR="002575E4" w:rsidRPr="00DF730A" w:rsidRDefault="00DF730A" w:rsidP="00172E1F">
      <w:pPr>
        <w:shd w:val="clear" w:color="auto" w:fill="FFFFFF" w:themeFill="background1"/>
        <w:jc w:val="both"/>
        <w:rPr>
          <w:lang w:val="fr-FR"/>
        </w:rPr>
      </w:pPr>
      <w:r w:rsidRPr="00DF730A">
        <w:rPr>
          <w:lang w:val="fr-FR"/>
        </w:rPr>
        <w:t>- Giải quyết vấn đề và sáng tạo: Biết phát hiện lỗi viết sai độ cao, khoảng cách và tự điều chỉnh.</w:t>
      </w:r>
    </w:p>
    <w:p w14:paraId="2AA1E36A" w14:textId="77777777" w:rsidR="002575E4" w:rsidRPr="00DF730A" w:rsidRDefault="00DF730A" w:rsidP="00172E1F">
      <w:pPr>
        <w:shd w:val="clear" w:color="auto" w:fill="FFFFFF" w:themeFill="background1"/>
        <w:rPr>
          <w:lang w:val="fr-FR"/>
        </w:rPr>
      </w:pPr>
      <w:r w:rsidRPr="00DF730A">
        <w:rPr>
          <w:b/>
          <w:lang w:val="fr-FR"/>
        </w:rPr>
        <w:t>3. Phẩm chất</w:t>
      </w:r>
    </w:p>
    <w:p w14:paraId="1F9E24BD" w14:textId="77777777" w:rsidR="002575E4" w:rsidRPr="00DF730A" w:rsidRDefault="00DF730A" w:rsidP="00172E1F">
      <w:pPr>
        <w:shd w:val="clear" w:color="auto" w:fill="FFFFFF" w:themeFill="background1"/>
        <w:jc w:val="both"/>
        <w:rPr>
          <w:lang w:val="fr-FR"/>
        </w:rPr>
      </w:pPr>
      <w:r w:rsidRPr="00DF730A">
        <w:rPr>
          <w:lang w:val="fr-FR"/>
        </w:rPr>
        <w:t>- Chăm chỉ: Kiên trì luyện viết đúng, viết đẹp.</w:t>
      </w:r>
    </w:p>
    <w:p w14:paraId="10F4283A" w14:textId="77777777" w:rsidR="002575E4" w:rsidRPr="00DF730A" w:rsidRDefault="00DF730A" w:rsidP="00172E1F">
      <w:pPr>
        <w:shd w:val="clear" w:color="auto" w:fill="FFFFFF" w:themeFill="background1"/>
        <w:jc w:val="both"/>
        <w:rPr>
          <w:lang w:val="fr-FR"/>
        </w:rPr>
      </w:pPr>
      <w:r w:rsidRPr="00DF730A">
        <w:rPr>
          <w:lang w:val="fr-FR"/>
        </w:rPr>
        <w:t>- Trách nhiệm: Giữ vở sạch, viết cẩn thận, hoàn thành nhiệm vụ viết.</w:t>
      </w:r>
    </w:p>
    <w:p w14:paraId="01B7EA14" w14:textId="77777777" w:rsidR="002575E4" w:rsidRPr="00DF730A" w:rsidRDefault="00DF730A" w:rsidP="00172E1F">
      <w:pPr>
        <w:shd w:val="clear" w:color="auto" w:fill="FFFFFF" w:themeFill="background1"/>
        <w:rPr>
          <w:lang w:val="fr-FR"/>
        </w:rPr>
      </w:pPr>
      <w:r w:rsidRPr="00DF730A">
        <w:rPr>
          <w:b/>
          <w:lang w:val="fr-FR"/>
        </w:rPr>
        <w:t>II. ĐỒ DÙNG DẠY HỌC</w:t>
      </w:r>
    </w:p>
    <w:p w14:paraId="079BACCE" w14:textId="77777777" w:rsidR="002575E4" w:rsidRPr="00DF730A" w:rsidRDefault="00DF730A" w:rsidP="00172E1F">
      <w:pPr>
        <w:shd w:val="clear" w:color="auto" w:fill="FFFFFF" w:themeFill="background1"/>
        <w:jc w:val="both"/>
        <w:rPr>
          <w:lang w:val="fr-FR"/>
        </w:rPr>
      </w:pPr>
      <w:r w:rsidRPr="00DF730A">
        <w:rPr>
          <w:lang w:val="fr-FR"/>
        </w:rPr>
        <w:t>- GV: Mẫu chữ hoa N, câu ứng dụng, bảng phụ/máy chiếu.</w:t>
      </w:r>
    </w:p>
    <w:p w14:paraId="7A40FC67" w14:textId="77777777" w:rsidR="002575E4" w:rsidRPr="00DF730A" w:rsidRDefault="00DF730A" w:rsidP="00172E1F">
      <w:pPr>
        <w:shd w:val="clear" w:color="auto" w:fill="FFFFFF" w:themeFill="background1"/>
        <w:jc w:val="both"/>
        <w:rPr>
          <w:lang w:val="fr-FR"/>
        </w:rPr>
      </w:pPr>
      <w:r w:rsidRPr="00DF730A">
        <w:rPr>
          <w:lang w:val="fr-FR"/>
        </w:rPr>
        <w:t>- HS: Vở Tập viết, bảng con, phấn/bút chì.</w:t>
      </w:r>
    </w:p>
    <w:p w14:paraId="2A1FFAA3" w14:textId="77777777" w:rsidR="002575E4" w:rsidRPr="00DF730A" w:rsidRDefault="00DF730A" w:rsidP="00172E1F">
      <w:pPr>
        <w:shd w:val="clear" w:color="auto" w:fill="FFFFFF" w:themeFill="background1"/>
        <w:rPr>
          <w:lang w:val="fr-FR"/>
        </w:rPr>
      </w:pPr>
      <w:r w:rsidRPr="00DF730A">
        <w:rPr>
          <w:b/>
          <w:lang w:val="fr-FR"/>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rsidRPr="00DF730A" w14:paraId="35572D1E" w14:textId="77777777" w:rsidTr="00511D82">
        <w:trPr>
          <w:tblHeader/>
          <w:jc w:val="center"/>
        </w:trPr>
        <w:tc>
          <w:tcPr>
            <w:tcW w:w="5188" w:type="dxa"/>
            <w:tcBorders>
              <w:top w:val="single" w:sz="8" w:space="0" w:color="777777"/>
              <w:bottom w:val="single" w:sz="8" w:space="0" w:color="777777"/>
            </w:tcBorders>
            <w:shd w:val="clear" w:color="auto" w:fill="DDEBF7"/>
            <w:vAlign w:val="center"/>
          </w:tcPr>
          <w:p w14:paraId="27DF1A41" w14:textId="77777777" w:rsidR="002575E4" w:rsidRPr="00DF730A" w:rsidRDefault="00DF730A" w:rsidP="00172E1F">
            <w:pPr>
              <w:shd w:val="clear" w:color="auto" w:fill="FFFFFF" w:themeFill="background1"/>
              <w:jc w:val="both"/>
              <w:rPr>
                <w:lang w:val="fr-FR"/>
              </w:rPr>
            </w:pPr>
            <w:r w:rsidRPr="00DF730A">
              <w:rPr>
                <w:b/>
                <w:lang w:val="fr-FR"/>
              </w:rPr>
              <w:t>Hoạt động của giáo viên</w:t>
            </w:r>
          </w:p>
        </w:tc>
        <w:tc>
          <w:tcPr>
            <w:tcW w:w="5188" w:type="dxa"/>
            <w:tcBorders>
              <w:top w:val="single" w:sz="8" w:space="0" w:color="777777"/>
              <w:bottom w:val="single" w:sz="8" w:space="0" w:color="777777"/>
            </w:tcBorders>
            <w:shd w:val="clear" w:color="auto" w:fill="DDEBF7"/>
            <w:vAlign w:val="center"/>
          </w:tcPr>
          <w:p w14:paraId="34FEFDB1" w14:textId="77777777" w:rsidR="002575E4" w:rsidRPr="00DF730A" w:rsidRDefault="00DF730A" w:rsidP="00172E1F">
            <w:pPr>
              <w:shd w:val="clear" w:color="auto" w:fill="FFFFFF" w:themeFill="background1"/>
              <w:jc w:val="both"/>
              <w:rPr>
                <w:lang w:val="fr-FR"/>
              </w:rPr>
            </w:pPr>
            <w:r w:rsidRPr="00DF730A">
              <w:rPr>
                <w:b/>
                <w:lang w:val="fr-FR"/>
              </w:rPr>
              <w:t>Hoạt động của học sinh</w:t>
            </w:r>
          </w:p>
        </w:tc>
      </w:tr>
      <w:tr w:rsidR="002575E4" w:rsidRPr="00DF730A" w14:paraId="5359DB08" w14:textId="77777777" w:rsidTr="00511D82">
        <w:trPr>
          <w:jc w:val="center"/>
        </w:trPr>
        <w:tc>
          <w:tcPr>
            <w:tcW w:w="5188" w:type="dxa"/>
            <w:gridSpan w:val="2"/>
            <w:tcBorders>
              <w:top w:val="single" w:sz="8" w:space="0" w:color="777777"/>
              <w:left w:val="single" w:sz="8" w:space="0" w:color="777777"/>
              <w:bottom w:val="single" w:sz="8" w:space="0" w:color="777777"/>
              <w:right w:val="single" w:sz="8" w:space="0" w:color="777777"/>
            </w:tcBorders>
            <w:shd w:val="clear" w:color="auto" w:fill="E2F0D9"/>
          </w:tcPr>
          <w:p w14:paraId="6C6AAC1E" w14:textId="77777777" w:rsidR="002575E4" w:rsidRPr="00DF730A" w:rsidRDefault="00DF730A" w:rsidP="00172E1F">
            <w:pPr>
              <w:shd w:val="clear" w:color="auto" w:fill="FFFFFF" w:themeFill="background1"/>
              <w:rPr>
                <w:lang w:val="fr-FR"/>
              </w:rPr>
            </w:pPr>
            <w:r w:rsidRPr="00DF730A">
              <w:rPr>
                <w:b/>
                <w:lang w:val="fr-FR"/>
              </w:rPr>
              <w:t>1. KHỞI ĐỘNG (3 phút)</w:t>
            </w:r>
            <w:r w:rsidRPr="00DF730A">
              <w:rPr>
                <w:b/>
                <w:lang w:val="fr-FR"/>
              </w:rPr>
              <w:br/>
              <w:t>Mục tiêu: HS nhận diện chữ hoa N, tạo tâm thế luyện viết đúng, đẹp.</w:t>
            </w:r>
          </w:p>
        </w:tc>
      </w:tr>
      <w:tr w:rsidR="002575E4" w:rsidRPr="00DF730A" w14:paraId="5C39C637" w14:textId="77777777" w:rsidTr="00511D82">
        <w:trPr>
          <w:jc w:val="center"/>
        </w:trPr>
        <w:tc>
          <w:tcPr>
            <w:tcW w:w="5188" w:type="dxa"/>
            <w:tcBorders>
              <w:top w:val="single" w:sz="8" w:space="0" w:color="777777"/>
              <w:bottom w:val="nil"/>
            </w:tcBorders>
          </w:tcPr>
          <w:p w14:paraId="39349D8B" w14:textId="77777777" w:rsidR="002575E4" w:rsidRPr="00DF730A" w:rsidRDefault="00DF730A" w:rsidP="00172E1F">
            <w:pPr>
              <w:shd w:val="clear" w:color="auto" w:fill="FFFFFF" w:themeFill="background1"/>
              <w:jc w:val="both"/>
              <w:rPr>
                <w:lang w:val="fr-FR"/>
              </w:rPr>
            </w:pPr>
            <w:r w:rsidRPr="00DF730A">
              <w:rPr>
                <w:lang w:val="fr-FR"/>
              </w:rPr>
              <w:t>- GV tổ chức trò chơi “Nhìn nhanh gọi đúng”: chiếu một số chữ hoa đã học và yêu cầu HS gọi tên.</w:t>
            </w:r>
          </w:p>
        </w:tc>
        <w:tc>
          <w:tcPr>
            <w:tcW w:w="5188" w:type="dxa"/>
            <w:tcBorders>
              <w:top w:val="single" w:sz="8" w:space="0" w:color="777777"/>
              <w:bottom w:val="nil"/>
            </w:tcBorders>
          </w:tcPr>
          <w:p w14:paraId="328CBCF5" w14:textId="77777777" w:rsidR="002575E4" w:rsidRPr="00DF730A" w:rsidRDefault="00DF730A" w:rsidP="00172E1F">
            <w:pPr>
              <w:shd w:val="clear" w:color="auto" w:fill="FFFFFF" w:themeFill="background1"/>
              <w:jc w:val="both"/>
              <w:rPr>
                <w:lang w:val="fr-FR"/>
              </w:rPr>
            </w:pPr>
            <w:r w:rsidRPr="00DF730A">
              <w:rPr>
                <w:lang w:val="fr-FR"/>
              </w:rPr>
              <w:t>- HS quan sát, gọi tên chữ hoa; chuẩn bị vào bài viết.</w:t>
            </w:r>
          </w:p>
        </w:tc>
      </w:tr>
      <w:tr w:rsidR="002575E4" w:rsidRPr="00DF730A" w14:paraId="19D8AE96" w14:textId="77777777" w:rsidTr="00511D82">
        <w:trPr>
          <w:jc w:val="center"/>
        </w:trPr>
        <w:tc>
          <w:tcPr>
            <w:tcW w:w="5188" w:type="dxa"/>
            <w:tcBorders>
              <w:top w:val="nil"/>
              <w:bottom w:val="single" w:sz="8" w:space="0" w:color="777777"/>
            </w:tcBorders>
          </w:tcPr>
          <w:p w14:paraId="2F760333" w14:textId="77777777" w:rsidR="002575E4" w:rsidRPr="00DF730A" w:rsidRDefault="00DF730A" w:rsidP="00172E1F">
            <w:pPr>
              <w:shd w:val="clear" w:color="auto" w:fill="FFFFFF" w:themeFill="background1"/>
              <w:jc w:val="both"/>
              <w:rPr>
                <w:lang w:val="fr-FR"/>
              </w:rPr>
            </w:pPr>
            <w:r w:rsidRPr="00DF730A">
              <w:rPr>
                <w:lang w:val="fr-FR"/>
              </w:rPr>
              <w:t>- GV dẫn vào bài: Hôm nay các em luyện viết chữ hoa N và câu ứng dụng “Người Việt Nam cần cù, sáng tạo.”</w:t>
            </w:r>
          </w:p>
        </w:tc>
        <w:tc>
          <w:tcPr>
            <w:tcW w:w="5188" w:type="dxa"/>
            <w:tcBorders>
              <w:top w:val="nil"/>
              <w:bottom w:val="single" w:sz="8" w:space="0" w:color="777777"/>
            </w:tcBorders>
          </w:tcPr>
          <w:p w14:paraId="5D657F7C" w14:textId="77777777" w:rsidR="002575E4" w:rsidRPr="00DF730A" w:rsidRDefault="00DF730A" w:rsidP="00172E1F">
            <w:pPr>
              <w:shd w:val="clear" w:color="auto" w:fill="FFFFFF" w:themeFill="background1"/>
              <w:jc w:val="both"/>
              <w:rPr>
                <w:lang w:val="fr-FR"/>
              </w:rPr>
            </w:pPr>
            <w:r w:rsidRPr="00DF730A">
              <w:rPr>
                <w:lang w:val="fr-FR"/>
              </w:rPr>
              <w:t>- HS lắng nghe, mở vở tập viết đúng trang.</w:t>
            </w:r>
          </w:p>
        </w:tc>
      </w:tr>
      <w:tr w:rsidR="002575E4" w:rsidRPr="00DF730A" w14:paraId="47491B3A" w14:textId="77777777" w:rsidTr="00511D82">
        <w:trPr>
          <w:jc w:val="center"/>
        </w:trPr>
        <w:tc>
          <w:tcPr>
            <w:tcW w:w="5188" w:type="dxa"/>
            <w:gridSpan w:val="2"/>
            <w:tcBorders>
              <w:top w:val="single" w:sz="8" w:space="0" w:color="777777"/>
              <w:left w:val="single" w:sz="8" w:space="0" w:color="777777"/>
              <w:bottom w:val="single" w:sz="8" w:space="0" w:color="777777"/>
              <w:right w:val="single" w:sz="8" w:space="0" w:color="777777"/>
            </w:tcBorders>
            <w:shd w:val="clear" w:color="auto" w:fill="E2F0D9"/>
          </w:tcPr>
          <w:p w14:paraId="28AE719B" w14:textId="77777777" w:rsidR="002575E4" w:rsidRPr="00DF730A" w:rsidRDefault="00DF730A" w:rsidP="00172E1F">
            <w:pPr>
              <w:shd w:val="clear" w:color="auto" w:fill="FFFFFF" w:themeFill="background1"/>
              <w:rPr>
                <w:lang w:val="fr-FR"/>
              </w:rPr>
            </w:pPr>
            <w:r w:rsidRPr="00DF730A">
              <w:rPr>
                <w:b/>
                <w:lang w:val="fr-FR"/>
              </w:rPr>
              <w:t>2. KHÁM PHÁ KIẾN THỨC (12 phút)</w:t>
            </w:r>
            <w:r w:rsidRPr="00DF730A">
              <w:rPr>
                <w:b/>
                <w:lang w:val="fr-FR"/>
              </w:rPr>
              <w:br/>
              <w:t>Mục tiêu: HS nhận biết đặc điểm chữ hoa N, nắm quy trình viết và hiểu ý nghĩa câu ứng dụng.</w:t>
            </w:r>
          </w:p>
        </w:tc>
      </w:tr>
      <w:tr w:rsidR="002575E4" w:rsidRPr="00DF730A" w14:paraId="3D57F459" w14:textId="77777777" w:rsidTr="00511D82">
        <w:trPr>
          <w:jc w:val="center"/>
        </w:trPr>
        <w:tc>
          <w:tcPr>
            <w:tcW w:w="5188" w:type="dxa"/>
            <w:gridSpan w:val="2"/>
            <w:tcBorders>
              <w:top w:val="single" w:sz="8" w:space="0" w:color="777777"/>
              <w:left w:val="single" w:sz="8" w:space="0" w:color="777777"/>
              <w:bottom w:val="single" w:sz="8" w:space="0" w:color="777777"/>
              <w:right w:val="single" w:sz="8" w:space="0" w:color="777777"/>
            </w:tcBorders>
            <w:shd w:val="clear" w:color="auto" w:fill="E2F0D9"/>
          </w:tcPr>
          <w:p w14:paraId="5AA66AB1" w14:textId="77777777" w:rsidR="002575E4" w:rsidRPr="00DF730A" w:rsidRDefault="00DF730A" w:rsidP="00172E1F">
            <w:pPr>
              <w:shd w:val="clear" w:color="auto" w:fill="FFFFFF" w:themeFill="background1"/>
              <w:jc w:val="both"/>
              <w:rPr>
                <w:lang w:val="fr-FR"/>
              </w:rPr>
            </w:pPr>
            <w:r w:rsidRPr="00DF730A">
              <w:rPr>
                <w:b/>
                <w:lang w:val="fr-FR"/>
              </w:rPr>
              <w:t>Hoạt động 1: Hướng dẫn viết chữ hoa</w:t>
            </w:r>
          </w:p>
        </w:tc>
      </w:tr>
      <w:tr w:rsidR="002575E4" w14:paraId="123CD8D5" w14:textId="77777777" w:rsidTr="00511D82">
        <w:trPr>
          <w:jc w:val="center"/>
        </w:trPr>
        <w:tc>
          <w:tcPr>
            <w:tcW w:w="5188" w:type="dxa"/>
            <w:tcBorders>
              <w:top w:val="single" w:sz="8" w:space="0" w:color="777777"/>
              <w:bottom w:val="nil"/>
            </w:tcBorders>
          </w:tcPr>
          <w:p w14:paraId="7245D152" w14:textId="77777777" w:rsidR="002575E4" w:rsidRPr="00DF730A" w:rsidRDefault="00DF730A" w:rsidP="00172E1F">
            <w:pPr>
              <w:shd w:val="clear" w:color="auto" w:fill="FFFFFF" w:themeFill="background1"/>
              <w:jc w:val="both"/>
              <w:rPr>
                <w:lang w:val="fr-FR"/>
              </w:rPr>
            </w:pPr>
            <w:r w:rsidRPr="00DF730A">
              <w:rPr>
                <w:lang w:val="fr-FR"/>
              </w:rPr>
              <w:t>- GV yêu cầu HS quan sát mẫu chữ hoa N trong SGK, nhận xét độ cao, độ rộng và các nét chính.</w:t>
            </w:r>
          </w:p>
          <w:p w14:paraId="7B7C3291" w14:textId="1C500F9E" w:rsidR="002575E4" w:rsidRDefault="002575E4" w:rsidP="00172E1F">
            <w:pPr>
              <w:shd w:val="clear" w:color="auto" w:fill="FFFFFF" w:themeFill="background1"/>
              <w:jc w:val="both"/>
            </w:pPr>
          </w:p>
        </w:tc>
        <w:tc>
          <w:tcPr>
            <w:tcW w:w="5188" w:type="dxa"/>
            <w:tcBorders>
              <w:top w:val="single" w:sz="8" w:space="0" w:color="777777"/>
              <w:bottom w:val="nil"/>
            </w:tcBorders>
          </w:tcPr>
          <w:p w14:paraId="66ACE793" w14:textId="77777777" w:rsidR="002575E4" w:rsidRDefault="00DF730A" w:rsidP="00172E1F">
            <w:pPr>
              <w:shd w:val="clear" w:color="auto" w:fill="FFFFFF" w:themeFill="background1"/>
              <w:jc w:val="both"/>
            </w:pPr>
            <w:r>
              <w:t>- HS quan sát; nêu: chữ N cao 5 li, gồm các nét móc và nét xiên, cần viết đều nét và đúng điểm đặt bút.</w:t>
            </w:r>
          </w:p>
        </w:tc>
      </w:tr>
      <w:tr w:rsidR="002575E4" w14:paraId="1A1C4AE1" w14:textId="77777777" w:rsidTr="00511D82">
        <w:trPr>
          <w:jc w:val="center"/>
        </w:trPr>
        <w:tc>
          <w:tcPr>
            <w:tcW w:w="5188" w:type="dxa"/>
            <w:tcBorders>
              <w:top w:val="nil"/>
              <w:bottom w:val="nil"/>
            </w:tcBorders>
          </w:tcPr>
          <w:p w14:paraId="43572278" w14:textId="77777777" w:rsidR="002575E4" w:rsidRDefault="00DF730A" w:rsidP="00172E1F">
            <w:pPr>
              <w:shd w:val="clear" w:color="auto" w:fill="FFFFFF" w:themeFill="background1"/>
              <w:jc w:val="both"/>
            </w:pPr>
            <w:r>
              <w:t>- GV viết mẫu chữ N trên bảng, vừa viết vừa nêu điểm đặt bút, hướng đưa bút và điểm dừng bút.</w:t>
            </w:r>
          </w:p>
        </w:tc>
        <w:tc>
          <w:tcPr>
            <w:tcW w:w="5188" w:type="dxa"/>
            <w:tcBorders>
              <w:top w:val="nil"/>
              <w:bottom w:val="nil"/>
            </w:tcBorders>
          </w:tcPr>
          <w:p w14:paraId="00D22D30" w14:textId="77777777" w:rsidR="002575E4" w:rsidRDefault="00DF730A" w:rsidP="00172E1F">
            <w:pPr>
              <w:shd w:val="clear" w:color="auto" w:fill="FFFFFF" w:themeFill="background1"/>
              <w:jc w:val="both"/>
            </w:pPr>
            <w:r>
              <w:t>- HS quan sát, dùng ngón tay viết theo trên không.</w:t>
            </w:r>
          </w:p>
        </w:tc>
      </w:tr>
      <w:tr w:rsidR="002575E4" w14:paraId="2542B05D" w14:textId="77777777" w:rsidTr="00511D82">
        <w:trPr>
          <w:jc w:val="center"/>
        </w:trPr>
        <w:tc>
          <w:tcPr>
            <w:tcW w:w="5188" w:type="dxa"/>
            <w:tcBorders>
              <w:top w:val="nil"/>
              <w:bottom w:val="single" w:sz="8" w:space="0" w:color="777777"/>
            </w:tcBorders>
          </w:tcPr>
          <w:p w14:paraId="4A71554F" w14:textId="77777777" w:rsidR="002575E4" w:rsidRDefault="00DF730A" w:rsidP="00172E1F">
            <w:pPr>
              <w:shd w:val="clear" w:color="auto" w:fill="FFFFFF" w:themeFill="background1"/>
              <w:jc w:val="both"/>
            </w:pPr>
            <w:r>
              <w:t>- GV cho HS luyện viết chữ N trên bảng con; theo dõi, sửa lỗi về độ cao, nét móc và khoảng cách.</w:t>
            </w:r>
          </w:p>
        </w:tc>
        <w:tc>
          <w:tcPr>
            <w:tcW w:w="5188" w:type="dxa"/>
            <w:tcBorders>
              <w:top w:val="nil"/>
              <w:bottom w:val="single" w:sz="8" w:space="0" w:color="777777"/>
            </w:tcBorders>
          </w:tcPr>
          <w:p w14:paraId="78E2862F" w14:textId="77777777" w:rsidR="002575E4" w:rsidRDefault="00DF730A" w:rsidP="00172E1F">
            <w:pPr>
              <w:shd w:val="clear" w:color="auto" w:fill="FFFFFF" w:themeFill="background1"/>
              <w:jc w:val="both"/>
            </w:pPr>
            <w:r>
              <w:t>- HS viết bảng con, giơ bảng, tự sửa lỗi theo nhận xét của GV.</w:t>
            </w:r>
          </w:p>
        </w:tc>
      </w:tr>
      <w:tr w:rsidR="002575E4" w14:paraId="363F37A2" w14:textId="77777777" w:rsidTr="00511D82">
        <w:trPr>
          <w:jc w:val="center"/>
        </w:trPr>
        <w:tc>
          <w:tcPr>
            <w:tcW w:w="5188" w:type="dxa"/>
            <w:gridSpan w:val="2"/>
            <w:tcBorders>
              <w:top w:val="single" w:sz="8" w:space="0" w:color="777777"/>
              <w:left w:val="single" w:sz="8" w:space="0" w:color="777777"/>
              <w:bottom w:val="single" w:sz="8" w:space="0" w:color="777777"/>
              <w:right w:val="single" w:sz="8" w:space="0" w:color="777777"/>
            </w:tcBorders>
            <w:shd w:val="clear" w:color="auto" w:fill="E2F0D9"/>
          </w:tcPr>
          <w:p w14:paraId="0A7499DC" w14:textId="77777777" w:rsidR="002575E4" w:rsidRDefault="00DF730A" w:rsidP="00172E1F">
            <w:pPr>
              <w:shd w:val="clear" w:color="auto" w:fill="FFFFFF" w:themeFill="background1"/>
              <w:jc w:val="both"/>
            </w:pPr>
            <w:r>
              <w:rPr>
                <w:b/>
              </w:rPr>
              <w:t>Hoạt động 2: Hướng dẫn viết câu ứng dụng</w:t>
            </w:r>
          </w:p>
        </w:tc>
      </w:tr>
      <w:tr w:rsidR="002575E4" w14:paraId="29EA85DF" w14:textId="77777777" w:rsidTr="00511D82">
        <w:trPr>
          <w:jc w:val="center"/>
        </w:trPr>
        <w:tc>
          <w:tcPr>
            <w:tcW w:w="5188" w:type="dxa"/>
            <w:tcBorders>
              <w:top w:val="single" w:sz="8" w:space="0" w:color="777777"/>
              <w:bottom w:val="nil"/>
            </w:tcBorders>
          </w:tcPr>
          <w:p w14:paraId="324609DC" w14:textId="77777777" w:rsidR="002575E4" w:rsidRDefault="00DF730A" w:rsidP="00172E1F">
            <w:pPr>
              <w:shd w:val="clear" w:color="auto" w:fill="FFFFFF" w:themeFill="background1"/>
              <w:jc w:val="both"/>
            </w:pPr>
            <w:r>
              <w:t>- GV gọi HS đọc câu ứng dụng: “Người Việt Nam cần cù, sáng tạo.”</w:t>
            </w:r>
          </w:p>
        </w:tc>
        <w:tc>
          <w:tcPr>
            <w:tcW w:w="5188" w:type="dxa"/>
            <w:tcBorders>
              <w:top w:val="single" w:sz="8" w:space="0" w:color="777777"/>
              <w:bottom w:val="nil"/>
            </w:tcBorders>
          </w:tcPr>
          <w:p w14:paraId="43F505C1" w14:textId="77777777" w:rsidR="002575E4" w:rsidRDefault="00DF730A" w:rsidP="00172E1F">
            <w:pPr>
              <w:shd w:val="clear" w:color="auto" w:fill="FFFFFF" w:themeFill="background1"/>
              <w:jc w:val="both"/>
            </w:pPr>
            <w:r>
              <w:t>- HS đọc câu ứng dụng cá nhân, đồng thanh.</w:t>
            </w:r>
          </w:p>
        </w:tc>
      </w:tr>
      <w:tr w:rsidR="002575E4" w14:paraId="58D56022" w14:textId="77777777" w:rsidTr="00511D82">
        <w:trPr>
          <w:jc w:val="center"/>
        </w:trPr>
        <w:tc>
          <w:tcPr>
            <w:tcW w:w="5188" w:type="dxa"/>
            <w:tcBorders>
              <w:top w:val="nil"/>
              <w:bottom w:val="nil"/>
            </w:tcBorders>
          </w:tcPr>
          <w:p w14:paraId="251E7DCD" w14:textId="77777777" w:rsidR="002575E4" w:rsidRDefault="00DF730A" w:rsidP="00172E1F">
            <w:pPr>
              <w:shd w:val="clear" w:color="auto" w:fill="FFFFFF" w:themeFill="background1"/>
              <w:jc w:val="both"/>
            </w:pPr>
            <w:r>
              <w:t>- GV hỏi: Câu ứng dụng nói điều gì về con người Việt Nam?</w:t>
            </w:r>
          </w:p>
        </w:tc>
        <w:tc>
          <w:tcPr>
            <w:tcW w:w="5188" w:type="dxa"/>
            <w:tcBorders>
              <w:top w:val="nil"/>
              <w:bottom w:val="nil"/>
            </w:tcBorders>
          </w:tcPr>
          <w:p w14:paraId="1DCCE762" w14:textId="77777777" w:rsidR="002575E4" w:rsidRDefault="00DF730A" w:rsidP="00172E1F">
            <w:pPr>
              <w:shd w:val="clear" w:color="auto" w:fill="FFFFFF" w:themeFill="background1"/>
              <w:jc w:val="both"/>
            </w:pPr>
            <w:r>
              <w:t>- HS trả lời: Câu ứng dụng nói người Việt Nam chăm chỉ làm việc, có nhiều ý tưởng mới và biết sáng tạo.</w:t>
            </w:r>
          </w:p>
        </w:tc>
      </w:tr>
      <w:tr w:rsidR="002575E4" w14:paraId="1CAAE2DC" w14:textId="77777777" w:rsidTr="00511D82">
        <w:trPr>
          <w:jc w:val="center"/>
        </w:trPr>
        <w:tc>
          <w:tcPr>
            <w:tcW w:w="5188" w:type="dxa"/>
            <w:tcBorders>
              <w:top w:val="nil"/>
              <w:bottom w:val="single" w:sz="8" w:space="0" w:color="777777"/>
            </w:tcBorders>
          </w:tcPr>
          <w:p w14:paraId="0CD5E7C6" w14:textId="77777777" w:rsidR="002575E4" w:rsidRDefault="00DF730A" w:rsidP="00172E1F">
            <w:pPr>
              <w:shd w:val="clear" w:color="auto" w:fill="FFFFFF" w:themeFill="background1"/>
              <w:jc w:val="both"/>
            </w:pPr>
            <w:r>
              <w:t>- GV hướng dẫn HS nhận xét: chữ nào viết hoa, giữa các tiếng cách nhau thế nào, cuối câu dùng dấu gì.</w:t>
            </w:r>
          </w:p>
        </w:tc>
        <w:tc>
          <w:tcPr>
            <w:tcW w:w="5188" w:type="dxa"/>
            <w:tcBorders>
              <w:top w:val="nil"/>
              <w:bottom w:val="single" w:sz="8" w:space="0" w:color="777777"/>
            </w:tcBorders>
          </w:tcPr>
          <w:p w14:paraId="05294E3B" w14:textId="77777777" w:rsidR="002575E4" w:rsidRDefault="00DF730A" w:rsidP="00172E1F">
            <w:pPr>
              <w:shd w:val="clear" w:color="auto" w:fill="FFFFFF" w:themeFill="background1"/>
              <w:jc w:val="both"/>
            </w:pPr>
            <w:r>
              <w:t>- HS nêu: Chữ Người, Việt, Nam viết hoa; giữa các tiếng cách khoảng một chữ o; cuối câu có dấu chấm.</w:t>
            </w:r>
          </w:p>
        </w:tc>
      </w:tr>
      <w:tr w:rsidR="002575E4" w14:paraId="0E08E9FA" w14:textId="77777777" w:rsidTr="00511D82">
        <w:trPr>
          <w:jc w:val="center"/>
        </w:trPr>
        <w:tc>
          <w:tcPr>
            <w:tcW w:w="5188" w:type="dxa"/>
            <w:gridSpan w:val="2"/>
            <w:tcBorders>
              <w:top w:val="single" w:sz="8" w:space="0" w:color="777777"/>
              <w:left w:val="single" w:sz="8" w:space="0" w:color="777777"/>
              <w:bottom w:val="single" w:sz="8" w:space="0" w:color="777777"/>
              <w:right w:val="single" w:sz="8" w:space="0" w:color="777777"/>
            </w:tcBorders>
            <w:shd w:val="clear" w:color="auto" w:fill="E2F0D9"/>
          </w:tcPr>
          <w:p w14:paraId="62CDD8F4" w14:textId="77777777" w:rsidR="002575E4" w:rsidRDefault="00DF730A" w:rsidP="00172E1F">
            <w:pPr>
              <w:shd w:val="clear" w:color="auto" w:fill="FFFFFF" w:themeFill="background1"/>
            </w:pPr>
            <w:r>
              <w:rPr>
                <w:b/>
              </w:rPr>
              <w:lastRenderedPageBreak/>
              <w:t>3. LUYỆN TẬP - THỰC HÀNH (15 phút)</w:t>
            </w:r>
            <w:r>
              <w:rPr>
                <w:b/>
              </w:rPr>
              <w:br/>
              <w:t>Mục tiêu: HS viết đúng chữ hoa N và câu ứng dụng vào vở; biết giữ tư thế ngồi viết đúng.</w:t>
            </w:r>
          </w:p>
        </w:tc>
      </w:tr>
      <w:tr w:rsidR="002575E4" w14:paraId="467A1447" w14:textId="77777777" w:rsidTr="00511D82">
        <w:trPr>
          <w:jc w:val="center"/>
        </w:trPr>
        <w:tc>
          <w:tcPr>
            <w:tcW w:w="5188" w:type="dxa"/>
            <w:tcBorders>
              <w:top w:val="single" w:sz="8" w:space="0" w:color="777777"/>
              <w:bottom w:val="nil"/>
            </w:tcBorders>
          </w:tcPr>
          <w:p w14:paraId="0704CD6D" w14:textId="77777777" w:rsidR="002575E4" w:rsidRDefault="00DF730A" w:rsidP="00172E1F">
            <w:pPr>
              <w:shd w:val="clear" w:color="auto" w:fill="FFFFFF" w:themeFill="background1"/>
              <w:jc w:val="both"/>
            </w:pPr>
            <w:r>
              <w:t>- GV nêu yêu cầu viết vở: viết chữ hoa N cỡ vừa, chữ hoa N cỡ nhỏ và câu ứng dụng theo đúng mẫu.</w:t>
            </w:r>
          </w:p>
        </w:tc>
        <w:tc>
          <w:tcPr>
            <w:tcW w:w="5188" w:type="dxa"/>
            <w:tcBorders>
              <w:top w:val="single" w:sz="8" w:space="0" w:color="777777"/>
              <w:bottom w:val="nil"/>
            </w:tcBorders>
          </w:tcPr>
          <w:p w14:paraId="5E498B83" w14:textId="77777777" w:rsidR="002575E4" w:rsidRDefault="00DF730A" w:rsidP="00172E1F">
            <w:pPr>
              <w:shd w:val="clear" w:color="auto" w:fill="FFFFFF" w:themeFill="background1"/>
              <w:jc w:val="both"/>
            </w:pPr>
            <w:r>
              <w:t>- HS lắng nghe, chuẩn bị vở và bút.</w:t>
            </w:r>
          </w:p>
        </w:tc>
      </w:tr>
      <w:tr w:rsidR="002575E4" w14:paraId="04B725B5" w14:textId="77777777" w:rsidTr="00511D82">
        <w:trPr>
          <w:jc w:val="center"/>
        </w:trPr>
        <w:tc>
          <w:tcPr>
            <w:tcW w:w="5188" w:type="dxa"/>
            <w:tcBorders>
              <w:top w:val="nil"/>
              <w:bottom w:val="nil"/>
            </w:tcBorders>
          </w:tcPr>
          <w:p w14:paraId="5468D304" w14:textId="77777777" w:rsidR="002575E4" w:rsidRDefault="00DF730A" w:rsidP="00172E1F">
            <w:pPr>
              <w:shd w:val="clear" w:color="auto" w:fill="FFFFFF" w:themeFill="background1"/>
              <w:jc w:val="both"/>
            </w:pPr>
            <w:r>
              <w:t>- GV nhắc tư thế ngồi viết: lưng thẳng, mắt cách vở khoảng 25-30 cm, tay giữ vở, tay viết thoải mái.</w:t>
            </w:r>
          </w:p>
        </w:tc>
        <w:tc>
          <w:tcPr>
            <w:tcW w:w="5188" w:type="dxa"/>
            <w:tcBorders>
              <w:top w:val="nil"/>
              <w:bottom w:val="nil"/>
            </w:tcBorders>
          </w:tcPr>
          <w:p w14:paraId="54741785" w14:textId="77777777" w:rsidR="002575E4" w:rsidRDefault="00DF730A" w:rsidP="00172E1F">
            <w:pPr>
              <w:shd w:val="clear" w:color="auto" w:fill="FFFFFF" w:themeFill="background1"/>
              <w:jc w:val="both"/>
            </w:pPr>
            <w:r>
              <w:t>- HS điều chỉnh tư thế ngồi, đặt vở ngay ngắn.</w:t>
            </w:r>
          </w:p>
        </w:tc>
      </w:tr>
      <w:tr w:rsidR="002575E4" w14:paraId="4B52D247" w14:textId="77777777" w:rsidTr="00511D82">
        <w:trPr>
          <w:jc w:val="center"/>
        </w:trPr>
        <w:tc>
          <w:tcPr>
            <w:tcW w:w="5188" w:type="dxa"/>
            <w:tcBorders>
              <w:top w:val="nil"/>
              <w:bottom w:val="nil"/>
            </w:tcBorders>
          </w:tcPr>
          <w:p w14:paraId="012E42CF" w14:textId="77777777" w:rsidR="002575E4" w:rsidRDefault="00DF730A" w:rsidP="00172E1F">
            <w:pPr>
              <w:shd w:val="clear" w:color="auto" w:fill="FFFFFF" w:themeFill="background1"/>
              <w:jc w:val="both"/>
            </w:pPr>
            <w:r>
              <w:t>- GV cho HS viết bài vào vở; quan sát, hỗ trợ HS viết chậm hoặc sai nét.</w:t>
            </w:r>
          </w:p>
        </w:tc>
        <w:tc>
          <w:tcPr>
            <w:tcW w:w="5188" w:type="dxa"/>
            <w:tcBorders>
              <w:top w:val="nil"/>
              <w:bottom w:val="nil"/>
            </w:tcBorders>
          </w:tcPr>
          <w:p w14:paraId="66C5BF90" w14:textId="77777777" w:rsidR="002575E4" w:rsidRDefault="00DF730A" w:rsidP="00172E1F">
            <w:pPr>
              <w:shd w:val="clear" w:color="auto" w:fill="FFFFFF" w:themeFill="background1"/>
              <w:jc w:val="both"/>
            </w:pPr>
            <w:r>
              <w:t>- HS viết bài vào vở, giữ chữ đều, sạch, đúng độ cao.</w:t>
            </w:r>
          </w:p>
        </w:tc>
      </w:tr>
      <w:tr w:rsidR="002575E4" w14:paraId="52E4C5AD" w14:textId="77777777" w:rsidTr="00511D82">
        <w:trPr>
          <w:jc w:val="center"/>
        </w:trPr>
        <w:tc>
          <w:tcPr>
            <w:tcW w:w="5188" w:type="dxa"/>
            <w:tcBorders>
              <w:top w:val="nil"/>
              <w:bottom w:val="single" w:sz="8" w:space="0" w:color="777777"/>
            </w:tcBorders>
          </w:tcPr>
          <w:p w14:paraId="4359C05D" w14:textId="77777777" w:rsidR="002575E4" w:rsidRDefault="00DF730A" w:rsidP="00172E1F">
            <w:pPr>
              <w:shd w:val="clear" w:color="auto" w:fill="FFFFFF" w:themeFill="background1"/>
              <w:jc w:val="both"/>
            </w:pPr>
            <w:r>
              <w:t>- GV yêu cầu HS đổi vở theo cặp để soát lỗi; chọn một số bài viết đẹp để nhận xét.</w:t>
            </w:r>
          </w:p>
        </w:tc>
        <w:tc>
          <w:tcPr>
            <w:tcW w:w="5188" w:type="dxa"/>
            <w:tcBorders>
              <w:top w:val="nil"/>
              <w:bottom w:val="single" w:sz="8" w:space="0" w:color="777777"/>
            </w:tcBorders>
          </w:tcPr>
          <w:p w14:paraId="65359011" w14:textId="77777777" w:rsidR="002575E4" w:rsidRDefault="00DF730A" w:rsidP="00172E1F">
            <w:pPr>
              <w:shd w:val="clear" w:color="auto" w:fill="FFFFFF" w:themeFill="background1"/>
              <w:jc w:val="both"/>
            </w:pPr>
            <w:r>
              <w:t>- HS đổi vở, góp ý nhẹ nhàng; tự sửa lỗi nếu có.</w:t>
            </w:r>
          </w:p>
        </w:tc>
      </w:tr>
      <w:tr w:rsidR="002575E4" w14:paraId="2E40DD2A" w14:textId="77777777" w:rsidTr="00511D82">
        <w:trPr>
          <w:jc w:val="center"/>
        </w:trPr>
        <w:tc>
          <w:tcPr>
            <w:tcW w:w="5188" w:type="dxa"/>
            <w:gridSpan w:val="2"/>
            <w:tcBorders>
              <w:top w:val="single" w:sz="8" w:space="0" w:color="777777"/>
              <w:left w:val="single" w:sz="8" w:space="0" w:color="777777"/>
              <w:bottom w:val="single" w:sz="8" w:space="0" w:color="777777"/>
              <w:right w:val="single" w:sz="8" w:space="0" w:color="777777"/>
            </w:tcBorders>
            <w:shd w:val="clear" w:color="auto" w:fill="E2F0D9"/>
          </w:tcPr>
          <w:p w14:paraId="2D804E19" w14:textId="77777777" w:rsidR="002575E4" w:rsidRDefault="00DF730A" w:rsidP="00172E1F">
            <w:pPr>
              <w:shd w:val="clear" w:color="auto" w:fill="FFFFFF" w:themeFill="background1"/>
            </w:pPr>
            <w:r>
              <w:rPr>
                <w:b/>
              </w:rPr>
              <w:t>4. VẬN DỤNG (5 phút)</w:t>
            </w:r>
            <w:r>
              <w:rPr>
                <w:b/>
              </w:rPr>
              <w:br/>
              <w:t>Mục tiêu: HS liên hệ ý nghĩa câu ứng dụng với việc học tập và rèn luyện hằng ngày.</w:t>
            </w:r>
          </w:p>
        </w:tc>
      </w:tr>
      <w:tr w:rsidR="002575E4" w14:paraId="66F80627" w14:textId="77777777" w:rsidTr="00511D82">
        <w:trPr>
          <w:jc w:val="center"/>
        </w:trPr>
        <w:tc>
          <w:tcPr>
            <w:tcW w:w="5188" w:type="dxa"/>
            <w:tcBorders>
              <w:top w:val="single" w:sz="8" w:space="0" w:color="777777"/>
              <w:bottom w:val="nil"/>
            </w:tcBorders>
          </w:tcPr>
          <w:p w14:paraId="0971640F" w14:textId="77777777" w:rsidR="002575E4" w:rsidRDefault="00DF730A" w:rsidP="00172E1F">
            <w:pPr>
              <w:shd w:val="clear" w:color="auto" w:fill="FFFFFF" w:themeFill="background1"/>
              <w:jc w:val="both"/>
            </w:pPr>
            <w:r>
              <w:t>- GV hỏi: Để trở thành người “cần cù, sáng tạo”, em có thể làm gì trong học tập?</w:t>
            </w:r>
          </w:p>
        </w:tc>
        <w:tc>
          <w:tcPr>
            <w:tcW w:w="5188" w:type="dxa"/>
            <w:tcBorders>
              <w:top w:val="single" w:sz="8" w:space="0" w:color="777777"/>
              <w:bottom w:val="nil"/>
            </w:tcBorders>
          </w:tcPr>
          <w:p w14:paraId="5E185815" w14:textId="77777777" w:rsidR="002575E4" w:rsidRDefault="00DF730A" w:rsidP="00172E1F">
            <w:pPr>
              <w:shd w:val="clear" w:color="auto" w:fill="FFFFFF" w:themeFill="background1"/>
              <w:jc w:val="both"/>
            </w:pPr>
            <w:r>
              <w:t>- HS nêu: chăm học, làm bài đầy đủ, suy nghĩ cách giải bài, biết hỏi khi chưa hiểu, biết giúp bạn.</w:t>
            </w:r>
          </w:p>
        </w:tc>
      </w:tr>
      <w:tr w:rsidR="002575E4" w14:paraId="30B038B0" w14:textId="77777777" w:rsidTr="00511D82">
        <w:trPr>
          <w:jc w:val="center"/>
        </w:trPr>
        <w:tc>
          <w:tcPr>
            <w:tcW w:w="5188" w:type="dxa"/>
            <w:tcBorders>
              <w:top w:val="nil"/>
              <w:bottom w:val="single" w:sz="8" w:space="0" w:color="777777"/>
            </w:tcBorders>
          </w:tcPr>
          <w:p w14:paraId="5410EEEB" w14:textId="77777777" w:rsidR="002575E4" w:rsidRDefault="00DF730A" w:rsidP="00172E1F">
            <w:pPr>
              <w:shd w:val="clear" w:color="auto" w:fill="FFFFFF" w:themeFill="background1"/>
              <w:jc w:val="both"/>
            </w:pPr>
            <w:r>
              <w:t>- GV nhận xét, dặn HS luyện viết thêm chữ N ở nhà và giữ vở sạch đẹp.</w:t>
            </w:r>
          </w:p>
        </w:tc>
        <w:tc>
          <w:tcPr>
            <w:tcW w:w="5188" w:type="dxa"/>
            <w:tcBorders>
              <w:top w:val="nil"/>
              <w:bottom w:val="single" w:sz="8" w:space="0" w:color="777777"/>
            </w:tcBorders>
          </w:tcPr>
          <w:p w14:paraId="28AA84AA" w14:textId="77777777" w:rsidR="002575E4" w:rsidRDefault="00DF730A" w:rsidP="00172E1F">
            <w:pPr>
              <w:shd w:val="clear" w:color="auto" w:fill="FFFFFF" w:themeFill="background1"/>
              <w:jc w:val="both"/>
            </w:pPr>
            <w:r>
              <w:t>- HS lắng nghe, ghi nhớ.</w:t>
            </w:r>
          </w:p>
        </w:tc>
      </w:tr>
    </w:tbl>
    <w:p w14:paraId="737B83FD" w14:textId="77777777" w:rsidR="002575E4" w:rsidRDefault="00DF730A" w:rsidP="00172E1F">
      <w:pPr>
        <w:shd w:val="clear" w:color="auto" w:fill="FFFFFF" w:themeFill="background1"/>
      </w:pPr>
      <w:r>
        <w:rPr>
          <w:b/>
        </w:rPr>
        <w:t>IV. ĐIỀU CHỈNH SAU TIẾT HỌC (NẾU CÓ)</w:t>
      </w:r>
    </w:p>
    <w:p w14:paraId="648368C2" w14:textId="77777777" w:rsidR="002575E4" w:rsidRDefault="00DF730A" w:rsidP="00172E1F">
      <w:pPr>
        <w:shd w:val="clear" w:color="auto" w:fill="FFFFFF" w:themeFill="background1"/>
      </w:pPr>
      <w:r>
        <w:br w:type="page"/>
      </w:r>
    </w:p>
    <w:p w14:paraId="2056D164" w14:textId="77777777" w:rsidR="002575E4" w:rsidRDefault="00DF730A" w:rsidP="00172E1F">
      <w:pPr>
        <w:shd w:val="clear" w:color="auto" w:fill="FFFFFF" w:themeFill="background1"/>
        <w:jc w:val="center"/>
      </w:pPr>
      <w:r>
        <w:rPr>
          <w:b/>
        </w:rPr>
        <w:lastRenderedPageBreak/>
        <w:t>KẾ HOẠCH BÀI DẠY MÔN TIẾNG VIỆT LỚP 2 - TUẦN 30</w:t>
      </w:r>
    </w:p>
    <w:p w14:paraId="3DABA6EB" w14:textId="77777777" w:rsidR="002575E4" w:rsidRDefault="00DF730A" w:rsidP="00172E1F">
      <w:pPr>
        <w:shd w:val="clear" w:color="auto" w:fill="FFFFFF" w:themeFill="background1"/>
        <w:jc w:val="center"/>
      </w:pPr>
      <w:r>
        <w:rPr>
          <w:b/>
        </w:rPr>
        <w:t>BÀI 21: MAI AN TIÊM</w:t>
      </w:r>
    </w:p>
    <w:p w14:paraId="7D2F6B0C" w14:textId="77777777" w:rsidR="002575E4" w:rsidRDefault="00DF730A" w:rsidP="00172E1F">
      <w:pPr>
        <w:shd w:val="clear" w:color="auto" w:fill="FFFFFF" w:themeFill="background1"/>
        <w:jc w:val="center"/>
      </w:pPr>
      <w:r>
        <w:rPr>
          <w:b/>
        </w:rPr>
        <w:t>TIẾT 4: NÓI VÀ NGHE - KỂ CHUYỆN MAI AN TIÊM</w:t>
      </w:r>
    </w:p>
    <w:p w14:paraId="1F2A97DC" w14:textId="77777777" w:rsidR="002575E4" w:rsidRDefault="00DF730A" w:rsidP="00172E1F">
      <w:pPr>
        <w:shd w:val="clear" w:color="auto" w:fill="FFFFFF" w:themeFill="background1"/>
      </w:pPr>
      <w:r>
        <w:rPr>
          <w:b/>
        </w:rPr>
        <w:t>I. YÊU CẦU CẦN ĐẠT</w:t>
      </w:r>
    </w:p>
    <w:p w14:paraId="401086FF" w14:textId="77777777" w:rsidR="002575E4" w:rsidRDefault="00DF730A" w:rsidP="00172E1F">
      <w:pPr>
        <w:shd w:val="clear" w:color="auto" w:fill="FFFFFF" w:themeFill="background1"/>
      </w:pPr>
      <w:r>
        <w:rPr>
          <w:b/>
        </w:rPr>
        <w:t>1. Năng lực đặc thù</w:t>
      </w:r>
    </w:p>
    <w:p w14:paraId="5517C7B1" w14:textId="77777777" w:rsidR="002575E4" w:rsidRDefault="00DF730A" w:rsidP="00172E1F">
      <w:pPr>
        <w:shd w:val="clear" w:color="auto" w:fill="FFFFFF" w:themeFill="background1"/>
        <w:jc w:val="both"/>
      </w:pPr>
      <w:r>
        <w:t>- Nhận biết được sự việc trong từng tranh minh họa câu chuyện Mai An Tiêm.</w:t>
      </w:r>
    </w:p>
    <w:p w14:paraId="0C54B017" w14:textId="77777777" w:rsidR="002575E4" w:rsidRDefault="00DF730A" w:rsidP="00172E1F">
      <w:pPr>
        <w:shd w:val="clear" w:color="auto" w:fill="FFFFFF" w:themeFill="background1"/>
        <w:jc w:val="both"/>
      </w:pPr>
      <w:r>
        <w:t>- Kể lại được từng đoạn câu chuyện theo tranh; có thể dùng lời kể của mình.</w:t>
      </w:r>
    </w:p>
    <w:p w14:paraId="27F40D37" w14:textId="77777777" w:rsidR="002575E4" w:rsidRDefault="00DF730A" w:rsidP="00172E1F">
      <w:pPr>
        <w:shd w:val="clear" w:color="auto" w:fill="FFFFFF" w:themeFill="background1"/>
        <w:jc w:val="both"/>
      </w:pPr>
      <w:r>
        <w:t>- Viết được 2-3 câu nhận xét về nhân vật Mai An Tiêm.</w:t>
      </w:r>
    </w:p>
    <w:p w14:paraId="58ABCCEC" w14:textId="77777777" w:rsidR="002575E4" w:rsidRDefault="00DF730A" w:rsidP="00172E1F">
      <w:pPr>
        <w:shd w:val="clear" w:color="auto" w:fill="FFFFFF" w:themeFill="background1"/>
      </w:pPr>
      <w:r>
        <w:rPr>
          <w:b/>
        </w:rPr>
        <w:t>2. Năng lực chung</w:t>
      </w:r>
    </w:p>
    <w:p w14:paraId="51E160AF" w14:textId="77777777" w:rsidR="002575E4" w:rsidRDefault="00DF730A" w:rsidP="00172E1F">
      <w:pPr>
        <w:shd w:val="clear" w:color="auto" w:fill="FFFFFF" w:themeFill="background1"/>
        <w:jc w:val="both"/>
      </w:pPr>
      <w:r>
        <w:t>- Tự chủ và tự học: Tự quan sát tranh, ghi nhớ sự việc và tập kể.</w:t>
      </w:r>
    </w:p>
    <w:p w14:paraId="4E470971" w14:textId="77777777" w:rsidR="002575E4" w:rsidRDefault="00DF730A" w:rsidP="00172E1F">
      <w:pPr>
        <w:shd w:val="clear" w:color="auto" w:fill="FFFFFF" w:themeFill="background1"/>
        <w:jc w:val="both"/>
      </w:pPr>
      <w:r>
        <w:t>- Giao tiếp và hợp tác: Kể chuyện theo cặp/nhóm, biết lắng nghe và góp ý cho bạn.</w:t>
      </w:r>
    </w:p>
    <w:p w14:paraId="16421529" w14:textId="77777777" w:rsidR="002575E4" w:rsidRDefault="00DF730A" w:rsidP="00172E1F">
      <w:pPr>
        <w:shd w:val="clear" w:color="auto" w:fill="FFFFFF" w:themeFill="background1"/>
        <w:jc w:val="both"/>
      </w:pPr>
      <w:r>
        <w:t>- Giải quyết vấn đề và sáng tạo: Biết lựa chọn lời kể phù hợp, thêm cảm xúc cho nhân vật.</w:t>
      </w:r>
    </w:p>
    <w:p w14:paraId="003288F6" w14:textId="77777777" w:rsidR="002575E4" w:rsidRDefault="00DF730A" w:rsidP="00172E1F">
      <w:pPr>
        <w:shd w:val="clear" w:color="auto" w:fill="FFFFFF" w:themeFill="background1"/>
      </w:pPr>
      <w:r>
        <w:rPr>
          <w:b/>
        </w:rPr>
        <w:t>3. Phẩm chất</w:t>
      </w:r>
    </w:p>
    <w:p w14:paraId="2DBCE849" w14:textId="77777777" w:rsidR="002575E4" w:rsidRDefault="00DF730A" w:rsidP="00172E1F">
      <w:pPr>
        <w:shd w:val="clear" w:color="auto" w:fill="FFFFFF" w:themeFill="background1"/>
        <w:jc w:val="both"/>
      </w:pPr>
      <w:r>
        <w:t>- Chăm chỉ: Tích cực luyện kể, hoàn thành nhiệm vụ viết câu.</w:t>
      </w:r>
    </w:p>
    <w:p w14:paraId="432804B9" w14:textId="77777777" w:rsidR="002575E4" w:rsidRDefault="00DF730A" w:rsidP="00172E1F">
      <w:pPr>
        <w:shd w:val="clear" w:color="auto" w:fill="FFFFFF" w:themeFill="background1"/>
        <w:jc w:val="both"/>
      </w:pPr>
      <w:r>
        <w:t>- Trách nhiệm: Biết tự lực, không ỷ lại, có ý thức hoàn thành việc của mình.</w:t>
      </w:r>
    </w:p>
    <w:p w14:paraId="714A0B04" w14:textId="77777777" w:rsidR="002575E4" w:rsidRDefault="00DF730A" w:rsidP="00172E1F">
      <w:pPr>
        <w:shd w:val="clear" w:color="auto" w:fill="FFFFFF" w:themeFill="background1"/>
      </w:pPr>
      <w:r>
        <w:rPr>
          <w:b/>
        </w:rPr>
        <w:t>4. Tích hợp</w:t>
      </w:r>
    </w:p>
    <w:p w14:paraId="4095822D" w14:textId="77777777" w:rsidR="002575E4" w:rsidRDefault="00DF730A" w:rsidP="00172E1F">
      <w:pPr>
        <w:shd w:val="clear" w:color="auto" w:fill="FFFFFF" w:themeFill="background1"/>
        <w:jc w:val="both"/>
      </w:pPr>
      <w:r>
        <w:rPr>
          <w:color w:val="C00000"/>
        </w:rPr>
        <w:t>- Tích hợp lý tưởng cách mạng, đạo đức, lối sống: Rèn tinh thần tự lực, chăm chỉ lao động, biết vượt khó và có trách nhiệm với bản thân, gia đình, tập thể.</w:t>
      </w:r>
    </w:p>
    <w:p w14:paraId="42AFDD93" w14:textId="77777777" w:rsidR="002575E4" w:rsidRDefault="00DF730A" w:rsidP="00172E1F">
      <w:pPr>
        <w:shd w:val="clear" w:color="auto" w:fill="FFFFFF" w:themeFill="background1"/>
      </w:pPr>
      <w:r>
        <w:rPr>
          <w:b/>
        </w:rPr>
        <w:t>II. ĐỒ DÙNG DẠY HỌC</w:t>
      </w:r>
    </w:p>
    <w:p w14:paraId="6FD43973" w14:textId="77777777" w:rsidR="002575E4" w:rsidRDefault="00DF730A" w:rsidP="00172E1F">
      <w:pPr>
        <w:shd w:val="clear" w:color="auto" w:fill="FFFFFF" w:themeFill="background1"/>
        <w:jc w:val="both"/>
      </w:pPr>
      <w:r>
        <w:t>- GV: Tranh 4 đoạn câu chuyện đã cắt từ SGK; thẻ từ gợi ý; máy chiếu.</w:t>
      </w:r>
    </w:p>
    <w:p w14:paraId="3BACE3F1" w14:textId="77777777" w:rsidR="002575E4" w:rsidRDefault="00DF730A" w:rsidP="00172E1F">
      <w:pPr>
        <w:shd w:val="clear" w:color="auto" w:fill="FFFFFF" w:themeFill="background1"/>
        <w:jc w:val="both"/>
      </w:pPr>
      <w:r>
        <w:t>- HS: SGK, vở ghi.</w:t>
      </w:r>
    </w:p>
    <w:p w14:paraId="72B1756E" w14:textId="77777777" w:rsidR="002575E4" w:rsidRDefault="00DF730A" w:rsidP="00172E1F">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14:paraId="1453F69E" w14:textId="77777777" w:rsidTr="00511D82">
        <w:trPr>
          <w:tblHeader/>
          <w:jc w:val="center"/>
        </w:trPr>
        <w:tc>
          <w:tcPr>
            <w:tcW w:w="5188" w:type="dxa"/>
            <w:tcBorders>
              <w:top w:val="single" w:sz="8" w:space="0" w:color="777777"/>
              <w:bottom w:val="single" w:sz="8" w:space="0" w:color="777777"/>
              <w:right w:val="nil"/>
            </w:tcBorders>
            <w:shd w:val="clear" w:color="auto" w:fill="DDEBF7"/>
            <w:vAlign w:val="center"/>
          </w:tcPr>
          <w:p w14:paraId="1CF2F7D9" w14:textId="77777777" w:rsidR="002575E4" w:rsidRDefault="00DF730A" w:rsidP="00172E1F">
            <w:pPr>
              <w:shd w:val="clear" w:color="auto" w:fill="FFFFFF" w:themeFill="background1"/>
              <w:jc w:val="both"/>
            </w:pPr>
            <w:r>
              <w:rPr>
                <w:b/>
              </w:rPr>
              <w:t>Hoạt động của giáo viên</w:t>
            </w:r>
          </w:p>
        </w:tc>
        <w:tc>
          <w:tcPr>
            <w:tcW w:w="5188" w:type="dxa"/>
            <w:tcBorders>
              <w:top w:val="single" w:sz="8" w:space="0" w:color="777777"/>
              <w:left w:val="nil"/>
              <w:bottom w:val="single" w:sz="8" w:space="0" w:color="777777"/>
            </w:tcBorders>
            <w:shd w:val="clear" w:color="auto" w:fill="DDEBF7"/>
            <w:vAlign w:val="center"/>
          </w:tcPr>
          <w:p w14:paraId="301AEF1D" w14:textId="77777777" w:rsidR="002575E4" w:rsidRDefault="00DF730A" w:rsidP="00172E1F">
            <w:pPr>
              <w:shd w:val="clear" w:color="auto" w:fill="FFFFFF" w:themeFill="background1"/>
              <w:jc w:val="both"/>
            </w:pPr>
            <w:r>
              <w:rPr>
                <w:b/>
              </w:rPr>
              <w:t>Hoạt động của học sinh</w:t>
            </w:r>
          </w:p>
        </w:tc>
      </w:tr>
      <w:tr w:rsidR="002575E4" w14:paraId="5A3528C9" w14:textId="77777777" w:rsidTr="00511D82">
        <w:trPr>
          <w:jc w:val="center"/>
        </w:trPr>
        <w:tc>
          <w:tcPr>
            <w:tcW w:w="5188" w:type="dxa"/>
            <w:gridSpan w:val="2"/>
            <w:tcBorders>
              <w:top w:val="single" w:sz="8" w:space="0" w:color="777777"/>
              <w:bottom w:val="single" w:sz="8" w:space="0" w:color="777777"/>
            </w:tcBorders>
            <w:shd w:val="clear" w:color="auto" w:fill="E2F0D9"/>
          </w:tcPr>
          <w:p w14:paraId="7428BF05" w14:textId="77777777" w:rsidR="002575E4" w:rsidRDefault="00DF730A" w:rsidP="00172E1F">
            <w:pPr>
              <w:shd w:val="clear" w:color="auto" w:fill="FFFFFF" w:themeFill="background1"/>
            </w:pPr>
            <w:r>
              <w:rPr>
                <w:b/>
              </w:rPr>
              <w:t>1. KHỞI ĐỘNG (3 phút)</w:t>
            </w:r>
            <w:r>
              <w:rPr>
                <w:b/>
              </w:rPr>
              <w:br/>
              <w:t>Mục tiêu: HS nhớ lại câu chuyện Mai An Tiêm và tạo tâm thế kể chuyện.</w:t>
            </w:r>
          </w:p>
        </w:tc>
      </w:tr>
      <w:tr w:rsidR="002575E4" w14:paraId="33A5F250" w14:textId="77777777" w:rsidTr="00511D82">
        <w:trPr>
          <w:jc w:val="center"/>
        </w:trPr>
        <w:tc>
          <w:tcPr>
            <w:tcW w:w="5188" w:type="dxa"/>
            <w:tcBorders>
              <w:top w:val="single" w:sz="8" w:space="0" w:color="777777"/>
            </w:tcBorders>
          </w:tcPr>
          <w:p w14:paraId="446A9E88" w14:textId="77777777" w:rsidR="002575E4" w:rsidRDefault="00DF730A" w:rsidP="00172E1F">
            <w:pPr>
              <w:shd w:val="clear" w:color="auto" w:fill="FFFFFF" w:themeFill="background1"/>
              <w:jc w:val="both"/>
            </w:pPr>
            <w:r>
              <w:t>- GV tổ chức trò chơi “Ai nhớ nhanh”: HS nói một việc làm của Mai An Tiêm trong câu chuyện.</w:t>
            </w:r>
          </w:p>
        </w:tc>
        <w:tc>
          <w:tcPr>
            <w:tcW w:w="5188" w:type="dxa"/>
            <w:tcBorders>
              <w:top w:val="single" w:sz="8" w:space="0" w:color="777777"/>
            </w:tcBorders>
          </w:tcPr>
          <w:p w14:paraId="49509661" w14:textId="77777777" w:rsidR="002575E4" w:rsidRDefault="00DF730A" w:rsidP="00172E1F">
            <w:pPr>
              <w:shd w:val="clear" w:color="auto" w:fill="FFFFFF" w:themeFill="background1"/>
              <w:jc w:val="both"/>
            </w:pPr>
            <w:r>
              <w:t>- HS nêu: dựng nhà, lấy cỏ phơi khô, nhặt hạt, gieo hạt, trồng dưa hấu, thả quả xuống biển.</w:t>
            </w:r>
          </w:p>
        </w:tc>
      </w:tr>
      <w:tr w:rsidR="002575E4" w14:paraId="5A4E4FA1" w14:textId="77777777" w:rsidTr="00511D82">
        <w:trPr>
          <w:jc w:val="center"/>
        </w:trPr>
        <w:tc>
          <w:tcPr>
            <w:tcW w:w="5188" w:type="dxa"/>
            <w:tcBorders>
              <w:bottom w:val="single" w:sz="8" w:space="0" w:color="777777"/>
            </w:tcBorders>
          </w:tcPr>
          <w:p w14:paraId="004DB032" w14:textId="77777777" w:rsidR="002575E4" w:rsidRDefault="00DF730A" w:rsidP="00172E1F">
            <w:pPr>
              <w:shd w:val="clear" w:color="auto" w:fill="FFFFFF" w:themeFill="background1"/>
              <w:jc w:val="both"/>
            </w:pPr>
            <w:r>
              <w:t>- GV dẫn vào tiết học: Hôm nay các em sẽ quan sát tranh và kể lại từng đoạn câu chuyện Mai An Tiêm bằng lời của mình.</w:t>
            </w:r>
          </w:p>
        </w:tc>
        <w:tc>
          <w:tcPr>
            <w:tcW w:w="5188" w:type="dxa"/>
            <w:tcBorders>
              <w:bottom w:val="single" w:sz="8" w:space="0" w:color="777777"/>
            </w:tcBorders>
          </w:tcPr>
          <w:p w14:paraId="3F6D2C6E" w14:textId="77777777" w:rsidR="002575E4" w:rsidRDefault="00DF730A" w:rsidP="00172E1F">
            <w:pPr>
              <w:shd w:val="clear" w:color="auto" w:fill="FFFFFF" w:themeFill="background1"/>
              <w:jc w:val="both"/>
            </w:pPr>
            <w:r>
              <w:t>- HS lắng nghe, nhắc lại tên bài.</w:t>
            </w:r>
          </w:p>
        </w:tc>
      </w:tr>
      <w:tr w:rsidR="002575E4" w14:paraId="1CD8082C" w14:textId="77777777" w:rsidTr="00511D82">
        <w:trPr>
          <w:jc w:val="center"/>
        </w:trPr>
        <w:tc>
          <w:tcPr>
            <w:tcW w:w="5188" w:type="dxa"/>
            <w:gridSpan w:val="2"/>
            <w:tcBorders>
              <w:top w:val="single" w:sz="8" w:space="0" w:color="777777"/>
              <w:bottom w:val="single" w:sz="8" w:space="0" w:color="777777"/>
            </w:tcBorders>
            <w:shd w:val="clear" w:color="auto" w:fill="E2F0D9"/>
          </w:tcPr>
          <w:p w14:paraId="0951A949" w14:textId="77777777" w:rsidR="002575E4" w:rsidRDefault="00DF730A" w:rsidP="00172E1F">
            <w:pPr>
              <w:shd w:val="clear" w:color="auto" w:fill="FFFFFF" w:themeFill="background1"/>
            </w:pPr>
            <w:r>
              <w:rPr>
                <w:b/>
              </w:rPr>
              <w:t>2. KHÁM PHÁ KIẾN THỨC (10 phút)</w:t>
            </w:r>
            <w:r>
              <w:rPr>
                <w:b/>
              </w:rPr>
              <w:br/>
              <w:t>Mục tiêu: HS quan sát tranh, nhận ra nhân vật và sự việc chính trong từng tranh.</w:t>
            </w:r>
          </w:p>
        </w:tc>
      </w:tr>
      <w:tr w:rsidR="002575E4" w14:paraId="6E52534A" w14:textId="77777777" w:rsidTr="00511D82">
        <w:trPr>
          <w:jc w:val="center"/>
        </w:trPr>
        <w:tc>
          <w:tcPr>
            <w:tcW w:w="5188" w:type="dxa"/>
            <w:gridSpan w:val="2"/>
            <w:tcBorders>
              <w:top w:val="single" w:sz="8" w:space="0" w:color="777777"/>
              <w:bottom w:val="single" w:sz="8" w:space="0" w:color="777777"/>
            </w:tcBorders>
            <w:shd w:val="clear" w:color="auto" w:fill="E2F0D9"/>
          </w:tcPr>
          <w:p w14:paraId="26BE51BC" w14:textId="77777777" w:rsidR="002575E4" w:rsidRDefault="00DF730A" w:rsidP="00172E1F">
            <w:pPr>
              <w:shd w:val="clear" w:color="auto" w:fill="FFFFFF" w:themeFill="background1"/>
              <w:jc w:val="both"/>
            </w:pPr>
            <w:r>
              <w:rPr>
                <w:b/>
              </w:rPr>
              <w:t>Hoạt động 1: Quan sát tranh, nói tên nhân vật và sự việc trong từng tranh</w:t>
            </w:r>
          </w:p>
        </w:tc>
      </w:tr>
      <w:tr w:rsidR="002575E4" w14:paraId="09184158" w14:textId="77777777" w:rsidTr="00511D82">
        <w:trPr>
          <w:jc w:val="center"/>
        </w:trPr>
        <w:tc>
          <w:tcPr>
            <w:tcW w:w="5188" w:type="dxa"/>
            <w:tcBorders>
              <w:top w:val="single" w:sz="8" w:space="0" w:color="777777"/>
            </w:tcBorders>
          </w:tcPr>
          <w:p w14:paraId="67522E59" w14:textId="77777777" w:rsidR="002575E4" w:rsidRDefault="00DF730A" w:rsidP="00172E1F">
            <w:pPr>
              <w:shd w:val="clear" w:color="auto" w:fill="FFFFFF" w:themeFill="background1"/>
              <w:jc w:val="both"/>
            </w:pPr>
            <w:r>
              <w:t>- GV chiếu 4 tranh trong SGK; yêu cầu HS quan sát từng tranh và trả lời: Tranh vẽ ai? Nhân vật đang làm gì?</w:t>
            </w:r>
          </w:p>
          <w:p w14:paraId="56C8FEE5" w14:textId="4673EE2D" w:rsidR="002575E4" w:rsidRDefault="002575E4" w:rsidP="00172E1F">
            <w:pPr>
              <w:shd w:val="clear" w:color="auto" w:fill="FFFFFF" w:themeFill="background1"/>
              <w:jc w:val="both"/>
            </w:pPr>
          </w:p>
        </w:tc>
        <w:tc>
          <w:tcPr>
            <w:tcW w:w="5188" w:type="dxa"/>
            <w:tcBorders>
              <w:top w:val="single" w:sz="8" w:space="0" w:color="777777"/>
            </w:tcBorders>
          </w:tcPr>
          <w:p w14:paraId="77E78CFA" w14:textId="77777777" w:rsidR="002575E4" w:rsidRDefault="00DF730A" w:rsidP="00172E1F">
            <w:pPr>
              <w:shd w:val="clear" w:color="auto" w:fill="FFFFFF" w:themeFill="background1"/>
              <w:jc w:val="both"/>
            </w:pPr>
            <w:r>
              <w:t>- HS quan sát tranh, đọc thầm câu hỏi gợi ý dưới tranh.</w:t>
            </w:r>
          </w:p>
        </w:tc>
      </w:tr>
      <w:tr w:rsidR="002575E4" w14:paraId="1E6204C3" w14:textId="77777777" w:rsidTr="00511D82">
        <w:trPr>
          <w:jc w:val="center"/>
        </w:trPr>
        <w:tc>
          <w:tcPr>
            <w:tcW w:w="5188" w:type="dxa"/>
          </w:tcPr>
          <w:p w14:paraId="028F7D74" w14:textId="77777777" w:rsidR="002575E4" w:rsidRDefault="00DF730A" w:rsidP="00172E1F">
            <w:pPr>
              <w:shd w:val="clear" w:color="auto" w:fill="FFFFFF" w:themeFill="background1"/>
              <w:jc w:val="both"/>
            </w:pPr>
            <w:r>
              <w:t>- GV hỏi: Tranh 1 vẽ sự việc gì?</w:t>
            </w:r>
          </w:p>
        </w:tc>
        <w:tc>
          <w:tcPr>
            <w:tcW w:w="5188" w:type="dxa"/>
          </w:tcPr>
          <w:p w14:paraId="55CC6C42" w14:textId="77777777" w:rsidR="002575E4" w:rsidRDefault="00DF730A" w:rsidP="00172E1F">
            <w:pPr>
              <w:shd w:val="clear" w:color="auto" w:fill="FFFFFF" w:themeFill="background1"/>
              <w:jc w:val="both"/>
            </w:pPr>
            <w:r>
              <w:t>- HS trả lời: Vợ chồng Mai An Tiêm dựng nhà trên đảo hoang.</w:t>
            </w:r>
          </w:p>
        </w:tc>
      </w:tr>
      <w:tr w:rsidR="002575E4" w14:paraId="4C7C1EB8" w14:textId="77777777" w:rsidTr="00511D82">
        <w:trPr>
          <w:jc w:val="center"/>
        </w:trPr>
        <w:tc>
          <w:tcPr>
            <w:tcW w:w="5188" w:type="dxa"/>
          </w:tcPr>
          <w:p w14:paraId="315D5CB8" w14:textId="77777777" w:rsidR="002575E4" w:rsidRDefault="00DF730A" w:rsidP="00172E1F">
            <w:pPr>
              <w:shd w:val="clear" w:color="auto" w:fill="FFFFFF" w:themeFill="background1"/>
              <w:jc w:val="both"/>
            </w:pPr>
            <w:r>
              <w:t>- GV hỏi: Tranh 2 vẽ sự việc gì?</w:t>
            </w:r>
          </w:p>
        </w:tc>
        <w:tc>
          <w:tcPr>
            <w:tcW w:w="5188" w:type="dxa"/>
          </w:tcPr>
          <w:p w14:paraId="65BADB4E" w14:textId="77777777" w:rsidR="002575E4" w:rsidRDefault="00DF730A" w:rsidP="00172E1F">
            <w:pPr>
              <w:shd w:val="clear" w:color="auto" w:fill="FFFFFF" w:themeFill="background1"/>
              <w:jc w:val="both"/>
            </w:pPr>
            <w:r>
              <w:t>- HS trả lời: Chim thả những hạt đen xuống đảo, Mai An Tiêm nhặt hạt.</w:t>
            </w:r>
          </w:p>
        </w:tc>
      </w:tr>
      <w:tr w:rsidR="002575E4" w14:paraId="186B107D" w14:textId="77777777" w:rsidTr="00511D82">
        <w:trPr>
          <w:jc w:val="center"/>
        </w:trPr>
        <w:tc>
          <w:tcPr>
            <w:tcW w:w="5188" w:type="dxa"/>
          </w:tcPr>
          <w:p w14:paraId="50B35B73" w14:textId="77777777" w:rsidR="002575E4" w:rsidRDefault="00DF730A" w:rsidP="00172E1F">
            <w:pPr>
              <w:shd w:val="clear" w:color="auto" w:fill="FFFFFF" w:themeFill="background1"/>
              <w:jc w:val="both"/>
            </w:pPr>
            <w:r>
              <w:t>- GV hỏi: Tranh 3 vẽ sự việc gì?</w:t>
            </w:r>
          </w:p>
        </w:tc>
        <w:tc>
          <w:tcPr>
            <w:tcW w:w="5188" w:type="dxa"/>
          </w:tcPr>
          <w:p w14:paraId="0BC8261E" w14:textId="77777777" w:rsidR="002575E4" w:rsidRDefault="00DF730A" w:rsidP="00172E1F">
            <w:pPr>
              <w:shd w:val="clear" w:color="auto" w:fill="FFFFFF" w:themeFill="background1"/>
              <w:jc w:val="both"/>
            </w:pPr>
            <w:r>
              <w:t>- HS trả lời: Vợ chồng Mai An Tiêm gieo trồng, chăm sóc dưa hấu; vườn dưa phát triển.</w:t>
            </w:r>
          </w:p>
        </w:tc>
      </w:tr>
      <w:tr w:rsidR="002575E4" w14:paraId="7CC69911" w14:textId="77777777" w:rsidTr="00511D82">
        <w:trPr>
          <w:jc w:val="center"/>
        </w:trPr>
        <w:tc>
          <w:tcPr>
            <w:tcW w:w="5188" w:type="dxa"/>
          </w:tcPr>
          <w:p w14:paraId="5E6438BE" w14:textId="77777777" w:rsidR="002575E4" w:rsidRDefault="00DF730A" w:rsidP="00172E1F">
            <w:pPr>
              <w:shd w:val="clear" w:color="auto" w:fill="FFFFFF" w:themeFill="background1"/>
              <w:jc w:val="both"/>
            </w:pPr>
            <w:r>
              <w:t>- GV hỏi: Tranh 4 vẽ sự việc gì?</w:t>
            </w:r>
          </w:p>
        </w:tc>
        <w:tc>
          <w:tcPr>
            <w:tcW w:w="5188" w:type="dxa"/>
          </w:tcPr>
          <w:p w14:paraId="45E1A6BE" w14:textId="77777777" w:rsidR="002575E4" w:rsidRDefault="00DF730A" w:rsidP="00172E1F">
            <w:pPr>
              <w:shd w:val="clear" w:color="auto" w:fill="FFFFFF" w:themeFill="background1"/>
              <w:jc w:val="both"/>
            </w:pPr>
            <w:r>
              <w:t>- HS trả lời: Mai An Tiêm bổ dưa hấu, vợ nhặt dưa ở bờ biển; dưa hấu đã cho quả.</w:t>
            </w:r>
          </w:p>
        </w:tc>
      </w:tr>
      <w:tr w:rsidR="002575E4" w14:paraId="0EE73293" w14:textId="77777777" w:rsidTr="00511D82">
        <w:trPr>
          <w:jc w:val="center"/>
        </w:trPr>
        <w:tc>
          <w:tcPr>
            <w:tcW w:w="5188" w:type="dxa"/>
            <w:tcBorders>
              <w:bottom w:val="single" w:sz="8" w:space="0" w:color="777777"/>
            </w:tcBorders>
          </w:tcPr>
          <w:p w14:paraId="69EB1D68" w14:textId="77777777" w:rsidR="002575E4" w:rsidRDefault="00DF730A" w:rsidP="00172E1F">
            <w:pPr>
              <w:shd w:val="clear" w:color="auto" w:fill="FFFFFF" w:themeFill="background1"/>
              <w:jc w:val="both"/>
            </w:pPr>
            <w:r>
              <w:t>- GV kết luận: Bốn tranh thể hiện các sự việc chính theo trình tự câu chuyện, giúp các em kể chuyện đủ ý, đúng mạch.</w:t>
            </w:r>
          </w:p>
        </w:tc>
        <w:tc>
          <w:tcPr>
            <w:tcW w:w="5188" w:type="dxa"/>
            <w:tcBorders>
              <w:bottom w:val="single" w:sz="8" w:space="0" w:color="777777"/>
            </w:tcBorders>
          </w:tcPr>
          <w:p w14:paraId="7BD3FEE9" w14:textId="77777777" w:rsidR="002575E4" w:rsidRDefault="00DF730A" w:rsidP="00172E1F">
            <w:pPr>
              <w:shd w:val="clear" w:color="auto" w:fill="FFFFFF" w:themeFill="background1"/>
              <w:jc w:val="both"/>
            </w:pPr>
            <w:r>
              <w:t>- HS lắng nghe, ghi nhớ trình tự kể.</w:t>
            </w:r>
          </w:p>
        </w:tc>
      </w:tr>
      <w:tr w:rsidR="002575E4" w14:paraId="4FAA5F7B" w14:textId="77777777" w:rsidTr="00511D82">
        <w:trPr>
          <w:jc w:val="center"/>
        </w:trPr>
        <w:tc>
          <w:tcPr>
            <w:tcW w:w="5188" w:type="dxa"/>
            <w:gridSpan w:val="2"/>
            <w:tcBorders>
              <w:top w:val="single" w:sz="8" w:space="0" w:color="777777"/>
              <w:bottom w:val="single" w:sz="8" w:space="0" w:color="777777"/>
            </w:tcBorders>
            <w:shd w:val="clear" w:color="auto" w:fill="E2F0D9"/>
          </w:tcPr>
          <w:p w14:paraId="568BE3AE" w14:textId="77777777" w:rsidR="002575E4" w:rsidRDefault="00DF730A" w:rsidP="00172E1F">
            <w:pPr>
              <w:shd w:val="clear" w:color="auto" w:fill="FFFFFF" w:themeFill="background1"/>
            </w:pPr>
            <w:r>
              <w:rPr>
                <w:b/>
              </w:rPr>
              <w:t>3. LUYỆN TẬP - THỰC HÀNH (17 phút)</w:t>
            </w:r>
            <w:r>
              <w:rPr>
                <w:b/>
              </w:rPr>
              <w:br/>
              <w:t>Mục tiêu: HS kể lại từng đoạn câu chuyện theo tranh; biết dùng lời kể tự nhiên, rõ ràng.</w:t>
            </w:r>
          </w:p>
        </w:tc>
      </w:tr>
      <w:tr w:rsidR="002575E4" w14:paraId="4E6678C0" w14:textId="77777777" w:rsidTr="00511D82">
        <w:trPr>
          <w:jc w:val="center"/>
        </w:trPr>
        <w:tc>
          <w:tcPr>
            <w:tcW w:w="5188" w:type="dxa"/>
            <w:gridSpan w:val="2"/>
            <w:tcBorders>
              <w:top w:val="single" w:sz="8" w:space="0" w:color="777777"/>
              <w:bottom w:val="single" w:sz="8" w:space="0" w:color="777777"/>
            </w:tcBorders>
            <w:shd w:val="clear" w:color="auto" w:fill="E2F0D9"/>
          </w:tcPr>
          <w:p w14:paraId="561DC048" w14:textId="77777777" w:rsidR="002575E4" w:rsidRDefault="00DF730A" w:rsidP="00172E1F">
            <w:pPr>
              <w:shd w:val="clear" w:color="auto" w:fill="FFFFFF" w:themeFill="background1"/>
              <w:jc w:val="both"/>
            </w:pPr>
            <w:r>
              <w:rPr>
                <w:b/>
              </w:rPr>
              <w:lastRenderedPageBreak/>
              <w:t>Hoạt động 2: Kể lại từng đoạn của câu chuyện theo tranh</w:t>
            </w:r>
          </w:p>
        </w:tc>
      </w:tr>
      <w:tr w:rsidR="002575E4" w14:paraId="4D0C2FBF" w14:textId="77777777" w:rsidTr="00511D82">
        <w:trPr>
          <w:jc w:val="center"/>
        </w:trPr>
        <w:tc>
          <w:tcPr>
            <w:tcW w:w="5188" w:type="dxa"/>
            <w:tcBorders>
              <w:top w:val="single" w:sz="8" w:space="0" w:color="777777"/>
            </w:tcBorders>
          </w:tcPr>
          <w:p w14:paraId="4C333B7C" w14:textId="77777777" w:rsidR="002575E4" w:rsidRDefault="00DF730A" w:rsidP="00172E1F">
            <w:pPr>
              <w:shd w:val="clear" w:color="auto" w:fill="FFFFFF" w:themeFill="background1"/>
              <w:jc w:val="both"/>
            </w:pPr>
            <w:r>
              <w:t>- GV hướng dẫn: Mỗi tranh kể một đoạn; khi kể cần nêu nhân vật, sự việc, lời nói hoặc suy nghĩ quan trọng của nhân vật.</w:t>
            </w:r>
          </w:p>
        </w:tc>
        <w:tc>
          <w:tcPr>
            <w:tcW w:w="5188" w:type="dxa"/>
            <w:tcBorders>
              <w:top w:val="single" w:sz="8" w:space="0" w:color="777777"/>
            </w:tcBorders>
          </w:tcPr>
          <w:p w14:paraId="647DE6CD" w14:textId="77777777" w:rsidR="002575E4" w:rsidRDefault="00DF730A" w:rsidP="00172E1F">
            <w:pPr>
              <w:shd w:val="clear" w:color="auto" w:fill="FFFFFF" w:themeFill="background1"/>
              <w:jc w:val="both"/>
            </w:pPr>
            <w:r>
              <w:t>- HS lắng nghe, ghi nhớ cách kể.</w:t>
            </w:r>
          </w:p>
        </w:tc>
      </w:tr>
      <w:tr w:rsidR="002575E4" w14:paraId="5A00E6EE" w14:textId="77777777" w:rsidTr="00511D82">
        <w:trPr>
          <w:jc w:val="center"/>
        </w:trPr>
        <w:tc>
          <w:tcPr>
            <w:tcW w:w="5188" w:type="dxa"/>
          </w:tcPr>
          <w:p w14:paraId="67909417" w14:textId="77777777" w:rsidR="002575E4" w:rsidRDefault="00DF730A" w:rsidP="00172E1F">
            <w:pPr>
              <w:shd w:val="clear" w:color="auto" w:fill="FFFFFF" w:themeFill="background1"/>
              <w:jc w:val="both"/>
            </w:pPr>
            <w:r>
              <w:t>- GV cho HS luyện kể cá nhân trong 2 phút, sau đó kể theo nhóm bốn; mỗi bạn kể một tranh.</w:t>
            </w:r>
          </w:p>
        </w:tc>
        <w:tc>
          <w:tcPr>
            <w:tcW w:w="5188" w:type="dxa"/>
          </w:tcPr>
          <w:p w14:paraId="308E312A" w14:textId="77777777" w:rsidR="002575E4" w:rsidRDefault="00DF730A" w:rsidP="00172E1F">
            <w:pPr>
              <w:shd w:val="clear" w:color="auto" w:fill="FFFFFF" w:themeFill="background1"/>
              <w:jc w:val="both"/>
            </w:pPr>
            <w:r>
              <w:t>- HS luyện kể cá nhân; kể trong nhóm; góp ý cho bạn về nội dung và giọng kể.</w:t>
            </w:r>
          </w:p>
        </w:tc>
      </w:tr>
      <w:tr w:rsidR="002575E4" w14:paraId="2085CFE1" w14:textId="77777777" w:rsidTr="00511D82">
        <w:trPr>
          <w:jc w:val="center"/>
        </w:trPr>
        <w:tc>
          <w:tcPr>
            <w:tcW w:w="5188" w:type="dxa"/>
          </w:tcPr>
          <w:p w14:paraId="6FA82E05" w14:textId="77777777" w:rsidR="002575E4" w:rsidRDefault="00DF730A" w:rsidP="00172E1F">
            <w:pPr>
              <w:shd w:val="clear" w:color="auto" w:fill="FFFFFF" w:themeFill="background1"/>
              <w:jc w:val="both"/>
            </w:pPr>
            <w:r>
              <w:t>- GV mời 2 nhóm kể nối tiếp trước lớp; nhắc HS kể rõ ràng, không đọc nguyên văn SGK.</w:t>
            </w:r>
          </w:p>
        </w:tc>
        <w:tc>
          <w:tcPr>
            <w:tcW w:w="5188" w:type="dxa"/>
          </w:tcPr>
          <w:p w14:paraId="21FA75CC" w14:textId="77777777" w:rsidR="002575E4" w:rsidRDefault="00DF730A" w:rsidP="00172E1F">
            <w:pPr>
              <w:shd w:val="clear" w:color="auto" w:fill="FFFFFF" w:themeFill="background1"/>
              <w:jc w:val="both"/>
            </w:pPr>
            <w:r>
              <w:t>- Nhóm kể trước lớp; lớp lắng nghe, nhận xét theo tiêu chí: đủ ý, đúng tranh, giọng kể tự nhiên.</w:t>
            </w:r>
          </w:p>
        </w:tc>
      </w:tr>
      <w:tr w:rsidR="002575E4" w14:paraId="4A8825AC" w14:textId="77777777" w:rsidTr="00511D82">
        <w:trPr>
          <w:jc w:val="center"/>
        </w:trPr>
        <w:tc>
          <w:tcPr>
            <w:tcW w:w="5188" w:type="dxa"/>
            <w:tcBorders>
              <w:bottom w:val="single" w:sz="8" w:space="0" w:color="777777"/>
            </w:tcBorders>
          </w:tcPr>
          <w:p w14:paraId="4884AA21" w14:textId="77777777" w:rsidR="002575E4" w:rsidRDefault="00DF730A" w:rsidP="00172E1F">
            <w:pPr>
              <w:shd w:val="clear" w:color="auto" w:fill="FFFFFF" w:themeFill="background1"/>
              <w:jc w:val="both"/>
            </w:pPr>
            <w:r>
              <w:t>- GV nhận xét, sửa lời kể còn thiếu ý bằng câu hỏi gợi mở: Ai? Ở đâu? Làm gì? Kết quả ra sao?</w:t>
            </w:r>
          </w:p>
        </w:tc>
        <w:tc>
          <w:tcPr>
            <w:tcW w:w="5188" w:type="dxa"/>
            <w:tcBorders>
              <w:bottom w:val="single" w:sz="8" w:space="0" w:color="777777"/>
            </w:tcBorders>
          </w:tcPr>
          <w:p w14:paraId="247F8117" w14:textId="77777777" w:rsidR="002575E4" w:rsidRDefault="00DF730A" w:rsidP="00172E1F">
            <w:pPr>
              <w:shd w:val="clear" w:color="auto" w:fill="FFFFFF" w:themeFill="background1"/>
              <w:jc w:val="both"/>
            </w:pPr>
            <w:r>
              <w:t>- HS lắng nghe, hoàn thiện lời kể.</w:t>
            </w:r>
          </w:p>
        </w:tc>
      </w:tr>
      <w:tr w:rsidR="002575E4" w14:paraId="58875E45" w14:textId="77777777" w:rsidTr="00511D82">
        <w:trPr>
          <w:jc w:val="center"/>
        </w:trPr>
        <w:tc>
          <w:tcPr>
            <w:tcW w:w="5188" w:type="dxa"/>
            <w:gridSpan w:val="2"/>
            <w:tcBorders>
              <w:top w:val="single" w:sz="8" w:space="0" w:color="777777"/>
              <w:bottom w:val="single" w:sz="8" w:space="0" w:color="777777"/>
            </w:tcBorders>
            <w:shd w:val="clear" w:color="auto" w:fill="E2F0D9"/>
          </w:tcPr>
          <w:p w14:paraId="641A1AEA" w14:textId="77777777" w:rsidR="002575E4" w:rsidRDefault="00DF730A" w:rsidP="00172E1F">
            <w:pPr>
              <w:shd w:val="clear" w:color="auto" w:fill="FFFFFF" w:themeFill="background1"/>
            </w:pPr>
            <w:r>
              <w:rPr>
                <w:b/>
              </w:rPr>
              <w:t>4. VẬN DỤNG (5 phút)</w:t>
            </w:r>
            <w:r>
              <w:rPr>
                <w:b/>
              </w:rPr>
              <w:br/>
              <w:t>Mục tiêu: HS nói/viết được 2-3 câu nhận xét về nhân vật Mai An Tiêm và liên hệ phẩm chất tốt.</w:t>
            </w:r>
          </w:p>
        </w:tc>
      </w:tr>
      <w:tr w:rsidR="002575E4" w14:paraId="4EF41CFE" w14:textId="77777777" w:rsidTr="00511D82">
        <w:trPr>
          <w:jc w:val="center"/>
        </w:trPr>
        <w:tc>
          <w:tcPr>
            <w:tcW w:w="5188" w:type="dxa"/>
            <w:tcBorders>
              <w:top w:val="single" w:sz="8" w:space="0" w:color="777777"/>
            </w:tcBorders>
          </w:tcPr>
          <w:p w14:paraId="5C38600C" w14:textId="77777777" w:rsidR="002575E4" w:rsidRDefault="00DF730A" w:rsidP="00172E1F">
            <w:pPr>
              <w:shd w:val="clear" w:color="auto" w:fill="FFFFFF" w:themeFill="background1"/>
              <w:jc w:val="both"/>
            </w:pPr>
            <w:r>
              <w:rPr>
                <w:b/>
              </w:rPr>
              <w:t>Bài tập. Viết 2-3 câu về nhân vật Mai An Tiêm trong câu chuyện trên.</w:t>
            </w:r>
          </w:p>
          <w:p w14:paraId="79C9842C" w14:textId="77777777" w:rsidR="002575E4" w:rsidRDefault="00DF730A" w:rsidP="00172E1F">
            <w:pPr>
              <w:shd w:val="clear" w:color="auto" w:fill="FFFFFF" w:themeFill="background1"/>
              <w:jc w:val="both"/>
            </w:pPr>
            <w:r>
              <w:t>- GV yêu cầu HS nói miệng trước khi viết, chú ý dùng từ chỉ phẩm chất và nêu việc làm chứng minh.</w:t>
            </w:r>
          </w:p>
        </w:tc>
        <w:tc>
          <w:tcPr>
            <w:tcW w:w="5188" w:type="dxa"/>
            <w:tcBorders>
              <w:top w:val="single" w:sz="8" w:space="0" w:color="777777"/>
            </w:tcBorders>
          </w:tcPr>
          <w:p w14:paraId="42E087B1" w14:textId="77777777" w:rsidR="002575E4" w:rsidRDefault="00DF730A" w:rsidP="00172E1F">
            <w:pPr>
              <w:shd w:val="clear" w:color="auto" w:fill="FFFFFF" w:themeFill="background1"/>
              <w:jc w:val="both"/>
            </w:pPr>
            <w:r>
              <w:t>- HS nói và viết vào vở.</w:t>
            </w:r>
          </w:p>
          <w:p w14:paraId="3AC266F2" w14:textId="77777777" w:rsidR="002575E4" w:rsidRDefault="00DF730A" w:rsidP="00172E1F">
            <w:pPr>
              <w:shd w:val="clear" w:color="auto" w:fill="FFFFFF" w:themeFill="background1"/>
              <w:jc w:val="both"/>
            </w:pPr>
            <w:r>
              <w:t>- Dự kiến: “Mai An Tiêm là người chăm chỉ và thông minh. Khi sống trên đảo hoang, ông không nản chí mà tự dựng nhà, gieo hạt và trồng dưa hấu. Em rất khâm phục Mai An Tiêm.”</w:t>
            </w:r>
          </w:p>
        </w:tc>
      </w:tr>
      <w:tr w:rsidR="002575E4" w14:paraId="357A266D" w14:textId="77777777" w:rsidTr="00511D82">
        <w:trPr>
          <w:jc w:val="center"/>
        </w:trPr>
        <w:tc>
          <w:tcPr>
            <w:tcW w:w="5188" w:type="dxa"/>
          </w:tcPr>
          <w:p w14:paraId="06091644" w14:textId="77777777" w:rsidR="002575E4" w:rsidRDefault="00DF730A" w:rsidP="00172E1F">
            <w:pPr>
              <w:shd w:val="clear" w:color="auto" w:fill="FFFFFF" w:themeFill="background1"/>
              <w:jc w:val="both"/>
            </w:pPr>
            <w:r>
              <w:t>- Khi gặp việc khó trong học tập, em nên làm gì để học theo Mai An Tiêm?</w:t>
            </w:r>
          </w:p>
        </w:tc>
        <w:tc>
          <w:tcPr>
            <w:tcW w:w="5188" w:type="dxa"/>
          </w:tcPr>
          <w:p w14:paraId="25A7E7F3" w14:textId="77777777" w:rsidR="002575E4" w:rsidRDefault="00DF730A" w:rsidP="00172E1F">
            <w:pPr>
              <w:shd w:val="clear" w:color="auto" w:fill="FFFFFF" w:themeFill="background1"/>
              <w:jc w:val="both"/>
            </w:pPr>
            <w:r>
              <w:t>- HS nêu: cố gắng làm từng bước, nhờ cô/bạn hướng dẫn khi cần, không bỏ cuộc, tự hoàn thành phần việc của mình.</w:t>
            </w:r>
          </w:p>
        </w:tc>
      </w:tr>
      <w:tr w:rsidR="002575E4" w14:paraId="15853FAB" w14:textId="77777777" w:rsidTr="00511D82">
        <w:trPr>
          <w:jc w:val="center"/>
        </w:trPr>
        <w:tc>
          <w:tcPr>
            <w:tcW w:w="5188" w:type="dxa"/>
          </w:tcPr>
          <w:p w14:paraId="2A20F293" w14:textId="77777777" w:rsidR="002575E4" w:rsidRDefault="00DF730A" w:rsidP="00172E1F">
            <w:pPr>
              <w:shd w:val="clear" w:color="auto" w:fill="FFFFFF" w:themeFill="background1"/>
              <w:jc w:val="both"/>
            </w:pPr>
            <w:r>
              <w:rPr>
                <w:color w:val="C00000"/>
              </w:rPr>
              <w:t>- Tích hợp lý tưởng cách mạng, đạo đức, lối sống: GV diễn giải: Mai An Tiêm vượt qua khó khăn bằng lao động chân chính và ý chí tự lực. Các em học theo nhân vật ở những việc gần gũi: tự chuẩn bị đồ dùng học tập, tự làm bài, chăm chỉ luyện đọc, biết giúp gia đình việc vừa sức. Khi mỗi người biết tự cố gắng, tập thể lớp cũng trở nên tốt hơn.</w:t>
            </w:r>
          </w:p>
        </w:tc>
        <w:tc>
          <w:tcPr>
            <w:tcW w:w="5188" w:type="dxa"/>
          </w:tcPr>
          <w:p w14:paraId="4D06B61C" w14:textId="77777777" w:rsidR="002575E4" w:rsidRDefault="00DF730A" w:rsidP="00172E1F">
            <w:pPr>
              <w:shd w:val="clear" w:color="auto" w:fill="FFFFFF" w:themeFill="background1"/>
              <w:jc w:val="both"/>
            </w:pPr>
            <w:r>
              <w:rPr>
                <w:color w:val="C00000"/>
              </w:rPr>
              <w:t>- HS lắng nghe; nêu một việc sẽ làm: tự soạn sách vở, chăm luyện viết, giúp bố mẹ việc nhỏ, không bỏ cuộc khi bài khó.</w:t>
            </w:r>
          </w:p>
        </w:tc>
      </w:tr>
      <w:tr w:rsidR="002575E4" w14:paraId="4838F042" w14:textId="77777777" w:rsidTr="00511D82">
        <w:trPr>
          <w:jc w:val="center"/>
        </w:trPr>
        <w:tc>
          <w:tcPr>
            <w:tcW w:w="5188" w:type="dxa"/>
          </w:tcPr>
          <w:p w14:paraId="33E84163" w14:textId="77777777" w:rsidR="002575E4" w:rsidRDefault="00DF730A" w:rsidP="00172E1F">
            <w:pPr>
              <w:shd w:val="clear" w:color="auto" w:fill="FFFFFF" w:themeFill="background1"/>
              <w:jc w:val="both"/>
            </w:pPr>
            <w:r>
              <w:t>- GV dặn HS kể lại câu chuyện cho người thân nghe.</w:t>
            </w:r>
          </w:p>
        </w:tc>
        <w:tc>
          <w:tcPr>
            <w:tcW w:w="5188" w:type="dxa"/>
          </w:tcPr>
          <w:p w14:paraId="70214AA1" w14:textId="77777777" w:rsidR="002575E4" w:rsidRDefault="00DF730A" w:rsidP="00172E1F">
            <w:pPr>
              <w:shd w:val="clear" w:color="auto" w:fill="FFFFFF" w:themeFill="background1"/>
              <w:jc w:val="both"/>
            </w:pPr>
            <w:r>
              <w:t>- HS ghi nhớ nhiệm vụ.</w:t>
            </w:r>
          </w:p>
        </w:tc>
      </w:tr>
    </w:tbl>
    <w:p w14:paraId="4B65F1DD" w14:textId="77777777" w:rsidR="002575E4" w:rsidRDefault="00DF730A" w:rsidP="00172E1F">
      <w:pPr>
        <w:shd w:val="clear" w:color="auto" w:fill="FFFFFF" w:themeFill="background1"/>
      </w:pPr>
      <w:r>
        <w:rPr>
          <w:b/>
        </w:rPr>
        <w:t>IV. ĐIỀU CHỈNH SAU TIẾT HỌC (NẾU CÓ)</w:t>
      </w:r>
    </w:p>
    <w:p w14:paraId="20FC759E" w14:textId="77777777" w:rsidR="002575E4" w:rsidRDefault="00DF730A" w:rsidP="00172E1F">
      <w:pPr>
        <w:shd w:val="clear" w:color="auto" w:fill="FFFFFF" w:themeFill="background1"/>
      </w:pPr>
      <w:r>
        <w:br w:type="page"/>
      </w:r>
    </w:p>
    <w:p w14:paraId="1038E912" w14:textId="77777777" w:rsidR="002575E4" w:rsidRDefault="00DF730A" w:rsidP="00172E1F">
      <w:pPr>
        <w:shd w:val="clear" w:color="auto" w:fill="FFFFFF" w:themeFill="background1"/>
        <w:jc w:val="center"/>
      </w:pPr>
      <w:r>
        <w:rPr>
          <w:b/>
        </w:rPr>
        <w:lastRenderedPageBreak/>
        <w:t>KẾ HOẠCH BÀI DẠY MÔN TIẾNG VIỆT LỚP 2 - TUẦN 30</w:t>
      </w:r>
    </w:p>
    <w:p w14:paraId="725213A1" w14:textId="77777777" w:rsidR="002575E4" w:rsidRDefault="00DF730A" w:rsidP="00172E1F">
      <w:pPr>
        <w:shd w:val="clear" w:color="auto" w:fill="FFFFFF" w:themeFill="background1"/>
        <w:jc w:val="center"/>
      </w:pPr>
      <w:r>
        <w:rPr>
          <w:b/>
        </w:rPr>
        <w:t>BÀI 22: THƯ GỬI BỐ NGOÀI ĐẢO</w:t>
      </w:r>
    </w:p>
    <w:p w14:paraId="51C7FB40" w14:textId="77777777" w:rsidR="002575E4" w:rsidRDefault="00DF730A" w:rsidP="00172E1F">
      <w:pPr>
        <w:shd w:val="clear" w:color="auto" w:fill="FFFFFF" w:themeFill="background1"/>
        <w:jc w:val="center"/>
      </w:pPr>
      <w:r>
        <w:rPr>
          <w:b/>
        </w:rPr>
        <w:t>TIẾT 1 - 2: ĐỌC - THƯ GỬI BỐ NGOÀI ĐẢO</w:t>
      </w:r>
    </w:p>
    <w:p w14:paraId="7FFEB883" w14:textId="77777777" w:rsidR="002575E4" w:rsidRDefault="00DF730A" w:rsidP="00172E1F">
      <w:pPr>
        <w:shd w:val="clear" w:color="auto" w:fill="FFFFFF" w:themeFill="background1"/>
      </w:pPr>
      <w:r>
        <w:rPr>
          <w:b/>
        </w:rPr>
        <w:t>I. YÊU CẦU CẦN ĐẠT</w:t>
      </w:r>
    </w:p>
    <w:p w14:paraId="69F979DD" w14:textId="77777777" w:rsidR="002575E4" w:rsidRDefault="00DF730A" w:rsidP="00172E1F">
      <w:pPr>
        <w:shd w:val="clear" w:color="auto" w:fill="FFFFFF" w:themeFill="background1"/>
      </w:pPr>
      <w:r>
        <w:rPr>
          <w:b/>
        </w:rPr>
        <w:t>1. Năng lực đặc thù</w:t>
      </w:r>
    </w:p>
    <w:p w14:paraId="22C5124A" w14:textId="77777777" w:rsidR="002575E4" w:rsidRDefault="00DF730A" w:rsidP="00172E1F">
      <w:pPr>
        <w:shd w:val="clear" w:color="auto" w:fill="FFFFFF" w:themeFill="background1"/>
        <w:jc w:val="both"/>
      </w:pPr>
      <w:r>
        <w:t>- Đọc đúng, rõ ràng bài thơ Thư gửi bố ngoài đảo; biết ngắt nhịp thơ hợp lí; đọc với giọng tình cảm, tự hào.</w:t>
      </w:r>
    </w:p>
    <w:p w14:paraId="7D5B7626" w14:textId="77777777" w:rsidR="002575E4" w:rsidRDefault="00DF730A" w:rsidP="00172E1F">
      <w:pPr>
        <w:shd w:val="clear" w:color="auto" w:fill="FFFFFF" w:themeFill="background1"/>
        <w:jc w:val="both"/>
      </w:pPr>
      <w:r>
        <w:t>- Hiểu nội dung bài thơ: tình cảm của bạn nhỏ dành cho bố đang làm nhiệm vụ ngoài đảo; biết trân trọng công việc của bộ đội hải quân.</w:t>
      </w:r>
    </w:p>
    <w:p w14:paraId="38D084C5" w14:textId="77777777" w:rsidR="002575E4" w:rsidRDefault="00DF730A" w:rsidP="00172E1F">
      <w:pPr>
        <w:shd w:val="clear" w:color="auto" w:fill="FFFFFF" w:themeFill="background1"/>
        <w:jc w:val="both"/>
      </w:pPr>
      <w:r>
        <w:t>- Trả lời được câu hỏi đọc hiểu; phân biệt được từ chỉ hành động của bố, của con; nói được câu thể hiện tình cảm với bố.</w:t>
      </w:r>
    </w:p>
    <w:p w14:paraId="328241E0" w14:textId="77777777" w:rsidR="002575E4" w:rsidRDefault="00DF730A" w:rsidP="00172E1F">
      <w:pPr>
        <w:shd w:val="clear" w:color="auto" w:fill="FFFFFF" w:themeFill="background1"/>
      </w:pPr>
      <w:r>
        <w:rPr>
          <w:b/>
        </w:rPr>
        <w:t>2. Năng lực chung</w:t>
      </w:r>
    </w:p>
    <w:p w14:paraId="4A25ECB7" w14:textId="77777777" w:rsidR="002575E4" w:rsidRDefault="00DF730A" w:rsidP="00172E1F">
      <w:pPr>
        <w:shd w:val="clear" w:color="auto" w:fill="FFFFFF" w:themeFill="background1"/>
        <w:jc w:val="both"/>
      </w:pPr>
      <w:r>
        <w:t>- Tự chủ và tự học: Chủ động đọc thầm, tìm chi tiết trong bài thơ.</w:t>
      </w:r>
    </w:p>
    <w:p w14:paraId="2BF7071E" w14:textId="77777777" w:rsidR="002575E4" w:rsidRDefault="00DF730A" w:rsidP="00172E1F">
      <w:pPr>
        <w:shd w:val="clear" w:color="auto" w:fill="FFFFFF" w:themeFill="background1"/>
        <w:jc w:val="both"/>
      </w:pPr>
      <w:r>
        <w:t>- Giao tiếp và hợp tác: Biết trao đổi nhóm đôi, nhóm bốn; trình bày câu trả lời rõ ràng.</w:t>
      </w:r>
    </w:p>
    <w:p w14:paraId="3ED8CD2F" w14:textId="77777777" w:rsidR="002575E4" w:rsidRDefault="00DF730A" w:rsidP="00172E1F">
      <w:pPr>
        <w:shd w:val="clear" w:color="auto" w:fill="FFFFFF" w:themeFill="background1"/>
        <w:jc w:val="both"/>
      </w:pPr>
      <w:r>
        <w:t>- Giải quyết vấn đề và sáng tạo: Biết lựa chọn lời nói phù hợp để bày tỏ tình cảm, lòng biết ơn.</w:t>
      </w:r>
    </w:p>
    <w:p w14:paraId="1E446243" w14:textId="77777777" w:rsidR="002575E4" w:rsidRDefault="00DF730A" w:rsidP="00172E1F">
      <w:pPr>
        <w:shd w:val="clear" w:color="auto" w:fill="FFFFFF" w:themeFill="background1"/>
      </w:pPr>
      <w:r>
        <w:rPr>
          <w:b/>
        </w:rPr>
        <w:t>3. Phẩm chất</w:t>
      </w:r>
    </w:p>
    <w:p w14:paraId="407A642E" w14:textId="77777777" w:rsidR="002575E4" w:rsidRDefault="00DF730A" w:rsidP="00172E1F">
      <w:pPr>
        <w:shd w:val="clear" w:color="auto" w:fill="FFFFFF" w:themeFill="background1"/>
        <w:jc w:val="both"/>
      </w:pPr>
      <w:r>
        <w:t>- Nhân ái: Biết yêu thương người thân, biết bày tỏ tình cảm chân thành.</w:t>
      </w:r>
    </w:p>
    <w:p w14:paraId="32620943" w14:textId="77777777" w:rsidR="002575E4" w:rsidRDefault="00DF730A" w:rsidP="00172E1F">
      <w:pPr>
        <w:shd w:val="clear" w:color="auto" w:fill="FFFFFF" w:themeFill="background1"/>
        <w:jc w:val="both"/>
      </w:pPr>
      <w:r>
        <w:t>- Trách nhiệm: Có ý thức học tập, giữ kỉ luật, trân trọng người đang làm nhiệm vụ bảo vệ Tổ quốc.</w:t>
      </w:r>
    </w:p>
    <w:p w14:paraId="760A0CEE" w14:textId="77777777" w:rsidR="002575E4" w:rsidRDefault="00DF730A" w:rsidP="00172E1F">
      <w:pPr>
        <w:shd w:val="clear" w:color="auto" w:fill="FFFFFF" w:themeFill="background1"/>
        <w:jc w:val="both"/>
      </w:pPr>
      <w:r>
        <w:t>- Yêu nước: Biết yêu quý biển đảo Việt Nam, biết ơn các chú bộ đội hải quân.</w:t>
      </w:r>
    </w:p>
    <w:p w14:paraId="7A9EEC23" w14:textId="77777777" w:rsidR="002575E4" w:rsidRDefault="00DF730A" w:rsidP="00172E1F">
      <w:pPr>
        <w:shd w:val="clear" w:color="auto" w:fill="FFFFFF" w:themeFill="background1"/>
      </w:pPr>
      <w:r>
        <w:rPr>
          <w:b/>
        </w:rPr>
        <w:t>4. Tích hợp</w:t>
      </w:r>
    </w:p>
    <w:p w14:paraId="3DD5E749" w14:textId="77777777" w:rsidR="002575E4" w:rsidRDefault="00DF730A" w:rsidP="00172E1F">
      <w:pPr>
        <w:shd w:val="clear" w:color="auto" w:fill="FFFFFF" w:themeFill="background1"/>
        <w:jc w:val="both"/>
      </w:pPr>
      <w:r>
        <w:rPr>
          <w:color w:val="C00000"/>
        </w:rPr>
        <w:t>- Tích hợp QPAN/ANQP: Giáo dục HS lòng biết ơn bộ đội hải quân; hiểu nhiệm vụ canh giữ biển đảo, vùng trời của Tổ quốc; có ý thức chăm học, giữ kỉ luật và yêu quê hương biển đảo.</w:t>
      </w:r>
    </w:p>
    <w:p w14:paraId="5216BD00" w14:textId="77777777" w:rsidR="002575E4" w:rsidRDefault="00DF730A" w:rsidP="00172E1F">
      <w:pPr>
        <w:shd w:val="clear" w:color="auto" w:fill="FFFFFF" w:themeFill="background1"/>
        <w:jc w:val="both"/>
      </w:pPr>
      <w:r>
        <w:rPr>
          <w:color w:val="C00000"/>
        </w:rPr>
        <w:t>- Tích hợp lý tưởng cách mạng, đạo đức, lối sống: Giáo dục HS biết yêu thương, bày tỏ tình cảm đúng cách, sống có trách nhiệm với gia đình và tập thể.</w:t>
      </w:r>
    </w:p>
    <w:p w14:paraId="4D5D8EE7" w14:textId="77777777" w:rsidR="002575E4" w:rsidRDefault="00DF730A" w:rsidP="00172E1F">
      <w:pPr>
        <w:shd w:val="clear" w:color="auto" w:fill="FFFFFF" w:themeFill="background1"/>
      </w:pPr>
      <w:r>
        <w:rPr>
          <w:b/>
        </w:rPr>
        <w:t>II. ĐỒ DÙNG DẠY HỌC</w:t>
      </w:r>
    </w:p>
    <w:p w14:paraId="19400EF5" w14:textId="77777777" w:rsidR="002575E4" w:rsidRDefault="00DF730A" w:rsidP="00172E1F">
      <w:pPr>
        <w:shd w:val="clear" w:color="auto" w:fill="FFFFFF" w:themeFill="background1"/>
        <w:jc w:val="both"/>
      </w:pPr>
      <w:r>
        <w:t>- GV: Máy tính, máy chiếu/tivi; tranh bài đọc, tranh bộ đội hải quân, thẻ từ bài tập đã cắt từ SGK; phiếu thảo luận.</w:t>
      </w:r>
    </w:p>
    <w:p w14:paraId="498A9B14" w14:textId="77777777" w:rsidR="002575E4" w:rsidRDefault="00DF730A" w:rsidP="00172E1F">
      <w:pPr>
        <w:shd w:val="clear" w:color="auto" w:fill="FFFFFF" w:themeFill="background1"/>
        <w:jc w:val="both"/>
      </w:pPr>
      <w:r>
        <w:t>- HS: SGK Tiếng Việt 2, Vở bài tập Tiếng Việt, vở ô ly, bút chì.</w:t>
      </w:r>
    </w:p>
    <w:p w14:paraId="656C3271" w14:textId="77777777" w:rsidR="002575E4" w:rsidRDefault="00DF730A" w:rsidP="00172E1F">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14:paraId="6A03581C" w14:textId="77777777" w:rsidTr="00511D82">
        <w:trPr>
          <w:tblHeader/>
          <w:jc w:val="center"/>
        </w:trPr>
        <w:tc>
          <w:tcPr>
            <w:tcW w:w="5188" w:type="dxa"/>
            <w:tcBorders>
              <w:bottom w:val="single" w:sz="8" w:space="0" w:color="777777"/>
            </w:tcBorders>
            <w:shd w:val="clear" w:color="auto" w:fill="DDEBF7"/>
            <w:vAlign w:val="center"/>
          </w:tcPr>
          <w:p w14:paraId="02D813A3" w14:textId="77777777" w:rsidR="002575E4" w:rsidRDefault="00DF730A" w:rsidP="00172E1F">
            <w:pPr>
              <w:shd w:val="clear" w:color="auto" w:fill="FFFFFF" w:themeFill="background1"/>
              <w:jc w:val="both"/>
            </w:pPr>
            <w:r>
              <w:rPr>
                <w:b/>
              </w:rPr>
              <w:t>Hoạt động của giáo viên</w:t>
            </w:r>
          </w:p>
        </w:tc>
        <w:tc>
          <w:tcPr>
            <w:tcW w:w="5188" w:type="dxa"/>
            <w:tcBorders>
              <w:bottom w:val="single" w:sz="8" w:space="0" w:color="777777"/>
            </w:tcBorders>
            <w:shd w:val="clear" w:color="auto" w:fill="DDEBF7"/>
            <w:vAlign w:val="center"/>
          </w:tcPr>
          <w:p w14:paraId="36760DFC" w14:textId="77777777" w:rsidR="002575E4" w:rsidRDefault="00DF730A" w:rsidP="00172E1F">
            <w:pPr>
              <w:shd w:val="clear" w:color="auto" w:fill="FFFFFF" w:themeFill="background1"/>
              <w:jc w:val="both"/>
            </w:pPr>
            <w:r>
              <w:rPr>
                <w:b/>
              </w:rPr>
              <w:t>Hoạt động của học sinh</w:t>
            </w:r>
          </w:p>
        </w:tc>
      </w:tr>
      <w:tr w:rsidR="002575E4" w14:paraId="57DD7363" w14:textId="77777777" w:rsidTr="00511D82">
        <w:trPr>
          <w:jc w:val="center"/>
        </w:trPr>
        <w:tc>
          <w:tcPr>
            <w:tcW w:w="5188" w:type="dxa"/>
            <w:gridSpan w:val="2"/>
            <w:tcBorders>
              <w:top w:val="single" w:sz="8" w:space="0" w:color="777777"/>
              <w:bottom w:val="single" w:sz="8" w:space="0" w:color="777777"/>
            </w:tcBorders>
            <w:shd w:val="clear" w:color="auto" w:fill="E2F0D9"/>
          </w:tcPr>
          <w:p w14:paraId="1D5819AB" w14:textId="77777777" w:rsidR="002575E4" w:rsidRDefault="00DF730A" w:rsidP="00172E1F">
            <w:pPr>
              <w:shd w:val="clear" w:color="auto" w:fill="FFFFFF" w:themeFill="background1"/>
              <w:jc w:val="both"/>
            </w:pPr>
            <w:r>
              <w:rPr>
                <w:b/>
              </w:rPr>
              <w:t>TIẾT 1</w:t>
            </w:r>
          </w:p>
        </w:tc>
      </w:tr>
      <w:tr w:rsidR="002575E4" w14:paraId="57A73242" w14:textId="77777777" w:rsidTr="00511D82">
        <w:trPr>
          <w:jc w:val="center"/>
        </w:trPr>
        <w:tc>
          <w:tcPr>
            <w:tcW w:w="5188" w:type="dxa"/>
            <w:gridSpan w:val="2"/>
            <w:tcBorders>
              <w:top w:val="single" w:sz="8" w:space="0" w:color="777777"/>
              <w:bottom w:val="single" w:sz="8" w:space="0" w:color="777777"/>
            </w:tcBorders>
            <w:shd w:val="clear" w:color="auto" w:fill="E2F0D9"/>
          </w:tcPr>
          <w:p w14:paraId="65A074A1" w14:textId="77777777" w:rsidR="002575E4" w:rsidRDefault="00DF730A" w:rsidP="00172E1F">
            <w:pPr>
              <w:shd w:val="clear" w:color="auto" w:fill="FFFFFF" w:themeFill="background1"/>
            </w:pPr>
            <w:r>
              <w:rPr>
                <w:b/>
              </w:rPr>
              <w:t>1. KHỞI ĐỘNG (5 phút)</w:t>
            </w:r>
            <w:r>
              <w:rPr>
                <w:b/>
              </w:rPr>
              <w:br/>
              <w:t>Mục tiêu: HS quan sát tranh, nhận biết tình huống bạn nhỏ viết thư cho bố là bộ đội hải quân; tạo hứng thú đọc bài thơ.</w:t>
            </w:r>
          </w:p>
        </w:tc>
      </w:tr>
      <w:tr w:rsidR="002575E4" w14:paraId="2497A56E" w14:textId="77777777" w:rsidTr="00511D82">
        <w:trPr>
          <w:jc w:val="center"/>
        </w:trPr>
        <w:tc>
          <w:tcPr>
            <w:tcW w:w="5188" w:type="dxa"/>
            <w:tcBorders>
              <w:top w:val="single" w:sz="8" w:space="0" w:color="777777"/>
            </w:tcBorders>
          </w:tcPr>
          <w:p w14:paraId="443FEBC9" w14:textId="77777777" w:rsidR="002575E4" w:rsidRDefault="00DF730A" w:rsidP="00172E1F">
            <w:pPr>
              <w:shd w:val="clear" w:color="auto" w:fill="FFFFFF" w:themeFill="background1"/>
              <w:jc w:val="both"/>
            </w:pPr>
            <w:r>
              <w:t>- GV yêu cầu HS quan sát 2 bức tranh đầu bài và trả lời: Em thấy những ai trong 2 bức tranh? Họ đang làm gì?</w:t>
            </w:r>
          </w:p>
          <w:p w14:paraId="634567BE" w14:textId="50DD775F" w:rsidR="002575E4" w:rsidRDefault="002575E4" w:rsidP="00172E1F">
            <w:pPr>
              <w:shd w:val="clear" w:color="auto" w:fill="FFFFFF" w:themeFill="background1"/>
              <w:jc w:val="both"/>
            </w:pPr>
          </w:p>
        </w:tc>
        <w:tc>
          <w:tcPr>
            <w:tcW w:w="5188" w:type="dxa"/>
            <w:tcBorders>
              <w:top w:val="single" w:sz="8" w:space="0" w:color="777777"/>
            </w:tcBorders>
          </w:tcPr>
          <w:p w14:paraId="78A9C92C" w14:textId="77777777" w:rsidR="002575E4" w:rsidRDefault="00DF730A" w:rsidP="00172E1F">
            <w:pPr>
              <w:shd w:val="clear" w:color="auto" w:fill="FFFFFF" w:themeFill="background1"/>
              <w:jc w:val="both"/>
            </w:pPr>
            <w:r>
              <w:t>- HS quan sát tranh, trả lời: Tranh 1 có bạn nhỏ đang ngồi viết thư. Tranh 2 có chú bộ đội hải quân đang làm nhiệm vụ ở ngoài đảo.</w:t>
            </w:r>
          </w:p>
        </w:tc>
      </w:tr>
      <w:tr w:rsidR="002575E4" w14:paraId="2791ADBC" w14:textId="77777777" w:rsidTr="00511D82">
        <w:trPr>
          <w:jc w:val="center"/>
        </w:trPr>
        <w:tc>
          <w:tcPr>
            <w:tcW w:w="5188" w:type="dxa"/>
          </w:tcPr>
          <w:p w14:paraId="68B23DF5" w14:textId="77777777" w:rsidR="002575E4" w:rsidRDefault="00DF730A" w:rsidP="00172E1F">
            <w:pPr>
              <w:shd w:val="clear" w:color="auto" w:fill="FFFFFF" w:themeFill="background1"/>
              <w:jc w:val="both"/>
            </w:pPr>
            <w:r>
              <w:t>- GV hỏi: Nếu bố hoặc người thân đang làm nhiệm vụ ở xa nhà, em muốn gửi điều gì trong thư?</w:t>
            </w:r>
          </w:p>
        </w:tc>
        <w:tc>
          <w:tcPr>
            <w:tcW w:w="5188" w:type="dxa"/>
          </w:tcPr>
          <w:p w14:paraId="18FFC768" w14:textId="77777777" w:rsidR="002575E4" w:rsidRDefault="00DF730A" w:rsidP="00172E1F">
            <w:pPr>
              <w:shd w:val="clear" w:color="auto" w:fill="FFFFFF" w:themeFill="background1"/>
              <w:jc w:val="both"/>
            </w:pPr>
            <w:r>
              <w:t>- HS nêu: em gửi lời hỏi thăm, lời chúc sức khỏe, lời nhớ thương, lời cảm ơn.</w:t>
            </w:r>
          </w:p>
        </w:tc>
      </w:tr>
      <w:tr w:rsidR="002575E4" w14:paraId="039935D5" w14:textId="77777777" w:rsidTr="00511D82">
        <w:trPr>
          <w:jc w:val="center"/>
        </w:trPr>
        <w:tc>
          <w:tcPr>
            <w:tcW w:w="5188" w:type="dxa"/>
            <w:tcBorders>
              <w:bottom w:val="single" w:sz="8" w:space="0" w:color="777777"/>
            </w:tcBorders>
          </w:tcPr>
          <w:p w14:paraId="1AC2CDAE" w14:textId="77777777" w:rsidR="002575E4" w:rsidRDefault="00DF730A" w:rsidP="00172E1F">
            <w:pPr>
              <w:shd w:val="clear" w:color="auto" w:fill="FFFFFF" w:themeFill="background1"/>
              <w:jc w:val="both"/>
            </w:pPr>
            <w:r>
              <w:t>- GV dẫn vào bài: Bài thơ Thư gửi bố ngoài đảo là lời của một bạn nhỏ gửi tới người bố đang làm nhiệm vụ ngoài đảo. Chúng ta cùng đọc để hiểu tình cảm của bạn nhỏ và công việc của bố.</w:t>
            </w:r>
          </w:p>
        </w:tc>
        <w:tc>
          <w:tcPr>
            <w:tcW w:w="5188" w:type="dxa"/>
            <w:tcBorders>
              <w:bottom w:val="single" w:sz="8" w:space="0" w:color="777777"/>
            </w:tcBorders>
          </w:tcPr>
          <w:p w14:paraId="3E595185" w14:textId="77777777" w:rsidR="002575E4" w:rsidRDefault="00DF730A" w:rsidP="00172E1F">
            <w:pPr>
              <w:shd w:val="clear" w:color="auto" w:fill="FFFFFF" w:themeFill="background1"/>
              <w:jc w:val="both"/>
            </w:pPr>
            <w:r>
              <w:t>- HS lắng nghe, ghi tên bài: Thư gửi bố ngoài đảo.</w:t>
            </w:r>
          </w:p>
        </w:tc>
      </w:tr>
      <w:tr w:rsidR="002575E4" w14:paraId="16AF8A4D" w14:textId="77777777" w:rsidTr="00511D82">
        <w:trPr>
          <w:jc w:val="center"/>
        </w:trPr>
        <w:tc>
          <w:tcPr>
            <w:tcW w:w="5188" w:type="dxa"/>
            <w:gridSpan w:val="2"/>
            <w:tcBorders>
              <w:top w:val="single" w:sz="8" w:space="0" w:color="777777"/>
              <w:bottom w:val="single" w:sz="8" w:space="0" w:color="777777"/>
            </w:tcBorders>
            <w:shd w:val="clear" w:color="auto" w:fill="E2F0D9"/>
          </w:tcPr>
          <w:p w14:paraId="27B2F00A" w14:textId="77777777" w:rsidR="002575E4" w:rsidRDefault="00DF730A" w:rsidP="00172E1F">
            <w:pPr>
              <w:shd w:val="clear" w:color="auto" w:fill="FFFFFF" w:themeFill="background1"/>
              <w:jc w:val="both"/>
            </w:pPr>
            <w:r>
              <w:rPr>
                <w:b/>
              </w:rPr>
              <w:t>2. KHÁM PHÁ KIẾN THỨC (27 phút)</w:t>
            </w:r>
            <w:r>
              <w:rPr>
                <w:b/>
              </w:rPr>
              <w:br/>
              <w:t>Mục tiêu: HS đọc đúng bài thơ; biết ngắt nhịp thơ; hiểu nghĩa từ khó và bước đầu cảm nhận tình cảm của bạn nhỏ.</w:t>
            </w:r>
          </w:p>
        </w:tc>
      </w:tr>
      <w:tr w:rsidR="002575E4" w14:paraId="69735EAC" w14:textId="77777777" w:rsidTr="00511D82">
        <w:trPr>
          <w:jc w:val="center"/>
        </w:trPr>
        <w:tc>
          <w:tcPr>
            <w:tcW w:w="5188" w:type="dxa"/>
            <w:gridSpan w:val="2"/>
            <w:tcBorders>
              <w:top w:val="single" w:sz="8" w:space="0" w:color="777777"/>
            </w:tcBorders>
            <w:shd w:val="clear" w:color="auto" w:fill="E2F0D9"/>
          </w:tcPr>
          <w:p w14:paraId="67595734" w14:textId="77777777" w:rsidR="002575E4" w:rsidRDefault="00DF730A" w:rsidP="00172E1F">
            <w:pPr>
              <w:shd w:val="clear" w:color="auto" w:fill="FFFFFF" w:themeFill="background1"/>
              <w:jc w:val="both"/>
            </w:pPr>
            <w:r>
              <w:rPr>
                <w:b/>
              </w:rPr>
              <w:t>Hoạt động 1: Đọc văn bản</w:t>
            </w:r>
          </w:p>
        </w:tc>
      </w:tr>
      <w:tr w:rsidR="002575E4" w14:paraId="38EF397D" w14:textId="77777777" w:rsidTr="00511D82">
        <w:trPr>
          <w:jc w:val="center"/>
        </w:trPr>
        <w:tc>
          <w:tcPr>
            <w:tcW w:w="5188" w:type="dxa"/>
          </w:tcPr>
          <w:p w14:paraId="0A03E533" w14:textId="77777777" w:rsidR="002575E4" w:rsidRDefault="00DF730A" w:rsidP="00172E1F">
            <w:pPr>
              <w:shd w:val="clear" w:color="auto" w:fill="FFFFFF" w:themeFill="background1"/>
              <w:jc w:val="both"/>
            </w:pPr>
            <w:r>
              <w:t>a. GV đọc mẫu.</w:t>
            </w:r>
          </w:p>
          <w:p w14:paraId="527C7A8B" w14:textId="77777777" w:rsidR="002575E4" w:rsidRDefault="00DF730A" w:rsidP="00172E1F">
            <w:pPr>
              <w:shd w:val="clear" w:color="auto" w:fill="FFFFFF" w:themeFill="background1"/>
              <w:jc w:val="both"/>
            </w:pPr>
            <w:r>
              <w:lastRenderedPageBreak/>
              <w:t>- GV giới thiệu: Bài thơ là lời thư của bạn nhỏ gửi bố ngoài đảo khi Tết sắp đến. Khi đọc, các em chú ý giọng tình cảm, nhớ thương và tự hào.</w:t>
            </w:r>
          </w:p>
          <w:p w14:paraId="0C75F600" w14:textId="6884FCA7" w:rsidR="002575E4" w:rsidRDefault="002575E4" w:rsidP="00172E1F">
            <w:pPr>
              <w:shd w:val="clear" w:color="auto" w:fill="FFFFFF" w:themeFill="background1"/>
              <w:jc w:val="both"/>
            </w:pPr>
          </w:p>
        </w:tc>
        <w:tc>
          <w:tcPr>
            <w:tcW w:w="5188" w:type="dxa"/>
          </w:tcPr>
          <w:p w14:paraId="246B06C3" w14:textId="77777777" w:rsidR="002575E4" w:rsidRDefault="00DF730A" w:rsidP="00172E1F">
            <w:pPr>
              <w:shd w:val="clear" w:color="auto" w:fill="FFFFFF" w:themeFill="background1"/>
              <w:jc w:val="both"/>
            </w:pPr>
            <w:r>
              <w:lastRenderedPageBreak/>
              <w:t xml:space="preserve">- HS lắng nghe, xác định nhiệm vụ đọc: chú ý </w:t>
            </w:r>
            <w:r>
              <w:lastRenderedPageBreak/>
              <w:t>lời bạn nhỏ gửi bố và hình ảnh các chú bộ đội hải quân.</w:t>
            </w:r>
          </w:p>
        </w:tc>
      </w:tr>
      <w:tr w:rsidR="002575E4" w14:paraId="182D5B89" w14:textId="77777777" w:rsidTr="00511D82">
        <w:trPr>
          <w:jc w:val="center"/>
        </w:trPr>
        <w:tc>
          <w:tcPr>
            <w:tcW w:w="5188" w:type="dxa"/>
          </w:tcPr>
          <w:p w14:paraId="4C7D314C" w14:textId="77777777" w:rsidR="002575E4" w:rsidRDefault="00DF730A" w:rsidP="00172E1F">
            <w:pPr>
              <w:shd w:val="clear" w:color="auto" w:fill="FFFFFF" w:themeFill="background1"/>
              <w:jc w:val="both"/>
            </w:pPr>
            <w:r>
              <w:lastRenderedPageBreak/>
              <w:t>- GV đọc mẫu toàn bài; nêu giọng đọc nhẹ nhàng, tha thiết; nhấn giọng ở các từ: sắp Tết, gửi bố, ngoài đảo, hàng rào biển, giữ đảo, giữ trời.</w:t>
            </w:r>
          </w:p>
        </w:tc>
        <w:tc>
          <w:tcPr>
            <w:tcW w:w="5188" w:type="dxa"/>
          </w:tcPr>
          <w:p w14:paraId="79D915FC" w14:textId="77777777" w:rsidR="002575E4" w:rsidRDefault="00DF730A" w:rsidP="00172E1F">
            <w:pPr>
              <w:shd w:val="clear" w:color="auto" w:fill="FFFFFF" w:themeFill="background1"/>
              <w:jc w:val="both"/>
            </w:pPr>
            <w:r>
              <w:t>- HS đọc thầm theo trong SGK, chú ý cách ngắt nhịp thơ và giọng đọc tình cảm.</w:t>
            </w:r>
          </w:p>
        </w:tc>
      </w:tr>
      <w:tr w:rsidR="002575E4" w14:paraId="69A5550F" w14:textId="77777777" w:rsidTr="00511D82">
        <w:trPr>
          <w:jc w:val="center"/>
        </w:trPr>
        <w:tc>
          <w:tcPr>
            <w:tcW w:w="5188" w:type="dxa"/>
          </w:tcPr>
          <w:p w14:paraId="1F1D5B55" w14:textId="77777777" w:rsidR="002575E4" w:rsidRDefault="00DF730A" w:rsidP="00172E1F">
            <w:pPr>
              <w:shd w:val="clear" w:color="auto" w:fill="FFFFFF" w:themeFill="background1"/>
              <w:jc w:val="both"/>
            </w:pPr>
            <w:r>
              <w:t>b. HS luyện đọc từng khổ thơ, kết hợp đọc từ khó và giải nghĩa từ.</w:t>
            </w:r>
          </w:p>
          <w:p w14:paraId="44458713" w14:textId="77777777" w:rsidR="002575E4" w:rsidRDefault="00DF730A" w:rsidP="00172E1F">
            <w:pPr>
              <w:shd w:val="clear" w:color="auto" w:fill="FFFFFF" w:themeFill="background1"/>
              <w:jc w:val="both"/>
            </w:pPr>
            <w:r>
              <w:t>- GV hỏi: Bài thơ có thể đọc thành mấy khổ? Nội dung từng khổ nói về điều gì?</w:t>
            </w:r>
          </w:p>
        </w:tc>
        <w:tc>
          <w:tcPr>
            <w:tcW w:w="5188" w:type="dxa"/>
          </w:tcPr>
          <w:p w14:paraId="3A5BAA69" w14:textId="77777777" w:rsidR="002575E4" w:rsidRDefault="00DF730A" w:rsidP="00172E1F">
            <w:pPr>
              <w:shd w:val="clear" w:color="auto" w:fill="FFFFFF" w:themeFill="background1"/>
              <w:jc w:val="both"/>
            </w:pPr>
            <w:r>
              <w:t>- HS trả lời: Bài thơ có 4 khổ. Khổ 1 bạn nhỏ muốn gửi quà cho bố; khổ 2 nói về đảo xa; khổ 3 nói bạn nhỏ gửi thư; khổ 4 nói bố và các chú giữ đảo, giữ trời.</w:t>
            </w:r>
          </w:p>
        </w:tc>
      </w:tr>
      <w:tr w:rsidR="002575E4" w14:paraId="67389B9D" w14:textId="77777777" w:rsidTr="00511D82">
        <w:trPr>
          <w:jc w:val="center"/>
        </w:trPr>
        <w:tc>
          <w:tcPr>
            <w:tcW w:w="5188" w:type="dxa"/>
          </w:tcPr>
          <w:p w14:paraId="06BD1544" w14:textId="77777777" w:rsidR="002575E4" w:rsidRDefault="00DF730A" w:rsidP="00172E1F">
            <w:pPr>
              <w:shd w:val="clear" w:color="auto" w:fill="FFFFFF" w:themeFill="background1"/>
              <w:jc w:val="both"/>
            </w:pPr>
            <w:r>
              <w:t>- GV tổ chức HS đọc nối tiếp từng khổ thơ lần 1; cả lớp lắng nghe để phát hiện từ khó.</w:t>
            </w:r>
          </w:p>
        </w:tc>
        <w:tc>
          <w:tcPr>
            <w:tcW w:w="5188" w:type="dxa"/>
          </w:tcPr>
          <w:p w14:paraId="1EE58C00" w14:textId="77777777" w:rsidR="002575E4" w:rsidRDefault="00DF730A" w:rsidP="00172E1F">
            <w:pPr>
              <w:shd w:val="clear" w:color="auto" w:fill="FFFFFF" w:themeFill="background1"/>
              <w:jc w:val="both"/>
            </w:pPr>
            <w:r>
              <w:t>- HS đọc nối tiếp; HS khác lắng nghe, góp ý phát âm.</w:t>
            </w:r>
          </w:p>
        </w:tc>
      </w:tr>
      <w:tr w:rsidR="002575E4" w14:paraId="1A3819D6" w14:textId="77777777" w:rsidTr="00511D82">
        <w:trPr>
          <w:jc w:val="center"/>
        </w:trPr>
        <w:tc>
          <w:tcPr>
            <w:tcW w:w="5188" w:type="dxa"/>
          </w:tcPr>
          <w:p w14:paraId="01B6B80C" w14:textId="77777777" w:rsidR="002575E4" w:rsidRDefault="00DF730A" w:rsidP="00172E1F">
            <w:pPr>
              <w:shd w:val="clear" w:color="auto" w:fill="FFFFFF" w:themeFill="background1"/>
              <w:jc w:val="both"/>
            </w:pPr>
            <w:r>
              <w:t>- GV hỏi: Những từ nào trong bài thơ em cần luyện đọc kĩ?</w:t>
            </w:r>
          </w:p>
        </w:tc>
        <w:tc>
          <w:tcPr>
            <w:tcW w:w="5188" w:type="dxa"/>
          </w:tcPr>
          <w:p w14:paraId="59BF47F3" w14:textId="77777777" w:rsidR="002575E4" w:rsidRDefault="00DF730A" w:rsidP="00172E1F">
            <w:pPr>
              <w:shd w:val="clear" w:color="auto" w:fill="FFFFFF" w:themeFill="background1"/>
              <w:jc w:val="both"/>
            </w:pPr>
            <w:r>
              <w:t>- HS nêu và luyện đọc: ngoài đảo, hòm thư, bánh chưng, hải quân, Trường Sa, hàng rào biển, giữ trời.</w:t>
            </w:r>
          </w:p>
        </w:tc>
      </w:tr>
      <w:tr w:rsidR="002575E4" w14:paraId="014D1415" w14:textId="77777777" w:rsidTr="00511D82">
        <w:trPr>
          <w:jc w:val="center"/>
        </w:trPr>
        <w:tc>
          <w:tcPr>
            <w:tcW w:w="5188" w:type="dxa"/>
          </w:tcPr>
          <w:p w14:paraId="7543E814" w14:textId="77777777" w:rsidR="002575E4" w:rsidRDefault="00DF730A" w:rsidP="00172E1F">
            <w:pPr>
              <w:shd w:val="clear" w:color="auto" w:fill="FFFFFF" w:themeFill="background1"/>
              <w:jc w:val="both"/>
            </w:pPr>
            <w:r>
              <w:t>- GV hướng dẫn đọc nhịp thơ: “Bây giờ sắp Tết rồi/Con viết thư gửi bố”.</w:t>
            </w:r>
          </w:p>
          <w:p w14:paraId="492B3017" w14:textId="77777777" w:rsidR="002575E4" w:rsidRDefault="00DF730A" w:rsidP="00172E1F">
            <w:pPr>
              <w:shd w:val="clear" w:color="auto" w:fill="FFFFFF" w:themeFill="background1"/>
              <w:jc w:val="both"/>
            </w:pPr>
            <w:r>
              <w:t>- GV nhắc HS đọc rõ từng dòng thơ, không đọc quá nhanh.</w:t>
            </w:r>
          </w:p>
        </w:tc>
        <w:tc>
          <w:tcPr>
            <w:tcW w:w="5188" w:type="dxa"/>
          </w:tcPr>
          <w:p w14:paraId="18E0C0B1" w14:textId="77777777" w:rsidR="002575E4" w:rsidRDefault="00DF730A" w:rsidP="00172E1F">
            <w:pPr>
              <w:shd w:val="clear" w:color="auto" w:fill="FFFFFF" w:themeFill="background1"/>
              <w:jc w:val="both"/>
            </w:pPr>
            <w:r>
              <w:t>- HS luyện đọc nhịp thơ theo hướng dẫn.</w:t>
            </w:r>
          </w:p>
        </w:tc>
      </w:tr>
      <w:tr w:rsidR="002575E4" w14:paraId="054BA3D4" w14:textId="77777777" w:rsidTr="00511D82">
        <w:trPr>
          <w:jc w:val="center"/>
        </w:trPr>
        <w:tc>
          <w:tcPr>
            <w:tcW w:w="5188" w:type="dxa"/>
          </w:tcPr>
          <w:p w14:paraId="05080B93" w14:textId="77777777" w:rsidR="002575E4" w:rsidRDefault="00DF730A" w:rsidP="00172E1F">
            <w:pPr>
              <w:shd w:val="clear" w:color="auto" w:fill="FFFFFF" w:themeFill="background1"/>
              <w:jc w:val="both"/>
            </w:pPr>
            <w:r>
              <w:t>- GV giải nghĩa từ “hòm thư”: thùng để bỏ thư.</w:t>
            </w:r>
          </w:p>
          <w:p w14:paraId="20B0C4BF" w14:textId="77777777" w:rsidR="002575E4" w:rsidRDefault="00DF730A" w:rsidP="00172E1F">
            <w:pPr>
              <w:shd w:val="clear" w:color="auto" w:fill="FFFFFF" w:themeFill="background1"/>
              <w:jc w:val="both"/>
            </w:pPr>
            <w:r>
              <w:t>- GV yêu cầu HS nói một câu có từ “hòm thư”.</w:t>
            </w:r>
          </w:p>
        </w:tc>
        <w:tc>
          <w:tcPr>
            <w:tcW w:w="5188" w:type="dxa"/>
          </w:tcPr>
          <w:p w14:paraId="38789728" w14:textId="77777777" w:rsidR="002575E4" w:rsidRDefault="00DF730A" w:rsidP="00172E1F">
            <w:pPr>
              <w:shd w:val="clear" w:color="auto" w:fill="FFFFFF" w:themeFill="background1"/>
              <w:jc w:val="both"/>
            </w:pPr>
            <w:r>
              <w:t>- HS đặt câu: “Em bỏ lá thư vào hòm thư.”</w:t>
            </w:r>
          </w:p>
        </w:tc>
      </w:tr>
      <w:tr w:rsidR="002575E4" w14:paraId="4AA83F17" w14:textId="77777777" w:rsidTr="00511D82">
        <w:trPr>
          <w:jc w:val="center"/>
        </w:trPr>
        <w:tc>
          <w:tcPr>
            <w:tcW w:w="5188" w:type="dxa"/>
          </w:tcPr>
          <w:p w14:paraId="41D89FFB" w14:textId="77777777" w:rsidR="002575E4" w:rsidRDefault="00DF730A" w:rsidP="00172E1F">
            <w:pPr>
              <w:shd w:val="clear" w:color="auto" w:fill="FFFFFF" w:themeFill="background1"/>
              <w:jc w:val="both"/>
            </w:pPr>
            <w:r>
              <w:t>c. HS luyện đọc trong nhóm.</w:t>
            </w:r>
          </w:p>
          <w:p w14:paraId="2E7E4138" w14:textId="77777777" w:rsidR="002575E4" w:rsidRDefault="00DF730A" w:rsidP="00172E1F">
            <w:pPr>
              <w:shd w:val="clear" w:color="auto" w:fill="FFFFFF" w:themeFill="background1"/>
              <w:jc w:val="both"/>
            </w:pPr>
            <w:r>
              <w:t>- GV tổ chức luyện đọc nhóm 4; mỗi bạn đọc một khổ thơ, bạn khác góp ý cách đọc.</w:t>
            </w:r>
          </w:p>
        </w:tc>
        <w:tc>
          <w:tcPr>
            <w:tcW w:w="5188" w:type="dxa"/>
          </w:tcPr>
          <w:p w14:paraId="3C98BD70" w14:textId="77777777" w:rsidR="002575E4" w:rsidRDefault="00DF730A" w:rsidP="00172E1F">
            <w:pPr>
              <w:shd w:val="clear" w:color="auto" w:fill="FFFFFF" w:themeFill="background1"/>
              <w:jc w:val="both"/>
            </w:pPr>
            <w:r>
              <w:t>- HS luyện đọc nhóm 4; đổi lượt để nhiều bạn được đọc.</w:t>
            </w:r>
          </w:p>
        </w:tc>
      </w:tr>
      <w:tr w:rsidR="002575E4" w14:paraId="37412B94" w14:textId="77777777" w:rsidTr="00511D82">
        <w:trPr>
          <w:jc w:val="center"/>
        </w:trPr>
        <w:tc>
          <w:tcPr>
            <w:tcW w:w="5188" w:type="dxa"/>
            <w:tcBorders>
              <w:bottom w:val="single" w:sz="8" w:space="0" w:color="777777"/>
            </w:tcBorders>
          </w:tcPr>
          <w:p w14:paraId="3389212F" w14:textId="77777777" w:rsidR="002575E4" w:rsidRDefault="00DF730A" w:rsidP="00172E1F">
            <w:pPr>
              <w:shd w:val="clear" w:color="auto" w:fill="FFFFFF" w:themeFill="background1"/>
              <w:jc w:val="both"/>
            </w:pPr>
            <w:r>
              <w:t>- GV mời các nhóm thi đọc trước lớp; nhận xét nhóm đọc đúng, rõ và thể hiện được tình cảm.</w:t>
            </w:r>
          </w:p>
        </w:tc>
        <w:tc>
          <w:tcPr>
            <w:tcW w:w="5188" w:type="dxa"/>
            <w:tcBorders>
              <w:bottom w:val="single" w:sz="8" w:space="0" w:color="777777"/>
            </w:tcBorders>
          </w:tcPr>
          <w:p w14:paraId="2ECADB05" w14:textId="77777777" w:rsidR="002575E4" w:rsidRDefault="00DF730A" w:rsidP="00172E1F">
            <w:pPr>
              <w:shd w:val="clear" w:color="auto" w:fill="FFFFFF" w:themeFill="background1"/>
              <w:jc w:val="both"/>
            </w:pPr>
            <w:r>
              <w:t>- Đại diện nhóm đọc; lớp nhận xét lịch sự.</w:t>
            </w:r>
          </w:p>
        </w:tc>
      </w:tr>
      <w:tr w:rsidR="002575E4" w14:paraId="3D13A284" w14:textId="77777777" w:rsidTr="00511D82">
        <w:trPr>
          <w:jc w:val="center"/>
        </w:trPr>
        <w:tc>
          <w:tcPr>
            <w:tcW w:w="5188" w:type="dxa"/>
            <w:gridSpan w:val="2"/>
            <w:tcBorders>
              <w:top w:val="single" w:sz="8" w:space="0" w:color="777777"/>
              <w:bottom w:val="single" w:sz="8" w:space="0" w:color="777777"/>
            </w:tcBorders>
            <w:shd w:val="clear" w:color="auto" w:fill="E2F0D9"/>
          </w:tcPr>
          <w:p w14:paraId="5A31A1A8" w14:textId="77777777" w:rsidR="002575E4" w:rsidRDefault="00DF730A" w:rsidP="00172E1F">
            <w:pPr>
              <w:shd w:val="clear" w:color="auto" w:fill="FFFFFF" w:themeFill="background1"/>
            </w:pPr>
            <w:r>
              <w:rPr>
                <w:b/>
              </w:rPr>
              <w:t>3. VẬN DỤNG (3 phút)</w:t>
            </w:r>
            <w:r>
              <w:rPr>
                <w:b/>
              </w:rPr>
              <w:br/>
              <w:t>Mục tiêu: HS bước đầu bày tỏ tình cảm với người thân hoặc chú bộ đội đang ở xa.</w:t>
            </w:r>
          </w:p>
        </w:tc>
      </w:tr>
      <w:tr w:rsidR="002575E4" w14:paraId="304E29E3" w14:textId="77777777" w:rsidTr="00511D82">
        <w:trPr>
          <w:jc w:val="center"/>
        </w:trPr>
        <w:tc>
          <w:tcPr>
            <w:tcW w:w="5188" w:type="dxa"/>
            <w:tcBorders>
              <w:top w:val="single" w:sz="8" w:space="0" w:color="777777"/>
            </w:tcBorders>
          </w:tcPr>
          <w:p w14:paraId="354E7ECA" w14:textId="77777777" w:rsidR="002575E4" w:rsidRDefault="00DF730A" w:rsidP="00172E1F">
            <w:pPr>
              <w:shd w:val="clear" w:color="auto" w:fill="FFFFFF" w:themeFill="background1"/>
              <w:jc w:val="both"/>
            </w:pPr>
            <w:r>
              <w:t>- GV hỏi: Nếu gửi một câu ngắn cho bố hoặc chú bộ đội ngoài đảo, em sẽ viết gì?</w:t>
            </w:r>
          </w:p>
        </w:tc>
        <w:tc>
          <w:tcPr>
            <w:tcW w:w="5188" w:type="dxa"/>
            <w:tcBorders>
              <w:top w:val="single" w:sz="8" w:space="0" w:color="777777"/>
            </w:tcBorders>
          </w:tcPr>
          <w:p w14:paraId="1F62E73F" w14:textId="77777777" w:rsidR="002575E4" w:rsidRDefault="00DF730A" w:rsidP="00172E1F">
            <w:pPr>
              <w:shd w:val="clear" w:color="auto" w:fill="FFFFFF" w:themeFill="background1"/>
              <w:jc w:val="both"/>
            </w:pPr>
            <w:r>
              <w:t>- HS nêu: “Con chúc bố mạnh khỏe ạ!”; “Cháu cảm ơn các chú đã bảo vệ biển đảo.”</w:t>
            </w:r>
          </w:p>
        </w:tc>
      </w:tr>
      <w:tr w:rsidR="002575E4" w14:paraId="58E21832" w14:textId="77777777" w:rsidTr="00511D82">
        <w:trPr>
          <w:jc w:val="center"/>
        </w:trPr>
        <w:tc>
          <w:tcPr>
            <w:tcW w:w="5188" w:type="dxa"/>
            <w:tcBorders>
              <w:bottom w:val="single" w:sz="8" w:space="0" w:color="777777"/>
            </w:tcBorders>
          </w:tcPr>
          <w:p w14:paraId="41A9C6AD" w14:textId="77777777" w:rsidR="002575E4" w:rsidRDefault="00DF730A" w:rsidP="00172E1F">
            <w:pPr>
              <w:shd w:val="clear" w:color="auto" w:fill="FFFFFF" w:themeFill="background1"/>
              <w:jc w:val="both"/>
            </w:pPr>
            <w:r>
              <w:t>- GV nhận xét, dặn HS chuẩn bị tiết 2 để tìm hiểu kĩ nội dung bài thơ.</w:t>
            </w:r>
          </w:p>
        </w:tc>
        <w:tc>
          <w:tcPr>
            <w:tcW w:w="5188" w:type="dxa"/>
            <w:tcBorders>
              <w:bottom w:val="single" w:sz="8" w:space="0" w:color="777777"/>
            </w:tcBorders>
          </w:tcPr>
          <w:p w14:paraId="2937B331" w14:textId="77777777" w:rsidR="002575E4" w:rsidRDefault="00DF730A" w:rsidP="00172E1F">
            <w:pPr>
              <w:shd w:val="clear" w:color="auto" w:fill="FFFFFF" w:themeFill="background1"/>
              <w:jc w:val="both"/>
            </w:pPr>
            <w:r>
              <w:t>- HS lắng nghe và chuẩn bị bài.</w:t>
            </w:r>
          </w:p>
        </w:tc>
      </w:tr>
      <w:tr w:rsidR="002575E4" w14:paraId="1486FEFC" w14:textId="77777777" w:rsidTr="00511D82">
        <w:trPr>
          <w:jc w:val="center"/>
        </w:trPr>
        <w:tc>
          <w:tcPr>
            <w:tcW w:w="5188" w:type="dxa"/>
            <w:gridSpan w:val="2"/>
            <w:tcBorders>
              <w:top w:val="single" w:sz="8" w:space="0" w:color="777777"/>
              <w:bottom w:val="single" w:sz="8" w:space="0" w:color="777777"/>
            </w:tcBorders>
            <w:shd w:val="clear" w:color="auto" w:fill="E2F0D9"/>
          </w:tcPr>
          <w:p w14:paraId="74C7153F" w14:textId="77777777" w:rsidR="002575E4" w:rsidRDefault="00DF730A" w:rsidP="00172E1F">
            <w:pPr>
              <w:shd w:val="clear" w:color="auto" w:fill="FFFFFF" w:themeFill="background1"/>
              <w:jc w:val="both"/>
            </w:pPr>
            <w:r>
              <w:rPr>
                <w:b/>
              </w:rPr>
              <w:t>TIẾT 2</w:t>
            </w:r>
          </w:p>
        </w:tc>
      </w:tr>
      <w:tr w:rsidR="002575E4" w14:paraId="464241D0" w14:textId="77777777" w:rsidTr="00511D82">
        <w:trPr>
          <w:jc w:val="center"/>
        </w:trPr>
        <w:tc>
          <w:tcPr>
            <w:tcW w:w="5188" w:type="dxa"/>
            <w:gridSpan w:val="2"/>
            <w:tcBorders>
              <w:top w:val="single" w:sz="8" w:space="0" w:color="777777"/>
              <w:bottom w:val="single" w:sz="8" w:space="0" w:color="777777"/>
            </w:tcBorders>
            <w:shd w:val="clear" w:color="auto" w:fill="E2F0D9"/>
          </w:tcPr>
          <w:p w14:paraId="19F0CF02" w14:textId="77777777" w:rsidR="002575E4" w:rsidRDefault="00DF730A" w:rsidP="00172E1F">
            <w:pPr>
              <w:shd w:val="clear" w:color="auto" w:fill="FFFFFF" w:themeFill="background1"/>
            </w:pPr>
            <w:r>
              <w:rPr>
                <w:b/>
              </w:rPr>
              <w:t>Hoạt động 2: Trả lời câu hỏi (15 phút)</w:t>
            </w:r>
            <w:r>
              <w:rPr>
                <w:b/>
              </w:rPr>
              <w:br/>
              <w:t>Mục tiêu: HS hiểu nội dung bài thơ; biết tình cảm của bạn nhỏ và công việc của bố ngoài đảo.</w:t>
            </w:r>
          </w:p>
        </w:tc>
      </w:tr>
      <w:tr w:rsidR="002575E4" w14:paraId="1475F328" w14:textId="77777777" w:rsidTr="00511D82">
        <w:trPr>
          <w:jc w:val="center"/>
        </w:trPr>
        <w:tc>
          <w:tcPr>
            <w:tcW w:w="5188" w:type="dxa"/>
            <w:tcBorders>
              <w:top w:val="single" w:sz="8" w:space="0" w:color="777777"/>
            </w:tcBorders>
          </w:tcPr>
          <w:p w14:paraId="76E3AA57" w14:textId="77777777" w:rsidR="002575E4" w:rsidRDefault="00DF730A" w:rsidP="00172E1F">
            <w:pPr>
              <w:shd w:val="clear" w:color="auto" w:fill="FFFFFF" w:themeFill="background1"/>
              <w:jc w:val="both"/>
            </w:pPr>
            <w:r>
              <w:t>- GV yêu cầu HS đọc thầm lại bài thơ, gạch chân những từ ngữ nói về bố và công việc của bố.</w:t>
            </w:r>
          </w:p>
        </w:tc>
        <w:tc>
          <w:tcPr>
            <w:tcW w:w="5188" w:type="dxa"/>
            <w:tcBorders>
              <w:top w:val="single" w:sz="8" w:space="0" w:color="777777"/>
            </w:tcBorders>
          </w:tcPr>
          <w:p w14:paraId="170ACD62" w14:textId="77777777" w:rsidR="002575E4" w:rsidRDefault="00DF730A" w:rsidP="00172E1F">
            <w:pPr>
              <w:shd w:val="clear" w:color="auto" w:fill="FFFFFF" w:themeFill="background1"/>
              <w:jc w:val="both"/>
            </w:pPr>
            <w:r>
              <w:t>- HS đọc thầm, gạch chân: ngoài đảo, hàng rào biển, giữ đảo, giữ trời.</w:t>
            </w:r>
          </w:p>
        </w:tc>
      </w:tr>
      <w:tr w:rsidR="002575E4" w14:paraId="261C24AE" w14:textId="77777777" w:rsidTr="00511D82">
        <w:trPr>
          <w:jc w:val="center"/>
        </w:trPr>
        <w:tc>
          <w:tcPr>
            <w:tcW w:w="5188" w:type="dxa"/>
          </w:tcPr>
          <w:p w14:paraId="0BFE151C" w14:textId="77777777" w:rsidR="002575E4" w:rsidRDefault="00DF730A" w:rsidP="00172E1F">
            <w:pPr>
              <w:shd w:val="clear" w:color="auto" w:fill="FFFFFF" w:themeFill="background1"/>
              <w:jc w:val="both"/>
            </w:pPr>
            <w:r>
              <w:t>Câu 1. Bạn nhỏ viết thư cho bố vào dịp nào?</w:t>
            </w:r>
          </w:p>
          <w:p w14:paraId="2D7C82E7" w14:textId="77777777" w:rsidR="002575E4" w:rsidRDefault="00DF730A" w:rsidP="00172E1F">
            <w:pPr>
              <w:shd w:val="clear" w:color="auto" w:fill="FFFFFF" w:themeFill="background1"/>
              <w:jc w:val="both"/>
            </w:pPr>
            <w:r>
              <w:t>- GV yêu cầu HS đọc khổ thơ đầu và trả lời thành câu.</w:t>
            </w:r>
          </w:p>
        </w:tc>
        <w:tc>
          <w:tcPr>
            <w:tcW w:w="5188" w:type="dxa"/>
          </w:tcPr>
          <w:p w14:paraId="1CB6A672" w14:textId="77777777" w:rsidR="002575E4" w:rsidRDefault="00DF730A" w:rsidP="00172E1F">
            <w:pPr>
              <w:shd w:val="clear" w:color="auto" w:fill="FFFFFF" w:themeFill="background1"/>
              <w:jc w:val="both"/>
            </w:pPr>
            <w:r>
              <w:t>- HS trả lời: Bạn nhỏ viết thư cho bố vào dịp sắp Tết.</w:t>
            </w:r>
          </w:p>
        </w:tc>
      </w:tr>
      <w:tr w:rsidR="002575E4" w14:paraId="42A4ACF1" w14:textId="77777777" w:rsidTr="00511D82">
        <w:trPr>
          <w:jc w:val="center"/>
        </w:trPr>
        <w:tc>
          <w:tcPr>
            <w:tcW w:w="5188" w:type="dxa"/>
          </w:tcPr>
          <w:p w14:paraId="20B7E2B5" w14:textId="77777777" w:rsidR="002575E4" w:rsidRDefault="00DF730A" w:rsidP="00172E1F">
            <w:pPr>
              <w:shd w:val="clear" w:color="auto" w:fill="FFFFFF" w:themeFill="background1"/>
              <w:jc w:val="both"/>
            </w:pPr>
            <w:r>
              <w:t>Câu 2. Bố bạn nhỏ đang làm công việc gì ở đảo?</w:t>
            </w:r>
          </w:p>
          <w:p w14:paraId="4980F5C5" w14:textId="77777777" w:rsidR="002575E4" w:rsidRDefault="00DF730A" w:rsidP="00172E1F">
            <w:pPr>
              <w:shd w:val="clear" w:color="auto" w:fill="FFFFFF" w:themeFill="background1"/>
              <w:jc w:val="both"/>
            </w:pPr>
            <w:r>
              <w:t>- GV gợi HS dựa vào khổ thơ cuối để trả lời.</w:t>
            </w:r>
          </w:p>
          <w:p w14:paraId="7361735C" w14:textId="5B395625" w:rsidR="002575E4" w:rsidRDefault="002575E4" w:rsidP="00172E1F">
            <w:pPr>
              <w:shd w:val="clear" w:color="auto" w:fill="FFFFFF" w:themeFill="background1"/>
              <w:jc w:val="both"/>
            </w:pPr>
          </w:p>
        </w:tc>
        <w:tc>
          <w:tcPr>
            <w:tcW w:w="5188" w:type="dxa"/>
          </w:tcPr>
          <w:p w14:paraId="7C9386BB" w14:textId="77777777" w:rsidR="002575E4" w:rsidRDefault="00DF730A" w:rsidP="00172E1F">
            <w:pPr>
              <w:shd w:val="clear" w:color="auto" w:fill="FFFFFF" w:themeFill="background1"/>
              <w:jc w:val="both"/>
            </w:pPr>
            <w:r>
              <w:t>- HS trả lời: Bố bạn nhỏ cùng các chú bộ đội hải quân đang giữ đảo, giữ trời, canh giữ biển đảo của Tổ quốc.</w:t>
            </w:r>
          </w:p>
        </w:tc>
      </w:tr>
      <w:tr w:rsidR="002575E4" w14:paraId="1EA16EB6" w14:textId="77777777" w:rsidTr="00511D82">
        <w:trPr>
          <w:jc w:val="center"/>
        </w:trPr>
        <w:tc>
          <w:tcPr>
            <w:tcW w:w="5188" w:type="dxa"/>
          </w:tcPr>
          <w:p w14:paraId="428B80E1" w14:textId="77777777" w:rsidR="002575E4" w:rsidRDefault="00DF730A" w:rsidP="00172E1F">
            <w:pPr>
              <w:shd w:val="clear" w:color="auto" w:fill="FFFFFF" w:themeFill="background1"/>
              <w:jc w:val="both"/>
            </w:pPr>
            <w:r>
              <w:rPr>
                <w:color w:val="C00000"/>
              </w:rPr>
              <w:t xml:space="preserve">- Vì sao chúng ta cần biết ơn các chú bộ đội hải </w:t>
            </w:r>
            <w:r>
              <w:rPr>
                <w:color w:val="C00000"/>
              </w:rPr>
              <w:lastRenderedPageBreak/>
              <w:t>quân đang làm nhiệm vụ ngoài đảo?</w:t>
            </w:r>
          </w:p>
        </w:tc>
        <w:tc>
          <w:tcPr>
            <w:tcW w:w="5188" w:type="dxa"/>
          </w:tcPr>
          <w:p w14:paraId="7CDBFDB8" w14:textId="77777777" w:rsidR="002575E4" w:rsidRDefault="00DF730A" w:rsidP="00172E1F">
            <w:pPr>
              <w:shd w:val="clear" w:color="auto" w:fill="FFFFFF" w:themeFill="background1"/>
              <w:jc w:val="both"/>
            </w:pPr>
            <w:r>
              <w:rPr>
                <w:color w:val="C00000"/>
              </w:rPr>
              <w:lastRenderedPageBreak/>
              <w:t xml:space="preserve">- HS nêu: Vì các chú ngày đêm canh giữ biển </w:t>
            </w:r>
            <w:r>
              <w:rPr>
                <w:color w:val="C00000"/>
              </w:rPr>
              <w:lastRenderedPageBreak/>
              <w:t>đảo, giúp đất nước bình yên, để chúng em được học tập và vui chơi an toàn.</w:t>
            </w:r>
          </w:p>
        </w:tc>
      </w:tr>
      <w:tr w:rsidR="002575E4" w14:paraId="0958ADA3" w14:textId="77777777" w:rsidTr="00511D82">
        <w:trPr>
          <w:jc w:val="center"/>
        </w:trPr>
        <w:tc>
          <w:tcPr>
            <w:tcW w:w="5188" w:type="dxa"/>
          </w:tcPr>
          <w:p w14:paraId="32210121" w14:textId="77777777" w:rsidR="002575E4" w:rsidRDefault="00DF730A" w:rsidP="00172E1F">
            <w:pPr>
              <w:shd w:val="clear" w:color="auto" w:fill="FFFFFF" w:themeFill="background1"/>
              <w:jc w:val="both"/>
            </w:pPr>
            <w:r>
              <w:rPr>
                <w:color w:val="C00000"/>
              </w:rPr>
              <w:lastRenderedPageBreak/>
              <w:t>- Tích hợp QPAN/ANQP: GV diễn giải: Các chú bộ đội hải quân làm nhiệm vụ nơi đầu sóng ngọn gió, có khi xa gia đình vào dịp Tết để canh giữ biển đảo, vùng trời của Tổ quốc. Biết ơn các chú không chỉ là nói lời cảm ơn mà còn là chăm học, giữ kỉ luật, yêu quê hương, không nói hoặc làm những việc thiếu tôn trọng người đang bảo vệ đất nước. Mỗi học sinh lớp 2 có thể thể hiện lòng yêu nước bằng việc học tốt, ngoan ngoãn, biết trân trọng biển đảo Việt Nam.</w:t>
            </w:r>
          </w:p>
        </w:tc>
        <w:tc>
          <w:tcPr>
            <w:tcW w:w="5188" w:type="dxa"/>
          </w:tcPr>
          <w:p w14:paraId="37350DA1" w14:textId="77777777" w:rsidR="002575E4" w:rsidRDefault="00DF730A" w:rsidP="00172E1F">
            <w:pPr>
              <w:shd w:val="clear" w:color="auto" w:fill="FFFFFF" w:themeFill="background1"/>
              <w:jc w:val="both"/>
            </w:pPr>
            <w:r>
              <w:rPr>
                <w:color w:val="C00000"/>
              </w:rPr>
              <w:t>- HS lắng nghe; nêu việc làm phù hợp: chăm học, viết lời cảm ơn, giữ gìn nề nếp, yêu quý biển đảo quê hương.</w:t>
            </w:r>
          </w:p>
        </w:tc>
      </w:tr>
      <w:tr w:rsidR="002575E4" w14:paraId="4B4F0766" w14:textId="77777777" w:rsidTr="00511D82">
        <w:trPr>
          <w:jc w:val="center"/>
        </w:trPr>
        <w:tc>
          <w:tcPr>
            <w:tcW w:w="5188" w:type="dxa"/>
          </w:tcPr>
          <w:p w14:paraId="2A09F905" w14:textId="77777777" w:rsidR="002575E4" w:rsidRDefault="00DF730A" w:rsidP="00172E1F">
            <w:pPr>
              <w:shd w:val="clear" w:color="auto" w:fill="FFFFFF" w:themeFill="background1"/>
              <w:jc w:val="both"/>
            </w:pPr>
            <w:r>
              <w:t>Câu 3. Bạn nhỏ đã gửi gì cho bố?</w:t>
            </w:r>
          </w:p>
          <w:p w14:paraId="5BA2EE23" w14:textId="77777777" w:rsidR="002575E4" w:rsidRDefault="00DF730A" w:rsidP="00172E1F">
            <w:pPr>
              <w:shd w:val="clear" w:color="auto" w:fill="FFFFFF" w:themeFill="background1"/>
              <w:jc w:val="both"/>
            </w:pPr>
            <w:r>
              <w:t>a. bánh chưng</w:t>
            </w:r>
          </w:p>
          <w:p w14:paraId="14968CD5" w14:textId="77777777" w:rsidR="002575E4" w:rsidRDefault="00DF730A" w:rsidP="00172E1F">
            <w:pPr>
              <w:shd w:val="clear" w:color="auto" w:fill="FFFFFF" w:themeFill="background1"/>
              <w:jc w:val="both"/>
            </w:pPr>
            <w:r>
              <w:t>b. hoa</w:t>
            </w:r>
          </w:p>
          <w:p w14:paraId="6EA5923B" w14:textId="77777777" w:rsidR="002575E4" w:rsidRDefault="00DF730A" w:rsidP="00172E1F">
            <w:pPr>
              <w:shd w:val="clear" w:color="auto" w:fill="FFFFFF" w:themeFill="background1"/>
              <w:jc w:val="both"/>
            </w:pPr>
            <w:r>
              <w:t>c. thư</w:t>
            </w:r>
          </w:p>
          <w:p w14:paraId="60E7CCE1" w14:textId="77777777" w:rsidR="002575E4" w:rsidRDefault="00DF730A" w:rsidP="00172E1F">
            <w:pPr>
              <w:shd w:val="clear" w:color="auto" w:fill="FFFFFF" w:themeFill="background1"/>
              <w:jc w:val="both"/>
            </w:pPr>
            <w:r>
              <w:t>- GV yêu cầu HS đọc các đáp án, chọn đáp án đúng và nêu lí do.</w:t>
            </w:r>
          </w:p>
        </w:tc>
        <w:tc>
          <w:tcPr>
            <w:tcW w:w="5188" w:type="dxa"/>
          </w:tcPr>
          <w:p w14:paraId="37ABBFDC" w14:textId="77777777" w:rsidR="002575E4" w:rsidRDefault="00DF730A" w:rsidP="00172E1F">
            <w:pPr>
              <w:shd w:val="clear" w:color="auto" w:fill="FFFFFF" w:themeFill="background1"/>
              <w:jc w:val="both"/>
            </w:pPr>
            <w:r>
              <w:t>- HS chọn đáp án c. thư.</w:t>
            </w:r>
          </w:p>
          <w:p w14:paraId="52EC38E2" w14:textId="77777777" w:rsidR="002575E4" w:rsidRDefault="00DF730A" w:rsidP="00172E1F">
            <w:pPr>
              <w:shd w:val="clear" w:color="auto" w:fill="FFFFFF" w:themeFill="background1"/>
              <w:jc w:val="both"/>
            </w:pPr>
            <w:r>
              <w:t>- Lí do: Bạn nhỏ viết thư gửi bố vì gửi hoa sợ héo, đường ra đảo xa xôi.</w:t>
            </w:r>
          </w:p>
        </w:tc>
      </w:tr>
      <w:tr w:rsidR="002575E4" w14:paraId="60A4ADE8" w14:textId="77777777" w:rsidTr="00511D82">
        <w:trPr>
          <w:jc w:val="center"/>
        </w:trPr>
        <w:tc>
          <w:tcPr>
            <w:tcW w:w="5188" w:type="dxa"/>
          </w:tcPr>
          <w:p w14:paraId="31DBB0F8" w14:textId="77777777" w:rsidR="002575E4" w:rsidRDefault="00DF730A" w:rsidP="00172E1F">
            <w:pPr>
              <w:shd w:val="clear" w:color="auto" w:fill="FFFFFF" w:themeFill="background1"/>
              <w:jc w:val="both"/>
            </w:pPr>
            <w:r>
              <w:t>Câu 4. Theo em, khổ thơ cuối muốn nói điều gì?</w:t>
            </w:r>
          </w:p>
          <w:p w14:paraId="5420D68F" w14:textId="77777777" w:rsidR="002575E4" w:rsidRDefault="00DF730A" w:rsidP="00172E1F">
            <w:pPr>
              <w:shd w:val="clear" w:color="auto" w:fill="FFFFFF" w:themeFill="background1"/>
              <w:jc w:val="both"/>
            </w:pPr>
            <w:r>
              <w:t>a. Bố và các chú bảo vệ vùng biển, vùng trời quê hương.</w:t>
            </w:r>
          </w:p>
          <w:p w14:paraId="0AD41C32" w14:textId="77777777" w:rsidR="002575E4" w:rsidRDefault="00DF730A" w:rsidP="00172E1F">
            <w:pPr>
              <w:shd w:val="clear" w:color="auto" w:fill="FFFFFF" w:themeFill="background1"/>
              <w:jc w:val="both"/>
            </w:pPr>
            <w:r>
              <w:t>b. Bố và các chú xây hàng rào ở đảo.</w:t>
            </w:r>
          </w:p>
          <w:p w14:paraId="064A6164" w14:textId="77777777" w:rsidR="002575E4" w:rsidRDefault="00DF730A" w:rsidP="00172E1F">
            <w:pPr>
              <w:shd w:val="clear" w:color="auto" w:fill="FFFFFF" w:themeFill="background1"/>
              <w:jc w:val="both"/>
            </w:pPr>
            <w:r>
              <w:t>c. Bố và các chú là hàng rào chắn sóng, chắn gió.</w:t>
            </w:r>
          </w:p>
          <w:p w14:paraId="6E86E7C8" w14:textId="77777777" w:rsidR="002575E4" w:rsidRDefault="00DF730A" w:rsidP="00172E1F">
            <w:pPr>
              <w:shd w:val="clear" w:color="auto" w:fill="FFFFFF" w:themeFill="background1"/>
              <w:jc w:val="both"/>
            </w:pPr>
            <w:r>
              <w:t>- GV yêu cầu HS trao đổi nhóm đôi, chọn ý đúng và giải thích.</w:t>
            </w:r>
          </w:p>
        </w:tc>
        <w:tc>
          <w:tcPr>
            <w:tcW w:w="5188" w:type="dxa"/>
          </w:tcPr>
          <w:p w14:paraId="4876D52C" w14:textId="77777777" w:rsidR="002575E4" w:rsidRDefault="00DF730A" w:rsidP="00172E1F">
            <w:pPr>
              <w:shd w:val="clear" w:color="auto" w:fill="FFFFFF" w:themeFill="background1"/>
              <w:jc w:val="both"/>
            </w:pPr>
            <w:r>
              <w:t>- HS chọn đáp án a. Bố và các chú bảo vệ vùng biển, vùng trời quê hương.</w:t>
            </w:r>
          </w:p>
          <w:p w14:paraId="11DCDA05" w14:textId="77777777" w:rsidR="002575E4" w:rsidRDefault="00DF730A" w:rsidP="00172E1F">
            <w:pPr>
              <w:shd w:val="clear" w:color="auto" w:fill="FFFFFF" w:themeFill="background1"/>
              <w:jc w:val="both"/>
            </w:pPr>
            <w:r>
              <w:t>- HS giải thích: “hàng rào biển” là cách nói ví von về nhiệm vụ bảo vệ biển đảo.</w:t>
            </w:r>
          </w:p>
        </w:tc>
      </w:tr>
      <w:tr w:rsidR="002575E4" w14:paraId="16A01563" w14:textId="77777777" w:rsidTr="00511D82">
        <w:trPr>
          <w:jc w:val="center"/>
        </w:trPr>
        <w:tc>
          <w:tcPr>
            <w:tcW w:w="5188" w:type="dxa"/>
            <w:tcBorders>
              <w:bottom w:val="single" w:sz="8" w:space="0" w:color="777777"/>
            </w:tcBorders>
          </w:tcPr>
          <w:p w14:paraId="28B0910C" w14:textId="77777777" w:rsidR="002575E4" w:rsidRDefault="00DF730A" w:rsidP="00172E1F">
            <w:pPr>
              <w:shd w:val="clear" w:color="auto" w:fill="FFFFFF" w:themeFill="background1"/>
              <w:jc w:val="both"/>
            </w:pPr>
            <w:r>
              <w:t>- GV kết luận: Bài thơ thể hiện tình cảm nhớ thương, tự hào của bạn nhỏ đối với bố và các chú bộ đội hải quân đang canh giữ biển đảo.</w:t>
            </w:r>
          </w:p>
        </w:tc>
        <w:tc>
          <w:tcPr>
            <w:tcW w:w="5188" w:type="dxa"/>
            <w:tcBorders>
              <w:bottom w:val="single" w:sz="8" w:space="0" w:color="777777"/>
            </w:tcBorders>
          </w:tcPr>
          <w:p w14:paraId="18B94531" w14:textId="77777777" w:rsidR="002575E4" w:rsidRDefault="00DF730A" w:rsidP="00172E1F">
            <w:pPr>
              <w:shd w:val="clear" w:color="auto" w:fill="FFFFFF" w:themeFill="background1"/>
              <w:jc w:val="both"/>
            </w:pPr>
            <w:r>
              <w:t>- HS lắng nghe, nhắc lại nội dung chính.</w:t>
            </w:r>
          </w:p>
        </w:tc>
      </w:tr>
      <w:tr w:rsidR="002575E4" w14:paraId="29161DAE" w14:textId="77777777" w:rsidTr="00511D82">
        <w:trPr>
          <w:jc w:val="center"/>
        </w:trPr>
        <w:tc>
          <w:tcPr>
            <w:tcW w:w="5188" w:type="dxa"/>
            <w:gridSpan w:val="2"/>
            <w:tcBorders>
              <w:top w:val="single" w:sz="8" w:space="0" w:color="777777"/>
              <w:bottom w:val="single" w:sz="8" w:space="0" w:color="777777"/>
            </w:tcBorders>
            <w:shd w:val="clear" w:color="auto" w:fill="E2F0D9"/>
          </w:tcPr>
          <w:p w14:paraId="16612D5E" w14:textId="77777777" w:rsidR="002575E4" w:rsidRDefault="00DF730A" w:rsidP="00172E1F">
            <w:pPr>
              <w:shd w:val="clear" w:color="auto" w:fill="FFFFFF" w:themeFill="background1"/>
            </w:pPr>
            <w:r>
              <w:rPr>
                <w:b/>
              </w:rPr>
              <w:t>Hoạt động 3: Luyện đọc lại (7 phút)</w:t>
            </w:r>
            <w:r>
              <w:rPr>
                <w:b/>
              </w:rPr>
              <w:br/>
              <w:t>Mục tiêu: HS đọc lại bài thơ đúng nhịp, rõ tình cảm.</w:t>
            </w:r>
          </w:p>
        </w:tc>
      </w:tr>
      <w:tr w:rsidR="002575E4" w14:paraId="1EDC3B58" w14:textId="77777777" w:rsidTr="00511D82">
        <w:trPr>
          <w:jc w:val="center"/>
        </w:trPr>
        <w:tc>
          <w:tcPr>
            <w:tcW w:w="5188" w:type="dxa"/>
            <w:tcBorders>
              <w:top w:val="single" w:sz="8" w:space="0" w:color="777777"/>
            </w:tcBorders>
          </w:tcPr>
          <w:p w14:paraId="507D6E55" w14:textId="77777777" w:rsidR="002575E4" w:rsidRDefault="00DF730A" w:rsidP="00172E1F">
            <w:pPr>
              <w:shd w:val="clear" w:color="auto" w:fill="FFFFFF" w:themeFill="background1"/>
              <w:jc w:val="both"/>
            </w:pPr>
            <w:r>
              <w:t>- GV đọc lại khổ thơ cuối, nhắc HS đọc với giọng tự hào, biết nhấn ở “hàng rào biển”, “giữ đảo”, “giữ trời”.</w:t>
            </w:r>
          </w:p>
        </w:tc>
        <w:tc>
          <w:tcPr>
            <w:tcW w:w="5188" w:type="dxa"/>
            <w:tcBorders>
              <w:top w:val="single" w:sz="8" w:space="0" w:color="777777"/>
            </w:tcBorders>
          </w:tcPr>
          <w:p w14:paraId="76FE8FB6" w14:textId="77777777" w:rsidR="002575E4" w:rsidRDefault="00DF730A" w:rsidP="00172E1F">
            <w:pPr>
              <w:shd w:val="clear" w:color="auto" w:fill="FFFFFF" w:themeFill="background1"/>
              <w:jc w:val="both"/>
            </w:pPr>
            <w:r>
              <w:t>- HS lắng nghe, đánh dấu từ cần nhấn giọng.</w:t>
            </w:r>
          </w:p>
        </w:tc>
      </w:tr>
      <w:tr w:rsidR="002575E4" w14:paraId="4971B376" w14:textId="77777777" w:rsidTr="00511D82">
        <w:trPr>
          <w:jc w:val="center"/>
        </w:trPr>
        <w:tc>
          <w:tcPr>
            <w:tcW w:w="5188" w:type="dxa"/>
          </w:tcPr>
          <w:p w14:paraId="01DD6D20" w14:textId="77777777" w:rsidR="002575E4" w:rsidRDefault="00DF730A" w:rsidP="00172E1F">
            <w:pPr>
              <w:shd w:val="clear" w:color="auto" w:fill="FFFFFF" w:themeFill="background1"/>
              <w:jc w:val="both"/>
            </w:pPr>
            <w:r>
              <w:t>- GV tổ chức HS luyện đọc bài thơ theo nhóm đôi.</w:t>
            </w:r>
          </w:p>
        </w:tc>
        <w:tc>
          <w:tcPr>
            <w:tcW w:w="5188" w:type="dxa"/>
          </w:tcPr>
          <w:p w14:paraId="26B0030C" w14:textId="77777777" w:rsidR="002575E4" w:rsidRDefault="00DF730A" w:rsidP="00172E1F">
            <w:pPr>
              <w:shd w:val="clear" w:color="auto" w:fill="FFFFFF" w:themeFill="background1"/>
              <w:jc w:val="both"/>
            </w:pPr>
            <w:r>
              <w:t>- HS đọc nhóm đôi, góp ý cho nhau.</w:t>
            </w:r>
          </w:p>
        </w:tc>
      </w:tr>
      <w:tr w:rsidR="002575E4" w14:paraId="07EF07AD" w14:textId="77777777" w:rsidTr="00511D82">
        <w:trPr>
          <w:jc w:val="center"/>
        </w:trPr>
        <w:tc>
          <w:tcPr>
            <w:tcW w:w="5188" w:type="dxa"/>
            <w:tcBorders>
              <w:bottom w:val="single" w:sz="8" w:space="0" w:color="777777"/>
            </w:tcBorders>
          </w:tcPr>
          <w:p w14:paraId="29FE8704" w14:textId="77777777" w:rsidR="002575E4" w:rsidRDefault="00DF730A" w:rsidP="00172E1F">
            <w:pPr>
              <w:shd w:val="clear" w:color="auto" w:fill="FFFFFF" w:themeFill="background1"/>
              <w:jc w:val="both"/>
            </w:pPr>
            <w:r>
              <w:t>- GV mời HS đọc trước lớp; nhận xét giọng đọc và tuyên dương HS đọc tốt.</w:t>
            </w:r>
          </w:p>
        </w:tc>
        <w:tc>
          <w:tcPr>
            <w:tcW w:w="5188" w:type="dxa"/>
            <w:tcBorders>
              <w:bottom w:val="single" w:sz="8" w:space="0" w:color="777777"/>
            </w:tcBorders>
          </w:tcPr>
          <w:p w14:paraId="248E736E" w14:textId="77777777" w:rsidR="002575E4" w:rsidRDefault="00DF730A" w:rsidP="00172E1F">
            <w:pPr>
              <w:shd w:val="clear" w:color="auto" w:fill="FFFFFF" w:themeFill="background1"/>
              <w:jc w:val="both"/>
            </w:pPr>
            <w:r>
              <w:t>- HS đọc trước lớp; cả lớp nhận xét.</w:t>
            </w:r>
          </w:p>
        </w:tc>
      </w:tr>
      <w:tr w:rsidR="002575E4" w14:paraId="1D37DDAB" w14:textId="77777777" w:rsidTr="00511D82">
        <w:trPr>
          <w:jc w:val="center"/>
        </w:trPr>
        <w:tc>
          <w:tcPr>
            <w:tcW w:w="5188" w:type="dxa"/>
            <w:gridSpan w:val="2"/>
            <w:tcBorders>
              <w:top w:val="single" w:sz="8" w:space="0" w:color="777777"/>
              <w:bottom w:val="single" w:sz="8" w:space="0" w:color="777777"/>
            </w:tcBorders>
            <w:shd w:val="clear" w:color="auto" w:fill="E2F0D9"/>
          </w:tcPr>
          <w:p w14:paraId="78061A9C" w14:textId="77777777" w:rsidR="002575E4" w:rsidRDefault="00DF730A" w:rsidP="00172E1F">
            <w:pPr>
              <w:shd w:val="clear" w:color="auto" w:fill="FFFFFF" w:themeFill="background1"/>
            </w:pPr>
            <w:r>
              <w:rPr>
                <w:b/>
              </w:rPr>
              <w:t>Hoạt động 4: Luyện tập theo văn bản đọc (10 phút)</w:t>
            </w:r>
            <w:r>
              <w:rPr>
                <w:b/>
              </w:rPr>
              <w:br/>
              <w:t>Mục tiêu: HS phân biệt được từ chỉ hành động của bố, của con và nói được câu thể hiện tình cảm với bố.</w:t>
            </w:r>
          </w:p>
        </w:tc>
      </w:tr>
      <w:tr w:rsidR="002575E4" w:rsidRPr="00DF730A" w14:paraId="26B36D2D" w14:textId="77777777" w:rsidTr="00511D82">
        <w:trPr>
          <w:jc w:val="center"/>
        </w:trPr>
        <w:tc>
          <w:tcPr>
            <w:tcW w:w="5188" w:type="dxa"/>
            <w:tcBorders>
              <w:top w:val="single" w:sz="8" w:space="0" w:color="777777"/>
            </w:tcBorders>
          </w:tcPr>
          <w:p w14:paraId="033F9A81" w14:textId="77777777" w:rsidR="002575E4" w:rsidRDefault="00DF730A" w:rsidP="00172E1F">
            <w:pPr>
              <w:shd w:val="clear" w:color="auto" w:fill="FFFFFF" w:themeFill="background1"/>
              <w:jc w:val="both"/>
            </w:pPr>
            <w:r>
              <w:rPr>
                <w:b/>
              </w:rPr>
              <w:t>Bài tập 1. Từ ngữ nào chỉ hành động của bố? Từ ngữ nào chỉ hành động của con?</w:t>
            </w:r>
          </w:p>
          <w:p w14:paraId="3A16EEE0" w14:textId="77777777" w:rsidR="002575E4" w:rsidRDefault="00DF730A" w:rsidP="00172E1F">
            <w:pPr>
              <w:shd w:val="clear" w:color="auto" w:fill="FFFFFF" w:themeFill="background1"/>
              <w:jc w:val="both"/>
            </w:pPr>
            <w:r>
              <w:t>- GV cho HS đọc các thẻ từ: giữ đảo, bố, gửi thư, viết thư, con, giữ trời; làm việc nhóm đôi để phân loại.</w:t>
            </w:r>
          </w:p>
          <w:p w14:paraId="1CD6E112" w14:textId="41AAB317" w:rsidR="002575E4" w:rsidRDefault="002575E4" w:rsidP="00172E1F">
            <w:pPr>
              <w:shd w:val="clear" w:color="auto" w:fill="FFFFFF" w:themeFill="background1"/>
              <w:jc w:val="both"/>
            </w:pPr>
          </w:p>
        </w:tc>
        <w:tc>
          <w:tcPr>
            <w:tcW w:w="5188" w:type="dxa"/>
            <w:tcBorders>
              <w:top w:val="single" w:sz="8" w:space="0" w:color="777777"/>
            </w:tcBorders>
          </w:tcPr>
          <w:p w14:paraId="7A8523E9" w14:textId="77777777" w:rsidR="002575E4" w:rsidRDefault="00DF730A" w:rsidP="00172E1F">
            <w:pPr>
              <w:shd w:val="clear" w:color="auto" w:fill="FFFFFF" w:themeFill="background1"/>
              <w:jc w:val="both"/>
            </w:pPr>
            <w:r>
              <w:t>- HS đọc thẻ từ, phân loại.</w:t>
            </w:r>
          </w:p>
          <w:p w14:paraId="60BFA092" w14:textId="77777777" w:rsidR="002575E4" w:rsidRDefault="00DF730A" w:rsidP="00172E1F">
            <w:pPr>
              <w:shd w:val="clear" w:color="auto" w:fill="FFFFFF" w:themeFill="background1"/>
              <w:jc w:val="both"/>
            </w:pPr>
            <w:r>
              <w:t>- Từ ngữ chỉ hành động của bố: giữ đảo, giữ trời.</w:t>
            </w:r>
          </w:p>
          <w:p w14:paraId="327FF5DA" w14:textId="77777777" w:rsidR="002575E4" w:rsidRDefault="00DF730A" w:rsidP="00172E1F">
            <w:pPr>
              <w:shd w:val="clear" w:color="auto" w:fill="FFFFFF" w:themeFill="background1"/>
              <w:jc w:val="both"/>
            </w:pPr>
            <w:r>
              <w:t>- Từ ngữ chỉ hành động của con: gửi thư, viết thư.</w:t>
            </w:r>
          </w:p>
          <w:p w14:paraId="72078CDA" w14:textId="77777777" w:rsidR="002575E4" w:rsidRPr="00DF730A" w:rsidRDefault="00DF730A" w:rsidP="00172E1F">
            <w:pPr>
              <w:shd w:val="clear" w:color="auto" w:fill="FFFFFF" w:themeFill="background1"/>
              <w:jc w:val="both"/>
              <w:rPr>
                <w:lang w:val="fr-FR"/>
              </w:rPr>
            </w:pPr>
            <w:r w:rsidRPr="00DF730A">
              <w:rPr>
                <w:lang w:val="fr-FR"/>
              </w:rPr>
              <w:t>- Từ “bố”, “con” là từ chỉ người.</w:t>
            </w:r>
          </w:p>
        </w:tc>
      </w:tr>
      <w:tr w:rsidR="002575E4" w:rsidRPr="00DF730A" w14:paraId="0124AB8E" w14:textId="77777777" w:rsidTr="00511D82">
        <w:trPr>
          <w:jc w:val="center"/>
        </w:trPr>
        <w:tc>
          <w:tcPr>
            <w:tcW w:w="5188" w:type="dxa"/>
            <w:tcBorders>
              <w:bottom w:val="single" w:sz="8" w:space="0" w:color="777777"/>
            </w:tcBorders>
          </w:tcPr>
          <w:p w14:paraId="4C701311" w14:textId="77777777" w:rsidR="002575E4" w:rsidRPr="00DF730A" w:rsidRDefault="00DF730A" w:rsidP="00172E1F">
            <w:pPr>
              <w:shd w:val="clear" w:color="auto" w:fill="FFFFFF" w:themeFill="background1"/>
              <w:jc w:val="both"/>
              <w:rPr>
                <w:lang w:val="fr-FR"/>
              </w:rPr>
            </w:pPr>
            <w:r w:rsidRPr="00DF730A">
              <w:rPr>
                <w:b/>
                <w:lang w:val="fr-FR"/>
              </w:rPr>
              <w:t xml:space="preserve">Bài tập 2. Thay lời bạn nhỏ, nói một câu thể </w:t>
            </w:r>
            <w:r w:rsidRPr="00DF730A">
              <w:rPr>
                <w:b/>
                <w:lang w:val="fr-FR"/>
              </w:rPr>
              <w:lastRenderedPageBreak/>
              <w:t>hiện tình cảm đối với bố.</w:t>
            </w:r>
          </w:p>
          <w:p w14:paraId="0298441A" w14:textId="77777777" w:rsidR="002575E4" w:rsidRPr="00DF730A" w:rsidRDefault="00DF730A" w:rsidP="00172E1F">
            <w:pPr>
              <w:shd w:val="clear" w:color="auto" w:fill="FFFFFF" w:themeFill="background1"/>
              <w:jc w:val="both"/>
              <w:rPr>
                <w:lang w:val="fr-FR"/>
              </w:rPr>
            </w:pPr>
            <w:r w:rsidRPr="00DF730A">
              <w:rPr>
                <w:lang w:val="fr-FR"/>
              </w:rPr>
              <w:t>- GV yêu cầu HS nói đủ câu, thể hiện sự yêu thương, kính trọng.</w:t>
            </w:r>
          </w:p>
        </w:tc>
        <w:tc>
          <w:tcPr>
            <w:tcW w:w="5188" w:type="dxa"/>
            <w:tcBorders>
              <w:bottom w:val="single" w:sz="8" w:space="0" w:color="777777"/>
            </w:tcBorders>
          </w:tcPr>
          <w:p w14:paraId="26795384" w14:textId="77777777" w:rsidR="002575E4" w:rsidRPr="00DF730A" w:rsidRDefault="00DF730A" w:rsidP="00172E1F">
            <w:pPr>
              <w:shd w:val="clear" w:color="auto" w:fill="FFFFFF" w:themeFill="background1"/>
              <w:jc w:val="both"/>
              <w:rPr>
                <w:lang w:val="fr-FR"/>
              </w:rPr>
            </w:pPr>
            <w:r w:rsidRPr="00DF730A">
              <w:rPr>
                <w:lang w:val="fr-FR"/>
              </w:rPr>
              <w:lastRenderedPageBreak/>
              <w:t>- HS nói.</w:t>
            </w:r>
          </w:p>
          <w:p w14:paraId="1785C008" w14:textId="77777777" w:rsidR="002575E4" w:rsidRPr="00DF730A" w:rsidRDefault="00DF730A" w:rsidP="00172E1F">
            <w:pPr>
              <w:shd w:val="clear" w:color="auto" w:fill="FFFFFF" w:themeFill="background1"/>
              <w:jc w:val="both"/>
              <w:rPr>
                <w:lang w:val="fr-FR"/>
              </w:rPr>
            </w:pPr>
            <w:r w:rsidRPr="00DF730A">
              <w:rPr>
                <w:lang w:val="fr-FR"/>
              </w:rPr>
              <w:lastRenderedPageBreak/>
              <w:t>- Dự kiến: “Con rất nhớ bố và mong bố luôn mạnh khỏe.”; “Con tự hào vì bố đang giữ đảo, giữ trời cho Tổ quốc.”</w:t>
            </w:r>
          </w:p>
        </w:tc>
      </w:tr>
      <w:tr w:rsidR="002575E4" w:rsidRPr="00DF730A" w14:paraId="108A1447" w14:textId="77777777" w:rsidTr="00511D82">
        <w:trPr>
          <w:jc w:val="center"/>
        </w:trPr>
        <w:tc>
          <w:tcPr>
            <w:tcW w:w="5188" w:type="dxa"/>
            <w:gridSpan w:val="2"/>
            <w:tcBorders>
              <w:top w:val="single" w:sz="8" w:space="0" w:color="777777"/>
              <w:bottom w:val="single" w:sz="8" w:space="0" w:color="777777"/>
            </w:tcBorders>
            <w:shd w:val="clear" w:color="auto" w:fill="E2F0D9"/>
          </w:tcPr>
          <w:p w14:paraId="76D62659" w14:textId="77777777" w:rsidR="002575E4" w:rsidRPr="00DF730A" w:rsidRDefault="00DF730A" w:rsidP="00172E1F">
            <w:pPr>
              <w:shd w:val="clear" w:color="auto" w:fill="FFFFFF" w:themeFill="background1"/>
              <w:rPr>
                <w:lang w:val="fr-FR"/>
              </w:rPr>
            </w:pPr>
            <w:r w:rsidRPr="00DF730A">
              <w:rPr>
                <w:b/>
                <w:lang w:val="fr-FR"/>
              </w:rPr>
              <w:lastRenderedPageBreak/>
              <w:t>4. VẬN DỤNG (3 phút)</w:t>
            </w:r>
            <w:r w:rsidRPr="00DF730A">
              <w:rPr>
                <w:b/>
                <w:lang w:val="fr-FR"/>
              </w:rPr>
              <w:br/>
              <w:t>Mục tiêu: HS biết bày tỏ tình cảm với người thân và lòng biết ơn người bảo vệ Tổ quốc.</w:t>
            </w:r>
          </w:p>
        </w:tc>
      </w:tr>
      <w:tr w:rsidR="002575E4" w:rsidRPr="00DF730A" w14:paraId="2901B171" w14:textId="77777777" w:rsidTr="00511D82">
        <w:trPr>
          <w:jc w:val="center"/>
        </w:trPr>
        <w:tc>
          <w:tcPr>
            <w:tcW w:w="5188" w:type="dxa"/>
            <w:tcBorders>
              <w:top w:val="single" w:sz="8" w:space="0" w:color="777777"/>
            </w:tcBorders>
          </w:tcPr>
          <w:p w14:paraId="1C38B50C" w14:textId="77777777" w:rsidR="002575E4" w:rsidRPr="00DF730A" w:rsidRDefault="00DF730A" w:rsidP="00172E1F">
            <w:pPr>
              <w:shd w:val="clear" w:color="auto" w:fill="FFFFFF" w:themeFill="background1"/>
              <w:jc w:val="both"/>
              <w:rPr>
                <w:lang w:val="fr-FR"/>
              </w:rPr>
            </w:pPr>
            <w:r w:rsidRPr="00DF730A">
              <w:rPr>
                <w:lang w:val="fr-FR"/>
              </w:rPr>
              <w:t>- GV yêu cầu HS nói một việc em sẽ làm để gửi lời động viên tới các chú bộ đội hải quân.</w:t>
            </w:r>
          </w:p>
        </w:tc>
        <w:tc>
          <w:tcPr>
            <w:tcW w:w="5188" w:type="dxa"/>
            <w:tcBorders>
              <w:top w:val="single" w:sz="8" w:space="0" w:color="777777"/>
            </w:tcBorders>
          </w:tcPr>
          <w:p w14:paraId="46864B40" w14:textId="77777777" w:rsidR="002575E4" w:rsidRPr="00DF730A" w:rsidRDefault="00DF730A" w:rsidP="00172E1F">
            <w:pPr>
              <w:shd w:val="clear" w:color="auto" w:fill="FFFFFF" w:themeFill="background1"/>
              <w:jc w:val="both"/>
              <w:rPr>
                <w:lang w:val="fr-FR"/>
              </w:rPr>
            </w:pPr>
            <w:r w:rsidRPr="00DF730A">
              <w:rPr>
                <w:lang w:val="fr-FR"/>
              </w:rPr>
              <w:t>- HS nêu: viết thư, vẽ tranh, đọc thơ, học chăm, giữ nề nếp tốt.</w:t>
            </w:r>
          </w:p>
        </w:tc>
      </w:tr>
      <w:tr w:rsidR="002575E4" w:rsidRPr="00DF730A" w14:paraId="671A47B2" w14:textId="77777777" w:rsidTr="00511D82">
        <w:trPr>
          <w:jc w:val="center"/>
        </w:trPr>
        <w:tc>
          <w:tcPr>
            <w:tcW w:w="5188" w:type="dxa"/>
          </w:tcPr>
          <w:p w14:paraId="4100F1B3" w14:textId="77777777" w:rsidR="002575E4" w:rsidRPr="00DF730A" w:rsidRDefault="00DF730A" w:rsidP="00172E1F">
            <w:pPr>
              <w:shd w:val="clear" w:color="auto" w:fill="FFFFFF" w:themeFill="background1"/>
              <w:jc w:val="both"/>
              <w:rPr>
                <w:lang w:val="fr-FR"/>
              </w:rPr>
            </w:pPr>
            <w:r w:rsidRPr="00DF730A">
              <w:rPr>
                <w:lang w:val="fr-FR"/>
              </w:rPr>
              <w:t>- GV dặn HS chuẩn bị tiết viết chính tả bài Thư gửi bố ngoài đảo.</w:t>
            </w:r>
          </w:p>
        </w:tc>
        <w:tc>
          <w:tcPr>
            <w:tcW w:w="5188" w:type="dxa"/>
          </w:tcPr>
          <w:p w14:paraId="5C453BF7" w14:textId="77777777" w:rsidR="002575E4" w:rsidRPr="00DF730A" w:rsidRDefault="00DF730A" w:rsidP="00172E1F">
            <w:pPr>
              <w:shd w:val="clear" w:color="auto" w:fill="FFFFFF" w:themeFill="background1"/>
              <w:jc w:val="both"/>
              <w:rPr>
                <w:lang w:val="fr-FR"/>
              </w:rPr>
            </w:pPr>
            <w:r w:rsidRPr="00DF730A">
              <w:rPr>
                <w:lang w:val="fr-FR"/>
              </w:rPr>
              <w:t>- HS ghi nhớ nhiệm vụ.</w:t>
            </w:r>
          </w:p>
        </w:tc>
      </w:tr>
    </w:tbl>
    <w:p w14:paraId="763D771D" w14:textId="77777777" w:rsidR="002575E4" w:rsidRPr="00DF730A" w:rsidRDefault="00DF730A" w:rsidP="00172E1F">
      <w:pPr>
        <w:shd w:val="clear" w:color="auto" w:fill="FFFFFF" w:themeFill="background1"/>
        <w:rPr>
          <w:lang w:val="fr-FR"/>
        </w:rPr>
      </w:pPr>
      <w:r w:rsidRPr="00DF730A">
        <w:rPr>
          <w:b/>
          <w:lang w:val="fr-FR"/>
        </w:rPr>
        <w:t>IV. ĐIỀU CHỈNH SAU TIẾT HỌC (NẾU CÓ)</w:t>
      </w:r>
    </w:p>
    <w:p w14:paraId="2F0F929D" w14:textId="77777777" w:rsidR="002575E4" w:rsidRPr="00DF730A" w:rsidRDefault="00DF730A" w:rsidP="00172E1F">
      <w:pPr>
        <w:shd w:val="clear" w:color="auto" w:fill="FFFFFF" w:themeFill="background1"/>
        <w:rPr>
          <w:lang w:val="fr-FR"/>
        </w:rPr>
      </w:pPr>
      <w:r w:rsidRPr="00DF730A">
        <w:rPr>
          <w:lang w:val="fr-FR"/>
        </w:rPr>
        <w:br w:type="page"/>
      </w:r>
    </w:p>
    <w:p w14:paraId="03786D47" w14:textId="77777777" w:rsidR="002575E4" w:rsidRPr="00DF730A" w:rsidRDefault="00DF730A" w:rsidP="00172E1F">
      <w:pPr>
        <w:shd w:val="clear" w:color="auto" w:fill="FFFFFF" w:themeFill="background1"/>
        <w:jc w:val="center"/>
        <w:rPr>
          <w:lang w:val="fr-FR"/>
        </w:rPr>
      </w:pPr>
      <w:r w:rsidRPr="00DF730A">
        <w:rPr>
          <w:b/>
          <w:lang w:val="fr-FR"/>
        </w:rPr>
        <w:lastRenderedPageBreak/>
        <w:t>KẾ HOẠCH BÀI DẠY MÔN TIẾNG VIỆT LỚP 2 - TUẦN 30</w:t>
      </w:r>
    </w:p>
    <w:p w14:paraId="3E04E0E9" w14:textId="77777777" w:rsidR="002575E4" w:rsidRPr="00DF730A" w:rsidRDefault="00DF730A" w:rsidP="00172E1F">
      <w:pPr>
        <w:shd w:val="clear" w:color="auto" w:fill="FFFFFF" w:themeFill="background1"/>
        <w:jc w:val="center"/>
        <w:rPr>
          <w:lang w:val="fr-FR"/>
        </w:rPr>
      </w:pPr>
      <w:r w:rsidRPr="00DF730A">
        <w:rPr>
          <w:b/>
          <w:lang w:val="fr-FR"/>
        </w:rPr>
        <w:t>BÀI 22: THƯ GỬI BỐ NGOÀI ĐẢO</w:t>
      </w:r>
    </w:p>
    <w:p w14:paraId="5C351340" w14:textId="77777777" w:rsidR="002575E4" w:rsidRPr="00DF730A" w:rsidRDefault="00DF730A" w:rsidP="00172E1F">
      <w:pPr>
        <w:shd w:val="clear" w:color="auto" w:fill="FFFFFF" w:themeFill="background1"/>
        <w:jc w:val="center"/>
        <w:rPr>
          <w:lang w:val="fr-FR"/>
        </w:rPr>
      </w:pPr>
      <w:r w:rsidRPr="00DF730A">
        <w:rPr>
          <w:b/>
          <w:lang w:val="fr-FR"/>
        </w:rPr>
        <w:t>TIẾT 3: VIẾT - NGHE VIẾT; PHÂN BIỆT D/GI, S/X, IP/IÊP</w:t>
      </w:r>
    </w:p>
    <w:p w14:paraId="7B305876" w14:textId="77777777" w:rsidR="002575E4" w:rsidRPr="00DF730A" w:rsidRDefault="00DF730A" w:rsidP="00172E1F">
      <w:pPr>
        <w:shd w:val="clear" w:color="auto" w:fill="FFFFFF" w:themeFill="background1"/>
        <w:rPr>
          <w:lang w:val="fr-FR"/>
        </w:rPr>
      </w:pPr>
      <w:r w:rsidRPr="00DF730A">
        <w:rPr>
          <w:b/>
          <w:lang w:val="fr-FR"/>
        </w:rPr>
        <w:t>I. YÊU CẦU CẦN ĐẠT</w:t>
      </w:r>
    </w:p>
    <w:p w14:paraId="08BE9B62" w14:textId="77777777" w:rsidR="002575E4" w:rsidRPr="00DF730A" w:rsidRDefault="00DF730A" w:rsidP="00172E1F">
      <w:pPr>
        <w:shd w:val="clear" w:color="auto" w:fill="FFFFFF" w:themeFill="background1"/>
        <w:rPr>
          <w:lang w:val="fr-FR"/>
        </w:rPr>
      </w:pPr>
      <w:r w:rsidRPr="00DF730A">
        <w:rPr>
          <w:b/>
          <w:lang w:val="fr-FR"/>
        </w:rPr>
        <w:t>1. Năng lực đặc thù</w:t>
      </w:r>
    </w:p>
    <w:p w14:paraId="135BC377" w14:textId="77777777" w:rsidR="002575E4" w:rsidRPr="00DF730A" w:rsidRDefault="00DF730A" w:rsidP="00172E1F">
      <w:pPr>
        <w:shd w:val="clear" w:color="auto" w:fill="FFFFFF" w:themeFill="background1"/>
        <w:jc w:val="both"/>
        <w:rPr>
          <w:lang w:val="fr-FR"/>
        </w:rPr>
      </w:pPr>
      <w:r w:rsidRPr="00DF730A">
        <w:rPr>
          <w:lang w:val="fr-FR"/>
        </w:rPr>
        <w:t>- Nghe - viết đúng đoạn thơ trong bài Thư gửi bố ngoài đảo; trình bày đúng các dòng thơ, viết hoa đúng quy định.</w:t>
      </w:r>
    </w:p>
    <w:p w14:paraId="42665CEF" w14:textId="77777777" w:rsidR="002575E4" w:rsidRPr="00DF730A" w:rsidRDefault="00DF730A" w:rsidP="00172E1F">
      <w:pPr>
        <w:shd w:val="clear" w:color="auto" w:fill="FFFFFF" w:themeFill="background1"/>
        <w:jc w:val="both"/>
        <w:rPr>
          <w:lang w:val="fr-FR"/>
        </w:rPr>
      </w:pPr>
      <w:r w:rsidRPr="00DF730A">
        <w:rPr>
          <w:lang w:val="fr-FR"/>
        </w:rPr>
        <w:t>- Làm đúng bài tập phân biệt d/gi, s/x, ip/iêp.</w:t>
      </w:r>
    </w:p>
    <w:p w14:paraId="6C081935" w14:textId="77777777" w:rsidR="002575E4" w:rsidRPr="00DF730A" w:rsidRDefault="00DF730A" w:rsidP="00172E1F">
      <w:pPr>
        <w:shd w:val="clear" w:color="auto" w:fill="FFFFFF" w:themeFill="background1"/>
        <w:jc w:val="both"/>
        <w:rPr>
          <w:lang w:val="fr-FR"/>
        </w:rPr>
      </w:pPr>
      <w:r w:rsidRPr="00DF730A">
        <w:rPr>
          <w:lang w:val="fr-FR"/>
        </w:rPr>
        <w:t>- Biết soát lỗi, sửa lỗi chính tả sau khi viết.</w:t>
      </w:r>
    </w:p>
    <w:p w14:paraId="0DBC0509" w14:textId="77777777" w:rsidR="002575E4" w:rsidRPr="00DF730A" w:rsidRDefault="00DF730A" w:rsidP="00172E1F">
      <w:pPr>
        <w:shd w:val="clear" w:color="auto" w:fill="FFFFFF" w:themeFill="background1"/>
        <w:rPr>
          <w:lang w:val="fr-FR"/>
        </w:rPr>
      </w:pPr>
      <w:r w:rsidRPr="00DF730A">
        <w:rPr>
          <w:b/>
          <w:lang w:val="fr-FR"/>
        </w:rPr>
        <w:t>2. Năng lực chung</w:t>
      </w:r>
    </w:p>
    <w:p w14:paraId="0119EAA3" w14:textId="77777777" w:rsidR="002575E4" w:rsidRPr="00DF730A" w:rsidRDefault="00DF730A" w:rsidP="00172E1F">
      <w:pPr>
        <w:shd w:val="clear" w:color="auto" w:fill="FFFFFF" w:themeFill="background1"/>
        <w:jc w:val="both"/>
        <w:rPr>
          <w:lang w:val="fr-FR"/>
        </w:rPr>
      </w:pPr>
      <w:r w:rsidRPr="00DF730A">
        <w:rPr>
          <w:lang w:val="fr-FR"/>
        </w:rPr>
        <w:t>- Tự chủ và tự học: Tự nghe - viết, tự soát lỗi và điều chỉnh bài viết.</w:t>
      </w:r>
    </w:p>
    <w:p w14:paraId="5A4B23D0" w14:textId="77777777" w:rsidR="002575E4" w:rsidRPr="00DF730A" w:rsidRDefault="00DF730A" w:rsidP="00172E1F">
      <w:pPr>
        <w:shd w:val="clear" w:color="auto" w:fill="FFFFFF" w:themeFill="background1"/>
        <w:jc w:val="both"/>
        <w:rPr>
          <w:lang w:val="fr-FR"/>
        </w:rPr>
      </w:pPr>
      <w:r w:rsidRPr="00DF730A">
        <w:rPr>
          <w:lang w:val="fr-FR"/>
        </w:rPr>
        <w:t>- Giao tiếp và hợp tác: Biết đổi vở kiểm tra, góp ý lịch sự.</w:t>
      </w:r>
    </w:p>
    <w:p w14:paraId="0FA9D00A" w14:textId="77777777" w:rsidR="002575E4" w:rsidRPr="00DF730A" w:rsidRDefault="00DF730A" w:rsidP="00172E1F">
      <w:pPr>
        <w:shd w:val="clear" w:color="auto" w:fill="FFFFFF" w:themeFill="background1"/>
        <w:jc w:val="both"/>
        <w:rPr>
          <w:lang w:val="fr-FR"/>
        </w:rPr>
      </w:pPr>
      <w:r w:rsidRPr="00DF730A">
        <w:rPr>
          <w:lang w:val="fr-FR"/>
        </w:rPr>
        <w:t>- Giải quyết vấn đề và sáng tạo: Vận dụng quy tắc chính tả để lựa chọn tiếng/từ đúng.</w:t>
      </w:r>
    </w:p>
    <w:p w14:paraId="009EB6AD" w14:textId="77777777" w:rsidR="002575E4" w:rsidRPr="00DF730A" w:rsidRDefault="00DF730A" w:rsidP="00172E1F">
      <w:pPr>
        <w:shd w:val="clear" w:color="auto" w:fill="FFFFFF" w:themeFill="background1"/>
        <w:rPr>
          <w:lang w:val="fr-FR"/>
        </w:rPr>
      </w:pPr>
      <w:r w:rsidRPr="00DF730A">
        <w:rPr>
          <w:b/>
          <w:lang w:val="fr-FR"/>
        </w:rPr>
        <w:t>3. Phẩm chất</w:t>
      </w:r>
    </w:p>
    <w:p w14:paraId="63D2B04F" w14:textId="77777777" w:rsidR="002575E4" w:rsidRPr="00DF730A" w:rsidRDefault="00DF730A" w:rsidP="00172E1F">
      <w:pPr>
        <w:shd w:val="clear" w:color="auto" w:fill="FFFFFF" w:themeFill="background1"/>
        <w:jc w:val="both"/>
        <w:rPr>
          <w:lang w:val="fr-FR"/>
        </w:rPr>
      </w:pPr>
      <w:r w:rsidRPr="00DF730A">
        <w:rPr>
          <w:lang w:val="fr-FR"/>
        </w:rPr>
        <w:t>- Chăm chỉ: Viết cẩn thận, giữ vở sạch.</w:t>
      </w:r>
    </w:p>
    <w:p w14:paraId="24C2C003" w14:textId="77777777" w:rsidR="002575E4" w:rsidRPr="00DF730A" w:rsidRDefault="00DF730A" w:rsidP="00172E1F">
      <w:pPr>
        <w:shd w:val="clear" w:color="auto" w:fill="FFFFFF" w:themeFill="background1"/>
        <w:jc w:val="both"/>
        <w:rPr>
          <w:lang w:val="fr-FR"/>
        </w:rPr>
      </w:pPr>
      <w:r w:rsidRPr="00DF730A">
        <w:rPr>
          <w:lang w:val="fr-FR"/>
        </w:rPr>
        <w:t>- Trách nhiệm: Trung thực khi soát lỗi, biết sửa lỗi của mình.</w:t>
      </w:r>
    </w:p>
    <w:p w14:paraId="5E4CF4F3" w14:textId="77777777" w:rsidR="002575E4" w:rsidRPr="00DF730A" w:rsidRDefault="00DF730A" w:rsidP="00172E1F">
      <w:pPr>
        <w:shd w:val="clear" w:color="auto" w:fill="FFFFFF" w:themeFill="background1"/>
        <w:rPr>
          <w:lang w:val="fr-FR"/>
        </w:rPr>
      </w:pPr>
      <w:r w:rsidRPr="00DF730A">
        <w:rPr>
          <w:b/>
          <w:lang w:val="fr-FR"/>
        </w:rPr>
        <w:t>II. ĐỒ DÙNG DẠY HỌC</w:t>
      </w:r>
    </w:p>
    <w:p w14:paraId="495E0184" w14:textId="77777777" w:rsidR="002575E4" w:rsidRPr="00DF730A" w:rsidRDefault="00DF730A" w:rsidP="00172E1F">
      <w:pPr>
        <w:shd w:val="clear" w:color="auto" w:fill="FFFFFF" w:themeFill="background1"/>
        <w:jc w:val="both"/>
        <w:rPr>
          <w:lang w:val="fr-FR"/>
        </w:rPr>
      </w:pPr>
      <w:r w:rsidRPr="00DF730A">
        <w:rPr>
          <w:lang w:val="fr-FR"/>
        </w:rPr>
        <w:t>- GV: Bảng phụ đoạn viết; tranh/bài tập chính tả đã cắt từ SGK; thẻ tiếng; máy chiếu.</w:t>
      </w:r>
    </w:p>
    <w:p w14:paraId="366D0CBB" w14:textId="77777777" w:rsidR="002575E4" w:rsidRDefault="00DF730A" w:rsidP="00172E1F">
      <w:pPr>
        <w:shd w:val="clear" w:color="auto" w:fill="FFFFFF" w:themeFill="background1"/>
        <w:jc w:val="both"/>
      </w:pPr>
      <w:r>
        <w:t>- HS: Vở ô ly, VBT, bảng con.</w:t>
      </w:r>
    </w:p>
    <w:p w14:paraId="108E2B5E" w14:textId="77777777" w:rsidR="002575E4" w:rsidRDefault="00DF730A" w:rsidP="00172E1F">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14:paraId="01907A11" w14:textId="77777777" w:rsidTr="00511D82">
        <w:trPr>
          <w:tblHeader/>
          <w:jc w:val="center"/>
        </w:trPr>
        <w:tc>
          <w:tcPr>
            <w:tcW w:w="5188" w:type="dxa"/>
            <w:tcBorders>
              <w:bottom w:val="single" w:sz="8" w:space="0" w:color="777777"/>
            </w:tcBorders>
            <w:shd w:val="clear" w:color="auto" w:fill="DDEBF7"/>
            <w:vAlign w:val="center"/>
          </w:tcPr>
          <w:p w14:paraId="392268ED" w14:textId="77777777" w:rsidR="002575E4" w:rsidRDefault="00DF730A" w:rsidP="00172E1F">
            <w:pPr>
              <w:shd w:val="clear" w:color="auto" w:fill="FFFFFF" w:themeFill="background1"/>
              <w:jc w:val="both"/>
            </w:pPr>
            <w:r>
              <w:rPr>
                <w:b/>
              </w:rPr>
              <w:t>Hoạt động của giáo viên</w:t>
            </w:r>
          </w:p>
        </w:tc>
        <w:tc>
          <w:tcPr>
            <w:tcW w:w="5188" w:type="dxa"/>
            <w:tcBorders>
              <w:bottom w:val="single" w:sz="8" w:space="0" w:color="777777"/>
            </w:tcBorders>
            <w:shd w:val="clear" w:color="auto" w:fill="DDEBF7"/>
            <w:vAlign w:val="center"/>
          </w:tcPr>
          <w:p w14:paraId="78201347" w14:textId="77777777" w:rsidR="002575E4" w:rsidRDefault="00DF730A" w:rsidP="00172E1F">
            <w:pPr>
              <w:shd w:val="clear" w:color="auto" w:fill="FFFFFF" w:themeFill="background1"/>
              <w:jc w:val="both"/>
            </w:pPr>
            <w:r>
              <w:rPr>
                <w:b/>
              </w:rPr>
              <w:t>Hoạt động của học sinh</w:t>
            </w:r>
          </w:p>
        </w:tc>
      </w:tr>
      <w:tr w:rsidR="002575E4" w14:paraId="1C0A56AC" w14:textId="77777777" w:rsidTr="00511D82">
        <w:trPr>
          <w:jc w:val="center"/>
        </w:trPr>
        <w:tc>
          <w:tcPr>
            <w:tcW w:w="5188" w:type="dxa"/>
            <w:gridSpan w:val="2"/>
            <w:tcBorders>
              <w:top w:val="single" w:sz="8" w:space="0" w:color="777777"/>
              <w:bottom w:val="single" w:sz="8" w:space="0" w:color="777777"/>
            </w:tcBorders>
            <w:shd w:val="clear" w:color="auto" w:fill="E2F0D9"/>
          </w:tcPr>
          <w:p w14:paraId="1EA7879D" w14:textId="77777777" w:rsidR="002575E4" w:rsidRDefault="00DF730A" w:rsidP="00172E1F">
            <w:pPr>
              <w:shd w:val="clear" w:color="auto" w:fill="FFFFFF" w:themeFill="background1"/>
            </w:pPr>
            <w:r>
              <w:rPr>
                <w:b/>
              </w:rPr>
              <w:t>1. KHỞI ĐỘNG (3 phút)</w:t>
            </w:r>
            <w:r>
              <w:rPr>
                <w:b/>
              </w:rPr>
              <w:br/>
              <w:t>Mục tiêu: HS nhớ nội dung bài thơ và chuẩn bị tâm thế nghe - viết.</w:t>
            </w:r>
          </w:p>
        </w:tc>
      </w:tr>
      <w:tr w:rsidR="002575E4" w14:paraId="6A242BC5" w14:textId="77777777" w:rsidTr="00511D82">
        <w:trPr>
          <w:jc w:val="center"/>
        </w:trPr>
        <w:tc>
          <w:tcPr>
            <w:tcW w:w="5188" w:type="dxa"/>
            <w:tcBorders>
              <w:top w:val="single" w:sz="8" w:space="0" w:color="777777"/>
            </w:tcBorders>
          </w:tcPr>
          <w:p w14:paraId="53ABD226" w14:textId="77777777" w:rsidR="002575E4" w:rsidRDefault="00DF730A" w:rsidP="00172E1F">
            <w:pPr>
              <w:shd w:val="clear" w:color="auto" w:fill="FFFFFF" w:themeFill="background1"/>
            </w:pPr>
            <w:r>
              <w:t>- GV tổ chức trò chơi “Truyền tin”: HS nói nhanh một từ ngữ trong bài Thư gửi bố ngoài đảo.</w:t>
            </w:r>
          </w:p>
        </w:tc>
        <w:tc>
          <w:tcPr>
            <w:tcW w:w="5188" w:type="dxa"/>
            <w:tcBorders>
              <w:top w:val="single" w:sz="8" w:space="0" w:color="777777"/>
            </w:tcBorders>
          </w:tcPr>
          <w:p w14:paraId="01A9CCD8" w14:textId="77777777" w:rsidR="002575E4" w:rsidRDefault="00DF730A" w:rsidP="00172E1F">
            <w:pPr>
              <w:shd w:val="clear" w:color="auto" w:fill="FFFFFF" w:themeFill="background1"/>
            </w:pPr>
            <w:r>
              <w:t>- HS nêu: Tết, hòm thư, gửi bố, ngoài đảo, hàng rào biển, giữ đảo, giữ trời.</w:t>
            </w:r>
          </w:p>
        </w:tc>
      </w:tr>
      <w:tr w:rsidR="002575E4" w14:paraId="054FE7AA" w14:textId="77777777" w:rsidTr="00511D82">
        <w:trPr>
          <w:jc w:val="center"/>
        </w:trPr>
        <w:tc>
          <w:tcPr>
            <w:tcW w:w="5188" w:type="dxa"/>
            <w:tcBorders>
              <w:bottom w:val="single" w:sz="8" w:space="0" w:color="777777"/>
            </w:tcBorders>
          </w:tcPr>
          <w:p w14:paraId="08B01257" w14:textId="77777777" w:rsidR="002575E4" w:rsidRDefault="00DF730A" w:rsidP="00172E1F">
            <w:pPr>
              <w:shd w:val="clear" w:color="auto" w:fill="FFFFFF" w:themeFill="background1"/>
            </w:pPr>
            <w:r>
              <w:t>- GV dẫn vào bài: Hôm nay các em nghe - viết một đoạn trong bài Thư gửi bố ngoài đảo và luyện phân biệt d/gi, s/x, ip/iêp.</w:t>
            </w:r>
          </w:p>
        </w:tc>
        <w:tc>
          <w:tcPr>
            <w:tcW w:w="5188" w:type="dxa"/>
            <w:tcBorders>
              <w:bottom w:val="single" w:sz="8" w:space="0" w:color="777777"/>
            </w:tcBorders>
          </w:tcPr>
          <w:p w14:paraId="65BC5684" w14:textId="77777777" w:rsidR="002575E4" w:rsidRDefault="00DF730A" w:rsidP="00172E1F">
            <w:pPr>
              <w:shd w:val="clear" w:color="auto" w:fill="FFFFFF" w:themeFill="background1"/>
            </w:pPr>
            <w:r>
              <w:t>- HS lắng nghe, chuẩn bị vở viết.</w:t>
            </w:r>
          </w:p>
        </w:tc>
      </w:tr>
      <w:tr w:rsidR="002575E4" w14:paraId="241A90C8" w14:textId="77777777" w:rsidTr="00511D82">
        <w:trPr>
          <w:jc w:val="center"/>
        </w:trPr>
        <w:tc>
          <w:tcPr>
            <w:tcW w:w="5188" w:type="dxa"/>
            <w:gridSpan w:val="2"/>
            <w:tcBorders>
              <w:top w:val="single" w:sz="8" w:space="0" w:color="777777"/>
              <w:bottom w:val="single" w:sz="8" w:space="0" w:color="777777"/>
            </w:tcBorders>
            <w:shd w:val="clear" w:color="auto" w:fill="E2F0D9"/>
          </w:tcPr>
          <w:p w14:paraId="657712D6" w14:textId="77777777" w:rsidR="002575E4" w:rsidRDefault="00DF730A" w:rsidP="00172E1F">
            <w:pPr>
              <w:shd w:val="clear" w:color="auto" w:fill="FFFFFF" w:themeFill="background1"/>
            </w:pPr>
            <w:r>
              <w:rPr>
                <w:b/>
              </w:rPr>
              <w:t>2. KHÁM PHÁ KIẾN THỨC (8 phút)</w:t>
            </w:r>
            <w:r>
              <w:rPr>
                <w:b/>
              </w:rPr>
              <w:br/>
              <w:t>Mục tiêu: HS hiểu nội dung đoạn nghe - viết, nhận biết từ khó và cách trình bày thơ.</w:t>
            </w:r>
          </w:p>
        </w:tc>
      </w:tr>
      <w:tr w:rsidR="002575E4" w14:paraId="386D062C" w14:textId="77777777" w:rsidTr="00511D82">
        <w:trPr>
          <w:jc w:val="center"/>
        </w:trPr>
        <w:tc>
          <w:tcPr>
            <w:tcW w:w="5188" w:type="dxa"/>
            <w:gridSpan w:val="2"/>
            <w:tcBorders>
              <w:top w:val="single" w:sz="8" w:space="0" w:color="777777"/>
              <w:bottom w:val="single" w:sz="8" w:space="0" w:color="777777"/>
            </w:tcBorders>
            <w:shd w:val="clear" w:color="auto" w:fill="E2F0D9"/>
          </w:tcPr>
          <w:p w14:paraId="2A3117DB" w14:textId="77777777" w:rsidR="002575E4" w:rsidRDefault="00DF730A" w:rsidP="00172E1F">
            <w:pPr>
              <w:shd w:val="clear" w:color="auto" w:fill="FFFFFF" w:themeFill="background1"/>
            </w:pPr>
            <w:r>
              <w:rPr>
                <w:b/>
              </w:rPr>
              <w:t>Hoạt động 1: Tìm hiểu đoạn nghe - viết</w:t>
            </w:r>
          </w:p>
        </w:tc>
      </w:tr>
      <w:tr w:rsidR="002575E4" w14:paraId="217B1AFC" w14:textId="77777777" w:rsidTr="00511D82">
        <w:trPr>
          <w:jc w:val="center"/>
        </w:trPr>
        <w:tc>
          <w:tcPr>
            <w:tcW w:w="5188" w:type="dxa"/>
            <w:tcBorders>
              <w:top w:val="single" w:sz="8" w:space="0" w:color="777777"/>
            </w:tcBorders>
          </w:tcPr>
          <w:p w14:paraId="4992A91D" w14:textId="77777777" w:rsidR="002575E4" w:rsidRDefault="00DF730A" w:rsidP="00172E1F">
            <w:pPr>
              <w:shd w:val="clear" w:color="auto" w:fill="FFFFFF" w:themeFill="background1"/>
            </w:pPr>
            <w:r>
              <w:t>- GV đọc đoạn nghe - viết từ đầu đến “cùng nghe”; yêu cầu HS nghe và nêu đoạn thơ nói về điều gì.</w:t>
            </w:r>
          </w:p>
        </w:tc>
        <w:tc>
          <w:tcPr>
            <w:tcW w:w="5188" w:type="dxa"/>
            <w:tcBorders>
              <w:top w:val="single" w:sz="8" w:space="0" w:color="777777"/>
            </w:tcBorders>
          </w:tcPr>
          <w:p w14:paraId="1A6EA34A" w14:textId="77777777" w:rsidR="002575E4" w:rsidRDefault="00DF730A" w:rsidP="00172E1F">
            <w:pPr>
              <w:shd w:val="clear" w:color="auto" w:fill="FFFFFF" w:themeFill="background1"/>
            </w:pPr>
            <w:r>
              <w:t>- HS lắng nghe; nêu: Đoạn thơ nói bạn nhỏ sắp Tết viết thư gửi bố ngoài đảo và lo lắng vì gửi quà ra đảo rất xa.</w:t>
            </w:r>
          </w:p>
        </w:tc>
      </w:tr>
      <w:tr w:rsidR="002575E4" w14:paraId="6D6B47BE" w14:textId="77777777" w:rsidTr="00511D82">
        <w:trPr>
          <w:jc w:val="center"/>
        </w:trPr>
        <w:tc>
          <w:tcPr>
            <w:tcW w:w="5188" w:type="dxa"/>
          </w:tcPr>
          <w:p w14:paraId="0AC70BDE" w14:textId="77777777" w:rsidR="002575E4" w:rsidRDefault="00DF730A" w:rsidP="00172E1F">
            <w:pPr>
              <w:shd w:val="clear" w:color="auto" w:fill="FFFFFF" w:themeFill="background1"/>
            </w:pPr>
            <w:r>
              <w:t>- GV hỏi: Khi viết đoạn thơ, mỗi dòng thơ cần trình bày thế nào?</w:t>
            </w:r>
          </w:p>
        </w:tc>
        <w:tc>
          <w:tcPr>
            <w:tcW w:w="5188" w:type="dxa"/>
          </w:tcPr>
          <w:p w14:paraId="111F00B8" w14:textId="77777777" w:rsidR="002575E4" w:rsidRDefault="00DF730A" w:rsidP="00172E1F">
            <w:pPr>
              <w:shd w:val="clear" w:color="auto" w:fill="FFFFFF" w:themeFill="background1"/>
            </w:pPr>
            <w:r>
              <w:t>- HS nêu: Mỗi dòng thơ viết một dòng; chữ đầu dòng viết hoa; viết đúng dấu câu.</w:t>
            </w:r>
          </w:p>
        </w:tc>
      </w:tr>
      <w:tr w:rsidR="002575E4" w14:paraId="54787EED" w14:textId="77777777" w:rsidTr="00511D82">
        <w:trPr>
          <w:jc w:val="center"/>
        </w:trPr>
        <w:tc>
          <w:tcPr>
            <w:tcW w:w="5188" w:type="dxa"/>
          </w:tcPr>
          <w:p w14:paraId="47AC2701" w14:textId="77777777" w:rsidR="002575E4" w:rsidRDefault="00DF730A" w:rsidP="00172E1F">
            <w:pPr>
              <w:shd w:val="clear" w:color="auto" w:fill="FFFFFF" w:themeFill="background1"/>
            </w:pPr>
            <w:r>
              <w:t>- GV hỏi: Trong đoạn viết có những từ nào dễ viết sai?</w:t>
            </w:r>
          </w:p>
        </w:tc>
        <w:tc>
          <w:tcPr>
            <w:tcW w:w="5188" w:type="dxa"/>
          </w:tcPr>
          <w:p w14:paraId="32612941" w14:textId="77777777" w:rsidR="002575E4" w:rsidRDefault="00DF730A" w:rsidP="00172E1F">
            <w:pPr>
              <w:shd w:val="clear" w:color="auto" w:fill="FFFFFF" w:themeFill="background1"/>
            </w:pPr>
            <w:r>
              <w:t>- HS nêu: sắp Tết, gửi bố, bánh chưng, hòm thư, nhỏ thôi, ngoài ấy, nhiều gió.</w:t>
            </w:r>
          </w:p>
        </w:tc>
      </w:tr>
      <w:tr w:rsidR="002575E4" w14:paraId="0E34A08F" w14:textId="77777777" w:rsidTr="00511D82">
        <w:trPr>
          <w:jc w:val="center"/>
        </w:trPr>
        <w:tc>
          <w:tcPr>
            <w:tcW w:w="5188" w:type="dxa"/>
            <w:tcBorders>
              <w:bottom w:val="single" w:sz="8" w:space="0" w:color="777777"/>
            </w:tcBorders>
          </w:tcPr>
          <w:p w14:paraId="2DAA1B8C" w14:textId="77777777" w:rsidR="002575E4" w:rsidRDefault="00DF730A" w:rsidP="00172E1F">
            <w:pPr>
              <w:shd w:val="clear" w:color="auto" w:fill="FFFFFF" w:themeFill="background1"/>
            </w:pPr>
            <w:r>
              <w:t>- GV hướng dẫn HS luyện viết từ khó vào bảng con.</w:t>
            </w:r>
          </w:p>
        </w:tc>
        <w:tc>
          <w:tcPr>
            <w:tcW w:w="5188" w:type="dxa"/>
            <w:tcBorders>
              <w:bottom w:val="single" w:sz="8" w:space="0" w:color="777777"/>
            </w:tcBorders>
          </w:tcPr>
          <w:p w14:paraId="71EF8E57" w14:textId="77777777" w:rsidR="002575E4" w:rsidRDefault="00DF730A" w:rsidP="00172E1F">
            <w:pPr>
              <w:shd w:val="clear" w:color="auto" w:fill="FFFFFF" w:themeFill="background1"/>
            </w:pPr>
            <w:r>
              <w:t>- HS viết bảng con, sửa lỗi theo nhận xét của GV.</w:t>
            </w:r>
          </w:p>
        </w:tc>
      </w:tr>
      <w:tr w:rsidR="002575E4" w14:paraId="6C55DC2D" w14:textId="77777777" w:rsidTr="00511D82">
        <w:trPr>
          <w:jc w:val="center"/>
        </w:trPr>
        <w:tc>
          <w:tcPr>
            <w:tcW w:w="5188" w:type="dxa"/>
            <w:gridSpan w:val="2"/>
            <w:tcBorders>
              <w:top w:val="single" w:sz="8" w:space="0" w:color="777777"/>
              <w:bottom w:val="single" w:sz="8" w:space="0" w:color="777777"/>
            </w:tcBorders>
            <w:shd w:val="clear" w:color="auto" w:fill="E2F0D9"/>
          </w:tcPr>
          <w:p w14:paraId="140058A8" w14:textId="77777777" w:rsidR="002575E4" w:rsidRDefault="00DF730A" w:rsidP="00172E1F">
            <w:pPr>
              <w:shd w:val="clear" w:color="auto" w:fill="FFFFFF" w:themeFill="background1"/>
            </w:pPr>
            <w:r>
              <w:rPr>
                <w:b/>
              </w:rPr>
              <w:t>3. LUYỆN TẬP - THỰC HÀNH (18 phút)</w:t>
            </w:r>
            <w:r>
              <w:rPr>
                <w:b/>
              </w:rPr>
              <w:br/>
              <w:t>Mục tiêu: HS nghe - viết đúng đoạn thơ và làm bài tập chính tả theo yêu cầu.</w:t>
            </w:r>
          </w:p>
        </w:tc>
      </w:tr>
      <w:tr w:rsidR="002575E4" w14:paraId="50D601F4" w14:textId="77777777" w:rsidTr="00511D82">
        <w:trPr>
          <w:jc w:val="center"/>
        </w:trPr>
        <w:tc>
          <w:tcPr>
            <w:tcW w:w="5188" w:type="dxa"/>
            <w:tcBorders>
              <w:top w:val="single" w:sz="8" w:space="0" w:color="777777"/>
            </w:tcBorders>
          </w:tcPr>
          <w:p w14:paraId="34EC9E90" w14:textId="77777777" w:rsidR="002575E4" w:rsidRDefault="00DF730A" w:rsidP="00172E1F">
            <w:pPr>
              <w:shd w:val="clear" w:color="auto" w:fill="FFFFFF" w:themeFill="background1"/>
            </w:pPr>
            <w:r>
              <w:rPr>
                <w:b/>
              </w:rPr>
              <w:t>Bài tập 1. Nghe - viết: Thư gửi bố ngoài đảo (từ đầu đến cùng nghe).</w:t>
            </w:r>
          </w:p>
          <w:p w14:paraId="748BC9A9" w14:textId="77777777" w:rsidR="002575E4" w:rsidRDefault="00DF730A" w:rsidP="00172E1F">
            <w:pPr>
              <w:shd w:val="clear" w:color="auto" w:fill="FFFFFF" w:themeFill="background1"/>
            </w:pPr>
            <w:r>
              <w:t>- GV đọc từng dòng thơ cho HS viết; đọc chậm, rõ ràng; nhắc HS ngồi đúng tư thế.</w:t>
            </w:r>
          </w:p>
        </w:tc>
        <w:tc>
          <w:tcPr>
            <w:tcW w:w="5188" w:type="dxa"/>
            <w:tcBorders>
              <w:top w:val="single" w:sz="8" w:space="0" w:color="777777"/>
            </w:tcBorders>
          </w:tcPr>
          <w:p w14:paraId="31C43FF2" w14:textId="77777777" w:rsidR="002575E4" w:rsidRDefault="00DF730A" w:rsidP="00172E1F">
            <w:pPr>
              <w:shd w:val="clear" w:color="auto" w:fill="FFFFFF" w:themeFill="background1"/>
            </w:pPr>
            <w:r>
              <w:t>- HS nghe - viết vào vở, trình bày đúng thể thơ, viết sạch đẹp.</w:t>
            </w:r>
          </w:p>
        </w:tc>
      </w:tr>
      <w:tr w:rsidR="002575E4" w14:paraId="7ACA0A9C" w14:textId="77777777" w:rsidTr="00511D82">
        <w:trPr>
          <w:jc w:val="center"/>
        </w:trPr>
        <w:tc>
          <w:tcPr>
            <w:tcW w:w="5188" w:type="dxa"/>
          </w:tcPr>
          <w:p w14:paraId="3D15BBB7" w14:textId="77777777" w:rsidR="002575E4" w:rsidRDefault="00DF730A" w:rsidP="00172E1F">
            <w:pPr>
              <w:shd w:val="clear" w:color="auto" w:fill="FFFFFF" w:themeFill="background1"/>
              <w:jc w:val="both"/>
            </w:pPr>
            <w:r>
              <w:t>- GV đọc lại toàn đoạn để HS soát lỗi; hướng dẫn HS dùng bút chì gạch chân lỗi.</w:t>
            </w:r>
          </w:p>
        </w:tc>
        <w:tc>
          <w:tcPr>
            <w:tcW w:w="5188" w:type="dxa"/>
          </w:tcPr>
          <w:p w14:paraId="05CF3FAA" w14:textId="77777777" w:rsidR="002575E4" w:rsidRDefault="00DF730A" w:rsidP="00172E1F">
            <w:pPr>
              <w:shd w:val="clear" w:color="auto" w:fill="FFFFFF" w:themeFill="background1"/>
              <w:jc w:val="both"/>
            </w:pPr>
            <w:r>
              <w:t>- HS soát lỗi, tự sửa lỗi nếu có.</w:t>
            </w:r>
          </w:p>
        </w:tc>
      </w:tr>
      <w:tr w:rsidR="002575E4" w14:paraId="52E9CD6F" w14:textId="77777777" w:rsidTr="00511D82">
        <w:trPr>
          <w:jc w:val="center"/>
        </w:trPr>
        <w:tc>
          <w:tcPr>
            <w:tcW w:w="5188" w:type="dxa"/>
          </w:tcPr>
          <w:p w14:paraId="3406092B" w14:textId="77777777" w:rsidR="002575E4" w:rsidRDefault="00DF730A" w:rsidP="00172E1F">
            <w:pPr>
              <w:shd w:val="clear" w:color="auto" w:fill="FFFFFF" w:themeFill="background1"/>
              <w:jc w:val="both"/>
            </w:pPr>
            <w:r>
              <w:t>- GV yêu cầu HS đổi vở theo cặp để kiểm tra lỗi chính tả.</w:t>
            </w:r>
          </w:p>
        </w:tc>
        <w:tc>
          <w:tcPr>
            <w:tcW w:w="5188" w:type="dxa"/>
          </w:tcPr>
          <w:p w14:paraId="669A9242" w14:textId="77777777" w:rsidR="002575E4" w:rsidRDefault="00DF730A" w:rsidP="00172E1F">
            <w:pPr>
              <w:shd w:val="clear" w:color="auto" w:fill="FFFFFF" w:themeFill="background1"/>
              <w:jc w:val="both"/>
            </w:pPr>
            <w:r>
              <w:t>- HS đổi vở, góp ý nhẹ nhàng, ghi số lỗi nếu có.</w:t>
            </w:r>
          </w:p>
        </w:tc>
      </w:tr>
      <w:tr w:rsidR="002575E4" w14:paraId="312030A0" w14:textId="77777777" w:rsidTr="00511D82">
        <w:trPr>
          <w:jc w:val="center"/>
        </w:trPr>
        <w:tc>
          <w:tcPr>
            <w:tcW w:w="5188" w:type="dxa"/>
          </w:tcPr>
          <w:p w14:paraId="6E7B04E5" w14:textId="77777777" w:rsidR="002575E4" w:rsidRDefault="00DF730A" w:rsidP="00172E1F">
            <w:pPr>
              <w:shd w:val="clear" w:color="auto" w:fill="FFFFFF" w:themeFill="background1"/>
              <w:jc w:val="both"/>
            </w:pPr>
            <w:r>
              <w:rPr>
                <w:b/>
              </w:rPr>
              <w:lastRenderedPageBreak/>
              <w:t>Bài tập 2. Chọn tiếng phù hợp thay cho ô vuông.</w:t>
            </w:r>
          </w:p>
          <w:p w14:paraId="0077C2C7" w14:textId="77777777" w:rsidR="002575E4" w:rsidRDefault="00DF730A" w:rsidP="00172E1F">
            <w:pPr>
              <w:shd w:val="clear" w:color="auto" w:fill="FFFFFF" w:themeFill="background1"/>
              <w:jc w:val="both"/>
            </w:pPr>
            <w:r>
              <w:t>a. (dang/giang): ... tay, giỏi ..., dở ...</w:t>
            </w:r>
          </w:p>
          <w:p w14:paraId="0D77E9E5" w14:textId="77777777" w:rsidR="002575E4" w:rsidRDefault="00DF730A" w:rsidP="00172E1F">
            <w:pPr>
              <w:shd w:val="clear" w:color="auto" w:fill="FFFFFF" w:themeFill="background1"/>
              <w:jc w:val="both"/>
            </w:pPr>
            <w:r>
              <w:t>b. (dành/giành): dỗ ..., tranh ..., để ...</w:t>
            </w:r>
          </w:p>
          <w:p w14:paraId="4C54A001" w14:textId="77777777" w:rsidR="002575E4" w:rsidRDefault="00DF730A" w:rsidP="00172E1F">
            <w:pPr>
              <w:shd w:val="clear" w:color="auto" w:fill="FFFFFF" w:themeFill="background1"/>
              <w:jc w:val="both"/>
            </w:pPr>
            <w:r>
              <w:t>- GV hướng dẫn HS đọc kĩ từng cụm từ và chọn tiếng đúng.</w:t>
            </w:r>
          </w:p>
          <w:p w14:paraId="658B12FA" w14:textId="4CA5578A" w:rsidR="002575E4" w:rsidRDefault="002575E4" w:rsidP="00172E1F">
            <w:pPr>
              <w:shd w:val="clear" w:color="auto" w:fill="FFFFFF" w:themeFill="background1"/>
              <w:jc w:val="both"/>
            </w:pPr>
          </w:p>
        </w:tc>
        <w:tc>
          <w:tcPr>
            <w:tcW w:w="5188" w:type="dxa"/>
          </w:tcPr>
          <w:p w14:paraId="2363E36E" w14:textId="77777777" w:rsidR="002575E4" w:rsidRDefault="00DF730A" w:rsidP="00172E1F">
            <w:pPr>
              <w:shd w:val="clear" w:color="auto" w:fill="FFFFFF" w:themeFill="background1"/>
              <w:jc w:val="both"/>
            </w:pPr>
            <w:r>
              <w:t>- HS làm bài cá nhân rồi chia sẻ.</w:t>
            </w:r>
          </w:p>
          <w:p w14:paraId="4A18A7EF" w14:textId="77777777" w:rsidR="002575E4" w:rsidRDefault="00DF730A" w:rsidP="00172E1F">
            <w:pPr>
              <w:shd w:val="clear" w:color="auto" w:fill="FFFFFF" w:themeFill="background1"/>
              <w:jc w:val="both"/>
            </w:pPr>
            <w:r>
              <w:t>- Đáp án: a. dang tay, giỏi giang, dở dang.</w:t>
            </w:r>
          </w:p>
          <w:p w14:paraId="2EEF65C6" w14:textId="77777777" w:rsidR="002575E4" w:rsidRDefault="00DF730A" w:rsidP="00172E1F">
            <w:pPr>
              <w:shd w:val="clear" w:color="auto" w:fill="FFFFFF" w:themeFill="background1"/>
              <w:jc w:val="both"/>
            </w:pPr>
            <w:r>
              <w:t>- b. dỗ dành, tranh giành, để dành.</w:t>
            </w:r>
          </w:p>
        </w:tc>
      </w:tr>
      <w:tr w:rsidR="002575E4" w14:paraId="193ED2E6" w14:textId="77777777" w:rsidTr="00511D82">
        <w:trPr>
          <w:jc w:val="center"/>
        </w:trPr>
        <w:tc>
          <w:tcPr>
            <w:tcW w:w="5188" w:type="dxa"/>
            <w:tcBorders>
              <w:bottom w:val="single" w:sz="8" w:space="0" w:color="777777"/>
            </w:tcBorders>
          </w:tcPr>
          <w:p w14:paraId="3AF63FD8" w14:textId="77777777" w:rsidR="002575E4" w:rsidRDefault="00DF730A" w:rsidP="00172E1F">
            <w:pPr>
              <w:shd w:val="clear" w:color="auto" w:fill="FFFFFF" w:themeFill="background1"/>
              <w:jc w:val="both"/>
            </w:pPr>
            <w:r>
              <w:rPr>
                <w:b/>
              </w:rPr>
              <w:t>Bài tập 3. Chọn a hoặc b.</w:t>
            </w:r>
          </w:p>
          <w:p w14:paraId="13FC1385" w14:textId="77777777" w:rsidR="002575E4" w:rsidRDefault="00DF730A" w:rsidP="00172E1F">
            <w:pPr>
              <w:shd w:val="clear" w:color="auto" w:fill="FFFFFF" w:themeFill="background1"/>
              <w:jc w:val="both"/>
            </w:pPr>
            <w:r>
              <w:t>a. Tìm từ ngữ gọi tên từng loại quả có tiếng bắt đầu bằng s hoặc x.</w:t>
            </w:r>
          </w:p>
          <w:p w14:paraId="488584D2" w14:textId="77777777" w:rsidR="002575E4" w:rsidRDefault="00DF730A" w:rsidP="00172E1F">
            <w:pPr>
              <w:shd w:val="clear" w:color="auto" w:fill="FFFFFF" w:themeFill="background1"/>
              <w:jc w:val="both"/>
            </w:pPr>
            <w:r>
              <w:t>b. Chọn ip hoặc iêp thay cho ô vuông.</w:t>
            </w:r>
          </w:p>
          <w:p w14:paraId="45454C46" w14:textId="77777777" w:rsidR="002575E4" w:rsidRDefault="00DF730A" w:rsidP="00172E1F">
            <w:pPr>
              <w:shd w:val="clear" w:color="auto" w:fill="FFFFFF" w:themeFill="background1"/>
              <w:jc w:val="both"/>
            </w:pPr>
            <w:r>
              <w:t>- GV yêu cầu HS chọn một trong hai phần theo hướng dẫn và làm vào vở.</w:t>
            </w:r>
          </w:p>
        </w:tc>
        <w:tc>
          <w:tcPr>
            <w:tcW w:w="5188" w:type="dxa"/>
            <w:tcBorders>
              <w:bottom w:val="single" w:sz="8" w:space="0" w:color="777777"/>
            </w:tcBorders>
          </w:tcPr>
          <w:p w14:paraId="0E8BE70F" w14:textId="77777777" w:rsidR="002575E4" w:rsidRDefault="00DF730A" w:rsidP="00172E1F">
            <w:pPr>
              <w:shd w:val="clear" w:color="auto" w:fill="FFFFFF" w:themeFill="background1"/>
              <w:jc w:val="both"/>
            </w:pPr>
            <w:r>
              <w:t>- HS làm bài.</w:t>
            </w:r>
          </w:p>
          <w:p w14:paraId="282BE4D2" w14:textId="77777777" w:rsidR="002575E4" w:rsidRDefault="00DF730A" w:rsidP="00172E1F">
            <w:pPr>
              <w:shd w:val="clear" w:color="auto" w:fill="FFFFFF" w:themeFill="background1"/>
              <w:jc w:val="both"/>
            </w:pPr>
            <w:r>
              <w:t>- Dự kiến phần a: xoài, sầu riêng, sung, sấu.</w:t>
            </w:r>
          </w:p>
          <w:p w14:paraId="36F612DF" w14:textId="77777777" w:rsidR="002575E4" w:rsidRDefault="00DF730A" w:rsidP="00172E1F">
            <w:pPr>
              <w:shd w:val="clear" w:color="auto" w:fill="FFFFFF" w:themeFill="background1"/>
              <w:jc w:val="both"/>
            </w:pPr>
            <w:r>
              <w:t>- Phần b: Nhân dịp Tết, em viết một tấm thiệp gửi lời chúc đến các chú bộ đội ở Trường Sa. Những con sóng liên tiếp xô vào bờ.</w:t>
            </w:r>
          </w:p>
        </w:tc>
      </w:tr>
      <w:tr w:rsidR="002575E4" w14:paraId="605C3E22" w14:textId="77777777" w:rsidTr="00511D82">
        <w:trPr>
          <w:jc w:val="center"/>
        </w:trPr>
        <w:tc>
          <w:tcPr>
            <w:tcW w:w="5188" w:type="dxa"/>
            <w:gridSpan w:val="2"/>
            <w:tcBorders>
              <w:top w:val="single" w:sz="8" w:space="0" w:color="777777"/>
              <w:bottom w:val="single" w:sz="8" w:space="0" w:color="777777"/>
            </w:tcBorders>
            <w:shd w:val="clear" w:color="auto" w:fill="E2F0D9"/>
          </w:tcPr>
          <w:p w14:paraId="1A2D8BE3" w14:textId="77777777" w:rsidR="002575E4" w:rsidRDefault="00DF730A" w:rsidP="00172E1F">
            <w:pPr>
              <w:shd w:val="clear" w:color="auto" w:fill="FFFFFF" w:themeFill="background1"/>
            </w:pPr>
            <w:r>
              <w:rPr>
                <w:b/>
              </w:rPr>
              <w:t>4. VẬN DỤNG (6 phút)</w:t>
            </w:r>
            <w:r>
              <w:rPr>
                <w:b/>
              </w:rPr>
              <w:br/>
              <w:t>Mục tiêu: HS vận dụng kiến thức chính tả để viết đúng từ ngữ thường dùng khi viết thư, viết lời chúc.</w:t>
            </w:r>
          </w:p>
        </w:tc>
      </w:tr>
      <w:tr w:rsidR="002575E4" w14:paraId="1427A9C7" w14:textId="77777777" w:rsidTr="00511D82">
        <w:trPr>
          <w:jc w:val="center"/>
        </w:trPr>
        <w:tc>
          <w:tcPr>
            <w:tcW w:w="5188" w:type="dxa"/>
            <w:tcBorders>
              <w:top w:val="single" w:sz="8" w:space="0" w:color="777777"/>
            </w:tcBorders>
          </w:tcPr>
          <w:p w14:paraId="4DC880CF" w14:textId="77777777" w:rsidR="002575E4" w:rsidRDefault="00DF730A" w:rsidP="00172E1F">
            <w:pPr>
              <w:shd w:val="clear" w:color="auto" w:fill="FFFFFF" w:themeFill="background1"/>
              <w:jc w:val="both"/>
            </w:pPr>
            <w:r>
              <w:t>- GV yêu cầu HS viết nhanh một câu chúc gửi người thân hoặc chú bộ đội, trong đó có từ “dịp” hoặc “thiệp”.</w:t>
            </w:r>
          </w:p>
        </w:tc>
        <w:tc>
          <w:tcPr>
            <w:tcW w:w="5188" w:type="dxa"/>
            <w:tcBorders>
              <w:top w:val="single" w:sz="8" w:space="0" w:color="777777"/>
            </w:tcBorders>
          </w:tcPr>
          <w:p w14:paraId="2002529A" w14:textId="77777777" w:rsidR="002575E4" w:rsidRDefault="00DF730A" w:rsidP="00172E1F">
            <w:pPr>
              <w:shd w:val="clear" w:color="auto" w:fill="FFFFFF" w:themeFill="background1"/>
              <w:jc w:val="both"/>
            </w:pPr>
            <w:r>
              <w:t>- HS viết: “Nhân dịp Tết, cháu chúc các chú bộ đội mạnh khỏe.”; “Em làm một tấm thiệp tặng bố.”</w:t>
            </w:r>
          </w:p>
        </w:tc>
      </w:tr>
      <w:tr w:rsidR="002575E4" w14:paraId="4075449C" w14:textId="77777777" w:rsidTr="00511D82">
        <w:trPr>
          <w:jc w:val="center"/>
        </w:trPr>
        <w:tc>
          <w:tcPr>
            <w:tcW w:w="5188" w:type="dxa"/>
          </w:tcPr>
          <w:p w14:paraId="50A8E3E0" w14:textId="77777777" w:rsidR="002575E4" w:rsidRDefault="00DF730A" w:rsidP="00172E1F">
            <w:pPr>
              <w:shd w:val="clear" w:color="auto" w:fill="FFFFFF" w:themeFill="background1"/>
              <w:jc w:val="both"/>
            </w:pPr>
            <w:r>
              <w:t>- GV nhận xét, dặn HS về nhà luyện viết lại các từ còn sai.</w:t>
            </w:r>
          </w:p>
        </w:tc>
        <w:tc>
          <w:tcPr>
            <w:tcW w:w="5188" w:type="dxa"/>
          </w:tcPr>
          <w:p w14:paraId="7A3AE522" w14:textId="77777777" w:rsidR="002575E4" w:rsidRDefault="00DF730A" w:rsidP="00172E1F">
            <w:pPr>
              <w:shd w:val="clear" w:color="auto" w:fill="FFFFFF" w:themeFill="background1"/>
              <w:jc w:val="both"/>
            </w:pPr>
            <w:r>
              <w:t>- HS lắng nghe, ghi nhớ.</w:t>
            </w:r>
          </w:p>
        </w:tc>
      </w:tr>
    </w:tbl>
    <w:p w14:paraId="6DD5E6DE" w14:textId="77777777" w:rsidR="002575E4" w:rsidRDefault="00DF730A" w:rsidP="00172E1F">
      <w:pPr>
        <w:shd w:val="clear" w:color="auto" w:fill="FFFFFF" w:themeFill="background1"/>
      </w:pPr>
      <w:r>
        <w:rPr>
          <w:b/>
        </w:rPr>
        <w:t>IV. ĐIỀU CHỈNH SAU TIẾT HỌC (NẾU CÓ)</w:t>
      </w:r>
    </w:p>
    <w:p w14:paraId="4206B674" w14:textId="77777777" w:rsidR="002575E4" w:rsidRDefault="00DF730A" w:rsidP="00172E1F">
      <w:pPr>
        <w:shd w:val="clear" w:color="auto" w:fill="FFFFFF" w:themeFill="background1"/>
      </w:pPr>
      <w:r>
        <w:br w:type="page"/>
      </w:r>
    </w:p>
    <w:p w14:paraId="169257E2" w14:textId="77777777" w:rsidR="002575E4" w:rsidRDefault="00DF730A" w:rsidP="00172E1F">
      <w:pPr>
        <w:shd w:val="clear" w:color="auto" w:fill="FFFFFF" w:themeFill="background1"/>
        <w:jc w:val="center"/>
      </w:pPr>
      <w:r>
        <w:rPr>
          <w:b/>
        </w:rPr>
        <w:lastRenderedPageBreak/>
        <w:t>KẾ HOẠCH BÀI DẠY MÔN TIẾNG VIỆT LỚP 2 - TUẦN 30</w:t>
      </w:r>
    </w:p>
    <w:p w14:paraId="0742477B" w14:textId="77777777" w:rsidR="002575E4" w:rsidRDefault="00DF730A" w:rsidP="00172E1F">
      <w:pPr>
        <w:shd w:val="clear" w:color="auto" w:fill="FFFFFF" w:themeFill="background1"/>
        <w:jc w:val="center"/>
      </w:pPr>
      <w:r>
        <w:rPr>
          <w:b/>
        </w:rPr>
        <w:t>BÀI 22: THƯ GỬI BỐ NGOÀI ĐẢO</w:t>
      </w:r>
    </w:p>
    <w:p w14:paraId="14BCED03" w14:textId="77777777" w:rsidR="002575E4" w:rsidRDefault="00DF730A" w:rsidP="00172E1F">
      <w:pPr>
        <w:shd w:val="clear" w:color="auto" w:fill="FFFFFF" w:themeFill="background1"/>
        <w:jc w:val="center"/>
      </w:pPr>
      <w:r>
        <w:rPr>
          <w:b/>
        </w:rPr>
        <w:t>TIẾT 4: LUYỆN TỪ VÀ CÂU - MỞ RỘNG VỐN TỪ VỀ NGƯỜI LÀM VIỆC TRÊN BIỂN; CÂU NÊU HOẠT ĐỘNG</w:t>
      </w:r>
    </w:p>
    <w:p w14:paraId="2EDD4FD4" w14:textId="77777777" w:rsidR="002575E4" w:rsidRDefault="00DF730A" w:rsidP="00172E1F">
      <w:pPr>
        <w:shd w:val="clear" w:color="auto" w:fill="FFFFFF" w:themeFill="background1"/>
      </w:pPr>
      <w:r>
        <w:rPr>
          <w:b/>
        </w:rPr>
        <w:t>I. YÊU CẦU CẦN ĐẠT</w:t>
      </w:r>
    </w:p>
    <w:p w14:paraId="7B4C3348" w14:textId="77777777" w:rsidR="002575E4" w:rsidRDefault="00DF730A" w:rsidP="00172E1F">
      <w:pPr>
        <w:shd w:val="clear" w:color="auto" w:fill="FFFFFF" w:themeFill="background1"/>
      </w:pPr>
      <w:r>
        <w:rPr>
          <w:b/>
        </w:rPr>
        <w:t>1. Năng lực đặc thù</w:t>
      </w:r>
    </w:p>
    <w:p w14:paraId="355844FF" w14:textId="77777777" w:rsidR="002575E4" w:rsidRDefault="00DF730A" w:rsidP="00172E1F">
      <w:pPr>
        <w:shd w:val="clear" w:color="auto" w:fill="FFFFFF" w:themeFill="background1"/>
        <w:jc w:val="both"/>
      </w:pPr>
      <w:r>
        <w:t>- Tìm được từ ngữ chỉ người làm việc trên biển.</w:t>
      </w:r>
    </w:p>
    <w:p w14:paraId="165BBD96" w14:textId="77777777" w:rsidR="002575E4" w:rsidRDefault="00DF730A" w:rsidP="00172E1F">
      <w:pPr>
        <w:shd w:val="clear" w:color="auto" w:fill="FFFFFF" w:themeFill="background1"/>
        <w:jc w:val="both"/>
      </w:pPr>
      <w:r>
        <w:t>- Kết hợp được từ ngữ ở hai cột để tạo câu đúng.</w:t>
      </w:r>
    </w:p>
    <w:p w14:paraId="5884D9E4" w14:textId="77777777" w:rsidR="002575E4" w:rsidRDefault="00DF730A" w:rsidP="00172E1F">
      <w:pPr>
        <w:shd w:val="clear" w:color="auto" w:fill="FFFFFF" w:themeFill="background1"/>
        <w:jc w:val="both"/>
      </w:pPr>
      <w:r>
        <w:t>- Đặt được câu hỏi và câu trả lời theo mẫu về hoạt động của con người.</w:t>
      </w:r>
    </w:p>
    <w:p w14:paraId="7BA7D4B8" w14:textId="77777777" w:rsidR="002575E4" w:rsidRDefault="00DF730A" w:rsidP="00172E1F">
      <w:pPr>
        <w:shd w:val="clear" w:color="auto" w:fill="FFFFFF" w:themeFill="background1"/>
      </w:pPr>
      <w:r>
        <w:rPr>
          <w:b/>
        </w:rPr>
        <w:t>2. Năng lực chung</w:t>
      </w:r>
    </w:p>
    <w:p w14:paraId="70988F53" w14:textId="77777777" w:rsidR="002575E4" w:rsidRDefault="00DF730A" w:rsidP="00172E1F">
      <w:pPr>
        <w:shd w:val="clear" w:color="auto" w:fill="FFFFFF" w:themeFill="background1"/>
        <w:jc w:val="both"/>
      </w:pPr>
      <w:r>
        <w:t>- Tự chủ và tự học: Tự đọc yêu cầu bài tập, hoàn thành nhiệm vụ cá nhân.</w:t>
      </w:r>
    </w:p>
    <w:p w14:paraId="27BF665B" w14:textId="77777777" w:rsidR="002575E4" w:rsidRDefault="00DF730A" w:rsidP="00172E1F">
      <w:pPr>
        <w:shd w:val="clear" w:color="auto" w:fill="FFFFFF" w:themeFill="background1"/>
        <w:jc w:val="both"/>
      </w:pPr>
      <w:r>
        <w:t>- Giao tiếp và hợp tác: Thảo luận nhóm đôi, nhóm bốn; trình bày và phản hồi kết quả.</w:t>
      </w:r>
    </w:p>
    <w:p w14:paraId="74C666A1" w14:textId="77777777" w:rsidR="002575E4" w:rsidRDefault="00DF730A" w:rsidP="00172E1F">
      <w:pPr>
        <w:shd w:val="clear" w:color="auto" w:fill="FFFFFF" w:themeFill="background1"/>
        <w:jc w:val="both"/>
      </w:pPr>
      <w:r>
        <w:t>- Giải quyết vấn đề và sáng tạo: Biết lựa chọn từ ngữ phù hợp để nói câu đúng, rõ nghĩa.</w:t>
      </w:r>
    </w:p>
    <w:p w14:paraId="7A5C29D1" w14:textId="77777777" w:rsidR="002575E4" w:rsidRDefault="00DF730A" w:rsidP="00172E1F">
      <w:pPr>
        <w:shd w:val="clear" w:color="auto" w:fill="FFFFFF" w:themeFill="background1"/>
      </w:pPr>
      <w:r>
        <w:rPr>
          <w:b/>
        </w:rPr>
        <w:t>3. Phẩm chất</w:t>
      </w:r>
    </w:p>
    <w:p w14:paraId="3CBD3687" w14:textId="77777777" w:rsidR="002575E4" w:rsidRDefault="00DF730A" w:rsidP="00172E1F">
      <w:pPr>
        <w:shd w:val="clear" w:color="auto" w:fill="FFFFFF" w:themeFill="background1"/>
        <w:jc w:val="both"/>
      </w:pPr>
      <w:r>
        <w:t>- Chăm chỉ: Tích cực luyện tập từ và câu.</w:t>
      </w:r>
    </w:p>
    <w:p w14:paraId="41E1BFC5" w14:textId="77777777" w:rsidR="002575E4" w:rsidRDefault="00DF730A" w:rsidP="00172E1F">
      <w:pPr>
        <w:shd w:val="clear" w:color="auto" w:fill="FFFFFF" w:themeFill="background1"/>
        <w:jc w:val="both"/>
      </w:pPr>
      <w:r>
        <w:t>- Trách nhiệm: Có ý thức nói, viết đúng câu; biết trân trọng người lao động trên biển.</w:t>
      </w:r>
    </w:p>
    <w:p w14:paraId="0C86C388" w14:textId="77777777" w:rsidR="002575E4" w:rsidRDefault="00DF730A" w:rsidP="00172E1F">
      <w:pPr>
        <w:shd w:val="clear" w:color="auto" w:fill="FFFFFF" w:themeFill="background1"/>
      </w:pPr>
      <w:r>
        <w:rPr>
          <w:b/>
        </w:rPr>
        <w:t>II. ĐỒ DÙNG DẠY HỌC</w:t>
      </w:r>
    </w:p>
    <w:p w14:paraId="2907FF84" w14:textId="77777777" w:rsidR="002575E4" w:rsidRDefault="00DF730A" w:rsidP="00172E1F">
      <w:pPr>
        <w:shd w:val="clear" w:color="auto" w:fill="FFFFFF" w:themeFill="background1"/>
        <w:jc w:val="both"/>
      </w:pPr>
      <w:r>
        <w:t>- GV: Tranh/bài tập luyện từ và câu đã cắt từ SGK; thẻ từ; phiếu nối câu; máy chiếu.</w:t>
      </w:r>
    </w:p>
    <w:p w14:paraId="32E22CE4" w14:textId="77777777" w:rsidR="002575E4" w:rsidRDefault="00DF730A" w:rsidP="00172E1F">
      <w:pPr>
        <w:shd w:val="clear" w:color="auto" w:fill="FFFFFF" w:themeFill="background1"/>
        <w:jc w:val="both"/>
      </w:pPr>
      <w:r>
        <w:t>- HS: SGK, VBT, vở ghi.</w:t>
      </w:r>
    </w:p>
    <w:p w14:paraId="29E0FAAD" w14:textId="77777777" w:rsidR="002575E4" w:rsidRDefault="00DF730A" w:rsidP="00172E1F">
      <w:pPr>
        <w:shd w:val="clear" w:color="auto" w:fill="FFFFFF" w:themeFill="background1"/>
      </w:pPr>
      <w:r>
        <w:rPr>
          <w:b/>
        </w:rPr>
        <w:t>III. CÁC HOẠT ĐỘNG DẠY HỌC CHỦ YẾU</w:t>
      </w:r>
    </w:p>
    <w:tbl>
      <w:tblPr>
        <w:tblW w:w="0" w:type="auto"/>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14:paraId="792FC6B7" w14:textId="77777777" w:rsidTr="00511D82">
        <w:trPr>
          <w:tblHeader/>
        </w:trPr>
        <w:tc>
          <w:tcPr>
            <w:tcW w:w="5188" w:type="dxa"/>
            <w:tcBorders>
              <w:bottom w:val="single" w:sz="8" w:space="0" w:color="777777"/>
            </w:tcBorders>
            <w:shd w:val="clear" w:color="auto" w:fill="DDEBF7"/>
            <w:vAlign w:val="center"/>
          </w:tcPr>
          <w:p w14:paraId="36FD7C24" w14:textId="77777777" w:rsidR="002575E4" w:rsidRDefault="00DF730A" w:rsidP="00172E1F">
            <w:pPr>
              <w:shd w:val="clear" w:color="auto" w:fill="FFFFFF" w:themeFill="background1"/>
              <w:jc w:val="both"/>
            </w:pPr>
            <w:r>
              <w:rPr>
                <w:b/>
              </w:rPr>
              <w:t>Hoạt động của giáo viên</w:t>
            </w:r>
          </w:p>
        </w:tc>
        <w:tc>
          <w:tcPr>
            <w:tcW w:w="5188" w:type="dxa"/>
            <w:tcBorders>
              <w:bottom w:val="single" w:sz="8" w:space="0" w:color="777777"/>
            </w:tcBorders>
            <w:shd w:val="clear" w:color="auto" w:fill="DDEBF7"/>
            <w:vAlign w:val="center"/>
          </w:tcPr>
          <w:p w14:paraId="35903AE2" w14:textId="77777777" w:rsidR="002575E4" w:rsidRDefault="00DF730A" w:rsidP="00172E1F">
            <w:pPr>
              <w:shd w:val="clear" w:color="auto" w:fill="FFFFFF" w:themeFill="background1"/>
              <w:jc w:val="both"/>
            </w:pPr>
            <w:r>
              <w:rPr>
                <w:b/>
              </w:rPr>
              <w:t>Hoạt động của học sinh</w:t>
            </w:r>
          </w:p>
        </w:tc>
      </w:tr>
      <w:tr w:rsidR="002575E4" w14:paraId="1E6C3EE0" w14:textId="77777777" w:rsidTr="00511D82">
        <w:tc>
          <w:tcPr>
            <w:tcW w:w="5188" w:type="dxa"/>
            <w:gridSpan w:val="2"/>
            <w:tcBorders>
              <w:top w:val="single" w:sz="8" w:space="0" w:color="777777"/>
              <w:bottom w:val="single" w:sz="8" w:space="0" w:color="777777"/>
            </w:tcBorders>
            <w:shd w:val="clear" w:color="auto" w:fill="E2F0D9"/>
          </w:tcPr>
          <w:p w14:paraId="38E759C9" w14:textId="77777777" w:rsidR="002575E4" w:rsidRDefault="00DF730A" w:rsidP="00172E1F">
            <w:pPr>
              <w:shd w:val="clear" w:color="auto" w:fill="FFFFFF" w:themeFill="background1"/>
            </w:pPr>
            <w:r>
              <w:rPr>
                <w:b/>
              </w:rPr>
              <w:t>1. KHỞI ĐỘNG (3 phút)</w:t>
            </w:r>
            <w:r>
              <w:rPr>
                <w:b/>
              </w:rPr>
              <w:br/>
              <w:t>Mục tiêu: HS ôn nhanh từ chỉ người làm việc trên biển, tạo hứng thú vào bài luyện tập.</w:t>
            </w:r>
          </w:p>
        </w:tc>
      </w:tr>
      <w:tr w:rsidR="002575E4" w14:paraId="73D3F857" w14:textId="77777777" w:rsidTr="00511D82">
        <w:tc>
          <w:tcPr>
            <w:tcW w:w="5188" w:type="dxa"/>
            <w:tcBorders>
              <w:top w:val="single" w:sz="8" w:space="0" w:color="777777"/>
              <w:bottom w:val="single" w:sz="8" w:space="0" w:color="777777"/>
            </w:tcBorders>
          </w:tcPr>
          <w:p w14:paraId="39B4DC76" w14:textId="77777777" w:rsidR="002575E4" w:rsidRDefault="00DF730A" w:rsidP="00172E1F">
            <w:pPr>
              <w:shd w:val="clear" w:color="auto" w:fill="FFFFFF" w:themeFill="background1"/>
            </w:pPr>
            <w:r>
              <w:t>- GV tổ chức trò chơi “Nghề nào ở biển?”: GV nêu từ, HS giơ thẻ nếu đó là người làm việc trên biển.</w:t>
            </w:r>
          </w:p>
        </w:tc>
        <w:tc>
          <w:tcPr>
            <w:tcW w:w="5188" w:type="dxa"/>
            <w:tcBorders>
              <w:top w:val="single" w:sz="8" w:space="0" w:color="777777"/>
              <w:bottom w:val="single" w:sz="8" w:space="0" w:color="777777"/>
            </w:tcBorders>
          </w:tcPr>
          <w:p w14:paraId="6A7A6079" w14:textId="77777777" w:rsidR="002575E4" w:rsidRDefault="00DF730A" w:rsidP="00172E1F">
            <w:pPr>
              <w:shd w:val="clear" w:color="auto" w:fill="FFFFFF" w:themeFill="background1"/>
            </w:pPr>
            <w:r>
              <w:t>- HS tham gia, nhận biết các từ: ngư dân, bộ đội hải quân, thợ lặn, thủy thủ.</w:t>
            </w:r>
          </w:p>
        </w:tc>
      </w:tr>
      <w:tr w:rsidR="002575E4" w14:paraId="48715477" w14:textId="77777777" w:rsidTr="00511D82">
        <w:tc>
          <w:tcPr>
            <w:tcW w:w="5188" w:type="dxa"/>
            <w:gridSpan w:val="2"/>
            <w:tcBorders>
              <w:top w:val="single" w:sz="8" w:space="0" w:color="777777"/>
              <w:bottom w:val="single" w:sz="8" w:space="0" w:color="777777"/>
            </w:tcBorders>
            <w:shd w:val="clear" w:color="auto" w:fill="E2F0D9"/>
          </w:tcPr>
          <w:p w14:paraId="25EB2183" w14:textId="77777777" w:rsidR="002575E4" w:rsidRDefault="00DF730A" w:rsidP="00172E1F">
            <w:pPr>
              <w:shd w:val="clear" w:color="auto" w:fill="FFFFFF" w:themeFill="background1"/>
            </w:pPr>
            <w:r>
              <w:rPr>
                <w:b/>
              </w:rPr>
              <w:t>2. KHÁM PHÁ KIẾN THỨC (10 phút)</w:t>
            </w:r>
            <w:r>
              <w:rPr>
                <w:b/>
              </w:rPr>
              <w:br/>
              <w:t>Mục tiêu: HS nhận biết từ ngữ chỉ người làm việc trên biển.</w:t>
            </w:r>
          </w:p>
        </w:tc>
      </w:tr>
      <w:tr w:rsidR="002575E4" w14:paraId="38E0C5B9" w14:textId="77777777" w:rsidTr="00511D82">
        <w:tc>
          <w:tcPr>
            <w:tcW w:w="5188" w:type="dxa"/>
            <w:gridSpan w:val="2"/>
            <w:tcBorders>
              <w:top w:val="single" w:sz="8" w:space="0" w:color="777777"/>
            </w:tcBorders>
            <w:shd w:val="clear" w:color="auto" w:fill="E2F0D9"/>
          </w:tcPr>
          <w:p w14:paraId="3EC223B6" w14:textId="77777777" w:rsidR="002575E4" w:rsidRDefault="00DF730A" w:rsidP="00172E1F">
            <w:pPr>
              <w:shd w:val="clear" w:color="auto" w:fill="FFFFFF" w:themeFill="background1"/>
            </w:pPr>
            <w:r>
              <w:rPr>
                <w:b/>
              </w:rPr>
              <w:t>Hoạt động 1: Mở rộng vốn từ về người làm việc trên biển</w:t>
            </w:r>
          </w:p>
        </w:tc>
      </w:tr>
      <w:tr w:rsidR="002575E4" w14:paraId="3D1372A6" w14:textId="77777777" w:rsidTr="00511D82">
        <w:tc>
          <w:tcPr>
            <w:tcW w:w="5188" w:type="dxa"/>
          </w:tcPr>
          <w:p w14:paraId="220E246C" w14:textId="77777777" w:rsidR="002575E4" w:rsidRDefault="00DF730A" w:rsidP="00172E1F">
            <w:pPr>
              <w:shd w:val="clear" w:color="auto" w:fill="FFFFFF" w:themeFill="background1"/>
            </w:pPr>
            <w:r>
              <w:rPr>
                <w:b/>
              </w:rPr>
              <w:t>Bài tập 1. Những từ ngữ nào dưới đây chỉ người làm việc trên biển?</w:t>
            </w:r>
          </w:p>
          <w:p w14:paraId="13981163" w14:textId="77777777" w:rsidR="002575E4" w:rsidRDefault="00DF730A" w:rsidP="00172E1F">
            <w:pPr>
              <w:shd w:val="clear" w:color="auto" w:fill="FFFFFF" w:themeFill="background1"/>
            </w:pPr>
            <w:r>
              <w:t>- GV yêu cầu HS đọc các thẻ từ: ngư dân, bộ đội hải quân, lái xe, thợ lặn, thủy thủ, nông dân; làm việc nhóm đôi để chọn từ đúng.</w:t>
            </w:r>
          </w:p>
          <w:p w14:paraId="4BDFC7C0" w14:textId="1A50C6CB" w:rsidR="002575E4" w:rsidRDefault="002575E4" w:rsidP="00172E1F">
            <w:pPr>
              <w:shd w:val="clear" w:color="auto" w:fill="FFFFFF" w:themeFill="background1"/>
            </w:pPr>
          </w:p>
        </w:tc>
        <w:tc>
          <w:tcPr>
            <w:tcW w:w="5188" w:type="dxa"/>
          </w:tcPr>
          <w:p w14:paraId="62FEE0D9" w14:textId="77777777" w:rsidR="002575E4" w:rsidRDefault="00DF730A" w:rsidP="00172E1F">
            <w:pPr>
              <w:shd w:val="clear" w:color="auto" w:fill="FFFFFF" w:themeFill="background1"/>
            </w:pPr>
            <w:r>
              <w:t>- HS đọc thẻ từ và thảo luận nhóm đôi.</w:t>
            </w:r>
          </w:p>
          <w:p w14:paraId="6704C556" w14:textId="77777777" w:rsidR="002575E4" w:rsidRDefault="00DF730A" w:rsidP="00172E1F">
            <w:pPr>
              <w:shd w:val="clear" w:color="auto" w:fill="FFFFFF" w:themeFill="background1"/>
            </w:pPr>
            <w:r>
              <w:t>- Đáp án: ngư dân, bộ đội hải quân, thợ lặn, thủy thủ.</w:t>
            </w:r>
          </w:p>
        </w:tc>
      </w:tr>
      <w:tr w:rsidR="002575E4" w14:paraId="3D560CF6" w14:textId="77777777" w:rsidTr="00511D82">
        <w:tc>
          <w:tcPr>
            <w:tcW w:w="5188" w:type="dxa"/>
            <w:tcBorders>
              <w:bottom w:val="single" w:sz="8" w:space="0" w:color="777777"/>
            </w:tcBorders>
          </w:tcPr>
          <w:p w14:paraId="2E220E31" w14:textId="77777777" w:rsidR="002575E4" w:rsidRDefault="00DF730A" w:rsidP="00172E1F">
            <w:pPr>
              <w:shd w:val="clear" w:color="auto" w:fill="FFFFFF" w:themeFill="background1"/>
            </w:pPr>
            <w:r>
              <w:t>- GV gọi HS giải thích vì sao “lái xe”, “nông dân” không thuộc nhóm người làm việc trên biển trong bài tập này.</w:t>
            </w:r>
          </w:p>
        </w:tc>
        <w:tc>
          <w:tcPr>
            <w:tcW w:w="5188" w:type="dxa"/>
            <w:tcBorders>
              <w:bottom w:val="single" w:sz="8" w:space="0" w:color="777777"/>
            </w:tcBorders>
          </w:tcPr>
          <w:p w14:paraId="6B873701" w14:textId="77777777" w:rsidR="002575E4" w:rsidRDefault="00DF730A" w:rsidP="00172E1F">
            <w:pPr>
              <w:shd w:val="clear" w:color="auto" w:fill="FFFFFF" w:themeFill="background1"/>
            </w:pPr>
            <w:r>
              <w:t>- HS trả lời: Lái xe làm việc với xe trên đường; nông dân làm việc trên đồng ruộng, không phải nghề chính trên biển trong bài tập.</w:t>
            </w:r>
          </w:p>
        </w:tc>
      </w:tr>
      <w:tr w:rsidR="002575E4" w14:paraId="7FC834C9" w14:textId="77777777" w:rsidTr="00511D82">
        <w:tc>
          <w:tcPr>
            <w:tcW w:w="5188" w:type="dxa"/>
            <w:gridSpan w:val="2"/>
            <w:tcBorders>
              <w:top w:val="single" w:sz="8" w:space="0" w:color="777777"/>
              <w:bottom w:val="single" w:sz="8" w:space="0" w:color="777777"/>
            </w:tcBorders>
            <w:shd w:val="clear" w:color="auto" w:fill="E2F0D9"/>
          </w:tcPr>
          <w:p w14:paraId="293C0CEA" w14:textId="77777777" w:rsidR="002575E4" w:rsidRDefault="00DF730A" w:rsidP="00172E1F">
            <w:pPr>
              <w:shd w:val="clear" w:color="auto" w:fill="FFFFFF" w:themeFill="background1"/>
            </w:pPr>
            <w:r>
              <w:rPr>
                <w:b/>
              </w:rPr>
              <w:t>3. LUYỆN TẬP - THỰC HÀNH (17 phút)</w:t>
            </w:r>
            <w:r>
              <w:rPr>
                <w:b/>
              </w:rPr>
              <w:br/>
              <w:t>Mục tiêu: HS kết hợp được các vế câu để tạo câu đúng và đặt câu hỏi - câu trả lời theo mẫu.</w:t>
            </w:r>
          </w:p>
        </w:tc>
      </w:tr>
      <w:tr w:rsidR="002575E4" w14:paraId="6F5F6CA5" w14:textId="77777777" w:rsidTr="00511D82">
        <w:tc>
          <w:tcPr>
            <w:tcW w:w="5188" w:type="dxa"/>
            <w:tcBorders>
              <w:top w:val="single" w:sz="8" w:space="0" w:color="777777"/>
            </w:tcBorders>
          </w:tcPr>
          <w:p w14:paraId="3E9E03AC" w14:textId="77777777" w:rsidR="002575E4" w:rsidRDefault="00DF730A" w:rsidP="00172E1F">
            <w:pPr>
              <w:shd w:val="clear" w:color="auto" w:fill="FFFFFF" w:themeFill="background1"/>
            </w:pPr>
            <w:r>
              <w:rPr>
                <w:b/>
              </w:rPr>
              <w:t>Bài tập 2. Kết hợp từ ngữ ở cột A với từ ngữ ở cột B để tạo câu.</w:t>
            </w:r>
          </w:p>
          <w:p w14:paraId="4EFFB2AD" w14:textId="77777777" w:rsidR="002575E4" w:rsidRDefault="00DF730A" w:rsidP="00172E1F">
            <w:pPr>
              <w:shd w:val="clear" w:color="auto" w:fill="FFFFFF" w:themeFill="background1"/>
            </w:pPr>
            <w:r>
              <w:t>- GV yêu cầu HS đọc từng vế ở cột A và cột B, sau đó làm việc nhóm 4 để nối cho đúng.</w:t>
            </w:r>
          </w:p>
        </w:tc>
        <w:tc>
          <w:tcPr>
            <w:tcW w:w="5188" w:type="dxa"/>
            <w:tcBorders>
              <w:top w:val="single" w:sz="8" w:space="0" w:color="777777"/>
            </w:tcBorders>
          </w:tcPr>
          <w:p w14:paraId="427684D8" w14:textId="77777777" w:rsidR="002575E4" w:rsidRDefault="00DF730A" w:rsidP="00172E1F">
            <w:pPr>
              <w:shd w:val="clear" w:color="auto" w:fill="FFFFFF" w:themeFill="background1"/>
            </w:pPr>
            <w:r>
              <w:t>- HS làm nhóm 4.</w:t>
            </w:r>
          </w:p>
          <w:p w14:paraId="57D31ED2" w14:textId="77777777" w:rsidR="002575E4" w:rsidRDefault="00DF730A" w:rsidP="00172E1F">
            <w:pPr>
              <w:shd w:val="clear" w:color="auto" w:fill="FFFFFF" w:themeFill="background1"/>
            </w:pPr>
            <w:r>
              <w:t>- Đáp án: Những ngư dân chài ra khơi để đánh cá.</w:t>
            </w:r>
          </w:p>
          <w:p w14:paraId="59523BA6" w14:textId="77777777" w:rsidR="002575E4" w:rsidRDefault="00DF730A" w:rsidP="00172E1F">
            <w:pPr>
              <w:shd w:val="clear" w:color="auto" w:fill="FFFFFF" w:themeFill="background1"/>
            </w:pPr>
            <w:r>
              <w:t>- Các chú bộ đội hải quân tuần tra để canh giữ biển đảo.</w:t>
            </w:r>
          </w:p>
          <w:p w14:paraId="42C73595" w14:textId="77777777" w:rsidR="002575E4" w:rsidRDefault="00DF730A" w:rsidP="00172E1F">
            <w:pPr>
              <w:shd w:val="clear" w:color="auto" w:fill="FFFFFF" w:themeFill="background1"/>
            </w:pPr>
            <w:r>
              <w:t>- Người dân biển làm lồng bè để nuôi tôm cá.</w:t>
            </w:r>
          </w:p>
        </w:tc>
      </w:tr>
      <w:tr w:rsidR="002575E4" w14:paraId="41E95007" w14:textId="77777777" w:rsidTr="00511D82">
        <w:tc>
          <w:tcPr>
            <w:tcW w:w="5188" w:type="dxa"/>
          </w:tcPr>
          <w:p w14:paraId="3AD7D5C6" w14:textId="77777777" w:rsidR="002575E4" w:rsidRDefault="00DF730A" w:rsidP="00172E1F">
            <w:pPr>
              <w:shd w:val="clear" w:color="auto" w:fill="FFFFFF" w:themeFill="background1"/>
            </w:pPr>
            <w:r>
              <w:t>- GV gọi đại diện nhóm trình bày và yêu cầu đọc thành câu trọn vẹn.</w:t>
            </w:r>
          </w:p>
        </w:tc>
        <w:tc>
          <w:tcPr>
            <w:tcW w:w="5188" w:type="dxa"/>
          </w:tcPr>
          <w:p w14:paraId="0530F310" w14:textId="77777777" w:rsidR="002575E4" w:rsidRDefault="00DF730A" w:rsidP="00172E1F">
            <w:pPr>
              <w:shd w:val="clear" w:color="auto" w:fill="FFFFFF" w:themeFill="background1"/>
            </w:pPr>
            <w:r>
              <w:t>- Đại diện nhóm trình bày; lớp nhận xét, sửa nếu nối chưa đúng.</w:t>
            </w:r>
          </w:p>
        </w:tc>
      </w:tr>
      <w:tr w:rsidR="002575E4" w14:paraId="6ADDA462" w14:textId="77777777" w:rsidTr="00511D82">
        <w:tc>
          <w:tcPr>
            <w:tcW w:w="5188" w:type="dxa"/>
            <w:tcBorders>
              <w:bottom w:val="single" w:sz="8" w:space="0" w:color="777777"/>
            </w:tcBorders>
          </w:tcPr>
          <w:p w14:paraId="2EB0049F" w14:textId="77777777" w:rsidR="002575E4" w:rsidRDefault="00DF730A" w:rsidP="00172E1F">
            <w:pPr>
              <w:shd w:val="clear" w:color="auto" w:fill="FFFFFF" w:themeFill="background1"/>
            </w:pPr>
            <w:r>
              <w:rPr>
                <w:b/>
              </w:rPr>
              <w:t>Bài tập 3. Dựa vào kết quả ở bài tập 2, đặt 2 câu hỏi và 2 câu trả lời theo mẫu.</w:t>
            </w:r>
          </w:p>
          <w:p w14:paraId="31AE06B4" w14:textId="77777777" w:rsidR="002575E4" w:rsidRDefault="00DF730A" w:rsidP="00172E1F">
            <w:pPr>
              <w:shd w:val="clear" w:color="auto" w:fill="FFFFFF" w:themeFill="background1"/>
            </w:pPr>
            <w:r>
              <w:lastRenderedPageBreak/>
              <w:t>Mẫu:</w:t>
            </w:r>
          </w:p>
          <w:p w14:paraId="7C43F10B" w14:textId="77777777" w:rsidR="002575E4" w:rsidRDefault="00DF730A" w:rsidP="00172E1F">
            <w:pPr>
              <w:shd w:val="clear" w:color="auto" w:fill="FFFFFF" w:themeFill="background1"/>
            </w:pPr>
            <w:r>
              <w:t>- Những ngư dân chài ra khơi để làm gì?</w:t>
            </w:r>
          </w:p>
          <w:p w14:paraId="5583220A" w14:textId="77777777" w:rsidR="002575E4" w:rsidRDefault="00DF730A" w:rsidP="00172E1F">
            <w:pPr>
              <w:shd w:val="clear" w:color="auto" w:fill="FFFFFF" w:themeFill="background1"/>
            </w:pPr>
            <w:r>
              <w:t>- Những ngư dân chài ra khơi để đánh cá.</w:t>
            </w:r>
          </w:p>
          <w:p w14:paraId="22BDBAF7" w14:textId="77777777" w:rsidR="002575E4" w:rsidRDefault="00DF730A" w:rsidP="00172E1F">
            <w:pPr>
              <w:shd w:val="clear" w:color="auto" w:fill="FFFFFF" w:themeFill="background1"/>
            </w:pPr>
            <w:r>
              <w:t>- GV hướng dẫn HS làm nhóm đôi: một bạn hỏi, một bạn trả lời, sau đó đổi vai.</w:t>
            </w:r>
          </w:p>
        </w:tc>
        <w:tc>
          <w:tcPr>
            <w:tcW w:w="5188" w:type="dxa"/>
            <w:tcBorders>
              <w:bottom w:val="single" w:sz="8" w:space="0" w:color="777777"/>
            </w:tcBorders>
          </w:tcPr>
          <w:p w14:paraId="63BA6DB2" w14:textId="77777777" w:rsidR="002575E4" w:rsidRDefault="00DF730A" w:rsidP="00172E1F">
            <w:pPr>
              <w:shd w:val="clear" w:color="auto" w:fill="FFFFFF" w:themeFill="background1"/>
            </w:pPr>
            <w:r>
              <w:lastRenderedPageBreak/>
              <w:t>- HS làm nhóm đôi.</w:t>
            </w:r>
          </w:p>
          <w:p w14:paraId="020F28F3" w14:textId="77777777" w:rsidR="002575E4" w:rsidRDefault="00DF730A" w:rsidP="00172E1F">
            <w:pPr>
              <w:shd w:val="clear" w:color="auto" w:fill="FFFFFF" w:themeFill="background1"/>
            </w:pPr>
            <w:r>
              <w:t xml:space="preserve">- Dự kiến: “Các chú bộ đội hải quân tuần tra để </w:t>
            </w:r>
            <w:r>
              <w:lastRenderedPageBreak/>
              <w:t>làm gì?” - “Các chú bộ đội hải quân tuần tra để canh giữ biển đảo.”</w:t>
            </w:r>
          </w:p>
          <w:p w14:paraId="1AA2993E" w14:textId="77777777" w:rsidR="002575E4" w:rsidRDefault="00DF730A" w:rsidP="00172E1F">
            <w:pPr>
              <w:shd w:val="clear" w:color="auto" w:fill="FFFFFF" w:themeFill="background1"/>
            </w:pPr>
            <w:r>
              <w:t>- “Người dân biển làm lồng bè để làm gì?” - “Người dân biển làm lồng bè để nuôi tôm cá.”</w:t>
            </w:r>
          </w:p>
        </w:tc>
      </w:tr>
      <w:tr w:rsidR="002575E4" w14:paraId="739666E0" w14:textId="77777777" w:rsidTr="00511D82">
        <w:tc>
          <w:tcPr>
            <w:tcW w:w="5188" w:type="dxa"/>
            <w:gridSpan w:val="2"/>
            <w:tcBorders>
              <w:top w:val="single" w:sz="8" w:space="0" w:color="777777"/>
              <w:bottom w:val="single" w:sz="8" w:space="0" w:color="777777"/>
            </w:tcBorders>
            <w:shd w:val="clear" w:color="auto" w:fill="E2F0D9"/>
          </w:tcPr>
          <w:p w14:paraId="53F831AC" w14:textId="77777777" w:rsidR="002575E4" w:rsidRDefault="00DF730A" w:rsidP="00172E1F">
            <w:pPr>
              <w:shd w:val="clear" w:color="auto" w:fill="FFFFFF" w:themeFill="background1"/>
            </w:pPr>
            <w:r>
              <w:rPr>
                <w:b/>
              </w:rPr>
              <w:lastRenderedPageBreak/>
              <w:t>4. VẬN DỤNG (5 phút)</w:t>
            </w:r>
            <w:r>
              <w:rPr>
                <w:b/>
              </w:rPr>
              <w:br/>
              <w:t>Mục tiêu: HS vận dụng từ ngữ về người làm việc trên biển để nói thành câu đúng.</w:t>
            </w:r>
          </w:p>
        </w:tc>
      </w:tr>
      <w:tr w:rsidR="002575E4" w:rsidRPr="00DF730A" w14:paraId="48C9F3BC" w14:textId="77777777" w:rsidTr="00511D82">
        <w:tc>
          <w:tcPr>
            <w:tcW w:w="5188" w:type="dxa"/>
            <w:tcBorders>
              <w:top w:val="single" w:sz="8" w:space="0" w:color="777777"/>
            </w:tcBorders>
          </w:tcPr>
          <w:p w14:paraId="6BF5A5F2" w14:textId="77777777" w:rsidR="002575E4" w:rsidRDefault="00DF730A" w:rsidP="00172E1F">
            <w:pPr>
              <w:shd w:val="clear" w:color="auto" w:fill="FFFFFF" w:themeFill="background1"/>
              <w:jc w:val="both"/>
            </w:pPr>
            <w:r>
              <w:rPr>
                <w:b/>
              </w:rPr>
              <w:t>Bài tập. Nói những điều em biết về các chú bộ đội hải quân.</w:t>
            </w:r>
          </w:p>
          <w:p w14:paraId="49EC1772" w14:textId="77777777" w:rsidR="002575E4" w:rsidRDefault="00DF730A" w:rsidP="00172E1F">
            <w:pPr>
              <w:shd w:val="clear" w:color="auto" w:fill="FFFFFF" w:themeFill="background1"/>
              <w:jc w:val="both"/>
            </w:pPr>
            <w:r>
              <w:t>- GV yêu cầu HS quan sát tranh, nói 1-2 câu về trang phục, công việc hoặc phẩm chất của các chú bộ đội hải quân.</w:t>
            </w:r>
          </w:p>
          <w:p w14:paraId="014C44DD" w14:textId="7E1C2F55" w:rsidR="002575E4" w:rsidRDefault="002575E4" w:rsidP="00172E1F">
            <w:pPr>
              <w:shd w:val="clear" w:color="auto" w:fill="FFFFFF" w:themeFill="background1"/>
              <w:jc w:val="both"/>
            </w:pPr>
          </w:p>
        </w:tc>
        <w:tc>
          <w:tcPr>
            <w:tcW w:w="5188" w:type="dxa"/>
            <w:tcBorders>
              <w:top w:val="single" w:sz="8" w:space="0" w:color="777777"/>
            </w:tcBorders>
          </w:tcPr>
          <w:p w14:paraId="65FA7A98" w14:textId="77777777" w:rsidR="002575E4" w:rsidRPr="00DF730A" w:rsidRDefault="00DF730A" w:rsidP="00172E1F">
            <w:pPr>
              <w:shd w:val="clear" w:color="auto" w:fill="FFFFFF" w:themeFill="background1"/>
              <w:jc w:val="both"/>
              <w:rPr>
                <w:lang w:val="fr-FR"/>
              </w:rPr>
            </w:pPr>
            <w:r w:rsidRPr="00DF730A">
              <w:rPr>
                <w:lang w:val="fr-FR"/>
              </w:rPr>
              <w:t>- HS quan sát tranh và nói.</w:t>
            </w:r>
          </w:p>
          <w:p w14:paraId="553E0EC8" w14:textId="77777777" w:rsidR="002575E4" w:rsidRPr="00DF730A" w:rsidRDefault="00DF730A" w:rsidP="00172E1F">
            <w:pPr>
              <w:shd w:val="clear" w:color="auto" w:fill="FFFFFF" w:themeFill="background1"/>
              <w:jc w:val="both"/>
              <w:rPr>
                <w:lang w:val="fr-FR"/>
              </w:rPr>
            </w:pPr>
            <w:r w:rsidRPr="00DF730A">
              <w:rPr>
                <w:lang w:val="fr-FR"/>
              </w:rPr>
              <w:t>- Dự kiến: “Các chú bộ đội hải quân mặc quân phục màu xanh trắng.”; “Các chú tuần tra để canh giữ biển đảo.”; “Các chú rất dũng cảm và kỉ luật.”</w:t>
            </w:r>
          </w:p>
        </w:tc>
      </w:tr>
      <w:tr w:rsidR="002575E4" w14:paraId="0325FC80" w14:textId="77777777" w:rsidTr="00511D82">
        <w:tc>
          <w:tcPr>
            <w:tcW w:w="5188" w:type="dxa"/>
          </w:tcPr>
          <w:p w14:paraId="06984E6A" w14:textId="77777777" w:rsidR="002575E4" w:rsidRPr="00DF730A" w:rsidRDefault="00DF730A" w:rsidP="00172E1F">
            <w:pPr>
              <w:shd w:val="clear" w:color="auto" w:fill="FFFFFF" w:themeFill="background1"/>
              <w:jc w:val="both"/>
              <w:rPr>
                <w:lang w:val="fr-FR"/>
              </w:rPr>
            </w:pPr>
            <w:r w:rsidRPr="00DF730A">
              <w:rPr>
                <w:lang w:val="fr-FR"/>
              </w:rPr>
              <w:t>- GV nhận xét, dặn HS dùng từ ngữ đã học để chuẩn bị viết lời cảm ơn ở tiết sau.</w:t>
            </w:r>
          </w:p>
        </w:tc>
        <w:tc>
          <w:tcPr>
            <w:tcW w:w="5188" w:type="dxa"/>
          </w:tcPr>
          <w:p w14:paraId="1C04E731" w14:textId="77777777" w:rsidR="002575E4" w:rsidRDefault="00DF730A" w:rsidP="00172E1F">
            <w:pPr>
              <w:shd w:val="clear" w:color="auto" w:fill="FFFFFF" w:themeFill="background1"/>
              <w:jc w:val="both"/>
            </w:pPr>
            <w:r>
              <w:t>- HS lắng nghe, ghi nhớ.</w:t>
            </w:r>
          </w:p>
        </w:tc>
      </w:tr>
    </w:tbl>
    <w:p w14:paraId="635468BB" w14:textId="77777777" w:rsidR="002575E4" w:rsidRDefault="00DF730A" w:rsidP="00172E1F">
      <w:pPr>
        <w:shd w:val="clear" w:color="auto" w:fill="FFFFFF" w:themeFill="background1"/>
      </w:pPr>
      <w:r>
        <w:rPr>
          <w:b/>
        </w:rPr>
        <w:t>IV. ĐIỀU CHỈNH SAU TIẾT HỌC (NẾU CÓ)</w:t>
      </w:r>
    </w:p>
    <w:p w14:paraId="3842AA8C" w14:textId="77777777" w:rsidR="002575E4" w:rsidRDefault="00DF730A" w:rsidP="00172E1F">
      <w:pPr>
        <w:shd w:val="clear" w:color="auto" w:fill="FFFFFF" w:themeFill="background1"/>
      </w:pPr>
      <w:r>
        <w:br w:type="page"/>
      </w:r>
    </w:p>
    <w:p w14:paraId="70959AD1" w14:textId="77777777" w:rsidR="002575E4" w:rsidRDefault="00DF730A" w:rsidP="00172E1F">
      <w:pPr>
        <w:shd w:val="clear" w:color="auto" w:fill="FFFFFF" w:themeFill="background1"/>
        <w:jc w:val="center"/>
      </w:pPr>
      <w:r>
        <w:rPr>
          <w:b/>
        </w:rPr>
        <w:lastRenderedPageBreak/>
        <w:t>KẾ HOẠCH BÀI DẠY MÔN TIẾNG VIỆT LỚP 2 - TUẦN 30</w:t>
      </w:r>
    </w:p>
    <w:p w14:paraId="36613B96" w14:textId="77777777" w:rsidR="002575E4" w:rsidRDefault="00DF730A" w:rsidP="00172E1F">
      <w:pPr>
        <w:shd w:val="clear" w:color="auto" w:fill="FFFFFF" w:themeFill="background1"/>
        <w:jc w:val="center"/>
      </w:pPr>
      <w:r>
        <w:rPr>
          <w:b/>
        </w:rPr>
        <w:t>BÀI 22: THƯ GỬI BỐ NGOÀI ĐẢO</w:t>
      </w:r>
    </w:p>
    <w:p w14:paraId="4B37C67A" w14:textId="77777777" w:rsidR="002575E4" w:rsidRDefault="00DF730A" w:rsidP="00172E1F">
      <w:pPr>
        <w:shd w:val="clear" w:color="auto" w:fill="FFFFFF" w:themeFill="background1"/>
        <w:jc w:val="center"/>
      </w:pPr>
      <w:r>
        <w:rPr>
          <w:b/>
        </w:rPr>
        <w:t>TIẾT 5 - 6: VIẾT LỜI CẢM ƠN CÁC CHÚ BỘ ĐỘI HẢI QUÂN; ĐỌC MỞ RỘNG</w:t>
      </w:r>
    </w:p>
    <w:p w14:paraId="35C6201F" w14:textId="77777777" w:rsidR="002575E4" w:rsidRDefault="00DF730A" w:rsidP="00172E1F">
      <w:pPr>
        <w:shd w:val="clear" w:color="auto" w:fill="FFFFFF" w:themeFill="background1"/>
      </w:pPr>
      <w:r>
        <w:rPr>
          <w:b/>
        </w:rPr>
        <w:t>I. YÊU CẦU CẦN ĐẠT</w:t>
      </w:r>
    </w:p>
    <w:p w14:paraId="0CCB0B06" w14:textId="77777777" w:rsidR="002575E4" w:rsidRDefault="00DF730A" w:rsidP="00172E1F">
      <w:pPr>
        <w:shd w:val="clear" w:color="auto" w:fill="FFFFFF" w:themeFill="background1"/>
      </w:pPr>
      <w:r>
        <w:rPr>
          <w:b/>
        </w:rPr>
        <w:t>1. Năng lực đặc thù</w:t>
      </w:r>
    </w:p>
    <w:p w14:paraId="64729CC6" w14:textId="77777777" w:rsidR="002575E4" w:rsidRDefault="00DF730A" w:rsidP="00172E1F">
      <w:pPr>
        <w:shd w:val="clear" w:color="auto" w:fill="FFFFFF" w:themeFill="background1"/>
        <w:jc w:val="both"/>
      </w:pPr>
      <w:r>
        <w:t>- Nói được những điều em biết về các chú bộ đội hải quân.</w:t>
      </w:r>
    </w:p>
    <w:p w14:paraId="1BF54F98" w14:textId="77777777" w:rsidR="002575E4" w:rsidRDefault="00DF730A" w:rsidP="00172E1F">
      <w:pPr>
        <w:shd w:val="clear" w:color="auto" w:fill="FFFFFF" w:themeFill="background1"/>
        <w:jc w:val="both"/>
      </w:pPr>
      <w:r>
        <w:t>- Viết được 4-5 câu cảm ơn các chú bộ đội hải quân đang làm nhiệm vụ bảo vệ biển đảo của Tổ quốc.</w:t>
      </w:r>
    </w:p>
    <w:p w14:paraId="2CFB30C5" w14:textId="77777777" w:rsidR="002575E4" w:rsidRDefault="00DF730A" w:rsidP="00172E1F">
      <w:pPr>
        <w:shd w:val="clear" w:color="auto" w:fill="FFFFFF" w:themeFill="background1"/>
        <w:jc w:val="both"/>
      </w:pPr>
      <w:r>
        <w:t>- Tìm đọc được bài thơ, câu chuyện về bộ đội hải quân và đọc cho bạn nghe câu văn, câu thơ em thích.</w:t>
      </w:r>
    </w:p>
    <w:p w14:paraId="3B8AB209" w14:textId="77777777" w:rsidR="002575E4" w:rsidRDefault="00DF730A" w:rsidP="00172E1F">
      <w:pPr>
        <w:shd w:val="clear" w:color="auto" w:fill="FFFFFF" w:themeFill="background1"/>
      </w:pPr>
      <w:r>
        <w:rPr>
          <w:b/>
        </w:rPr>
        <w:t>2. Năng lực chung</w:t>
      </w:r>
    </w:p>
    <w:p w14:paraId="52DCCD26" w14:textId="77777777" w:rsidR="002575E4" w:rsidRDefault="00DF730A" w:rsidP="00172E1F">
      <w:pPr>
        <w:shd w:val="clear" w:color="auto" w:fill="FFFFFF" w:themeFill="background1"/>
        <w:jc w:val="both"/>
      </w:pPr>
      <w:r>
        <w:t>- Tự chủ và tự học: Tự lập ý, viết đoạn văn và chuẩn bị nội dung đọc mở rộng.</w:t>
      </w:r>
    </w:p>
    <w:p w14:paraId="7BB70863" w14:textId="77777777" w:rsidR="002575E4" w:rsidRDefault="00DF730A" w:rsidP="00172E1F">
      <w:pPr>
        <w:shd w:val="clear" w:color="auto" w:fill="FFFFFF" w:themeFill="background1"/>
        <w:jc w:val="both"/>
      </w:pPr>
      <w:r>
        <w:t>- Giao tiếp và hợp tác: Trao đổi nhóm, đọc bài cho bạn nghe, góp ý và phản hồi lịch sự.</w:t>
      </w:r>
    </w:p>
    <w:p w14:paraId="37C9B926" w14:textId="77777777" w:rsidR="002575E4" w:rsidRDefault="00DF730A" w:rsidP="00172E1F">
      <w:pPr>
        <w:shd w:val="clear" w:color="auto" w:fill="FFFFFF" w:themeFill="background1"/>
        <w:jc w:val="both"/>
      </w:pPr>
      <w:r>
        <w:t>- Giải quyết vấn đề và sáng tạo: Biết lựa chọn lời cảm ơn, lời chúc phù hợp; biết chọn nguồn đọc phù hợp.</w:t>
      </w:r>
    </w:p>
    <w:p w14:paraId="50D0B1F5" w14:textId="77777777" w:rsidR="002575E4" w:rsidRDefault="00DF730A" w:rsidP="00172E1F">
      <w:pPr>
        <w:shd w:val="clear" w:color="auto" w:fill="FFFFFF" w:themeFill="background1"/>
      </w:pPr>
      <w:r>
        <w:rPr>
          <w:b/>
        </w:rPr>
        <w:t>3. Phẩm chất</w:t>
      </w:r>
    </w:p>
    <w:p w14:paraId="7147E4F5" w14:textId="77777777" w:rsidR="002575E4" w:rsidRDefault="00DF730A" w:rsidP="00172E1F">
      <w:pPr>
        <w:shd w:val="clear" w:color="auto" w:fill="FFFFFF" w:themeFill="background1"/>
        <w:jc w:val="both"/>
      </w:pPr>
      <w:r>
        <w:t>- Nhân ái: Biết bày tỏ lòng biết ơn, tình cảm chân thành với người làm nhiệm vụ bảo vệ Tổ quốc.</w:t>
      </w:r>
    </w:p>
    <w:p w14:paraId="6E278CDA" w14:textId="77777777" w:rsidR="002575E4" w:rsidRDefault="00DF730A" w:rsidP="00172E1F">
      <w:pPr>
        <w:shd w:val="clear" w:color="auto" w:fill="FFFFFF" w:themeFill="background1"/>
        <w:jc w:val="both"/>
      </w:pPr>
      <w:r>
        <w:t>- Trách nhiệm: Có ý thức học tốt, giữ kỉ luật, trân trọng biển đảo quê hương.</w:t>
      </w:r>
    </w:p>
    <w:p w14:paraId="7E537F27" w14:textId="77777777" w:rsidR="002575E4" w:rsidRDefault="00DF730A" w:rsidP="00172E1F">
      <w:pPr>
        <w:shd w:val="clear" w:color="auto" w:fill="FFFFFF" w:themeFill="background1"/>
        <w:jc w:val="both"/>
      </w:pPr>
      <w:r>
        <w:t>- Yêu nước: Yêu quý, biết ơn các chú bộ đội hải quân.</w:t>
      </w:r>
    </w:p>
    <w:p w14:paraId="6441F407" w14:textId="77777777" w:rsidR="002575E4" w:rsidRDefault="00DF730A" w:rsidP="00172E1F">
      <w:pPr>
        <w:shd w:val="clear" w:color="auto" w:fill="FFFFFF" w:themeFill="background1"/>
      </w:pPr>
      <w:r>
        <w:rPr>
          <w:b/>
        </w:rPr>
        <w:t>4. Tích hợp</w:t>
      </w:r>
    </w:p>
    <w:p w14:paraId="513B89EF" w14:textId="77777777" w:rsidR="002575E4" w:rsidRDefault="00DF730A" w:rsidP="00172E1F">
      <w:pPr>
        <w:shd w:val="clear" w:color="auto" w:fill="FFFFFF" w:themeFill="background1"/>
        <w:jc w:val="both"/>
      </w:pPr>
      <w:r>
        <w:rPr>
          <w:color w:val="C00000"/>
        </w:rPr>
        <w:t>- Tích hợp QPAN/ANQP: Giáo dục HS lòng biết ơn bộ đội hải quân, hiểu nhiệm vụ bảo vệ biển đảo của Tổ quốc; biết thể hiện lòng yêu nước bằng lời cảm ơn chân thành, việc học tốt và giữ kỉ luật.</w:t>
      </w:r>
    </w:p>
    <w:p w14:paraId="7427640C" w14:textId="77777777" w:rsidR="002575E4" w:rsidRDefault="00DF730A" w:rsidP="00172E1F">
      <w:pPr>
        <w:shd w:val="clear" w:color="auto" w:fill="FFFFFF" w:themeFill="background1"/>
        <w:jc w:val="both"/>
      </w:pPr>
      <w:r>
        <w:rPr>
          <w:color w:val="C00000"/>
        </w:rPr>
        <w:t>- Tích hợp NLS 1.1.CB1a: Xác định được thông tin cần tìm và thực hiện tìm kiếm đơn giản trong môi trường số dưới sự hướng dẫn của người lớn; không bấm link lạ, không chia sẻ thông tin cá nhân.</w:t>
      </w:r>
    </w:p>
    <w:p w14:paraId="2636127A" w14:textId="77777777" w:rsidR="002575E4" w:rsidRDefault="00DF730A" w:rsidP="00172E1F">
      <w:pPr>
        <w:shd w:val="clear" w:color="auto" w:fill="FFFFFF" w:themeFill="background1"/>
      </w:pPr>
      <w:r>
        <w:rPr>
          <w:b/>
        </w:rPr>
        <w:t>II. ĐỒ DÙNG DẠY HỌC</w:t>
      </w:r>
    </w:p>
    <w:p w14:paraId="036F9E60" w14:textId="77777777" w:rsidR="002575E4" w:rsidRDefault="00DF730A" w:rsidP="00172E1F">
      <w:pPr>
        <w:shd w:val="clear" w:color="auto" w:fill="FFFFFF" w:themeFill="background1"/>
        <w:jc w:val="both"/>
      </w:pPr>
      <w:r>
        <w:t>- GV: Tranh bộ đội hải quân, sơ đồ gợi ý viết lời cảm ơn, tranh đọc mở rộng đã cắt từ SGK; phiếu lập ý; máy chiếu.</w:t>
      </w:r>
    </w:p>
    <w:p w14:paraId="6C1B8A5C" w14:textId="77777777" w:rsidR="002575E4" w:rsidRDefault="00DF730A" w:rsidP="00172E1F">
      <w:pPr>
        <w:shd w:val="clear" w:color="auto" w:fill="FFFFFF" w:themeFill="background1"/>
        <w:jc w:val="both"/>
      </w:pPr>
      <w:r>
        <w:t>- HS: SGK, vở ghi, một bài thơ/câu chuyện về bộ đội hải quân nếu có.</w:t>
      </w:r>
    </w:p>
    <w:p w14:paraId="7797E22E" w14:textId="77777777" w:rsidR="002575E4" w:rsidRDefault="00DF730A" w:rsidP="00172E1F">
      <w:pPr>
        <w:shd w:val="clear" w:color="auto" w:fill="FFFFFF" w:themeFill="background1"/>
      </w:pPr>
      <w:r>
        <w:rPr>
          <w:b/>
        </w:rPr>
        <w:t>III. CÁC HOẠT ĐỘNG DẠY HỌC CHỦ YẾU</w:t>
      </w:r>
    </w:p>
    <w:tbl>
      <w:tblPr>
        <w:tblW w:w="0" w:type="auto"/>
        <w:jc w:val="center"/>
        <w:tblBorders>
          <w:top w:val="single" w:sz="8" w:space="0" w:color="777777"/>
          <w:left w:val="single" w:sz="8" w:space="0" w:color="777777"/>
          <w:bottom w:val="single" w:sz="8" w:space="0" w:color="777777"/>
          <w:right w:val="single" w:sz="8" w:space="0" w:color="777777"/>
          <w:insideV w:val="single" w:sz="8" w:space="0" w:color="777777"/>
        </w:tblBorders>
        <w:tblLayout w:type="fixed"/>
        <w:tblLook w:val="04A0" w:firstRow="1" w:lastRow="0" w:firstColumn="1" w:lastColumn="0" w:noHBand="0" w:noVBand="1"/>
      </w:tblPr>
      <w:tblGrid>
        <w:gridCol w:w="5188"/>
        <w:gridCol w:w="5188"/>
      </w:tblGrid>
      <w:tr w:rsidR="002575E4" w14:paraId="5FD3A5F0" w14:textId="77777777" w:rsidTr="00511D82">
        <w:trPr>
          <w:tblHeader/>
          <w:jc w:val="center"/>
        </w:trPr>
        <w:tc>
          <w:tcPr>
            <w:tcW w:w="5188" w:type="dxa"/>
            <w:tcBorders>
              <w:bottom w:val="single" w:sz="8" w:space="0" w:color="777777"/>
            </w:tcBorders>
            <w:shd w:val="clear" w:color="auto" w:fill="DDEBF7"/>
            <w:vAlign w:val="center"/>
          </w:tcPr>
          <w:p w14:paraId="18CCFB2B" w14:textId="77777777" w:rsidR="002575E4" w:rsidRDefault="00DF730A" w:rsidP="00172E1F">
            <w:pPr>
              <w:shd w:val="clear" w:color="auto" w:fill="FFFFFF" w:themeFill="background1"/>
              <w:jc w:val="both"/>
            </w:pPr>
            <w:r>
              <w:rPr>
                <w:b/>
              </w:rPr>
              <w:t>Hoạt động của giáo viên</w:t>
            </w:r>
          </w:p>
        </w:tc>
        <w:tc>
          <w:tcPr>
            <w:tcW w:w="5188" w:type="dxa"/>
            <w:tcBorders>
              <w:bottom w:val="single" w:sz="8" w:space="0" w:color="777777"/>
            </w:tcBorders>
            <w:shd w:val="clear" w:color="auto" w:fill="DDEBF7"/>
            <w:vAlign w:val="center"/>
          </w:tcPr>
          <w:p w14:paraId="0ACC6F39" w14:textId="77777777" w:rsidR="002575E4" w:rsidRDefault="00DF730A" w:rsidP="00172E1F">
            <w:pPr>
              <w:shd w:val="clear" w:color="auto" w:fill="FFFFFF" w:themeFill="background1"/>
              <w:jc w:val="both"/>
            </w:pPr>
            <w:r>
              <w:rPr>
                <w:b/>
              </w:rPr>
              <w:t>Hoạt động của học sinh</w:t>
            </w:r>
          </w:p>
        </w:tc>
      </w:tr>
      <w:tr w:rsidR="002575E4" w14:paraId="5462D17D" w14:textId="77777777" w:rsidTr="00511D82">
        <w:trPr>
          <w:jc w:val="center"/>
        </w:trPr>
        <w:tc>
          <w:tcPr>
            <w:tcW w:w="5188" w:type="dxa"/>
            <w:gridSpan w:val="2"/>
            <w:tcBorders>
              <w:top w:val="single" w:sz="8" w:space="0" w:color="777777"/>
              <w:bottom w:val="single" w:sz="8" w:space="0" w:color="777777"/>
            </w:tcBorders>
            <w:shd w:val="clear" w:color="auto" w:fill="E2F0D9"/>
          </w:tcPr>
          <w:p w14:paraId="5591C5EC" w14:textId="77777777" w:rsidR="002575E4" w:rsidRDefault="00DF730A" w:rsidP="00172E1F">
            <w:pPr>
              <w:shd w:val="clear" w:color="auto" w:fill="FFFFFF" w:themeFill="background1"/>
              <w:jc w:val="both"/>
            </w:pPr>
            <w:r>
              <w:rPr>
                <w:b/>
              </w:rPr>
              <w:t>TIẾT 5</w:t>
            </w:r>
          </w:p>
        </w:tc>
      </w:tr>
      <w:tr w:rsidR="002575E4" w14:paraId="4CE0C848" w14:textId="77777777" w:rsidTr="00511D82">
        <w:trPr>
          <w:jc w:val="center"/>
        </w:trPr>
        <w:tc>
          <w:tcPr>
            <w:tcW w:w="5188" w:type="dxa"/>
            <w:gridSpan w:val="2"/>
            <w:tcBorders>
              <w:top w:val="single" w:sz="8" w:space="0" w:color="777777"/>
              <w:bottom w:val="single" w:sz="8" w:space="0" w:color="777777"/>
            </w:tcBorders>
            <w:shd w:val="clear" w:color="auto" w:fill="E2F0D9"/>
          </w:tcPr>
          <w:p w14:paraId="6E0B91AF" w14:textId="77777777" w:rsidR="002575E4" w:rsidRDefault="00DF730A" w:rsidP="00172E1F">
            <w:pPr>
              <w:shd w:val="clear" w:color="auto" w:fill="FFFFFF" w:themeFill="background1"/>
            </w:pPr>
            <w:r>
              <w:rPr>
                <w:b/>
              </w:rPr>
              <w:t>1. KHỞI ĐỘNG (3 phút)</w:t>
            </w:r>
            <w:r>
              <w:rPr>
                <w:b/>
              </w:rPr>
              <w:br/>
              <w:t>Mục tiêu: HS gợi nhớ hình ảnh bộ đội hải quân và chuẩn bị viết lời cảm ơn.</w:t>
            </w:r>
          </w:p>
        </w:tc>
      </w:tr>
      <w:tr w:rsidR="002575E4" w14:paraId="568EB2F6" w14:textId="77777777" w:rsidTr="00511D82">
        <w:trPr>
          <w:jc w:val="center"/>
        </w:trPr>
        <w:tc>
          <w:tcPr>
            <w:tcW w:w="5188" w:type="dxa"/>
            <w:tcBorders>
              <w:top w:val="single" w:sz="8" w:space="0" w:color="777777"/>
            </w:tcBorders>
          </w:tcPr>
          <w:p w14:paraId="66704699" w14:textId="77777777" w:rsidR="002575E4" w:rsidRDefault="00DF730A" w:rsidP="00172E1F">
            <w:pPr>
              <w:shd w:val="clear" w:color="auto" w:fill="FFFFFF" w:themeFill="background1"/>
            </w:pPr>
            <w:r>
              <w:t>- GV yêu cầu HS nói nhanh một từ hoặc một câu về bộ đội hải quân.</w:t>
            </w:r>
          </w:p>
        </w:tc>
        <w:tc>
          <w:tcPr>
            <w:tcW w:w="5188" w:type="dxa"/>
            <w:tcBorders>
              <w:top w:val="single" w:sz="8" w:space="0" w:color="777777"/>
            </w:tcBorders>
          </w:tcPr>
          <w:p w14:paraId="7C51509E" w14:textId="77777777" w:rsidR="002575E4" w:rsidRDefault="00DF730A" w:rsidP="00172E1F">
            <w:pPr>
              <w:shd w:val="clear" w:color="auto" w:fill="FFFFFF" w:themeFill="background1"/>
            </w:pPr>
            <w:r>
              <w:t>- HS nêu: giữ đảo, giữ trời, canh giữ biển đảo, dũng cảm, kỉ luật, xa nhà, bảo vệ Tổ quốc.</w:t>
            </w:r>
          </w:p>
        </w:tc>
      </w:tr>
      <w:tr w:rsidR="002575E4" w14:paraId="22F72CB5" w14:textId="77777777" w:rsidTr="00511D82">
        <w:trPr>
          <w:jc w:val="center"/>
        </w:trPr>
        <w:tc>
          <w:tcPr>
            <w:tcW w:w="5188" w:type="dxa"/>
            <w:tcBorders>
              <w:bottom w:val="single" w:sz="8" w:space="0" w:color="777777"/>
            </w:tcBorders>
          </w:tcPr>
          <w:p w14:paraId="3B74610F" w14:textId="77777777" w:rsidR="002575E4" w:rsidRDefault="00DF730A" w:rsidP="00172E1F">
            <w:pPr>
              <w:shd w:val="clear" w:color="auto" w:fill="FFFFFF" w:themeFill="background1"/>
            </w:pPr>
            <w:r>
              <w:t>- GV dẫn vào bài: Tiết học hôm nay các em sẽ viết 4-5 câu để cảm ơn các chú bộ đội hải quân đang làm nhiệm vụ bảo vệ biển đảo của Tổ quốc.</w:t>
            </w:r>
          </w:p>
        </w:tc>
        <w:tc>
          <w:tcPr>
            <w:tcW w:w="5188" w:type="dxa"/>
            <w:tcBorders>
              <w:bottom w:val="single" w:sz="8" w:space="0" w:color="777777"/>
            </w:tcBorders>
          </w:tcPr>
          <w:p w14:paraId="7ABC402E" w14:textId="77777777" w:rsidR="002575E4" w:rsidRDefault="00DF730A" w:rsidP="00172E1F">
            <w:pPr>
              <w:shd w:val="clear" w:color="auto" w:fill="FFFFFF" w:themeFill="background1"/>
            </w:pPr>
            <w:r>
              <w:t>- HS lắng nghe, xác định nhiệm vụ viết.</w:t>
            </w:r>
          </w:p>
        </w:tc>
      </w:tr>
      <w:tr w:rsidR="002575E4" w14:paraId="29552F1A" w14:textId="77777777" w:rsidTr="00511D82">
        <w:trPr>
          <w:jc w:val="center"/>
        </w:trPr>
        <w:tc>
          <w:tcPr>
            <w:tcW w:w="5188" w:type="dxa"/>
            <w:gridSpan w:val="2"/>
            <w:tcBorders>
              <w:top w:val="single" w:sz="8" w:space="0" w:color="777777"/>
              <w:bottom w:val="single" w:sz="8" w:space="0" w:color="777777"/>
            </w:tcBorders>
            <w:shd w:val="clear" w:color="auto" w:fill="E2F0D9"/>
          </w:tcPr>
          <w:p w14:paraId="7F7AE94D" w14:textId="77777777" w:rsidR="002575E4" w:rsidRDefault="00DF730A" w:rsidP="00172E1F">
            <w:pPr>
              <w:shd w:val="clear" w:color="auto" w:fill="FFFFFF" w:themeFill="background1"/>
            </w:pPr>
            <w:r>
              <w:rPr>
                <w:b/>
              </w:rPr>
              <w:t>2. KHÁM PHÁ KIẾN THỨC (10 phút)</w:t>
            </w:r>
            <w:r>
              <w:rPr>
                <w:b/>
              </w:rPr>
              <w:br/>
              <w:t>Mục tiêu: HS biết nói điều mình biết về bộ đội hải quân và nắm gợi ý viết lời cảm ơn.</w:t>
            </w:r>
          </w:p>
        </w:tc>
      </w:tr>
      <w:tr w:rsidR="002575E4" w14:paraId="5F91F94C" w14:textId="77777777" w:rsidTr="00511D82">
        <w:trPr>
          <w:jc w:val="center"/>
        </w:trPr>
        <w:tc>
          <w:tcPr>
            <w:tcW w:w="5188" w:type="dxa"/>
            <w:tcBorders>
              <w:top w:val="single" w:sz="8" w:space="0" w:color="777777"/>
            </w:tcBorders>
          </w:tcPr>
          <w:p w14:paraId="43FCC34C" w14:textId="77777777" w:rsidR="002575E4" w:rsidRDefault="00DF730A" w:rsidP="00172E1F">
            <w:pPr>
              <w:shd w:val="clear" w:color="auto" w:fill="FFFFFF" w:themeFill="background1"/>
            </w:pPr>
            <w:r>
              <w:rPr>
                <w:b/>
              </w:rPr>
              <w:t>Bài tập 1. Nói những điều em biết về các chú bộ đội hải quân.</w:t>
            </w:r>
          </w:p>
          <w:p w14:paraId="52DD260E" w14:textId="77777777" w:rsidR="002575E4" w:rsidRDefault="00DF730A" w:rsidP="00172E1F">
            <w:pPr>
              <w:shd w:val="clear" w:color="auto" w:fill="FFFFFF" w:themeFill="background1"/>
            </w:pPr>
            <w:r>
              <w:t>- GV yêu cầu HS quan sát tranh, trao đổi nhóm đôi và nói về trang phục, công việc, nơi làm nhiệm vụ của các chú.</w:t>
            </w:r>
          </w:p>
          <w:p w14:paraId="0909D310" w14:textId="27E7176A" w:rsidR="002575E4" w:rsidRDefault="002575E4" w:rsidP="00172E1F">
            <w:pPr>
              <w:shd w:val="clear" w:color="auto" w:fill="FFFFFF" w:themeFill="background1"/>
            </w:pPr>
          </w:p>
        </w:tc>
        <w:tc>
          <w:tcPr>
            <w:tcW w:w="5188" w:type="dxa"/>
            <w:tcBorders>
              <w:top w:val="single" w:sz="8" w:space="0" w:color="777777"/>
            </w:tcBorders>
          </w:tcPr>
          <w:p w14:paraId="58F2B679" w14:textId="77777777" w:rsidR="002575E4" w:rsidRDefault="00DF730A" w:rsidP="00172E1F">
            <w:pPr>
              <w:shd w:val="clear" w:color="auto" w:fill="FFFFFF" w:themeFill="background1"/>
            </w:pPr>
            <w:r>
              <w:t>- HS quan sát tranh, trao đổi nhóm đôi.</w:t>
            </w:r>
          </w:p>
          <w:p w14:paraId="724F197E" w14:textId="77777777" w:rsidR="002575E4" w:rsidRDefault="00DF730A" w:rsidP="00172E1F">
            <w:pPr>
              <w:shd w:val="clear" w:color="auto" w:fill="FFFFFF" w:themeFill="background1"/>
            </w:pPr>
            <w:r>
              <w:t>- Dự kiến: Các chú bộ đội hải quân làm nhiệm vụ ở biển đảo; tuần tra, canh giữ vùng biển; mặc quân phục hải quân; rất dũng cảm và có kỉ luật.</w:t>
            </w:r>
          </w:p>
        </w:tc>
      </w:tr>
      <w:tr w:rsidR="002575E4" w14:paraId="0EF9CF12" w14:textId="77777777" w:rsidTr="00511D82">
        <w:trPr>
          <w:jc w:val="center"/>
        </w:trPr>
        <w:tc>
          <w:tcPr>
            <w:tcW w:w="5188" w:type="dxa"/>
          </w:tcPr>
          <w:p w14:paraId="7E15C2A1" w14:textId="77777777" w:rsidR="002575E4" w:rsidRDefault="00DF730A" w:rsidP="00172E1F">
            <w:pPr>
              <w:shd w:val="clear" w:color="auto" w:fill="FFFFFF" w:themeFill="background1"/>
            </w:pPr>
            <w:r>
              <w:rPr>
                <w:b/>
              </w:rPr>
              <w:t>Bài tập 2. Viết 4-5 câu để cảm ơn các chú bộ đội hải quân đang làm nhiệm vụ bảo vệ biển đảo của Tổ quốc.</w:t>
            </w:r>
          </w:p>
          <w:p w14:paraId="23D89B84" w14:textId="77777777" w:rsidR="002575E4" w:rsidRDefault="00DF730A" w:rsidP="00172E1F">
            <w:pPr>
              <w:shd w:val="clear" w:color="auto" w:fill="FFFFFF" w:themeFill="background1"/>
            </w:pPr>
            <w:r>
              <w:t xml:space="preserve">- GV cho HS đọc sơ đồ gợi ý trong SGK: mở </w:t>
            </w:r>
            <w:r>
              <w:lastRenderedPageBreak/>
              <w:t>đầu gửi lời chào; giới thiệu ngắn gọn về mình; viết lời cảm ơn và nêu lí do; cuối cùng gửi lời chúc.</w:t>
            </w:r>
          </w:p>
          <w:p w14:paraId="47D2E8B3" w14:textId="677A03CA" w:rsidR="002575E4" w:rsidRDefault="002575E4" w:rsidP="00172E1F">
            <w:pPr>
              <w:shd w:val="clear" w:color="auto" w:fill="FFFFFF" w:themeFill="background1"/>
            </w:pPr>
          </w:p>
        </w:tc>
        <w:tc>
          <w:tcPr>
            <w:tcW w:w="5188" w:type="dxa"/>
          </w:tcPr>
          <w:p w14:paraId="0135FB64" w14:textId="77777777" w:rsidR="002575E4" w:rsidRDefault="00DF730A" w:rsidP="00172E1F">
            <w:pPr>
              <w:shd w:val="clear" w:color="auto" w:fill="FFFFFF" w:themeFill="background1"/>
            </w:pPr>
            <w:r>
              <w:lastRenderedPageBreak/>
              <w:t>- HS đọc yêu cầu và sơ đồ gợi ý; xác định đoạn viết cần có lời chào, giới thiệu, lời cảm ơn, lí do và lời chúc.</w:t>
            </w:r>
          </w:p>
        </w:tc>
      </w:tr>
      <w:tr w:rsidR="002575E4" w14:paraId="7008F730" w14:textId="77777777" w:rsidTr="00511D82">
        <w:trPr>
          <w:jc w:val="center"/>
        </w:trPr>
        <w:tc>
          <w:tcPr>
            <w:tcW w:w="5188" w:type="dxa"/>
          </w:tcPr>
          <w:p w14:paraId="2089B1AB" w14:textId="77777777" w:rsidR="002575E4" w:rsidRDefault="00DF730A" w:rsidP="00172E1F">
            <w:pPr>
              <w:shd w:val="clear" w:color="auto" w:fill="FFFFFF" w:themeFill="background1"/>
            </w:pPr>
            <w:r>
              <w:rPr>
                <w:color w:val="C00000"/>
              </w:rPr>
              <w:t>- GV hỏi: Vì sao chúng ta viết lời cảm ơn các chú bộ đội hải quân?</w:t>
            </w:r>
          </w:p>
        </w:tc>
        <w:tc>
          <w:tcPr>
            <w:tcW w:w="5188" w:type="dxa"/>
          </w:tcPr>
          <w:p w14:paraId="5D71C114" w14:textId="77777777" w:rsidR="002575E4" w:rsidRDefault="00DF730A" w:rsidP="00172E1F">
            <w:pPr>
              <w:shd w:val="clear" w:color="auto" w:fill="FFFFFF" w:themeFill="background1"/>
            </w:pPr>
            <w:r>
              <w:rPr>
                <w:color w:val="C00000"/>
              </w:rPr>
              <w:t>- HS nêu: Vì các chú ngày đêm bảo vệ biển đảo, chịu nhiều khó khăn, xa gia đình để Tổ quốc bình yên.</w:t>
            </w:r>
          </w:p>
        </w:tc>
      </w:tr>
      <w:tr w:rsidR="002575E4" w14:paraId="5B9537DD" w14:textId="77777777" w:rsidTr="00511D82">
        <w:trPr>
          <w:jc w:val="center"/>
        </w:trPr>
        <w:tc>
          <w:tcPr>
            <w:tcW w:w="5188" w:type="dxa"/>
            <w:tcBorders>
              <w:bottom w:val="single" w:sz="8" w:space="0" w:color="777777"/>
            </w:tcBorders>
          </w:tcPr>
          <w:p w14:paraId="22FFE992" w14:textId="77777777" w:rsidR="002575E4" w:rsidRDefault="00DF730A" w:rsidP="00172E1F">
            <w:pPr>
              <w:shd w:val="clear" w:color="auto" w:fill="FFFFFF" w:themeFill="background1"/>
            </w:pPr>
            <w:r>
              <w:rPr>
                <w:color w:val="C00000"/>
              </w:rPr>
              <w:t>- Tích hợp QPAN/ANQP: GV diễn giải: Khi viết lời cảm ơn, các em cần thể hiện sự kính trọng với các chú bộ đội hải quân. Các chú đang thực hiện nhiệm vụ bảo vệ chủ quyền biển đảo, giữ gìn bình yên cho quê hương. Lời cảm ơn của học sinh lớp 2 không cần dài nhưng cần chân thành, dùng từ lễ phép như “cháu cảm ơn”, “cháu kính chúc”, “cháu sẽ chăm học”. Đó cũng là cách các em thể hiện lòng yêu nước và biết ơn người bảo vệ Tổ quốc.</w:t>
            </w:r>
          </w:p>
        </w:tc>
        <w:tc>
          <w:tcPr>
            <w:tcW w:w="5188" w:type="dxa"/>
            <w:tcBorders>
              <w:bottom w:val="single" w:sz="8" w:space="0" w:color="777777"/>
            </w:tcBorders>
          </w:tcPr>
          <w:p w14:paraId="4EB046B4" w14:textId="77777777" w:rsidR="002575E4" w:rsidRDefault="00DF730A" w:rsidP="00172E1F">
            <w:pPr>
              <w:shd w:val="clear" w:color="auto" w:fill="FFFFFF" w:themeFill="background1"/>
            </w:pPr>
            <w:r>
              <w:rPr>
                <w:color w:val="C00000"/>
              </w:rPr>
              <w:t>- HS lắng nghe; nêu từ ngữ sẽ dùng trong đoạn viết: cháu chào các chú, cháu cảm ơn các chú, cháu kính chúc các chú mạnh khỏe, cháu sẽ chăm học.</w:t>
            </w:r>
          </w:p>
        </w:tc>
      </w:tr>
      <w:tr w:rsidR="002575E4" w14:paraId="68D09EDD" w14:textId="77777777" w:rsidTr="00511D82">
        <w:trPr>
          <w:jc w:val="center"/>
        </w:trPr>
        <w:tc>
          <w:tcPr>
            <w:tcW w:w="5188" w:type="dxa"/>
            <w:gridSpan w:val="2"/>
            <w:tcBorders>
              <w:top w:val="single" w:sz="8" w:space="0" w:color="777777"/>
              <w:bottom w:val="single" w:sz="8" w:space="0" w:color="777777"/>
            </w:tcBorders>
            <w:shd w:val="clear" w:color="auto" w:fill="E2F0D9"/>
          </w:tcPr>
          <w:p w14:paraId="068CF646" w14:textId="77777777" w:rsidR="002575E4" w:rsidRDefault="00DF730A" w:rsidP="00172E1F">
            <w:pPr>
              <w:shd w:val="clear" w:color="auto" w:fill="FFFFFF" w:themeFill="background1"/>
            </w:pPr>
            <w:r>
              <w:rPr>
                <w:b/>
              </w:rPr>
              <w:t>3. LUYỆN TẬP - THỰC HÀNH (17 phút)</w:t>
            </w:r>
            <w:r>
              <w:rPr>
                <w:b/>
              </w:rPr>
              <w:br/>
              <w:t>Mục tiêu: HS viết được 4-5 câu cảm ơn các chú bộ đội hải quân theo gợi ý.</w:t>
            </w:r>
          </w:p>
        </w:tc>
      </w:tr>
      <w:tr w:rsidR="002575E4" w14:paraId="399C0152" w14:textId="77777777" w:rsidTr="00511D82">
        <w:trPr>
          <w:jc w:val="center"/>
        </w:trPr>
        <w:tc>
          <w:tcPr>
            <w:tcW w:w="5188" w:type="dxa"/>
            <w:tcBorders>
              <w:top w:val="single" w:sz="8" w:space="0" w:color="777777"/>
            </w:tcBorders>
          </w:tcPr>
          <w:p w14:paraId="266B7069" w14:textId="77777777" w:rsidR="002575E4" w:rsidRDefault="00DF730A" w:rsidP="00172E1F">
            <w:pPr>
              <w:shd w:val="clear" w:color="auto" w:fill="FFFFFF" w:themeFill="background1"/>
            </w:pPr>
            <w:r>
              <w:t>- GV hướng dẫn HS lập ý nhanh vào nháp theo 4 phần: lời chào, giới thiệu, lời cảm ơn - lí do, lời chúc.</w:t>
            </w:r>
          </w:p>
        </w:tc>
        <w:tc>
          <w:tcPr>
            <w:tcW w:w="5188" w:type="dxa"/>
            <w:tcBorders>
              <w:top w:val="single" w:sz="8" w:space="0" w:color="777777"/>
            </w:tcBorders>
          </w:tcPr>
          <w:p w14:paraId="02C423BF" w14:textId="77777777" w:rsidR="002575E4" w:rsidRDefault="00DF730A" w:rsidP="00172E1F">
            <w:pPr>
              <w:shd w:val="clear" w:color="auto" w:fill="FFFFFF" w:themeFill="background1"/>
            </w:pPr>
            <w:r>
              <w:t>- HS lập ý vào nháp, chọn từ ngữ phù hợp để viết.</w:t>
            </w:r>
          </w:p>
        </w:tc>
      </w:tr>
      <w:tr w:rsidR="002575E4" w14:paraId="668BD619" w14:textId="77777777" w:rsidTr="00511D82">
        <w:trPr>
          <w:jc w:val="center"/>
        </w:trPr>
        <w:tc>
          <w:tcPr>
            <w:tcW w:w="5188" w:type="dxa"/>
          </w:tcPr>
          <w:p w14:paraId="30EB83B4" w14:textId="77777777" w:rsidR="002575E4" w:rsidRDefault="00DF730A" w:rsidP="00172E1F">
            <w:pPr>
              <w:shd w:val="clear" w:color="auto" w:fill="FFFFFF" w:themeFill="background1"/>
            </w:pPr>
            <w:r>
              <w:t>- GV đưa đoạn mẫu để HS tham khảo, không chép máy móc: “Cháu chào các chú bộ đội hải quân. Cháu là học sinh lớp 2. Cháu cảm ơn các chú đã ngày đêm canh giữ biển đảo của Tổ quốc. Nhờ có các chú, quê hương mình được bình yên. Cháu kính chúc các chú luôn mạnh khỏe và hoàn thành tốt nhiệm vụ.”</w:t>
            </w:r>
          </w:p>
        </w:tc>
        <w:tc>
          <w:tcPr>
            <w:tcW w:w="5188" w:type="dxa"/>
          </w:tcPr>
          <w:p w14:paraId="562863DC" w14:textId="77777777" w:rsidR="002575E4" w:rsidRDefault="00DF730A" w:rsidP="00172E1F">
            <w:pPr>
              <w:shd w:val="clear" w:color="auto" w:fill="FFFFFF" w:themeFill="background1"/>
            </w:pPr>
            <w:r>
              <w:t>- HS lắng nghe, nhận biết đoạn mẫu có đủ lời chào, lời cảm ơn, lí do và lời chúc.</w:t>
            </w:r>
          </w:p>
        </w:tc>
      </w:tr>
      <w:tr w:rsidR="002575E4" w14:paraId="73894380" w14:textId="77777777" w:rsidTr="00511D82">
        <w:trPr>
          <w:jc w:val="center"/>
        </w:trPr>
        <w:tc>
          <w:tcPr>
            <w:tcW w:w="5188" w:type="dxa"/>
          </w:tcPr>
          <w:p w14:paraId="1DA15B7E" w14:textId="77777777" w:rsidR="002575E4" w:rsidRDefault="00DF730A" w:rsidP="00172E1F">
            <w:pPr>
              <w:shd w:val="clear" w:color="auto" w:fill="FFFFFF" w:themeFill="background1"/>
            </w:pPr>
            <w:r>
              <w:t>- GV cho HS viết đoạn 4-5 câu vào vở; theo dõi, hỗ trợ HS còn lúng túng.</w:t>
            </w:r>
          </w:p>
        </w:tc>
        <w:tc>
          <w:tcPr>
            <w:tcW w:w="5188" w:type="dxa"/>
          </w:tcPr>
          <w:p w14:paraId="523FC584" w14:textId="77777777" w:rsidR="002575E4" w:rsidRDefault="00DF730A" w:rsidP="00172E1F">
            <w:pPr>
              <w:shd w:val="clear" w:color="auto" w:fill="FFFFFF" w:themeFill="background1"/>
            </w:pPr>
            <w:r>
              <w:t>- HS viết đoạn văn vào vở, chú ý viết hoa đầu câu, dùng dấu chấm cuối câu.</w:t>
            </w:r>
          </w:p>
        </w:tc>
      </w:tr>
      <w:tr w:rsidR="002575E4" w14:paraId="08578EBB" w14:textId="77777777" w:rsidTr="00511D82">
        <w:trPr>
          <w:jc w:val="center"/>
        </w:trPr>
        <w:tc>
          <w:tcPr>
            <w:tcW w:w="5188" w:type="dxa"/>
            <w:tcBorders>
              <w:bottom w:val="single" w:sz="8" w:space="0" w:color="777777"/>
            </w:tcBorders>
          </w:tcPr>
          <w:p w14:paraId="73EF6A93" w14:textId="77777777" w:rsidR="002575E4" w:rsidRDefault="00DF730A" w:rsidP="00172E1F">
            <w:pPr>
              <w:shd w:val="clear" w:color="auto" w:fill="FFFFFF" w:themeFill="background1"/>
            </w:pPr>
            <w:r>
              <w:t>- GV yêu cầu HS đổi vở theo cặp, đọc bài cho bạn nghe và góp ý: đoạn viết đã đủ ý chưa, lời cảm ơn có lễ phép không.</w:t>
            </w:r>
          </w:p>
        </w:tc>
        <w:tc>
          <w:tcPr>
            <w:tcW w:w="5188" w:type="dxa"/>
            <w:tcBorders>
              <w:bottom w:val="single" w:sz="8" w:space="0" w:color="777777"/>
            </w:tcBorders>
          </w:tcPr>
          <w:p w14:paraId="42D88AF4" w14:textId="77777777" w:rsidR="002575E4" w:rsidRDefault="00DF730A" w:rsidP="00172E1F">
            <w:pPr>
              <w:shd w:val="clear" w:color="auto" w:fill="FFFFFF" w:themeFill="background1"/>
            </w:pPr>
            <w:r>
              <w:t>- HS đổi vở, đọc bài, góp ý nhẹ nhàng và sửa lỗi.</w:t>
            </w:r>
          </w:p>
        </w:tc>
      </w:tr>
      <w:tr w:rsidR="002575E4" w14:paraId="284E112B" w14:textId="77777777" w:rsidTr="00511D82">
        <w:trPr>
          <w:jc w:val="center"/>
        </w:trPr>
        <w:tc>
          <w:tcPr>
            <w:tcW w:w="5188" w:type="dxa"/>
            <w:gridSpan w:val="2"/>
            <w:tcBorders>
              <w:top w:val="single" w:sz="8" w:space="0" w:color="777777"/>
              <w:bottom w:val="single" w:sz="8" w:space="0" w:color="777777"/>
            </w:tcBorders>
            <w:shd w:val="clear" w:color="auto" w:fill="E2F0D9"/>
          </w:tcPr>
          <w:p w14:paraId="220B587A" w14:textId="77777777" w:rsidR="002575E4" w:rsidRDefault="00DF730A" w:rsidP="00172E1F">
            <w:pPr>
              <w:shd w:val="clear" w:color="auto" w:fill="FFFFFF" w:themeFill="background1"/>
            </w:pPr>
            <w:r>
              <w:rPr>
                <w:b/>
              </w:rPr>
              <w:t>4. VẬN DỤNG (5 phút)</w:t>
            </w:r>
            <w:r>
              <w:rPr>
                <w:b/>
              </w:rPr>
              <w:br/>
              <w:t>Mục tiêu: HS biết bày tỏ lòng biết ơn bằng việc làm cụ thể.</w:t>
            </w:r>
          </w:p>
        </w:tc>
      </w:tr>
      <w:tr w:rsidR="002575E4" w14:paraId="14292E12" w14:textId="77777777" w:rsidTr="00511D82">
        <w:trPr>
          <w:jc w:val="center"/>
        </w:trPr>
        <w:tc>
          <w:tcPr>
            <w:tcW w:w="5188" w:type="dxa"/>
            <w:tcBorders>
              <w:top w:val="single" w:sz="8" w:space="0" w:color="777777"/>
            </w:tcBorders>
          </w:tcPr>
          <w:p w14:paraId="55F57816" w14:textId="77777777" w:rsidR="002575E4" w:rsidRDefault="00DF730A" w:rsidP="00172E1F">
            <w:pPr>
              <w:shd w:val="clear" w:color="auto" w:fill="FFFFFF" w:themeFill="background1"/>
            </w:pPr>
            <w:r>
              <w:t>- GV hỏi: Ngoài viết lời cảm ơn, em còn có thể làm gì để thể hiện tình cảm với các chú bộ đội hải quân?</w:t>
            </w:r>
          </w:p>
        </w:tc>
        <w:tc>
          <w:tcPr>
            <w:tcW w:w="5188" w:type="dxa"/>
            <w:tcBorders>
              <w:top w:val="single" w:sz="8" w:space="0" w:color="777777"/>
            </w:tcBorders>
          </w:tcPr>
          <w:p w14:paraId="450CB930" w14:textId="77777777" w:rsidR="002575E4" w:rsidRDefault="00DF730A" w:rsidP="00172E1F">
            <w:pPr>
              <w:shd w:val="clear" w:color="auto" w:fill="FFFFFF" w:themeFill="background1"/>
            </w:pPr>
            <w:r>
              <w:t>- HS nêu: vẽ tranh, đọc thơ, học tập tốt, giữ nề nếp, tìm hiểu thêm về biển đảo Việt Nam.</w:t>
            </w:r>
          </w:p>
        </w:tc>
      </w:tr>
      <w:tr w:rsidR="002575E4" w14:paraId="2247D3B7" w14:textId="77777777" w:rsidTr="00511D82">
        <w:trPr>
          <w:jc w:val="center"/>
        </w:trPr>
        <w:tc>
          <w:tcPr>
            <w:tcW w:w="5188" w:type="dxa"/>
            <w:tcBorders>
              <w:bottom w:val="single" w:sz="8" w:space="0" w:color="777777"/>
            </w:tcBorders>
          </w:tcPr>
          <w:p w14:paraId="0AD934E5" w14:textId="77777777" w:rsidR="002575E4" w:rsidRDefault="00DF730A" w:rsidP="00172E1F">
            <w:pPr>
              <w:shd w:val="clear" w:color="auto" w:fill="FFFFFF" w:themeFill="background1"/>
            </w:pPr>
            <w:r>
              <w:t>- GV dặn HS hoàn thiện đoạn viết và chuẩn bị một bài thơ/câu chuyện về bộ đội hải quân cho tiết đọc mở rộng.</w:t>
            </w:r>
          </w:p>
        </w:tc>
        <w:tc>
          <w:tcPr>
            <w:tcW w:w="5188" w:type="dxa"/>
            <w:tcBorders>
              <w:bottom w:val="single" w:sz="8" w:space="0" w:color="777777"/>
            </w:tcBorders>
          </w:tcPr>
          <w:p w14:paraId="49CEEC30" w14:textId="77777777" w:rsidR="002575E4" w:rsidRDefault="00DF730A" w:rsidP="00172E1F">
            <w:pPr>
              <w:shd w:val="clear" w:color="auto" w:fill="FFFFFF" w:themeFill="background1"/>
            </w:pPr>
            <w:r>
              <w:t>- HS ghi nhớ nhiệm vụ.</w:t>
            </w:r>
          </w:p>
        </w:tc>
      </w:tr>
      <w:tr w:rsidR="002575E4" w14:paraId="50F11878" w14:textId="77777777" w:rsidTr="00511D82">
        <w:trPr>
          <w:jc w:val="center"/>
        </w:trPr>
        <w:tc>
          <w:tcPr>
            <w:tcW w:w="5188" w:type="dxa"/>
            <w:gridSpan w:val="2"/>
            <w:tcBorders>
              <w:top w:val="single" w:sz="8" w:space="0" w:color="777777"/>
              <w:bottom w:val="single" w:sz="8" w:space="0" w:color="777777"/>
            </w:tcBorders>
            <w:shd w:val="clear" w:color="auto" w:fill="E2F0D9"/>
          </w:tcPr>
          <w:p w14:paraId="3891EAFF" w14:textId="77777777" w:rsidR="002575E4" w:rsidRDefault="00DF730A" w:rsidP="00172E1F">
            <w:pPr>
              <w:shd w:val="clear" w:color="auto" w:fill="FFFFFF" w:themeFill="background1"/>
            </w:pPr>
            <w:r>
              <w:rPr>
                <w:b/>
              </w:rPr>
              <w:t>TIẾT 6</w:t>
            </w:r>
          </w:p>
        </w:tc>
      </w:tr>
      <w:tr w:rsidR="002575E4" w14:paraId="7EC737EA" w14:textId="77777777" w:rsidTr="00511D82">
        <w:trPr>
          <w:jc w:val="center"/>
        </w:trPr>
        <w:tc>
          <w:tcPr>
            <w:tcW w:w="5188" w:type="dxa"/>
            <w:gridSpan w:val="2"/>
            <w:tcBorders>
              <w:top w:val="single" w:sz="8" w:space="0" w:color="777777"/>
              <w:bottom w:val="single" w:sz="8" w:space="0" w:color="777777"/>
            </w:tcBorders>
            <w:shd w:val="clear" w:color="auto" w:fill="E2F0D9"/>
          </w:tcPr>
          <w:p w14:paraId="4C4499A5" w14:textId="77777777" w:rsidR="002575E4" w:rsidRDefault="00DF730A" w:rsidP="00172E1F">
            <w:pPr>
              <w:shd w:val="clear" w:color="auto" w:fill="FFFFFF" w:themeFill="background1"/>
            </w:pPr>
            <w:r>
              <w:rPr>
                <w:b/>
              </w:rPr>
              <w:t>1. KHỞI ĐỘNG (3 phút)</w:t>
            </w:r>
            <w:r>
              <w:rPr>
                <w:b/>
              </w:rPr>
              <w:br/>
              <w:t>Mục tiêu: HS kết nối đoạn viết lời cảm ơn với hoạt động đọc mở rộng về bộ đội hải quân.</w:t>
            </w:r>
          </w:p>
        </w:tc>
      </w:tr>
      <w:tr w:rsidR="002575E4" w14:paraId="7EFC9076" w14:textId="77777777" w:rsidTr="00511D82">
        <w:trPr>
          <w:jc w:val="center"/>
        </w:trPr>
        <w:tc>
          <w:tcPr>
            <w:tcW w:w="5188" w:type="dxa"/>
            <w:tcBorders>
              <w:top w:val="single" w:sz="8" w:space="0" w:color="777777"/>
              <w:bottom w:val="single" w:sz="8" w:space="0" w:color="777777"/>
            </w:tcBorders>
          </w:tcPr>
          <w:p w14:paraId="3BB8F834" w14:textId="77777777" w:rsidR="002575E4" w:rsidRDefault="00DF730A" w:rsidP="00172E1F">
            <w:pPr>
              <w:shd w:val="clear" w:color="auto" w:fill="FFFFFF" w:themeFill="background1"/>
            </w:pPr>
            <w:r>
              <w:t>- GV mời 1-2 HS đọc một câu em thích trong đoạn viết lời cảm ơn của mình.</w:t>
            </w:r>
          </w:p>
        </w:tc>
        <w:tc>
          <w:tcPr>
            <w:tcW w:w="5188" w:type="dxa"/>
            <w:tcBorders>
              <w:top w:val="single" w:sz="8" w:space="0" w:color="777777"/>
              <w:bottom w:val="single" w:sz="8" w:space="0" w:color="777777"/>
            </w:tcBorders>
          </w:tcPr>
          <w:p w14:paraId="4216C7D2" w14:textId="77777777" w:rsidR="002575E4" w:rsidRDefault="00DF730A" w:rsidP="00172E1F">
            <w:pPr>
              <w:shd w:val="clear" w:color="auto" w:fill="FFFFFF" w:themeFill="background1"/>
            </w:pPr>
            <w:r>
              <w:t>- HS đọc câu đã viết; cả lớp lắng nghe và động viên bạn.</w:t>
            </w:r>
          </w:p>
        </w:tc>
      </w:tr>
      <w:tr w:rsidR="002575E4" w14:paraId="1E506157" w14:textId="77777777" w:rsidTr="00511D82">
        <w:trPr>
          <w:jc w:val="center"/>
        </w:trPr>
        <w:tc>
          <w:tcPr>
            <w:tcW w:w="5188" w:type="dxa"/>
            <w:gridSpan w:val="2"/>
            <w:tcBorders>
              <w:top w:val="single" w:sz="8" w:space="0" w:color="777777"/>
              <w:bottom w:val="single" w:sz="8" w:space="0" w:color="777777"/>
            </w:tcBorders>
            <w:shd w:val="clear" w:color="auto" w:fill="E2F0D9"/>
          </w:tcPr>
          <w:p w14:paraId="3A3F0284" w14:textId="77777777" w:rsidR="002575E4" w:rsidRDefault="00DF730A" w:rsidP="00172E1F">
            <w:pPr>
              <w:shd w:val="clear" w:color="auto" w:fill="FFFFFF" w:themeFill="background1"/>
            </w:pPr>
            <w:r>
              <w:rPr>
                <w:b/>
              </w:rPr>
              <w:t>2. KHÁM PHÁ KIẾN THỨC (8 phút)</w:t>
            </w:r>
            <w:r>
              <w:rPr>
                <w:b/>
              </w:rPr>
              <w:br/>
              <w:t>Mục tiêu: HS biết tìm đọc bài thơ, câu chuyện viết về bộ đội hải quân.</w:t>
            </w:r>
          </w:p>
        </w:tc>
      </w:tr>
      <w:tr w:rsidR="002575E4" w14:paraId="74B77A7F" w14:textId="77777777" w:rsidTr="00511D82">
        <w:trPr>
          <w:jc w:val="center"/>
        </w:trPr>
        <w:tc>
          <w:tcPr>
            <w:tcW w:w="5188" w:type="dxa"/>
            <w:tcBorders>
              <w:top w:val="single" w:sz="8" w:space="0" w:color="777777"/>
            </w:tcBorders>
          </w:tcPr>
          <w:p w14:paraId="0CB302DA" w14:textId="77777777" w:rsidR="002575E4" w:rsidRDefault="00DF730A" w:rsidP="00172E1F">
            <w:pPr>
              <w:shd w:val="clear" w:color="auto" w:fill="FFFFFF" w:themeFill="background1"/>
            </w:pPr>
            <w:r>
              <w:rPr>
                <w:b/>
              </w:rPr>
              <w:lastRenderedPageBreak/>
              <w:t>Đọc mở rộng.</w:t>
            </w:r>
          </w:p>
          <w:p w14:paraId="4A811A2B" w14:textId="77777777" w:rsidR="002575E4" w:rsidRDefault="00DF730A" w:rsidP="00172E1F">
            <w:pPr>
              <w:shd w:val="clear" w:color="auto" w:fill="FFFFFF" w:themeFill="background1"/>
            </w:pPr>
            <w:r>
              <w:t>Bài tập 1. Tìm đọc bài thơ, câu chuyện viết về các chú bộ đội hải quân.</w:t>
            </w:r>
          </w:p>
          <w:p w14:paraId="55D5CD92" w14:textId="77777777" w:rsidR="002575E4" w:rsidRDefault="00DF730A" w:rsidP="00172E1F">
            <w:pPr>
              <w:shd w:val="clear" w:color="auto" w:fill="FFFFFF" w:themeFill="background1"/>
            </w:pPr>
            <w:r>
              <w:t>- GV giới thiệu tranh đọc mở rộng trong SGK; yêu cầu HS quan sát bạn nhỏ đọc thơ trước lớp và nêu nội dung hoạt động.</w:t>
            </w:r>
          </w:p>
          <w:p w14:paraId="063C2DBD" w14:textId="4EF044C2" w:rsidR="002575E4" w:rsidRDefault="002575E4" w:rsidP="00172E1F">
            <w:pPr>
              <w:shd w:val="clear" w:color="auto" w:fill="FFFFFF" w:themeFill="background1"/>
            </w:pPr>
          </w:p>
        </w:tc>
        <w:tc>
          <w:tcPr>
            <w:tcW w:w="5188" w:type="dxa"/>
            <w:tcBorders>
              <w:top w:val="single" w:sz="8" w:space="0" w:color="777777"/>
            </w:tcBorders>
          </w:tcPr>
          <w:p w14:paraId="4DB35B04" w14:textId="77777777" w:rsidR="002575E4" w:rsidRDefault="00DF730A" w:rsidP="00172E1F">
            <w:pPr>
              <w:shd w:val="clear" w:color="auto" w:fill="FFFFFF" w:themeFill="background1"/>
            </w:pPr>
            <w:r>
              <w:t>- HS quan sát tranh; nêu: bạn nhỏ đang đọc cho các bạn nghe bài thơ/câu văn về chú hải quân.</w:t>
            </w:r>
          </w:p>
        </w:tc>
      </w:tr>
      <w:tr w:rsidR="002575E4" w14:paraId="0C6389B9" w14:textId="77777777" w:rsidTr="00511D82">
        <w:trPr>
          <w:jc w:val="center"/>
        </w:trPr>
        <w:tc>
          <w:tcPr>
            <w:tcW w:w="5188" w:type="dxa"/>
            <w:tcBorders>
              <w:bottom w:val="single" w:sz="8" w:space="0" w:color="777777"/>
            </w:tcBorders>
          </w:tcPr>
          <w:p w14:paraId="3DE3565E" w14:textId="77777777" w:rsidR="002575E4" w:rsidRDefault="00DF730A" w:rsidP="00172E1F">
            <w:pPr>
              <w:shd w:val="clear" w:color="auto" w:fill="FFFFFF" w:themeFill="background1"/>
            </w:pPr>
            <w:r>
              <w:t>- GV hướng dẫn HS tìm đọc theo cách phù hợp: đọc sách trong thư viện lớp, sách báo thiếu nhi hoặc nhờ người lớn hỗ trợ tìm thông tin an toàn trên thiết bị số.</w:t>
            </w:r>
          </w:p>
        </w:tc>
        <w:tc>
          <w:tcPr>
            <w:tcW w:w="5188" w:type="dxa"/>
            <w:tcBorders>
              <w:bottom w:val="single" w:sz="8" w:space="0" w:color="777777"/>
            </w:tcBorders>
          </w:tcPr>
          <w:p w14:paraId="55753448" w14:textId="77777777" w:rsidR="002575E4" w:rsidRDefault="00DF730A" w:rsidP="00172E1F">
            <w:pPr>
              <w:shd w:val="clear" w:color="auto" w:fill="FFFFFF" w:themeFill="background1"/>
            </w:pPr>
            <w:r>
              <w:t>- HS lắng nghe, nêu nguồn có thể tìm: sách ở thư viện, báo thiếu nhi, sách của gia đình, trang web do người lớn mở giúp.</w:t>
            </w:r>
          </w:p>
        </w:tc>
      </w:tr>
      <w:tr w:rsidR="002575E4" w14:paraId="65F61A92" w14:textId="77777777" w:rsidTr="00511D82">
        <w:trPr>
          <w:jc w:val="center"/>
        </w:trPr>
        <w:tc>
          <w:tcPr>
            <w:tcW w:w="5188" w:type="dxa"/>
            <w:gridSpan w:val="2"/>
            <w:tcBorders>
              <w:top w:val="single" w:sz="8" w:space="0" w:color="777777"/>
              <w:bottom w:val="single" w:sz="8" w:space="0" w:color="777777"/>
            </w:tcBorders>
            <w:shd w:val="clear" w:color="auto" w:fill="E2F0D9"/>
          </w:tcPr>
          <w:p w14:paraId="61A73055" w14:textId="77777777" w:rsidR="002575E4" w:rsidRDefault="00DF730A" w:rsidP="00172E1F">
            <w:pPr>
              <w:shd w:val="clear" w:color="auto" w:fill="FFFFFF" w:themeFill="background1"/>
            </w:pPr>
            <w:r>
              <w:rPr>
                <w:b/>
              </w:rPr>
              <w:t>3. LUYỆN TẬP - THỰC HÀNH (17 phút)</w:t>
            </w:r>
            <w:r>
              <w:rPr>
                <w:b/>
              </w:rPr>
              <w:br/>
              <w:t>Mục tiêu: HS đọc cho bạn nghe câu thơ, câu văn yêu thích và trao đổi lí do em thích.</w:t>
            </w:r>
          </w:p>
        </w:tc>
      </w:tr>
      <w:tr w:rsidR="002575E4" w14:paraId="2A62C3B4" w14:textId="77777777" w:rsidTr="00511D82">
        <w:trPr>
          <w:jc w:val="center"/>
        </w:trPr>
        <w:tc>
          <w:tcPr>
            <w:tcW w:w="5188" w:type="dxa"/>
            <w:tcBorders>
              <w:top w:val="single" w:sz="8" w:space="0" w:color="777777"/>
            </w:tcBorders>
          </w:tcPr>
          <w:p w14:paraId="2D66503F" w14:textId="77777777" w:rsidR="002575E4" w:rsidRDefault="00DF730A" w:rsidP="00172E1F">
            <w:pPr>
              <w:shd w:val="clear" w:color="auto" w:fill="FFFFFF" w:themeFill="background1"/>
            </w:pPr>
            <w:r>
              <w:rPr>
                <w:b/>
              </w:rPr>
              <w:t>Bài tập 2. Đọc cho các bạn nghe những câu văn, câu thơ em thích.</w:t>
            </w:r>
          </w:p>
          <w:p w14:paraId="4921485E" w14:textId="77777777" w:rsidR="002575E4" w:rsidRDefault="00DF730A" w:rsidP="00172E1F">
            <w:pPr>
              <w:shd w:val="clear" w:color="auto" w:fill="FFFFFF" w:themeFill="background1"/>
            </w:pPr>
            <w:r>
              <w:t>- GV tổ chức nhóm 4; mỗi HS đọc câu thơ/câu văn đã chuẩn bị và nói lí do em thích.</w:t>
            </w:r>
          </w:p>
        </w:tc>
        <w:tc>
          <w:tcPr>
            <w:tcW w:w="5188" w:type="dxa"/>
            <w:tcBorders>
              <w:top w:val="single" w:sz="8" w:space="0" w:color="777777"/>
            </w:tcBorders>
          </w:tcPr>
          <w:p w14:paraId="1CE222EE" w14:textId="77777777" w:rsidR="002575E4" w:rsidRDefault="00DF730A" w:rsidP="00172E1F">
            <w:pPr>
              <w:shd w:val="clear" w:color="auto" w:fill="FFFFFF" w:themeFill="background1"/>
            </w:pPr>
            <w:r>
              <w:t>- HS đọc trong nhóm 4; nói lí do: câu thơ hay, thể hiện sự dũng cảm, tình yêu biển đảo hoặc lòng biết ơn các chú bộ đội.</w:t>
            </w:r>
          </w:p>
        </w:tc>
      </w:tr>
      <w:tr w:rsidR="002575E4" w14:paraId="2A6B8320" w14:textId="77777777" w:rsidTr="00511D82">
        <w:trPr>
          <w:jc w:val="center"/>
        </w:trPr>
        <w:tc>
          <w:tcPr>
            <w:tcW w:w="5188" w:type="dxa"/>
          </w:tcPr>
          <w:p w14:paraId="29FA8F8F" w14:textId="77777777" w:rsidR="002575E4" w:rsidRDefault="00DF730A" w:rsidP="00172E1F">
            <w:pPr>
              <w:shd w:val="clear" w:color="auto" w:fill="FFFFFF" w:themeFill="background1"/>
            </w:pPr>
            <w:r>
              <w:t>- GV mời một số HS đọc trước lớp; yêu cầu lớp lắng nghe, nhận xét bằng lời lịch sự.</w:t>
            </w:r>
          </w:p>
        </w:tc>
        <w:tc>
          <w:tcPr>
            <w:tcW w:w="5188" w:type="dxa"/>
          </w:tcPr>
          <w:p w14:paraId="0C621926" w14:textId="77777777" w:rsidR="002575E4" w:rsidRDefault="00DF730A" w:rsidP="00172E1F">
            <w:pPr>
              <w:shd w:val="clear" w:color="auto" w:fill="FFFFFF" w:themeFill="background1"/>
            </w:pPr>
            <w:r>
              <w:t>- HS đọc trước lớp; lớp nhận xét: bạn đọc rõ, biết nói lí do, giọng đọc phù hợp.</w:t>
            </w:r>
          </w:p>
        </w:tc>
      </w:tr>
      <w:tr w:rsidR="002575E4" w14:paraId="5053D702" w14:textId="77777777" w:rsidTr="00511D82">
        <w:trPr>
          <w:jc w:val="center"/>
        </w:trPr>
        <w:tc>
          <w:tcPr>
            <w:tcW w:w="5188" w:type="dxa"/>
          </w:tcPr>
          <w:p w14:paraId="79921E90" w14:textId="77777777" w:rsidR="002575E4" w:rsidRDefault="00DF730A" w:rsidP="00172E1F">
            <w:pPr>
              <w:shd w:val="clear" w:color="auto" w:fill="FFFFFF" w:themeFill="background1"/>
            </w:pPr>
            <w:r>
              <w:rPr>
                <w:color w:val="C00000"/>
              </w:rPr>
              <w:t>- Nếu em nhờ người lớn tìm bài thơ về bộ đội hải quân trên Internet, em cần làm gì để tìm an toàn và đúng nội dung?</w:t>
            </w:r>
          </w:p>
        </w:tc>
        <w:tc>
          <w:tcPr>
            <w:tcW w:w="5188" w:type="dxa"/>
          </w:tcPr>
          <w:p w14:paraId="75AB8680" w14:textId="77777777" w:rsidR="002575E4" w:rsidRDefault="00DF730A" w:rsidP="00172E1F">
            <w:pPr>
              <w:shd w:val="clear" w:color="auto" w:fill="FFFFFF" w:themeFill="background1"/>
            </w:pPr>
            <w:r>
              <w:rPr>
                <w:color w:val="C00000"/>
              </w:rPr>
              <w:t>- HS nêu: hỏi người lớn trước, dùng từ khóa rõ ràng, không bấm trang lạ, không tự nhập thông tin cá nhân.</w:t>
            </w:r>
          </w:p>
        </w:tc>
      </w:tr>
      <w:tr w:rsidR="002575E4" w14:paraId="3837C599" w14:textId="77777777" w:rsidTr="00511D82">
        <w:trPr>
          <w:jc w:val="center"/>
        </w:trPr>
        <w:tc>
          <w:tcPr>
            <w:tcW w:w="5188" w:type="dxa"/>
            <w:tcBorders>
              <w:bottom w:val="single" w:sz="8" w:space="0" w:color="777777"/>
            </w:tcBorders>
          </w:tcPr>
          <w:p w14:paraId="3B6C40F7" w14:textId="77777777" w:rsidR="002575E4" w:rsidRDefault="00DF730A" w:rsidP="00172E1F">
            <w:pPr>
              <w:shd w:val="clear" w:color="auto" w:fill="FFFFFF" w:themeFill="background1"/>
            </w:pPr>
            <w:r>
              <w:rPr>
                <w:color w:val="C00000"/>
              </w:rPr>
              <w:t>- Tích hợp NLS 1.1.CB1a: GV diễn giải: Khi tìm thông tin trên môi trường số, các em cần xác định rõ thông tin cần tìm, ví dụ “bài thơ về chú hải quân cho thiếu nhi”. Các em chỉ tìm khi có thầy cô hoặc người lớn hướng dẫn; chọn nội dung phù hợp lứa tuổi, không bấm vào quảng cáo hoặc đường link lạ, không cung cấp họ tên đầy đủ, địa chỉ, số điện thoại. Sau khi tìm được bài đọc, các em cần đọc lại, chọn câu thơ/câu văn phù hợp và nói bằng lời của mình.</w:t>
            </w:r>
          </w:p>
        </w:tc>
        <w:tc>
          <w:tcPr>
            <w:tcW w:w="5188" w:type="dxa"/>
            <w:tcBorders>
              <w:bottom w:val="single" w:sz="8" w:space="0" w:color="777777"/>
            </w:tcBorders>
          </w:tcPr>
          <w:p w14:paraId="43052A62" w14:textId="77777777" w:rsidR="002575E4" w:rsidRDefault="00DF730A" w:rsidP="00172E1F">
            <w:pPr>
              <w:shd w:val="clear" w:color="auto" w:fill="FFFFFF" w:themeFill="background1"/>
            </w:pPr>
            <w:r>
              <w:rPr>
                <w:color w:val="C00000"/>
              </w:rPr>
              <w:t>- HS lắng nghe; nhắc lại quy tắc: tìm đúng từ khóa, có người lớn hướng dẫn, không bấm link lạ, không chia sẻ thông tin cá nhân.</w:t>
            </w:r>
          </w:p>
        </w:tc>
      </w:tr>
      <w:tr w:rsidR="002575E4" w14:paraId="0FB07221" w14:textId="77777777" w:rsidTr="00511D82">
        <w:trPr>
          <w:jc w:val="center"/>
        </w:trPr>
        <w:tc>
          <w:tcPr>
            <w:tcW w:w="5188" w:type="dxa"/>
            <w:gridSpan w:val="2"/>
            <w:tcBorders>
              <w:top w:val="single" w:sz="8" w:space="0" w:color="777777"/>
              <w:bottom w:val="single" w:sz="8" w:space="0" w:color="777777"/>
            </w:tcBorders>
            <w:shd w:val="clear" w:color="auto" w:fill="E2F0D9"/>
          </w:tcPr>
          <w:p w14:paraId="4EA449CF" w14:textId="77777777" w:rsidR="002575E4" w:rsidRDefault="00DF730A" w:rsidP="00172E1F">
            <w:pPr>
              <w:shd w:val="clear" w:color="auto" w:fill="FFFFFF" w:themeFill="background1"/>
            </w:pPr>
            <w:r>
              <w:rPr>
                <w:b/>
              </w:rPr>
              <w:t>4. VẬN DỤNG (7 phút)</w:t>
            </w:r>
            <w:r>
              <w:rPr>
                <w:b/>
              </w:rPr>
              <w:br/>
              <w:t>Mục tiêu: HS liên hệ đọc mở rộng với tình yêu quê hương, biển đảo.</w:t>
            </w:r>
          </w:p>
        </w:tc>
      </w:tr>
      <w:tr w:rsidR="002575E4" w14:paraId="4B0FE5FD" w14:textId="77777777" w:rsidTr="00511D82">
        <w:trPr>
          <w:jc w:val="center"/>
        </w:trPr>
        <w:tc>
          <w:tcPr>
            <w:tcW w:w="5188" w:type="dxa"/>
            <w:tcBorders>
              <w:top w:val="single" w:sz="8" w:space="0" w:color="777777"/>
            </w:tcBorders>
          </w:tcPr>
          <w:p w14:paraId="7F170CFD" w14:textId="77777777" w:rsidR="002575E4" w:rsidRDefault="00DF730A" w:rsidP="00172E1F">
            <w:pPr>
              <w:shd w:val="clear" w:color="auto" w:fill="FFFFFF" w:themeFill="background1"/>
            </w:pPr>
            <w:r>
              <w:t>- GV yêu cầu HS nói một câu thể hiện tình cảm của em sau khi nghe các bài đọc về bộ đội hải quân.</w:t>
            </w:r>
          </w:p>
        </w:tc>
        <w:tc>
          <w:tcPr>
            <w:tcW w:w="5188" w:type="dxa"/>
            <w:tcBorders>
              <w:top w:val="single" w:sz="8" w:space="0" w:color="777777"/>
            </w:tcBorders>
          </w:tcPr>
          <w:p w14:paraId="325A3E2C" w14:textId="77777777" w:rsidR="002575E4" w:rsidRDefault="00DF730A" w:rsidP="00172E1F">
            <w:pPr>
              <w:shd w:val="clear" w:color="auto" w:fill="FFFFFF" w:themeFill="background1"/>
            </w:pPr>
            <w:r>
              <w:t>- HS nói: “Em rất biết ơn các chú bộ đội hải quân.”; “Em sẽ chăm học để xứng đáng với công lao của các chú.”</w:t>
            </w:r>
          </w:p>
        </w:tc>
      </w:tr>
      <w:tr w:rsidR="002575E4" w14:paraId="5D105A76" w14:textId="77777777" w:rsidTr="00511D82">
        <w:trPr>
          <w:jc w:val="center"/>
        </w:trPr>
        <w:tc>
          <w:tcPr>
            <w:tcW w:w="5188" w:type="dxa"/>
          </w:tcPr>
          <w:p w14:paraId="3BF70A1B" w14:textId="77777777" w:rsidR="002575E4" w:rsidRDefault="00DF730A" w:rsidP="00172E1F">
            <w:pPr>
              <w:shd w:val="clear" w:color="auto" w:fill="FFFFFF" w:themeFill="background1"/>
            </w:pPr>
            <w:r>
              <w:t>- GV dặn HS về nhà đọc lại đoạn viết lời cảm ơn cho người thân nghe và giữ gìn sách vở, sản phẩm học tập.</w:t>
            </w:r>
          </w:p>
        </w:tc>
        <w:tc>
          <w:tcPr>
            <w:tcW w:w="5188" w:type="dxa"/>
          </w:tcPr>
          <w:p w14:paraId="0F4B7691" w14:textId="77777777" w:rsidR="002575E4" w:rsidRDefault="00DF730A" w:rsidP="00172E1F">
            <w:pPr>
              <w:shd w:val="clear" w:color="auto" w:fill="FFFFFF" w:themeFill="background1"/>
            </w:pPr>
            <w:r>
              <w:t>- HS ghi nhớ nhiệm vụ.</w:t>
            </w:r>
          </w:p>
        </w:tc>
      </w:tr>
    </w:tbl>
    <w:p w14:paraId="576B4D23" w14:textId="77777777" w:rsidR="002575E4" w:rsidRDefault="00DF730A" w:rsidP="00172E1F">
      <w:pPr>
        <w:shd w:val="clear" w:color="auto" w:fill="FFFFFF" w:themeFill="background1"/>
      </w:pPr>
      <w:r>
        <w:rPr>
          <w:b/>
        </w:rPr>
        <w:t>IV. ĐIỀU CHỈNH SAU TIẾT HỌC (NẾU CÓ)</w:t>
      </w:r>
    </w:p>
    <w:sectPr w:rsidR="002575E4" w:rsidSect="00034616">
      <w:pgSz w:w="11906" w:h="16838"/>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7040699">
    <w:abstractNumId w:val="8"/>
  </w:num>
  <w:num w:numId="2" w16cid:durableId="1981113396">
    <w:abstractNumId w:val="6"/>
  </w:num>
  <w:num w:numId="3" w16cid:durableId="755131525">
    <w:abstractNumId w:val="5"/>
  </w:num>
  <w:num w:numId="4" w16cid:durableId="499736737">
    <w:abstractNumId w:val="4"/>
  </w:num>
  <w:num w:numId="5" w16cid:durableId="1741100954">
    <w:abstractNumId w:val="7"/>
  </w:num>
  <w:num w:numId="6" w16cid:durableId="1221360586">
    <w:abstractNumId w:val="3"/>
  </w:num>
  <w:num w:numId="7" w16cid:durableId="227152574">
    <w:abstractNumId w:val="2"/>
  </w:num>
  <w:num w:numId="8" w16cid:durableId="474029411">
    <w:abstractNumId w:val="1"/>
  </w:num>
  <w:num w:numId="9" w16cid:durableId="160930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2E1F"/>
    <w:rsid w:val="002575E4"/>
    <w:rsid w:val="0029639D"/>
    <w:rsid w:val="002B45F3"/>
    <w:rsid w:val="00326F90"/>
    <w:rsid w:val="00511D82"/>
    <w:rsid w:val="005C39C6"/>
    <w:rsid w:val="00AA1D8D"/>
    <w:rsid w:val="00B47730"/>
    <w:rsid w:val="00CB0664"/>
    <w:rsid w:val="00DF73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61065E"/>
  <w14:defaultImageDpi w14:val="300"/>
  <w15:docId w15:val="{55B5A980-D197-469D-85A9-38003C52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D3E9B-EB42-4119-98DA-14DB7F8B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6176</Words>
  <Characters>35209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2026-06-08T13:16:00Z</dcterms:created>
  <dcterms:modified xsi:type="dcterms:W3CDTF">2026-08-17T15:14:00Z</dcterms:modified>
  <cp:category/>
</cp:coreProperties>
</file>