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29" w:rsidRDefault="0072330B">
      <w:pPr>
        <w:jc w:val="center"/>
      </w:pPr>
      <w:r>
        <w:rPr>
          <w:b/>
        </w:rPr>
        <w:t>KẾ HOẠCH BÀI DẠY MÔN ĐẠO ĐỨC LỚP 2</w:t>
      </w:r>
    </w:p>
    <w:p w:rsidR="00F23029" w:rsidRDefault="0072330B">
      <w:pPr>
        <w:jc w:val="center"/>
      </w:pPr>
      <w:r>
        <w:rPr>
          <w:b/>
        </w:rPr>
        <w:t>TUẦN 24</w:t>
      </w:r>
    </w:p>
    <w:p w:rsidR="00F23029" w:rsidRDefault="0072330B">
      <w:pPr>
        <w:jc w:val="center"/>
      </w:pPr>
      <w:r>
        <w:rPr>
          <w:b/>
        </w:rPr>
        <w:t>CHỦ ĐỀ 6: THỂ HIỆN CẢM XÚC BẢN THÂN</w:t>
      </w:r>
    </w:p>
    <w:p w:rsidR="00F23029" w:rsidRDefault="0072330B">
      <w:pPr>
        <w:jc w:val="center"/>
      </w:pPr>
      <w:r>
        <w:rPr>
          <w:b/>
        </w:rPr>
        <w:t>BÀI 10: KIỀM CHẾ CẢM XÚC TIÊU CỰC (TIẾT 3)</w:t>
      </w:r>
    </w:p>
    <w:p w:rsidR="00F23029" w:rsidRDefault="0072330B">
      <w:pPr>
        <w:jc w:val="center"/>
      </w:pPr>
      <w:r>
        <w:rPr>
          <w:i/>
        </w:rPr>
        <w:t>Thời gian thực hiện: ... (1 tiết)</w:t>
      </w:r>
    </w:p>
    <w:p w:rsidR="00F23029" w:rsidRDefault="0072330B">
      <w:pPr>
        <w:keepNext/>
      </w:pPr>
      <w:r>
        <w:rPr>
          <w:b/>
        </w:rPr>
        <w:t>I. YÊU CẦU CẦN ĐẠT</w:t>
      </w:r>
    </w:p>
    <w:p w:rsidR="00F23029" w:rsidRDefault="0072330B">
      <w:pPr>
        <w:keepNext/>
      </w:pPr>
      <w:r>
        <w:rPr>
          <w:b/>
        </w:rPr>
        <w:t>1. Năng lực đặc thù</w:t>
      </w:r>
    </w:p>
    <w:p w:rsidR="00F23029" w:rsidRDefault="0072330B">
      <w:r>
        <w:t>- Nêu được cách kiềm chế cảm xúc tiêu cực.</w:t>
      </w:r>
    </w:p>
    <w:p w:rsidR="00F23029" w:rsidRDefault="0072330B">
      <w:r>
        <w:t>- Thực hiện được việc kiềm chế cảm xúc tiêu cực phù hợp qua hoạt động đóng vai và xử lí tình huống.</w:t>
      </w:r>
    </w:p>
    <w:p w:rsidR="00F23029" w:rsidRDefault="0072330B">
      <w:r>
        <w:t>- Biết phát triển bản thân, điều chỉnh cảm xúc và hành vi trong cuộc sống hằng ngày.</w:t>
      </w:r>
    </w:p>
    <w:p w:rsidR="00F23029" w:rsidRDefault="0072330B">
      <w:pPr>
        <w:keepNext/>
      </w:pPr>
      <w:r>
        <w:rPr>
          <w:b/>
        </w:rPr>
        <w:t>2. Năng lực chung</w:t>
      </w:r>
    </w:p>
    <w:p w:rsidR="00F23029" w:rsidRDefault="0072330B">
      <w:r>
        <w:t>- Tự chủ và tự học: Chủ động lựa chọn, thực hành cách kiềm chế cảm xúc và tự đánh giá hành vi của bản thân.</w:t>
      </w:r>
    </w:p>
    <w:p w:rsidR="00F23029" w:rsidRDefault="0072330B">
      <w:r>
        <w:t>- Giao tiếp và hợp tác: Biết lắng nghe, trao đổi, phân công và phối hợp với bạn khi đóng vai.</w:t>
      </w:r>
    </w:p>
    <w:p w:rsidR="00F23029" w:rsidRDefault="0072330B">
      <w:r>
        <w:t>- Giải quyết vấn đề và sáng tạo: Biết phân tích tình huống, đề xuất và thực hành cách giải quyết an toàn, phù hợp.</w:t>
      </w:r>
    </w:p>
    <w:p w:rsidR="00F23029" w:rsidRDefault="0072330B">
      <w:pPr>
        <w:keepNext/>
      </w:pPr>
      <w:r>
        <w:rPr>
          <w:b/>
        </w:rPr>
        <w:t>3. Phẩm chất</w:t>
      </w:r>
    </w:p>
    <w:p w:rsidR="00F23029" w:rsidRDefault="0072330B">
      <w:r>
        <w:t>- Trách nhiệm: Biết chịu trách nhiệm về lời nói, hành động; chủ động tìm sự hỗ trợ khi cần.</w:t>
      </w:r>
    </w:p>
    <w:p w:rsidR="00F23029" w:rsidRDefault="0072330B">
      <w:r>
        <w:t>- Nhân ái: Biết tôn trọng, cảm thông, chia sẻ; không trêu chọc hoặc cô lập bạn.</w:t>
      </w:r>
    </w:p>
    <w:p w:rsidR="00F23029" w:rsidRDefault="0072330B">
      <w:r>
        <w:t>- Trung thực: Chia sẻ đúng cảm xúc và thực hiện vai diễn nghiêm túc, phù hợp.</w:t>
      </w:r>
    </w:p>
    <w:p w:rsidR="00F23029" w:rsidRDefault="0072330B">
      <w:pPr>
        <w:keepNext/>
      </w:pPr>
      <w:r>
        <w:rPr>
          <w:b/>
          <w:color w:val="C00000"/>
        </w:rPr>
        <w:t>4. Tích hợp</w:t>
      </w:r>
    </w:p>
    <w:p w:rsidR="00F23029" w:rsidRDefault="0072330B">
      <w:r>
        <w:rPr>
          <w:color w:val="C00000"/>
        </w:rPr>
        <w:t>- Lý tưởng cách mạng, đạo đức, lối sống: HS rèn ứng xử văn minh, biết kiềm chế cảm xúc, tôn trọng bạn bè, không trêu chọc hoặc cô lập bạn; biết tìm sự hỗ trợ để xây dựng tập thể đoàn kết.</w:t>
      </w:r>
    </w:p>
    <w:p w:rsidR="00F23029" w:rsidRDefault="0072330B">
      <w:pPr>
        <w:keepNext/>
      </w:pPr>
      <w:r>
        <w:rPr>
          <w:b/>
        </w:rPr>
        <w:t>II. ĐỒ DÙNG DẠY HỌC</w:t>
      </w:r>
    </w:p>
    <w:p w:rsidR="00F23029" w:rsidRDefault="0072330B">
      <w:r>
        <w:t>1. GV: Tranh SGK được cắt theo từng nhiệm vụ; phiếu tình huống; nhạc thư giãn; mẫu sổ nhật kí cảm xúc; máy tính, máy chiếu.</w:t>
      </w:r>
    </w:p>
    <w:p w:rsidR="00F23029" w:rsidRDefault="0072330B">
      <w:r>
        <w:t>2. HS: SGK Đạo đức 2, VBT, bút, giấy nháp.</w:t>
      </w:r>
    </w:p>
    <w:p w:rsidR="00F23029" w:rsidRDefault="0072330B">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F23029" w:rsidTr="00D5521F">
        <w:trPr>
          <w:cantSplit/>
          <w:tblHeader/>
          <w:jc w:val="center"/>
        </w:trPr>
        <w:tc>
          <w:tcPr>
            <w:tcW w:w="5900" w:type="dxa"/>
            <w:tcBorders>
              <w:bottom w:val="single" w:sz="6" w:space="0" w:color="000000"/>
            </w:tcBorders>
            <w:shd w:val="clear" w:color="auto" w:fill="auto"/>
            <w:tcMar>
              <w:top w:w="35" w:type="dxa"/>
              <w:left w:w="70" w:type="dxa"/>
              <w:bottom w:w="35" w:type="dxa"/>
              <w:right w:w="70" w:type="dxa"/>
            </w:tcMar>
            <w:vAlign w:val="center"/>
          </w:tcPr>
          <w:p w:rsidR="00F23029" w:rsidRDefault="0072330B">
            <w:pPr>
              <w:jc w:val="center"/>
            </w:pPr>
            <w:r>
              <w:rPr>
                <w:b/>
              </w:rPr>
              <w:t>HOẠT ĐỘNG CỦA GIÁO VIÊN</w:t>
            </w:r>
          </w:p>
        </w:tc>
        <w:tc>
          <w:tcPr>
            <w:tcW w:w="3700" w:type="dxa"/>
            <w:tcBorders>
              <w:bottom w:val="single" w:sz="6" w:space="0" w:color="000000"/>
            </w:tcBorders>
            <w:shd w:val="clear" w:color="auto" w:fill="auto"/>
            <w:tcMar>
              <w:top w:w="35" w:type="dxa"/>
              <w:left w:w="70" w:type="dxa"/>
              <w:bottom w:w="35" w:type="dxa"/>
              <w:right w:w="70" w:type="dxa"/>
            </w:tcMar>
            <w:vAlign w:val="center"/>
          </w:tcPr>
          <w:p w:rsidR="00F23029" w:rsidRDefault="0072330B">
            <w:pPr>
              <w:jc w:val="center"/>
            </w:pPr>
            <w:r>
              <w:rPr>
                <w:b/>
              </w:rPr>
              <w:t>HOẠT ĐỘNG CỦA HỌC SINH</w:t>
            </w:r>
          </w:p>
        </w:tc>
      </w:tr>
      <w:tr w:rsidR="00F23029" w:rsidTr="00D5521F">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F23029" w:rsidRDefault="0072330B">
            <w:r>
              <w:rPr>
                <w:b/>
              </w:rPr>
              <w:t>1. KHỞI ĐỘNG (5 phút)</w:t>
            </w:r>
          </w:p>
          <w:p w:rsidR="00F23029" w:rsidRDefault="0072330B">
            <w:r>
              <w:rPr>
                <w:b/>
              </w:rPr>
              <w:t>*Mục tiêu:</w:t>
            </w:r>
          </w:p>
          <w:p w:rsidR="00F23029" w:rsidRDefault="0072330B">
            <w:r>
              <w:t>- Tạo hứng thú, giúp HS gọi tên và diễn tả được một số trạng thái cảm xúc.</w:t>
            </w:r>
          </w:p>
          <w:p w:rsidR="00F23029" w:rsidRDefault="0072330B">
            <w:r>
              <w:t>- Ôn lại các cách kiềm chế cảm xúc tiêu cực đã học.</w:t>
            </w:r>
          </w:p>
          <w:p w:rsidR="00F23029" w:rsidRDefault="0072330B">
            <w:r>
              <w:rPr>
                <w:b/>
              </w:rPr>
              <w:t>*Cách tiến hành:</w:t>
            </w:r>
          </w:p>
        </w:tc>
      </w:tr>
      <w:tr w:rsidR="00F23029" w:rsidTr="00D5521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F23029" w:rsidRDefault="0072330B">
            <w:r>
              <w:t>- GV tổ chức trò chơi “Đoán cảm xúc”.</w:t>
            </w:r>
          </w:p>
        </w:tc>
        <w:tc>
          <w:tcPr>
            <w:tcW w:w="3700" w:type="dxa"/>
            <w:tcBorders>
              <w:top w:val="single" w:sz="6" w:space="0" w:color="000000"/>
            </w:tcBorders>
            <w:shd w:val="clear" w:color="auto" w:fill="auto"/>
            <w:tcMar>
              <w:top w:w="35" w:type="dxa"/>
              <w:left w:w="70" w:type="dxa"/>
              <w:bottom w:w="35" w:type="dxa"/>
              <w:right w:w="70" w:type="dxa"/>
            </w:tcMar>
          </w:tcPr>
          <w:p w:rsidR="00F23029" w:rsidRDefault="0072330B">
            <w:r>
              <w:t>- HS lắng nghe luật chơi.</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hướng dẫn: HS lần lượt thể hiện một cảm xúc bằng nét mặt, cử chỉ, điệu bộ; các bạn đoán và nêu một cách kiềm chế phù hợp.</w:t>
            </w:r>
          </w:p>
        </w:tc>
        <w:tc>
          <w:tcPr>
            <w:tcW w:w="3700" w:type="dxa"/>
            <w:shd w:val="clear" w:color="auto" w:fill="auto"/>
            <w:tcMar>
              <w:top w:w="35" w:type="dxa"/>
              <w:left w:w="70" w:type="dxa"/>
              <w:bottom w:w="35" w:type="dxa"/>
              <w:right w:w="70" w:type="dxa"/>
            </w:tcMar>
          </w:tcPr>
          <w:p w:rsidR="00F23029" w:rsidRDefault="0072330B">
            <w:r>
              <w:t>- HS tham gia chơi, đoán cảm xúc và nêu cách kiềm chế.</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hỏi: Ngoài những cảm xúc vừa quan sát, em còn biết cảm xúc nào khác?</w:t>
            </w:r>
          </w:p>
        </w:tc>
        <w:tc>
          <w:tcPr>
            <w:tcW w:w="3700" w:type="dxa"/>
            <w:shd w:val="clear" w:color="auto" w:fill="auto"/>
            <w:tcMar>
              <w:top w:w="35" w:type="dxa"/>
              <w:left w:w="70" w:type="dxa"/>
              <w:bottom w:w="35" w:type="dxa"/>
              <w:right w:w="70" w:type="dxa"/>
            </w:tcMar>
          </w:tcPr>
          <w:p w:rsidR="00F23029" w:rsidRDefault="0072330B">
            <w:r>
              <w:t>- 2–3 HS nêu và diễn tả thêm cảm xúc.</w:t>
            </w:r>
          </w:p>
        </w:tc>
      </w:tr>
      <w:tr w:rsidR="00F23029" w:rsidTr="00D5521F">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F23029" w:rsidRDefault="0072330B">
            <w:r>
              <w:t>- GV nhận xét, biểu dương và giới thiệu: Bài 10: Kiềm chế cảm xúc tiêu cực (Tiết 3).</w:t>
            </w:r>
          </w:p>
        </w:tc>
        <w:tc>
          <w:tcPr>
            <w:tcW w:w="3700" w:type="dxa"/>
            <w:tcBorders>
              <w:bottom w:val="single" w:sz="6" w:space="0" w:color="000000"/>
            </w:tcBorders>
            <w:shd w:val="clear" w:color="auto" w:fill="auto"/>
            <w:tcMar>
              <w:top w:w="35" w:type="dxa"/>
              <w:left w:w="70" w:type="dxa"/>
              <w:bottom w:w="35" w:type="dxa"/>
              <w:right w:w="70" w:type="dxa"/>
            </w:tcMar>
          </w:tcPr>
          <w:p w:rsidR="00F23029" w:rsidRDefault="0072330B">
            <w:r>
              <w:t>- HS lắng nghe, nhắc lại tên bài.</w:t>
            </w:r>
          </w:p>
        </w:tc>
      </w:tr>
      <w:tr w:rsidR="00F23029" w:rsidTr="00D5521F">
        <w:trPr>
          <w:cantSplit/>
          <w:jc w:val="center"/>
        </w:trPr>
        <w:tc>
          <w:tcPr>
            <w:tcW w:w="9978" w:type="dxa"/>
            <w:gridSpan w:val="2"/>
            <w:tcBorders>
              <w:top w:val="single" w:sz="6" w:space="0" w:color="000000"/>
              <w:bottom w:val="nil"/>
            </w:tcBorders>
            <w:shd w:val="clear" w:color="auto" w:fill="auto"/>
            <w:tcMar>
              <w:top w:w="35" w:type="dxa"/>
              <w:left w:w="70" w:type="dxa"/>
              <w:bottom w:w="35" w:type="dxa"/>
              <w:right w:w="70" w:type="dxa"/>
            </w:tcMar>
          </w:tcPr>
          <w:p w:rsidR="00F23029" w:rsidRDefault="0072330B">
            <w:r>
              <w:rPr>
                <w:b/>
              </w:rPr>
              <w:lastRenderedPageBreak/>
              <w:t>2. LUYỆN TẬP – THỰC HÀNH (24 phút)</w:t>
            </w:r>
          </w:p>
          <w:p w:rsidR="00F23029" w:rsidRDefault="0072330B">
            <w:r>
              <w:rPr>
                <w:b/>
              </w:rPr>
              <w:t>*Mục tiêu:</w:t>
            </w:r>
          </w:p>
          <w:p w:rsidR="00F23029" w:rsidRDefault="0072330B">
            <w:r>
              <w:t>- Thực hành đóng vai xử lí tình huống, vận dụng các cách kiềm chế cảm xúc tiêu cực vào ứng xử hằng ngày.</w:t>
            </w:r>
          </w:p>
          <w:p w:rsidR="00F23029" w:rsidRDefault="0072330B">
            <w:r>
              <w:t>- Mục tiêu tích hợp lý tưởng cách mạng, đạo đức, lối sống: HS biết ứng xử văn minh, tôn trọng, cảm thông, không trêu chọc hoặc cô lập bạn; biết tìm người lớn tin cậy hỗ trợ để góp phần xây dựng tập thể đoàn kết.</w:t>
            </w:r>
          </w:p>
          <w:p w:rsidR="00F23029" w:rsidRDefault="0072330B">
            <w:r>
              <w:rPr>
                <w:b/>
              </w:rPr>
              <w:t>*Cách tiến hành:</w:t>
            </w:r>
          </w:p>
        </w:tc>
      </w:tr>
      <w:tr w:rsidR="00F23029" w:rsidTr="00D5521F">
        <w:trPr>
          <w:cantSplit/>
          <w:jc w:val="center"/>
        </w:trPr>
        <w:tc>
          <w:tcPr>
            <w:tcW w:w="9978" w:type="dxa"/>
            <w:gridSpan w:val="2"/>
            <w:tcBorders>
              <w:top w:val="nil"/>
              <w:bottom w:val="single" w:sz="6" w:space="0" w:color="000000"/>
            </w:tcBorders>
            <w:shd w:val="clear" w:color="auto" w:fill="auto"/>
            <w:tcMar>
              <w:top w:w="35" w:type="dxa"/>
              <w:left w:w="70" w:type="dxa"/>
              <w:bottom w:w="35" w:type="dxa"/>
              <w:right w:w="70" w:type="dxa"/>
            </w:tcMar>
          </w:tcPr>
          <w:p w:rsidR="00F23029" w:rsidRDefault="0072330B">
            <w:r>
              <w:rPr>
                <w:b/>
              </w:rPr>
              <w:t>Bài tập 2: Đóng vai xử lí tình huống (24 phút)</w:t>
            </w:r>
          </w:p>
          <w:p w:rsidR="00F23029" w:rsidRDefault="0072330B">
            <w:r>
              <w:rPr>
                <w:b/>
              </w:rPr>
              <w:t>*Mục tiêu:</w:t>
            </w:r>
          </w:p>
          <w:p w:rsidR="00F23029" w:rsidRDefault="0072330B">
            <w:r>
              <w:t>- HS lựa chọn, thực hành và nhận xét được cách xử lí phù hợp trong ba tình huống.</w:t>
            </w:r>
          </w:p>
          <w:p w:rsidR="00F23029" w:rsidRDefault="0072330B">
            <w:r>
              <w:rPr>
                <w:b/>
              </w:rPr>
              <w:t>*Cách tiến hành:</w:t>
            </w:r>
          </w:p>
        </w:tc>
      </w:tr>
      <w:tr w:rsidR="00F23029" w:rsidTr="00D5521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F23029" w:rsidRDefault="0072330B">
            <w:r>
              <w:t>- GV yêu cầu HS quan sát tranh, đọc nội dung các tình huống 1 và 2 trong SGK trang 49.</w:t>
            </w:r>
          </w:p>
          <w:p w:rsidR="00F23029" w:rsidRDefault="00F23029">
            <w:pPr>
              <w:jc w:val="center"/>
            </w:pPr>
          </w:p>
        </w:tc>
        <w:tc>
          <w:tcPr>
            <w:tcW w:w="3700" w:type="dxa"/>
            <w:tcBorders>
              <w:top w:val="single" w:sz="6" w:space="0" w:color="000000"/>
            </w:tcBorders>
            <w:shd w:val="clear" w:color="auto" w:fill="auto"/>
            <w:tcMar>
              <w:top w:w="35" w:type="dxa"/>
              <w:left w:w="70" w:type="dxa"/>
              <w:bottom w:w="35" w:type="dxa"/>
              <w:right w:w="70" w:type="dxa"/>
            </w:tcMar>
          </w:tcPr>
          <w:p w:rsidR="00F23029" w:rsidRDefault="0072330B">
            <w:r>
              <w:t>- HS quan sát tranh và đọc nội dung hai tình huống.</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hỏi: Trong tình huống 1, khi các bạn thường trêu “béo ú”, nhân vật cảm thấy thế nào? Em sẽ xử lí ra sao?</w:t>
            </w:r>
          </w:p>
        </w:tc>
        <w:tc>
          <w:tcPr>
            <w:tcW w:w="3700" w:type="dxa"/>
            <w:shd w:val="clear" w:color="auto" w:fill="auto"/>
            <w:tcMar>
              <w:top w:w="35" w:type="dxa"/>
              <w:left w:w="70" w:type="dxa"/>
              <w:bottom w:w="35" w:type="dxa"/>
              <w:right w:w="70" w:type="dxa"/>
            </w:tcMar>
          </w:tcPr>
          <w:p w:rsidR="00F23029" w:rsidRDefault="0072330B">
            <w:r>
              <w:t>- HS nêu: Bạn cảm thấy bực bội, buồn và xấu hổ; em sẽ hít thở sâu, bình tĩnh nói “Mình không thích các bạn gọi mình như vậy”, rời khỏi chỗ trêu chọc và báo thầy cô hoặc người lớn tin cậy nếu việc đó tiếp diễn.</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hỏi: Trong tình huống 2, khi bạn thân không nói chuyện và bảo các bạn khác không chơi cùng, em cảm thấy thế nào? Em sẽ làm gì?</w:t>
            </w:r>
          </w:p>
        </w:tc>
        <w:tc>
          <w:tcPr>
            <w:tcW w:w="3700" w:type="dxa"/>
            <w:shd w:val="clear" w:color="auto" w:fill="auto"/>
            <w:tcMar>
              <w:top w:w="35" w:type="dxa"/>
              <w:left w:w="70" w:type="dxa"/>
              <w:bottom w:w="35" w:type="dxa"/>
              <w:right w:w="70" w:type="dxa"/>
            </w:tcMar>
          </w:tcPr>
          <w:p w:rsidR="00F23029" w:rsidRDefault="0072330B">
            <w:r>
              <w:t>- HS nêu: Em cảm thấy buồn, cô đơn; em sẽ bình tĩnh hỏi bạn lí do, chia sẻ cảm xúc, không nói xấu hoặc trả đũa và nhờ thầy cô hỗ trợ nếu bị cô lập.</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yêu cầu HS quan sát tranh, đọc tình huống 3 trong SGK trang 50.</w:t>
            </w:r>
          </w:p>
          <w:p w:rsidR="00F23029" w:rsidRDefault="00F23029">
            <w:pPr>
              <w:jc w:val="center"/>
            </w:pPr>
          </w:p>
        </w:tc>
        <w:tc>
          <w:tcPr>
            <w:tcW w:w="3700" w:type="dxa"/>
            <w:shd w:val="clear" w:color="auto" w:fill="auto"/>
            <w:tcMar>
              <w:top w:w="35" w:type="dxa"/>
              <w:left w:w="70" w:type="dxa"/>
              <w:bottom w:w="35" w:type="dxa"/>
              <w:right w:w="70" w:type="dxa"/>
            </w:tcMar>
          </w:tcPr>
          <w:p w:rsidR="00F23029" w:rsidRDefault="0072330B">
            <w:r>
              <w:t>- HS quan sát tranh và đọc tình huống 3.</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hỏi: Khi em trai dùng bút gạch lên bức tranh mà em đã dành cả buổi chiều để vẽ, em cảm thấy thế nào? Em sẽ làm gì?</w:t>
            </w:r>
          </w:p>
        </w:tc>
        <w:tc>
          <w:tcPr>
            <w:tcW w:w="3700" w:type="dxa"/>
            <w:shd w:val="clear" w:color="auto" w:fill="auto"/>
            <w:tcMar>
              <w:top w:w="35" w:type="dxa"/>
              <w:left w:w="70" w:type="dxa"/>
              <w:bottom w:w="35" w:type="dxa"/>
              <w:right w:w="70" w:type="dxa"/>
            </w:tcMar>
          </w:tcPr>
          <w:p w:rsidR="00F23029" w:rsidRDefault="0072330B">
            <w:r>
              <w:t>- HS nêu: Em rất tức giận; em sẽ dừng lại, đặt đồ vật xuống, hít thở sâu, nói rõ với em trai và người lớn, cùng tìm cách sửa tranh; không đánh hoặc quát mắng em.</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chia nhóm 4, giao mỗi nhóm chọn một tình huống, xác định cảm xúc, lựa chọn cách kiềm chế phù hợp và phân công đóng vai.</w:t>
            </w:r>
          </w:p>
        </w:tc>
        <w:tc>
          <w:tcPr>
            <w:tcW w:w="3700" w:type="dxa"/>
            <w:shd w:val="clear" w:color="auto" w:fill="auto"/>
            <w:tcMar>
              <w:top w:w="35" w:type="dxa"/>
              <w:left w:w="70" w:type="dxa"/>
              <w:bottom w:w="35" w:type="dxa"/>
              <w:right w:w="70" w:type="dxa"/>
            </w:tcMar>
          </w:tcPr>
          <w:p w:rsidR="00F23029" w:rsidRDefault="0072330B">
            <w:r>
              <w:t>- HS thảo luận nhóm 4, thống nhất lời nói, hành động và phân công vai.</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quan sát, hỗ trợ; nhắc HS dùng lời nói lịch sự, không thực hiện hành động nguy hiểm trong khi đóng vai.</w:t>
            </w:r>
          </w:p>
        </w:tc>
        <w:tc>
          <w:tcPr>
            <w:tcW w:w="3700" w:type="dxa"/>
            <w:shd w:val="clear" w:color="auto" w:fill="auto"/>
            <w:tcMar>
              <w:top w:w="35" w:type="dxa"/>
              <w:left w:w="70" w:type="dxa"/>
              <w:bottom w:w="35" w:type="dxa"/>
              <w:right w:w="70" w:type="dxa"/>
            </w:tcMar>
          </w:tcPr>
          <w:p w:rsidR="00F23029" w:rsidRDefault="0072330B">
            <w:r>
              <w:t>- HS luyện tập vai trong nhóm, điều chỉnh lời nói và hành động cho phù hợp.</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tổ chức cho các nhóm chia sẻ và đóng vai trước lớp.</w:t>
            </w:r>
          </w:p>
        </w:tc>
        <w:tc>
          <w:tcPr>
            <w:tcW w:w="3700" w:type="dxa"/>
            <w:shd w:val="clear" w:color="auto" w:fill="auto"/>
            <w:tcMar>
              <w:top w:w="35" w:type="dxa"/>
              <w:left w:w="70" w:type="dxa"/>
              <w:bottom w:w="35" w:type="dxa"/>
              <w:right w:w="70" w:type="dxa"/>
            </w:tcMar>
          </w:tcPr>
          <w:p w:rsidR="00F23029" w:rsidRDefault="0072330B">
            <w:r>
              <w:t>- Các nhóm lần lượt đóng vai; các nhóm khác quan sát, nhận xét và góp ý.</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mời HS nhận xét theo các tiêu chí: nhân vật có bình tĩnh không; cách xử lí có an toàn không; lời nói có lịch sự và tôn trọng người khác không.</w:t>
            </w:r>
          </w:p>
        </w:tc>
        <w:tc>
          <w:tcPr>
            <w:tcW w:w="3700" w:type="dxa"/>
            <w:shd w:val="clear" w:color="auto" w:fill="auto"/>
            <w:tcMar>
              <w:top w:w="35" w:type="dxa"/>
              <w:left w:w="70" w:type="dxa"/>
              <w:bottom w:w="35" w:type="dxa"/>
              <w:right w:w="70" w:type="dxa"/>
            </w:tcMar>
          </w:tcPr>
          <w:p w:rsidR="00F23029" w:rsidRDefault="0072330B">
            <w:r>
              <w:t>- HS nhận xét bằng lời lịch sự, nêu điểm phù hợp và đề xuất cách điều chỉnh.</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đánh giá, nhận xét, khen ngợi; hoàn thiện câu trả lời và chốt cách xử lí phù hợp cho từng tình huống.</w:t>
            </w:r>
          </w:p>
        </w:tc>
        <w:tc>
          <w:tcPr>
            <w:tcW w:w="3700" w:type="dxa"/>
            <w:shd w:val="clear" w:color="auto" w:fill="auto"/>
            <w:tcMar>
              <w:top w:w="35" w:type="dxa"/>
              <w:left w:w="70" w:type="dxa"/>
              <w:bottom w:w="35" w:type="dxa"/>
              <w:right w:w="70" w:type="dxa"/>
            </w:tcMar>
          </w:tcPr>
          <w:p w:rsidR="00F23029" w:rsidRDefault="0072330B">
            <w:r>
              <w:t>- HS lắng nghe, điều chỉnh và thực hành lại nếu cần.</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rPr>
                <w:color w:val="C00000"/>
              </w:rPr>
              <w:lastRenderedPageBreak/>
              <w:t>- GV diễn giải tích hợp lý tưởng cách mạng, đạo đức, lối sống: Mỗi học sinh cần biết tôn trọng, yêu thương con người và xây dựng tập thể đoàn kết. Trêu chọc ngoại hình, cô lập hoặc xúi các bạn không chơi cùng là những việc làm gây tổn thương, không phù hợp với lối sống văn minh.</w:t>
            </w:r>
          </w:p>
        </w:tc>
        <w:tc>
          <w:tcPr>
            <w:tcW w:w="3700" w:type="dxa"/>
            <w:shd w:val="clear" w:color="auto" w:fill="auto"/>
            <w:tcMar>
              <w:top w:w="35" w:type="dxa"/>
              <w:left w:w="70" w:type="dxa"/>
              <w:bottom w:w="35" w:type="dxa"/>
              <w:right w:w="70" w:type="dxa"/>
            </w:tcMar>
          </w:tcPr>
          <w:p w:rsidR="00F23029" w:rsidRDefault="0072330B">
            <w:r>
              <w:t>- HS nêu được việc không nên làm: trêu chọc, đặt biệt danh, cô lập, nói xấu hoặc xúi bạn xa lánh người khác.</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rPr>
                <w:color w:val="C00000"/>
              </w:rPr>
              <w:t>- GV nhấn mạnh: Kiềm chế cảm xúc không phải là cam chịu. Khi bị trêu chọc hoặc cô lập, các em cần bình tĩnh, nói rõ cảm xúc và mong muốn bằng lời lịch sự, rời khỏi nơi không an toàn, tìm thầy cô, cha mẹ hoặc người lớn tin cậy để được bảo vệ và hỗ trợ.</w:t>
            </w:r>
          </w:p>
        </w:tc>
        <w:tc>
          <w:tcPr>
            <w:tcW w:w="3700" w:type="dxa"/>
            <w:shd w:val="clear" w:color="auto" w:fill="auto"/>
            <w:tcMar>
              <w:top w:w="35" w:type="dxa"/>
              <w:left w:w="70" w:type="dxa"/>
              <w:bottom w:w="35" w:type="dxa"/>
              <w:right w:w="70" w:type="dxa"/>
            </w:tcMar>
          </w:tcPr>
          <w:p w:rsidR="00F23029" w:rsidRDefault="0072330B">
            <w:r>
              <w:t>- HS nêu cách bảo vệ bản thân: bình tĩnh, nói rõ, rời đi, tìm người lớn hỗ trợ; không đánh lại hoặc trả đũa.</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rPr>
                <w:color w:val="C00000"/>
              </w:rPr>
              <w:t>- GV liên hệ: Khi thấy bạn bị trêu chọc, cô lập hoặc đang buồn, các em cần biết cảm thông, động viên, mời bạn cùng tham gia hoạt động và báo người lớn khi cần. Những việc làm đó thể hiện lòng nhân ái, trách nhiệm, góp phần xây dựng lớp học an toàn, thân thiện và đoàn kết.</w:t>
            </w:r>
          </w:p>
        </w:tc>
        <w:tc>
          <w:tcPr>
            <w:tcW w:w="3700" w:type="dxa"/>
            <w:shd w:val="clear" w:color="auto" w:fill="auto"/>
            <w:tcMar>
              <w:top w:w="35" w:type="dxa"/>
              <w:left w:w="70" w:type="dxa"/>
              <w:bottom w:w="35" w:type="dxa"/>
              <w:right w:w="70" w:type="dxa"/>
            </w:tcMar>
          </w:tcPr>
          <w:p w:rsidR="00F23029" w:rsidRDefault="0072330B">
            <w:r>
              <w:t>- HS cam kết không trêu chọc, không cô lập bạn; biết động viên, giúp đỡ và bảo vệ điều đúng.</w:t>
            </w:r>
          </w:p>
        </w:tc>
      </w:tr>
      <w:tr w:rsidR="00F23029" w:rsidTr="00D5521F">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F23029" w:rsidRDefault="0072330B">
            <w:r>
              <w:t>- GV kết luận: Khi gặp cảm xúc tiêu cực, em có thể hít thở sâu, đếm chậm, rời khỏi tình huống căng thẳng, nói rõ cảm xúc, chia sẻ với người tin cậy và tìm sự hỗ trợ.</w:t>
            </w:r>
          </w:p>
        </w:tc>
        <w:tc>
          <w:tcPr>
            <w:tcW w:w="3700" w:type="dxa"/>
            <w:tcBorders>
              <w:bottom w:val="single" w:sz="6" w:space="0" w:color="000000"/>
            </w:tcBorders>
            <w:shd w:val="clear" w:color="auto" w:fill="auto"/>
            <w:tcMar>
              <w:top w:w="35" w:type="dxa"/>
              <w:left w:w="70" w:type="dxa"/>
              <w:bottom w:w="35" w:type="dxa"/>
              <w:right w:w="70" w:type="dxa"/>
            </w:tcMar>
          </w:tcPr>
          <w:p w:rsidR="00F23029" w:rsidRDefault="0072330B">
            <w:r>
              <w:t>- HS ghi nhớ, nêu cách phù hợp nhất với bản thân.</w:t>
            </w:r>
          </w:p>
        </w:tc>
      </w:tr>
      <w:tr w:rsidR="00F23029" w:rsidTr="00D5521F">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F23029" w:rsidRDefault="0072330B">
            <w:bookmarkStart w:id="0" w:name="_GoBack"/>
            <w:r>
              <w:rPr>
                <w:b/>
              </w:rPr>
              <w:t>3. VẬN DỤNG TRẢI NGHIỆM (6 phút)</w:t>
            </w:r>
          </w:p>
          <w:p w:rsidR="00F23029" w:rsidRDefault="0072330B">
            <w:r>
              <w:rPr>
                <w:b/>
              </w:rPr>
              <w:t>*Mục tiêu:</w:t>
            </w:r>
          </w:p>
          <w:p w:rsidR="00F23029" w:rsidRDefault="0072330B">
            <w:r>
              <w:t>- Biết thêm một số cách kiềm chế cảm xúc tiêu cực và thực hành thư giãn ngắn.</w:t>
            </w:r>
          </w:p>
          <w:p w:rsidR="00F23029" w:rsidRDefault="0072330B">
            <w:r>
              <w:t>- Hình thành thói quen ghi lại cảm xúc và cách vượt qua trong cuộc sống hằng ngày.</w:t>
            </w:r>
          </w:p>
          <w:p w:rsidR="00F23029" w:rsidRDefault="0072330B">
            <w:r>
              <w:rPr>
                <w:b/>
              </w:rPr>
              <w:t>*Cách tiến hành:</w:t>
            </w:r>
          </w:p>
        </w:tc>
      </w:tr>
      <w:bookmarkEnd w:id="0"/>
      <w:tr w:rsidR="00F23029" w:rsidTr="00D5521F">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F23029" w:rsidRDefault="0072330B">
            <w:r>
              <w:t>- GV hướng dẫn HS thực hành thư giãn cơ thể: ngồi ngay ngắn, nhắm mắt, thả lỏng vai và tay, hít vào thật sâu, thở ra nhẹ nhàng.</w:t>
            </w:r>
          </w:p>
        </w:tc>
        <w:tc>
          <w:tcPr>
            <w:tcW w:w="3700" w:type="dxa"/>
            <w:tcBorders>
              <w:top w:val="single" w:sz="6" w:space="0" w:color="000000"/>
            </w:tcBorders>
            <w:shd w:val="clear" w:color="auto" w:fill="auto"/>
            <w:tcMar>
              <w:top w:w="35" w:type="dxa"/>
              <w:left w:w="70" w:type="dxa"/>
              <w:bottom w:w="35" w:type="dxa"/>
              <w:right w:w="70" w:type="dxa"/>
            </w:tcMar>
          </w:tcPr>
          <w:p w:rsidR="00F23029" w:rsidRDefault="0072330B">
            <w:r>
              <w:t>- HS thực hiện theo hướng dẫn, giữ trật tự và cảm nhận cơ thể thư giãn.</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bật nhạc nhẹ trong thời gian ngắn và hướng dẫn HS tập trung vào hơi thở.</w:t>
            </w:r>
          </w:p>
        </w:tc>
        <w:tc>
          <w:tcPr>
            <w:tcW w:w="3700" w:type="dxa"/>
            <w:shd w:val="clear" w:color="auto" w:fill="auto"/>
            <w:tcMar>
              <w:top w:w="35" w:type="dxa"/>
              <w:left w:w="70" w:type="dxa"/>
              <w:bottom w:w="35" w:type="dxa"/>
              <w:right w:w="70" w:type="dxa"/>
            </w:tcMar>
          </w:tcPr>
          <w:p w:rsidR="00F23029" w:rsidRDefault="0072330B">
            <w:r>
              <w:t>- HS lắng nghe nhạc, hít thở đều và giữ tâm trạng bình tĩnh.</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sidP="00D5521F">
            <w:r>
              <w:t>- GV cho HS quan sát thông điệp của bài học và hỏi: Thông điệp nhắc chúng ta điều gì?</w:t>
            </w:r>
          </w:p>
        </w:tc>
        <w:tc>
          <w:tcPr>
            <w:tcW w:w="3700" w:type="dxa"/>
            <w:shd w:val="clear" w:color="auto" w:fill="auto"/>
            <w:tcMar>
              <w:top w:w="35" w:type="dxa"/>
              <w:left w:w="70" w:type="dxa"/>
              <w:bottom w:w="35" w:type="dxa"/>
              <w:right w:w="70" w:type="dxa"/>
            </w:tcMar>
          </w:tcPr>
          <w:p w:rsidR="00F23029" w:rsidRDefault="0072330B">
            <w:r>
              <w:t>- HS đọc và nêu: Khi giận, buồn hoặc lo lắng, cần hít thở sâu, tìm người chia sẻ để cảm xúc tiêu cực giảm đi.</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giới thiệu một số mẫu sổ nhật kí cảm xúc; hướng dẫn ghi ngắn gọn: sự việc – cảm xúc – cách em đã xử lí – kết quả.</w:t>
            </w:r>
          </w:p>
        </w:tc>
        <w:tc>
          <w:tcPr>
            <w:tcW w:w="3700" w:type="dxa"/>
            <w:shd w:val="clear" w:color="auto" w:fill="auto"/>
            <w:tcMar>
              <w:top w:w="35" w:type="dxa"/>
              <w:left w:w="70" w:type="dxa"/>
              <w:bottom w:w="35" w:type="dxa"/>
              <w:right w:w="70" w:type="dxa"/>
            </w:tcMar>
          </w:tcPr>
          <w:p w:rsidR="00F23029" w:rsidRDefault="0072330B">
            <w:r>
              <w:t>- HS quan sát, nêu ý nghĩa của việc ghi nhật kí: hiểu cảm xúc của mình và lựa chọn cách xử lí tốt hơn.</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giao nhiệm vụ ở nhà: Viết lại một cảm xúc tiêu cực em đã trải qua, cách em kiềm chế và kết quả; chia sẻ với người thân hoặc thầy cô khi cần.</w:t>
            </w:r>
          </w:p>
        </w:tc>
        <w:tc>
          <w:tcPr>
            <w:tcW w:w="3700" w:type="dxa"/>
            <w:shd w:val="clear" w:color="auto" w:fill="auto"/>
            <w:tcMar>
              <w:top w:w="35" w:type="dxa"/>
              <w:left w:w="70" w:type="dxa"/>
              <w:bottom w:w="35" w:type="dxa"/>
              <w:right w:w="70" w:type="dxa"/>
            </w:tcMar>
          </w:tcPr>
          <w:p w:rsidR="00F23029" w:rsidRDefault="0072330B">
            <w:r>
              <w:t>- HS ghi nhớ và thực hiện nhiệm vụ.</w:t>
            </w:r>
          </w:p>
        </w:tc>
      </w:tr>
      <w:tr w:rsidR="00F23029" w:rsidTr="00D5521F">
        <w:trPr>
          <w:cantSplit/>
          <w:jc w:val="center"/>
        </w:trPr>
        <w:tc>
          <w:tcPr>
            <w:tcW w:w="5900" w:type="dxa"/>
            <w:shd w:val="clear" w:color="auto" w:fill="auto"/>
            <w:tcMar>
              <w:top w:w="35" w:type="dxa"/>
              <w:left w:w="70" w:type="dxa"/>
              <w:bottom w:w="35" w:type="dxa"/>
              <w:right w:w="70" w:type="dxa"/>
            </w:tcMar>
          </w:tcPr>
          <w:p w:rsidR="00F23029" w:rsidRDefault="0072330B">
            <w:r>
              <w:t>- GV nhận xét tiết học, tuyên dương tinh thần hợp tác và nhắc HS vận dụng bài học vào cuộc sống.</w:t>
            </w:r>
          </w:p>
        </w:tc>
        <w:tc>
          <w:tcPr>
            <w:tcW w:w="3700" w:type="dxa"/>
            <w:shd w:val="clear" w:color="auto" w:fill="auto"/>
            <w:tcMar>
              <w:top w:w="35" w:type="dxa"/>
              <w:left w:w="70" w:type="dxa"/>
              <w:bottom w:w="35" w:type="dxa"/>
              <w:right w:w="70" w:type="dxa"/>
            </w:tcMar>
          </w:tcPr>
          <w:p w:rsidR="00F23029" w:rsidRDefault="0072330B">
            <w:r>
              <w:t>- HS lắng nghe, tự nhận xét và cam kết thực hiện.</w:t>
            </w:r>
          </w:p>
        </w:tc>
      </w:tr>
    </w:tbl>
    <w:p w:rsidR="00F23029" w:rsidRDefault="0072330B">
      <w:r>
        <w:rPr>
          <w:b/>
        </w:rPr>
        <w:t xml:space="preserve">IV. ĐIỀU CHỈNH SAU TIẾT DẠY (NẾU CÓ): </w:t>
      </w:r>
      <w:r>
        <w:t>........................................................................................</w:t>
      </w:r>
    </w:p>
    <w:sectPr w:rsidR="00F23029" w:rsidSect="00034616">
      <w:pgSz w:w="11906" w:h="16838"/>
      <w:pgMar w:top="850"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2330B"/>
    <w:rsid w:val="00AA1D8D"/>
    <w:rsid w:val="00B47730"/>
    <w:rsid w:val="00CB0664"/>
    <w:rsid w:val="00D5521F"/>
    <w:rsid w:val="00F230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5521F"/>
    <w:rPr>
      <w:rFonts w:ascii="Tahoma" w:hAnsi="Tahoma" w:cs="Tahoma"/>
      <w:sz w:val="16"/>
      <w:szCs w:val="16"/>
    </w:rPr>
  </w:style>
  <w:style w:type="character" w:customStyle="1" w:styleId="BalloonTextChar">
    <w:name w:val="Balloon Text Char"/>
    <w:basedOn w:val="DefaultParagraphFont"/>
    <w:link w:val="BalloonText"/>
    <w:uiPriority w:val="99"/>
    <w:semiHidden/>
    <w:rsid w:val="00D5521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5521F"/>
    <w:rPr>
      <w:rFonts w:ascii="Tahoma" w:hAnsi="Tahoma" w:cs="Tahoma"/>
      <w:sz w:val="16"/>
      <w:szCs w:val="16"/>
    </w:rPr>
  </w:style>
  <w:style w:type="character" w:customStyle="1" w:styleId="BalloonTextChar">
    <w:name w:val="Balloon Text Char"/>
    <w:basedOn w:val="DefaultParagraphFont"/>
    <w:link w:val="BalloonText"/>
    <w:uiPriority w:val="99"/>
    <w:semiHidden/>
    <w:rsid w:val="00D5521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308CE-22F3-4008-9584-0DFA29C8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2026-06-12T10:31:00Z</dcterms:created>
  <dcterms:modified xsi:type="dcterms:W3CDTF">2026-08-17T09:33:00Z</dcterms:modified>
  <cp:category/>
</cp:coreProperties>
</file>