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3510" w:rsidRDefault="008313E4">
      <w:pPr>
        <w:spacing w:after="20" w:line="259" w:lineRule="auto"/>
        <w:jc w:val="center"/>
      </w:pPr>
      <w:r>
        <w:rPr>
          <w:rFonts w:cs="Times New Roman"/>
          <w:b/>
          <w:sz w:val="28"/>
        </w:rPr>
        <w:t>TỰ NHIÊN VÀ XÃ HỘI</w:t>
      </w:r>
    </w:p>
    <w:p w:rsidR="001A3510" w:rsidRDefault="008313E4">
      <w:pPr>
        <w:spacing w:after="80" w:line="259" w:lineRule="auto"/>
        <w:jc w:val="center"/>
      </w:pPr>
      <w:r>
        <w:rPr>
          <w:rFonts w:cs="Times New Roman"/>
          <w:b/>
          <w:sz w:val="28"/>
        </w:rPr>
        <w:t>BÀI 17: CON VẬT QUANH EM (TIẾT 1)</w:t>
      </w:r>
    </w:p>
    <w:p w:rsidR="001A3510" w:rsidRDefault="008313E4">
      <w:pPr>
        <w:spacing w:after="40" w:line="259" w:lineRule="auto"/>
      </w:pPr>
      <w:r>
        <w:rPr>
          <w:rFonts w:cs="Times New Roman"/>
          <w:b/>
        </w:rPr>
        <w:t>I. YÊU CẦU CẦN ĐẠT</w:t>
      </w:r>
    </w:p>
    <w:p w:rsidR="001A3510" w:rsidRDefault="008313E4">
      <w:pPr>
        <w:spacing w:after="40" w:line="259" w:lineRule="auto"/>
      </w:pPr>
      <w:r>
        <w:rPr>
          <w:rFonts w:cs="Times New Roman"/>
          <w:b/>
        </w:rPr>
        <w:t>1. Năng lực đặc thù</w:t>
      </w:r>
    </w:p>
    <w:p w:rsidR="001A3510" w:rsidRDefault="008313E4">
      <w:pPr>
        <w:spacing w:after="40" w:line="259" w:lineRule="auto"/>
      </w:pPr>
      <w:r>
        <w:rPr>
          <w:rFonts w:cs="Times New Roman"/>
        </w:rPr>
        <w:t>- Nêu được tên, mô tả đặc điểm nổi bật của một số con vật thường gặp.</w:t>
      </w:r>
    </w:p>
    <w:p w:rsidR="001A3510" w:rsidRDefault="008313E4">
      <w:pPr>
        <w:spacing w:after="40" w:line="259" w:lineRule="auto"/>
      </w:pPr>
      <w:r>
        <w:rPr>
          <w:rFonts w:cs="Times New Roman"/>
        </w:rPr>
        <w:t>- Nêu được các bộ phận chính của con vật: đầu, mình và cơ quan di chuyển.</w:t>
      </w:r>
    </w:p>
    <w:p w:rsidR="001A3510" w:rsidRDefault="008313E4">
      <w:pPr>
        <w:spacing w:after="40" w:line="259" w:lineRule="auto"/>
      </w:pPr>
      <w:r>
        <w:rPr>
          <w:rFonts w:cs="Times New Roman"/>
        </w:rPr>
        <w:t>- Nêu được ích lợi hoặc tác hại của một số con vật; biết yêu quý và phòng tránh phù hợp.</w:t>
      </w:r>
    </w:p>
    <w:p w:rsidR="001A3510" w:rsidRDefault="008313E4">
      <w:pPr>
        <w:spacing w:after="40" w:line="259" w:lineRule="auto"/>
      </w:pPr>
      <w:r>
        <w:rPr>
          <w:rFonts w:cs="Times New Roman"/>
          <w:b/>
        </w:rPr>
        <w:t>2. Năng lực chung</w:t>
      </w:r>
    </w:p>
    <w:p w:rsidR="001A3510" w:rsidRDefault="008313E4">
      <w:pPr>
        <w:spacing w:after="40" w:line="259" w:lineRule="auto"/>
      </w:pPr>
      <w:r>
        <w:rPr>
          <w:rFonts w:cs="Times New Roman"/>
        </w:rPr>
        <w:t>- Tự chủ và tự học: Chủ động quan sát, tìm hiểu con vật.</w:t>
      </w:r>
    </w:p>
    <w:p w:rsidR="001A3510" w:rsidRDefault="008313E4">
      <w:pPr>
        <w:spacing w:after="40" w:line="259" w:lineRule="auto"/>
      </w:pPr>
      <w:r>
        <w:rPr>
          <w:rFonts w:cs="Times New Roman"/>
        </w:rPr>
        <w:t>- Giao tiếp và hợp tác: Trao đổi, chia sẻ kết quả quan sát với bạn.</w:t>
      </w:r>
    </w:p>
    <w:p w:rsidR="001A3510" w:rsidRDefault="008313E4">
      <w:pPr>
        <w:spacing w:after="40" w:line="259" w:lineRule="auto"/>
      </w:pPr>
      <w:r>
        <w:rPr>
          <w:rFonts w:cs="Times New Roman"/>
        </w:rPr>
        <w:t>- Giải quyết vấn đề và sáng tạo: Phân loại con vật theo lợi ích hoặc tác hại.</w:t>
      </w:r>
    </w:p>
    <w:p w:rsidR="001A3510" w:rsidRDefault="008313E4">
      <w:pPr>
        <w:spacing w:after="40" w:line="259" w:lineRule="auto"/>
      </w:pPr>
      <w:r>
        <w:rPr>
          <w:rFonts w:cs="Times New Roman"/>
          <w:b/>
        </w:rPr>
        <w:t>3. Phẩm chất</w:t>
      </w:r>
    </w:p>
    <w:p w:rsidR="001A3510" w:rsidRDefault="008313E4">
      <w:pPr>
        <w:spacing w:after="40" w:line="259" w:lineRule="auto"/>
      </w:pPr>
      <w:r>
        <w:rPr>
          <w:rFonts w:cs="Times New Roman"/>
        </w:rPr>
        <w:t>- Nhân ái: Yêu quý và không làm hại các con vật có ích.</w:t>
      </w:r>
    </w:p>
    <w:p w:rsidR="001A3510" w:rsidRDefault="008313E4">
      <w:pPr>
        <w:spacing w:after="40" w:line="259" w:lineRule="auto"/>
      </w:pPr>
      <w:r>
        <w:rPr>
          <w:rFonts w:cs="Times New Roman"/>
        </w:rPr>
        <w:t>- Trách nhiệm: Biết bảo vệ môi trường sống của con vật và phòng tránh nguy hiểm.</w:t>
      </w:r>
    </w:p>
    <w:p w:rsidR="001A3510" w:rsidRDefault="008313E4">
      <w:pPr>
        <w:spacing w:after="40" w:line="259" w:lineRule="auto"/>
      </w:pPr>
      <w:r>
        <w:rPr>
          <w:rFonts w:cs="Times New Roman"/>
          <w:b/>
          <w:color w:val="C00000"/>
        </w:rPr>
        <w:t>4. Tích hợp</w:t>
      </w:r>
    </w:p>
    <w:p w:rsidR="001A3510" w:rsidRDefault="008313E4">
      <w:pPr>
        <w:spacing w:after="40" w:line="259" w:lineRule="auto"/>
      </w:pPr>
      <w:r>
        <w:rPr>
          <w:rFonts w:cs="Times New Roman"/>
          <w:color w:val="C00000"/>
        </w:rPr>
        <w:t>- Tích hợp AI 1.D1.1: Học sinh nhận biết AI có thể học từ nhiều hình ảnh để nhận diện một số con vật; hiểu công nghệ chỉ hỗ trợ quan sát, còn con người cần kiểm tra và sử dụng phù hợp.</w:t>
      </w:r>
    </w:p>
    <w:p w:rsidR="001A3510" w:rsidRDefault="008313E4">
      <w:pPr>
        <w:spacing w:after="40" w:line="259" w:lineRule="auto"/>
      </w:pPr>
      <w:r>
        <w:rPr>
          <w:rFonts w:cs="Times New Roman"/>
          <w:b/>
        </w:rPr>
        <w:t>II. ĐỒ DÙNG DẠY HỌC</w:t>
      </w:r>
    </w:p>
    <w:p w:rsidR="001A3510" w:rsidRDefault="008313E4">
      <w:pPr>
        <w:spacing w:after="40" w:line="259" w:lineRule="auto"/>
      </w:pPr>
      <w:r>
        <w:rPr>
          <w:rFonts w:cs="Times New Roman"/>
        </w:rPr>
        <w:t>- Giáo viên: SGK, tranh các con vật, phiếu quan sát, máy tính/máy chiếu khi thực hiện nội dung AI.</w:t>
      </w:r>
    </w:p>
    <w:p w:rsidR="001A3510" w:rsidRDefault="008313E4">
      <w:pPr>
        <w:spacing w:after="40" w:line="259" w:lineRule="auto"/>
      </w:pPr>
      <w:r>
        <w:rPr>
          <w:rFonts w:cs="Times New Roman"/>
        </w:rPr>
        <w:t>- Học sinh: SGK, bút màu, tranh con vật nếu có.</w:t>
      </w:r>
    </w:p>
    <w:p w:rsidR="001A3510" w:rsidRDefault="008313E4">
      <w:pPr>
        <w:spacing w:after="40" w:line="259" w:lineRule="auto"/>
      </w:pPr>
      <w:r>
        <w:rPr>
          <w:rFonts w:cs="Times New Roman"/>
          <w:b/>
        </w:rPr>
        <w:t>III. CÁC HOẠT ĐỘNG DẠY HỌC</w:t>
      </w:r>
    </w:p>
    <w:tbl>
      <w:tblPr>
        <w:tblStyle w:val="TableGrid"/>
        <w:tblW w:w="0" w:type="auto"/>
        <w:jc w:val="center"/>
        <w:tblBorders>
          <w:insideH w:val="none" w:sz="0" w:space="0" w:color="auto"/>
        </w:tblBorders>
        <w:tblLayout w:type="fixed"/>
        <w:tblLook w:val="04A0" w:firstRow="1" w:lastRow="0" w:firstColumn="1" w:lastColumn="0" w:noHBand="0" w:noVBand="1"/>
      </w:tblPr>
      <w:tblGrid>
        <w:gridCol w:w="4734"/>
        <w:gridCol w:w="5692"/>
      </w:tblGrid>
      <w:tr w:rsidR="001A3510" w:rsidTr="00AA5EBB">
        <w:trPr>
          <w:cantSplit/>
          <w:tblHeader/>
          <w:jc w:val="center"/>
        </w:trPr>
        <w:tc>
          <w:tcPr>
            <w:tcW w:w="4734" w:type="dxa"/>
            <w:tcBorders>
              <w:bottom w:val="single" w:sz="4" w:space="0" w:color="auto"/>
            </w:tcBorders>
            <w:shd w:val="clear" w:color="auto" w:fill="auto"/>
            <w:tcMar>
              <w:top w:w="80" w:type="dxa"/>
              <w:left w:w="90" w:type="dxa"/>
              <w:bottom w:w="80" w:type="dxa"/>
              <w:right w:w="90" w:type="dxa"/>
            </w:tcMar>
          </w:tcPr>
          <w:p w:rsidR="001A3510" w:rsidRDefault="008313E4">
            <w:pPr>
              <w:spacing w:after="40" w:line="259" w:lineRule="auto"/>
              <w:jc w:val="center"/>
            </w:pPr>
            <w:r>
              <w:rPr>
                <w:rFonts w:cs="Times New Roman"/>
                <w:b/>
              </w:rPr>
              <w:t>Hoạt động của giáo viên</w:t>
            </w:r>
          </w:p>
        </w:tc>
        <w:tc>
          <w:tcPr>
            <w:tcW w:w="4734" w:type="dxa"/>
            <w:tcBorders>
              <w:bottom w:val="single" w:sz="4" w:space="0" w:color="auto"/>
            </w:tcBorders>
            <w:shd w:val="clear" w:color="auto" w:fill="auto"/>
            <w:tcMar>
              <w:top w:w="80" w:type="dxa"/>
              <w:left w:w="90" w:type="dxa"/>
              <w:bottom w:w="80" w:type="dxa"/>
              <w:right w:w="90" w:type="dxa"/>
            </w:tcMar>
          </w:tcPr>
          <w:p w:rsidR="001A3510" w:rsidRDefault="008313E4">
            <w:pPr>
              <w:spacing w:after="40" w:line="259" w:lineRule="auto"/>
              <w:jc w:val="center"/>
            </w:pPr>
            <w:r>
              <w:rPr>
                <w:rFonts w:cs="Times New Roman"/>
                <w:b/>
              </w:rPr>
              <w:t>Hoạt động của học sinh</w:t>
            </w:r>
          </w:p>
        </w:tc>
      </w:tr>
      <w:tr w:rsidR="001A3510" w:rsidTr="00AA5EBB">
        <w:trPr>
          <w:cantSplit/>
          <w:jc w:val="center"/>
        </w:trPr>
        <w:tc>
          <w:tcPr>
            <w:tcW w:w="10426" w:type="dxa"/>
            <w:gridSpan w:val="2"/>
            <w:tcBorders>
              <w:top w:val="single" w:sz="4" w:space="0" w:color="auto"/>
              <w:bottom w:val="single" w:sz="4" w:space="0" w:color="auto"/>
            </w:tcBorders>
            <w:shd w:val="clear" w:color="auto" w:fill="auto"/>
            <w:tcMar>
              <w:top w:w="80" w:type="dxa"/>
              <w:left w:w="90" w:type="dxa"/>
              <w:bottom w:w="80" w:type="dxa"/>
              <w:right w:w="90" w:type="dxa"/>
            </w:tcMar>
          </w:tcPr>
          <w:p w:rsidR="001A3510" w:rsidRDefault="008313E4">
            <w:pPr>
              <w:keepNext/>
              <w:spacing w:after="40" w:line="259" w:lineRule="auto"/>
            </w:pPr>
            <w:r>
              <w:rPr>
                <w:rFonts w:cs="Times New Roman"/>
                <w:b/>
              </w:rPr>
              <w:t>1. Khởi động</w:t>
            </w:r>
          </w:p>
          <w:p w:rsidR="001A3510" w:rsidRDefault="008313E4">
            <w:pPr>
              <w:keepNext/>
              <w:spacing w:after="40" w:line="259" w:lineRule="auto"/>
            </w:pPr>
            <w:r>
              <w:rPr>
                <w:rFonts w:cs="Times New Roman"/>
                <w:b/>
              </w:rPr>
              <w:t>Mục tiêu: Tạo hứng thú và gợi hiểu biết ban đầu về con vật xung quanh.</w:t>
            </w:r>
          </w:p>
        </w:tc>
      </w:tr>
      <w:tr w:rsidR="001A3510" w:rsidTr="00AA5EBB">
        <w:trPr>
          <w:cantSplit/>
          <w:jc w:val="center"/>
        </w:trPr>
        <w:tc>
          <w:tcPr>
            <w:tcW w:w="4734" w:type="dxa"/>
            <w:tcBorders>
              <w:top w:val="single" w:sz="4" w:space="0" w:color="auto"/>
            </w:tcBorders>
            <w:shd w:val="clear" w:color="auto" w:fill="auto"/>
            <w:tcMar>
              <w:top w:w="80" w:type="dxa"/>
              <w:left w:w="90" w:type="dxa"/>
              <w:bottom w:w="80" w:type="dxa"/>
              <w:right w:w="90" w:type="dxa"/>
            </w:tcMar>
          </w:tcPr>
          <w:p w:rsidR="001A3510" w:rsidRDefault="008313E4" w:rsidP="00AA5EBB">
            <w:pPr>
              <w:spacing w:after="40" w:line="259" w:lineRule="auto"/>
            </w:pPr>
            <w:r>
              <w:rPr>
                <w:rFonts w:cs="Times New Roman"/>
              </w:rPr>
              <w:t>- Quan sát tranh và kể tên các con vật em nhìn thấy.</w:t>
            </w:r>
          </w:p>
        </w:tc>
        <w:tc>
          <w:tcPr>
            <w:tcW w:w="4734" w:type="dxa"/>
            <w:tcBorders>
              <w:top w:val="single" w:sz="4" w:space="0" w:color="auto"/>
            </w:tcBorders>
            <w:shd w:val="clear" w:color="auto" w:fill="auto"/>
            <w:tcMar>
              <w:top w:w="80" w:type="dxa"/>
              <w:left w:w="90" w:type="dxa"/>
              <w:bottom w:w="80" w:type="dxa"/>
              <w:right w:w="90" w:type="dxa"/>
            </w:tcMar>
          </w:tcPr>
          <w:p w:rsidR="001A3510" w:rsidRDefault="008313E4">
            <w:pPr>
              <w:spacing w:after="40" w:line="259" w:lineRule="auto"/>
            </w:pPr>
            <w:r>
              <w:rPr>
                <w:rFonts w:cs="Times New Roman"/>
              </w:rPr>
              <w:t>- Em nhìn thấy con chó, con mèo, con chim, con cá hoặc con gà.</w:t>
            </w:r>
          </w:p>
        </w:tc>
      </w:tr>
      <w:tr w:rsidR="001A3510" w:rsidTr="00AA5EBB">
        <w:trPr>
          <w:cantSplit/>
          <w:jc w:val="center"/>
        </w:trPr>
        <w:tc>
          <w:tcPr>
            <w:tcW w:w="4734" w:type="dxa"/>
            <w:shd w:val="clear" w:color="auto" w:fill="auto"/>
            <w:tcMar>
              <w:top w:w="80" w:type="dxa"/>
              <w:left w:w="90" w:type="dxa"/>
              <w:bottom w:w="80" w:type="dxa"/>
              <w:right w:w="90" w:type="dxa"/>
            </w:tcMar>
          </w:tcPr>
          <w:p w:rsidR="001A3510" w:rsidRDefault="008313E4">
            <w:pPr>
              <w:spacing w:after="40" w:line="259" w:lineRule="auto"/>
            </w:pPr>
            <w:r>
              <w:rPr>
                <w:rFonts w:cs="Times New Roman"/>
              </w:rPr>
              <w:t>- Em đã từng chăm sóc hoặc quan sát con vật nào?</w:t>
            </w:r>
          </w:p>
        </w:tc>
        <w:tc>
          <w:tcPr>
            <w:tcW w:w="4734" w:type="dxa"/>
            <w:shd w:val="clear" w:color="auto" w:fill="auto"/>
            <w:tcMar>
              <w:top w:w="80" w:type="dxa"/>
              <w:left w:w="90" w:type="dxa"/>
              <w:bottom w:w="80" w:type="dxa"/>
              <w:right w:w="90" w:type="dxa"/>
            </w:tcMar>
          </w:tcPr>
          <w:p w:rsidR="001A3510" w:rsidRDefault="008313E4">
            <w:pPr>
              <w:spacing w:after="40" w:line="259" w:lineRule="auto"/>
            </w:pPr>
            <w:r>
              <w:rPr>
                <w:rFonts w:cs="Times New Roman"/>
              </w:rPr>
              <w:t>- Em đã quan sát hoặc chăm sóc chó, mèo, cá, gà hoặc chim.</w:t>
            </w:r>
          </w:p>
        </w:tc>
      </w:tr>
      <w:tr w:rsidR="001A3510" w:rsidTr="00AA5EBB">
        <w:trPr>
          <w:cantSplit/>
          <w:jc w:val="center"/>
        </w:trPr>
        <w:tc>
          <w:tcPr>
            <w:tcW w:w="4734" w:type="dxa"/>
            <w:tcBorders>
              <w:bottom w:val="single" w:sz="4" w:space="0" w:color="auto"/>
            </w:tcBorders>
            <w:shd w:val="clear" w:color="auto" w:fill="auto"/>
            <w:tcMar>
              <w:top w:w="80" w:type="dxa"/>
              <w:left w:w="90" w:type="dxa"/>
              <w:bottom w:w="80" w:type="dxa"/>
              <w:right w:w="90" w:type="dxa"/>
            </w:tcMar>
          </w:tcPr>
          <w:p w:rsidR="001A3510" w:rsidRDefault="008313E4">
            <w:pPr>
              <w:spacing w:after="40" w:line="259" w:lineRule="auto"/>
            </w:pPr>
            <w:r>
              <w:rPr>
                <w:rFonts w:cs="Times New Roman"/>
              </w:rPr>
              <w:t>- Chốt ý, kết luận: Xung quanh em có nhiều con vật với đặc điểm khác nhau.</w:t>
            </w:r>
          </w:p>
        </w:tc>
        <w:tc>
          <w:tcPr>
            <w:tcW w:w="4734" w:type="dxa"/>
            <w:tcBorders>
              <w:bottom w:val="single" w:sz="4" w:space="0" w:color="auto"/>
            </w:tcBorders>
            <w:shd w:val="clear" w:color="auto" w:fill="auto"/>
            <w:tcMar>
              <w:top w:w="80" w:type="dxa"/>
              <w:left w:w="90" w:type="dxa"/>
              <w:bottom w:w="80" w:type="dxa"/>
              <w:right w:w="90" w:type="dxa"/>
            </w:tcMar>
          </w:tcPr>
          <w:p w:rsidR="001A3510" w:rsidRDefault="008313E4">
            <w:pPr>
              <w:spacing w:after="40" w:line="259" w:lineRule="auto"/>
            </w:pPr>
            <w:r>
              <w:rPr>
                <w:rFonts w:cs="Times New Roman"/>
              </w:rPr>
              <w:t>- Lắng nghe, ghi nhớ.</w:t>
            </w:r>
          </w:p>
        </w:tc>
      </w:tr>
      <w:tr w:rsidR="001A3510" w:rsidTr="00AA5EBB">
        <w:trPr>
          <w:cantSplit/>
          <w:jc w:val="center"/>
        </w:trPr>
        <w:tc>
          <w:tcPr>
            <w:tcW w:w="10426" w:type="dxa"/>
            <w:gridSpan w:val="2"/>
            <w:tcBorders>
              <w:top w:val="single" w:sz="4" w:space="0" w:color="auto"/>
              <w:bottom w:val="single" w:sz="4" w:space="0" w:color="auto"/>
            </w:tcBorders>
            <w:shd w:val="clear" w:color="auto" w:fill="auto"/>
            <w:tcMar>
              <w:top w:w="80" w:type="dxa"/>
              <w:left w:w="90" w:type="dxa"/>
              <w:bottom w:w="80" w:type="dxa"/>
              <w:right w:w="90" w:type="dxa"/>
            </w:tcMar>
          </w:tcPr>
          <w:p w:rsidR="001A3510" w:rsidRDefault="008313E4">
            <w:pPr>
              <w:keepNext/>
              <w:spacing w:after="40" w:line="259" w:lineRule="auto"/>
            </w:pPr>
            <w:r>
              <w:rPr>
                <w:rFonts w:cs="Times New Roman"/>
                <w:b/>
              </w:rPr>
              <w:t>2. Khám phá: Đặc điểm của con vật</w:t>
            </w:r>
          </w:p>
          <w:p w:rsidR="001A3510" w:rsidRDefault="008313E4">
            <w:pPr>
              <w:keepNext/>
              <w:spacing w:after="40" w:line="259" w:lineRule="auto"/>
            </w:pPr>
            <w:r>
              <w:rPr>
                <w:rFonts w:cs="Times New Roman"/>
                <w:b/>
              </w:rPr>
              <w:t>Mục tiêu: Mô tả được màu sắc, độ lớn và đặc điểm nổi bật của một số con vật.</w:t>
            </w:r>
          </w:p>
        </w:tc>
      </w:tr>
      <w:tr w:rsidR="001A3510" w:rsidTr="00AA5EBB">
        <w:trPr>
          <w:cantSplit/>
          <w:jc w:val="center"/>
        </w:trPr>
        <w:tc>
          <w:tcPr>
            <w:tcW w:w="4734" w:type="dxa"/>
            <w:tcBorders>
              <w:top w:val="single" w:sz="4" w:space="0" w:color="auto"/>
            </w:tcBorders>
            <w:shd w:val="clear" w:color="auto" w:fill="auto"/>
            <w:tcMar>
              <w:top w:w="80" w:type="dxa"/>
              <w:left w:w="90" w:type="dxa"/>
              <w:bottom w:w="80" w:type="dxa"/>
              <w:right w:w="90" w:type="dxa"/>
            </w:tcMar>
          </w:tcPr>
          <w:p w:rsidR="001A3510" w:rsidRDefault="008313E4" w:rsidP="00AA5EBB">
            <w:pPr>
              <w:spacing w:after="40" w:line="259" w:lineRule="auto"/>
            </w:pPr>
            <w:r>
              <w:rPr>
                <w:rFonts w:cs="Times New Roman"/>
              </w:rPr>
              <w:t>- Quan sát hình và nêu đặc điểm của con vật em chọn.</w:t>
            </w:r>
          </w:p>
        </w:tc>
        <w:tc>
          <w:tcPr>
            <w:tcW w:w="4734" w:type="dxa"/>
            <w:tcBorders>
              <w:top w:val="single" w:sz="4" w:space="0" w:color="auto"/>
            </w:tcBorders>
            <w:shd w:val="clear" w:color="auto" w:fill="auto"/>
            <w:tcMar>
              <w:top w:w="80" w:type="dxa"/>
              <w:left w:w="90" w:type="dxa"/>
              <w:bottom w:w="80" w:type="dxa"/>
              <w:right w:w="90" w:type="dxa"/>
            </w:tcMar>
          </w:tcPr>
          <w:p w:rsidR="001A3510" w:rsidRDefault="008313E4">
            <w:pPr>
              <w:spacing w:after="40" w:line="259" w:lineRule="auto"/>
            </w:pPr>
            <w:r>
              <w:rPr>
                <w:rFonts w:cs="Times New Roman"/>
              </w:rPr>
              <w:t>- Con mèo có lông mềm, bốn chân; con chim có cánh và biết bay.</w:t>
            </w:r>
          </w:p>
        </w:tc>
      </w:tr>
      <w:tr w:rsidR="001A3510" w:rsidTr="00AA5EBB">
        <w:trPr>
          <w:cantSplit/>
          <w:jc w:val="center"/>
        </w:trPr>
        <w:tc>
          <w:tcPr>
            <w:tcW w:w="4734" w:type="dxa"/>
            <w:shd w:val="clear" w:color="auto" w:fill="auto"/>
            <w:tcMar>
              <w:top w:w="80" w:type="dxa"/>
              <w:left w:w="90" w:type="dxa"/>
              <w:bottom w:w="80" w:type="dxa"/>
              <w:right w:w="90" w:type="dxa"/>
            </w:tcMar>
          </w:tcPr>
          <w:p w:rsidR="001A3510" w:rsidRDefault="008313E4">
            <w:pPr>
              <w:spacing w:after="40" w:line="259" w:lineRule="auto"/>
            </w:pPr>
            <w:r>
              <w:rPr>
                <w:rFonts w:cs="Times New Roman"/>
              </w:rPr>
              <w:t>- Con vật nào sống dưới nước?</w:t>
            </w:r>
          </w:p>
        </w:tc>
        <w:tc>
          <w:tcPr>
            <w:tcW w:w="4734" w:type="dxa"/>
            <w:shd w:val="clear" w:color="auto" w:fill="auto"/>
            <w:tcMar>
              <w:top w:w="80" w:type="dxa"/>
              <w:left w:w="90" w:type="dxa"/>
              <w:bottom w:w="80" w:type="dxa"/>
              <w:right w:w="90" w:type="dxa"/>
            </w:tcMar>
          </w:tcPr>
          <w:p w:rsidR="001A3510" w:rsidRDefault="008313E4">
            <w:pPr>
              <w:spacing w:after="40" w:line="259" w:lineRule="auto"/>
            </w:pPr>
            <w:r>
              <w:rPr>
                <w:rFonts w:cs="Times New Roman"/>
              </w:rPr>
              <w:t>- Cá sống dưới nước.</w:t>
            </w:r>
          </w:p>
        </w:tc>
      </w:tr>
      <w:tr w:rsidR="001A3510" w:rsidTr="00AA5EBB">
        <w:trPr>
          <w:cantSplit/>
          <w:jc w:val="center"/>
        </w:trPr>
        <w:tc>
          <w:tcPr>
            <w:tcW w:w="4734" w:type="dxa"/>
            <w:shd w:val="clear" w:color="auto" w:fill="auto"/>
            <w:tcMar>
              <w:top w:w="80" w:type="dxa"/>
              <w:left w:w="90" w:type="dxa"/>
              <w:bottom w:w="80" w:type="dxa"/>
              <w:right w:w="90" w:type="dxa"/>
            </w:tcMar>
          </w:tcPr>
          <w:p w:rsidR="001A3510" w:rsidRDefault="008313E4">
            <w:pPr>
              <w:spacing w:after="40" w:line="259" w:lineRule="auto"/>
            </w:pPr>
            <w:r>
              <w:rPr>
                <w:rFonts w:cs="Times New Roman"/>
              </w:rPr>
              <w:lastRenderedPageBreak/>
              <w:t>- Con vật nào có cánh?</w:t>
            </w:r>
          </w:p>
        </w:tc>
        <w:tc>
          <w:tcPr>
            <w:tcW w:w="4734" w:type="dxa"/>
            <w:shd w:val="clear" w:color="auto" w:fill="auto"/>
            <w:tcMar>
              <w:top w:w="80" w:type="dxa"/>
              <w:left w:w="90" w:type="dxa"/>
              <w:bottom w:w="80" w:type="dxa"/>
              <w:right w:w="90" w:type="dxa"/>
            </w:tcMar>
          </w:tcPr>
          <w:p w:rsidR="001A3510" w:rsidRDefault="008313E4">
            <w:pPr>
              <w:spacing w:after="40" w:line="259" w:lineRule="auto"/>
            </w:pPr>
            <w:r>
              <w:rPr>
                <w:rFonts w:cs="Times New Roman"/>
              </w:rPr>
              <w:t>- Chim hoặc gà có cánh.</w:t>
            </w:r>
          </w:p>
        </w:tc>
      </w:tr>
      <w:tr w:rsidR="001A3510" w:rsidTr="00AA5EBB">
        <w:trPr>
          <w:cantSplit/>
          <w:jc w:val="center"/>
        </w:trPr>
        <w:tc>
          <w:tcPr>
            <w:tcW w:w="4734" w:type="dxa"/>
            <w:shd w:val="clear" w:color="auto" w:fill="auto"/>
            <w:tcMar>
              <w:top w:w="80" w:type="dxa"/>
              <w:left w:w="90" w:type="dxa"/>
              <w:bottom w:w="80" w:type="dxa"/>
              <w:right w:w="90" w:type="dxa"/>
            </w:tcMar>
          </w:tcPr>
          <w:p w:rsidR="001A3510" w:rsidRDefault="008313E4">
            <w:pPr>
              <w:spacing w:after="40" w:line="259" w:lineRule="auto"/>
            </w:pPr>
            <w:r>
              <w:rPr>
                <w:rFonts w:cs="Times New Roman"/>
              </w:rPr>
              <w:t>- Mời một số em trình bày; nhận xét, bổ sung.</w:t>
            </w:r>
          </w:p>
        </w:tc>
        <w:tc>
          <w:tcPr>
            <w:tcW w:w="4734" w:type="dxa"/>
            <w:shd w:val="clear" w:color="auto" w:fill="auto"/>
            <w:tcMar>
              <w:top w:w="80" w:type="dxa"/>
              <w:left w:w="90" w:type="dxa"/>
              <w:bottom w:w="80" w:type="dxa"/>
              <w:right w:w="90" w:type="dxa"/>
            </w:tcMar>
          </w:tcPr>
          <w:p w:rsidR="001A3510" w:rsidRDefault="008313E4">
            <w:pPr>
              <w:spacing w:after="40" w:line="259" w:lineRule="auto"/>
            </w:pPr>
            <w:r>
              <w:rPr>
                <w:rFonts w:cs="Times New Roman"/>
              </w:rPr>
              <w:t>- Trình bày; bổ sung ý kiến.</w:t>
            </w:r>
          </w:p>
        </w:tc>
      </w:tr>
      <w:tr w:rsidR="001A3510" w:rsidTr="00AA5EBB">
        <w:trPr>
          <w:cantSplit/>
          <w:jc w:val="center"/>
        </w:trPr>
        <w:tc>
          <w:tcPr>
            <w:tcW w:w="4734" w:type="dxa"/>
            <w:tcBorders>
              <w:bottom w:val="single" w:sz="4" w:space="0" w:color="auto"/>
            </w:tcBorders>
            <w:shd w:val="clear" w:color="auto" w:fill="auto"/>
            <w:tcMar>
              <w:top w:w="80" w:type="dxa"/>
              <w:left w:w="90" w:type="dxa"/>
              <w:bottom w:w="80" w:type="dxa"/>
              <w:right w:w="90" w:type="dxa"/>
            </w:tcMar>
          </w:tcPr>
          <w:p w:rsidR="001A3510" w:rsidRDefault="008313E4">
            <w:pPr>
              <w:spacing w:after="40" w:line="259" w:lineRule="auto"/>
            </w:pPr>
            <w:r>
              <w:rPr>
                <w:rFonts w:cs="Times New Roman"/>
              </w:rPr>
              <w:t>- Chốt ý, kết luận: Con vật đa dạng về hình dạng, màu sắc, kích thước và nơi sống.</w:t>
            </w:r>
          </w:p>
        </w:tc>
        <w:tc>
          <w:tcPr>
            <w:tcW w:w="4734" w:type="dxa"/>
            <w:tcBorders>
              <w:bottom w:val="single" w:sz="4" w:space="0" w:color="auto"/>
            </w:tcBorders>
            <w:shd w:val="clear" w:color="auto" w:fill="auto"/>
            <w:tcMar>
              <w:top w:w="80" w:type="dxa"/>
              <w:left w:w="90" w:type="dxa"/>
              <w:bottom w:w="80" w:type="dxa"/>
              <w:right w:w="90" w:type="dxa"/>
            </w:tcMar>
          </w:tcPr>
          <w:p w:rsidR="001A3510" w:rsidRDefault="008313E4">
            <w:pPr>
              <w:spacing w:after="40" w:line="259" w:lineRule="auto"/>
            </w:pPr>
            <w:r>
              <w:rPr>
                <w:rFonts w:cs="Times New Roman"/>
              </w:rPr>
              <w:t>- Lắng nghe, ghi nhớ.</w:t>
            </w:r>
          </w:p>
        </w:tc>
      </w:tr>
      <w:tr w:rsidR="001A3510" w:rsidTr="00AA5EBB">
        <w:trPr>
          <w:cantSplit/>
          <w:jc w:val="center"/>
        </w:trPr>
        <w:tc>
          <w:tcPr>
            <w:tcW w:w="10426" w:type="dxa"/>
            <w:gridSpan w:val="2"/>
            <w:tcBorders>
              <w:top w:val="single" w:sz="4" w:space="0" w:color="auto"/>
              <w:bottom w:val="single" w:sz="4" w:space="0" w:color="auto"/>
            </w:tcBorders>
            <w:shd w:val="clear" w:color="auto" w:fill="auto"/>
            <w:tcMar>
              <w:top w:w="80" w:type="dxa"/>
              <w:left w:w="90" w:type="dxa"/>
              <w:bottom w:w="80" w:type="dxa"/>
              <w:right w:w="90" w:type="dxa"/>
            </w:tcMar>
          </w:tcPr>
          <w:p w:rsidR="001A3510" w:rsidRDefault="008313E4">
            <w:pPr>
              <w:keepNext/>
              <w:spacing w:after="40" w:line="259" w:lineRule="auto"/>
            </w:pPr>
            <w:r>
              <w:rPr>
                <w:rFonts w:cs="Times New Roman"/>
                <w:b/>
              </w:rPr>
              <w:t>3. Khám phá mở rộng: AI nhận diện hình ảnh con vật</w:t>
            </w:r>
          </w:p>
          <w:p w:rsidR="001A3510" w:rsidRDefault="008313E4">
            <w:pPr>
              <w:keepNext/>
              <w:spacing w:after="40" w:line="259" w:lineRule="auto"/>
            </w:pPr>
            <w:r>
              <w:rPr>
                <w:rFonts w:cs="Times New Roman"/>
                <w:b/>
              </w:rPr>
              <w:t>Mục tiêu: Nhận biết đơn giản cách AI học từ hình ảnh để hỗ trợ gọi tên con vật.</w:t>
            </w:r>
          </w:p>
        </w:tc>
      </w:tr>
      <w:tr w:rsidR="001A3510" w:rsidTr="00AA5EBB">
        <w:trPr>
          <w:cantSplit/>
          <w:jc w:val="center"/>
        </w:trPr>
        <w:tc>
          <w:tcPr>
            <w:tcW w:w="4734" w:type="dxa"/>
            <w:tcBorders>
              <w:top w:val="single" w:sz="4" w:space="0" w:color="auto"/>
            </w:tcBorders>
            <w:shd w:val="clear" w:color="auto" w:fill="auto"/>
            <w:tcMar>
              <w:top w:w="80" w:type="dxa"/>
              <w:left w:w="90" w:type="dxa"/>
              <w:bottom w:w="80" w:type="dxa"/>
              <w:right w:w="90" w:type="dxa"/>
            </w:tcMar>
          </w:tcPr>
          <w:p w:rsidR="001A3510" w:rsidRDefault="008313E4">
            <w:pPr>
              <w:spacing w:after="40" w:line="259" w:lineRule="auto"/>
            </w:pPr>
            <w:r>
              <w:rPr>
                <w:rFonts w:cs="Times New Roman"/>
                <w:color w:val="C00000"/>
              </w:rPr>
              <w:t>- Quan sát cô sử dụng ứng dụng nhận diện hình ảnh với ảnh một con vật.</w:t>
            </w:r>
          </w:p>
        </w:tc>
        <w:tc>
          <w:tcPr>
            <w:tcW w:w="4734" w:type="dxa"/>
            <w:tcBorders>
              <w:top w:val="single" w:sz="4" w:space="0" w:color="auto"/>
            </w:tcBorders>
            <w:shd w:val="clear" w:color="auto" w:fill="auto"/>
            <w:tcMar>
              <w:top w:w="80" w:type="dxa"/>
              <w:left w:w="90" w:type="dxa"/>
              <w:bottom w:w="80" w:type="dxa"/>
              <w:right w:w="90" w:type="dxa"/>
            </w:tcMar>
          </w:tcPr>
          <w:p w:rsidR="001A3510" w:rsidRDefault="008313E4">
            <w:pPr>
              <w:spacing w:after="40" w:line="259" w:lineRule="auto"/>
            </w:pPr>
            <w:r>
              <w:rPr>
                <w:rFonts w:cs="Times New Roman"/>
                <w:color w:val="C00000"/>
              </w:rPr>
              <w:t>- Quan sát màn hình và theo dõi kết quả nhận diện.</w:t>
            </w:r>
          </w:p>
        </w:tc>
      </w:tr>
      <w:tr w:rsidR="001A3510" w:rsidTr="00AA5EBB">
        <w:trPr>
          <w:cantSplit/>
          <w:jc w:val="center"/>
        </w:trPr>
        <w:tc>
          <w:tcPr>
            <w:tcW w:w="4734" w:type="dxa"/>
            <w:shd w:val="clear" w:color="auto" w:fill="auto"/>
            <w:tcMar>
              <w:top w:w="80" w:type="dxa"/>
              <w:left w:w="90" w:type="dxa"/>
              <w:bottom w:w="80" w:type="dxa"/>
              <w:right w:w="90" w:type="dxa"/>
            </w:tcMar>
          </w:tcPr>
          <w:p w:rsidR="001A3510" w:rsidRDefault="008313E4">
            <w:pPr>
              <w:spacing w:after="40" w:line="259" w:lineRule="auto"/>
            </w:pPr>
            <w:r>
              <w:rPr>
                <w:rFonts w:cs="Times New Roman"/>
                <w:color w:val="C00000"/>
              </w:rPr>
              <w:t>- Máy có thể đoán tên con vật trong ảnh bằng cách nào?</w:t>
            </w:r>
          </w:p>
        </w:tc>
        <w:tc>
          <w:tcPr>
            <w:tcW w:w="4734" w:type="dxa"/>
            <w:shd w:val="clear" w:color="auto" w:fill="auto"/>
            <w:tcMar>
              <w:top w:w="80" w:type="dxa"/>
              <w:left w:w="90" w:type="dxa"/>
              <w:bottom w:w="80" w:type="dxa"/>
              <w:right w:w="90" w:type="dxa"/>
            </w:tcMar>
          </w:tcPr>
          <w:p w:rsidR="001A3510" w:rsidRDefault="008313E4">
            <w:pPr>
              <w:spacing w:after="40" w:line="259" w:lineRule="auto"/>
            </w:pPr>
            <w:r>
              <w:rPr>
                <w:rFonts w:cs="Times New Roman"/>
                <w:color w:val="C00000"/>
              </w:rPr>
              <w:t>- Máy được học từ nhiều hình ảnh trước đó nên có thể đưa ra tên con vật gần giống.</w:t>
            </w:r>
          </w:p>
        </w:tc>
      </w:tr>
      <w:tr w:rsidR="001A3510" w:rsidTr="00AA5EBB">
        <w:trPr>
          <w:cantSplit/>
          <w:jc w:val="center"/>
        </w:trPr>
        <w:tc>
          <w:tcPr>
            <w:tcW w:w="4734" w:type="dxa"/>
            <w:shd w:val="clear" w:color="auto" w:fill="auto"/>
            <w:tcMar>
              <w:top w:w="80" w:type="dxa"/>
              <w:left w:w="90" w:type="dxa"/>
              <w:bottom w:w="80" w:type="dxa"/>
              <w:right w:w="90" w:type="dxa"/>
            </w:tcMar>
          </w:tcPr>
          <w:p w:rsidR="001A3510" w:rsidRDefault="008313E4">
            <w:pPr>
              <w:spacing w:after="40" w:line="259" w:lineRule="auto"/>
            </w:pPr>
            <w:r>
              <w:rPr>
                <w:rFonts w:cs="Times New Roman"/>
                <w:color w:val="C00000"/>
              </w:rPr>
              <w:t>- Kết quả của máy có phải lúc nào cũng đúng không?</w:t>
            </w:r>
          </w:p>
        </w:tc>
        <w:tc>
          <w:tcPr>
            <w:tcW w:w="4734" w:type="dxa"/>
            <w:shd w:val="clear" w:color="auto" w:fill="auto"/>
            <w:tcMar>
              <w:top w:w="80" w:type="dxa"/>
              <w:left w:w="90" w:type="dxa"/>
              <w:bottom w:w="80" w:type="dxa"/>
              <w:right w:w="90" w:type="dxa"/>
            </w:tcMar>
          </w:tcPr>
          <w:p w:rsidR="001A3510" w:rsidRDefault="008313E4">
            <w:pPr>
              <w:spacing w:after="40" w:line="259" w:lineRule="auto"/>
            </w:pPr>
            <w:r>
              <w:rPr>
                <w:rFonts w:cs="Times New Roman"/>
                <w:color w:val="C00000"/>
              </w:rPr>
              <w:t>- Không; cô giáo và người dùng cần kiểm tra lại kết quả.</w:t>
            </w:r>
          </w:p>
        </w:tc>
      </w:tr>
      <w:tr w:rsidR="001A3510" w:rsidTr="00AA5EBB">
        <w:trPr>
          <w:cantSplit/>
          <w:jc w:val="center"/>
        </w:trPr>
        <w:tc>
          <w:tcPr>
            <w:tcW w:w="4734" w:type="dxa"/>
            <w:shd w:val="clear" w:color="auto" w:fill="auto"/>
            <w:tcMar>
              <w:top w:w="80" w:type="dxa"/>
              <w:left w:w="90" w:type="dxa"/>
              <w:bottom w:w="80" w:type="dxa"/>
              <w:right w:w="90" w:type="dxa"/>
            </w:tcMar>
          </w:tcPr>
          <w:p w:rsidR="001A3510" w:rsidRDefault="008313E4">
            <w:pPr>
              <w:spacing w:after="40" w:line="259" w:lineRule="auto"/>
            </w:pPr>
            <w:r>
              <w:rPr>
                <w:rFonts w:cs="Times New Roman"/>
                <w:color w:val="C00000"/>
              </w:rPr>
              <w:t>- Diễn giải tích hợp AI: Máy tính hoặc ứng dụng AI có thể được hướng dẫn bằng rất nhiều hình ảnh con vật. Khi nhìn thấy một ảnh mới, máy so sánh đặc điểm đã học để gợi ý tên con vật. Công nghệ này giúp con người tìm hiểu và phân loại hình ảnh nhanh hơn, nhưng đôi khi máy có thể nhầm; vì vậy các em cần quan sát thực tế, nghe cô hướng dẫn và không tự ý sử dụng thiết bị số khi chưa được cho phép.</w:t>
            </w:r>
          </w:p>
        </w:tc>
        <w:tc>
          <w:tcPr>
            <w:tcW w:w="4734" w:type="dxa"/>
            <w:shd w:val="clear" w:color="auto" w:fill="auto"/>
            <w:tcMar>
              <w:top w:w="80" w:type="dxa"/>
              <w:left w:w="90" w:type="dxa"/>
              <w:bottom w:w="80" w:type="dxa"/>
              <w:right w:w="90" w:type="dxa"/>
            </w:tcMar>
          </w:tcPr>
          <w:p w:rsidR="001A3510" w:rsidRDefault="008313E4">
            <w:pPr>
              <w:spacing w:after="40" w:line="259" w:lineRule="auto"/>
            </w:pPr>
            <w:r>
              <w:rPr>
                <w:rFonts w:cs="Times New Roman"/>
                <w:color w:val="C00000"/>
              </w:rPr>
              <w:t>- Lắng nghe, nêu lại: AI có thể hỗ trợ nhận diện con vật nhưng cần người kiểm tra.</w:t>
            </w:r>
          </w:p>
        </w:tc>
      </w:tr>
      <w:tr w:rsidR="001A3510" w:rsidTr="00AA5EBB">
        <w:trPr>
          <w:cantSplit/>
          <w:jc w:val="center"/>
        </w:trPr>
        <w:tc>
          <w:tcPr>
            <w:tcW w:w="4734" w:type="dxa"/>
            <w:tcBorders>
              <w:bottom w:val="single" w:sz="4" w:space="0" w:color="auto"/>
            </w:tcBorders>
            <w:shd w:val="clear" w:color="auto" w:fill="auto"/>
            <w:tcMar>
              <w:top w:w="80" w:type="dxa"/>
              <w:left w:w="90" w:type="dxa"/>
              <w:bottom w:w="80" w:type="dxa"/>
              <w:right w:w="90" w:type="dxa"/>
            </w:tcMar>
          </w:tcPr>
          <w:p w:rsidR="001A3510" w:rsidRDefault="008313E4">
            <w:pPr>
              <w:spacing w:after="40" w:line="259" w:lineRule="auto"/>
            </w:pPr>
            <w:r>
              <w:rPr>
                <w:rFonts w:cs="Times New Roman"/>
                <w:color w:val="C00000"/>
              </w:rPr>
              <w:t>- Chốt ý, kết luận: AI là công cụ hỗ trợ tìm hiểu con vật; các em vẫn cần quan sát và yêu quý động vật trong đời sống thực.</w:t>
            </w:r>
          </w:p>
        </w:tc>
        <w:tc>
          <w:tcPr>
            <w:tcW w:w="4734" w:type="dxa"/>
            <w:tcBorders>
              <w:bottom w:val="single" w:sz="4" w:space="0" w:color="auto"/>
            </w:tcBorders>
            <w:shd w:val="clear" w:color="auto" w:fill="auto"/>
            <w:tcMar>
              <w:top w:w="80" w:type="dxa"/>
              <w:left w:w="90" w:type="dxa"/>
              <w:bottom w:w="80" w:type="dxa"/>
              <w:right w:w="90" w:type="dxa"/>
            </w:tcMar>
          </w:tcPr>
          <w:p w:rsidR="001A3510" w:rsidRDefault="008313E4">
            <w:pPr>
              <w:spacing w:after="40" w:line="259" w:lineRule="auto"/>
            </w:pPr>
            <w:r>
              <w:rPr>
                <w:rFonts w:cs="Times New Roman"/>
                <w:color w:val="C00000"/>
              </w:rPr>
              <w:t>- Lắng nghe, ghi nhớ.</w:t>
            </w:r>
          </w:p>
        </w:tc>
      </w:tr>
      <w:tr w:rsidR="001A3510" w:rsidTr="00AA5EBB">
        <w:trPr>
          <w:cantSplit/>
          <w:jc w:val="center"/>
        </w:trPr>
        <w:tc>
          <w:tcPr>
            <w:tcW w:w="10426" w:type="dxa"/>
            <w:gridSpan w:val="2"/>
            <w:tcBorders>
              <w:top w:val="single" w:sz="4" w:space="0" w:color="auto"/>
              <w:bottom w:val="single" w:sz="4" w:space="0" w:color="auto"/>
            </w:tcBorders>
            <w:shd w:val="clear" w:color="auto" w:fill="auto"/>
            <w:tcMar>
              <w:top w:w="80" w:type="dxa"/>
              <w:left w:w="90" w:type="dxa"/>
              <w:bottom w:w="80" w:type="dxa"/>
              <w:right w:w="90" w:type="dxa"/>
            </w:tcMar>
          </w:tcPr>
          <w:p w:rsidR="001A3510" w:rsidRDefault="008313E4">
            <w:pPr>
              <w:keepNext/>
              <w:spacing w:after="40" w:line="259" w:lineRule="auto"/>
            </w:pPr>
            <w:r>
              <w:rPr>
                <w:rFonts w:cs="Times New Roman"/>
                <w:b/>
              </w:rPr>
              <w:t>4. Vận dụng - trải nghiệm</w:t>
            </w:r>
          </w:p>
          <w:p w:rsidR="001A3510" w:rsidRDefault="008313E4">
            <w:pPr>
              <w:keepNext/>
              <w:spacing w:after="40" w:line="259" w:lineRule="auto"/>
            </w:pPr>
            <w:r>
              <w:rPr>
                <w:rFonts w:cs="Times New Roman"/>
                <w:b/>
              </w:rPr>
              <w:t>Mục tiêu: Giới thiệu được con vật em yêu thích và nêu việc làm phù hợp.</w:t>
            </w:r>
          </w:p>
        </w:tc>
      </w:tr>
      <w:tr w:rsidR="001A3510" w:rsidTr="00AA5EBB">
        <w:trPr>
          <w:cantSplit/>
          <w:jc w:val="center"/>
        </w:trPr>
        <w:tc>
          <w:tcPr>
            <w:tcW w:w="4734" w:type="dxa"/>
            <w:tcBorders>
              <w:top w:val="single" w:sz="4" w:space="0" w:color="auto"/>
            </w:tcBorders>
            <w:shd w:val="clear" w:color="auto" w:fill="auto"/>
            <w:tcMar>
              <w:top w:w="80" w:type="dxa"/>
              <w:left w:w="90" w:type="dxa"/>
              <w:bottom w:w="80" w:type="dxa"/>
              <w:right w:w="90" w:type="dxa"/>
            </w:tcMar>
          </w:tcPr>
          <w:p w:rsidR="001A3510" w:rsidRDefault="008313E4">
            <w:pPr>
              <w:spacing w:after="40" w:line="259" w:lineRule="auto"/>
            </w:pPr>
            <w:r>
              <w:rPr>
                <w:rFonts w:cs="Times New Roman"/>
              </w:rPr>
              <w:t>- Chọn một con vật em yêu thích và giới thiệu đặc điểm nổi bật.</w:t>
            </w:r>
          </w:p>
        </w:tc>
        <w:tc>
          <w:tcPr>
            <w:tcW w:w="4734" w:type="dxa"/>
            <w:tcBorders>
              <w:top w:val="single" w:sz="4" w:space="0" w:color="auto"/>
            </w:tcBorders>
            <w:shd w:val="clear" w:color="auto" w:fill="auto"/>
            <w:tcMar>
              <w:top w:w="80" w:type="dxa"/>
              <w:left w:w="90" w:type="dxa"/>
              <w:bottom w:w="80" w:type="dxa"/>
              <w:right w:w="90" w:type="dxa"/>
            </w:tcMar>
          </w:tcPr>
          <w:p w:rsidR="001A3510" w:rsidRDefault="008313E4">
            <w:pPr>
              <w:spacing w:after="40" w:line="259" w:lineRule="auto"/>
            </w:pPr>
            <w:r>
              <w:rPr>
                <w:rFonts w:cs="Times New Roman"/>
              </w:rPr>
              <w:t>- Giới thiệu con vật, màu sắc, cách di chuyển hoặc nơi sống.</w:t>
            </w:r>
          </w:p>
        </w:tc>
      </w:tr>
      <w:tr w:rsidR="001A3510" w:rsidTr="00AA5EBB">
        <w:trPr>
          <w:cantSplit/>
          <w:jc w:val="center"/>
        </w:trPr>
        <w:tc>
          <w:tcPr>
            <w:tcW w:w="4734" w:type="dxa"/>
            <w:shd w:val="clear" w:color="auto" w:fill="auto"/>
            <w:tcMar>
              <w:top w:w="80" w:type="dxa"/>
              <w:left w:w="90" w:type="dxa"/>
              <w:bottom w:w="80" w:type="dxa"/>
              <w:right w:w="90" w:type="dxa"/>
            </w:tcMar>
          </w:tcPr>
          <w:p w:rsidR="001A3510" w:rsidRDefault="008313E4">
            <w:pPr>
              <w:spacing w:after="40" w:line="259" w:lineRule="auto"/>
            </w:pPr>
            <w:r>
              <w:rPr>
                <w:rFonts w:cs="Times New Roman"/>
              </w:rPr>
              <w:t>- Em cần làm gì để yêu quý và bảo vệ con vật?</w:t>
            </w:r>
          </w:p>
        </w:tc>
        <w:tc>
          <w:tcPr>
            <w:tcW w:w="4734" w:type="dxa"/>
            <w:shd w:val="clear" w:color="auto" w:fill="auto"/>
            <w:tcMar>
              <w:top w:w="80" w:type="dxa"/>
              <w:left w:w="90" w:type="dxa"/>
              <w:bottom w:w="80" w:type="dxa"/>
              <w:right w:w="90" w:type="dxa"/>
            </w:tcMar>
          </w:tcPr>
          <w:p w:rsidR="001A3510" w:rsidRDefault="008313E4">
            <w:pPr>
              <w:spacing w:after="40" w:line="259" w:lineRule="auto"/>
            </w:pPr>
            <w:r>
              <w:rPr>
                <w:rFonts w:cs="Times New Roman"/>
              </w:rPr>
              <w:t>- Em không trêu chọc, không làm hại con vật; chăm sóc vật nuôi theo hướng dẫn của người lớn.</w:t>
            </w:r>
          </w:p>
        </w:tc>
      </w:tr>
      <w:tr w:rsidR="001A3510" w:rsidTr="00AA5EBB">
        <w:trPr>
          <w:cantSplit/>
          <w:jc w:val="center"/>
        </w:trPr>
        <w:tc>
          <w:tcPr>
            <w:tcW w:w="4734" w:type="dxa"/>
            <w:shd w:val="clear" w:color="auto" w:fill="auto"/>
            <w:tcMar>
              <w:top w:w="80" w:type="dxa"/>
              <w:left w:w="90" w:type="dxa"/>
              <w:bottom w:w="80" w:type="dxa"/>
              <w:right w:w="90" w:type="dxa"/>
            </w:tcMar>
          </w:tcPr>
          <w:p w:rsidR="001A3510" w:rsidRDefault="008313E4">
            <w:pPr>
              <w:spacing w:after="40" w:line="259" w:lineRule="auto"/>
            </w:pPr>
            <w:r>
              <w:rPr>
                <w:rFonts w:cs="Times New Roman"/>
              </w:rPr>
              <w:lastRenderedPageBreak/>
              <w:t>- Chốt ý, kết luận: Mỗi con vật đều có đặc điểm riêng; các em cần biết quan sát, yêu quý và cư xử an toàn.</w:t>
            </w:r>
          </w:p>
        </w:tc>
        <w:tc>
          <w:tcPr>
            <w:tcW w:w="4734" w:type="dxa"/>
            <w:shd w:val="clear" w:color="auto" w:fill="auto"/>
            <w:tcMar>
              <w:top w:w="80" w:type="dxa"/>
              <w:left w:w="90" w:type="dxa"/>
              <w:bottom w:w="80" w:type="dxa"/>
              <w:right w:w="90" w:type="dxa"/>
            </w:tcMar>
          </w:tcPr>
          <w:p w:rsidR="001A3510" w:rsidRDefault="008313E4">
            <w:pPr>
              <w:spacing w:after="40" w:line="259" w:lineRule="auto"/>
            </w:pPr>
            <w:r>
              <w:rPr>
                <w:rFonts w:cs="Times New Roman"/>
              </w:rPr>
              <w:t>- Lắng nghe, thực hiện.</w:t>
            </w:r>
          </w:p>
        </w:tc>
      </w:tr>
    </w:tbl>
    <w:p w:rsidR="001A3510" w:rsidRDefault="008313E4">
      <w:pPr>
        <w:spacing w:after="40" w:line="259" w:lineRule="auto"/>
      </w:pPr>
      <w:r>
        <w:rPr>
          <w:rFonts w:cs="Times New Roman"/>
          <w:b/>
        </w:rPr>
        <w:t>IV. ĐIỀU CHỈNH SAU BÀI DẠY</w:t>
      </w:r>
    </w:p>
    <w:p w:rsidR="001A3510" w:rsidRDefault="008313E4">
      <w:pPr>
        <w:spacing w:after="40" w:line="259" w:lineRule="auto"/>
      </w:pPr>
      <w:r>
        <w:rPr>
          <w:rFonts w:cs="Times New Roman"/>
        </w:rPr>
        <w:t>....................................................................................................................................................</w:t>
      </w:r>
    </w:p>
    <w:p w:rsidR="001A3510" w:rsidRDefault="008313E4">
      <w:pPr>
        <w:spacing w:after="40" w:line="259" w:lineRule="auto"/>
      </w:pPr>
      <w:r>
        <w:rPr>
          <w:rFonts w:cs="Times New Roman"/>
        </w:rPr>
        <w:t>....................................................................................................................................................</w:t>
      </w:r>
    </w:p>
    <w:p w:rsidR="001A3510" w:rsidRDefault="008313E4">
      <w:pPr>
        <w:spacing w:after="40" w:line="259" w:lineRule="auto"/>
      </w:pPr>
      <w:r>
        <w:rPr>
          <w:rFonts w:cs="Times New Roman"/>
        </w:rPr>
        <w:t>....................................................................................................................................................</w:t>
      </w:r>
    </w:p>
    <w:p w:rsidR="001A3510" w:rsidRDefault="001A3510"/>
    <w:p w:rsidR="001A3510" w:rsidRDefault="008313E4">
      <w:pPr>
        <w:spacing w:after="20" w:line="259" w:lineRule="auto"/>
        <w:jc w:val="center"/>
      </w:pPr>
      <w:r>
        <w:rPr>
          <w:rFonts w:cs="Times New Roman"/>
          <w:b/>
          <w:sz w:val="28"/>
        </w:rPr>
        <w:t>TỰ NHIÊN VÀ XÃ HỘI</w:t>
      </w:r>
    </w:p>
    <w:p w:rsidR="001A3510" w:rsidRDefault="008313E4">
      <w:pPr>
        <w:spacing w:after="80" w:line="259" w:lineRule="auto"/>
        <w:jc w:val="center"/>
      </w:pPr>
      <w:r>
        <w:rPr>
          <w:rFonts w:cs="Times New Roman"/>
          <w:b/>
          <w:sz w:val="28"/>
        </w:rPr>
        <w:t>BÀI 17: CON VẬT QUANH EM (TIẾT 2)</w:t>
      </w:r>
    </w:p>
    <w:p w:rsidR="001A3510" w:rsidRDefault="008313E4">
      <w:pPr>
        <w:spacing w:after="40" w:line="259" w:lineRule="auto"/>
      </w:pPr>
      <w:r>
        <w:rPr>
          <w:rFonts w:cs="Times New Roman"/>
          <w:b/>
        </w:rPr>
        <w:t>I. YÊU CẦU CẦN ĐẠT</w:t>
      </w:r>
    </w:p>
    <w:p w:rsidR="001A3510" w:rsidRDefault="008313E4">
      <w:pPr>
        <w:spacing w:after="40" w:line="259" w:lineRule="auto"/>
      </w:pPr>
      <w:r>
        <w:rPr>
          <w:rFonts w:cs="Times New Roman"/>
          <w:b/>
        </w:rPr>
        <w:t>1. Năng lực đặc thù</w:t>
      </w:r>
    </w:p>
    <w:p w:rsidR="001A3510" w:rsidRDefault="008313E4">
      <w:pPr>
        <w:spacing w:after="40" w:line="259" w:lineRule="auto"/>
      </w:pPr>
      <w:r>
        <w:rPr>
          <w:rFonts w:cs="Times New Roman"/>
        </w:rPr>
        <w:t>- Nêu được tên, mô tả đặc điểm nổi bật của một số con vật thường gặp.</w:t>
      </w:r>
    </w:p>
    <w:p w:rsidR="001A3510" w:rsidRDefault="008313E4">
      <w:pPr>
        <w:spacing w:after="40" w:line="259" w:lineRule="auto"/>
      </w:pPr>
      <w:r>
        <w:rPr>
          <w:rFonts w:cs="Times New Roman"/>
        </w:rPr>
        <w:t>- Nêu được các bộ phận chính của con vật: đầu, mình và cơ quan di chuyển.</w:t>
      </w:r>
    </w:p>
    <w:p w:rsidR="001A3510" w:rsidRDefault="008313E4">
      <w:pPr>
        <w:spacing w:after="40" w:line="259" w:lineRule="auto"/>
      </w:pPr>
      <w:r>
        <w:rPr>
          <w:rFonts w:cs="Times New Roman"/>
        </w:rPr>
        <w:t>- Nêu được ích lợi hoặc tác hại của một số con vật; biết yêu quý và phòng tránh phù hợp.</w:t>
      </w:r>
    </w:p>
    <w:p w:rsidR="001A3510" w:rsidRDefault="008313E4">
      <w:pPr>
        <w:spacing w:after="40" w:line="259" w:lineRule="auto"/>
      </w:pPr>
      <w:r>
        <w:rPr>
          <w:rFonts w:cs="Times New Roman"/>
          <w:b/>
        </w:rPr>
        <w:t>2. Năng lực chung</w:t>
      </w:r>
    </w:p>
    <w:p w:rsidR="001A3510" w:rsidRDefault="008313E4">
      <w:pPr>
        <w:spacing w:after="40" w:line="259" w:lineRule="auto"/>
      </w:pPr>
      <w:r>
        <w:rPr>
          <w:rFonts w:cs="Times New Roman"/>
        </w:rPr>
        <w:t>- Tự chủ và tự học: Chủ động quan sát, tìm hiểu con vật.</w:t>
      </w:r>
    </w:p>
    <w:p w:rsidR="001A3510" w:rsidRDefault="008313E4">
      <w:pPr>
        <w:spacing w:after="40" w:line="259" w:lineRule="auto"/>
      </w:pPr>
      <w:r>
        <w:rPr>
          <w:rFonts w:cs="Times New Roman"/>
        </w:rPr>
        <w:t>- Giao tiếp và hợp tác: Trao đổi, chia sẻ kết quả quan sát với bạn.</w:t>
      </w:r>
    </w:p>
    <w:p w:rsidR="001A3510" w:rsidRDefault="008313E4">
      <w:pPr>
        <w:spacing w:after="40" w:line="259" w:lineRule="auto"/>
      </w:pPr>
      <w:r>
        <w:rPr>
          <w:rFonts w:cs="Times New Roman"/>
        </w:rPr>
        <w:t>- Giải quyết vấn đề và sáng tạo: Phân loại con vật theo lợi ích hoặc tác hại.</w:t>
      </w:r>
    </w:p>
    <w:p w:rsidR="001A3510" w:rsidRDefault="008313E4">
      <w:pPr>
        <w:spacing w:after="40" w:line="259" w:lineRule="auto"/>
      </w:pPr>
      <w:r>
        <w:rPr>
          <w:rFonts w:cs="Times New Roman"/>
          <w:b/>
        </w:rPr>
        <w:t>3. Phẩm chất</w:t>
      </w:r>
    </w:p>
    <w:p w:rsidR="001A3510" w:rsidRDefault="008313E4">
      <w:pPr>
        <w:spacing w:after="40" w:line="259" w:lineRule="auto"/>
      </w:pPr>
      <w:r>
        <w:rPr>
          <w:rFonts w:cs="Times New Roman"/>
        </w:rPr>
        <w:t>- Nhân ái: Yêu quý và không làm hại các con vật có ích.</w:t>
      </w:r>
    </w:p>
    <w:p w:rsidR="001A3510" w:rsidRDefault="008313E4">
      <w:pPr>
        <w:spacing w:after="40" w:line="259" w:lineRule="auto"/>
      </w:pPr>
      <w:r>
        <w:rPr>
          <w:rFonts w:cs="Times New Roman"/>
        </w:rPr>
        <w:t>- Trách nhiệm: Biết bảo vệ môi trường sống của con vật và phòng tránh nguy hiểm.</w:t>
      </w:r>
    </w:p>
    <w:p w:rsidR="001A3510" w:rsidRDefault="008313E4">
      <w:pPr>
        <w:spacing w:after="40" w:line="259" w:lineRule="auto"/>
      </w:pPr>
      <w:r>
        <w:rPr>
          <w:rFonts w:cs="Times New Roman"/>
          <w:b/>
        </w:rPr>
        <w:t>II. ĐỒ DÙNG DẠY HỌC</w:t>
      </w:r>
    </w:p>
    <w:p w:rsidR="001A3510" w:rsidRDefault="008313E4">
      <w:pPr>
        <w:spacing w:after="40" w:line="259" w:lineRule="auto"/>
      </w:pPr>
      <w:r>
        <w:rPr>
          <w:rFonts w:cs="Times New Roman"/>
        </w:rPr>
        <w:t>- Giáo viên: SGK, tranh các con vật, phiếu quan sát, máy tính/máy chiếu khi thực hiện nội dung AI.</w:t>
      </w:r>
    </w:p>
    <w:p w:rsidR="001A3510" w:rsidRDefault="008313E4">
      <w:pPr>
        <w:spacing w:after="40" w:line="259" w:lineRule="auto"/>
      </w:pPr>
      <w:r>
        <w:rPr>
          <w:rFonts w:cs="Times New Roman"/>
        </w:rPr>
        <w:t>- Học sinh: SGK, bút màu, tranh con vật nếu có.</w:t>
      </w:r>
    </w:p>
    <w:p w:rsidR="001A3510" w:rsidRDefault="008313E4">
      <w:pPr>
        <w:spacing w:after="40" w:line="259" w:lineRule="auto"/>
      </w:pPr>
      <w:r>
        <w:rPr>
          <w:rFonts w:cs="Times New Roman"/>
          <w:b/>
        </w:rPr>
        <w:t>III. CÁC HOẠT ĐỘNG DẠY HỌC</w:t>
      </w:r>
    </w:p>
    <w:tbl>
      <w:tblPr>
        <w:tblStyle w:val="TableGrid"/>
        <w:tblW w:w="0" w:type="auto"/>
        <w:jc w:val="center"/>
        <w:tblBorders>
          <w:insideH w:val="none" w:sz="0" w:space="0" w:color="auto"/>
        </w:tblBorders>
        <w:tblLayout w:type="fixed"/>
        <w:tblLook w:val="04A0" w:firstRow="1" w:lastRow="0" w:firstColumn="1" w:lastColumn="0" w:noHBand="0" w:noVBand="1"/>
      </w:tblPr>
      <w:tblGrid>
        <w:gridCol w:w="4734"/>
        <w:gridCol w:w="5692"/>
      </w:tblGrid>
      <w:tr w:rsidR="001A3510" w:rsidTr="00AA5EBB">
        <w:trPr>
          <w:cantSplit/>
          <w:tblHeader/>
          <w:jc w:val="center"/>
        </w:trPr>
        <w:tc>
          <w:tcPr>
            <w:tcW w:w="4734" w:type="dxa"/>
            <w:tcBorders>
              <w:bottom w:val="single" w:sz="4" w:space="0" w:color="auto"/>
            </w:tcBorders>
            <w:shd w:val="clear" w:color="auto" w:fill="auto"/>
            <w:tcMar>
              <w:top w:w="80" w:type="dxa"/>
              <w:left w:w="90" w:type="dxa"/>
              <w:bottom w:w="80" w:type="dxa"/>
              <w:right w:w="90" w:type="dxa"/>
            </w:tcMar>
          </w:tcPr>
          <w:p w:rsidR="001A3510" w:rsidRDefault="008313E4">
            <w:pPr>
              <w:spacing w:after="40" w:line="259" w:lineRule="auto"/>
              <w:jc w:val="center"/>
            </w:pPr>
            <w:r>
              <w:rPr>
                <w:rFonts w:cs="Times New Roman"/>
                <w:b/>
              </w:rPr>
              <w:t>Hoạt động của giáo viên</w:t>
            </w:r>
          </w:p>
        </w:tc>
        <w:tc>
          <w:tcPr>
            <w:tcW w:w="4734" w:type="dxa"/>
            <w:tcBorders>
              <w:bottom w:val="single" w:sz="4" w:space="0" w:color="auto"/>
            </w:tcBorders>
            <w:shd w:val="clear" w:color="auto" w:fill="auto"/>
            <w:tcMar>
              <w:top w:w="80" w:type="dxa"/>
              <w:left w:w="90" w:type="dxa"/>
              <w:bottom w:w="80" w:type="dxa"/>
              <w:right w:w="90" w:type="dxa"/>
            </w:tcMar>
          </w:tcPr>
          <w:p w:rsidR="001A3510" w:rsidRDefault="008313E4">
            <w:pPr>
              <w:spacing w:after="40" w:line="259" w:lineRule="auto"/>
              <w:jc w:val="center"/>
            </w:pPr>
            <w:r>
              <w:rPr>
                <w:rFonts w:cs="Times New Roman"/>
                <w:b/>
              </w:rPr>
              <w:t>Hoạt động của học sinh</w:t>
            </w:r>
          </w:p>
        </w:tc>
      </w:tr>
      <w:tr w:rsidR="001A3510" w:rsidTr="00AA5EBB">
        <w:trPr>
          <w:cantSplit/>
          <w:jc w:val="center"/>
        </w:trPr>
        <w:tc>
          <w:tcPr>
            <w:tcW w:w="10426" w:type="dxa"/>
            <w:gridSpan w:val="2"/>
            <w:tcBorders>
              <w:top w:val="single" w:sz="4" w:space="0" w:color="auto"/>
              <w:bottom w:val="single" w:sz="4" w:space="0" w:color="auto"/>
            </w:tcBorders>
            <w:shd w:val="clear" w:color="auto" w:fill="auto"/>
            <w:tcMar>
              <w:top w:w="80" w:type="dxa"/>
              <w:left w:w="90" w:type="dxa"/>
              <w:bottom w:w="80" w:type="dxa"/>
              <w:right w:w="90" w:type="dxa"/>
            </w:tcMar>
          </w:tcPr>
          <w:p w:rsidR="001A3510" w:rsidRDefault="008313E4">
            <w:pPr>
              <w:keepNext/>
              <w:spacing w:after="40" w:line="259" w:lineRule="auto"/>
            </w:pPr>
            <w:r>
              <w:rPr>
                <w:rFonts w:cs="Times New Roman"/>
                <w:b/>
              </w:rPr>
              <w:t>1. Khởi động</w:t>
            </w:r>
          </w:p>
          <w:p w:rsidR="001A3510" w:rsidRDefault="008313E4">
            <w:pPr>
              <w:keepNext/>
              <w:spacing w:after="40" w:line="259" w:lineRule="auto"/>
            </w:pPr>
            <w:r>
              <w:rPr>
                <w:rFonts w:cs="Times New Roman"/>
                <w:b/>
              </w:rPr>
              <w:t>Mục tiêu: Gợi nhớ tên và đặc điểm của một số con vật đã tìm hiểu.</w:t>
            </w:r>
          </w:p>
        </w:tc>
      </w:tr>
      <w:tr w:rsidR="001A3510" w:rsidTr="00AA5EBB">
        <w:trPr>
          <w:cantSplit/>
          <w:jc w:val="center"/>
        </w:trPr>
        <w:tc>
          <w:tcPr>
            <w:tcW w:w="4734" w:type="dxa"/>
            <w:tcBorders>
              <w:top w:val="single" w:sz="4" w:space="0" w:color="auto"/>
            </w:tcBorders>
            <w:shd w:val="clear" w:color="auto" w:fill="auto"/>
            <w:tcMar>
              <w:top w:w="80" w:type="dxa"/>
              <w:left w:w="90" w:type="dxa"/>
              <w:bottom w:w="80" w:type="dxa"/>
              <w:right w:w="90" w:type="dxa"/>
            </w:tcMar>
          </w:tcPr>
          <w:p w:rsidR="001A3510" w:rsidRDefault="008313E4">
            <w:pPr>
              <w:spacing w:after="40" w:line="259" w:lineRule="auto"/>
            </w:pPr>
            <w:r>
              <w:rPr>
                <w:rFonts w:cs="Times New Roman"/>
              </w:rPr>
              <w:t>- Kể tên một con vật và cách di chuyển của con vật đó.</w:t>
            </w:r>
          </w:p>
        </w:tc>
        <w:tc>
          <w:tcPr>
            <w:tcW w:w="4734" w:type="dxa"/>
            <w:tcBorders>
              <w:top w:val="single" w:sz="4" w:space="0" w:color="auto"/>
            </w:tcBorders>
            <w:shd w:val="clear" w:color="auto" w:fill="auto"/>
            <w:tcMar>
              <w:top w:w="80" w:type="dxa"/>
              <w:left w:w="90" w:type="dxa"/>
              <w:bottom w:w="80" w:type="dxa"/>
              <w:right w:w="90" w:type="dxa"/>
            </w:tcMar>
          </w:tcPr>
          <w:p w:rsidR="001A3510" w:rsidRDefault="008313E4">
            <w:pPr>
              <w:spacing w:after="40" w:line="259" w:lineRule="auto"/>
            </w:pPr>
            <w:r>
              <w:rPr>
                <w:rFonts w:cs="Times New Roman"/>
              </w:rPr>
              <w:t>- Con cá bơi bằng vây; con chim bay bằng cánh; con mèo đi bằng chân.</w:t>
            </w:r>
          </w:p>
        </w:tc>
      </w:tr>
      <w:tr w:rsidR="001A3510" w:rsidTr="00AA5EBB">
        <w:trPr>
          <w:cantSplit/>
          <w:jc w:val="center"/>
        </w:trPr>
        <w:tc>
          <w:tcPr>
            <w:tcW w:w="4734" w:type="dxa"/>
            <w:tcBorders>
              <w:bottom w:val="single" w:sz="4" w:space="0" w:color="auto"/>
            </w:tcBorders>
            <w:shd w:val="clear" w:color="auto" w:fill="auto"/>
            <w:tcMar>
              <w:top w:w="80" w:type="dxa"/>
              <w:left w:w="90" w:type="dxa"/>
              <w:bottom w:w="80" w:type="dxa"/>
              <w:right w:w="90" w:type="dxa"/>
            </w:tcMar>
          </w:tcPr>
          <w:p w:rsidR="001A3510" w:rsidRDefault="008313E4">
            <w:pPr>
              <w:spacing w:after="40" w:line="259" w:lineRule="auto"/>
            </w:pPr>
            <w:r>
              <w:rPr>
                <w:rFonts w:cs="Times New Roman"/>
              </w:rPr>
              <w:t>- Chốt ý, kết luận: Con vật có cơ quan di chuyển khác nhau phù hợp với nơi sống.</w:t>
            </w:r>
          </w:p>
        </w:tc>
        <w:tc>
          <w:tcPr>
            <w:tcW w:w="4734" w:type="dxa"/>
            <w:tcBorders>
              <w:bottom w:val="single" w:sz="4" w:space="0" w:color="auto"/>
            </w:tcBorders>
            <w:shd w:val="clear" w:color="auto" w:fill="auto"/>
            <w:tcMar>
              <w:top w:w="80" w:type="dxa"/>
              <w:left w:w="90" w:type="dxa"/>
              <w:bottom w:w="80" w:type="dxa"/>
              <w:right w:w="90" w:type="dxa"/>
            </w:tcMar>
          </w:tcPr>
          <w:p w:rsidR="001A3510" w:rsidRDefault="008313E4">
            <w:pPr>
              <w:spacing w:after="40" w:line="259" w:lineRule="auto"/>
            </w:pPr>
            <w:r>
              <w:rPr>
                <w:rFonts w:cs="Times New Roman"/>
              </w:rPr>
              <w:t>- Lắng nghe, ghi nhớ.</w:t>
            </w:r>
          </w:p>
        </w:tc>
      </w:tr>
      <w:tr w:rsidR="001A3510" w:rsidTr="00AA5EBB">
        <w:trPr>
          <w:cantSplit/>
          <w:jc w:val="center"/>
        </w:trPr>
        <w:tc>
          <w:tcPr>
            <w:tcW w:w="10426" w:type="dxa"/>
            <w:gridSpan w:val="2"/>
            <w:tcBorders>
              <w:top w:val="single" w:sz="4" w:space="0" w:color="auto"/>
              <w:bottom w:val="single" w:sz="4" w:space="0" w:color="auto"/>
            </w:tcBorders>
            <w:shd w:val="clear" w:color="auto" w:fill="auto"/>
            <w:tcMar>
              <w:top w:w="80" w:type="dxa"/>
              <w:left w:w="90" w:type="dxa"/>
              <w:bottom w:w="80" w:type="dxa"/>
              <w:right w:w="90" w:type="dxa"/>
            </w:tcMar>
          </w:tcPr>
          <w:p w:rsidR="001A3510" w:rsidRDefault="008313E4">
            <w:pPr>
              <w:keepNext/>
              <w:spacing w:after="40" w:line="259" w:lineRule="auto"/>
            </w:pPr>
            <w:r>
              <w:rPr>
                <w:rFonts w:cs="Times New Roman"/>
                <w:b/>
              </w:rPr>
              <w:lastRenderedPageBreak/>
              <w:t>2. Khám phá: Bộ phận bên ngoài của con vật</w:t>
            </w:r>
          </w:p>
          <w:p w:rsidR="001A3510" w:rsidRDefault="008313E4">
            <w:pPr>
              <w:keepNext/>
              <w:spacing w:after="40" w:line="259" w:lineRule="auto"/>
            </w:pPr>
            <w:r>
              <w:rPr>
                <w:rFonts w:cs="Times New Roman"/>
                <w:b/>
              </w:rPr>
              <w:t>Mục tiêu: Chỉ và gọi tên được một số bộ phận bên ngoài của con vật.</w:t>
            </w:r>
          </w:p>
        </w:tc>
      </w:tr>
      <w:tr w:rsidR="001A3510" w:rsidTr="00AA5EBB">
        <w:trPr>
          <w:cantSplit/>
          <w:jc w:val="center"/>
        </w:trPr>
        <w:tc>
          <w:tcPr>
            <w:tcW w:w="4734" w:type="dxa"/>
            <w:tcBorders>
              <w:top w:val="single" w:sz="4" w:space="0" w:color="auto"/>
            </w:tcBorders>
            <w:shd w:val="clear" w:color="auto" w:fill="auto"/>
            <w:tcMar>
              <w:top w:w="80" w:type="dxa"/>
              <w:left w:w="90" w:type="dxa"/>
              <w:bottom w:w="80" w:type="dxa"/>
              <w:right w:w="90" w:type="dxa"/>
            </w:tcMar>
          </w:tcPr>
          <w:p w:rsidR="001A3510" w:rsidRDefault="008313E4" w:rsidP="00AA5EBB">
            <w:pPr>
              <w:spacing w:after="40" w:line="259" w:lineRule="auto"/>
            </w:pPr>
            <w:r>
              <w:rPr>
                <w:rFonts w:cs="Times New Roman"/>
              </w:rPr>
              <w:t>- Quan sát hình con vật và chỉ các bộ phận nhìn thấy.</w:t>
            </w:r>
          </w:p>
        </w:tc>
        <w:tc>
          <w:tcPr>
            <w:tcW w:w="4734" w:type="dxa"/>
            <w:tcBorders>
              <w:top w:val="single" w:sz="4" w:space="0" w:color="auto"/>
            </w:tcBorders>
            <w:shd w:val="clear" w:color="auto" w:fill="auto"/>
            <w:tcMar>
              <w:top w:w="80" w:type="dxa"/>
              <w:left w:w="90" w:type="dxa"/>
              <w:bottom w:w="80" w:type="dxa"/>
              <w:right w:w="90" w:type="dxa"/>
            </w:tcMar>
          </w:tcPr>
          <w:p w:rsidR="001A3510" w:rsidRDefault="008313E4">
            <w:pPr>
              <w:spacing w:after="40" w:line="259" w:lineRule="auto"/>
            </w:pPr>
            <w:r>
              <w:rPr>
                <w:rFonts w:cs="Times New Roman"/>
              </w:rPr>
              <w:t>- Chỉ được đầu, mình, chân, cánh hoặc vây.</w:t>
            </w:r>
          </w:p>
        </w:tc>
      </w:tr>
      <w:tr w:rsidR="001A3510" w:rsidTr="00AA5EBB">
        <w:trPr>
          <w:cantSplit/>
          <w:jc w:val="center"/>
        </w:trPr>
        <w:tc>
          <w:tcPr>
            <w:tcW w:w="4734" w:type="dxa"/>
            <w:shd w:val="clear" w:color="auto" w:fill="auto"/>
            <w:tcMar>
              <w:top w:w="80" w:type="dxa"/>
              <w:left w:w="90" w:type="dxa"/>
              <w:bottom w:w="80" w:type="dxa"/>
              <w:right w:w="90" w:type="dxa"/>
            </w:tcMar>
          </w:tcPr>
          <w:p w:rsidR="001A3510" w:rsidRDefault="008313E4">
            <w:pPr>
              <w:spacing w:after="40" w:line="259" w:lineRule="auto"/>
            </w:pPr>
            <w:r>
              <w:rPr>
                <w:rFonts w:cs="Times New Roman"/>
              </w:rPr>
              <w:t>- Con chim dùng bộ phận nào để bay?</w:t>
            </w:r>
          </w:p>
        </w:tc>
        <w:tc>
          <w:tcPr>
            <w:tcW w:w="4734" w:type="dxa"/>
            <w:shd w:val="clear" w:color="auto" w:fill="auto"/>
            <w:tcMar>
              <w:top w:w="80" w:type="dxa"/>
              <w:left w:w="90" w:type="dxa"/>
              <w:bottom w:w="80" w:type="dxa"/>
              <w:right w:w="90" w:type="dxa"/>
            </w:tcMar>
          </w:tcPr>
          <w:p w:rsidR="001A3510" w:rsidRDefault="008313E4">
            <w:pPr>
              <w:spacing w:after="40" w:line="259" w:lineRule="auto"/>
            </w:pPr>
            <w:r>
              <w:rPr>
                <w:rFonts w:cs="Times New Roman"/>
              </w:rPr>
              <w:t>- Con chim dùng cánh để bay.</w:t>
            </w:r>
          </w:p>
        </w:tc>
      </w:tr>
      <w:tr w:rsidR="001A3510" w:rsidTr="00AA5EBB">
        <w:trPr>
          <w:cantSplit/>
          <w:jc w:val="center"/>
        </w:trPr>
        <w:tc>
          <w:tcPr>
            <w:tcW w:w="4734" w:type="dxa"/>
            <w:shd w:val="clear" w:color="auto" w:fill="auto"/>
            <w:tcMar>
              <w:top w:w="80" w:type="dxa"/>
              <w:left w:w="90" w:type="dxa"/>
              <w:bottom w:w="80" w:type="dxa"/>
              <w:right w:w="90" w:type="dxa"/>
            </w:tcMar>
          </w:tcPr>
          <w:p w:rsidR="001A3510" w:rsidRDefault="008313E4">
            <w:pPr>
              <w:spacing w:after="40" w:line="259" w:lineRule="auto"/>
            </w:pPr>
            <w:r>
              <w:rPr>
                <w:rFonts w:cs="Times New Roman"/>
              </w:rPr>
              <w:t>- Con cá dùng bộ phận nào để bơi?</w:t>
            </w:r>
          </w:p>
        </w:tc>
        <w:tc>
          <w:tcPr>
            <w:tcW w:w="4734" w:type="dxa"/>
            <w:shd w:val="clear" w:color="auto" w:fill="auto"/>
            <w:tcMar>
              <w:top w:w="80" w:type="dxa"/>
              <w:left w:w="90" w:type="dxa"/>
              <w:bottom w:w="80" w:type="dxa"/>
              <w:right w:w="90" w:type="dxa"/>
            </w:tcMar>
          </w:tcPr>
          <w:p w:rsidR="001A3510" w:rsidRDefault="008313E4">
            <w:pPr>
              <w:spacing w:after="40" w:line="259" w:lineRule="auto"/>
            </w:pPr>
            <w:r>
              <w:rPr>
                <w:rFonts w:cs="Times New Roman"/>
              </w:rPr>
              <w:t>- Con cá dùng vây và đuôi để bơi.</w:t>
            </w:r>
          </w:p>
        </w:tc>
      </w:tr>
      <w:tr w:rsidR="001A3510" w:rsidTr="00AA5EBB">
        <w:trPr>
          <w:cantSplit/>
          <w:jc w:val="center"/>
        </w:trPr>
        <w:tc>
          <w:tcPr>
            <w:tcW w:w="4734" w:type="dxa"/>
            <w:shd w:val="clear" w:color="auto" w:fill="auto"/>
            <w:tcMar>
              <w:top w:w="80" w:type="dxa"/>
              <w:left w:w="90" w:type="dxa"/>
              <w:bottom w:w="80" w:type="dxa"/>
              <w:right w:w="90" w:type="dxa"/>
            </w:tcMar>
          </w:tcPr>
          <w:p w:rsidR="001A3510" w:rsidRDefault="008313E4">
            <w:pPr>
              <w:spacing w:after="40" w:line="259" w:lineRule="auto"/>
            </w:pPr>
            <w:r>
              <w:rPr>
                <w:rFonts w:cs="Times New Roman"/>
              </w:rPr>
              <w:t>- Con mèo dùng bộ phận nào để đi?</w:t>
            </w:r>
          </w:p>
        </w:tc>
        <w:tc>
          <w:tcPr>
            <w:tcW w:w="4734" w:type="dxa"/>
            <w:shd w:val="clear" w:color="auto" w:fill="auto"/>
            <w:tcMar>
              <w:top w:w="80" w:type="dxa"/>
              <w:left w:w="90" w:type="dxa"/>
              <w:bottom w:w="80" w:type="dxa"/>
              <w:right w:w="90" w:type="dxa"/>
            </w:tcMar>
          </w:tcPr>
          <w:p w:rsidR="001A3510" w:rsidRDefault="008313E4">
            <w:pPr>
              <w:spacing w:after="40" w:line="259" w:lineRule="auto"/>
            </w:pPr>
            <w:r>
              <w:rPr>
                <w:rFonts w:cs="Times New Roman"/>
              </w:rPr>
              <w:t>- Con mèo dùng bốn chân để đi.</w:t>
            </w:r>
          </w:p>
        </w:tc>
      </w:tr>
      <w:tr w:rsidR="001A3510" w:rsidTr="00AA5EBB">
        <w:trPr>
          <w:cantSplit/>
          <w:jc w:val="center"/>
        </w:trPr>
        <w:tc>
          <w:tcPr>
            <w:tcW w:w="4734" w:type="dxa"/>
            <w:tcBorders>
              <w:bottom w:val="single" w:sz="4" w:space="0" w:color="auto"/>
            </w:tcBorders>
            <w:shd w:val="clear" w:color="auto" w:fill="auto"/>
            <w:tcMar>
              <w:top w:w="80" w:type="dxa"/>
              <w:left w:w="90" w:type="dxa"/>
              <w:bottom w:w="80" w:type="dxa"/>
              <w:right w:w="90" w:type="dxa"/>
            </w:tcMar>
          </w:tcPr>
          <w:p w:rsidR="001A3510" w:rsidRDefault="008313E4">
            <w:pPr>
              <w:spacing w:after="40" w:line="259" w:lineRule="auto"/>
            </w:pPr>
            <w:r>
              <w:rPr>
                <w:rFonts w:cs="Times New Roman"/>
              </w:rPr>
              <w:t>- Chốt ý, kết luận: Con vật thường có đầu, mình và cơ quan di chuyển như chân, cánh hoặc vây.</w:t>
            </w:r>
          </w:p>
        </w:tc>
        <w:tc>
          <w:tcPr>
            <w:tcW w:w="4734" w:type="dxa"/>
            <w:tcBorders>
              <w:bottom w:val="single" w:sz="4" w:space="0" w:color="auto"/>
            </w:tcBorders>
            <w:shd w:val="clear" w:color="auto" w:fill="auto"/>
            <w:tcMar>
              <w:top w:w="80" w:type="dxa"/>
              <w:left w:w="90" w:type="dxa"/>
              <w:bottom w:w="80" w:type="dxa"/>
              <w:right w:w="90" w:type="dxa"/>
            </w:tcMar>
          </w:tcPr>
          <w:p w:rsidR="001A3510" w:rsidRDefault="008313E4">
            <w:pPr>
              <w:spacing w:after="40" w:line="259" w:lineRule="auto"/>
            </w:pPr>
            <w:r>
              <w:rPr>
                <w:rFonts w:cs="Times New Roman"/>
              </w:rPr>
              <w:t>- Lắng nghe, ghi nhớ.</w:t>
            </w:r>
          </w:p>
        </w:tc>
      </w:tr>
      <w:tr w:rsidR="001A3510" w:rsidTr="00AA5EBB">
        <w:trPr>
          <w:cantSplit/>
          <w:jc w:val="center"/>
        </w:trPr>
        <w:tc>
          <w:tcPr>
            <w:tcW w:w="10426" w:type="dxa"/>
            <w:gridSpan w:val="2"/>
            <w:tcBorders>
              <w:top w:val="single" w:sz="4" w:space="0" w:color="auto"/>
              <w:bottom w:val="single" w:sz="4" w:space="0" w:color="auto"/>
            </w:tcBorders>
            <w:shd w:val="clear" w:color="auto" w:fill="auto"/>
            <w:tcMar>
              <w:top w:w="80" w:type="dxa"/>
              <w:left w:w="90" w:type="dxa"/>
              <w:bottom w:w="80" w:type="dxa"/>
              <w:right w:w="90" w:type="dxa"/>
            </w:tcMar>
          </w:tcPr>
          <w:p w:rsidR="001A3510" w:rsidRDefault="008313E4">
            <w:pPr>
              <w:keepNext/>
              <w:spacing w:after="40" w:line="259" w:lineRule="auto"/>
            </w:pPr>
            <w:r>
              <w:rPr>
                <w:rFonts w:cs="Times New Roman"/>
                <w:b/>
              </w:rPr>
              <w:t>3. Thực hành: Lợi ích và cách phòng tránh</w:t>
            </w:r>
          </w:p>
          <w:p w:rsidR="001A3510" w:rsidRDefault="008313E4">
            <w:pPr>
              <w:keepNext/>
              <w:spacing w:after="40" w:line="259" w:lineRule="auto"/>
            </w:pPr>
            <w:r>
              <w:rPr>
                <w:rFonts w:cs="Times New Roman"/>
                <w:b/>
              </w:rPr>
              <w:t>Mục tiêu: Nêu được ích lợi của con vật và việc làm an toàn khi gặp con vật có thể gây hại.</w:t>
            </w:r>
          </w:p>
        </w:tc>
      </w:tr>
      <w:tr w:rsidR="001A3510" w:rsidTr="00AA5EBB">
        <w:trPr>
          <w:cantSplit/>
          <w:jc w:val="center"/>
        </w:trPr>
        <w:tc>
          <w:tcPr>
            <w:tcW w:w="4734" w:type="dxa"/>
            <w:tcBorders>
              <w:top w:val="single" w:sz="4" w:space="0" w:color="auto"/>
            </w:tcBorders>
            <w:shd w:val="clear" w:color="auto" w:fill="auto"/>
            <w:tcMar>
              <w:top w:w="80" w:type="dxa"/>
              <w:left w:w="90" w:type="dxa"/>
              <w:bottom w:w="80" w:type="dxa"/>
              <w:right w:w="90" w:type="dxa"/>
            </w:tcMar>
          </w:tcPr>
          <w:p w:rsidR="001A3510" w:rsidRDefault="008313E4" w:rsidP="00AA5EBB">
            <w:pPr>
              <w:spacing w:after="40" w:line="259" w:lineRule="auto"/>
            </w:pPr>
            <w:r>
              <w:rPr>
                <w:rFonts w:cs="Times New Roman"/>
              </w:rPr>
              <w:t>- Quan sát tranh và nêu ích lợi của vật nuôi.</w:t>
            </w:r>
          </w:p>
        </w:tc>
        <w:tc>
          <w:tcPr>
            <w:tcW w:w="4734" w:type="dxa"/>
            <w:tcBorders>
              <w:top w:val="single" w:sz="4" w:space="0" w:color="auto"/>
            </w:tcBorders>
            <w:shd w:val="clear" w:color="auto" w:fill="auto"/>
            <w:tcMar>
              <w:top w:w="80" w:type="dxa"/>
              <w:left w:w="90" w:type="dxa"/>
              <w:bottom w:w="80" w:type="dxa"/>
              <w:right w:w="90" w:type="dxa"/>
            </w:tcMar>
          </w:tcPr>
          <w:p w:rsidR="001A3510" w:rsidRDefault="008313E4">
            <w:pPr>
              <w:spacing w:after="40" w:line="259" w:lineRule="auto"/>
            </w:pPr>
            <w:r>
              <w:rPr>
                <w:rFonts w:cs="Times New Roman"/>
              </w:rPr>
              <w:t>- Gà cho trứng; bò cho sữa; chó có thể trông nhà.</w:t>
            </w:r>
          </w:p>
        </w:tc>
      </w:tr>
      <w:tr w:rsidR="001A3510" w:rsidTr="00AA5EBB">
        <w:trPr>
          <w:cantSplit/>
          <w:jc w:val="center"/>
        </w:trPr>
        <w:tc>
          <w:tcPr>
            <w:tcW w:w="4734" w:type="dxa"/>
            <w:shd w:val="clear" w:color="auto" w:fill="auto"/>
            <w:tcMar>
              <w:top w:w="80" w:type="dxa"/>
              <w:left w:w="90" w:type="dxa"/>
              <w:bottom w:w="80" w:type="dxa"/>
              <w:right w:w="90" w:type="dxa"/>
            </w:tcMar>
          </w:tcPr>
          <w:p w:rsidR="001A3510" w:rsidRDefault="008313E4" w:rsidP="00AA5EBB">
            <w:pPr>
              <w:spacing w:after="40" w:line="259" w:lineRule="auto"/>
            </w:pPr>
            <w:r>
              <w:rPr>
                <w:rFonts w:cs="Times New Roman"/>
              </w:rPr>
              <w:t>- Khi gặp con vật lạ hoặc có thể cắn, đốt, em cần làm gì?</w:t>
            </w:r>
          </w:p>
        </w:tc>
        <w:tc>
          <w:tcPr>
            <w:tcW w:w="4734" w:type="dxa"/>
            <w:shd w:val="clear" w:color="auto" w:fill="auto"/>
            <w:tcMar>
              <w:top w:w="80" w:type="dxa"/>
              <w:left w:w="90" w:type="dxa"/>
              <w:bottom w:w="80" w:type="dxa"/>
              <w:right w:w="90" w:type="dxa"/>
            </w:tcMar>
          </w:tcPr>
          <w:p w:rsidR="001A3510" w:rsidRDefault="008313E4">
            <w:pPr>
              <w:spacing w:after="40" w:line="259" w:lineRule="auto"/>
            </w:pPr>
            <w:r>
              <w:rPr>
                <w:rFonts w:cs="Times New Roman"/>
              </w:rPr>
              <w:t>- Em không chạm vào, không trêu chọc và báo người lớn.</w:t>
            </w:r>
          </w:p>
        </w:tc>
      </w:tr>
      <w:tr w:rsidR="001A3510" w:rsidTr="00AA5EBB">
        <w:trPr>
          <w:cantSplit/>
          <w:jc w:val="center"/>
        </w:trPr>
        <w:tc>
          <w:tcPr>
            <w:tcW w:w="4734" w:type="dxa"/>
            <w:shd w:val="clear" w:color="auto" w:fill="auto"/>
            <w:tcMar>
              <w:top w:w="80" w:type="dxa"/>
              <w:left w:w="90" w:type="dxa"/>
              <w:bottom w:w="80" w:type="dxa"/>
              <w:right w:w="90" w:type="dxa"/>
            </w:tcMar>
          </w:tcPr>
          <w:p w:rsidR="001A3510" w:rsidRDefault="008313E4">
            <w:pPr>
              <w:spacing w:after="40" w:line="259" w:lineRule="auto"/>
            </w:pPr>
            <w:r>
              <w:rPr>
                <w:rFonts w:cs="Times New Roman"/>
              </w:rPr>
              <w:t>- Vì sao không nên phá tổ chim hoặc làm hại con vật?</w:t>
            </w:r>
          </w:p>
        </w:tc>
        <w:tc>
          <w:tcPr>
            <w:tcW w:w="4734" w:type="dxa"/>
            <w:shd w:val="clear" w:color="auto" w:fill="auto"/>
            <w:tcMar>
              <w:top w:w="80" w:type="dxa"/>
              <w:left w:w="90" w:type="dxa"/>
              <w:bottom w:w="80" w:type="dxa"/>
              <w:right w:w="90" w:type="dxa"/>
            </w:tcMar>
          </w:tcPr>
          <w:p w:rsidR="001A3510" w:rsidRDefault="008313E4">
            <w:pPr>
              <w:spacing w:after="40" w:line="259" w:lineRule="auto"/>
            </w:pPr>
            <w:r>
              <w:rPr>
                <w:rFonts w:cs="Times New Roman"/>
              </w:rPr>
              <w:t>- Vì con vật cần được sống an toàn và có ích cho thiên nhiên, con người.</w:t>
            </w:r>
          </w:p>
        </w:tc>
      </w:tr>
      <w:tr w:rsidR="001A3510" w:rsidTr="00AA5EBB">
        <w:trPr>
          <w:cantSplit/>
          <w:jc w:val="center"/>
        </w:trPr>
        <w:tc>
          <w:tcPr>
            <w:tcW w:w="4734" w:type="dxa"/>
            <w:shd w:val="clear" w:color="auto" w:fill="auto"/>
            <w:tcMar>
              <w:top w:w="80" w:type="dxa"/>
              <w:left w:w="90" w:type="dxa"/>
              <w:bottom w:w="80" w:type="dxa"/>
              <w:right w:w="90" w:type="dxa"/>
            </w:tcMar>
          </w:tcPr>
          <w:p w:rsidR="001A3510" w:rsidRDefault="008313E4">
            <w:pPr>
              <w:spacing w:after="40" w:line="259" w:lineRule="auto"/>
            </w:pPr>
            <w:r>
              <w:rPr>
                <w:rFonts w:cs="Times New Roman"/>
              </w:rPr>
              <w:t>- Mời các em trình bày; nhận xét, bổ sung.</w:t>
            </w:r>
          </w:p>
        </w:tc>
        <w:tc>
          <w:tcPr>
            <w:tcW w:w="4734" w:type="dxa"/>
            <w:shd w:val="clear" w:color="auto" w:fill="auto"/>
            <w:tcMar>
              <w:top w:w="80" w:type="dxa"/>
              <w:left w:w="90" w:type="dxa"/>
              <w:bottom w:w="80" w:type="dxa"/>
              <w:right w:w="90" w:type="dxa"/>
            </w:tcMar>
          </w:tcPr>
          <w:p w:rsidR="001A3510" w:rsidRDefault="008313E4">
            <w:pPr>
              <w:spacing w:after="40" w:line="259" w:lineRule="auto"/>
            </w:pPr>
            <w:r>
              <w:rPr>
                <w:rFonts w:cs="Times New Roman"/>
              </w:rPr>
              <w:t>- Trình bày; nhận xét và bổ sung.</w:t>
            </w:r>
          </w:p>
        </w:tc>
      </w:tr>
      <w:tr w:rsidR="001A3510" w:rsidTr="00AA5EBB">
        <w:trPr>
          <w:cantSplit/>
          <w:jc w:val="center"/>
        </w:trPr>
        <w:tc>
          <w:tcPr>
            <w:tcW w:w="4734" w:type="dxa"/>
            <w:tcBorders>
              <w:bottom w:val="single" w:sz="4" w:space="0" w:color="auto"/>
            </w:tcBorders>
            <w:shd w:val="clear" w:color="auto" w:fill="auto"/>
            <w:tcMar>
              <w:top w:w="80" w:type="dxa"/>
              <w:left w:w="90" w:type="dxa"/>
              <w:bottom w:w="80" w:type="dxa"/>
              <w:right w:w="90" w:type="dxa"/>
            </w:tcMar>
          </w:tcPr>
          <w:p w:rsidR="001A3510" w:rsidRDefault="008313E4">
            <w:pPr>
              <w:spacing w:after="40" w:line="259" w:lineRule="auto"/>
            </w:pPr>
            <w:r>
              <w:rPr>
                <w:rFonts w:cs="Times New Roman"/>
              </w:rPr>
              <w:t>- Chốt ý, kết luận: Nhiều con vật có ích cần được yêu quý; với con vật có thể gây nguy hiểm, các em cần biết tránh xa và nhờ người lớn hỗ trợ.</w:t>
            </w:r>
          </w:p>
        </w:tc>
        <w:tc>
          <w:tcPr>
            <w:tcW w:w="4734" w:type="dxa"/>
            <w:tcBorders>
              <w:bottom w:val="single" w:sz="4" w:space="0" w:color="auto"/>
            </w:tcBorders>
            <w:shd w:val="clear" w:color="auto" w:fill="auto"/>
            <w:tcMar>
              <w:top w:w="80" w:type="dxa"/>
              <w:left w:w="90" w:type="dxa"/>
              <w:bottom w:w="80" w:type="dxa"/>
              <w:right w:w="90" w:type="dxa"/>
            </w:tcMar>
          </w:tcPr>
          <w:p w:rsidR="001A3510" w:rsidRDefault="008313E4">
            <w:pPr>
              <w:spacing w:after="40" w:line="259" w:lineRule="auto"/>
            </w:pPr>
            <w:r>
              <w:rPr>
                <w:rFonts w:cs="Times New Roman"/>
              </w:rPr>
              <w:t>- Lắng nghe, ghi nhớ.</w:t>
            </w:r>
          </w:p>
        </w:tc>
      </w:tr>
      <w:tr w:rsidR="001A3510" w:rsidTr="00AA5EBB">
        <w:trPr>
          <w:cantSplit/>
          <w:jc w:val="center"/>
        </w:trPr>
        <w:tc>
          <w:tcPr>
            <w:tcW w:w="10426" w:type="dxa"/>
            <w:gridSpan w:val="2"/>
            <w:tcBorders>
              <w:top w:val="single" w:sz="4" w:space="0" w:color="auto"/>
              <w:bottom w:val="single" w:sz="4" w:space="0" w:color="auto"/>
            </w:tcBorders>
            <w:shd w:val="clear" w:color="auto" w:fill="auto"/>
            <w:tcMar>
              <w:top w:w="80" w:type="dxa"/>
              <w:left w:w="90" w:type="dxa"/>
              <w:bottom w:w="80" w:type="dxa"/>
              <w:right w:w="90" w:type="dxa"/>
            </w:tcMar>
          </w:tcPr>
          <w:p w:rsidR="001A3510" w:rsidRDefault="008313E4">
            <w:pPr>
              <w:keepNext/>
              <w:spacing w:after="40" w:line="259" w:lineRule="auto"/>
            </w:pPr>
            <w:bookmarkStart w:id="0" w:name="_GoBack"/>
            <w:r>
              <w:rPr>
                <w:rFonts w:cs="Times New Roman"/>
                <w:b/>
              </w:rPr>
              <w:t>4. Vận dụng - trải nghiệm</w:t>
            </w:r>
          </w:p>
          <w:p w:rsidR="001A3510" w:rsidRDefault="008313E4">
            <w:pPr>
              <w:keepNext/>
              <w:spacing w:after="40" w:line="259" w:lineRule="auto"/>
            </w:pPr>
            <w:r>
              <w:rPr>
                <w:rFonts w:cs="Times New Roman"/>
                <w:b/>
              </w:rPr>
              <w:t>Mục tiêu: Thể hiện thái độ yêu quý động vật và vận dụng cách ứng xử an toàn.</w:t>
            </w:r>
          </w:p>
        </w:tc>
      </w:tr>
      <w:bookmarkEnd w:id="0"/>
      <w:tr w:rsidR="001A3510" w:rsidTr="00AA5EBB">
        <w:trPr>
          <w:cantSplit/>
          <w:jc w:val="center"/>
        </w:trPr>
        <w:tc>
          <w:tcPr>
            <w:tcW w:w="4734" w:type="dxa"/>
            <w:tcBorders>
              <w:top w:val="single" w:sz="4" w:space="0" w:color="auto"/>
            </w:tcBorders>
            <w:shd w:val="clear" w:color="auto" w:fill="auto"/>
            <w:tcMar>
              <w:top w:w="80" w:type="dxa"/>
              <w:left w:w="90" w:type="dxa"/>
              <w:bottom w:w="80" w:type="dxa"/>
              <w:right w:w="90" w:type="dxa"/>
            </w:tcMar>
          </w:tcPr>
          <w:p w:rsidR="001A3510" w:rsidRDefault="008313E4">
            <w:pPr>
              <w:spacing w:after="40" w:line="259" w:lineRule="auto"/>
            </w:pPr>
            <w:r>
              <w:rPr>
                <w:rFonts w:cs="Times New Roman"/>
              </w:rPr>
              <w:t>- Vẽ một con vật em yêu thích và nêu một việc em sẽ làm để bảo vệ con vật.</w:t>
            </w:r>
          </w:p>
        </w:tc>
        <w:tc>
          <w:tcPr>
            <w:tcW w:w="4734" w:type="dxa"/>
            <w:tcBorders>
              <w:top w:val="single" w:sz="4" w:space="0" w:color="auto"/>
            </w:tcBorders>
            <w:shd w:val="clear" w:color="auto" w:fill="auto"/>
            <w:tcMar>
              <w:top w:w="80" w:type="dxa"/>
              <w:left w:w="90" w:type="dxa"/>
              <w:bottom w:w="80" w:type="dxa"/>
              <w:right w:w="90" w:type="dxa"/>
            </w:tcMar>
          </w:tcPr>
          <w:p w:rsidR="001A3510" w:rsidRDefault="008313E4">
            <w:pPr>
              <w:spacing w:after="40" w:line="259" w:lineRule="auto"/>
            </w:pPr>
            <w:r>
              <w:rPr>
                <w:rFonts w:cs="Times New Roman"/>
              </w:rPr>
              <w:t>- Vẽ con vật và nói: Em không làm hại, giữ sạch nơi sống hoặc chăm sóc theo hướng dẫn.</w:t>
            </w:r>
          </w:p>
        </w:tc>
      </w:tr>
      <w:tr w:rsidR="001A3510" w:rsidTr="00AA5EBB">
        <w:trPr>
          <w:cantSplit/>
          <w:jc w:val="center"/>
        </w:trPr>
        <w:tc>
          <w:tcPr>
            <w:tcW w:w="4734" w:type="dxa"/>
            <w:shd w:val="clear" w:color="auto" w:fill="auto"/>
            <w:tcMar>
              <w:top w:w="80" w:type="dxa"/>
              <w:left w:w="90" w:type="dxa"/>
              <w:bottom w:w="80" w:type="dxa"/>
              <w:right w:w="90" w:type="dxa"/>
            </w:tcMar>
          </w:tcPr>
          <w:p w:rsidR="001A3510" w:rsidRDefault="008313E4">
            <w:pPr>
              <w:spacing w:after="40" w:line="259" w:lineRule="auto"/>
            </w:pPr>
            <w:r>
              <w:rPr>
                <w:rFonts w:cs="Times New Roman"/>
              </w:rPr>
              <w:t>- Khi gặp chó lạ trên đường, em sẽ làm gì?</w:t>
            </w:r>
          </w:p>
        </w:tc>
        <w:tc>
          <w:tcPr>
            <w:tcW w:w="4734" w:type="dxa"/>
            <w:shd w:val="clear" w:color="auto" w:fill="auto"/>
            <w:tcMar>
              <w:top w:w="80" w:type="dxa"/>
              <w:left w:w="90" w:type="dxa"/>
              <w:bottom w:w="80" w:type="dxa"/>
              <w:right w:w="90" w:type="dxa"/>
            </w:tcMar>
          </w:tcPr>
          <w:p w:rsidR="001A3510" w:rsidRDefault="008313E4">
            <w:pPr>
              <w:spacing w:after="40" w:line="259" w:lineRule="auto"/>
            </w:pPr>
            <w:r>
              <w:rPr>
                <w:rFonts w:cs="Times New Roman"/>
              </w:rPr>
              <w:t>- Em không chạy đến gần, không trêu chọc và nhờ người lớn giúp đỡ nếu cần.</w:t>
            </w:r>
          </w:p>
        </w:tc>
      </w:tr>
      <w:tr w:rsidR="001A3510" w:rsidTr="00AA5EBB">
        <w:trPr>
          <w:cantSplit/>
          <w:jc w:val="center"/>
        </w:trPr>
        <w:tc>
          <w:tcPr>
            <w:tcW w:w="4734" w:type="dxa"/>
            <w:shd w:val="clear" w:color="auto" w:fill="auto"/>
            <w:tcMar>
              <w:top w:w="80" w:type="dxa"/>
              <w:left w:w="90" w:type="dxa"/>
              <w:bottom w:w="80" w:type="dxa"/>
              <w:right w:w="90" w:type="dxa"/>
            </w:tcMar>
          </w:tcPr>
          <w:p w:rsidR="001A3510" w:rsidRDefault="008313E4">
            <w:pPr>
              <w:spacing w:after="40" w:line="259" w:lineRule="auto"/>
            </w:pPr>
            <w:r>
              <w:rPr>
                <w:rFonts w:cs="Times New Roman"/>
              </w:rPr>
              <w:t>- Chốt ý, kết luận: Yêu quý con vật là biết chăm sóc, không làm hại và giữ an toàn cho bản thân.</w:t>
            </w:r>
          </w:p>
        </w:tc>
        <w:tc>
          <w:tcPr>
            <w:tcW w:w="4734" w:type="dxa"/>
            <w:shd w:val="clear" w:color="auto" w:fill="auto"/>
            <w:tcMar>
              <w:top w:w="80" w:type="dxa"/>
              <w:left w:w="90" w:type="dxa"/>
              <w:bottom w:w="80" w:type="dxa"/>
              <w:right w:w="90" w:type="dxa"/>
            </w:tcMar>
          </w:tcPr>
          <w:p w:rsidR="001A3510" w:rsidRDefault="008313E4">
            <w:pPr>
              <w:spacing w:after="40" w:line="259" w:lineRule="auto"/>
            </w:pPr>
            <w:r>
              <w:rPr>
                <w:rFonts w:cs="Times New Roman"/>
              </w:rPr>
              <w:t>- Lắng nghe, thực hiện.</w:t>
            </w:r>
          </w:p>
        </w:tc>
      </w:tr>
    </w:tbl>
    <w:p w:rsidR="001A3510" w:rsidRDefault="008313E4">
      <w:pPr>
        <w:spacing w:after="40" w:line="259" w:lineRule="auto"/>
      </w:pPr>
      <w:r>
        <w:rPr>
          <w:rFonts w:cs="Times New Roman"/>
          <w:b/>
        </w:rPr>
        <w:lastRenderedPageBreak/>
        <w:t>IV. ĐIỀU CHỈNH SAU BÀI DẠY</w:t>
      </w:r>
    </w:p>
    <w:p w:rsidR="001A3510" w:rsidRDefault="008313E4">
      <w:pPr>
        <w:spacing w:after="40" w:line="259" w:lineRule="auto"/>
      </w:pPr>
      <w:r>
        <w:rPr>
          <w:rFonts w:cs="Times New Roman"/>
        </w:rPr>
        <w:t>....................................................................................................................................................</w:t>
      </w:r>
    </w:p>
    <w:p w:rsidR="001A3510" w:rsidRDefault="008313E4">
      <w:pPr>
        <w:spacing w:after="40" w:line="259" w:lineRule="auto"/>
      </w:pPr>
      <w:r>
        <w:rPr>
          <w:rFonts w:cs="Times New Roman"/>
        </w:rPr>
        <w:t>....................................................................................................................................................</w:t>
      </w:r>
    </w:p>
    <w:p w:rsidR="001A3510" w:rsidRDefault="008313E4">
      <w:pPr>
        <w:spacing w:after="40" w:line="259" w:lineRule="auto"/>
      </w:pPr>
      <w:r>
        <w:rPr>
          <w:rFonts w:cs="Times New Roman"/>
        </w:rPr>
        <w:t>....................................................................................................................................................</w:t>
      </w:r>
    </w:p>
    <w:sectPr w:rsidR="001A3510" w:rsidSect="00034616">
      <w:pgSz w:w="12240" w:h="15840"/>
      <w:pgMar w:top="850" w:right="850" w:bottom="850" w:left="9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8"/>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1A3510"/>
    <w:rsid w:val="0029639D"/>
    <w:rsid w:val="00326F90"/>
    <w:rsid w:val="008313E4"/>
    <w:rsid w:val="00AA1D8D"/>
    <w:rsid w:val="00AA5EBB"/>
    <w:rsid w:val="00B47730"/>
    <w:rsid w:val="00CB0664"/>
    <w:rsid w:val="00FC693F"/>
    <w:rsid w:val="00FD2F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AA5E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5EB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BalloonText">
    <w:name w:val="Balloon Text"/>
    <w:basedOn w:val="Normal"/>
    <w:link w:val="BalloonTextChar"/>
    <w:uiPriority w:val="99"/>
    <w:semiHidden/>
    <w:unhideWhenUsed/>
    <w:rsid w:val="00AA5E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A5EB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98E1E8-D7B4-4639-9DA3-662AEC042D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1138</Words>
  <Characters>6493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7616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BAOTRAN</dc:creator>
  <cp:keywords/>
  <dc:description>generated by python-docx</dc:description>
  <cp:lastModifiedBy>Iamp Iamp</cp:lastModifiedBy>
  <cp:revision>4</cp:revision>
  <dcterms:created xsi:type="dcterms:W3CDTF">2026-06-04T05:07:00Z</dcterms:created>
  <dcterms:modified xsi:type="dcterms:W3CDTF">2026-08-20T01:57:00Z</dcterms:modified>
  <cp:category/>
</cp:coreProperties>
</file>