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940" w:rsidRDefault="007D1C6A">
      <w:pPr>
        <w:spacing w:after="40" w:line="257" w:lineRule="auto"/>
        <w:jc w:val="center"/>
      </w:pPr>
      <w:r>
        <w:rPr>
          <w:rFonts w:cs="Times New Roman"/>
          <w:b/>
          <w:sz w:val="28"/>
        </w:rPr>
        <w:t>TỰ NHIÊN VÀ XÃ HỘI</w:t>
      </w:r>
    </w:p>
    <w:p w:rsidR="00C22940" w:rsidRDefault="007D1C6A">
      <w:pPr>
        <w:spacing w:after="40" w:line="257" w:lineRule="auto"/>
        <w:jc w:val="center"/>
      </w:pPr>
      <w:r>
        <w:rPr>
          <w:rFonts w:cs="Times New Roman"/>
          <w:b/>
          <w:sz w:val="28"/>
        </w:rPr>
        <w:t>BÀI 26: CÙNG KHÁM PHÁ BẦU TRỜI (TIẾT 2) - LỒNG GHÉP STEM: BẦU TRỜI NGÀY VÀ ĐÊM</w:t>
      </w:r>
    </w:p>
    <w:p w:rsidR="00C22940" w:rsidRDefault="007D1C6A">
      <w:pPr>
        <w:spacing w:after="40" w:line="257" w:lineRule="auto"/>
      </w:pPr>
      <w:r>
        <w:rPr>
          <w:rFonts w:cs="Times New Roman"/>
          <w:b/>
        </w:rPr>
        <w:t>I. YÊU CẦU CẦN ĐẠT</w:t>
      </w:r>
    </w:p>
    <w:p w:rsidR="00C22940" w:rsidRDefault="007D1C6A">
      <w:pPr>
        <w:spacing w:after="40" w:line="257" w:lineRule="auto"/>
      </w:pPr>
      <w:r>
        <w:rPr>
          <w:rFonts w:cs="Times New Roman"/>
          <w:b/>
        </w:rPr>
        <w:t>1. Năng lực đặc thù</w:t>
      </w:r>
    </w:p>
    <w:p w:rsidR="00C22940" w:rsidRDefault="007D1C6A">
      <w:pPr>
        <w:spacing w:after="40" w:line="257" w:lineRule="auto"/>
      </w:pPr>
      <w:r>
        <w:rPr>
          <w:rFonts w:cs="Times New Roman"/>
        </w:rPr>
        <w:t>- Mô tả và so sánh đơn giản được bầu trời ban ngày, ban đêm.</w:t>
      </w:r>
    </w:p>
    <w:p w:rsidR="00C22940" w:rsidRDefault="007D1C6A">
      <w:pPr>
        <w:spacing w:after="40" w:line="257" w:lineRule="auto"/>
      </w:pPr>
      <w:r>
        <w:rPr>
          <w:rFonts w:cs="Times New Roman"/>
        </w:rPr>
        <w:t>- Đề xuất ý tưởng, lựa chọn vật liệu và làm được sản phẩm mô tả bầu trời ngày và đêm.</w:t>
      </w:r>
    </w:p>
    <w:p w:rsidR="00C22940" w:rsidRDefault="007D1C6A">
      <w:pPr>
        <w:spacing w:after="40" w:line="257" w:lineRule="auto"/>
      </w:pPr>
      <w:r>
        <w:rPr>
          <w:rFonts w:cs="Times New Roman"/>
        </w:rPr>
        <w:t>- Trưng bày, giới thiệu và tự đánh giá được sản phẩm.</w:t>
      </w:r>
    </w:p>
    <w:p w:rsidR="00C22940" w:rsidRDefault="007D1C6A">
      <w:pPr>
        <w:spacing w:after="40" w:line="257" w:lineRule="auto"/>
      </w:pPr>
      <w:r>
        <w:rPr>
          <w:rFonts w:cs="Times New Roman"/>
          <w:b/>
        </w:rPr>
        <w:t>2. Năng lực chung</w:t>
      </w:r>
    </w:p>
    <w:p w:rsidR="00C22940" w:rsidRDefault="007D1C6A">
      <w:pPr>
        <w:spacing w:after="40" w:line="257" w:lineRule="auto"/>
      </w:pPr>
      <w:r>
        <w:rPr>
          <w:rFonts w:cs="Times New Roman"/>
        </w:rPr>
        <w:t>- Tự chủ và tự học: Chủ động quan sát tranh, thực hiện nhiệm vụ học tập phù hợp.</w:t>
      </w:r>
    </w:p>
    <w:p w:rsidR="00C22940" w:rsidRDefault="007D1C6A">
      <w:pPr>
        <w:spacing w:after="40" w:line="257" w:lineRule="auto"/>
      </w:pPr>
      <w:r>
        <w:rPr>
          <w:rFonts w:cs="Times New Roman"/>
        </w:rPr>
        <w:t>- Giao tiếp và hợp tác: Trao đổi, trình bày ý kiến và lắng nghe bạn.</w:t>
      </w:r>
    </w:p>
    <w:p w:rsidR="00C22940" w:rsidRDefault="007D1C6A">
      <w:pPr>
        <w:spacing w:after="40" w:line="257" w:lineRule="auto"/>
      </w:pPr>
      <w:r>
        <w:rPr>
          <w:rFonts w:cs="Times New Roman"/>
        </w:rPr>
        <w:t>- Giải quyết vấn đề và sáng tạo: Biết lựa chọn cách xử lí phù hợp trong tình huống gần gũi.</w:t>
      </w:r>
    </w:p>
    <w:p w:rsidR="00C22940" w:rsidRDefault="007D1C6A">
      <w:pPr>
        <w:spacing w:after="40" w:line="257" w:lineRule="auto"/>
      </w:pPr>
      <w:r>
        <w:rPr>
          <w:rFonts w:cs="Times New Roman"/>
          <w:b/>
        </w:rPr>
        <w:t>3. Phẩm chất</w:t>
      </w:r>
    </w:p>
    <w:p w:rsidR="00C22940" w:rsidRDefault="007D1C6A">
      <w:pPr>
        <w:spacing w:after="40" w:line="257" w:lineRule="auto"/>
      </w:pPr>
      <w:r>
        <w:rPr>
          <w:rFonts w:cs="Times New Roman"/>
        </w:rPr>
        <w:t>- Chăm chỉ: Tích cực tham gia các hoạt động học tập.</w:t>
      </w:r>
    </w:p>
    <w:p w:rsidR="00C22940" w:rsidRDefault="007D1C6A">
      <w:pPr>
        <w:spacing w:after="40" w:line="257" w:lineRule="auto"/>
      </w:pPr>
      <w:r>
        <w:rPr>
          <w:rFonts w:cs="Times New Roman"/>
        </w:rPr>
        <w:t>- Trách nhiệm: Có ý thức chăm sóc sức khỏe và bảo vệ bản thân.</w:t>
      </w:r>
    </w:p>
    <w:p w:rsidR="00C22940" w:rsidRDefault="007D1C6A">
      <w:pPr>
        <w:spacing w:after="40" w:line="257" w:lineRule="auto"/>
      </w:pPr>
      <w:r>
        <w:rPr>
          <w:rFonts w:cs="Times New Roman"/>
        </w:rPr>
        <w:t>- Nhân ái: Biết quan tâm, nhắc nhở bạn và người thân cùng thực hiện việc tốt.</w:t>
      </w:r>
    </w:p>
    <w:p w:rsidR="00C22940" w:rsidRDefault="007D1C6A">
      <w:pPr>
        <w:spacing w:after="40" w:line="257" w:lineRule="auto"/>
      </w:pPr>
      <w:r>
        <w:rPr>
          <w:rFonts w:cs="Times New Roman"/>
          <w:b/>
          <w:color w:val="C00000"/>
        </w:rPr>
        <w:t>4. Tích hợp</w:t>
      </w:r>
    </w:p>
    <w:p w:rsidR="00C22940" w:rsidRDefault="007D1C6A">
      <w:pPr>
        <w:spacing w:after="40" w:line="257" w:lineRule="auto"/>
      </w:pPr>
      <w:r>
        <w:rPr>
          <w:rFonts w:cs="Times New Roman"/>
          <w:color w:val="C00000"/>
        </w:rPr>
        <w:t>- STEM: Bầu trời ngày và đêm - tích hợp khoa học, mĩ thuật và thủ công trong hoạt động thiết kế mô hình.</w:t>
      </w:r>
    </w:p>
    <w:p w:rsidR="00C22940" w:rsidRDefault="007D1C6A">
      <w:pPr>
        <w:spacing w:after="40" w:line="257" w:lineRule="auto"/>
      </w:pPr>
      <w:r>
        <w:rPr>
          <w:rFonts w:cs="Times New Roman"/>
          <w:color w:val="C00000"/>
        </w:rPr>
        <w:t>- Kĩ năng sống: Quan sát bầu trời an toàn, không nhìn trực tiếp vào Mặt Trời, biết đội mũ nón khi ra nắng.</w:t>
      </w:r>
    </w:p>
    <w:p w:rsidR="00C22940" w:rsidRDefault="007D1C6A">
      <w:pPr>
        <w:spacing w:after="40" w:line="257" w:lineRule="auto"/>
      </w:pPr>
      <w:r>
        <w:rPr>
          <w:rFonts w:cs="Times New Roman"/>
          <w:b/>
        </w:rPr>
        <w:t>II. ĐỒ DÙNG DẠY HỌC</w:t>
      </w:r>
    </w:p>
    <w:p w:rsidR="00C22940" w:rsidRDefault="007D1C6A">
      <w:pPr>
        <w:spacing w:after="40" w:line="257" w:lineRule="auto"/>
      </w:pPr>
      <w:r>
        <w:rPr>
          <w:rFonts w:cs="Times New Roman"/>
        </w:rPr>
        <w:t>- Giáo viên: SGK, tranh minh họa được cắt theo nội dung quan sát, phiếu học tập, máy tính/máy chiếu khi cần.</w:t>
      </w:r>
    </w:p>
    <w:p w:rsidR="00C22940" w:rsidRDefault="007D1C6A">
      <w:pPr>
        <w:spacing w:after="40" w:line="257" w:lineRule="auto"/>
      </w:pPr>
      <w:r>
        <w:rPr>
          <w:rFonts w:cs="Times New Roman"/>
        </w:rPr>
        <w:t>- Học sinh: SGK, bút chì, bút màu và đồ dùng học tập.</w:t>
      </w:r>
    </w:p>
    <w:p w:rsidR="00C22940" w:rsidRDefault="007D1C6A">
      <w:pPr>
        <w:spacing w:after="40" w:line="257" w:lineRule="auto"/>
      </w:pPr>
      <w:r>
        <w:rPr>
          <w:rFonts w:cs="Times New Roman"/>
        </w:rPr>
        <w:t>- Chuẩn bị STEM: bìa A4, giấy màu, hồ dán/băng dính, kéo thủ công, bút màu, chốt xoay.</w:t>
      </w:r>
    </w:p>
    <w:p w:rsidR="00C22940" w:rsidRDefault="007D1C6A">
      <w:pPr>
        <w:spacing w:after="40" w:line="257" w:lineRule="auto"/>
      </w:pPr>
      <w:r>
        <w:rPr>
          <w:rFonts w:cs="Times New Roman"/>
          <w:b/>
        </w:rPr>
        <w:t>III. CÁC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5255"/>
        <w:gridCol w:w="5255"/>
      </w:tblGrid>
      <w:tr w:rsidR="00C22940" w:rsidTr="0007663E">
        <w:trPr>
          <w:tblHeader/>
          <w:jc w:val="center"/>
        </w:trPr>
        <w:tc>
          <w:tcPr>
            <w:tcW w:w="5255" w:type="dxa"/>
            <w:tcBorders>
              <w:bottom w:val="single" w:sz="4" w:space="0" w:color="auto"/>
            </w:tcBorders>
            <w:shd w:val="clear" w:color="auto" w:fill="auto"/>
            <w:tcMar>
              <w:top w:w="85" w:type="dxa"/>
              <w:left w:w="85" w:type="dxa"/>
              <w:bottom w:w="85" w:type="dxa"/>
              <w:right w:w="85" w:type="dxa"/>
            </w:tcMar>
          </w:tcPr>
          <w:p w:rsidR="00C22940" w:rsidRDefault="007D1C6A">
            <w:pPr>
              <w:spacing w:after="40" w:line="257" w:lineRule="auto"/>
              <w:jc w:val="center"/>
            </w:pPr>
            <w:r>
              <w:rPr>
                <w:rFonts w:cs="Times New Roman"/>
                <w:b/>
              </w:rPr>
              <w:t>Hoạt động của giáo viên</w:t>
            </w:r>
          </w:p>
        </w:tc>
        <w:tc>
          <w:tcPr>
            <w:tcW w:w="5255" w:type="dxa"/>
            <w:tcBorders>
              <w:bottom w:val="single" w:sz="4" w:space="0" w:color="auto"/>
            </w:tcBorders>
            <w:shd w:val="clear" w:color="auto" w:fill="auto"/>
            <w:tcMar>
              <w:top w:w="85" w:type="dxa"/>
              <w:left w:w="85" w:type="dxa"/>
              <w:bottom w:w="85" w:type="dxa"/>
              <w:right w:w="85" w:type="dxa"/>
            </w:tcMar>
          </w:tcPr>
          <w:p w:rsidR="00C22940" w:rsidRDefault="007D1C6A">
            <w:pPr>
              <w:spacing w:after="40" w:line="257" w:lineRule="auto"/>
              <w:jc w:val="center"/>
            </w:pPr>
            <w:r>
              <w:rPr>
                <w:rFonts w:cs="Times New Roman"/>
                <w:b/>
              </w:rPr>
              <w:t>Hoạt động của học sinh</w:t>
            </w:r>
          </w:p>
        </w:tc>
      </w:tr>
      <w:tr w:rsidR="00C22940" w:rsidTr="0007663E">
        <w:trPr>
          <w:cantSplit/>
          <w:jc w:val="center"/>
        </w:trPr>
        <w:tc>
          <w:tcPr>
            <w:tcW w:w="9468" w:type="dxa"/>
            <w:gridSpan w:val="2"/>
            <w:tcBorders>
              <w:top w:val="single" w:sz="4" w:space="0" w:color="auto"/>
              <w:bottom w:val="single" w:sz="4" w:space="0" w:color="auto"/>
            </w:tcBorders>
            <w:shd w:val="clear" w:color="auto" w:fill="auto"/>
            <w:tcMar>
              <w:top w:w="85" w:type="dxa"/>
              <w:left w:w="85" w:type="dxa"/>
              <w:bottom w:w="85" w:type="dxa"/>
              <w:right w:w="85" w:type="dxa"/>
            </w:tcMar>
          </w:tcPr>
          <w:p w:rsidR="00C22940" w:rsidRDefault="007D1C6A">
            <w:pPr>
              <w:spacing w:after="40" w:line="257" w:lineRule="auto"/>
            </w:pPr>
            <w:r>
              <w:rPr>
                <w:rFonts w:cs="Times New Roman"/>
                <w:b/>
              </w:rPr>
              <w:t>1. Khởi động</w:t>
            </w:r>
          </w:p>
          <w:p w:rsidR="00C22940" w:rsidRDefault="007D1C6A">
            <w:pPr>
              <w:spacing w:after="40" w:line="257" w:lineRule="auto"/>
            </w:pPr>
            <w:r>
              <w:rPr>
                <w:rFonts w:cs="Times New Roman"/>
                <w:b/>
              </w:rPr>
              <w:t>Mục tiêu: Gợi nhớ đặc điểm bầu trời ngày và đêm, nhắc an toàn quan sát.</w:t>
            </w:r>
          </w:p>
        </w:tc>
      </w:tr>
      <w:tr w:rsidR="00C22940" w:rsidTr="0007663E">
        <w:trPr>
          <w:cantSplit/>
          <w:jc w:val="center"/>
        </w:trPr>
        <w:tc>
          <w:tcPr>
            <w:tcW w:w="4734" w:type="dxa"/>
            <w:tcBorders>
              <w:top w:val="single" w:sz="4" w:space="0" w:color="auto"/>
            </w:tcBorders>
            <w:shd w:val="clear" w:color="auto" w:fill="auto"/>
            <w:tcMar>
              <w:top w:w="85" w:type="dxa"/>
              <w:left w:w="85" w:type="dxa"/>
              <w:bottom w:w="85" w:type="dxa"/>
              <w:right w:w="85" w:type="dxa"/>
            </w:tcMar>
          </w:tcPr>
          <w:p w:rsidR="00C22940" w:rsidRDefault="007D1C6A" w:rsidP="0007663E">
            <w:pPr>
              <w:spacing w:after="40" w:line="257" w:lineRule="auto"/>
            </w:pPr>
            <w:r>
              <w:rPr>
                <w:rFonts w:cs="Times New Roman"/>
              </w:rPr>
              <w:t>- Quan sát tranh, trao đổi nhóm đôi: Bầu trời ban ngày và ban đêm khác nhau thế nào?</w:t>
            </w:r>
          </w:p>
        </w:tc>
        <w:tc>
          <w:tcPr>
            <w:tcW w:w="4734" w:type="dxa"/>
            <w:tcBorders>
              <w:top w:val="single" w:sz="4" w:space="0" w:color="auto"/>
            </w:tcBorders>
            <w:shd w:val="clear" w:color="auto" w:fill="auto"/>
            <w:tcMar>
              <w:top w:w="85" w:type="dxa"/>
              <w:left w:w="85" w:type="dxa"/>
              <w:bottom w:w="85" w:type="dxa"/>
              <w:right w:w="85" w:type="dxa"/>
            </w:tcMar>
          </w:tcPr>
          <w:p w:rsidR="00C22940" w:rsidRDefault="007D1C6A">
            <w:pPr>
              <w:spacing w:after="40" w:line="257" w:lineRule="auto"/>
            </w:pPr>
            <w:r>
              <w:rPr>
                <w:rFonts w:cs="Times New Roman"/>
              </w:rPr>
              <w:t>- Ban ngày trời sáng, có Mặt Trời; ban đêm trời tối, có Mặt Trăng và các vì sao.</w:t>
            </w:r>
          </w:p>
        </w:tc>
      </w:tr>
      <w:tr w:rsidR="00C22940" w:rsidTr="0007663E">
        <w:trPr>
          <w:cantSplit/>
          <w:jc w:val="center"/>
        </w:trPr>
        <w:tc>
          <w:tcPr>
            <w:tcW w:w="4734" w:type="dxa"/>
            <w:shd w:val="clear" w:color="auto" w:fill="auto"/>
            <w:tcMar>
              <w:top w:w="85" w:type="dxa"/>
              <w:left w:w="85" w:type="dxa"/>
              <w:bottom w:w="85" w:type="dxa"/>
              <w:right w:w="85" w:type="dxa"/>
            </w:tcMar>
          </w:tcPr>
          <w:p w:rsidR="00C22940" w:rsidRDefault="007D1C6A">
            <w:pPr>
              <w:spacing w:after="40" w:line="257" w:lineRule="auto"/>
            </w:pPr>
            <w:r>
              <w:rPr>
                <w:rFonts w:cs="Times New Roman"/>
                <w:color w:val="C00000"/>
              </w:rPr>
              <w:t>- Khi quan sát bầu trời ban ngày, em cần nhớ điều gì?</w:t>
            </w:r>
          </w:p>
        </w:tc>
        <w:tc>
          <w:tcPr>
            <w:tcW w:w="4734" w:type="dxa"/>
            <w:shd w:val="clear" w:color="auto" w:fill="auto"/>
            <w:tcMar>
              <w:top w:w="85" w:type="dxa"/>
              <w:left w:w="85" w:type="dxa"/>
              <w:bottom w:w="85" w:type="dxa"/>
              <w:right w:w="85" w:type="dxa"/>
            </w:tcMar>
          </w:tcPr>
          <w:p w:rsidR="00C22940" w:rsidRDefault="007D1C6A">
            <w:pPr>
              <w:spacing w:after="40" w:line="257" w:lineRule="auto"/>
            </w:pPr>
            <w:r>
              <w:rPr>
                <w:rFonts w:cs="Times New Roman"/>
                <w:color w:val="C00000"/>
              </w:rPr>
              <w:t>- Em không nhìn trực tiếp vào Mặt Trời và đội mũ khi ra nắng.</w:t>
            </w:r>
          </w:p>
        </w:tc>
      </w:tr>
      <w:tr w:rsidR="00C22940" w:rsidTr="0007663E">
        <w:trPr>
          <w:cantSplit/>
          <w:jc w:val="center"/>
        </w:trPr>
        <w:tc>
          <w:tcPr>
            <w:tcW w:w="4734" w:type="dxa"/>
            <w:shd w:val="clear" w:color="auto" w:fill="auto"/>
            <w:tcMar>
              <w:top w:w="85" w:type="dxa"/>
              <w:left w:w="85" w:type="dxa"/>
              <w:bottom w:w="85" w:type="dxa"/>
              <w:right w:w="85" w:type="dxa"/>
            </w:tcMar>
          </w:tcPr>
          <w:p w:rsidR="00C22940" w:rsidRDefault="007D1C6A">
            <w:pPr>
              <w:spacing w:after="40" w:line="257" w:lineRule="auto"/>
            </w:pPr>
            <w:r>
              <w:rPr>
                <w:rFonts w:cs="Times New Roman"/>
                <w:color w:val="C00000"/>
              </w:rPr>
              <w:lastRenderedPageBreak/>
              <w:t>- Diễn giải tích hợp Kĩ năng sống: Quan sát thiên nhiên giúp các em hiểu bầu trời, nhưng phải bảo vệ mắt và sức khỏe. Các em quan sát qua tranh, qua cửa sổ hoặc theo hướng cô chỉ dẫn; không nhìn thẳng vào Mặt Trời và biết chuẩn bị mũ nón khi ra ngoài trời nắng.</w:t>
            </w:r>
          </w:p>
        </w:tc>
        <w:tc>
          <w:tcPr>
            <w:tcW w:w="4734" w:type="dxa"/>
            <w:shd w:val="clear" w:color="auto" w:fill="auto"/>
            <w:tcMar>
              <w:top w:w="85" w:type="dxa"/>
              <w:left w:w="85" w:type="dxa"/>
              <w:bottom w:w="85" w:type="dxa"/>
              <w:right w:w="85" w:type="dxa"/>
            </w:tcMar>
          </w:tcPr>
          <w:p w:rsidR="00C22940" w:rsidRDefault="007D1C6A">
            <w:pPr>
              <w:spacing w:after="40" w:line="257" w:lineRule="auto"/>
            </w:pPr>
            <w:r>
              <w:rPr>
                <w:rFonts w:cs="Times New Roman"/>
                <w:color w:val="C00000"/>
              </w:rPr>
              <w:t>- Lắng nghe, nêu lại nguyên tắc an toàn.</w:t>
            </w:r>
          </w:p>
        </w:tc>
      </w:tr>
      <w:tr w:rsidR="00C22940" w:rsidTr="0007663E">
        <w:trPr>
          <w:cantSplit/>
          <w:jc w:val="center"/>
        </w:trPr>
        <w:tc>
          <w:tcPr>
            <w:tcW w:w="4734" w:type="dxa"/>
            <w:tcBorders>
              <w:bottom w:val="single" w:sz="4" w:space="0" w:color="auto"/>
            </w:tcBorders>
            <w:shd w:val="clear" w:color="auto" w:fill="auto"/>
            <w:tcMar>
              <w:top w:w="85" w:type="dxa"/>
              <w:left w:w="85" w:type="dxa"/>
              <w:bottom w:w="85" w:type="dxa"/>
              <w:right w:w="85" w:type="dxa"/>
            </w:tcMar>
          </w:tcPr>
          <w:p w:rsidR="00C22940" w:rsidRDefault="007D1C6A">
            <w:pPr>
              <w:spacing w:after="40" w:line="257" w:lineRule="auto"/>
            </w:pPr>
            <w:r>
              <w:rPr>
                <w:rFonts w:cs="Times New Roman"/>
                <w:color w:val="C00000"/>
              </w:rPr>
              <w:t>- Chốt ý, kết luận: Hiểu bầu trời và quan sát an toàn là cơ sở để làm sản phẩm STEM.</w:t>
            </w:r>
          </w:p>
        </w:tc>
        <w:tc>
          <w:tcPr>
            <w:tcW w:w="4734" w:type="dxa"/>
            <w:tcBorders>
              <w:bottom w:val="single" w:sz="4" w:space="0" w:color="auto"/>
            </w:tcBorders>
            <w:shd w:val="clear" w:color="auto" w:fill="auto"/>
            <w:tcMar>
              <w:top w:w="85" w:type="dxa"/>
              <w:left w:w="85" w:type="dxa"/>
              <w:bottom w:w="85" w:type="dxa"/>
              <w:right w:w="85" w:type="dxa"/>
            </w:tcMar>
          </w:tcPr>
          <w:p w:rsidR="00C22940" w:rsidRDefault="007D1C6A">
            <w:pPr>
              <w:spacing w:after="40" w:line="257" w:lineRule="auto"/>
            </w:pPr>
            <w:r>
              <w:rPr>
                <w:rFonts w:cs="Times New Roman"/>
                <w:color w:val="C00000"/>
              </w:rPr>
              <w:t>- Lắng nghe.</w:t>
            </w:r>
          </w:p>
        </w:tc>
      </w:tr>
      <w:tr w:rsidR="00C22940" w:rsidTr="0007663E">
        <w:trPr>
          <w:cantSplit/>
          <w:jc w:val="center"/>
        </w:trPr>
        <w:tc>
          <w:tcPr>
            <w:tcW w:w="9468" w:type="dxa"/>
            <w:gridSpan w:val="2"/>
            <w:tcBorders>
              <w:top w:val="single" w:sz="4" w:space="0" w:color="auto"/>
              <w:bottom w:val="single" w:sz="4" w:space="0" w:color="auto"/>
            </w:tcBorders>
            <w:shd w:val="clear" w:color="auto" w:fill="auto"/>
            <w:tcMar>
              <w:top w:w="85" w:type="dxa"/>
              <w:left w:w="85" w:type="dxa"/>
              <w:bottom w:w="85" w:type="dxa"/>
              <w:right w:w="85" w:type="dxa"/>
            </w:tcMar>
          </w:tcPr>
          <w:p w:rsidR="00C22940" w:rsidRDefault="007D1C6A">
            <w:pPr>
              <w:spacing w:after="40" w:line="257" w:lineRule="auto"/>
            </w:pPr>
            <w:r>
              <w:rPr>
                <w:rFonts w:cs="Times New Roman"/>
                <w:b/>
              </w:rPr>
              <w:t>2. Khám phá STEM: Đề xuất ý tưởng</w:t>
            </w:r>
          </w:p>
          <w:p w:rsidR="00C22940" w:rsidRDefault="007D1C6A">
            <w:pPr>
              <w:spacing w:after="40" w:line="257" w:lineRule="auto"/>
            </w:pPr>
            <w:r>
              <w:rPr>
                <w:rFonts w:cs="Times New Roman"/>
                <w:b/>
              </w:rPr>
              <w:t>Mục tiêu: Nêu được tiêu chí và ý tưởng làm sản phẩm.</w:t>
            </w:r>
          </w:p>
        </w:tc>
      </w:tr>
      <w:tr w:rsidR="00C22940" w:rsidTr="0007663E">
        <w:trPr>
          <w:cantSplit/>
          <w:jc w:val="center"/>
        </w:trPr>
        <w:tc>
          <w:tcPr>
            <w:tcW w:w="4734" w:type="dxa"/>
            <w:tcBorders>
              <w:top w:val="single" w:sz="4" w:space="0" w:color="auto"/>
            </w:tcBorders>
            <w:shd w:val="clear" w:color="auto" w:fill="auto"/>
            <w:tcMar>
              <w:top w:w="85" w:type="dxa"/>
              <w:left w:w="85" w:type="dxa"/>
              <w:bottom w:w="85" w:type="dxa"/>
              <w:right w:w="85" w:type="dxa"/>
            </w:tcMar>
          </w:tcPr>
          <w:p w:rsidR="00C22940" w:rsidRDefault="007D1C6A">
            <w:pPr>
              <w:spacing w:after="40" w:line="257" w:lineRule="auto"/>
            </w:pPr>
            <w:r>
              <w:rPr>
                <w:rFonts w:cs="Times New Roman"/>
              </w:rPr>
              <w:t>- Quan sát mô hình gợi ý; thảo luận nhóm 4 về sản phẩm mô tả bầu trời ngày và đêm.</w:t>
            </w:r>
          </w:p>
        </w:tc>
        <w:tc>
          <w:tcPr>
            <w:tcW w:w="4734" w:type="dxa"/>
            <w:tcBorders>
              <w:top w:val="single" w:sz="4" w:space="0" w:color="auto"/>
            </w:tcBorders>
            <w:shd w:val="clear" w:color="auto" w:fill="auto"/>
            <w:tcMar>
              <w:top w:w="85" w:type="dxa"/>
              <w:left w:w="85" w:type="dxa"/>
              <w:bottom w:w="85" w:type="dxa"/>
              <w:right w:w="85" w:type="dxa"/>
            </w:tcMar>
          </w:tcPr>
          <w:p w:rsidR="00C22940" w:rsidRDefault="007D1C6A">
            <w:pPr>
              <w:spacing w:after="40" w:line="257" w:lineRule="auto"/>
            </w:pPr>
            <w:r>
              <w:rPr>
                <w:rFonts w:cs="Times New Roman"/>
              </w:rPr>
              <w:t>- Quan sát, thảo luận và chọn ý tưởng mô hình.</w:t>
            </w:r>
          </w:p>
        </w:tc>
      </w:tr>
      <w:tr w:rsidR="00C22940" w:rsidTr="0007663E">
        <w:trPr>
          <w:cantSplit/>
          <w:jc w:val="center"/>
        </w:trPr>
        <w:tc>
          <w:tcPr>
            <w:tcW w:w="4734" w:type="dxa"/>
            <w:shd w:val="clear" w:color="auto" w:fill="auto"/>
            <w:tcMar>
              <w:top w:w="85" w:type="dxa"/>
              <w:left w:w="85" w:type="dxa"/>
              <w:bottom w:w="85" w:type="dxa"/>
              <w:right w:w="85" w:type="dxa"/>
            </w:tcMar>
          </w:tcPr>
          <w:p w:rsidR="00C22940" w:rsidRDefault="007D1C6A">
            <w:pPr>
              <w:spacing w:after="40" w:line="257" w:lineRule="auto"/>
            </w:pPr>
            <w:r>
              <w:rPr>
                <w:rFonts w:cs="Times New Roman"/>
              </w:rPr>
              <w:t>- Sản phẩm cần thể hiện những hình ảnh nào của ban ngày?</w:t>
            </w:r>
          </w:p>
        </w:tc>
        <w:tc>
          <w:tcPr>
            <w:tcW w:w="4734" w:type="dxa"/>
            <w:shd w:val="clear" w:color="auto" w:fill="auto"/>
            <w:tcMar>
              <w:top w:w="85" w:type="dxa"/>
              <w:left w:w="85" w:type="dxa"/>
              <w:bottom w:w="85" w:type="dxa"/>
              <w:right w:w="85" w:type="dxa"/>
            </w:tcMar>
          </w:tcPr>
          <w:p w:rsidR="00C22940" w:rsidRDefault="007D1C6A">
            <w:pPr>
              <w:spacing w:after="40" w:line="257" w:lineRule="auto"/>
            </w:pPr>
            <w:r>
              <w:rPr>
                <w:rFonts w:cs="Times New Roman"/>
              </w:rPr>
              <w:t>- Có Mặt Trời, mây và bầu trời sáng.</w:t>
            </w:r>
          </w:p>
        </w:tc>
      </w:tr>
      <w:tr w:rsidR="00C22940" w:rsidTr="0007663E">
        <w:trPr>
          <w:cantSplit/>
          <w:jc w:val="center"/>
        </w:trPr>
        <w:tc>
          <w:tcPr>
            <w:tcW w:w="4734" w:type="dxa"/>
            <w:shd w:val="clear" w:color="auto" w:fill="auto"/>
            <w:tcMar>
              <w:top w:w="85" w:type="dxa"/>
              <w:left w:w="85" w:type="dxa"/>
              <w:bottom w:w="85" w:type="dxa"/>
              <w:right w:w="85" w:type="dxa"/>
            </w:tcMar>
          </w:tcPr>
          <w:p w:rsidR="00C22940" w:rsidRDefault="007D1C6A">
            <w:pPr>
              <w:spacing w:after="40" w:line="257" w:lineRule="auto"/>
            </w:pPr>
            <w:r>
              <w:rPr>
                <w:rFonts w:cs="Times New Roman"/>
              </w:rPr>
              <w:t>- Sản phẩm cần thể hiện những hình ảnh nào của ban đêm?</w:t>
            </w:r>
          </w:p>
        </w:tc>
        <w:tc>
          <w:tcPr>
            <w:tcW w:w="4734" w:type="dxa"/>
            <w:shd w:val="clear" w:color="auto" w:fill="auto"/>
            <w:tcMar>
              <w:top w:w="85" w:type="dxa"/>
              <w:left w:w="85" w:type="dxa"/>
              <w:bottom w:w="85" w:type="dxa"/>
              <w:right w:w="85" w:type="dxa"/>
            </w:tcMar>
          </w:tcPr>
          <w:p w:rsidR="00C22940" w:rsidRDefault="007D1C6A">
            <w:pPr>
              <w:spacing w:after="40" w:line="257" w:lineRule="auto"/>
            </w:pPr>
            <w:r>
              <w:rPr>
                <w:rFonts w:cs="Times New Roman"/>
              </w:rPr>
              <w:t>- Có Mặt Trăng, sao và bầu trời tối.</w:t>
            </w:r>
          </w:p>
        </w:tc>
      </w:tr>
      <w:tr w:rsidR="00C22940" w:rsidTr="0007663E">
        <w:trPr>
          <w:cantSplit/>
          <w:jc w:val="center"/>
        </w:trPr>
        <w:tc>
          <w:tcPr>
            <w:tcW w:w="4734" w:type="dxa"/>
            <w:shd w:val="clear" w:color="auto" w:fill="auto"/>
            <w:tcMar>
              <w:top w:w="85" w:type="dxa"/>
              <w:left w:w="85" w:type="dxa"/>
              <w:bottom w:w="85" w:type="dxa"/>
              <w:right w:w="85" w:type="dxa"/>
            </w:tcMar>
          </w:tcPr>
          <w:p w:rsidR="00C22940" w:rsidRDefault="007D1C6A">
            <w:pPr>
              <w:spacing w:after="40" w:line="257" w:lineRule="auto"/>
            </w:pPr>
            <w:r>
              <w:rPr>
                <w:rFonts w:cs="Times New Roman"/>
              </w:rPr>
              <w:t>- Nhóm em chọn vật liệu nào để làm sản phẩm?</w:t>
            </w:r>
          </w:p>
        </w:tc>
        <w:tc>
          <w:tcPr>
            <w:tcW w:w="4734" w:type="dxa"/>
            <w:shd w:val="clear" w:color="auto" w:fill="auto"/>
            <w:tcMar>
              <w:top w:w="85" w:type="dxa"/>
              <w:left w:w="85" w:type="dxa"/>
              <w:bottom w:w="85" w:type="dxa"/>
              <w:right w:w="85" w:type="dxa"/>
            </w:tcMar>
          </w:tcPr>
          <w:p w:rsidR="00C22940" w:rsidRDefault="007D1C6A">
            <w:pPr>
              <w:spacing w:after="40" w:line="257" w:lineRule="auto"/>
            </w:pPr>
            <w:r>
              <w:rPr>
                <w:rFonts w:cs="Times New Roman"/>
              </w:rPr>
              <w:t>- Chọn bìa, giấy màu, bút màu, hồ dán và chốt xoay.</w:t>
            </w:r>
          </w:p>
        </w:tc>
      </w:tr>
      <w:tr w:rsidR="00C22940" w:rsidTr="0007663E">
        <w:trPr>
          <w:cantSplit/>
          <w:jc w:val="center"/>
        </w:trPr>
        <w:tc>
          <w:tcPr>
            <w:tcW w:w="4734" w:type="dxa"/>
            <w:shd w:val="clear" w:color="auto" w:fill="auto"/>
            <w:tcMar>
              <w:top w:w="85" w:type="dxa"/>
              <w:left w:w="85" w:type="dxa"/>
              <w:bottom w:w="85" w:type="dxa"/>
              <w:right w:w="85" w:type="dxa"/>
            </w:tcMar>
          </w:tcPr>
          <w:p w:rsidR="00C22940" w:rsidRDefault="007D1C6A">
            <w:pPr>
              <w:spacing w:after="40" w:line="257" w:lineRule="auto"/>
            </w:pPr>
            <w:r>
              <w:rPr>
                <w:rFonts w:cs="Times New Roman"/>
              </w:rPr>
              <w:t>- Mời đại diện nhóm trình bày ý tưởng; nhận xét, bổ sung.</w:t>
            </w:r>
          </w:p>
        </w:tc>
        <w:tc>
          <w:tcPr>
            <w:tcW w:w="4734" w:type="dxa"/>
            <w:shd w:val="clear" w:color="auto" w:fill="auto"/>
            <w:tcMar>
              <w:top w:w="85" w:type="dxa"/>
              <w:left w:w="85" w:type="dxa"/>
              <w:bottom w:w="85" w:type="dxa"/>
              <w:right w:w="85" w:type="dxa"/>
            </w:tcMar>
          </w:tcPr>
          <w:p w:rsidR="00C22940" w:rsidRDefault="007D1C6A">
            <w:pPr>
              <w:spacing w:after="40" w:line="257" w:lineRule="auto"/>
            </w:pPr>
            <w:r>
              <w:rPr>
                <w:rFonts w:cs="Times New Roman"/>
              </w:rPr>
              <w:t>- Giới thiệu ý tưởng; nhận góp ý.</w:t>
            </w:r>
          </w:p>
        </w:tc>
      </w:tr>
      <w:tr w:rsidR="00C22940" w:rsidTr="0007663E">
        <w:trPr>
          <w:cantSplit/>
          <w:jc w:val="center"/>
        </w:trPr>
        <w:tc>
          <w:tcPr>
            <w:tcW w:w="4734" w:type="dxa"/>
            <w:tcBorders>
              <w:bottom w:val="single" w:sz="4" w:space="0" w:color="auto"/>
            </w:tcBorders>
            <w:shd w:val="clear" w:color="auto" w:fill="auto"/>
            <w:tcMar>
              <w:top w:w="85" w:type="dxa"/>
              <w:left w:w="85" w:type="dxa"/>
              <w:bottom w:w="85" w:type="dxa"/>
              <w:right w:w="85" w:type="dxa"/>
            </w:tcMar>
          </w:tcPr>
          <w:p w:rsidR="00C22940" w:rsidRDefault="007D1C6A">
            <w:pPr>
              <w:spacing w:after="40" w:line="257" w:lineRule="auto"/>
            </w:pPr>
            <w:r>
              <w:rPr>
                <w:rFonts w:cs="Times New Roman"/>
              </w:rPr>
              <w:t>- Chốt ý, kết luận: Sản phẩm cần thể hiện rõ ngày - đêm, chắc chắn, đẹp và sử dụng được.</w:t>
            </w:r>
          </w:p>
        </w:tc>
        <w:tc>
          <w:tcPr>
            <w:tcW w:w="4734" w:type="dxa"/>
            <w:tcBorders>
              <w:bottom w:val="single" w:sz="4" w:space="0" w:color="auto"/>
            </w:tcBorders>
            <w:shd w:val="clear" w:color="auto" w:fill="auto"/>
            <w:tcMar>
              <w:top w:w="85" w:type="dxa"/>
              <w:left w:w="85" w:type="dxa"/>
              <w:bottom w:w="85" w:type="dxa"/>
              <w:right w:w="85" w:type="dxa"/>
            </w:tcMar>
          </w:tcPr>
          <w:p w:rsidR="00C22940" w:rsidRDefault="007D1C6A">
            <w:pPr>
              <w:spacing w:after="40" w:line="257" w:lineRule="auto"/>
            </w:pPr>
            <w:r>
              <w:rPr>
                <w:rFonts w:cs="Times New Roman"/>
              </w:rPr>
              <w:t>- Lắng nghe, hoàn thiện ý tưởng.</w:t>
            </w:r>
          </w:p>
        </w:tc>
      </w:tr>
      <w:tr w:rsidR="00C22940" w:rsidTr="0007663E">
        <w:trPr>
          <w:cantSplit/>
          <w:jc w:val="center"/>
        </w:trPr>
        <w:tc>
          <w:tcPr>
            <w:tcW w:w="9468" w:type="dxa"/>
            <w:gridSpan w:val="2"/>
            <w:tcBorders>
              <w:top w:val="single" w:sz="4" w:space="0" w:color="auto"/>
              <w:bottom w:val="single" w:sz="4" w:space="0" w:color="auto"/>
            </w:tcBorders>
            <w:shd w:val="clear" w:color="auto" w:fill="auto"/>
            <w:tcMar>
              <w:top w:w="85" w:type="dxa"/>
              <w:left w:w="85" w:type="dxa"/>
              <w:bottom w:w="85" w:type="dxa"/>
              <w:right w:w="85" w:type="dxa"/>
            </w:tcMar>
          </w:tcPr>
          <w:p w:rsidR="00C22940" w:rsidRDefault="007D1C6A">
            <w:pPr>
              <w:spacing w:after="40" w:line="257" w:lineRule="auto"/>
            </w:pPr>
            <w:r>
              <w:rPr>
                <w:rFonts w:cs="Times New Roman"/>
                <w:b/>
              </w:rPr>
              <w:t>3. Luyện tập STEM: Làm sản phẩm</w:t>
            </w:r>
          </w:p>
          <w:p w:rsidR="00C22940" w:rsidRDefault="007D1C6A">
            <w:pPr>
              <w:spacing w:after="40" w:line="257" w:lineRule="auto"/>
            </w:pPr>
            <w:r>
              <w:rPr>
                <w:rFonts w:cs="Times New Roman"/>
                <w:b/>
              </w:rPr>
              <w:t>Mục tiêu: Thực hành tạo sản phẩm bằng vật liệu đơn giản.</w:t>
            </w:r>
          </w:p>
        </w:tc>
      </w:tr>
      <w:tr w:rsidR="00C22940" w:rsidTr="0007663E">
        <w:trPr>
          <w:cantSplit/>
          <w:jc w:val="center"/>
        </w:trPr>
        <w:tc>
          <w:tcPr>
            <w:tcW w:w="4734" w:type="dxa"/>
            <w:tcBorders>
              <w:top w:val="single" w:sz="4" w:space="0" w:color="auto"/>
            </w:tcBorders>
            <w:shd w:val="clear" w:color="auto" w:fill="auto"/>
            <w:tcMar>
              <w:top w:w="85" w:type="dxa"/>
              <w:left w:w="85" w:type="dxa"/>
              <w:bottom w:w="85" w:type="dxa"/>
              <w:right w:w="85" w:type="dxa"/>
            </w:tcMar>
          </w:tcPr>
          <w:p w:rsidR="00C22940" w:rsidRDefault="007D1C6A">
            <w:pPr>
              <w:spacing w:after="40" w:line="257" w:lineRule="auto"/>
            </w:pPr>
            <w:r>
              <w:rPr>
                <w:rFonts w:cs="Times New Roman"/>
                <w:color w:val="C00000"/>
              </w:rPr>
              <w:t>- Thực hiện bước 1: Tạo hai phần thể hiện bầu trời ban ngày và ban đêm.</w:t>
            </w:r>
          </w:p>
        </w:tc>
        <w:tc>
          <w:tcPr>
            <w:tcW w:w="4734" w:type="dxa"/>
            <w:tcBorders>
              <w:top w:val="single" w:sz="4" w:space="0" w:color="auto"/>
            </w:tcBorders>
            <w:shd w:val="clear" w:color="auto" w:fill="auto"/>
            <w:tcMar>
              <w:top w:w="85" w:type="dxa"/>
              <w:left w:w="85" w:type="dxa"/>
              <w:bottom w:w="85" w:type="dxa"/>
              <w:right w:w="85" w:type="dxa"/>
            </w:tcMar>
          </w:tcPr>
          <w:p w:rsidR="00C22940" w:rsidRDefault="007D1C6A">
            <w:pPr>
              <w:spacing w:after="40" w:line="257" w:lineRule="auto"/>
            </w:pPr>
            <w:r>
              <w:rPr>
                <w:rFonts w:cs="Times New Roman"/>
                <w:color w:val="C00000"/>
              </w:rPr>
              <w:t>- Vẽ/cắt/dán Mặt Trời, mây, Mặt Trăng và sao lên bìa.</w:t>
            </w:r>
          </w:p>
        </w:tc>
      </w:tr>
      <w:tr w:rsidR="00C22940" w:rsidTr="0007663E">
        <w:trPr>
          <w:cantSplit/>
          <w:jc w:val="center"/>
        </w:trPr>
        <w:tc>
          <w:tcPr>
            <w:tcW w:w="4734" w:type="dxa"/>
            <w:shd w:val="clear" w:color="auto" w:fill="auto"/>
            <w:tcMar>
              <w:top w:w="85" w:type="dxa"/>
              <w:left w:w="85" w:type="dxa"/>
              <w:bottom w:w="85" w:type="dxa"/>
              <w:right w:w="85" w:type="dxa"/>
            </w:tcMar>
          </w:tcPr>
          <w:p w:rsidR="00C22940" w:rsidRDefault="007D1C6A">
            <w:pPr>
              <w:spacing w:after="40" w:line="257" w:lineRule="auto"/>
            </w:pPr>
            <w:r>
              <w:rPr>
                <w:rFonts w:cs="Times New Roman"/>
                <w:color w:val="C00000"/>
              </w:rPr>
              <w:t>- Thực hiện bước 2: Tạo phần che/cửa sổ hoặc vòng xoay để chuyển từ ngày sang đêm.</w:t>
            </w:r>
          </w:p>
        </w:tc>
        <w:tc>
          <w:tcPr>
            <w:tcW w:w="4734" w:type="dxa"/>
            <w:shd w:val="clear" w:color="auto" w:fill="auto"/>
            <w:tcMar>
              <w:top w:w="85" w:type="dxa"/>
              <w:left w:w="85" w:type="dxa"/>
              <w:bottom w:w="85" w:type="dxa"/>
              <w:right w:w="85" w:type="dxa"/>
            </w:tcMar>
          </w:tcPr>
          <w:p w:rsidR="00C22940" w:rsidRDefault="007D1C6A">
            <w:pPr>
              <w:spacing w:after="40" w:line="257" w:lineRule="auto"/>
            </w:pPr>
            <w:r>
              <w:rPr>
                <w:rFonts w:cs="Times New Roman"/>
                <w:color w:val="C00000"/>
              </w:rPr>
              <w:t>- Gắn các phần bằng chốt xoay theo hướng dẫn.</w:t>
            </w:r>
          </w:p>
        </w:tc>
      </w:tr>
      <w:tr w:rsidR="00C22940" w:rsidTr="0007663E">
        <w:trPr>
          <w:cantSplit/>
          <w:jc w:val="center"/>
        </w:trPr>
        <w:tc>
          <w:tcPr>
            <w:tcW w:w="4734" w:type="dxa"/>
            <w:shd w:val="clear" w:color="auto" w:fill="auto"/>
            <w:tcMar>
              <w:top w:w="85" w:type="dxa"/>
              <w:left w:w="85" w:type="dxa"/>
              <w:bottom w:w="85" w:type="dxa"/>
              <w:right w:w="85" w:type="dxa"/>
            </w:tcMar>
          </w:tcPr>
          <w:p w:rsidR="00C22940" w:rsidRDefault="007D1C6A">
            <w:pPr>
              <w:spacing w:after="40" w:line="257" w:lineRule="auto"/>
            </w:pPr>
            <w:r>
              <w:rPr>
                <w:rFonts w:cs="Times New Roman"/>
                <w:color w:val="C00000"/>
              </w:rPr>
              <w:t>- Thực hiện bước 3: Kiểm tra sản phẩm theo tiêu chí.</w:t>
            </w:r>
          </w:p>
        </w:tc>
        <w:tc>
          <w:tcPr>
            <w:tcW w:w="4734" w:type="dxa"/>
            <w:shd w:val="clear" w:color="auto" w:fill="auto"/>
            <w:tcMar>
              <w:top w:w="85" w:type="dxa"/>
              <w:left w:w="85" w:type="dxa"/>
              <w:bottom w:w="85" w:type="dxa"/>
              <w:right w:w="85" w:type="dxa"/>
            </w:tcMar>
          </w:tcPr>
          <w:p w:rsidR="00C22940" w:rsidRDefault="007D1C6A">
            <w:pPr>
              <w:spacing w:after="40" w:line="257" w:lineRule="auto"/>
            </w:pPr>
            <w:r>
              <w:rPr>
                <w:rFonts w:cs="Times New Roman"/>
                <w:color w:val="C00000"/>
              </w:rPr>
              <w:t>- Thử xoay, chỉnh sửa và hoàn thiện sản phẩm.</w:t>
            </w:r>
          </w:p>
        </w:tc>
      </w:tr>
      <w:tr w:rsidR="00C22940" w:rsidTr="0007663E">
        <w:trPr>
          <w:cantSplit/>
          <w:jc w:val="center"/>
        </w:trPr>
        <w:tc>
          <w:tcPr>
            <w:tcW w:w="4734" w:type="dxa"/>
            <w:shd w:val="clear" w:color="auto" w:fill="auto"/>
            <w:tcMar>
              <w:top w:w="85" w:type="dxa"/>
              <w:left w:w="85" w:type="dxa"/>
              <w:bottom w:w="85" w:type="dxa"/>
              <w:right w:w="85" w:type="dxa"/>
            </w:tcMar>
          </w:tcPr>
          <w:p w:rsidR="00C22940" w:rsidRDefault="007D1C6A">
            <w:pPr>
              <w:spacing w:after="40" w:line="257" w:lineRule="auto"/>
            </w:pPr>
            <w:r>
              <w:rPr>
                <w:rFonts w:cs="Times New Roman"/>
                <w:color w:val="C00000"/>
              </w:rPr>
              <w:lastRenderedPageBreak/>
              <w:t>- Diễn giải tích hợp STEM: Khi thiết kế mô hình, các em sử dụng kiến thức khoa học để chọn hình ảnh đúng cho bầu trời ngày và đêm; sử dụng mĩ thuật để phối hợp màu sắc, sắp xếp hình ảnh; sử dụng kĩ năng thủ công để cắt, dán và tạo bộ phận chuyển đổi. Sản phẩm giúp các em quan sát và giải thích sự khác biệt ngày - đêm một cách trực quan.</w:t>
            </w:r>
          </w:p>
        </w:tc>
        <w:tc>
          <w:tcPr>
            <w:tcW w:w="4734" w:type="dxa"/>
            <w:shd w:val="clear" w:color="auto" w:fill="auto"/>
            <w:tcMar>
              <w:top w:w="85" w:type="dxa"/>
              <w:left w:w="85" w:type="dxa"/>
              <w:bottom w:w="85" w:type="dxa"/>
              <w:right w:w="85" w:type="dxa"/>
            </w:tcMar>
          </w:tcPr>
          <w:p w:rsidR="00C22940" w:rsidRDefault="007D1C6A">
            <w:pPr>
              <w:spacing w:after="40" w:line="257" w:lineRule="auto"/>
            </w:pPr>
            <w:r>
              <w:rPr>
                <w:rFonts w:cs="Times New Roman"/>
                <w:color w:val="C00000"/>
              </w:rPr>
              <w:t>- Phối hợp làm sản phẩm; giữ an toàn khi dùng kéo và vật liệu.</w:t>
            </w:r>
          </w:p>
        </w:tc>
      </w:tr>
      <w:tr w:rsidR="00C22940" w:rsidTr="0007663E">
        <w:trPr>
          <w:cantSplit/>
          <w:jc w:val="center"/>
        </w:trPr>
        <w:tc>
          <w:tcPr>
            <w:tcW w:w="4734" w:type="dxa"/>
            <w:tcBorders>
              <w:bottom w:val="single" w:sz="4" w:space="0" w:color="auto"/>
            </w:tcBorders>
            <w:shd w:val="clear" w:color="auto" w:fill="auto"/>
            <w:tcMar>
              <w:top w:w="85" w:type="dxa"/>
              <w:left w:w="85" w:type="dxa"/>
              <w:bottom w:w="85" w:type="dxa"/>
              <w:right w:w="85" w:type="dxa"/>
            </w:tcMar>
          </w:tcPr>
          <w:p w:rsidR="00C22940" w:rsidRDefault="007D1C6A">
            <w:pPr>
              <w:spacing w:after="40" w:line="257" w:lineRule="auto"/>
            </w:pPr>
            <w:r>
              <w:rPr>
                <w:rFonts w:cs="Times New Roman"/>
                <w:color w:val="C00000"/>
              </w:rPr>
              <w:t>- Chốt ý, kết luận: Sản phẩm STEM thể hiện được hiểu biết và sự hợp tác của nhóm.</w:t>
            </w:r>
          </w:p>
        </w:tc>
        <w:tc>
          <w:tcPr>
            <w:tcW w:w="4734" w:type="dxa"/>
            <w:tcBorders>
              <w:bottom w:val="single" w:sz="4" w:space="0" w:color="auto"/>
            </w:tcBorders>
            <w:shd w:val="clear" w:color="auto" w:fill="auto"/>
            <w:tcMar>
              <w:top w:w="85" w:type="dxa"/>
              <w:left w:w="85" w:type="dxa"/>
              <w:bottom w:w="85" w:type="dxa"/>
              <w:right w:w="85" w:type="dxa"/>
            </w:tcMar>
          </w:tcPr>
          <w:p w:rsidR="00C22940" w:rsidRDefault="007D1C6A">
            <w:pPr>
              <w:spacing w:after="40" w:line="257" w:lineRule="auto"/>
            </w:pPr>
            <w:r>
              <w:rPr>
                <w:rFonts w:cs="Times New Roman"/>
                <w:color w:val="C00000"/>
              </w:rPr>
              <w:t>- Hoàn thành sản phẩm, chuẩn bị trình bày.</w:t>
            </w:r>
          </w:p>
        </w:tc>
      </w:tr>
      <w:tr w:rsidR="00C22940" w:rsidTr="0007663E">
        <w:trPr>
          <w:cantSplit/>
          <w:jc w:val="center"/>
        </w:trPr>
        <w:tc>
          <w:tcPr>
            <w:tcW w:w="9468" w:type="dxa"/>
            <w:gridSpan w:val="2"/>
            <w:tcBorders>
              <w:top w:val="single" w:sz="4" w:space="0" w:color="auto"/>
              <w:bottom w:val="single" w:sz="4" w:space="0" w:color="auto"/>
            </w:tcBorders>
            <w:shd w:val="clear" w:color="auto" w:fill="auto"/>
            <w:tcMar>
              <w:top w:w="85" w:type="dxa"/>
              <w:left w:w="85" w:type="dxa"/>
              <w:bottom w:w="85" w:type="dxa"/>
              <w:right w:w="85" w:type="dxa"/>
            </w:tcMar>
          </w:tcPr>
          <w:p w:rsidR="00C22940" w:rsidRDefault="007D1C6A">
            <w:pPr>
              <w:spacing w:after="40" w:line="257" w:lineRule="auto"/>
            </w:pPr>
            <w:r>
              <w:rPr>
                <w:rFonts w:cs="Times New Roman"/>
                <w:b/>
              </w:rPr>
              <w:t>4. Vận dụng - trải nghiệm: Trưng bày sản phẩm</w:t>
            </w:r>
          </w:p>
          <w:p w:rsidR="00C22940" w:rsidRDefault="007D1C6A">
            <w:pPr>
              <w:spacing w:after="40" w:line="257" w:lineRule="auto"/>
            </w:pPr>
            <w:r>
              <w:rPr>
                <w:rFonts w:cs="Times New Roman"/>
                <w:b/>
              </w:rPr>
              <w:t>Mục tiêu: Giới thiệu và đánh giá được sản phẩm mô tả bầu trời.</w:t>
            </w:r>
          </w:p>
        </w:tc>
      </w:tr>
      <w:tr w:rsidR="00C22940" w:rsidTr="0007663E">
        <w:trPr>
          <w:cantSplit/>
          <w:jc w:val="center"/>
        </w:trPr>
        <w:tc>
          <w:tcPr>
            <w:tcW w:w="4734" w:type="dxa"/>
            <w:tcBorders>
              <w:top w:val="single" w:sz="4" w:space="0" w:color="auto"/>
            </w:tcBorders>
            <w:shd w:val="clear" w:color="auto" w:fill="auto"/>
            <w:tcMar>
              <w:top w:w="85" w:type="dxa"/>
              <w:left w:w="85" w:type="dxa"/>
              <w:bottom w:w="85" w:type="dxa"/>
              <w:right w:w="85" w:type="dxa"/>
            </w:tcMar>
          </w:tcPr>
          <w:p w:rsidR="00C22940" w:rsidRDefault="007D1C6A">
            <w:pPr>
              <w:spacing w:after="40" w:line="257" w:lineRule="auto"/>
            </w:pPr>
            <w:r>
              <w:rPr>
                <w:rFonts w:cs="Times New Roman"/>
              </w:rPr>
              <w:t>- Trưng bày mô hình bầu trời ngày và đêm của nhóm.</w:t>
            </w:r>
          </w:p>
        </w:tc>
        <w:tc>
          <w:tcPr>
            <w:tcW w:w="4734" w:type="dxa"/>
            <w:tcBorders>
              <w:top w:val="single" w:sz="4" w:space="0" w:color="auto"/>
            </w:tcBorders>
            <w:shd w:val="clear" w:color="auto" w:fill="auto"/>
            <w:tcMar>
              <w:top w:w="85" w:type="dxa"/>
              <w:left w:w="85" w:type="dxa"/>
              <w:bottom w:w="85" w:type="dxa"/>
              <w:right w:w="85" w:type="dxa"/>
            </w:tcMar>
          </w:tcPr>
          <w:p w:rsidR="00C22940" w:rsidRDefault="007D1C6A">
            <w:pPr>
              <w:spacing w:after="40" w:line="257" w:lineRule="auto"/>
            </w:pPr>
            <w:r>
              <w:rPr>
                <w:rFonts w:cs="Times New Roman"/>
              </w:rPr>
              <w:t>- Trưng bày sản phẩm đúng vị trí.</w:t>
            </w:r>
          </w:p>
        </w:tc>
      </w:tr>
      <w:tr w:rsidR="00C22940" w:rsidTr="0007663E">
        <w:trPr>
          <w:cantSplit/>
          <w:jc w:val="center"/>
        </w:trPr>
        <w:tc>
          <w:tcPr>
            <w:tcW w:w="4734" w:type="dxa"/>
            <w:shd w:val="clear" w:color="auto" w:fill="auto"/>
            <w:tcMar>
              <w:top w:w="85" w:type="dxa"/>
              <w:left w:w="85" w:type="dxa"/>
              <w:bottom w:w="85" w:type="dxa"/>
              <w:right w:w="85" w:type="dxa"/>
            </w:tcMar>
          </w:tcPr>
          <w:p w:rsidR="00C22940" w:rsidRDefault="007D1C6A">
            <w:pPr>
              <w:spacing w:after="40" w:line="257" w:lineRule="auto"/>
            </w:pPr>
            <w:r>
              <w:rPr>
                <w:rFonts w:cs="Times New Roman"/>
              </w:rPr>
              <w:t>- Mô hình của nhóm thể hiện ban ngày và ban đêm như thế nào?</w:t>
            </w:r>
          </w:p>
        </w:tc>
        <w:tc>
          <w:tcPr>
            <w:tcW w:w="4734" w:type="dxa"/>
            <w:shd w:val="clear" w:color="auto" w:fill="auto"/>
            <w:tcMar>
              <w:top w:w="85" w:type="dxa"/>
              <w:left w:w="85" w:type="dxa"/>
              <w:bottom w:w="85" w:type="dxa"/>
              <w:right w:w="85" w:type="dxa"/>
            </w:tcMar>
          </w:tcPr>
          <w:p w:rsidR="00C22940" w:rsidRDefault="007D1C6A">
            <w:pPr>
              <w:spacing w:after="40" w:line="257" w:lineRule="auto"/>
            </w:pPr>
            <w:r>
              <w:rPr>
                <w:rFonts w:cs="Times New Roman"/>
              </w:rPr>
              <w:t>- Giới thiệu hình Mặt Trời, mây, Mặt Trăng, sao và cách xoay/chuyển đổi.</w:t>
            </w:r>
          </w:p>
        </w:tc>
      </w:tr>
      <w:tr w:rsidR="00C22940" w:rsidTr="0007663E">
        <w:trPr>
          <w:cantSplit/>
          <w:jc w:val="center"/>
        </w:trPr>
        <w:tc>
          <w:tcPr>
            <w:tcW w:w="4734" w:type="dxa"/>
            <w:shd w:val="clear" w:color="auto" w:fill="auto"/>
            <w:tcMar>
              <w:top w:w="85" w:type="dxa"/>
              <w:left w:w="85" w:type="dxa"/>
              <w:bottom w:w="85" w:type="dxa"/>
              <w:right w:w="85" w:type="dxa"/>
            </w:tcMar>
          </w:tcPr>
          <w:p w:rsidR="00C22940" w:rsidRDefault="007D1C6A">
            <w:pPr>
              <w:spacing w:after="40" w:line="257" w:lineRule="auto"/>
            </w:pPr>
            <w:r>
              <w:rPr>
                <w:rFonts w:cs="Times New Roman"/>
              </w:rPr>
              <w:t>- Mời nhóm khác nhận xét theo tiêu chí: đúng nội dung, chắc chắn, đẹp, dễ sử dụng.</w:t>
            </w:r>
          </w:p>
        </w:tc>
        <w:tc>
          <w:tcPr>
            <w:tcW w:w="4734" w:type="dxa"/>
            <w:shd w:val="clear" w:color="auto" w:fill="auto"/>
            <w:tcMar>
              <w:top w:w="85" w:type="dxa"/>
              <w:left w:w="85" w:type="dxa"/>
              <w:bottom w:w="85" w:type="dxa"/>
              <w:right w:w="85" w:type="dxa"/>
            </w:tcMar>
          </w:tcPr>
          <w:p w:rsidR="00C22940" w:rsidRDefault="007D1C6A">
            <w:pPr>
              <w:spacing w:after="40" w:line="257" w:lineRule="auto"/>
            </w:pPr>
            <w:r>
              <w:rPr>
                <w:rFonts w:cs="Times New Roman"/>
              </w:rPr>
              <w:t>- Tham quan và góp ý lịch sự.</w:t>
            </w:r>
          </w:p>
        </w:tc>
      </w:tr>
      <w:tr w:rsidR="00C22940" w:rsidTr="0007663E">
        <w:trPr>
          <w:cantSplit/>
          <w:jc w:val="center"/>
        </w:trPr>
        <w:tc>
          <w:tcPr>
            <w:tcW w:w="4734" w:type="dxa"/>
            <w:shd w:val="clear" w:color="auto" w:fill="auto"/>
            <w:tcMar>
              <w:top w:w="85" w:type="dxa"/>
              <w:left w:w="85" w:type="dxa"/>
              <w:bottom w:w="85" w:type="dxa"/>
              <w:right w:w="85" w:type="dxa"/>
            </w:tcMar>
          </w:tcPr>
          <w:p w:rsidR="00C22940" w:rsidRDefault="007D1C6A">
            <w:pPr>
              <w:spacing w:after="40" w:line="257" w:lineRule="auto"/>
            </w:pPr>
            <w:r>
              <w:rPr>
                <w:rFonts w:cs="Times New Roman"/>
              </w:rPr>
              <w:t>- Chốt ý, kết luận: Qua mô hình, các em đã biết mô tả bầu trời ngày và đêm; hãy tiếp tục quan sát thiên nhiên an toàn.</w:t>
            </w:r>
          </w:p>
        </w:tc>
        <w:tc>
          <w:tcPr>
            <w:tcW w:w="4734" w:type="dxa"/>
            <w:shd w:val="clear" w:color="auto" w:fill="auto"/>
            <w:tcMar>
              <w:top w:w="85" w:type="dxa"/>
              <w:left w:w="85" w:type="dxa"/>
              <w:bottom w:w="85" w:type="dxa"/>
              <w:right w:w="85" w:type="dxa"/>
            </w:tcMar>
          </w:tcPr>
          <w:p w:rsidR="00C22940" w:rsidRDefault="007D1C6A">
            <w:pPr>
              <w:spacing w:after="40" w:line="257" w:lineRule="auto"/>
            </w:pPr>
            <w:r>
              <w:rPr>
                <w:rFonts w:cs="Times New Roman"/>
              </w:rPr>
              <w:t>- Lắng nghe, tự đánh giá sản phẩm.</w:t>
            </w:r>
          </w:p>
        </w:tc>
      </w:tr>
    </w:tbl>
    <w:p w:rsidR="00C22940" w:rsidRDefault="007D1C6A">
      <w:pPr>
        <w:spacing w:after="40" w:line="257" w:lineRule="auto"/>
      </w:pPr>
      <w:r>
        <w:rPr>
          <w:rFonts w:cs="Times New Roman"/>
          <w:b/>
        </w:rPr>
        <w:t>IV. ĐIỀU CHỈNH SAU BÀI DẠY</w:t>
      </w:r>
    </w:p>
    <w:p w:rsidR="00C22940" w:rsidRDefault="007D1C6A">
      <w:pPr>
        <w:spacing w:after="40" w:line="257" w:lineRule="auto"/>
      </w:pPr>
      <w:r>
        <w:rPr>
          <w:rFonts w:cs="Times New Roman"/>
        </w:rPr>
        <w:t>- ...............................................................................................................................................</w:t>
      </w:r>
    </w:p>
    <w:p w:rsidR="00C22940" w:rsidRDefault="007D1C6A">
      <w:pPr>
        <w:spacing w:after="40" w:line="257" w:lineRule="auto"/>
      </w:pPr>
      <w:r>
        <w:rPr>
          <w:rFonts w:cs="Times New Roman"/>
        </w:rPr>
        <w:t>- ...............................................................................................................................................</w:t>
      </w:r>
    </w:p>
    <w:p w:rsidR="00C22940" w:rsidRDefault="007D1C6A">
      <w:pPr>
        <w:spacing w:after="40" w:line="257" w:lineRule="auto"/>
      </w:pPr>
      <w:r>
        <w:rPr>
          <w:rFonts w:cs="Times New Roman"/>
        </w:rPr>
        <w:t>- ...............................................................................................................................................</w:t>
      </w:r>
    </w:p>
    <w:p w:rsidR="00C22940" w:rsidRDefault="00C22940"/>
    <w:p w:rsidR="00C22940" w:rsidRDefault="007D1C6A">
      <w:pPr>
        <w:spacing w:after="40" w:line="257" w:lineRule="auto"/>
        <w:jc w:val="center"/>
      </w:pPr>
      <w:r>
        <w:rPr>
          <w:rFonts w:cs="Times New Roman"/>
          <w:b/>
          <w:sz w:val="28"/>
        </w:rPr>
        <w:t>TỰ NHIÊN VÀ XÃ HỘI</w:t>
      </w:r>
    </w:p>
    <w:p w:rsidR="00C22940" w:rsidRDefault="007D1C6A">
      <w:pPr>
        <w:spacing w:after="40" w:line="257" w:lineRule="auto"/>
        <w:jc w:val="center"/>
      </w:pPr>
      <w:r>
        <w:rPr>
          <w:rFonts w:cs="Times New Roman"/>
          <w:b/>
          <w:sz w:val="28"/>
        </w:rPr>
        <w:t>BÀI 26: CÙNG KHÁM PHÁ BẦU TRỜI (TIẾT 3)</w:t>
      </w:r>
    </w:p>
    <w:p w:rsidR="00C22940" w:rsidRDefault="007D1C6A">
      <w:pPr>
        <w:spacing w:after="40" w:line="257" w:lineRule="auto"/>
      </w:pPr>
      <w:r>
        <w:rPr>
          <w:rFonts w:cs="Times New Roman"/>
          <w:b/>
        </w:rPr>
        <w:t>I. YÊU CẦU CẦN ĐẠT</w:t>
      </w:r>
    </w:p>
    <w:p w:rsidR="00C22940" w:rsidRDefault="007D1C6A">
      <w:pPr>
        <w:spacing w:after="40" w:line="257" w:lineRule="auto"/>
      </w:pPr>
      <w:r>
        <w:rPr>
          <w:rFonts w:cs="Times New Roman"/>
          <w:b/>
        </w:rPr>
        <w:t>1. Năng lực đặc thù</w:t>
      </w:r>
    </w:p>
    <w:p w:rsidR="00C22940" w:rsidRDefault="007D1C6A">
      <w:pPr>
        <w:spacing w:after="40" w:line="257" w:lineRule="auto"/>
      </w:pPr>
      <w:r>
        <w:rPr>
          <w:rFonts w:cs="Times New Roman"/>
        </w:rPr>
        <w:t>- Nhận biết được bầu trời ban đêm vào những ngày khác nhau.</w:t>
      </w:r>
    </w:p>
    <w:p w:rsidR="00C22940" w:rsidRDefault="007D1C6A">
      <w:pPr>
        <w:spacing w:after="40" w:line="257" w:lineRule="auto"/>
      </w:pPr>
      <w:r>
        <w:rPr>
          <w:rFonts w:cs="Times New Roman"/>
        </w:rPr>
        <w:t>- Trình bày được kết quả quan sát bầu trời qua phiếu, tranh hoặc lời nói.</w:t>
      </w:r>
    </w:p>
    <w:p w:rsidR="00C22940" w:rsidRDefault="007D1C6A">
      <w:pPr>
        <w:spacing w:after="40" w:line="257" w:lineRule="auto"/>
      </w:pPr>
      <w:r>
        <w:rPr>
          <w:rFonts w:cs="Times New Roman"/>
        </w:rPr>
        <w:t>- Biết lựa chọn phương tiện giao tiếp đơn giản phù hợp để chia sẻ kết quả quan sát.</w:t>
      </w:r>
    </w:p>
    <w:p w:rsidR="00C22940" w:rsidRDefault="007D1C6A">
      <w:pPr>
        <w:spacing w:after="40" w:line="257" w:lineRule="auto"/>
      </w:pPr>
      <w:r>
        <w:rPr>
          <w:rFonts w:cs="Times New Roman"/>
          <w:b/>
        </w:rPr>
        <w:t>2. Năng lực chung</w:t>
      </w:r>
    </w:p>
    <w:p w:rsidR="00C22940" w:rsidRDefault="007D1C6A">
      <w:pPr>
        <w:spacing w:after="40" w:line="257" w:lineRule="auto"/>
      </w:pPr>
      <w:r>
        <w:rPr>
          <w:rFonts w:cs="Times New Roman"/>
        </w:rPr>
        <w:t>- Tự chủ và tự học: Chủ động quan sát tranh, thực hiện nhiệm vụ học tập phù hợp.</w:t>
      </w:r>
    </w:p>
    <w:p w:rsidR="00C22940" w:rsidRDefault="007D1C6A">
      <w:pPr>
        <w:spacing w:after="40" w:line="257" w:lineRule="auto"/>
      </w:pPr>
      <w:r>
        <w:rPr>
          <w:rFonts w:cs="Times New Roman"/>
        </w:rPr>
        <w:lastRenderedPageBreak/>
        <w:t>- Giao tiếp và hợp tác: Trao đổi, trình bày ý kiến và lắng nghe bạn.</w:t>
      </w:r>
    </w:p>
    <w:p w:rsidR="00C22940" w:rsidRDefault="007D1C6A">
      <w:pPr>
        <w:spacing w:after="40" w:line="257" w:lineRule="auto"/>
      </w:pPr>
      <w:r>
        <w:rPr>
          <w:rFonts w:cs="Times New Roman"/>
        </w:rPr>
        <w:t>- Giải quyết vấn đề và sáng tạo: Biết lựa chọn cách xử lí phù hợp trong tình huống gần gũi.</w:t>
      </w:r>
    </w:p>
    <w:p w:rsidR="00C22940" w:rsidRDefault="007D1C6A">
      <w:pPr>
        <w:spacing w:after="40" w:line="257" w:lineRule="auto"/>
      </w:pPr>
      <w:r>
        <w:rPr>
          <w:rFonts w:cs="Times New Roman"/>
          <w:b/>
        </w:rPr>
        <w:t>3. Phẩm chất</w:t>
      </w:r>
    </w:p>
    <w:p w:rsidR="00C22940" w:rsidRDefault="007D1C6A">
      <w:pPr>
        <w:spacing w:after="40" w:line="257" w:lineRule="auto"/>
      </w:pPr>
      <w:r>
        <w:rPr>
          <w:rFonts w:cs="Times New Roman"/>
        </w:rPr>
        <w:t>- Chăm chỉ: Tích cực tham gia các hoạt động học tập.</w:t>
      </w:r>
    </w:p>
    <w:p w:rsidR="00C22940" w:rsidRDefault="007D1C6A">
      <w:pPr>
        <w:spacing w:after="40" w:line="257" w:lineRule="auto"/>
      </w:pPr>
      <w:r>
        <w:rPr>
          <w:rFonts w:cs="Times New Roman"/>
        </w:rPr>
        <w:t>- Trách nhiệm: Có ý thức chăm sóc sức khỏe và bảo vệ bản thân.</w:t>
      </w:r>
    </w:p>
    <w:p w:rsidR="00C22940" w:rsidRDefault="007D1C6A">
      <w:pPr>
        <w:spacing w:after="40" w:line="257" w:lineRule="auto"/>
      </w:pPr>
      <w:r>
        <w:rPr>
          <w:rFonts w:cs="Times New Roman"/>
        </w:rPr>
        <w:t>- Nhân ái: Biết quan tâm, nhắc nhở bạn và người thân cùng thực hiện việc tốt.</w:t>
      </w:r>
    </w:p>
    <w:p w:rsidR="00C22940" w:rsidRDefault="007D1C6A">
      <w:pPr>
        <w:spacing w:after="40" w:line="257" w:lineRule="auto"/>
      </w:pPr>
      <w:r>
        <w:rPr>
          <w:rFonts w:cs="Times New Roman"/>
          <w:b/>
          <w:color w:val="C00000"/>
        </w:rPr>
        <w:t>4. Tích hợp</w:t>
      </w:r>
    </w:p>
    <w:p w:rsidR="00C22940" w:rsidRDefault="007D1C6A">
      <w:pPr>
        <w:spacing w:after="40" w:line="257" w:lineRule="auto"/>
      </w:pPr>
      <w:r>
        <w:rPr>
          <w:rFonts w:cs="Times New Roman"/>
          <w:color w:val="C00000"/>
        </w:rPr>
        <w:t>- Năng lực số 2.1.CB1a: Lựa chọn được phương tiện giao tiếp đơn giản thích hợp cho một bối cảnh cụ thể; lựa chọn tranh ảnh hoặc phiếu quan sát để chia sẻ kết quả an toàn.</w:t>
      </w:r>
    </w:p>
    <w:p w:rsidR="00C22940" w:rsidRDefault="007D1C6A">
      <w:pPr>
        <w:spacing w:after="40" w:line="257" w:lineRule="auto"/>
      </w:pPr>
      <w:r>
        <w:rPr>
          <w:rFonts w:cs="Times New Roman"/>
          <w:b/>
        </w:rPr>
        <w:t>II. ĐỒ DÙNG DẠY HỌC</w:t>
      </w:r>
    </w:p>
    <w:p w:rsidR="00C22940" w:rsidRDefault="007D1C6A">
      <w:pPr>
        <w:spacing w:after="40" w:line="257" w:lineRule="auto"/>
      </w:pPr>
      <w:r>
        <w:rPr>
          <w:rFonts w:cs="Times New Roman"/>
        </w:rPr>
        <w:t>- Giáo viên: SGK, tranh minh họa được cắt theo nội dung quan sát, phiếu học tập, máy tính/máy chiếu khi cần.</w:t>
      </w:r>
    </w:p>
    <w:p w:rsidR="00C22940" w:rsidRDefault="007D1C6A">
      <w:pPr>
        <w:spacing w:after="40" w:line="257" w:lineRule="auto"/>
      </w:pPr>
      <w:r>
        <w:rPr>
          <w:rFonts w:cs="Times New Roman"/>
        </w:rPr>
        <w:t>- Học sinh: SGK, bút chì, bút màu và đồ dùng học tập.</w:t>
      </w:r>
    </w:p>
    <w:p w:rsidR="00C22940" w:rsidRDefault="007D1C6A">
      <w:pPr>
        <w:spacing w:after="40" w:line="257" w:lineRule="auto"/>
      </w:pPr>
      <w:r>
        <w:rPr>
          <w:rFonts w:cs="Times New Roman"/>
        </w:rPr>
        <w:t>- Chuẩn bị thêm: phiếu quan sát dự án, tranh bầu trời, sản phẩm STEM ngày - đêm.</w:t>
      </w:r>
    </w:p>
    <w:p w:rsidR="00C22940" w:rsidRDefault="007D1C6A">
      <w:pPr>
        <w:spacing w:after="40" w:line="257" w:lineRule="auto"/>
      </w:pPr>
      <w:r>
        <w:rPr>
          <w:rFonts w:cs="Times New Roman"/>
          <w:b/>
        </w:rPr>
        <w:t>III. CÁC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5255"/>
        <w:gridCol w:w="5255"/>
      </w:tblGrid>
      <w:tr w:rsidR="00C22940" w:rsidTr="0007663E">
        <w:trPr>
          <w:tblHeader/>
          <w:jc w:val="center"/>
        </w:trPr>
        <w:tc>
          <w:tcPr>
            <w:tcW w:w="5255" w:type="dxa"/>
            <w:tcBorders>
              <w:bottom w:val="single" w:sz="4" w:space="0" w:color="auto"/>
            </w:tcBorders>
            <w:shd w:val="clear" w:color="auto" w:fill="auto"/>
            <w:tcMar>
              <w:top w:w="85" w:type="dxa"/>
              <w:left w:w="85" w:type="dxa"/>
              <w:bottom w:w="85" w:type="dxa"/>
              <w:right w:w="85" w:type="dxa"/>
            </w:tcMar>
          </w:tcPr>
          <w:p w:rsidR="00C22940" w:rsidRDefault="007D1C6A">
            <w:pPr>
              <w:spacing w:after="40" w:line="257" w:lineRule="auto"/>
              <w:jc w:val="center"/>
            </w:pPr>
            <w:r>
              <w:rPr>
                <w:rFonts w:cs="Times New Roman"/>
                <w:b/>
              </w:rPr>
              <w:t>Hoạt động của giáo viên</w:t>
            </w:r>
          </w:p>
        </w:tc>
        <w:tc>
          <w:tcPr>
            <w:tcW w:w="5255" w:type="dxa"/>
            <w:tcBorders>
              <w:bottom w:val="single" w:sz="4" w:space="0" w:color="auto"/>
            </w:tcBorders>
            <w:shd w:val="clear" w:color="auto" w:fill="auto"/>
            <w:tcMar>
              <w:top w:w="85" w:type="dxa"/>
              <w:left w:w="85" w:type="dxa"/>
              <w:bottom w:w="85" w:type="dxa"/>
              <w:right w:w="85" w:type="dxa"/>
            </w:tcMar>
          </w:tcPr>
          <w:p w:rsidR="00C22940" w:rsidRDefault="007D1C6A">
            <w:pPr>
              <w:spacing w:after="40" w:line="257" w:lineRule="auto"/>
              <w:jc w:val="center"/>
            </w:pPr>
            <w:r>
              <w:rPr>
                <w:rFonts w:cs="Times New Roman"/>
                <w:b/>
              </w:rPr>
              <w:t>Hoạt động của học sinh</w:t>
            </w:r>
          </w:p>
        </w:tc>
      </w:tr>
      <w:tr w:rsidR="00C22940" w:rsidTr="0007663E">
        <w:trPr>
          <w:cantSplit/>
          <w:jc w:val="center"/>
        </w:trPr>
        <w:tc>
          <w:tcPr>
            <w:tcW w:w="9468" w:type="dxa"/>
            <w:gridSpan w:val="2"/>
            <w:tcBorders>
              <w:top w:val="single" w:sz="4" w:space="0" w:color="auto"/>
              <w:bottom w:val="single" w:sz="4" w:space="0" w:color="auto"/>
            </w:tcBorders>
            <w:shd w:val="clear" w:color="auto" w:fill="auto"/>
            <w:tcMar>
              <w:top w:w="85" w:type="dxa"/>
              <w:left w:w="85" w:type="dxa"/>
              <w:bottom w:w="85" w:type="dxa"/>
              <w:right w:w="85" w:type="dxa"/>
            </w:tcMar>
          </w:tcPr>
          <w:p w:rsidR="00C22940" w:rsidRDefault="007D1C6A">
            <w:pPr>
              <w:spacing w:after="40" w:line="257" w:lineRule="auto"/>
            </w:pPr>
            <w:r>
              <w:rPr>
                <w:rFonts w:cs="Times New Roman"/>
                <w:b/>
              </w:rPr>
              <w:t>1. Khởi động</w:t>
            </w:r>
          </w:p>
          <w:p w:rsidR="00C22940" w:rsidRDefault="007D1C6A">
            <w:pPr>
              <w:spacing w:after="40" w:line="257" w:lineRule="auto"/>
            </w:pPr>
            <w:r>
              <w:rPr>
                <w:rFonts w:cs="Times New Roman"/>
                <w:b/>
              </w:rPr>
              <w:t>Mục tiêu: Gợi nhớ bầu trời ngày - đêm và sản phẩm STEM.</w:t>
            </w:r>
          </w:p>
        </w:tc>
      </w:tr>
      <w:tr w:rsidR="00C22940" w:rsidTr="0007663E">
        <w:trPr>
          <w:cantSplit/>
          <w:jc w:val="center"/>
        </w:trPr>
        <w:tc>
          <w:tcPr>
            <w:tcW w:w="4734" w:type="dxa"/>
            <w:tcBorders>
              <w:top w:val="single" w:sz="4" w:space="0" w:color="auto"/>
            </w:tcBorders>
            <w:shd w:val="clear" w:color="auto" w:fill="auto"/>
            <w:tcMar>
              <w:top w:w="85" w:type="dxa"/>
              <w:left w:w="85" w:type="dxa"/>
              <w:bottom w:w="85" w:type="dxa"/>
              <w:right w:w="85" w:type="dxa"/>
            </w:tcMar>
          </w:tcPr>
          <w:p w:rsidR="00C22940" w:rsidRDefault="007D1C6A">
            <w:pPr>
              <w:spacing w:after="40" w:line="257" w:lineRule="auto"/>
            </w:pPr>
            <w:r>
              <w:rPr>
                <w:rFonts w:cs="Times New Roman"/>
              </w:rPr>
              <w:t>- Sử dụng mô hình nhóm em để chỉ phần bầu trời ban đêm.</w:t>
            </w:r>
          </w:p>
        </w:tc>
        <w:tc>
          <w:tcPr>
            <w:tcW w:w="4734" w:type="dxa"/>
            <w:tcBorders>
              <w:top w:val="single" w:sz="4" w:space="0" w:color="auto"/>
            </w:tcBorders>
            <w:shd w:val="clear" w:color="auto" w:fill="auto"/>
            <w:tcMar>
              <w:top w:w="85" w:type="dxa"/>
              <w:left w:w="85" w:type="dxa"/>
              <w:bottom w:w="85" w:type="dxa"/>
              <w:right w:w="85" w:type="dxa"/>
            </w:tcMar>
          </w:tcPr>
          <w:p w:rsidR="00C22940" w:rsidRDefault="007D1C6A">
            <w:pPr>
              <w:spacing w:after="40" w:line="257" w:lineRule="auto"/>
            </w:pPr>
            <w:r>
              <w:rPr>
                <w:rFonts w:cs="Times New Roman"/>
              </w:rPr>
              <w:t>- Xoay hoặc chỉ phần có Mặt Trăng, sao và nền trời tối.</w:t>
            </w:r>
          </w:p>
        </w:tc>
      </w:tr>
      <w:tr w:rsidR="00C22940" w:rsidTr="0007663E">
        <w:trPr>
          <w:cantSplit/>
          <w:jc w:val="center"/>
        </w:trPr>
        <w:tc>
          <w:tcPr>
            <w:tcW w:w="4734" w:type="dxa"/>
            <w:tcBorders>
              <w:bottom w:val="single" w:sz="4" w:space="0" w:color="auto"/>
            </w:tcBorders>
            <w:shd w:val="clear" w:color="auto" w:fill="auto"/>
            <w:tcMar>
              <w:top w:w="85" w:type="dxa"/>
              <w:left w:w="85" w:type="dxa"/>
              <w:bottom w:w="85" w:type="dxa"/>
              <w:right w:w="85" w:type="dxa"/>
            </w:tcMar>
          </w:tcPr>
          <w:p w:rsidR="00C22940" w:rsidRDefault="007D1C6A">
            <w:pPr>
              <w:spacing w:after="40" w:line="257" w:lineRule="auto"/>
            </w:pPr>
            <w:r>
              <w:rPr>
                <w:rFonts w:cs="Times New Roman"/>
              </w:rPr>
              <w:t>- Chốt ý, kết luận: Bầu trời ban đêm có thể được quan sát và mô tả bằng tranh, mô hình hoặc lời nói.</w:t>
            </w:r>
          </w:p>
        </w:tc>
        <w:tc>
          <w:tcPr>
            <w:tcW w:w="4734" w:type="dxa"/>
            <w:tcBorders>
              <w:bottom w:val="single" w:sz="4" w:space="0" w:color="auto"/>
            </w:tcBorders>
            <w:shd w:val="clear" w:color="auto" w:fill="auto"/>
            <w:tcMar>
              <w:top w:w="85" w:type="dxa"/>
              <w:left w:w="85" w:type="dxa"/>
              <w:bottom w:w="85" w:type="dxa"/>
              <w:right w:w="85" w:type="dxa"/>
            </w:tcMar>
          </w:tcPr>
          <w:p w:rsidR="00C22940" w:rsidRDefault="007D1C6A">
            <w:pPr>
              <w:spacing w:after="40" w:line="257" w:lineRule="auto"/>
            </w:pPr>
            <w:r>
              <w:rPr>
                <w:rFonts w:cs="Times New Roman"/>
              </w:rPr>
              <w:t>- Lắng nghe.</w:t>
            </w:r>
          </w:p>
        </w:tc>
      </w:tr>
      <w:tr w:rsidR="00C22940" w:rsidTr="0007663E">
        <w:trPr>
          <w:cantSplit/>
          <w:jc w:val="center"/>
        </w:trPr>
        <w:tc>
          <w:tcPr>
            <w:tcW w:w="9468" w:type="dxa"/>
            <w:gridSpan w:val="2"/>
            <w:tcBorders>
              <w:top w:val="single" w:sz="4" w:space="0" w:color="auto"/>
              <w:bottom w:val="single" w:sz="4" w:space="0" w:color="auto"/>
            </w:tcBorders>
            <w:shd w:val="clear" w:color="auto" w:fill="auto"/>
            <w:tcMar>
              <w:top w:w="85" w:type="dxa"/>
              <w:left w:w="85" w:type="dxa"/>
              <w:bottom w:w="85" w:type="dxa"/>
              <w:right w:w="85" w:type="dxa"/>
            </w:tcMar>
          </w:tcPr>
          <w:p w:rsidR="00C22940" w:rsidRDefault="007D1C6A">
            <w:pPr>
              <w:spacing w:after="40" w:line="257" w:lineRule="auto"/>
            </w:pPr>
            <w:r>
              <w:rPr>
                <w:rFonts w:cs="Times New Roman"/>
                <w:b/>
              </w:rPr>
              <w:t>2. Khám phá: Bầu trời ban đêm</w:t>
            </w:r>
          </w:p>
          <w:p w:rsidR="00C22940" w:rsidRDefault="007D1C6A">
            <w:pPr>
              <w:spacing w:after="40" w:line="257" w:lineRule="auto"/>
            </w:pPr>
            <w:r>
              <w:rPr>
                <w:rFonts w:cs="Times New Roman"/>
                <w:b/>
              </w:rPr>
              <w:t>Mục tiêu: Nhận biết được đặc điểm bầu trời ban đêm qua tranh.</w:t>
            </w:r>
          </w:p>
        </w:tc>
      </w:tr>
      <w:tr w:rsidR="00C22940" w:rsidTr="0007663E">
        <w:trPr>
          <w:cantSplit/>
          <w:jc w:val="center"/>
        </w:trPr>
        <w:tc>
          <w:tcPr>
            <w:tcW w:w="4734" w:type="dxa"/>
            <w:tcBorders>
              <w:top w:val="single" w:sz="4" w:space="0" w:color="auto"/>
            </w:tcBorders>
            <w:shd w:val="clear" w:color="auto" w:fill="auto"/>
            <w:tcMar>
              <w:top w:w="85" w:type="dxa"/>
              <w:left w:w="85" w:type="dxa"/>
              <w:bottom w:w="85" w:type="dxa"/>
              <w:right w:w="85" w:type="dxa"/>
            </w:tcMar>
          </w:tcPr>
          <w:p w:rsidR="00C22940" w:rsidRDefault="007D1C6A" w:rsidP="0007663E">
            <w:pPr>
              <w:spacing w:after="40" w:line="257" w:lineRule="auto"/>
            </w:pPr>
            <w:r>
              <w:rPr>
                <w:rFonts w:cs="Times New Roman"/>
              </w:rPr>
              <w:t>- Quan sát tranh, thảo luận nhóm đôi về bầu trời ban đêm ở các hình.</w:t>
            </w:r>
          </w:p>
        </w:tc>
        <w:tc>
          <w:tcPr>
            <w:tcW w:w="4734" w:type="dxa"/>
            <w:tcBorders>
              <w:top w:val="single" w:sz="4" w:space="0" w:color="auto"/>
            </w:tcBorders>
            <w:shd w:val="clear" w:color="auto" w:fill="auto"/>
            <w:tcMar>
              <w:top w:w="85" w:type="dxa"/>
              <w:left w:w="85" w:type="dxa"/>
              <w:bottom w:w="85" w:type="dxa"/>
              <w:right w:w="85" w:type="dxa"/>
            </w:tcMar>
          </w:tcPr>
          <w:p w:rsidR="00C22940" w:rsidRDefault="007D1C6A">
            <w:pPr>
              <w:spacing w:after="40" w:line="257" w:lineRule="auto"/>
            </w:pPr>
            <w:r>
              <w:rPr>
                <w:rFonts w:cs="Times New Roman"/>
              </w:rPr>
              <w:t>- Quan sát và mô tả Mặt Trăng, các vì sao hoặc mây.</w:t>
            </w:r>
          </w:p>
        </w:tc>
      </w:tr>
      <w:tr w:rsidR="00C22940" w:rsidTr="0007663E">
        <w:trPr>
          <w:cantSplit/>
          <w:jc w:val="center"/>
        </w:trPr>
        <w:tc>
          <w:tcPr>
            <w:tcW w:w="4734" w:type="dxa"/>
            <w:shd w:val="clear" w:color="auto" w:fill="auto"/>
            <w:tcMar>
              <w:top w:w="85" w:type="dxa"/>
              <w:left w:w="85" w:type="dxa"/>
              <w:bottom w:w="85" w:type="dxa"/>
              <w:right w:w="85" w:type="dxa"/>
            </w:tcMar>
          </w:tcPr>
          <w:p w:rsidR="00C22940" w:rsidRDefault="007D1C6A">
            <w:pPr>
              <w:spacing w:after="40" w:line="257" w:lineRule="auto"/>
            </w:pPr>
            <w:r>
              <w:rPr>
                <w:rFonts w:cs="Times New Roman"/>
              </w:rPr>
              <w:t>- Ban đêm, em có thể nhìn thấy những gì trên bầu trời?</w:t>
            </w:r>
          </w:p>
        </w:tc>
        <w:tc>
          <w:tcPr>
            <w:tcW w:w="4734" w:type="dxa"/>
            <w:shd w:val="clear" w:color="auto" w:fill="auto"/>
            <w:tcMar>
              <w:top w:w="85" w:type="dxa"/>
              <w:left w:w="85" w:type="dxa"/>
              <w:bottom w:w="85" w:type="dxa"/>
              <w:right w:w="85" w:type="dxa"/>
            </w:tcMar>
          </w:tcPr>
          <w:p w:rsidR="00C22940" w:rsidRDefault="007D1C6A">
            <w:pPr>
              <w:spacing w:after="40" w:line="257" w:lineRule="auto"/>
            </w:pPr>
            <w:r>
              <w:rPr>
                <w:rFonts w:cs="Times New Roman"/>
              </w:rPr>
              <w:t>- Em có thể thấy Mặt Trăng, các vì sao và mây.</w:t>
            </w:r>
          </w:p>
        </w:tc>
      </w:tr>
      <w:tr w:rsidR="00C22940" w:rsidTr="0007663E">
        <w:trPr>
          <w:cantSplit/>
          <w:jc w:val="center"/>
        </w:trPr>
        <w:tc>
          <w:tcPr>
            <w:tcW w:w="4734" w:type="dxa"/>
            <w:shd w:val="clear" w:color="auto" w:fill="auto"/>
            <w:tcMar>
              <w:top w:w="85" w:type="dxa"/>
              <w:left w:w="85" w:type="dxa"/>
              <w:bottom w:w="85" w:type="dxa"/>
              <w:right w:w="85" w:type="dxa"/>
            </w:tcMar>
          </w:tcPr>
          <w:p w:rsidR="00C22940" w:rsidRDefault="007D1C6A">
            <w:pPr>
              <w:spacing w:after="40" w:line="257" w:lineRule="auto"/>
            </w:pPr>
            <w:r>
              <w:rPr>
                <w:rFonts w:cs="Times New Roman"/>
              </w:rPr>
              <w:t>- Bầu trời ban đêm ở các ngày có hoàn toàn giống nhau không?</w:t>
            </w:r>
          </w:p>
        </w:tc>
        <w:tc>
          <w:tcPr>
            <w:tcW w:w="4734" w:type="dxa"/>
            <w:shd w:val="clear" w:color="auto" w:fill="auto"/>
            <w:tcMar>
              <w:top w:w="85" w:type="dxa"/>
              <w:left w:w="85" w:type="dxa"/>
              <w:bottom w:w="85" w:type="dxa"/>
              <w:right w:w="85" w:type="dxa"/>
            </w:tcMar>
          </w:tcPr>
          <w:p w:rsidR="00C22940" w:rsidRDefault="007D1C6A">
            <w:pPr>
              <w:spacing w:after="40" w:line="257" w:lineRule="auto"/>
            </w:pPr>
            <w:r>
              <w:rPr>
                <w:rFonts w:cs="Times New Roman"/>
              </w:rPr>
              <w:t>- Không; có đêm nhìn rõ trăng, sao; có đêm có nhiều mây.</w:t>
            </w:r>
          </w:p>
        </w:tc>
      </w:tr>
      <w:tr w:rsidR="00C22940" w:rsidTr="0007663E">
        <w:trPr>
          <w:cantSplit/>
          <w:jc w:val="center"/>
        </w:trPr>
        <w:tc>
          <w:tcPr>
            <w:tcW w:w="4734" w:type="dxa"/>
            <w:shd w:val="clear" w:color="auto" w:fill="auto"/>
            <w:tcMar>
              <w:top w:w="85" w:type="dxa"/>
              <w:left w:w="85" w:type="dxa"/>
              <w:bottom w:w="85" w:type="dxa"/>
              <w:right w:w="85" w:type="dxa"/>
            </w:tcMar>
          </w:tcPr>
          <w:p w:rsidR="00C22940" w:rsidRDefault="007D1C6A">
            <w:pPr>
              <w:spacing w:after="40" w:line="257" w:lineRule="auto"/>
            </w:pPr>
            <w:r>
              <w:rPr>
                <w:rFonts w:cs="Times New Roman"/>
              </w:rPr>
              <w:t>- Mời đại diện nhóm trình bày; nhận xét, bổ sung.</w:t>
            </w:r>
          </w:p>
        </w:tc>
        <w:tc>
          <w:tcPr>
            <w:tcW w:w="4734" w:type="dxa"/>
            <w:shd w:val="clear" w:color="auto" w:fill="auto"/>
            <w:tcMar>
              <w:top w:w="85" w:type="dxa"/>
              <w:left w:w="85" w:type="dxa"/>
              <w:bottom w:w="85" w:type="dxa"/>
              <w:right w:w="85" w:type="dxa"/>
            </w:tcMar>
          </w:tcPr>
          <w:p w:rsidR="00C22940" w:rsidRDefault="007D1C6A">
            <w:pPr>
              <w:spacing w:after="40" w:line="257" w:lineRule="auto"/>
            </w:pPr>
            <w:r>
              <w:rPr>
                <w:rFonts w:cs="Times New Roman"/>
              </w:rPr>
              <w:t>- Trình bày; bổ sung ý kiến.</w:t>
            </w:r>
          </w:p>
        </w:tc>
      </w:tr>
      <w:tr w:rsidR="00C22940" w:rsidTr="0007663E">
        <w:trPr>
          <w:cantSplit/>
          <w:jc w:val="center"/>
        </w:trPr>
        <w:tc>
          <w:tcPr>
            <w:tcW w:w="4734" w:type="dxa"/>
            <w:tcBorders>
              <w:bottom w:val="single" w:sz="4" w:space="0" w:color="auto"/>
            </w:tcBorders>
            <w:shd w:val="clear" w:color="auto" w:fill="auto"/>
            <w:tcMar>
              <w:top w:w="85" w:type="dxa"/>
              <w:left w:w="85" w:type="dxa"/>
              <w:bottom w:w="85" w:type="dxa"/>
              <w:right w:w="85" w:type="dxa"/>
            </w:tcMar>
          </w:tcPr>
          <w:p w:rsidR="00C22940" w:rsidRDefault="007D1C6A">
            <w:pPr>
              <w:spacing w:after="40" w:line="257" w:lineRule="auto"/>
            </w:pPr>
            <w:r>
              <w:rPr>
                <w:rFonts w:cs="Times New Roman"/>
              </w:rPr>
              <w:t>- Chốt ý, kết luận: Bầu trời ban đêm có thể khác nhau theo ngày và điều kiện thời tiết.</w:t>
            </w:r>
          </w:p>
        </w:tc>
        <w:tc>
          <w:tcPr>
            <w:tcW w:w="4734" w:type="dxa"/>
            <w:tcBorders>
              <w:bottom w:val="single" w:sz="4" w:space="0" w:color="auto"/>
            </w:tcBorders>
            <w:shd w:val="clear" w:color="auto" w:fill="auto"/>
            <w:tcMar>
              <w:top w:w="85" w:type="dxa"/>
              <w:left w:w="85" w:type="dxa"/>
              <w:bottom w:w="85" w:type="dxa"/>
              <w:right w:w="85" w:type="dxa"/>
            </w:tcMar>
          </w:tcPr>
          <w:p w:rsidR="00C22940" w:rsidRDefault="007D1C6A">
            <w:pPr>
              <w:spacing w:after="40" w:line="257" w:lineRule="auto"/>
            </w:pPr>
            <w:r>
              <w:rPr>
                <w:rFonts w:cs="Times New Roman"/>
              </w:rPr>
              <w:t>- Lắng nghe, ghi nhớ.</w:t>
            </w:r>
          </w:p>
        </w:tc>
      </w:tr>
      <w:tr w:rsidR="00C22940" w:rsidTr="0007663E">
        <w:trPr>
          <w:cantSplit/>
          <w:jc w:val="center"/>
        </w:trPr>
        <w:tc>
          <w:tcPr>
            <w:tcW w:w="9468" w:type="dxa"/>
            <w:gridSpan w:val="2"/>
            <w:tcBorders>
              <w:top w:val="single" w:sz="4" w:space="0" w:color="auto"/>
              <w:bottom w:val="single" w:sz="4" w:space="0" w:color="auto"/>
            </w:tcBorders>
            <w:shd w:val="clear" w:color="auto" w:fill="auto"/>
            <w:tcMar>
              <w:top w:w="85" w:type="dxa"/>
              <w:left w:w="85" w:type="dxa"/>
              <w:bottom w:w="85" w:type="dxa"/>
              <w:right w:w="85" w:type="dxa"/>
            </w:tcMar>
          </w:tcPr>
          <w:p w:rsidR="00C22940" w:rsidRDefault="007D1C6A">
            <w:pPr>
              <w:spacing w:after="40" w:line="257" w:lineRule="auto"/>
            </w:pPr>
            <w:r>
              <w:rPr>
                <w:rFonts w:cs="Times New Roman"/>
                <w:b/>
              </w:rPr>
              <w:lastRenderedPageBreak/>
              <w:t>3. Luyện tập: Báo cáo phiếu quan sát</w:t>
            </w:r>
          </w:p>
          <w:p w:rsidR="00C22940" w:rsidRDefault="007D1C6A">
            <w:pPr>
              <w:spacing w:after="40" w:line="257" w:lineRule="auto"/>
            </w:pPr>
            <w:r>
              <w:rPr>
                <w:rFonts w:cs="Times New Roman"/>
                <w:b/>
              </w:rPr>
              <w:t>Mục tiêu: Lựa chọn được cách trình bày đơn giản, phù hợp và an toàn.</w:t>
            </w:r>
          </w:p>
        </w:tc>
      </w:tr>
      <w:tr w:rsidR="00C22940" w:rsidTr="0007663E">
        <w:trPr>
          <w:cantSplit/>
          <w:jc w:val="center"/>
        </w:trPr>
        <w:tc>
          <w:tcPr>
            <w:tcW w:w="4734" w:type="dxa"/>
            <w:tcBorders>
              <w:top w:val="single" w:sz="4" w:space="0" w:color="auto"/>
            </w:tcBorders>
            <w:shd w:val="clear" w:color="auto" w:fill="auto"/>
            <w:tcMar>
              <w:top w:w="85" w:type="dxa"/>
              <w:left w:w="85" w:type="dxa"/>
              <w:bottom w:w="85" w:type="dxa"/>
              <w:right w:w="85" w:type="dxa"/>
            </w:tcMar>
          </w:tcPr>
          <w:p w:rsidR="00C22940" w:rsidRDefault="007D1C6A">
            <w:pPr>
              <w:spacing w:after="40" w:line="257" w:lineRule="auto"/>
            </w:pPr>
            <w:r>
              <w:rPr>
                <w:rFonts w:cs="Times New Roman"/>
                <w:color w:val="C00000"/>
              </w:rPr>
              <w:t>- Nhóm 4 lựa chọn phiếu quan sát, tranh vẽ hoặc mô hình để báo cáo điều đã quan sát.</w:t>
            </w:r>
          </w:p>
        </w:tc>
        <w:tc>
          <w:tcPr>
            <w:tcW w:w="4734" w:type="dxa"/>
            <w:tcBorders>
              <w:top w:val="single" w:sz="4" w:space="0" w:color="auto"/>
            </w:tcBorders>
            <w:shd w:val="clear" w:color="auto" w:fill="auto"/>
            <w:tcMar>
              <w:top w:w="85" w:type="dxa"/>
              <w:left w:w="85" w:type="dxa"/>
              <w:bottom w:w="85" w:type="dxa"/>
              <w:right w:w="85" w:type="dxa"/>
            </w:tcMar>
          </w:tcPr>
          <w:p w:rsidR="00C22940" w:rsidRDefault="007D1C6A">
            <w:pPr>
              <w:spacing w:after="40" w:line="257" w:lineRule="auto"/>
            </w:pPr>
            <w:r>
              <w:rPr>
                <w:rFonts w:cs="Times New Roman"/>
                <w:color w:val="C00000"/>
              </w:rPr>
              <w:t>- Chọn sản phẩm phù hợp, sắp xếp nội dung báo cáo.</w:t>
            </w:r>
          </w:p>
        </w:tc>
      </w:tr>
      <w:tr w:rsidR="00C22940" w:rsidTr="0007663E">
        <w:trPr>
          <w:cantSplit/>
          <w:jc w:val="center"/>
        </w:trPr>
        <w:tc>
          <w:tcPr>
            <w:tcW w:w="4734" w:type="dxa"/>
            <w:shd w:val="clear" w:color="auto" w:fill="auto"/>
            <w:tcMar>
              <w:top w:w="85" w:type="dxa"/>
              <w:left w:w="85" w:type="dxa"/>
              <w:bottom w:w="85" w:type="dxa"/>
              <w:right w:w="85" w:type="dxa"/>
            </w:tcMar>
          </w:tcPr>
          <w:p w:rsidR="00C22940" w:rsidRDefault="007D1C6A">
            <w:pPr>
              <w:spacing w:after="40" w:line="257" w:lineRule="auto"/>
            </w:pPr>
            <w:r>
              <w:rPr>
                <w:rFonts w:cs="Times New Roman"/>
                <w:color w:val="C00000"/>
              </w:rPr>
              <w:t>- Khi muốn cả lớp nhìn rõ kết quả, nhóm em nên dùng gì để minh họa?</w:t>
            </w:r>
          </w:p>
        </w:tc>
        <w:tc>
          <w:tcPr>
            <w:tcW w:w="4734" w:type="dxa"/>
            <w:shd w:val="clear" w:color="auto" w:fill="auto"/>
            <w:tcMar>
              <w:top w:w="85" w:type="dxa"/>
              <w:left w:w="85" w:type="dxa"/>
              <w:bottom w:w="85" w:type="dxa"/>
              <w:right w:w="85" w:type="dxa"/>
            </w:tcMar>
          </w:tcPr>
          <w:p w:rsidR="00C22940" w:rsidRDefault="007D1C6A">
            <w:pPr>
              <w:spacing w:after="40" w:line="257" w:lineRule="auto"/>
            </w:pPr>
            <w:r>
              <w:rPr>
                <w:rFonts w:cs="Times New Roman"/>
                <w:color w:val="C00000"/>
              </w:rPr>
              <w:t>- Nhóm em dùng phiếu quan sát, tranh vẽ hoặc mô hình đặt trước lớp.</w:t>
            </w:r>
          </w:p>
        </w:tc>
      </w:tr>
      <w:tr w:rsidR="00C22940" w:rsidTr="0007663E">
        <w:trPr>
          <w:cantSplit/>
          <w:jc w:val="center"/>
        </w:trPr>
        <w:tc>
          <w:tcPr>
            <w:tcW w:w="4734" w:type="dxa"/>
            <w:shd w:val="clear" w:color="auto" w:fill="auto"/>
            <w:tcMar>
              <w:top w:w="85" w:type="dxa"/>
              <w:left w:w="85" w:type="dxa"/>
              <w:bottom w:w="85" w:type="dxa"/>
              <w:right w:w="85" w:type="dxa"/>
            </w:tcMar>
          </w:tcPr>
          <w:p w:rsidR="00C22940" w:rsidRDefault="007D1C6A">
            <w:pPr>
              <w:spacing w:after="40" w:line="257" w:lineRule="auto"/>
            </w:pPr>
            <w:r>
              <w:rPr>
                <w:rFonts w:cs="Times New Roman"/>
                <w:color w:val="C00000"/>
              </w:rPr>
              <w:t>- Nếu chia sẻ ảnh bầu trời do gia đình chụp, em cần chú ý điều gì?</w:t>
            </w:r>
          </w:p>
        </w:tc>
        <w:tc>
          <w:tcPr>
            <w:tcW w:w="4734" w:type="dxa"/>
            <w:shd w:val="clear" w:color="auto" w:fill="auto"/>
            <w:tcMar>
              <w:top w:w="85" w:type="dxa"/>
              <w:left w:w="85" w:type="dxa"/>
              <w:bottom w:w="85" w:type="dxa"/>
              <w:right w:w="85" w:type="dxa"/>
            </w:tcMar>
          </w:tcPr>
          <w:p w:rsidR="00C22940" w:rsidRDefault="007D1C6A">
            <w:pPr>
              <w:spacing w:after="40" w:line="257" w:lineRule="auto"/>
            </w:pPr>
            <w:r>
              <w:rPr>
                <w:rFonts w:cs="Times New Roman"/>
                <w:color w:val="C00000"/>
              </w:rPr>
              <w:t>- Em chỉ dùng ảnh bầu trời phù hợp, không chia sẻ thông tin riêng tư và thực hiện theo hướng dẫn của cô.</w:t>
            </w:r>
          </w:p>
        </w:tc>
      </w:tr>
      <w:tr w:rsidR="00C22940" w:rsidTr="0007663E">
        <w:trPr>
          <w:cantSplit/>
          <w:jc w:val="center"/>
        </w:trPr>
        <w:tc>
          <w:tcPr>
            <w:tcW w:w="4734" w:type="dxa"/>
            <w:shd w:val="clear" w:color="auto" w:fill="auto"/>
            <w:tcMar>
              <w:top w:w="85" w:type="dxa"/>
              <w:left w:w="85" w:type="dxa"/>
              <w:bottom w:w="85" w:type="dxa"/>
              <w:right w:w="85" w:type="dxa"/>
            </w:tcMar>
          </w:tcPr>
          <w:p w:rsidR="00C22940" w:rsidRDefault="007D1C6A">
            <w:pPr>
              <w:spacing w:after="40" w:line="257" w:lineRule="auto"/>
            </w:pPr>
            <w:r>
              <w:rPr>
                <w:rFonts w:cs="Times New Roman"/>
                <w:color w:val="C00000"/>
              </w:rPr>
              <w:t>- Diễn giải tích hợp Năng lực số: Mỗi tình huống chia sẻ cần lựa chọn cách giao tiếp phù hợp. Trong lớp, các em có thể nói trực tiếp, giơ phiếu, dùng tranh vẽ hoặc mô hình để bạn dễ hiểu. Khi sử dụng ảnh trên thiết bị theo hướng dẫn của cô hoặc cha mẹ, các em chỉ chọn ảnh phục vụ bài học, không tự ý gửi hình ảnh có thông tin cá nhân và luôn nhờ người lớn hỗ trợ.</w:t>
            </w:r>
          </w:p>
        </w:tc>
        <w:tc>
          <w:tcPr>
            <w:tcW w:w="4734" w:type="dxa"/>
            <w:shd w:val="clear" w:color="auto" w:fill="auto"/>
            <w:tcMar>
              <w:top w:w="85" w:type="dxa"/>
              <w:left w:w="85" w:type="dxa"/>
              <w:bottom w:w="85" w:type="dxa"/>
              <w:right w:w="85" w:type="dxa"/>
            </w:tcMar>
          </w:tcPr>
          <w:p w:rsidR="00C22940" w:rsidRDefault="007D1C6A">
            <w:pPr>
              <w:spacing w:after="40" w:line="257" w:lineRule="auto"/>
            </w:pPr>
            <w:r>
              <w:rPr>
                <w:rFonts w:cs="Times New Roman"/>
                <w:color w:val="C00000"/>
              </w:rPr>
              <w:t>- Lắng nghe; lựa chọn phương tiện báo cáo của nhóm.</w:t>
            </w:r>
          </w:p>
        </w:tc>
      </w:tr>
      <w:tr w:rsidR="00C22940" w:rsidTr="0007663E">
        <w:trPr>
          <w:cantSplit/>
          <w:jc w:val="center"/>
        </w:trPr>
        <w:tc>
          <w:tcPr>
            <w:tcW w:w="4734" w:type="dxa"/>
            <w:shd w:val="clear" w:color="auto" w:fill="auto"/>
            <w:tcMar>
              <w:top w:w="85" w:type="dxa"/>
              <w:left w:w="85" w:type="dxa"/>
              <w:bottom w:w="85" w:type="dxa"/>
              <w:right w:w="85" w:type="dxa"/>
            </w:tcMar>
          </w:tcPr>
          <w:p w:rsidR="00C22940" w:rsidRDefault="007D1C6A">
            <w:pPr>
              <w:spacing w:after="40" w:line="257" w:lineRule="auto"/>
            </w:pPr>
            <w:r>
              <w:rPr>
                <w:rFonts w:cs="Times New Roman"/>
                <w:color w:val="C00000"/>
              </w:rPr>
              <w:t>- Mời đại diện nhóm trình bày; nhận xét và chốt nội dung.</w:t>
            </w:r>
          </w:p>
        </w:tc>
        <w:tc>
          <w:tcPr>
            <w:tcW w:w="4734" w:type="dxa"/>
            <w:shd w:val="clear" w:color="auto" w:fill="auto"/>
            <w:tcMar>
              <w:top w:w="85" w:type="dxa"/>
              <w:left w:w="85" w:type="dxa"/>
              <w:bottom w:w="85" w:type="dxa"/>
              <w:right w:w="85" w:type="dxa"/>
            </w:tcMar>
          </w:tcPr>
          <w:p w:rsidR="00C22940" w:rsidRDefault="007D1C6A">
            <w:pPr>
              <w:spacing w:after="40" w:line="257" w:lineRule="auto"/>
            </w:pPr>
            <w:r>
              <w:rPr>
                <w:rFonts w:cs="Times New Roman"/>
                <w:color w:val="C00000"/>
              </w:rPr>
              <w:t>- Trình bày kết quả; nhận xét cho bạn.</w:t>
            </w:r>
          </w:p>
        </w:tc>
      </w:tr>
      <w:tr w:rsidR="00C22940" w:rsidTr="0007663E">
        <w:trPr>
          <w:cantSplit/>
          <w:jc w:val="center"/>
        </w:trPr>
        <w:tc>
          <w:tcPr>
            <w:tcW w:w="4734" w:type="dxa"/>
            <w:tcBorders>
              <w:bottom w:val="single" w:sz="4" w:space="0" w:color="auto"/>
            </w:tcBorders>
            <w:shd w:val="clear" w:color="auto" w:fill="auto"/>
            <w:tcMar>
              <w:top w:w="85" w:type="dxa"/>
              <w:left w:w="85" w:type="dxa"/>
              <w:bottom w:w="85" w:type="dxa"/>
              <w:right w:w="85" w:type="dxa"/>
            </w:tcMar>
          </w:tcPr>
          <w:p w:rsidR="00C22940" w:rsidRDefault="007D1C6A">
            <w:pPr>
              <w:spacing w:after="40" w:line="257" w:lineRule="auto"/>
            </w:pPr>
            <w:r>
              <w:rPr>
                <w:rFonts w:cs="Times New Roman"/>
                <w:color w:val="C00000"/>
              </w:rPr>
              <w:t>- Chốt ý, kết luận: Chọn cách trình bày phù hợp giúp chia sẻ kết quả quan sát rõ ràng và an toàn.</w:t>
            </w:r>
          </w:p>
        </w:tc>
        <w:tc>
          <w:tcPr>
            <w:tcW w:w="4734" w:type="dxa"/>
            <w:tcBorders>
              <w:bottom w:val="single" w:sz="4" w:space="0" w:color="auto"/>
            </w:tcBorders>
            <w:shd w:val="clear" w:color="auto" w:fill="auto"/>
            <w:tcMar>
              <w:top w:w="85" w:type="dxa"/>
              <w:left w:w="85" w:type="dxa"/>
              <w:bottom w:w="85" w:type="dxa"/>
              <w:right w:w="85" w:type="dxa"/>
            </w:tcMar>
          </w:tcPr>
          <w:p w:rsidR="00C22940" w:rsidRDefault="007D1C6A">
            <w:pPr>
              <w:spacing w:after="40" w:line="257" w:lineRule="auto"/>
            </w:pPr>
            <w:r>
              <w:rPr>
                <w:rFonts w:cs="Times New Roman"/>
                <w:color w:val="C00000"/>
              </w:rPr>
              <w:t>- Lắng nghe, ghi nhớ.</w:t>
            </w:r>
          </w:p>
        </w:tc>
      </w:tr>
      <w:tr w:rsidR="00C22940" w:rsidTr="0007663E">
        <w:trPr>
          <w:cantSplit/>
          <w:jc w:val="center"/>
        </w:trPr>
        <w:tc>
          <w:tcPr>
            <w:tcW w:w="9468" w:type="dxa"/>
            <w:gridSpan w:val="2"/>
            <w:tcBorders>
              <w:top w:val="single" w:sz="4" w:space="0" w:color="auto"/>
              <w:bottom w:val="single" w:sz="4" w:space="0" w:color="auto"/>
            </w:tcBorders>
            <w:shd w:val="clear" w:color="auto" w:fill="auto"/>
            <w:tcMar>
              <w:top w:w="85" w:type="dxa"/>
              <w:left w:w="85" w:type="dxa"/>
              <w:bottom w:w="85" w:type="dxa"/>
              <w:right w:w="85" w:type="dxa"/>
            </w:tcMar>
          </w:tcPr>
          <w:p w:rsidR="00C22940" w:rsidRDefault="007D1C6A">
            <w:pPr>
              <w:spacing w:after="40" w:line="257" w:lineRule="auto"/>
            </w:pPr>
            <w:bookmarkStart w:id="0" w:name="_GoBack"/>
            <w:r>
              <w:rPr>
                <w:rFonts w:cs="Times New Roman"/>
                <w:b/>
              </w:rPr>
              <w:t>4. Vận dụng - trải nghiệm</w:t>
            </w:r>
          </w:p>
          <w:p w:rsidR="00C22940" w:rsidRDefault="007D1C6A">
            <w:pPr>
              <w:spacing w:after="40" w:line="257" w:lineRule="auto"/>
            </w:pPr>
            <w:r>
              <w:rPr>
                <w:rFonts w:cs="Times New Roman"/>
                <w:b/>
              </w:rPr>
              <w:t>Mục tiêu: Hoàn thành dự án nhỏ về bầu trời.</w:t>
            </w:r>
          </w:p>
        </w:tc>
      </w:tr>
      <w:bookmarkEnd w:id="0"/>
      <w:tr w:rsidR="00C22940" w:rsidTr="0007663E">
        <w:trPr>
          <w:cantSplit/>
          <w:jc w:val="center"/>
        </w:trPr>
        <w:tc>
          <w:tcPr>
            <w:tcW w:w="4734" w:type="dxa"/>
            <w:tcBorders>
              <w:top w:val="single" w:sz="4" w:space="0" w:color="auto"/>
            </w:tcBorders>
            <w:shd w:val="clear" w:color="auto" w:fill="auto"/>
            <w:tcMar>
              <w:top w:w="85" w:type="dxa"/>
              <w:left w:w="85" w:type="dxa"/>
              <w:bottom w:w="85" w:type="dxa"/>
              <w:right w:w="85" w:type="dxa"/>
            </w:tcMar>
          </w:tcPr>
          <w:p w:rsidR="00C22940" w:rsidRDefault="007D1C6A">
            <w:pPr>
              <w:spacing w:after="40" w:line="257" w:lineRule="auto"/>
            </w:pPr>
            <w:r>
              <w:rPr>
                <w:rFonts w:cs="Times New Roman"/>
              </w:rPr>
              <w:t>- Chọn một phiếu hoặc tranh em thích nhất để giới thiệu với người thân.</w:t>
            </w:r>
          </w:p>
        </w:tc>
        <w:tc>
          <w:tcPr>
            <w:tcW w:w="4734" w:type="dxa"/>
            <w:tcBorders>
              <w:top w:val="single" w:sz="4" w:space="0" w:color="auto"/>
            </w:tcBorders>
            <w:shd w:val="clear" w:color="auto" w:fill="auto"/>
            <w:tcMar>
              <w:top w:w="85" w:type="dxa"/>
              <w:left w:w="85" w:type="dxa"/>
              <w:bottom w:w="85" w:type="dxa"/>
              <w:right w:w="85" w:type="dxa"/>
            </w:tcMar>
          </w:tcPr>
          <w:p w:rsidR="00C22940" w:rsidRDefault="007D1C6A">
            <w:pPr>
              <w:spacing w:after="40" w:line="257" w:lineRule="auto"/>
            </w:pPr>
            <w:r>
              <w:rPr>
                <w:rFonts w:cs="Times New Roman"/>
              </w:rPr>
              <w:t>- Giới thiệu đặc điểm bầu trời ngày hoặc đêm đã quan sát.</w:t>
            </w:r>
          </w:p>
        </w:tc>
      </w:tr>
      <w:tr w:rsidR="00C22940" w:rsidTr="0007663E">
        <w:trPr>
          <w:cantSplit/>
          <w:jc w:val="center"/>
        </w:trPr>
        <w:tc>
          <w:tcPr>
            <w:tcW w:w="4734" w:type="dxa"/>
            <w:shd w:val="clear" w:color="auto" w:fill="auto"/>
            <w:tcMar>
              <w:top w:w="85" w:type="dxa"/>
              <w:left w:w="85" w:type="dxa"/>
              <w:bottom w:w="85" w:type="dxa"/>
              <w:right w:w="85" w:type="dxa"/>
            </w:tcMar>
          </w:tcPr>
          <w:p w:rsidR="00C22940" w:rsidRDefault="007D1C6A">
            <w:pPr>
              <w:spacing w:after="40" w:line="257" w:lineRule="auto"/>
            </w:pPr>
            <w:r>
              <w:rPr>
                <w:rFonts w:cs="Times New Roman"/>
              </w:rPr>
              <w:t>- Nói một nguyên tắc an toàn khi quan sát bầu trời.</w:t>
            </w:r>
          </w:p>
        </w:tc>
        <w:tc>
          <w:tcPr>
            <w:tcW w:w="4734" w:type="dxa"/>
            <w:shd w:val="clear" w:color="auto" w:fill="auto"/>
            <w:tcMar>
              <w:top w:w="85" w:type="dxa"/>
              <w:left w:w="85" w:type="dxa"/>
              <w:bottom w:w="85" w:type="dxa"/>
              <w:right w:w="85" w:type="dxa"/>
            </w:tcMar>
          </w:tcPr>
          <w:p w:rsidR="00C22940" w:rsidRDefault="007D1C6A">
            <w:pPr>
              <w:spacing w:after="40" w:line="257" w:lineRule="auto"/>
            </w:pPr>
            <w:r>
              <w:rPr>
                <w:rFonts w:cs="Times New Roman"/>
              </w:rPr>
              <w:t>- Không nhìn trực tiếp vào Mặt Trời; quan sát theo hướng dẫn của người lớn.</w:t>
            </w:r>
          </w:p>
        </w:tc>
      </w:tr>
      <w:tr w:rsidR="00C22940" w:rsidTr="0007663E">
        <w:trPr>
          <w:cantSplit/>
          <w:jc w:val="center"/>
        </w:trPr>
        <w:tc>
          <w:tcPr>
            <w:tcW w:w="4734" w:type="dxa"/>
            <w:shd w:val="clear" w:color="auto" w:fill="auto"/>
            <w:tcMar>
              <w:top w:w="85" w:type="dxa"/>
              <w:left w:w="85" w:type="dxa"/>
              <w:bottom w:w="85" w:type="dxa"/>
              <w:right w:w="85" w:type="dxa"/>
            </w:tcMar>
          </w:tcPr>
          <w:p w:rsidR="00C22940" w:rsidRDefault="007D1C6A">
            <w:pPr>
              <w:spacing w:after="40" w:line="257" w:lineRule="auto"/>
            </w:pPr>
            <w:r>
              <w:rPr>
                <w:rFonts w:cs="Times New Roman"/>
              </w:rPr>
              <w:t>- Chốt ý, kết luận: Các em đã biết quan sát, ghi lại và chia sẻ điều khám phá về bầu trời.</w:t>
            </w:r>
          </w:p>
        </w:tc>
        <w:tc>
          <w:tcPr>
            <w:tcW w:w="4734" w:type="dxa"/>
            <w:shd w:val="clear" w:color="auto" w:fill="auto"/>
            <w:tcMar>
              <w:top w:w="85" w:type="dxa"/>
              <w:left w:w="85" w:type="dxa"/>
              <w:bottom w:w="85" w:type="dxa"/>
              <w:right w:w="85" w:type="dxa"/>
            </w:tcMar>
          </w:tcPr>
          <w:p w:rsidR="00C22940" w:rsidRDefault="007D1C6A">
            <w:pPr>
              <w:spacing w:after="40" w:line="257" w:lineRule="auto"/>
            </w:pPr>
            <w:r>
              <w:rPr>
                <w:rFonts w:cs="Times New Roman"/>
              </w:rPr>
              <w:t>- Ghi nhớ, thực hiện.</w:t>
            </w:r>
          </w:p>
        </w:tc>
      </w:tr>
    </w:tbl>
    <w:p w:rsidR="00C22940" w:rsidRDefault="007D1C6A">
      <w:pPr>
        <w:spacing w:after="40" w:line="257" w:lineRule="auto"/>
      </w:pPr>
      <w:r>
        <w:rPr>
          <w:rFonts w:cs="Times New Roman"/>
          <w:b/>
        </w:rPr>
        <w:t>IV. ĐIỀU CHỈNH SAU BÀI DẠY</w:t>
      </w:r>
    </w:p>
    <w:p w:rsidR="00C22940" w:rsidRDefault="007D1C6A">
      <w:pPr>
        <w:spacing w:after="40" w:line="257" w:lineRule="auto"/>
      </w:pPr>
      <w:r>
        <w:rPr>
          <w:rFonts w:cs="Times New Roman"/>
        </w:rPr>
        <w:t>- ...............................................................................................................................................</w:t>
      </w:r>
    </w:p>
    <w:p w:rsidR="00C22940" w:rsidRDefault="007D1C6A">
      <w:pPr>
        <w:spacing w:after="40" w:line="257" w:lineRule="auto"/>
      </w:pPr>
      <w:r>
        <w:rPr>
          <w:rFonts w:cs="Times New Roman"/>
        </w:rPr>
        <w:t>- ...............................................................................................................................................</w:t>
      </w:r>
    </w:p>
    <w:p w:rsidR="00C22940" w:rsidRDefault="007D1C6A">
      <w:pPr>
        <w:spacing w:after="40" w:line="257" w:lineRule="auto"/>
      </w:pPr>
      <w:r>
        <w:rPr>
          <w:rFonts w:cs="Times New Roman"/>
        </w:rPr>
        <w:t>- ...............................................................................................................................................</w:t>
      </w:r>
    </w:p>
    <w:sectPr w:rsidR="00C22940" w:rsidSect="00034616">
      <w:pgSz w:w="12240" w:h="15840"/>
      <w:pgMar w:top="822" w:right="822" w:bottom="822"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7663E"/>
    <w:rsid w:val="0015074B"/>
    <w:rsid w:val="0029639D"/>
    <w:rsid w:val="00326F90"/>
    <w:rsid w:val="007D1C6A"/>
    <w:rsid w:val="00AA1D8D"/>
    <w:rsid w:val="00B47730"/>
    <w:rsid w:val="00C2294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0766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663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0766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66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6ABA1C-7967-43B4-BC20-59029EF04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1379</Words>
  <Characters>7864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9225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dc:creator>
  <cp:keywords/>
  <dc:description>generated by python-docx</dc:description>
  <cp:lastModifiedBy>Iamp Iamp</cp:lastModifiedBy>
  <cp:revision>3</cp:revision>
  <dcterms:created xsi:type="dcterms:W3CDTF">2026-06-04T10:30:00Z</dcterms:created>
  <dcterms:modified xsi:type="dcterms:W3CDTF">2026-08-20T02:10:00Z</dcterms:modified>
  <cp:category/>
</cp:coreProperties>
</file>