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69047" w14:textId="77777777" w:rsidR="007C0FAB" w:rsidRDefault="00612663">
      <w:pPr>
        <w:spacing w:after="1280" w:line="276" w:lineRule="auto"/>
      </w:pPr>
      <w:r>
        <w:rPr>
          <w:b/>
          <w:color w:val="667784"/>
        </w:rPr>
        <w:t>RELIGIÓN CATÓLICA · EDUCACIÓN INFANTIL</w:t>
      </w:r>
    </w:p>
    <w:p w14:paraId="4E79DDD1" w14:textId="77777777" w:rsidR="007C0FAB" w:rsidRDefault="00612663">
      <w:pPr>
        <w:spacing w:after="160" w:line="276" w:lineRule="auto"/>
        <w:jc w:val="center"/>
      </w:pPr>
      <w:r>
        <w:rPr>
          <w:b/>
          <w:color w:val="1F4D78"/>
          <w:sz w:val="60"/>
        </w:rPr>
        <w:t>GUÍA DOCENTE ANUAL</w:t>
      </w:r>
    </w:p>
    <w:p w14:paraId="343F7597" w14:textId="77777777" w:rsidR="007C0FAB" w:rsidRDefault="00612663">
      <w:pPr>
        <w:spacing w:after="280" w:line="276" w:lineRule="auto"/>
        <w:jc w:val="center"/>
      </w:pPr>
      <w:r>
        <w:rPr>
          <w:b/>
          <w:color w:val="2E74B5"/>
          <w:sz w:val="46"/>
        </w:rPr>
        <w:t>3 AÑOS</w:t>
      </w:r>
    </w:p>
    <w:p w14:paraId="018EF375" w14:textId="77777777" w:rsidR="007C0FAB" w:rsidRDefault="00612663">
      <w:pPr>
        <w:spacing w:after="680" w:line="276" w:lineRule="auto"/>
        <w:jc w:val="center"/>
      </w:pPr>
      <w:r>
        <w:rPr>
          <w:sz w:val="28"/>
        </w:rPr>
        <w:t>Propuestas de aula, espacios Montessori y evaluación</w:t>
      </w:r>
    </w:p>
    <w:tbl>
      <w:tblPr>
        <w:tblW w:w="9000" w:type="dxa"/>
        <w:tblInd w:w="12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000"/>
        <w:gridCol w:w="3000"/>
        <w:gridCol w:w="3000"/>
      </w:tblGrid>
      <w:tr w:rsidR="007C0FAB" w14:paraId="0116DE17" w14:textId="77777777">
        <w:tc>
          <w:tcPr>
            <w:tcW w:w="3000" w:type="dxa"/>
            <w:shd w:val="clear" w:color="auto" w:fill="E8EEF5"/>
            <w:tcMar>
              <w:top w:w="90" w:type="dxa"/>
              <w:left w:w="120" w:type="dxa"/>
              <w:bottom w:w="90" w:type="dxa"/>
              <w:right w:w="120" w:type="dxa"/>
            </w:tcMar>
            <w:vAlign w:val="center"/>
          </w:tcPr>
          <w:p w14:paraId="641E7B8F" w14:textId="77777777" w:rsidR="007C0FAB" w:rsidRDefault="00612663">
            <w:pPr>
              <w:spacing w:after="60"/>
              <w:jc w:val="center"/>
            </w:pPr>
            <w:r>
              <w:rPr>
                <w:b/>
                <w:color w:val="1F4D78"/>
              </w:rPr>
              <w:t>10 TEMAS</w:t>
            </w:r>
          </w:p>
          <w:p w14:paraId="007715AA" w14:textId="77777777" w:rsidR="007C0FAB" w:rsidRDefault="00612663">
            <w:pPr>
              <w:spacing w:after="0"/>
              <w:jc w:val="center"/>
            </w:pPr>
            <w:r>
              <w:rPr>
                <w:sz w:val="19"/>
              </w:rPr>
              <w:t>Programación anual</w:t>
            </w:r>
          </w:p>
        </w:tc>
        <w:tc>
          <w:tcPr>
            <w:tcW w:w="3000" w:type="dxa"/>
            <w:shd w:val="clear" w:color="auto" w:fill="E7F1EC"/>
            <w:tcMar>
              <w:top w:w="90" w:type="dxa"/>
              <w:left w:w="120" w:type="dxa"/>
              <w:bottom w:w="90" w:type="dxa"/>
              <w:right w:w="120" w:type="dxa"/>
            </w:tcMar>
            <w:vAlign w:val="center"/>
          </w:tcPr>
          <w:p w14:paraId="7386CB3C" w14:textId="77777777" w:rsidR="007C0FAB" w:rsidRDefault="00612663">
            <w:pPr>
              <w:spacing w:after="60"/>
              <w:jc w:val="center"/>
            </w:pPr>
            <w:r>
              <w:rPr>
                <w:b/>
                <w:color w:val="1F4D78"/>
              </w:rPr>
              <w:t>30 FICHAS</w:t>
            </w:r>
          </w:p>
          <w:p w14:paraId="152FAAA5" w14:textId="77777777" w:rsidR="007C0FAB" w:rsidRDefault="00612663">
            <w:pPr>
              <w:spacing w:after="0"/>
              <w:jc w:val="center"/>
            </w:pPr>
            <w:r>
              <w:rPr>
                <w:sz w:val="19"/>
              </w:rPr>
              <w:t>Experiencias y creación</w:t>
            </w:r>
          </w:p>
        </w:tc>
        <w:tc>
          <w:tcPr>
            <w:tcW w:w="3000" w:type="dxa"/>
            <w:shd w:val="clear" w:color="auto" w:fill="FFF2CC"/>
            <w:tcMar>
              <w:top w:w="90" w:type="dxa"/>
              <w:left w:w="120" w:type="dxa"/>
              <w:bottom w:w="90" w:type="dxa"/>
              <w:right w:w="120" w:type="dxa"/>
            </w:tcMar>
            <w:vAlign w:val="center"/>
          </w:tcPr>
          <w:p w14:paraId="60B245E5" w14:textId="77777777" w:rsidR="007C0FAB" w:rsidRDefault="00612663">
            <w:pPr>
              <w:spacing w:after="60"/>
              <w:jc w:val="center"/>
            </w:pPr>
            <w:r>
              <w:rPr>
                <w:b/>
                <w:color w:val="1F4D78"/>
              </w:rPr>
              <w:t>CURSO</w:t>
            </w:r>
          </w:p>
          <w:p w14:paraId="323046BF" w14:textId="77777777" w:rsidR="007C0FAB" w:rsidRDefault="00612663">
            <w:pPr>
              <w:spacing w:after="0"/>
              <w:jc w:val="center"/>
            </w:pPr>
            <w:r>
              <w:rPr>
                <w:sz w:val="19"/>
              </w:rPr>
              <w:t>2026–2027</w:t>
            </w:r>
          </w:p>
        </w:tc>
      </w:tr>
    </w:tbl>
    <w:p w14:paraId="6552BD85" w14:textId="77777777" w:rsidR="007C0FAB" w:rsidRDefault="007C0FAB">
      <w:pPr>
        <w:spacing w:after="1000" w:line="276" w:lineRule="auto"/>
      </w:pPr>
    </w:p>
    <w:p w14:paraId="323D74C1" w14:textId="77777777" w:rsidR="007C0FAB" w:rsidRDefault="00612663">
      <w:pPr>
        <w:spacing w:after="1240" w:line="276" w:lineRule="auto"/>
        <w:jc w:val="center"/>
      </w:pPr>
      <w:r>
        <w:rPr>
          <w:i/>
          <w:sz w:val="25"/>
        </w:rPr>
        <w:t>Una guía flexible para acompañar el crecimiento, la fe, el juego y la expresión de cada niño.</w:t>
      </w:r>
    </w:p>
    <w:p w14:paraId="7AB4E275" w14:textId="77777777" w:rsidR="007C0FAB" w:rsidRDefault="00612663">
      <w:pPr>
        <w:spacing w:after="40" w:line="276" w:lineRule="auto"/>
        <w:jc w:val="center"/>
      </w:pPr>
      <w:r>
        <w:rPr>
          <w:b/>
          <w:color w:val="1F4D78"/>
          <w:sz w:val="24"/>
        </w:rPr>
        <w:t>Mari Carmen Alfocea</w:t>
      </w:r>
    </w:p>
    <w:p w14:paraId="08609440" w14:textId="77777777" w:rsidR="007C0FAB" w:rsidRDefault="00612663">
      <w:pPr>
        <w:spacing w:after="0" w:line="276" w:lineRule="auto"/>
        <w:jc w:val="center"/>
      </w:pPr>
      <w:r>
        <w:rPr>
          <w:color w:val="667784"/>
          <w:sz w:val="21"/>
        </w:rPr>
        <w:t>Curso 2026–2027</w:t>
      </w:r>
    </w:p>
    <w:p w14:paraId="7C240488" w14:textId="77777777" w:rsidR="007C0FAB" w:rsidRDefault="00612663">
      <w:pPr>
        <w:spacing w:after="0"/>
      </w:pPr>
      <w:r>
        <w:br w:type="page"/>
      </w:r>
    </w:p>
    <w:p w14:paraId="0CCED8D5" w14:textId="77777777" w:rsidR="007C0FAB" w:rsidRDefault="00612663">
      <w:pPr>
        <w:spacing w:after="100" w:line="276" w:lineRule="auto"/>
      </w:pPr>
      <w:r>
        <w:rPr>
          <w:b/>
          <w:color w:val="1F4D78"/>
          <w:sz w:val="50"/>
        </w:rPr>
        <w:lastRenderedPageBreak/>
        <w:t>ÍNDICE</w:t>
      </w:r>
    </w:p>
    <w:p w14:paraId="76612DEE" w14:textId="77777777" w:rsidR="007C0FAB" w:rsidRDefault="00612663">
      <w:pPr>
        <w:spacing w:after="400" w:line="276" w:lineRule="auto"/>
      </w:pPr>
      <w:r>
        <w:rPr>
          <w:color w:val="667784"/>
          <w:sz w:val="21"/>
        </w:rPr>
        <w:t>Guía docente anual · Religión Católica · Educación Infantil · 3 años</w:t>
      </w:r>
    </w:p>
    <w:tbl>
      <w:tblPr>
        <w:tblW w:w="9000" w:type="dxa"/>
        <w:tblInd w:w="120" w:type="dxa"/>
        <w:tblBorders>
          <w:top w:val="single" w:sz="6" w:space="0" w:color="D6DEE6"/>
          <w:left w:val="single" w:sz="6" w:space="0" w:color="D6DEE6"/>
          <w:bottom w:val="single" w:sz="6" w:space="0" w:color="D6DEE6"/>
          <w:right w:val="single" w:sz="6" w:space="0" w:color="D6DEE6"/>
          <w:insideH w:val="single" w:sz="6" w:space="0" w:color="D6DEE6"/>
          <w:insideV w:val="single" w:sz="6" w:space="0" w:color="D6DEE6"/>
        </w:tblBorders>
        <w:tblLayout w:type="fixed"/>
        <w:tblLook w:val="04A0" w:firstRow="1" w:lastRow="0" w:firstColumn="1" w:lastColumn="0" w:noHBand="0" w:noVBand="1"/>
      </w:tblPr>
      <w:tblGrid>
        <w:gridCol w:w="900"/>
        <w:gridCol w:w="7150"/>
        <w:gridCol w:w="950"/>
      </w:tblGrid>
      <w:tr w:rsidR="007C0FAB" w14:paraId="7CBA0612" w14:textId="77777777">
        <w:tc>
          <w:tcPr>
            <w:tcW w:w="900" w:type="dxa"/>
            <w:shd w:val="clear" w:color="auto" w:fill="E8EEF5"/>
            <w:tcMar>
              <w:top w:w="90" w:type="dxa"/>
              <w:left w:w="120" w:type="dxa"/>
              <w:bottom w:w="90" w:type="dxa"/>
              <w:right w:w="120" w:type="dxa"/>
            </w:tcMar>
            <w:vAlign w:val="center"/>
          </w:tcPr>
          <w:p w14:paraId="092BF967" w14:textId="77777777" w:rsidR="007C0FAB" w:rsidRDefault="00612663">
            <w:pPr>
              <w:spacing w:after="0"/>
              <w:jc w:val="center"/>
            </w:pPr>
            <w:r>
              <w:rPr>
                <w:b/>
                <w:color w:val="1F4D78"/>
                <w:sz w:val="20"/>
              </w:rPr>
              <w:t>TEMA</w:t>
            </w:r>
          </w:p>
        </w:tc>
        <w:tc>
          <w:tcPr>
            <w:tcW w:w="7150" w:type="dxa"/>
            <w:shd w:val="clear" w:color="auto" w:fill="E8EEF5"/>
            <w:tcMar>
              <w:top w:w="90" w:type="dxa"/>
              <w:left w:w="120" w:type="dxa"/>
              <w:bottom w:w="90" w:type="dxa"/>
              <w:right w:w="120" w:type="dxa"/>
            </w:tcMar>
            <w:vAlign w:val="center"/>
          </w:tcPr>
          <w:p w14:paraId="770B944B" w14:textId="77777777" w:rsidR="007C0FAB" w:rsidRDefault="00612663">
            <w:pPr>
              <w:spacing w:after="0"/>
              <w:jc w:val="center"/>
            </w:pPr>
            <w:r>
              <w:rPr>
                <w:b/>
                <w:color w:val="1F4D78"/>
                <w:sz w:val="20"/>
              </w:rPr>
              <w:t>TÍTULO</w:t>
            </w:r>
          </w:p>
        </w:tc>
        <w:tc>
          <w:tcPr>
            <w:tcW w:w="950" w:type="dxa"/>
            <w:shd w:val="clear" w:color="auto" w:fill="E8EEF5"/>
            <w:tcMar>
              <w:top w:w="90" w:type="dxa"/>
              <w:left w:w="120" w:type="dxa"/>
              <w:bottom w:w="90" w:type="dxa"/>
              <w:right w:w="120" w:type="dxa"/>
            </w:tcMar>
            <w:vAlign w:val="center"/>
          </w:tcPr>
          <w:p w14:paraId="12450413" w14:textId="77777777" w:rsidR="007C0FAB" w:rsidRDefault="00612663">
            <w:pPr>
              <w:spacing w:after="0"/>
              <w:jc w:val="center"/>
            </w:pPr>
            <w:r>
              <w:rPr>
                <w:b/>
                <w:color w:val="1F4D78"/>
                <w:sz w:val="20"/>
              </w:rPr>
              <w:t>PÁG.</w:t>
            </w:r>
          </w:p>
        </w:tc>
      </w:tr>
      <w:tr w:rsidR="007C0FAB" w14:paraId="734268B6" w14:textId="77777777">
        <w:tc>
          <w:tcPr>
            <w:tcW w:w="900" w:type="dxa"/>
            <w:tcMar>
              <w:top w:w="90" w:type="dxa"/>
              <w:left w:w="120" w:type="dxa"/>
              <w:bottom w:w="90" w:type="dxa"/>
              <w:right w:w="120" w:type="dxa"/>
            </w:tcMar>
            <w:vAlign w:val="center"/>
          </w:tcPr>
          <w:p w14:paraId="0787D116" w14:textId="77777777" w:rsidR="007C0FAB" w:rsidRDefault="00612663">
            <w:pPr>
              <w:spacing w:before="20" w:after="20"/>
              <w:jc w:val="center"/>
            </w:pPr>
            <w:r>
              <w:rPr>
                <w:b/>
                <w:sz w:val="21"/>
              </w:rPr>
              <w:t>1</w:t>
            </w:r>
          </w:p>
        </w:tc>
        <w:tc>
          <w:tcPr>
            <w:tcW w:w="7150" w:type="dxa"/>
            <w:tcMar>
              <w:top w:w="90" w:type="dxa"/>
              <w:left w:w="120" w:type="dxa"/>
              <w:bottom w:w="90" w:type="dxa"/>
              <w:right w:w="120" w:type="dxa"/>
            </w:tcMar>
            <w:vAlign w:val="center"/>
          </w:tcPr>
          <w:p w14:paraId="006CE5E1" w14:textId="77777777" w:rsidR="007C0FAB" w:rsidRDefault="00612663">
            <w:pPr>
              <w:spacing w:before="20" w:after="20"/>
            </w:pPr>
            <w:r>
              <w:rPr>
                <w:sz w:val="21"/>
              </w:rPr>
              <w:t>Dios me quiere como soy</w:t>
            </w:r>
          </w:p>
        </w:tc>
        <w:tc>
          <w:tcPr>
            <w:tcW w:w="950" w:type="dxa"/>
            <w:tcMar>
              <w:top w:w="90" w:type="dxa"/>
              <w:left w:w="120" w:type="dxa"/>
              <w:bottom w:w="90" w:type="dxa"/>
              <w:right w:w="120" w:type="dxa"/>
            </w:tcMar>
            <w:vAlign w:val="center"/>
          </w:tcPr>
          <w:p w14:paraId="6CBB94A5" w14:textId="77777777" w:rsidR="007C0FAB" w:rsidRDefault="00612663">
            <w:pPr>
              <w:spacing w:before="20" w:after="20"/>
              <w:jc w:val="center"/>
            </w:pPr>
            <w:r>
              <w:rPr>
                <w:sz w:val="21"/>
              </w:rPr>
              <w:t>3</w:t>
            </w:r>
          </w:p>
        </w:tc>
      </w:tr>
      <w:tr w:rsidR="007C0FAB" w14:paraId="4F488BB1" w14:textId="77777777">
        <w:tc>
          <w:tcPr>
            <w:tcW w:w="900" w:type="dxa"/>
            <w:shd w:val="clear" w:color="auto" w:fill="F7F9FB"/>
            <w:tcMar>
              <w:top w:w="90" w:type="dxa"/>
              <w:left w:w="120" w:type="dxa"/>
              <w:bottom w:w="90" w:type="dxa"/>
              <w:right w:w="120" w:type="dxa"/>
            </w:tcMar>
            <w:vAlign w:val="center"/>
          </w:tcPr>
          <w:p w14:paraId="55B813B7" w14:textId="77777777" w:rsidR="007C0FAB" w:rsidRDefault="00612663">
            <w:pPr>
              <w:spacing w:before="20" w:after="20"/>
              <w:jc w:val="center"/>
            </w:pPr>
            <w:r>
              <w:rPr>
                <w:b/>
                <w:sz w:val="21"/>
              </w:rPr>
              <w:t>2</w:t>
            </w:r>
          </w:p>
        </w:tc>
        <w:tc>
          <w:tcPr>
            <w:tcW w:w="7150" w:type="dxa"/>
            <w:shd w:val="clear" w:color="auto" w:fill="F7F9FB"/>
            <w:tcMar>
              <w:top w:w="90" w:type="dxa"/>
              <w:left w:w="120" w:type="dxa"/>
              <w:bottom w:w="90" w:type="dxa"/>
              <w:right w:w="120" w:type="dxa"/>
            </w:tcMar>
            <w:vAlign w:val="center"/>
          </w:tcPr>
          <w:p w14:paraId="11D9283A" w14:textId="77777777" w:rsidR="007C0FAB" w:rsidRDefault="00612663">
            <w:pPr>
              <w:spacing w:before="20" w:after="20"/>
            </w:pPr>
            <w:r>
              <w:rPr>
                <w:sz w:val="21"/>
              </w:rPr>
              <w:t>Dios creó un mundo precioso</w:t>
            </w:r>
          </w:p>
        </w:tc>
        <w:tc>
          <w:tcPr>
            <w:tcW w:w="950" w:type="dxa"/>
            <w:shd w:val="clear" w:color="auto" w:fill="F7F9FB"/>
            <w:tcMar>
              <w:top w:w="90" w:type="dxa"/>
              <w:left w:w="120" w:type="dxa"/>
              <w:bottom w:w="90" w:type="dxa"/>
              <w:right w:w="120" w:type="dxa"/>
            </w:tcMar>
            <w:vAlign w:val="center"/>
          </w:tcPr>
          <w:p w14:paraId="52E8FD41" w14:textId="77777777" w:rsidR="007C0FAB" w:rsidRDefault="00612663">
            <w:pPr>
              <w:spacing w:before="20" w:after="20"/>
              <w:jc w:val="center"/>
            </w:pPr>
            <w:r>
              <w:rPr>
                <w:sz w:val="21"/>
              </w:rPr>
              <w:t>14</w:t>
            </w:r>
          </w:p>
        </w:tc>
      </w:tr>
      <w:tr w:rsidR="007C0FAB" w14:paraId="10F20AC1" w14:textId="77777777">
        <w:tc>
          <w:tcPr>
            <w:tcW w:w="900" w:type="dxa"/>
            <w:tcMar>
              <w:top w:w="90" w:type="dxa"/>
              <w:left w:w="120" w:type="dxa"/>
              <w:bottom w:w="90" w:type="dxa"/>
              <w:right w:w="120" w:type="dxa"/>
            </w:tcMar>
            <w:vAlign w:val="center"/>
          </w:tcPr>
          <w:p w14:paraId="2D23E06A" w14:textId="77777777" w:rsidR="007C0FAB" w:rsidRDefault="00612663">
            <w:pPr>
              <w:spacing w:before="20" w:after="20"/>
              <w:jc w:val="center"/>
            </w:pPr>
            <w:r>
              <w:rPr>
                <w:b/>
                <w:sz w:val="21"/>
              </w:rPr>
              <w:t>3</w:t>
            </w:r>
          </w:p>
        </w:tc>
        <w:tc>
          <w:tcPr>
            <w:tcW w:w="7150" w:type="dxa"/>
            <w:tcMar>
              <w:top w:w="90" w:type="dxa"/>
              <w:left w:w="120" w:type="dxa"/>
              <w:bottom w:w="90" w:type="dxa"/>
              <w:right w:w="120" w:type="dxa"/>
            </w:tcMar>
            <w:vAlign w:val="center"/>
          </w:tcPr>
          <w:p w14:paraId="5465178D" w14:textId="77777777" w:rsidR="007C0FAB" w:rsidRDefault="00612663">
            <w:pPr>
              <w:spacing w:before="20" w:after="20"/>
            </w:pPr>
            <w:r>
              <w:rPr>
                <w:sz w:val="21"/>
              </w:rPr>
              <w:t>Esperamos a Jesús</w:t>
            </w:r>
          </w:p>
        </w:tc>
        <w:tc>
          <w:tcPr>
            <w:tcW w:w="950" w:type="dxa"/>
            <w:tcMar>
              <w:top w:w="90" w:type="dxa"/>
              <w:left w:w="120" w:type="dxa"/>
              <w:bottom w:w="90" w:type="dxa"/>
              <w:right w:w="120" w:type="dxa"/>
            </w:tcMar>
            <w:vAlign w:val="center"/>
          </w:tcPr>
          <w:p w14:paraId="45455C48" w14:textId="77777777" w:rsidR="007C0FAB" w:rsidRDefault="00612663">
            <w:pPr>
              <w:spacing w:before="20" w:after="20"/>
              <w:jc w:val="center"/>
            </w:pPr>
            <w:r>
              <w:rPr>
                <w:sz w:val="21"/>
              </w:rPr>
              <w:t>25</w:t>
            </w:r>
          </w:p>
        </w:tc>
      </w:tr>
      <w:tr w:rsidR="007C0FAB" w14:paraId="71C8130D" w14:textId="77777777">
        <w:tc>
          <w:tcPr>
            <w:tcW w:w="900" w:type="dxa"/>
            <w:shd w:val="clear" w:color="auto" w:fill="F7F9FB"/>
            <w:tcMar>
              <w:top w:w="90" w:type="dxa"/>
              <w:left w:w="120" w:type="dxa"/>
              <w:bottom w:w="90" w:type="dxa"/>
              <w:right w:w="120" w:type="dxa"/>
            </w:tcMar>
            <w:vAlign w:val="center"/>
          </w:tcPr>
          <w:p w14:paraId="3093445D" w14:textId="77777777" w:rsidR="007C0FAB" w:rsidRDefault="00612663">
            <w:pPr>
              <w:spacing w:before="20" w:after="20"/>
              <w:jc w:val="center"/>
            </w:pPr>
            <w:r>
              <w:rPr>
                <w:b/>
                <w:sz w:val="21"/>
              </w:rPr>
              <w:t>4</w:t>
            </w:r>
          </w:p>
        </w:tc>
        <w:tc>
          <w:tcPr>
            <w:tcW w:w="7150" w:type="dxa"/>
            <w:shd w:val="clear" w:color="auto" w:fill="F7F9FB"/>
            <w:tcMar>
              <w:top w:w="90" w:type="dxa"/>
              <w:left w:w="120" w:type="dxa"/>
              <w:bottom w:w="90" w:type="dxa"/>
              <w:right w:w="120" w:type="dxa"/>
            </w:tcMar>
            <w:vAlign w:val="center"/>
          </w:tcPr>
          <w:p w14:paraId="1CB26ABF" w14:textId="77777777" w:rsidR="007C0FAB" w:rsidRDefault="00612663">
            <w:pPr>
              <w:spacing w:before="20" w:after="20"/>
            </w:pPr>
            <w:r>
              <w:rPr>
                <w:sz w:val="21"/>
              </w:rPr>
              <w:t>Jesús crece en una familia</w:t>
            </w:r>
          </w:p>
        </w:tc>
        <w:tc>
          <w:tcPr>
            <w:tcW w:w="950" w:type="dxa"/>
            <w:shd w:val="clear" w:color="auto" w:fill="F7F9FB"/>
            <w:tcMar>
              <w:top w:w="90" w:type="dxa"/>
              <w:left w:w="120" w:type="dxa"/>
              <w:bottom w:w="90" w:type="dxa"/>
              <w:right w:w="120" w:type="dxa"/>
            </w:tcMar>
            <w:vAlign w:val="center"/>
          </w:tcPr>
          <w:p w14:paraId="03B5D564" w14:textId="77777777" w:rsidR="007C0FAB" w:rsidRDefault="00612663">
            <w:pPr>
              <w:spacing w:before="20" w:after="20"/>
              <w:jc w:val="center"/>
            </w:pPr>
            <w:r>
              <w:rPr>
                <w:sz w:val="21"/>
              </w:rPr>
              <w:t>38</w:t>
            </w:r>
          </w:p>
        </w:tc>
      </w:tr>
      <w:tr w:rsidR="007C0FAB" w14:paraId="1B0625F3" w14:textId="77777777">
        <w:tc>
          <w:tcPr>
            <w:tcW w:w="900" w:type="dxa"/>
            <w:tcMar>
              <w:top w:w="90" w:type="dxa"/>
              <w:left w:w="120" w:type="dxa"/>
              <w:bottom w:w="90" w:type="dxa"/>
              <w:right w:w="120" w:type="dxa"/>
            </w:tcMar>
            <w:vAlign w:val="center"/>
          </w:tcPr>
          <w:p w14:paraId="238FBCA1" w14:textId="77777777" w:rsidR="007C0FAB" w:rsidRDefault="00612663">
            <w:pPr>
              <w:spacing w:before="20" w:after="20"/>
              <w:jc w:val="center"/>
            </w:pPr>
            <w:r>
              <w:rPr>
                <w:b/>
                <w:sz w:val="21"/>
              </w:rPr>
              <w:t>5</w:t>
            </w:r>
          </w:p>
        </w:tc>
        <w:tc>
          <w:tcPr>
            <w:tcW w:w="7150" w:type="dxa"/>
            <w:tcMar>
              <w:top w:w="90" w:type="dxa"/>
              <w:left w:w="120" w:type="dxa"/>
              <w:bottom w:w="90" w:type="dxa"/>
              <w:right w:w="120" w:type="dxa"/>
            </w:tcMar>
            <w:vAlign w:val="center"/>
          </w:tcPr>
          <w:p w14:paraId="5C443D56" w14:textId="77777777" w:rsidR="007C0FAB" w:rsidRDefault="00612663">
            <w:pPr>
              <w:spacing w:before="20" w:after="20"/>
            </w:pPr>
            <w:r>
              <w:rPr>
                <w:sz w:val="21"/>
              </w:rPr>
              <w:t>Jesús cuida de mí</w:t>
            </w:r>
          </w:p>
        </w:tc>
        <w:tc>
          <w:tcPr>
            <w:tcW w:w="950" w:type="dxa"/>
            <w:tcMar>
              <w:top w:w="90" w:type="dxa"/>
              <w:left w:w="120" w:type="dxa"/>
              <w:bottom w:w="90" w:type="dxa"/>
              <w:right w:w="120" w:type="dxa"/>
            </w:tcMar>
            <w:vAlign w:val="center"/>
          </w:tcPr>
          <w:p w14:paraId="40F1E5B5" w14:textId="77777777" w:rsidR="007C0FAB" w:rsidRDefault="00612663">
            <w:pPr>
              <w:spacing w:before="20" w:after="20"/>
              <w:jc w:val="center"/>
            </w:pPr>
            <w:r>
              <w:rPr>
                <w:sz w:val="21"/>
              </w:rPr>
              <w:t>51</w:t>
            </w:r>
          </w:p>
        </w:tc>
      </w:tr>
      <w:tr w:rsidR="007C0FAB" w14:paraId="6F8C13E9" w14:textId="77777777">
        <w:tc>
          <w:tcPr>
            <w:tcW w:w="900" w:type="dxa"/>
            <w:shd w:val="clear" w:color="auto" w:fill="F7F9FB"/>
            <w:tcMar>
              <w:top w:w="90" w:type="dxa"/>
              <w:left w:w="120" w:type="dxa"/>
              <w:bottom w:w="90" w:type="dxa"/>
              <w:right w:w="120" w:type="dxa"/>
            </w:tcMar>
            <w:vAlign w:val="center"/>
          </w:tcPr>
          <w:p w14:paraId="55EAA2E8" w14:textId="77777777" w:rsidR="007C0FAB" w:rsidRDefault="00612663">
            <w:pPr>
              <w:spacing w:before="20" w:after="20"/>
              <w:jc w:val="center"/>
            </w:pPr>
            <w:r>
              <w:rPr>
                <w:b/>
                <w:sz w:val="21"/>
              </w:rPr>
              <w:t>6</w:t>
            </w:r>
          </w:p>
        </w:tc>
        <w:tc>
          <w:tcPr>
            <w:tcW w:w="7150" w:type="dxa"/>
            <w:shd w:val="clear" w:color="auto" w:fill="F7F9FB"/>
            <w:tcMar>
              <w:top w:w="90" w:type="dxa"/>
              <w:left w:w="120" w:type="dxa"/>
              <w:bottom w:w="90" w:type="dxa"/>
              <w:right w:w="120" w:type="dxa"/>
            </w:tcMar>
            <w:vAlign w:val="center"/>
          </w:tcPr>
          <w:p w14:paraId="25789100" w14:textId="77777777" w:rsidR="007C0FAB" w:rsidRDefault="00612663">
            <w:pPr>
              <w:spacing w:before="20" w:after="20"/>
            </w:pPr>
            <w:r>
              <w:rPr>
                <w:sz w:val="21"/>
              </w:rPr>
              <w:t>Jesús nos quiere mucho</w:t>
            </w:r>
          </w:p>
        </w:tc>
        <w:tc>
          <w:tcPr>
            <w:tcW w:w="950" w:type="dxa"/>
            <w:shd w:val="clear" w:color="auto" w:fill="F7F9FB"/>
            <w:tcMar>
              <w:top w:w="90" w:type="dxa"/>
              <w:left w:w="120" w:type="dxa"/>
              <w:bottom w:w="90" w:type="dxa"/>
              <w:right w:w="120" w:type="dxa"/>
            </w:tcMar>
            <w:vAlign w:val="center"/>
          </w:tcPr>
          <w:p w14:paraId="1D5F6400" w14:textId="77777777" w:rsidR="007C0FAB" w:rsidRDefault="00612663">
            <w:pPr>
              <w:spacing w:before="20" w:after="20"/>
              <w:jc w:val="center"/>
            </w:pPr>
            <w:r>
              <w:rPr>
                <w:sz w:val="21"/>
              </w:rPr>
              <w:t>64</w:t>
            </w:r>
          </w:p>
        </w:tc>
      </w:tr>
      <w:tr w:rsidR="007C0FAB" w14:paraId="7137066C" w14:textId="77777777">
        <w:tc>
          <w:tcPr>
            <w:tcW w:w="900" w:type="dxa"/>
            <w:tcMar>
              <w:top w:w="90" w:type="dxa"/>
              <w:left w:w="120" w:type="dxa"/>
              <w:bottom w:w="90" w:type="dxa"/>
              <w:right w:w="120" w:type="dxa"/>
            </w:tcMar>
            <w:vAlign w:val="center"/>
          </w:tcPr>
          <w:p w14:paraId="6BE4CF86" w14:textId="77777777" w:rsidR="007C0FAB" w:rsidRDefault="00612663">
            <w:pPr>
              <w:spacing w:before="20" w:after="20"/>
              <w:jc w:val="center"/>
            </w:pPr>
            <w:r>
              <w:rPr>
                <w:b/>
                <w:sz w:val="21"/>
              </w:rPr>
              <w:t>7</w:t>
            </w:r>
          </w:p>
        </w:tc>
        <w:tc>
          <w:tcPr>
            <w:tcW w:w="7150" w:type="dxa"/>
            <w:tcMar>
              <w:top w:w="90" w:type="dxa"/>
              <w:left w:w="120" w:type="dxa"/>
              <w:bottom w:w="90" w:type="dxa"/>
              <w:right w:w="120" w:type="dxa"/>
            </w:tcMar>
            <w:vAlign w:val="center"/>
          </w:tcPr>
          <w:p w14:paraId="43FA2783" w14:textId="77777777" w:rsidR="007C0FAB" w:rsidRDefault="00612663">
            <w:pPr>
              <w:spacing w:before="20" w:after="20"/>
            </w:pPr>
            <w:r>
              <w:rPr>
                <w:sz w:val="21"/>
              </w:rPr>
              <w:t>María, la mamá de Jesús</w:t>
            </w:r>
          </w:p>
        </w:tc>
        <w:tc>
          <w:tcPr>
            <w:tcW w:w="950" w:type="dxa"/>
            <w:tcMar>
              <w:top w:w="90" w:type="dxa"/>
              <w:left w:w="120" w:type="dxa"/>
              <w:bottom w:w="90" w:type="dxa"/>
              <w:right w:w="120" w:type="dxa"/>
            </w:tcMar>
            <w:vAlign w:val="center"/>
          </w:tcPr>
          <w:p w14:paraId="6ECAB2B7" w14:textId="77777777" w:rsidR="007C0FAB" w:rsidRDefault="00612663">
            <w:pPr>
              <w:spacing w:before="20" w:after="20"/>
              <w:jc w:val="center"/>
            </w:pPr>
            <w:r>
              <w:rPr>
                <w:sz w:val="21"/>
              </w:rPr>
              <w:t>79</w:t>
            </w:r>
          </w:p>
        </w:tc>
      </w:tr>
      <w:tr w:rsidR="007C0FAB" w14:paraId="2456B7CC" w14:textId="77777777">
        <w:tc>
          <w:tcPr>
            <w:tcW w:w="900" w:type="dxa"/>
            <w:shd w:val="clear" w:color="auto" w:fill="F7F9FB"/>
            <w:tcMar>
              <w:top w:w="90" w:type="dxa"/>
              <w:left w:w="120" w:type="dxa"/>
              <w:bottom w:w="90" w:type="dxa"/>
              <w:right w:w="120" w:type="dxa"/>
            </w:tcMar>
            <w:vAlign w:val="center"/>
          </w:tcPr>
          <w:p w14:paraId="66FE4575" w14:textId="77777777" w:rsidR="007C0FAB" w:rsidRDefault="00612663">
            <w:pPr>
              <w:spacing w:before="20" w:after="20"/>
              <w:jc w:val="center"/>
            </w:pPr>
            <w:r>
              <w:rPr>
                <w:b/>
                <w:sz w:val="21"/>
              </w:rPr>
              <w:t>8</w:t>
            </w:r>
          </w:p>
        </w:tc>
        <w:tc>
          <w:tcPr>
            <w:tcW w:w="7150" w:type="dxa"/>
            <w:shd w:val="clear" w:color="auto" w:fill="F7F9FB"/>
            <w:tcMar>
              <w:top w:w="90" w:type="dxa"/>
              <w:left w:w="120" w:type="dxa"/>
              <w:bottom w:w="90" w:type="dxa"/>
              <w:right w:w="120" w:type="dxa"/>
            </w:tcMar>
            <w:vAlign w:val="center"/>
          </w:tcPr>
          <w:p w14:paraId="43BB8CD2" w14:textId="77777777" w:rsidR="007C0FAB" w:rsidRDefault="00612663">
            <w:pPr>
              <w:spacing w:before="20" w:after="20"/>
            </w:pPr>
            <w:r>
              <w:rPr>
                <w:sz w:val="21"/>
              </w:rPr>
              <w:t>La Iglesia</w:t>
            </w:r>
          </w:p>
        </w:tc>
        <w:tc>
          <w:tcPr>
            <w:tcW w:w="950" w:type="dxa"/>
            <w:shd w:val="clear" w:color="auto" w:fill="F7F9FB"/>
            <w:tcMar>
              <w:top w:w="90" w:type="dxa"/>
              <w:left w:w="120" w:type="dxa"/>
              <w:bottom w:w="90" w:type="dxa"/>
              <w:right w:w="120" w:type="dxa"/>
            </w:tcMar>
            <w:vAlign w:val="center"/>
          </w:tcPr>
          <w:p w14:paraId="0D161CAC" w14:textId="77777777" w:rsidR="007C0FAB" w:rsidRDefault="00612663">
            <w:pPr>
              <w:spacing w:before="20" w:after="20"/>
              <w:jc w:val="center"/>
            </w:pPr>
            <w:r>
              <w:rPr>
                <w:sz w:val="21"/>
              </w:rPr>
              <w:t>92</w:t>
            </w:r>
          </w:p>
        </w:tc>
      </w:tr>
      <w:tr w:rsidR="007C0FAB" w14:paraId="1B200082" w14:textId="77777777">
        <w:tc>
          <w:tcPr>
            <w:tcW w:w="900" w:type="dxa"/>
            <w:tcMar>
              <w:top w:w="90" w:type="dxa"/>
              <w:left w:w="120" w:type="dxa"/>
              <w:bottom w:w="90" w:type="dxa"/>
              <w:right w:w="120" w:type="dxa"/>
            </w:tcMar>
            <w:vAlign w:val="center"/>
          </w:tcPr>
          <w:p w14:paraId="2DD5C143" w14:textId="77777777" w:rsidR="007C0FAB" w:rsidRDefault="00612663">
            <w:pPr>
              <w:spacing w:before="20" w:after="20"/>
              <w:jc w:val="center"/>
            </w:pPr>
            <w:r>
              <w:rPr>
                <w:b/>
                <w:sz w:val="21"/>
              </w:rPr>
              <w:t>9</w:t>
            </w:r>
          </w:p>
        </w:tc>
        <w:tc>
          <w:tcPr>
            <w:tcW w:w="7150" w:type="dxa"/>
            <w:tcMar>
              <w:top w:w="90" w:type="dxa"/>
              <w:left w:w="120" w:type="dxa"/>
              <w:bottom w:w="90" w:type="dxa"/>
              <w:right w:w="120" w:type="dxa"/>
            </w:tcMar>
            <w:vAlign w:val="center"/>
          </w:tcPr>
          <w:p w14:paraId="7C63EAFF" w14:textId="77777777" w:rsidR="007C0FAB" w:rsidRDefault="00612663">
            <w:pPr>
              <w:spacing w:before="20" w:after="20"/>
            </w:pPr>
            <w:r>
              <w:rPr>
                <w:sz w:val="21"/>
              </w:rPr>
              <w:t>Jonás</w:t>
            </w:r>
          </w:p>
        </w:tc>
        <w:tc>
          <w:tcPr>
            <w:tcW w:w="950" w:type="dxa"/>
            <w:tcMar>
              <w:top w:w="90" w:type="dxa"/>
              <w:left w:w="120" w:type="dxa"/>
              <w:bottom w:w="90" w:type="dxa"/>
              <w:right w:w="120" w:type="dxa"/>
            </w:tcMar>
            <w:vAlign w:val="center"/>
          </w:tcPr>
          <w:p w14:paraId="203B39AA" w14:textId="77777777" w:rsidR="007C0FAB" w:rsidRDefault="00612663">
            <w:pPr>
              <w:spacing w:before="20" w:after="20"/>
              <w:jc w:val="center"/>
            </w:pPr>
            <w:r>
              <w:rPr>
                <w:sz w:val="21"/>
              </w:rPr>
              <w:t>101</w:t>
            </w:r>
          </w:p>
        </w:tc>
      </w:tr>
      <w:tr w:rsidR="007C0FAB" w14:paraId="14B606C2" w14:textId="77777777">
        <w:tc>
          <w:tcPr>
            <w:tcW w:w="900" w:type="dxa"/>
            <w:shd w:val="clear" w:color="auto" w:fill="F7F9FB"/>
            <w:tcMar>
              <w:top w:w="90" w:type="dxa"/>
              <w:left w:w="120" w:type="dxa"/>
              <w:bottom w:w="90" w:type="dxa"/>
              <w:right w:w="120" w:type="dxa"/>
            </w:tcMar>
            <w:vAlign w:val="center"/>
          </w:tcPr>
          <w:p w14:paraId="35C03539" w14:textId="77777777" w:rsidR="007C0FAB" w:rsidRDefault="00612663">
            <w:pPr>
              <w:spacing w:before="20" w:after="20"/>
              <w:jc w:val="center"/>
            </w:pPr>
            <w:r>
              <w:rPr>
                <w:b/>
                <w:sz w:val="21"/>
              </w:rPr>
              <w:t>10</w:t>
            </w:r>
          </w:p>
        </w:tc>
        <w:tc>
          <w:tcPr>
            <w:tcW w:w="7150" w:type="dxa"/>
            <w:shd w:val="clear" w:color="auto" w:fill="F7F9FB"/>
            <w:tcMar>
              <w:top w:w="90" w:type="dxa"/>
              <w:left w:w="120" w:type="dxa"/>
              <w:bottom w:w="90" w:type="dxa"/>
              <w:right w:w="120" w:type="dxa"/>
            </w:tcMar>
            <w:vAlign w:val="center"/>
          </w:tcPr>
          <w:p w14:paraId="29C695D0" w14:textId="77777777" w:rsidR="007C0FAB" w:rsidRDefault="00612663">
            <w:pPr>
              <w:spacing w:before="20" w:after="20"/>
            </w:pPr>
            <w:r>
              <w:rPr>
                <w:sz w:val="21"/>
              </w:rPr>
              <w:t>He crecido con Jesús</w:t>
            </w:r>
          </w:p>
        </w:tc>
        <w:tc>
          <w:tcPr>
            <w:tcW w:w="950" w:type="dxa"/>
            <w:shd w:val="clear" w:color="auto" w:fill="F7F9FB"/>
            <w:tcMar>
              <w:top w:w="90" w:type="dxa"/>
              <w:left w:w="120" w:type="dxa"/>
              <w:bottom w:w="90" w:type="dxa"/>
              <w:right w:w="120" w:type="dxa"/>
            </w:tcMar>
            <w:vAlign w:val="center"/>
          </w:tcPr>
          <w:p w14:paraId="426E18B1" w14:textId="77777777" w:rsidR="007C0FAB" w:rsidRDefault="00612663">
            <w:pPr>
              <w:spacing w:before="20" w:after="20"/>
              <w:jc w:val="center"/>
            </w:pPr>
            <w:r>
              <w:rPr>
                <w:sz w:val="21"/>
              </w:rPr>
              <w:t>111</w:t>
            </w:r>
          </w:p>
        </w:tc>
      </w:tr>
    </w:tbl>
    <w:p w14:paraId="262E0CC1" w14:textId="77777777" w:rsidR="007C0FAB" w:rsidRDefault="00612663">
      <w:pPr>
        <w:spacing w:before="280" w:after="0" w:line="276" w:lineRule="auto"/>
      </w:pPr>
      <w:r>
        <w:rPr>
          <w:i/>
          <w:color w:val="667784"/>
          <w:sz w:val="19"/>
        </w:rPr>
        <w:t>Documento de trabajo abierto: puede completarse durante el curso con nuevas propuestas y observaciones del aula.</w:t>
      </w:r>
    </w:p>
    <w:p w14:paraId="4FAC1E81" w14:textId="77777777" w:rsidR="007C0FAB" w:rsidRDefault="00612663">
      <w:pPr>
        <w:spacing w:after="0"/>
      </w:pPr>
      <w:r>
        <w:br w:type="page"/>
      </w:r>
    </w:p>
    <w:p w14:paraId="191B2544" w14:textId="77777777" w:rsidR="003F3865" w:rsidRDefault="00D45C79">
      <w:pPr>
        <w:spacing w:before="280" w:after="80"/>
      </w:pPr>
      <w:r>
        <w:rPr>
          <w:b/>
          <w:color w:val="2E74B5"/>
          <w:sz w:val="21"/>
        </w:rPr>
        <w:lastRenderedPageBreak/>
        <w:t>GUÍA DOCENTE</w:t>
      </w:r>
    </w:p>
    <w:p w14:paraId="4171527B" w14:textId="77777777" w:rsidR="003F3865" w:rsidRDefault="00D45C79">
      <w:pPr>
        <w:spacing w:after="80"/>
      </w:pPr>
      <w:r>
        <w:rPr>
          <w:b/>
          <w:color w:val="1F4D78"/>
          <w:sz w:val="56"/>
        </w:rPr>
        <w:t>TEMA 1</w:t>
      </w:r>
    </w:p>
    <w:p w14:paraId="33761C0A" w14:textId="77777777" w:rsidR="003F3865" w:rsidRDefault="00D45C79">
      <w:pPr>
        <w:spacing w:after="160"/>
      </w:pPr>
      <w:r>
        <w:rPr>
          <w:b/>
          <w:sz w:val="42"/>
        </w:rPr>
        <w:t>Dios me quiere como soy</w:t>
      </w:r>
    </w:p>
    <w:p w14:paraId="551E7FED" w14:textId="77777777" w:rsidR="003F3865" w:rsidRDefault="00D45C79">
      <w:pPr>
        <w:spacing w:after="360"/>
      </w:pPr>
      <w:r>
        <w:rPr>
          <w:color w:val="687784"/>
          <w:sz w:val="25"/>
        </w:rPr>
        <w:t>Educación Infantil · 3 años · Tres semanas</w:t>
      </w:r>
    </w:p>
    <w:tbl>
      <w:tblPr>
        <w:tblW w:w="9749" w:type="dxa"/>
        <w:tblInd w:w="120" w:type="dxa"/>
        <w:tblLayout w:type="fixed"/>
        <w:tblLook w:val="04A0" w:firstRow="1" w:lastRow="0" w:firstColumn="1" w:lastColumn="0" w:noHBand="0" w:noVBand="1"/>
      </w:tblPr>
      <w:tblGrid>
        <w:gridCol w:w="3250"/>
        <w:gridCol w:w="3250"/>
        <w:gridCol w:w="3249"/>
      </w:tblGrid>
      <w:tr w:rsidR="003F3865" w14:paraId="2B997B06" w14:textId="77777777">
        <w:tc>
          <w:tcPr>
            <w:tcW w:w="3250" w:type="dxa"/>
            <w:shd w:val="clear" w:color="auto" w:fill="E8EEF5"/>
            <w:tcMar>
              <w:top w:w="100" w:type="dxa"/>
              <w:left w:w="130" w:type="dxa"/>
              <w:bottom w:w="100" w:type="dxa"/>
              <w:right w:w="130" w:type="dxa"/>
            </w:tcMar>
            <w:vAlign w:val="center"/>
          </w:tcPr>
          <w:p w14:paraId="0E1E8E34" w14:textId="77777777" w:rsidR="003F3865" w:rsidRDefault="00D45C79">
            <w:pPr>
              <w:spacing w:after="60"/>
              <w:jc w:val="center"/>
            </w:pPr>
            <w:r>
              <w:rPr>
                <w:b/>
                <w:color w:val="1F4D78"/>
              </w:rPr>
              <w:t>YO</w:t>
            </w:r>
          </w:p>
          <w:p w14:paraId="454211F8" w14:textId="77777777" w:rsidR="003F3865" w:rsidRDefault="00D45C79">
            <w:pPr>
              <w:spacing w:after="0"/>
              <w:jc w:val="center"/>
            </w:pPr>
            <w:r>
              <w:rPr>
                <w:sz w:val="19"/>
              </w:rPr>
              <w:t>Identidad y autorretrato</w:t>
            </w:r>
          </w:p>
        </w:tc>
        <w:tc>
          <w:tcPr>
            <w:tcW w:w="3250" w:type="dxa"/>
            <w:shd w:val="clear" w:color="auto" w:fill="EAF4EE"/>
            <w:tcMar>
              <w:top w:w="100" w:type="dxa"/>
              <w:left w:w="130" w:type="dxa"/>
              <w:bottom w:w="100" w:type="dxa"/>
              <w:right w:w="130" w:type="dxa"/>
            </w:tcMar>
            <w:vAlign w:val="center"/>
          </w:tcPr>
          <w:p w14:paraId="12B82FF6" w14:textId="77777777" w:rsidR="003F3865" w:rsidRDefault="00D45C79">
            <w:pPr>
              <w:spacing w:after="60"/>
              <w:jc w:val="center"/>
            </w:pPr>
            <w:r>
              <w:rPr>
                <w:b/>
                <w:color w:val="1F4D78"/>
              </w:rPr>
              <w:t>MI CUERPO</w:t>
            </w:r>
          </w:p>
          <w:p w14:paraId="3F14B42D" w14:textId="77777777" w:rsidR="003F3865" w:rsidRDefault="00D45C79">
            <w:pPr>
              <w:spacing w:after="0"/>
              <w:jc w:val="center"/>
            </w:pPr>
            <w:r>
              <w:rPr>
                <w:sz w:val="19"/>
              </w:rPr>
              <w:t>Conocimiento y cuidado</w:t>
            </w:r>
          </w:p>
        </w:tc>
        <w:tc>
          <w:tcPr>
            <w:tcW w:w="3249" w:type="dxa"/>
            <w:shd w:val="clear" w:color="auto" w:fill="FFF4D8"/>
            <w:tcMar>
              <w:top w:w="100" w:type="dxa"/>
              <w:left w:w="130" w:type="dxa"/>
              <w:bottom w:w="100" w:type="dxa"/>
              <w:right w:w="130" w:type="dxa"/>
            </w:tcMar>
            <w:vAlign w:val="center"/>
          </w:tcPr>
          <w:p w14:paraId="18510AF3" w14:textId="77777777" w:rsidR="003F3865" w:rsidRDefault="00D45C79">
            <w:pPr>
              <w:spacing w:after="60"/>
              <w:jc w:val="center"/>
            </w:pPr>
            <w:r>
              <w:rPr>
                <w:b/>
                <w:color w:val="1F4D78"/>
              </w:rPr>
              <w:t>MI FAMILIA</w:t>
            </w:r>
          </w:p>
          <w:p w14:paraId="781DD5A1" w14:textId="77777777" w:rsidR="003F3865" w:rsidRDefault="00D45C79">
            <w:pPr>
              <w:spacing w:after="0"/>
              <w:jc w:val="center"/>
            </w:pPr>
            <w:r>
              <w:rPr>
                <w:sz w:val="19"/>
              </w:rPr>
              <w:t>Amor, cuidado y gratitud</w:t>
            </w:r>
          </w:p>
        </w:tc>
      </w:tr>
    </w:tbl>
    <w:p w14:paraId="3A1160A2" w14:textId="77777777" w:rsidR="003F3865" w:rsidRDefault="003F3865">
      <w:pPr>
        <w:spacing w:after="80"/>
      </w:pPr>
    </w:p>
    <w:tbl>
      <w:tblPr>
        <w:tblW w:w="9749" w:type="dxa"/>
        <w:tblInd w:w="120" w:type="dxa"/>
        <w:tblLayout w:type="fixed"/>
        <w:tblLook w:val="04A0" w:firstRow="1" w:lastRow="0" w:firstColumn="1" w:lastColumn="0" w:noHBand="0" w:noVBand="1"/>
      </w:tblPr>
      <w:tblGrid>
        <w:gridCol w:w="9749"/>
      </w:tblGrid>
      <w:tr w:rsidR="003F3865" w14:paraId="0566FDCC" w14:textId="77777777">
        <w:tc>
          <w:tcPr>
            <w:tcW w:w="9749" w:type="dxa"/>
            <w:shd w:val="clear" w:color="auto" w:fill="EAF4EE"/>
            <w:tcMar>
              <w:top w:w="100" w:type="dxa"/>
              <w:left w:w="130" w:type="dxa"/>
              <w:bottom w:w="100" w:type="dxa"/>
              <w:right w:w="130" w:type="dxa"/>
            </w:tcMar>
            <w:vAlign w:val="center"/>
          </w:tcPr>
          <w:p w14:paraId="47B4FD52" w14:textId="77777777" w:rsidR="003F3865" w:rsidRDefault="00D45C79">
            <w:pPr>
              <w:spacing w:after="40" w:line="288" w:lineRule="auto"/>
            </w:pPr>
            <w:r>
              <w:rPr>
                <w:b/>
                <w:color w:val="1F4D78"/>
              </w:rPr>
              <w:t xml:space="preserve">Idea central  </w:t>
            </w:r>
            <w:r>
              <w:t>El niño descubre que es único y querido por Dios, reconoce su cuerpo como un regalo y agradece a las personas que lo quieren y lo cuidan.</w:t>
            </w:r>
          </w:p>
        </w:tc>
      </w:tr>
    </w:tbl>
    <w:p w14:paraId="5B2327C4" w14:textId="77777777" w:rsidR="003F3865" w:rsidRDefault="003F3865">
      <w:pPr>
        <w:spacing w:after="40"/>
      </w:pPr>
    </w:p>
    <w:p w14:paraId="6EB96DEE" w14:textId="77777777" w:rsidR="003F3865" w:rsidRDefault="00D45C79">
      <w:pPr>
        <w:pStyle w:val="Ttulo1"/>
      </w:pPr>
      <w:r>
        <w:rPr>
          <w:rFonts w:ascii="Calibri" w:hAnsi="Calibri"/>
        </w:rPr>
        <w:t>Cómo utilizar esta guía</w:t>
      </w:r>
    </w:p>
    <w:p w14:paraId="5ABB3A98" w14:textId="77777777" w:rsidR="003F3865" w:rsidRDefault="00D45C79">
      <w:r>
        <w:t>El tema comienza después de una o dos sesiones flexibles de acogida. Cada semana combina conversación, experiencia corporal o afectiva, oración, espacios Montessori y una ficha que deja constancia del aprendizaje. Si el grupo necesita más tiempo, las sesiones pueden dividirse o retrasarse sin alterar la programación anual.</w:t>
      </w:r>
    </w:p>
    <w:tbl>
      <w:tblPr>
        <w:tblW w:w="9749" w:type="dxa"/>
        <w:tblInd w:w="120" w:type="dxa"/>
        <w:tblLayout w:type="fixed"/>
        <w:tblLook w:val="04A0" w:firstRow="1" w:lastRow="0" w:firstColumn="1" w:lastColumn="0" w:noHBand="0" w:noVBand="1"/>
      </w:tblPr>
      <w:tblGrid>
        <w:gridCol w:w="2400"/>
        <w:gridCol w:w="7349"/>
      </w:tblGrid>
      <w:tr w:rsidR="003F3865" w14:paraId="734B492A" w14:textId="77777777">
        <w:tc>
          <w:tcPr>
            <w:tcW w:w="2400" w:type="dxa"/>
            <w:shd w:val="clear" w:color="auto" w:fill="E8EEF5"/>
            <w:tcMar>
              <w:top w:w="100" w:type="dxa"/>
              <w:left w:w="130" w:type="dxa"/>
              <w:bottom w:w="100" w:type="dxa"/>
              <w:right w:w="130" w:type="dxa"/>
            </w:tcMar>
            <w:vAlign w:val="center"/>
          </w:tcPr>
          <w:p w14:paraId="5BC3D23A" w14:textId="77777777" w:rsidR="003F3865" w:rsidRDefault="00D45C79">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0264E253" w14:textId="77777777" w:rsidR="003F3865" w:rsidRDefault="00D45C79">
            <w:pPr>
              <w:spacing w:after="0"/>
            </w:pPr>
            <w:r>
              <w:rPr>
                <w:sz w:val="21"/>
              </w:rPr>
              <w:t>3 sesiones de 45-60 minutos, adaptables al periodo de acogida.</w:t>
            </w:r>
          </w:p>
        </w:tc>
      </w:tr>
      <w:tr w:rsidR="003F3865" w14:paraId="35DBCF24" w14:textId="77777777">
        <w:tc>
          <w:tcPr>
            <w:tcW w:w="2400" w:type="dxa"/>
            <w:shd w:val="clear" w:color="auto" w:fill="E8EEF5"/>
            <w:tcMar>
              <w:top w:w="100" w:type="dxa"/>
              <w:left w:w="130" w:type="dxa"/>
              <w:bottom w:w="100" w:type="dxa"/>
              <w:right w:w="130" w:type="dxa"/>
            </w:tcMar>
            <w:vAlign w:val="center"/>
          </w:tcPr>
          <w:p w14:paraId="2A42C73F" w14:textId="77777777" w:rsidR="003F3865" w:rsidRDefault="00D45C79">
            <w:pPr>
              <w:spacing w:after="0"/>
            </w:pPr>
            <w:r>
              <w:rPr>
                <w:b/>
                <w:color w:val="1F4D78"/>
                <w:sz w:val="21"/>
              </w:rPr>
              <w:t>Producto</w:t>
            </w:r>
          </w:p>
        </w:tc>
        <w:tc>
          <w:tcPr>
            <w:tcW w:w="7349" w:type="dxa"/>
            <w:shd w:val="clear" w:color="auto" w:fill="FFFFFF"/>
            <w:tcMar>
              <w:top w:w="100" w:type="dxa"/>
              <w:left w:w="130" w:type="dxa"/>
              <w:bottom w:w="100" w:type="dxa"/>
              <w:right w:w="130" w:type="dxa"/>
            </w:tcMar>
            <w:vAlign w:val="center"/>
          </w:tcPr>
          <w:p w14:paraId="5EE29786" w14:textId="77777777" w:rsidR="003F3865" w:rsidRDefault="00D45C79">
            <w:pPr>
              <w:spacing w:after="0"/>
            </w:pPr>
            <w:r>
              <w:rPr>
                <w:sz w:val="21"/>
              </w:rPr>
              <w:t>Tres producciones personales: autorretrato, cuerpo completado y representación familiar.</w:t>
            </w:r>
          </w:p>
        </w:tc>
      </w:tr>
      <w:tr w:rsidR="003F3865" w14:paraId="64E29267" w14:textId="77777777">
        <w:tc>
          <w:tcPr>
            <w:tcW w:w="2400" w:type="dxa"/>
            <w:shd w:val="clear" w:color="auto" w:fill="E8EEF5"/>
            <w:tcMar>
              <w:top w:w="100" w:type="dxa"/>
              <w:left w:w="130" w:type="dxa"/>
              <w:bottom w:w="100" w:type="dxa"/>
              <w:right w:w="130" w:type="dxa"/>
            </w:tcMar>
            <w:vAlign w:val="center"/>
          </w:tcPr>
          <w:p w14:paraId="4CA65B4A" w14:textId="77777777" w:rsidR="003F3865" w:rsidRDefault="00D45C79">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2508FD1A" w14:textId="77777777" w:rsidR="003F3865" w:rsidRDefault="00D45C79">
            <w:pPr>
              <w:spacing w:after="0"/>
            </w:pPr>
            <w:r>
              <w:rPr>
                <w:sz w:val="21"/>
              </w:rPr>
              <w:t>Escuchar, experimentar y jugar, crear y representar.</w:t>
            </w:r>
          </w:p>
        </w:tc>
      </w:tr>
      <w:tr w:rsidR="003F3865" w14:paraId="3F3311D2" w14:textId="77777777">
        <w:tc>
          <w:tcPr>
            <w:tcW w:w="2400" w:type="dxa"/>
            <w:shd w:val="clear" w:color="auto" w:fill="E8EEF5"/>
            <w:tcMar>
              <w:top w:w="100" w:type="dxa"/>
              <w:left w:w="130" w:type="dxa"/>
              <w:bottom w:w="100" w:type="dxa"/>
              <w:right w:w="130" w:type="dxa"/>
            </w:tcMar>
            <w:vAlign w:val="center"/>
          </w:tcPr>
          <w:p w14:paraId="63176FF4" w14:textId="77777777" w:rsidR="003F3865" w:rsidRDefault="00D45C79">
            <w:pPr>
              <w:spacing w:after="0"/>
            </w:pPr>
            <w:r>
              <w:rPr>
                <w:b/>
                <w:color w:val="1F4D78"/>
                <w:sz w:val="21"/>
              </w:rPr>
              <w:t>Evaluación</w:t>
            </w:r>
          </w:p>
        </w:tc>
        <w:tc>
          <w:tcPr>
            <w:tcW w:w="7349" w:type="dxa"/>
            <w:shd w:val="clear" w:color="auto" w:fill="FFFFFF"/>
            <w:tcMar>
              <w:top w:w="100" w:type="dxa"/>
              <w:left w:w="130" w:type="dxa"/>
              <w:bottom w:w="100" w:type="dxa"/>
              <w:right w:w="130" w:type="dxa"/>
            </w:tcMar>
            <w:vAlign w:val="center"/>
          </w:tcPr>
          <w:p w14:paraId="152ECB1F" w14:textId="77777777" w:rsidR="003F3865" w:rsidRDefault="00D45C79">
            <w:pPr>
              <w:spacing w:after="0"/>
            </w:pPr>
            <w:r>
              <w:rPr>
                <w:sz w:val="21"/>
              </w:rPr>
              <w:t>Observación directa del proceso; no se valora la calidad estética del dibujo.</w:t>
            </w:r>
          </w:p>
        </w:tc>
      </w:tr>
    </w:tbl>
    <w:p w14:paraId="253F698D" w14:textId="77777777" w:rsidR="003F3865" w:rsidRDefault="00D45C79">
      <w:r>
        <w:br w:type="page"/>
      </w:r>
    </w:p>
    <w:p w14:paraId="0CC10BE9" w14:textId="77777777" w:rsidR="003F3865" w:rsidRDefault="00D45C79">
      <w:pPr>
        <w:pStyle w:val="Ttulo1"/>
      </w:pPr>
      <w:r>
        <w:rPr>
          <w:rFonts w:ascii="Calibri" w:hAnsi="Calibri"/>
        </w:rPr>
        <w:lastRenderedPageBreak/>
        <w:t>1. Antes de comenzar</w:t>
      </w:r>
    </w:p>
    <w:p w14:paraId="64F29A45" w14:textId="77777777" w:rsidR="003F3865" w:rsidRDefault="00D45C79">
      <w:pPr>
        <w:pStyle w:val="Ttulo2"/>
      </w:pPr>
      <w:r>
        <w:rPr>
          <w:rFonts w:ascii="Calibri" w:hAnsi="Calibri"/>
        </w:rPr>
        <w:t>Periodo de acogida</w:t>
      </w:r>
    </w:p>
    <w:p w14:paraId="4A1544D9" w14:textId="77777777" w:rsidR="003F3865" w:rsidRDefault="00D45C79">
      <w:r>
        <w:t>Durante una o dos primeras sesiones no es obligatorio realizar ficha. El objetivo es conocer a la maestra, visitar el aula de Religión durante un tiempo breve, escuchar un cuento, explorar uno o dos espacios, aprender la rutina de recogida y regresar con seguridad a su clase.</w:t>
      </w:r>
    </w:p>
    <w:tbl>
      <w:tblPr>
        <w:tblW w:w="9749" w:type="dxa"/>
        <w:tblInd w:w="120" w:type="dxa"/>
        <w:tblLayout w:type="fixed"/>
        <w:tblLook w:val="04A0" w:firstRow="1" w:lastRow="0" w:firstColumn="1" w:lastColumn="0" w:noHBand="0" w:noVBand="1"/>
      </w:tblPr>
      <w:tblGrid>
        <w:gridCol w:w="9749"/>
      </w:tblGrid>
      <w:tr w:rsidR="003F3865" w14:paraId="50E39D80" w14:textId="77777777">
        <w:tc>
          <w:tcPr>
            <w:tcW w:w="9749" w:type="dxa"/>
            <w:shd w:val="clear" w:color="auto" w:fill="FFF4D8"/>
            <w:tcMar>
              <w:top w:w="100" w:type="dxa"/>
              <w:left w:w="130" w:type="dxa"/>
              <w:bottom w:w="100" w:type="dxa"/>
              <w:right w:w="130" w:type="dxa"/>
            </w:tcMar>
            <w:vAlign w:val="center"/>
          </w:tcPr>
          <w:p w14:paraId="2CFF155F" w14:textId="77777777" w:rsidR="003F3865" w:rsidRDefault="00D45C79">
            <w:pPr>
              <w:spacing w:after="40" w:line="288" w:lineRule="auto"/>
            </w:pPr>
            <w:r>
              <w:rPr>
                <w:b/>
                <w:color w:val="1F4D78"/>
              </w:rPr>
              <w:t xml:space="preserve">Criterio de decisión  </w:t>
            </w:r>
            <w:r>
              <w:t>La primera ficha se realiza cuando el grupo puede permanecer en el aula con una tranquilidad mínima. No importa empezar una semana más tarde: el libro dispone de margen.</w:t>
            </w:r>
          </w:p>
        </w:tc>
      </w:tr>
    </w:tbl>
    <w:p w14:paraId="471E15FC" w14:textId="77777777" w:rsidR="003F3865" w:rsidRDefault="003F3865">
      <w:pPr>
        <w:spacing w:after="40"/>
      </w:pPr>
    </w:p>
    <w:p w14:paraId="683E4042" w14:textId="77777777" w:rsidR="003F3865" w:rsidRDefault="00D45C79">
      <w:pPr>
        <w:pStyle w:val="Ttulo2"/>
      </w:pPr>
      <w:r>
        <w:rPr>
          <w:rFonts w:ascii="Calibri" w:hAnsi="Calibri"/>
        </w:rPr>
        <w:t>Preparación general del tema</w:t>
      </w:r>
    </w:p>
    <w:tbl>
      <w:tblPr>
        <w:tblW w:w="9749" w:type="dxa"/>
        <w:tblInd w:w="120" w:type="dxa"/>
        <w:tblLayout w:type="fixed"/>
        <w:tblLook w:val="04A0" w:firstRow="1" w:lastRow="0" w:firstColumn="1" w:lastColumn="0" w:noHBand="0" w:noVBand="1"/>
      </w:tblPr>
      <w:tblGrid>
        <w:gridCol w:w="2450"/>
        <w:gridCol w:w="7299"/>
      </w:tblGrid>
      <w:tr w:rsidR="003F3865" w14:paraId="622EA09A" w14:textId="77777777">
        <w:tc>
          <w:tcPr>
            <w:tcW w:w="2450" w:type="dxa"/>
            <w:shd w:val="clear" w:color="auto" w:fill="EAF4EE"/>
            <w:tcMar>
              <w:top w:w="100" w:type="dxa"/>
              <w:left w:w="130" w:type="dxa"/>
              <w:bottom w:w="100" w:type="dxa"/>
              <w:right w:w="130" w:type="dxa"/>
            </w:tcMar>
            <w:vAlign w:val="center"/>
          </w:tcPr>
          <w:p w14:paraId="37340A68" w14:textId="77777777" w:rsidR="003F3865" w:rsidRDefault="00D45C79">
            <w:pPr>
              <w:spacing w:after="0"/>
            </w:pPr>
            <w:r>
              <w:rPr>
                <w:b/>
                <w:color w:val="1F4D78"/>
                <w:sz w:val="21"/>
              </w:rPr>
              <w:t>Material permanente</w:t>
            </w:r>
          </w:p>
        </w:tc>
        <w:tc>
          <w:tcPr>
            <w:tcW w:w="7299" w:type="dxa"/>
            <w:shd w:val="clear" w:color="auto" w:fill="FFFFFF"/>
            <w:tcMar>
              <w:top w:w="100" w:type="dxa"/>
              <w:left w:w="130" w:type="dxa"/>
              <w:bottom w:w="100" w:type="dxa"/>
              <w:right w:w="130" w:type="dxa"/>
            </w:tcMar>
            <w:vAlign w:val="center"/>
          </w:tcPr>
          <w:p w14:paraId="627FF6DE" w14:textId="77777777" w:rsidR="003F3865" w:rsidRDefault="00D45C79">
            <w:pPr>
              <w:spacing w:after="0"/>
            </w:pPr>
            <w:r>
              <w:rPr>
                <w:sz w:val="21"/>
              </w:rPr>
              <w:t>Espejos infantiles seguros, plastilina, ceras gruesas, piezas sueltas grandes, bloques, casita y figuras familiares variadas.</w:t>
            </w:r>
          </w:p>
        </w:tc>
      </w:tr>
      <w:tr w:rsidR="003F3865" w14:paraId="3F0D53C6" w14:textId="77777777">
        <w:tc>
          <w:tcPr>
            <w:tcW w:w="2450" w:type="dxa"/>
            <w:shd w:val="clear" w:color="auto" w:fill="EAF4EE"/>
            <w:tcMar>
              <w:top w:w="100" w:type="dxa"/>
              <w:left w:w="130" w:type="dxa"/>
              <w:bottom w:w="100" w:type="dxa"/>
              <w:right w:w="130" w:type="dxa"/>
            </w:tcMar>
            <w:vAlign w:val="center"/>
          </w:tcPr>
          <w:p w14:paraId="31D41AC0" w14:textId="77777777" w:rsidR="003F3865" w:rsidRDefault="00D45C79">
            <w:pPr>
              <w:spacing w:after="0"/>
            </w:pPr>
            <w:r>
              <w:rPr>
                <w:b/>
                <w:color w:val="1F4D78"/>
                <w:sz w:val="21"/>
              </w:rPr>
              <w:t>Material de las fichas</w:t>
            </w:r>
          </w:p>
        </w:tc>
        <w:tc>
          <w:tcPr>
            <w:tcW w:w="7299" w:type="dxa"/>
            <w:shd w:val="clear" w:color="auto" w:fill="FFFFFF"/>
            <w:tcMar>
              <w:top w:w="100" w:type="dxa"/>
              <w:left w:w="130" w:type="dxa"/>
              <w:bottom w:w="100" w:type="dxa"/>
              <w:right w:w="130" w:type="dxa"/>
            </w:tcMar>
            <w:vAlign w:val="center"/>
          </w:tcPr>
          <w:p w14:paraId="3112F352" w14:textId="77777777" w:rsidR="003F3865" w:rsidRDefault="00D45C79">
            <w:pPr>
              <w:spacing w:after="0"/>
            </w:pPr>
            <w:r>
              <w:rPr>
                <w:sz w:val="21"/>
              </w:rPr>
              <w:t>Fichas impresas en color, pintura de dedos lavable, toallitas o paños, bandejas para pintura y babis.</w:t>
            </w:r>
          </w:p>
        </w:tc>
      </w:tr>
      <w:tr w:rsidR="003F3865" w14:paraId="0D858AE8" w14:textId="77777777">
        <w:tc>
          <w:tcPr>
            <w:tcW w:w="2450" w:type="dxa"/>
            <w:shd w:val="clear" w:color="auto" w:fill="EAF4EE"/>
            <w:tcMar>
              <w:top w:w="100" w:type="dxa"/>
              <w:left w:w="130" w:type="dxa"/>
              <w:bottom w:w="100" w:type="dxa"/>
              <w:right w:w="130" w:type="dxa"/>
            </w:tcMar>
            <w:vAlign w:val="center"/>
          </w:tcPr>
          <w:p w14:paraId="7D53BB9A" w14:textId="77777777" w:rsidR="003F3865" w:rsidRDefault="00D45C79">
            <w:pPr>
              <w:spacing w:after="0"/>
            </w:pPr>
            <w:r>
              <w:rPr>
                <w:b/>
                <w:color w:val="1F4D78"/>
                <w:sz w:val="21"/>
              </w:rPr>
              <w:t>Biblioteca</w:t>
            </w:r>
          </w:p>
        </w:tc>
        <w:tc>
          <w:tcPr>
            <w:tcW w:w="7299" w:type="dxa"/>
            <w:shd w:val="clear" w:color="auto" w:fill="FFFFFF"/>
            <w:tcMar>
              <w:top w:w="100" w:type="dxa"/>
              <w:left w:w="130" w:type="dxa"/>
              <w:bottom w:w="100" w:type="dxa"/>
              <w:right w:w="130" w:type="dxa"/>
            </w:tcMar>
            <w:vAlign w:val="center"/>
          </w:tcPr>
          <w:p w14:paraId="1050F9A3" w14:textId="77777777" w:rsidR="003F3865" w:rsidRDefault="00D45C79">
            <w:pPr>
              <w:spacing w:after="0"/>
            </w:pPr>
            <w:r>
              <w:rPr>
                <w:sz w:val="21"/>
              </w:rPr>
              <w:t>Cuentos breves sobre identidad, cuerpo, emociones, cuidados y diversidad familiar.</w:t>
            </w:r>
          </w:p>
        </w:tc>
      </w:tr>
      <w:tr w:rsidR="003F3865" w14:paraId="48B152DC" w14:textId="77777777">
        <w:tc>
          <w:tcPr>
            <w:tcW w:w="2450" w:type="dxa"/>
            <w:shd w:val="clear" w:color="auto" w:fill="EAF4EE"/>
            <w:tcMar>
              <w:top w:w="100" w:type="dxa"/>
              <w:left w:w="130" w:type="dxa"/>
              <w:bottom w:w="100" w:type="dxa"/>
              <w:right w:w="130" w:type="dxa"/>
            </w:tcMar>
            <w:vAlign w:val="center"/>
          </w:tcPr>
          <w:p w14:paraId="572E8B98" w14:textId="77777777" w:rsidR="003F3865" w:rsidRDefault="00D45C79">
            <w:pPr>
              <w:spacing w:after="0"/>
            </w:pPr>
            <w:r>
              <w:rPr>
                <w:b/>
                <w:color w:val="1F4D78"/>
                <w:sz w:val="21"/>
              </w:rPr>
              <w:t>Organización</w:t>
            </w:r>
          </w:p>
        </w:tc>
        <w:tc>
          <w:tcPr>
            <w:tcW w:w="7299" w:type="dxa"/>
            <w:shd w:val="clear" w:color="auto" w:fill="FFFFFF"/>
            <w:tcMar>
              <w:top w:w="100" w:type="dxa"/>
              <w:left w:w="130" w:type="dxa"/>
              <w:bottom w:w="100" w:type="dxa"/>
              <w:right w:w="130" w:type="dxa"/>
            </w:tcMar>
            <w:vAlign w:val="center"/>
          </w:tcPr>
          <w:p w14:paraId="2FAE3198" w14:textId="77777777" w:rsidR="003F3865" w:rsidRDefault="00D45C79">
            <w:pPr>
              <w:spacing w:after="0"/>
            </w:pPr>
            <w:r>
              <w:rPr>
                <w:sz w:val="21"/>
              </w:rPr>
              <w:t>Abrir dos o tres espacios al principio. Ampliar solo cuando comprendan la elección, el uso y la recogida.</w:t>
            </w:r>
          </w:p>
        </w:tc>
      </w:tr>
      <w:tr w:rsidR="003F3865" w14:paraId="1CC7604B" w14:textId="77777777">
        <w:tc>
          <w:tcPr>
            <w:tcW w:w="2450" w:type="dxa"/>
            <w:shd w:val="clear" w:color="auto" w:fill="EAF4EE"/>
            <w:tcMar>
              <w:top w:w="100" w:type="dxa"/>
              <w:left w:w="130" w:type="dxa"/>
              <w:bottom w:w="100" w:type="dxa"/>
              <w:right w:w="130" w:type="dxa"/>
            </w:tcMar>
            <w:vAlign w:val="center"/>
          </w:tcPr>
          <w:p w14:paraId="55C49611" w14:textId="77777777" w:rsidR="003F3865" w:rsidRDefault="00D45C79">
            <w:pPr>
              <w:spacing w:after="0"/>
            </w:pPr>
            <w:r>
              <w:rPr>
                <w:b/>
                <w:color w:val="1F4D78"/>
                <w:sz w:val="21"/>
              </w:rPr>
              <w:t>Registro docente</w:t>
            </w:r>
          </w:p>
        </w:tc>
        <w:tc>
          <w:tcPr>
            <w:tcW w:w="7299" w:type="dxa"/>
            <w:shd w:val="clear" w:color="auto" w:fill="FFFFFF"/>
            <w:tcMar>
              <w:top w:w="100" w:type="dxa"/>
              <w:left w:w="130" w:type="dxa"/>
              <w:bottom w:w="100" w:type="dxa"/>
              <w:right w:w="130" w:type="dxa"/>
            </w:tcMar>
            <w:vAlign w:val="center"/>
          </w:tcPr>
          <w:p w14:paraId="71BDE356" w14:textId="77777777" w:rsidR="003F3865" w:rsidRDefault="00D45C79">
            <w:pPr>
              <w:spacing w:after="0"/>
            </w:pPr>
            <w:r>
              <w:rPr>
                <w:sz w:val="21"/>
              </w:rPr>
              <w:t>Anotar fecha y edad en el reverso del primer autorretrato para compararlo con el autorretrato final del curso.</w:t>
            </w:r>
          </w:p>
        </w:tc>
      </w:tr>
    </w:tbl>
    <w:p w14:paraId="27C5CF13" w14:textId="77777777" w:rsidR="003F3865" w:rsidRDefault="00D45C79">
      <w:pPr>
        <w:pStyle w:val="Ttulo2"/>
      </w:pPr>
      <w:r>
        <w:rPr>
          <w:rFonts w:ascii="Calibri" w:hAnsi="Calibri"/>
        </w:rPr>
        <w:t>Rutina común de las tres semanas</w:t>
      </w:r>
    </w:p>
    <w:p w14:paraId="6AA5DDB9" w14:textId="77777777" w:rsidR="003F3865" w:rsidRDefault="00D45C79">
      <w:pPr>
        <w:spacing w:after="100"/>
      </w:pPr>
      <w:r>
        <w:rPr>
          <w:b/>
          <w:color w:val="1F4D78"/>
        </w:rPr>
        <w:t xml:space="preserve">Acogida: </w:t>
      </w:r>
      <w:r>
        <w:t>Canción o saludo breve y encuentro en círculo.</w:t>
      </w:r>
    </w:p>
    <w:p w14:paraId="7837E988" w14:textId="77777777" w:rsidR="003F3865" w:rsidRDefault="00D45C79">
      <w:pPr>
        <w:spacing w:after="100"/>
      </w:pPr>
      <w:r>
        <w:rPr>
          <w:b/>
          <w:color w:val="1F4D78"/>
        </w:rPr>
        <w:t xml:space="preserve">Experiencia: </w:t>
      </w:r>
      <w:r>
        <w:t>Conversación, espejo, movimiento, cuento o juego relacionado con el aprendizaje.</w:t>
      </w:r>
    </w:p>
    <w:p w14:paraId="1406F2C1" w14:textId="77777777" w:rsidR="003F3865" w:rsidRDefault="00D45C79">
      <w:pPr>
        <w:spacing w:after="100"/>
      </w:pPr>
      <w:r>
        <w:rPr>
          <w:b/>
          <w:color w:val="1F4D78"/>
        </w:rPr>
        <w:t xml:space="preserve">Mensaje religioso: </w:t>
      </w:r>
      <w:r>
        <w:t>Una frase breve y comprensible que conecte la experiencia con el amor y el cuidado de Dios.</w:t>
      </w:r>
    </w:p>
    <w:p w14:paraId="699BA2C3" w14:textId="77777777" w:rsidR="003F3865" w:rsidRDefault="00D45C79">
      <w:pPr>
        <w:spacing w:after="100"/>
      </w:pPr>
      <w:r>
        <w:rPr>
          <w:b/>
          <w:color w:val="1F4D78"/>
        </w:rPr>
        <w:t xml:space="preserve">Oración: </w:t>
      </w:r>
      <w:r>
        <w:t>Una sola frase, acompañada de gesto o silencio.</w:t>
      </w:r>
    </w:p>
    <w:p w14:paraId="12C00C14" w14:textId="77777777" w:rsidR="003F3865" w:rsidRDefault="00D45C79">
      <w:pPr>
        <w:spacing w:after="100"/>
      </w:pPr>
      <w:r>
        <w:rPr>
          <w:b/>
          <w:color w:val="1F4D78"/>
        </w:rPr>
        <w:t xml:space="preserve">Espacios: </w:t>
      </w:r>
      <w:r>
        <w:t>Exploración en pequeño grupo con materiales abiertos y una novedad semanal.</w:t>
      </w:r>
    </w:p>
    <w:p w14:paraId="6C9C0AB1" w14:textId="77777777" w:rsidR="003F3865" w:rsidRDefault="00D45C79">
      <w:pPr>
        <w:spacing w:after="100"/>
      </w:pPr>
      <w:r>
        <w:rPr>
          <w:b/>
          <w:color w:val="1F4D78"/>
        </w:rPr>
        <w:t xml:space="preserve">Ficha y cierre: </w:t>
      </w:r>
      <w:r>
        <w:t>Producción personal, recogida y despedida. La ficha puede continuar otro día si el grupo está cansado.</w:t>
      </w:r>
    </w:p>
    <w:p w14:paraId="395327AE" w14:textId="77777777" w:rsidR="003F3865" w:rsidRDefault="00D45C79">
      <w:pPr>
        <w:pStyle w:val="Ttulo1"/>
      </w:pPr>
      <w:r>
        <w:rPr>
          <w:rFonts w:ascii="Calibri" w:hAnsi="Calibri"/>
        </w:rPr>
        <w:t>2. Referencia curricular</w:t>
      </w:r>
    </w:p>
    <w:p w14:paraId="46260FF5" w14:textId="77777777" w:rsidR="003F3865" w:rsidRDefault="00D45C79">
      <w:r>
        <w:t>El tema se vincula al currículo de Religión Católica para el segundo ciclo de Educación Infantil (Resolución de 21 de junio de 2022, BOE-A-2022-10452, Anexo I). La selección es intencional y evita asignar elementos curriculares que el tema no moviliza realmente.</w:t>
      </w:r>
    </w:p>
    <w:tbl>
      <w:tblPr>
        <w:tblW w:w="9749" w:type="dxa"/>
        <w:tblInd w:w="120" w:type="dxa"/>
        <w:tblLayout w:type="fixed"/>
        <w:tblLook w:val="04A0" w:firstRow="1" w:lastRow="0" w:firstColumn="1" w:lastColumn="0" w:noHBand="0" w:noVBand="1"/>
      </w:tblPr>
      <w:tblGrid>
        <w:gridCol w:w="2850"/>
        <w:gridCol w:w="6899"/>
      </w:tblGrid>
      <w:tr w:rsidR="003F3865" w14:paraId="023B05F6" w14:textId="77777777">
        <w:tc>
          <w:tcPr>
            <w:tcW w:w="2850" w:type="dxa"/>
            <w:shd w:val="clear" w:color="auto" w:fill="E8EEF5"/>
            <w:tcMar>
              <w:top w:w="100" w:type="dxa"/>
              <w:left w:w="130" w:type="dxa"/>
              <w:bottom w:w="100" w:type="dxa"/>
              <w:right w:w="130" w:type="dxa"/>
            </w:tcMar>
            <w:vAlign w:val="center"/>
          </w:tcPr>
          <w:p w14:paraId="3D3F0A5D" w14:textId="77777777" w:rsidR="003F3865" w:rsidRDefault="00D45C79">
            <w:pPr>
              <w:spacing w:after="0"/>
            </w:pPr>
            <w:r>
              <w:rPr>
                <w:b/>
                <w:color w:val="1F4D78"/>
                <w:sz w:val="21"/>
              </w:rPr>
              <w:lastRenderedPageBreak/>
              <w:t>Competencia específica 1</w:t>
            </w:r>
          </w:p>
        </w:tc>
        <w:tc>
          <w:tcPr>
            <w:tcW w:w="6899" w:type="dxa"/>
            <w:shd w:val="clear" w:color="auto" w:fill="FFFFFF"/>
            <w:tcMar>
              <w:top w:w="100" w:type="dxa"/>
              <w:left w:w="130" w:type="dxa"/>
              <w:bottom w:w="100" w:type="dxa"/>
              <w:right w:w="130" w:type="dxa"/>
            </w:tcMar>
            <w:vAlign w:val="center"/>
          </w:tcPr>
          <w:p w14:paraId="367D5BE4" w14:textId="77777777" w:rsidR="003F3865" w:rsidRDefault="00D45C79">
            <w:pPr>
              <w:spacing w:after="0"/>
            </w:pPr>
            <w:r>
              <w:rPr>
                <w:sz w:val="21"/>
              </w:rPr>
              <w:t>Identidad personal, cuerpo, afectividad, cualidades, autonomía y hábitos básicos de relación.</w:t>
            </w:r>
          </w:p>
        </w:tc>
      </w:tr>
      <w:tr w:rsidR="003F3865" w14:paraId="6715F7D6" w14:textId="77777777">
        <w:tc>
          <w:tcPr>
            <w:tcW w:w="2850" w:type="dxa"/>
            <w:shd w:val="clear" w:color="auto" w:fill="E8EEF5"/>
            <w:tcMar>
              <w:top w:w="100" w:type="dxa"/>
              <w:left w:w="130" w:type="dxa"/>
              <w:bottom w:w="100" w:type="dxa"/>
              <w:right w:w="130" w:type="dxa"/>
            </w:tcMar>
            <w:vAlign w:val="center"/>
          </w:tcPr>
          <w:p w14:paraId="2D605076" w14:textId="77777777" w:rsidR="003F3865" w:rsidRDefault="00D45C79">
            <w:pPr>
              <w:spacing w:after="0"/>
            </w:pPr>
            <w:r>
              <w:rPr>
                <w:b/>
                <w:color w:val="1F4D78"/>
                <w:sz w:val="21"/>
              </w:rPr>
              <w:t>Competencia específica 2</w:t>
            </w:r>
          </w:p>
        </w:tc>
        <w:tc>
          <w:tcPr>
            <w:tcW w:w="6899" w:type="dxa"/>
            <w:shd w:val="clear" w:color="auto" w:fill="FFFFFF"/>
            <w:tcMar>
              <w:top w:w="100" w:type="dxa"/>
              <w:left w:w="130" w:type="dxa"/>
              <w:bottom w:w="100" w:type="dxa"/>
              <w:right w:w="130" w:type="dxa"/>
            </w:tcMar>
            <w:vAlign w:val="center"/>
          </w:tcPr>
          <w:p w14:paraId="62FB8B25" w14:textId="77777777" w:rsidR="003F3865" w:rsidRDefault="00D45C79">
            <w:pPr>
              <w:spacing w:after="0"/>
            </w:pPr>
            <w:r>
              <w:rPr>
                <w:sz w:val="21"/>
              </w:rPr>
              <w:t>Relaciones cercanas, acogida, amabilidad, escucha, gratitud y cuidado.</w:t>
            </w:r>
          </w:p>
        </w:tc>
      </w:tr>
      <w:tr w:rsidR="003F3865" w14:paraId="5818B5ED" w14:textId="77777777">
        <w:tc>
          <w:tcPr>
            <w:tcW w:w="2850" w:type="dxa"/>
            <w:shd w:val="clear" w:color="auto" w:fill="E8EEF5"/>
            <w:tcMar>
              <w:top w:w="100" w:type="dxa"/>
              <w:left w:w="130" w:type="dxa"/>
              <w:bottom w:w="100" w:type="dxa"/>
              <w:right w:w="130" w:type="dxa"/>
            </w:tcMar>
            <w:vAlign w:val="center"/>
          </w:tcPr>
          <w:p w14:paraId="50D1AE13" w14:textId="77777777" w:rsidR="003F3865" w:rsidRDefault="00D45C79">
            <w:pPr>
              <w:spacing w:after="0"/>
            </w:pPr>
            <w:r>
              <w:rPr>
                <w:b/>
                <w:color w:val="1F4D78"/>
                <w:sz w:val="21"/>
              </w:rPr>
              <w:t>Competencia específica 4</w:t>
            </w:r>
          </w:p>
        </w:tc>
        <w:tc>
          <w:tcPr>
            <w:tcW w:w="6899" w:type="dxa"/>
            <w:shd w:val="clear" w:color="auto" w:fill="FFFFFF"/>
            <w:tcMar>
              <w:top w:w="100" w:type="dxa"/>
              <w:left w:w="130" w:type="dxa"/>
              <w:bottom w:w="100" w:type="dxa"/>
              <w:right w:w="130" w:type="dxa"/>
            </w:tcMar>
            <w:vAlign w:val="center"/>
          </w:tcPr>
          <w:p w14:paraId="170FE6DF" w14:textId="77777777" w:rsidR="003F3865" w:rsidRDefault="00D45C79">
            <w:pPr>
              <w:spacing w:after="0"/>
            </w:pPr>
            <w:r>
              <w:rPr>
                <w:sz w:val="21"/>
              </w:rPr>
              <w:t>Expresión artística, creatividad y sensibilidad estética.</w:t>
            </w:r>
          </w:p>
        </w:tc>
      </w:tr>
      <w:tr w:rsidR="003F3865" w14:paraId="7C00BB96" w14:textId="77777777">
        <w:tc>
          <w:tcPr>
            <w:tcW w:w="2850" w:type="dxa"/>
            <w:shd w:val="clear" w:color="auto" w:fill="E8EEF5"/>
            <w:tcMar>
              <w:top w:w="100" w:type="dxa"/>
              <w:left w:w="130" w:type="dxa"/>
              <w:bottom w:w="100" w:type="dxa"/>
              <w:right w:w="130" w:type="dxa"/>
            </w:tcMar>
            <w:vAlign w:val="center"/>
          </w:tcPr>
          <w:p w14:paraId="470838C9" w14:textId="77777777" w:rsidR="003F3865" w:rsidRDefault="00D45C79">
            <w:pPr>
              <w:spacing w:after="0"/>
            </w:pPr>
            <w:r>
              <w:rPr>
                <w:b/>
                <w:color w:val="1F4D78"/>
                <w:sz w:val="21"/>
              </w:rPr>
              <w:t>Competencia específica 5</w:t>
            </w:r>
          </w:p>
        </w:tc>
        <w:tc>
          <w:tcPr>
            <w:tcW w:w="6899" w:type="dxa"/>
            <w:shd w:val="clear" w:color="auto" w:fill="FFFFFF"/>
            <w:tcMar>
              <w:top w:w="100" w:type="dxa"/>
              <w:left w:w="130" w:type="dxa"/>
              <w:bottom w:w="100" w:type="dxa"/>
              <w:right w:w="130" w:type="dxa"/>
            </w:tcMar>
            <w:vAlign w:val="center"/>
          </w:tcPr>
          <w:p w14:paraId="2177623E" w14:textId="77777777" w:rsidR="003F3865" w:rsidRDefault="00D45C79">
            <w:pPr>
              <w:spacing w:after="0"/>
            </w:pPr>
            <w:r>
              <w:rPr>
                <w:sz w:val="21"/>
              </w:rPr>
              <w:t>Reconocimiento de emociones, calma, silencio y oración sencilla.</w:t>
            </w:r>
          </w:p>
        </w:tc>
      </w:tr>
    </w:tbl>
    <w:p w14:paraId="43296C3E" w14:textId="77777777" w:rsidR="003F3865" w:rsidRDefault="00D45C79">
      <w:pPr>
        <w:pStyle w:val="Ttulo2"/>
      </w:pPr>
      <w:r>
        <w:rPr>
          <w:rFonts w:ascii="Calibri" w:hAnsi="Calibri"/>
        </w:rPr>
        <w:t>Criterios de evaluación especialmente relacionados</w:t>
      </w:r>
    </w:p>
    <w:p w14:paraId="272A5F04" w14:textId="77777777" w:rsidR="003F3865" w:rsidRDefault="00D45C79">
      <w:pPr>
        <w:spacing w:after="80"/>
      </w:pPr>
      <w:r>
        <w:rPr>
          <w:b/>
          <w:color w:val="1F4D78"/>
        </w:rPr>
        <w:t xml:space="preserve">1.1: </w:t>
      </w:r>
      <w:r>
        <w:t>Avanza en el cuidado de su cuerpo y en las rutinas cotidianas del aula.</w:t>
      </w:r>
    </w:p>
    <w:p w14:paraId="1F8BE3CA" w14:textId="77777777" w:rsidR="003F3865" w:rsidRDefault="00D45C79">
      <w:pPr>
        <w:spacing w:after="80"/>
      </w:pPr>
      <w:r>
        <w:rPr>
          <w:b/>
          <w:color w:val="1F4D78"/>
        </w:rPr>
        <w:t xml:space="preserve">1.2: </w:t>
      </w:r>
      <w:r>
        <w:t>Reconoce hábitos básicos de relación y propone actitudes para la familia y la escuela.</w:t>
      </w:r>
    </w:p>
    <w:p w14:paraId="54AE6CDC" w14:textId="77777777" w:rsidR="003F3865" w:rsidRDefault="00D45C79">
      <w:pPr>
        <w:spacing w:after="80"/>
      </w:pPr>
      <w:r>
        <w:rPr>
          <w:b/>
          <w:color w:val="1F4D78"/>
        </w:rPr>
        <w:t xml:space="preserve">1.3: </w:t>
      </w:r>
      <w:r>
        <w:t>Expresa capacidades afectivas y posibilidades personales mediante distintos lenguajes.</w:t>
      </w:r>
    </w:p>
    <w:p w14:paraId="429321C4" w14:textId="77777777" w:rsidR="003F3865" w:rsidRDefault="00D45C79">
      <w:pPr>
        <w:spacing w:after="80"/>
      </w:pPr>
      <w:r>
        <w:rPr>
          <w:b/>
          <w:color w:val="1F4D78"/>
        </w:rPr>
        <w:t xml:space="preserve">2.2: </w:t>
      </w:r>
      <w:r>
        <w:t>Adquiere valores de escucha y agradecimiento en sus relaciones cercanas.</w:t>
      </w:r>
    </w:p>
    <w:p w14:paraId="218340FC" w14:textId="77777777" w:rsidR="003F3865" w:rsidRDefault="00D45C79">
      <w:pPr>
        <w:spacing w:after="80"/>
      </w:pPr>
      <w:r>
        <w:rPr>
          <w:b/>
          <w:color w:val="1F4D78"/>
        </w:rPr>
        <w:t xml:space="preserve">4.3: </w:t>
      </w:r>
      <w:r>
        <w:t>Desarrolla capacidad artística y sensibilidad estética de acuerdo con su momento evolutivo.</w:t>
      </w:r>
    </w:p>
    <w:p w14:paraId="4360C2C9" w14:textId="77777777" w:rsidR="003F3865" w:rsidRDefault="00D45C79">
      <w:pPr>
        <w:spacing w:after="80"/>
      </w:pPr>
      <w:r>
        <w:rPr>
          <w:b/>
          <w:color w:val="1F4D78"/>
        </w:rPr>
        <w:t xml:space="preserve">5.1 y 5.2: </w:t>
      </w:r>
      <w:r>
        <w:t>Explora emociones e interioridad y participa en una oración o práctica religiosa sencilla.</w:t>
      </w:r>
    </w:p>
    <w:p w14:paraId="721D7E8B" w14:textId="77777777" w:rsidR="003F3865" w:rsidRDefault="00D45C79">
      <w:pPr>
        <w:pStyle w:val="Ttulo2"/>
      </w:pPr>
      <w:r>
        <w:rPr>
          <w:rFonts w:ascii="Calibri" w:hAnsi="Calibri"/>
        </w:rPr>
        <w:t>Saberes básicos movilizados</w:t>
      </w:r>
    </w:p>
    <w:p w14:paraId="708C9F6B" w14:textId="77777777" w:rsidR="003F3865" w:rsidRDefault="00D45C79">
      <w:r>
        <w:t>Valor del ser humano como hijo de Dios; cuidado y respeto del cuerpo; igualdad y dignidad; expresión de emociones; hábitos de relación; amabilidad, acogida y gratitud; relaciones familiares y sociales cercanas; expresión creativa; silencio, calma y oración cristiana sencilla.</w:t>
      </w:r>
    </w:p>
    <w:p w14:paraId="5DCCAEB3" w14:textId="77777777" w:rsidR="003F3865" w:rsidRDefault="00D45C79">
      <w:pPr>
        <w:pStyle w:val="Ttulo2"/>
      </w:pPr>
      <w:r>
        <w:rPr>
          <w:rFonts w:ascii="Calibri" w:hAnsi="Calibri"/>
        </w:rPr>
        <w:t>Referencia curricular</w:t>
      </w:r>
    </w:p>
    <w:p w14:paraId="1056F959" w14:textId="77777777" w:rsidR="003F3865" w:rsidRDefault="00D45C79">
      <w:pPr>
        <w:spacing w:after="0"/>
      </w:pPr>
      <w:r>
        <w:t>Resolución de 21 de junio de 2022, de la Secretaría de Estado de Educación, por la que se publican los currículos de las enseñanzas de Religión Católica. BOE-A-2022-10452, Anexo I. https://www.boe.es/diario_boe/txt.php?id=BOE-A-2022-10452</w:t>
      </w:r>
    </w:p>
    <w:p w14:paraId="73A88985" w14:textId="77777777" w:rsidR="003F3865" w:rsidRDefault="00D45C79">
      <w:r>
        <w:br w:type="page"/>
      </w:r>
    </w:p>
    <w:p w14:paraId="23B0AA61" w14:textId="77777777" w:rsidR="003F3865" w:rsidRDefault="00D45C79">
      <w:pPr>
        <w:pStyle w:val="Ttulo1"/>
      </w:pPr>
      <w:r>
        <w:rPr>
          <w:rFonts w:ascii="Calibri" w:hAnsi="Calibri"/>
        </w:rPr>
        <w:lastRenderedPageBreak/>
        <w:t>3. Semana 1 · Dios me quiere como soy</w:t>
      </w:r>
    </w:p>
    <w:p w14:paraId="4B8516D7" w14:textId="77777777" w:rsidR="003F3865" w:rsidRDefault="00D45C79">
      <w:pPr>
        <w:keepNext/>
        <w:jc w:val="center"/>
      </w:pPr>
      <w:r>
        <w:rPr>
          <w:noProof/>
        </w:rPr>
        <w:drawing>
          <wp:inline distT="0" distB="0" distL="0" distR="0" wp14:anchorId="61004813" wp14:editId="62D9EFDF">
            <wp:extent cx="5257800" cy="37203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6c12d747-e098-4582-97fa-22d261a8bbb8.png"/>
                    <pic:cNvPicPr/>
                  </pic:nvPicPr>
                  <pic:blipFill>
                    <a:blip r:embed="rId8"/>
                    <a:stretch>
                      <a:fillRect/>
                    </a:stretch>
                  </pic:blipFill>
                  <pic:spPr>
                    <a:xfrm>
                      <a:off x="0" y="0"/>
                      <a:ext cx="5257800" cy="3720308"/>
                    </a:xfrm>
                    <a:prstGeom prst="rect">
                      <a:avLst/>
                    </a:prstGeom>
                  </pic:spPr>
                </pic:pic>
              </a:graphicData>
            </a:graphic>
          </wp:inline>
        </w:drawing>
      </w:r>
    </w:p>
    <w:p w14:paraId="4BCA1A82" w14:textId="77777777" w:rsidR="003F3865" w:rsidRDefault="00D45C79">
      <w:pPr>
        <w:keepNext/>
        <w:spacing w:after="160"/>
        <w:jc w:val="center"/>
      </w:pPr>
      <w:r>
        <w:rPr>
          <w:i/>
          <w:color w:val="687784"/>
          <w:sz w:val="19"/>
        </w:rPr>
        <w:t>Ficha 1 · Primer autorretrato</w:t>
      </w:r>
    </w:p>
    <w:tbl>
      <w:tblPr>
        <w:tblW w:w="9749" w:type="dxa"/>
        <w:tblInd w:w="120" w:type="dxa"/>
        <w:tblLayout w:type="fixed"/>
        <w:tblLook w:val="04A0" w:firstRow="1" w:lastRow="0" w:firstColumn="1" w:lastColumn="0" w:noHBand="0" w:noVBand="1"/>
      </w:tblPr>
      <w:tblGrid>
        <w:gridCol w:w="9749"/>
      </w:tblGrid>
      <w:tr w:rsidR="003F3865" w14:paraId="61970E77" w14:textId="77777777">
        <w:tc>
          <w:tcPr>
            <w:tcW w:w="9749" w:type="dxa"/>
            <w:shd w:val="clear" w:color="auto" w:fill="EAF4EE"/>
            <w:tcMar>
              <w:top w:w="100" w:type="dxa"/>
              <w:left w:w="130" w:type="dxa"/>
              <w:bottom w:w="100" w:type="dxa"/>
              <w:right w:w="130" w:type="dxa"/>
            </w:tcMar>
            <w:vAlign w:val="center"/>
          </w:tcPr>
          <w:p w14:paraId="2367D65A" w14:textId="77777777" w:rsidR="003F3865" w:rsidRDefault="00D45C79">
            <w:pPr>
              <w:spacing w:after="40" w:line="288" w:lineRule="auto"/>
            </w:pPr>
            <w:r>
              <w:rPr>
                <w:b/>
                <w:color w:val="1F4D78"/>
              </w:rPr>
              <w:t xml:space="preserve">Aprendizaje  </w:t>
            </w:r>
            <w:r>
              <w:t>Cada niño es único, valioso y querido por Dios.</w:t>
            </w:r>
          </w:p>
        </w:tc>
      </w:tr>
    </w:tbl>
    <w:p w14:paraId="7B12C7EA" w14:textId="77777777" w:rsidR="003F3865" w:rsidRDefault="003F3865">
      <w:pPr>
        <w:spacing w:after="40"/>
      </w:pPr>
    </w:p>
    <w:p w14:paraId="1A8C504D" w14:textId="77777777" w:rsidR="003F3865" w:rsidRDefault="00D45C79">
      <w:pPr>
        <w:pStyle w:val="Ttulo2"/>
      </w:pPr>
      <w:r>
        <w:rPr>
          <w:rFonts w:ascii="Calibri" w:hAnsi="Calibri"/>
        </w:rPr>
        <w:t>Preparación</w:t>
      </w:r>
    </w:p>
    <w:p w14:paraId="13F149DB" w14:textId="77777777" w:rsidR="003F3865" w:rsidRDefault="00D45C79">
      <w:r>
        <w:t>Colocar un espejo infantil seguro en la asamblea y preparar dos o tres espacios. Imprimir la ficha en color. Tener ceras gruesas disponibles y evitar modelos de figura humana antes del autorretrato.</w:t>
      </w:r>
    </w:p>
    <w:p w14:paraId="2AAB0CA9" w14:textId="77777777" w:rsidR="003F3865" w:rsidRDefault="00D45C79">
      <w:pPr>
        <w:pStyle w:val="Ttulo2"/>
      </w:pPr>
      <w:r>
        <w:rPr>
          <w:rFonts w:ascii="Calibri" w:hAnsi="Calibri"/>
        </w:rPr>
        <w:t>Desarrollo orientativo</w:t>
      </w:r>
    </w:p>
    <w:p w14:paraId="7F116869" w14:textId="77777777" w:rsidR="003F3865" w:rsidRDefault="00D45C79">
      <w:pPr>
        <w:keepNext/>
        <w:spacing w:before="80" w:after="60"/>
      </w:pPr>
      <w:r>
        <w:rPr>
          <w:b/>
          <w:color w:val="1F4D78"/>
          <w:sz w:val="23"/>
        </w:rPr>
        <w:t>Acogida</w:t>
      </w:r>
      <w:r>
        <w:rPr>
          <w:b/>
          <w:color w:val="687784"/>
          <w:sz w:val="20"/>
        </w:rPr>
        <w:t xml:space="preserve">  ·  5 min</w:t>
      </w:r>
    </w:p>
    <w:p w14:paraId="59DF8D1D" w14:textId="77777777" w:rsidR="003F3865" w:rsidRDefault="00D45C79">
      <w:pPr>
        <w:spacing w:after="100"/>
      </w:pPr>
      <w:r>
        <w:t>Canción breve de saludo y círculo tranquilo. Nombrar a cada niño con calidez.</w:t>
      </w:r>
    </w:p>
    <w:p w14:paraId="70356CDF" w14:textId="77777777" w:rsidR="003F3865" w:rsidRDefault="00D45C79">
      <w:pPr>
        <w:keepNext/>
        <w:spacing w:before="80" w:after="60"/>
      </w:pPr>
      <w:r>
        <w:rPr>
          <w:b/>
          <w:color w:val="1F4D78"/>
          <w:sz w:val="23"/>
        </w:rPr>
        <w:t>Juego del espejo</w:t>
      </w:r>
      <w:r>
        <w:rPr>
          <w:b/>
          <w:color w:val="687784"/>
          <w:sz w:val="20"/>
        </w:rPr>
        <w:t xml:space="preserve">  ·  8-10 min</w:t>
      </w:r>
    </w:p>
    <w:p w14:paraId="4C9E90F6" w14:textId="77777777" w:rsidR="003F3865" w:rsidRDefault="00D45C79">
      <w:pPr>
        <w:spacing w:after="100"/>
      </w:pPr>
      <w:r>
        <w:t>Pasar el espejo. Preguntar: «¿Quién aparece?», «¿Cómo te llamas?» y «¿Hay alguien exactamente igual que tú?». No convertirlo en un interrogatorio; basta con mirar y nombrar.</w:t>
      </w:r>
    </w:p>
    <w:p w14:paraId="7A2C0135" w14:textId="77777777" w:rsidR="003F3865" w:rsidRDefault="00D45C79">
      <w:pPr>
        <w:keepNext/>
        <w:spacing w:before="80" w:after="60"/>
      </w:pPr>
      <w:r>
        <w:rPr>
          <w:b/>
          <w:color w:val="1F4D78"/>
          <w:sz w:val="23"/>
        </w:rPr>
        <w:t>Mensaje religioso</w:t>
      </w:r>
      <w:r>
        <w:rPr>
          <w:b/>
          <w:color w:val="687784"/>
          <w:sz w:val="20"/>
        </w:rPr>
        <w:t xml:space="preserve">  ·  2 min</w:t>
      </w:r>
    </w:p>
    <w:p w14:paraId="05375847" w14:textId="77777777" w:rsidR="003F3865" w:rsidRDefault="00D45C79">
      <w:pPr>
        <w:spacing w:after="100"/>
      </w:pPr>
      <w:r>
        <w:t>Decir: «Dios conoce tu nombre. Te quiere como eres y se alegra de que estés aquí».</w:t>
      </w:r>
    </w:p>
    <w:p w14:paraId="37423F63" w14:textId="77777777" w:rsidR="003F3865" w:rsidRDefault="00D45C79">
      <w:pPr>
        <w:keepNext/>
        <w:spacing w:before="80" w:after="60"/>
      </w:pPr>
      <w:r>
        <w:rPr>
          <w:b/>
          <w:color w:val="1F4D78"/>
          <w:sz w:val="23"/>
        </w:rPr>
        <w:t>Oración</w:t>
      </w:r>
      <w:r>
        <w:rPr>
          <w:b/>
          <w:color w:val="687784"/>
          <w:sz w:val="20"/>
        </w:rPr>
        <w:t xml:space="preserve">  ·  1-2 min</w:t>
      </w:r>
    </w:p>
    <w:p w14:paraId="03867729" w14:textId="77777777" w:rsidR="003F3865" w:rsidRDefault="00D45C79">
      <w:pPr>
        <w:spacing w:after="100"/>
      </w:pPr>
      <w:r>
        <w:t>Repetir juntos: «Gracias, Dios, porque me quieres como soy». Puede acompañarse llevando las manos al corazón.</w:t>
      </w:r>
    </w:p>
    <w:p w14:paraId="58960A3A" w14:textId="77777777" w:rsidR="003F3865" w:rsidRDefault="00D45C79">
      <w:pPr>
        <w:keepNext/>
        <w:spacing w:before="80" w:after="60"/>
      </w:pPr>
      <w:r>
        <w:rPr>
          <w:b/>
          <w:color w:val="1F4D78"/>
          <w:sz w:val="23"/>
        </w:rPr>
        <w:lastRenderedPageBreak/>
        <w:t>Espacios Montessori</w:t>
      </w:r>
      <w:r>
        <w:rPr>
          <w:b/>
          <w:color w:val="687784"/>
          <w:sz w:val="20"/>
        </w:rPr>
        <w:t xml:space="preserve">  ·  15-20 min</w:t>
      </w:r>
    </w:p>
    <w:p w14:paraId="0F1344F7" w14:textId="77777777" w:rsidR="003F3865" w:rsidRDefault="00D45C79">
      <w:pPr>
        <w:spacing w:after="100"/>
      </w:pPr>
      <w:r>
        <w:t>Trabajar en grupos pequeños. Mantener pocos materiales para favorecer una elección tranquila y una recogida posible.</w:t>
      </w:r>
    </w:p>
    <w:tbl>
      <w:tblPr>
        <w:tblW w:w="9749" w:type="dxa"/>
        <w:tblInd w:w="120" w:type="dxa"/>
        <w:tblLayout w:type="fixed"/>
        <w:tblLook w:val="04A0" w:firstRow="1" w:lastRow="0" w:firstColumn="1" w:lastColumn="0" w:noHBand="0" w:noVBand="1"/>
      </w:tblPr>
      <w:tblGrid>
        <w:gridCol w:w="2100"/>
        <w:gridCol w:w="3550"/>
        <w:gridCol w:w="4099"/>
      </w:tblGrid>
      <w:tr w:rsidR="003F3865" w14:paraId="5F61851C" w14:textId="77777777">
        <w:trPr>
          <w:tblHeader/>
        </w:trPr>
        <w:tc>
          <w:tcPr>
            <w:tcW w:w="2100" w:type="dxa"/>
            <w:shd w:val="clear" w:color="auto" w:fill="E8EEF5"/>
            <w:tcMar>
              <w:top w:w="100" w:type="dxa"/>
              <w:left w:w="130" w:type="dxa"/>
              <w:bottom w:w="100" w:type="dxa"/>
              <w:right w:w="130" w:type="dxa"/>
            </w:tcMar>
            <w:vAlign w:val="center"/>
          </w:tcPr>
          <w:p w14:paraId="71496ECD" w14:textId="77777777" w:rsidR="003F3865" w:rsidRDefault="00D45C79">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292C9BB8" w14:textId="77777777" w:rsidR="003F3865" w:rsidRDefault="00D45C79">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2F5EB564" w14:textId="77777777" w:rsidR="003F3865" w:rsidRDefault="00D45C79">
            <w:pPr>
              <w:jc w:val="center"/>
            </w:pPr>
            <w:r>
              <w:rPr>
                <w:b/>
                <w:color w:val="1F4D78"/>
                <w:sz w:val="20"/>
              </w:rPr>
              <w:t>Propuesta</w:t>
            </w:r>
          </w:p>
        </w:tc>
      </w:tr>
      <w:tr w:rsidR="003F3865" w14:paraId="084845E1" w14:textId="77777777">
        <w:tc>
          <w:tcPr>
            <w:tcW w:w="2100" w:type="dxa"/>
            <w:tcMar>
              <w:top w:w="100" w:type="dxa"/>
              <w:left w:w="130" w:type="dxa"/>
              <w:bottom w:w="100" w:type="dxa"/>
              <w:right w:w="130" w:type="dxa"/>
            </w:tcMar>
          </w:tcPr>
          <w:p w14:paraId="3B3C5D76" w14:textId="77777777" w:rsidR="003F3865" w:rsidRDefault="00D45C79">
            <w:pPr>
              <w:spacing w:after="0"/>
            </w:pPr>
            <w:r>
              <w:rPr>
                <w:b/>
                <w:color w:val="1F4D78"/>
                <w:sz w:val="19"/>
              </w:rPr>
              <w:t>Manitas</w:t>
            </w:r>
          </w:p>
        </w:tc>
        <w:tc>
          <w:tcPr>
            <w:tcW w:w="3550" w:type="dxa"/>
            <w:tcMar>
              <w:top w:w="100" w:type="dxa"/>
              <w:left w:w="130" w:type="dxa"/>
              <w:bottom w:w="100" w:type="dxa"/>
              <w:right w:w="130" w:type="dxa"/>
            </w:tcMar>
          </w:tcPr>
          <w:p w14:paraId="15DA4CFD" w14:textId="77777777" w:rsidR="003F3865" w:rsidRDefault="00D45C79">
            <w:pPr>
              <w:spacing w:after="0"/>
            </w:pPr>
            <w:r>
              <w:rPr>
                <w:sz w:val="19"/>
              </w:rPr>
              <w:t>Piezas grandes de ojos, bocas, formas y lana.</w:t>
            </w:r>
          </w:p>
        </w:tc>
        <w:tc>
          <w:tcPr>
            <w:tcW w:w="4099" w:type="dxa"/>
            <w:tcMar>
              <w:top w:w="100" w:type="dxa"/>
              <w:left w:w="130" w:type="dxa"/>
              <w:bottom w:w="100" w:type="dxa"/>
              <w:right w:w="130" w:type="dxa"/>
            </w:tcMar>
          </w:tcPr>
          <w:p w14:paraId="72C84692" w14:textId="77777777" w:rsidR="003F3865" w:rsidRDefault="00D45C79">
            <w:pPr>
              <w:spacing w:after="0"/>
            </w:pPr>
            <w:r>
              <w:rPr>
                <w:sz w:val="19"/>
              </w:rPr>
              <w:t>Componer rostros diferentes sobre una base neutra.</w:t>
            </w:r>
          </w:p>
        </w:tc>
      </w:tr>
      <w:tr w:rsidR="003F3865" w14:paraId="1C0E6999" w14:textId="77777777">
        <w:tc>
          <w:tcPr>
            <w:tcW w:w="2100" w:type="dxa"/>
            <w:tcMar>
              <w:top w:w="100" w:type="dxa"/>
              <w:left w:w="130" w:type="dxa"/>
              <w:bottom w:w="100" w:type="dxa"/>
              <w:right w:w="130" w:type="dxa"/>
            </w:tcMar>
          </w:tcPr>
          <w:p w14:paraId="57AD7F82" w14:textId="77777777" w:rsidR="003F3865" w:rsidRDefault="00D45C79">
            <w:pPr>
              <w:spacing w:after="0"/>
            </w:pPr>
            <w:r>
              <w:rPr>
                <w:b/>
                <w:color w:val="1F4D78"/>
                <w:sz w:val="19"/>
              </w:rPr>
              <w:t>Biblioteca / calma</w:t>
            </w:r>
          </w:p>
        </w:tc>
        <w:tc>
          <w:tcPr>
            <w:tcW w:w="3550" w:type="dxa"/>
            <w:tcMar>
              <w:top w:w="100" w:type="dxa"/>
              <w:left w:w="130" w:type="dxa"/>
              <w:bottom w:w="100" w:type="dxa"/>
              <w:right w:w="130" w:type="dxa"/>
            </w:tcMar>
          </w:tcPr>
          <w:p w14:paraId="360195F7" w14:textId="77777777" w:rsidR="003F3865" w:rsidRDefault="00D45C79">
            <w:pPr>
              <w:spacing w:after="0"/>
            </w:pPr>
            <w:r>
              <w:rPr>
                <w:sz w:val="19"/>
              </w:rPr>
              <w:t>Espejos seguros y cuento de identidad o emociones.</w:t>
            </w:r>
          </w:p>
        </w:tc>
        <w:tc>
          <w:tcPr>
            <w:tcW w:w="4099" w:type="dxa"/>
            <w:tcMar>
              <w:top w:w="100" w:type="dxa"/>
              <w:left w:w="130" w:type="dxa"/>
              <w:bottom w:w="100" w:type="dxa"/>
              <w:right w:w="130" w:type="dxa"/>
            </w:tcMar>
          </w:tcPr>
          <w:p w14:paraId="75E2E23E" w14:textId="77777777" w:rsidR="003F3865" w:rsidRDefault="00D45C79">
            <w:pPr>
              <w:spacing w:after="0"/>
            </w:pPr>
            <w:r>
              <w:rPr>
                <w:sz w:val="19"/>
              </w:rPr>
              <w:t>Mirarse, reconocer gestos y compartir un cuento breve.</w:t>
            </w:r>
          </w:p>
        </w:tc>
      </w:tr>
      <w:tr w:rsidR="003F3865" w14:paraId="65B7CF46" w14:textId="77777777">
        <w:tc>
          <w:tcPr>
            <w:tcW w:w="2100" w:type="dxa"/>
            <w:tcMar>
              <w:top w:w="100" w:type="dxa"/>
              <w:left w:w="130" w:type="dxa"/>
              <w:bottom w:w="100" w:type="dxa"/>
              <w:right w:w="130" w:type="dxa"/>
            </w:tcMar>
          </w:tcPr>
          <w:p w14:paraId="6FF5DCD5" w14:textId="77777777" w:rsidR="003F3865" w:rsidRDefault="00D45C79">
            <w:pPr>
              <w:spacing w:after="0"/>
            </w:pPr>
            <w:r>
              <w:rPr>
                <w:b/>
                <w:color w:val="1F4D78"/>
                <w:sz w:val="19"/>
              </w:rPr>
              <w:t>Creativo</w:t>
            </w:r>
          </w:p>
        </w:tc>
        <w:tc>
          <w:tcPr>
            <w:tcW w:w="3550" w:type="dxa"/>
            <w:tcMar>
              <w:top w:w="100" w:type="dxa"/>
              <w:left w:w="130" w:type="dxa"/>
              <w:bottom w:w="100" w:type="dxa"/>
              <w:right w:w="130" w:type="dxa"/>
            </w:tcMar>
          </w:tcPr>
          <w:p w14:paraId="4625D7CE" w14:textId="77777777" w:rsidR="003F3865" w:rsidRDefault="00D45C79">
            <w:pPr>
              <w:spacing w:after="0"/>
            </w:pPr>
            <w:r>
              <w:rPr>
                <w:sz w:val="19"/>
              </w:rPr>
              <w:t>Plastilina y base lavable.</w:t>
            </w:r>
          </w:p>
        </w:tc>
        <w:tc>
          <w:tcPr>
            <w:tcW w:w="4099" w:type="dxa"/>
            <w:tcMar>
              <w:top w:w="100" w:type="dxa"/>
              <w:left w:w="130" w:type="dxa"/>
              <w:bottom w:w="100" w:type="dxa"/>
              <w:right w:w="130" w:type="dxa"/>
            </w:tcMar>
          </w:tcPr>
          <w:p w14:paraId="34D4E090" w14:textId="77777777" w:rsidR="003F3865" w:rsidRDefault="00D45C79">
            <w:pPr>
              <w:spacing w:after="0"/>
            </w:pPr>
            <w:r>
              <w:rPr>
                <w:sz w:val="19"/>
              </w:rPr>
              <w:t>Crear libremente una cara sin exigir semejanza.</w:t>
            </w:r>
          </w:p>
        </w:tc>
      </w:tr>
    </w:tbl>
    <w:p w14:paraId="57979DE6" w14:textId="77777777" w:rsidR="003F3865" w:rsidRDefault="00D45C79">
      <w:pPr>
        <w:keepNext/>
        <w:spacing w:before="80" w:after="60"/>
      </w:pPr>
      <w:r>
        <w:rPr>
          <w:b/>
          <w:color w:val="1F4D78"/>
          <w:sz w:val="23"/>
        </w:rPr>
        <w:t>Ficha</w:t>
      </w:r>
      <w:r>
        <w:rPr>
          <w:b/>
          <w:color w:val="687784"/>
          <w:sz w:val="20"/>
        </w:rPr>
        <w:t xml:space="preserve">  ·  10-15 min</w:t>
      </w:r>
    </w:p>
    <w:p w14:paraId="6E9168DA" w14:textId="77777777" w:rsidR="003F3865" w:rsidRDefault="00D45C79">
      <w:pPr>
        <w:spacing w:after="100"/>
      </w:pPr>
      <w:r>
        <w:t>Consigna única: «Mírate y dibújate como tú sabes». No señalar lo que falta, no completar por el niño y no pedir que copie un modelo.</w:t>
      </w:r>
    </w:p>
    <w:p w14:paraId="5B706D67" w14:textId="77777777" w:rsidR="003F3865" w:rsidRDefault="00D45C79">
      <w:pPr>
        <w:pStyle w:val="Ttulo2"/>
      </w:pPr>
      <w:r>
        <w:rPr>
          <w:rFonts w:ascii="Calibri" w:hAnsi="Calibri"/>
        </w:rPr>
        <w:t>Qué observar</w:t>
      </w:r>
    </w:p>
    <w:p w14:paraId="0321EC27" w14:textId="77777777" w:rsidR="003F3865" w:rsidRDefault="00D45C79">
      <w:r>
        <w:t>Si se reconoce en el espejo, responde a su nombre, participa en la oración, explora los materiales, realiza alguna representación propia y comienza a aceptar la rutina de recogida.</w:t>
      </w:r>
    </w:p>
    <w:tbl>
      <w:tblPr>
        <w:tblW w:w="9749" w:type="dxa"/>
        <w:tblInd w:w="120" w:type="dxa"/>
        <w:tblLayout w:type="fixed"/>
        <w:tblLook w:val="04A0" w:firstRow="1" w:lastRow="0" w:firstColumn="1" w:lastColumn="0" w:noHBand="0" w:noVBand="1"/>
      </w:tblPr>
      <w:tblGrid>
        <w:gridCol w:w="9749"/>
      </w:tblGrid>
      <w:tr w:rsidR="003F3865" w14:paraId="45068644" w14:textId="77777777">
        <w:tc>
          <w:tcPr>
            <w:tcW w:w="9749" w:type="dxa"/>
            <w:shd w:val="clear" w:color="auto" w:fill="FFF4D8"/>
            <w:tcMar>
              <w:top w:w="100" w:type="dxa"/>
              <w:left w:w="130" w:type="dxa"/>
              <w:bottom w:w="100" w:type="dxa"/>
              <w:right w:w="130" w:type="dxa"/>
            </w:tcMar>
            <w:vAlign w:val="center"/>
          </w:tcPr>
          <w:p w14:paraId="476D3E94" w14:textId="77777777" w:rsidR="003F3865" w:rsidRDefault="00D45C79">
            <w:pPr>
              <w:spacing w:after="40" w:line="288" w:lineRule="auto"/>
            </w:pPr>
            <w:r>
              <w:rPr>
                <w:b/>
                <w:color w:val="1F4D78"/>
              </w:rPr>
              <w:t xml:space="preserve">Muy importante  </w:t>
            </w:r>
            <w:r>
              <w:t>Anotar discretamente la fecha y la edad en el reverso. Este dibujo debe ser auténtico: servirá para compararlo con el autorretrato final del curso.</w:t>
            </w:r>
          </w:p>
        </w:tc>
      </w:tr>
    </w:tbl>
    <w:p w14:paraId="2659A8A9" w14:textId="77777777" w:rsidR="003F3865" w:rsidRDefault="003F3865">
      <w:pPr>
        <w:spacing w:after="40"/>
      </w:pPr>
    </w:p>
    <w:p w14:paraId="58A81995" w14:textId="77777777" w:rsidR="003F3865" w:rsidRDefault="00D45C79">
      <w:r>
        <w:br w:type="page"/>
      </w:r>
    </w:p>
    <w:p w14:paraId="43EA6031" w14:textId="77777777" w:rsidR="003F3865" w:rsidRDefault="00D45C79">
      <w:pPr>
        <w:pStyle w:val="Ttulo1"/>
      </w:pPr>
      <w:r>
        <w:rPr>
          <w:rFonts w:ascii="Calibri" w:hAnsi="Calibri"/>
        </w:rPr>
        <w:lastRenderedPageBreak/>
        <w:t>4. Semana 2 · Mi cuerpo es un regalo</w:t>
      </w:r>
    </w:p>
    <w:p w14:paraId="11790355" w14:textId="77777777" w:rsidR="003F3865" w:rsidRDefault="00D45C79">
      <w:pPr>
        <w:keepNext/>
        <w:jc w:val="center"/>
      </w:pPr>
      <w:r>
        <w:rPr>
          <w:noProof/>
        </w:rPr>
        <w:drawing>
          <wp:inline distT="0" distB="0" distL="0" distR="0" wp14:anchorId="5DD41839" wp14:editId="2CB23739">
            <wp:extent cx="5257800" cy="37203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1cc09c0b-b31d-45dd-9ee9-f3a4d66d2abd.png"/>
                    <pic:cNvPicPr/>
                  </pic:nvPicPr>
                  <pic:blipFill>
                    <a:blip r:embed="rId9"/>
                    <a:stretch>
                      <a:fillRect/>
                    </a:stretch>
                  </pic:blipFill>
                  <pic:spPr>
                    <a:xfrm>
                      <a:off x="0" y="0"/>
                      <a:ext cx="5257800" cy="3720308"/>
                    </a:xfrm>
                    <a:prstGeom prst="rect">
                      <a:avLst/>
                    </a:prstGeom>
                  </pic:spPr>
                </pic:pic>
              </a:graphicData>
            </a:graphic>
          </wp:inline>
        </w:drawing>
      </w:r>
    </w:p>
    <w:p w14:paraId="6A818AF3" w14:textId="77777777" w:rsidR="003F3865" w:rsidRDefault="00D45C79">
      <w:pPr>
        <w:keepNext/>
        <w:spacing w:after="160"/>
        <w:jc w:val="center"/>
      </w:pPr>
      <w:r>
        <w:rPr>
          <w:i/>
          <w:color w:val="687784"/>
          <w:sz w:val="19"/>
        </w:rPr>
        <w:t>Ficha 2 · Cara, pelo y huellas realizados por el niño</w:t>
      </w:r>
    </w:p>
    <w:tbl>
      <w:tblPr>
        <w:tblW w:w="9749" w:type="dxa"/>
        <w:tblInd w:w="120" w:type="dxa"/>
        <w:tblLayout w:type="fixed"/>
        <w:tblLook w:val="04A0" w:firstRow="1" w:lastRow="0" w:firstColumn="1" w:lastColumn="0" w:noHBand="0" w:noVBand="1"/>
      </w:tblPr>
      <w:tblGrid>
        <w:gridCol w:w="9749"/>
      </w:tblGrid>
      <w:tr w:rsidR="003F3865" w14:paraId="078EDD14" w14:textId="77777777">
        <w:tc>
          <w:tcPr>
            <w:tcW w:w="9749" w:type="dxa"/>
            <w:shd w:val="clear" w:color="auto" w:fill="EAF4EE"/>
            <w:tcMar>
              <w:top w:w="100" w:type="dxa"/>
              <w:left w:w="130" w:type="dxa"/>
              <w:bottom w:w="100" w:type="dxa"/>
              <w:right w:w="130" w:type="dxa"/>
            </w:tcMar>
            <w:vAlign w:val="center"/>
          </w:tcPr>
          <w:p w14:paraId="06BC7987" w14:textId="77777777" w:rsidR="003F3865" w:rsidRDefault="00D45C79">
            <w:pPr>
              <w:spacing w:after="40" w:line="288" w:lineRule="auto"/>
            </w:pPr>
            <w:r>
              <w:rPr>
                <w:b/>
                <w:color w:val="1F4D78"/>
              </w:rPr>
              <w:t xml:space="preserve">Aprendizaje  </w:t>
            </w:r>
            <w:r>
              <w:t>Descubrimos nuestro cuerpo, lo cuidamos y damos gracias a Dios por lo que podemos hacer con él.</w:t>
            </w:r>
          </w:p>
        </w:tc>
      </w:tr>
    </w:tbl>
    <w:p w14:paraId="0EC4021D" w14:textId="77777777" w:rsidR="003F3865" w:rsidRDefault="003F3865">
      <w:pPr>
        <w:spacing w:after="40"/>
      </w:pPr>
    </w:p>
    <w:p w14:paraId="1091CEB5" w14:textId="77777777" w:rsidR="003F3865" w:rsidRDefault="00D45C79">
      <w:pPr>
        <w:pStyle w:val="Ttulo2"/>
      </w:pPr>
      <w:r>
        <w:rPr>
          <w:rFonts w:ascii="Calibri" w:hAnsi="Calibri"/>
        </w:rPr>
        <w:t>Preparación</w:t>
      </w:r>
    </w:p>
    <w:p w14:paraId="44B3A3C3" w14:textId="77777777" w:rsidR="003F3865" w:rsidRDefault="00D45C79">
      <w:r>
        <w:t>Preparar música o canción corporal, un puzle sencillo del cuerpo, bloques o formas geométricas, plastilina y pintura de dedos lavable. Proteger la mesa y organizar una pequeña estación de limpieza.</w:t>
      </w:r>
    </w:p>
    <w:p w14:paraId="3A9E378C" w14:textId="77777777" w:rsidR="003F3865" w:rsidRDefault="00D45C79">
      <w:pPr>
        <w:pStyle w:val="Ttulo2"/>
      </w:pPr>
      <w:r>
        <w:rPr>
          <w:rFonts w:ascii="Calibri" w:hAnsi="Calibri"/>
        </w:rPr>
        <w:t>Desarrollo orientativo</w:t>
      </w:r>
    </w:p>
    <w:p w14:paraId="62C5C92E" w14:textId="77777777" w:rsidR="003F3865" w:rsidRDefault="00D45C79">
      <w:pPr>
        <w:keepNext/>
        <w:spacing w:before="80" w:after="60"/>
      </w:pPr>
      <w:r>
        <w:rPr>
          <w:b/>
          <w:color w:val="1F4D78"/>
          <w:sz w:val="23"/>
        </w:rPr>
        <w:t>Movimiento</w:t>
      </w:r>
      <w:r>
        <w:rPr>
          <w:b/>
          <w:color w:val="687784"/>
          <w:sz w:val="20"/>
        </w:rPr>
        <w:t xml:space="preserve">  ·  8-10 min</w:t>
      </w:r>
    </w:p>
    <w:p w14:paraId="58C3C2F3" w14:textId="77777777" w:rsidR="003F3865" w:rsidRDefault="00D45C79">
      <w:pPr>
        <w:spacing w:after="100"/>
      </w:pPr>
      <w:r>
        <w:t>Tocar cabeza, manos, pies, ojos y otras partes mientras se canta. Probar acciones: saltar, aplaudir, mirar, escuchar y abrazar.</w:t>
      </w:r>
    </w:p>
    <w:p w14:paraId="691ACAED" w14:textId="77777777" w:rsidR="003F3865" w:rsidRDefault="00D45C79">
      <w:pPr>
        <w:keepNext/>
        <w:spacing w:before="80" w:after="60"/>
      </w:pPr>
      <w:r>
        <w:rPr>
          <w:b/>
          <w:color w:val="1F4D78"/>
          <w:sz w:val="23"/>
        </w:rPr>
        <w:t>Conversación</w:t>
      </w:r>
      <w:r>
        <w:rPr>
          <w:b/>
          <w:color w:val="687784"/>
          <w:sz w:val="20"/>
        </w:rPr>
        <w:t xml:space="preserve">  ·  5 min</w:t>
      </w:r>
    </w:p>
    <w:p w14:paraId="43E7E075" w14:textId="77777777" w:rsidR="003F3865" w:rsidRDefault="00D45C79">
      <w:pPr>
        <w:spacing w:after="100"/>
      </w:pPr>
      <w:r>
        <w:t>Preguntar qué hacemos con las manos, los pies, los ojos o la boca, y cómo cuidamos nuestro cuerpo.</w:t>
      </w:r>
    </w:p>
    <w:p w14:paraId="319AB3BC" w14:textId="77777777" w:rsidR="003F3865" w:rsidRDefault="00D45C79">
      <w:pPr>
        <w:keepNext/>
        <w:spacing w:before="80" w:after="60"/>
      </w:pPr>
      <w:r>
        <w:rPr>
          <w:b/>
          <w:color w:val="1F4D78"/>
          <w:sz w:val="23"/>
        </w:rPr>
        <w:t>Mensaje religioso</w:t>
      </w:r>
      <w:r>
        <w:rPr>
          <w:b/>
          <w:color w:val="687784"/>
          <w:sz w:val="20"/>
        </w:rPr>
        <w:t xml:space="preserve">  ·  2 min</w:t>
      </w:r>
    </w:p>
    <w:p w14:paraId="16EDF4DD" w14:textId="77777777" w:rsidR="003F3865" w:rsidRDefault="00D45C79">
      <w:pPr>
        <w:spacing w:after="100"/>
      </w:pPr>
      <w:r>
        <w:t>Decir: «Dios nos ha regalado un cuerpo maravilloso. Con él podemos jugar, aprender, ayudar y querer».</w:t>
      </w:r>
    </w:p>
    <w:p w14:paraId="41D7734A" w14:textId="77777777" w:rsidR="003F3865" w:rsidRDefault="00D45C79">
      <w:pPr>
        <w:keepNext/>
        <w:spacing w:before="80" w:after="60"/>
      </w:pPr>
      <w:r>
        <w:rPr>
          <w:b/>
          <w:color w:val="1F4D78"/>
          <w:sz w:val="23"/>
        </w:rPr>
        <w:t>Oración con gestos</w:t>
      </w:r>
      <w:r>
        <w:rPr>
          <w:b/>
          <w:color w:val="687784"/>
          <w:sz w:val="20"/>
        </w:rPr>
        <w:t xml:space="preserve">  ·  2 min</w:t>
      </w:r>
    </w:p>
    <w:p w14:paraId="016EAFC9" w14:textId="77777777" w:rsidR="003F3865" w:rsidRDefault="00D45C79">
      <w:pPr>
        <w:spacing w:after="100"/>
      </w:pPr>
      <w:r>
        <w:t>«Gracias, Dios, por mis ojos, mis manos y mis pies. Ayúdame a cuidar mi cuerpo». Señalar cada parte al nombrarla.</w:t>
      </w:r>
    </w:p>
    <w:p w14:paraId="0E5A5397" w14:textId="77777777" w:rsidR="003F3865" w:rsidRDefault="00D45C79">
      <w:pPr>
        <w:keepNext/>
        <w:spacing w:before="80" w:after="60"/>
      </w:pPr>
      <w:r>
        <w:rPr>
          <w:b/>
          <w:color w:val="1F4D78"/>
          <w:sz w:val="23"/>
        </w:rPr>
        <w:lastRenderedPageBreak/>
        <w:t>Espacios Montessori</w:t>
      </w:r>
      <w:r>
        <w:rPr>
          <w:b/>
          <w:color w:val="687784"/>
          <w:sz w:val="20"/>
        </w:rPr>
        <w:t xml:space="preserve">  ·  15-20 min</w:t>
      </w:r>
    </w:p>
    <w:p w14:paraId="3A4589B8" w14:textId="77777777" w:rsidR="003F3865" w:rsidRDefault="00D45C79">
      <w:pPr>
        <w:spacing w:after="100"/>
      </w:pPr>
      <w:r>
        <w:t>Reutilizar materiales de la semana anterior y añadir el puzle corporal como novedad.</w:t>
      </w:r>
    </w:p>
    <w:tbl>
      <w:tblPr>
        <w:tblW w:w="9749" w:type="dxa"/>
        <w:tblInd w:w="120" w:type="dxa"/>
        <w:tblLayout w:type="fixed"/>
        <w:tblLook w:val="04A0" w:firstRow="1" w:lastRow="0" w:firstColumn="1" w:lastColumn="0" w:noHBand="0" w:noVBand="1"/>
      </w:tblPr>
      <w:tblGrid>
        <w:gridCol w:w="2100"/>
        <w:gridCol w:w="3550"/>
        <w:gridCol w:w="4099"/>
      </w:tblGrid>
      <w:tr w:rsidR="003F3865" w14:paraId="308D9B1F" w14:textId="77777777">
        <w:trPr>
          <w:tblHeader/>
        </w:trPr>
        <w:tc>
          <w:tcPr>
            <w:tcW w:w="2100" w:type="dxa"/>
            <w:shd w:val="clear" w:color="auto" w:fill="E8EEF5"/>
            <w:tcMar>
              <w:top w:w="100" w:type="dxa"/>
              <w:left w:w="130" w:type="dxa"/>
              <w:bottom w:w="100" w:type="dxa"/>
              <w:right w:w="130" w:type="dxa"/>
            </w:tcMar>
            <w:vAlign w:val="center"/>
          </w:tcPr>
          <w:p w14:paraId="18C13039" w14:textId="77777777" w:rsidR="003F3865" w:rsidRDefault="00D45C79">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4663CABB" w14:textId="77777777" w:rsidR="003F3865" w:rsidRDefault="00D45C79">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D654178" w14:textId="77777777" w:rsidR="003F3865" w:rsidRDefault="00D45C79">
            <w:pPr>
              <w:jc w:val="center"/>
            </w:pPr>
            <w:r>
              <w:rPr>
                <w:b/>
                <w:color w:val="1F4D78"/>
                <w:sz w:val="20"/>
              </w:rPr>
              <w:t>Propuesta</w:t>
            </w:r>
          </w:p>
        </w:tc>
      </w:tr>
      <w:tr w:rsidR="003F3865" w14:paraId="2FFAD617" w14:textId="77777777">
        <w:tc>
          <w:tcPr>
            <w:tcW w:w="2100" w:type="dxa"/>
            <w:tcMar>
              <w:top w:w="100" w:type="dxa"/>
              <w:left w:w="130" w:type="dxa"/>
              <w:bottom w:w="100" w:type="dxa"/>
              <w:right w:w="130" w:type="dxa"/>
            </w:tcMar>
          </w:tcPr>
          <w:p w14:paraId="4384B7EC" w14:textId="77777777" w:rsidR="003F3865" w:rsidRDefault="00D45C79">
            <w:pPr>
              <w:spacing w:after="0"/>
            </w:pPr>
            <w:r>
              <w:rPr>
                <w:b/>
                <w:color w:val="1F4D78"/>
                <w:sz w:val="19"/>
              </w:rPr>
              <w:t>Manitas</w:t>
            </w:r>
          </w:p>
        </w:tc>
        <w:tc>
          <w:tcPr>
            <w:tcW w:w="3550" w:type="dxa"/>
            <w:tcMar>
              <w:top w:w="100" w:type="dxa"/>
              <w:left w:w="130" w:type="dxa"/>
              <w:bottom w:w="100" w:type="dxa"/>
              <w:right w:w="130" w:type="dxa"/>
            </w:tcMar>
          </w:tcPr>
          <w:p w14:paraId="5590B366" w14:textId="77777777" w:rsidR="003F3865" w:rsidRDefault="00D45C79">
            <w:pPr>
              <w:spacing w:after="0"/>
            </w:pPr>
            <w:r>
              <w:rPr>
                <w:sz w:val="19"/>
              </w:rPr>
              <w:t>Puzle grande y sencillo del cuerpo.</w:t>
            </w:r>
          </w:p>
        </w:tc>
        <w:tc>
          <w:tcPr>
            <w:tcW w:w="4099" w:type="dxa"/>
            <w:tcMar>
              <w:top w:w="100" w:type="dxa"/>
              <w:left w:w="130" w:type="dxa"/>
              <w:bottom w:w="100" w:type="dxa"/>
              <w:right w:w="130" w:type="dxa"/>
            </w:tcMar>
          </w:tcPr>
          <w:p w14:paraId="2B3F21A7" w14:textId="77777777" w:rsidR="003F3865" w:rsidRDefault="00D45C79">
            <w:pPr>
              <w:spacing w:after="0"/>
            </w:pPr>
            <w:r>
              <w:rPr>
                <w:sz w:val="19"/>
              </w:rPr>
              <w:t>Montar, señalar y nombrar algunas partes.</w:t>
            </w:r>
          </w:p>
        </w:tc>
      </w:tr>
      <w:tr w:rsidR="003F3865" w14:paraId="4C4F2A4D" w14:textId="77777777">
        <w:tc>
          <w:tcPr>
            <w:tcW w:w="2100" w:type="dxa"/>
            <w:tcMar>
              <w:top w:w="100" w:type="dxa"/>
              <w:left w:w="130" w:type="dxa"/>
              <w:bottom w:w="100" w:type="dxa"/>
              <w:right w:w="130" w:type="dxa"/>
            </w:tcMar>
          </w:tcPr>
          <w:p w14:paraId="44F402B4" w14:textId="77777777" w:rsidR="003F3865" w:rsidRDefault="00D45C79">
            <w:pPr>
              <w:spacing w:after="0"/>
            </w:pPr>
            <w:r>
              <w:rPr>
                <w:b/>
                <w:color w:val="1F4D78"/>
                <w:sz w:val="19"/>
              </w:rPr>
              <w:t>Construcciones</w:t>
            </w:r>
          </w:p>
        </w:tc>
        <w:tc>
          <w:tcPr>
            <w:tcW w:w="3550" w:type="dxa"/>
            <w:tcMar>
              <w:top w:w="100" w:type="dxa"/>
              <w:left w:w="130" w:type="dxa"/>
              <w:bottom w:w="100" w:type="dxa"/>
              <w:right w:w="130" w:type="dxa"/>
            </w:tcMar>
          </w:tcPr>
          <w:p w14:paraId="60187EC4" w14:textId="77777777" w:rsidR="003F3865" w:rsidRDefault="00D45C79">
            <w:pPr>
              <w:spacing w:after="0"/>
            </w:pPr>
            <w:r>
              <w:rPr>
                <w:sz w:val="19"/>
              </w:rPr>
              <w:t>Bloques y formas geométricas.</w:t>
            </w:r>
          </w:p>
        </w:tc>
        <w:tc>
          <w:tcPr>
            <w:tcW w:w="4099" w:type="dxa"/>
            <w:tcMar>
              <w:top w:w="100" w:type="dxa"/>
              <w:left w:w="130" w:type="dxa"/>
              <w:bottom w:w="100" w:type="dxa"/>
              <w:right w:w="130" w:type="dxa"/>
            </w:tcMar>
          </w:tcPr>
          <w:p w14:paraId="26C41B11" w14:textId="77777777" w:rsidR="003F3865" w:rsidRDefault="00D45C79">
            <w:pPr>
              <w:spacing w:after="0"/>
            </w:pPr>
            <w:r>
              <w:rPr>
                <w:sz w:val="19"/>
              </w:rPr>
              <w:t>Formar una persona de manera libre.</w:t>
            </w:r>
          </w:p>
        </w:tc>
      </w:tr>
      <w:tr w:rsidR="003F3865" w14:paraId="19FAE533" w14:textId="77777777">
        <w:tc>
          <w:tcPr>
            <w:tcW w:w="2100" w:type="dxa"/>
            <w:tcMar>
              <w:top w:w="100" w:type="dxa"/>
              <w:left w:w="130" w:type="dxa"/>
              <w:bottom w:w="100" w:type="dxa"/>
              <w:right w:w="130" w:type="dxa"/>
            </w:tcMar>
          </w:tcPr>
          <w:p w14:paraId="14169E9F" w14:textId="77777777" w:rsidR="003F3865" w:rsidRDefault="00D45C79">
            <w:pPr>
              <w:spacing w:after="0"/>
            </w:pPr>
            <w:r>
              <w:rPr>
                <w:b/>
                <w:color w:val="1F4D78"/>
                <w:sz w:val="19"/>
              </w:rPr>
              <w:t>Teatro</w:t>
            </w:r>
          </w:p>
        </w:tc>
        <w:tc>
          <w:tcPr>
            <w:tcW w:w="3550" w:type="dxa"/>
            <w:tcMar>
              <w:top w:w="100" w:type="dxa"/>
              <w:left w:w="130" w:type="dxa"/>
              <w:bottom w:w="100" w:type="dxa"/>
              <w:right w:w="130" w:type="dxa"/>
            </w:tcMar>
          </w:tcPr>
          <w:p w14:paraId="42CFFAA6" w14:textId="77777777" w:rsidR="003F3865" w:rsidRDefault="00D45C79">
            <w:pPr>
              <w:spacing w:after="0"/>
            </w:pPr>
            <w:r>
              <w:rPr>
                <w:sz w:val="19"/>
              </w:rPr>
              <w:t>Telas y tarjetas de acciones sencillas.</w:t>
            </w:r>
          </w:p>
        </w:tc>
        <w:tc>
          <w:tcPr>
            <w:tcW w:w="4099" w:type="dxa"/>
            <w:tcMar>
              <w:top w:w="100" w:type="dxa"/>
              <w:left w:w="130" w:type="dxa"/>
              <w:bottom w:w="100" w:type="dxa"/>
              <w:right w:w="130" w:type="dxa"/>
            </w:tcMar>
          </w:tcPr>
          <w:p w14:paraId="3FCF97AF" w14:textId="77777777" w:rsidR="003F3865" w:rsidRDefault="00D45C79">
            <w:pPr>
              <w:spacing w:after="0"/>
            </w:pPr>
            <w:r>
              <w:rPr>
                <w:sz w:val="19"/>
              </w:rPr>
              <w:t>Imitar acciones y adivinar qué parte usamos.</w:t>
            </w:r>
          </w:p>
        </w:tc>
      </w:tr>
      <w:tr w:rsidR="003F3865" w14:paraId="0F161EEE" w14:textId="77777777">
        <w:tc>
          <w:tcPr>
            <w:tcW w:w="2100" w:type="dxa"/>
            <w:tcMar>
              <w:top w:w="100" w:type="dxa"/>
              <w:left w:w="130" w:type="dxa"/>
              <w:bottom w:w="100" w:type="dxa"/>
              <w:right w:w="130" w:type="dxa"/>
            </w:tcMar>
          </w:tcPr>
          <w:p w14:paraId="49379A16" w14:textId="77777777" w:rsidR="003F3865" w:rsidRDefault="00D45C79">
            <w:pPr>
              <w:spacing w:after="0"/>
            </w:pPr>
            <w:r>
              <w:rPr>
                <w:b/>
                <w:color w:val="1F4D78"/>
                <w:sz w:val="19"/>
              </w:rPr>
              <w:t>Creativo</w:t>
            </w:r>
          </w:p>
        </w:tc>
        <w:tc>
          <w:tcPr>
            <w:tcW w:w="3550" w:type="dxa"/>
            <w:tcMar>
              <w:top w:w="100" w:type="dxa"/>
              <w:left w:w="130" w:type="dxa"/>
              <w:bottom w:w="100" w:type="dxa"/>
              <w:right w:w="130" w:type="dxa"/>
            </w:tcMar>
          </w:tcPr>
          <w:p w14:paraId="751F1F8C" w14:textId="77777777" w:rsidR="003F3865" w:rsidRDefault="00D45C79">
            <w:pPr>
              <w:spacing w:after="0"/>
            </w:pPr>
            <w:r>
              <w:rPr>
                <w:sz w:val="19"/>
              </w:rPr>
              <w:t>Plastilina.</w:t>
            </w:r>
          </w:p>
        </w:tc>
        <w:tc>
          <w:tcPr>
            <w:tcW w:w="4099" w:type="dxa"/>
            <w:tcMar>
              <w:top w:w="100" w:type="dxa"/>
              <w:left w:w="130" w:type="dxa"/>
              <w:bottom w:w="100" w:type="dxa"/>
              <w:right w:w="130" w:type="dxa"/>
            </w:tcMar>
          </w:tcPr>
          <w:p w14:paraId="460A2ABB" w14:textId="77777777" w:rsidR="003F3865" w:rsidRDefault="00D45C79">
            <w:pPr>
              <w:spacing w:after="0"/>
            </w:pPr>
            <w:r>
              <w:rPr>
                <w:sz w:val="19"/>
              </w:rPr>
              <w:t>Modelar una persona según sus posibilidades.</w:t>
            </w:r>
          </w:p>
        </w:tc>
      </w:tr>
    </w:tbl>
    <w:p w14:paraId="5EAD3F84" w14:textId="77777777" w:rsidR="003F3865" w:rsidRDefault="00D45C79">
      <w:pPr>
        <w:keepNext/>
        <w:spacing w:before="80" w:after="60"/>
      </w:pPr>
      <w:r>
        <w:rPr>
          <w:b/>
          <w:color w:val="1F4D78"/>
          <w:sz w:val="23"/>
        </w:rPr>
        <w:t>Ficha</w:t>
      </w:r>
      <w:r>
        <w:rPr>
          <w:b/>
          <w:color w:val="687784"/>
          <w:sz w:val="20"/>
        </w:rPr>
        <w:t xml:space="preserve">  ·  15 min</w:t>
      </w:r>
    </w:p>
    <w:p w14:paraId="376A877E" w14:textId="77777777" w:rsidR="003F3865" w:rsidRDefault="00D45C79">
      <w:pPr>
        <w:spacing w:after="100"/>
      </w:pPr>
      <w:r>
        <w:t>Dibujar cara y pelo. Después, con el dedo mojado en pintura, crear los dedos de las manos y de los pies sobre las terminaciones redondas. La maestra puede mostrar el gesto en otro papel, nunca terminar la ficha del niño.</w:t>
      </w:r>
    </w:p>
    <w:p w14:paraId="0CDCACC4" w14:textId="77777777" w:rsidR="003F3865" w:rsidRDefault="00D45C79">
      <w:pPr>
        <w:pStyle w:val="Ttulo2"/>
      </w:pPr>
      <w:r>
        <w:rPr>
          <w:rFonts w:ascii="Calibri" w:hAnsi="Calibri"/>
        </w:rPr>
        <w:t>Qué observar</w:t>
      </w:r>
    </w:p>
    <w:p w14:paraId="08DC9354" w14:textId="77777777" w:rsidR="003F3865" w:rsidRDefault="00D45C79">
      <w:r>
        <w:t>Si reconoce o nombra algunas partes, relaciona el cuerpo con acciones cotidianas, comprende alguna forma básica de cuidado, coordina el gesto de la huella y completa la figura según sus posibilidades.</w:t>
      </w:r>
    </w:p>
    <w:tbl>
      <w:tblPr>
        <w:tblW w:w="9749" w:type="dxa"/>
        <w:tblInd w:w="120" w:type="dxa"/>
        <w:tblLayout w:type="fixed"/>
        <w:tblLook w:val="04A0" w:firstRow="1" w:lastRow="0" w:firstColumn="1" w:lastColumn="0" w:noHBand="0" w:noVBand="1"/>
      </w:tblPr>
      <w:tblGrid>
        <w:gridCol w:w="9749"/>
      </w:tblGrid>
      <w:tr w:rsidR="003F3865" w14:paraId="2F36AEB7" w14:textId="77777777">
        <w:tc>
          <w:tcPr>
            <w:tcW w:w="9749" w:type="dxa"/>
            <w:shd w:val="clear" w:color="auto" w:fill="FFF4D8"/>
            <w:tcMar>
              <w:top w:w="100" w:type="dxa"/>
              <w:left w:w="130" w:type="dxa"/>
              <w:bottom w:w="100" w:type="dxa"/>
              <w:right w:w="130" w:type="dxa"/>
            </w:tcMar>
            <w:vAlign w:val="center"/>
          </w:tcPr>
          <w:p w14:paraId="110CB2DE" w14:textId="77777777" w:rsidR="003F3865" w:rsidRDefault="00D45C79">
            <w:pPr>
              <w:spacing w:after="40" w:line="288" w:lineRule="auto"/>
            </w:pPr>
            <w:r>
              <w:rPr>
                <w:b/>
                <w:color w:val="1F4D78"/>
              </w:rPr>
              <w:t xml:space="preserve">Adaptación  </w:t>
            </w:r>
            <w:r>
              <w:t>Si la pintura de dedos le produce rechazo, puede realizar los dedos con puntos de cera gruesa o con pequeños gomets. Se conserva el objetivo sin forzar una experiencia sensorial desagradable.</w:t>
            </w:r>
          </w:p>
        </w:tc>
      </w:tr>
    </w:tbl>
    <w:p w14:paraId="5FD96192" w14:textId="77777777" w:rsidR="003F3865" w:rsidRDefault="003F3865">
      <w:pPr>
        <w:spacing w:after="40"/>
      </w:pPr>
    </w:p>
    <w:p w14:paraId="3180F5A2" w14:textId="77777777" w:rsidR="003F3865" w:rsidRDefault="00D45C79">
      <w:r>
        <w:br w:type="page"/>
      </w:r>
    </w:p>
    <w:p w14:paraId="3B5C084A" w14:textId="77777777" w:rsidR="003F3865" w:rsidRDefault="00D45C79">
      <w:pPr>
        <w:pStyle w:val="Ttulo1"/>
      </w:pPr>
      <w:r>
        <w:rPr>
          <w:rFonts w:ascii="Calibri" w:hAnsi="Calibri"/>
        </w:rPr>
        <w:lastRenderedPageBreak/>
        <w:t>5. Semana 3 · Mi familia me quiere</w:t>
      </w:r>
    </w:p>
    <w:p w14:paraId="54B6E0D0" w14:textId="77777777" w:rsidR="003F3865" w:rsidRDefault="00D45C79">
      <w:pPr>
        <w:keepNext/>
        <w:jc w:val="center"/>
      </w:pPr>
      <w:r>
        <w:rPr>
          <w:noProof/>
        </w:rPr>
        <w:drawing>
          <wp:inline distT="0" distB="0" distL="0" distR="0" wp14:anchorId="4BFD4A7E" wp14:editId="4F1F93DF">
            <wp:extent cx="5257800" cy="37203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90c42969-9749-483a-8f92-0e78aff557c3.png"/>
                    <pic:cNvPicPr/>
                  </pic:nvPicPr>
                  <pic:blipFill>
                    <a:blip r:embed="rId10"/>
                    <a:stretch>
                      <a:fillRect/>
                    </a:stretch>
                  </pic:blipFill>
                  <pic:spPr>
                    <a:xfrm>
                      <a:off x="0" y="0"/>
                      <a:ext cx="5257800" cy="3720308"/>
                    </a:xfrm>
                    <a:prstGeom prst="rect">
                      <a:avLst/>
                    </a:prstGeom>
                  </pic:spPr>
                </pic:pic>
              </a:graphicData>
            </a:graphic>
          </wp:inline>
        </w:drawing>
      </w:r>
    </w:p>
    <w:p w14:paraId="06DB74EA" w14:textId="77777777" w:rsidR="003F3865" w:rsidRDefault="00D45C79">
      <w:pPr>
        <w:keepNext/>
        <w:spacing w:after="160"/>
        <w:jc w:val="center"/>
      </w:pPr>
      <w:r>
        <w:rPr>
          <w:i/>
          <w:color w:val="687784"/>
          <w:sz w:val="19"/>
        </w:rPr>
        <w:t>Ficha 3 · Representación de las personas que quieren y cuidan al niño</w:t>
      </w:r>
    </w:p>
    <w:tbl>
      <w:tblPr>
        <w:tblW w:w="9749" w:type="dxa"/>
        <w:tblInd w:w="120" w:type="dxa"/>
        <w:tblLayout w:type="fixed"/>
        <w:tblLook w:val="04A0" w:firstRow="1" w:lastRow="0" w:firstColumn="1" w:lastColumn="0" w:noHBand="0" w:noVBand="1"/>
      </w:tblPr>
      <w:tblGrid>
        <w:gridCol w:w="9749"/>
      </w:tblGrid>
      <w:tr w:rsidR="003F3865" w14:paraId="07BCD51E" w14:textId="77777777">
        <w:tc>
          <w:tcPr>
            <w:tcW w:w="9749" w:type="dxa"/>
            <w:shd w:val="clear" w:color="auto" w:fill="EAF4EE"/>
            <w:tcMar>
              <w:top w:w="100" w:type="dxa"/>
              <w:left w:w="130" w:type="dxa"/>
              <w:bottom w:w="100" w:type="dxa"/>
              <w:right w:w="130" w:type="dxa"/>
            </w:tcMar>
            <w:vAlign w:val="center"/>
          </w:tcPr>
          <w:p w14:paraId="2C20F752" w14:textId="77777777" w:rsidR="003F3865" w:rsidRDefault="00D45C79">
            <w:pPr>
              <w:spacing w:after="40" w:line="288" w:lineRule="auto"/>
            </w:pPr>
            <w:r>
              <w:rPr>
                <w:b/>
                <w:color w:val="1F4D78"/>
              </w:rPr>
              <w:t xml:space="preserve">Aprendizaje  </w:t>
            </w:r>
            <w:r>
              <w:t>La familia y las personas cercanas son un lugar de amor, cuidado y ayuda; damos gracias a Dios por ellas.</w:t>
            </w:r>
          </w:p>
        </w:tc>
      </w:tr>
    </w:tbl>
    <w:p w14:paraId="72488895" w14:textId="77777777" w:rsidR="003F3865" w:rsidRDefault="003F3865">
      <w:pPr>
        <w:spacing w:after="40"/>
      </w:pPr>
    </w:p>
    <w:p w14:paraId="63ACAE2B" w14:textId="77777777" w:rsidR="003F3865" w:rsidRDefault="00D45C79">
      <w:pPr>
        <w:pStyle w:val="Ttulo2"/>
      </w:pPr>
      <w:r>
        <w:rPr>
          <w:rFonts w:ascii="Calibri" w:hAnsi="Calibri"/>
        </w:rPr>
        <w:t>Preparación</w:t>
      </w:r>
    </w:p>
    <w:p w14:paraId="72A29324" w14:textId="77777777" w:rsidR="003F3865" w:rsidRDefault="00D45C79">
      <w:r>
        <w:t>Preparar una casita con figuras variadas, bloques, cuento sobre cuidados y pintura de dedos. No es necesario pedir fotografías familiares en este momento inicial; para algunos niños podrían intensificar la añoranza.</w:t>
      </w:r>
    </w:p>
    <w:p w14:paraId="61F3BF04" w14:textId="77777777" w:rsidR="003F3865" w:rsidRDefault="00D45C79">
      <w:pPr>
        <w:pStyle w:val="Ttulo2"/>
      </w:pPr>
      <w:r>
        <w:rPr>
          <w:rFonts w:ascii="Calibri" w:hAnsi="Calibri"/>
        </w:rPr>
        <w:t>Desarrollo orientativo</w:t>
      </w:r>
    </w:p>
    <w:p w14:paraId="5EF3EEDE" w14:textId="77777777" w:rsidR="003F3865" w:rsidRDefault="00D45C79">
      <w:pPr>
        <w:keepNext/>
        <w:spacing w:before="80" w:after="60"/>
      </w:pPr>
      <w:r>
        <w:rPr>
          <w:b/>
          <w:color w:val="1F4D78"/>
          <w:sz w:val="23"/>
        </w:rPr>
        <w:t>Entrada indirecta</w:t>
      </w:r>
      <w:r>
        <w:rPr>
          <w:b/>
          <w:color w:val="687784"/>
          <w:sz w:val="20"/>
        </w:rPr>
        <w:t xml:space="preserve">  ·  5-8 min</w:t>
      </w:r>
    </w:p>
    <w:p w14:paraId="4F1FA280" w14:textId="77777777" w:rsidR="003F3865" w:rsidRDefault="00D45C79">
      <w:pPr>
        <w:spacing w:after="100"/>
      </w:pPr>
      <w:r>
        <w:t>Comenzar jugando con la casita y las figuras. Evitar pedir de inmediato que cada niño hable públicamente de su familia.</w:t>
      </w:r>
    </w:p>
    <w:p w14:paraId="0BA9D8E7" w14:textId="77777777" w:rsidR="003F3865" w:rsidRDefault="00D45C79">
      <w:pPr>
        <w:keepNext/>
        <w:spacing w:before="80" w:after="60"/>
      </w:pPr>
      <w:r>
        <w:rPr>
          <w:b/>
          <w:color w:val="1F4D78"/>
          <w:sz w:val="23"/>
        </w:rPr>
        <w:t>Conversación</w:t>
      </w:r>
      <w:r>
        <w:rPr>
          <w:b/>
          <w:color w:val="687784"/>
          <w:sz w:val="20"/>
        </w:rPr>
        <w:t xml:space="preserve">  ·  5 min</w:t>
      </w:r>
    </w:p>
    <w:p w14:paraId="0DF2C593" w14:textId="77777777" w:rsidR="003F3865" w:rsidRDefault="00D45C79">
      <w:pPr>
        <w:spacing w:after="100"/>
      </w:pPr>
      <w:r>
        <w:t>Utilizar preguntas abiertas y voluntarias: «¿Quién te cuida?», «¿Con quién te gusta jugar?» o «¿Qué hacen las personas que te quieren cuando estás triste?».</w:t>
      </w:r>
    </w:p>
    <w:p w14:paraId="35925FF6" w14:textId="77777777" w:rsidR="003F3865" w:rsidRDefault="00D45C79">
      <w:pPr>
        <w:keepNext/>
        <w:spacing w:before="80" w:after="60"/>
      </w:pPr>
      <w:r>
        <w:rPr>
          <w:b/>
          <w:color w:val="1F4D78"/>
          <w:sz w:val="23"/>
        </w:rPr>
        <w:t>Relato cotidiano</w:t>
      </w:r>
      <w:r>
        <w:rPr>
          <w:b/>
          <w:color w:val="687784"/>
          <w:sz w:val="20"/>
        </w:rPr>
        <w:t xml:space="preserve">  ·  5 min</w:t>
      </w:r>
    </w:p>
    <w:p w14:paraId="4B7825C0" w14:textId="77777777" w:rsidR="003F3865" w:rsidRDefault="00D45C79">
      <w:pPr>
        <w:spacing w:after="100"/>
      </w:pPr>
      <w:r>
        <w:t>Contar una historia muy breve de un niño al que despiertan, preparan el desayuno, acompañan, consuelan y cuidan. Mostrar diferentes formas de cuidado sin presentar un único modelo familiar.</w:t>
      </w:r>
    </w:p>
    <w:p w14:paraId="5B4D183B" w14:textId="77777777" w:rsidR="003F3865" w:rsidRDefault="00D45C79">
      <w:pPr>
        <w:keepNext/>
        <w:spacing w:before="80" w:after="60"/>
      </w:pPr>
      <w:r>
        <w:rPr>
          <w:b/>
          <w:color w:val="1F4D78"/>
          <w:sz w:val="23"/>
        </w:rPr>
        <w:lastRenderedPageBreak/>
        <w:t>Mensaje religioso</w:t>
      </w:r>
      <w:r>
        <w:rPr>
          <w:b/>
          <w:color w:val="687784"/>
          <w:sz w:val="20"/>
        </w:rPr>
        <w:t xml:space="preserve">  ·  2 min</w:t>
      </w:r>
    </w:p>
    <w:p w14:paraId="37A77556" w14:textId="77777777" w:rsidR="003F3865" w:rsidRDefault="00D45C79">
      <w:pPr>
        <w:spacing w:after="100"/>
      </w:pPr>
      <w:r>
        <w:t>Decir: «Dios nos regala personas que nos quieren, nos cuidan y nos ayudan a crecer».</w:t>
      </w:r>
    </w:p>
    <w:p w14:paraId="2E4D3F48" w14:textId="77777777" w:rsidR="003F3865" w:rsidRDefault="00D45C79">
      <w:pPr>
        <w:keepNext/>
        <w:spacing w:before="80" w:after="60"/>
      </w:pPr>
      <w:r>
        <w:rPr>
          <w:b/>
          <w:color w:val="1F4D78"/>
          <w:sz w:val="23"/>
        </w:rPr>
        <w:t>Oración</w:t>
      </w:r>
      <w:r>
        <w:rPr>
          <w:b/>
          <w:color w:val="687784"/>
          <w:sz w:val="20"/>
        </w:rPr>
        <w:t xml:space="preserve">  ·  1-2 min</w:t>
      </w:r>
    </w:p>
    <w:p w14:paraId="64817B3B" w14:textId="77777777" w:rsidR="003F3865" w:rsidRDefault="00D45C79">
      <w:pPr>
        <w:spacing w:after="100"/>
      </w:pPr>
      <w:r>
        <w:t>«Gracias, Dios, por mi familia y por todas las personas que me quieren».</w:t>
      </w:r>
    </w:p>
    <w:p w14:paraId="56616A9D" w14:textId="77777777" w:rsidR="003F3865" w:rsidRDefault="00D45C79">
      <w:pPr>
        <w:keepNext/>
        <w:spacing w:before="80" w:after="60"/>
      </w:pPr>
      <w:r>
        <w:rPr>
          <w:b/>
          <w:color w:val="1F4D78"/>
          <w:sz w:val="23"/>
        </w:rPr>
        <w:t>Espacios Montessori</w:t>
      </w:r>
      <w:r>
        <w:rPr>
          <w:b/>
          <w:color w:val="687784"/>
          <w:sz w:val="20"/>
        </w:rPr>
        <w:t xml:space="preserve">  ·  15-20 min</w:t>
      </w:r>
    </w:p>
    <w:p w14:paraId="7243DD40" w14:textId="77777777" w:rsidR="003F3865" w:rsidRDefault="00D45C79">
      <w:pPr>
        <w:spacing w:after="100"/>
      </w:pPr>
      <w:r>
        <w:t>Mantener algunos materiales conocidos e incorporar la casita y las figuras como centro de interés.</w:t>
      </w:r>
    </w:p>
    <w:tbl>
      <w:tblPr>
        <w:tblW w:w="9749" w:type="dxa"/>
        <w:tblInd w:w="120" w:type="dxa"/>
        <w:tblLayout w:type="fixed"/>
        <w:tblLook w:val="04A0" w:firstRow="1" w:lastRow="0" w:firstColumn="1" w:lastColumn="0" w:noHBand="0" w:noVBand="1"/>
      </w:tblPr>
      <w:tblGrid>
        <w:gridCol w:w="2100"/>
        <w:gridCol w:w="3550"/>
        <w:gridCol w:w="4099"/>
      </w:tblGrid>
      <w:tr w:rsidR="003F3865" w14:paraId="032FF8CC" w14:textId="77777777">
        <w:trPr>
          <w:tblHeader/>
        </w:trPr>
        <w:tc>
          <w:tcPr>
            <w:tcW w:w="2100" w:type="dxa"/>
            <w:shd w:val="clear" w:color="auto" w:fill="E8EEF5"/>
            <w:tcMar>
              <w:top w:w="100" w:type="dxa"/>
              <w:left w:w="130" w:type="dxa"/>
              <w:bottom w:w="100" w:type="dxa"/>
              <w:right w:w="130" w:type="dxa"/>
            </w:tcMar>
            <w:vAlign w:val="center"/>
          </w:tcPr>
          <w:p w14:paraId="308BE6BF" w14:textId="77777777" w:rsidR="003F3865" w:rsidRDefault="00D45C79">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02200907" w14:textId="77777777" w:rsidR="003F3865" w:rsidRDefault="00D45C79">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22070AA4" w14:textId="77777777" w:rsidR="003F3865" w:rsidRDefault="00D45C79">
            <w:pPr>
              <w:jc w:val="center"/>
            </w:pPr>
            <w:r>
              <w:rPr>
                <w:b/>
                <w:color w:val="1F4D78"/>
                <w:sz w:val="20"/>
              </w:rPr>
              <w:t>Propuesta</w:t>
            </w:r>
          </w:p>
        </w:tc>
      </w:tr>
      <w:tr w:rsidR="003F3865" w14:paraId="61DD8729" w14:textId="77777777">
        <w:tc>
          <w:tcPr>
            <w:tcW w:w="2100" w:type="dxa"/>
            <w:tcMar>
              <w:top w:w="100" w:type="dxa"/>
              <w:left w:w="130" w:type="dxa"/>
              <w:bottom w:w="100" w:type="dxa"/>
              <w:right w:w="130" w:type="dxa"/>
            </w:tcMar>
          </w:tcPr>
          <w:p w14:paraId="62684B9A" w14:textId="77777777" w:rsidR="003F3865" w:rsidRDefault="00D45C79">
            <w:pPr>
              <w:spacing w:after="0"/>
            </w:pPr>
            <w:r>
              <w:rPr>
                <w:b/>
                <w:color w:val="1F4D78"/>
                <w:sz w:val="19"/>
              </w:rPr>
              <w:t>Minimundo</w:t>
            </w:r>
          </w:p>
        </w:tc>
        <w:tc>
          <w:tcPr>
            <w:tcW w:w="3550" w:type="dxa"/>
            <w:tcMar>
              <w:top w:w="100" w:type="dxa"/>
              <w:left w:w="130" w:type="dxa"/>
              <w:bottom w:w="100" w:type="dxa"/>
              <w:right w:w="130" w:type="dxa"/>
            </w:tcMar>
          </w:tcPr>
          <w:p w14:paraId="56293434" w14:textId="77777777" w:rsidR="003F3865" w:rsidRDefault="00D45C79">
            <w:pPr>
              <w:spacing w:after="0"/>
            </w:pPr>
            <w:r>
              <w:rPr>
                <w:sz w:val="19"/>
              </w:rPr>
              <w:t>Casita y figuras familiares variadas.</w:t>
            </w:r>
          </w:p>
        </w:tc>
        <w:tc>
          <w:tcPr>
            <w:tcW w:w="4099" w:type="dxa"/>
            <w:tcMar>
              <w:top w:w="100" w:type="dxa"/>
              <w:left w:w="130" w:type="dxa"/>
              <w:bottom w:w="100" w:type="dxa"/>
              <w:right w:w="130" w:type="dxa"/>
            </w:tcMar>
          </w:tcPr>
          <w:p w14:paraId="05C496E5" w14:textId="77777777" w:rsidR="003F3865" w:rsidRDefault="00D45C79">
            <w:pPr>
              <w:spacing w:after="0"/>
            </w:pPr>
            <w:r>
              <w:rPr>
                <w:sz w:val="19"/>
              </w:rPr>
              <w:t>Representar libremente escenas de cuidado.</w:t>
            </w:r>
          </w:p>
        </w:tc>
      </w:tr>
      <w:tr w:rsidR="003F3865" w14:paraId="66514371" w14:textId="77777777">
        <w:tc>
          <w:tcPr>
            <w:tcW w:w="2100" w:type="dxa"/>
            <w:tcMar>
              <w:top w:w="100" w:type="dxa"/>
              <w:left w:w="130" w:type="dxa"/>
              <w:bottom w:w="100" w:type="dxa"/>
              <w:right w:w="130" w:type="dxa"/>
            </w:tcMar>
          </w:tcPr>
          <w:p w14:paraId="0A972409" w14:textId="77777777" w:rsidR="003F3865" w:rsidRDefault="00D45C79">
            <w:pPr>
              <w:spacing w:after="0"/>
            </w:pPr>
            <w:r>
              <w:rPr>
                <w:b/>
                <w:color w:val="1F4D78"/>
                <w:sz w:val="19"/>
              </w:rPr>
              <w:t>Construcciones</w:t>
            </w:r>
          </w:p>
        </w:tc>
        <w:tc>
          <w:tcPr>
            <w:tcW w:w="3550" w:type="dxa"/>
            <w:tcMar>
              <w:top w:w="100" w:type="dxa"/>
              <w:left w:w="130" w:type="dxa"/>
              <w:bottom w:w="100" w:type="dxa"/>
              <w:right w:w="130" w:type="dxa"/>
            </w:tcMar>
          </w:tcPr>
          <w:p w14:paraId="634E3593" w14:textId="77777777" w:rsidR="003F3865" w:rsidRDefault="00D45C79">
            <w:pPr>
              <w:spacing w:after="0"/>
            </w:pPr>
            <w:r>
              <w:rPr>
                <w:sz w:val="19"/>
              </w:rPr>
              <w:t>Bloques y telas.</w:t>
            </w:r>
          </w:p>
        </w:tc>
        <w:tc>
          <w:tcPr>
            <w:tcW w:w="4099" w:type="dxa"/>
            <w:tcMar>
              <w:top w:w="100" w:type="dxa"/>
              <w:left w:w="130" w:type="dxa"/>
              <w:bottom w:w="100" w:type="dxa"/>
              <w:right w:w="130" w:type="dxa"/>
            </w:tcMar>
          </w:tcPr>
          <w:p w14:paraId="4A6A2D1B" w14:textId="77777777" w:rsidR="003F3865" w:rsidRDefault="00D45C79">
            <w:pPr>
              <w:spacing w:after="0"/>
            </w:pPr>
            <w:r>
              <w:rPr>
                <w:sz w:val="19"/>
              </w:rPr>
              <w:t>Construir una casa para las personas que queremos.</w:t>
            </w:r>
          </w:p>
        </w:tc>
      </w:tr>
      <w:tr w:rsidR="003F3865" w14:paraId="38D315D6" w14:textId="77777777">
        <w:tc>
          <w:tcPr>
            <w:tcW w:w="2100" w:type="dxa"/>
            <w:tcMar>
              <w:top w:w="100" w:type="dxa"/>
              <w:left w:w="130" w:type="dxa"/>
              <w:bottom w:w="100" w:type="dxa"/>
              <w:right w:w="130" w:type="dxa"/>
            </w:tcMar>
          </w:tcPr>
          <w:p w14:paraId="56952FB3" w14:textId="77777777" w:rsidR="003F3865" w:rsidRDefault="00D45C79">
            <w:pPr>
              <w:spacing w:after="0"/>
            </w:pPr>
            <w:r>
              <w:rPr>
                <w:b/>
                <w:color w:val="1F4D78"/>
                <w:sz w:val="19"/>
              </w:rPr>
              <w:t>Biblioteca</w:t>
            </w:r>
          </w:p>
        </w:tc>
        <w:tc>
          <w:tcPr>
            <w:tcW w:w="3550" w:type="dxa"/>
            <w:tcMar>
              <w:top w:w="100" w:type="dxa"/>
              <w:left w:w="130" w:type="dxa"/>
              <w:bottom w:w="100" w:type="dxa"/>
              <w:right w:w="130" w:type="dxa"/>
            </w:tcMar>
          </w:tcPr>
          <w:p w14:paraId="3453C437" w14:textId="77777777" w:rsidR="003F3865" w:rsidRDefault="00D45C79">
            <w:pPr>
              <w:spacing w:after="0"/>
            </w:pPr>
            <w:r>
              <w:rPr>
                <w:sz w:val="19"/>
              </w:rPr>
              <w:t>Cuentos sobre familias y cuidados.</w:t>
            </w:r>
          </w:p>
        </w:tc>
        <w:tc>
          <w:tcPr>
            <w:tcW w:w="4099" w:type="dxa"/>
            <w:tcMar>
              <w:top w:w="100" w:type="dxa"/>
              <w:left w:w="130" w:type="dxa"/>
              <w:bottom w:w="100" w:type="dxa"/>
              <w:right w:w="130" w:type="dxa"/>
            </w:tcMar>
          </w:tcPr>
          <w:p w14:paraId="0C9B31D3" w14:textId="77777777" w:rsidR="003F3865" w:rsidRDefault="00D45C79">
            <w:pPr>
              <w:spacing w:after="0"/>
            </w:pPr>
            <w:r>
              <w:rPr>
                <w:sz w:val="19"/>
              </w:rPr>
              <w:t>Observar diferentes realidades con naturalidad.</w:t>
            </w:r>
          </w:p>
        </w:tc>
      </w:tr>
      <w:tr w:rsidR="003F3865" w14:paraId="4CEEADE2" w14:textId="77777777">
        <w:tc>
          <w:tcPr>
            <w:tcW w:w="2100" w:type="dxa"/>
            <w:tcMar>
              <w:top w:w="100" w:type="dxa"/>
              <w:left w:w="130" w:type="dxa"/>
              <w:bottom w:w="100" w:type="dxa"/>
              <w:right w:w="130" w:type="dxa"/>
            </w:tcMar>
          </w:tcPr>
          <w:p w14:paraId="14F996B3" w14:textId="77777777" w:rsidR="003F3865" w:rsidRDefault="00D45C79">
            <w:pPr>
              <w:spacing w:after="0"/>
            </w:pPr>
            <w:r>
              <w:rPr>
                <w:b/>
                <w:color w:val="1F4D78"/>
                <w:sz w:val="19"/>
              </w:rPr>
              <w:t>Teatro</w:t>
            </w:r>
          </w:p>
        </w:tc>
        <w:tc>
          <w:tcPr>
            <w:tcW w:w="3550" w:type="dxa"/>
            <w:tcMar>
              <w:top w:w="100" w:type="dxa"/>
              <w:left w:w="130" w:type="dxa"/>
              <w:bottom w:w="100" w:type="dxa"/>
              <w:right w:w="130" w:type="dxa"/>
            </w:tcMar>
          </w:tcPr>
          <w:p w14:paraId="46171057" w14:textId="77777777" w:rsidR="003F3865" w:rsidRDefault="00D45C79">
            <w:pPr>
              <w:spacing w:after="0"/>
            </w:pPr>
            <w:r>
              <w:rPr>
                <w:sz w:val="19"/>
              </w:rPr>
              <w:t>Objetos simbólicos sencillos.</w:t>
            </w:r>
          </w:p>
        </w:tc>
        <w:tc>
          <w:tcPr>
            <w:tcW w:w="4099" w:type="dxa"/>
            <w:tcMar>
              <w:top w:w="100" w:type="dxa"/>
              <w:left w:w="130" w:type="dxa"/>
              <w:bottom w:w="100" w:type="dxa"/>
              <w:right w:w="130" w:type="dxa"/>
            </w:tcMar>
          </w:tcPr>
          <w:p w14:paraId="7DDAC619" w14:textId="77777777" w:rsidR="003F3865" w:rsidRDefault="00D45C79">
            <w:pPr>
              <w:spacing w:after="0"/>
            </w:pPr>
            <w:r>
              <w:rPr>
                <w:sz w:val="19"/>
              </w:rPr>
              <w:t>Jugar a cocinar, cuidar, acostar, ayudar o consolar.</w:t>
            </w:r>
          </w:p>
        </w:tc>
      </w:tr>
    </w:tbl>
    <w:p w14:paraId="7B919A3A" w14:textId="77777777" w:rsidR="003F3865" w:rsidRDefault="00D45C79">
      <w:pPr>
        <w:keepNext/>
        <w:spacing w:before="80" w:after="60"/>
      </w:pPr>
      <w:r>
        <w:rPr>
          <w:b/>
          <w:color w:val="1F4D78"/>
          <w:sz w:val="23"/>
        </w:rPr>
        <w:t>Ficha</w:t>
      </w:r>
      <w:r>
        <w:rPr>
          <w:b/>
          <w:color w:val="687784"/>
          <w:sz w:val="20"/>
        </w:rPr>
        <w:t xml:space="preserve">  ·  15 min</w:t>
      </w:r>
    </w:p>
    <w:p w14:paraId="1BD6AF30" w14:textId="77777777" w:rsidR="003F3865" w:rsidRDefault="00D45C79">
      <w:pPr>
        <w:spacing w:after="100"/>
      </w:pPr>
      <w:r>
        <w:t>Dibujar dentro de la casa a las personas que le quieren y le cuidan. Completar las flores mediante huellas. No corregir cuántas personas aparecen ni cómo son representadas.</w:t>
      </w:r>
    </w:p>
    <w:p w14:paraId="160B91B1" w14:textId="77777777" w:rsidR="003F3865" w:rsidRDefault="00D45C79">
      <w:pPr>
        <w:pStyle w:val="Ttulo2"/>
      </w:pPr>
      <w:r>
        <w:rPr>
          <w:rFonts w:ascii="Calibri" w:hAnsi="Calibri"/>
        </w:rPr>
        <w:t>Si aparece el llanto</w:t>
      </w:r>
    </w:p>
    <w:p w14:paraId="54E0F131" w14:textId="77777777" w:rsidR="003F3865" w:rsidRDefault="00D45C79">
      <w:r>
        <w:t>Validar sin dramatizar: «Los echas de menos porque los quieres mucho. Después volverás con ellos. Ahora estás aquí conmigo y estás cuidado». Permitir que observe, juegue o haga la ficha otro día. Nadie está obligado a contar su situación familiar delante del grupo.</w:t>
      </w:r>
    </w:p>
    <w:tbl>
      <w:tblPr>
        <w:tblW w:w="9749" w:type="dxa"/>
        <w:tblInd w:w="120" w:type="dxa"/>
        <w:tblLayout w:type="fixed"/>
        <w:tblLook w:val="04A0" w:firstRow="1" w:lastRow="0" w:firstColumn="1" w:lastColumn="0" w:noHBand="0" w:noVBand="1"/>
      </w:tblPr>
      <w:tblGrid>
        <w:gridCol w:w="9749"/>
      </w:tblGrid>
      <w:tr w:rsidR="003F3865" w14:paraId="767F28EB" w14:textId="77777777">
        <w:tc>
          <w:tcPr>
            <w:tcW w:w="9749" w:type="dxa"/>
            <w:shd w:val="clear" w:color="auto" w:fill="FFF4D8"/>
            <w:tcMar>
              <w:top w:w="100" w:type="dxa"/>
              <w:left w:w="130" w:type="dxa"/>
              <w:bottom w:w="100" w:type="dxa"/>
              <w:right w:w="130" w:type="dxa"/>
            </w:tcMar>
            <w:vAlign w:val="center"/>
          </w:tcPr>
          <w:p w14:paraId="5491BFFD" w14:textId="77777777" w:rsidR="003F3865" w:rsidRDefault="00D45C79">
            <w:pPr>
              <w:spacing w:after="40" w:line="288" w:lineRule="auto"/>
            </w:pPr>
            <w:r>
              <w:rPr>
                <w:b/>
                <w:color w:val="1F4D78"/>
              </w:rPr>
              <w:t xml:space="preserve">Flexibilidad  </w:t>
            </w:r>
            <w:r>
              <w:t>Si el grupo continúa muy sensible por la adaptación, retrasar esta semana y trabajar antes una propuesta de amistad o «Mi clase también me cuida».</w:t>
            </w:r>
          </w:p>
        </w:tc>
      </w:tr>
    </w:tbl>
    <w:p w14:paraId="0751C1AD" w14:textId="77777777" w:rsidR="003F3865" w:rsidRDefault="003F3865">
      <w:pPr>
        <w:spacing w:after="40"/>
      </w:pPr>
    </w:p>
    <w:p w14:paraId="667FB887" w14:textId="77777777" w:rsidR="003F3865" w:rsidRDefault="00D45C79">
      <w:r>
        <w:br w:type="page"/>
      </w:r>
    </w:p>
    <w:p w14:paraId="4CD6F31A" w14:textId="77777777" w:rsidR="003F3865" w:rsidRDefault="00D45C79">
      <w:pPr>
        <w:pStyle w:val="Ttulo1"/>
      </w:pPr>
      <w:r>
        <w:rPr>
          <w:rFonts w:ascii="Calibri" w:hAnsi="Calibri"/>
        </w:rPr>
        <w:lastRenderedPageBreak/>
        <w:t>6. Organización de los espacios durante el tema</w:t>
      </w:r>
    </w:p>
    <w:p w14:paraId="6D390109" w14:textId="77777777" w:rsidR="003F3865" w:rsidRDefault="00D45C79">
      <w:r>
        <w:t>No es necesario cambiar todo cada semana. La estabilidad da seguridad y permite que el niño gane autonomía; la novedad mantiene la curiosidad.</w:t>
      </w:r>
    </w:p>
    <w:tbl>
      <w:tblPr>
        <w:tblW w:w="9749" w:type="dxa"/>
        <w:tblInd w:w="120" w:type="dxa"/>
        <w:tblLayout w:type="fixed"/>
        <w:tblLook w:val="04A0" w:firstRow="1" w:lastRow="0" w:firstColumn="1" w:lastColumn="0" w:noHBand="0" w:noVBand="1"/>
      </w:tblPr>
      <w:tblGrid>
        <w:gridCol w:w="1600"/>
        <w:gridCol w:w="2450"/>
        <w:gridCol w:w="2850"/>
        <w:gridCol w:w="2849"/>
      </w:tblGrid>
      <w:tr w:rsidR="003F3865" w14:paraId="5E6C1722" w14:textId="77777777">
        <w:trPr>
          <w:tblHeader/>
        </w:trPr>
        <w:tc>
          <w:tcPr>
            <w:tcW w:w="1600" w:type="dxa"/>
            <w:shd w:val="clear" w:color="auto" w:fill="E8EEF5"/>
            <w:tcMar>
              <w:top w:w="100" w:type="dxa"/>
              <w:left w:w="130" w:type="dxa"/>
              <w:bottom w:w="100" w:type="dxa"/>
              <w:right w:w="130" w:type="dxa"/>
            </w:tcMar>
            <w:vAlign w:val="center"/>
          </w:tcPr>
          <w:p w14:paraId="3EE9B93F" w14:textId="77777777" w:rsidR="003F3865" w:rsidRDefault="00D45C79">
            <w:pPr>
              <w:jc w:val="center"/>
            </w:pPr>
            <w:r>
              <w:rPr>
                <w:b/>
                <w:color w:val="1F4D78"/>
                <w:sz w:val="19"/>
              </w:rPr>
              <w:t>Semana</w:t>
            </w:r>
          </w:p>
        </w:tc>
        <w:tc>
          <w:tcPr>
            <w:tcW w:w="2450" w:type="dxa"/>
            <w:shd w:val="clear" w:color="auto" w:fill="E8EEF5"/>
            <w:tcMar>
              <w:top w:w="100" w:type="dxa"/>
              <w:left w:w="130" w:type="dxa"/>
              <w:bottom w:w="100" w:type="dxa"/>
              <w:right w:w="130" w:type="dxa"/>
            </w:tcMar>
            <w:vAlign w:val="center"/>
          </w:tcPr>
          <w:p w14:paraId="27746CD8" w14:textId="77777777" w:rsidR="003F3865" w:rsidRDefault="00D45C79">
            <w:pPr>
              <w:jc w:val="center"/>
            </w:pPr>
            <w:r>
              <w:rPr>
                <w:b/>
                <w:color w:val="1F4D78"/>
                <w:sz w:val="19"/>
              </w:rPr>
              <w:t>Permanece</w:t>
            </w:r>
          </w:p>
        </w:tc>
        <w:tc>
          <w:tcPr>
            <w:tcW w:w="2850" w:type="dxa"/>
            <w:shd w:val="clear" w:color="auto" w:fill="E8EEF5"/>
            <w:tcMar>
              <w:top w:w="100" w:type="dxa"/>
              <w:left w:w="130" w:type="dxa"/>
              <w:bottom w:w="100" w:type="dxa"/>
              <w:right w:w="130" w:type="dxa"/>
            </w:tcMar>
            <w:vAlign w:val="center"/>
          </w:tcPr>
          <w:p w14:paraId="388074D5" w14:textId="77777777" w:rsidR="003F3865" w:rsidRDefault="00D45C79">
            <w:pPr>
              <w:jc w:val="center"/>
            </w:pPr>
            <w:r>
              <w:rPr>
                <w:b/>
                <w:color w:val="1F4D78"/>
                <w:sz w:val="19"/>
              </w:rPr>
              <w:t>Novedad</w:t>
            </w:r>
          </w:p>
        </w:tc>
        <w:tc>
          <w:tcPr>
            <w:tcW w:w="2849" w:type="dxa"/>
            <w:shd w:val="clear" w:color="auto" w:fill="E8EEF5"/>
            <w:tcMar>
              <w:top w:w="100" w:type="dxa"/>
              <w:left w:w="130" w:type="dxa"/>
              <w:bottom w:w="100" w:type="dxa"/>
              <w:right w:w="130" w:type="dxa"/>
            </w:tcMar>
            <w:vAlign w:val="center"/>
          </w:tcPr>
          <w:p w14:paraId="330EEB78" w14:textId="77777777" w:rsidR="003F3865" w:rsidRDefault="00D45C79">
            <w:pPr>
              <w:jc w:val="center"/>
            </w:pPr>
            <w:r>
              <w:rPr>
                <w:b/>
                <w:color w:val="1F4D78"/>
                <w:sz w:val="19"/>
              </w:rPr>
              <w:t>Se guarda para volver</w:t>
            </w:r>
          </w:p>
        </w:tc>
      </w:tr>
      <w:tr w:rsidR="003F3865" w14:paraId="58D8A721" w14:textId="77777777">
        <w:tc>
          <w:tcPr>
            <w:tcW w:w="1600" w:type="dxa"/>
            <w:tcMar>
              <w:top w:w="100" w:type="dxa"/>
              <w:left w:w="130" w:type="dxa"/>
              <w:bottom w:w="100" w:type="dxa"/>
              <w:right w:w="130" w:type="dxa"/>
            </w:tcMar>
          </w:tcPr>
          <w:p w14:paraId="73C06A8F" w14:textId="77777777" w:rsidR="003F3865" w:rsidRDefault="00D45C79">
            <w:pPr>
              <w:spacing w:after="0"/>
              <w:jc w:val="center"/>
            </w:pPr>
            <w:r>
              <w:rPr>
                <w:b/>
                <w:color w:val="1F4D78"/>
                <w:sz w:val="18"/>
              </w:rPr>
              <w:t>1</w:t>
            </w:r>
          </w:p>
        </w:tc>
        <w:tc>
          <w:tcPr>
            <w:tcW w:w="2450" w:type="dxa"/>
            <w:tcMar>
              <w:top w:w="100" w:type="dxa"/>
              <w:left w:w="130" w:type="dxa"/>
              <w:bottom w:w="100" w:type="dxa"/>
              <w:right w:w="130" w:type="dxa"/>
            </w:tcMar>
          </w:tcPr>
          <w:p w14:paraId="37C4EFC7" w14:textId="77777777" w:rsidR="003F3865" w:rsidRDefault="00D45C79">
            <w:pPr>
              <w:spacing w:after="0"/>
            </w:pPr>
            <w:r>
              <w:rPr>
                <w:sz w:val="18"/>
              </w:rPr>
              <w:t>Espejos, plastilina, piezas sueltas.</w:t>
            </w:r>
          </w:p>
        </w:tc>
        <w:tc>
          <w:tcPr>
            <w:tcW w:w="2850" w:type="dxa"/>
            <w:tcMar>
              <w:top w:w="100" w:type="dxa"/>
              <w:left w:w="130" w:type="dxa"/>
              <w:bottom w:w="100" w:type="dxa"/>
              <w:right w:w="130" w:type="dxa"/>
            </w:tcMar>
          </w:tcPr>
          <w:p w14:paraId="192F7AA4" w14:textId="77777777" w:rsidR="003F3865" w:rsidRDefault="00D45C79">
            <w:pPr>
              <w:spacing w:after="0"/>
            </w:pPr>
            <w:r>
              <w:rPr>
                <w:sz w:val="18"/>
              </w:rPr>
              <w:t>Materiales para componer rostros.</w:t>
            </w:r>
          </w:p>
        </w:tc>
        <w:tc>
          <w:tcPr>
            <w:tcW w:w="2849" w:type="dxa"/>
            <w:tcMar>
              <w:top w:w="100" w:type="dxa"/>
              <w:left w:w="130" w:type="dxa"/>
              <w:bottom w:w="100" w:type="dxa"/>
              <w:right w:w="130" w:type="dxa"/>
            </w:tcMar>
          </w:tcPr>
          <w:p w14:paraId="4D8094C8" w14:textId="77777777" w:rsidR="003F3865" w:rsidRDefault="00D45C79">
            <w:pPr>
              <w:spacing w:after="0"/>
            </w:pPr>
            <w:r>
              <w:rPr>
                <w:sz w:val="18"/>
              </w:rPr>
              <w:t>Espejos y piezas de cara.</w:t>
            </w:r>
          </w:p>
        </w:tc>
      </w:tr>
      <w:tr w:rsidR="003F3865" w14:paraId="7E6491CE" w14:textId="77777777">
        <w:tc>
          <w:tcPr>
            <w:tcW w:w="1600" w:type="dxa"/>
            <w:tcMar>
              <w:top w:w="100" w:type="dxa"/>
              <w:left w:w="130" w:type="dxa"/>
              <w:bottom w:w="100" w:type="dxa"/>
              <w:right w:w="130" w:type="dxa"/>
            </w:tcMar>
          </w:tcPr>
          <w:p w14:paraId="0A907B1A" w14:textId="77777777" w:rsidR="003F3865" w:rsidRDefault="00D45C79">
            <w:pPr>
              <w:spacing w:after="0"/>
              <w:jc w:val="center"/>
            </w:pPr>
            <w:r>
              <w:rPr>
                <w:b/>
                <w:color w:val="1F4D78"/>
                <w:sz w:val="18"/>
              </w:rPr>
              <w:t>2</w:t>
            </w:r>
          </w:p>
        </w:tc>
        <w:tc>
          <w:tcPr>
            <w:tcW w:w="2450" w:type="dxa"/>
            <w:tcMar>
              <w:top w:w="100" w:type="dxa"/>
              <w:left w:w="130" w:type="dxa"/>
              <w:bottom w:w="100" w:type="dxa"/>
              <w:right w:w="130" w:type="dxa"/>
            </w:tcMar>
          </w:tcPr>
          <w:p w14:paraId="63CF4D50" w14:textId="77777777" w:rsidR="003F3865" w:rsidRDefault="00D45C79">
            <w:pPr>
              <w:spacing w:after="0"/>
            </w:pPr>
            <w:r>
              <w:rPr>
                <w:sz w:val="18"/>
              </w:rPr>
              <w:t>Espejos, plastilina y bloques.</w:t>
            </w:r>
          </w:p>
        </w:tc>
        <w:tc>
          <w:tcPr>
            <w:tcW w:w="2850" w:type="dxa"/>
            <w:tcMar>
              <w:top w:w="100" w:type="dxa"/>
              <w:left w:w="130" w:type="dxa"/>
              <w:bottom w:w="100" w:type="dxa"/>
              <w:right w:w="130" w:type="dxa"/>
            </w:tcMar>
          </w:tcPr>
          <w:p w14:paraId="22D5F119" w14:textId="77777777" w:rsidR="003F3865" w:rsidRDefault="00D45C79">
            <w:pPr>
              <w:spacing w:after="0"/>
            </w:pPr>
            <w:r>
              <w:rPr>
                <w:sz w:val="18"/>
              </w:rPr>
              <w:t>Puzle corporal y juego de movimiento.</w:t>
            </w:r>
          </w:p>
        </w:tc>
        <w:tc>
          <w:tcPr>
            <w:tcW w:w="2849" w:type="dxa"/>
            <w:tcMar>
              <w:top w:w="100" w:type="dxa"/>
              <w:left w:w="130" w:type="dxa"/>
              <w:bottom w:w="100" w:type="dxa"/>
              <w:right w:w="130" w:type="dxa"/>
            </w:tcMar>
          </w:tcPr>
          <w:p w14:paraId="048F094D" w14:textId="77777777" w:rsidR="003F3865" w:rsidRDefault="00D45C79">
            <w:pPr>
              <w:spacing w:after="0"/>
            </w:pPr>
            <w:r>
              <w:rPr>
                <w:sz w:val="18"/>
              </w:rPr>
              <w:t>Puzle del cuerpo y figuras construidas.</w:t>
            </w:r>
          </w:p>
        </w:tc>
      </w:tr>
      <w:tr w:rsidR="003F3865" w14:paraId="78D57B61" w14:textId="77777777">
        <w:tc>
          <w:tcPr>
            <w:tcW w:w="1600" w:type="dxa"/>
            <w:tcMar>
              <w:top w:w="100" w:type="dxa"/>
              <w:left w:w="130" w:type="dxa"/>
              <w:bottom w:w="100" w:type="dxa"/>
              <w:right w:w="130" w:type="dxa"/>
            </w:tcMar>
          </w:tcPr>
          <w:p w14:paraId="733A8CEF" w14:textId="77777777" w:rsidR="003F3865" w:rsidRDefault="00D45C79">
            <w:pPr>
              <w:spacing w:after="0"/>
              <w:jc w:val="center"/>
            </w:pPr>
            <w:r>
              <w:rPr>
                <w:b/>
                <w:color w:val="1F4D78"/>
                <w:sz w:val="18"/>
              </w:rPr>
              <w:t>3</w:t>
            </w:r>
          </w:p>
        </w:tc>
        <w:tc>
          <w:tcPr>
            <w:tcW w:w="2450" w:type="dxa"/>
            <w:tcMar>
              <w:top w:w="100" w:type="dxa"/>
              <w:left w:w="130" w:type="dxa"/>
              <w:bottom w:w="100" w:type="dxa"/>
              <w:right w:w="130" w:type="dxa"/>
            </w:tcMar>
          </w:tcPr>
          <w:p w14:paraId="283DABD4" w14:textId="77777777" w:rsidR="003F3865" w:rsidRDefault="00D45C79">
            <w:pPr>
              <w:spacing w:after="0"/>
            </w:pPr>
            <w:r>
              <w:rPr>
                <w:sz w:val="18"/>
              </w:rPr>
              <w:t>Bloques, plastilina y cuentos.</w:t>
            </w:r>
          </w:p>
        </w:tc>
        <w:tc>
          <w:tcPr>
            <w:tcW w:w="2850" w:type="dxa"/>
            <w:tcMar>
              <w:top w:w="100" w:type="dxa"/>
              <w:left w:w="130" w:type="dxa"/>
              <w:bottom w:w="100" w:type="dxa"/>
              <w:right w:w="130" w:type="dxa"/>
            </w:tcMar>
          </w:tcPr>
          <w:p w14:paraId="60F5B95B" w14:textId="77777777" w:rsidR="003F3865" w:rsidRDefault="00D45C79">
            <w:pPr>
              <w:spacing w:after="0"/>
            </w:pPr>
            <w:r>
              <w:rPr>
                <w:sz w:val="18"/>
              </w:rPr>
              <w:t>Casita, figuras familiares y cuidados.</w:t>
            </w:r>
          </w:p>
        </w:tc>
        <w:tc>
          <w:tcPr>
            <w:tcW w:w="2849" w:type="dxa"/>
            <w:tcMar>
              <w:top w:w="100" w:type="dxa"/>
              <w:left w:w="130" w:type="dxa"/>
              <w:bottom w:w="100" w:type="dxa"/>
              <w:right w:w="130" w:type="dxa"/>
            </w:tcMar>
          </w:tcPr>
          <w:p w14:paraId="4DD4D3FD" w14:textId="77777777" w:rsidR="003F3865" w:rsidRDefault="00D45C79">
            <w:pPr>
              <w:spacing w:after="0"/>
            </w:pPr>
            <w:r>
              <w:rPr>
                <w:sz w:val="18"/>
              </w:rPr>
              <w:t>Casita y figuras para Nazaret y otros temas.</w:t>
            </w:r>
          </w:p>
        </w:tc>
      </w:tr>
    </w:tbl>
    <w:p w14:paraId="30EB3CB6" w14:textId="77777777" w:rsidR="003F3865" w:rsidRDefault="00D45C79">
      <w:pPr>
        <w:pStyle w:val="Ttulo2"/>
      </w:pPr>
      <w:r>
        <w:rPr>
          <w:rFonts w:ascii="Calibri" w:hAnsi="Calibri"/>
        </w:rPr>
        <w:t>Grupo conjunto de 3 y 4 años</w:t>
      </w:r>
    </w:p>
    <w:p w14:paraId="4B84F15A" w14:textId="77777777" w:rsidR="003F3865" w:rsidRDefault="00D45C79">
      <w:r>
        <w:t>Ambos niveles pueden compartir asamblea, mensaje religioso, oración y espacios. La diferencia se introduce en la intervención: en 3 años se prioriza explorar, nombrar e imitar; en 4 años se puede pedir relacionar, explicar una elección, ordenar una pequeña secuencia o añadir más detalles al dibujo. Las fichas del libro de 3 años no se convierten por ello en el libro de 4 años.</w:t>
      </w:r>
    </w:p>
    <w:p w14:paraId="462BDE5D" w14:textId="77777777" w:rsidR="003F3865" w:rsidRDefault="00D45C79">
      <w:pPr>
        <w:pStyle w:val="Ttulo1"/>
      </w:pPr>
      <w:r>
        <w:rPr>
          <w:rFonts w:ascii="Calibri" w:hAnsi="Calibri"/>
        </w:rPr>
        <w:t>7. Evaluación del tema</w:t>
      </w:r>
    </w:p>
    <w:p w14:paraId="1BFE795E" w14:textId="77777777" w:rsidR="003F3865" w:rsidRDefault="00D45C79">
      <w:r>
        <w:t>La evaluación es global, continua y basada en la observación. No se compara el dibujo entre niños ni se valora que resulte «bonito». Interesa el proceso, la participación, la expresión y la evolución personal.</w:t>
      </w:r>
    </w:p>
    <w:tbl>
      <w:tblPr>
        <w:tblW w:w="9749" w:type="dxa"/>
        <w:tblInd w:w="120" w:type="dxa"/>
        <w:tblLayout w:type="fixed"/>
        <w:tblLook w:val="04A0" w:firstRow="1" w:lastRow="0" w:firstColumn="1" w:lastColumn="0" w:noHBand="0" w:noVBand="1"/>
      </w:tblPr>
      <w:tblGrid>
        <w:gridCol w:w="2150"/>
        <w:gridCol w:w="7599"/>
      </w:tblGrid>
      <w:tr w:rsidR="003F3865" w14:paraId="56FB2415" w14:textId="77777777">
        <w:tc>
          <w:tcPr>
            <w:tcW w:w="2150" w:type="dxa"/>
            <w:shd w:val="clear" w:color="auto" w:fill="EAF4EE"/>
            <w:tcMar>
              <w:top w:w="100" w:type="dxa"/>
              <w:left w:w="130" w:type="dxa"/>
              <w:bottom w:w="100" w:type="dxa"/>
              <w:right w:w="130" w:type="dxa"/>
            </w:tcMar>
            <w:vAlign w:val="center"/>
          </w:tcPr>
          <w:p w14:paraId="0C82CDFD" w14:textId="77777777" w:rsidR="003F3865" w:rsidRDefault="00D45C79">
            <w:pPr>
              <w:spacing w:after="0"/>
            </w:pPr>
            <w:r>
              <w:rPr>
                <w:b/>
                <w:color w:val="1F4D78"/>
                <w:sz w:val="21"/>
              </w:rPr>
              <w:t>Identidad</w:t>
            </w:r>
          </w:p>
        </w:tc>
        <w:tc>
          <w:tcPr>
            <w:tcW w:w="7599" w:type="dxa"/>
            <w:shd w:val="clear" w:color="auto" w:fill="FFFFFF"/>
            <w:tcMar>
              <w:top w:w="100" w:type="dxa"/>
              <w:left w:w="130" w:type="dxa"/>
              <w:bottom w:w="100" w:type="dxa"/>
              <w:right w:w="130" w:type="dxa"/>
            </w:tcMar>
            <w:vAlign w:val="center"/>
          </w:tcPr>
          <w:p w14:paraId="1125174A" w14:textId="77777777" w:rsidR="003F3865" w:rsidRDefault="00D45C79">
            <w:pPr>
              <w:spacing w:after="0"/>
            </w:pPr>
            <w:r>
              <w:rPr>
                <w:sz w:val="21"/>
              </w:rPr>
              <w:t>Se reconoce, responde a su nombre y realiza una representación propia.</w:t>
            </w:r>
          </w:p>
        </w:tc>
      </w:tr>
      <w:tr w:rsidR="003F3865" w14:paraId="210782F4" w14:textId="77777777">
        <w:tc>
          <w:tcPr>
            <w:tcW w:w="2150" w:type="dxa"/>
            <w:shd w:val="clear" w:color="auto" w:fill="EAF4EE"/>
            <w:tcMar>
              <w:top w:w="100" w:type="dxa"/>
              <w:left w:w="130" w:type="dxa"/>
              <w:bottom w:w="100" w:type="dxa"/>
              <w:right w:w="130" w:type="dxa"/>
            </w:tcMar>
            <w:vAlign w:val="center"/>
          </w:tcPr>
          <w:p w14:paraId="7BA42E4A" w14:textId="77777777" w:rsidR="003F3865" w:rsidRDefault="00D45C79">
            <w:pPr>
              <w:spacing w:after="0"/>
            </w:pPr>
            <w:r>
              <w:rPr>
                <w:b/>
                <w:color w:val="1F4D78"/>
                <w:sz w:val="21"/>
              </w:rPr>
              <w:t>Cuerpo</w:t>
            </w:r>
          </w:p>
        </w:tc>
        <w:tc>
          <w:tcPr>
            <w:tcW w:w="7599" w:type="dxa"/>
            <w:shd w:val="clear" w:color="auto" w:fill="FFFFFF"/>
            <w:tcMar>
              <w:top w:w="100" w:type="dxa"/>
              <w:left w:w="130" w:type="dxa"/>
              <w:bottom w:w="100" w:type="dxa"/>
              <w:right w:w="130" w:type="dxa"/>
            </w:tcMar>
            <w:vAlign w:val="center"/>
          </w:tcPr>
          <w:p w14:paraId="6490C5F7" w14:textId="77777777" w:rsidR="003F3865" w:rsidRDefault="00D45C79">
            <w:pPr>
              <w:spacing w:after="0"/>
            </w:pPr>
            <w:r>
              <w:rPr>
                <w:sz w:val="21"/>
              </w:rPr>
              <w:t>Reconoce alguna parte, acción o hábito de cuidado.</w:t>
            </w:r>
          </w:p>
        </w:tc>
      </w:tr>
      <w:tr w:rsidR="003F3865" w14:paraId="451FAB9B" w14:textId="77777777">
        <w:tc>
          <w:tcPr>
            <w:tcW w:w="2150" w:type="dxa"/>
            <w:shd w:val="clear" w:color="auto" w:fill="EAF4EE"/>
            <w:tcMar>
              <w:top w:w="100" w:type="dxa"/>
              <w:left w:w="130" w:type="dxa"/>
              <w:bottom w:w="100" w:type="dxa"/>
              <w:right w:w="130" w:type="dxa"/>
            </w:tcMar>
            <w:vAlign w:val="center"/>
          </w:tcPr>
          <w:p w14:paraId="38378589" w14:textId="77777777" w:rsidR="003F3865" w:rsidRDefault="00D45C79">
            <w:pPr>
              <w:spacing w:after="0"/>
            </w:pPr>
            <w:r>
              <w:rPr>
                <w:b/>
                <w:color w:val="1F4D78"/>
                <w:sz w:val="21"/>
              </w:rPr>
              <w:t>Afectividad</w:t>
            </w:r>
          </w:p>
        </w:tc>
        <w:tc>
          <w:tcPr>
            <w:tcW w:w="7599" w:type="dxa"/>
            <w:shd w:val="clear" w:color="auto" w:fill="FFFFFF"/>
            <w:tcMar>
              <w:top w:w="100" w:type="dxa"/>
              <w:left w:w="130" w:type="dxa"/>
              <w:bottom w:w="100" w:type="dxa"/>
              <w:right w:w="130" w:type="dxa"/>
            </w:tcMar>
            <w:vAlign w:val="center"/>
          </w:tcPr>
          <w:p w14:paraId="450AA9C4" w14:textId="77777777" w:rsidR="003F3865" w:rsidRDefault="00D45C79">
            <w:pPr>
              <w:spacing w:after="0"/>
            </w:pPr>
            <w:r>
              <w:rPr>
                <w:sz w:val="21"/>
              </w:rPr>
              <w:t>Expresa o representa personas significativas y acciones de cuidado.</w:t>
            </w:r>
          </w:p>
        </w:tc>
      </w:tr>
      <w:tr w:rsidR="003F3865" w14:paraId="7F499EA9" w14:textId="77777777">
        <w:tc>
          <w:tcPr>
            <w:tcW w:w="2150" w:type="dxa"/>
            <w:shd w:val="clear" w:color="auto" w:fill="EAF4EE"/>
            <w:tcMar>
              <w:top w:w="100" w:type="dxa"/>
              <w:left w:w="130" w:type="dxa"/>
              <w:bottom w:w="100" w:type="dxa"/>
              <w:right w:w="130" w:type="dxa"/>
            </w:tcMar>
            <w:vAlign w:val="center"/>
          </w:tcPr>
          <w:p w14:paraId="6B072642" w14:textId="77777777" w:rsidR="003F3865" w:rsidRDefault="00D45C79">
            <w:pPr>
              <w:spacing w:after="0"/>
            </w:pPr>
            <w:r>
              <w:rPr>
                <w:b/>
                <w:color w:val="1F4D78"/>
                <w:sz w:val="21"/>
              </w:rPr>
              <w:t>Interioridad</w:t>
            </w:r>
          </w:p>
        </w:tc>
        <w:tc>
          <w:tcPr>
            <w:tcW w:w="7599" w:type="dxa"/>
            <w:shd w:val="clear" w:color="auto" w:fill="FFFFFF"/>
            <w:tcMar>
              <w:top w:w="100" w:type="dxa"/>
              <w:left w:w="130" w:type="dxa"/>
              <w:bottom w:w="100" w:type="dxa"/>
              <w:right w:w="130" w:type="dxa"/>
            </w:tcMar>
            <w:vAlign w:val="center"/>
          </w:tcPr>
          <w:p w14:paraId="0C53A0B9" w14:textId="77777777" w:rsidR="003F3865" w:rsidRDefault="00D45C79">
            <w:pPr>
              <w:spacing w:after="0"/>
            </w:pPr>
            <w:r>
              <w:rPr>
                <w:sz w:val="21"/>
              </w:rPr>
              <w:t>Participa, a su manera, en un momento breve de calma u oración.</w:t>
            </w:r>
          </w:p>
        </w:tc>
      </w:tr>
      <w:tr w:rsidR="003F3865" w14:paraId="0853A36D" w14:textId="77777777">
        <w:tc>
          <w:tcPr>
            <w:tcW w:w="2150" w:type="dxa"/>
            <w:shd w:val="clear" w:color="auto" w:fill="EAF4EE"/>
            <w:tcMar>
              <w:top w:w="100" w:type="dxa"/>
              <w:left w:w="130" w:type="dxa"/>
              <w:bottom w:w="100" w:type="dxa"/>
              <w:right w:w="130" w:type="dxa"/>
            </w:tcMar>
            <w:vAlign w:val="center"/>
          </w:tcPr>
          <w:p w14:paraId="4658C835" w14:textId="77777777" w:rsidR="003F3865" w:rsidRDefault="00D45C79">
            <w:pPr>
              <w:spacing w:after="0"/>
            </w:pPr>
            <w:r>
              <w:rPr>
                <w:b/>
                <w:color w:val="1F4D78"/>
                <w:sz w:val="21"/>
              </w:rPr>
              <w:t>Autonomía</w:t>
            </w:r>
          </w:p>
        </w:tc>
        <w:tc>
          <w:tcPr>
            <w:tcW w:w="7599" w:type="dxa"/>
            <w:shd w:val="clear" w:color="auto" w:fill="FFFFFF"/>
            <w:tcMar>
              <w:top w:w="100" w:type="dxa"/>
              <w:left w:w="130" w:type="dxa"/>
              <w:bottom w:w="100" w:type="dxa"/>
              <w:right w:w="130" w:type="dxa"/>
            </w:tcMar>
            <w:vAlign w:val="center"/>
          </w:tcPr>
          <w:p w14:paraId="57057B2F" w14:textId="77777777" w:rsidR="003F3865" w:rsidRDefault="00D45C79">
            <w:pPr>
              <w:spacing w:after="0"/>
            </w:pPr>
            <w:r>
              <w:rPr>
                <w:sz w:val="21"/>
              </w:rPr>
              <w:t>Elige un espacio, utiliza materiales y comienza a colaborar en la recogida.</w:t>
            </w:r>
          </w:p>
        </w:tc>
      </w:tr>
      <w:tr w:rsidR="003F3865" w14:paraId="57F0C924" w14:textId="77777777">
        <w:tc>
          <w:tcPr>
            <w:tcW w:w="2150" w:type="dxa"/>
            <w:shd w:val="clear" w:color="auto" w:fill="EAF4EE"/>
            <w:tcMar>
              <w:top w:w="100" w:type="dxa"/>
              <w:left w:w="130" w:type="dxa"/>
              <w:bottom w:w="100" w:type="dxa"/>
              <w:right w:w="130" w:type="dxa"/>
            </w:tcMar>
            <w:vAlign w:val="center"/>
          </w:tcPr>
          <w:p w14:paraId="0BB14EEA" w14:textId="77777777" w:rsidR="003F3865" w:rsidRDefault="00D45C79">
            <w:pPr>
              <w:spacing w:after="0"/>
            </w:pPr>
            <w:r>
              <w:rPr>
                <w:b/>
                <w:color w:val="1F4D78"/>
                <w:sz w:val="21"/>
              </w:rPr>
              <w:t>Expresión</w:t>
            </w:r>
          </w:p>
        </w:tc>
        <w:tc>
          <w:tcPr>
            <w:tcW w:w="7599" w:type="dxa"/>
            <w:shd w:val="clear" w:color="auto" w:fill="FFFFFF"/>
            <w:tcMar>
              <w:top w:w="100" w:type="dxa"/>
              <w:left w:w="130" w:type="dxa"/>
              <w:bottom w:w="100" w:type="dxa"/>
              <w:right w:w="130" w:type="dxa"/>
            </w:tcMar>
            <w:vAlign w:val="center"/>
          </w:tcPr>
          <w:p w14:paraId="2C2D10F8" w14:textId="77777777" w:rsidR="003F3865" w:rsidRDefault="00D45C79">
            <w:pPr>
              <w:spacing w:after="0"/>
            </w:pPr>
            <w:r>
              <w:rPr>
                <w:sz w:val="21"/>
              </w:rPr>
              <w:t>Dibuja, modela, compone o deja huellas según sus posibilidades.</w:t>
            </w:r>
          </w:p>
        </w:tc>
      </w:tr>
    </w:tbl>
    <w:p w14:paraId="4B615C1E" w14:textId="77777777" w:rsidR="003F3865" w:rsidRDefault="00D45C79">
      <w:pPr>
        <w:pStyle w:val="Ttulo2"/>
      </w:pPr>
      <w:r>
        <w:rPr>
          <w:rFonts w:ascii="Calibri" w:hAnsi="Calibri"/>
        </w:rPr>
        <w:t>Cierre del tema</w:t>
      </w:r>
    </w:p>
    <w:p w14:paraId="7117D645" w14:textId="77777777" w:rsidR="003F3865" w:rsidRDefault="00D45C79">
      <w:r>
        <w:t>Reunir las tres fichas y observar la secuencia: «Así soy», «Este es mi cuerpo» y «Estas son las personas que me quieren». Celebrar cada producción sin corregirla. Guardar el primer autorretrato con su fecha para la comparación final del curso.</w:t>
      </w:r>
    </w:p>
    <w:p w14:paraId="3A83FA12" w14:textId="77777777" w:rsidR="003F3865" w:rsidRDefault="00D45C79">
      <w:r>
        <w:br w:type="page"/>
      </w:r>
    </w:p>
    <w:p w14:paraId="741D58AE" w14:textId="77777777" w:rsidR="003F3865" w:rsidRDefault="00D45C79">
      <w:pPr>
        <w:pStyle w:val="Ttulo1"/>
      </w:pPr>
      <w:r>
        <w:rPr>
          <w:rFonts w:ascii="Calibri" w:hAnsi="Calibri"/>
        </w:rPr>
        <w:lastRenderedPageBreak/>
        <w:t>Registro breve de observación</w:t>
      </w:r>
    </w:p>
    <w:p w14:paraId="24E00ABE" w14:textId="77777777" w:rsidR="003F3865" w:rsidRDefault="00D45C79">
      <w:r>
        <w:t>Marcar con una fecha, una palabra breve o un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200"/>
        <w:gridCol w:w="1000"/>
        <w:gridCol w:w="1000"/>
        <w:gridCol w:w="1000"/>
        <w:gridCol w:w="1000"/>
        <w:gridCol w:w="1000"/>
        <w:gridCol w:w="2549"/>
      </w:tblGrid>
      <w:tr w:rsidR="003F3865" w14:paraId="3148A7D5" w14:textId="77777777">
        <w:trPr>
          <w:tblHeader/>
        </w:trPr>
        <w:tc>
          <w:tcPr>
            <w:tcW w:w="2200" w:type="dxa"/>
            <w:shd w:val="clear" w:color="auto" w:fill="E8EEF5"/>
            <w:tcMar>
              <w:top w:w="100" w:type="dxa"/>
              <w:left w:w="130" w:type="dxa"/>
              <w:bottom w:w="100" w:type="dxa"/>
              <w:right w:w="130" w:type="dxa"/>
            </w:tcMar>
            <w:vAlign w:val="center"/>
          </w:tcPr>
          <w:p w14:paraId="4208D47E" w14:textId="77777777" w:rsidR="003F3865" w:rsidRDefault="00D45C79">
            <w:pPr>
              <w:jc w:val="center"/>
            </w:pPr>
            <w:r>
              <w:rPr>
                <w:b/>
                <w:color w:val="1F4D78"/>
                <w:sz w:val="16"/>
              </w:rPr>
              <w:t>Alumno/a</w:t>
            </w:r>
          </w:p>
        </w:tc>
        <w:tc>
          <w:tcPr>
            <w:tcW w:w="1000" w:type="dxa"/>
            <w:shd w:val="clear" w:color="auto" w:fill="E8EEF5"/>
            <w:tcMar>
              <w:top w:w="100" w:type="dxa"/>
              <w:left w:w="130" w:type="dxa"/>
              <w:bottom w:w="100" w:type="dxa"/>
              <w:right w:w="130" w:type="dxa"/>
            </w:tcMar>
            <w:vAlign w:val="center"/>
          </w:tcPr>
          <w:p w14:paraId="67CCCBD3" w14:textId="77777777" w:rsidR="003F3865" w:rsidRDefault="00D45C79">
            <w:pPr>
              <w:jc w:val="center"/>
            </w:pPr>
            <w:r>
              <w:rPr>
                <w:b/>
                <w:color w:val="1F4D78"/>
                <w:sz w:val="16"/>
              </w:rPr>
              <w:t>Reconoce</w:t>
            </w:r>
          </w:p>
        </w:tc>
        <w:tc>
          <w:tcPr>
            <w:tcW w:w="1000" w:type="dxa"/>
            <w:shd w:val="clear" w:color="auto" w:fill="E8EEF5"/>
            <w:tcMar>
              <w:top w:w="100" w:type="dxa"/>
              <w:left w:w="130" w:type="dxa"/>
              <w:bottom w:w="100" w:type="dxa"/>
              <w:right w:w="130" w:type="dxa"/>
            </w:tcMar>
            <w:vAlign w:val="center"/>
          </w:tcPr>
          <w:p w14:paraId="36B446A1" w14:textId="77777777" w:rsidR="003F3865" w:rsidRDefault="00D45C79">
            <w:pPr>
              <w:jc w:val="center"/>
            </w:pPr>
            <w:r>
              <w:rPr>
                <w:b/>
                <w:color w:val="1F4D78"/>
                <w:sz w:val="16"/>
              </w:rPr>
              <w:t>Explora</w:t>
            </w:r>
          </w:p>
        </w:tc>
        <w:tc>
          <w:tcPr>
            <w:tcW w:w="1000" w:type="dxa"/>
            <w:shd w:val="clear" w:color="auto" w:fill="E8EEF5"/>
            <w:tcMar>
              <w:top w:w="100" w:type="dxa"/>
              <w:left w:w="130" w:type="dxa"/>
              <w:bottom w:w="100" w:type="dxa"/>
              <w:right w:w="130" w:type="dxa"/>
            </w:tcMar>
            <w:vAlign w:val="center"/>
          </w:tcPr>
          <w:p w14:paraId="3D065452" w14:textId="77777777" w:rsidR="003F3865" w:rsidRDefault="00D45C79">
            <w:pPr>
              <w:jc w:val="center"/>
            </w:pPr>
            <w:r>
              <w:rPr>
                <w:b/>
                <w:color w:val="1F4D78"/>
                <w:sz w:val="16"/>
              </w:rPr>
              <w:t>Expresa</w:t>
            </w:r>
          </w:p>
        </w:tc>
        <w:tc>
          <w:tcPr>
            <w:tcW w:w="1000" w:type="dxa"/>
            <w:shd w:val="clear" w:color="auto" w:fill="E8EEF5"/>
            <w:tcMar>
              <w:top w:w="100" w:type="dxa"/>
              <w:left w:w="130" w:type="dxa"/>
              <w:bottom w:w="100" w:type="dxa"/>
              <w:right w:w="130" w:type="dxa"/>
            </w:tcMar>
            <w:vAlign w:val="center"/>
          </w:tcPr>
          <w:p w14:paraId="36DDB2B8" w14:textId="77777777" w:rsidR="003F3865" w:rsidRDefault="00D45C79">
            <w:pPr>
              <w:jc w:val="center"/>
            </w:pPr>
            <w:r>
              <w:rPr>
                <w:b/>
                <w:color w:val="1F4D78"/>
                <w:sz w:val="16"/>
              </w:rPr>
              <w:t>Participa</w:t>
            </w:r>
          </w:p>
        </w:tc>
        <w:tc>
          <w:tcPr>
            <w:tcW w:w="1000" w:type="dxa"/>
            <w:shd w:val="clear" w:color="auto" w:fill="E8EEF5"/>
            <w:tcMar>
              <w:top w:w="100" w:type="dxa"/>
              <w:left w:w="130" w:type="dxa"/>
              <w:bottom w:w="100" w:type="dxa"/>
              <w:right w:w="130" w:type="dxa"/>
            </w:tcMar>
            <w:vAlign w:val="center"/>
          </w:tcPr>
          <w:p w14:paraId="721E0A04" w14:textId="77777777" w:rsidR="003F3865" w:rsidRDefault="00D45C79">
            <w:pPr>
              <w:jc w:val="center"/>
            </w:pPr>
            <w:r>
              <w:rPr>
                <w:b/>
                <w:color w:val="1F4D78"/>
                <w:sz w:val="16"/>
              </w:rPr>
              <w:t>Recoge</w:t>
            </w:r>
          </w:p>
        </w:tc>
        <w:tc>
          <w:tcPr>
            <w:tcW w:w="2549" w:type="dxa"/>
            <w:shd w:val="clear" w:color="auto" w:fill="E8EEF5"/>
            <w:tcMar>
              <w:top w:w="100" w:type="dxa"/>
              <w:left w:w="130" w:type="dxa"/>
              <w:bottom w:w="100" w:type="dxa"/>
              <w:right w:w="130" w:type="dxa"/>
            </w:tcMar>
            <w:vAlign w:val="center"/>
          </w:tcPr>
          <w:p w14:paraId="05733F1B" w14:textId="77777777" w:rsidR="003F3865" w:rsidRDefault="00D45C79">
            <w:pPr>
              <w:jc w:val="center"/>
            </w:pPr>
            <w:r>
              <w:rPr>
                <w:b/>
                <w:color w:val="1F4D78"/>
                <w:sz w:val="16"/>
              </w:rPr>
              <w:t>Observaciones</w:t>
            </w:r>
          </w:p>
        </w:tc>
      </w:tr>
      <w:tr w:rsidR="003F3865" w14:paraId="02E1D961" w14:textId="77777777">
        <w:tc>
          <w:tcPr>
            <w:tcW w:w="2200" w:type="dxa"/>
            <w:tcMar>
              <w:top w:w="100" w:type="dxa"/>
              <w:left w:w="130" w:type="dxa"/>
              <w:bottom w:w="100" w:type="dxa"/>
              <w:right w:w="130" w:type="dxa"/>
            </w:tcMar>
          </w:tcPr>
          <w:p w14:paraId="4B5B529F" w14:textId="77777777" w:rsidR="003F3865" w:rsidRDefault="003F3865">
            <w:pPr>
              <w:spacing w:after="480"/>
            </w:pPr>
          </w:p>
        </w:tc>
        <w:tc>
          <w:tcPr>
            <w:tcW w:w="1000" w:type="dxa"/>
            <w:tcMar>
              <w:top w:w="100" w:type="dxa"/>
              <w:left w:w="130" w:type="dxa"/>
              <w:bottom w:w="100" w:type="dxa"/>
              <w:right w:w="130" w:type="dxa"/>
            </w:tcMar>
          </w:tcPr>
          <w:p w14:paraId="097D791A" w14:textId="77777777" w:rsidR="003F3865" w:rsidRDefault="003F3865">
            <w:pPr>
              <w:spacing w:after="480"/>
            </w:pPr>
          </w:p>
        </w:tc>
        <w:tc>
          <w:tcPr>
            <w:tcW w:w="1000" w:type="dxa"/>
            <w:tcMar>
              <w:top w:w="100" w:type="dxa"/>
              <w:left w:w="130" w:type="dxa"/>
              <w:bottom w:w="100" w:type="dxa"/>
              <w:right w:w="130" w:type="dxa"/>
            </w:tcMar>
          </w:tcPr>
          <w:p w14:paraId="2D9B9E08" w14:textId="77777777" w:rsidR="003F3865" w:rsidRDefault="003F3865">
            <w:pPr>
              <w:spacing w:after="480"/>
            </w:pPr>
          </w:p>
        </w:tc>
        <w:tc>
          <w:tcPr>
            <w:tcW w:w="1000" w:type="dxa"/>
            <w:tcMar>
              <w:top w:w="100" w:type="dxa"/>
              <w:left w:w="130" w:type="dxa"/>
              <w:bottom w:w="100" w:type="dxa"/>
              <w:right w:w="130" w:type="dxa"/>
            </w:tcMar>
          </w:tcPr>
          <w:p w14:paraId="460A6C9A" w14:textId="77777777" w:rsidR="003F3865" w:rsidRDefault="003F3865">
            <w:pPr>
              <w:spacing w:after="480"/>
            </w:pPr>
          </w:p>
        </w:tc>
        <w:tc>
          <w:tcPr>
            <w:tcW w:w="1000" w:type="dxa"/>
            <w:tcMar>
              <w:top w:w="100" w:type="dxa"/>
              <w:left w:w="130" w:type="dxa"/>
              <w:bottom w:w="100" w:type="dxa"/>
              <w:right w:w="130" w:type="dxa"/>
            </w:tcMar>
          </w:tcPr>
          <w:p w14:paraId="18F525AA" w14:textId="77777777" w:rsidR="003F3865" w:rsidRDefault="003F3865">
            <w:pPr>
              <w:spacing w:after="480"/>
            </w:pPr>
          </w:p>
        </w:tc>
        <w:tc>
          <w:tcPr>
            <w:tcW w:w="1000" w:type="dxa"/>
            <w:tcMar>
              <w:top w:w="100" w:type="dxa"/>
              <w:left w:w="130" w:type="dxa"/>
              <w:bottom w:w="100" w:type="dxa"/>
              <w:right w:w="130" w:type="dxa"/>
            </w:tcMar>
          </w:tcPr>
          <w:p w14:paraId="0FB2BCCF" w14:textId="77777777" w:rsidR="003F3865" w:rsidRDefault="003F3865">
            <w:pPr>
              <w:spacing w:after="480"/>
            </w:pPr>
          </w:p>
        </w:tc>
        <w:tc>
          <w:tcPr>
            <w:tcW w:w="2549" w:type="dxa"/>
            <w:tcMar>
              <w:top w:w="100" w:type="dxa"/>
              <w:left w:w="130" w:type="dxa"/>
              <w:bottom w:w="100" w:type="dxa"/>
              <w:right w:w="130" w:type="dxa"/>
            </w:tcMar>
          </w:tcPr>
          <w:p w14:paraId="570200B4" w14:textId="77777777" w:rsidR="003F3865" w:rsidRDefault="003F3865">
            <w:pPr>
              <w:spacing w:after="480"/>
            </w:pPr>
          </w:p>
        </w:tc>
      </w:tr>
      <w:tr w:rsidR="003F3865" w14:paraId="7D313C3A" w14:textId="77777777">
        <w:tc>
          <w:tcPr>
            <w:tcW w:w="2200" w:type="dxa"/>
            <w:tcMar>
              <w:top w:w="100" w:type="dxa"/>
              <w:left w:w="130" w:type="dxa"/>
              <w:bottom w:w="100" w:type="dxa"/>
              <w:right w:w="130" w:type="dxa"/>
            </w:tcMar>
          </w:tcPr>
          <w:p w14:paraId="2D5D0581" w14:textId="77777777" w:rsidR="003F3865" w:rsidRDefault="003F3865">
            <w:pPr>
              <w:spacing w:after="480"/>
            </w:pPr>
          </w:p>
        </w:tc>
        <w:tc>
          <w:tcPr>
            <w:tcW w:w="1000" w:type="dxa"/>
            <w:tcMar>
              <w:top w:w="100" w:type="dxa"/>
              <w:left w:w="130" w:type="dxa"/>
              <w:bottom w:w="100" w:type="dxa"/>
              <w:right w:w="130" w:type="dxa"/>
            </w:tcMar>
          </w:tcPr>
          <w:p w14:paraId="64A8E03C" w14:textId="77777777" w:rsidR="003F3865" w:rsidRDefault="003F3865">
            <w:pPr>
              <w:spacing w:after="480"/>
            </w:pPr>
          </w:p>
        </w:tc>
        <w:tc>
          <w:tcPr>
            <w:tcW w:w="1000" w:type="dxa"/>
            <w:tcMar>
              <w:top w:w="100" w:type="dxa"/>
              <w:left w:w="130" w:type="dxa"/>
              <w:bottom w:w="100" w:type="dxa"/>
              <w:right w:w="130" w:type="dxa"/>
            </w:tcMar>
          </w:tcPr>
          <w:p w14:paraId="3DAF3B62" w14:textId="77777777" w:rsidR="003F3865" w:rsidRDefault="003F3865">
            <w:pPr>
              <w:spacing w:after="480"/>
            </w:pPr>
          </w:p>
        </w:tc>
        <w:tc>
          <w:tcPr>
            <w:tcW w:w="1000" w:type="dxa"/>
            <w:tcMar>
              <w:top w:w="100" w:type="dxa"/>
              <w:left w:w="130" w:type="dxa"/>
              <w:bottom w:w="100" w:type="dxa"/>
              <w:right w:w="130" w:type="dxa"/>
            </w:tcMar>
          </w:tcPr>
          <w:p w14:paraId="0685F36D" w14:textId="77777777" w:rsidR="003F3865" w:rsidRDefault="003F3865">
            <w:pPr>
              <w:spacing w:after="480"/>
            </w:pPr>
          </w:p>
        </w:tc>
        <w:tc>
          <w:tcPr>
            <w:tcW w:w="1000" w:type="dxa"/>
            <w:tcMar>
              <w:top w:w="100" w:type="dxa"/>
              <w:left w:w="130" w:type="dxa"/>
              <w:bottom w:w="100" w:type="dxa"/>
              <w:right w:w="130" w:type="dxa"/>
            </w:tcMar>
          </w:tcPr>
          <w:p w14:paraId="5BD84163" w14:textId="77777777" w:rsidR="003F3865" w:rsidRDefault="003F3865">
            <w:pPr>
              <w:spacing w:after="480"/>
            </w:pPr>
          </w:p>
        </w:tc>
        <w:tc>
          <w:tcPr>
            <w:tcW w:w="1000" w:type="dxa"/>
            <w:tcMar>
              <w:top w:w="100" w:type="dxa"/>
              <w:left w:w="130" w:type="dxa"/>
              <w:bottom w:w="100" w:type="dxa"/>
              <w:right w:w="130" w:type="dxa"/>
            </w:tcMar>
          </w:tcPr>
          <w:p w14:paraId="125153ED" w14:textId="77777777" w:rsidR="003F3865" w:rsidRDefault="003F3865">
            <w:pPr>
              <w:spacing w:after="480"/>
            </w:pPr>
          </w:p>
        </w:tc>
        <w:tc>
          <w:tcPr>
            <w:tcW w:w="2549" w:type="dxa"/>
            <w:tcMar>
              <w:top w:w="100" w:type="dxa"/>
              <w:left w:w="130" w:type="dxa"/>
              <w:bottom w:w="100" w:type="dxa"/>
              <w:right w:w="130" w:type="dxa"/>
            </w:tcMar>
          </w:tcPr>
          <w:p w14:paraId="550D6039" w14:textId="77777777" w:rsidR="003F3865" w:rsidRDefault="003F3865">
            <w:pPr>
              <w:spacing w:after="480"/>
            </w:pPr>
          </w:p>
        </w:tc>
      </w:tr>
      <w:tr w:rsidR="003F3865" w14:paraId="6F561D10" w14:textId="77777777">
        <w:tc>
          <w:tcPr>
            <w:tcW w:w="2200" w:type="dxa"/>
            <w:tcMar>
              <w:top w:w="100" w:type="dxa"/>
              <w:left w:w="130" w:type="dxa"/>
              <w:bottom w:w="100" w:type="dxa"/>
              <w:right w:w="130" w:type="dxa"/>
            </w:tcMar>
          </w:tcPr>
          <w:p w14:paraId="64E06EE2" w14:textId="77777777" w:rsidR="003F3865" w:rsidRDefault="003F3865">
            <w:pPr>
              <w:spacing w:after="480"/>
            </w:pPr>
          </w:p>
        </w:tc>
        <w:tc>
          <w:tcPr>
            <w:tcW w:w="1000" w:type="dxa"/>
            <w:tcMar>
              <w:top w:w="100" w:type="dxa"/>
              <w:left w:w="130" w:type="dxa"/>
              <w:bottom w:w="100" w:type="dxa"/>
              <w:right w:w="130" w:type="dxa"/>
            </w:tcMar>
          </w:tcPr>
          <w:p w14:paraId="110AD103" w14:textId="77777777" w:rsidR="003F3865" w:rsidRDefault="003F3865">
            <w:pPr>
              <w:spacing w:after="480"/>
            </w:pPr>
          </w:p>
        </w:tc>
        <w:tc>
          <w:tcPr>
            <w:tcW w:w="1000" w:type="dxa"/>
            <w:tcMar>
              <w:top w:w="100" w:type="dxa"/>
              <w:left w:w="130" w:type="dxa"/>
              <w:bottom w:w="100" w:type="dxa"/>
              <w:right w:w="130" w:type="dxa"/>
            </w:tcMar>
          </w:tcPr>
          <w:p w14:paraId="67010BB2" w14:textId="77777777" w:rsidR="003F3865" w:rsidRDefault="003F3865">
            <w:pPr>
              <w:spacing w:after="480"/>
            </w:pPr>
          </w:p>
        </w:tc>
        <w:tc>
          <w:tcPr>
            <w:tcW w:w="1000" w:type="dxa"/>
            <w:tcMar>
              <w:top w:w="100" w:type="dxa"/>
              <w:left w:w="130" w:type="dxa"/>
              <w:bottom w:w="100" w:type="dxa"/>
              <w:right w:w="130" w:type="dxa"/>
            </w:tcMar>
          </w:tcPr>
          <w:p w14:paraId="2E2AA0EE" w14:textId="77777777" w:rsidR="003F3865" w:rsidRDefault="003F3865">
            <w:pPr>
              <w:spacing w:after="480"/>
            </w:pPr>
          </w:p>
        </w:tc>
        <w:tc>
          <w:tcPr>
            <w:tcW w:w="1000" w:type="dxa"/>
            <w:tcMar>
              <w:top w:w="100" w:type="dxa"/>
              <w:left w:w="130" w:type="dxa"/>
              <w:bottom w:w="100" w:type="dxa"/>
              <w:right w:w="130" w:type="dxa"/>
            </w:tcMar>
          </w:tcPr>
          <w:p w14:paraId="346C8834" w14:textId="77777777" w:rsidR="003F3865" w:rsidRDefault="003F3865">
            <w:pPr>
              <w:spacing w:after="480"/>
            </w:pPr>
          </w:p>
        </w:tc>
        <w:tc>
          <w:tcPr>
            <w:tcW w:w="1000" w:type="dxa"/>
            <w:tcMar>
              <w:top w:w="100" w:type="dxa"/>
              <w:left w:w="130" w:type="dxa"/>
              <w:bottom w:w="100" w:type="dxa"/>
              <w:right w:w="130" w:type="dxa"/>
            </w:tcMar>
          </w:tcPr>
          <w:p w14:paraId="42B20024" w14:textId="77777777" w:rsidR="003F3865" w:rsidRDefault="003F3865">
            <w:pPr>
              <w:spacing w:after="480"/>
            </w:pPr>
          </w:p>
        </w:tc>
        <w:tc>
          <w:tcPr>
            <w:tcW w:w="2549" w:type="dxa"/>
            <w:tcMar>
              <w:top w:w="100" w:type="dxa"/>
              <w:left w:w="130" w:type="dxa"/>
              <w:bottom w:w="100" w:type="dxa"/>
              <w:right w:w="130" w:type="dxa"/>
            </w:tcMar>
          </w:tcPr>
          <w:p w14:paraId="41BC4955" w14:textId="77777777" w:rsidR="003F3865" w:rsidRDefault="003F3865">
            <w:pPr>
              <w:spacing w:after="480"/>
            </w:pPr>
          </w:p>
        </w:tc>
      </w:tr>
      <w:tr w:rsidR="003F3865" w14:paraId="3F61EBB5" w14:textId="77777777">
        <w:tc>
          <w:tcPr>
            <w:tcW w:w="2200" w:type="dxa"/>
            <w:tcMar>
              <w:top w:w="100" w:type="dxa"/>
              <w:left w:w="130" w:type="dxa"/>
              <w:bottom w:w="100" w:type="dxa"/>
              <w:right w:w="130" w:type="dxa"/>
            </w:tcMar>
          </w:tcPr>
          <w:p w14:paraId="55A5F130" w14:textId="77777777" w:rsidR="003F3865" w:rsidRDefault="003F3865">
            <w:pPr>
              <w:spacing w:after="480"/>
            </w:pPr>
          </w:p>
        </w:tc>
        <w:tc>
          <w:tcPr>
            <w:tcW w:w="1000" w:type="dxa"/>
            <w:tcMar>
              <w:top w:w="100" w:type="dxa"/>
              <w:left w:w="130" w:type="dxa"/>
              <w:bottom w:w="100" w:type="dxa"/>
              <w:right w:w="130" w:type="dxa"/>
            </w:tcMar>
          </w:tcPr>
          <w:p w14:paraId="5A229A60" w14:textId="77777777" w:rsidR="003F3865" w:rsidRDefault="003F3865">
            <w:pPr>
              <w:spacing w:after="480"/>
            </w:pPr>
          </w:p>
        </w:tc>
        <w:tc>
          <w:tcPr>
            <w:tcW w:w="1000" w:type="dxa"/>
            <w:tcMar>
              <w:top w:w="100" w:type="dxa"/>
              <w:left w:w="130" w:type="dxa"/>
              <w:bottom w:w="100" w:type="dxa"/>
              <w:right w:w="130" w:type="dxa"/>
            </w:tcMar>
          </w:tcPr>
          <w:p w14:paraId="7C8929D7" w14:textId="77777777" w:rsidR="003F3865" w:rsidRDefault="003F3865">
            <w:pPr>
              <w:spacing w:after="480"/>
            </w:pPr>
          </w:p>
        </w:tc>
        <w:tc>
          <w:tcPr>
            <w:tcW w:w="1000" w:type="dxa"/>
            <w:tcMar>
              <w:top w:w="100" w:type="dxa"/>
              <w:left w:w="130" w:type="dxa"/>
              <w:bottom w:w="100" w:type="dxa"/>
              <w:right w:w="130" w:type="dxa"/>
            </w:tcMar>
          </w:tcPr>
          <w:p w14:paraId="35171C8F" w14:textId="77777777" w:rsidR="003F3865" w:rsidRDefault="003F3865">
            <w:pPr>
              <w:spacing w:after="480"/>
            </w:pPr>
          </w:p>
        </w:tc>
        <w:tc>
          <w:tcPr>
            <w:tcW w:w="1000" w:type="dxa"/>
            <w:tcMar>
              <w:top w:w="100" w:type="dxa"/>
              <w:left w:w="130" w:type="dxa"/>
              <w:bottom w:w="100" w:type="dxa"/>
              <w:right w:w="130" w:type="dxa"/>
            </w:tcMar>
          </w:tcPr>
          <w:p w14:paraId="52AF72BD" w14:textId="77777777" w:rsidR="003F3865" w:rsidRDefault="003F3865">
            <w:pPr>
              <w:spacing w:after="480"/>
            </w:pPr>
          </w:p>
        </w:tc>
        <w:tc>
          <w:tcPr>
            <w:tcW w:w="1000" w:type="dxa"/>
            <w:tcMar>
              <w:top w:w="100" w:type="dxa"/>
              <w:left w:w="130" w:type="dxa"/>
              <w:bottom w:w="100" w:type="dxa"/>
              <w:right w:w="130" w:type="dxa"/>
            </w:tcMar>
          </w:tcPr>
          <w:p w14:paraId="2FD19FDE" w14:textId="77777777" w:rsidR="003F3865" w:rsidRDefault="003F3865">
            <w:pPr>
              <w:spacing w:after="480"/>
            </w:pPr>
          </w:p>
        </w:tc>
        <w:tc>
          <w:tcPr>
            <w:tcW w:w="2549" w:type="dxa"/>
            <w:tcMar>
              <w:top w:w="100" w:type="dxa"/>
              <w:left w:w="130" w:type="dxa"/>
              <w:bottom w:w="100" w:type="dxa"/>
              <w:right w:w="130" w:type="dxa"/>
            </w:tcMar>
          </w:tcPr>
          <w:p w14:paraId="17EECE02" w14:textId="77777777" w:rsidR="003F3865" w:rsidRDefault="003F3865">
            <w:pPr>
              <w:spacing w:after="480"/>
            </w:pPr>
          </w:p>
        </w:tc>
      </w:tr>
      <w:tr w:rsidR="003F3865" w14:paraId="59CE64FE" w14:textId="77777777">
        <w:tc>
          <w:tcPr>
            <w:tcW w:w="2200" w:type="dxa"/>
            <w:tcMar>
              <w:top w:w="100" w:type="dxa"/>
              <w:left w:w="130" w:type="dxa"/>
              <w:bottom w:w="100" w:type="dxa"/>
              <w:right w:w="130" w:type="dxa"/>
            </w:tcMar>
          </w:tcPr>
          <w:p w14:paraId="2A9C5573" w14:textId="77777777" w:rsidR="003F3865" w:rsidRDefault="003F3865">
            <w:pPr>
              <w:spacing w:after="480"/>
            </w:pPr>
          </w:p>
        </w:tc>
        <w:tc>
          <w:tcPr>
            <w:tcW w:w="1000" w:type="dxa"/>
            <w:tcMar>
              <w:top w:w="100" w:type="dxa"/>
              <w:left w:w="130" w:type="dxa"/>
              <w:bottom w:w="100" w:type="dxa"/>
              <w:right w:w="130" w:type="dxa"/>
            </w:tcMar>
          </w:tcPr>
          <w:p w14:paraId="4A86D652" w14:textId="77777777" w:rsidR="003F3865" w:rsidRDefault="003F3865">
            <w:pPr>
              <w:spacing w:after="480"/>
            </w:pPr>
          </w:p>
        </w:tc>
        <w:tc>
          <w:tcPr>
            <w:tcW w:w="1000" w:type="dxa"/>
            <w:tcMar>
              <w:top w:w="100" w:type="dxa"/>
              <w:left w:w="130" w:type="dxa"/>
              <w:bottom w:w="100" w:type="dxa"/>
              <w:right w:w="130" w:type="dxa"/>
            </w:tcMar>
          </w:tcPr>
          <w:p w14:paraId="31D8F4D0" w14:textId="77777777" w:rsidR="003F3865" w:rsidRDefault="003F3865">
            <w:pPr>
              <w:spacing w:after="480"/>
            </w:pPr>
          </w:p>
        </w:tc>
        <w:tc>
          <w:tcPr>
            <w:tcW w:w="1000" w:type="dxa"/>
            <w:tcMar>
              <w:top w:w="100" w:type="dxa"/>
              <w:left w:w="130" w:type="dxa"/>
              <w:bottom w:w="100" w:type="dxa"/>
              <w:right w:w="130" w:type="dxa"/>
            </w:tcMar>
          </w:tcPr>
          <w:p w14:paraId="6B348E0D" w14:textId="77777777" w:rsidR="003F3865" w:rsidRDefault="003F3865">
            <w:pPr>
              <w:spacing w:after="480"/>
            </w:pPr>
          </w:p>
        </w:tc>
        <w:tc>
          <w:tcPr>
            <w:tcW w:w="1000" w:type="dxa"/>
            <w:tcMar>
              <w:top w:w="100" w:type="dxa"/>
              <w:left w:w="130" w:type="dxa"/>
              <w:bottom w:w="100" w:type="dxa"/>
              <w:right w:w="130" w:type="dxa"/>
            </w:tcMar>
          </w:tcPr>
          <w:p w14:paraId="5A3A754B" w14:textId="77777777" w:rsidR="003F3865" w:rsidRDefault="003F3865">
            <w:pPr>
              <w:spacing w:after="480"/>
            </w:pPr>
          </w:p>
        </w:tc>
        <w:tc>
          <w:tcPr>
            <w:tcW w:w="1000" w:type="dxa"/>
            <w:tcMar>
              <w:top w:w="100" w:type="dxa"/>
              <w:left w:w="130" w:type="dxa"/>
              <w:bottom w:w="100" w:type="dxa"/>
              <w:right w:w="130" w:type="dxa"/>
            </w:tcMar>
          </w:tcPr>
          <w:p w14:paraId="0FB29FBB" w14:textId="77777777" w:rsidR="003F3865" w:rsidRDefault="003F3865">
            <w:pPr>
              <w:spacing w:after="480"/>
            </w:pPr>
          </w:p>
        </w:tc>
        <w:tc>
          <w:tcPr>
            <w:tcW w:w="2549" w:type="dxa"/>
            <w:tcMar>
              <w:top w:w="100" w:type="dxa"/>
              <w:left w:w="130" w:type="dxa"/>
              <w:bottom w:w="100" w:type="dxa"/>
              <w:right w:w="130" w:type="dxa"/>
            </w:tcMar>
          </w:tcPr>
          <w:p w14:paraId="52A68879" w14:textId="77777777" w:rsidR="003F3865" w:rsidRDefault="003F3865">
            <w:pPr>
              <w:spacing w:after="480"/>
            </w:pPr>
          </w:p>
        </w:tc>
      </w:tr>
      <w:tr w:rsidR="003F3865" w14:paraId="78C6047C" w14:textId="77777777">
        <w:tc>
          <w:tcPr>
            <w:tcW w:w="2200" w:type="dxa"/>
            <w:tcMar>
              <w:top w:w="100" w:type="dxa"/>
              <w:left w:w="130" w:type="dxa"/>
              <w:bottom w:w="100" w:type="dxa"/>
              <w:right w:w="130" w:type="dxa"/>
            </w:tcMar>
          </w:tcPr>
          <w:p w14:paraId="5E0558B6" w14:textId="77777777" w:rsidR="003F3865" w:rsidRDefault="003F3865">
            <w:pPr>
              <w:spacing w:after="480"/>
            </w:pPr>
          </w:p>
        </w:tc>
        <w:tc>
          <w:tcPr>
            <w:tcW w:w="1000" w:type="dxa"/>
            <w:tcMar>
              <w:top w:w="100" w:type="dxa"/>
              <w:left w:w="130" w:type="dxa"/>
              <w:bottom w:w="100" w:type="dxa"/>
              <w:right w:w="130" w:type="dxa"/>
            </w:tcMar>
          </w:tcPr>
          <w:p w14:paraId="0E29224D" w14:textId="77777777" w:rsidR="003F3865" w:rsidRDefault="003F3865">
            <w:pPr>
              <w:spacing w:after="480"/>
            </w:pPr>
          </w:p>
        </w:tc>
        <w:tc>
          <w:tcPr>
            <w:tcW w:w="1000" w:type="dxa"/>
            <w:tcMar>
              <w:top w:w="100" w:type="dxa"/>
              <w:left w:w="130" w:type="dxa"/>
              <w:bottom w:w="100" w:type="dxa"/>
              <w:right w:w="130" w:type="dxa"/>
            </w:tcMar>
          </w:tcPr>
          <w:p w14:paraId="5B1591D4" w14:textId="77777777" w:rsidR="003F3865" w:rsidRDefault="003F3865">
            <w:pPr>
              <w:spacing w:after="480"/>
            </w:pPr>
          </w:p>
        </w:tc>
        <w:tc>
          <w:tcPr>
            <w:tcW w:w="1000" w:type="dxa"/>
            <w:tcMar>
              <w:top w:w="100" w:type="dxa"/>
              <w:left w:w="130" w:type="dxa"/>
              <w:bottom w:w="100" w:type="dxa"/>
              <w:right w:w="130" w:type="dxa"/>
            </w:tcMar>
          </w:tcPr>
          <w:p w14:paraId="65885226" w14:textId="77777777" w:rsidR="003F3865" w:rsidRDefault="003F3865">
            <w:pPr>
              <w:spacing w:after="480"/>
            </w:pPr>
          </w:p>
        </w:tc>
        <w:tc>
          <w:tcPr>
            <w:tcW w:w="1000" w:type="dxa"/>
            <w:tcMar>
              <w:top w:w="100" w:type="dxa"/>
              <w:left w:w="130" w:type="dxa"/>
              <w:bottom w:w="100" w:type="dxa"/>
              <w:right w:w="130" w:type="dxa"/>
            </w:tcMar>
          </w:tcPr>
          <w:p w14:paraId="39C4575E" w14:textId="77777777" w:rsidR="003F3865" w:rsidRDefault="003F3865">
            <w:pPr>
              <w:spacing w:after="480"/>
            </w:pPr>
          </w:p>
        </w:tc>
        <w:tc>
          <w:tcPr>
            <w:tcW w:w="1000" w:type="dxa"/>
            <w:tcMar>
              <w:top w:w="100" w:type="dxa"/>
              <w:left w:w="130" w:type="dxa"/>
              <w:bottom w:w="100" w:type="dxa"/>
              <w:right w:w="130" w:type="dxa"/>
            </w:tcMar>
          </w:tcPr>
          <w:p w14:paraId="3C5889A4" w14:textId="77777777" w:rsidR="003F3865" w:rsidRDefault="003F3865">
            <w:pPr>
              <w:spacing w:after="480"/>
            </w:pPr>
          </w:p>
        </w:tc>
        <w:tc>
          <w:tcPr>
            <w:tcW w:w="2549" w:type="dxa"/>
            <w:tcMar>
              <w:top w:w="100" w:type="dxa"/>
              <w:left w:w="130" w:type="dxa"/>
              <w:bottom w:w="100" w:type="dxa"/>
              <w:right w:w="130" w:type="dxa"/>
            </w:tcMar>
          </w:tcPr>
          <w:p w14:paraId="2BA51FE9" w14:textId="77777777" w:rsidR="003F3865" w:rsidRDefault="003F3865">
            <w:pPr>
              <w:spacing w:after="480"/>
            </w:pPr>
          </w:p>
        </w:tc>
      </w:tr>
      <w:tr w:rsidR="003F3865" w14:paraId="3EA7B1CE" w14:textId="77777777">
        <w:tc>
          <w:tcPr>
            <w:tcW w:w="2200" w:type="dxa"/>
            <w:tcMar>
              <w:top w:w="100" w:type="dxa"/>
              <w:left w:w="130" w:type="dxa"/>
              <w:bottom w:w="100" w:type="dxa"/>
              <w:right w:w="130" w:type="dxa"/>
            </w:tcMar>
          </w:tcPr>
          <w:p w14:paraId="5FA6F6E4" w14:textId="77777777" w:rsidR="003F3865" w:rsidRDefault="003F3865">
            <w:pPr>
              <w:spacing w:after="480"/>
            </w:pPr>
          </w:p>
        </w:tc>
        <w:tc>
          <w:tcPr>
            <w:tcW w:w="1000" w:type="dxa"/>
            <w:tcMar>
              <w:top w:w="100" w:type="dxa"/>
              <w:left w:w="130" w:type="dxa"/>
              <w:bottom w:w="100" w:type="dxa"/>
              <w:right w:w="130" w:type="dxa"/>
            </w:tcMar>
          </w:tcPr>
          <w:p w14:paraId="235A6DC2" w14:textId="77777777" w:rsidR="003F3865" w:rsidRDefault="003F3865">
            <w:pPr>
              <w:spacing w:after="480"/>
            </w:pPr>
          </w:p>
        </w:tc>
        <w:tc>
          <w:tcPr>
            <w:tcW w:w="1000" w:type="dxa"/>
            <w:tcMar>
              <w:top w:w="100" w:type="dxa"/>
              <w:left w:w="130" w:type="dxa"/>
              <w:bottom w:w="100" w:type="dxa"/>
              <w:right w:w="130" w:type="dxa"/>
            </w:tcMar>
          </w:tcPr>
          <w:p w14:paraId="5F3178A7" w14:textId="77777777" w:rsidR="003F3865" w:rsidRDefault="003F3865">
            <w:pPr>
              <w:spacing w:after="480"/>
            </w:pPr>
          </w:p>
        </w:tc>
        <w:tc>
          <w:tcPr>
            <w:tcW w:w="1000" w:type="dxa"/>
            <w:tcMar>
              <w:top w:w="100" w:type="dxa"/>
              <w:left w:w="130" w:type="dxa"/>
              <w:bottom w:w="100" w:type="dxa"/>
              <w:right w:w="130" w:type="dxa"/>
            </w:tcMar>
          </w:tcPr>
          <w:p w14:paraId="07EE7BF5" w14:textId="77777777" w:rsidR="003F3865" w:rsidRDefault="003F3865">
            <w:pPr>
              <w:spacing w:after="480"/>
            </w:pPr>
          </w:p>
        </w:tc>
        <w:tc>
          <w:tcPr>
            <w:tcW w:w="1000" w:type="dxa"/>
            <w:tcMar>
              <w:top w:w="100" w:type="dxa"/>
              <w:left w:w="130" w:type="dxa"/>
              <w:bottom w:w="100" w:type="dxa"/>
              <w:right w:w="130" w:type="dxa"/>
            </w:tcMar>
          </w:tcPr>
          <w:p w14:paraId="63161EF3" w14:textId="77777777" w:rsidR="003F3865" w:rsidRDefault="003F3865">
            <w:pPr>
              <w:spacing w:after="480"/>
            </w:pPr>
          </w:p>
        </w:tc>
        <w:tc>
          <w:tcPr>
            <w:tcW w:w="1000" w:type="dxa"/>
            <w:tcMar>
              <w:top w:w="100" w:type="dxa"/>
              <w:left w:w="130" w:type="dxa"/>
              <w:bottom w:w="100" w:type="dxa"/>
              <w:right w:w="130" w:type="dxa"/>
            </w:tcMar>
          </w:tcPr>
          <w:p w14:paraId="62AE2BEA" w14:textId="77777777" w:rsidR="003F3865" w:rsidRDefault="003F3865">
            <w:pPr>
              <w:spacing w:after="480"/>
            </w:pPr>
          </w:p>
        </w:tc>
        <w:tc>
          <w:tcPr>
            <w:tcW w:w="2549" w:type="dxa"/>
            <w:tcMar>
              <w:top w:w="100" w:type="dxa"/>
              <w:left w:w="130" w:type="dxa"/>
              <w:bottom w:w="100" w:type="dxa"/>
              <w:right w:w="130" w:type="dxa"/>
            </w:tcMar>
          </w:tcPr>
          <w:p w14:paraId="4ED78F77" w14:textId="77777777" w:rsidR="003F3865" w:rsidRDefault="003F3865">
            <w:pPr>
              <w:spacing w:after="480"/>
            </w:pPr>
          </w:p>
        </w:tc>
      </w:tr>
      <w:tr w:rsidR="003F3865" w14:paraId="48AD634A" w14:textId="77777777">
        <w:tc>
          <w:tcPr>
            <w:tcW w:w="2200" w:type="dxa"/>
            <w:tcMar>
              <w:top w:w="100" w:type="dxa"/>
              <w:left w:w="130" w:type="dxa"/>
              <w:bottom w:w="100" w:type="dxa"/>
              <w:right w:w="130" w:type="dxa"/>
            </w:tcMar>
          </w:tcPr>
          <w:p w14:paraId="425D030D" w14:textId="77777777" w:rsidR="003F3865" w:rsidRDefault="003F3865">
            <w:pPr>
              <w:spacing w:after="480"/>
            </w:pPr>
          </w:p>
        </w:tc>
        <w:tc>
          <w:tcPr>
            <w:tcW w:w="1000" w:type="dxa"/>
            <w:tcMar>
              <w:top w:w="100" w:type="dxa"/>
              <w:left w:w="130" w:type="dxa"/>
              <w:bottom w:w="100" w:type="dxa"/>
              <w:right w:w="130" w:type="dxa"/>
            </w:tcMar>
          </w:tcPr>
          <w:p w14:paraId="054AF40D" w14:textId="77777777" w:rsidR="003F3865" w:rsidRDefault="003F3865">
            <w:pPr>
              <w:spacing w:after="480"/>
            </w:pPr>
          </w:p>
        </w:tc>
        <w:tc>
          <w:tcPr>
            <w:tcW w:w="1000" w:type="dxa"/>
            <w:tcMar>
              <w:top w:w="100" w:type="dxa"/>
              <w:left w:w="130" w:type="dxa"/>
              <w:bottom w:w="100" w:type="dxa"/>
              <w:right w:w="130" w:type="dxa"/>
            </w:tcMar>
          </w:tcPr>
          <w:p w14:paraId="27814089" w14:textId="77777777" w:rsidR="003F3865" w:rsidRDefault="003F3865">
            <w:pPr>
              <w:spacing w:after="480"/>
            </w:pPr>
          </w:p>
        </w:tc>
        <w:tc>
          <w:tcPr>
            <w:tcW w:w="1000" w:type="dxa"/>
            <w:tcMar>
              <w:top w:w="100" w:type="dxa"/>
              <w:left w:w="130" w:type="dxa"/>
              <w:bottom w:w="100" w:type="dxa"/>
              <w:right w:w="130" w:type="dxa"/>
            </w:tcMar>
          </w:tcPr>
          <w:p w14:paraId="249588E2" w14:textId="77777777" w:rsidR="003F3865" w:rsidRDefault="003F3865">
            <w:pPr>
              <w:spacing w:after="480"/>
            </w:pPr>
          </w:p>
        </w:tc>
        <w:tc>
          <w:tcPr>
            <w:tcW w:w="1000" w:type="dxa"/>
            <w:tcMar>
              <w:top w:w="100" w:type="dxa"/>
              <w:left w:w="130" w:type="dxa"/>
              <w:bottom w:w="100" w:type="dxa"/>
              <w:right w:w="130" w:type="dxa"/>
            </w:tcMar>
          </w:tcPr>
          <w:p w14:paraId="17B11A06" w14:textId="77777777" w:rsidR="003F3865" w:rsidRDefault="003F3865">
            <w:pPr>
              <w:spacing w:after="480"/>
            </w:pPr>
          </w:p>
        </w:tc>
        <w:tc>
          <w:tcPr>
            <w:tcW w:w="1000" w:type="dxa"/>
            <w:tcMar>
              <w:top w:w="100" w:type="dxa"/>
              <w:left w:w="130" w:type="dxa"/>
              <w:bottom w:w="100" w:type="dxa"/>
              <w:right w:w="130" w:type="dxa"/>
            </w:tcMar>
          </w:tcPr>
          <w:p w14:paraId="00401C72" w14:textId="77777777" w:rsidR="003F3865" w:rsidRDefault="003F3865">
            <w:pPr>
              <w:spacing w:after="480"/>
            </w:pPr>
          </w:p>
        </w:tc>
        <w:tc>
          <w:tcPr>
            <w:tcW w:w="2549" w:type="dxa"/>
            <w:tcMar>
              <w:top w:w="100" w:type="dxa"/>
              <w:left w:w="130" w:type="dxa"/>
              <w:bottom w:w="100" w:type="dxa"/>
              <w:right w:w="130" w:type="dxa"/>
            </w:tcMar>
          </w:tcPr>
          <w:p w14:paraId="368FE0BC" w14:textId="77777777" w:rsidR="003F3865" w:rsidRDefault="003F3865">
            <w:pPr>
              <w:spacing w:after="480"/>
            </w:pPr>
          </w:p>
        </w:tc>
      </w:tr>
      <w:tr w:rsidR="003F3865" w14:paraId="6BA9CC17" w14:textId="77777777">
        <w:tc>
          <w:tcPr>
            <w:tcW w:w="2200" w:type="dxa"/>
            <w:tcMar>
              <w:top w:w="100" w:type="dxa"/>
              <w:left w:w="130" w:type="dxa"/>
              <w:bottom w:w="100" w:type="dxa"/>
              <w:right w:w="130" w:type="dxa"/>
            </w:tcMar>
          </w:tcPr>
          <w:p w14:paraId="3EC6F1B0" w14:textId="77777777" w:rsidR="003F3865" w:rsidRDefault="003F3865">
            <w:pPr>
              <w:spacing w:after="480"/>
            </w:pPr>
          </w:p>
        </w:tc>
        <w:tc>
          <w:tcPr>
            <w:tcW w:w="1000" w:type="dxa"/>
            <w:tcMar>
              <w:top w:w="100" w:type="dxa"/>
              <w:left w:w="130" w:type="dxa"/>
              <w:bottom w:w="100" w:type="dxa"/>
              <w:right w:w="130" w:type="dxa"/>
            </w:tcMar>
          </w:tcPr>
          <w:p w14:paraId="7132C4AD" w14:textId="77777777" w:rsidR="003F3865" w:rsidRDefault="003F3865">
            <w:pPr>
              <w:spacing w:after="480"/>
            </w:pPr>
          </w:p>
        </w:tc>
        <w:tc>
          <w:tcPr>
            <w:tcW w:w="1000" w:type="dxa"/>
            <w:tcMar>
              <w:top w:w="100" w:type="dxa"/>
              <w:left w:w="130" w:type="dxa"/>
              <w:bottom w:w="100" w:type="dxa"/>
              <w:right w:w="130" w:type="dxa"/>
            </w:tcMar>
          </w:tcPr>
          <w:p w14:paraId="43B01596" w14:textId="77777777" w:rsidR="003F3865" w:rsidRDefault="003F3865">
            <w:pPr>
              <w:spacing w:after="480"/>
            </w:pPr>
          </w:p>
        </w:tc>
        <w:tc>
          <w:tcPr>
            <w:tcW w:w="1000" w:type="dxa"/>
            <w:tcMar>
              <w:top w:w="100" w:type="dxa"/>
              <w:left w:w="130" w:type="dxa"/>
              <w:bottom w:w="100" w:type="dxa"/>
              <w:right w:w="130" w:type="dxa"/>
            </w:tcMar>
          </w:tcPr>
          <w:p w14:paraId="5538F555" w14:textId="77777777" w:rsidR="003F3865" w:rsidRDefault="003F3865">
            <w:pPr>
              <w:spacing w:after="480"/>
            </w:pPr>
          </w:p>
        </w:tc>
        <w:tc>
          <w:tcPr>
            <w:tcW w:w="1000" w:type="dxa"/>
            <w:tcMar>
              <w:top w:w="100" w:type="dxa"/>
              <w:left w:w="130" w:type="dxa"/>
              <w:bottom w:w="100" w:type="dxa"/>
              <w:right w:w="130" w:type="dxa"/>
            </w:tcMar>
          </w:tcPr>
          <w:p w14:paraId="05288F8E" w14:textId="77777777" w:rsidR="003F3865" w:rsidRDefault="003F3865">
            <w:pPr>
              <w:spacing w:after="480"/>
            </w:pPr>
          </w:p>
        </w:tc>
        <w:tc>
          <w:tcPr>
            <w:tcW w:w="1000" w:type="dxa"/>
            <w:tcMar>
              <w:top w:w="100" w:type="dxa"/>
              <w:left w:w="130" w:type="dxa"/>
              <w:bottom w:w="100" w:type="dxa"/>
              <w:right w:w="130" w:type="dxa"/>
            </w:tcMar>
          </w:tcPr>
          <w:p w14:paraId="0017ED9E" w14:textId="77777777" w:rsidR="003F3865" w:rsidRDefault="003F3865">
            <w:pPr>
              <w:spacing w:after="480"/>
            </w:pPr>
          </w:p>
        </w:tc>
        <w:tc>
          <w:tcPr>
            <w:tcW w:w="2549" w:type="dxa"/>
            <w:tcMar>
              <w:top w:w="100" w:type="dxa"/>
              <w:left w:w="130" w:type="dxa"/>
              <w:bottom w:w="100" w:type="dxa"/>
              <w:right w:w="130" w:type="dxa"/>
            </w:tcMar>
          </w:tcPr>
          <w:p w14:paraId="31036E43" w14:textId="77777777" w:rsidR="003F3865" w:rsidRDefault="003F3865">
            <w:pPr>
              <w:spacing w:after="480"/>
            </w:pPr>
          </w:p>
        </w:tc>
      </w:tr>
      <w:tr w:rsidR="003F3865" w14:paraId="27E513A5" w14:textId="77777777">
        <w:tc>
          <w:tcPr>
            <w:tcW w:w="2200" w:type="dxa"/>
            <w:tcMar>
              <w:top w:w="100" w:type="dxa"/>
              <w:left w:w="130" w:type="dxa"/>
              <w:bottom w:w="100" w:type="dxa"/>
              <w:right w:w="130" w:type="dxa"/>
            </w:tcMar>
          </w:tcPr>
          <w:p w14:paraId="6C078E55" w14:textId="77777777" w:rsidR="003F3865" w:rsidRDefault="003F3865">
            <w:pPr>
              <w:spacing w:after="480"/>
            </w:pPr>
          </w:p>
        </w:tc>
        <w:tc>
          <w:tcPr>
            <w:tcW w:w="1000" w:type="dxa"/>
            <w:tcMar>
              <w:top w:w="100" w:type="dxa"/>
              <w:left w:w="130" w:type="dxa"/>
              <w:bottom w:w="100" w:type="dxa"/>
              <w:right w:w="130" w:type="dxa"/>
            </w:tcMar>
          </w:tcPr>
          <w:p w14:paraId="78EC3602" w14:textId="77777777" w:rsidR="003F3865" w:rsidRDefault="003F3865">
            <w:pPr>
              <w:spacing w:after="480"/>
            </w:pPr>
          </w:p>
        </w:tc>
        <w:tc>
          <w:tcPr>
            <w:tcW w:w="1000" w:type="dxa"/>
            <w:tcMar>
              <w:top w:w="100" w:type="dxa"/>
              <w:left w:w="130" w:type="dxa"/>
              <w:bottom w:w="100" w:type="dxa"/>
              <w:right w:w="130" w:type="dxa"/>
            </w:tcMar>
          </w:tcPr>
          <w:p w14:paraId="18E0D08F" w14:textId="77777777" w:rsidR="003F3865" w:rsidRDefault="003F3865">
            <w:pPr>
              <w:spacing w:after="480"/>
            </w:pPr>
          </w:p>
        </w:tc>
        <w:tc>
          <w:tcPr>
            <w:tcW w:w="1000" w:type="dxa"/>
            <w:tcMar>
              <w:top w:w="100" w:type="dxa"/>
              <w:left w:w="130" w:type="dxa"/>
              <w:bottom w:w="100" w:type="dxa"/>
              <w:right w:w="130" w:type="dxa"/>
            </w:tcMar>
          </w:tcPr>
          <w:p w14:paraId="03ADABBC" w14:textId="77777777" w:rsidR="003F3865" w:rsidRDefault="003F3865">
            <w:pPr>
              <w:spacing w:after="480"/>
            </w:pPr>
          </w:p>
        </w:tc>
        <w:tc>
          <w:tcPr>
            <w:tcW w:w="1000" w:type="dxa"/>
            <w:tcMar>
              <w:top w:w="100" w:type="dxa"/>
              <w:left w:w="130" w:type="dxa"/>
              <w:bottom w:w="100" w:type="dxa"/>
              <w:right w:w="130" w:type="dxa"/>
            </w:tcMar>
          </w:tcPr>
          <w:p w14:paraId="38A1FE19" w14:textId="77777777" w:rsidR="003F3865" w:rsidRDefault="003F3865">
            <w:pPr>
              <w:spacing w:after="480"/>
            </w:pPr>
          </w:p>
        </w:tc>
        <w:tc>
          <w:tcPr>
            <w:tcW w:w="1000" w:type="dxa"/>
            <w:tcMar>
              <w:top w:w="100" w:type="dxa"/>
              <w:left w:w="130" w:type="dxa"/>
              <w:bottom w:w="100" w:type="dxa"/>
              <w:right w:w="130" w:type="dxa"/>
            </w:tcMar>
          </w:tcPr>
          <w:p w14:paraId="399DE4C4" w14:textId="77777777" w:rsidR="003F3865" w:rsidRDefault="003F3865">
            <w:pPr>
              <w:spacing w:after="480"/>
            </w:pPr>
          </w:p>
        </w:tc>
        <w:tc>
          <w:tcPr>
            <w:tcW w:w="2549" w:type="dxa"/>
            <w:tcMar>
              <w:top w:w="100" w:type="dxa"/>
              <w:left w:w="130" w:type="dxa"/>
              <w:bottom w:w="100" w:type="dxa"/>
              <w:right w:w="130" w:type="dxa"/>
            </w:tcMar>
          </w:tcPr>
          <w:p w14:paraId="795E0B51" w14:textId="77777777" w:rsidR="003F3865" w:rsidRDefault="003F3865">
            <w:pPr>
              <w:spacing w:after="480"/>
            </w:pPr>
          </w:p>
        </w:tc>
      </w:tr>
    </w:tbl>
    <w:p w14:paraId="1A2F661A" w14:textId="77777777" w:rsidR="00D45C79" w:rsidRDefault="00D45C79"/>
    <w:p w14:paraId="276CC006" w14:textId="77777777" w:rsidR="00612663" w:rsidRDefault="00612663">
      <w:pPr>
        <w:pageBreakBefore/>
        <w:spacing w:before="280" w:after="80"/>
      </w:pPr>
      <w:r>
        <w:rPr>
          <w:b/>
          <w:color w:val="2E74B5"/>
          <w:sz w:val="21"/>
        </w:rPr>
        <w:lastRenderedPageBreak/>
        <w:t>GUÍA DOCENTE</w:t>
      </w:r>
    </w:p>
    <w:p w14:paraId="120F7216" w14:textId="77777777" w:rsidR="00612663" w:rsidRDefault="00612663">
      <w:pPr>
        <w:spacing w:after="80"/>
      </w:pPr>
      <w:r>
        <w:rPr>
          <w:b/>
          <w:color w:val="1F4D78"/>
          <w:sz w:val="56"/>
        </w:rPr>
        <w:t>TEMA 2</w:t>
      </w:r>
    </w:p>
    <w:p w14:paraId="7598698A" w14:textId="77777777" w:rsidR="00612663" w:rsidRDefault="00612663">
      <w:pPr>
        <w:spacing w:after="160"/>
      </w:pPr>
      <w:r>
        <w:rPr>
          <w:b/>
          <w:sz w:val="42"/>
        </w:rPr>
        <w:t>Dios creó un mundo precioso</w:t>
      </w:r>
    </w:p>
    <w:p w14:paraId="7315D222" w14:textId="77777777" w:rsidR="00612663" w:rsidRDefault="00612663">
      <w:pPr>
        <w:spacing w:after="360"/>
      </w:pPr>
      <w:r>
        <w:rPr>
          <w:color w:val="687784"/>
          <w:sz w:val="25"/>
        </w:rPr>
        <w:t>Educación Infantil · 3 años · Tres semanas</w:t>
      </w:r>
    </w:p>
    <w:tbl>
      <w:tblPr>
        <w:tblW w:w="9749" w:type="dxa"/>
        <w:tblInd w:w="120" w:type="dxa"/>
        <w:tblLayout w:type="fixed"/>
        <w:tblLook w:val="04A0" w:firstRow="1" w:lastRow="0" w:firstColumn="1" w:lastColumn="0" w:noHBand="0" w:noVBand="1"/>
      </w:tblPr>
      <w:tblGrid>
        <w:gridCol w:w="3250"/>
        <w:gridCol w:w="3250"/>
        <w:gridCol w:w="3249"/>
      </w:tblGrid>
      <w:tr w:rsidR="00E979F4" w14:paraId="0A7241D5" w14:textId="77777777">
        <w:tc>
          <w:tcPr>
            <w:tcW w:w="3250" w:type="dxa"/>
            <w:shd w:val="clear" w:color="auto" w:fill="E8EEF5"/>
            <w:tcMar>
              <w:top w:w="100" w:type="dxa"/>
              <w:left w:w="130" w:type="dxa"/>
              <w:bottom w:w="100" w:type="dxa"/>
              <w:right w:w="130" w:type="dxa"/>
            </w:tcMar>
            <w:vAlign w:val="center"/>
          </w:tcPr>
          <w:p w14:paraId="272B5E0F" w14:textId="77777777" w:rsidR="00612663" w:rsidRDefault="00612663">
            <w:pPr>
              <w:spacing w:after="60"/>
              <w:jc w:val="center"/>
            </w:pPr>
            <w:r>
              <w:rPr>
                <w:b/>
                <w:color w:val="1F4D78"/>
              </w:rPr>
              <w:t>EL MUNDO</w:t>
            </w:r>
          </w:p>
          <w:p w14:paraId="45C43B18" w14:textId="77777777" w:rsidR="00612663" w:rsidRDefault="00612663">
            <w:pPr>
              <w:spacing w:after="0"/>
              <w:jc w:val="center"/>
            </w:pPr>
            <w:r>
              <w:rPr>
                <w:sz w:val="19"/>
              </w:rPr>
              <w:t>Luz, agua y tierra</w:t>
            </w:r>
          </w:p>
        </w:tc>
        <w:tc>
          <w:tcPr>
            <w:tcW w:w="3250" w:type="dxa"/>
            <w:shd w:val="clear" w:color="auto" w:fill="EAF4EE"/>
            <w:tcMar>
              <w:top w:w="100" w:type="dxa"/>
              <w:left w:w="130" w:type="dxa"/>
              <w:bottom w:w="100" w:type="dxa"/>
              <w:right w:w="130" w:type="dxa"/>
            </w:tcMar>
            <w:vAlign w:val="center"/>
          </w:tcPr>
          <w:p w14:paraId="141BD2CD" w14:textId="77777777" w:rsidR="00612663" w:rsidRDefault="00612663">
            <w:pPr>
              <w:spacing w:after="60"/>
              <w:jc w:val="center"/>
            </w:pPr>
            <w:r>
              <w:rPr>
                <w:b/>
                <w:color w:val="1F4D78"/>
              </w:rPr>
              <w:t>LA VIDA</w:t>
            </w:r>
          </w:p>
          <w:p w14:paraId="0A72B61A" w14:textId="77777777" w:rsidR="00612663" w:rsidRDefault="00612663">
            <w:pPr>
              <w:spacing w:after="0"/>
              <w:jc w:val="center"/>
            </w:pPr>
            <w:r>
              <w:rPr>
                <w:sz w:val="19"/>
              </w:rPr>
              <w:t>Animales y personas</w:t>
            </w:r>
          </w:p>
        </w:tc>
        <w:tc>
          <w:tcPr>
            <w:tcW w:w="3249" w:type="dxa"/>
            <w:shd w:val="clear" w:color="auto" w:fill="FFF4D8"/>
            <w:tcMar>
              <w:top w:w="100" w:type="dxa"/>
              <w:left w:w="130" w:type="dxa"/>
              <w:bottom w:w="100" w:type="dxa"/>
              <w:right w:w="130" w:type="dxa"/>
            </w:tcMar>
            <w:vAlign w:val="center"/>
          </w:tcPr>
          <w:p w14:paraId="6DC0BCB0" w14:textId="77777777" w:rsidR="00612663" w:rsidRDefault="00612663">
            <w:pPr>
              <w:spacing w:after="60"/>
              <w:jc w:val="center"/>
            </w:pPr>
            <w:r>
              <w:rPr>
                <w:b/>
                <w:color w:val="1F4D78"/>
              </w:rPr>
              <w:t>EL CUIDADO</w:t>
            </w:r>
          </w:p>
          <w:p w14:paraId="1613A373" w14:textId="77777777" w:rsidR="00612663" w:rsidRDefault="00612663">
            <w:pPr>
              <w:spacing w:after="0"/>
              <w:jc w:val="center"/>
            </w:pPr>
            <w:r>
              <w:rPr>
                <w:sz w:val="19"/>
              </w:rPr>
              <w:t>San Francisco y nosotros</w:t>
            </w:r>
          </w:p>
        </w:tc>
      </w:tr>
    </w:tbl>
    <w:p w14:paraId="5C542DB1" w14:textId="77777777" w:rsidR="00612663" w:rsidRDefault="00612663">
      <w:pPr>
        <w:spacing w:after="80"/>
      </w:pPr>
    </w:p>
    <w:tbl>
      <w:tblPr>
        <w:tblW w:w="9749" w:type="dxa"/>
        <w:tblInd w:w="120" w:type="dxa"/>
        <w:tblLayout w:type="fixed"/>
        <w:tblLook w:val="04A0" w:firstRow="1" w:lastRow="0" w:firstColumn="1" w:lastColumn="0" w:noHBand="0" w:noVBand="1"/>
      </w:tblPr>
      <w:tblGrid>
        <w:gridCol w:w="9749"/>
      </w:tblGrid>
      <w:tr w:rsidR="00E979F4" w14:paraId="09910D7E" w14:textId="77777777">
        <w:tc>
          <w:tcPr>
            <w:tcW w:w="9749" w:type="dxa"/>
            <w:shd w:val="clear" w:color="auto" w:fill="EAF4EE"/>
            <w:tcMar>
              <w:top w:w="100" w:type="dxa"/>
              <w:left w:w="130" w:type="dxa"/>
              <w:bottom w:w="100" w:type="dxa"/>
              <w:right w:w="130" w:type="dxa"/>
            </w:tcMar>
            <w:vAlign w:val="center"/>
          </w:tcPr>
          <w:p w14:paraId="2469CAAD" w14:textId="77777777" w:rsidR="00612663" w:rsidRDefault="00612663">
            <w:pPr>
              <w:spacing w:after="40" w:line="288" w:lineRule="auto"/>
            </w:pPr>
            <w:r>
              <w:rPr>
                <w:b/>
                <w:color w:val="1F4D78"/>
              </w:rPr>
              <w:t xml:space="preserve">Idea central  </w:t>
            </w:r>
            <w:r>
              <w:t>Dios nos regala la Creación. La contemplamos con asombro, descubrimos que las personas formamos parte de ella y aprendemos a cuidarla siguiendo el ejemplo de san Francisco de Asís.</w:t>
            </w:r>
          </w:p>
        </w:tc>
      </w:tr>
    </w:tbl>
    <w:p w14:paraId="1CBF488F" w14:textId="77777777" w:rsidR="00612663" w:rsidRDefault="00612663">
      <w:pPr>
        <w:spacing w:after="40"/>
      </w:pPr>
    </w:p>
    <w:p w14:paraId="714F48BF" w14:textId="77777777" w:rsidR="00612663" w:rsidRDefault="00612663">
      <w:pPr>
        <w:pStyle w:val="Ttulo1"/>
      </w:pPr>
      <w:r>
        <w:rPr>
          <w:rFonts w:ascii="Calibri" w:hAnsi="Calibri"/>
        </w:rPr>
        <w:t>Cómo utilizar esta guía</w:t>
      </w:r>
    </w:p>
    <w:p w14:paraId="09A6CD70" w14:textId="77777777" w:rsidR="00612663" w:rsidRDefault="00612663">
      <w:r>
        <w:t>El tema aprovecha un material que ya está preparado y guardado: cuento interactivo con velcro, telas para el día y la noche, bandejas de agua y tierra, estrellas, sol, peces, aves, animales y figuras humanas. El montaje crece poco a poco durante tres semanas; no se desmonta al terminar cada sesión. La experiencia, el juego y la narración preceden siempre a la ficha.</w:t>
      </w:r>
    </w:p>
    <w:tbl>
      <w:tblPr>
        <w:tblW w:w="9749" w:type="dxa"/>
        <w:tblInd w:w="120" w:type="dxa"/>
        <w:tblLayout w:type="fixed"/>
        <w:tblLook w:val="04A0" w:firstRow="1" w:lastRow="0" w:firstColumn="1" w:lastColumn="0" w:noHBand="0" w:noVBand="1"/>
      </w:tblPr>
      <w:tblGrid>
        <w:gridCol w:w="2400"/>
        <w:gridCol w:w="7349"/>
      </w:tblGrid>
      <w:tr w:rsidR="00E979F4" w14:paraId="5758F341" w14:textId="77777777">
        <w:tc>
          <w:tcPr>
            <w:tcW w:w="2400" w:type="dxa"/>
            <w:shd w:val="clear" w:color="auto" w:fill="E8EEF5"/>
            <w:tcMar>
              <w:top w:w="100" w:type="dxa"/>
              <w:left w:w="130" w:type="dxa"/>
              <w:bottom w:w="100" w:type="dxa"/>
              <w:right w:w="130" w:type="dxa"/>
            </w:tcMar>
            <w:vAlign w:val="center"/>
          </w:tcPr>
          <w:p w14:paraId="5F23F383" w14:textId="77777777" w:rsidR="00612663" w:rsidRDefault="00612663">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0141E0C7" w14:textId="77777777" w:rsidR="00612663" w:rsidRDefault="00612663">
            <w:pPr>
              <w:spacing w:after="0"/>
            </w:pPr>
            <w:r>
              <w:rPr>
                <w:sz w:val="21"/>
              </w:rPr>
              <w:t>3 sesiones de 45-60 minutos, ampliables si el grupo necesita más tiempo.</w:t>
            </w:r>
          </w:p>
        </w:tc>
      </w:tr>
      <w:tr w:rsidR="00E979F4" w14:paraId="6F2AD128" w14:textId="77777777">
        <w:tc>
          <w:tcPr>
            <w:tcW w:w="2400" w:type="dxa"/>
            <w:shd w:val="clear" w:color="auto" w:fill="E8EEF5"/>
            <w:tcMar>
              <w:top w:w="100" w:type="dxa"/>
              <w:left w:w="130" w:type="dxa"/>
              <w:bottom w:w="100" w:type="dxa"/>
              <w:right w:w="130" w:type="dxa"/>
            </w:tcMar>
            <w:vAlign w:val="center"/>
          </w:tcPr>
          <w:p w14:paraId="0A78F0F7" w14:textId="77777777" w:rsidR="00612663" w:rsidRDefault="00612663">
            <w:pPr>
              <w:spacing w:after="0"/>
            </w:pPr>
            <w:r>
              <w:rPr>
                <w:b/>
                <w:color w:val="1F4D78"/>
                <w:sz w:val="21"/>
              </w:rPr>
              <w:t>Relato bíblico</w:t>
            </w:r>
          </w:p>
        </w:tc>
        <w:tc>
          <w:tcPr>
            <w:tcW w:w="7349" w:type="dxa"/>
            <w:shd w:val="clear" w:color="auto" w:fill="FFFFFF"/>
            <w:tcMar>
              <w:top w:w="100" w:type="dxa"/>
              <w:left w:w="130" w:type="dxa"/>
              <w:bottom w:w="100" w:type="dxa"/>
              <w:right w:w="130" w:type="dxa"/>
            </w:tcMar>
            <w:vAlign w:val="center"/>
          </w:tcPr>
          <w:p w14:paraId="5CC0E555" w14:textId="77777777" w:rsidR="00612663" w:rsidRDefault="00612663">
            <w:pPr>
              <w:spacing w:after="0"/>
            </w:pPr>
            <w:r>
              <w:rPr>
                <w:sz w:val="21"/>
              </w:rPr>
              <w:t>La Creación, presentada como un relato sencillo de agradecimiento y asombro, inspirado en Génesis 1.</w:t>
            </w:r>
          </w:p>
        </w:tc>
      </w:tr>
      <w:tr w:rsidR="00E979F4" w14:paraId="4A425BBE" w14:textId="77777777">
        <w:tc>
          <w:tcPr>
            <w:tcW w:w="2400" w:type="dxa"/>
            <w:shd w:val="clear" w:color="auto" w:fill="E8EEF5"/>
            <w:tcMar>
              <w:top w:w="100" w:type="dxa"/>
              <w:left w:w="130" w:type="dxa"/>
              <w:bottom w:w="100" w:type="dxa"/>
              <w:right w:w="130" w:type="dxa"/>
            </w:tcMar>
            <w:vAlign w:val="center"/>
          </w:tcPr>
          <w:p w14:paraId="58A6DF38" w14:textId="77777777" w:rsidR="00612663" w:rsidRDefault="00612663">
            <w:pPr>
              <w:spacing w:after="0"/>
            </w:pPr>
            <w:r>
              <w:rPr>
                <w:b/>
                <w:color w:val="1F4D78"/>
                <w:sz w:val="21"/>
              </w:rPr>
              <w:t>Producto</w:t>
            </w:r>
          </w:p>
        </w:tc>
        <w:tc>
          <w:tcPr>
            <w:tcW w:w="7349" w:type="dxa"/>
            <w:shd w:val="clear" w:color="auto" w:fill="FFFFFF"/>
            <w:tcMar>
              <w:top w:w="100" w:type="dxa"/>
              <w:left w:w="130" w:type="dxa"/>
              <w:bottom w:w="100" w:type="dxa"/>
              <w:right w:w="130" w:type="dxa"/>
            </w:tcMar>
            <w:vAlign w:val="center"/>
          </w:tcPr>
          <w:p w14:paraId="14CE5292" w14:textId="77777777" w:rsidR="00612663" w:rsidRDefault="00612663">
            <w:r>
              <w:t>Tres fichas: paisaje con técnicas sensoriales, animales dibujados y estampados, y Creación cuidada junto a san Francisco.</w:t>
            </w:r>
          </w:p>
        </w:tc>
      </w:tr>
      <w:tr w:rsidR="00E979F4" w14:paraId="40149CAD" w14:textId="77777777">
        <w:tc>
          <w:tcPr>
            <w:tcW w:w="2400" w:type="dxa"/>
            <w:shd w:val="clear" w:color="auto" w:fill="E8EEF5"/>
            <w:tcMar>
              <w:top w:w="100" w:type="dxa"/>
              <w:left w:w="130" w:type="dxa"/>
              <w:bottom w:w="100" w:type="dxa"/>
              <w:right w:w="130" w:type="dxa"/>
            </w:tcMar>
            <w:vAlign w:val="center"/>
          </w:tcPr>
          <w:p w14:paraId="6EC66468" w14:textId="77777777" w:rsidR="00612663" w:rsidRDefault="00612663">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4C06E88F" w14:textId="77777777" w:rsidR="00612663" w:rsidRDefault="00612663">
            <w:pPr>
              <w:spacing w:after="0"/>
            </w:pPr>
            <w:r>
              <w:rPr>
                <w:sz w:val="21"/>
              </w:rPr>
              <w:t>Narración interactiva, minimundo, clasificación, movimiento, dibujo, técnicas plásticas y oración.</w:t>
            </w:r>
          </w:p>
        </w:tc>
      </w:tr>
      <w:tr w:rsidR="00E979F4" w14:paraId="59ADBD7F" w14:textId="77777777">
        <w:tc>
          <w:tcPr>
            <w:tcW w:w="2400" w:type="dxa"/>
            <w:shd w:val="clear" w:color="auto" w:fill="E8EEF5"/>
            <w:tcMar>
              <w:top w:w="100" w:type="dxa"/>
              <w:left w:w="130" w:type="dxa"/>
              <w:bottom w:w="100" w:type="dxa"/>
              <w:right w:w="130" w:type="dxa"/>
            </w:tcMar>
            <w:vAlign w:val="center"/>
          </w:tcPr>
          <w:p w14:paraId="71CB73CF" w14:textId="77777777" w:rsidR="00612663" w:rsidRDefault="00612663">
            <w:pPr>
              <w:spacing w:after="0"/>
            </w:pPr>
            <w:r>
              <w:rPr>
                <w:b/>
                <w:color w:val="1F4D78"/>
                <w:sz w:val="21"/>
              </w:rPr>
              <w:t>Evaluación</w:t>
            </w:r>
          </w:p>
        </w:tc>
        <w:tc>
          <w:tcPr>
            <w:tcW w:w="7349" w:type="dxa"/>
            <w:shd w:val="clear" w:color="auto" w:fill="FFFFFF"/>
            <w:tcMar>
              <w:top w:w="100" w:type="dxa"/>
              <w:left w:w="130" w:type="dxa"/>
              <w:bottom w:w="100" w:type="dxa"/>
              <w:right w:w="130" w:type="dxa"/>
            </w:tcMar>
            <w:vAlign w:val="center"/>
          </w:tcPr>
          <w:p w14:paraId="2526B9AC" w14:textId="77777777" w:rsidR="00612663" w:rsidRDefault="00612663">
            <w:pPr>
              <w:spacing w:after="0"/>
            </w:pPr>
            <w:r>
              <w:rPr>
                <w:sz w:val="21"/>
              </w:rPr>
              <w:t>Observación del asombro, la participación, la representación y las primeras acciones de cuidado.</w:t>
            </w:r>
          </w:p>
        </w:tc>
      </w:tr>
    </w:tbl>
    <w:p w14:paraId="794B8BF2" w14:textId="77777777" w:rsidR="00612663" w:rsidRDefault="00612663">
      <w:r>
        <w:br w:type="page"/>
      </w:r>
    </w:p>
    <w:p w14:paraId="6244C8CF" w14:textId="77777777" w:rsidR="00612663" w:rsidRDefault="00612663">
      <w:pPr>
        <w:pStyle w:val="Ttulo1"/>
      </w:pPr>
      <w:r>
        <w:rPr>
          <w:rFonts w:ascii="Calibri" w:hAnsi="Calibri"/>
        </w:rPr>
        <w:lastRenderedPageBreak/>
        <w:t>1. Antes de comenzar</w:t>
      </w:r>
    </w:p>
    <w:p w14:paraId="03D89DD2" w14:textId="77777777" w:rsidR="00612663" w:rsidRDefault="00612663">
      <w:pPr>
        <w:pStyle w:val="Ttulo2"/>
      </w:pPr>
      <w:r>
        <w:rPr>
          <w:rFonts w:ascii="Calibri" w:hAnsi="Calibri"/>
        </w:rPr>
        <w:t>Preparación del ambiente</w:t>
      </w:r>
    </w:p>
    <w:p w14:paraId="282B34FE" w14:textId="77777777" w:rsidR="00612663" w:rsidRDefault="00612663">
      <w:r>
        <w:t>Elegir una zona estable del aula para que el minimundo pueda permanecer montado. Comenzar con pocos elementos y añadirlos al avanzar el relato. El espacio debe invitar a observar y manipular sin parecer un expositor intocable.</w:t>
      </w:r>
    </w:p>
    <w:tbl>
      <w:tblPr>
        <w:tblW w:w="9749" w:type="dxa"/>
        <w:tblInd w:w="120" w:type="dxa"/>
        <w:tblLayout w:type="fixed"/>
        <w:tblLook w:val="04A0" w:firstRow="1" w:lastRow="0" w:firstColumn="1" w:lastColumn="0" w:noHBand="0" w:noVBand="1"/>
      </w:tblPr>
      <w:tblGrid>
        <w:gridCol w:w="2450"/>
        <w:gridCol w:w="7299"/>
      </w:tblGrid>
      <w:tr w:rsidR="00E979F4" w14:paraId="17AF540A" w14:textId="77777777">
        <w:tc>
          <w:tcPr>
            <w:tcW w:w="2450" w:type="dxa"/>
            <w:shd w:val="clear" w:color="auto" w:fill="EAF4EE"/>
            <w:tcMar>
              <w:top w:w="100" w:type="dxa"/>
              <w:left w:w="130" w:type="dxa"/>
              <w:bottom w:w="100" w:type="dxa"/>
              <w:right w:w="130" w:type="dxa"/>
            </w:tcMar>
            <w:vAlign w:val="center"/>
          </w:tcPr>
          <w:p w14:paraId="1C9CB47D" w14:textId="77777777" w:rsidR="00612663" w:rsidRDefault="00612663">
            <w:pPr>
              <w:spacing w:after="0"/>
            </w:pPr>
            <w:r>
              <w:rPr>
                <w:b/>
                <w:color w:val="1F4D78"/>
                <w:sz w:val="21"/>
              </w:rPr>
              <w:t>Base del minimundo</w:t>
            </w:r>
          </w:p>
        </w:tc>
        <w:tc>
          <w:tcPr>
            <w:tcW w:w="7299" w:type="dxa"/>
            <w:shd w:val="clear" w:color="auto" w:fill="FFFFFF"/>
            <w:tcMar>
              <w:top w:w="100" w:type="dxa"/>
              <w:left w:w="130" w:type="dxa"/>
              <w:bottom w:w="100" w:type="dxa"/>
              <w:right w:w="130" w:type="dxa"/>
            </w:tcMar>
            <w:vAlign w:val="center"/>
          </w:tcPr>
          <w:p w14:paraId="42C4EC70" w14:textId="77777777" w:rsidR="00612663" w:rsidRDefault="00612663">
            <w:pPr>
              <w:spacing w:after="0"/>
            </w:pPr>
            <w:r>
              <w:rPr>
                <w:sz w:val="21"/>
              </w:rPr>
              <w:t>Tela clara u oscura para día y noche; dos bandejas o zonas diferenciadas para agua y tierra.</w:t>
            </w:r>
          </w:p>
        </w:tc>
      </w:tr>
      <w:tr w:rsidR="00E979F4" w14:paraId="3DFCAFDA" w14:textId="77777777">
        <w:tc>
          <w:tcPr>
            <w:tcW w:w="2450" w:type="dxa"/>
            <w:shd w:val="clear" w:color="auto" w:fill="EAF4EE"/>
            <w:tcMar>
              <w:top w:w="100" w:type="dxa"/>
              <w:left w:w="130" w:type="dxa"/>
              <w:bottom w:w="100" w:type="dxa"/>
              <w:right w:w="130" w:type="dxa"/>
            </w:tcMar>
            <w:vAlign w:val="center"/>
          </w:tcPr>
          <w:p w14:paraId="3C37C4D2" w14:textId="77777777" w:rsidR="00612663" w:rsidRDefault="00612663">
            <w:pPr>
              <w:spacing w:after="0"/>
            </w:pPr>
            <w:r>
              <w:rPr>
                <w:b/>
                <w:color w:val="1F4D78"/>
                <w:sz w:val="21"/>
              </w:rPr>
              <w:t>Elementos con velcro</w:t>
            </w:r>
          </w:p>
        </w:tc>
        <w:tc>
          <w:tcPr>
            <w:tcW w:w="7299" w:type="dxa"/>
            <w:shd w:val="clear" w:color="auto" w:fill="FFFFFF"/>
            <w:tcMar>
              <w:top w:w="100" w:type="dxa"/>
              <w:left w:w="130" w:type="dxa"/>
              <w:bottom w:w="100" w:type="dxa"/>
              <w:right w:w="130" w:type="dxa"/>
            </w:tcMar>
            <w:vAlign w:val="center"/>
          </w:tcPr>
          <w:p w14:paraId="4286872D" w14:textId="77777777" w:rsidR="00612663" w:rsidRDefault="00612663">
            <w:pPr>
              <w:spacing w:after="0"/>
            </w:pPr>
            <w:r>
              <w:rPr>
                <w:sz w:val="21"/>
              </w:rPr>
              <w:t>Sol, luna, estrellas, plantas, peces, aves, animales terrestres, hombre y mujer.</w:t>
            </w:r>
          </w:p>
        </w:tc>
      </w:tr>
      <w:tr w:rsidR="00E979F4" w14:paraId="598ADDCE" w14:textId="77777777">
        <w:tc>
          <w:tcPr>
            <w:tcW w:w="2450" w:type="dxa"/>
            <w:shd w:val="clear" w:color="auto" w:fill="EAF4EE"/>
            <w:tcMar>
              <w:top w:w="100" w:type="dxa"/>
              <w:left w:w="130" w:type="dxa"/>
              <w:bottom w:w="100" w:type="dxa"/>
              <w:right w:w="130" w:type="dxa"/>
            </w:tcMar>
            <w:vAlign w:val="center"/>
          </w:tcPr>
          <w:p w14:paraId="21F30441" w14:textId="77777777" w:rsidR="00612663" w:rsidRDefault="00612663">
            <w:pPr>
              <w:spacing w:after="0"/>
            </w:pPr>
            <w:r>
              <w:rPr>
                <w:b/>
                <w:color w:val="1F4D78"/>
                <w:sz w:val="21"/>
              </w:rPr>
              <w:t>Material natural</w:t>
            </w:r>
          </w:p>
        </w:tc>
        <w:tc>
          <w:tcPr>
            <w:tcW w:w="7299" w:type="dxa"/>
            <w:shd w:val="clear" w:color="auto" w:fill="FFFFFF"/>
            <w:tcMar>
              <w:top w:w="100" w:type="dxa"/>
              <w:left w:w="130" w:type="dxa"/>
              <w:bottom w:w="100" w:type="dxa"/>
              <w:right w:w="130" w:type="dxa"/>
            </w:tcMar>
            <w:vAlign w:val="center"/>
          </w:tcPr>
          <w:p w14:paraId="02F70516" w14:textId="77777777" w:rsidR="00612663" w:rsidRDefault="00612663">
            <w:pPr>
              <w:spacing w:after="0"/>
            </w:pPr>
            <w:r>
              <w:rPr>
                <w:sz w:val="21"/>
              </w:rPr>
              <w:t>Piedras grandes, piñas, ramas lisas, conchas y hojas secas, siempre seguras y limpias.</w:t>
            </w:r>
          </w:p>
        </w:tc>
      </w:tr>
      <w:tr w:rsidR="00E979F4" w14:paraId="4A2B4A55" w14:textId="77777777">
        <w:tc>
          <w:tcPr>
            <w:tcW w:w="2450" w:type="dxa"/>
            <w:shd w:val="clear" w:color="auto" w:fill="EAF4EE"/>
            <w:tcMar>
              <w:top w:w="100" w:type="dxa"/>
              <w:left w:w="130" w:type="dxa"/>
              <w:bottom w:w="100" w:type="dxa"/>
              <w:right w:w="130" w:type="dxa"/>
            </w:tcMar>
            <w:vAlign w:val="center"/>
          </w:tcPr>
          <w:p w14:paraId="3F6C0640" w14:textId="77777777" w:rsidR="00612663" w:rsidRDefault="00612663">
            <w:pPr>
              <w:spacing w:after="0"/>
            </w:pPr>
            <w:r>
              <w:rPr>
                <w:b/>
                <w:color w:val="1F4D78"/>
                <w:sz w:val="21"/>
              </w:rPr>
              <w:t>Material plástico</w:t>
            </w:r>
          </w:p>
        </w:tc>
        <w:tc>
          <w:tcPr>
            <w:tcW w:w="7299" w:type="dxa"/>
            <w:shd w:val="clear" w:color="auto" w:fill="FFFFFF"/>
            <w:tcMar>
              <w:top w:w="100" w:type="dxa"/>
              <w:left w:w="130" w:type="dxa"/>
              <w:bottom w:w="100" w:type="dxa"/>
              <w:right w:w="130" w:type="dxa"/>
            </w:tcMar>
            <w:vAlign w:val="center"/>
          </w:tcPr>
          <w:p w14:paraId="2E388AA3" w14:textId="77777777" w:rsidR="00612663" w:rsidRDefault="00612663">
            <w:pPr>
              <w:spacing w:after="0"/>
            </w:pPr>
            <w:r>
              <w:rPr>
                <w:sz w:val="21"/>
              </w:rPr>
              <w:t>Pintura de dedos lavable marrón, azul y verde; esponjas; ceras gruesas; papel verde para rasgar; pegamento.</w:t>
            </w:r>
          </w:p>
        </w:tc>
      </w:tr>
      <w:tr w:rsidR="00E979F4" w14:paraId="296AC5D1" w14:textId="77777777">
        <w:tc>
          <w:tcPr>
            <w:tcW w:w="2450" w:type="dxa"/>
            <w:shd w:val="clear" w:color="auto" w:fill="EAF4EE"/>
            <w:tcMar>
              <w:top w:w="100" w:type="dxa"/>
              <w:left w:w="130" w:type="dxa"/>
              <w:bottom w:w="100" w:type="dxa"/>
              <w:right w:w="130" w:type="dxa"/>
            </w:tcMar>
            <w:vAlign w:val="center"/>
          </w:tcPr>
          <w:p w14:paraId="79CF84C7" w14:textId="77777777" w:rsidR="00612663" w:rsidRDefault="00612663">
            <w:pPr>
              <w:spacing w:after="0"/>
            </w:pPr>
            <w:r>
              <w:rPr>
                <w:b/>
                <w:color w:val="1F4D78"/>
                <w:sz w:val="21"/>
              </w:rPr>
              <w:t>Apoyo narrativo</w:t>
            </w:r>
          </w:p>
        </w:tc>
        <w:tc>
          <w:tcPr>
            <w:tcW w:w="7299" w:type="dxa"/>
            <w:shd w:val="clear" w:color="auto" w:fill="FFFFFF"/>
            <w:tcMar>
              <w:top w:w="100" w:type="dxa"/>
              <w:left w:w="130" w:type="dxa"/>
              <w:bottom w:w="100" w:type="dxa"/>
              <w:right w:w="130" w:type="dxa"/>
            </w:tcMar>
            <w:vAlign w:val="center"/>
          </w:tcPr>
          <w:p w14:paraId="2925C7B2" w14:textId="77777777" w:rsidR="00612663" w:rsidRDefault="00612663">
            <w:pPr>
              <w:spacing w:after="0"/>
            </w:pPr>
            <w:r>
              <w:rPr>
                <w:sz w:val="21"/>
              </w:rPr>
              <w:t>Libro de imágenes interactivo de la Creación y muñeco grande de san Francisco.</w:t>
            </w:r>
          </w:p>
        </w:tc>
      </w:tr>
      <w:tr w:rsidR="00E979F4" w14:paraId="58B5C137" w14:textId="77777777">
        <w:tc>
          <w:tcPr>
            <w:tcW w:w="9749" w:type="dxa"/>
            <w:gridSpan w:val="2"/>
            <w:shd w:val="clear" w:color="auto" w:fill="FFF4D8"/>
            <w:tcMar>
              <w:top w:w="100" w:type="dxa"/>
              <w:left w:w="130" w:type="dxa"/>
              <w:bottom w:w="100" w:type="dxa"/>
              <w:right w:w="130" w:type="dxa"/>
            </w:tcMar>
            <w:vAlign w:val="center"/>
          </w:tcPr>
          <w:p w14:paraId="0033A7B7" w14:textId="77777777" w:rsidR="00612663" w:rsidRDefault="00612663">
            <w:pPr>
              <w:spacing w:after="40" w:line="288" w:lineRule="auto"/>
            </w:pPr>
            <w:r>
              <w:rPr>
                <w:b/>
                <w:color w:val="1F4D78"/>
              </w:rPr>
              <w:t xml:space="preserve">Sobre la tierra  </w:t>
            </w:r>
            <w:r>
              <w:t>En la ficha se utiliza pintura de dedos marrón lavable. La tierra natural puede explorarse en una bandeja sensorial del espacio Montessori, pero no se pega al papel porque se desprende y dificulta conservar el libro.</w:t>
            </w:r>
          </w:p>
        </w:tc>
      </w:tr>
    </w:tbl>
    <w:p w14:paraId="4FC23B7D" w14:textId="77777777" w:rsidR="00612663" w:rsidRDefault="00612663">
      <w:pPr>
        <w:spacing w:after="40"/>
      </w:pPr>
    </w:p>
    <w:p w14:paraId="697110D6" w14:textId="77777777" w:rsidR="00612663" w:rsidRDefault="00612663">
      <w:pPr>
        <w:pStyle w:val="Ttulo2"/>
      </w:pPr>
      <w:r>
        <w:rPr>
          <w:rFonts w:ascii="Calibri" w:hAnsi="Calibri"/>
        </w:rPr>
        <w:t>Rutina común de las tres semanas</w:t>
      </w:r>
    </w:p>
    <w:p w14:paraId="319FC732" w14:textId="77777777" w:rsidR="00612663" w:rsidRDefault="00612663">
      <w:pPr>
        <w:spacing w:after="100"/>
      </w:pPr>
      <w:r>
        <w:rPr>
          <w:b/>
          <w:color w:val="1F4D78"/>
        </w:rPr>
        <w:t xml:space="preserve">Acogida: </w:t>
      </w:r>
      <w:r>
        <w:t>Saludo breve, canción y círculo de encuentro.</w:t>
      </w:r>
    </w:p>
    <w:p w14:paraId="59A9A0C1" w14:textId="77777777" w:rsidR="00612663" w:rsidRDefault="00612663">
      <w:pPr>
        <w:spacing w:after="100"/>
      </w:pPr>
      <w:r>
        <w:rPr>
          <w:b/>
          <w:color w:val="1F4D78"/>
        </w:rPr>
        <w:t xml:space="preserve">Relato o experiencia: </w:t>
      </w:r>
      <w:r>
        <w:t>Presentación muy visual y pausada, añadiendo pocos elementos cada vez.</w:t>
      </w:r>
    </w:p>
    <w:p w14:paraId="5B88F2EA" w14:textId="77777777" w:rsidR="00612663" w:rsidRDefault="00612663">
      <w:pPr>
        <w:spacing w:after="100"/>
      </w:pPr>
      <w:r>
        <w:rPr>
          <w:b/>
          <w:color w:val="1F4D78"/>
        </w:rPr>
        <w:t xml:space="preserve">Mensaje religioso: </w:t>
      </w:r>
      <w:r>
        <w:t>Una frase breve: Dios creó, Dios nos lo regala y nosotros lo cuidamos.</w:t>
      </w:r>
    </w:p>
    <w:p w14:paraId="2FDBDCF1" w14:textId="77777777" w:rsidR="00612663" w:rsidRDefault="00612663">
      <w:pPr>
        <w:spacing w:after="100"/>
      </w:pPr>
      <w:r>
        <w:rPr>
          <w:b/>
          <w:color w:val="1F4D78"/>
        </w:rPr>
        <w:t xml:space="preserve">Oración: </w:t>
      </w:r>
      <w:r>
        <w:t>Agradecimiento con palabras, gestos o un momento corto de silencio.</w:t>
      </w:r>
    </w:p>
    <w:p w14:paraId="20B7CC8A" w14:textId="77777777" w:rsidR="00612663" w:rsidRDefault="00612663">
      <w:pPr>
        <w:spacing w:after="100"/>
      </w:pPr>
      <w:r>
        <w:rPr>
          <w:b/>
          <w:color w:val="1F4D78"/>
        </w:rPr>
        <w:t xml:space="preserve">Espacios Montessori: </w:t>
      </w:r>
      <w:r>
        <w:t>Elección autónoma entre pocos espacios relacionados con la sesión.</w:t>
      </w:r>
    </w:p>
    <w:p w14:paraId="462E8C72" w14:textId="77777777" w:rsidR="00612663" w:rsidRDefault="00612663">
      <w:pPr>
        <w:spacing w:after="100"/>
      </w:pPr>
      <w:r>
        <w:rPr>
          <w:b/>
          <w:color w:val="1F4D78"/>
        </w:rPr>
        <w:t xml:space="preserve">Ficha y cierre: </w:t>
      </w:r>
      <w:r>
        <w:t>Producción personal, exposición breve, recogida y despedida.</w:t>
      </w:r>
    </w:p>
    <w:p w14:paraId="02CEC1BE" w14:textId="77777777" w:rsidR="00612663" w:rsidRDefault="00612663">
      <w:pPr>
        <w:pStyle w:val="Ttulo1"/>
      </w:pPr>
      <w:r>
        <w:rPr>
          <w:rFonts w:ascii="Calibri" w:hAnsi="Calibri"/>
        </w:rPr>
        <w:t>2. Referencia curricular</w:t>
      </w:r>
    </w:p>
    <w:p w14:paraId="50EB3EB5" w14:textId="77777777" w:rsidR="00612663" w:rsidRDefault="00612663">
      <w:r>
        <w:t>El tema se vincula al currículo de Religión Católica para el segundo ciclo de Educación Infantil (Resolución de 21 de junio de 2022, BOE-A-2022-10452, Anexo I). Se seleccionan únicamente los elementos realmente movilizados por las experiencias propuestas.</w:t>
      </w:r>
    </w:p>
    <w:tbl>
      <w:tblPr>
        <w:tblW w:w="9749" w:type="dxa"/>
        <w:tblInd w:w="120" w:type="dxa"/>
        <w:tblLayout w:type="fixed"/>
        <w:tblLook w:val="04A0" w:firstRow="1" w:lastRow="0" w:firstColumn="1" w:lastColumn="0" w:noHBand="0" w:noVBand="1"/>
      </w:tblPr>
      <w:tblGrid>
        <w:gridCol w:w="2850"/>
        <w:gridCol w:w="6899"/>
      </w:tblGrid>
      <w:tr w:rsidR="00E979F4" w14:paraId="79370632" w14:textId="77777777">
        <w:tc>
          <w:tcPr>
            <w:tcW w:w="2850" w:type="dxa"/>
            <w:shd w:val="clear" w:color="auto" w:fill="E8EEF5"/>
            <w:tcMar>
              <w:top w:w="100" w:type="dxa"/>
              <w:left w:w="130" w:type="dxa"/>
              <w:bottom w:w="100" w:type="dxa"/>
              <w:right w:w="130" w:type="dxa"/>
            </w:tcMar>
            <w:vAlign w:val="center"/>
          </w:tcPr>
          <w:p w14:paraId="6BD197CB" w14:textId="77777777" w:rsidR="00612663" w:rsidRDefault="00612663">
            <w:r>
              <w:rPr>
                <w:b/>
                <w:color w:val="1F4D78"/>
              </w:rPr>
              <w:t>Competencia específica 1</w:t>
            </w:r>
          </w:p>
        </w:tc>
        <w:tc>
          <w:tcPr>
            <w:tcW w:w="6899" w:type="dxa"/>
            <w:shd w:val="clear" w:color="auto" w:fill="FFFFFF"/>
            <w:tcMar>
              <w:top w:w="100" w:type="dxa"/>
              <w:left w:w="130" w:type="dxa"/>
              <w:bottom w:w="100" w:type="dxa"/>
              <w:right w:w="130" w:type="dxa"/>
            </w:tcMar>
            <w:vAlign w:val="center"/>
          </w:tcPr>
          <w:p w14:paraId="62B9491F" w14:textId="77777777" w:rsidR="00612663" w:rsidRDefault="00612663">
            <w:r>
              <w:t>Autonomía y hábitos de cuidado del entorno a partir de un modelo cristiano significativo.</w:t>
            </w:r>
          </w:p>
        </w:tc>
      </w:tr>
      <w:tr w:rsidR="00E979F4" w14:paraId="25412587" w14:textId="77777777">
        <w:tc>
          <w:tcPr>
            <w:tcW w:w="2850" w:type="dxa"/>
            <w:shd w:val="clear" w:color="auto" w:fill="E8EEF5"/>
            <w:tcMar>
              <w:top w:w="100" w:type="dxa"/>
              <w:left w:w="130" w:type="dxa"/>
              <w:bottom w:w="100" w:type="dxa"/>
              <w:right w:w="130" w:type="dxa"/>
            </w:tcMar>
            <w:vAlign w:val="center"/>
          </w:tcPr>
          <w:p w14:paraId="4EF5A77F" w14:textId="77777777" w:rsidR="00612663" w:rsidRDefault="00612663">
            <w:r>
              <w:rPr>
                <w:b/>
                <w:color w:val="1F4D78"/>
              </w:rPr>
              <w:t>Competencia específica 3</w:t>
            </w:r>
          </w:p>
        </w:tc>
        <w:tc>
          <w:tcPr>
            <w:tcW w:w="6899" w:type="dxa"/>
            <w:shd w:val="clear" w:color="auto" w:fill="FFFFFF"/>
            <w:tcMar>
              <w:top w:w="100" w:type="dxa"/>
              <w:left w:w="130" w:type="dxa"/>
              <w:bottom w:w="100" w:type="dxa"/>
              <w:right w:w="130" w:type="dxa"/>
            </w:tcMar>
            <w:vAlign w:val="center"/>
          </w:tcPr>
          <w:p w14:paraId="41278C60" w14:textId="77777777" w:rsidR="00612663" w:rsidRDefault="00612663">
            <w:r>
              <w:t>Cooperación, respeto a la diversidad y cuidado de la casa común.</w:t>
            </w:r>
          </w:p>
        </w:tc>
      </w:tr>
      <w:tr w:rsidR="00E979F4" w14:paraId="129041DA" w14:textId="77777777">
        <w:tc>
          <w:tcPr>
            <w:tcW w:w="2850" w:type="dxa"/>
            <w:shd w:val="clear" w:color="auto" w:fill="E8EEF5"/>
            <w:tcMar>
              <w:top w:w="100" w:type="dxa"/>
              <w:left w:w="130" w:type="dxa"/>
              <w:bottom w:w="100" w:type="dxa"/>
              <w:right w:w="130" w:type="dxa"/>
            </w:tcMar>
            <w:vAlign w:val="center"/>
          </w:tcPr>
          <w:p w14:paraId="4F498009" w14:textId="77777777" w:rsidR="00612663" w:rsidRDefault="00612663">
            <w:r>
              <w:rPr>
                <w:b/>
                <w:color w:val="1F4D78"/>
              </w:rPr>
              <w:lastRenderedPageBreak/>
              <w:t>Competencia específica 4</w:t>
            </w:r>
          </w:p>
        </w:tc>
        <w:tc>
          <w:tcPr>
            <w:tcW w:w="6899" w:type="dxa"/>
            <w:shd w:val="clear" w:color="auto" w:fill="FFFFFF"/>
            <w:tcMar>
              <w:top w:w="100" w:type="dxa"/>
              <w:left w:w="130" w:type="dxa"/>
              <w:bottom w:w="100" w:type="dxa"/>
              <w:right w:w="130" w:type="dxa"/>
            </w:tcMar>
            <w:vAlign w:val="center"/>
          </w:tcPr>
          <w:p w14:paraId="51C1CADC" w14:textId="77777777" w:rsidR="00612663" w:rsidRDefault="00612663">
            <w:r>
              <w:t>Exploración del entorno natural, expresión artística, creatividad y sensibilidad estética.</w:t>
            </w:r>
          </w:p>
        </w:tc>
      </w:tr>
      <w:tr w:rsidR="00E979F4" w14:paraId="15327C88" w14:textId="77777777">
        <w:tc>
          <w:tcPr>
            <w:tcW w:w="2850" w:type="dxa"/>
            <w:shd w:val="clear" w:color="auto" w:fill="E8EEF5"/>
            <w:tcMar>
              <w:top w:w="100" w:type="dxa"/>
              <w:left w:w="130" w:type="dxa"/>
              <w:bottom w:w="100" w:type="dxa"/>
              <w:right w:w="130" w:type="dxa"/>
            </w:tcMar>
            <w:vAlign w:val="center"/>
          </w:tcPr>
          <w:p w14:paraId="433AF933" w14:textId="77777777" w:rsidR="00612663" w:rsidRDefault="00612663">
            <w:r>
              <w:rPr>
                <w:b/>
                <w:color w:val="1F4D78"/>
              </w:rPr>
              <w:t>Competencia específica 5</w:t>
            </w:r>
          </w:p>
        </w:tc>
        <w:tc>
          <w:tcPr>
            <w:tcW w:w="6899" w:type="dxa"/>
            <w:shd w:val="clear" w:color="auto" w:fill="FFFFFF"/>
            <w:tcMar>
              <w:top w:w="100" w:type="dxa"/>
              <w:left w:w="130" w:type="dxa"/>
              <w:bottom w:w="100" w:type="dxa"/>
              <w:right w:w="130" w:type="dxa"/>
            </w:tcMar>
            <w:vAlign w:val="center"/>
          </w:tcPr>
          <w:p w14:paraId="4876EB6C" w14:textId="77777777" w:rsidR="00612663" w:rsidRDefault="00612663">
            <w:r>
              <w:t>Asombro, interioridad, silencio, gratitud y oración sencilla.</w:t>
            </w:r>
          </w:p>
        </w:tc>
      </w:tr>
    </w:tbl>
    <w:p w14:paraId="4CE02F45" w14:textId="77777777" w:rsidR="00612663" w:rsidRDefault="00612663">
      <w:pPr>
        <w:pStyle w:val="Ttulo2"/>
      </w:pPr>
      <w:r>
        <w:rPr>
          <w:rFonts w:ascii="Calibri" w:hAnsi="Calibri"/>
        </w:rPr>
        <w:t>Criterios de evaluación especialmente relacionados</w:t>
      </w:r>
    </w:p>
    <w:p w14:paraId="4F8236F1" w14:textId="77777777" w:rsidR="00612663" w:rsidRDefault="00612663">
      <w:pPr>
        <w:spacing w:after="80"/>
      </w:pPr>
      <w:r>
        <w:rPr>
          <w:b/>
          <w:color w:val="1F4D78"/>
        </w:rPr>
        <w:t xml:space="preserve">1.2: </w:t>
      </w:r>
      <w:r>
        <w:t>Reconoce hábitos básicos de relación tomando a san Francisco como modelo cristiano y propone acciones de cuidado en el aula y el entorno.</w:t>
      </w:r>
    </w:p>
    <w:p w14:paraId="5182A353" w14:textId="77777777" w:rsidR="00612663" w:rsidRDefault="00612663">
      <w:pPr>
        <w:spacing w:after="80"/>
      </w:pPr>
      <w:r>
        <w:rPr>
          <w:b/>
          <w:color w:val="1F4D78"/>
        </w:rPr>
        <w:t xml:space="preserve">1.3: </w:t>
      </w:r>
      <w:r>
        <w:t>Expresa sus posibilidades personales y las utiliza para cuidar su entorno según su momento evolutivo.</w:t>
      </w:r>
    </w:p>
    <w:p w14:paraId="1BC096F3" w14:textId="77777777" w:rsidR="00612663" w:rsidRDefault="00612663">
      <w:pPr>
        <w:spacing w:after="80"/>
      </w:pPr>
      <w:r>
        <w:rPr>
          <w:b/>
          <w:color w:val="1F4D78"/>
        </w:rPr>
        <w:t xml:space="preserve">3.3: </w:t>
      </w:r>
      <w:r>
        <w:t>Comprende actitudes sencillas de cooperación y respeto a la diversidad a partir del relato bíblico de la Creación.</w:t>
      </w:r>
    </w:p>
    <w:p w14:paraId="466B9C0D" w14:textId="77777777" w:rsidR="00612663" w:rsidRDefault="00612663">
      <w:pPr>
        <w:spacing w:after="80"/>
      </w:pPr>
      <w:r>
        <w:rPr>
          <w:b/>
          <w:color w:val="1F4D78"/>
        </w:rPr>
        <w:t xml:space="preserve">4.3: </w:t>
      </w:r>
      <w:r>
        <w:t>Desarrolla la capacidad artística y la sensibilidad estética mediante dibujo, estampación, rasgado y experimentación.</w:t>
      </w:r>
    </w:p>
    <w:p w14:paraId="294E8C45" w14:textId="77777777" w:rsidR="00612663" w:rsidRDefault="00612663">
      <w:pPr>
        <w:spacing w:after="80"/>
      </w:pPr>
      <w:r>
        <w:rPr>
          <w:b/>
          <w:color w:val="1F4D78"/>
        </w:rPr>
        <w:t xml:space="preserve">5.1 y 5.2: </w:t>
      </w:r>
      <w:r>
        <w:t>Explora el asombro y participa en momentos sencillos de silencio, gratitud y oración.</w:t>
      </w:r>
    </w:p>
    <w:p w14:paraId="4567FBF9" w14:textId="77777777" w:rsidR="00612663" w:rsidRDefault="00612663">
      <w:pPr>
        <w:pStyle w:val="Ttulo2"/>
      </w:pPr>
      <w:r>
        <w:rPr>
          <w:rFonts w:ascii="Calibri" w:hAnsi="Calibri"/>
        </w:rPr>
        <w:t>Saberes básicos movilizados</w:t>
      </w:r>
    </w:p>
    <w:p w14:paraId="413A4F2E" w14:textId="77777777" w:rsidR="00612663" w:rsidRDefault="00612663">
      <w:r>
        <w:t>Cuidado y respeto de la naturaleza en la visión cristiana; valor del ser humano como hijo de Dios; biografías significativas que muestran la experiencia religiosa, especialmente san Francisco de Asís; valoración de la belleza; expresión creativa; aprecio del silencio y la calma; actitudes de respeto y cuidado de las personas y de la naturaleza; admiración y cuidado de la naturaleza como creación de Dios y casa común; la Biblia como comunicación de Dios con las personas; oración cristiana sencilla.</w:t>
      </w:r>
    </w:p>
    <w:p w14:paraId="74FC7BBD" w14:textId="77777777" w:rsidR="00612663" w:rsidRDefault="00612663">
      <w:pPr>
        <w:pStyle w:val="Ttulo2"/>
      </w:pPr>
      <w:r>
        <w:t>Evidencias e instrumentos</w:t>
      </w:r>
    </w:p>
    <w:p w14:paraId="1523EE4F" w14:textId="77777777" w:rsidR="00612663" w:rsidRDefault="00612663">
      <w:r>
        <w:rPr>
          <w:b/>
        </w:rPr>
        <w:t xml:space="preserve">1.2, 1.3 y 3.3: </w:t>
      </w:r>
      <w:r>
        <w:t xml:space="preserve">conversaciones, clasificación de acciones de cuidado y juego simbólico; observación directa y registro breve. </w:t>
      </w:r>
      <w:r>
        <w:rPr>
          <w:b/>
        </w:rPr>
        <w:t xml:space="preserve">4.3: </w:t>
      </w:r>
      <w:r>
        <w:t xml:space="preserve">fichas 4, 5 y 6 y proceso de creación; análisis de las producciones sin valorar su calidad estética. </w:t>
      </w:r>
      <w:r>
        <w:rPr>
          <w:b/>
        </w:rPr>
        <w:t xml:space="preserve">5.1 y 5.2: </w:t>
      </w:r>
      <w:r>
        <w:t>participación en momentos de silencio, agradecimiento y oración; observación directa.</w:t>
      </w:r>
    </w:p>
    <w:p w14:paraId="1E7A0EDD" w14:textId="77777777" w:rsidR="00612663" w:rsidRDefault="00612663">
      <w:pPr>
        <w:pStyle w:val="Ttulo2"/>
      </w:pPr>
      <w:r>
        <w:t>Atención a la diversidad</w:t>
      </w:r>
    </w:p>
    <w:p w14:paraId="4B98F6AC" w14:textId="77777777" w:rsidR="00612663" w:rsidRDefault="00612663">
      <w:r>
        <w:t>Ofrecer distintas formas de participar: mirar, señalar, colocar piezas, imitar, verbalizar, dibujar o estampar. Reducir el número de elementos y anticipar la secuencia con imágenes cuando sea necesario. Si existe rechazo sensorial, sustituir la pintura de dedos o el contacto con tierra y agua por esponja, cera, pincel o piezas manipulativas. Se valora siempre el progreso personal.</w:t>
      </w:r>
    </w:p>
    <w:p w14:paraId="463BFBC7" w14:textId="77777777" w:rsidR="00612663" w:rsidRDefault="00612663">
      <w:pPr>
        <w:pStyle w:val="Ttulo2"/>
      </w:pPr>
      <w:r>
        <w:rPr>
          <w:rFonts w:ascii="Calibri" w:hAnsi="Calibri"/>
        </w:rPr>
        <w:t>Referencia curricular</w:t>
      </w:r>
    </w:p>
    <w:p w14:paraId="0636CC3A" w14:textId="77777777" w:rsidR="00612663" w:rsidRDefault="00612663">
      <w:pPr>
        <w:spacing w:after="0"/>
      </w:pPr>
      <w:r>
        <w:t>Resolución de 21 de junio de 2022, de la Secretaría de Estado de Educación, por la que se publican los currículos de las enseñanzas de Religión Católica. BOE-A-2022-10452, Anexo I. https://www.boe.es/diario_boe/txt.php?id=BOE-A-2022-10452</w:t>
      </w:r>
    </w:p>
    <w:p w14:paraId="7F4572C1" w14:textId="77777777" w:rsidR="00612663" w:rsidRDefault="00612663">
      <w:r>
        <w:br w:type="page"/>
      </w:r>
    </w:p>
    <w:p w14:paraId="26506454" w14:textId="77777777" w:rsidR="00612663" w:rsidRDefault="00612663">
      <w:pPr>
        <w:pStyle w:val="Ttulo1"/>
      </w:pPr>
      <w:r>
        <w:rPr>
          <w:rFonts w:ascii="Calibri" w:hAnsi="Calibri"/>
        </w:rPr>
        <w:lastRenderedPageBreak/>
        <w:t>3. Semana 1 · Dios creó un mundo precioso</w:t>
      </w:r>
    </w:p>
    <w:p w14:paraId="7525BB10" w14:textId="77777777" w:rsidR="00612663" w:rsidRDefault="00612663">
      <w:pPr>
        <w:keepNext/>
        <w:jc w:val="center"/>
      </w:pPr>
      <w:r>
        <w:rPr>
          <w:noProof/>
        </w:rPr>
        <w:drawing>
          <wp:inline distT="0" distB="0" distL="0" distR="0" wp14:anchorId="2541353A" wp14:editId="51A3C670">
            <wp:extent cx="5257800" cy="372030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02ebe759-143f-4ed8-9111-7fb48a9f5bc5.png"/>
                    <pic:cNvPicPr/>
                  </pic:nvPicPr>
                  <pic:blipFill>
                    <a:blip r:embed="rId11"/>
                    <a:stretch>
                      <a:fillRect/>
                    </a:stretch>
                  </pic:blipFill>
                  <pic:spPr>
                    <a:xfrm>
                      <a:off x="0" y="0"/>
                      <a:ext cx="5257800" cy="3720308"/>
                    </a:xfrm>
                    <a:prstGeom prst="rect">
                      <a:avLst/>
                    </a:prstGeom>
                  </pic:spPr>
                </pic:pic>
              </a:graphicData>
            </a:graphic>
          </wp:inline>
        </w:drawing>
      </w:r>
    </w:p>
    <w:p w14:paraId="438638C4" w14:textId="77777777" w:rsidR="00612663" w:rsidRDefault="00612663">
      <w:pPr>
        <w:keepNext/>
        <w:spacing w:after="160"/>
        <w:jc w:val="center"/>
      </w:pPr>
      <w:r>
        <w:rPr>
          <w:i/>
          <w:color w:val="687784"/>
          <w:sz w:val="19"/>
        </w:rPr>
        <w:t>Ficha 4 · Cielo con esponja; agua y tierra con los dedos</w:t>
      </w:r>
    </w:p>
    <w:tbl>
      <w:tblPr>
        <w:tblW w:w="9749" w:type="dxa"/>
        <w:tblInd w:w="120" w:type="dxa"/>
        <w:tblLayout w:type="fixed"/>
        <w:tblLook w:val="04A0" w:firstRow="1" w:lastRow="0" w:firstColumn="1" w:lastColumn="0" w:noHBand="0" w:noVBand="1"/>
      </w:tblPr>
      <w:tblGrid>
        <w:gridCol w:w="9749"/>
      </w:tblGrid>
      <w:tr w:rsidR="00E979F4" w14:paraId="23610FFA" w14:textId="77777777">
        <w:tc>
          <w:tcPr>
            <w:tcW w:w="9749" w:type="dxa"/>
            <w:shd w:val="clear" w:color="auto" w:fill="EAF4EE"/>
            <w:tcMar>
              <w:top w:w="100" w:type="dxa"/>
              <w:left w:w="130" w:type="dxa"/>
              <w:bottom w:w="100" w:type="dxa"/>
              <w:right w:w="130" w:type="dxa"/>
            </w:tcMar>
            <w:vAlign w:val="center"/>
          </w:tcPr>
          <w:p w14:paraId="0F3C9D09" w14:textId="77777777" w:rsidR="00612663" w:rsidRDefault="00612663">
            <w:pPr>
              <w:spacing w:after="40" w:line="288" w:lineRule="auto"/>
            </w:pPr>
            <w:r>
              <w:rPr>
                <w:b/>
                <w:color w:val="1F4D78"/>
              </w:rPr>
              <w:t xml:space="preserve">Aprendizaje  </w:t>
            </w:r>
            <w:r>
              <w:t>Contemplamos la luz, el cielo, el agua y la tierra como regalos de Dios.</w:t>
            </w:r>
          </w:p>
        </w:tc>
      </w:tr>
    </w:tbl>
    <w:p w14:paraId="5DAEBC04" w14:textId="77777777" w:rsidR="00612663" w:rsidRDefault="00612663">
      <w:pPr>
        <w:spacing w:after="40"/>
      </w:pPr>
    </w:p>
    <w:p w14:paraId="136FC943" w14:textId="77777777" w:rsidR="00612663" w:rsidRDefault="00612663">
      <w:pPr>
        <w:pStyle w:val="Ttulo2"/>
      </w:pPr>
      <w:r>
        <w:rPr>
          <w:rFonts w:ascii="Calibri" w:hAnsi="Calibri"/>
        </w:rPr>
        <w:t>Preparación</w:t>
      </w:r>
    </w:p>
    <w:p w14:paraId="4288C0B8" w14:textId="77777777" w:rsidR="00612663" w:rsidRDefault="00612663">
      <w:r>
        <w:t>Colocar la tela del día y la noche, las estrellas y el sol. Preparar las bandejas o zonas de agua y tierra, dejando guardados todavía los animales y las figuras humanas. Tener el cuento interactivo a mano. Para la ficha: esponjas, pintura azul clara, pintura de dedos azul y marrón y paños de limpieza.</w:t>
      </w:r>
    </w:p>
    <w:p w14:paraId="13562139" w14:textId="77777777" w:rsidR="00612663" w:rsidRDefault="00612663">
      <w:pPr>
        <w:pStyle w:val="Ttulo2"/>
      </w:pPr>
      <w:r>
        <w:rPr>
          <w:rFonts w:ascii="Calibri" w:hAnsi="Calibri"/>
        </w:rPr>
        <w:t>Desarrollo orientativo</w:t>
      </w:r>
    </w:p>
    <w:p w14:paraId="6A453B08" w14:textId="77777777" w:rsidR="00612663" w:rsidRDefault="00612663">
      <w:pPr>
        <w:keepNext/>
        <w:spacing w:before="80" w:after="60"/>
      </w:pPr>
      <w:r>
        <w:rPr>
          <w:b/>
          <w:color w:val="1F4D78"/>
          <w:sz w:val="23"/>
        </w:rPr>
        <w:t>Entrada en silencio</w:t>
      </w:r>
      <w:r>
        <w:rPr>
          <w:b/>
          <w:color w:val="687784"/>
          <w:sz w:val="20"/>
        </w:rPr>
        <w:t xml:space="preserve">  ·  2-3 min</w:t>
      </w:r>
    </w:p>
    <w:p w14:paraId="7CF68C00" w14:textId="77777777" w:rsidR="00612663" w:rsidRDefault="00612663">
      <w:pPr>
        <w:spacing w:after="100"/>
      </w:pPr>
      <w:r>
        <w:t>Mostrar el espacio casi vacío y bajar la voz: «Al principio vamos a imaginar que todo estaba oscuro». Dar tiempo para mirar.</w:t>
      </w:r>
    </w:p>
    <w:p w14:paraId="1965E3FF" w14:textId="77777777" w:rsidR="00612663" w:rsidRDefault="00612663">
      <w:pPr>
        <w:keepNext/>
        <w:spacing w:before="80" w:after="60"/>
      </w:pPr>
      <w:r>
        <w:rPr>
          <w:b/>
          <w:color w:val="1F4D78"/>
          <w:sz w:val="23"/>
        </w:rPr>
        <w:t>Relato interactivo</w:t>
      </w:r>
      <w:r>
        <w:rPr>
          <w:b/>
          <w:color w:val="687784"/>
          <w:sz w:val="20"/>
        </w:rPr>
        <w:t xml:space="preserve">  ·  10-12 min</w:t>
      </w:r>
    </w:p>
    <w:p w14:paraId="74E87B2F" w14:textId="77777777" w:rsidR="00612663" w:rsidRDefault="00612663">
      <w:pPr>
        <w:spacing w:after="100"/>
      </w:pPr>
      <w:r>
        <w:t>Contar con lenguaje sencillo: Dios creó la luz; distinguimos el día y la noche; creó el cielo y el agua; hizo aparecer la tierra y las plantas. Los niños pueden colocar por turnos el sol, las estrellas o algún brote en el libro y en el minimundo.</w:t>
      </w:r>
    </w:p>
    <w:p w14:paraId="15CABA34" w14:textId="77777777" w:rsidR="00612663" w:rsidRDefault="00612663">
      <w:pPr>
        <w:keepNext/>
        <w:spacing w:before="80" w:after="60"/>
      </w:pPr>
      <w:r>
        <w:rPr>
          <w:b/>
          <w:color w:val="1F4D78"/>
          <w:sz w:val="23"/>
        </w:rPr>
        <w:t>Exploración sensorial</w:t>
      </w:r>
      <w:r>
        <w:rPr>
          <w:b/>
          <w:color w:val="687784"/>
          <w:sz w:val="20"/>
        </w:rPr>
        <w:t xml:space="preserve">  ·  5 min</w:t>
      </w:r>
    </w:p>
    <w:p w14:paraId="1D5627BF" w14:textId="77777777" w:rsidR="00612663" w:rsidRDefault="00612663">
      <w:pPr>
        <w:spacing w:after="100"/>
      </w:pPr>
      <w:r>
        <w:t>Tocar las telas, observar el agua y manipular una pequeña bandeja de tierra o elementos naturales. Recordar que se explora suavemente y después se devuelve cada cosa a su lugar.</w:t>
      </w:r>
    </w:p>
    <w:p w14:paraId="0D3F8F79" w14:textId="77777777" w:rsidR="00612663" w:rsidRDefault="00612663">
      <w:pPr>
        <w:keepNext/>
        <w:spacing w:before="80" w:after="60"/>
      </w:pPr>
      <w:r>
        <w:rPr>
          <w:b/>
          <w:color w:val="1F4D78"/>
          <w:sz w:val="23"/>
        </w:rPr>
        <w:lastRenderedPageBreak/>
        <w:t>Mensaje religioso</w:t>
      </w:r>
      <w:r>
        <w:rPr>
          <w:b/>
          <w:color w:val="687784"/>
          <w:sz w:val="20"/>
        </w:rPr>
        <w:t xml:space="preserve">  ·  2 min</w:t>
      </w:r>
    </w:p>
    <w:p w14:paraId="5A6FDA90" w14:textId="77777777" w:rsidR="00612663" w:rsidRDefault="00612663">
      <w:pPr>
        <w:spacing w:after="100"/>
      </w:pPr>
      <w:r>
        <w:t>Decir: «Dios creó un mundo precioso y nos lo regaló para vivir».</w:t>
      </w:r>
    </w:p>
    <w:p w14:paraId="1020BCB4" w14:textId="77777777" w:rsidR="00612663" w:rsidRDefault="00612663">
      <w:pPr>
        <w:keepNext/>
        <w:spacing w:before="80" w:after="60"/>
      </w:pPr>
      <w:r>
        <w:rPr>
          <w:b/>
          <w:color w:val="1F4D78"/>
          <w:sz w:val="23"/>
        </w:rPr>
        <w:t>Oración</w:t>
      </w:r>
      <w:r>
        <w:rPr>
          <w:b/>
          <w:color w:val="687784"/>
          <w:sz w:val="20"/>
        </w:rPr>
        <w:t xml:space="preserve">  ·  1-2 min</w:t>
      </w:r>
    </w:p>
    <w:p w14:paraId="52F3F891" w14:textId="77777777" w:rsidR="00612663" w:rsidRDefault="00612663">
      <w:pPr>
        <w:spacing w:after="100"/>
      </w:pPr>
      <w:r>
        <w:t>«Gracias, Dios, por la luz, el cielo, el agua y la tierra». Señalar cada zona al nombrarla.</w:t>
      </w:r>
    </w:p>
    <w:p w14:paraId="7493AED6" w14:textId="77777777" w:rsidR="00612663" w:rsidRDefault="00612663">
      <w:pPr>
        <w:keepNext/>
        <w:spacing w:before="80" w:after="60"/>
      </w:pPr>
      <w:r>
        <w:rPr>
          <w:b/>
          <w:color w:val="1F4D78"/>
          <w:sz w:val="23"/>
        </w:rPr>
        <w:t>Espacios Montessori</w:t>
      </w:r>
      <w:r>
        <w:rPr>
          <w:b/>
          <w:color w:val="687784"/>
          <w:sz w:val="20"/>
        </w:rPr>
        <w:t xml:space="preserve">  ·  15-20 min</w:t>
      </w:r>
    </w:p>
    <w:p w14:paraId="60A7319D" w14:textId="77777777" w:rsidR="00612663" w:rsidRDefault="00612663">
      <w:pPr>
        <w:spacing w:after="100"/>
      </w:pPr>
      <w:r>
        <w:t>Abrir pocos espacios y mantener el minimundo como centro principal.</w:t>
      </w:r>
    </w:p>
    <w:tbl>
      <w:tblPr>
        <w:tblW w:w="9749" w:type="dxa"/>
        <w:tblInd w:w="120" w:type="dxa"/>
        <w:tblLayout w:type="fixed"/>
        <w:tblLook w:val="04A0" w:firstRow="1" w:lastRow="0" w:firstColumn="1" w:lastColumn="0" w:noHBand="0" w:noVBand="1"/>
      </w:tblPr>
      <w:tblGrid>
        <w:gridCol w:w="2100"/>
        <w:gridCol w:w="3550"/>
        <w:gridCol w:w="4099"/>
      </w:tblGrid>
      <w:tr w:rsidR="00E979F4" w14:paraId="4A2A0583" w14:textId="77777777">
        <w:trPr>
          <w:tblHeader/>
        </w:trPr>
        <w:tc>
          <w:tcPr>
            <w:tcW w:w="2100" w:type="dxa"/>
            <w:shd w:val="clear" w:color="auto" w:fill="E8EEF5"/>
            <w:tcMar>
              <w:top w:w="100" w:type="dxa"/>
              <w:left w:w="130" w:type="dxa"/>
              <w:bottom w:w="100" w:type="dxa"/>
              <w:right w:w="130" w:type="dxa"/>
            </w:tcMar>
            <w:vAlign w:val="center"/>
          </w:tcPr>
          <w:p w14:paraId="09274734"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42E35056"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258DC0CB" w14:textId="77777777" w:rsidR="00612663" w:rsidRDefault="00612663">
            <w:pPr>
              <w:jc w:val="center"/>
            </w:pPr>
            <w:r>
              <w:rPr>
                <w:b/>
                <w:color w:val="1F4D78"/>
                <w:sz w:val="20"/>
              </w:rPr>
              <w:t>Propuesta</w:t>
            </w:r>
          </w:p>
        </w:tc>
      </w:tr>
      <w:tr w:rsidR="00E979F4" w14:paraId="1C0160CB" w14:textId="77777777">
        <w:tc>
          <w:tcPr>
            <w:tcW w:w="2100" w:type="dxa"/>
            <w:tcMar>
              <w:top w:w="100" w:type="dxa"/>
              <w:left w:w="130" w:type="dxa"/>
              <w:bottom w:w="100" w:type="dxa"/>
              <w:right w:w="130" w:type="dxa"/>
            </w:tcMar>
          </w:tcPr>
          <w:p w14:paraId="49223D4B"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419643C2" w14:textId="77777777" w:rsidR="00612663" w:rsidRDefault="00612663">
            <w:pPr>
              <w:spacing w:after="0"/>
            </w:pPr>
            <w:r>
              <w:rPr>
                <w:sz w:val="19"/>
              </w:rPr>
              <w:t>Telas de día y noche; agua y tierra; sol, luna y estrellas.</w:t>
            </w:r>
          </w:p>
        </w:tc>
        <w:tc>
          <w:tcPr>
            <w:tcW w:w="4099" w:type="dxa"/>
            <w:tcMar>
              <w:top w:w="100" w:type="dxa"/>
              <w:left w:w="130" w:type="dxa"/>
              <w:bottom w:w="100" w:type="dxa"/>
              <w:right w:w="130" w:type="dxa"/>
            </w:tcMar>
          </w:tcPr>
          <w:p w14:paraId="3CB23754" w14:textId="77777777" w:rsidR="00612663" w:rsidRDefault="00612663">
            <w:pPr>
              <w:spacing w:after="0"/>
            </w:pPr>
            <w:r>
              <w:rPr>
                <w:sz w:val="19"/>
              </w:rPr>
              <w:t>Reconstruir libremente la primera parte del relato.</w:t>
            </w:r>
          </w:p>
        </w:tc>
      </w:tr>
      <w:tr w:rsidR="00E979F4" w14:paraId="09F7F1F8" w14:textId="77777777">
        <w:tc>
          <w:tcPr>
            <w:tcW w:w="2100" w:type="dxa"/>
            <w:tcMar>
              <w:top w:w="100" w:type="dxa"/>
              <w:left w:w="130" w:type="dxa"/>
              <w:bottom w:w="100" w:type="dxa"/>
              <w:right w:w="130" w:type="dxa"/>
            </w:tcMar>
          </w:tcPr>
          <w:p w14:paraId="7BEB05F6" w14:textId="77777777" w:rsidR="00612663" w:rsidRDefault="00612663">
            <w:pPr>
              <w:spacing w:after="0"/>
            </w:pPr>
            <w:r>
              <w:rPr>
                <w:b/>
                <w:color w:val="1F4D78"/>
                <w:sz w:val="19"/>
              </w:rPr>
              <w:t>Biblia / cuento</w:t>
            </w:r>
          </w:p>
        </w:tc>
        <w:tc>
          <w:tcPr>
            <w:tcW w:w="3550" w:type="dxa"/>
            <w:tcMar>
              <w:top w:w="100" w:type="dxa"/>
              <w:left w:w="130" w:type="dxa"/>
              <w:bottom w:w="100" w:type="dxa"/>
              <w:right w:w="130" w:type="dxa"/>
            </w:tcMar>
          </w:tcPr>
          <w:p w14:paraId="0250B3BE" w14:textId="77777777" w:rsidR="00612663" w:rsidRDefault="00612663">
            <w:pPr>
              <w:spacing w:after="0"/>
            </w:pPr>
            <w:r>
              <w:rPr>
                <w:sz w:val="19"/>
              </w:rPr>
              <w:t>Libro interactivo de imágenes y piezas de velcro.</w:t>
            </w:r>
          </w:p>
        </w:tc>
        <w:tc>
          <w:tcPr>
            <w:tcW w:w="4099" w:type="dxa"/>
            <w:tcMar>
              <w:top w:w="100" w:type="dxa"/>
              <w:left w:w="130" w:type="dxa"/>
              <w:bottom w:w="100" w:type="dxa"/>
              <w:right w:w="130" w:type="dxa"/>
            </w:tcMar>
          </w:tcPr>
          <w:p w14:paraId="6D0C3FC9" w14:textId="77777777" w:rsidR="00612663" w:rsidRDefault="00612663">
            <w:pPr>
              <w:spacing w:after="0"/>
            </w:pPr>
            <w:r>
              <w:rPr>
                <w:sz w:val="19"/>
              </w:rPr>
              <w:t>Ordenar y colocar elementos con ayuda.</w:t>
            </w:r>
          </w:p>
        </w:tc>
      </w:tr>
      <w:tr w:rsidR="00E979F4" w14:paraId="21CCFD9D" w14:textId="77777777">
        <w:tc>
          <w:tcPr>
            <w:tcW w:w="2100" w:type="dxa"/>
            <w:tcMar>
              <w:top w:w="100" w:type="dxa"/>
              <w:left w:w="130" w:type="dxa"/>
              <w:bottom w:w="100" w:type="dxa"/>
              <w:right w:w="130" w:type="dxa"/>
            </w:tcMar>
          </w:tcPr>
          <w:p w14:paraId="080A6986"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127EF686" w14:textId="77777777" w:rsidR="00612663" w:rsidRDefault="00612663">
            <w:pPr>
              <w:spacing w:after="0"/>
            </w:pPr>
            <w:r>
              <w:rPr>
                <w:sz w:val="19"/>
              </w:rPr>
              <w:t>Objetos o tarjetas grandes de cielo, agua y tierra.</w:t>
            </w:r>
          </w:p>
        </w:tc>
        <w:tc>
          <w:tcPr>
            <w:tcW w:w="4099" w:type="dxa"/>
            <w:tcMar>
              <w:top w:w="100" w:type="dxa"/>
              <w:left w:w="130" w:type="dxa"/>
              <w:bottom w:w="100" w:type="dxa"/>
              <w:right w:w="130" w:type="dxa"/>
            </w:tcMar>
          </w:tcPr>
          <w:p w14:paraId="2BC4390A" w14:textId="77777777" w:rsidR="00612663" w:rsidRDefault="00612663">
            <w:pPr>
              <w:spacing w:after="0"/>
            </w:pPr>
            <w:r>
              <w:rPr>
                <w:sz w:val="19"/>
              </w:rPr>
              <w:t>Clasificar cada elemento en su lugar.</w:t>
            </w:r>
          </w:p>
        </w:tc>
      </w:tr>
      <w:tr w:rsidR="00E979F4" w14:paraId="49D28476" w14:textId="77777777">
        <w:tc>
          <w:tcPr>
            <w:tcW w:w="2100" w:type="dxa"/>
            <w:tcMar>
              <w:top w:w="100" w:type="dxa"/>
              <w:left w:w="130" w:type="dxa"/>
              <w:bottom w:w="100" w:type="dxa"/>
              <w:right w:w="130" w:type="dxa"/>
            </w:tcMar>
          </w:tcPr>
          <w:p w14:paraId="502A46BA" w14:textId="77777777" w:rsidR="00612663" w:rsidRDefault="00612663">
            <w:pPr>
              <w:spacing w:after="0"/>
            </w:pPr>
            <w:r>
              <w:rPr>
                <w:b/>
                <w:color w:val="1F4D78"/>
                <w:sz w:val="19"/>
              </w:rPr>
              <w:t>Sensorial</w:t>
            </w:r>
          </w:p>
        </w:tc>
        <w:tc>
          <w:tcPr>
            <w:tcW w:w="3550" w:type="dxa"/>
            <w:tcMar>
              <w:top w:w="100" w:type="dxa"/>
              <w:left w:w="130" w:type="dxa"/>
              <w:bottom w:w="100" w:type="dxa"/>
              <w:right w:w="130" w:type="dxa"/>
            </w:tcMar>
          </w:tcPr>
          <w:p w14:paraId="00E82D7C" w14:textId="77777777" w:rsidR="00612663" w:rsidRDefault="00612663">
            <w:pPr>
              <w:spacing w:after="0"/>
            </w:pPr>
            <w:r>
              <w:rPr>
                <w:sz w:val="19"/>
              </w:rPr>
              <w:t>Tierra, piedras, conchas, agua controlada y cucharas.</w:t>
            </w:r>
          </w:p>
        </w:tc>
        <w:tc>
          <w:tcPr>
            <w:tcW w:w="4099" w:type="dxa"/>
            <w:tcMar>
              <w:top w:w="100" w:type="dxa"/>
              <w:left w:w="130" w:type="dxa"/>
              <w:bottom w:w="100" w:type="dxa"/>
              <w:right w:w="130" w:type="dxa"/>
            </w:tcMar>
          </w:tcPr>
          <w:p w14:paraId="66258E57" w14:textId="77777777" w:rsidR="00612663" w:rsidRDefault="00612663">
            <w:pPr>
              <w:spacing w:after="0"/>
            </w:pPr>
            <w:r>
              <w:rPr>
                <w:sz w:val="19"/>
              </w:rPr>
              <w:t>Explorar texturas y trasvasar con calma.</w:t>
            </w:r>
          </w:p>
        </w:tc>
      </w:tr>
    </w:tbl>
    <w:p w14:paraId="2C30748A" w14:textId="77777777" w:rsidR="00612663" w:rsidRDefault="00612663">
      <w:pPr>
        <w:keepNext/>
        <w:spacing w:before="80" w:after="60"/>
      </w:pPr>
      <w:r>
        <w:rPr>
          <w:b/>
          <w:color w:val="1F4D78"/>
          <w:sz w:val="23"/>
        </w:rPr>
        <w:t>Ficha</w:t>
      </w:r>
      <w:r>
        <w:rPr>
          <w:b/>
          <w:color w:val="687784"/>
          <w:sz w:val="20"/>
        </w:rPr>
        <w:t xml:space="preserve">  ·  15 min</w:t>
      </w:r>
    </w:p>
    <w:p w14:paraId="59F3AB85" w14:textId="77777777" w:rsidR="00612663" w:rsidRDefault="00612663">
      <w:pPr>
        <w:spacing w:after="100"/>
      </w:pPr>
      <w:r>
        <w:t>Pintar el cielo mediante suaves toques de esponja. Crear el agua con pintura azul y la tierra con pintura marrón usando los dedos. Puede añadirse alguna pequeña huella verde como brote, sin cubrir todo el espacio.</w:t>
      </w:r>
    </w:p>
    <w:p w14:paraId="740801E7" w14:textId="77777777" w:rsidR="00612663" w:rsidRDefault="00612663">
      <w:pPr>
        <w:pStyle w:val="Ttulo2"/>
      </w:pPr>
      <w:r>
        <w:rPr>
          <w:rFonts w:ascii="Calibri" w:hAnsi="Calibri"/>
        </w:rPr>
        <w:t>Qué observar</w:t>
      </w:r>
    </w:p>
    <w:p w14:paraId="723DED08" w14:textId="77777777" w:rsidR="00612663" w:rsidRDefault="00612663">
      <w:r>
        <w:t>Si distingue algunas zonas del paisaje, participa en el relato, manipula con cuidado, relaciona cielo, agua o tierra con sus elementos y experimenta con las técnicas sin necesidad de obtener un resultado uniforme.</w:t>
      </w:r>
    </w:p>
    <w:tbl>
      <w:tblPr>
        <w:tblW w:w="9749" w:type="dxa"/>
        <w:tblInd w:w="120" w:type="dxa"/>
        <w:tblLayout w:type="fixed"/>
        <w:tblLook w:val="04A0" w:firstRow="1" w:lastRow="0" w:firstColumn="1" w:lastColumn="0" w:noHBand="0" w:noVBand="1"/>
      </w:tblPr>
      <w:tblGrid>
        <w:gridCol w:w="9749"/>
      </w:tblGrid>
      <w:tr w:rsidR="00E979F4" w14:paraId="4652B7B7" w14:textId="77777777">
        <w:tc>
          <w:tcPr>
            <w:tcW w:w="9749" w:type="dxa"/>
            <w:shd w:val="clear" w:color="auto" w:fill="FFF4D8"/>
            <w:tcMar>
              <w:top w:w="100" w:type="dxa"/>
              <w:left w:w="130" w:type="dxa"/>
              <w:bottom w:w="100" w:type="dxa"/>
              <w:right w:w="130" w:type="dxa"/>
            </w:tcMar>
            <w:vAlign w:val="center"/>
          </w:tcPr>
          <w:p w14:paraId="4CBB3E52" w14:textId="77777777" w:rsidR="00612663" w:rsidRDefault="00612663">
            <w:pPr>
              <w:spacing w:after="40" w:line="288" w:lineRule="auto"/>
            </w:pPr>
            <w:r>
              <w:rPr>
                <w:b/>
                <w:color w:val="1F4D78"/>
              </w:rPr>
              <w:t xml:space="preserve">Clave plástica  </w:t>
            </w:r>
            <w:r>
              <w:t>No buscar que rellene cada rincón. Los huecos y las marcas irregulares muestran el proceso sensorial propio de los tres años.</w:t>
            </w:r>
          </w:p>
        </w:tc>
      </w:tr>
    </w:tbl>
    <w:p w14:paraId="6E5EBED8" w14:textId="77777777" w:rsidR="00612663" w:rsidRDefault="00612663">
      <w:pPr>
        <w:spacing w:after="40"/>
      </w:pPr>
    </w:p>
    <w:p w14:paraId="43CC5CBB" w14:textId="77777777" w:rsidR="00612663" w:rsidRDefault="00612663">
      <w:r>
        <w:br w:type="page"/>
      </w:r>
    </w:p>
    <w:p w14:paraId="120E39F1" w14:textId="77777777" w:rsidR="00612663" w:rsidRDefault="00612663">
      <w:pPr>
        <w:pStyle w:val="Ttulo1"/>
      </w:pPr>
      <w:r>
        <w:rPr>
          <w:rFonts w:ascii="Calibri" w:hAnsi="Calibri"/>
        </w:rPr>
        <w:lastRenderedPageBreak/>
        <w:t>4. Semana 2 · Dios creó los animales y a las personas</w:t>
      </w:r>
    </w:p>
    <w:p w14:paraId="46D19B62" w14:textId="77777777" w:rsidR="00612663" w:rsidRDefault="00612663">
      <w:pPr>
        <w:keepNext/>
        <w:jc w:val="center"/>
      </w:pPr>
      <w:r>
        <w:rPr>
          <w:noProof/>
        </w:rPr>
        <w:drawing>
          <wp:inline distT="0" distB="0" distL="0" distR="0" wp14:anchorId="1300A4C3" wp14:editId="1ABD79CD">
            <wp:extent cx="5257800" cy="372030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83286170-c952-4457-8885-4d44d58f6e1d.png"/>
                    <pic:cNvPicPr/>
                  </pic:nvPicPr>
                  <pic:blipFill>
                    <a:blip r:embed="rId12"/>
                    <a:stretch>
                      <a:fillRect/>
                    </a:stretch>
                  </pic:blipFill>
                  <pic:spPr>
                    <a:xfrm>
                      <a:off x="0" y="0"/>
                      <a:ext cx="5257800" cy="3720308"/>
                    </a:xfrm>
                    <a:prstGeom prst="rect">
                      <a:avLst/>
                    </a:prstGeom>
                  </pic:spPr>
                </pic:pic>
              </a:graphicData>
            </a:graphic>
          </wp:inline>
        </w:drawing>
      </w:r>
    </w:p>
    <w:p w14:paraId="7242C75B" w14:textId="77777777" w:rsidR="00612663" w:rsidRDefault="00612663">
      <w:pPr>
        <w:keepNext/>
        <w:spacing w:after="160"/>
        <w:jc w:val="center"/>
      </w:pPr>
      <w:r>
        <w:rPr>
          <w:i/>
          <w:color w:val="687784"/>
          <w:sz w:val="19"/>
        </w:rPr>
        <w:t>Ficha 5 · Animales dibujados y creados con huellas</w:t>
      </w:r>
    </w:p>
    <w:tbl>
      <w:tblPr>
        <w:tblW w:w="9749" w:type="dxa"/>
        <w:tblInd w:w="120" w:type="dxa"/>
        <w:tblLayout w:type="fixed"/>
        <w:tblLook w:val="04A0" w:firstRow="1" w:lastRow="0" w:firstColumn="1" w:lastColumn="0" w:noHBand="0" w:noVBand="1"/>
      </w:tblPr>
      <w:tblGrid>
        <w:gridCol w:w="9749"/>
      </w:tblGrid>
      <w:tr w:rsidR="00E979F4" w14:paraId="60B49BAC" w14:textId="77777777">
        <w:tc>
          <w:tcPr>
            <w:tcW w:w="9749" w:type="dxa"/>
            <w:shd w:val="clear" w:color="auto" w:fill="EAF4EE"/>
            <w:tcMar>
              <w:top w:w="100" w:type="dxa"/>
              <w:left w:w="130" w:type="dxa"/>
              <w:bottom w:w="100" w:type="dxa"/>
              <w:right w:w="130" w:type="dxa"/>
            </w:tcMar>
            <w:vAlign w:val="center"/>
          </w:tcPr>
          <w:p w14:paraId="06E6D636" w14:textId="77777777" w:rsidR="00612663" w:rsidRDefault="00612663">
            <w:pPr>
              <w:spacing w:after="40" w:line="288" w:lineRule="auto"/>
            </w:pPr>
            <w:r>
              <w:rPr>
                <w:b/>
                <w:color w:val="1F4D78"/>
              </w:rPr>
              <w:t xml:space="preserve">Aprendizaje  </w:t>
            </w:r>
            <w:r>
              <w:t>Dios creó animales muy diferentes y creó a todas las personas con el mismo amor. Podemos conocerlos, respetarlos y cuidarlos.</w:t>
            </w:r>
          </w:p>
        </w:tc>
      </w:tr>
    </w:tbl>
    <w:p w14:paraId="0BC50F52" w14:textId="77777777" w:rsidR="00612663" w:rsidRDefault="00612663">
      <w:pPr>
        <w:spacing w:after="40"/>
      </w:pPr>
    </w:p>
    <w:p w14:paraId="21E97D9B" w14:textId="77777777" w:rsidR="00612663" w:rsidRDefault="00612663">
      <w:pPr>
        <w:pStyle w:val="Ttulo2"/>
      </w:pPr>
      <w:r>
        <w:rPr>
          <w:rFonts w:ascii="Calibri" w:hAnsi="Calibri"/>
        </w:rPr>
        <w:t>Preparación</w:t>
      </w:r>
    </w:p>
    <w:p w14:paraId="15845B5C" w14:textId="77777777" w:rsidR="00612663" w:rsidRDefault="00612663">
      <w:r>
        <w:t>Mantener el paisaje de la semana anterior y añadir peces, aves, animales terrestres y figuras de hombre y mujer. Preparar animales del aula, tarjetas o figuras grandes para clasificarlos. Para la ficha: ceras gruesas y pintura de dedos de dos o tres colores.</w:t>
      </w:r>
    </w:p>
    <w:p w14:paraId="11B186CE" w14:textId="77777777" w:rsidR="00612663" w:rsidRDefault="00612663">
      <w:pPr>
        <w:pStyle w:val="Ttulo2"/>
      </w:pPr>
      <w:r>
        <w:rPr>
          <w:rFonts w:ascii="Calibri" w:hAnsi="Calibri"/>
        </w:rPr>
        <w:t>Desarrollo orientativo</w:t>
      </w:r>
    </w:p>
    <w:p w14:paraId="628D5105" w14:textId="77777777" w:rsidR="00612663" w:rsidRDefault="00612663">
      <w:pPr>
        <w:keepNext/>
        <w:spacing w:before="80" w:after="60"/>
      </w:pPr>
      <w:r>
        <w:rPr>
          <w:b/>
          <w:color w:val="1F4D78"/>
          <w:sz w:val="23"/>
        </w:rPr>
        <w:t>Recordamos</w:t>
      </w:r>
      <w:r>
        <w:rPr>
          <w:b/>
          <w:color w:val="687784"/>
          <w:sz w:val="20"/>
        </w:rPr>
        <w:t xml:space="preserve">  ·  4-5 min</w:t>
      </w:r>
    </w:p>
    <w:p w14:paraId="626A11E5" w14:textId="77777777" w:rsidR="00612663" w:rsidRDefault="00612663">
      <w:pPr>
        <w:spacing w:after="100"/>
      </w:pPr>
      <w:r>
        <w:t>Mirar el minimundo y recordar con frases muy breves la luz, el agua y la tierra. Invitar a señalar dónde podría vivir cada animal.</w:t>
      </w:r>
    </w:p>
    <w:p w14:paraId="1A3D594F" w14:textId="77777777" w:rsidR="00612663" w:rsidRDefault="00612663">
      <w:pPr>
        <w:keepNext/>
        <w:spacing w:before="80" w:after="60"/>
      </w:pPr>
      <w:r>
        <w:rPr>
          <w:b/>
          <w:color w:val="1F4D78"/>
          <w:sz w:val="23"/>
        </w:rPr>
        <w:t>Relato interactivo</w:t>
      </w:r>
      <w:r>
        <w:rPr>
          <w:b/>
          <w:color w:val="687784"/>
          <w:sz w:val="20"/>
        </w:rPr>
        <w:t xml:space="preserve">  ·  8-10 min</w:t>
      </w:r>
    </w:p>
    <w:p w14:paraId="3E97DA61" w14:textId="77777777" w:rsidR="00612663" w:rsidRDefault="00612663">
      <w:pPr>
        <w:spacing w:after="100"/>
      </w:pPr>
      <w:r>
        <w:t>Continuar: Dios llenó el agua de peces, el cielo de aves y la tierra de animales. Finalmente creó a las personas. Colocar los elementos despacio, permitiendo que varios niños participen.</w:t>
      </w:r>
    </w:p>
    <w:p w14:paraId="62A19B4B" w14:textId="77777777" w:rsidR="00612663" w:rsidRDefault="00612663">
      <w:pPr>
        <w:keepNext/>
        <w:spacing w:before="80" w:after="60"/>
      </w:pPr>
      <w:r>
        <w:rPr>
          <w:b/>
          <w:color w:val="1F4D78"/>
          <w:sz w:val="23"/>
        </w:rPr>
        <w:t>Juego corporal</w:t>
      </w:r>
      <w:r>
        <w:rPr>
          <w:b/>
          <w:color w:val="687784"/>
          <w:sz w:val="20"/>
        </w:rPr>
        <w:t xml:space="preserve">  ·  5-7 min</w:t>
      </w:r>
    </w:p>
    <w:p w14:paraId="6CCF8733" w14:textId="77777777" w:rsidR="00612663" w:rsidRDefault="00612663">
      <w:pPr>
        <w:spacing w:after="100"/>
      </w:pPr>
      <w:r>
        <w:t>Moverse como un pez, un pájaro, un conejo o un animal elegido. Después volver a la calma y respirar.</w:t>
      </w:r>
    </w:p>
    <w:p w14:paraId="7082B280" w14:textId="77777777" w:rsidR="00612663" w:rsidRDefault="00612663">
      <w:pPr>
        <w:keepNext/>
        <w:spacing w:before="80" w:after="60"/>
      </w:pPr>
      <w:r>
        <w:rPr>
          <w:b/>
          <w:color w:val="1F4D78"/>
          <w:sz w:val="23"/>
        </w:rPr>
        <w:lastRenderedPageBreak/>
        <w:t>Mensaje religioso</w:t>
      </w:r>
      <w:r>
        <w:rPr>
          <w:b/>
          <w:color w:val="687784"/>
          <w:sz w:val="20"/>
        </w:rPr>
        <w:t xml:space="preserve">  ·  2 min</w:t>
      </w:r>
    </w:p>
    <w:p w14:paraId="6106C5D2" w14:textId="77777777" w:rsidR="00612663" w:rsidRDefault="00612663">
      <w:pPr>
        <w:spacing w:after="100"/>
      </w:pPr>
      <w:r>
        <w:t>Decir: «Dios quiere a todos los animales y a todas las personas. Nosotros podemos cuidarlos».</w:t>
      </w:r>
    </w:p>
    <w:p w14:paraId="5BDFE3BA" w14:textId="77777777" w:rsidR="00612663" w:rsidRDefault="00612663">
      <w:pPr>
        <w:keepNext/>
        <w:spacing w:before="80" w:after="60"/>
      </w:pPr>
      <w:r>
        <w:rPr>
          <w:b/>
          <w:color w:val="1F4D78"/>
          <w:sz w:val="23"/>
        </w:rPr>
        <w:t>Oración</w:t>
      </w:r>
      <w:r>
        <w:rPr>
          <w:b/>
          <w:color w:val="687784"/>
          <w:sz w:val="20"/>
        </w:rPr>
        <w:t xml:space="preserve">  ·  1-2 min</w:t>
      </w:r>
    </w:p>
    <w:p w14:paraId="373039A0" w14:textId="77777777" w:rsidR="00612663" w:rsidRDefault="00612663">
      <w:pPr>
        <w:spacing w:after="100"/>
      </w:pPr>
      <w:r>
        <w:t>«Gracias, Dios, por los animales y por todas las personas».</w:t>
      </w:r>
    </w:p>
    <w:p w14:paraId="501F8DE9" w14:textId="77777777" w:rsidR="00612663" w:rsidRDefault="00612663">
      <w:pPr>
        <w:keepNext/>
        <w:spacing w:before="80" w:after="60"/>
      </w:pPr>
      <w:r>
        <w:rPr>
          <w:b/>
          <w:color w:val="1F4D78"/>
          <w:sz w:val="23"/>
        </w:rPr>
        <w:t>Espacios Montessori</w:t>
      </w:r>
      <w:r>
        <w:rPr>
          <w:b/>
          <w:color w:val="687784"/>
          <w:sz w:val="20"/>
        </w:rPr>
        <w:t xml:space="preserve">  ·  15-20 min</w:t>
      </w:r>
    </w:p>
    <w:p w14:paraId="6593F4DD" w14:textId="77777777" w:rsidR="00612663" w:rsidRDefault="00612663">
      <w:pPr>
        <w:spacing w:after="100"/>
      </w:pPr>
      <w:r>
        <w:t>Mantener los materiales conocidos y añadir animales como única gran novedad.</w:t>
      </w:r>
    </w:p>
    <w:tbl>
      <w:tblPr>
        <w:tblW w:w="9749" w:type="dxa"/>
        <w:tblInd w:w="120" w:type="dxa"/>
        <w:tblLayout w:type="fixed"/>
        <w:tblLook w:val="04A0" w:firstRow="1" w:lastRow="0" w:firstColumn="1" w:lastColumn="0" w:noHBand="0" w:noVBand="1"/>
      </w:tblPr>
      <w:tblGrid>
        <w:gridCol w:w="2100"/>
        <w:gridCol w:w="3550"/>
        <w:gridCol w:w="4099"/>
      </w:tblGrid>
      <w:tr w:rsidR="00E979F4" w14:paraId="2C68253E" w14:textId="77777777">
        <w:trPr>
          <w:tblHeader/>
        </w:trPr>
        <w:tc>
          <w:tcPr>
            <w:tcW w:w="2100" w:type="dxa"/>
            <w:shd w:val="clear" w:color="auto" w:fill="E8EEF5"/>
            <w:tcMar>
              <w:top w:w="100" w:type="dxa"/>
              <w:left w:w="130" w:type="dxa"/>
              <w:bottom w:w="100" w:type="dxa"/>
              <w:right w:w="130" w:type="dxa"/>
            </w:tcMar>
            <w:vAlign w:val="center"/>
          </w:tcPr>
          <w:p w14:paraId="7825BE97"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5B0D8DCE"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320607DB" w14:textId="77777777" w:rsidR="00612663" w:rsidRDefault="00612663">
            <w:pPr>
              <w:jc w:val="center"/>
            </w:pPr>
            <w:r>
              <w:rPr>
                <w:b/>
                <w:color w:val="1F4D78"/>
                <w:sz w:val="20"/>
              </w:rPr>
              <w:t>Propuesta</w:t>
            </w:r>
          </w:p>
        </w:tc>
      </w:tr>
      <w:tr w:rsidR="00E979F4" w14:paraId="712B1A78" w14:textId="77777777">
        <w:tc>
          <w:tcPr>
            <w:tcW w:w="2100" w:type="dxa"/>
            <w:tcMar>
              <w:top w:w="100" w:type="dxa"/>
              <w:left w:w="130" w:type="dxa"/>
              <w:bottom w:w="100" w:type="dxa"/>
              <w:right w:w="130" w:type="dxa"/>
            </w:tcMar>
          </w:tcPr>
          <w:p w14:paraId="32697658"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12EDD800" w14:textId="77777777" w:rsidR="00612663" w:rsidRDefault="00612663">
            <w:pPr>
              <w:spacing w:after="0"/>
            </w:pPr>
            <w:r>
              <w:rPr>
                <w:sz w:val="19"/>
              </w:rPr>
              <w:t>Paisaje completo, animales y figuras humanas.</w:t>
            </w:r>
          </w:p>
        </w:tc>
        <w:tc>
          <w:tcPr>
            <w:tcW w:w="4099" w:type="dxa"/>
            <w:tcMar>
              <w:top w:w="100" w:type="dxa"/>
              <w:left w:w="130" w:type="dxa"/>
              <w:bottom w:w="100" w:type="dxa"/>
              <w:right w:w="130" w:type="dxa"/>
            </w:tcMar>
          </w:tcPr>
          <w:p w14:paraId="49843D29" w14:textId="77777777" w:rsidR="00612663" w:rsidRDefault="00612663">
            <w:pPr>
              <w:spacing w:after="0"/>
            </w:pPr>
            <w:r>
              <w:rPr>
                <w:sz w:val="19"/>
              </w:rPr>
              <w:t>Situar libremente cada ser vivo y representar cuidados.</w:t>
            </w:r>
          </w:p>
        </w:tc>
      </w:tr>
      <w:tr w:rsidR="00E979F4" w14:paraId="301DE4C3" w14:textId="77777777">
        <w:tc>
          <w:tcPr>
            <w:tcW w:w="2100" w:type="dxa"/>
            <w:tcMar>
              <w:top w:w="100" w:type="dxa"/>
              <w:left w:w="130" w:type="dxa"/>
              <w:bottom w:w="100" w:type="dxa"/>
              <w:right w:w="130" w:type="dxa"/>
            </w:tcMar>
          </w:tcPr>
          <w:p w14:paraId="1DA35FDD"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1FA154EA" w14:textId="77777777" w:rsidR="00612663" w:rsidRDefault="00612663">
            <w:pPr>
              <w:spacing w:after="0"/>
            </w:pPr>
            <w:r>
              <w:rPr>
                <w:sz w:val="19"/>
              </w:rPr>
              <w:t>Animales y tres bases: cielo, agua y tierra.</w:t>
            </w:r>
          </w:p>
        </w:tc>
        <w:tc>
          <w:tcPr>
            <w:tcW w:w="4099" w:type="dxa"/>
            <w:tcMar>
              <w:top w:w="100" w:type="dxa"/>
              <w:left w:w="130" w:type="dxa"/>
              <w:bottom w:w="100" w:type="dxa"/>
              <w:right w:w="130" w:type="dxa"/>
            </w:tcMar>
          </w:tcPr>
          <w:p w14:paraId="0B434E42" w14:textId="77777777" w:rsidR="00612663" w:rsidRDefault="00612663">
            <w:pPr>
              <w:spacing w:after="0"/>
            </w:pPr>
            <w:r>
              <w:rPr>
                <w:sz w:val="19"/>
              </w:rPr>
              <w:t>Clasificar por hábitat, aceptando la exploración y el diálogo.</w:t>
            </w:r>
          </w:p>
        </w:tc>
      </w:tr>
      <w:tr w:rsidR="00E979F4" w14:paraId="3AEB3F99" w14:textId="77777777">
        <w:tc>
          <w:tcPr>
            <w:tcW w:w="2100" w:type="dxa"/>
            <w:tcMar>
              <w:top w:w="100" w:type="dxa"/>
              <w:left w:w="130" w:type="dxa"/>
              <w:bottom w:w="100" w:type="dxa"/>
              <w:right w:w="130" w:type="dxa"/>
            </w:tcMar>
          </w:tcPr>
          <w:p w14:paraId="05DDDBD1" w14:textId="77777777" w:rsidR="00612663" w:rsidRDefault="00612663">
            <w:pPr>
              <w:spacing w:after="0"/>
            </w:pPr>
            <w:r>
              <w:rPr>
                <w:b/>
                <w:color w:val="1F4D78"/>
                <w:sz w:val="19"/>
              </w:rPr>
              <w:t>Biblia / cuento</w:t>
            </w:r>
          </w:p>
        </w:tc>
        <w:tc>
          <w:tcPr>
            <w:tcW w:w="3550" w:type="dxa"/>
            <w:tcMar>
              <w:top w:w="100" w:type="dxa"/>
              <w:left w:w="130" w:type="dxa"/>
              <w:bottom w:w="100" w:type="dxa"/>
              <w:right w:w="130" w:type="dxa"/>
            </w:tcMar>
          </w:tcPr>
          <w:p w14:paraId="2B46A5A3" w14:textId="77777777" w:rsidR="00612663" w:rsidRDefault="00612663">
            <w:pPr>
              <w:spacing w:after="0"/>
            </w:pPr>
            <w:r>
              <w:rPr>
                <w:sz w:val="19"/>
              </w:rPr>
              <w:t>Libro interactivo y piezas de velcro.</w:t>
            </w:r>
          </w:p>
        </w:tc>
        <w:tc>
          <w:tcPr>
            <w:tcW w:w="4099" w:type="dxa"/>
            <w:tcMar>
              <w:top w:w="100" w:type="dxa"/>
              <w:left w:w="130" w:type="dxa"/>
              <w:bottom w:w="100" w:type="dxa"/>
              <w:right w:w="130" w:type="dxa"/>
            </w:tcMar>
          </w:tcPr>
          <w:p w14:paraId="504D2758" w14:textId="77777777" w:rsidR="00612663" w:rsidRDefault="00612663">
            <w:pPr>
              <w:spacing w:after="0"/>
            </w:pPr>
            <w:r>
              <w:rPr>
                <w:sz w:val="19"/>
              </w:rPr>
              <w:t>Completar la secuencia de la Creación.</w:t>
            </w:r>
          </w:p>
        </w:tc>
      </w:tr>
      <w:tr w:rsidR="00E979F4" w14:paraId="0075B9B4" w14:textId="77777777">
        <w:tc>
          <w:tcPr>
            <w:tcW w:w="2100" w:type="dxa"/>
            <w:tcMar>
              <w:top w:w="100" w:type="dxa"/>
              <w:left w:w="130" w:type="dxa"/>
              <w:bottom w:w="100" w:type="dxa"/>
              <w:right w:w="130" w:type="dxa"/>
            </w:tcMar>
          </w:tcPr>
          <w:p w14:paraId="6DF3A83F"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378A66A8" w14:textId="77777777" w:rsidR="00612663" w:rsidRDefault="00612663">
            <w:pPr>
              <w:spacing w:after="0"/>
            </w:pPr>
            <w:r>
              <w:rPr>
                <w:sz w:val="19"/>
              </w:rPr>
              <w:t>Telas o tarjetas de animales.</w:t>
            </w:r>
          </w:p>
        </w:tc>
        <w:tc>
          <w:tcPr>
            <w:tcW w:w="4099" w:type="dxa"/>
            <w:tcMar>
              <w:top w:w="100" w:type="dxa"/>
              <w:left w:w="130" w:type="dxa"/>
              <w:bottom w:w="100" w:type="dxa"/>
              <w:right w:w="130" w:type="dxa"/>
            </w:tcMar>
          </w:tcPr>
          <w:p w14:paraId="539118EA" w14:textId="77777777" w:rsidR="00612663" w:rsidRDefault="00612663">
            <w:pPr>
              <w:spacing w:after="0"/>
            </w:pPr>
            <w:r>
              <w:rPr>
                <w:sz w:val="19"/>
              </w:rPr>
              <w:t>Imitar movimientos y sonidos; adivinar el animal.</w:t>
            </w:r>
          </w:p>
        </w:tc>
      </w:tr>
    </w:tbl>
    <w:p w14:paraId="3F61E90F" w14:textId="77777777" w:rsidR="00612663" w:rsidRDefault="00612663">
      <w:pPr>
        <w:keepNext/>
        <w:spacing w:before="80" w:after="60"/>
      </w:pPr>
      <w:r>
        <w:rPr>
          <w:b/>
          <w:color w:val="1F4D78"/>
          <w:sz w:val="23"/>
        </w:rPr>
        <w:t>Ficha</w:t>
      </w:r>
      <w:r>
        <w:rPr>
          <w:b/>
          <w:color w:val="687784"/>
          <w:sz w:val="20"/>
        </w:rPr>
        <w:t xml:space="preserve">  ·  15 min</w:t>
      </w:r>
    </w:p>
    <w:p w14:paraId="2A36C6E8" w14:textId="77777777" w:rsidR="00612663" w:rsidRDefault="00612663">
      <w:pPr>
        <w:spacing w:after="100"/>
      </w:pPr>
      <w:r>
        <w:t>Dibujar animales en los grandes espacios libres. Después crear otros con huellas: una huella puede convertirse en pez, pájaro, insecto o animal imaginado añadiendo detalles con cera cuando esté seca.</w:t>
      </w:r>
    </w:p>
    <w:p w14:paraId="12798B26" w14:textId="77777777" w:rsidR="00612663" w:rsidRDefault="00612663">
      <w:pPr>
        <w:pStyle w:val="Ttulo2"/>
      </w:pPr>
      <w:r>
        <w:rPr>
          <w:rFonts w:ascii="Calibri" w:hAnsi="Calibri"/>
        </w:rPr>
        <w:t>Qué observar</w:t>
      </w:r>
    </w:p>
    <w:p w14:paraId="5BDBF49D" w14:textId="77777777" w:rsidR="00612663" w:rsidRDefault="00612663">
      <w:r>
        <w:t>Si reconoce o imita algún animal, intenta situarlo en un medio, comprende una acción básica de cuidado y realiza representaciones propias mediante dibujo o estampación.</w:t>
      </w:r>
    </w:p>
    <w:tbl>
      <w:tblPr>
        <w:tblW w:w="9749" w:type="dxa"/>
        <w:tblInd w:w="120" w:type="dxa"/>
        <w:tblLayout w:type="fixed"/>
        <w:tblLook w:val="04A0" w:firstRow="1" w:lastRow="0" w:firstColumn="1" w:lastColumn="0" w:noHBand="0" w:noVBand="1"/>
      </w:tblPr>
      <w:tblGrid>
        <w:gridCol w:w="9749"/>
      </w:tblGrid>
      <w:tr w:rsidR="00E979F4" w14:paraId="6EB21D91" w14:textId="77777777">
        <w:tc>
          <w:tcPr>
            <w:tcW w:w="9749" w:type="dxa"/>
            <w:shd w:val="clear" w:color="auto" w:fill="FFF4D8"/>
            <w:tcMar>
              <w:top w:w="100" w:type="dxa"/>
              <w:left w:w="130" w:type="dxa"/>
              <w:bottom w:w="100" w:type="dxa"/>
              <w:right w:w="130" w:type="dxa"/>
            </w:tcMar>
            <w:vAlign w:val="center"/>
          </w:tcPr>
          <w:p w14:paraId="204413A3" w14:textId="77777777" w:rsidR="00612663" w:rsidRDefault="00612663">
            <w:pPr>
              <w:spacing w:after="40" w:line="288" w:lineRule="auto"/>
            </w:pPr>
            <w:r>
              <w:rPr>
                <w:b/>
                <w:color w:val="1F4D78"/>
              </w:rPr>
              <w:t xml:space="preserve">Intervención adulta  </w:t>
            </w:r>
            <w:r>
              <w:t>Preguntar «¿qué animal has hecho?» y escuchar su explicación. Evitar convertir todas las huellas en modelos idénticos realizados por la maestra.</w:t>
            </w:r>
          </w:p>
        </w:tc>
      </w:tr>
    </w:tbl>
    <w:p w14:paraId="42253D36" w14:textId="77777777" w:rsidR="00612663" w:rsidRDefault="00612663">
      <w:pPr>
        <w:spacing w:after="40"/>
      </w:pPr>
    </w:p>
    <w:p w14:paraId="29AA0C12" w14:textId="77777777" w:rsidR="00612663" w:rsidRDefault="00612663">
      <w:r>
        <w:br w:type="page"/>
      </w:r>
    </w:p>
    <w:p w14:paraId="7B9DE501" w14:textId="77777777" w:rsidR="00612663" w:rsidRDefault="00612663">
      <w:pPr>
        <w:pStyle w:val="Ttulo1"/>
      </w:pPr>
      <w:r>
        <w:rPr>
          <w:rFonts w:ascii="Calibri" w:hAnsi="Calibri"/>
        </w:rPr>
        <w:lastRenderedPageBreak/>
        <w:t>5. Semana 3 · San Francisco cuida la Creación</w:t>
      </w:r>
    </w:p>
    <w:p w14:paraId="736748BA" w14:textId="77777777" w:rsidR="00612663" w:rsidRDefault="00612663">
      <w:pPr>
        <w:keepNext/>
        <w:jc w:val="center"/>
      </w:pPr>
      <w:r>
        <w:rPr>
          <w:noProof/>
        </w:rPr>
        <w:drawing>
          <wp:inline distT="0" distB="0" distL="0" distR="0" wp14:anchorId="71F66059" wp14:editId="13DB1CFD">
            <wp:extent cx="5257800" cy="3720308"/>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f8e8120e-33bc-4eae-ac5b-52845a6c7e1e.png"/>
                    <pic:cNvPicPr/>
                  </pic:nvPicPr>
                  <pic:blipFill>
                    <a:blip r:embed="rId13"/>
                    <a:stretch>
                      <a:fillRect/>
                    </a:stretch>
                  </pic:blipFill>
                  <pic:spPr>
                    <a:xfrm>
                      <a:off x="0" y="0"/>
                      <a:ext cx="5257800" cy="3720308"/>
                    </a:xfrm>
                    <a:prstGeom prst="rect">
                      <a:avLst/>
                    </a:prstGeom>
                  </pic:spPr>
                </pic:pic>
              </a:graphicData>
            </a:graphic>
          </wp:inline>
        </w:drawing>
      </w:r>
    </w:p>
    <w:p w14:paraId="5C5E0107" w14:textId="77777777" w:rsidR="00612663" w:rsidRDefault="00612663">
      <w:pPr>
        <w:keepNext/>
        <w:spacing w:after="160"/>
        <w:jc w:val="center"/>
      </w:pPr>
      <w:r>
        <w:rPr>
          <w:i/>
          <w:color w:val="687784"/>
          <w:sz w:val="19"/>
        </w:rPr>
        <w:t>Ficha 6 · La Creación se completa con papel rasgado y dibujo</w:t>
      </w:r>
    </w:p>
    <w:tbl>
      <w:tblPr>
        <w:tblW w:w="9749" w:type="dxa"/>
        <w:tblInd w:w="120" w:type="dxa"/>
        <w:tblLayout w:type="fixed"/>
        <w:tblLook w:val="04A0" w:firstRow="1" w:lastRow="0" w:firstColumn="1" w:lastColumn="0" w:noHBand="0" w:noVBand="1"/>
      </w:tblPr>
      <w:tblGrid>
        <w:gridCol w:w="9749"/>
      </w:tblGrid>
      <w:tr w:rsidR="00E979F4" w14:paraId="2D617B0C" w14:textId="77777777">
        <w:tc>
          <w:tcPr>
            <w:tcW w:w="9749" w:type="dxa"/>
            <w:shd w:val="clear" w:color="auto" w:fill="EAF4EE"/>
            <w:tcMar>
              <w:top w:w="100" w:type="dxa"/>
              <w:left w:w="130" w:type="dxa"/>
              <w:bottom w:w="100" w:type="dxa"/>
              <w:right w:w="130" w:type="dxa"/>
            </w:tcMar>
            <w:vAlign w:val="center"/>
          </w:tcPr>
          <w:p w14:paraId="1D5A5451" w14:textId="77777777" w:rsidR="00612663" w:rsidRDefault="00612663">
            <w:pPr>
              <w:spacing w:after="40" w:line="288" w:lineRule="auto"/>
            </w:pPr>
            <w:r>
              <w:rPr>
                <w:b/>
                <w:color w:val="1F4D78"/>
              </w:rPr>
              <w:t xml:space="preserve">Aprendizaje  </w:t>
            </w:r>
            <w:r>
              <w:t>San Francisco amaba a Dios y cuidaba a las personas, los animales y la naturaleza. Nosotros también podemos hacerlo.</w:t>
            </w:r>
          </w:p>
        </w:tc>
      </w:tr>
    </w:tbl>
    <w:p w14:paraId="0FBA4A1D" w14:textId="77777777" w:rsidR="00612663" w:rsidRDefault="00612663">
      <w:pPr>
        <w:spacing w:after="40"/>
      </w:pPr>
    </w:p>
    <w:p w14:paraId="78B9EA56" w14:textId="77777777" w:rsidR="00612663" w:rsidRDefault="00612663">
      <w:pPr>
        <w:pStyle w:val="Ttulo2"/>
      </w:pPr>
      <w:r>
        <w:rPr>
          <w:rFonts w:ascii="Calibri" w:hAnsi="Calibri"/>
        </w:rPr>
        <w:t>Preparación y llegada del visitante</w:t>
      </w:r>
    </w:p>
    <w:p w14:paraId="0F5FE11A" w14:textId="77777777" w:rsidR="00612663" w:rsidRDefault="00612663">
      <w:r>
        <w:t>Dejar el minimundo completo y colocar cerca una cesta con el muñeco grande de san Francisco, algunos animales y elementos naturales. Mantenerlo oculto hasta el momento de la presentación para que su llegada resulte especial. Preparar papel verde fácil de rasgar, pegamento, ceras y, opcionalmente, pintura de dedos.</w:t>
      </w:r>
    </w:p>
    <w:p w14:paraId="6C4B5FA9" w14:textId="77777777" w:rsidR="00612663" w:rsidRDefault="00612663">
      <w:pPr>
        <w:pStyle w:val="Ttulo2"/>
      </w:pPr>
      <w:r>
        <w:rPr>
          <w:rFonts w:ascii="Calibri" w:hAnsi="Calibri"/>
        </w:rPr>
        <w:t>Desarrollo orientativo</w:t>
      </w:r>
    </w:p>
    <w:p w14:paraId="22A1BF99" w14:textId="77777777" w:rsidR="00612663" w:rsidRDefault="00612663">
      <w:pPr>
        <w:keepNext/>
        <w:spacing w:before="80" w:after="60"/>
      </w:pPr>
      <w:r>
        <w:rPr>
          <w:b/>
          <w:color w:val="1F4D78"/>
          <w:sz w:val="23"/>
        </w:rPr>
        <w:t>La visita de san Francisco</w:t>
      </w:r>
      <w:r>
        <w:rPr>
          <w:b/>
          <w:color w:val="687784"/>
          <w:sz w:val="20"/>
        </w:rPr>
        <w:t xml:space="preserve">  ·  5 min</w:t>
      </w:r>
    </w:p>
    <w:p w14:paraId="324004F5" w14:textId="77777777" w:rsidR="00612663" w:rsidRDefault="00612663">
      <w:pPr>
        <w:spacing w:after="100"/>
      </w:pPr>
      <w:r>
        <w:t>Sacar el muñeco de la cesta y darle voz: «Hola, soy Francisco. ¡Qué mundo tan bonito habéis creado! ¿Me enseñáis a cuidarlo?». Dejar que los niños lo saluden y le muestren el minimundo.</w:t>
      </w:r>
    </w:p>
    <w:p w14:paraId="5D0B0391" w14:textId="77777777" w:rsidR="00612663" w:rsidRDefault="00612663">
      <w:pPr>
        <w:keepNext/>
        <w:spacing w:before="80" w:after="60"/>
      </w:pPr>
      <w:r>
        <w:rPr>
          <w:b/>
          <w:color w:val="1F4D78"/>
          <w:sz w:val="23"/>
        </w:rPr>
        <w:t>Relato breve</w:t>
      </w:r>
      <w:r>
        <w:rPr>
          <w:b/>
          <w:color w:val="687784"/>
          <w:sz w:val="20"/>
        </w:rPr>
        <w:t xml:space="preserve">  ·  6-8 min</w:t>
      </w:r>
    </w:p>
    <w:p w14:paraId="0A94C658" w14:textId="77777777" w:rsidR="00612663" w:rsidRDefault="00612663">
      <w:pPr>
        <w:spacing w:after="100"/>
      </w:pPr>
      <w:r>
        <w:t>Contar que Francisco quería mucho a Dios, llamaba hermanos al sol, al agua y a los animales, trataba con cariño a las personas y disfrutaba cuidando la naturaleza. No es necesario relatar episodios complejos de su vida.</w:t>
      </w:r>
    </w:p>
    <w:p w14:paraId="0889CA54" w14:textId="77777777" w:rsidR="00612663" w:rsidRDefault="00612663">
      <w:pPr>
        <w:keepNext/>
        <w:spacing w:before="80" w:after="60"/>
      </w:pPr>
      <w:r>
        <w:rPr>
          <w:b/>
          <w:color w:val="1F4D78"/>
          <w:sz w:val="23"/>
        </w:rPr>
        <w:lastRenderedPageBreak/>
        <w:t>Cuidamos o no cuidamos</w:t>
      </w:r>
      <w:r>
        <w:rPr>
          <w:b/>
          <w:color w:val="687784"/>
          <w:sz w:val="20"/>
        </w:rPr>
        <w:t xml:space="preserve">  ·  5-7 min</w:t>
      </w:r>
    </w:p>
    <w:p w14:paraId="2923C060" w14:textId="77777777" w:rsidR="00612663" w:rsidRDefault="00612663">
      <w:pPr>
        <w:spacing w:after="100"/>
      </w:pPr>
      <w:r>
        <w:t>Representar o mostrar acciones sencillas: regar una planta, dar agua a un animal, recoger un papel, arrancar flores o ensuciar el agua. Decidir juntos cuáles ayudan a la Creación.</w:t>
      </w:r>
    </w:p>
    <w:p w14:paraId="5B97DDC4" w14:textId="77777777" w:rsidR="00612663" w:rsidRDefault="00612663">
      <w:pPr>
        <w:keepNext/>
        <w:spacing w:before="80" w:after="60"/>
      </w:pPr>
      <w:r>
        <w:rPr>
          <w:b/>
          <w:color w:val="1F4D78"/>
          <w:sz w:val="23"/>
        </w:rPr>
        <w:t>Mensaje religioso</w:t>
      </w:r>
      <w:r>
        <w:rPr>
          <w:b/>
          <w:color w:val="687784"/>
          <w:sz w:val="20"/>
        </w:rPr>
        <w:t xml:space="preserve">  ·  2 min</w:t>
      </w:r>
    </w:p>
    <w:p w14:paraId="6C239F90" w14:textId="77777777" w:rsidR="00612663" w:rsidRDefault="00612663">
      <w:pPr>
        <w:spacing w:after="100"/>
      </w:pPr>
      <w:r>
        <w:t>Decir: «Cuidamos lo que Dios ha creado. Cada gesto pequeño ayuda».</w:t>
      </w:r>
    </w:p>
    <w:p w14:paraId="2DAD3EB7" w14:textId="77777777" w:rsidR="00612663" w:rsidRDefault="00612663">
      <w:pPr>
        <w:keepNext/>
        <w:spacing w:before="80" w:after="60"/>
      </w:pPr>
      <w:r>
        <w:rPr>
          <w:b/>
          <w:color w:val="1F4D78"/>
          <w:sz w:val="23"/>
        </w:rPr>
        <w:t>Oración con san Francisco</w:t>
      </w:r>
      <w:r>
        <w:rPr>
          <w:b/>
          <w:color w:val="687784"/>
          <w:sz w:val="20"/>
        </w:rPr>
        <w:t xml:space="preserve">  ·  1-2 min</w:t>
      </w:r>
    </w:p>
    <w:p w14:paraId="6A4BBF6E" w14:textId="77777777" w:rsidR="00612663" w:rsidRDefault="00612663">
      <w:pPr>
        <w:spacing w:after="100"/>
      </w:pPr>
      <w:r>
        <w:t>«Gracias, Dios, por la Creación. Enséñanos a cuidarla como san Francisco». El muñeco puede permanecer sentado junto al grupo.</w:t>
      </w:r>
    </w:p>
    <w:p w14:paraId="76FBCDB4" w14:textId="77777777" w:rsidR="00612663" w:rsidRDefault="00612663">
      <w:pPr>
        <w:keepNext/>
        <w:spacing w:before="80" w:after="60"/>
      </w:pPr>
      <w:r>
        <w:rPr>
          <w:b/>
          <w:color w:val="1F4D78"/>
          <w:sz w:val="23"/>
        </w:rPr>
        <w:t>Espacios Montessori</w:t>
      </w:r>
      <w:r>
        <w:rPr>
          <w:b/>
          <w:color w:val="687784"/>
          <w:sz w:val="20"/>
        </w:rPr>
        <w:t xml:space="preserve">  ·  15-20 min</w:t>
      </w:r>
    </w:p>
    <w:p w14:paraId="350F5E10" w14:textId="77777777" w:rsidR="00612663" w:rsidRDefault="00612663">
      <w:pPr>
        <w:spacing w:after="100"/>
      </w:pPr>
      <w:r>
        <w:t>San Francisco se queda como cuidador del minimundo mientras se incorporan propuestas de cuidado y naturaleza.</w:t>
      </w:r>
    </w:p>
    <w:tbl>
      <w:tblPr>
        <w:tblW w:w="9749" w:type="dxa"/>
        <w:tblInd w:w="120" w:type="dxa"/>
        <w:tblLayout w:type="fixed"/>
        <w:tblLook w:val="04A0" w:firstRow="1" w:lastRow="0" w:firstColumn="1" w:lastColumn="0" w:noHBand="0" w:noVBand="1"/>
      </w:tblPr>
      <w:tblGrid>
        <w:gridCol w:w="2100"/>
        <w:gridCol w:w="3550"/>
        <w:gridCol w:w="4099"/>
      </w:tblGrid>
      <w:tr w:rsidR="00E979F4" w14:paraId="7331D1E3" w14:textId="77777777">
        <w:trPr>
          <w:tblHeader/>
        </w:trPr>
        <w:tc>
          <w:tcPr>
            <w:tcW w:w="2100" w:type="dxa"/>
            <w:shd w:val="clear" w:color="auto" w:fill="E8EEF5"/>
            <w:tcMar>
              <w:top w:w="100" w:type="dxa"/>
              <w:left w:w="130" w:type="dxa"/>
              <w:bottom w:w="100" w:type="dxa"/>
              <w:right w:w="130" w:type="dxa"/>
            </w:tcMar>
            <w:vAlign w:val="center"/>
          </w:tcPr>
          <w:p w14:paraId="29986667"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569D480C"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6AE1CAE6" w14:textId="77777777" w:rsidR="00612663" w:rsidRDefault="00612663">
            <w:pPr>
              <w:jc w:val="center"/>
            </w:pPr>
            <w:r>
              <w:rPr>
                <w:b/>
                <w:color w:val="1F4D78"/>
                <w:sz w:val="20"/>
              </w:rPr>
              <w:t>Propuesta</w:t>
            </w:r>
          </w:p>
        </w:tc>
      </w:tr>
      <w:tr w:rsidR="00E979F4" w14:paraId="40CAD8A2" w14:textId="77777777">
        <w:tc>
          <w:tcPr>
            <w:tcW w:w="2100" w:type="dxa"/>
            <w:tcMar>
              <w:top w:w="100" w:type="dxa"/>
              <w:left w:w="130" w:type="dxa"/>
              <w:bottom w:w="100" w:type="dxa"/>
              <w:right w:w="130" w:type="dxa"/>
            </w:tcMar>
          </w:tcPr>
          <w:p w14:paraId="594DE6E0"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1C9F117E" w14:textId="77777777" w:rsidR="00612663" w:rsidRDefault="00612663">
            <w:pPr>
              <w:spacing w:after="0"/>
            </w:pPr>
            <w:r>
              <w:rPr>
                <w:sz w:val="19"/>
              </w:rPr>
              <w:t>Paisaje completo, animales, personas y san Francisco.</w:t>
            </w:r>
          </w:p>
        </w:tc>
        <w:tc>
          <w:tcPr>
            <w:tcW w:w="4099" w:type="dxa"/>
            <w:tcMar>
              <w:top w:w="100" w:type="dxa"/>
              <w:left w:w="130" w:type="dxa"/>
              <w:bottom w:w="100" w:type="dxa"/>
              <w:right w:w="130" w:type="dxa"/>
            </w:tcMar>
          </w:tcPr>
          <w:p w14:paraId="1D6EDAC1" w14:textId="77777777" w:rsidR="00612663" w:rsidRDefault="00612663">
            <w:pPr>
              <w:spacing w:after="0"/>
            </w:pPr>
            <w:r>
              <w:rPr>
                <w:sz w:val="19"/>
              </w:rPr>
              <w:t>Representar escenas de cuidado y ayuda.</w:t>
            </w:r>
          </w:p>
        </w:tc>
      </w:tr>
      <w:tr w:rsidR="00E979F4" w14:paraId="35AC40A9" w14:textId="77777777">
        <w:tc>
          <w:tcPr>
            <w:tcW w:w="2100" w:type="dxa"/>
            <w:tcMar>
              <w:top w:w="100" w:type="dxa"/>
              <w:left w:w="130" w:type="dxa"/>
              <w:bottom w:w="100" w:type="dxa"/>
              <w:right w:w="130" w:type="dxa"/>
            </w:tcMar>
          </w:tcPr>
          <w:p w14:paraId="40E5935F"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42537928" w14:textId="77777777" w:rsidR="00612663" w:rsidRDefault="00612663">
            <w:pPr>
              <w:spacing w:after="0"/>
            </w:pPr>
            <w:r>
              <w:rPr>
                <w:sz w:val="19"/>
              </w:rPr>
              <w:t>Tarjetas o miniaturas de acciones.</w:t>
            </w:r>
          </w:p>
        </w:tc>
        <w:tc>
          <w:tcPr>
            <w:tcW w:w="4099" w:type="dxa"/>
            <w:tcMar>
              <w:top w:w="100" w:type="dxa"/>
              <w:left w:w="130" w:type="dxa"/>
              <w:bottom w:w="100" w:type="dxa"/>
              <w:right w:w="130" w:type="dxa"/>
            </w:tcMar>
          </w:tcPr>
          <w:p w14:paraId="175BBE9D" w14:textId="77777777" w:rsidR="00612663" w:rsidRDefault="00612663">
            <w:pPr>
              <w:spacing w:after="0"/>
            </w:pPr>
            <w:r>
              <w:rPr>
                <w:sz w:val="19"/>
              </w:rPr>
              <w:t>Separar acciones que cuidan y que no cuidan.</w:t>
            </w:r>
          </w:p>
        </w:tc>
      </w:tr>
      <w:tr w:rsidR="00E979F4" w14:paraId="670B5D62" w14:textId="77777777">
        <w:tc>
          <w:tcPr>
            <w:tcW w:w="2100" w:type="dxa"/>
            <w:tcMar>
              <w:top w:w="100" w:type="dxa"/>
              <w:left w:w="130" w:type="dxa"/>
              <w:bottom w:w="100" w:type="dxa"/>
              <w:right w:w="130" w:type="dxa"/>
            </w:tcMar>
          </w:tcPr>
          <w:p w14:paraId="2C397301" w14:textId="77777777" w:rsidR="00612663" w:rsidRDefault="00612663">
            <w:pPr>
              <w:spacing w:after="0"/>
            </w:pPr>
            <w:r>
              <w:rPr>
                <w:b/>
                <w:color w:val="1F4D78"/>
                <w:sz w:val="19"/>
              </w:rPr>
              <w:t>Naturaleza</w:t>
            </w:r>
          </w:p>
        </w:tc>
        <w:tc>
          <w:tcPr>
            <w:tcW w:w="3550" w:type="dxa"/>
            <w:tcMar>
              <w:top w:w="100" w:type="dxa"/>
              <w:left w:w="130" w:type="dxa"/>
              <w:bottom w:w="100" w:type="dxa"/>
              <w:right w:w="130" w:type="dxa"/>
            </w:tcMar>
          </w:tcPr>
          <w:p w14:paraId="32FDBE83" w14:textId="77777777" w:rsidR="00612663" w:rsidRDefault="00612663">
            <w:pPr>
              <w:spacing w:after="0"/>
            </w:pPr>
            <w:r>
              <w:rPr>
                <w:sz w:val="19"/>
              </w:rPr>
              <w:t>Cesta con piñas, hojas, piedras, ramas y lupas.</w:t>
            </w:r>
          </w:p>
        </w:tc>
        <w:tc>
          <w:tcPr>
            <w:tcW w:w="4099" w:type="dxa"/>
            <w:tcMar>
              <w:top w:w="100" w:type="dxa"/>
              <w:left w:w="130" w:type="dxa"/>
              <w:bottom w:w="100" w:type="dxa"/>
              <w:right w:w="130" w:type="dxa"/>
            </w:tcMar>
          </w:tcPr>
          <w:p w14:paraId="4B827690" w14:textId="77777777" w:rsidR="00612663" w:rsidRDefault="00612663">
            <w:pPr>
              <w:spacing w:after="0"/>
            </w:pPr>
            <w:r>
              <w:rPr>
                <w:sz w:val="19"/>
              </w:rPr>
              <w:t>Observar, ordenar y crear composiciones efímeras.</w:t>
            </w:r>
          </w:p>
        </w:tc>
      </w:tr>
      <w:tr w:rsidR="00E979F4" w14:paraId="0112AA69" w14:textId="77777777">
        <w:tc>
          <w:tcPr>
            <w:tcW w:w="2100" w:type="dxa"/>
            <w:tcMar>
              <w:top w:w="100" w:type="dxa"/>
              <w:left w:w="130" w:type="dxa"/>
              <w:bottom w:w="100" w:type="dxa"/>
              <w:right w:w="130" w:type="dxa"/>
            </w:tcMar>
          </w:tcPr>
          <w:p w14:paraId="3A0A6818"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3C484559" w14:textId="77777777" w:rsidR="00612663" w:rsidRDefault="00612663">
            <w:pPr>
              <w:spacing w:after="0"/>
            </w:pPr>
            <w:r>
              <w:rPr>
                <w:sz w:val="19"/>
              </w:rPr>
              <w:t>Muñeco de san Francisco y animales.</w:t>
            </w:r>
          </w:p>
        </w:tc>
        <w:tc>
          <w:tcPr>
            <w:tcW w:w="4099" w:type="dxa"/>
            <w:tcMar>
              <w:top w:w="100" w:type="dxa"/>
              <w:left w:w="130" w:type="dxa"/>
              <w:bottom w:w="100" w:type="dxa"/>
              <w:right w:w="130" w:type="dxa"/>
            </w:tcMar>
          </w:tcPr>
          <w:p w14:paraId="3B993F00" w14:textId="77777777" w:rsidR="00612663" w:rsidRDefault="00612663">
            <w:pPr>
              <w:spacing w:after="0"/>
            </w:pPr>
            <w:r>
              <w:rPr>
                <w:sz w:val="19"/>
              </w:rPr>
              <w:t>Inventar diálogos breves de saludo, ayuda y cuidado.</w:t>
            </w:r>
          </w:p>
        </w:tc>
      </w:tr>
    </w:tbl>
    <w:p w14:paraId="44203597" w14:textId="77777777" w:rsidR="00612663" w:rsidRDefault="00612663">
      <w:pPr>
        <w:keepNext/>
        <w:spacing w:before="80" w:after="60"/>
      </w:pPr>
      <w:r>
        <w:rPr>
          <w:b/>
          <w:color w:val="1F4D78"/>
          <w:sz w:val="23"/>
        </w:rPr>
        <w:t>Ficha</w:t>
      </w:r>
      <w:r>
        <w:rPr>
          <w:b/>
          <w:color w:val="687784"/>
          <w:sz w:val="20"/>
        </w:rPr>
        <w:t xml:space="preserve">  ·  15-20 min</w:t>
      </w:r>
    </w:p>
    <w:p w14:paraId="22B4CB95" w14:textId="77777777" w:rsidR="00612663" w:rsidRDefault="00612663">
      <w:pPr>
        <w:spacing w:after="100"/>
      </w:pPr>
      <w:r>
        <w:t>Rasgar papel verde y pegarlo en las ramas del árbol o sobre parte de la hierba. Después dibujar flores, animales, plantas, sol u otros elementos para ayudar a san Francisco a llenar el mundo de vida. Las huellas son opcionales; el dibujo debe conservar protagonismo.</w:t>
      </w:r>
    </w:p>
    <w:p w14:paraId="0CF2DD63" w14:textId="77777777" w:rsidR="00612663" w:rsidRDefault="00612663">
      <w:pPr>
        <w:pStyle w:val="Ttulo2"/>
      </w:pPr>
      <w:r>
        <w:rPr>
          <w:rFonts w:ascii="Calibri" w:hAnsi="Calibri"/>
        </w:rPr>
        <w:t>Qué observar</w:t>
      </w:r>
    </w:p>
    <w:p w14:paraId="5C23D2AA" w14:textId="77777777" w:rsidR="00612663" w:rsidRDefault="00612663">
      <w:r>
        <w:t>Si reconoce a san Francisco, identifica alguna acción de cuidado, participa en el juego simbólico, rasga y pega con creciente autonomía y añade elementos dibujados a una escena abierta.</w:t>
      </w:r>
    </w:p>
    <w:tbl>
      <w:tblPr>
        <w:tblW w:w="9749" w:type="dxa"/>
        <w:tblInd w:w="120" w:type="dxa"/>
        <w:tblLayout w:type="fixed"/>
        <w:tblLook w:val="04A0" w:firstRow="1" w:lastRow="0" w:firstColumn="1" w:lastColumn="0" w:noHBand="0" w:noVBand="1"/>
      </w:tblPr>
      <w:tblGrid>
        <w:gridCol w:w="9749"/>
      </w:tblGrid>
      <w:tr w:rsidR="00E979F4" w14:paraId="22747245" w14:textId="77777777">
        <w:tc>
          <w:tcPr>
            <w:tcW w:w="9749" w:type="dxa"/>
            <w:shd w:val="clear" w:color="auto" w:fill="FFF4D8"/>
            <w:tcMar>
              <w:top w:w="100" w:type="dxa"/>
              <w:left w:w="130" w:type="dxa"/>
              <w:bottom w:w="100" w:type="dxa"/>
              <w:right w:w="130" w:type="dxa"/>
            </w:tcMar>
            <w:vAlign w:val="center"/>
          </w:tcPr>
          <w:p w14:paraId="6555AA55" w14:textId="77777777" w:rsidR="00612663" w:rsidRDefault="00612663">
            <w:pPr>
              <w:spacing w:after="40" w:line="288" w:lineRule="auto"/>
            </w:pPr>
            <w:r>
              <w:rPr>
                <w:b/>
                <w:color w:val="1F4D78"/>
              </w:rPr>
              <w:t xml:space="preserve">Papel del muñeco  </w:t>
            </w:r>
            <w:r>
              <w:t>No es una figura pequeña más del minimundo: es un visitante especial que presenta el relato, conversa con el grupo y permanece después como cuidador de la Creación.</w:t>
            </w:r>
          </w:p>
        </w:tc>
      </w:tr>
    </w:tbl>
    <w:p w14:paraId="6850906A" w14:textId="77777777" w:rsidR="00612663" w:rsidRDefault="00612663">
      <w:pPr>
        <w:spacing w:after="40"/>
      </w:pPr>
    </w:p>
    <w:p w14:paraId="75C11A0E" w14:textId="77777777" w:rsidR="00612663" w:rsidRDefault="00612663">
      <w:r>
        <w:br w:type="page"/>
      </w:r>
    </w:p>
    <w:p w14:paraId="0C118C57" w14:textId="77777777" w:rsidR="00612663" w:rsidRDefault="00612663">
      <w:pPr>
        <w:pStyle w:val="Ttulo1"/>
      </w:pPr>
      <w:r>
        <w:rPr>
          <w:rFonts w:ascii="Calibri" w:hAnsi="Calibri"/>
        </w:rPr>
        <w:lastRenderedPageBreak/>
        <w:t>6. Organización de los espacios durante el tema</w:t>
      </w:r>
    </w:p>
    <w:p w14:paraId="1841A5D2" w14:textId="77777777" w:rsidR="00612663" w:rsidRDefault="00612663">
      <w:r>
        <w:t>El paisaje se construye de forma acumulativa. Así los niños recuerdan lo vivido, repiten acciones con mayor autonomía y perciben que cada semana aporta algo nuevo.</w:t>
      </w:r>
    </w:p>
    <w:tbl>
      <w:tblPr>
        <w:tblW w:w="9749" w:type="dxa"/>
        <w:tblInd w:w="120" w:type="dxa"/>
        <w:tblLayout w:type="fixed"/>
        <w:tblLook w:val="04A0" w:firstRow="1" w:lastRow="0" w:firstColumn="1" w:lastColumn="0" w:noHBand="0" w:noVBand="1"/>
      </w:tblPr>
      <w:tblGrid>
        <w:gridCol w:w="1600"/>
        <w:gridCol w:w="2450"/>
        <w:gridCol w:w="2850"/>
        <w:gridCol w:w="2849"/>
      </w:tblGrid>
      <w:tr w:rsidR="00E979F4" w14:paraId="73B0878A" w14:textId="77777777">
        <w:trPr>
          <w:tblHeader/>
        </w:trPr>
        <w:tc>
          <w:tcPr>
            <w:tcW w:w="1600" w:type="dxa"/>
            <w:shd w:val="clear" w:color="auto" w:fill="E8EEF5"/>
            <w:tcMar>
              <w:top w:w="100" w:type="dxa"/>
              <w:left w:w="130" w:type="dxa"/>
              <w:bottom w:w="100" w:type="dxa"/>
              <w:right w:w="130" w:type="dxa"/>
            </w:tcMar>
            <w:vAlign w:val="center"/>
          </w:tcPr>
          <w:p w14:paraId="29833651" w14:textId="77777777" w:rsidR="00612663" w:rsidRDefault="00612663">
            <w:pPr>
              <w:jc w:val="center"/>
            </w:pPr>
            <w:r>
              <w:rPr>
                <w:b/>
                <w:color w:val="1F4D78"/>
                <w:sz w:val="19"/>
              </w:rPr>
              <w:t>Semana</w:t>
            </w:r>
          </w:p>
        </w:tc>
        <w:tc>
          <w:tcPr>
            <w:tcW w:w="2450" w:type="dxa"/>
            <w:shd w:val="clear" w:color="auto" w:fill="E8EEF5"/>
            <w:tcMar>
              <w:top w:w="100" w:type="dxa"/>
              <w:left w:w="130" w:type="dxa"/>
              <w:bottom w:w="100" w:type="dxa"/>
              <w:right w:w="130" w:type="dxa"/>
            </w:tcMar>
            <w:vAlign w:val="center"/>
          </w:tcPr>
          <w:p w14:paraId="29C790C7" w14:textId="77777777" w:rsidR="00612663" w:rsidRDefault="00612663">
            <w:pPr>
              <w:jc w:val="center"/>
            </w:pPr>
            <w:r>
              <w:rPr>
                <w:b/>
                <w:color w:val="1F4D78"/>
                <w:sz w:val="19"/>
              </w:rPr>
              <w:t>Permanece</w:t>
            </w:r>
          </w:p>
        </w:tc>
        <w:tc>
          <w:tcPr>
            <w:tcW w:w="2850" w:type="dxa"/>
            <w:shd w:val="clear" w:color="auto" w:fill="E8EEF5"/>
            <w:tcMar>
              <w:top w:w="100" w:type="dxa"/>
              <w:left w:w="130" w:type="dxa"/>
              <w:bottom w:w="100" w:type="dxa"/>
              <w:right w:w="130" w:type="dxa"/>
            </w:tcMar>
            <w:vAlign w:val="center"/>
          </w:tcPr>
          <w:p w14:paraId="6809E37A" w14:textId="77777777" w:rsidR="00612663" w:rsidRDefault="00612663">
            <w:pPr>
              <w:jc w:val="center"/>
            </w:pPr>
            <w:r>
              <w:rPr>
                <w:b/>
                <w:color w:val="1F4D78"/>
                <w:sz w:val="19"/>
              </w:rPr>
              <w:t>Novedad</w:t>
            </w:r>
          </w:p>
        </w:tc>
        <w:tc>
          <w:tcPr>
            <w:tcW w:w="2849" w:type="dxa"/>
            <w:shd w:val="clear" w:color="auto" w:fill="E8EEF5"/>
            <w:tcMar>
              <w:top w:w="100" w:type="dxa"/>
              <w:left w:w="130" w:type="dxa"/>
              <w:bottom w:w="100" w:type="dxa"/>
              <w:right w:w="130" w:type="dxa"/>
            </w:tcMar>
            <w:vAlign w:val="center"/>
          </w:tcPr>
          <w:p w14:paraId="5E68C092" w14:textId="77777777" w:rsidR="00612663" w:rsidRDefault="00612663">
            <w:pPr>
              <w:jc w:val="center"/>
            </w:pPr>
            <w:r>
              <w:rPr>
                <w:b/>
                <w:color w:val="1F4D78"/>
                <w:sz w:val="19"/>
              </w:rPr>
              <w:t>Se guarda para volver</w:t>
            </w:r>
          </w:p>
        </w:tc>
      </w:tr>
      <w:tr w:rsidR="00E979F4" w14:paraId="06B76EC7" w14:textId="77777777">
        <w:tc>
          <w:tcPr>
            <w:tcW w:w="1600" w:type="dxa"/>
            <w:tcMar>
              <w:top w:w="100" w:type="dxa"/>
              <w:left w:w="130" w:type="dxa"/>
              <w:bottom w:w="100" w:type="dxa"/>
              <w:right w:w="130" w:type="dxa"/>
            </w:tcMar>
          </w:tcPr>
          <w:p w14:paraId="564CA58E" w14:textId="77777777" w:rsidR="00612663" w:rsidRDefault="00612663">
            <w:pPr>
              <w:spacing w:after="0"/>
              <w:jc w:val="center"/>
            </w:pPr>
            <w:r>
              <w:rPr>
                <w:b/>
                <w:color w:val="1F4D78"/>
                <w:sz w:val="18"/>
              </w:rPr>
              <w:t>1</w:t>
            </w:r>
          </w:p>
        </w:tc>
        <w:tc>
          <w:tcPr>
            <w:tcW w:w="2450" w:type="dxa"/>
            <w:tcMar>
              <w:top w:w="100" w:type="dxa"/>
              <w:left w:w="130" w:type="dxa"/>
              <w:bottom w:w="100" w:type="dxa"/>
              <w:right w:w="130" w:type="dxa"/>
            </w:tcMar>
          </w:tcPr>
          <w:p w14:paraId="55780C21" w14:textId="77777777" w:rsidR="00612663" w:rsidRDefault="00612663">
            <w:pPr>
              <w:spacing w:after="0"/>
            </w:pPr>
            <w:r>
              <w:rPr>
                <w:sz w:val="18"/>
              </w:rPr>
              <w:t>Telas, bandejas, sol, luna, estrellas y cuento.</w:t>
            </w:r>
          </w:p>
        </w:tc>
        <w:tc>
          <w:tcPr>
            <w:tcW w:w="2850" w:type="dxa"/>
            <w:tcMar>
              <w:top w:w="100" w:type="dxa"/>
              <w:left w:w="130" w:type="dxa"/>
              <w:bottom w:w="100" w:type="dxa"/>
              <w:right w:w="130" w:type="dxa"/>
            </w:tcMar>
          </w:tcPr>
          <w:p w14:paraId="79763C21" w14:textId="77777777" w:rsidR="00612663" w:rsidRDefault="00612663">
            <w:pPr>
              <w:spacing w:after="0"/>
            </w:pPr>
            <w:r>
              <w:rPr>
                <w:sz w:val="18"/>
              </w:rPr>
              <w:t>Cielo, agua, tierra, luz y primeras plantas.</w:t>
            </w:r>
          </w:p>
        </w:tc>
        <w:tc>
          <w:tcPr>
            <w:tcW w:w="2849" w:type="dxa"/>
            <w:tcMar>
              <w:top w:w="100" w:type="dxa"/>
              <w:left w:w="130" w:type="dxa"/>
              <w:bottom w:w="100" w:type="dxa"/>
              <w:right w:w="130" w:type="dxa"/>
            </w:tcMar>
          </w:tcPr>
          <w:p w14:paraId="47EDBEA4" w14:textId="77777777" w:rsidR="00612663" w:rsidRDefault="00612663">
            <w:pPr>
              <w:spacing w:after="0"/>
            </w:pPr>
            <w:r>
              <w:rPr>
                <w:sz w:val="18"/>
              </w:rPr>
              <w:t>Todo el paisaje base permanece montado.</w:t>
            </w:r>
          </w:p>
        </w:tc>
      </w:tr>
      <w:tr w:rsidR="00E979F4" w14:paraId="62EA2EDD" w14:textId="77777777">
        <w:tc>
          <w:tcPr>
            <w:tcW w:w="1600" w:type="dxa"/>
            <w:tcMar>
              <w:top w:w="100" w:type="dxa"/>
              <w:left w:w="130" w:type="dxa"/>
              <w:bottom w:w="100" w:type="dxa"/>
              <w:right w:w="130" w:type="dxa"/>
            </w:tcMar>
          </w:tcPr>
          <w:p w14:paraId="46216990" w14:textId="77777777" w:rsidR="00612663" w:rsidRDefault="00612663">
            <w:pPr>
              <w:spacing w:after="0"/>
              <w:jc w:val="center"/>
            </w:pPr>
            <w:r>
              <w:rPr>
                <w:b/>
                <w:color w:val="1F4D78"/>
                <w:sz w:val="18"/>
              </w:rPr>
              <w:t>2</w:t>
            </w:r>
          </w:p>
        </w:tc>
        <w:tc>
          <w:tcPr>
            <w:tcW w:w="2450" w:type="dxa"/>
            <w:tcMar>
              <w:top w:w="100" w:type="dxa"/>
              <w:left w:w="130" w:type="dxa"/>
              <w:bottom w:w="100" w:type="dxa"/>
              <w:right w:w="130" w:type="dxa"/>
            </w:tcMar>
          </w:tcPr>
          <w:p w14:paraId="0ADB85AB" w14:textId="77777777" w:rsidR="00612663" w:rsidRDefault="00612663">
            <w:pPr>
              <w:spacing w:after="0"/>
            </w:pPr>
            <w:r>
              <w:rPr>
                <w:sz w:val="18"/>
              </w:rPr>
              <w:t>Paisaje base, cuento y elementos naturales.</w:t>
            </w:r>
          </w:p>
        </w:tc>
        <w:tc>
          <w:tcPr>
            <w:tcW w:w="2850" w:type="dxa"/>
            <w:tcMar>
              <w:top w:w="100" w:type="dxa"/>
              <w:left w:w="130" w:type="dxa"/>
              <w:bottom w:w="100" w:type="dxa"/>
              <w:right w:w="130" w:type="dxa"/>
            </w:tcMar>
          </w:tcPr>
          <w:p w14:paraId="22A3A81F" w14:textId="77777777" w:rsidR="00612663" w:rsidRDefault="00612663">
            <w:pPr>
              <w:spacing w:after="0"/>
            </w:pPr>
            <w:r>
              <w:rPr>
                <w:sz w:val="18"/>
              </w:rPr>
              <w:t>Peces, aves, animales terrestres y personas.</w:t>
            </w:r>
          </w:p>
        </w:tc>
        <w:tc>
          <w:tcPr>
            <w:tcW w:w="2849" w:type="dxa"/>
            <w:tcMar>
              <w:top w:w="100" w:type="dxa"/>
              <w:left w:w="130" w:type="dxa"/>
              <w:bottom w:w="100" w:type="dxa"/>
              <w:right w:w="130" w:type="dxa"/>
            </w:tcMar>
          </w:tcPr>
          <w:p w14:paraId="7B756D2C" w14:textId="77777777" w:rsidR="00612663" w:rsidRDefault="00612663">
            <w:pPr>
              <w:spacing w:after="0"/>
            </w:pPr>
            <w:r>
              <w:rPr>
                <w:sz w:val="18"/>
              </w:rPr>
              <w:t>Animales clasificados en cajas o cestas.</w:t>
            </w:r>
          </w:p>
        </w:tc>
      </w:tr>
      <w:tr w:rsidR="00E979F4" w14:paraId="4688A458" w14:textId="77777777">
        <w:tc>
          <w:tcPr>
            <w:tcW w:w="1600" w:type="dxa"/>
            <w:tcMar>
              <w:top w:w="100" w:type="dxa"/>
              <w:left w:w="130" w:type="dxa"/>
              <w:bottom w:w="100" w:type="dxa"/>
              <w:right w:w="130" w:type="dxa"/>
            </w:tcMar>
          </w:tcPr>
          <w:p w14:paraId="4D14B41E" w14:textId="77777777" w:rsidR="00612663" w:rsidRDefault="00612663">
            <w:pPr>
              <w:spacing w:after="0"/>
              <w:jc w:val="center"/>
            </w:pPr>
            <w:r>
              <w:rPr>
                <w:b/>
                <w:color w:val="1F4D78"/>
                <w:sz w:val="18"/>
              </w:rPr>
              <w:t>3</w:t>
            </w:r>
          </w:p>
        </w:tc>
        <w:tc>
          <w:tcPr>
            <w:tcW w:w="2450" w:type="dxa"/>
            <w:tcMar>
              <w:top w:w="100" w:type="dxa"/>
              <w:left w:w="130" w:type="dxa"/>
              <w:bottom w:w="100" w:type="dxa"/>
              <w:right w:w="130" w:type="dxa"/>
            </w:tcMar>
          </w:tcPr>
          <w:p w14:paraId="2E4EC8F4" w14:textId="77777777" w:rsidR="00612663" w:rsidRDefault="00612663">
            <w:pPr>
              <w:spacing w:after="0"/>
            </w:pPr>
            <w:r>
              <w:rPr>
                <w:sz w:val="18"/>
              </w:rPr>
              <w:t>Minimundo completo y materiales de observación.</w:t>
            </w:r>
          </w:p>
        </w:tc>
        <w:tc>
          <w:tcPr>
            <w:tcW w:w="2850" w:type="dxa"/>
            <w:tcMar>
              <w:top w:w="100" w:type="dxa"/>
              <w:left w:w="130" w:type="dxa"/>
              <w:bottom w:w="100" w:type="dxa"/>
              <w:right w:w="130" w:type="dxa"/>
            </w:tcMar>
          </w:tcPr>
          <w:p w14:paraId="1F7FFB41" w14:textId="77777777" w:rsidR="00612663" w:rsidRDefault="00612663">
            <w:pPr>
              <w:spacing w:after="0"/>
            </w:pPr>
            <w:r>
              <w:rPr>
                <w:sz w:val="18"/>
              </w:rPr>
              <w:t>San Francisco y acciones de cuidado.</w:t>
            </w:r>
          </w:p>
        </w:tc>
        <w:tc>
          <w:tcPr>
            <w:tcW w:w="2849" w:type="dxa"/>
            <w:tcMar>
              <w:top w:w="100" w:type="dxa"/>
              <w:left w:w="130" w:type="dxa"/>
              <w:bottom w:w="100" w:type="dxa"/>
              <w:right w:w="130" w:type="dxa"/>
            </w:tcMar>
          </w:tcPr>
          <w:p w14:paraId="0BD6B273" w14:textId="77777777" w:rsidR="00612663" w:rsidRDefault="00612663">
            <w:pPr>
              <w:spacing w:after="0"/>
            </w:pPr>
            <w:r>
              <w:rPr>
                <w:sz w:val="18"/>
              </w:rPr>
              <w:t>Muñeco para otros relatos y cesta natural reutilizable.</w:t>
            </w:r>
          </w:p>
        </w:tc>
      </w:tr>
    </w:tbl>
    <w:p w14:paraId="03159126" w14:textId="77777777" w:rsidR="00612663" w:rsidRDefault="00612663">
      <w:pPr>
        <w:pStyle w:val="Ttulo2"/>
      </w:pPr>
      <w:r>
        <w:rPr>
          <w:rFonts w:ascii="Calibri" w:hAnsi="Calibri"/>
        </w:rPr>
        <w:t>Grupo conjunto de 3 y 4 años</w:t>
      </w:r>
    </w:p>
    <w:p w14:paraId="6D6E15BA" w14:textId="77777777" w:rsidR="00612663" w:rsidRDefault="00612663">
      <w:r>
        <w:t>Los dos niveles pueden compartir relato, oración, visita de san Francisco y minimundo. En 3 años se prioriza tocar, nombrar, imitar, clasificar con apoyo y realizar trazos espontáneos. En 4 años se puede pedir ordenar partes del relato, justificar dónde vive un animal, explicar una acción de cuidado o enriquecer el dibujo con más elementos. Cada edad conserva su libro y su progresión.</w:t>
      </w:r>
    </w:p>
    <w:p w14:paraId="33445FE2" w14:textId="77777777" w:rsidR="00612663" w:rsidRDefault="00612663">
      <w:pPr>
        <w:pStyle w:val="Ttulo1"/>
      </w:pPr>
      <w:r>
        <w:rPr>
          <w:rFonts w:ascii="Calibri" w:hAnsi="Calibri"/>
        </w:rPr>
        <w:t>7. Evaluación del tema</w:t>
      </w:r>
    </w:p>
    <w:p w14:paraId="611F2D74" w14:textId="77777777" w:rsidR="00612663" w:rsidRDefault="00612663">
      <w:r>
        <w:t>La evaluación es global, continua y basada en la observación. La ficha no se valora por quedar llena o bonita, sino por el modo en que el niño explora, representa, explica y cuida.</w:t>
      </w:r>
    </w:p>
    <w:tbl>
      <w:tblPr>
        <w:tblW w:w="9749" w:type="dxa"/>
        <w:tblInd w:w="120" w:type="dxa"/>
        <w:tblLayout w:type="fixed"/>
        <w:tblLook w:val="04A0" w:firstRow="1" w:lastRow="0" w:firstColumn="1" w:lastColumn="0" w:noHBand="0" w:noVBand="1"/>
      </w:tblPr>
      <w:tblGrid>
        <w:gridCol w:w="2150"/>
        <w:gridCol w:w="7599"/>
      </w:tblGrid>
      <w:tr w:rsidR="00E979F4" w14:paraId="30D045CF" w14:textId="77777777">
        <w:tc>
          <w:tcPr>
            <w:tcW w:w="2150" w:type="dxa"/>
            <w:shd w:val="clear" w:color="auto" w:fill="EAF4EE"/>
            <w:tcMar>
              <w:top w:w="100" w:type="dxa"/>
              <w:left w:w="130" w:type="dxa"/>
              <w:bottom w:w="100" w:type="dxa"/>
              <w:right w:w="130" w:type="dxa"/>
            </w:tcMar>
            <w:vAlign w:val="center"/>
          </w:tcPr>
          <w:p w14:paraId="041F9881" w14:textId="77777777" w:rsidR="00612663" w:rsidRDefault="00612663">
            <w:pPr>
              <w:spacing w:after="0"/>
            </w:pPr>
            <w:r>
              <w:rPr>
                <w:b/>
                <w:color w:val="1F4D78"/>
                <w:sz w:val="21"/>
              </w:rPr>
              <w:t>Asombro</w:t>
            </w:r>
          </w:p>
        </w:tc>
        <w:tc>
          <w:tcPr>
            <w:tcW w:w="7599" w:type="dxa"/>
            <w:shd w:val="clear" w:color="auto" w:fill="FFFFFF"/>
            <w:tcMar>
              <w:top w:w="100" w:type="dxa"/>
              <w:left w:w="130" w:type="dxa"/>
              <w:bottom w:w="100" w:type="dxa"/>
              <w:right w:w="130" w:type="dxa"/>
            </w:tcMar>
            <w:vAlign w:val="center"/>
          </w:tcPr>
          <w:p w14:paraId="4B2A4CC7" w14:textId="77777777" w:rsidR="00612663" w:rsidRDefault="00612663">
            <w:pPr>
              <w:spacing w:after="0"/>
            </w:pPr>
            <w:r>
              <w:rPr>
                <w:sz w:val="21"/>
              </w:rPr>
              <w:t>Observa con interés y reconoce algún elemento del mundo creado.</w:t>
            </w:r>
          </w:p>
        </w:tc>
      </w:tr>
      <w:tr w:rsidR="00E979F4" w14:paraId="28617DFB" w14:textId="77777777">
        <w:tc>
          <w:tcPr>
            <w:tcW w:w="2150" w:type="dxa"/>
            <w:shd w:val="clear" w:color="auto" w:fill="EAF4EE"/>
            <w:tcMar>
              <w:top w:w="100" w:type="dxa"/>
              <w:left w:w="130" w:type="dxa"/>
              <w:bottom w:w="100" w:type="dxa"/>
              <w:right w:w="130" w:type="dxa"/>
            </w:tcMar>
            <w:vAlign w:val="center"/>
          </w:tcPr>
          <w:p w14:paraId="4112F608" w14:textId="77777777" w:rsidR="00612663" w:rsidRDefault="00612663">
            <w:pPr>
              <w:spacing w:after="0"/>
            </w:pPr>
            <w:r>
              <w:rPr>
                <w:b/>
                <w:color w:val="1F4D78"/>
                <w:sz w:val="21"/>
              </w:rPr>
              <w:t>Relato</w:t>
            </w:r>
          </w:p>
        </w:tc>
        <w:tc>
          <w:tcPr>
            <w:tcW w:w="7599" w:type="dxa"/>
            <w:shd w:val="clear" w:color="auto" w:fill="FFFFFF"/>
            <w:tcMar>
              <w:top w:w="100" w:type="dxa"/>
              <w:left w:w="130" w:type="dxa"/>
              <w:bottom w:w="100" w:type="dxa"/>
              <w:right w:w="130" w:type="dxa"/>
            </w:tcMar>
            <w:vAlign w:val="center"/>
          </w:tcPr>
          <w:p w14:paraId="0F7576F6" w14:textId="77777777" w:rsidR="00612663" w:rsidRDefault="00612663">
            <w:pPr>
              <w:spacing w:after="0"/>
            </w:pPr>
            <w:r>
              <w:rPr>
                <w:sz w:val="21"/>
              </w:rPr>
              <w:t>Participa en la narración y recuerda o sitúa algún elemento.</w:t>
            </w:r>
          </w:p>
        </w:tc>
      </w:tr>
      <w:tr w:rsidR="00E979F4" w14:paraId="54EC6EC7" w14:textId="77777777">
        <w:tc>
          <w:tcPr>
            <w:tcW w:w="2150" w:type="dxa"/>
            <w:shd w:val="clear" w:color="auto" w:fill="EAF4EE"/>
            <w:tcMar>
              <w:top w:w="100" w:type="dxa"/>
              <w:left w:w="130" w:type="dxa"/>
              <w:bottom w:w="100" w:type="dxa"/>
              <w:right w:w="130" w:type="dxa"/>
            </w:tcMar>
            <w:vAlign w:val="center"/>
          </w:tcPr>
          <w:p w14:paraId="3F2ACC04" w14:textId="77777777" w:rsidR="00612663" w:rsidRDefault="00612663">
            <w:pPr>
              <w:spacing w:after="0"/>
            </w:pPr>
            <w:r>
              <w:rPr>
                <w:b/>
                <w:color w:val="1F4D78"/>
                <w:sz w:val="21"/>
              </w:rPr>
              <w:t>Cuidado</w:t>
            </w:r>
          </w:p>
        </w:tc>
        <w:tc>
          <w:tcPr>
            <w:tcW w:w="7599" w:type="dxa"/>
            <w:shd w:val="clear" w:color="auto" w:fill="FFFFFF"/>
            <w:tcMar>
              <w:top w:w="100" w:type="dxa"/>
              <w:left w:w="130" w:type="dxa"/>
              <w:bottom w:w="100" w:type="dxa"/>
              <w:right w:w="130" w:type="dxa"/>
            </w:tcMar>
            <w:vAlign w:val="center"/>
          </w:tcPr>
          <w:p w14:paraId="67E19A61" w14:textId="77777777" w:rsidR="00612663" w:rsidRDefault="00612663">
            <w:pPr>
              <w:spacing w:after="0"/>
            </w:pPr>
            <w:r>
              <w:rPr>
                <w:sz w:val="21"/>
              </w:rPr>
              <w:t>Distingue al menos una acción que ayuda a personas, animales o naturaleza.</w:t>
            </w:r>
          </w:p>
        </w:tc>
      </w:tr>
      <w:tr w:rsidR="00E979F4" w14:paraId="1BFDFA8B" w14:textId="77777777">
        <w:tc>
          <w:tcPr>
            <w:tcW w:w="2150" w:type="dxa"/>
            <w:shd w:val="clear" w:color="auto" w:fill="EAF4EE"/>
            <w:tcMar>
              <w:top w:w="100" w:type="dxa"/>
              <w:left w:w="130" w:type="dxa"/>
              <w:bottom w:w="100" w:type="dxa"/>
              <w:right w:w="130" w:type="dxa"/>
            </w:tcMar>
            <w:vAlign w:val="center"/>
          </w:tcPr>
          <w:p w14:paraId="0D62A595" w14:textId="77777777" w:rsidR="00612663" w:rsidRDefault="00612663">
            <w:pPr>
              <w:spacing w:after="0"/>
            </w:pPr>
            <w:r>
              <w:rPr>
                <w:b/>
                <w:color w:val="1F4D78"/>
                <w:sz w:val="21"/>
              </w:rPr>
              <w:t>Interioridad</w:t>
            </w:r>
          </w:p>
        </w:tc>
        <w:tc>
          <w:tcPr>
            <w:tcW w:w="7599" w:type="dxa"/>
            <w:shd w:val="clear" w:color="auto" w:fill="FFFFFF"/>
            <w:tcMar>
              <w:top w:w="100" w:type="dxa"/>
              <w:left w:w="130" w:type="dxa"/>
              <w:bottom w:w="100" w:type="dxa"/>
              <w:right w:w="130" w:type="dxa"/>
            </w:tcMar>
            <w:vAlign w:val="center"/>
          </w:tcPr>
          <w:p w14:paraId="1C76FE14" w14:textId="77777777" w:rsidR="00612663" w:rsidRDefault="00612663">
            <w:pPr>
              <w:spacing w:after="0"/>
            </w:pPr>
            <w:r>
              <w:rPr>
                <w:sz w:val="21"/>
              </w:rPr>
              <w:t>Participa, a su manera, en el agradecimiento o la oración.</w:t>
            </w:r>
          </w:p>
        </w:tc>
      </w:tr>
      <w:tr w:rsidR="00E979F4" w14:paraId="08390C42" w14:textId="77777777">
        <w:tc>
          <w:tcPr>
            <w:tcW w:w="2150" w:type="dxa"/>
            <w:shd w:val="clear" w:color="auto" w:fill="EAF4EE"/>
            <w:tcMar>
              <w:top w:w="100" w:type="dxa"/>
              <w:left w:w="130" w:type="dxa"/>
              <w:bottom w:w="100" w:type="dxa"/>
              <w:right w:w="130" w:type="dxa"/>
            </w:tcMar>
            <w:vAlign w:val="center"/>
          </w:tcPr>
          <w:p w14:paraId="79815F97" w14:textId="77777777" w:rsidR="00612663" w:rsidRDefault="00612663">
            <w:pPr>
              <w:spacing w:after="0"/>
            </w:pPr>
            <w:r>
              <w:rPr>
                <w:b/>
                <w:color w:val="1F4D78"/>
                <w:sz w:val="21"/>
              </w:rPr>
              <w:t>Autonomía</w:t>
            </w:r>
          </w:p>
        </w:tc>
        <w:tc>
          <w:tcPr>
            <w:tcW w:w="7599" w:type="dxa"/>
            <w:shd w:val="clear" w:color="auto" w:fill="FFFFFF"/>
            <w:tcMar>
              <w:top w:w="100" w:type="dxa"/>
              <w:left w:w="130" w:type="dxa"/>
              <w:bottom w:w="100" w:type="dxa"/>
              <w:right w:w="130" w:type="dxa"/>
            </w:tcMar>
            <w:vAlign w:val="center"/>
          </w:tcPr>
          <w:p w14:paraId="733D0D6D" w14:textId="77777777" w:rsidR="00612663" w:rsidRDefault="00612663">
            <w:pPr>
              <w:spacing w:after="0"/>
            </w:pPr>
            <w:r>
              <w:rPr>
                <w:sz w:val="21"/>
              </w:rPr>
              <w:t>Elige, utiliza y recoge materiales con ayuda progresivamente menor.</w:t>
            </w:r>
          </w:p>
        </w:tc>
      </w:tr>
      <w:tr w:rsidR="00E979F4" w14:paraId="5FF57099" w14:textId="77777777">
        <w:tc>
          <w:tcPr>
            <w:tcW w:w="2150" w:type="dxa"/>
            <w:shd w:val="clear" w:color="auto" w:fill="EAF4EE"/>
            <w:tcMar>
              <w:top w:w="100" w:type="dxa"/>
              <w:left w:w="130" w:type="dxa"/>
              <w:bottom w:w="100" w:type="dxa"/>
              <w:right w:w="130" w:type="dxa"/>
            </w:tcMar>
            <w:vAlign w:val="center"/>
          </w:tcPr>
          <w:p w14:paraId="0F97E49F" w14:textId="77777777" w:rsidR="00612663" w:rsidRDefault="00612663">
            <w:pPr>
              <w:spacing w:after="0"/>
            </w:pPr>
            <w:r>
              <w:rPr>
                <w:b/>
                <w:color w:val="1F4D78"/>
                <w:sz w:val="21"/>
              </w:rPr>
              <w:t>Expresión</w:t>
            </w:r>
          </w:p>
        </w:tc>
        <w:tc>
          <w:tcPr>
            <w:tcW w:w="7599" w:type="dxa"/>
            <w:shd w:val="clear" w:color="auto" w:fill="FFFFFF"/>
            <w:tcMar>
              <w:top w:w="100" w:type="dxa"/>
              <w:left w:w="130" w:type="dxa"/>
              <w:bottom w:w="100" w:type="dxa"/>
              <w:right w:w="130" w:type="dxa"/>
            </w:tcMar>
            <w:vAlign w:val="center"/>
          </w:tcPr>
          <w:p w14:paraId="512A546B" w14:textId="77777777" w:rsidR="00612663" w:rsidRDefault="00612663">
            <w:pPr>
              <w:spacing w:after="0"/>
            </w:pPr>
            <w:r>
              <w:rPr>
                <w:sz w:val="21"/>
              </w:rPr>
              <w:t>Dibuja, estampa, pinta con dedos, usa esponja, rasga o pega según sus posibilidades.</w:t>
            </w:r>
          </w:p>
        </w:tc>
      </w:tr>
    </w:tbl>
    <w:p w14:paraId="65ED94B7" w14:textId="77777777" w:rsidR="00612663" w:rsidRDefault="00612663">
      <w:pPr>
        <w:pStyle w:val="Ttulo2"/>
      </w:pPr>
      <w:r>
        <w:rPr>
          <w:rFonts w:ascii="Calibri" w:hAnsi="Calibri"/>
        </w:rPr>
        <w:t>Cierre del tema</w:t>
      </w:r>
    </w:p>
    <w:p w14:paraId="666F2956" w14:textId="77777777" w:rsidR="00612663" w:rsidRDefault="00612663">
      <w:r>
        <w:t>Contemplar juntos el minimundo completo y recordar lo que apareció cada semana. San Francisco puede despedirse diciendo: «Gracias por cuidar este mundo tan bonito». Reunir las fichas 4, 5 y 6 y celebrar la variedad de soluciones: ningún paisaje ni animal tiene que ser igual a otro.</w:t>
      </w:r>
    </w:p>
    <w:p w14:paraId="5191C7EB" w14:textId="77777777" w:rsidR="00612663" w:rsidRDefault="00612663">
      <w:r>
        <w:br w:type="page"/>
      </w:r>
    </w:p>
    <w:p w14:paraId="60AF6FFD" w14:textId="77777777" w:rsidR="00612663" w:rsidRDefault="00612663">
      <w:pPr>
        <w:pStyle w:val="Ttulo1"/>
      </w:pPr>
      <w:r>
        <w:rPr>
          <w:rFonts w:ascii="Calibri" w:hAnsi="Calibri"/>
        </w:rPr>
        <w:lastRenderedPageBreak/>
        <w:t>Registro breve de observación</w:t>
      </w:r>
    </w:p>
    <w:p w14:paraId="45683326" w14:textId="77777777" w:rsidR="00612663" w:rsidRDefault="00612663">
      <w:r>
        <w:t>Marcar con una fecha, una palabra breve o un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200"/>
        <w:gridCol w:w="1000"/>
        <w:gridCol w:w="1000"/>
        <w:gridCol w:w="1000"/>
        <w:gridCol w:w="1000"/>
        <w:gridCol w:w="1000"/>
        <w:gridCol w:w="2549"/>
      </w:tblGrid>
      <w:tr w:rsidR="00E979F4" w14:paraId="21FB488E" w14:textId="77777777">
        <w:trPr>
          <w:tblHeader/>
        </w:trPr>
        <w:tc>
          <w:tcPr>
            <w:tcW w:w="2200" w:type="dxa"/>
            <w:shd w:val="clear" w:color="auto" w:fill="E8EEF5"/>
            <w:tcMar>
              <w:top w:w="100" w:type="dxa"/>
              <w:left w:w="130" w:type="dxa"/>
              <w:bottom w:w="100" w:type="dxa"/>
              <w:right w:w="130" w:type="dxa"/>
            </w:tcMar>
            <w:vAlign w:val="center"/>
          </w:tcPr>
          <w:p w14:paraId="497F0468" w14:textId="77777777" w:rsidR="00612663" w:rsidRDefault="00612663">
            <w:pPr>
              <w:jc w:val="center"/>
            </w:pPr>
            <w:r>
              <w:rPr>
                <w:b/>
                <w:color w:val="1F4D78"/>
                <w:sz w:val="16"/>
              </w:rPr>
              <w:t>Alumno/a</w:t>
            </w:r>
          </w:p>
        </w:tc>
        <w:tc>
          <w:tcPr>
            <w:tcW w:w="1000" w:type="dxa"/>
            <w:shd w:val="clear" w:color="auto" w:fill="E8EEF5"/>
            <w:tcMar>
              <w:top w:w="100" w:type="dxa"/>
              <w:left w:w="130" w:type="dxa"/>
              <w:bottom w:w="100" w:type="dxa"/>
              <w:right w:w="130" w:type="dxa"/>
            </w:tcMar>
            <w:vAlign w:val="center"/>
          </w:tcPr>
          <w:p w14:paraId="28D8EE30" w14:textId="77777777" w:rsidR="00612663" w:rsidRDefault="00612663">
            <w:pPr>
              <w:jc w:val="center"/>
            </w:pPr>
            <w:r>
              <w:rPr>
                <w:b/>
                <w:color w:val="1F4D78"/>
                <w:sz w:val="16"/>
              </w:rPr>
              <w:t>Observa</w:t>
            </w:r>
          </w:p>
        </w:tc>
        <w:tc>
          <w:tcPr>
            <w:tcW w:w="1000" w:type="dxa"/>
            <w:shd w:val="clear" w:color="auto" w:fill="E8EEF5"/>
            <w:tcMar>
              <w:top w:w="100" w:type="dxa"/>
              <w:left w:w="130" w:type="dxa"/>
              <w:bottom w:w="100" w:type="dxa"/>
              <w:right w:w="130" w:type="dxa"/>
            </w:tcMar>
            <w:vAlign w:val="center"/>
          </w:tcPr>
          <w:p w14:paraId="25366A33" w14:textId="77777777" w:rsidR="00612663" w:rsidRDefault="00612663">
            <w:pPr>
              <w:jc w:val="center"/>
            </w:pPr>
            <w:r>
              <w:rPr>
                <w:b/>
                <w:color w:val="1F4D78"/>
                <w:sz w:val="16"/>
              </w:rPr>
              <w:t>Clasifica</w:t>
            </w:r>
          </w:p>
        </w:tc>
        <w:tc>
          <w:tcPr>
            <w:tcW w:w="1000" w:type="dxa"/>
            <w:shd w:val="clear" w:color="auto" w:fill="E8EEF5"/>
            <w:tcMar>
              <w:top w:w="100" w:type="dxa"/>
              <w:left w:w="130" w:type="dxa"/>
              <w:bottom w:w="100" w:type="dxa"/>
              <w:right w:w="130" w:type="dxa"/>
            </w:tcMar>
            <w:vAlign w:val="center"/>
          </w:tcPr>
          <w:p w14:paraId="3394FA4C" w14:textId="77777777" w:rsidR="00612663" w:rsidRDefault="00612663">
            <w:pPr>
              <w:jc w:val="center"/>
            </w:pPr>
            <w:r>
              <w:rPr>
                <w:b/>
                <w:color w:val="1F4D78"/>
                <w:sz w:val="16"/>
              </w:rPr>
              <w:t>Representa</w:t>
            </w:r>
          </w:p>
        </w:tc>
        <w:tc>
          <w:tcPr>
            <w:tcW w:w="1000" w:type="dxa"/>
            <w:shd w:val="clear" w:color="auto" w:fill="E8EEF5"/>
            <w:tcMar>
              <w:top w:w="100" w:type="dxa"/>
              <w:left w:w="130" w:type="dxa"/>
              <w:bottom w:w="100" w:type="dxa"/>
              <w:right w:w="130" w:type="dxa"/>
            </w:tcMar>
            <w:vAlign w:val="center"/>
          </w:tcPr>
          <w:p w14:paraId="7553124B" w14:textId="77777777" w:rsidR="00612663" w:rsidRDefault="00612663">
            <w:pPr>
              <w:jc w:val="center"/>
            </w:pPr>
            <w:r>
              <w:rPr>
                <w:b/>
                <w:color w:val="1F4D78"/>
                <w:sz w:val="16"/>
              </w:rPr>
              <w:t>Cuida</w:t>
            </w:r>
          </w:p>
        </w:tc>
        <w:tc>
          <w:tcPr>
            <w:tcW w:w="1000" w:type="dxa"/>
            <w:shd w:val="clear" w:color="auto" w:fill="E8EEF5"/>
            <w:tcMar>
              <w:top w:w="100" w:type="dxa"/>
              <w:left w:w="130" w:type="dxa"/>
              <w:bottom w:w="100" w:type="dxa"/>
              <w:right w:w="130" w:type="dxa"/>
            </w:tcMar>
            <w:vAlign w:val="center"/>
          </w:tcPr>
          <w:p w14:paraId="0EF1BB8A" w14:textId="77777777" w:rsidR="00612663" w:rsidRDefault="00612663">
            <w:pPr>
              <w:jc w:val="center"/>
            </w:pPr>
            <w:r>
              <w:rPr>
                <w:b/>
                <w:color w:val="1F4D78"/>
                <w:sz w:val="16"/>
              </w:rPr>
              <w:t>Recoge</w:t>
            </w:r>
          </w:p>
        </w:tc>
        <w:tc>
          <w:tcPr>
            <w:tcW w:w="2549" w:type="dxa"/>
            <w:shd w:val="clear" w:color="auto" w:fill="E8EEF5"/>
            <w:tcMar>
              <w:top w:w="100" w:type="dxa"/>
              <w:left w:w="130" w:type="dxa"/>
              <w:bottom w:w="100" w:type="dxa"/>
              <w:right w:w="130" w:type="dxa"/>
            </w:tcMar>
            <w:vAlign w:val="center"/>
          </w:tcPr>
          <w:p w14:paraId="6AB44D02" w14:textId="77777777" w:rsidR="00612663" w:rsidRDefault="00612663">
            <w:pPr>
              <w:jc w:val="center"/>
            </w:pPr>
            <w:r>
              <w:rPr>
                <w:b/>
                <w:color w:val="1F4D78"/>
                <w:sz w:val="16"/>
              </w:rPr>
              <w:t>Observaciones</w:t>
            </w:r>
          </w:p>
        </w:tc>
      </w:tr>
      <w:tr w:rsidR="00E979F4" w14:paraId="4D24D166" w14:textId="77777777">
        <w:tc>
          <w:tcPr>
            <w:tcW w:w="2200" w:type="dxa"/>
            <w:tcMar>
              <w:top w:w="100" w:type="dxa"/>
              <w:left w:w="130" w:type="dxa"/>
              <w:bottom w:w="100" w:type="dxa"/>
              <w:right w:w="130" w:type="dxa"/>
            </w:tcMar>
          </w:tcPr>
          <w:p w14:paraId="401B289B" w14:textId="77777777" w:rsidR="00612663" w:rsidRDefault="00612663">
            <w:pPr>
              <w:spacing w:after="480"/>
            </w:pPr>
          </w:p>
        </w:tc>
        <w:tc>
          <w:tcPr>
            <w:tcW w:w="1000" w:type="dxa"/>
            <w:tcMar>
              <w:top w:w="100" w:type="dxa"/>
              <w:left w:w="130" w:type="dxa"/>
              <w:bottom w:w="100" w:type="dxa"/>
              <w:right w:w="130" w:type="dxa"/>
            </w:tcMar>
          </w:tcPr>
          <w:p w14:paraId="6CF1A4E9" w14:textId="77777777" w:rsidR="00612663" w:rsidRDefault="00612663">
            <w:pPr>
              <w:spacing w:after="480"/>
            </w:pPr>
          </w:p>
        </w:tc>
        <w:tc>
          <w:tcPr>
            <w:tcW w:w="1000" w:type="dxa"/>
            <w:tcMar>
              <w:top w:w="100" w:type="dxa"/>
              <w:left w:w="130" w:type="dxa"/>
              <w:bottom w:w="100" w:type="dxa"/>
              <w:right w:w="130" w:type="dxa"/>
            </w:tcMar>
          </w:tcPr>
          <w:p w14:paraId="0D508059" w14:textId="77777777" w:rsidR="00612663" w:rsidRDefault="00612663">
            <w:pPr>
              <w:spacing w:after="480"/>
            </w:pPr>
          </w:p>
        </w:tc>
        <w:tc>
          <w:tcPr>
            <w:tcW w:w="1000" w:type="dxa"/>
            <w:tcMar>
              <w:top w:w="100" w:type="dxa"/>
              <w:left w:w="130" w:type="dxa"/>
              <w:bottom w:w="100" w:type="dxa"/>
              <w:right w:w="130" w:type="dxa"/>
            </w:tcMar>
          </w:tcPr>
          <w:p w14:paraId="645899FE" w14:textId="77777777" w:rsidR="00612663" w:rsidRDefault="00612663">
            <w:pPr>
              <w:spacing w:after="480"/>
            </w:pPr>
          </w:p>
        </w:tc>
        <w:tc>
          <w:tcPr>
            <w:tcW w:w="1000" w:type="dxa"/>
            <w:tcMar>
              <w:top w:w="100" w:type="dxa"/>
              <w:left w:w="130" w:type="dxa"/>
              <w:bottom w:w="100" w:type="dxa"/>
              <w:right w:w="130" w:type="dxa"/>
            </w:tcMar>
          </w:tcPr>
          <w:p w14:paraId="36187FF0" w14:textId="77777777" w:rsidR="00612663" w:rsidRDefault="00612663">
            <w:pPr>
              <w:spacing w:after="480"/>
            </w:pPr>
          </w:p>
        </w:tc>
        <w:tc>
          <w:tcPr>
            <w:tcW w:w="1000" w:type="dxa"/>
            <w:tcMar>
              <w:top w:w="100" w:type="dxa"/>
              <w:left w:w="130" w:type="dxa"/>
              <w:bottom w:w="100" w:type="dxa"/>
              <w:right w:w="130" w:type="dxa"/>
            </w:tcMar>
          </w:tcPr>
          <w:p w14:paraId="64F0EBC8" w14:textId="77777777" w:rsidR="00612663" w:rsidRDefault="00612663">
            <w:pPr>
              <w:spacing w:after="480"/>
            </w:pPr>
          </w:p>
        </w:tc>
        <w:tc>
          <w:tcPr>
            <w:tcW w:w="2549" w:type="dxa"/>
            <w:tcMar>
              <w:top w:w="100" w:type="dxa"/>
              <w:left w:w="130" w:type="dxa"/>
              <w:bottom w:w="100" w:type="dxa"/>
              <w:right w:w="130" w:type="dxa"/>
            </w:tcMar>
          </w:tcPr>
          <w:p w14:paraId="09925072" w14:textId="77777777" w:rsidR="00612663" w:rsidRDefault="00612663">
            <w:pPr>
              <w:spacing w:after="480"/>
            </w:pPr>
          </w:p>
        </w:tc>
      </w:tr>
      <w:tr w:rsidR="00E979F4" w14:paraId="0831C809" w14:textId="77777777">
        <w:tc>
          <w:tcPr>
            <w:tcW w:w="2200" w:type="dxa"/>
            <w:tcMar>
              <w:top w:w="100" w:type="dxa"/>
              <w:left w:w="130" w:type="dxa"/>
              <w:bottom w:w="100" w:type="dxa"/>
              <w:right w:w="130" w:type="dxa"/>
            </w:tcMar>
          </w:tcPr>
          <w:p w14:paraId="1882016F" w14:textId="77777777" w:rsidR="00612663" w:rsidRDefault="00612663">
            <w:pPr>
              <w:spacing w:after="480"/>
            </w:pPr>
          </w:p>
        </w:tc>
        <w:tc>
          <w:tcPr>
            <w:tcW w:w="1000" w:type="dxa"/>
            <w:tcMar>
              <w:top w:w="100" w:type="dxa"/>
              <w:left w:w="130" w:type="dxa"/>
              <w:bottom w:w="100" w:type="dxa"/>
              <w:right w:w="130" w:type="dxa"/>
            </w:tcMar>
          </w:tcPr>
          <w:p w14:paraId="4E7DCED3" w14:textId="77777777" w:rsidR="00612663" w:rsidRDefault="00612663">
            <w:pPr>
              <w:spacing w:after="480"/>
            </w:pPr>
          </w:p>
        </w:tc>
        <w:tc>
          <w:tcPr>
            <w:tcW w:w="1000" w:type="dxa"/>
            <w:tcMar>
              <w:top w:w="100" w:type="dxa"/>
              <w:left w:w="130" w:type="dxa"/>
              <w:bottom w:w="100" w:type="dxa"/>
              <w:right w:w="130" w:type="dxa"/>
            </w:tcMar>
          </w:tcPr>
          <w:p w14:paraId="4B7443C7" w14:textId="77777777" w:rsidR="00612663" w:rsidRDefault="00612663">
            <w:pPr>
              <w:spacing w:after="480"/>
            </w:pPr>
          </w:p>
        </w:tc>
        <w:tc>
          <w:tcPr>
            <w:tcW w:w="1000" w:type="dxa"/>
            <w:tcMar>
              <w:top w:w="100" w:type="dxa"/>
              <w:left w:w="130" w:type="dxa"/>
              <w:bottom w:w="100" w:type="dxa"/>
              <w:right w:w="130" w:type="dxa"/>
            </w:tcMar>
          </w:tcPr>
          <w:p w14:paraId="4658FBF0" w14:textId="77777777" w:rsidR="00612663" w:rsidRDefault="00612663">
            <w:pPr>
              <w:spacing w:after="480"/>
            </w:pPr>
          </w:p>
        </w:tc>
        <w:tc>
          <w:tcPr>
            <w:tcW w:w="1000" w:type="dxa"/>
            <w:tcMar>
              <w:top w:w="100" w:type="dxa"/>
              <w:left w:w="130" w:type="dxa"/>
              <w:bottom w:w="100" w:type="dxa"/>
              <w:right w:w="130" w:type="dxa"/>
            </w:tcMar>
          </w:tcPr>
          <w:p w14:paraId="5EC60D70" w14:textId="77777777" w:rsidR="00612663" w:rsidRDefault="00612663">
            <w:pPr>
              <w:spacing w:after="480"/>
            </w:pPr>
          </w:p>
        </w:tc>
        <w:tc>
          <w:tcPr>
            <w:tcW w:w="1000" w:type="dxa"/>
            <w:tcMar>
              <w:top w:w="100" w:type="dxa"/>
              <w:left w:w="130" w:type="dxa"/>
              <w:bottom w:w="100" w:type="dxa"/>
              <w:right w:w="130" w:type="dxa"/>
            </w:tcMar>
          </w:tcPr>
          <w:p w14:paraId="6EFE6710" w14:textId="77777777" w:rsidR="00612663" w:rsidRDefault="00612663">
            <w:pPr>
              <w:spacing w:after="480"/>
            </w:pPr>
          </w:p>
        </w:tc>
        <w:tc>
          <w:tcPr>
            <w:tcW w:w="2549" w:type="dxa"/>
            <w:tcMar>
              <w:top w:w="100" w:type="dxa"/>
              <w:left w:w="130" w:type="dxa"/>
              <w:bottom w:w="100" w:type="dxa"/>
              <w:right w:w="130" w:type="dxa"/>
            </w:tcMar>
          </w:tcPr>
          <w:p w14:paraId="30C4C7CD" w14:textId="77777777" w:rsidR="00612663" w:rsidRDefault="00612663">
            <w:pPr>
              <w:spacing w:after="480"/>
            </w:pPr>
          </w:p>
        </w:tc>
      </w:tr>
      <w:tr w:rsidR="00E979F4" w14:paraId="1436EFA2" w14:textId="77777777">
        <w:tc>
          <w:tcPr>
            <w:tcW w:w="2200" w:type="dxa"/>
            <w:tcMar>
              <w:top w:w="100" w:type="dxa"/>
              <w:left w:w="130" w:type="dxa"/>
              <w:bottom w:w="100" w:type="dxa"/>
              <w:right w:w="130" w:type="dxa"/>
            </w:tcMar>
          </w:tcPr>
          <w:p w14:paraId="78D3BC76" w14:textId="77777777" w:rsidR="00612663" w:rsidRDefault="00612663">
            <w:pPr>
              <w:spacing w:after="480"/>
            </w:pPr>
          </w:p>
        </w:tc>
        <w:tc>
          <w:tcPr>
            <w:tcW w:w="1000" w:type="dxa"/>
            <w:tcMar>
              <w:top w:w="100" w:type="dxa"/>
              <w:left w:w="130" w:type="dxa"/>
              <w:bottom w:w="100" w:type="dxa"/>
              <w:right w:w="130" w:type="dxa"/>
            </w:tcMar>
          </w:tcPr>
          <w:p w14:paraId="6DF1E7BC" w14:textId="77777777" w:rsidR="00612663" w:rsidRDefault="00612663">
            <w:pPr>
              <w:spacing w:after="480"/>
            </w:pPr>
          </w:p>
        </w:tc>
        <w:tc>
          <w:tcPr>
            <w:tcW w:w="1000" w:type="dxa"/>
            <w:tcMar>
              <w:top w:w="100" w:type="dxa"/>
              <w:left w:w="130" w:type="dxa"/>
              <w:bottom w:w="100" w:type="dxa"/>
              <w:right w:w="130" w:type="dxa"/>
            </w:tcMar>
          </w:tcPr>
          <w:p w14:paraId="745414A6" w14:textId="77777777" w:rsidR="00612663" w:rsidRDefault="00612663">
            <w:pPr>
              <w:spacing w:after="480"/>
            </w:pPr>
          </w:p>
        </w:tc>
        <w:tc>
          <w:tcPr>
            <w:tcW w:w="1000" w:type="dxa"/>
            <w:tcMar>
              <w:top w:w="100" w:type="dxa"/>
              <w:left w:w="130" w:type="dxa"/>
              <w:bottom w:w="100" w:type="dxa"/>
              <w:right w:w="130" w:type="dxa"/>
            </w:tcMar>
          </w:tcPr>
          <w:p w14:paraId="58A92029" w14:textId="77777777" w:rsidR="00612663" w:rsidRDefault="00612663">
            <w:pPr>
              <w:spacing w:after="480"/>
            </w:pPr>
          </w:p>
        </w:tc>
        <w:tc>
          <w:tcPr>
            <w:tcW w:w="1000" w:type="dxa"/>
            <w:tcMar>
              <w:top w:w="100" w:type="dxa"/>
              <w:left w:w="130" w:type="dxa"/>
              <w:bottom w:w="100" w:type="dxa"/>
              <w:right w:w="130" w:type="dxa"/>
            </w:tcMar>
          </w:tcPr>
          <w:p w14:paraId="6B43A879" w14:textId="77777777" w:rsidR="00612663" w:rsidRDefault="00612663">
            <w:pPr>
              <w:spacing w:after="480"/>
            </w:pPr>
          </w:p>
        </w:tc>
        <w:tc>
          <w:tcPr>
            <w:tcW w:w="1000" w:type="dxa"/>
            <w:tcMar>
              <w:top w:w="100" w:type="dxa"/>
              <w:left w:w="130" w:type="dxa"/>
              <w:bottom w:w="100" w:type="dxa"/>
              <w:right w:w="130" w:type="dxa"/>
            </w:tcMar>
          </w:tcPr>
          <w:p w14:paraId="1DA31329" w14:textId="77777777" w:rsidR="00612663" w:rsidRDefault="00612663">
            <w:pPr>
              <w:spacing w:after="480"/>
            </w:pPr>
          </w:p>
        </w:tc>
        <w:tc>
          <w:tcPr>
            <w:tcW w:w="2549" w:type="dxa"/>
            <w:tcMar>
              <w:top w:w="100" w:type="dxa"/>
              <w:left w:w="130" w:type="dxa"/>
              <w:bottom w:w="100" w:type="dxa"/>
              <w:right w:w="130" w:type="dxa"/>
            </w:tcMar>
          </w:tcPr>
          <w:p w14:paraId="1422C046" w14:textId="77777777" w:rsidR="00612663" w:rsidRDefault="00612663">
            <w:pPr>
              <w:spacing w:after="480"/>
            </w:pPr>
          </w:p>
        </w:tc>
      </w:tr>
      <w:tr w:rsidR="00E979F4" w14:paraId="3A58C3C5" w14:textId="77777777">
        <w:tc>
          <w:tcPr>
            <w:tcW w:w="2200" w:type="dxa"/>
            <w:tcMar>
              <w:top w:w="100" w:type="dxa"/>
              <w:left w:w="130" w:type="dxa"/>
              <w:bottom w:w="100" w:type="dxa"/>
              <w:right w:w="130" w:type="dxa"/>
            </w:tcMar>
          </w:tcPr>
          <w:p w14:paraId="1A93E827" w14:textId="77777777" w:rsidR="00612663" w:rsidRDefault="00612663">
            <w:pPr>
              <w:spacing w:after="480"/>
            </w:pPr>
          </w:p>
        </w:tc>
        <w:tc>
          <w:tcPr>
            <w:tcW w:w="1000" w:type="dxa"/>
            <w:tcMar>
              <w:top w:w="100" w:type="dxa"/>
              <w:left w:w="130" w:type="dxa"/>
              <w:bottom w:w="100" w:type="dxa"/>
              <w:right w:w="130" w:type="dxa"/>
            </w:tcMar>
          </w:tcPr>
          <w:p w14:paraId="373DF2E4" w14:textId="77777777" w:rsidR="00612663" w:rsidRDefault="00612663">
            <w:pPr>
              <w:spacing w:after="480"/>
            </w:pPr>
          </w:p>
        </w:tc>
        <w:tc>
          <w:tcPr>
            <w:tcW w:w="1000" w:type="dxa"/>
            <w:tcMar>
              <w:top w:w="100" w:type="dxa"/>
              <w:left w:w="130" w:type="dxa"/>
              <w:bottom w:w="100" w:type="dxa"/>
              <w:right w:w="130" w:type="dxa"/>
            </w:tcMar>
          </w:tcPr>
          <w:p w14:paraId="5E9BDCAF" w14:textId="77777777" w:rsidR="00612663" w:rsidRDefault="00612663">
            <w:pPr>
              <w:spacing w:after="480"/>
            </w:pPr>
          </w:p>
        </w:tc>
        <w:tc>
          <w:tcPr>
            <w:tcW w:w="1000" w:type="dxa"/>
            <w:tcMar>
              <w:top w:w="100" w:type="dxa"/>
              <w:left w:w="130" w:type="dxa"/>
              <w:bottom w:w="100" w:type="dxa"/>
              <w:right w:w="130" w:type="dxa"/>
            </w:tcMar>
          </w:tcPr>
          <w:p w14:paraId="1C6E06D5" w14:textId="77777777" w:rsidR="00612663" w:rsidRDefault="00612663">
            <w:pPr>
              <w:spacing w:after="480"/>
            </w:pPr>
          </w:p>
        </w:tc>
        <w:tc>
          <w:tcPr>
            <w:tcW w:w="1000" w:type="dxa"/>
            <w:tcMar>
              <w:top w:w="100" w:type="dxa"/>
              <w:left w:w="130" w:type="dxa"/>
              <w:bottom w:w="100" w:type="dxa"/>
              <w:right w:w="130" w:type="dxa"/>
            </w:tcMar>
          </w:tcPr>
          <w:p w14:paraId="4408EA60" w14:textId="77777777" w:rsidR="00612663" w:rsidRDefault="00612663">
            <w:pPr>
              <w:spacing w:after="480"/>
            </w:pPr>
          </w:p>
        </w:tc>
        <w:tc>
          <w:tcPr>
            <w:tcW w:w="1000" w:type="dxa"/>
            <w:tcMar>
              <w:top w:w="100" w:type="dxa"/>
              <w:left w:w="130" w:type="dxa"/>
              <w:bottom w:w="100" w:type="dxa"/>
              <w:right w:w="130" w:type="dxa"/>
            </w:tcMar>
          </w:tcPr>
          <w:p w14:paraId="25144C47" w14:textId="77777777" w:rsidR="00612663" w:rsidRDefault="00612663">
            <w:pPr>
              <w:spacing w:after="480"/>
            </w:pPr>
          </w:p>
        </w:tc>
        <w:tc>
          <w:tcPr>
            <w:tcW w:w="2549" w:type="dxa"/>
            <w:tcMar>
              <w:top w:w="100" w:type="dxa"/>
              <w:left w:w="130" w:type="dxa"/>
              <w:bottom w:w="100" w:type="dxa"/>
              <w:right w:w="130" w:type="dxa"/>
            </w:tcMar>
          </w:tcPr>
          <w:p w14:paraId="16BF0CBF" w14:textId="77777777" w:rsidR="00612663" w:rsidRDefault="00612663">
            <w:pPr>
              <w:spacing w:after="480"/>
            </w:pPr>
          </w:p>
        </w:tc>
      </w:tr>
      <w:tr w:rsidR="00E979F4" w14:paraId="0E6EA703" w14:textId="77777777">
        <w:tc>
          <w:tcPr>
            <w:tcW w:w="2200" w:type="dxa"/>
            <w:tcMar>
              <w:top w:w="100" w:type="dxa"/>
              <w:left w:w="130" w:type="dxa"/>
              <w:bottom w:w="100" w:type="dxa"/>
              <w:right w:w="130" w:type="dxa"/>
            </w:tcMar>
          </w:tcPr>
          <w:p w14:paraId="7A5B21DF" w14:textId="77777777" w:rsidR="00612663" w:rsidRDefault="00612663">
            <w:pPr>
              <w:spacing w:after="480"/>
            </w:pPr>
          </w:p>
        </w:tc>
        <w:tc>
          <w:tcPr>
            <w:tcW w:w="1000" w:type="dxa"/>
            <w:tcMar>
              <w:top w:w="100" w:type="dxa"/>
              <w:left w:w="130" w:type="dxa"/>
              <w:bottom w:w="100" w:type="dxa"/>
              <w:right w:w="130" w:type="dxa"/>
            </w:tcMar>
          </w:tcPr>
          <w:p w14:paraId="152F68E4" w14:textId="77777777" w:rsidR="00612663" w:rsidRDefault="00612663">
            <w:pPr>
              <w:spacing w:after="480"/>
            </w:pPr>
          </w:p>
        </w:tc>
        <w:tc>
          <w:tcPr>
            <w:tcW w:w="1000" w:type="dxa"/>
            <w:tcMar>
              <w:top w:w="100" w:type="dxa"/>
              <w:left w:w="130" w:type="dxa"/>
              <w:bottom w:w="100" w:type="dxa"/>
              <w:right w:w="130" w:type="dxa"/>
            </w:tcMar>
          </w:tcPr>
          <w:p w14:paraId="56D7B67D" w14:textId="77777777" w:rsidR="00612663" w:rsidRDefault="00612663">
            <w:pPr>
              <w:spacing w:after="480"/>
            </w:pPr>
          </w:p>
        </w:tc>
        <w:tc>
          <w:tcPr>
            <w:tcW w:w="1000" w:type="dxa"/>
            <w:tcMar>
              <w:top w:w="100" w:type="dxa"/>
              <w:left w:w="130" w:type="dxa"/>
              <w:bottom w:w="100" w:type="dxa"/>
              <w:right w:w="130" w:type="dxa"/>
            </w:tcMar>
          </w:tcPr>
          <w:p w14:paraId="2C80B413" w14:textId="77777777" w:rsidR="00612663" w:rsidRDefault="00612663">
            <w:pPr>
              <w:spacing w:after="480"/>
            </w:pPr>
          </w:p>
        </w:tc>
        <w:tc>
          <w:tcPr>
            <w:tcW w:w="1000" w:type="dxa"/>
            <w:tcMar>
              <w:top w:w="100" w:type="dxa"/>
              <w:left w:w="130" w:type="dxa"/>
              <w:bottom w:w="100" w:type="dxa"/>
              <w:right w:w="130" w:type="dxa"/>
            </w:tcMar>
          </w:tcPr>
          <w:p w14:paraId="60890E7F" w14:textId="77777777" w:rsidR="00612663" w:rsidRDefault="00612663">
            <w:pPr>
              <w:spacing w:after="480"/>
            </w:pPr>
          </w:p>
        </w:tc>
        <w:tc>
          <w:tcPr>
            <w:tcW w:w="1000" w:type="dxa"/>
            <w:tcMar>
              <w:top w:w="100" w:type="dxa"/>
              <w:left w:w="130" w:type="dxa"/>
              <w:bottom w:w="100" w:type="dxa"/>
              <w:right w:w="130" w:type="dxa"/>
            </w:tcMar>
          </w:tcPr>
          <w:p w14:paraId="04FE16ED" w14:textId="77777777" w:rsidR="00612663" w:rsidRDefault="00612663">
            <w:pPr>
              <w:spacing w:after="480"/>
            </w:pPr>
          </w:p>
        </w:tc>
        <w:tc>
          <w:tcPr>
            <w:tcW w:w="2549" w:type="dxa"/>
            <w:tcMar>
              <w:top w:w="100" w:type="dxa"/>
              <w:left w:w="130" w:type="dxa"/>
              <w:bottom w:w="100" w:type="dxa"/>
              <w:right w:w="130" w:type="dxa"/>
            </w:tcMar>
          </w:tcPr>
          <w:p w14:paraId="22C22E15" w14:textId="77777777" w:rsidR="00612663" w:rsidRDefault="00612663">
            <w:pPr>
              <w:spacing w:after="480"/>
            </w:pPr>
          </w:p>
        </w:tc>
      </w:tr>
      <w:tr w:rsidR="00E979F4" w14:paraId="24B30CD8" w14:textId="77777777">
        <w:tc>
          <w:tcPr>
            <w:tcW w:w="2200" w:type="dxa"/>
            <w:tcMar>
              <w:top w:w="100" w:type="dxa"/>
              <w:left w:w="130" w:type="dxa"/>
              <w:bottom w:w="100" w:type="dxa"/>
              <w:right w:w="130" w:type="dxa"/>
            </w:tcMar>
          </w:tcPr>
          <w:p w14:paraId="4609C73A" w14:textId="77777777" w:rsidR="00612663" w:rsidRDefault="00612663">
            <w:pPr>
              <w:spacing w:after="480"/>
            </w:pPr>
          </w:p>
        </w:tc>
        <w:tc>
          <w:tcPr>
            <w:tcW w:w="1000" w:type="dxa"/>
            <w:tcMar>
              <w:top w:w="100" w:type="dxa"/>
              <w:left w:w="130" w:type="dxa"/>
              <w:bottom w:w="100" w:type="dxa"/>
              <w:right w:w="130" w:type="dxa"/>
            </w:tcMar>
          </w:tcPr>
          <w:p w14:paraId="002CCB33" w14:textId="77777777" w:rsidR="00612663" w:rsidRDefault="00612663">
            <w:pPr>
              <w:spacing w:after="480"/>
            </w:pPr>
          </w:p>
        </w:tc>
        <w:tc>
          <w:tcPr>
            <w:tcW w:w="1000" w:type="dxa"/>
            <w:tcMar>
              <w:top w:w="100" w:type="dxa"/>
              <w:left w:w="130" w:type="dxa"/>
              <w:bottom w:w="100" w:type="dxa"/>
              <w:right w:w="130" w:type="dxa"/>
            </w:tcMar>
          </w:tcPr>
          <w:p w14:paraId="517C0FCF" w14:textId="77777777" w:rsidR="00612663" w:rsidRDefault="00612663">
            <w:pPr>
              <w:spacing w:after="480"/>
            </w:pPr>
          </w:p>
        </w:tc>
        <w:tc>
          <w:tcPr>
            <w:tcW w:w="1000" w:type="dxa"/>
            <w:tcMar>
              <w:top w:w="100" w:type="dxa"/>
              <w:left w:w="130" w:type="dxa"/>
              <w:bottom w:w="100" w:type="dxa"/>
              <w:right w:w="130" w:type="dxa"/>
            </w:tcMar>
          </w:tcPr>
          <w:p w14:paraId="1F775F74" w14:textId="77777777" w:rsidR="00612663" w:rsidRDefault="00612663">
            <w:pPr>
              <w:spacing w:after="480"/>
            </w:pPr>
          </w:p>
        </w:tc>
        <w:tc>
          <w:tcPr>
            <w:tcW w:w="1000" w:type="dxa"/>
            <w:tcMar>
              <w:top w:w="100" w:type="dxa"/>
              <w:left w:w="130" w:type="dxa"/>
              <w:bottom w:w="100" w:type="dxa"/>
              <w:right w:w="130" w:type="dxa"/>
            </w:tcMar>
          </w:tcPr>
          <w:p w14:paraId="4195B28B" w14:textId="77777777" w:rsidR="00612663" w:rsidRDefault="00612663">
            <w:pPr>
              <w:spacing w:after="480"/>
            </w:pPr>
          </w:p>
        </w:tc>
        <w:tc>
          <w:tcPr>
            <w:tcW w:w="1000" w:type="dxa"/>
            <w:tcMar>
              <w:top w:w="100" w:type="dxa"/>
              <w:left w:w="130" w:type="dxa"/>
              <w:bottom w:w="100" w:type="dxa"/>
              <w:right w:w="130" w:type="dxa"/>
            </w:tcMar>
          </w:tcPr>
          <w:p w14:paraId="26EF4A53" w14:textId="77777777" w:rsidR="00612663" w:rsidRDefault="00612663">
            <w:pPr>
              <w:spacing w:after="480"/>
            </w:pPr>
          </w:p>
        </w:tc>
        <w:tc>
          <w:tcPr>
            <w:tcW w:w="2549" w:type="dxa"/>
            <w:tcMar>
              <w:top w:w="100" w:type="dxa"/>
              <w:left w:w="130" w:type="dxa"/>
              <w:bottom w:w="100" w:type="dxa"/>
              <w:right w:w="130" w:type="dxa"/>
            </w:tcMar>
          </w:tcPr>
          <w:p w14:paraId="45032519" w14:textId="77777777" w:rsidR="00612663" w:rsidRDefault="00612663">
            <w:pPr>
              <w:spacing w:after="480"/>
            </w:pPr>
          </w:p>
        </w:tc>
      </w:tr>
      <w:tr w:rsidR="00E979F4" w14:paraId="3E7C8DDA" w14:textId="77777777">
        <w:tc>
          <w:tcPr>
            <w:tcW w:w="2200" w:type="dxa"/>
            <w:tcMar>
              <w:top w:w="100" w:type="dxa"/>
              <w:left w:w="130" w:type="dxa"/>
              <w:bottom w:w="100" w:type="dxa"/>
              <w:right w:w="130" w:type="dxa"/>
            </w:tcMar>
          </w:tcPr>
          <w:p w14:paraId="04008F5E" w14:textId="77777777" w:rsidR="00612663" w:rsidRDefault="00612663">
            <w:pPr>
              <w:spacing w:after="480"/>
            </w:pPr>
          </w:p>
        </w:tc>
        <w:tc>
          <w:tcPr>
            <w:tcW w:w="1000" w:type="dxa"/>
            <w:tcMar>
              <w:top w:w="100" w:type="dxa"/>
              <w:left w:w="130" w:type="dxa"/>
              <w:bottom w:w="100" w:type="dxa"/>
              <w:right w:w="130" w:type="dxa"/>
            </w:tcMar>
          </w:tcPr>
          <w:p w14:paraId="2488B4E9" w14:textId="77777777" w:rsidR="00612663" w:rsidRDefault="00612663">
            <w:pPr>
              <w:spacing w:after="480"/>
            </w:pPr>
          </w:p>
        </w:tc>
        <w:tc>
          <w:tcPr>
            <w:tcW w:w="1000" w:type="dxa"/>
            <w:tcMar>
              <w:top w:w="100" w:type="dxa"/>
              <w:left w:w="130" w:type="dxa"/>
              <w:bottom w:w="100" w:type="dxa"/>
              <w:right w:w="130" w:type="dxa"/>
            </w:tcMar>
          </w:tcPr>
          <w:p w14:paraId="2B91051E" w14:textId="77777777" w:rsidR="00612663" w:rsidRDefault="00612663">
            <w:pPr>
              <w:spacing w:after="480"/>
            </w:pPr>
          </w:p>
        </w:tc>
        <w:tc>
          <w:tcPr>
            <w:tcW w:w="1000" w:type="dxa"/>
            <w:tcMar>
              <w:top w:w="100" w:type="dxa"/>
              <w:left w:w="130" w:type="dxa"/>
              <w:bottom w:w="100" w:type="dxa"/>
              <w:right w:w="130" w:type="dxa"/>
            </w:tcMar>
          </w:tcPr>
          <w:p w14:paraId="757E2BC2" w14:textId="77777777" w:rsidR="00612663" w:rsidRDefault="00612663">
            <w:pPr>
              <w:spacing w:after="480"/>
            </w:pPr>
          </w:p>
        </w:tc>
        <w:tc>
          <w:tcPr>
            <w:tcW w:w="1000" w:type="dxa"/>
            <w:tcMar>
              <w:top w:w="100" w:type="dxa"/>
              <w:left w:w="130" w:type="dxa"/>
              <w:bottom w:w="100" w:type="dxa"/>
              <w:right w:w="130" w:type="dxa"/>
            </w:tcMar>
          </w:tcPr>
          <w:p w14:paraId="0461A5D8" w14:textId="77777777" w:rsidR="00612663" w:rsidRDefault="00612663">
            <w:pPr>
              <w:spacing w:after="480"/>
            </w:pPr>
          </w:p>
        </w:tc>
        <w:tc>
          <w:tcPr>
            <w:tcW w:w="1000" w:type="dxa"/>
            <w:tcMar>
              <w:top w:w="100" w:type="dxa"/>
              <w:left w:w="130" w:type="dxa"/>
              <w:bottom w:w="100" w:type="dxa"/>
              <w:right w:w="130" w:type="dxa"/>
            </w:tcMar>
          </w:tcPr>
          <w:p w14:paraId="31240664" w14:textId="77777777" w:rsidR="00612663" w:rsidRDefault="00612663">
            <w:pPr>
              <w:spacing w:after="480"/>
            </w:pPr>
          </w:p>
        </w:tc>
        <w:tc>
          <w:tcPr>
            <w:tcW w:w="2549" w:type="dxa"/>
            <w:tcMar>
              <w:top w:w="100" w:type="dxa"/>
              <w:left w:w="130" w:type="dxa"/>
              <w:bottom w:w="100" w:type="dxa"/>
              <w:right w:w="130" w:type="dxa"/>
            </w:tcMar>
          </w:tcPr>
          <w:p w14:paraId="4E1609A3" w14:textId="77777777" w:rsidR="00612663" w:rsidRDefault="00612663">
            <w:pPr>
              <w:spacing w:after="480"/>
            </w:pPr>
          </w:p>
        </w:tc>
      </w:tr>
      <w:tr w:rsidR="00E979F4" w14:paraId="7C1E3460" w14:textId="77777777">
        <w:tc>
          <w:tcPr>
            <w:tcW w:w="2200" w:type="dxa"/>
            <w:tcMar>
              <w:top w:w="100" w:type="dxa"/>
              <w:left w:w="130" w:type="dxa"/>
              <w:bottom w:w="100" w:type="dxa"/>
              <w:right w:w="130" w:type="dxa"/>
            </w:tcMar>
          </w:tcPr>
          <w:p w14:paraId="4B5AC3A7" w14:textId="77777777" w:rsidR="00612663" w:rsidRDefault="00612663">
            <w:pPr>
              <w:spacing w:after="480"/>
            </w:pPr>
          </w:p>
        </w:tc>
        <w:tc>
          <w:tcPr>
            <w:tcW w:w="1000" w:type="dxa"/>
            <w:tcMar>
              <w:top w:w="100" w:type="dxa"/>
              <w:left w:w="130" w:type="dxa"/>
              <w:bottom w:w="100" w:type="dxa"/>
              <w:right w:w="130" w:type="dxa"/>
            </w:tcMar>
          </w:tcPr>
          <w:p w14:paraId="7410C73D" w14:textId="77777777" w:rsidR="00612663" w:rsidRDefault="00612663">
            <w:pPr>
              <w:spacing w:after="480"/>
            </w:pPr>
          </w:p>
        </w:tc>
        <w:tc>
          <w:tcPr>
            <w:tcW w:w="1000" w:type="dxa"/>
            <w:tcMar>
              <w:top w:w="100" w:type="dxa"/>
              <w:left w:w="130" w:type="dxa"/>
              <w:bottom w:w="100" w:type="dxa"/>
              <w:right w:w="130" w:type="dxa"/>
            </w:tcMar>
          </w:tcPr>
          <w:p w14:paraId="42B86CBD" w14:textId="77777777" w:rsidR="00612663" w:rsidRDefault="00612663">
            <w:pPr>
              <w:spacing w:after="480"/>
            </w:pPr>
          </w:p>
        </w:tc>
        <w:tc>
          <w:tcPr>
            <w:tcW w:w="1000" w:type="dxa"/>
            <w:tcMar>
              <w:top w:w="100" w:type="dxa"/>
              <w:left w:w="130" w:type="dxa"/>
              <w:bottom w:w="100" w:type="dxa"/>
              <w:right w:w="130" w:type="dxa"/>
            </w:tcMar>
          </w:tcPr>
          <w:p w14:paraId="383078FC" w14:textId="77777777" w:rsidR="00612663" w:rsidRDefault="00612663">
            <w:pPr>
              <w:spacing w:after="480"/>
            </w:pPr>
          </w:p>
        </w:tc>
        <w:tc>
          <w:tcPr>
            <w:tcW w:w="1000" w:type="dxa"/>
            <w:tcMar>
              <w:top w:w="100" w:type="dxa"/>
              <w:left w:w="130" w:type="dxa"/>
              <w:bottom w:w="100" w:type="dxa"/>
              <w:right w:w="130" w:type="dxa"/>
            </w:tcMar>
          </w:tcPr>
          <w:p w14:paraId="369E2BB9" w14:textId="77777777" w:rsidR="00612663" w:rsidRDefault="00612663">
            <w:pPr>
              <w:spacing w:after="480"/>
            </w:pPr>
          </w:p>
        </w:tc>
        <w:tc>
          <w:tcPr>
            <w:tcW w:w="1000" w:type="dxa"/>
            <w:tcMar>
              <w:top w:w="100" w:type="dxa"/>
              <w:left w:w="130" w:type="dxa"/>
              <w:bottom w:w="100" w:type="dxa"/>
              <w:right w:w="130" w:type="dxa"/>
            </w:tcMar>
          </w:tcPr>
          <w:p w14:paraId="6D001951" w14:textId="77777777" w:rsidR="00612663" w:rsidRDefault="00612663">
            <w:pPr>
              <w:spacing w:after="480"/>
            </w:pPr>
          </w:p>
        </w:tc>
        <w:tc>
          <w:tcPr>
            <w:tcW w:w="2549" w:type="dxa"/>
            <w:tcMar>
              <w:top w:w="100" w:type="dxa"/>
              <w:left w:w="130" w:type="dxa"/>
              <w:bottom w:w="100" w:type="dxa"/>
              <w:right w:w="130" w:type="dxa"/>
            </w:tcMar>
          </w:tcPr>
          <w:p w14:paraId="37D832B6" w14:textId="77777777" w:rsidR="00612663" w:rsidRDefault="00612663">
            <w:pPr>
              <w:spacing w:after="480"/>
            </w:pPr>
          </w:p>
        </w:tc>
      </w:tr>
      <w:tr w:rsidR="00E979F4" w14:paraId="7A51FA0A" w14:textId="77777777">
        <w:tc>
          <w:tcPr>
            <w:tcW w:w="2200" w:type="dxa"/>
            <w:tcMar>
              <w:top w:w="100" w:type="dxa"/>
              <w:left w:w="130" w:type="dxa"/>
              <w:bottom w:w="100" w:type="dxa"/>
              <w:right w:w="130" w:type="dxa"/>
            </w:tcMar>
          </w:tcPr>
          <w:p w14:paraId="2DCC32EC" w14:textId="77777777" w:rsidR="00612663" w:rsidRDefault="00612663">
            <w:pPr>
              <w:spacing w:after="480"/>
            </w:pPr>
          </w:p>
        </w:tc>
        <w:tc>
          <w:tcPr>
            <w:tcW w:w="1000" w:type="dxa"/>
            <w:tcMar>
              <w:top w:w="100" w:type="dxa"/>
              <w:left w:w="130" w:type="dxa"/>
              <w:bottom w:w="100" w:type="dxa"/>
              <w:right w:w="130" w:type="dxa"/>
            </w:tcMar>
          </w:tcPr>
          <w:p w14:paraId="0DCA5EE1" w14:textId="77777777" w:rsidR="00612663" w:rsidRDefault="00612663">
            <w:pPr>
              <w:spacing w:after="480"/>
            </w:pPr>
          </w:p>
        </w:tc>
        <w:tc>
          <w:tcPr>
            <w:tcW w:w="1000" w:type="dxa"/>
            <w:tcMar>
              <w:top w:w="100" w:type="dxa"/>
              <w:left w:w="130" w:type="dxa"/>
              <w:bottom w:w="100" w:type="dxa"/>
              <w:right w:w="130" w:type="dxa"/>
            </w:tcMar>
          </w:tcPr>
          <w:p w14:paraId="27A69ABB" w14:textId="77777777" w:rsidR="00612663" w:rsidRDefault="00612663">
            <w:pPr>
              <w:spacing w:after="480"/>
            </w:pPr>
          </w:p>
        </w:tc>
        <w:tc>
          <w:tcPr>
            <w:tcW w:w="1000" w:type="dxa"/>
            <w:tcMar>
              <w:top w:w="100" w:type="dxa"/>
              <w:left w:w="130" w:type="dxa"/>
              <w:bottom w:w="100" w:type="dxa"/>
              <w:right w:w="130" w:type="dxa"/>
            </w:tcMar>
          </w:tcPr>
          <w:p w14:paraId="3D8ACC3A" w14:textId="77777777" w:rsidR="00612663" w:rsidRDefault="00612663">
            <w:pPr>
              <w:spacing w:after="480"/>
            </w:pPr>
          </w:p>
        </w:tc>
        <w:tc>
          <w:tcPr>
            <w:tcW w:w="1000" w:type="dxa"/>
            <w:tcMar>
              <w:top w:w="100" w:type="dxa"/>
              <w:left w:w="130" w:type="dxa"/>
              <w:bottom w:w="100" w:type="dxa"/>
              <w:right w:w="130" w:type="dxa"/>
            </w:tcMar>
          </w:tcPr>
          <w:p w14:paraId="10C9B42D" w14:textId="77777777" w:rsidR="00612663" w:rsidRDefault="00612663">
            <w:pPr>
              <w:spacing w:after="480"/>
            </w:pPr>
          </w:p>
        </w:tc>
        <w:tc>
          <w:tcPr>
            <w:tcW w:w="1000" w:type="dxa"/>
            <w:tcMar>
              <w:top w:w="100" w:type="dxa"/>
              <w:left w:w="130" w:type="dxa"/>
              <w:bottom w:w="100" w:type="dxa"/>
              <w:right w:w="130" w:type="dxa"/>
            </w:tcMar>
          </w:tcPr>
          <w:p w14:paraId="2511D36D" w14:textId="77777777" w:rsidR="00612663" w:rsidRDefault="00612663">
            <w:pPr>
              <w:spacing w:after="480"/>
            </w:pPr>
          </w:p>
        </w:tc>
        <w:tc>
          <w:tcPr>
            <w:tcW w:w="2549" w:type="dxa"/>
            <w:tcMar>
              <w:top w:w="100" w:type="dxa"/>
              <w:left w:w="130" w:type="dxa"/>
              <w:bottom w:w="100" w:type="dxa"/>
              <w:right w:w="130" w:type="dxa"/>
            </w:tcMar>
          </w:tcPr>
          <w:p w14:paraId="37E8D577" w14:textId="77777777" w:rsidR="00612663" w:rsidRDefault="00612663">
            <w:pPr>
              <w:spacing w:after="480"/>
            </w:pPr>
          </w:p>
        </w:tc>
      </w:tr>
      <w:tr w:rsidR="00E979F4" w14:paraId="62C8272E" w14:textId="77777777">
        <w:tc>
          <w:tcPr>
            <w:tcW w:w="2200" w:type="dxa"/>
            <w:tcMar>
              <w:top w:w="100" w:type="dxa"/>
              <w:left w:w="130" w:type="dxa"/>
              <w:bottom w:w="100" w:type="dxa"/>
              <w:right w:w="130" w:type="dxa"/>
            </w:tcMar>
          </w:tcPr>
          <w:p w14:paraId="35F23A3C" w14:textId="77777777" w:rsidR="00612663" w:rsidRDefault="00612663">
            <w:pPr>
              <w:spacing w:after="480"/>
            </w:pPr>
          </w:p>
        </w:tc>
        <w:tc>
          <w:tcPr>
            <w:tcW w:w="1000" w:type="dxa"/>
            <w:tcMar>
              <w:top w:w="100" w:type="dxa"/>
              <w:left w:w="130" w:type="dxa"/>
              <w:bottom w:w="100" w:type="dxa"/>
              <w:right w:w="130" w:type="dxa"/>
            </w:tcMar>
          </w:tcPr>
          <w:p w14:paraId="28B0D927" w14:textId="77777777" w:rsidR="00612663" w:rsidRDefault="00612663">
            <w:pPr>
              <w:spacing w:after="480"/>
            </w:pPr>
          </w:p>
        </w:tc>
        <w:tc>
          <w:tcPr>
            <w:tcW w:w="1000" w:type="dxa"/>
            <w:tcMar>
              <w:top w:w="100" w:type="dxa"/>
              <w:left w:w="130" w:type="dxa"/>
              <w:bottom w:w="100" w:type="dxa"/>
              <w:right w:w="130" w:type="dxa"/>
            </w:tcMar>
          </w:tcPr>
          <w:p w14:paraId="23878057" w14:textId="77777777" w:rsidR="00612663" w:rsidRDefault="00612663">
            <w:pPr>
              <w:spacing w:after="480"/>
            </w:pPr>
          </w:p>
        </w:tc>
        <w:tc>
          <w:tcPr>
            <w:tcW w:w="1000" w:type="dxa"/>
            <w:tcMar>
              <w:top w:w="100" w:type="dxa"/>
              <w:left w:w="130" w:type="dxa"/>
              <w:bottom w:w="100" w:type="dxa"/>
              <w:right w:w="130" w:type="dxa"/>
            </w:tcMar>
          </w:tcPr>
          <w:p w14:paraId="205354E9" w14:textId="77777777" w:rsidR="00612663" w:rsidRDefault="00612663">
            <w:pPr>
              <w:spacing w:after="480"/>
            </w:pPr>
          </w:p>
        </w:tc>
        <w:tc>
          <w:tcPr>
            <w:tcW w:w="1000" w:type="dxa"/>
            <w:tcMar>
              <w:top w:w="100" w:type="dxa"/>
              <w:left w:w="130" w:type="dxa"/>
              <w:bottom w:w="100" w:type="dxa"/>
              <w:right w:w="130" w:type="dxa"/>
            </w:tcMar>
          </w:tcPr>
          <w:p w14:paraId="37ED372D" w14:textId="77777777" w:rsidR="00612663" w:rsidRDefault="00612663">
            <w:pPr>
              <w:spacing w:after="480"/>
            </w:pPr>
          </w:p>
        </w:tc>
        <w:tc>
          <w:tcPr>
            <w:tcW w:w="1000" w:type="dxa"/>
            <w:tcMar>
              <w:top w:w="100" w:type="dxa"/>
              <w:left w:w="130" w:type="dxa"/>
              <w:bottom w:w="100" w:type="dxa"/>
              <w:right w:w="130" w:type="dxa"/>
            </w:tcMar>
          </w:tcPr>
          <w:p w14:paraId="226A8C98" w14:textId="77777777" w:rsidR="00612663" w:rsidRDefault="00612663">
            <w:pPr>
              <w:spacing w:after="480"/>
            </w:pPr>
          </w:p>
        </w:tc>
        <w:tc>
          <w:tcPr>
            <w:tcW w:w="2549" w:type="dxa"/>
            <w:tcMar>
              <w:top w:w="100" w:type="dxa"/>
              <w:left w:w="130" w:type="dxa"/>
              <w:bottom w:w="100" w:type="dxa"/>
              <w:right w:w="130" w:type="dxa"/>
            </w:tcMar>
          </w:tcPr>
          <w:p w14:paraId="6CA0757D" w14:textId="77777777" w:rsidR="00612663" w:rsidRDefault="00612663">
            <w:pPr>
              <w:spacing w:after="480"/>
            </w:pPr>
          </w:p>
        </w:tc>
      </w:tr>
    </w:tbl>
    <w:p w14:paraId="339409C5" w14:textId="77777777" w:rsidR="00612663" w:rsidRDefault="00612663"/>
    <w:p w14:paraId="5147A049" w14:textId="77777777" w:rsidR="00612663" w:rsidRDefault="00612663">
      <w:pPr>
        <w:pageBreakBefore/>
        <w:spacing w:before="280" w:after="80"/>
      </w:pPr>
      <w:r>
        <w:rPr>
          <w:b/>
          <w:color w:val="2E74B5"/>
          <w:sz w:val="21"/>
        </w:rPr>
        <w:lastRenderedPageBreak/>
        <w:t>GUÍA DOCENTE</w:t>
      </w:r>
    </w:p>
    <w:p w14:paraId="43DCE291" w14:textId="77777777" w:rsidR="00612663" w:rsidRDefault="00612663">
      <w:pPr>
        <w:spacing w:after="80"/>
      </w:pPr>
      <w:r>
        <w:rPr>
          <w:b/>
          <w:color w:val="1F4D78"/>
          <w:sz w:val="56"/>
        </w:rPr>
        <w:t>TEMA 3</w:t>
      </w:r>
    </w:p>
    <w:p w14:paraId="0BECAA8C" w14:textId="77777777" w:rsidR="00612663" w:rsidRDefault="00612663">
      <w:pPr>
        <w:spacing w:after="160"/>
      </w:pPr>
      <w:r>
        <w:rPr>
          <w:b/>
          <w:sz w:val="42"/>
        </w:rPr>
        <w:t>Esperamos a Jesús</w:t>
      </w:r>
    </w:p>
    <w:p w14:paraId="1157767B" w14:textId="77777777" w:rsidR="00612663" w:rsidRDefault="00612663">
      <w:pPr>
        <w:spacing w:after="360"/>
      </w:pPr>
      <w:r>
        <w:rPr>
          <w:color w:val="687784"/>
          <w:sz w:val="25"/>
        </w:rPr>
        <w:t>Educación Infantil · 3 años · Cuatro semanas</w:t>
      </w:r>
    </w:p>
    <w:tbl>
      <w:tblPr>
        <w:tblW w:w="9749" w:type="dxa"/>
        <w:tblInd w:w="120" w:type="dxa"/>
        <w:tblLayout w:type="fixed"/>
        <w:tblLook w:val="04A0" w:firstRow="1" w:lastRow="0" w:firstColumn="1" w:lastColumn="0" w:noHBand="0" w:noVBand="1"/>
      </w:tblPr>
      <w:tblGrid>
        <w:gridCol w:w="2437"/>
        <w:gridCol w:w="2437"/>
        <w:gridCol w:w="2437"/>
        <w:gridCol w:w="2438"/>
      </w:tblGrid>
      <w:tr w:rsidR="00E46A9C" w14:paraId="4A8F35F3" w14:textId="77777777">
        <w:tc>
          <w:tcPr>
            <w:tcW w:w="2437" w:type="dxa"/>
            <w:shd w:val="clear" w:color="auto" w:fill="E8EEF5"/>
            <w:tcMar>
              <w:top w:w="100" w:type="dxa"/>
              <w:left w:w="130" w:type="dxa"/>
              <w:bottom w:w="100" w:type="dxa"/>
              <w:right w:w="130" w:type="dxa"/>
            </w:tcMar>
            <w:vAlign w:val="center"/>
          </w:tcPr>
          <w:p w14:paraId="63691A4F" w14:textId="77777777" w:rsidR="00612663" w:rsidRDefault="00612663">
            <w:pPr>
              <w:spacing w:after="60"/>
              <w:jc w:val="center"/>
            </w:pPr>
            <w:r>
              <w:rPr>
                <w:b/>
                <w:color w:val="1F4D78"/>
                <w:sz w:val="21"/>
              </w:rPr>
              <w:t>LA BIBLIA</w:t>
            </w:r>
          </w:p>
          <w:p w14:paraId="5223296E" w14:textId="77777777" w:rsidR="00612663" w:rsidRDefault="00612663">
            <w:pPr>
              <w:spacing w:after="0"/>
              <w:jc w:val="center"/>
            </w:pPr>
            <w:r>
              <w:rPr>
                <w:sz w:val="18"/>
              </w:rPr>
              <w:t>Historias de Dios</w:t>
            </w:r>
          </w:p>
        </w:tc>
        <w:tc>
          <w:tcPr>
            <w:tcW w:w="2437" w:type="dxa"/>
            <w:shd w:val="clear" w:color="auto" w:fill="EAF4EE"/>
            <w:tcMar>
              <w:top w:w="100" w:type="dxa"/>
              <w:left w:w="130" w:type="dxa"/>
              <w:bottom w:w="100" w:type="dxa"/>
              <w:right w:w="130" w:type="dxa"/>
            </w:tcMar>
            <w:vAlign w:val="center"/>
          </w:tcPr>
          <w:p w14:paraId="29F94DE9" w14:textId="77777777" w:rsidR="00612663" w:rsidRDefault="00612663">
            <w:pPr>
              <w:spacing w:after="60"/>
              <w:jc w:val="center"/>
            </w:pPr>
            <w:r>
              <w:rPr>
                <w:b/>
                <w:color w:val="1F4D78"/>
                <w:sz w:val="21"/>
              </w:rPr>
              <w:t>MARÍA</w:t>
            </w:r>
          </w:p>
          <w:p w14:paraId="5C2E9B2A" w14:textId="77777777" w:rsidR="00612663" w:rsidRDefault="00612663">
            <w:pPr>
              <w:spacing w:after="0"/>
              <w:jc w:val="center"/>
            </w:pPr>
            <w:r>
              <w:rPr>
                <w:sz w:val="18"/>
              </w:rPr>
              <w:t>Escucha y dice sí</w:t>
            </w:r>
          </w:p>
        </w:tc>
        <w:tc>
          <w:tcPr>
            <w:tcW w:w="2437" w:type="dxa"/>
            <w:shd w:val="clear" w:color="auto" w:fill="FFF4D8"/>
            <w:tcMar>
              <w:top w:w="100" w:type="dxa"/>
              <w:left w:w="130" w:type="dxa"/>
              <w:bottom w:w="100" w:type="dxa"/>
              <w:right w:w="130" w:type="dxa"/>
            </w:tcMar>
            <w:vAlign w:val="center"/>
          </w:tcPr>
          <w:p w14:paraId="03038AF4" w14:textId="77777777" w:rsidR="00612663" w:rsidRDefault="00612663">
            <w:pPr>
              <w:spacing w:after="60"/>
              <w:jc w:val="center"/>
            </w:pPr>
            <w:r>
              <w:rPr>
                <w:b/>
                <w:color w:val="1F4D78"/>
                <w:sz w:val="21"/>
              </w:rPr>
              <w:t>ADVIENTO</w:t>
            </w:r>
          </w:p>
          <w:p w14:paraId="39F66D4F" w14:textId="77777777" w:rsidR="00612663" w:rsidRDefault="00612663">
            <w:pPr>
              <w:spacing w:after="0"/>
              <w:jc w:val="center"/>
            </w:pPr>
            <w:r>
              <w:rPr>
                <w:sz w:val="18"/>
              </w:rPr>
              <w:t>Esperamos con luz</w:t>
            </w:r>
          </w:p>
        </w:tc>
        <w:tc>
          <w:tcPr>
            <w:tcW w:w="2438" w:type="dxa"/>
            <w:shd w:val="clear" w:color="auto" w:fill="E8EEF5"/>
            <w:tcMar>
              <w:top w:w="100" w:type="dxa"/>
              <w:left w:w="130" w:type="dxa"/>
              <w:bottom w:w="100" w:type="dxa"/>
              <w:right w:w="130" w:type="dxa"/>
            </w:tcMar>
            <w:vAlign w:val="center"/>
          </w:tcPr>
          <w:p w14:paraId="3DCC5228" w14:textId="77777777" w:rsidR="00612663" w:rsidRDefault="00612663">
            <w:pPr>
              <w:spacing w:after="60"/>
              <w:jc w:val="center"/>
            </w:pPr>
            <w:r>
              <w:rPr>
                <w:b/>
                <w:color w:val="1F4D78"/>
                <w:sz w:val="21"/>
              </w:rPr>
              <w:t>NAVIDAD</w:t>
            </w:r>
          </w:p>
          <w:p w14:paraId="6278ACEF" w14:textId="77777777" w:rsidR="00612663" w:rsidRDefault="00612663">
            <w:pPr>
              <w:spacing w:after="0"/>
              <w:jc w:val="center"/>
            </w:pPr>
            <w:r>
              <w:rPr>
                <w:sz w:val="18"/>
              </w:rPr>
              <w:t>Ha nacido Jesús</w:t>
            </w:r>
          </w:p>
        </w:tc>
      </w:tr>
    </w:tbl>
    <w:p w14:paraId="73157F0B" w14:textId="77777777" w:rsidR="00612663" w:rsidRDefault="00612663">
      <w:pPr>
        <w:spacing w:after="80"/>
      </w:pPr>
    </w:p>
    <w:tbl>
      <w:tblPr>
        <w:tblW w:w="9749" w:type="dxa"/>
        <w:tblInd w:w="120" w:type="dxa"/>
        <w:tblLayout w:type="fixed"/>
        <w:tblLook w:val="04A0" w:firstRow="1" w:lastRow="0" w:firstColumn="1" w:lastColumn="0" w:noHBand="0" w:noVBand="1"/>
      </w:tblPr>
      <w:tblGrid>
        <w:gridCol w:w="9749"/>
      </w:tblGrid>
      <w:tr w:rsidR="00E46A9C" w14:paraId="181BB65D" w14:textId="77777777">
        <w:tc>
          <w:tcPr>
            <w:tcW w:w="9749" w:type="dxa"/>
            <w:shd w:val="clear" w:color="auto" w:fill="EAF4EE"/>
            <w:tcMar>
              <w:top w:w="100" w:type="dxa"/>
              <w:left w:w="130" w:type="dxa"/>
              <w:bottom w:w="100" w:type="dxa"/>
              <w:right w:w="130" w:type="dxa"/>
            </w:tcMar>
            <w:vAlign w:val="center"/>
          </w:tcPr>
          <w:p w14:paraId="1AB7CC0C" w14:textId="77777777" w:rsidR="00612663" w:rsidRDefault="00612663">
            <w:pPr>
              <w:spacing w:after="40" w:line="288" w:lineRule="auto"/>
            </w:pPr>
            <w:r>
              <w:rPr>
                <w:b/>
                <w:color w:val="1F4D78"/>
              </w:rPr>
              <w:t xml:space="preserve">Idea central  </w:t>
            </w:r>
            <w:r>
              <w:t>La Biblia nos presenta la historia de Jesús. María acoge la llamada de Dios; durante el Adviento esperamos y preparamos el corazón; en Navidad celebramos que Jesús ha nacido.</w:t>
            </w:r>
          </w:p>
        </w:tc>
      </w:tr>
    </w:tbl>
    <w:p w14:paraId="7A2FC4A1" w14:textId="77777777" w:rsidR="00612663" w:rsidRDefault="00612663">
      <w:pPr>
        <w:spacing w:after="40"/>
      </w:pPr>
    </w:p>
    <w:p w14:paraId="15975332" w14:textId="77777777" w:rsidR="00612663" w:rsidRDefault="00612663">
      <w:pPr>
        <w:pStyle w:val="Ttulo1"/>
      </w:pPr>
      <w:r>
        <w:rPr>
          <w:rFonts w:ascii="Calibri" w:hAnsi="Calibri"/>
        </w:rPr>
        <w:t>Cómo utilizar esta guía</w:t>
      </w:r>
    </w:p>
    <w:p w14:paraId="695F5EA2" w14:textId="77777777" w:rsidR="00612663" w:rsidRDefault="00612663">
      <w:r>
        <w:t>El tema se vive como un relato que crece durante cuatro semanas. Cada sesión incorpora una pequeña novedad y conserva lo anterior: las Biblias, la Biblia colectiva, María de peluche, la corona con velas LED, el árbol de bolsillos, el panel de fieltro, el belén y el espacio de Teatro. La experiencia y el juego simbólico preceden a la ficha.</w:t>
      </w:r>
    </w:p>
    <w:tbl>
      <w:tblPr>
        <w:tblW w:w="9749" w:type="dxa"/>
        <w:tblInd w:w="120" w:type="dxa"/>
        <w:tblLayout w:type="fixed"/>
        <w:tblLook w:val="04A0" w:firstRow="1" w:lastRow="0" w:firstColumn="1" w:lastColumn="0" w:noHBand="0" w:noVBand="1"/>
      </w:tblPr>
      <w:tblGrid>
        <w:gridCol w:w="2400"/>
        <w:gridCol w:w="7349"/>
      </w:tblGrid>
      <w:tr w:rsidR="00E46A9C" w14:paraId="294F2707" w14:textId="77777777">
        <w:tc>
          <w:tcPr>
            <w:tcW w:w="2400" w:type="dxa"/>
            <w:shd w:val="clear" w:color="auto" w:fill="E8EEF5"/>
            <w:tcMar>
              <w:top w:w="100" w:type="dxa"/>
              <w:left w:w="130" w:type="dxa"/>
              <w:bottom w:w="100" w:type="dxa"/>
              <w:right w:w="130" w:type="dxa"/>
            </w:tcMar>
            <w:vAlign w:val="center"/>
          </w:tcPr>
          <w:p w14:paraId="0ABE52E8" w14:textId="77777777" w:rsidR="00612663" w:rsidRDefault="00612663">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427F50E5" w14:textId="77777777" w:rsidR="00612663" w:rsidRDefault="00612663">
            <w:pPr>
              <w:spacing w:after="0"/>
            </w:pPr>
            <w:r>
              <w:rPr>
                <w:sz w:val="21"/>
              </w:rPr>
              <w:t>4 sesiones de 45-60 minutos, adaptables al calendario escolar y al ritmo del grupo.</w:t>
            </w:r>
          </w:p>
        </w:tc>
      </w:tr>
      <w:tr w:rsidR="00E46A9C" w14:paraId="21D7FC9F" w14:textId="77777777">
        <w:tc>
          <w:tcPr>
            <w:tcW w:w="2400" w:type="dxa"/>
            <w:shd w:val="clear" w:color="auto" w:fill="E8EEF5"/>
            <w:tcMar>
              <w:top w:w="100" w:type="dxa"/>
              <w:left w:w="130" w:type="dxa"/>
              <w:bottom w:w="100" w:type="dxa"/>
              <w:right w:w="130" w:type="dxa"/>
            </w:tcMar>
            <w:vAlign w:val="center"/>
          </w:tcPr>
          <w:p w14:paraId="5C98F61B" w14:textId="77777777" w:rsidR="00612663" w:rsidRDefault="00612663">
            <w:pPr>
              <w:spacing w:after="0"/>
            </w:pPr>
            <w:r>
              <w:rPr>
                <w:b/>
                <w:color w:val="1F4D78"/>
                <w:sz w:val="21"/>
              </w:rPr>
              <w:t>Relatos</w:t>
            </w:r>
          </w:p>
        </w:tc>
        <w:tc>
          <w:tcPr>
            <w:tcW w:w="7349" w:type="dxa"/>
            <w:shd w:val="clear" w:color="auto" w:fill="FFFFFF"/>
            <w:tcMar>
              <w:top w:w="100" w:type="dxa"/>
              <w:left w:w="130" w:type="dxa"/>
              <w:bottom w:w="100" w:type="dxa"/>
              <w:right w:w="130" w:type="dxa"/>
            </w:tcMar>
            <w:vAlign w:val="center"/>
          </w:tcPr>
          <w:p w14:paraId="73265D58" w14:textId="77777777" w:rsidR="00612663" w:rsidRDefault="00612663">
            <w:pPr>
              <w:spacing w:after="0"/>
            </w:pPr>
            <w:r>
              <w:rPr>
                <w:sz w:val="21"/>
              </w:rPr>
              <w:t>Primera aproximación a la Biblia; Anunciación; Adviento; nacimiento de Jesús.</w:t>
            </w:r>
          </w:p>
        </w:tc>
      </w:tr>
      <w:tr w:rsidR="00E46A9C" w14:paraId="2F504CAE" w14:textId="77777777">
        <w:tc>
          <w:tcPr>
            <w:tcW w:w="2400" w:type="dxa"/>
            <w:shd w:val="clear" w:color="auto" w:fill="E8EEF5"/>
            <w:tcMar>
              <w:top w:w="100" w:type="dxa"/>
              <w:left w:w="130" w:type="dxa"/>
              <w:bottom w:w="100" w:type="dxa"/>
              <w:right w:w="130" w:type="dxa"/>
            </w:tcMar>
            <w:vAlign w:val="center"/>
          </w:tcPr>
          <w:p w14:paraId="760318C7" w14:textId="77777777" w:rsidR="00612663" w:rsidRDefault="00612663">
            <w:pPr>
              <w:spacing w:after="0"/>
            </w:pPr>
            <w:r>
              <w:rPr>
                <w:b/>
                <w:color w:val="1F4D78"/>
                <w:sz w:val="21"/>
              </w:rPr>
              <w:t>Productos</w:t>
            </w:r>
          </w:p>
        </w:tc>
        <w:tc>
          <w:tcPr>
            <w:tcW w:w="7349" w:type="dxa"/>
            <w:shd w:val="clear" w:color="auto" w:fill="FFFFFF"/>
            <w:tcMar>
              <w:top w:w="100" w:type="dxa"/>
              <w:left w:w="130" w:type="dxa"/>
              <w:bottom w:w="100" w:type="dxa"/>
              <w:right w:w="130" w:type="dxa"/>
            </w:tcMar>
            <w:vAlign w:val="center"/>
          </w:tcPr>
          <w:p w14:paraId="6FDA9342" w14:textId="77777777" w:rsidR="00612663" w:rsidRDefault="00612663">
            <w:pPr>
              <w:spacing w:after="0"/>
            </w:pPr>
            <w:r>
              <w:rPr>
                <w:sz w:val="21"/>
              </w:rPr>
              <w:t>Cuatro fichas personales y una Biblia colectiva que permanecerá en la Biblioteca.</w:t>
            </w:r>
          </w:p>
        </w:tc>
      </w:tr>
      <w:tr w:rsidR="00E46A9C" w14:paraId="4CA15172" w14:textId="77777777">
        <w:tc>
          <w:tcPr>
            <w:tcW w:w="2400" w:type="dxa"/>
            <w:shd w:val="clear" w:color="auto" w:fill="E8EEF5"/>
            <w:tcMar>
              <w:top w:w="100" w:type="dxa"/>
              <w:left w:w="130" w:type="dxa"/>
              <w:bottom w:w="100" w:type="dxa"/>
              <w:right w:w="130" w:type="dxa"/>
            </w:tcMar>
            <w:vAlign w:val="center"/>
          </w:tcPr>
          <w:p w14:paraId="369A72DF" w14:textId="77777777" w:rsidR="00612663" w:rsidRDefault="00612663">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5E35AFAC" w14:textId="77777777" w:rsidR="00612663" w:rsidRDefault="00612663">
            <w:pPr>
              <w:spacing w:after="0"/>
            </w:pPr>
            <w:r>
              <w:rPr>
                <w:sz w:val="21"/>
              </w:rPr>
              <w:t>Narración visual, sorpresa, manipulación, ritual de luz, panel secuenciado, minimundo y teatro.</w:t>
            </w:r>
          </w:p>
        </w:tc>
      </w:tr>
      <w:tr w:rsidR="00E46A9C" w14:paraId="24AB05BC" w14:textId="77777777">
        <w:tc>
          <w:tcPr>
            <w:tcW w:w="2400" w:type="dxa"/>
            <w:shd w:val="clear" w:color="auto" w:fill="E8EEF5"/>
            <w:tcMar>
              <w:top w:w="100" w:type="dxa"/>
              <w:left w:w="130" w:type="dxa"/>
              <w:bottom w:w="100" w:type="dxa"/>
              <w:right w:w="130" w:type="dxa"/>
            </w:tcMar>
            <w:vAlign w:val="center"/>
          </w:tcPr>
          <w:p w14:paraId="63BE54D5" w14:textId="77777777" w:rsidR="00612663" w:rsidRDefault="00612663">
            <w:pPr>
              <w:spacing w:after="0"/>
            </w:pPr>
            <w:r>
              <w:rPr>
                <w:b/>
                <w:color w:val="1F4D78"/>
                <w:sz w:val="21"/>
              </w:rPr>
              <w:t>Criterio material</w:t>
            </w:r>
          </w:p>
        </w:tc>
        <w:tc>
          <w:tcPr>
            <w:tcW w:w="7349" w:type="dxa"/>
            <w:shd w:val="clear" w:color="auto" w:fill="FFFFFF"/>
            <w:tcMar>
              <w:top w:w="100" w:type="dxa"/>
              <w:left w:w="130" w:type="dxa"/>
              <w:bottom w:w="100" w:type="dxa"/>
              <w:right w:w="130" w:type="dxa"/>
            </w:tcMar>
            <w:vAlign w:val="center"/>
          </w:tcPr>
          <w:p w14:paraId="17C96817" w14:textId="77777777" w:rsidR="00612663" w:rsidRDefault="00612663">
            <w:pPr>
              <w:spacing w:after="0"/>
            </w:pPr>
            <w:r>
              <w:rPr>
                <w:sz w:val="21"/>
              </w:rPr>
              <w:t>No comprar: revisar, ordenar y reutilizar los materiales ya disponibles.</w:t>
            </w:r>
          </w:p>
        </w:tc>
      </w:tr>
    </w:tbl>
    <w:p w14:paraId="5007CCCC" w14:textId="77777777" w:rsidR="00612663" w:rsidRDefault="00612663">
      <w:r>
        <w:br w:type="page"/>
      </w:r>
    </w:p>
    <w:p w14:paraId="56487D3C" w14:textId="77777777" w:rsidR="00612663" w:rsidRDefault="00612663">
      <w:pPr>
        <w:pStyle w:val="Ttulo1"/>
      </w:pPr>
      <w:r>
        <w:rPr>
          <w:rFonts w:ascii="Calibri" w:hAnsi="Calibri"/>
        </w:rPr>
        <w:lastRenderedPageBreak/>
        <w:t>1. Antes de comenzar</w:t>
      </w:r>
    </w:p>
    <w:p w14:paraId="35F93972" w14:textId="77777777" w:rsidR="00612663" w:rsidRDefault="00612663">
      <w:pPr>
        <w:pStyle w:val="Ttulo2"/>
      </w:pPr>
      <w:r>
        <w:rPr>
          <w:rFonts w:ascii="Calibri" w:hAnsi="Calibri"/>
        </w:rPr>
        <w:t>Inventario real del aula</w:t>
      </w:r>
    </w:p>
    <w:tbl>
      <w:tblPr>
        <w:tblW w:w="9749" w:type="dxa"/>
        <w:tblInd w:w="120" w:type="dxa"/>
        <w:tblLayout w:type="fixed"/>
        <w:tblLook w:val="04A0" w:firstRow="1" w:lastRow="0" w:firstColumn="1" w:lastColumn="0" w:noHBand="0" w:noVBand="1"/>
      </w:tblPr>
      <w:tblGrid>
        <w:gridCol w:w="2450"/>
        <w:gridCol w:w="7299"/>
      </w:tblGrid>
      <w:tr w:rsidR="00E46A9C" w14:paraId="4C45C351" w14:textId="77777777">
        <w:tc>
          <w:tcPr>
            <w:tcW w:w="2450" w:type="dxa"/>
            <w:shd w:val="clear" w:color="auto" w:fill="EAF4EE"/>
            <w:tcMar>
              <w:top w:w="100" w:type="dxa"/>
              <w:left w:w="130" w:type="dxa"/>
              <w:bottom w:w="100" w:type="dxa"/>
              <w:right w:w="130" w:type="dxa"/>
            </w:tcMar>
            <w:vAlign w:val="center"/>
          </w:tcPr>
          <w:p w14:paraId="351D8B4E" w14:textId="77777777" w:rsidR="00612663" w:rsidRDefault="00612663">
            <w:pPr>
              <w:spacing w:after="0"/>
            </w:pPr>
            <w:r>
              <w:rPr>
                <w:b/>
                <w:color w:val="1F4D78"/>
                <w:sz w:val="21"/>
              </w:rPr>
              <w:t>Biblioteca</w:t>
            </w:r>
          </w:p>
        </w:tc>
        <w:tc>
          <w:tcPr>
            <w:tcW w:w="7299" w:type="dxa"/>
            <w:shd w:val="clear" w:color="auto" w:fill="FFFFFF"/>
            <w:tcMar>
              <w:top w:w="100" w:type="dxa"/>
              <w:left w:w="130" w:type="dxa"/>
              <w:bottom w:w="100" w:type="dxa"/>
              <w:right w:w="130" w:type="dxa"/>
            </w:tcMar>
            <w:vAlign w:val="center"/>
          </w:tcPr>
          <w:p w14:paraId="4975EE5A" w14:textId="77777777" w:rsidR="00612663" w:rsidRDefault="00612663">
            <w:pPr>
              <w:spacing w:after="0"/>
            </w:pPr>
            <w:r>
              <w:rPr>
                <w:sz w:val="21"/>
              </w:rPr>
              <w:t>Dos Biblias infantiles y Biblia grande de cartulina blanca preparada por la maestra.</w:t>
            </w:r>
          </w:p>
        </w:tc>
      </w:tr>
      <w:tr w:rsidR="00E46A9C" w14:paraId="4695B956" w14:textId="77777777">
        <w:tc>
          <w:tcPr>
            <w:tcW w:w="2450" w:type="dxa"/>
            <w:shd w:val="clear" w:color="auto" w:fill="EAF4EE"/>
            <w:tcMar>
              <w:top w:w="100" w:type="dxa"/>
              <w:left w:w="130" w:type="dxa"/>
              <w:bottom w:w="100" w:type="dxa"/>
              <w:right w:w="130" w:type="dxa"/>
            </w:tcMar>
            <w:vAlign w:val="center"/>
          </w:tcPr>
          <w:p w14:paraId="2B62E55A" w14:textId="77777777" w:rsidR="00612663" w:rsidRDefault="00612663">
            <w:pPr>
              <w:spacing w:after="0"/>
            </w:pPr>
            <w:r>
              <w:rPr>
                <w:b/>
                <w:color w:val="1F4D78"/>
                <w:sz w:val="21"/>
              </w:rPr>
              <w:t>Visitante</w:t>
            </w:r>
          </w:p>
        </w:tc>
        <w:tc>
          <w:tcPr>
            <w:tcW w:w="7299" w:type="dxa"/>
            <w:shd w:val="clear" w:color="auto" w:fill="FFFFFF"/>
            <w:tcMar>
              <w:top w:w="100" w:type="dxa"/>
              <w:left w:w="130" w:type="dxa"/>
              <w:bottom w:w="100" w:type="dxa"/>
              <w:right w:w="130" w:type="dxa"/>
            </w:tcMar>
            <w:vAlign w:val="center"/>
          </w:tcPr>
          <w:p w14:paraId="0C0568E4" w14:textId="77777777" w:rsidR="00612663" w:rsidRDefault="00612663">
            <w:pPr>
              <w:spacing w:after="0"/>
            </w:pPr>
            <w:r>
              <w:rPr>
                <w:sz w:val="21"/>
              </w:rPr>
              <w:t>Virgen María de peluche.</w:t>
            </w:r>
          </w:p>
        </w:tc>
      </w:tr>
      <w:tr w:rsidR="00E46A9C" w14:paraId="2107FEB4" w14:textId="77777777">
        <w:tc>
          <w:tcPr>
            <w:tcW w:w="2450" w:type="dxa"/>
            <w:shd w:val="clear" w:color="auto" w:fill="EAF4EE"/>
            <w:tcMar>
              <w:top w:w="100" w:type="dxa"/>
              <w:left w:w="130" w:type="dxa"/>
              <w:bottom w:w="100" w:type="dxa"/>
              <w:right w:w="130" w:type="dxa"/>
            </w:tcMar>
            <w:vAlign w:val="center"/>
          </w:tcPr>
          <w:p w14:paraId="78F3EF28" w14:textId="77777777" w:rsidR="00612663" w:rsidRDefault="00612663">
            <w:pPr>
              <w:spacing w:after="0"/>
            </w:pPr>
            <w:r>
              <w:rPr>
                <w:b/>
                <w:color w:val="1F4D78"/>
                <w:sz w:val="21"/>
              </w:rPr>
              <w:t>Adviento</w:t>
            </w:r>
          </w:p>
        </w:tc>
        <w:tc>
          <w:tcPr>
            <w:tcW w:w="7299" w:type="dxa"/>
            <w:shd w:val="clear" w:color="auto" w:fill="FFFFFF"/>
            <w:tcMar>
              <w:top w:w="100" w:type="dxa"/>
              <w:left w:w="130" w:type="dxa"/>
              <w:bottom w:w="100" w:type="dxa"/>
              <w:right w:w="130" w:type="dxa"/>
            </w:tcMar>
            <w:vAlign w:val="center"/>
          </w:tcPr>
          <w:p w14:paraId="412AC658" w14:textId="77777777" w:rsidR="00612663" w:rsidRDefault="00612663">
            <w:pPr>
              <w:spacing w:after="0"/>
            </w:pPr>
            <w:r>
              <w:rPr>
                <w:sz w:val="21"/>
              </w:rPr>
              <w:t>Velas LED y árbol con 24 bolsillos.</w:t>
            </w:r>
          </w:p>
        </w:tc>
      </w:tr>
      <w:tr w:rsidR="00E46A9C" w14:paraId="57F89D4C" w14:textId="77777777">
        <w:tc>
          <w:tcPr>
            <w:tcW w:w="2450" w:type="dxa"/>
            <w:shd w:val="clear" w:color="auto" w:fill="EAF4EE"/>
            <w:tcMar>
              <w:top w:w="100" w:type="dxa"/>
              <w:left w:w="130" w:type="dxa"/>
              <w:bottom w:w="100" w:type="dxa"/>
              <w:right w:w="130" w:type="dxa"/>
            </w:tcMar>
            <w:vAlign w:val="center"/>
          </w:tcPr>
          <w:p w14:paraId="4AC305F9" w14:textId="77777777" w:rsidR="00612663" w:rsidRDefault="00612663">
            <w:pPr>
              <w:spacing w:after="0"/>
            </w:pPr>
            <w:r>
              <w:rPr>
                <w:b/>
                <w:color w:val="1F4D78"/>
                <w:sz w:val="21"/>
              </w:rPr>
              <w:t>Relato visual</w:t>
            </w:r>
          </w:p>
        </w:tc>
        <w:tc>
          <w:tcPr>
            <w:tcW w:w="7299" w:type="dxa"/>
            <w:shd w:val="clear" w:color="auto" w:fill="FFFFFF"/>
            <w:tcMar>
              <w:top w:w="100" w:type="dxa"/>
              <w:left w:w="130" w:type="dxa"/>
              <w:bottom w:w="100" w:type="dxa"/>
              <w:right w:w="130" w:type="dxa"/>
            </w:tcMar>
            <w:vAlign w:val="center"/>
          </w:tcPr>
          <w:p w14:paraId="36C8FF58" w14:textId="77777777" w:rsidR="00612663" w:rsidRDefault="00612663">
            <w:pPr>
              <w:spacing w:after="0"/>
            </w:pPr>
            <w:r>
              <w:rPr>
                <w:sz w:val="21"/>
              </w:rPr>
              <w:t>Piezas del belén guardadas en los bolsillos y panel de fieltro con velcro.</w:t>
            </w:r>
          </w:p>
        </w:tc>
      </w:tr>
      <w:tr w:rsidR="00E46A9C" w14:paraId="4CF279D2" w14:textId="77777777">
        <w:tc>
          <w:tcPr>
            <w:tcW w:w="2450" w:type="dxa"/>
            <w:shd w:val="clear" w:color="auto" w:fill="EAF4EE"/>
            <w:tcMar>
              <w:top w:w="100" w:type="dxa"/>
              <w:left w:w="130" w:type="dxa"/>
              <w:bottom w:w="100" w:type="dxa"/>
              <w:right w:w="130" w:type="dxa"/>
            </w:tcMar>
            <w:vAlign w:val="center"/>
          </w:tcPr>
          <w:p w14:paraId="77B74DA3" w14:textId="77777777" w:rsidR="00612663" w:rsidRDefault="00612663">
            <w:pPr>
              <w:spacing w:after="0"/>
            </w:pPr>
            <w:r>
              <w:rPr>
                <w:b/>
                <w:color w:val="1F4D78"/>
                <w:sz w:val="21"/>
              </w:rPr>
              <w:t>Familia / minimundo</w:t>
            </w:r>
          </w:p>
        </w:tc>
        <w:tc>
          <w:tcPr>
            <w:tcW w:w="7299" w:type="dxa"/>
            <w:shd w:val="clear" w:color="auto" w:fill="FFFFFF"/>
            <w:tcMar>
              <w:top w:w="100" w:type="dxa"/>
              <w:left w:w="130" w:type="dxa"/>
              <w:bottom w:w="100" w:type="dxa"/>
              <w:right w:w="130" w:type="dxa"/>
            </w:tcMar>
            <w:vAlign w:val="center"/>
          </w:tcPr>
          <w:p w14:paraId="4E2A6F09" w14:textId="77777777" w:rsidR="00612663" w:rsidRDefault="00612663">
            <w:pPr>
              <w:spacing w:after="0"/>
            </w:pPr>
            <w:r>
              <w:rPr>
                <w:sz w:val="21"/>
              </w:rPr>
              <w:t>Belén con pocas figuras, suficiente para un juego tranquilo y comprensible.</w:t>
            </w:r>
          </w:p>
        </w:tc>
      </w:tr>
      <w:tr w:rsidR="00E46A9C" w14:paraId="0BE058E6" w14:textId="77777777">
        <w:tc>
          <w:tcPr>
            <w:tcW w:w="2450" w:type="dxa"/>
            <w:shd w:val="clear" w:color="auto" w:fill="EAF4EE"/>
            <w:tcMar>
              <w:top w:w="100" w:type="dxa"/>
              <w:left w:w="130" w:type="dxa"/>
              <w:bottom w:w="100" w:type="dxa"/>
              <w:right w:w="130" w:type="dxa"/>
            </w:tcMar>
            <w:vAlign w:val="center"/>
          </w:tcPr>
          <w:p w14:paraId="0D38470E" w14:textId="77777777" w:rsidR="00612663" w:rsidRDefault="00612663">
            <w:pPr>
              <w:spacing w:after="0"/>
            </w:pPr>
            <w:r>
              <w:rPr>
                <w:b/>
                <w:color w:val="1F4D78"/>
                <w:sz w:val="21"/>
              </w:rPr>
              <w:t>Teatro</w:t>
            </w:r>
          </w:p>
        </w:tc>
        <w:tc>
          <w:tcPr>
            <w:tcW w:w="7299" w:type="dxa"/>
            <w:shd w:val="clear" w:color="auto" w:fill="FFFFFF"/>
            <w:tcMar>
              <w:top w:w="100" w:type="dxa"/>
              <w:left w:w="130" w:type="dxa"/>
              <w:bottom w:w="100" w:type="dxa"/>
              <w:right w:w="130" w:type="dxa"/>
            </w:tcMar>
            <w:vAlign w:val="center"/>
          </w:tcPr>
          <w:p w14:paraId="430AAECA" w14:textId="77777777" w:rsidR="00612663" w:rsidRDefault="00612663">
            <w:pPr>
              <w:spacing w:after="0"/>
            </w:pPr>
            <w:r>
              <w:rPr>
                <w:sz w:val="21"/>
              </w:rPr>
              <w:t>Túnicas, pañuelos, bastón, coronas, cofres, Niño Jesús, pesebre con paja y fondo de cartón.</w:t>
            </w:r>
          </w:p>
        </w:tc>
      </w:tr>
      <w:tr w:rsidR="00E46A9C" w14:paraId="5FB9C7A6" w14:textId="77777777">
        <w:tc>
          <w:tcPr>
            <w:tcW w:w="2450" w:type="dxa"/>
            <w:shd w:val="clear" w:color="auto" w:fill="EAF4EE"/>
            <w:tcMar>
              <w:top w:w="100" w:type="dxa"/>
              <w:left w:w="130" w:type="dxa"/>
              <w:bottom w:w="100" w:type="dxa"/>
              <w:right w:w="130" w:type="dxa"/>
            </w:tcMar>
            <w:vAlign w:val="center"/>
          </w:tcPr>
          <w:p w14:paraId="38BF170B" w14:textId="77777777" w:rsidR="00612663" w:rsidRDefault="00612663">
            <w:pPr>
              <w:spacing w:after="0"/>
            </w:pPr>
            <w:r>
              <w:rPr>
                <w:b/>
                <w:color w:val="1F4D78"/>
                <w:sz w:val="21"/>
              </w:rPr>
              <w:t>Fichas</w:t>
            </w:r>
          </w:p>
        </w:tc>
        <w:tc>
          <w:tcPr>
            <w:tcW w:w="7299" w:type="dxa"/>
            <w:shd w:val="clear" w:color="auto" w:fill="FFFFFF"/>
            <w:tcMar>
              <w:top w:w="100" w:type="dxa"/>
              <w:left w:w="130" w:type="dxa"/>
              <w:bottom w:w="100" w:type="dxa"/>
              <w:right w:w="130" w:type="dxa"/>
            </w:tcMar>
            <w:vAlign w:val="center"/>
          </w:tcPr>
          <w:p w14:paraId="15E3D046" w14:textId="77777777" w:rsidR="00612663" w:rsidRDefault="00612663">
            <w:pPr>
              <w:spacing w:after="0"/>
            </w:pPr>
            <w:r>
              <w:rPr>
                <w:sz w:val="21"/>
              </w:rPr>
              <w:t>Papel dorado y blanco, papel verde y amarillo, pintura amarilla, gomets de estrellas y ceras gruesas.</w:t>
            </w:r>
          </w:p>
        </w:tc>
      </w:tr>
      <w:tr w:rsidR="00E46A9C" w14:paraId="5BF18530" w14:textId="77777777">
        <w:tc>
          <w:tcPr>
            <w:tcW w:w="9749" w:type="dxa"/>
            <w:gridSpan w:val="2"/>
            <w:shd w:val="clear" w:color="auto" w:fill="FFF4D8"/>
            <w:tcMar>
              <w:top w:w="100" w:type="dxa"/>
              <w:left w:w="130" w:type="dxa"/>
              <w:bottom w:w="100" w:type="dxa"/>
              <w:right w:w="130" w:type="dxa"/>
            </w:tcMar>
            <w:vAlign w:val="center"/>
          </w:tcPr>
          <w:p w14:paraId="752D0A50" w14:textId="77777777" w:rsidR="00612663" w:rsidRDefault="00612663">
            <w:pPr>
              <w:spacing w:after="40" w:line="288" w:lineRule="auto"/>
            </w:pPr>
            <w:r>
              <w:rPr>
                <w:b/>
                <w:color w:val="1F4D78"/>
              </w:rPr>
              <w:t xml:space="preserve">Decisión del proyecto  </w:t>
            </w:r>
            <w:r>
              <w:t>No fabricar ni comprar nuevos recursos antes de revisar lo que ya existe. Este tema puede desarrollarse completamente con el material conservado del curso anterior.</w:t>
            </w:r>
          </w:p>
        </w:tc>
      </w:tr>
    </w:tbl>
    <w:p w14:paraId="5B8F7274" w14:textId="77777777" w:rsidR="00612663" w:rsidRDefault="00612663">
      <w:pPr>
        <w:spacing w:after="40"/>
      </w:pPr>
    </w:p>
    <w:p w14:paraId="2926BB30" w14:textId="77777777" w:rsidR="00612663" w:rsidRDefault="00612663">
      <w:pPr>
        <w:pStyle w:val="Ttulo2"/>
      </w:pPr>
      <w:r>
        <w:rPr>
          <w:rFonts w:ascii="Calibri" w:hAnsi="Calibri"/>
        </w:rPr>
        <w:t>Cómo hacer visible el paso del tiempo</w:t>
      </w:r>
    </w:p>
    <w:p w14:paraId="4DE7DB41" w14:textId="77777777" w:rsidR="00612663" w:rsidRDefault="00612663">
      <w:r>
        <w:t>A los tres años el tiempo se comprende mediante cambios concretos y repetidos, no mediante explicaciones abstractas. La corona y el panel permiten experimentar la secuencia «antes - ahora - después».</w:t>
      </w:r>
    </w:p>
    <w:p w14:paraId="52D33D01" w14:textId="77777777" w:rsidR="00612663" w:rsidRDefault="00612663">
      <w:pPr>
        <w:spacing w:after="100"/>
      </w:pPr>
      <w:r>
        <w:rPr>
          <w:b/>
          <w:color w:val="1F4D78"/>
        </w:rPr>
        <w:t xml:space="preserve">Velas LED: </w:t>
      </w:r>
      <w:r>
        <w:t>Encender una luz más cada semana y contar cuántas están encendidas y cuántas esperan.</w:t>
      </w:r>
    </w:p>
    <w:p w14:paraId="0CD83AE4" w14:textId="77777777" w:rsidR="00612663" w:rsidRDefault="00612663">
      <w:pPr>
        <w:spacing w:after="100"/>
      </w:pPr>
      <w:r>
        <w:rPr>
          <w:b/>
          <w:color w:val="1F4D78"/>
        </w:rPr>
        <w:t xml:space="preserve">Frase ritual: </w:t>
      </w:r>
      <w:r>
        <w:t>Repetir: «Una luz más; falta un poquito menos para que nazca Jesús».</w:t>
      </w:r>
    </w:p>
    <w:p w14:paraId="5E57E30A" w14:textId="77777777" w:rsidR="00612663" w:rsidRDefault="00612663">
      <w:pPr>
        <w:spacing w:after="100"/>
      </w:pPr>
      <w:r>
        <w:rPr>
          <w:b/>
          <w:color w:val="1F4D78"/>
        </w:rPr>
        <w:t xml:space="preserve">Árbol de bolsillos: </w:t>
      </w:r>
      <w:r>
        <w:t>Abrir varios bolsillos por sesión; no es obligatorio abrir uno cada día.</w:t>
      </w:r>
    </w:p>
    <w:p w14:paraId="6CADE8E5" w14:textId="77777777" w:rsidR="00612663" w:rsidRDefault="00612663">
      <w:pPr>
        <w:spacing w:after="100"/>
      </w:pPr>
      <w:r>
        <w:rPr>
          <w:b/>
          <w:color w:val="1F4D78"/>
        </w:rPr>
        <w:t xml:space="preserve">Panel de fieltro: </w:t>
      </w:r>
      <w:r>
        <w:t>Colocar las piezas descubiertas y observar cómo el belén va creciendo.</w:t>
      </w:r>
    </w:p>
    <w:p w14:paraId="66CC9977" w14:textId="77777777" w:rsidR="00612663" w:rsidRDefault="00612663">
      <w:pPr>
        <w:spacing w:after="100"/>
      </w:pPr>
      <w:r>
        <w:rPr>
          <w:b/>
          <w:color w:val="1F4D78"/>
        </w:rPr>
        <w:t xml:space="preserve">Lenguaje temporal: </w:t>
      </w:r>
      <w:r>
        <w:t>Usar expresiones sencillas: primero, después, todavía, ya, falta poquito.</w:t>
      </w:r>
    </w:p>
    <w:p w14:paraId="5228693C" w14:textId="77777777" w:rsidR="00612663" w:rsidRDefault="00612663">
      <w:pPr>
        <w:pStyle w:val="Ttulo2"/>
      </w:pPr>
      <w:r>
        <w:rPr>
          <w:rFonts w:ascii="Calibri" w:hAnsi="Calibri"/>
        </w:rPr>
        <w:t>Rutina común</w:t>
      </w:r>
    </w:p>
    <w:p w14:paraId="7359F810" w14:textId="77777777" w:rsidR="00612663" w:rsidRDefault="00612663">
      <w:r>
        <w:t>Acogida y canción breve; recuerdo visual de lo anterior; relato o descubrimiento; mensaje religioso; oración; espacios Montessori; ficha; recogida y despedida. Si el juego está siendo rico, la ficha puede terminarse otro día.</w:t>
      </w:r>
    </w:p>
    <w:p w14:paraId="5D8E72C6" w14:textId="77777777" w:rsidR="00612663" w:rsidRDefault="00612663">
      <w:pPr>
        <w:pStyle w:val="Ttulo1"/>
      </w:pPr>
      <w:r>
        <w:rPr>
          <w:rFonts w:ascii="Calibri" w:hAnsi="Calibri"/>
        </w:rPr>
        <w:t>2. Referencia curricular</w:t>
      </w:r>
    </w:p>
    <w:p w14:paraId="3CD60499" w14:textId="77777777" w:rsidR="00612663" w:rsidRDefault="00612663">
      <w:r>
        <w:t>El tema se vincula al currículo de Religión Católica para el segundo ciclo de Educación Infantil (Resolución de 21 de junio de 2022, BOE-A-2022-10452, Anexo I). La selección responde a los aprendizajes realmente movilizados.</w:t>
      </w:r>
    </w:p>
    <w:tbl>
      <w:tblPr>
        <w:tblW w:w="9749" w:type="dxa"/>
        <w:tblInd w:w="120" w:type="dxa"/>
        <w:tblLayout w:type="fixed"/>
        <w:tblLook w:val="04A0" w:firstRow="1" w:lastRow="0" w:firstColumn="1" w:lastColumn="0" w:noHBand="0" w:noVBand="1"/>
      </w:tblPr>
      <w:tblGrid>
        <w:gridCol w:w="2850"/>
        <w:gridCol w:w="6899"/>
      </w:tblGrid>
      <w:tr w:rsidR="00E46A9C" w14:paraId="19EAEAE5" w14:textId="77777777">
        <w:tc>
          <w:tcPr>
            <w:tcW w:w="2850" w:type="dxa"/>
            <w:shd w:val="clear" w:color="auto" w:fill="E8EEF5"/>
            <w:tcMar>
              <w:top w:w="100" w:type="dxa"/>
              <w:left w:w="130" w:type="dxa"/>
              <w:bottom w:w="100" w:type="dxa"/>
              <w:right w:w="130" w:type="dxa"/>
            </w:tcMar>
            <w:vAlign w:val="center"/>
          </w:tcPr>
          <w:p w14:paraId="797B4648" w14:textId="77777777" w:rsidR="00612663" w:rsidRDefault="00612663">
            <w:pPr>
              <w:spacing w:after="0"/>
            </w:pPr>
            <w:r>
              <w:rPr>
                <w:b/>
                <w:color w:val="1F4D78"/>
                <w:sz w:val="21"/>
              </w:rPr>
              <w:lastRenderedPageBreak/>
              <w:t>Competencia específica 2</w:t>
            </w:r>
          </w:p>
        </w:tc>
        <w:tc>
          <w:tcPr>
            <w:tcW w:w="6899" w:type="dxa"/>
            <w:shd w:val="clear" w:color="auto" w:fill="FFFFFF"/>
            <w:tcMar>
              <w:top w:w="100" w:type="dxa"/>
              <w:left w:w="130" w:type="dxa"/>
              <w:bottom w:w="100" w:type="dxa"/>
              <w:right w:w="130" w:type="dxa"/>
            </w:tcMar>
            <w:vAlign w:val="center"/>
          </w:tcPr>
          <w:p w14:paraId="09443D28" w14:textId="77777777" w:rsidR="00612663" w:rsidRDefault="00612663">
            <w:pPr>
              <w:spacing w:after="0"/>
            </w:pPr>
            <w:r>
              <w:rPr>
                <w:sz w:val="21"/>
              </w:rPr>
              <w:t>Criterio 2.2 · Escucha y agradecimiento en la narración, la oración y las experiencias compartidas.</w:t>
            </w:r>
          </w:p>
        </w:tc>
      </w:tr>
      <w:tr w:rsidR="00E46A9C" w14:paraId="28B57DA1" w14:textId="77777777">
        <w:tc>
          <w:tcPr>
            <w:tcW w:w="2850" w:type="dxa"/>
            <w:shd w:val="clear" w:color="auto" w:fill="E8EEF5"/>
            <w:tcMar>
              <w:top w:w="100" w:type="dxa"/>
              <w:left w:w="130" w:type="dxa"/>
              <w:bottom w:w="100" w:type="dxa"/>
              <w:right w:w="130" w:type="dxa"/>
            </w:tcMar>
            <w:vAlign w:val="center"/>
          </w:tcPr>
          <w:p w14:paraId="644211FB" w14:textId="77777777" w:rsidR="00612663" w:rsidRDefault="00612663">
            <w:pPr>
              <w:spacing w:after="0"/>
            </w:pPr>
            <w:r>
              <w:rPr>
                <w:b/>
                <w:color w:val="1F4D78"/>
                <w:sz w:val="21"/>
              </w:rPr>
              <w:t>Competencia específica 4</w:t>
            </w:r>
          </w:p>
        </w:tc>
        <w:tc>
          <w:tcPr>
            <w:tcW w:w="6899" w:type="dxa"/>
            <w:shd w:val="clear" w:color="auto" w:fill="FFFFFF"/>
            <w:tcMar>
              <w:top w:w="100" w:type="dxa"/>
              <w:left w:w="130" w:type="dxa"/>
              <w:bottom w:w="100" w:type="dxa"/>
              <w:right w:w="130" w:type="dxa"/>
            </w:tcMar>
            <w:vAlign w:val="center"/>
          </w:tcPr>
          <w:p w14:paraId="55B8AC44" w14:textId="77777777" w:rsidR="00612663" w:rsidRDefault="00612663">
            <w:pPr>
              <w:spacing w:after="0"/>
            </w:pPr>
            <w:r>
              <w:rPr>
                <w:sz w:val="21"/>
              </w:rPr>
              <w:t>Criterios 4.1, 4.2 y 4.3 · Costumbres y símbolos de Adviento y Navidad; expresión artística, simbólica y dramática.</w:t>
            </w:r>
          </w:p>
        </w:tc>
      </w:tr>
      <w:tr w:rsidR="00E46A9C" w14:paraId="52ED2C2F" w14:textId="77777777">
        <w:tc>
          <w:tcPr>
            <w:tcW w:w="2850" w:type="dxa"/>
            <w:shd w:val="clear" w:color="auto" w:fill="E8EEF5"/>
            <w:tcMar>
              <w:top w:w="100" w:type="dxa"/>
              <w:left w:w="130" w:type="dxa"/>
              <w:bottom w:w="100" w:type="dxa"/>
              <w:right w:w="130" w:type="dxa"/>
            </w:tcMar>
            <w:vAlign w:val="center"/>
          </w:tcPr>
          <w:p w14:paraId="55A1438F" w14:textId="77777777" w:rsidR="00612663" w:rsidRDefault="00612663">
            <w:pPr>
              <w:spacing w:after="0"/>
            </w:pPr>
            <w:r>
              <w:rPr>
                <w:b/>
                <w:color w:val="1F4D78"/>
                <w:sz w:val="21"/>
              </w:rPr>
              <w:t>Competencia específica 5</w:t>
            </w:r>
          </w:p>
        </w:tc>
        <w:tc>
          <w:tcPr>
            <w:tcW w:w="6899" w:type="dxa"/>
            <w:shd w:val="clear" w:color="auto" w:fill="FFFFFF"/>
            <w:tcMar>
              <w:top w:w="100" w:type="dxa"/>
              <w:left w:w="130" w:type="dxa"/>
              <w:bottom w:w="100" w:type="dxa"/>
              <w:right w:w="130" w:type="dxa"/>
            </w:tcMar>
            <w:vAlign w:val="center"/>
          </w:tcPr>
          <w:p w14:paraId="26A99606" w14:textId="77777777" w:rsidR="00612663" w:rsidRDefault="00612663">
            <w:pPr>
              <w:spacing w:after="0"/>
            </w:pPr>
            <w:r>
              <w:rPr>
                <w:sz w:val="21"/>
              </w:rPr>
              <w:t>Criterios 5.1 y 5.2 · Espera, silencio, luz, oración, canto y expresión respetuosa de sentimientos.</w:t>
            </w:r>
          </w:p>
        </w:tc>
      </w:tr>
      <w:tr w:rsidR="00E46A9C" w14:paraId="166FC984" w14:textId="77777777">
        <w:tc>
          <w:tcPr>
            <w:tcW w:w="2850" w:type="dxa"/>
            <w:shd w:val="clear" w:color="auto" w:fill="E8EEF5"/>
            <w:tcMar>
              <w:top w:w="100" w:type="dxa"/>
              <w:left w:w="130" w:type="dxa"/>
              <w:bottom w:w="100" w:type="dxa"/>
              <w:right w:w="130" w:type="dxa"/>
            </w:tcMar>
            <w:vAlign w:val="center"/>
          </w:tcPr>
          <w:p w14:paraId="6FC4F644" w14:textId="77777777" w:rsidR="00612663" w:rsidRDefault="00612663">
            <w:pPr>
              <w:spacing w:after="0"/>
            </w:pPr>
            <w:r>
              <w:rPr>
                <w:b/>
                <w:color w:val="1F4D78"/>
                <w:sz w:val="21"/>
              </w:rPr>
              <w:t>Competencia específica 6</w:t>
            </w:r>
          </w:p>
        </w:tc>
        <w:tc>
          <w:tcPr>
            <w:tcW w:w="6899" w:type="dxa"/>
            <w:shd w:val="clear" w:color="auto" w:fill="FFFFFF"/>
            <w:tcMar>
              <w:top w:w="100" w:type="dxa"/>
              <w:left w:w="130" w:type="dxa"/>
              <w:bottom w:w="100" w:type="dxa"/>
              <w:right w:w="130" w:type="dxa"/>
            </w:tcMar>
            <w:vAlign w:val="center"/>
          </w:tcPr>
          <w:p w14:paraId="72287DD2" w14:textId="77777777" w:rsidR="00612663" w:rsidRDefault="00612663">
            <w:pPr>
              <w:spacing w:after="0"/>
            </w:pPr>
            <w:r>
              <w:rPr>
                <w:sz w:val="21"/>
              </w:rPr>
              <w:t>Criterio 6.1 · Jesús como centro del cristianismo mediante la Biblia, la Anunciación, el Adviento y el nacimiento.</w:t>
            </w:r>
          </w:p>
        </w:tc>
      </w:tr>
    </w:tbl>
    <w:p w14:paraId="599299E7" w14:textId="77777777" w:rsidR="00612663" w:rsidRDefault="00612663">
      <w:pPr>
        <w:pStyle w:val="Ttulo2"/>
      </w:pPr>
      <w:r>
        <w:rPr>
          <w:rFonts w:ascii="Calibri" w:hAnsi="Calibri"/>
        </w:rPr>
        <w:t>Saberes básicos seleccionados</w:t>
      </w:r>
    </w:p>
    <w:p w14:paraId="682721A9" w14:textId="77777777" w:rsidR="00612663" w:rsidRDefault="00612663">
      <w:r>
        <w:t>A · Valoración de la belleza; expresión creativa a través de diferentes lenguajes; aprecio del silencio y la calma. C · Costumbres y manifestaciones culturales o artísticas de la fe cristiana; símbolos de las fiestas religiosas; oraciones y prácticas cristianas; la Biblia como comunicación de Dios con las personas; Jesús de Nazaret como figura clave del cristianismo; la familia de Jesús; la Virgen María; calendario litúrgico y celebraciones cristianas.</w:t>
      </w:r>
    </w:p>
    <w:p w14:paraId="40433C11" w14:textId="77777777" w:rsidR="00612663" w:rsidRDefault="00612663">
      <w:pPr>
        <w:pStyle w:val="Ttulo2"/>
      </w:pPr>
      <w:r>
        <w:rPr>
          <w:rFonts w:ascii="Calibri" w:hAnsi="Calibri"/>
        </w:rPr>
        <w:t>Evidencias e instrumentos</w:t>
      </w:r>
    </w:p>
    <w:p w14:paraId="6E6432B0" w14:textId="77777777" w:rsidR="00612663" w:rsidRDefault="00612663">
      <w:r>
        <w:t>2.2 y 5.1-5.2 · Participación en escucha, oración, canto, silencio y ritual de espera: observación directa y registro breve. 4.1-4.3 · Fichas 7-10, Biblia colectiva, collage, estampación y juego dramático: análisis de producciones y porfolio, sin valorar el acabado estético. 6.1 · Reconocimiento de la Biblia, María, Jesús, Adviento y Navidad y reconstrucción de la secuencia: conversación guiada y lista de cotejo.</w:t>
      </w:r>
    </w:p>
    <w:p w14:paraId="14F973F7" w14:textId="77777777" w:rsidR="00612663" w:rsidRDefault="00612663">
      <w:pPr>
        <w:pStyle w:val="Ttulo2"/>
      </w:pPr>
      <w:r>
        <w:rPr>
          <w:rFonts w:ascii="Calibri" w:hAnsi="Calibri"/>
        </w:rPr>
        <w:t>Atención a la diversidad (DUA)</w:t>
      </w:r>
    </w:p>
    <w:p w14:paraId="40E27F1B" w14:textId="77777777" w:rsidR="00612663" w:rsidRDefault="00612663">
      <w:r>
        <w:t>Presentar los relatos con imágenes, objetos reales y una secuencia visual. Permitir responder señalando, colocando, imitando, verbalizando, dibujando o pegando. Reducir opciones y dividir la tarea cuando sea necesario; ofrecer ceras gruesas, papel previamente rasgado, gomets o estampación como alternativas. Anticipar los cambios, respetar la sensibilidad sensorial, permitir acompañamiento o finalización en otro momento y valorar el progreso personal.</w:t>
      </w:r>
    </w:p>
    <w:p w14:paraId="4C330760" w14:textId="77777777" w:rsidR="00612663" w:rsidRDefault="00612663">
      <w:pPr>
        <w:pStyle w:val="Ttulo2"/>
      </w:pPr>
      <w:r>
        <w:rPr>
          <w:rFonts w:ascii="Calibri" w:hAnsi="Calibri"/>
        </w:rPr>
        <w:t>Referencia curricular</w:t>
      </w:r>
    </w:p>
    <w:p w14:paraId="5CAEBC2C" w14:textId="77777777" w:rsidR="00612663" w:rsidRDefault="00612663">
      <w:pPr>
        <w:spacing w:after="0"/>
      </w:pPr>
      <w:r>
        <w:t>Resolución de 21 de junio de 2022, de la Secretaría de Estado de Educación, por la que se publican los currículos de las enseñanzas de Religión Católica. BOE-A-2022-10452, Anexo I. https://www.boe.es/buscar/act.php?id=BOE-A-2022-10452</w:t>
      </w:r>
    </w:p>
    <w:p w14:paraId="3675DD12" w14:textId="77777777" w:rsidR="00612663" w:rsidRDefault="00612663">
      <w:r>
        <w:br w:type="page"/>
      </w:r>
    </w:p>
    <w:p w14:paraId="62AEC365" w14:textId="77777777" w:rsidR="00612663" w:rsidRDefault="00612663">
      <w:pPr>
        <w:pStyle w:val="Ttulo1"/>
      </w:pPr>
      <w:r>
        <w:rPr>
          <w:rFonts w:ascii="Calibri" w:hAnsi="Calibri"/>
        </w:rPr>
        <w:lastRenderedPageBreak/>
        <w:t>3. Semana 1 · La Biblia es un libro especial</w:t>
      </w:r>
    </w:p>
    <w:p w14:paraId="658ADAF2" w14:textId="77777777" w:rsidR="00612663" w:rsidRDefault="00612663">
      <w:pPr>
        <w:keepNext/>
        <w:jc w:val="center"/>
      </w:pPr>
      <w:r>
        <w:rPr>
          <w:noProof/>
        </w:rPr>
        <w:drawing>
          <wp:inline distT="0" distB="0" distL="0" distR="0" wp14:anchorId="0BCC114B" wp14:editId="2EC02990">
            <wp:extent cx="5257800" cy="3720308"/>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0fdaf2b3-1b8b-4300-b992-2c1cd422b57c.png"/>
                    <pic:cNvPicPr/>
                  </pic:nvPicPr>
                  <pic:blipFill>
                    <a:blip r:embed="rId14"/>
                    <a:stretch>
                      <a:fillRect/>
                    </a:stretch>
                  </pic:blipFill>
                  <pic:spPr>
                    <a:xfrm>
                      <a:off x="0" y="0"/>
                      <a:ext cx="5257800" cy="3720308"/>
                    </a:xfrm>
                    <a:prstGeom prst="rect">
                      <a:avLst/>
                    </a:prstGeom>
                  </pic:spPr>
                </pic:pic>
              </a:graphicData>
            </a:graphic>
          </wp:inline>
        </w:drawing>
      </w:r>
    </w:p>
    <w:p w14:paraId="1AFE6D47" w14:textId="77777777" w:rsidR="00612663" w:rsidRDefault="00612663">
      <w:pPr>
        <w:keepNext/>
        <w:spacing w:after="160"/>
        <w:jc w:val="center"/>
      </w:pPr>
      <w:r>
        <w:rPr>
          <w:i/>
          <w:color w:val="687784"/>
          <w:sz w:val="19"/>
        </w:rPr>
        <w:t>Ficha 7 · Dibuja algo que Dios creó y decora el borde con papel dorado</w:t>
      </w:r>
    </w:p>
    <w:tbl>
      <w:tblPr>
        <w:tblW w:w="9749" w:type="dxa"/>
        <w:tblInd w:w="120" w:type="dxa"/>
        <w:tblLayout w:type="fixed"/>
        <w:tblLook w:val="04A0" w:firstRow="1" w:lastRow="0" w:firstColumn="1" w:lastColumn="0" w:noHBand="0" w:noVBand="1"/>
      </w:tblPr>
      <w:tblGrid>
        <w:gridCol w:w="9749"/>
      </w:tblGrid>
      <w:tr w:rsidR="00E46A9C" w14:paraId="46C0A155" w14:textId="77777777">
        <w:tc>
          <w:tcPr>
            <w:tcW w:w="9749" w:type="dxa"/>
            <w:shd w:val="clear" w:color="auto" w:fill="EAF4EE"/>
            <w:tcMar>
              <w:top w:w="100" w:type="dxa"/>
              <w:left w:w="130" w:type="dxa"/>
              <w:bottom w:w="100" w:type="dxa"/>
              <w:right w:w="130" w:type="dxa"/>
            </w:tcMar>
            <w:vAlign w:val="center"/>
          </w:tcPr>
          <w:p w14:paraId="2DB2FDD5" w14:textId="77777777" w:rsidR="00612663" w:rsidRDefault="00612663">
            <w:pPr>
              <w:spacing w:after="40" w:line="288" w:lineRule="auto"/>
            </w:pPr>
            <w:r>
              <w:rPr>
                <w:b/>
                <w:color w:val="1F4D78"/>
              </w:rPr>
              <w:t xml:space="preserve">Aprendizaje  </w:t>
            </w:r>
            <w:r>
              <w:t>La Biblia es un libro especial que contiene historias de Dios y de Jesús.</w:t>
            </w:r>
          </w:p>
        </w:tc>
      </w:tr>
    </w:tbl>
    <w:p w14:paraId="66FA0242" w14:textId="77777777" w:rsidR="00612663" w:rsidRDefault="00612663">
      <w:pPr>
        <w:spacing w:after="40"/>
      </w:pPr>
    </w:p>
    <w:p w14:paraId="203589A7" w14:textId="77777777" w:rsidR="00612663" w:rsidRDefault="00612663">
      <w:pPr>
        <w:pStyle w:val="Ttulo2"/>
      </w:pPr>
      <w:r>
        <w:rPr>
          <w:rFonts w:ascii="Calibri" w:hAnsi="Calibri"/>
        </w:rPr>
        <w:t>Preparación</w:t>
      </w:r>
    </w:p>
    <w:p w14:paraId="40EE7FD1" w14:textId="77777777" w:rsidR="00612663" w:rsidRDefault="00612663">
      <w:r>
        <w:t>Colocar las dos Biblias infantiles de forma visible y preparar la Biblia colectiva de cartulina con varias páginas en blanco. Tener papel dorado fácil de rasgar o gomets, ceras gruesas y pegamento. No presentar la Biblia como un objeto intocable: se enseña a manipularla con manos limpias y cuidado.</w:t>
      </w:r>
    </w:p>
    <w:p w14:paraId="18AA5EF4" w14:textId="77777777" w:rsidR="00612663" w:rsidRDefault="00612663">
      <w:pPr>
        <w:pStyle w:val="Ttulo2"/>
      </w:pPr>
      <w:r>
        <w:rPr>
          <w:rFonts w:ascii="Calibri" w:hAnsi="Calibri"/>
        </w:rPr>
        <w:t>Desarrollo orientativo</w:t>
      </w:r>
    </w:p>
    <w:p w14:paraId="5B096AF0" w14:textId="77777777" w:rsidR="00612663" w:rsidRDefault="00612663">
      <w:pPr>
        <w:keepNext/>
        <w:spacing w:before="80" w:after="60"/>
      </w:pPr>
      <w:r>
        <w:rPr>
          <w:b/>
          <w:color w:val="1F4D78"/>
          <w:sz w:val="23"/>
        </w:rPr>
        <w:t>Descubrimiento</w:t>
      </w:r>
      <w:r>
        <w:rPr>
          <w:b/>
          <w:color w:val="687784"/>
          <w:sz w:val="20"/>
        </w:rPr>
        <w:t xml:space="preserve">  ·  5-7 min</w:t>
      </w:r>
    </w:p>
    <w:p w14:paraId="13587127" w14:textId="77777777" w:rsidR="00612663" w:rsidRDefault="00612663">
      <w:pPr>
        <w:spacing w:after="100"/>
      </w:pPr>
      <w:r>
        <w:t>Mostrar una Biblia cerrada, observar su portada y abrirla despacio. Preguntar: «¿Es un cuento cualquiera?». Explicar: «La Biblia es un libro muy especial. Nos cuenta historias de Dios y de Jesús».</w:t>
      </w:r>
    </w:p>
    <w:p w14:paraId="42F9913A" w14:textId="77777777" w:rsidR="00612663" w:rsidRDefault="00612663">
      <w:pPr>
        <w:keepNext/>
        <w:spacing w:before="80" w:after="60"/>
      </w:pPr>
      <w:r>
        <w:rPr>
          <w:b/>
          <w:color w:val="1F4D78"/>
          <w:sz w:val="23"/>
        </w:rPr>
        <w:t>Recordamos la Creación</w:t>
      </w:r>
      <w:r>
        <w:rPr>
          <w:b/>
          <w:color w:val="687784"/>
          <w:sz w:val="20"/>
        </w:rPr>
        <w:t xml:space="preserve">  ·  6-8 min</w:t>
      </w:r>
    </w:p>
    <w:p w14:paraId="7B45306A" w14:textId="77777777" w:rsidR="00612663" w:rsidRDefault="00612663">
      <w:pPr>
        <w:spacing w:after="100"/>
      </w:pPr>
      <w:r>
        <w:t>Buscar o mostrar una imagen de la Creación en una Biblia infantil y recordar algunos elementos del tema anterior: luz, agua, tierra, animales y personas.</w:t>
      </w:r>
    </w:p>
    <w:p w14:paraId="285F4440" w14:textId="77777777" w:rsidR="00612663" w:rsidRDefault="00612663">
      <w:pPr>
        <w:keepNext/>
        <w:spacing w:before="80" w:after="60"/>
      </w:pPr>
      <w:r>
        <w:rPr>
          <w:b/>
          <w:color w:val="1F4D78"/>
          <w:sz w:val="23"/>
        </w:rPr>
        <w:t>Oración</w:t>
      </w:r>
      <w:r>
        <w:rPr>
          <w:b/>
          <w:color w:val="687784"/>
          <w:sz w:val="20"/>
        </w:rPr>
        <w:t xml:space="preserve">  ·  1-2 min</w:t>
      </w:r>
    </w:p>
    <w:p w14:paraId="69CA1AE6" w14:textId="77777777" w:rsidR="00612663" w:rsidRDefault="00612663">
      <w:pPr>
        <w:spacing w:after="100"/>
      </w:pPr>
      <w:r>
        <w:t>«Gracias, Dios, por las historias de la Biblia. Ayúdanos a escucharlas con atención».</w:t>
      </w:r>
    </w:p>
    <w:p w14:paraId="0976C69F" w14:textId="77777777" w:rsidR="00612663" w:rsidRDefault="00612663">
      <w:pPr>
        <w:keepNext/>
        <w:spacing w:before="80" w:after="60"/>
      </w:pPr>
      <w:r>
        <w:rPr>
          <w:b/>
          <w:color w:val="1F4D78"/>
          <w:sz w:val="23"/>
        </w:rPr>
        <w:lastRenderedPageBreak/>
        <w:t>Biblia colectiva</w:t>
      </w:r>
      <w:r>
        <w:rPr>
          <w:b/>
          <w:color w:val="687784"/>
          <w:sz w:val="20"/>
        </w:rPr>
        <w:t xml:space="preserve">  ·  8-10 min</w:t>
      </w:r>
    </w:p>
    <w:p w14:paraId="2CAE65CE" w14:textId="77777777" w:rsidR="00612663" w:rsidRDefault="00612663">
      <w:pPr>
        <w:spacing w:after="100"/>
      </w:pPr>
      <w:r>
        <w:t>Cada niño aporta un dibujo, una huella o un pequeño collage sobre algo creado por Dios. La maestra puede escribir debajo la frase dictada: «Dios creó...». No es necesario terminar el libro ese día; crecerá durante el curso.</w:t>
      </w:r>
    </w:p>
    <w:tbl>
      <w:tblPr>
        <w:tblW w:w="9749" w:type="dxa"/>
        <w:tblInd w:w="120" w:type="dxa"/>
        <w:tblLayout w:type="fixed"/>
        <w:tblLook w:val="04A0" w:firstRow="1" w:lastRow="0" w:firstColumn="1" w:lastColumn="0" w:noHBand="0" w:noVBand="1"/>
      </w:tblPr>
      <w:tblGrid>
        <w:gridCol w:w="2100"/>
        <w:gridCol w:w="3550"/>
        <w:gridCol w:w="4099"/>
      </w:tblGrid>
      <w:tr w:rsidR="00E46A9C" w14:paraId="74A0427C" w14:textId="77777777">
        <w:trPr>
          <w:tblHeader/>
        </w:trPr>
        <w:tc>
          <w:tcPr>
            <w:tcW w:w="2100" w:type="dxa"/>
            <w:shd w:val="clear" w:color="auto" w:fill="E8EEF5"/>
            <w:tcMar>
              <w:top w:w="100" w:type="dxa"/>
              <w:left w:w="130" w:type="dxa"/>
              <w:bottom w:w="100" w:type="dxa"/>
              <w:right w:w="130" w:type="dxa"/>
            </w:tcMar>
            <w:vAlign w:val="center"/>
          </w:tcPr>
          <w:p w14:paraId="39845179"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24366D4B"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570BA405" w14:textId="77777777" w:rsidR="00612663" w:rsidRDefault="00612663">
            <w:pPr>
              <w:jc w:val="center"/>
            </w:pPr>
            <w:r>
              <w:rPr>
                <w:b/>
                <w:color w:val="1F4D78"/>
                <w:sz w:val="20"/>
              </w:rPr>
              <w:t>Propuesta</w:t>
            </w:r>
          </w:p>
        </w:tc>
      </w:tr>
      <w:tr w:rsidR="00E46A9C" w14:paraId="45220D6F" w14:textId="77777777">
        <w:tc>
          <w:tcPr>
            <w:tcW w:w="2100" w:type="dxa"/>
            <w:tcMar>
              <w:top w:w="100" w:type="dxa"/>
              <w:left w:w="130" w:type="dxa"/>
              <w:bottom w:w="100" w:type="dxa"/>
              <w:right w:w="130" w:type="dxa"/>
            </w:tcMar>
          </w:tcPr>
          <w:p w14:paraId="432373C0"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421C6B62" w14:textId="77777777" w:rsidR="00612663" w:rsidRDefault="00612663">
            <w:pPr>
              <w:spacing w:after="0"/>
            </w:pPr>
            <w:r>
              <w:rPr>
                <w:sz w:val="19"/>
              </w:rPr>
              <w:t>Biblias infantiles y cojín.</w:t>
            </w:r>
          </w:p>
        </w:tc>
        <w:tc>
          <w:tcPr>
            <w:tcW w:w="4099" w:type="dxa"/>
            <w:tcMar>
              <w:top w:w="100" w:type="dxa"/>
              <w:left w:w="130" w:type="dxa"/>
              <w:bottom w:w="100" w:type="dxa"/>
              <w:right w:w="130" w:type="dxa"/>
            </w:tcMar>
          </w:tcPr>
          <w:p w14:paraId="57507840" w14:textId="77777777" w:rsidR="00612663" w:rsidRDefault="00612663">
            <w:pPr>
              <w:spacing w:after="0"/>
            </w:pPr>
            <w:r>
              <w:rPr>
                <w:sz w:val="19"/>
              </w:rPr>
              <w:t>Mirar imágenes y pasar páginas con cuidado.</w:t>
            </w:r>
          </w:p>
        </w:tc>
      </w:tr>
      <w:tr w:rsidR="00E46A9C" w14:paraId="1996C708" w14:textId="77777777">
        <w:tc>
          <w:tcPr>
            <w:tcW w:w="2100" w:type="dxa"/>
            <w:tcMar>
              <w:top w:w="100" w:type="dxa"/>
              <w:left w:w="130" w:type="dxa"/>
              <w:bottom w:w="100" w:type="dxa"/>
              <w:right w:w="130" w:type="dxa"/>
            </w:tcMar>
          </w:tcPr>
          <w:p w14:paraId="466A4187"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7560A897" w14:textId="77777777" w:rsidR="00612663" w:rsidRDefault="00612663">
            <w:pPr>
              <w:spacing w:after="0"/>
            </w:pPr>
            <w:r>
              <w:rPr>
                <w:sz w:val="19"/>
              </w:rPr>
              <w:t>Tarjetas grandes de relatos ya conocidos.</w:t>
            </w:r>
          </w:p>
        </w:tc>
        <w:tc>
          <w:tcPr>
            <w:tcW w:w="4099" w:type="dxa"/>
            <w:tcMar>
              <w:top w:w="100" w:type="dxa"/>
              <w:left w:w="130" w:type="dxa"/>
              <w:bottom w:w="100" w:type="dxa"/>
              <w:right w:w="130" w:type="dxa"/>
            </w:tcMar>
          </w:tcPr>
          <w:p w14:paraId="18308CD0" w14:textId="77777777" w:rsidR="00612663" w:rsidRDefault="00612663">
            <w:pPr>
              <w:spacing w:after="0"/>
            </w:pPr>
            <w:r>
              <w:rPr>
                <w:sz w:val="19"/>
              </w:rPr>
              <w:t>Relacionar o agrupar imágenes de la Creación.</w:t>
            </w:r>
          </w:p>
        </w:tc>
      </w:tr>
      <w:tr w:rsidR="00E46A9C" w14:paraId="246AA2E7" w14:textId="77777777">
        <w:tc>
          <w:tcPr>
            <w:tcW w:w="2100" w:type="dxa"/>
            <w:tcMar>
              <w:top w:w="100" w:type="dxa"/>
              <w:left w:w="130" w:type="dxa"/>
              <w:bottom w:w="100" w:type="dxa"/>
              <w:right w:w="130" w:type="dxa"/>
            </w:tcMar>
          </w:tcPr>
          <w:p w14:paraId="485E2B9D"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5FBBF83B" w14:textId="77777777" w:rsidR="00612663" w:rsidRDefault="00612663">
            <w:pPr>
              <w:spacing w:after="0"/>
            </w:pPr>
            <w:r>
              <w:rPr>
                <w:sz w:val="19"/>
              </w:rPr>
              <w:t>Biblia colectiva, ceras y collage.</w:t>
            </w:r>
          </w:p>
        </w:tc>
        <w:tc>
          <w:tcPr>
            <w:tcW w:w="4099" w:type="dxa"/>
            <w:tcMar>
              <w:top w:w="100" w:type="dxa"/>
              <w:left w:w="130" w:type="dxa"/>
              <w:bottom w:w="100" w:type="dxa"/>
              <w:right w:w="130" w:type="dxa"/>
            </w:tcMar>
          </w:tcPr>
          <w:p w14:paraId="492ED33D" w14:textId="77777777" w:rsidR="00612663" w:rsidRDefault="00612663">
            <w:pPr>
              <w:spacing w:after="0"/>
            </w:pPr>
            <w:r>
              <w:rPr>
                <w:sz w:val="19"/>
              </w:rPr>
              <w:t>Aportar una página o elemento al libro común.</w:t>
            </w:r>
          </w:p>
        </w:tc>
      </w:tr>
    </w:tbl>
    <w:p w14:paraId="29F8464B" w14:textId="77777777" w:rsidR="00612663" w:rsidRDefault="00612663">
      <w:pPr>
        <w:keepNext/>
        <w:spacing w:before="80" w:after="60"/>
      </w:pPr>
      <w:r>
        <w:rPr>
          <w:b/>
          <w:color w:val="1F4D78"/>
          <w:sz w:val="23"/>
        </w:rPr>
        <w:t>Ficha</w:t>
      </w:r>
      <w:r>
        <w:rPr>
          <w:b/>
          <w:color w:val="687784"/>
          <w:sz w:val="20"/>
        </w:rPr>
        <w:t xml:space="preserve">  ·  12-15 min</w:t>
      </w:r>
    </w:p>
    <w:p w14:paraId="34AD84F0" w14:textId="77777777" w:rsidR="00612663" w:rsidRDefault="00612663">
      <w:pPr>
        <w:spacing w:after="100"/>
      </w:pPr>
      <w:r>
        <w:t>Dibujar en las páginas abiertas algo que Dios creó. Decorar únicamente el borde con pequeños trozos de papel dorado o gomets. Escuchar la explicación del niño sin corregir la representación.</w:t>
      </w:r>
    </w:p>
    <w:p w14:paraId="7FD1AEEB" w14:textId="77777777" w:rsidR="00612663" w:rsidRDefault="00612663">
      <w:pPr>
        <w:pStyle w:val="Ttulo2"/>
      </w:pPr>
      <w:r>
        <w:rPr>
          <w:rFonts w:ascii="Calibri" w:hAnsi="Calibri"/>
        </w:rPr>
        <w:t>Qué observar</w:t>
      </w:r>
    </w:p>
    <w:p w14:paraId="2A30755E" w14:textId="77777777" w:rsidR="00612663" w:rsidRDefault="00612663">
      <w:r>
        <w:t>Si reconoce la Biblia como un libro especial, la manipula con cuidado, recuerda algún elemento de la Creación, realiza un dibujo propio y participa en una producción colectiva.</w:t>
      </w:r>
    </w:p>
    <w:tbl>
      <w:tblPr>
        <w:tblW w:w="9749" w:type="dxa"/>
        <w:tblInd w:w="120" w:type="dxa"/>
        <w:tblLayout w:type="fixed"/>
        <w:tblLook w:val="04A0" w:firstRow="1" w:lastRow="0" w:firstColumn="1" w:lastColumn="0" w:noHBand="0" w:noVBand="1"/>
      </w:tblPr>
      <w:tblGrid>
        <w:gridCol w:w="9749"/>
      </w:tblGrid>
      <w:tr w:rsidR="00E46A9C" w14:paraId="230B00CB" w14:textId="77777777">
        <w:tc>
          <w:tcPr>
            <w:tcW w:w="9749" w:type="dxa"/>
            <w:shd w:val="clear" w:color="auto" w:fill="FFF4D8"/>
            <w:tcMar>
              <w:top w:w="100" w:type="dxa"/>
              <w:left w:w="130" w:type="dxa"/>
              <w:bottom w:w="100" w:type="dxa"/>
              <w:right w:w="130" w:type="dxa"/>
            </w:tcMar>
            <w:vAlign w:val="center"/>
          </w:tcPr>
          <w:p w14:paraId="201364B4" w14:textId="77777777" w:rsidR="00612663" w:rsidRDefault="00612663">
            <w:pPr>
              <w:spacing w:after="40" w:line="288" w:lineRule="auto"/>
            </w:pPr>
            <w:r>
              <w:rPr>
                <w:b/>
                <w:color w:val="1F4D78"/>
              </w:rPr>
              <w:t xml:space="preserve">Material permanente  </w:t>
            </w:r>
            <w:r>
              <w:t>La Biblia colectiva permanecerá en la Biblioteca y recibirá nuevas páginas con María, Navidad, la oveja perdida, Pascua y otros relatos del curso.</w:t>
            </w:r>
          </w:p>
        </w:tc>
      </w:tr>
    </w:tbl>
    <w:p w14:paraId="782A3672" w14:textId="77777777" w:rsidR="00612663" w:rsidRDefault="00612663">
      <w:pPr>
        <w:spacing w:after="40"/>
      </w:pPr>
    </w:p>
    <w:p w14:paraId="0677B74B" w14:textId="77777777" w:rsidR="00612663" w:rsidRDefault="00612663">
      <w:r>
        <w:br w:type="page"/>
      </w:r>
    </w:p>
    <w:p w14:paraId="39BF5FBC" w14:textId="77777777" w:rsidR="00612663" w:rsidRDefault="00612663">
      <w:pPr>
        <w:pStyle w:val="Ttulo1"/>
      </w:pPr>
      <w:r>
        <w:rPr>
          <w:rFonts w:ascii="Calibri" w:hAnsi="Calibri"/>
        </w:rPr>
        <w:lastRenderedPageBreak/>
        <w:t>4. Semana 2 · María será la mamá de Jesús</w:t>
      </w:r>
    </w:p>
    <w:p w14:paraId="7DC87E91" w14:textId="77777777" w:rsidR="00612663" w:rsidRDefault="00612663">
      <w:pPr>
        <w:keepNext/>
        <w:jc w:val="center"/>
      </w:pPr>
      <w:r>
        <w:rPr>
          <w:noProof/>
        </w:rPr>
        <w:drawing>
          <wp:inline distT="0" distB="0" distL="0" distR="0" wp14:anchorId="1D073F73" wp14:editId="3A19D2DA">
            <wp:extent cx="5257800" cy="3720308"/>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1e361532-d621-4288-bd13-580635ea6468.png"/>
                    <pic:cNvPicPr/>
                  </pic:nvPicPr>
                  <pic:blipFill>
                    <a:blip r:embed="rId15"/>
                    <a:stretch>
                      <a:fillRect/>
                    </a:stretch>
                  </pic:blipFill>
                  <pic:spPr>
                    <a:xfrm>
                      <a:off x="0" y="0"/>
                      <a:ext cx="5257800" cy="3720308"/>
                    </a:xfrm>
                    <a:prstGeom prst="rect">
                      <a:avLst/>
                    </a:prstGeom>
                  </pic:spPr>
                </pic:pic>
              </a:graphicData>
            </a:graphic>
          </wp:inline>
        </w:drawing>
      </w:r>
    </w:p>
    <w:p w14:paraId="0FAC87A0" w14:textId="77777777" w:rsidR="00612663" w:rsidRDefault="00612663">
      <w:pPr>
        <w:keepNext/>
        <w:spacing w:after="160"/>
        <w:jc w:val="center"/>
      </w:pPr>
      <w:r>
        <w:rPr>
          <w:i/>
          <w:color w:val="687784"/>
          <w:sz w:val="19"/>
        </w:rPr>
        <w:t>Ficha 8 · Dibuja flores para María y pega papel blanco en las alas del ángel</w:t>
      </w:r>
    </w:p>
    <w:tbl>
      <w:tblPr>
        <w:tblW w:w="9749" w:type="dxa"/>
        <w:tblInd w:w="120" w:type="dxa"/>
        <w:tblLayout w:type="fixed"/>
        <w:tblLook w:val="04A0" w:firstRow="1" w:lastRow="0" w:firstColumn="1" w:lastColumn="0" w:noHBand="0" w:noVBand="1"/>
      </w:tblPr>
      <w:tblGrid>
        <w:gridCol w:w="9749"/>
      </w:tblGrid>
      <w:tr w:rsidR="00E46A9C" w14:paraId="510EF490" w14:textId="77777777">
        <w:tc>
          <w:tcPr>
            <w:tcW w:w="9749" w:type="dxa"/>
            <w:shd w:val="clear" w:color="auto" w:fill="EAF4EE"/>
            <w:tcMar>
              <w:top w:w="100" w:type="dxa"/>
              <w:left w:w="130" w:type="dxa"/>
              <w:bottom w:w="100" w:type="dxa"/>
              <w:right w:w="130" w:type="dxa"/>
            </w:tcMar>
            <w:vAlign w:val="center"/>
          </w:tcPr>
          <w:p w14:paraId="68DBBDD8" w14:textId="77777777" w:rsidR="00612663" w:rsidRDefault="00612663">
            <w:pPr>
              <w:spacing w:after="40" w:line="288" w:lineRule="auto"/>
            </w:pPr>
            <w:r>
              <w:rPr>
                <w:b/>
                <w:color w:val="1F4D78"/>
              </w:rPr>
              <w:t xml:space="preserve">Aprendizaje  </w:t>
            </w:r>
            <w:r>
              <w:t>María escuchó el mensaje de Dios y respondió con confianza: dijo sí a ser la mamá de Jesús.</w:t>
            </w:r>
          </w:p>
        </w:tc>
      </w:tr>
    </w:tbl>
    <w:p w14:paraId="45C92422" w14:textId="77777777" w:rsidR="00612663" w:rsidRDefault="00612663">
      <w:pPr>
        <w:spacing w:after="40"/>
      </w:pPr>
    </w:p>
    <w:p w14:paraId="507C14CD" w14:textId="77777777" w:rsidR="00612663" w:rsidRDefault="00612663">
      <w:pPr>
        <w:pStyle w:val="Ttulo2"/>
      </w:pPr>
      <w:r>
        <w:rPr>
          <w:rFonts w:ascii="Calibri" w:hAnsi="Calibri"/>
        </w:rPr>
        <w:t>Preparación</w:t>
      </w:r>
    </w:p>
    <w:p w14:paraId="4336DE41" w14:textId="77777777" w:rsidR="00612663" w:rsidRDefault="00612663">
      <w:r>
        <w:t>Colocar a María de peluche dentro de una cesta o envuelta en una tela suave. Preparar una figura o imagen sencilla del ángel Gabriel, el panel de fieltro y las primeras piezas de los bolsillos. Para la ficha: papel blanco fino, pegamento y ceras gruesas.</w:t>
      </w:r>
    </w:p>
    <w:p w14:paraId="2AF93F07" w14:textId="77777777" w:rsidR="00612663" w:rsidRDefault="00612663">
      <w:pPr>
        <w:pStyle w:val="Ttulo2"/>
      </w:pPr>
      <w:r>
        <w:rPr>
          <w:rFonts w:ascii="Calibri" w:hAnsi="Calibri"/>
        </w:rPr>
        <w:t>Desarrollo orientativo</w:t>
      </w:r>
    </w:p>
    <w:p w14:paraId="36F3BA19" w14:textId="77777777" w:rsidR="00612663" w:rsidRDefault="00612663">
      <w:pPr>
        <w:keepNext/>
        <w:spacing w:before="80" w:after="60"/>
      </w:pPr>
      <w:r>
        <w:rPr>
          <w:b/>
          <w:color w:val="1F4D78"/>
          <w:sz w:val="23"/>
        </w:rPr>
        <w:t>Visita de María</w:t>
      </w:r>
      <w:r>
        <w:rPr>
          <w:b/>
          <w:color w:val="687784"/>
          <w:sz w:val="20"/>
        </w:rPr>
        <w:t xml:space="preserve">  ·  4-5 min</w:t>
      </w:r>
    </w:p>
    <w:p w14:paraId="3F3720A8" w14:textId="77777777" w:rsidR="00612663" w:rsidRDefault="00612663">
      <w:pPr>
        <w:spacing w:after="100"/>
      </w:pPr>
      <w:r>
        <w:t>Presentar la muñeca con calma y dejar que los niños la saluden. Explicar: «Ella es María. Dios la eligió para ser la mamá de Jesús».</w:t>
      </w:r>
    </w:p>
    <w:p w14:paraId="40ECA320" w14:textId="77777777" w:rsidR="00612663" w:rsidRDefault="00612663">
      <w:pPr>
        <w:keepNext/>
        <w:spacing w:before="80" w:after="60"/>
      </w:pPr>
      <w:r>
        <w:rPr>
          <w:b/>
          <w:color w:val="1F4D78"/>
          <w:sz w:val="23"/>
        </w:rPr>
        <w:t>Relato de la Anunciación</w:t>
      </w:r>
      <w:r>
        <w:rPr>
          <w:b/>
          <w:color w:val="687784"/>
          <w:sz w:val="20"/>
        </w:rPr>
        <w:t xml:space="preserve">  ·  7-9 min</w:t>
      </w:r>
    </w:p>
    <w:p w14:paraId="513AD126" w14:textId="77777777" w:rsidR="00612663" w:rsidRDefault="00612663">
      <w:pPr>
        <w:spacing w:after="100"/>
      </w:pPr>
      <w:r>
        <w:t>Narrar de forma breve: el ángel Gabriel visitó a María, le dijo que tendría un hijo llamado Jesús y María respondió sí. Evitar explicaciones abstractas; priorizar escuchar, confiar y acoger.</w:t>
      </w:r>
    </w:p>
    <w:p w14:paraId="5876866E" w14:textId="77777777" w:rsidR="00612663" w:rsidRDefault="00612663">
      <w:pPr>
        <w:keepNext/>
        <w:spacing w:before="80" w:after="60"/>
      </w:pPr>
      <w:r>
        <w:rPr>
          <w:b/>
          <w:color w:val="1F4D78"/>
          <w:sz w:val="23"/>
        </w:rPr>
        <w:t>Árbol y panel</w:t>
      </w:r>
      <w:r>
        <w:rPr>
          <w:b/>
          <w:color w:val="687784"/>
          <w:sz w:val="20"/>
        </w:rPr>
        <w:t xml:space="preserve">  ·  5 min</w:t>
      </w:r>
    </w:p>
    <w:p w14:paraId="56100BD1" w14:textId="77777777" w:rsidR="00612663" w:rsidRDefault="00612663">
      <w:pPr>
        <w:spacing w:after="100"/>
      </w:pPr>
      <w:r>
        <w:t>Abrir los bolsillos que contienen a María y al ángel. Colocar las piezas con velcro en el panel. Recordar: «Primero llegó el ángel; después María dijo sí».</w:t>
      </w:r>
    </w:p>
    <w:p w14:paraId="40A2334F" w14:textId="77777777" w:rsidR="00612663" w:rsidRDefault="00612663">
      <w:pPr>
        <w:keepNext/>
        <w:spacing w:before="80" w:after="60"/>
      </w:pPr>
      <w:r>
        <w:rPr>
          <w:b/>
          <w:color w:val="1F4D78"/>
          <w:sz w:val="23"/>
        </w:rPr>
        <w:lastRenderedPageBreak/>
        <w:t>Mensaje y oración</w:t>
      </w:r>
      <w:r>
        <w:rPr>
          <w:b/>
          <w:color w:val="687784"/>
          <w:sz w:val="20"/>
        </w:rPr>
        <w:t xml:space="preserve">  ·  2 min</w:t>
      </w:r>
    </w:p>
    <w:p w14:paraId="29972422" w14:textId="77777777" w:rsidR="00612663" w:rsidRDefault="00612663">
      <w:pPr>
        <w:spacing w:after="100"/>
      </w:pPr>
      <w:r>
        <w:t>«María escuchó y dijo sí». Repetir: «Gracias, María, por cuidar a Jesús».</w:t>
      </w:r>
    </w:p>
    <w:tbl>
      <w:tblPr>
        <w:tblW w:w="9749" w:type="dxa"/>
        <w:tblInd w:w="120" w:type="dxa"/>
        <w:tblLayout w:type="fixed"/>
        <w:tblLook w:val="04A0" w:firstRow="1" w:lastRow="0" w:firstColumn="1" w:lastColumn="0" w:noHBand="0" w:noVBand="1"/>
      </w:tblPr>
      <w:tblGrid>
        <w:gridCol w:w="2100"/>
        <w:gridCol w:w="3550"/>
        <w:gridCol w:w="4099"/>
      </w:tblGrid>
      <w:tr w:rsidR="00E46A9C" w14:paraId="5DA747CA" w14:textId="77777777">
        <w:trPr>
          <w:tblHeader/>
        </w:trPr>
        <w:tc>
          <w:tcPr>
            <w:tcW w:w="2100" w:type="dxa"/>
            <w:shd w:val="clear" w:color="auto" w:fill="E8EEF5"/>
            <w:tcMar>
              <w:top w:w="100" w:type="dxa"/>
              <w:left w:w="130" w:type="dxa"/>
              <w:bottom w:w="100" w:type="dxa"/>
              <w:right w:w="130" w:type="dxa"/>
            </w:tcMar>
            <w:vAlign w:val="center"/>
          </w:tcPr>
          <w:p w14:paraId="2651FC4D"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3248E88B"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320DFCC8" w14:textId="77777777" w:rsidR="00612663" w:rsidRDefault="00612663">
            <w:pPr>
              <w:jc w:val="center"/>
            </w:pPr>
            <w:r>
              <w:rPr>
                <w:b/>
                <w:color w:val="1F4D78"/>
                <w:sz w:val="20"/>
              </w:rPr>
              <w:t>Propuesta</w:t>
            </w:r>
          </w:p>
        </w:tc>
      </w:tr>
      <w:tr w:rsidR="00E46A9C" w14:paraId="0C046452" w14:textId="77777777">
        <w:tc>
          <w:tcPr>
            <w:tcW w:w="2100" w:type="dxa"/>
            <w:tcMar>
              <w:top w:w="100" w:type="dxa"/>
              <w:left w:w="130" w:type="dxa"/>
              <w:bottom w:w="100" w:type="dxa"/>
              <w:right w:w="130" w:type="dxa"/>
            </w:tcMar>
          </w:tcPr>
          <w:p w14:paraId="757A06FE"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656B2CB7" w14:textId="77777777" w:rsidR="00612663" w:rsidRDefault="00612663">
            <w:pPr>
              <w:spacing w:after="0"/>
            </w:pPr>
            <w:r>
              <w:rPr>
                <w:sz w:val="19"/>
              </w:rPr>
              <w:t>Biblias infantiles abiertas en la Anunciación.</w:t>
            </w:r>
          </w:p>
        </w:tc>
        <w:tc>
          <w:tcPr>
            <w:tcW w:w="4099" w:type="dxa"/>
            <w:tcMar>
              <w:top w:w="100" w:type="dxa"/>
              <w:left w:w="130" w:type="dxa"/>
              <w:bottom w:w="100" w:type="dxa"/>
              <w:right w:w="130" w:type="dxa"/>
            </w:tcMar>
          </w:tcPr>
          <w:p w14:paraId="5B9F5ECA" w14:textId="77777777" w:rsidR="00612663" w:rsidRDefault="00612663">
            <w:pPr>
              <w:spacing w:after="0"/>
            </w:pPr>
            <w:r>
              <w:rPr>
                <w:sz w:val="19"/>
              </w:rPr>
              <w:t>Observar y nombrar a María y al ángel.</w:t>
            </w:r>
          </w:p>
        </w:tc>
      </w:tr>
      <w:tr w:rsidR="00E46A9C" w14:paraId="0207E372" w14:textId="77777777">
        <w:tc>
          <w:tcPr>
            <w:tcW w:w="2100" w:type="dxa"/>
            <w:tcMar>
              <w:top w:w="100" w:type="dxa"/>
              <w:left w:w="130" w:type="dxa"/>
              <w:bottom w:w="100" w:type="dxa"/>
              <w:right w:w="130" w:type="dxa"/>
            </w:tcMar>
          </w:tcPr>
          <w:p w14:paraId="1F8957B6" w14:textId="77777777" w:rsidR="00612663" w:rsidRDefault="00612663">
            <w:pPr>
              <w:spacing w:after="0"/>
            </w:pPr>
            <w:r>
              <w:rPr>
                <w:b/>
                <w:color w:val="1F4D78"/>
                <w:sz w:val="19"/>
              </w:rPr>
              <w:t>Panel</w:t>
            </w:r>
          </w:p>
        </w:tc>
        <w:tc>
          <w:tcPr>
            <w:tcW w:w="3550" w:type="dxa"/>
            <w:tcMar>
              <w:top w:w="100" w:type="dxa"/>
              <w:left w:w="130" w:type="dxa"/>
              <w:bottom w:w="100" w:type="dxa"/>
              <w:right w:w="130" w:type="dxa"/>
            </w:tcMar>
          </w:tcPr>
          <w:p w14:paraId="72F6A440" w14:textId="77777777" w:rsidR="00612663" w:rsidRDefault="00612663">
            <w:pPr>
              <w:spacing w:after="0"/>
            </w:pPr>
            <w:r>
              <w:rPr>
                <w:sz w:val="19"/>
              </w:rPr>
              <w:t>Árbol de bolsillos, María y Gabriel.</w:t>
            </w:r>
          </w:p>
        </w:tc>
        <w:tc>
          <w:tcPr>
            <w:tcW w:w="4099" w:type="dxa"/>
            <w:tcMar>
              <w:top w:w="100" w:type="dxa"/>
              <w:left w:w="130" w:type="dxa"/>
              <w:bottom w:w="100" w:type="dxa"/>
              <w:right w:w="130" w:type="dxa"/>
            </w:tcMar>
          </w:tcPr>
          <w:p w14:paraId="7B0821DC" w14:textId="77777777" w:rsidR="00612663" w:rsidRDefault="00612663">
            <w:pPr>
              <w:spacing w:after="0"/>
            </w:pPr>
            <w:r>
              <w:rPr>
                <w:sz w:val="19"/>
              </w:rPr>
              <w:t>Descubrir y colocar las primeras piezas.</w:t>
            </w:r>
          </w:p>
        </w:tc>
      </w:tr>
      <w:tr w:rsidR="00E46A9C" w14:paraId="1AEB2F45" w14:textId="77777777">
        <w:tc>
          <w:tcPr>
            <w:tcW w:w="2100" w:type="dxa"/>
            <w:tcMar>
              <w:top w:w="100" w:type="dxa"/>
              <w:left w:w="130" w:type="dxa"/>
              <w:bottom w:w="100" w:type="dxa"/>
              <w:right w:w="130" w:type="dxa"/>
            </w:tcMar>
          </w:tcPr>
          <w:p w14:paraId="03AD3CE6"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2805E4AD" w14:textId="77777777" w:rsidR="00612663" w:rsidRDefault="00612663">
            <w:pPr>
              <w:spacing w:after="0"/>
            </w:pPr>
            <w:r>
              <w:rPr>
                <w:sz w:val="19"/>
              </w:rPr>
              <w:t>Tela azul, tela clara y María de peluche.</w:t>
            </w:r>
          </w:p>
        </w:tc>
        <w:tc>
          <w:tcPr>
            <w:tcW w:w="4099" w:type="dxa"/>
            <w:tcMar>
              <w:top w:w="100" w:type="dxa"/>
              <w:left w:w="130" w:type="dxa"/>
              <w:bottom w:w="100" w:type="dxa"/>
              <w:right w:w="130" w:type="dxa"/>
            </w:tcMar>
          </w:tcPr>
          <w:p w14:paraId="05229643" w14:textId="77777777" w:rsidR="00612663" w:rsidRDefault="00612663">
            <w:pPr>
              <w:spacing w:after="0"/>
            </w:pPr>
            <w:r>
              <w:rPr>
                <w:sz w:val="19"/>
              </w:rPr>
              <w:t>Representar saludo, escucha y cuidado sin texto memorizado.</w:t>
            </w:r>
          </w:p>
        </w:tc>
      </w:tr>
      <w:tr w:rsidR="00E46A9C" w14:paraId="63D2E115" w14:textId="77777777">
        <w:tc>
          <w:tcPr>
            <w:tcW w:w="2100" w:type="dxa"/>
            <w:tcMar>
              <w:top w:w="100" w:type="dxa"/>
              <w:left w:w="130" w:type="dxa"/>
              <w:bottom w:w="100" w:type="dxa"/>
              <w:right w:w="130" w:type="dxa"/>
            </w:tcMar>
          </w:tcPr>
          <w:p w14:paraId="4B811842"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328C8849" w14:textId="77777777" w:rsidR="00612663" w:rsidRDefault="00612663">
            <w:pPr>
              <w:spacing w:after="0"/>
            </w:pPr>
            <w:r>
              <w:rPr>
                <w:sz w:val="19"/>
              </w:rPr>
              <w:t>Papel blanco y ceras.</w:t>
            </w:r>
          </w:p>
        </w:tc>
        <w:tc>
          <w:tcPr>
            <w:tcW w:w="4099" w:type="dxa"/>
            <w:tcMar>
              <w:top w:w="100" w:type="dxa"/>
              <w:left w:w="130" w:type="dxa"/>
              <w:bottom w:w="100" w:type="dxa"/>
              <w:right w:w="130" w:type="dxa"/>
            </w:tcMar>
          </w:tcPr>
          <w:p w14:paraId="545534AE" w14:textId="77777777" w:rsidR="00612663" w:rsidRDefault="00612663">
            <w:pPr>
              <w:spacing w:after="0"/>
            </w:pPr>
            <w:r>
              <w:rPr>
                <w:sz w:val="19"/>
              </w:rPr>
              <w:t>Explorar rasgado y creación libre de flores.</w:t>
            </w:r>
          </w:p>
        </w:tc>
      </w:tr>
    </w:tbl>
    <w:p w14:paraId="2C11D5B8" w14:textId="77777777" w:rsidR="00612663" w:rsidRDefault="00612663">
      <w:pPr>
        <w:keepNext/>
        <w:spacing w:before="80" w:after="60"/>
      </w:pPr>
      <w:r>
        <w:rPr>
          <w:b/>
          <w:color w:val="1F4D78"/>
          <w:sz w:val="23"/>
        </w:rPr>
        <w:t>Ficha</w:t>
      </w:r>
      <w:r>
        <w:rPr>
          <w:b/>
          <w:color w:val="687784"/>
          <w:sz w:val="20"/>
        </w:rPr>
        <w:t xml:space="preserve">  ·  15 min</w:t>
      </w:r>
    </w:p>
    <w:p w14:paraId="4340CDAF" w14:textId="77777777" w:rsidR="00612663" w:rsidRDefault="00612663">
      <w:pPr>
        <w:spacing w:after="100"/>
      </w:pPr>
      <w:r>
        <w:t>Pegar pequeños trozos de papel blanco en las grandes alas del ángel y dibujar flores para María en el espacio libre. Evitar flores-modelo que todos deban copiar.</w:t>
      </w:r>
    </w:p>
    <w:p w14:paraId="281F843F" w14:textId="77777777" w:rsidR="00612663" w:rsidRDefault="00612663">
      <w:pPr>
        <w:pStyle w:val="Ttulo2"/>
      </w:pPr>
      <w:r>
        <w:rPr>
          <w:rFonts w:ascii="Calibri" w:hAnsi="Calibri"/>
        </w:rPr>
        <w:t>Qué observar</w:t>
      </w:r>
    </w:p>
    <w:p w14:paraId="5C213E46" w14:textId="77777777" w:rsidR="00612663" w:rsidRDefault="00612663">
      <w:r>
        <w:t>Si identifica a María y al ángel, escucha una narración breve, participa en la secuencia, rasga y pega según sus posibilidades y añade flores dibujadas libremente.</w:t>
      </w:r>
    </w:p>
    <w:p w14:paraId="025EF806" w14:textId="77777777" w:rsidR="00612663" w:rsidRDefault="00612663">
      <w:r>
        <w:br w:type="page"/>
      </w:r>
    </w:p>
    <w:p w14:paraId="105DA392" w14:textId="77777777" w:rsidR="00612663" w:rsidRDefault="00612663">
      <w:pPr>
        <w:pStyle w:val="Ttulo1"/>
      </w:pPr>
      <w:r>
        <w:rPr>
          <w:rFonts w:ascii="Calibri" w:hAnsi="Calibri"/>
        </w:rPr>
        <w:lastRenderedPageBreak/>
        <w:t>5. Semana 3 · Esperamos a Jesús</w:t>
      </w:r>
    </w:p>
    <w:p w14:paraId="7358E404" w14:textId="77777777" w:rsidR="00612663" w:rsidRDefault="00612663">
      <w:pPr>
        <w:keepNext/>
        <w:jc w:val="center"/>
      </w:pPr>
      <w:r>
        <w:rPr>
          <w:noProof/>
        </w:rPr>
        <w:drawing>
          <wp:inline distT="0" distB="0" distL="0" distR="0" wp14:anchorId="0BBAD841" wp14:editId="1A06EE09">
            <wp:extent cx="5257800" cy="3720308"/>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dbc45a01-5035-4ec7-b8fd-2080587ca272.png"/>
                    <pic:cNvPicPr/>
                  </pic:nvPicPr>
                  <pic:blipFill>
                    <a:blip r:embed="rId16"/>
                    <a:stretch>
                      <a:fillRect/>
                    </a:stretch>
                  </pic:blipFill>
                  <pic:spPr>
                    <a:xfrm>
                      <a:off x="0" y="0"/>
                      <a:ext cx="5257800" cy="3720308"/>
                    </a:xfrm>
                    <a:prstGeom prst="rect">
                      <a:avLst/>
                    </a:prstGeom>
                  </pic:spPr>
                </pic:pic>
              </a:graphicData>
            </a:graphic>
          </wp:inline>
        </w:drawing>
      </w:r>
    </w:p>
    <w:p w14:paraId="34306557" w14:textId="77777777" w:rsidR="00612663" w:rsidRDefault="00612663">
      <w:pPr>
        <w:keepNext/>
        <w:spacing w:after="160"/>
        <w:jc w:val="center"/>
      </w:pPr>
      <w:r>
        <w:rPr>
          <w:i/>
          <w:color w:val="687784"/>
          <w:sz w:val="19"/>
        </w:rPr>
        <w:t>Ficha 9 · Pega papel verde, enciende las velas con huellas y dibuja para Jesús</w:t>
      </w:r>
    </w:p>
    <w:tbl>
      <w:tblPr>
        <w:tblW w:w="9749" w:type="dxa"/>
        <w:tblInd w:w="120" w:type="dxa"/>
        <w:tblLayout w:type="fixed"/>
        <w:tblLook w:val="04A0" w:firstRow="1" w:lastRow="0" w:firstColumn="1" w:lastColumn="0" w:noHBand="0" w:noVBand="1"/>
      </w:tblPr>
      <w:tblGrid>
        <w:gridCol w:w="9749"/>
      </w:tblGrid>
      <w:tr w:rsidR="00E46A9C" w14:paraId="589FC3EA" w14:textId="77777777">
        <w:tc>
          <w:tcPr>
            <w:tcW w:w="9749" w:type="dxa"/>
            <w:shd w:val="clear" w:color="auto" w:fill="EAF4EE"/>
            <w:tcMar>
              <w:top w:w="100" w:type="dxa"/>
              <w:left w:w="130" w:type="dxa"/>
              <w:bottom w:w="100" w:type="dxa"/>
              <w:right w:w="130" w:type="dxa"/>
            </w:tcMar>
            <w:vAlign w:val="center"/>
          </w:tcPr>
          <w:p w14:paraId="3FAC860F" w14:textId="77777777" w:rsidR="00612663" w:rsidRDefault="00612663">
            <w:pPr>
              <w:spacing w:after="40" w:line="288" w:lineRule="auto"/>
            </w:pPr>
            <w:r>
              <w:rPr>
                <w:b/>
                <w:color w:val="1F4D78"/>
              </w:rPr>
              <w:t xml:space="preserve">Aprendizaje  </w:t>
            </w:r>
            <w:r>
              <w:t>Adviento significa esperar y preparar la llegada de Jesús. Cada nueva luz nos recuerda que falta un poquito menos.</w:t>
            </w:r>
          </w:p>
        </w:tc>
      </w:tr>
    </w:tbl>
    <w:p w14:paraId="042BD961" w14:textId="77777777" w:rsidR="00612663" w:rsidRDefault="00612663">
      <w:pPr>
        <w:spacing w:after="40"/>
      </w:pPr>
    </w:p>
    <w:p w14:paraId="213F0AE6" w14:textId="77777777" w:rsidR="00612663" w:rsidRDefault="00612663">
      <w:pPr>
        <w:pStyle w:val="Ttulo2"/>
      </w:pPr>
      <w:r>
        <w:rPr>
          <w:rFonts w:ascii="Calibri" w:hAnsi="Calibri"/>
        </w:rPr>
        <w:t>Preparación</w:t>
      </w:r>
    </w:p>
    <w:p w14:paraId="0A91D6ED" w14:textId="77777777" w:rsidR="00612663" w:rsidRDefault="00612663">
      <w:r>
        <w:t>Preparar la corona del aula con cuatro velas LED. Comprobar las pilas antes de la sesión. Mantener visibles las piezas ya colocadas en el panel y distribuir en los bolsillos los personajes o elementos que se descubrirán ese día. Para la ficha: papel verde, pegamento, pintura amarilla y ceras.</w:t>
      </w:r>
    </w:p>
    <w:p w14:paraId="17EEEC83" w14:textId="77777777" w:rsidR="00612663" w:rsidRDefault="00612663">
      <w:pPr>
        <w:pStyle w:val="Ttulo2"/>
      </w:pPr>
      <w:r>
        <w:rPr>
          <w:rFonts w:ascii="Calibri" w:hAnsi="Calibri"/>
        </w:rPr>
        <w:t>Desarrollo orientativo</w:t>
      </w:r>
    </w:p>
    <w:p w14:paraId="43F409B9" w14:textId="77777777" w:rsidR="00612663" w:rsidRDefault="00612663">
      <w:pPr>
        <w:keepNext/>
        <w:spacing w:before="80" w:after="60"/>
      </w:pPr>
      <w:r>
        <w:rPr>
          <w:b/>
          <w:color w:val="1F4D78"/>
          <w:sz w:val="23"/>
        </w:rPr>
        <w:t>Ritual de luz</w:t>
      </w:r>
      <w:r>
        <w:rPr>
          <w:b/>
          <w:color w:val="687784"/>
          <w:sz w:val="20"/>
        </w:rPr>
        <w:t xml:space="preserve">  ·  5 min</w:t>
      </w:r>
    </w:p>
    <w:p w14:paraId="0425D787" w14:textId="77777777" w:rsidR="00612663" w:rsidRDefault="00612663">
      <w:pPr>
        <w:spacing w:after="100"/>
      </w:pPr>
      <w:r>
        <w:t>Observar las velas apagadas, encender la que corresponda y contar. Decir juntos: «Una luz más; falta un poquito menos para que nazca Jesús».</w:t>
      </w:r>
    </w:p>
    <w:p w14:paraId="3AC9F6F0" w14:textId="77777777" w:rsidR="00612663" w:rsidRDefault="00612663">
      <w:pPr>
        <w:keepNext/>
        <w:spacing w:before="80" w:after="60"/>
      </w:pPr>
      <w:r>
        <w:rPr>
          <w:b/>
          <w:color w:val="1F4D78"/>
          <w:sz w:val="23"/>
        </w:rPr>
        <w:t>El panel crece</w:t>
      </w:r>
      <w:r>
        <w:rPr>
          <w:b/>
          <w:color w:val="687784"/>
          <w:sz w:val="20"/>
        </w:rPr>
        <w:t xml:space="preserve">  ·  6-8 min</w:t>
      </w:r>
    </w:p>
    <w:p w14:paraId="7113250F" w14:textId="77777777" w:rsidR="00612663" w:rsidRDefault="00612663">
      <w:pPr>
        <w:spacing w:after="100"/>
      </w:pPr>
      <w:r>
        <w:t>Abrir varios bolsillos y colocar sus piezas en el panel. Nombrar lo que aparece y utilizar «primero», «después» y «todavía falta». Los números del árbol no obligan a una apertura diaria.</w:t>
      </w:r>
    </w:p>
    <w:p w14:paraId="0681A26B" w14:textId="77777777" w:rsidR="00612663" w:rsidRDefault="00612663">
      <w:pPr>
        <w:keepNext/>
        <w:spacing w:before="80" w:after="60"/>
      </w:pPr>
      <w:r>
        <w:rPr>
          <w:b/>
          <w:color w:val="1F4D78"/>
          <w:sz w:val="23"/>
        </w:rPr>
        <w:t>Conversación</w:t>
      </w:r>
      <w:r>
        <w:rPr>
          <w:b/>
          <w:color w:val="687784"/>
          <w:sz w:val="20"/>
        </w:rPr>
        <w:t xml:space="preserve">  ·  4-5 min</w:t>
      </w:r>
    </w:p>
    <w:p w14:paraId="3640A0FD" w14:textId="77777777" w:rsidR="00612663" w:rsidRDefault="00612663">
      <w:pPr>
        <w:spacing w:after="100"/>
      </w:pPr>
      <w:r>
        <w:t>Preguntar qué cosas bonitas podemos hacer mientras esperamos: ayudar, compartir, abrazar, recoger o cuidar. Aceptar respuestas mediante palabras, gestos o ejemplos.</w:t>
      </w:r>
    </w:p>
    <w:p w14:paraId="686CD3A3" w14:textId="77777777" w:rsidR="00612663" w:rsidRDefault="00612663">
      <w:pPr>
        <w:keepNext/>
        <w:spacing w:before="80" w:after="60"/>
      </w:pPr>
      <w:r>
        <w:rPr>
          <w:b/>
          <w:color w:val="1F4D78"/>
          <w:sz w:val="23"/>
        </w:rPr>
        <w:lastRenderedPageBreak/>
        <w:t>Oración</w:t>
      </w:r>
      <w:r>
        <w:rPr>
          <w:b/>
          <w:color w:val="687784"/>
          <w:sz w:val="20"/>
        </w:rPr>
        <w:t xml:space="preserve">  ·  1-2 min</w:t>
      </w:r>
    </w:p>
    <w:p w14:paraId="32000A3A" w14:textId="77777777" w:rsidR="00612663" w:rsidRDefault="00612663">
      <w:pPr>
        <w:spacing w:after="100"/>
      </w:pPr>
      <w:r>
        <w:t>«Jesús, te esperamos con alegría. Ayúdanos a preparar nuestro corazón».</w:t>
      </w:r>
    </w:p>
    <w:tbl>
      <w:tblPr>
        <w:tblW w:w="9749" w:type="dxa"/>
        <w:tblInd w:w="120" w:type="dxa"/>
        <w:tblLayout w:type="fixed"/>
        <w:tblLook w:val="04A0" w:firstRow="1" w:lastRow="0" w:firstColumn="1" w:lastColumn="0" w:noHBand="0" w:noVBand="1"/>
      </w:tblPr>
      <w:tblGrid>
        <w:gridCol w:w="2100"/>
        <w:gridCol w:w="3550"/>
        <w:gridCol w:w="4099"/>
      </w:tblGrid>
      <w:tr w:rsidR="00E46A9C" w14:paraId="40099CDF" w14:textId="77777777">
        <w:trPr>
          <w:tblHeader/>
        </w:trPr>
        <w:tc>
          <w:tcPr>
            <w:tcW w:w="2100" w:type="dxa"/>
            <w:shd w:val="clear" w:color="auto" w:fill="E8EEF5"/>
            <w:tcMar>
              <w:top w:w="100" w:type="dxa"/>
              <w:left w:w="130" w:type="dxa"/>
              <w:bottom w:w="100" w:type="dxa"/>
              <w:right w:w="130" w:type="dxa"/>
            </w:tcMar>
            <w:vAlign w:val="center"/>
          </w:tcPr>
          <w:p w14:paraId="46953022"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646452C1"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7C79E1C" w14:textId="77777777" w:rsidR="00612663" w:rsidRDefault="00612663">
            <w:pPr>
              <w:jc w:val="center"/>
            </w:pPr>
            <w:r>
              <w:rPr>
                <w:b/>
                <w:color w:val="1F4D78"/>
                <w:sz w:val="20"/>
              </w:rPr>
              <w:t>Propuesta</w:t>
            </w:r>
          </w:p>
        </w:tc>
      </w:tr>
      <w:tr w:rsidR="00E46A9C" w14:paraId="11771F6B" w14:textId="77777777">
        <w:tc>
          <w:tcPr>
            <w:tcW w:w="2100" w:type="dxa"/>
            <w:tcMar>
              <w:top w:w="100" w:type="dxa"/>
              <w:left w:w="130" w:type="dxa"/>
              <w:bottom w:w="100" w:type="dxa"/>
              <w:right w:w="130" w:type="dxa"/>
            </w:tcMar>
          </w:tcPr>
          <w:p w14:paraId="4BD3E4DD" w14:textId="77777777" w:rsidR="00612663" w:rsidRDefault="00612663">
            <w:pPr>
              <w:spacing w:after="0"/>
            </w:pPr>
            <w:r>
              <w:rPr>
                <w:b/>
                <w:color w:val="1F4D78"/>
                <w:sz w:val="19"/>
              </w:rPr>
              <w:t>Luz / calma</w:t>
            </w:r>
          </w:p>
        </w:tc>
        <w:tc>
          <w:tcPr>
            <w:tcW w:w="3550" w:type="dxa"/>
            <w:tcMar>
              <w:top w:w="100" w:type="dxa"/>
              <w:left w:w="130" w:type="dxa"/>
              <w:bottom w:w="100" w:type="dxa"/>
              <w:right w:w="130" w:type="dxa"/>
            </w:tcMar>
          </w:tcPr>
          <w:p w14:paraId="1AFFC190" w14:textId="77777777" w:rsidR="00612663" w:rsidRDefault="00612663">
            <w:pPr>
              <w:spacing w:after="0"/>
            </w:pPr>
            <w:r>
              <w:rPr>
                <w:sz w:val="19"/>
              </w:rPr>
              <w:t>Corona y velas LED.</w:t>
            </w:r>
          </w:p>
        </w:tc>
        <w:tc>
          <w:tcPr>
            <w:tcW w:w="4099" w:type="dxa"/>
            <w:tcMar>
              <w:top w:w="100" w:type="dxa"/>
              <w:left w:w="130" w:type="dxa"/>
              <w:bottom w:w="100" w:type="dxa"/>
              <w:right w:w="130" w:type="dxa"/>
            </w:tcMar>
          </w:tcPr>
          <w:p w14:paraId="60B16B88" w14:textId="77777777" w:rsidR="00612663" w:rsidRDefault="00612663">
            <w:pPr>
              <w:spacing w:after="0"/>
            </w:pPr>
            <w:r>
              <w:rPr>
                <w:sz w:val="19"/>
              </w:rPr>
              <w:t>Encender, contar, observar y guardar un breve silencio.</w:t>
            </w:r>
          </w:p>
        </w:tc>
      </w:tr>
      <w:tr w:rsidR="00E46A9C" w14:paraId="66DA2197" w14:textId="77777777">
        <w:tc>
          <w:tcPr>
            <w:tcW w:w="2100" w:type="dxa"/>
            <w:tcMar>
              <w:top w:w="100" w:type="dxa"/>
              <w:left w:w="130" w:type="dxa"/>
              <w:bottom w:w="100" w:type="dxa"/>
              <w:right w:w="130" w:type="dxa"/>
            </w:tcMar>
          </w:tcPr>
          <w:p w14:paraId="21FD0BA3" w14:textId="77777777" w:rsidR="00612663" w:rsidRDefault="00612663">
            <w:pPr>
              <w:spacing w:after="0"/>
            </w:pPr>
            <w:r>
              <w:rPr>
                <w:b/>
                <w:color w:val="1F4D78"/>
                <w:sz w:val="19"/>
              </w:rPr>
              <w:t>Panel</w:t>
            </w:r>
          </w:p>
        </w:tc>
        <w:tc>
          <w:tcPr>
            <w:tcW w:w="3550" w:type="dxa"/>
            <w:tcMar>
              <w:top w:w="100" w:type="dxa"/>
              <w:left w:w="130" w:type="dxa"/>
              <w:bottom w:w="100" w:type="dxa"/>
              <w:right w:w="130" w:type="dxa"/>
            </w:tcMar>
          </w:tcPr>
          <w:p w14:paraId="03B435CC" w14:textId="77777777" w:rsidR="00612663" w:rsidRDefault="00612663">
            <w:pPr>
              <w:spacing w:after="0"/>
            </w:pPr>
            <w:r>
              <w:rPr>
                <w:sz w:val="19"/>
              </w:rPr>
              <w:t>Árbol de bolsillos y belén de fieltro.</w:t>
            </w:r>
          </w:p>
        </w:tc>
        <w:tc>
          <w:tcPr>
            <w:tcW w:w="4099" w:type="dxa"/>
            <w:tcMar>
              <w:top w:w="100" w:type="dxa"/>
              <w:left w:w="130" w:type="dxa"/>
              <w:bottom w:w="100" w:type="dxa"/>
              <w:right w:w="130" w:type="dxa"/>
            </w:tcMar>
          </w:tcPr>
          <w:p w14:paraId="338094D3" w14:textId="77777777" w:rsidR="00612663" w:rsidRDefault="00612663">
            <w:pPr>
              <w:spacing w:after="0"/>
            </w:pPr>
            <w:r>
              <w:rPr>
                <w:sz w:val="19"/>
              </w:rPr>
              <w:t>Descubrir piezas y ampliar la escena.</w:t>
            </w:r>
          </w:p>
        </w:tc>
      </w:tr>
      <w:tr w:rsidR="00E46A9C" w14:paraId="3A085E19" w14:textId="77777777">
        <w:tc>
          <w:tcPr>
            <w:tcW w:w="2100" w:type="dxa"/>
            <w:tcMar>
              <w:top w:w="100" w:type="dxa"/>
              <w:left w:w="130" w:type="dxa"/>
              <w:bottom w:w="100" w:type="dxa"/>
              <w:right w:w="130" w:type="dxa"/>
            </w:tcMar>
          </w:tcPr>
          <w:p w14:paraId="59478DDF"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291A930F" w14:textId="77777777" w:rsidR="00612663" w:rsidRDefault="00612663">
            <w:pPr>
              <w:spacing w:after="0"/>
            </w:pPr>
            <w:r>
              <w:rPr>
                <w:sz w:val="19"/>
              </w:rPr>
              <w:t>Cuatro velas o tarjetas y números 1-4.</w:t>
            </w:r>
          </w:p>
        </w:tc>
        <w:tc>
          <w:tcPr>
            <w:tcW w:w="4099" w:type="dxa"/>
            <w:tcMar>
              <w:top w:w="100" w:type="dxa"/>
              <w:left w:w="130" w:type="dxa"/>
              <w:bottom w:w="100" w:type="dxa"/>
              <w:right w:w="130" w:type="dxa"/>
            </w:tcMar>
          </w:tcPr>
          <w:p w14:paraId="7B886144" w14:textId="77777777" w:rsidR="00612663" w:rsidRDefault="00612663">
            <w:pPr>
              <w:spacing w:after="0"/>
            </w:pPr>
            <w:r>
              <w:rPr>
                <w:sz w:val="19"/>
              </w:rPr>
              <w:t>Relacionar cantidad y orden con apoyo.</w:t>
            </w:r>
          </w:p>
        </w:tc>
      </w:tr>
      <w:tr w:rsidR="00E46A9C" w14:paraId="5FE29DFC" w14:textId="77777777">
        <w:tc>
          <w:tcPr>
            <w:tcW w:w="2100" w:type="dxa"/>
            <w:tcMar>
              <w:top w:w="100" w:type="dxa"/>
              <w:left w:w="130" w:type="dxa"/>
              <w:bottom w:w="100" w:type="dxa"/>
              <w:right w:w="130" w:type="dxa"/>
            </w:tcMar>
          </w:tcPr>
          <w:p w14:paraId="6E0EAA3D"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43A5D91A" w14:textId="77777777" w:rsidR="00612663" w:rsidRDefault="00612663">
            <w:pPr>
              <w:spacing w:after="0"/>
            </w:pPr>
            <w:r>
              <w:rPr>
                <w:sz w:val="19"/>
              </w:rPr>
              <w:t>Papel verde, plastilina y elementos abiertos.</w:t>
            </w:r>
          </w:p>
        </w:tc>
        <w:tc>
          <w:tcPr>
            <w:tcW w:w="4099" w:type="dxa"/>
            <w:tcMar>
              <w:top w:w="100" w:type="dxa"/>
              <w:left w:w="130" w:type="dxa"/>
              <w:bottom w:w="100" w:type="dxa"/>
              <w:right w:w="130" w:type="dxa"/>
            </w:tcMar>
          </w:tcPr>
          <w:p w14:paraId="4C86867F" w14:textId="77777777" w:rsidR="00612663" w:rsidRDefault="00612663">
            <w:pPr>
              <w:spacing w:after="0"/>
            </w:pPr>
            <w:r>
              <w:rPr>
                <w:sz w:val="19"/>
              </w:rPr>
              <w:t>Construir coronas o caminos de espera.</w:t>
            </w:r>
          </w:p>
        </w:tc>
      </w:tr>
    </w:tbl>
    <w:p w14:paraId="13D3C350" w14:textId="77777777" w:rsidR="00612663" w:rsidRDefault="00612663">
      <w:pPr>
        <w:keepNext/>
        <w:spacing w:before="80" w:after="60"/>
      </w:pPr>
      <w:r>
        <w:rPr>
          <w:b/>
          <w:color w:val="1F4D78"/>
          <w:sz w:val="23"/>
        </w:rPr>
        <w:t>Ficha</w:t>
      </w:r>
      <w:r>
        <w:rPr>
          <w:b/>
          <w:color w:val="687784"/>
          <w:sz w:val="20"/>
        </w:rPr>
        <w:t xml:space="preserve">  ·  15-20 min</w:t>
      </w:r>
    </w:p>
    <w:p w14:paraId="3DF883B8" w14:textId="77777777" w:rsidR="00612663" w:rsidRDefault="00612663">
      <w:pPr>
        <w:spacing w:after="100"/>
      </w:pPr>
      <w:r>
        <w:t>Pegar papel verde rasgado o pequeñas bolitas de papel en la corona. Crear las cuatro llamas con huellas amarillas y dibujar en el centro algo bonito para Jesús. Si el dibujo de la acción resulta difícil, aceptar trazos y escuchar lo que el niño explica.</w:t>
      </w:r>
    </w:p>
    <w:p w14:paraId="01E1F168" w14:textId="77777777" w:rsidR="00612663" w:rsidRDefault="00612663">
      <w:pPr>
        <w:pStyle w:val="Ttulo2"/>
      </w:pPr>
      <w:r>
        <w:rPr>
          <w:rFonts w:ascii="Calibri" w:hAnsi="Calibri"/>
        </w:rPr>
        <w:t>Qué observar</w:t>
      </w:r>
    </w:p>
    <w:p w14:paraId="53F6C1CD" w14:textId="77777777" w:rsidR="00612663" w:rsidRDefault="00612663">
      <w:r>
        <w:t>Si percibe que cada semana aparece una luz o pieza nueva, utiliza algún término temporal, reconoce una acción de preparación y combina collage, huella y dibujo.</w:t>
      </w:r>
    </w:p>
    <w:tbl>
      <w:tblPr>
        <w:tblW w:w="9749" w:type="dxa"/>
        <w:tblInd w:w="120" w:type="dxa"/>
        <w:tblLayout w:type="fixed"/>
        <w:tblLook w:val="04A0" w:firstRow="1" w:lastRow="0" w:firstColumn="1" w:lastColumn="0" w:noHBand="0" w:noVBand="1"/>
      </w:tblPr>
      <w:tblGrid>
        <w:gridCol w:w="9749"/>
      </w:tblGrid>
      <w:tr w:rsidR="00E46A9C" w14:paraId="0AF8AB8D" w14:textId="77777777">
        <w:tc>
          <w:tcPr>
            <w:tcW w:w="9749" w:type="dxa"/>
            <w:shd w:val="clear" w:color="auto" w:fill="FFF4D8"/>
            <w:tcMar>
              <w:top w:w="100" w:type="dxa"/>
              <w:left w:w="130" w:type="dxa"/>
              <w:bottom w:w="100" w:type="dxa"/>
              <w:right w:w="130" w:type="dxa"/>
            </w:tcMar>
            <w:vAlign w:val="center"/>
          </w:tcPr>
          <w:p w14:paraId="3C75B6F5" w14:textId="77777777" w:rsidR="00612663" w:rsidRDefault="00612663">
            <w:pPr>
              <w:spacing w:after="40" w:line="288" w:lineRule="auto"/>
            </w:pPr>
            <w:r>
              <w:rPr>
                <w:b/>
                <w:color w:val="1F4D78"/>
              </w:rPr>
              <w:t xml:space="preserve">Expectativa realista  </w:t>
            </w:r>
            <w:r>
              <w:t>No se evalúa que comprenda la duración de cuatro semanas. Se busca que viva una sucesión concreta: esperamos, añadimos una luz, el relato crece y finalmente llega Navidad.</w:t>
            </w:r>
          </w:p>
        </w:tc>
      </w:tr>
    </w:tbl>
    <w:p w14:paraId="00D9EBD6" w14:textId="77777777" w:rsidR="00612663" w:rsidRDefault="00612663">
      <w:pPr>
        <w:spacing w:after="40"/>
      </w:pPr>
    </w:p>
    <w:p w14:paraId="43391947" w14:textId="77777777" w:rsidR="00612663" w:rsidRDefault="00612663">
      <w:r>
        <w:br w:type="page"/>
      </w:r>
    </w:p>
    <w:p w14:paraId="008B9CE7" w14:textId="77777777" w:rsidR="00612663" w:rsidRDefault="00612663">
      <w:pPr>
        <w:pStyle w:val="Ttulo1"/>
      </w:pPr>
      <w:r>
        <w:rPr>
          <w:rFonts w:ascii="Calibri" w:hAnsi="Calibri"/>
        </w:rPr>
        <w:lastRenderedPageBreak/>
        <w:t>6. Semana 4 · Ha nacido Jesús</w:t>
      </w:r>
    </w:p>
    <w:p w14:paraId="070EFC46" w14:textId="77777777" w:rsidR="00612663" w:rsidRDefault="00612663">
      <w:pPr>
        <w:keepNext/>
        <w:jc w:val="center"/>
      </w:pPr>
      <w:r>
        <w:rPr>
          <w:noProof/>
        </w:rPr>
        <w:drawing>
          <wp:inline distT="0" distB="0" distL="0" distR="0" wp14:anchorId="16E6A07F" wp14:editId="28A7D7B8">
            <wp:extent cx="5257800" cy="3720308"/>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14a65940-7737-400b-9659-a8ec694d55db.png"/>
                    <pic:cNvPicPr/>
                  </pic:nvPicPr>
                  <pic:blipFill>
                    <a:blip r:embed="rId17"/>
                    <a:stretch>
                      <a:fillRect/>
                    </a:stretch>
                  </pic:blipFill>
                  <pic:spPr>
                    <a:xfrm>
                      <a:off x="0" y="0"/>
                      <a:ext cx="5257800" cy="3720308"/>
                    </a:xfrm>
                    <a:prstGeom prst="rect">
                      <a:avLst/>
                    </a:prstGeom>
                  </pic:spPr>
                </pic:pic>
              </a:graphicData>
            </a:graphic>
          </wp:inline>
        </w:drawing>
      </w:r>
    </w:p>
    <w:p w14:paraId="64F0BF4D" w14:textId="77777777" w:rsidR="00612663" w:rsidRDefault="00612663">
      <w:pPr>
        <w:keepNext/>
        <w:spacing w:after="160"/>
        <w:jc w:val="center"/>
      </w:pPr>
      <w:r>
        <w:rPr>
          <w:i/>
          <w:color w:val="687784"/>
          <w:sz w:val="19"/>
        </w:rPr>
        <w:t>Ficha 10 · Pega papel amarillo, gomets de estrellas y dibuja un regalo para Jesús</w:t>
      </w:r>
    </w:p>
    <w:tbl>
      <w:tblPr>
        <w:tblW w:w="9749" w:type="dxa"/>
        <w:tblInd w:w="120" w:type="dxa"/>
        <w:tblLayout w:type="fixed"/>
        <w:tblLook w:val="04A0" w:firstRow="1" w:lastRow="0" w:firstColumn="1" w:lastColumn="0" w:noHBand="0" w:noVBand="1"/>
      </w:tblPr>
      <w:tblGrid>
        <w:gridCol w:w="9749"/>
      </w:tblGrid>
      <w:tr w:rsidR="00E46A9C" w14:paraId="15EE9FA5" w14:textId="77777777">
        <w:tc>
          <w:tcPr>
            <w:tcW w:w="9749" w:type="dxa"/>
            <w:shd w:val="clear" w:color="auto" w:fill="EAF4EE"/>
            <w:tcMar>
              <w:top w:w="100" w:type="dxa"/>
              <w:left w:w="130" w:type="dxa"/>
              <w:bottom w:w="100" w:type="dxa"/>
              <w:right w:w="130" w:type="dxa"/>
            </w:tcMar>
            <w:vAlign w:val="center"/>
          </w:tcPr>
          <w:p w14:paraId="02E7E952" w14:textId="77777777" w:rsidR="00612663" w:rsidRDefault="00612663">
            <w:pPr>
              <w:spacing w:after="40" w:line="288" w:lineRule="auto"/>
            </w:pPr>
            <w:r>
              <w:rPr>
                <w:b/>
                <w:color w:val="1F4D78"/>
              </w:rPr>
              <w:t xml:space="preserve">Aprendizaje  </w:t>
            </w:r>
            <w:r>
              <w:t>Jesús nació en Belén. María y José lo cuidaron y nosotros celebramos su nacimiento con alegría.</w:t>
            </w:r>
          </w:p>
        </w:tc>
      </w:tr>
    </w:tbl>
    <w:p w14:paraId="7E6F40E6" w14:textId="77777777" w:rsidR="00612663" w:rsidRDefault="00612663">
      <w:pPr>
        <w:spacing w:after="40"/>
      </w:pPr>
    </w:p>
    <w:p w14:paraId="0D19C519" w14:textId="77777777" w:rsidR="00612663" w:rsidRDefault="00612663">
      <w:pPr>
        <w:pStyle w:val="Ttulo2"/>
      </w:pPr>
      <w:r>
        <w:rPr>
          <w:rFonts w:ascii="Calibri" w:hAnsi="Calibri"/>
        </w:rPr>
        <w:t>Preparación</w:t>
      </w:r>
    </w:p>
    <w:p w14:paraId="30AB0834" w14:textId="77777777" w:rsidR="00612663" w:rsidRDefault="00612663">
      <w:r>
        <w:t>Completar las piezas principales del panel, montar el belén de figuras en el espacio de Familia y preparar gradualmente el Teatro: Niño Jesús, pesebre, túnicas, pañuelos, bastón y, más adelante, coronas y cofres. Para la ficha: papel amarillo, gomets de estrellas, pegamento y ceras.</w:t>
      </w:r>
    </w:p>
    <w:p w14:paraId="2C668E9B" w14:textId="77777777" w:rsidR="00612663" w:rsidRDefault="00612663">
      <w:pPr>
        <w:pStyle w:val="Ttulo2"/>
      </w:pPr>
      <w:r>
        <w:rPr>
          <w:rFonts w:ascii="Calibri" w:hAnsi="Calibri"/>
        </w:rPr>
        <w:t>Desarrollo orientativo</w:t>
      </w:r>
    </w:p>
    <w:p w14:paraId="7579905F" w14:textId="77777777" w:rsidR="00612663" w:rsidRDefault="00612663">
      <w:pPr>
        <w:keepNext/>
        <w:spacing w:before="80" w:after="60"/>
      </w:pPr>
      <w:r>
        <w:rPr>
          <w:b/>
          <w:color w:val="1F4D78"/>
          <w:sz w:val="23"/>
        </w:rPr>
        <w:t>Relato del nacimiento</w:t>
      </w:r>
      <w:r>
        <w:rPr>
          <w:b/>
          <w:color w:val="687784"/>
          <w:sz w:val="20"/>
        </w:rPr>
        <w:t xml:space="preserve">  ·  7-9 min</w:t>
      </w:r>
    </w:p>
    <w:p w14:paraId="53A471F7" w14:textId="77777777" w:rsidR="00612663" w:rsidRDefault="00612663">
      <w:pPr>
        <w:spacing w:after="100"/>
      </w:pPr>
      <w:r>
        <w:t>Contar que María y José llegaron a Belén, no encontraron alojamiento y Jesús nació en un lugar sencillo. Acostarlo simbólicamente en el pesebre. Centrar la narración en el cuidado, la ternura y la alegría.</w:t>
      </w:r>
    </w:p>
    <w:p w14:paraId="66B4E878" w14:textId="77777777" w:rsidR="00612663" w:rsidRDefault="00612663">
      <w:pPr>
        <w:keepNext/>
        <w:spacing w:before="80" w:after="60"/>
      </w:pPr>
      <w:r>
        <w:rPr>
          <w:b/>
          <w:color w:val="1F4D78"/>
          <w:sz w:val="23"/>
        </w:rPr>
        <w:t>Completamos el panel</w:t>
      </w:r>
      <w:r>
        <w:rPr>
          <w:b/>
          <w:color w:val="687784"/>
          <w:sz w:val="20"/>
        </w:rPr>
        <w:t xml:space="preserve">  ·  5-7 min</w:t>
      </w:r>
    </w:p>
    <w:p w14:paraId="45473855" w14:textId="77777777" w:rsidR="00612663" w:rsidRDefault="00612663">
      <w:pPr>
        <w:spacing w:after="100"/>
      </w:pPr>
      <w:r>
        <w:t>Abrir los bolsillos restantes necesarios y colocar a José, el Niño, el portal y otros elementos disponibles. Observar la escena terminada y recordar lo que apareció primero y después.</w:t>
      </w:r>
    </w:p>
    <w:p w14:paraId="5848EE91" w14:textId="77777777" w:rsidR="00612663" w:rsidRDefault="00612663">
      <w:pPr>
        <w:keepNext/>
        <w:spacing w:before="80" w:after="60"/>
      </w:pPr>
      <w:r>
        <w:rPr>
          <w:b/>
          <w:color w:val="1F4D78"/>
          <w:sz w:val="23"/>
        </w:rPr>
        <w:t>Oración</w:t>
      </w:r>
      <w:r>
        <w:rPr>
          <w:b/>
          <w:color w:val="687784"/>
          <w:sz w:val="20"/>
        </w:rPr>
        <w:t xml:space="preserve">  ·  1-2 min</w:t>
      </w:r>
    </w:p>
    <w:p w14:paraId="00F51AC7" w14:textId="77777777" w:rsidR="00612663" w:rsidRDefault="00612663">
      <w:pPr>
        <w:spacing w:after="100"/>
      </w:pPr>
      <w:r>
        <w:t>«Gracias, Jesús, porque has nacido. Queremos recibirte con alegría». Puede cantarse un villancico breve y conocido.</w:t>
      </w:r>
    </w:p>
    <w:p w14:paraId="5610FF8F" w14:textId="77777777" w:rsidR="00612663" w:rsidRDefault="00612663">
      <w:pPr>
        <w:keepNext/>
        <w:spacing w:before="80" w:after="60"/>
      </w:pPr>
      <w:r>
        <w:rPr>
          <w:b/>
          <w:color w:val="1F4D78"/>
          <w:sz w:val="23"/>
        </w:rPr>
        <w:lastRenderedPageBreak/>
        <w:t>Juego simbólico</w:t>
      </w:r>
      <w:r>
        <w:rPr>
          <w:b/>
          <w:color w:val="687784"/>
          <w:sz w:val="20"/>
        </w:rPr>
        <w:t xml:space="preserve">  ·  15-20 min</w:t>
      </w:r>
    </w:p>
    <w:p w14:paraId="652904CA" w14:textId="77777777" w:rsidR="00612663" w:rsidRDefault="00612663">
      <w:pPr>
        <w:spacing w:after="100"/>
      </w:pPr>
      <w:r>
        <w:t>Abrir el Teatro sin reparto fijo ni frases memorizadas. Los niños pueden ser María, José, pastores o Reyes, cambiar de personaje, cuidar al Niño y llevar regalos.</w:t>
      </w:r>
    </w:p>
    <w:tbl>
      <w:tblPr>
        <w:tblW w:w="9749" w:type="dxa"/>
        <w:tblInd w:w="120" w:type="dxa"/>
        <w:tblLayout w:type="fixed"/>
        <w:tblLook w:val="04A0" w:firstRow="1" w:lastRow="0" w:firstColumn="1" w:lastColumn="0" w:noHBand="0" w:noVBand="1"/>
      </w:tblPr>
      <w:tblGrid>
        <w:gridCol w:w="2100"/>
        <w:gridCol w:w="3550"/>
        <w:gridCol w:w="4099"/>
      </w:tblGrid>
      <w:tr w:rsidR="00E46A9C" w14:paraId="5015FF8C" w14:textId="77777777">
        <w:trPr>
          <w:tblHeader/>
        </w:trPr>
        <w:tc>
          <w:tcPr>
            <w:tcW w:w="2100" w:type="dxa"/>
            <w:shd w:val="clear" w:color="auto" w:fill="E8EEF5"/>
            <w:tcMar>
              <w:top w:w="100" w:type="dxa"/>
              <w:left w:w="130" w:type="dxa"/>
              <w:bottom w:w="100" w:type="dxa"/>
              <w:right w:w="130" w:type="dxa"/>
            </w:tcMar>
            <w:vAlign w:val="center"/>
          </w:tcPr>
          <w:p w14:paraId="71A997A4"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122B5BC0"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246BA141" w14:textId="77777777" w:rsidR="00612663" w:rsidRDefault="00612663">
            <w:pPr>
              <w:jc w:val="center"/>
            </w:pPr>
            <w:r>
              <w:rPr>
                <w:b/>
                <w:color w:val="1F4D78"/>
                <w:sz w:val="20"/>
              </w:rPr>
              <w:t>Propuesta</w:t>
            </w:r>
          </w:p>
        </w:tc>
      </w:tr>
      <w:tr w:rsidR="00E46A9C" w14:paraId="53D0B531" w14:textId="77777777">
        <w:tc>
          <w:tcPr>
            <w:tcW w:w="2100" w:type="dxa"/>
            <w:tcMar>
              <w:top w:w="100" w:type="dxa"/>
              <w:left w:w="130" w:type="dxa"/>
              <w:bottom w:w="100" w:type="dxa"/>
              <w:right w:w="130" w:type="dxa"/>
            </w:tcMar>
          </w:tcPr>
          <w:p w14:paraId="76F97BE4" w14:textId="77777777" w:rsidR="00612663" w:rsidRDefault="00612663">
            <w:pPr>
              <w:spacing w:after="0"/>
            </w:pPr>
            <w:r>
              <w:rPr>
                <w:b/>
                <w:color w:val="1F4D78"/>
                <w:sz w:val="19"/>
              </w:rPr>
              <w:t>Familia / minimundo</w:t>
            </w:r>
          </w:p>
        </w:tc>
        <w:tc>
          <w:tcPr>
            <w:tcW w:w="3550" w:type="dxa"/>
            <w:tcMar>
              <w:top w:w="100" w:type="dxa"/>
              <w:left w:w="130" w:type="dxa"/>
              <w:bottom w:w="100" w:type="dxa"/>
              <w:right w:w="130" w:type="dxa"/>
            </w:tcMar>
          </w:tcPr>
          <w:p w14:paraId="5C12D875" w14:textId="77777777" w:rsidR="00612663" w:rsidRDefault="00612663">
            <w:pPr>
              <w:spacing w:after="0"/>
            </w:pPr>
            <w:r>
              <w:rPr>
                <w:sz w:val="19"/>
              </w:rPr>
              <w:t>Belén de pocas figuras.</w:t>
            </w:r>
          </w:p>
        </w:tc>
        <w:tc>
          <w:tcPr>
            <w:tcW w:w="4099" w:type="dxa"/>
            <w:tcMar>
              <w:top w:w="100" w:type="dxa"/>
              <w:left w:w="130" w:type="dxa"/>
              <w:bottom w:w="100" w:type="dxa"/>
              <w:right w:w="130" w:type="dxa"/>
            </w:tcMar>
          </w:tcPr>
          <w:p w14:paraId="5A06D971" w14:textId="77777777" w:rsidR="00612663" w:rsidRDefault="00612663">
            <w:pPr>
              <w:spacing w:after="0"/>
            </w:pPr>
            <w:r>
              <w:rPr>
                <w:sz w:val="19"/>
              </w:rPr>
              <w:t>Representar escenas tranquilas de cuidado.</w:t>
            </w:r>
          </w:p>
        </w:tc>
      </w:tr>
      <w:tr w:rsidR="00E46A9C" w14:paraId="19119599" w14:textId="77777777">
        <w:tc>
          <w:tcPr>
            <w:tcW w:w="2100" w:type="dxa"/>
            <w:tcMar>
              <w:top w:w="100" w:type="dxa"/>
              <w:left w:w="130" w:type="dxa"/>
              <w:bottom w:w="100" w:type="dxa"/>
              <w:right w:w="130" w:type="dxa"/>
            </w:tcMar>
          </w:tcPr>
          <w:p w14:paraId="08C3FD49" w14:textId="77777777" w:rsidR="00612663" w:rsidRDefault="00612663">
            <w:pPr>
              <w:spacing w:after="0"/>
            </w:pPr>
            <w:r>
              <w:rPr>
                <w:b/>
                <w:color w:val="1F4D78"/>
                <w:sz w:val="19"/>
              </w:rPr>
              <w:t>Panel</w:t>
            </w:r>
          </w:p>
        </w:tc>
        <w:tc>
          <w:tcPr>
            <w:tcW w:w="3550" w:type="dxa"/>
            <w:tcMar>
              <w:top w:w="100" w:type="dxa"/>
              <w:left w:w="130" w:type="dxa"/>
              <w:bottom w:w="100" w:type="dxa"/>
              <w:right w:w="130" w:type="dxa"/>
            </w:tcMar>
          </w:tcPr>
          <w:p w14:paraId="61D87CE2" w14:textId="77777777" w:rsidR="00612663" w:rsidRDefault="00612663">
            <w:pPr>
              <w:spacing w:after="0"/>
            </w:pPr>
            <w:r>
              <w:rPr>
                <w:sz w:val="19"/>
              </w:rPr>
              <w:t>Belén de fieltro ya completo.</w:t>
            </w:r>
          </w:p>
        </w:tc>
        <w:tc>
          <w:tcPr>
            <w:tcW w:w="4099" w:type="dxa"/>
            <w:tcMar>
              <w:top w:w="100" w:type="dxa"/>
              <w:left w:w="130" w:type="dxa"/>
              <w:bottom w:w="100" w:type="dxa"/>
              <w:right w:w="130" w:type="dxa"/>
            </w:tcMar>
          </w:tcPr>
          <w:p w14:paraId="493BE01D" w14:textId="77777777" w:rsidR="00612663" w:rsidRDefault="00612663">
            <w:pPr>
              <w:spacing w:after="0"/>
            </w:pPr>
            <w:r>
              <w:rPr>
                <w:sz w:val="19"/>
              </w:rPr>
              <w:t>Recordar y reconstruir la secuencia.</w:t>
            </w:r>
          </w:p>
        </w:tc>
      </w:tr>
      <w:tr w:rsidR="00E46A9C" w14:paraId="42959BF1" w14:textId="77777777">
        <w:tc>
          <w:tcPr>
            <w:tcW w:w="2100" w:type="dxa"/>
            <w:tcMar>
              <w:top w:w="100" w:type="dxa"/>
              <w:left w:w="130" w:type="dxa"/>
              <w:bottom w:w="100" w:type="dxa"/>
              <w:right w:w="130" w:type="dxa"/>
            </w:tcMar>
          </w:tcPr>
          <w:p w14:paraId="52A4D8FC"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1925238D" w14:textId="77777777" w:rsidR="00612663" w:rsidRDefault="00612663">
            <w:pPr>
              <w:spacing w:after="0"/>
            </w:pPr>
            <w:r>
              <w:rPr>
                <w:sz w:val="19"/>
              </w:rPr>
              <w:t>Disfraces, pesebre, Niño, bastón, coronas y cofres.</w:t>
            </w:r>
          </w:p>
        </w:tc>
        <w:tc>
          <w:tcPr>
            <w:tcW w:w="4099" w:type="dxa"/>
            <w:tcMar>
              <w:top w:w="100" w:type="dxa"/>
              <w:left w:w="130" w:type="dxa"/>
              <w:bottom w:w="100" w:type="dxa"/>
              <w:right w:w="130" w:type="dxa"/>
            </w:tcMar>
          </w:tcPr>
          <w:p w14:paraId="40D19032" w14:textId="77777777" w:rsidR="00612663" w:rsidRDefault="00612663">
            <w:pPr>
              <w:spacing w:after="0"/>
            </w:pPr>
            <w:r>
              <w:rPr>
                <w:sz w:val="19"/>
              </w:rPr>
              <w:t>Juego simbólico libre del nacimiento.</w:t>
            </w:r>
          </w:p>
        </w:tc>
      </w:tr>
      <w:tr w:rsidR="00E46A9C" w14:paraId="2093779C" w14:textId="77777777">
        <w:tc>
          <w:tcPr>
            <w:tcW w:w="2100" w:type="dxa"/>
            <w:tcMar>
              <w:top w:w="100" w:type="dxa"/>
              <w:left w:w="130" w:type="dxa"/>
              <w:bottom w:w="100" w:type="dxa"/>
              <w:right w:w="130" w:type="dxa"/>
            </w:tcMar>
          </w:tcPr>
          <w:p w14:paraId="008C34DC"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1DD49A44" w14:textId="77777777" w:rsidR="00612663" w:rsidRDefault="00612663">
            <w:pPr>
              <w:spacing w:after="0"/>
            </w:pPr>
            <w:r>
              <w:rPr>
                <w:sz w:val="19"/>
              </w:rPr>
              <w:t>Biblias y Biblia colectiva.</w:t>
            </w:r>
          </w:p>
        </w:tc>
        <w:tc>
          <w:tcPr>
            <w:tcW w:w="4099" w:type="dxa"/>
            <w:tcMar>
              <w:top w:w="100" w:type="dxa"/>
              <w:left w:w="130" w:type="dxa"/>
              <w:bottom w:w="100" w:type="dxa"/>
              <w:right w:w="130" w:type="dxa"/>
            </w:tcMar>
          </w:tcPr>
          <w:p w14:paraId="002EDAFB" w14:textId="77777777" w:rsidR="00612663" w:rsidRDefault="00612663">
            <w:pPr>
              <w:spacing w:after="0"/>
            </w:pPr>
            <w:r>
              <w:rPr>
                <w:sz w:val="19"/>
              </w:rPr>
              <w:t>Observar el nacimiento y añadir una página al libro común.</w:t>
            </w:r>
          </w:p>
        </w:tc>
      </w:tr>
    </w:tbl>
    <w:p w14:paraId="54606224" w14:textId="77777777" w:rsidR="00612663" w:rsidRDefault="00612663">
      <w:pPr>
        <w:keepNext/>
        <w:spacing w:before="80" w:after="60"/>
      </w:pPr>
      <w:r>
        <w:rPr>
          <w:b/>
          <w:color w:val="1F4D78"/>
          <w:sz w:val="23"/>
        </w:rPr>
        <w:t>Ficha</w:t>
      </w:r>
      <w:r>
        <w:rPr>
          <w:b/>
          <w:color w:val="687784"/>
          <w:sz w:val="20"/>
        </w:rPr>
        <w:t xml:space="preserve">  ·  15-20 min</w:t>
      </w:r>
    </w:p>
    <w:p w14:paraId="10A1F415" w14:textId="77777777" w:rsidR="00612663" w:rsidRDefault="00612663">
      <w:pPr>
        <w:spacing w:after="100"/>
      </w:pPr>
      <w:r>
        <w:t>Pegar tiras cortas de papel amarillo en el pesebre sin tapar al Niño. Colocar gomets de estrellas en el espacio libre y dibujar un regalo personal para Jesús.</w:t>
      </w:r>
    </w:p>
    <w:p w14:paraId="301D8220" w14:textId="77777777" w:rsidR="00612663" w:rsidRDefault="00612663">
      <w:pPr>
        <w:pStyle w:val="Ttulo2"/>
      </w:pPr>
      <w:r>
        <w:rPr>
          <w:rFonts w:ascii="Calibri" w:hAnsi="Calibri"/>
        </w:rPr>
        <w:t>Qué observar</w:t>
      </w:r>
    </w:p>
    <w:p w14:paraId="7715DDD0" w14:textId="77777777" w:rsidR="00612663" w:rsidRDefault="00612663">
      <w:r>
        <w:t>Si identifica a Jesús, María y José, participa en el relato o el juego, representa una acción de cuidado, utiliza los materiales con intención y realiza un regalo dibujado según sus posibilidades.</w:t>
      </w:r>
    </w:p>
    <w:tbl>
      <w:tblPr>
        <w:tblW w:w="9749" w:type="dxa"/>
        <w:tblInd w:w="120" w:type="dxa"/>
        <w:tblLayout w:type="fixed"/>
        <w:tblLook w:val="04A0" w:firstRow="1" w:lastRow="0" w:firstColumn="1" w:lastColumn="0" w:noHBand="0" w:noVBand="1"/>
      </w:tblPr>
      <w:tblGrid>
        <w:gridCol w:w="9749"/>
      </w:tblGrid>
      <w:tr w:rsidR="00E46A9C" w14:paraId="0EB7C2B7" w14:textId="77777777">
        <w:tc>
          <w:tcPr>
            <w:tcW w:w="9749" w:type="dxa"/>
            <w:shd w:val="clear" w:color="auto" w:fill="FFF4D8"/>
            <w:tcMar>
              <w:top w:w="100" w:type="dxa"/>
              <w:left w:w="130" w:type="dxa"/>
              <w:bottom w:w="100" w:type="dxa"/>
              <w:right w:w="130" w:type="dxa"/>
            </w:tcMar>
            <w:vAlign w:val="center"/>
          </w:tcPr>
          <w:p w14:paraId="1CEB6CC0" w14:textId="77777777" w:rsidR="00612663" w:rsidRDefault="00612663">
            <w:pPr>
              <w:spacing w:after="40" w:line="288" w:lineRule="auto"/>
            </w:pPr>
            <w:r>
              <w:rPr>
                <w:b/>
                <w:color w:val="1F4D78"/>
              </w:rPr>
              <w:t xml:space="preserve">Trabajo para casa  </w:t>
            </w:r>
            <w:r>
              <w:t>La manualidad especial de Navidad se mantiene pendiente de elección. Deberá ser sencilla, resistente, apropiada para 3 años, realizada principalmente por los niños e independiente de la ficha 10.</w:t>
            </w:r>
          </w:p>
        </w:tc>
      </w:tr>
    </w:tbl>
    <w:p w14:paraId="3AB5AC77" w14:textId="77777777" w:rsidR="00612663" w:rsidRDefault="00612663">
      <w:pPr>
        <w:spacing w:after="40"/>
      </w:pPr>
    </w:p>
    <w:p w14:paraId="66A61DBB" w14:textId="77777777" w:rsidR="00612663" w:rsidRDefault="00612663">
      <w:r>
        <w:br w:type="page"/>
      </w:r>
    </w:p>
    <w:p w14:paraId="0DCF7A3C" w14:textId="77777777" w:rsidR="00612663" w:rsidRDefault="00612663">
      <w:pPr>
        <w:pStyle w:val="Ttulo1"/>
      </w:pPr>
      <w:r>
        <w:rPr>
          <w:rFonts w:ascii="Calibri" w:hAnsi="Calibri"/>
        </w:rPr>
        <w:lastRenderedPageBreak/>
        <w:t>7. Organización acumulativa de los espacios</w:t>
      </w:r>
    </w:p>
    <w:p w14:paraId="6B910777" w14:textId="77777777" w:rsidR="00612663" w:rsidRDefault="00612663">
      <w:r>
        <w:t>No se cambia todo cada semana. Los materiales conocidos permanecen y cada novedad ayuda a comprender que el relato avanza.</w:t>
      </w:r>
    </w:p>
    <w:tbl>
      <w:tblPr>
        <w:tblW w:w="9749" w:type="dxa"/>
        <w:tblInd w:w="120" w:type="dxa"/>
        <w:tblLayout w:type="fixed"/>
        <w:tblLook w:val="04A0" w:firstRow="1" w:lastRow="0" w:firstColumn="1" w:lastColumn="0" w:noHBand="0" w:noVBand="1"/>
      </w:tblPr>
      <w:tblGrid>
        <w:gridCol w:w="1450"/>
        <w:gridCol w:w="2650"/>
        <w:gridCol w:w="3000"/>
        <w:gridCol w:w="2649"/>
      </w:tblGrid>
      <w:tr w:rsidR="00E46A9C" w14:paraId="4D8EA80D" w14:textId="77777777">
        <w:trPr>
          <w:tblHeader/>
        </w:trPr>
        <w:tc>
          <w:tcPr>
            <w:tcW w:w="1450" w:type="dxa"/>
            <w:shd w:val="clear" w:color="auto" w:fill="E8EEF5"/>
            <w:tcMar>
              <w:top w:w="100" w:type="dxa"/>
              <w:left w:w="130" w:type="dxa"/>
              <w:bottom w:w="100" w:type="dxa"/>
              <w:right w:w="130" w:type="dxa"/>
            </w:tcMar>
            <w:vAlign w:val="center"/>
          </w:tcPr>
          <w:p w14:paraId="35D85EDC" w14:textId="77777777" w:rsidR="00612663" w:rsidRDefault="00612663">
            <w:pPr>
              <w:jc w:val="center"/>
            </w:pPr>
            <w:r>
              <w:rPr>
                <w:b/>
                <w:color w:val="1F4D78"/>
                <w:sz w:val="18"/>
              </w:rPr>
              <w:t>Semana</w:t>
            </w:r>
          </w:p>
        </w:tc>
        <w:tc>
          <w:tcPr>
            <w:tcW w:w="2650" w:type="dxa"/>
            <w:shd w:val="clear" w:color="auto" w:fill="E8EEF5"/>
            <w:tcMar>
              <w:top w:w="100" w:type="dxa"/>
              <w:left w:w="130" w:type="dxa"/>
              <w:bottom w:w="100" w:type="dxa"/>
              <w:right w:w="130" w:type="dxa"/>
            </w:tcMar>
            <w:vAlign w:val="center"/>
          </w:tcPr>
          <w:p w14:paraId="48BBF6DD" w14:textId="77777777" w:rsidR="00612663" w:rsidRDefault="00612663">
            <w:pPr>
              <w:jc w:val="center"/>
            </w:pPr>
            <w:r>
              <w:rPr>
                <w:b/>
                <w:color w:val="1F4D78"/>
                <w:sz w:val="18"/>
              </w:rPr>
              <w:t>Permanece</w:t>
            </w:r>
          </w:p>
        </w:tc>
        <w:tc>
          <w:tcPr>
            <w:tcW w:w="3000" w:type="dxa"/>
            <w:shd w:val="clear" w:color="auto" w:fill="E8EEF5"/>
            <w:tcMar>
              <w:top w:w="100" w:type="dxa"/>
              <w:left w:w="130" w:type="dxa"/>
              <w:bottom w:w="100" w:type="dxa"/>
              <w:right w:w="130" w:type="dxa"/>
            </w:tcMar>
            <w:vAlign w:val="center"/>
          </w:tcPr>
          <w:p w14:paraId="6DFA4710" w14:textId="77777777" w:rsidR="00612663" w:rsidRDefault="00612663">
            <w:pPr>
              <w:jc w:val="center"/>
            </w:pPr>
            <w:r>
              <w:rPr>
                <w:b/>
                <w:color w:val="1F4D78"/>
                <w:sz w:val="18"/>
              </w:rPr>
              <w:t>Novedad</w:t>
            </w:r>
          </w:p>
        </w:tc>
        <w:tc>
          <w:tcPr>
            <w:tcW w:w="2649" w:type="dxa"/>
            <w:shd w:val="clear" w:color="auto" w:fill="E8EEF5"/>
            <w:tcMar>
              <w:top w:w="100" w:type="dxa"/>
              <w:left w:w="130" w:type="dxa"/>
              <w:bottom w:w="100" w:type="dxa"/>
              <w:right w:w="130" w:type="dxa"/>
            </w:tcMar>
            <w:vAlign w:val="center"/>
          </w:tcPr>
          <w:p w14:paraId="3585154B" w14:textId="77777777" w:rsidR="00612663" w:rsidRDefault="00612663">
            <w:pPr>
              <w:jc w:val="center"/>
            </w:pPr>
            <w:r>
              <w:rPr>
                <w:b/>
                <w:color w:val="1F4D78"/>
                <w:sz w:val="18"/>
              </w:rPr>
              <w:t>Destino posterior</w:t>
            </w:r>
          </w:p>
        </w:tc>
      </w:tr>
      <w:tr w:rsidR="00E46A9C" w14:paraId="176B0549" w14:textId="77777777">
        <w:tc>
          <w:tcPr>
            <w:tcW w:w="1450" w:type="dxa"/>
            <w:tcMar>
              <w:top w:w="100" w:type="dxa"/>
              <w:left w:w="130" w:type="dxa"/>
              <w:bottom w:w="100" w:type="dxa"/>
              <w:right w:w="130" w:type="dxa"/>
            </w:tcMar>
          </w:tcPr>
          <w:p w14:paraId="74D1D156" w14:textId="77777777" w:rsidR="00612663" w:rsidRDefault="00612663">
            <w:pPr>
              <w:spacing w:after="0"/>
              <w:jc w:val="center"/>
            </w:pPr>
            <w:r>
              <w:rPr>
                <w:b/>
                <w:color w:val="1F4D78"/>
                <w:sz w:val="18"/>
              </w:rPr>
              <w:t>1</w:t>
            </w:r>
          </w:p>
        </w:tc>
        <w:tc>
          <w:tcPr>
            <w:tcW w:w="2650" w:type="dxa"/>
            <w:tcMar>
              <w:top w:w="100" w:type="dxa"/>
              <w:left w:w="130" w:type="dxa"/>
              <w:bottom w:w="100" w:type="dxa"/>
              <w:right w:w="130" w:type="dxa"/>
            </w:tcMar>
          </w:tcPr>
          <w:p w14:paraId="3058CF8C" w14:textId="77777777" w:rsidR="00612663" w:rsidRDefault="00612663">
            <w:pPr>
              <w:spacing w:after="0"/>
            </w:pPr>
            <w:r>
              <w:rPr>
                <w:sz w:val="18"/>
              </w:rPr>
              <w:t>Biblias infantiles.</w:t>
            </w:r>
          </w:p>
        </w:tc>
        <w:tc>
          <w:tcPr>
            <w:tcW w:w="3000" w:type="dxa"/>
            <w:tcMar>
              <w:top w:w="100" w:type="dxa"/>
              <w:left w:w="130" w:type="dxa"/>
              <w:bottom w:w="100" w:type="dxa"/>
              <w:right w:w="130" w:type="dxa"/>
            </w:tcMar>
          </w:tcPr>
          <w:p w14:paraId="5A1EF8B6" w14:textId="77777777" w:rsidR="00612663" w:rsidRDefault="00612663">
            <w:pPr>
              <w:spacing w:after="0"/>
            </w:pPr>
            <w:r>
              <w:rPr>
                <w:sz w:val="18"/>
              </w:rPr>
              <w:t>Biblia colectiva y ficha 7.</w:t>
            </w:r>
          </w:p>
        </w:tc>
        <w:tc>
          <w:tcPr>
            <w:tcW w:w="2649" w:type="dxa"/>
            <w:tcMar>
              <w:top w:w="100" w:type="dxa"/>
              <w:left w:w="130" w:type="dxa"/>
              <w:bottom w:w="100" w:type="dxa"/>
              <w:right w:w="130" w:type="dxa"/>
            </w:tcMar>
          </w:tcPr>
          <w:p w14:paraId="71384990" w14:textId="77777777" w:rsidR="00612663" w:rsidRDefault="00612663">
            <w:pPr>
              <w:spacing w:after="0"/>
            </w:pPr>
            <w:r>
              <w:rPr>
                <w:sz w:val="18"/>
              </w:rPr>
              <w:t>La Biblia colectiva queda todo el curso.</w:t>
            </w:r>
          </w:p>
        </w:tc>
      </w:tr>
      <w:tr w:rsidR="00E46A9C" w14:paraId="38BDCAD7" w14:textId="77777777">
        <w:tc>
          <w:tcPr>
            <w:tcW w:w="1450" w:type="dxa"/>
            <w:tcMar>
              <w:top w:w="100" w:type="dxa"/>
              <w:left w:w="130" w:type="dxa"/>
              <w:bottom w:w="100" w:type="dxa"/>
              <w:right w:w="130" w:type="dxa"/>
            </w:tcMar>
          </w:tcPr>
          <w:p w14:paraId="7FB6919D" w14:textId="77777777" w:rsidR="00612663" w:rsidRDefault="00612663">
            <w:pPr>
              <w:spacing w:after="0"/>
              <w:jc w:val="center"/>
            </w:pPr>
            <w:r>
              <w:rPr>
                <w:b/>
                <w:color w:val="1F4D78"/>
                <w:sz w:val="18"/>
              </w:rPr>
              <w:t>2</w:t>
            </w:r>
          </w:p>
        </w:tc>
        <w:tc>
          <w:tcPr>
            <w:tcW w:w="2650" w:type="dxa"/>
            <w:tcMar>
              <w:top w:w="100" w:type="dxa"/>
              <w:left w:w="130" w:type="dxa"/>
              <w:bottom w:w="100" w:type="dxa"/>
              <w:right w:w="130" w:type="dxa"/>
            </w:tcMar>
          </w:tcPr>
          <w:p w14:paraId="19FD3AE9" w14:textId="77777777" w:rsidR="00612663" w:rsidRDefault="00612663">
            <w:pPr>
              <w:spacing w:after="0"/>
            </w:pPr>
            <w:r>
              <w:rPr>
                <w:sz w:val="18"/>
              </w:rPr>
              <w:t>Biblias y libro colectivo.</w:t>
            </w:r>
          </w:p>
        </w:tc>
        <w:tc>
          <w:tcPr>
            <w:tcW w:w="3000" w:type="dxa"/>
            <w:tcMar>
              <w:top w:w="100" w:type="dxa"/>
              <w:left w:w="130" w:type="dxa"/>
              <w:bottom w:w="100" w:type="dxa"/>
              <w:right w:w="130" w:type="dxa"/>
            </w:tcMar>
          </w:tcPr>
          <w:p w14:paraId="22C9AE53" w14:textId="77777777" w:rsidR="00612663" w:rsidRDefault="00612663">
            <w:pPr>
              <w:spacing w:after="0"/>
            </w:pPr>
            <w:r>
              <w:rPr>
                <w:sz w:val="18"/>
              </w:rPr>
              <w:t>María de peluche, ángel y primeras piezas.</w:t>
            </w:r>
          </w:p>
        </w:tc>
        <w:tc>
          <w:tcPr>
            <w:tcW w:w="2649" w:type="dxa"/>
            <w:tcMar>
              <w:top w:w="100" w:type="dxa"/>
              <w:left w:w="130" w:type="dxa"/>
              <w:bottom w:w="100" w:type="dxa"/>
              <w:right w:w="130" w:type="dxa"/>
            </w:tcMar>
          </w:tcPr>
          <w:p w14:paraId="2E316A0A" w14:textId="77777777" w:rsidR="00612663" w:rsidRDefault="00612663">
            <w:pPr>
              <w:spacing w:after="0"/>
            </w:pPr>
            <w:r>
              <w:rPr>
                <w:sz w:val="18"/>
              </w:rPr>
              <w:t>María vuelve en mayo y otros temas.</w:t>
            </w:r>
          </w:p>
        </w:tc>
      </w:tr>
      <w:tr w:rsidR="00E46A9C" w14:paraId="6EDCFADE" w14:textId="77777777">
        <w:tc>
          <w:tcPr>
            <w:tcW w:w="1450" w:type="dxa"/>
            <w:tcMar>
              <w:top w:w="100" w:type="dxa"/>
              <w:left w:w="130" w:type="dxa"/>
              <w:bottom w:w="100" w:type="dxa"/>
              <w:right w:w="130" w:type="dxa"/>
            </w:tcMar>
          </w:tcPr>
          <w:p w14:paraId="641B5F56" w14:textId="77777777" w:rsidR="00612663" w:rsidRDefault="00612663">
            <w:pPr>
              <w:spacing w:after="0"/>
              <w:jc w:val="center"/>
            </w:pPr>
            <w:r>
              <w:rPr>
                <w:b/>
                <w:color w:val="1F4D78"/>
                <w:sz w:val="18"/>
              </w:rPr>
              <w:t>3</w:t>
            </w:r>
          </w:p>
        </w:tc>
        <w:tc>
          <w:tcPr>
            <w:tcW w:w="2650" w:type="dxa"/>
            <w:tcMar>
              <w:top w:w="100" w:type="dxa"/>
              <w:left w:w="130" w:type="dxa"/>
              <w:bottom w:w="100" w:type="dxa"/>
              <w:right w:w="130" w:type="dxa"/>
            </w:tcMar>
          </w:tcPr>
          <w:p w14:paraId="09256027" w14:textId="77777777" w:rsidR="00612663" w:rsidRDefault="00612663">
            <w:pPr>
              <w:spacing w:after="0"/>
            </w:pPr>
            <w:r>
              <w:rPr>
                <w:sz w:val="18"/>
              </w:rPr>
              <w:t>Biblias, María y panel iniciado.</w:t>
            </w:r>
          </w:p>
        </w:tc>
        <w:tc>
          <w:tcPr>
            <w:tcW w:w="3000" w:type="dxa"/>
            <w:tcMar>
              <w:top w:w="100" w:type="dxa"/>
              <w:left w:w="130" w:type="dxa"/>
              <w:bottom w:w="100" w:type="dxa"/>
              <w:right w:w="130" w:type="dxa"/>
            </w:tcMar>
          </w:tcPr>
          <w:p w14:paraId="79E67FF2" w14:textId="77777777" w:rsidR="00612663" w:rsidRDefault="00612663">
            <w:pPr>
              <w:spacing w:after="0"/>
            </w:pPr>
            <w:r>
              <w:rPr>
                <w:sz w:val="18"/>
              </w:rPr>
              <w:t>Velas LED y nuevos bolsillos.</w:t>
            </w:r>
          </w:p>
        </w:tc>
        <w:tc>
          <w:tcPr>
            <w:tcW w:w="2649" w:type="dxa"/>
            <w:tcMar>
              <w:top w:w="100" w:type="dxa"/>
              <w:left w:w="130" w:type="dxa"/>
              <w:bottom w:w="100" w:type="dxa"/>
              <w:right w:w="130" w:type="dxa"/>
            </w:tcMar>
          </w:tcPr>
          <w:p w14:paraId="1AC76792" w14:textId="77777777" w:rsidR="00612663" w:rsidRDefault="00612663">
            <w:pPr>
              <w:spacing w:after="0"/>
            </w:pPr>
            <w:r>
              <w:rPr>
                <w:sz w:val="18"/>
              </w:rPr>
              <w:t>Velas para calendario litúrgico y oración.</w:t>
            </w:r>
          </w:p>
        </w:tc>
      </w:tr>
      <w:tr w:rsidR="00E46A9C" w14:paraId="728D3E01" w14:textId="77777777">
        <w:tc>
          <w:tcPr>
            <w:tcW w:w="1450" w:type="dxa"/>
            <w:tcMar>
              <w:top w:w="100" w:type="dxa"/>
              <w:left w:w="130" w:type="dxa"/>
              <w:bottom w:w="100" w:type="dxa"/>
              <w:right w:w="130" w:type="dxa"/>
            </w:tcMar>
          </w:tcPr>
          <w:p w14:paraId="2E9104A5" w14:textId="77777777" w:rsidR="00612663" w:rsidRDefault="00612663">
            <w:pPr>
              <w:spacing w:after="0"/>
              <w:jc w:val="center"/>
            </w:pPr>
            <w:r>
              <w:rPr>
                <w:b/>
                <w:color w:val="1F4D78"/>
                <w:sz w:val="18"/>
              </w:rPr>
              <w:t>4</w:t>
            </w:r>
          </w:p>
        </w:tc>
        <w:tc>
          <w:tcPr>
            <w:tcW w:w="2650" w:type="dxa"/>
            <w:tcMar>
              <w:top w:w="100" w:type="dxa"/>
              <w:left w:w="130" w:type="dxa"/>
              <w:bottom w:w="100" w:type="dxa"/>
              <w:right w:w="130" w:type="dxa"/>
            </w:tcMar>
          </w:tcPr>
          <w:p w14:paraId="0C6BFA4C" w14:textId="77777777" w:rsidR="00612663" w:rsidRDefault="00612663">
            <w:pPr>
              <w:spacing w:after="0"/>
            </w:pPr>
            <w:r>
              <w:rPr>
                <w:sz w:val="18"/>
              </w:rPr>
              <w:t>Todo el relato anterior.</w:t>
            </w:r>
          </w:p>
        </w:tc>
        <w:tc>
          <w:tcPr>
            <w:tcW w:w="3000" w:type="dxa"/>
            <w:tcMar>
              <w:top w:w="100" w:type="dxa"/>
              <w:left w:w="130" w:type="dxa"/>
              <w:bottom w:w="100" w:type="dxa"/>
              <w:right w:w="130" w:type="dxa"/>
            </w:tcMar>
          </w:tcPr>
          <w:p w14:paraId="256DEC9C" w14:textId="77777777" w:rsidR="00612663" w:rsidRDefault="00612663">
            <w:pPr>
              <w:spacing w:after="0"/>
            </w:pPr>
            <w:r>
              <w:rPr>
                <w:sz w:val="18"/>
              </w:rPr>
              <w:t>Belén completo y disfraces.</w:t>
            </w:r>
          </w:p>
        </w:tc>
        <w:tc>
          <w:tcPr>
            <w:tcW w:w="2649" w:type="dxa"/>
            <w:tcMar>
              <w:top w:w="100" w:type="dxa"/>
              <w:left w:w="130" w:type="dxa"/>
              <w:bottom w:w="100" w:type="dxa"/>
              <w:right w:w="130" w:type="dxa"/>
            </w:tcMar>
          </w:tcPr>
          <w:p w14:paraId="051ADC97" w14:textId="77777777" w:rsidR="00612663" w:rsidRDefault="00612663">
            <w:pPr>
              <w:spacing w:after="0"/>
            </w:pPr>
            <w:r>
              <w:rPr>
                <w:sz w:val="18"/>
              </w:rPr>
              <w:t>Guardar por cajas: panel, figuras y Teatro.</w:t>
            </w:r>
          </w:p>
        </w:tc>
      </w:tr>
    </w:tbl>
    <w:p w14:paraId="2F90B290" w14:textId="77777777" w:rsidR="00612663" w:rsidRDefault="00612663">
      <w:pPr>
        <w:pStyle w:val="Ttulo2"/>
      </w:pPr>
      <w:r>
        <w:rPr>
          <w:rFonts w:ascii="Calibri" w:hAnsi="Calibri"/>
        </w:rPr>
        <w:t>Grupo conjunto de 3 y 4 años</w:t>
      </w:r>
    </w:p>
    <w:p w14:paraId="5D1EFE13" w14:textId="77777777" w:rsidR="00612663" w:rsidRDefault="00612663">
      <w:r>
        <w:t>Los dos niveles comparten relato, visitantes, velas, panel, belén y Teatro. En 3 años se prioriza nombrar, imitar, colocar una pieza y representar libremente. En 4 años se puede pedir ordenar tres o cuatro escenas, explicar quién aparece, anticipar qué falta, asignar acciones a los personajes o ampliar el dibujo. Cada edad mantiene su propia ficha y progresión.</w:t>
      </w:r>
    </w:p>
    <w:p w14:paraId="09060ED9" w14:textId="77777777" w:rsidR="00612663" w:rsidRDefault="00612663">
      <w:pPr>
        <w:pStyle w:val="Ttulo1"/>
      </w:pPr>
      <w:r>
        <w:rPr>
          <w:rFonts w:ascii="Calibri" w:hAnsi="Calibri"/>
        </w:rPr>
        <w:t>8. Evaluación del tema</w:t>
      </w:r>
    </w:p>
    <w:p w14:paraId="48745C8B" w14:textId="77777777" w:rsidR="00612663" w:rsidRDefault="00612663">
      <w:r>
        <w:t>La evaluación es global, continua y basada en la observación. No se valora el acabado estético ni que todos representen lo mismo.</w:t>
      </w:r>
    </w:p>
    <w:tbl>
      <w:tblPr>
        <w:tblW w:w="9749" w:type="dxa"/>
        <w:tblInd w:w="120" w:type="dxa"/>
        <w:tblLayout w:type="fixed"/>
        <w:tblLook w:val="04A0" w:firstRow="1" w:lastRow="0" w:firstColumn="1" w:lastColumn="0" w:noHBand="0" w:noVBand="1"/>
      </w:tblPr>
      <w:tblGrid>
        <w:gridCol w:w="2150"/>
        <w:gridCol w:w="7599"/>
      </w:tblGrid>
      <w:tr w:rsidR="00E46A9C" w14:paraId="4F6101AB" w14:textId="77777777">
        <w:tc>
          <w:tcPr>
            <w:tcW w:w="2150" w:type="dxa"/>
            <w:shd w:val="clear" w:color="auto" w:fill="EAF4EE"/>
            <w:tcMar>
              <w:top w:w="100" w:type="dxa"/>
              <w:left w:w="130" w:type="dxa"/>
              <w:bottom w:w="100" w:type="dxa"/>
              <w:right w:w="130" w:type="dxa"/>
            </w:tcMar>
            <w:vAlign w:val="center"/>
          </w:tcPr>
          <w:p w14:paraId="330F25CD" w14:textId="77777777" w:rsidR="00612663" w:rsidRDefault="00612663">
            <w:pPr>
              <w:spacing w:after="0"/>
            </w:pPr>
            <w:r>
              <w:rPr>
                <w:b/>
                <w:color w:val="1F4D78"/>
                <w:sz w:val="21"/>
              </w:rPr>
              <w:t>Biblia</w:t>
            </w:r>
          </w:p>
        </w:tc>
        <w:tc>
          <w:tcPr>
            <w:tcW w:w="7599" w:type="dxa"/>
            <w:shd w:val="clear" w:color="auto" w:fill="FFFFFF"/>
            <w:tcMar>
              <w:top w:w="100" w:type="dxa"/>
              <w:left w:w="130" w:type="dxa"/>
              <w:bottom w:w="100" w:type="dxa"/>
              <w:right w:w="130" w:type="dxa"/>
            </w:tcMar>
            <w:vAlign w:val="center"/>
          </w:tcPr>
          <w:p w14:paraId="6729F320" w14:textId="77777777" w:rsidR="00612663" w:rsidRDefault="00612663">
            <w:pPr>
              <w:spacing w:after="0"/>
            </w:pPr>
            <w:r>
              <w:rPr>
                <w:sz w:val="21"/>
              </w:rPr>
              <w:t>La reconoce como libro especial y la manipula con cuidado.</w:t>
            </w:r>
          </w:p>
        </w:tc>
      </w:tr>
      <w:tr w:rsidR="00E46A9C" w14:paraId="3B407B4F" w14:textId="77777777">
        <w:tc>
          <w:tcPr>
            <w:tcW w:w="2150" w:type="dxa"/>
            <w:shd w:val="clear" w:color="auto" w:fill="EAF4EE"/>
            <w:tcMar>
              <w:top w:w="100" w:type="dxa"/>
              <w:left w:w="130" w:type="dxa"/>
              <w:bottom w:w="100" w:type="dxa"/>
              <w:right w:w="130" w:type="dxa"/>
            </w:tcMar>
            <w:vAlign w:val="center"/>
          </w:tcPr>
          <w:p w14:paraId="5789DE4D" w14:textId="77777777" w:rsidR="00612663" w:rsidRDefault="00612663">
            <w:pPr>
              <w:spacing w:after="0"/>
            </w:pPr>
            <w:r>
              <w:rPr>
                <w:b/>
                <w:color w:val="1F4D78"/>
                <w:sz w:val="21"/>
              </w:rPr>
              <w:t>Relato</w:t>
            </w:r>
          </w:p>
        </w:tc>
        <w:tc>
          <w:tcPr>
            <w:tcW w:w="7599" w:type="dxa"/>
            <w:shd w:val="clear" w:color="auto" w:fill="FFFFFF"/>
            <w:tcMar>
              <w:top w:w="100" w:type="dxa"/>
              <w:left w:w="130" w:type="dxa"/>
              <w:bottom w:w="100" w:type="dxa"/>
              <w:right w:w="130" w:type="dxa"/>
            </w:tcMar>
            <w:vAlign w:val="center"/>
          </w:tcPr>
          <w:p w14:paraId="5F22205D" w14:textId="77777777" w:rsidR="00612663" w:rsidRDefault="00612663">
            <w:pPr>
              <w:spacing w:after="0"/>
            </w:pPr>
            <w:r>
              <w:rPr>
                <w:sz w:val="21"/>
              </w:rPr>
              <w:t>Identifica algún personaje o momento y participa en una secuencia sencilla.</w:t>
            </w:r>
          </w:p>
        </w:tc>
      </w:tr>
      <w:tr w:rsidR="00E46A9C" w14:paraId="6A2E3B93" w14:textId="77777777">
        <w:tc>
          <w:tcPr>
            <w:tcW w:w="2150" w:type="dxa"/>
            <w:shd w:val="clear" w:color="auto" w:fill="EAF4EE"/>
            <w:tcMar>
              <w:top w:w="100" w:type="dxa"/>
              <w:left w:w="130" w:type="dxa"/>
              <w:bottom w:w="100" w:type="dxa"/>
              <w:right w:w="130" w:type="dxa"/>
            </w:tcMar>
            <w:vAlign w:val="center"/>
          </w:tcPr>
          <w:p w14:paraId="33C75247" w14:textId="77777777" w:rsidR="00612663" w:rsidRDefault="00612663">
            <w:pPr>
              <w:spacing w:after="0"/>
            </w:pPr>
            <w:r>
              <w:rPr>
                <w:b/>
                <w:color w:val="1F4D78"/>
                <w:sz w:val="21"/>
              </w:rPr>
              <w:t>Espera</w:t>
            </w:r>
          </w:p>
        </w:tc>
        <w:tc>
          <w:tcPr>
            <w:tcW w:w="7599" w:type="dxa"/>
            <w:shd w:val="clear" w:color="auto" w:fill="FFFFFF"/>
            <w:tcMar>
              <w:top w:w="100" w:type="dxa"/>
              <w:left w:w="130" w:type="dxa"/>
              <w:bottom w:w="100" w:type="dxa"/>
              <w:right w:w="130" w:type="dxa"/>
            </w:tcMar>
            <w:vAlign w:val="center"/>
          </w:tcPr>
          <w:p w14:paraId="00AC39B3" w14:textId="77777777" w:rsidR="00612663" w:rsidRDefault="00612663">
            <w:pPr>
              <w:spacing w:after="0"/>
            </w:pPr>
            <w:r>
              <w:rPr>
                <w:sz w:val="21"/>
              </w:rPr>
              <w:t>Percibe cambios visibles: nueva luz, nueva pieza o escena completada.</w:t>
            </w:r>
          </w:p>
        </w:tc>
      </w:tr>
      <w:tr w:rsidR="00E46A9C" w14:paraId="23E8498A" w14:textId="77777777">
        <w:tc>
          <w:tcPr>
            <w:tcW w:w="2150" w:type="dxa"/>
            <w:shd w:val="clear" w:color="auto" w:fill="EAF4EE"/>
            <w:tcMar>
              <w:top w:w="100" w:type="dxa"/>
              <w:left w:w="130" w:type="dxa"/>
              <w:bottom w:w="100" w:type="dxa"/>
              <w:right w:w="130" w:type="dxa"/>
            </w:tcMar>
            <w:vAlign w:val="center"/>
          </w:tcPr>
          <w:p w14:paraId="0AB07569" w14:textId="77777777" w:rsidR="00612663" w:rsidRDefault="00612663">
            <w:pPr>
              <w:spacing w:after="0"/>
            </w:pPr>
            <w:r>
              <w:rPr>
                <w:b/>
                <w:color w:val="1F4D78"/>
                <w:sz w:val="21"/>
              </w:rPr>
              <w:t>Interioridad</w:t>
            </w:r>
          </w:p>
        </w:tc>
        <w:tc>
          <w:tcPr>
            <w:tcW w:w="7599" w:type="dxa"/>
            <w:shd w:val="clear" w:color="auto" w:fill="FFFFFF"/>
            <w:tcMar>
              <w:top w:w="100" w:type="dxa"/>
              <w:left w:w="130" w:type="dxa"/>
              <w:bottom w:w="100" w:type="dxa"/>
              <w:right w:w="130" w:type="dxa"/>
            </w:tcMar>
            <w:vAlign w:val="center"/>
          </w:tcPr>
          <w:p w14:paraId="2E94F784" w14:textId="77777777" w:rsidR="00612663" w:rsidRDefault="00612663">
            <w:pPr>
              <w:spacing w:after="0"/>
            </w:pPr>
            <w:r>
              <w:rPr>
                <w:sz w:val="21"/>
              </w:rPr>
              <w:t>Participa a su manera en una oración, canto o breve silencio.</w:t>
            </w:r>
          </w:p>
        </w:tc>
      </w:tr>
      <w:tr w:rsidR="00E46A9C" w14:paraId="41EA1F74" w14:textId="77777777">
        <w:tc>
          <w:tcPr>
            <w:tcW w:w="2150" w:type="dxa"/>
            <w:shd w:val="clear" w:color="auto" w:fill="EAF4EE"/>
            <w:tcMar>
              <w:top w:w="100" w:type="dxa"/>
              <w:left w:w="130" w:type="dxa"/>
              <w:bottom w:w="100" w:type="dxa"/>
              <w:right w:w="130" w:type="dxa"/>
            </w:tcMar>
            <w:vAlign w:val="center"/>
          </w:tcPr>
          <w:p w14:paraId="2159EAA8" w14:textId="77777777" w:rsidR="00612663" w:rsidRDefault="00612663">
            <w:pPr>
              <w:spacing w:after="0"/>
            </w:pPr>
            <w:r>
              <w:rPr>
                <w:b/>
                <w:color w:val="1F4D78"/>
                <w:sz w:val="21"/>
              </w:rPr>
              <w:t>Juego</w:t>
            </w:r>
          </w:p>
        </w:tc>
        <w:tc>
          <w:tcPr>
            <w:tcW w:w="7599" w:type="dxa"/>
            <w:shd w:val="clear" w:color="auto" w:fill="FFFFFF"/>
            <w:tcMar>
              <w:top w:w="100" w:type="dxa"/>
              <w:left w:w="130" w:type="dxa"/>
              <w:bottom w:w="100" w:type="dxa"/>
              <w:right w:w="130" w:type="dxa"/>
            </w:tcMar>
            <w:vAlign w:val="center"/>
          </w:tcPr>
          <w:p w14:paraId="118BF95D" w14:textId="77777777" w:rsidR="00612663" w:rsidRDefault="00612663">
            <w:pPr>
              <w:spacing w:after="0"/>
            </w:pPr>
            <w:r>
              <w:rPr>
                <w:sz w:val="21"/>
              </w:rPr>
              <w:t>Representa acciones de cuidado y cambia o sostiene un personaje.</w:t>
            </w:r>
          </w:p>
        </w:tc>
      </w:tr>
      <w:tr w:rsidR="00E46A9C" w14:paraId="628B205F" w14:textId="77777777">
        <w:tc>
          <w:tcPr>
            <w:tcW w:w="2150" w:type="dxa"/>
            <w:shd w:val="clear" w:color="auto" w:fill="EAF4EE"/>
            <w:tcMar>
              <w:top w:w="100" w:type="dxa"/>
              <w:left w:w="130" w:type="dxa"/>
              <w:bottom w:w="100" w:type="dxa"/>
              <w:right w:w="130" w:type="dxa"/>
            </w:tcMar>
            <w:vAlign w:val="center"/>
          </w:tcPr>
          <w:p w14:paraId="4DC58799" w14:textId="77777777" w:rsidR="00612663" w:rsidRDefault="00612663">
            <w:pPr>
              <w:spacing w:after="0"/>
            </w:pPr>
            <w:r>
              <w:rPr>
                <w:b/>
                <w:color w:val="1F4D78"/>
                <w:sz w:val="21"/>
              </w:rPr>
              <w:t>Expresión</w:t>
            </w:r>
          </w:p>
        </w:tc>
        <w:tc>
          <w:tcPr>
            <w:tcW w:w="7599" w:type="dxa"/>
            <w:shd w:val="clear" w:color="auto" w:fill="FFFFFF"/>
            <w:tcMar>
              <w:top w:w="100" w:type="dxa"/>
              <w:left w:w="130" w:type="dxa"/>
              <w:bottom w:w="100" w:type="dxa"/>
              <w:right w:w="130" w:type="dxa"/>
            </w:tcMar>
            <w:vAlign w:val="center"/>
          </w:tcPr>
          <w:p w14:paraId="2DEFC5FC" w14:textId="77777777" w:rsidR="00612663" w:rsidRDefault="00612663">
            <w:pPr>
              <w:spacing w:after="0"/>
            </w:pPr>
            <w:r>
              <w:rPr>
                <w:sz w:val="21"/>
              </w:rPr>
              <w:t>Dibuja, rasga, pega, estampa y explica alguna producción propia.</w:t>
            </w:r>
          </w:p>
        </w:tc>
      </w:tr>
      <w:tr w:rsidR="00E46A9C" w14:paraId="75FCE59D" w14:textId="77777777">
        <w:tc>
          <w:tcPr>
            <w:tcW w:w="2150" w:type="dxa"/>
            <w:shd w:val="clear" w:color="auto" w:fill="EAF4EE"/>
            <w:tcMar>
              <w:top w:w="100" w:type="dxa"/>
              <w:left w:w="130" w:type="dxa"/>
              <w:bottom w:w="100" w:type="dxa"/>
              <w:right w:w="130" w:type="dxa"/>
            </w:tcMar>
            <w:vAlign w:val="center"/>
          </w:tcPr>
          <w:p w14:paraId="0E65D5D3" w14:textId="77777777" w:rsidR="00612663" w:rsidRDefault="00612663">
            <w:pPr>
              <w:spacing w:after="0"/>
            </w:pPr>
            <w:r>
              <w:rPr>
                <w:b/>
                <w:color w:val="1F4D78"/>
                <w:sz w:val="21"/>
              </w:rPr>
              <w:t>Autonomía</w:t>
            </w:r>
          </w:p>
        </w:tc>
        <w:tc>
          <w:tcPr>
            <w:tcW w:w="7599" w:type="dxa"/>
            <w:shd w:val="clear" w:color="auto" w:fill="FFFFFF"/>
            <w:tcMar>
              <w:top w:w="100" w:type="dxa"/>
              <w:left w:w="130" w:type="dxa"/>
              <w:bottom w:w="100" w:type="dxa"/>
              <w:right w:w="130" w:type="dxa"/>
            </w:tcMar>
            <w:vAlign w:val="center"/>
          </w:tcPr>
          <w:p w14:paraId="73C8B60C" w14:textId="77777777" w:rsidR="00612663" w:rsidRDefault="00612663">
            <w:pPr>
              <w:spacing w:after="0"/>
            </w:pPr>
            <w:r>
              <w:rPr>
                <w:sz w:val="21"/>
              </w:rPr>
              <w:t>Elige un espacio, usa materiales y colabora en la recogida.</w:t>
            </w:r>
          </w:p>
        </w:tc>
      </w:tr>
    </w:tbl>
    <w:p w14:paraId="0201B099" w14:textId="77777777" w:rsidR="00612663" w:rsidRDefault="00612663">
      <w:pPr>
        <w:pStyle w:val="Ttulo2"/>
      </w:pPr>
      <w:r>
        <w:rPr>
          <w:rFonts w:ascii="Calibri" w:hAnsi="Calibri"/>
        </w:rPr>
        <w:t>Cierre del tema</w:t>
      </w:r>
    </w:p>
    <w:p w14:paraId="15E09B1A" w14:textId="77777777" w:rsidR="00612663" w:rsidRDefault="00612663">
      <w:r>
        <w:t>Reunir las fichas 7-10, contemplar el panel completo y recorrer oralmente la secuencia: Biblia, María, espera y nacimiento. Celebrar la diversidad de dibujos y agradecer el cuidado del material. Guardar por conjuntos para reutilizarlo en 4 y 5 años.</w:t>
      </w:r>
    </w:p>
    <w:p w14:paraId="64AAECCB" w14:textId="77777777" w:rsidR="00612663" w:rsidRDefault="00612663">
      <w:pPr>
        <w:pStyle w:val="Ttulo1"/>
      </w:pPr>
      <w:r>
        <w:rPr>
          <w:rFonts w:ascii="Calibri" w:hAnsi="Calibri"/>
        </w:rPr>
        <w:lastRenderedPageBreak/>
        <w:t>Registro breve de observación</w:t>
      </w:r>
    </w:p>
    <w:p w14:paraId="0C4B0902" w14:textId="77777777" w:rsidR="00612663" w:rsidRDefault="00612663">
      <w:r>
        <w:t>Marcar con una fecha, una palabra breve o un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200"/>
        <w:gridCol w:w="1000"/>
        <w:gridCol w:w="1000"/>
        <w:gridCol w:w="1000"/>
        <w:gridCol w:w="1000"/>
        <w:gridCol w:w="1000"/>
        <w:gridCol w:w="2549"/>
      </w:tblGrid>
      <w:tr w:rsidR="00E46A9C" w14:paraId="03E97B83" w14:textId="77777777">
        <w:trPr>
          <w:tblHeader/>
        </w:trPr>
        <w:tc>
          <w:tcPr>
            <w:tcW w:w="2200" w:type="dxa"/>
            <w:shd w:val="clear" w:color="auto" w:fill="E8EEF5"/>
            <w:tcMar>
              <w:top w:w="100" w:type="dxa"/>
              <w:left w:w="130" w:type="dxa"/>
              <w:bottom w:w="100" w:type="dxa"/>
              <w:right w:w="130" w:type="dxa"/>
            </w:tcMar>
            <w:vAlign w:val="center"/>
          </w:tcPr>
          <w:p w14:paraId="35A53C5D" w14:textId="77777777" w:rsidR="00612663" w:rsidRDefault="00612663">
            <w:pPr>
              <w:jc w:val="center"/>
            </w:pPr>
            <w:r>
              <w:rPr>
                <w:b/>
                <w:color w:val="1F4D78"/>
                <w:sz w:val="16"/>
              </w:rPr>
              <w:t>Alumno/a</w:t>
            </w:r>
          </w:p>
        </w:tc>
        <w:tc>
          <w:tcPr>
            <w:tcW w:w="1000" w:type="dxa"/>
            <w:shd w:val="clear" w:color="auto" w:fill="E8EEF5"/>
            <w:tcMar>
              <w:top w:w="100" w:type="dxa"/>
              <w:left w:w="130" w:type="dxa"/>
              <w:bottom w:w="100" w:type="dxa"/>
              <w:right w:w="130" w:type="dxa"/>
            </w:tcMar>
            <w:vAlign w:val="center"/>
          </w:tcPr>
          <w:p w14:paraId="1F097CD3" w14:textId="77777777" w:rsidR="00612663" w:rsidRDefault="00612663">
            <w:pPr>
              <w:jc w:val="center"/>
            </w:pPr>
            <w:r>
              <w:rPr>
                <w:b/>
                <w:color w:val="1F4D78"/>
                <w:sz w:val="16"/>
              </w:rPr>
              <w:t>Escucha</w:t>
            </w:r>
          </w:p>
        </w:tc>
        <w:tc>
          <w:tcPr>
            <w:tcW w:w="1000" w:type="dxa"/>
            <w:shd w:val="clear" w:color="auto" w:fill="E8EEF5"/>
            <w:tcMar>
              <w:top w:w="100" w:type="dxa"/>
              <w:left w:w="130" w:type="dxa"/>
              <w:bottom w:w="100" w:type="dxa"/>
              <w:right w:w="130" w:type="dxa"/>
            </w:tcMar>
            <w:vAlign w:val="center"/>
          </w:tcPr>
          <w:p w14:paraId="4A06779A" w14:textId="77777777" w:rsidR="00612663" w:rsidRDefault="00612663">
            <w:pPr>
              <w:jc w:val="center"/>
            </w:pPr>
            <w:r>
              <w:rPr>
                <w:b/>
                <w:color w:val="1F4D78"/>
                <w:sz w:val="16"/>
              </w:rPr>
              <w:t>Secuencia</w:t>
            </w:r>
          </w:p>
        </w:tc>
        <w:tc>
          <w:tcPr>
            <w:tcW w:w="1000" w:type="dxa"/>
            <w:shd w:val="clear" w:color="auto" w:fill="E8EEF5"/>
            <w:tcMar>
              <w:top w:w="100" w:type="dxa"/>
              <w:left w:w="130" w:type="dxa"/>
              <w:bottom w:w="100" w:type="dxa"/>
              <w:right w:w="130" w:type="dxa"/>
            </w:tcMar>
            <w:vAlign w:val="center"/>
          </w:tcPr>
          <w:p w14:paraId="75273DB0" w14:textId="77777777" w:rsidR="00612663" w:rsidRDefault="00612663">
            <w:pPr>
              <w:jc w:val="center"/>
            </w:pPr>
            <w:r>
              <w:rPr>
                <w:b/>
                <w:color w:val="1F4D78"/>
                <w:sz w:val="16"/>
              </w:rPr>
              <w:t>Espera</w:t>
            </w:r>
          </w:p>
        </w:tc>
        <w:tc>
          <w:tcPr>
            <w:tcW w:w="1000" w:type="dxa"/>
            <w:shd w:val="clear" w:color="auto" w:fill="E8EEF5"/>
            <w:tcMar>
              <w:top w:w="100" w:type="dxa"/>
              <w:left w:w="130" w:type="dxa"/>
              <w:bottom w:w="100" w:type="dxa"/>
              <w:right w:w="130" w:type="dxa"/>
            </w:tcMar>
            <w:vAlign w:val="center"/>
          </w:tcPr>
          <w:p w14:paraId="7D76749B" w14:textId="77777777" w:rsidR="00612663" w:rsidRDefault="00612663">
            <w:pPr>
              <w:jc w:val="center"/>
            </w:pPr>
            <w:r>
              <w:rPr>
                <w:b/>
                <w:color w:val="1F4D78"/>
                <w:sz w:val="16"/>
              </w:rPr>
              <w:t>Representa</w:t>
            </w:r>
          </w:p>
        </w:tc>
        <w:tc>
          <w:tcPr>
            <w:tcW w:w="1000" w:type="dxa"/>
            <w:shd w:val="clear" w:color="auto" w:fill="E8EEF5"/>
            <w:tcMar>
              <w:top w:w="100" w:type="dxa"/>
              <w:left w:w="130" w:type="dxa"/>
              <w:bottom w:w="100" w:type="dxa"/>
              <w:right w:w="130" w:type="dxa"/>
            </w:tcMar>
            <w:vAlign w:val="center"/>
          </w:tcPr>
          <w:p w14:paraId="44645F43" w14:textId="77777777" w:rsidR="00612663" w:rsidRDefault="00612663">
            <w:pPr>
              <w:jc w:val="center"/>
            </w:pPr>
            <w:r>
              <w:rPr>
                <w:b/>
                <w:color w:val="1F4D78"/>
                <w:sz w:val="16"/>
              </w:rPr>
              <w:t>Recoge</w:t>
            </w:r>
          </w:p>
        </w:tc>
        <w:tc>
          <w:tcPr>
            <w:tcW w:w="2549" w:type="dxa"/>
            <w:shd w:val="clear" w:color="auto" w:fill="E8EEF5"/>
            <w:tcMar>
              <w:top w:w="100" w:type="dxa"/>
              <w:left w:w="130" w:type="dxa"/>
              <w:bottom w:w="100" w:type="dxa"/>
              <w:right w:w="130" w:type="dxa"/>
            </w:tcMar>
            <w:vAlign w:val="center"/>
          </w:tcPr>
          <w:p w14:paraId="59A7580B" w14:textId="77777777" w:rsidR="00612663" w:rsidRDefault="00612663">
            <w:pPr>
              <w:jc w:val="center"/>
            </w:pPr>
            <w:r>
              <w:rPr>
                <w:b/>
                <w:color w:val="1F4D78"/>
                <w:sz w:val="16"/>
              </w:rPr>
              <w:t>Observaciones</w:t>
            </w:r>
          </w:p>
        </w:tc>
      </w:tr>
      <w:tr w:rsidR="00E46A9C" w14:paraId="24CA857A" w14:textId="77777777">
        <w:tc>
          <w:tcPr>
            <w:tcW w:w="2200" w:type="dxa"/>
            <w:tcMar>
              <w:top w:w="100" w:type="dxa"/>
              <w:left w:w="130" w:type="dxa"/>
              <w:bottom w:w="100" w:type="dxa"/>
              <w:right w:w="130" w:type="dxa"/>
            </w:tcMar>
          </w:tcPr>
          <w:p w14:paraId="2F33F814" w14:textId="77777777" w:rsidR="00612663" w:rsidRDefault="00612663">
            <w:pPr>
              <w:spacing w:after="480"/>
            </w:pPr>
          </w:p>
        </w:tc>
        <w:tc>
          <w:tcPr>
            <w:tcW w:w="1000" w:type="dxa"/>
            <w:tcMar>
              <w:top w:w="100" w:type="dxa"/>
              <w:left w:w="130" w:type="dxa"/>
              <w:bottom w:w="100" w:type="dxa"/>
              <w:right w:w="130" w:type="dxa"/>
            </w:tcMar>
          </w:tcPr>
          <w:p w14:paraId="77C0E689" w14:textId="77777777" w:rsidR="00612663" w:rsidRDefault="00612663">
            <w:pPr>
              <w:spacing w:after="480"/>
            </w:pPr>
          </w:p>
        </w:tc>
        <w:tc>
          <w:tcPr>
            <w:tcW w:w="1000" w:type="dxa"/>
            <w:tcMar>
              <w:top w:w="100" w:type="dxa"/>
              <w:left w:w="130" w:type="dxa"/>
              <w:bottom w:w="100" w:type="dxa"/>
              <w:right w:w="130" w:type="dxa"/>
            </w:tcMar>
          </w:tcPr>
          <w:p w14:paraId="3E591CB7" w14:textId="77777777" w:rsidR="00612663" w:rsidRDefault="00612663">
            <w:pPr>
              <w:spacing w:after="480"/>
            </w:pPr>
          </w:p>
        </w:tc>
        <w:tc>
          <w:tcPr>
            <w:tcW w:w="1000" w:type="dxa"/>
            <w:tcMar>
              <w:top w:w="100" w:type="dxa"/>
              <w:left w:w="130" w:type="dxa"/>
              <w:bottom w:w="100" w:type="dxa"/>
              <w:right w:w="130" w:type="dxa"/>
            </w:tcMar>
          </w:tcPr>
          <w:p w14:paraId="7BAF7790" w14:textId="77777777" w:rsidR="00612663" w:rsidRDefault="00612663">
            <w:pPr>
              <w:spacing w:after="480"/>
            </w:pPr>
          </w:p>
        </w:tc>
        <w:tc>
          <w:tcPr>
            <w:tcW w:w="1000" w:type="dxa"/>
            <w:tcMar>
              <w:top w:w="100" w:type="dxa"/>
              <w:left w:w="130" w:type="dxa"/>
              <w:bottom w:w="100" w:type="dxa"/>
              <w:right w:w="130" w:type="dxa"/>
            </w:tcMar>
          </w:tcPr>
          <w:p w14:paraId="158ABC69" w14:textId="77777777" w:rsidR="00612663" w:rsidRDefault="00612663">
            <w:pPr>
              <w:spacing w:after="480"/>
            </w:pPr>
          </w:p>
        </w:tc>
        <w:tc>
          <w:tcPr>
            <w:tcW w:w="1000" w:type="dxa"/>
            <w:tcMar>
              <w:top w:w="100" w:type="dxa"/>
              <w:left w:w="130" w:type="dxa"/>
              <w:bottom w:w="100" w:type="dxa"/>
              <w:right w:w="130" w:type="dxa"/>
            </w:tcMar>
          </w:tcPr>
          <w:p w14:paraId="066ACD9B" w14:textId="77777777" w:rsidR="00612663" w:rsidRDefault="00612663">
            <w:pPr>
              <w:spacing w:after="480"/>
            </w:pPr>
          </w:p>
        </w:tc>
        <w:tc>
          <w:tcPr>
            <w:tcW w:w="2549" w:type="dxa"/>
            <w:tcMar>
              <w:top w:w="100" w:type="dxa"/>
              <w:left w:w="130" w:type="dxa"/>
              <w:bottom w:w="100" w:type="dxa"/>
              <w:right w:w="130" w:type="dxa"/>
            </w:tcMar>
          </w:tcPr>
          <w:p w14:paraId="4A5E7565" w14:textId="77777777" w:rsidR="00612663" w:rsidRDefault="00612663">
            <w:pPr>
              <w:spacing w:after="480"/>
            </w:pPr>
          </w:p>
        </w:tc>
      </w:tr>
      <w:tr w:rsidR="00E46A9C" w14:paraId="2159EDBB" w14:textId="77777777">
        <w:tc>
          <w:tcPr>
            <w:tcW w:w="2200" w:type="dxa"/>
            <w:tcMar>
              <w:top w:w="100" w:type="dxa"/>
              <w:left w:w="130" w:type="dxa"/>
              <w:bottom w:w="100" w:type="dxa"/>
              <w:right w:w="130" w:type="dxa"/>
            </w:tcMar>
          </w:tcPr>
          <w:p w14:paraId="086F4E60" w14:textId="77777777" w:rsidR="00612663" w:rsidRDefault="00612663">
            <w:pPr>
              <w:spacing w:after="480"/>
            </w:pPr>
          </w:p>
        </w:tc>
        <w:tc>
          <w:tcPr>
            <w:tcW w:w="1000" w:type="dxa"/>
            <w:tcMar>
              <w:top w:w="100" w:type="dxa"/>
              <w:left w:w="130" w:type="dxa"/>
              <w:bottom w:w="100" w:type="dxa"/>
              <w:right w:w="130" w:type="dxa"/>
            </w:tcMar>
          </w:tcPr>
          <w:p w14:paraId="311E5D11" w14:textId="77777777" w:rsidR="00612663" w:rsidRDefault="00612663">
            <w:pPr>
              <w:spacing w:after="480"/>
            </w:pPr>
          </w:p>
        </w:tc>
        <w:tc>
          <w:tcPr>
            <w:tcW w:w="1000" w:type="dxa"/>
            <w:tcMar>
              <w:top w:w="100" w:type="dxa"/>
              <w:left w:w="130" w:type="dxa"/>
              <w:bottom w:w="100" w:type="dxa"/>
              <w:right w:w="130" w:type="dxa"/>
            </w:tcMar>
          </w:tcPr>
          <w:p w14:paraId="74E524BF" w14:textId="77777777" w:rsidR="00612663" w:rsidRDefault="00612663">
            <w:pPr>
              <w:spacing w:after="480"/>
            </w:pPr>
          </w:p>
        </w:tc>
        <w:tc>
          <w:tcPr>
            <w:tcW w:w="1000" w:type="dxa"/>
            <w:tcMar>
              <w:top w:w="100" w:type="dxa"/>
              <w:left w:w="130" w:type="dxa"/>
              <w:bottom w:w="100" w:type="dxa"/>
              <w:right w:w="130" w:type="dxa"/>
            </w:tcMar>
          </w:tcPr>
          <w:p w14:paraId="15BFAFD8" w14:textId="77777777" w:rsidR="00612663" w:rsidRDefault="00612663">
            <w:pPr>
              <w:spacing w:after="480"/>
            </w:pPr>
          </w:p>
        </w:tc>
        <w:tc>
          <w:tcPr>
            <w:tcW w:w="1000" w:type="dxa"/>
            <w:tcMar>
              <w:top w:w="100" w:type="dxa"/>
              <w:left w:w="130" w:type="dxa"/>
              <w:bottom w:w="100" w:type="dxa"/>
              <w:right w:w="130" w:type="dxa"/>
            </w:tcMar>
          </w:tcPr>
          <w:p w14:paraId="75C9C011" w14:textId="77777777" w:rsidR="00612663" w:rsidRDefault="00612663">
            <w:pPr>
              <w:spacing w:after="480"/>
            </w:pPr>
          </w:p>
        </w:tc>
        <w:tc>
          <w:tcPr>
            <w:tcW w:w="1000" w:type="dxa"/>
            <w:tcMar>
              <w:top w:w="100" w:type="dxa"/>
              <w:left w:w="130" w:type="dxa"/>
              <w:bottom w:w="100" w:type="dxa"/>
              <w:right w:w="130" w:type="dxa"/>
            </w:tcMar>
          </w:tcPr>
          <w:p w14:paraId="57DA3AC5" w14:textId="77777777" w:rsidR="00612663" w:rsidRDefault="00612663">
            <w:pPr>
              <w:spacing w:after="480"/>
            </w:pPr>
          </w:p>
        </w:tc>
        <w:tc>
          <w:tcPr>
            <w:tcW w:w="2549" w:type="dxa"/>
            <w:tcMar>
              <w:top w:w="100" w:type="dxa"/>
              <w:left w:w="130" w:type="dxa"/>
              <w:bottom w:w="100" w:type="dxa"/>
              <w:right w:w="130" w:type="dxa"/>
            </w:tcMar>
          </w:tcPr>
          <w:p w14:paraId="6A0D754D" w14:textId="77777777" w:rsidR="00612663" w:rsidRDefault="00612663">
            <w:pPr>
              <w:spacing w:after="480"/>
            </w:pPr>
          </w:p>
        </w:tc>
      </w:tr>
      <w:tr w:rsidR="00E46A9C" w14:paraId="56C2D48C" w14:textId="77777777">
        <w:tc>
          <w:tcPr>
            <w:tcW w:w="2200" w:type="dxa"/>
            <w:tcMar>
              <w:top w:w="100" w:type="dxa"/>
              <w:left w:w="130" w:type="dxa"/>
              <w:bottom w:w="100" w:type="dxa"/>
              <w:right w:w="130" w:type="dxa"/>
            </w:tcMar>
          </w:tcPr>
          <w:p w14:paraId="1201E1D9" w14:textId="77777777" w:rsidR="00612663" w:rsidRDefault="00612663">
            <w:pPr>
              <w:spacing w:after="480"/>
            </w:pPr>
          </w:p>
        </w:tc>
        <w:tc>
          <w:tcPr>
            <w:tcW w:w="1000" w:type="dxa"/>
            <w:tcMar>
              <w:top w:w="100" w:type="dxa"/>
              <w:left w:w="130" w:type="dxa"/>
              <w:bottom w:w="100" w:type="dxa"/>
              <w:right w:w="130" w:type="dxa"/>
            </w:tcMar>
          </w:tcPr>
          <w:p w14:paraId="6D41FD2C" w14:textId="77777777" w:rsidR="00612663" w:rsidRDefault="00612663">
            <w:pPr>
              <w:spacing w:after="480"/>
            </w:pPr>
          </w:p>
        </w:tc>
        <w:tc>
          <w:tcPr>
            <w:tcW w:w="1000" w:type="dxa"/>
            <w:tcMar>
              <w:top w:w="100" w:type="dxa"/>
              <w:left w:w="130" w:type="dxa"/>
              <w:bottom w:w="100" w:type="dxa"/>
              <w:right w:w="130" w:type="dxa"/>
            </w:tcMar>
          </w:tcPr>
          <w:p w14:paraId="179A7BCB" w14:textId="77777777" w:rsidR="00612663" w:rsidRDefault="00612663">
            <w:pPr>
              <w:spacing w:after="480"/>
            </w:pPr>
          </w:p>
        </w:tc>
        <w:tc>
          <w:tcPr>
            <w:tcW w:w="1000" w:type="dxa"/>
            <w:tcMar>
              <w:top w:w="100" w:type="dxa"/>
              <w:left w:w="130" w:type="dxa"/>
              <w:bottom w:w="100" w:type="dxa"/>
              <w:right w:w="130" w:type="dxa"/>
            </w:tcMar>
          </w:tcPr>
          <w:p w14:paraId="1C8BE980" w14:textId="77777777" w:rsidR="00612663" w:rsidRDefault="00612663">
            <w:pPr>
              <w:spacing w:after="480"/>
            </w:pPr>
          </w:p>
        </w:tc>
        <w:tc>
          <w:tcPr>
            <w:tcW w:w="1000" w:type="dxa"/>
            <w:tcMar>
              <w:top w:w="100" w:type="dxa"/>
              <w:left w:w="130" w:type="dxa"/>
              <w:bottom w:w="100" w:type="dxa"/>
              <w:right w:w="130" w:type="dxa"/>
            </w:tcMar>
          </w:tcPr>
          <w:p w14:paraId="3E89834E" w14:textId="77777777" w:rsidR="00612663" w:rsidRDefault="00612663">
            <w:pPr>
              <w:spacing w:after="480"/>
            </w:pPr>
          </w:p>
        </w:tc>
        <w:tc>
          <w:tcPr>
            <w:tcW w:w="1000" w:type="dxa"/>
            <w:tcMar>
              <w:top w:w="100" w:type="dxa"/>
              <w:left w:w="130" w:type="dxa"/>
              <w:bottom w:w="100" w:type="dxa"/>
              <w:right w:w="130" w:type="dxa"/>
            </w:tcMar>
          </w:tcPr>
          <w:p w14:paraId="3C7F1CD4" w14:textId="77777777" w:rsidR="00612663" w:rsidRDefault="00612663">
            <w:pPr>
              <w:spacing w:after="480"/>
            </w:pPr>
          </w:p>
        </w:tc>
        <w:tc>
          <w:tcPr>
            <w:tcW w:w="2549" w:type="dxa"/>
            <w:tcMar>
              <w:top w:w="100" w:type="dxa"/>
              <w:left w:w="130" w:type="dxa"/>
              <w:bottom w:w="100" w:type="dxa"/>
              <w:right w:w="130" w:type="dxa"/>
            </w:tcMar>
          </w:tcPr>
          <w:p w14:paraId="7381D484" w14:textId="77777777" w:rsidR="00612663" w:rsidRDefault="00612663">
            <w:pPr>
              <w:spacing w:after="480"/>
            </w:pPr>
          </w:p>
        </w:tc>
      </w:tr>
      <w:tr w:rsidR="00E46A9C" w14:paraId="206B1FF0" w14:textId="77777777">
        <w:tc>
          <w:tcPr>
            <w:tcW w:w="2200" w:type="dxa"/>
            <w:tcMar>
              <w:top w:w="100" w:type="dxa"/>
              <w:left w:w="130" w:type="dxa"/>
              <w:bottom w:w="100" w:type="dxa"/>
              <w:right w:w="130" w:type="dxa"/>
            </w:tcMar>
          </w:tcPr>
          <w:p w14:paraId="0B60DDCC" w14:textId="77777777" w:rsidR="00612663" w:rsidRDefault="00612663">
            <w:pPr>
              <w:spacing w:after="480"/>
            </w:pPr>
          </w:p>
        </w:tc>
        <w:tc>
          <w:tcPr>
            <w:tcW w:w="1000" w:type="dxa"/>
            <w:tcMar>
              <w:top w:w="100" w:type="dxa"/>
              <w:left w:w="130" w:type="dxa"/>
              <w:bottom w:w="100" w:type="dxa"/>
              <w:right w:w="130" w:type="dxa"/>
            </w:tcMar>
          </w:tcPr>
          <w:p w14:paraId="1E2993E8" w14:textId="77777777" w:rsidR="00612663" w:rsidRDefault="00612663">
            <w:pPr>
              <w:spacing w:after="480"/>
            </w:pPr>
          </w:p>
        </w:tc>
        <w:tc>
          <w:tcPr>
            <w:tcW w:w="1000" w:type="dxa"/>
            <w:tcMar>
              <w:top w:w="100" w:type="dxa"/>
              <w:left w:w="130" w:type="dxa"/>
              <w:bottom w:w="100" w:type="dxa"/>
              <w:right w:w="130" w:type="dxa"/>
            </w:tcMar>
          </w:tcPr>
          <w:p w14:paraId="3C1BF8FC" w14:textId="77777777" w:rsidR="00612663" w:rsidRDefault="00612663">
            <w:pPr>
              <w:spacing w:after="480"/>
            </w:pPr>
          </w:p>
        </w:tc>
        <w:tc>
          <w:tcPr>
            <w:tcW w:w="1000" w:type="dxa"/>
            <w:tcMar>
              <w:top w:w="100" w:type="dxa"/>
              <w:left w:w="130" w:type="dxa"/>
              <w:bottom w:w="100" w:type="dxa"/>
              <w:right w:w="130" w:type="dxa"/>
            </w:tcMar>
          </w:tcPr>
          <w:p w14:paraId="182B9CE3" w14:textId="77777777" w:rsidR="00612663" w:rsidRDefault="00612663">
            <w:pPr>
              <w:spacing w:after="480"/>
            </w:pPr>
          </w:p>
        </w:tc>
        <w:tc>
          <w:tcPr>
            <w:tcW w:w="1000" w:type="dxa"/>
            <w:tcMar>
              <w:top w:w="100" w:type="dxa"/>
              <w:left w:w="130" w:type="dxa"/>
              <w:bottom w:w="100" w:type="dxa"/>
              <w:right w:w="130" w:type="dxa"/>
            </w:tcMar>
          </w:tcPr>
          <w:p w14:paraId="5C2E72ED" w14:textId="77777777" w:rsidR="00612663" w:rsidRDefault="00612663">
            <w:pPr>
              <w:spacing w:after="480"/>
            </w:pPr>
          </w:p>
        </w:tc>
        <w:tc>
          <w:tcPr>
            <w:tcW w:w="1000" w:type="dxa"/>
            <w:tcMar>
              <w:top w:w="100" w:type="dxa"/>
              <w:left w:w="130" w:type="dxa"/>
              <w:bottom w:w="100" w:type="dxa"/>
              <w:right w:w="130" w:type="dxa"/>
            </w:tcMar>
          </w:tcPr>
          <w:p w14:paraId="7CFBCC5B" w14:textId="77777777" w:rsidR="00612663" w:rsidRDefault="00612663">
            <w:pPr>
              <w:spacing w:after="480"/>
            </w:pPr>
          </w:p>
        </w:tc>
        <w:tc>
          <w:tcPr>
            <w:tcW w:w="2549" w:type="dxa"/>
            <w:tcMar>
              <w:top w:w="100" w:type="dxa"/>
              <w:left w:w="130" w:type="dxa"/>
              <w:bottom w:w="100" w:type="dxa"/>
              <w:right w:w="130" w:type="dxa"/>
            </w:tcMar>
          </w:tcPr>
          <w:p w14:paraId="62DBAC3A" w14:textId="77777777" w:rsidR="00612663" w:rsidRDefault="00612663">
            <w:pPr>
              <w:spacing w:after="480"/>
            </w:pPr>
          </w:p>
        </w:tc>
      </w:tr>
      <w:tr w:rsidR="00E46A9C" w14:paraId="5CBF3898" w14:textId="77777777">
        <w:tc>
          <w:tcPr>
            <w:tcW w:w="2200" w:type="dxa"/>
            <w:tcMar>
              <w:top w:w="100" w:type="dxa"/>
              <w:left w:w="130" w:type="dxa"/>
              <w:bottom w:w="100" w:type="dxa"/>
              <w:right w:w="130" w:type="dxa"/>
            </w:tcMar>
          </w:tcPr>
          <w:p w14:paraId="48B4FF1F" w14:textId="77777777" w:rsidR="00612663" w:rsidRDefault="00612663">
            <w:pPr>
              <w:spacing w:after="480"/>
            </w:pPr>
          </w:p>
        </w:tc>
        <w:tc>
          <w:tcPr>
            <w:tcW w:w="1000" w:type="dxa"/>
            <w:tcMar>
              <w:top w:w="100" w:type="dxa"/>
              <w:left w:w="130" w:type="dxa"/>
              <w:bottom w:w="100" w:type="dxa"/>
              <w:right w:w="130" w:type="dxa"/>
            </w:tcMar>
          </w:tcPr>
          <w:p w14:paraId="62AC264C" w14:textId="77777777" w:rsidR="00612663" w:rsidRDefault="00612663">
            <w:pPr>
              <w:spacing w:after="480"/>
            </w:pPr>
          </w:p>
        </w:tc>
        <w:tc>
          <w:tcPr>
            <w:tcW w:w="1000" w:type="dxa"/>
            <w:tcMar>
              <w:top w:w="100" w:type="dxa"/>
              <w:left w:w="130" w:type="dxa"/>
              <w:bottom w:w="100" w:type="dxa"/>
              <w:right w:w="130" w:type="dxa"/>
            </w:tcMar>
          </w:tcPr>
          <w:p w14:paraId="014609E1" w14:textId="77777777" w:rsidR="00612663" w:rsidRDefault="00612663">
            <w:pPr>
              <w:spacing w:after="480"/>
            </w:pPr>
          </w:p>
        </w:tc>
        <w:tc>
          <w:tcPr>
            <w:tcW w:w="1000" w:type="dxa"/>
            <w:tcMar>
              <w:top w:w="100" w:type="dxa"/>
              <w:left w:w="130" w:type="dxa"/>
              <w:bottom w:w="100" w:type="dxa"/>
              <w:right w:w="130" w:type="dxa"/>
            </w:tcMar>
          </w:tcPr>
          <w:p w14:paraId="76F5AF29" w14:textId="77777777" w:rsidR="00612663" w:rsidRDefault="00612663">
            <w:pPr>
              <w:spacing w:after="480"/>
            </w:pPr>
          </w:p>
        </w:tc>
        <w:tc>
          <w:tcPr>
            <w:tcW w:w="1000" w:type="dxa"/>
            <w:tcMar>
              <w:top w:w="100" w:type="dxa"/>
              <w:left w:w="130" w:type="dxa"/>
              <w:bottom w:w="100" w:type="dxa"/>
              <w:right w:w="130" w:type="dxa"/>
            </w:tcMar>
          </w:tcPr>
          <w:p w14:paraId="4A4DC177" w14:textId="77777777" w:rsidR="00612663" w:rsidRDefault="00612663">
            <w:pPr>
              <w:spacing w:after="480"/>
            </w:pPr>
          </w:p>
        </w:tc>
        <w:tc>
          <w:tcPr>
            <w:tcW w:w="1000" w:type="dxa"/>
            <w:tcMar>
              <w:top w:w="100" w:type="dxa"/>
              <w:left w:w="130" w:type="dxa"/>
              <w:bottom w:w="100" w:type="dxa"/>
              <w:right w:w="130" w:type="dxa"/>
            </w:tcMar>
          </w:tcPr>
          <w:p w14:paraId="2403C421" w14:textId="77777777" w:rsidR="00612663" w:rsidRDefault="00612663">
            <w:pPr>
              <w:spacing w:after="480"/>
            </w:pPr>
          </w:p>
        </w:tc>
        <w:tc>
          <w:tcPr>
            <w:tcW w:w="2549" w:type="dxa"/>
            <w:tcMar>
              <w:top w:w="100" w:type="dxa"/>
              <w:left w:w="130" w:type="dxa"/>
              <w:bottom w:w="100" w:type="dxa"/>
              <w:right w:w="130" w:type="dxa"/>
            </w:tcMar>
          </w:tcPr>
          <w:p w14:paraId="3F87EDEB" w14:textId="77777777" w:rsidR="00612663" w:rsidRDefault="00612663">
            <w:pPr>
              <w:spacing w:after="480"/>
            </w:pPr>
          </w:p>
        </w:tc>
      </w:tr>
      <w:tr w:rsidR="00E46A9C" w14:paraId="0A543992" w14:textId="77777777">
        <w:tc>
          <w:tcPr>
            <w:tcW w:w="2200" w:type="dxa"/>
            <w:tcMar>
              <w:top w:w="100" w:type="dxa"/>
              <w:left w:w="130" w:type="dxa"/>
              <w:bottom w:w="100" w:type="dxa"/>
              <w:right w:w="130" w:type="dxa"/>
            </w:tcMar>
          </w:tcPr>
          <w:p w14:paraId="2EEB1276" w14:textId="77777777" w:rsidR="00612663" w:rsidRDefault="00612663">
            <w:pPr>
              <w:spacing w:after="480"/>
            </w:pPr>
          </w:p>
        </w:tc>
        <w:tc>
          <w:tcPr>
            <w:tcW w:w="1000" w:type="dxa"/>
            <w:tcMar>
              <w:top w:w="100" w:type="dxa"/>
              <w:left w:w="130" w:type="dxa"/>
              <w:bottom w:w="100" w:type="dxa"/>
              <w:right w:w="130" w:type="dxa"/>
            </w:tcMar>
          </w:tcPr>
          <w:p w14:paraId="0B2FFA48" w14:textId="77777777" w:rsidR="00612663" w:rsidRDefault="00612663">
            <w:pPr>
              <w:spacing w:after="480"/>
            </w:pPr>
          </w:p>
        </w:tc>
        <w:tc>
          <w:tcPr>
            <w:tcW w:w="1000" w:type="dxa"/>
            <w:tcMar>
              <w:top w:w="100" w:type="dxa"/>
              <w:left w:w="130" w:type="dxa"/>
              <w:bottom w:w="100" w:type="dxa"/>
              <w:right w:w="130" w:type="dxa"/>
            </w:tcMar>
          </w:tcPr>
          <w:p w14:paraId="4AA16596" w14:textId="77777777" w:rsidR="00612663" w:rsidRDefault="00612663">
            <w:pPr>
              <w:spacing w:after="480"/>
            </w:pPr>
          </w:p>
        </w:tc>
        <w:tc>
          <w:tcPr>
            <w:tcW w:w="1000" w:type="dxa"/>
            <w:tcMar>
              <w:top w:w="100" w:type="dxa"/>
              <w:left w:w="130" w:type="dxa"/>
              <w:bottom w:w="100" w:type="dxa"/>
              <w:right w:w="130" w:type="dxa"/>
            </w:tcMar>
          </w:tcPr>
          <w:p w14:paraId="2CC305A2" w14:textId="77777777" w:rsidR="00612663" w:rsidRDefault="00612663">
            <w:pPr>
              <w:spacing w:after="480"/>
            </w:pPr>
          </w:p>
        </w:tc>
        <w:tc>
          <w:tcPr>
            <w:tcW w:w="1000" w:type="dxa"/>
            <w:tcMar>
              <w:top w:w="100" w:type="dxa"/>
              <w:left w:w="130" w:type="dxa"/>
              <w:bottom w:w="100" w:type="dxa"/>
              <w:right w:w="130" w:type="dxa"/>
            </w:tcMar>
          </w:tcPr>
          <w:p w14:paraId="50BBDF08" w14:textId="77777777" w:rsidR="00612663" w:rsidRDefault="00612663">
            <w:pPr>
              <w:spacing w:after="480"/>
            </w:pPr>
          </w:p>
        </w:tc>
        <w:tc>
          <w:tcPr>
            <w:tcW w:w="1000" w:type="dxa"/>
            <w:tcMar>
              <w:top w:w="100" w:type="dxa"/>
              <w:left w:w="130" w:type="dxa"/>
              <w:bottom w:w="100" w:type="dxa"/>
              <w:right w:w="130" w:type="dxa"/>
            </w:tcMar>
          </w:tcPr>
          <w:p w14:paraId="5268252D" w14:textId="77777777" w:rsidR="00612663" w:rsidRDefault="00612663">
            <w:pPr>
              <w:spacing w:after="480"/>
            </w:pPr>
          </w:p>
        </w:tc>
        <w:tc>
          <w:tcPr>
            <w:tcW w:w="2549" w:type="dxa"/>
            <w:tcMar>
              <w:top w:w="100" w:type="dxa"/>
              <w:left w:w="130" w:type="dxa"/>
              <w:bottom w:w="100" w:type="dxa"/>
              <w:right w:w="130" w:type="dxa"/>
            </w:tcMar>
          </w:tcPr>
          <w:p w14:paraId="0066FF13" w14:textId="77777777" w:rsidR="00612663" w:rsidRDefault="00612663">
            <w:pPr>
              <w:spacing w:after="480"/>
            </w:pPr>
          </w:p>
        </w:tc>
      </w:tr>
      <w:tr w:rsidR="00E46A9C" w14:paraId="2310A97B" w14:textId="77777777">
        <w:tc>
          <w:tcPr>
            <w:tcW w:w="2200" w:type="dxa"/>
            <w:tcMar>
              <w:top w:w="100" w:type="dxa"/>
              <w:left w:w="130" w:type="dxa"/>
              <w:bottom w:w="100" w:type="dxa"/>
              <w:right w:w="130" w:type="dxa"/>
            </w:tcMar>
          </w:tcPr>
          <w:p w14:paraId="5C315C52" w14:textId="77777777" w:rsidR="00612663" w:rsidRDefault="00612663">
            <w:pPr>
              <w:spacing w:after="480"/>
            </w:pPr>
          </w:p>
        </w:tc>
        <w:tc>
          <w:tcPr>
            <w:tcW w:w="1000" w:type="dxa"/>
            <w:tcMar>
              <w:top w:w="100" w:type="dxa"/>
              <w:left w:w="130" w:type="dxa"/>
              <w:bottom w:w="100" w:type="dxa"/>
              <w:right w:w="130" w:type="dxa"/>
            </w:tcMar>
          </w:tcPr>
          <w:p w14:paraId="6CAFAC8A" w14:textId="77777777" w:rsidR="00612663" w:rsidRDefault="00612663">
            <w:pPr>
              <w:spacing w:after="480"/>
            </w:pPr>
          </w:p>
        </w:tc>
        <w:tc>
          <w:tcPr>
            <w:tcW w:w="1000" w:type="dxa"/>
            <w:tcMar>
              <w:top w:w="100" w:type="dxa"/>
              <w:left w:w="130" w:type="dxa"/>
              <w:bottom w:w="100" w:type="dxa"/>
              <w:right w:w="130" w:type="dxa"/>
            </w:tcMar>
          </w:tcPr>
          <w:p w14:paraId="2A7B173B" w14:textId="77777777" w:rsidR="00612663" w:rsidRDefault="00612663">
            <w:pPr>
              <w:spacing w:after="480"/>
            </w:pPr>
          </w:p>
        </w:tc>
        <w:tc>
          <w:tcPr>
            <w:tcW w:w="1000" w:type="dxa"/>
            <w:tcMar>
              <w:top w:w="100" w:type="dxa"/>
              <w:left w:w="130" w:type="dxa"/>
              <w:bottom w:w="100" w:type="dxa"/>
              <w:right w:w="130" w:type="dxa"/>
            </w:tcMar>
          </w:tcPr>
          <w:p w14:paraId="4F36F7E4" w14:textId="77777777" w:rsidR="00612663" w:rsidRDefault="00612663">
            <w:pPr>
              <w:spacing w:after="480"/>
            </w:pPr>
          </w:p>
        </w:tc>
        <w:tc>
          <w:tcPr>
            <w:tcW w:w="1000" w:type="dxa"/>
            <w:tcMar>
              <w:top w:w="100" w:type="dxa"/>
              <w:left w:w="130" w:type="dxa"/>
              <w:bottom w:w="100" w:type="dxa"/>
              <w:right w:w="130" w:type="dxa"/>
            </w:tcMar>
          </w:tcPr>
          <w:p w14:paraId="0AD0CE48" w14:textId="77777777" w:rsidR="00612663" w:rsidRDefault="00612663">
            <w:pPr>
              <w:spacing w:after="480"/>
            </w:pPr>
          </w:p>
        </w:tc>
        <w:tc>
          <w:tcPr>
            <w:tcW w:w="1000" w:type="dxa"/>
            <w:tcMar>
              <w:top w:w="100" w:type="dxa"/>
              <w:left w:w="130" w:type="dxa"/>
              <w:bottom w:w="100" w:type="dxa"/>
              <w:right w:w="130" w:type="dxa"/>
            </w:tcMar>
          </w:tcPr>
          <w:p w14:paraId="07865B94" w14:textId="77777777" w:rsidR="00612663" w:rsidRDefault="00612663">
            <w:pPr>
              <w:spacing w:after="480"/>
            </w:pPr>
          </w:p>
        </w:tc>
        <w:tc>
          <w:tcPr>
            <w:tcW w:w="2549" w:type="dxa"/>
            <w:tcMar>
              <w:top w:w="100" w:type="dxa"/>
              <w:left w:w="130" w:type="dxa"/>
              <w:bottom w:w="100" w:type="dxa"/>
              <w:right w:w="130" w:type="dxa"/>
            </w:tcMar>
          </w:tcPr>
          <w:p w14:paraId="4873F1D1" w14:textId="77777777" w:rsidR="00612663" w:rsidRDefault="00612663">
            <w:pPr>
              <w:spacing w:after="480"/>
            </w:pPr>
          </w:p>
        </w:tc>
      </w:tr>
      <w:tr w:rsidR="00E46A9C" w14:paraId="28DD8923" w14:textId="77777777">
        <w:tc>
          <w:tcPr>
            <w:tcW w:w="2200" w:type="dxa"/>
            <w:tcMar>
              <w:top w:w="100" w:type="dxa"/>
              <w:left w:w="130" w:type="dxa"/>
              <w:bottom w:w="100" w:type="dxa"/>
              <w:right w:w="130" w:type="dxa"/>
            </w:tcMar>
          </w:tcPr>
          <w:p w14:paraId="5142A342" w14:textId="77777777" w:rsidR="00612663" w:rsidRDefault="00612663">
            <w:pPr>
              <w:spacing w:after="480"/>
            </w:pPr>
          </w:p>
        </w:tc>
        <w:tc>
          <w:tcPr>
            <w:tcW w:w="1000" w:type="dxa"/>
            <w:tcMar>
              <w:top w:w="100" w:type="dxa"/>
              <w:left w:w="130" w:type="dxa"/>
              <w:bottom w:w="100" w:type="dxa"/>
              <w:right w:w="130" w:type="dxa"/>
            </w:tcMar>
          </w:tcPr>
          <w:p w14:paraId="047DF113" w14:textId="77777777" w:rsidR="00612663" w:rsidRDefault="00612663">
            <w:pPr>
              <w:spacing w:after="480"/>
            </w:pPr>
          </w:p>
        </w:tc>
        <w:tc>
          <w:tcPr>
            <w:tcW w:w="1000" w:type="dxa"/>
            <w:tcMar>
              <w:top w:w="100" w:type="dxa"/>
              <w:left w:w="130" w:type="dxa"/>
              <w:bottom w:w="100" w:type="dxa"/>
              <w:right w:w="130" w:type="dxa"/>
            </w:tcMar>
          </w:tcPr>
          <w:p w14:paraId="6E960E10" w14:textId="77777777" w:rsidR="00612663" w:rsidRDefault="00612663">
            <w:pPr>
              <w:spacing w:after="480"/>
            </w:pPr>
          </w:p>
        </w:tc>
        <w:tc>
          <w:tcPr>
            <w:tcW w:w="1000" w:type="dxa"/>
            <w:tcMar>
              <w:top w:w="100" w:type="dxa"/>
              <w:left w:w="130" w:type="dxa"/>
              <w:bottom w:w="100" w:type="dxa"/>
              <w:right w:w="130" w:type="dxa"/>
            </w:tcMar>
          </w:tcPr>
          <w:p w14:paraId="0DA66371" w14:textId="77777777" w:rsidR="00612663" w:rsidRDefault="00612663">
            <w:pPr>
              <w:spacing w:after="480"/>
            </w:pPr>
          </w:p>
        </w:tc>
        <w:tc>
          <w:tcPr>
            <w:tcW w:w="1000" w:type="dxa"/>
            <w:tcMar>
              <w:top w:w="100" w:type="dxa"/>
              <w:left w:w="130" w:type="dxa"/>
              <w:bottom w:w="100" w:type="dxa"/>
              <w:right w:w="130" w:type="dxa"/>
            </w:tcMar>
          </w:tcPr>
          <w:p w14:paraId="4341A19E" w14:textId="77777777" w:rsidR="00612663" w:rsidRDefault="00612663">
            <w:pPr>
              <w:spacing w:after="480"/>
            </w:pPr>
          </w:p>
        </w:tc>
        <w:tc>
          <w:tcPr>
            <w:tcW w:w="1000" w:type="dxa"/>
            <w:tcMar>
              <w:top w:w="100" w:type="dxa"/>
              <w:left w:w="130" w:type="dxa"/>
              <w:bottom w:w="100" w:type="dxa"/>
              <w:right w:w="130" w:type="dxa"/>
            </w:tcMar>
          </w:tcPr>
          <w:p w14:paraId="47E213BF" w14:textId="77777777" w:rsidR="00612663" w:rsidRDefault="00612663">
            <w:pPr>
              <w:spacing w:after="480"/>
            </w:pPr>
          </w:p>
        </w:tc>
        <w:tc>
          <w:tcPr>
            <w:tcW w:w="2549" w:type="dxa"/>
            <w:tcMar>
              <w:top w:w="100" w:type="dxa"/>
              <w:left w:w="130" w:type="dxa"/>
              <w:bottom w:w="100" w:type="dxa"/>
              <w:right w:w="130" w:type="dxa"/>
            </w:tcMar>
          </w:tcPr>
          <w:p w14:paraId="471C6F10" w14:textId="77777777" w:rsidR="00612663" w:rsidRDefault="00612663">
            <w:pPr>
              <w:spacing w:after="480"/>
            </w:pPr>
          </w:p>
        </w:tc>
      </w:tr>
      <w:tr w:rsidR="00E46A9C" w14:paraId="3ABABE7F" w14:textId="77777777">
        <w:tc>
          <w:tcPr>
            <w:tcW w:w="2200" w:type="dxa"/>
            <w:tcMar>
              <w:top w:w="100" w:type="dxa"/>
              <w:left w:w="130" w:type="dxa"/>
              <w:bottom w:w="100" w:type="dxa"/>
              <w:right w:w="130" w:type="dxa"/>
            </w:tcMar>
          </w:tcPr>
          <w:p w14:paraId="55E2D2C3" w14:textId="77777777" w:rsidR="00612663" w:rsidRDefault="00612663">
            <w:pPr>
              <w:spacing w:after="480"/>
            </w:pPr>
          </w:p>
        </w:tc>
        <w:tc>
          <w:tcPr>
            <w:tcW w:w="1000" w:type="dxa"/>
            <w:tcMar>
              <w:top w:w="100" w:type="dxa"/>
              <w:left w:w="130" w:type="dxa"/>
              <w:bottom w:w="100" w:type="dxa"/>
              <w:right w:w="130" w:type="dxa"/>
            </w:tcMar>
          </w:tcPr>
          <w:p w14:paraId="79BC74E1" w14:textId="77777777" w:rsidR="00612663" w:rsidRDefault="00612663">
            <w:pPr>
              <w:spacing w:after="480"/>
            </w:pPr>
          </w:p>
        </w:tc>
        <w:tc>
          <w:tcPr>
            <w:tcW w:w="1000" w:type="dxa"/>
            <w:tcMar>
              <w:top w:w="100" w:type="dxa"/>
              <w:left w:w="130" w:type="dxa"/>
              <w:bottom w:w="100" w:type="dxa"/>
              <w:right w:w="130" w:type="dxa"/>
            </w:tcMar>
          </w:tcPr>
          <w:p w14:paraId="4DDCC71C" w14:textId="77777777" w:rsidR="00612663" w:rsidRDefault="00612663">
            <w:pPr>
              <w:spacing w:after="480"/>
            </w:pPr>
          </w:p>
        </w:tc>
        <w:tc>
          <w:tcPr>
            <w:tcW w:w="1000" w:type="dxa"/>
            <w:tcMar>
              <w:top w:w="100" w:type="dxa"/>
              <w:left w:w="130" w:type="dxa"/>
              <w:bottom w:w="100" w:type="dxa"/>
              <w:right w:w="130" w:type="dxa"/>
            </w:tcMar>
          </w:tcPr>
          <w:p w14:paraId="29CF6240" w14:textId="77777777" w:rsidR="00612663" w:rsidRDefault="00612663">
            <w:pPr>
              <w:spacing w:after="480"/>
            </w:pPr>
          </w:p>
        </w:tc>
        <w:tc>
          <w:tcPr>
            <w:tcW w:w="1000" w:type="dxa"/>
            <w:tcMar>
              <w:top w:w="100" w:type="dxa"/>
              <w:left w:w="130" w:type="dxa"/>
              <w:bottom w:w="100" w:type="dxa"/>
              <w:right w:w="130" w:type="dxa"/>
            </w:tcMar>
          </w:tcPr>
          <w:p w14:paraId="13F90C5E" w14:textId="77777777" w:rsidR="00612663" w:rsidRDefault="00612663">
            <w:pPr>
              <w:spacing w:after="480"/>
            </w:pPr>
          </w:p>
        </w:tc>
        <w:tc>
          <w:tcPr>
            <w:tcW w:w="1000" w:type="dxa"/>
            <w:tcMar>
              <w:top w:w="100" w:type="dxa"/>
              <w:left w:w="130" w:type="dxa"/>
              <w:bottom w:w="100" w:type="dxa"/>
              <w:right w:w="130" w:type="dxa"/>
            </w:tcMar>
          </w:tcPr>
          <w:p w14:paraId="545C20D4" w14:textId="77777777" w:rsidR="00612663" w:rsidRDefault="00612663">
            <w:pPr>
              <w:spacing w:after="480"/>
            </w:pPr>
          </w:p>
        </w:tc>
        <w:tc>
          <w:tcPr>
            <w:tcW w:w="2549" w:type="dxa"/>
            <w:tcMar>
              <w:top w:w="100" w:type="dxa"/>
              <w:left w:w="130" w:type="dxa"/>
              <w:bottom w:w="100" w:type="dxa"/>
              <w:right w:w="130" w:type="dxa"/>
            </w:tcMar>
          </w:tcPr>
          <w:p w14:paraId="6D644512" w14:textId="77777777" w:rsidR="00612663" w:rsidRDefault="00612663">
            <w:pPr>
              <w:spacing w:after="480"/>
            </w:pPr>
          </w:p>
        </w:tc>
      </w:tr>
      <w:tr w:rsidR="00E46A9C" w14:paraId="29FFDD5D" w14:textId="77777777">
        <w:tc>
          <w:tcPr>
            <w:tcW w:w="2200" w:type="dxa"/>
            <w:tcMar>
              <w:top w:w="100" w:type="dxa"/>
              <w:left w:w="130" w:type="dxa"/>
              <w:bottom w:w="100" w:type="dxa"/>
              <w:right w:w="130" w:type="dxa"/>
            </w:tcMar>
          </w:tcPr>
          <w:p w14:paraId="292AEAD3" w14:textId="77777777" w:rsidR="00612663" w:rsidRDefault="00612663">
            <w:pPr>
              <w:spacing w:after="480"/>
            </w:pPr>
          </w:p>
        </w:tc>
        <w:tc>
          <w:tcPr>
            <w:tcW w:w="1000" w:type="dxa"/>
            <w:tcMar>
              <w:top w:w="100" w:type="dxa"/>
              <w:left w:w="130" w:type="dxa"/>
              <w:bottom w:w="100" w:type="dxa"/>
              <w:right w:w="130" w:type="dxa"/>
            </w:tcMar>
          </w:tcPr>
          <w:p w14:paraId="6E7F6E93" w14:textId="77777777" w:rsidR="00612663" w:rsidRDefault="00612663">
            <w:pPr>
              <w:spacing w:after="480"/>
            </w:pPr>
          </w:p>
        </w:tc>
        <w:tc>
          <w:tcPr>
            <w:tcW w:w="1000" w:type="dxa"/>
            <w:tcMar>
              <w:top w:w="100" w:type="dxa"/>
              <w:left w:w="130" w:type="dxa"/>
              <w:bottom w:w="100" w:type="dxa"/>
              <w:right w:w="130" w:type="dxa"/>
            </w:tcMar>
          </w:tcPr>
          <w:p w14:paraId="29C1FA03" w14:textId="77777777" w:rsidR="00612663" w:rsidRDefault="00612663">
            <w:pPr>
              <w:spacing w:after="480"/>
            </w:pPr>
          </w:p>
        </w:tc>
        <w:tc>
          <w:tcPr>
            <w:tcW w:w="1000" w:type="dxa"/>
            <w:tcMar>
              <w:top w:w="100" w:type="dxa"/>
              <w:left w:w="130" w:type="dxa"/>
              <w:bottom w:w="100" w:type="dxa"/>
              <w:right w:w="130" w:type="dxa"/>
            </w:tcMar>
          </w:tcPr>
          <w:p w14:paraId="11A0FB44" w14:textId="77777777" w:rsidR="00612663" w:rsidRDefault="00612663">
            <w:pPr>
              <w:spacing w:after="480"/>
            </w:pPr>
          </w:p>
        </w:tc>
        <w:tc>
          <w:tcPr>
            <w:tcW w:w="1000" w:type="dxa"/>
            <w:tcMar>
              <w:top w:w="100" w:type="dxa"/>
              <w:left w:w="130" w:type="dxa"/>
              <w:bottom w:w="100" w:type="dxa"/>
              <w:right w:w="130" w:type="dxa"/>
            </w:tcMar>
          </w:tcPr>
          <w:p w14:paraId="67D41FB1" w14:textId="77777777" w:rsidR="00612663" w:rsidRDefault="00612663">
            <w:pPr>
              <w:spacing w:after="480"/>
            </w:pPr>
          </w:p>
        </w:tc>
        <w:tc>
          <w:tcPr>
            <w:tcW w:w="1000" w:type="dxa"/>
            <w:tcMar>
              <w:top w:w="100" w:type="dxa"/>
              <w:left w:w="130" w:type="dxa"/>
              <w:bottom w:w="100" w:type="dxa"/>
              <w:right w:w="130" w:type="dxa"/>
            </w:tcMar>
          </w:tcPr>
          <w:p w14:paraId="4FD0A7C9" w14:textId="77777777" w:rsidR="00612663" w:rsidRDefault="00612663">
            <w:pPr>
              <w:spacing w:after="480"/>
            </w:pPr>
          </w:p>
        </w:tc>
        <w:tc>
          <w:tcPr>
            <w:tcW w:w="2549" w:type="dxa"/>
            <w:tcMar>
              <w:top w:w="100" w:type="dxa"/>
              <w:left w:w="130" w:type="dxa"/>
              <w:bottom w:w="100" w:type="dxa"/>
              <w:right w:w="130" w:type="dxa"/>
            </w:tcMar>
          </w:tcPr>
          <w:p w14:paraId="12C1A5BC" w14:textId="77777777" w:rsidR="00612663" w:rsidRDefault="00612663">
            <w:pPr>
              <w:spacing w:after="480"/>
            </w:pPr>
          </w:p>
        </w:tc>
      </w:tr>
    </w:tbl>
    <w:p w14:paraId="57DBF7E0" w14:textId="77777777" w:rsidR="00612663" w:rsidRDefault="00612663"/>
    <w:p w14:paraId="2CC123F8" w14:textId="77777777" w:rsidR="00612663" w:rsidRDefault="00612663">
      <w:pPr>
        <w:pageBreakBefore/>
        <w:spacing w:before="280" w:after="80"/>
      </w:pPr>
      <w:r>
        <w:rPr>
          <w:b/>
          <w:color w:val="2E74B5"/>
          <w:sz w:val="21"/>
        </w:rPr>
        <w:lastRenderedPageBreak/>
        <w:t>GUÍA DOCENTE</w:t>
      </w:r>
    </w:p>
    <w:p w14:paraId="088DA189" w14:textId="77777777" w:rsidR="00612663" w:rsidRDefault="00612663">
      <w:pPr>
        <w:spacing w:after="80"/>
      </w:pPr>
      <w:r>
        <w:rPr>
          <w:b/>
          <w:color w:val="1F4D78"/>
          <w:sz w:val="56"/>
        </w:rPr>
        <w:t>TEMA 4</w:t>
      </w:r>
    </w:p>
    <w:p w14:paraId="3C7AC057" w14:textId="77777777" w:rsidR="00612663" w:rsidRDefault="00612663">
      <w:pPr>
        <w:spacing w:after="160"/>
      </w:pPr>
      <w:r>
        <w:rPr>
          <w:b/>
          <w:sz w:val="42"/>
        </w:rPr>
        <w:t>Jesús crece en una familia</w:t>
      </w:r>
    </w:p>
    <w:p w14:paraId="4C318C97" w14:textId="77777777" w:rsidR="00612663" w:rsidRDefault="00612663">
      <w:pPr>
        <w:spacing w:after="360"/>
      </w:pPr>
      <w:r>
        <w:rPr>
          <w:color w:val="687784"/>
          <w:sz w:val="25"/>
        </w:rPr>
        <w:t>Educación Infantil · 3 años · Cuatro semanas</w:t>
      </w:r>
    </w:p>
    <w:tbl>
      <w:tblPr>
        <w:tblW w:w="9749" w:type="dxa"/>
        <w:tblInd w:w="120" w:type="dxa"/>
        <w:tblLayout w:type="fixed"/>
        <w:tblLook w:val="04A0" w:firstRow="1" w:lastRow="0" w:firstColumn="1" w:lastColumn="0" w:noHBand="0" w:noVBand="1"/>
      </w:tblPr>
      <w:tblGrid>
        <w:gridCol w:w="2437"/>
        <w:gridCol w:w="2437"/>
        <w:gridCol w:w="2437"/>
        <w:gridCol w:w="2438"/>
      </w:tblGrid>
      <w:tr w:rsidR="008F40AE" w14:paraId="1FEE367E" w14:textId="77777777">
        <w:tc>
          <w:tcPr>
            <w:tcW w:w="2437" w:type="dxa"/>
            <w:shd w:val="clear" w:color="auto" w:fill="EAF4EE"/>
            <w:tcMar>
              <w:top w:w="100" w:type="dxa"/>
              <w:left w:w="130" w:type="dxa"/>
              <w:bottom w:w="100" w:type="dxa"/>
              <w:right w:w="130" w:type="dxa"/>
            </w:tcMar>
            <w:vAlign w:val="center"/>
          </w:tcPr>
          <w:p w14:paraId="23EB6588" w14:textId="77777777" w:rsidR="00612663" w:rsidRDefault="00612663">
            <w:pPr>
              <w:spacing w:after="60"/>
              <w:jc w:val="center"/>
            </w:pPr>
            <w:r>
              <w:rPr>
                <w:b/>
                <w:color w:val="1F4D78"/>
                <w:sz w:val="20"/>
              </w:rPr>
              <w:t>FAMILIA</w:t>
            </w:r>
          </w:p>
          <w:p w14:paraId="18A2E2BB" w14:textId="77777777" w:rsidR="00612663" w:rsidRDefault="00612663">
            <w:pPr>
              <w:spacing w:after="0"/>
              <w:jc w:val="center"/>
            </w:pPr>
            <w:r>
              <w:rPr>
                <w:sz w:val="17"/>
              </w:rPr>
              <w:t>María, José y Jesús</w:t>
            </w:r>
          </w:p>
        </w:tc>
        <w:tc>
          <w:tcPr>
            <w:tcW w:w="2437" w:type="dxa"/>
            <w:shd w:val="clear" w:color="auto" w:fill="E8EEF5"/>
            <w:tcMar>
              <w:top w:w="100" w:type="dxa"/>
              <w:left w:w="130" w:type="dxa"/>
              <w:bottom w:w="100" w:type="dxa"/>
              <w:right w:w="130" w:type="dxa"/>
            </w:tcMar>
            <w:vAlign w:val="center"/>
          </w:tcPr>
          <w:p w14:paraId="3BE0EEFC" w14:textId="77777777" w:rsidR="00612663" w:rsidRDefault="00612663">
            <w:pPr>
              <w:spacing w:after="60"/>
              <w:jc w:val="center"/>
            </w:pPr>
            <w:r>
              <w:rPr>
                <w:b/>
                <w:color w:val="1F4D78"/>
                <w:sz w:val="20"/>
              </w:rPr>
              <w:t>INFANCIA</w:t>
            </w:r>
          </w:p>
          <w:p w14:paraId="3F3D053A" w14:textId="77777777" w:rsidR="00612663" w:rsidRDefault="00612663">
            <w:pPr>
              <w:spacing w:after="0"/>
              <w:jc w:val="center"/>
            </w:pPr>
            <w:r>
              <w:rPr>
                <w:sz w:val="17"/>
              </w:rPr>
              <w:t>Jesús fue niño</w:t>
            </w:r>
          </w:p>
        </w:tc>
        <w:tc>
          <w:tcPr>
            <w:tcW w:w="2437" w:type="dxa"/>
            <w:shd w:val="clear" w:color="auto" w:fill="FFF4D8"/>
            <w:tcMar>
              <w:top w:w="100" w:type="dxa"/>
              <w:left w:w="130" w:type="dxa"/>
              <w:bottom w:w="100" w:type="dxa"/>
              <w:right w:w="130" w:type="dxa"/>
            </w:tcMar>
            <w:vAlign w:val="center"/>
          </w:tcPr>
          <w:p w14:paraId="22FE4715" w14:textId="77777777" w:rsidR="00612663" w:rsidRDefault="00612663">
            <w:pPr>
              <w:spacing w:after="60"/>
              <w:jc w:val="center"/>
            </w:pPr>
            <w:r>
              <w:rPr>
                <w:b/>
                <w:color w:val="1F4D78"/>
                <w:sz w:val="20"/>
              </w:rPr>
              <w:t>AYUDA</w:t>
            </w:r>
          </w:p>
          <w:p w14:paraId="0FF9AF46" w14:textId="77777777" w:rsidR="00612663" w:rsidRDefault="00612663">
            <w:pPr>
              <w:spacing w:after="0"/>
              <w:jc w:val="center"/>
            </w:pPr>
            <w:r>
              <w:rPr>
                <w:sz w:val="17"/>
              </w:rPr>
              <w:t>Colabora y cuida</w:t>
            </w:r>
          </w:p>
        </w:tc>
        <w:tc>
          <w:tcPr>
            <w:tcW w:w="2438" w:type="dxa"/>
            <w:shd w:val="clear" w:color="auto" w:fill="EAF4EE"/>
            <w:tcMar>
              <w:top w:w="100" w:type="dxa"/>
              <w:left w:w="130" w:type="dxa"/>
              <w:bottom w:w="100" w:type="dxa"/>
              <w:right w:w="130" w:type="dxa"/>
            </w:tcMar>
            <w:vAlign w:val="center"/>
          </w:tcPr>
          <w:p w14:paraId="78C5BE35" w14:textId="77777777" w:rsidR="00612663" w:rsidRDefault="00612663">
            <w:pPr>
              <w:spacing w:after="60"/>
              <w:jc w:val="center"/>
            </w:pPr>
            <w:r>
              <w:rPr>
                <w:b/>
                <w:color w:val="1F4D78"/>
                <w:sz w:val="20"/>
              </w:rPr>
              <w:t>CRECIMIENTO</w:t>
            </w:r>
          </w:p>
          <w:p w14:paraId="551EF6C8" w14:textId="77777777" w:rsidR="00612663" w:rsidRDefault="00612663">
            <w:pPr>
              <w:spacing w:after="0"/>
              <w:jc w:val="center"/>
            </w:pPr>
            <w:r>
              <w:rPr>
                <w:sz w:val="17"/>
              </w:rPr>
              <w:t>Bebé y niño</w:t>
            </w:r>
          </w:p>
        </w:tc>
      </w:tr>
    </w:tbl>
    <w:p w14:paraId="10AD3F77" w14:textId="77777777" w:rsidR="00612663" w:rsidRDefault="00612663">
      <w:pPr>
        <w:spacing w:after="80"/>
      </w:pPr>
    </w:p>
    <w:tbl>
      <w:tblPr>
        <w:tblW w:w="9749" w:type="dxa"/>
        <w:tblInd w:w="120" w:type="dxa"/>
        <w:tblLayout w:type="fixed"/>
        <w:tblLook w:val="04A0" w:firstRow="1" w:lastRow="0" w:firstColumn="1" w:lastColumn="0" w:noHBand="0" w:noVBand="1"/>
      </w:tblPr>
      <w:tblGrid>
        <w:gridCol w:w="9749"/>
      </w:tblGrid>
      <w:tr w:rsidR="008F40AE" w14:paraId="003D764E" w14:textId="77777777">
        <w:tc>
          <w:tcPr>
            <w:tcW w:w="9749" w:type="dxa"/>
            <w:shd w:val="clear" w:color="auto" w:fill="EAF4EE"/>
            <w:tcMar>
              <w:top w:w="100" w:type="dxa"/>
              <w:left w:w="130" w:type="dxa"/>
              <w:bottom w:w="100" w:type="dxa"/>
              <w:right w:w="130" w:type="dxa"/>
            </w:tcMar>
            <w:vAlign w:val="center"/>
          </w:tcPr>
          <w:p w14:paraId="61687AD7" w14:textId="77777777" w:rsidR="00612663" w:rsidRDefault="00612663">
            <w:pPr>
              <w:spacing w:after="40" w:line="288" w:lineRule="auto"/>
            </w:pPr>
            <w:r>
              <w:rPr>
                <w:b/>
                <w:color w:val="1F4D78"/>
              </w:rPr>
              <w:t xml:space="preserve">Idea central  </w:t>
            </w:r>
            <w:r>
              <w:t>Jesús nació y creció en una familia. Fue verdaderamente niño, vivió en Nazaret con María y José, aprendió, creció y compartió la vida cotidiana de su hogar.</w:t>
            </w:r>
          </w:p>
        </w:tc>
      </w:tr>
    </w:tbl>
    <w:p w14:paraId="50F04CE6" w14:textId="77777777" w:rsidR="00612663" w:rsidRDefault="00612663">
      <w:pPr>
        <w:spacing w:after="40"/>
      </w:pPr>
    </w:p>
    <w:p w14:paraId="2DC30719" w14:textId="77777777" w:rsidR="00612663" w:rsidRDefault="00612663">
      <w:pPr>
        <w:pStyle w:val="Ttulo1"/>
      </w:pPr>
      <w:r>
        <w:rPr>
          <w:rFonts w:ascii="Calibri" w:hAnsi="Calibri"/>
        </w:rPr>
        <w:t>Cómo utilizar esta guía</w:t>
      </w:r>
    </w:p>
    <w:p w14:paraId="2DF40F64" w14:textId="77777777" w:rsidR="00612663" w:rsidRDefault="00612663">
      <w:r>
        <w:t>El tema enlaza con Navidad y acerca a Jesús a la experiencia de los niños. La narración y el juego simbólico preceden a la ficha. Las escenas cotidianas no pretenden reconstruir detalles que los Evangelios no cuentan; ayudan a comprender, de forma adecuada a tres años, que Jesús creció dentro de una familia y participó en su vida.</w:t>
      </w:r>
    </w:p>
    <w:tbl>
      <w:tblPr>
        <w:tblW w:w="9749" w:type="dxa"/>
        <w:tblInd w:w="120" w:type="dxa"/>
        <w:tblLayout w:type="fixed"/>
        <w:tblLook w:val="04A0" w:firstRow="1" w:lastRow="0" w:firstColumn="1" w:lastColumn="0" w:noHBand="0" w:noVBand="1"/>
      </w:tblPr>
      <w:tblGrid>
        <w:gridCol w:w="2400"/>
        <w:gridCol w:w="7349"/>
      </w:tblGrid>
      <w:tr w:rsidR="008F40AE" w14:paraId="1BD877A7" w14:textId="77777777">
        <w:tc>
          <w:tcPr>
            <w:tcW w:w="2400" w:type="dxa"/>
            <w:shd w:val="clear" w:color="auto" w:fill="E8EEF5"/>
            <w:tcMar>
              <w:top w:w="100" w:type="dxa"/>
              <w:left w:w="130" w:type="dxa"/>
              <w:bottom w:w="100" w:type="dxa"/>
              <w:right w:w="130" w:type="dxa"/>
            </w:tcMar>
            <w:vAlign w:val="center"/>
          </w:tcPr>
          <w:p w14:paraId="06FF49D8" w14:textId="77777777" w:rsidR="00612663" w:rsidRDefault="00612663">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0AC0A722" w14:textId="77777777" w:rsidR="00612663" w:rsidRDefault="00612663">
            <w:pPr>
              <w:spacing w:after="0"/>
            </w:pPr>
            <w:r>
              <w:rPr>
                <w:sz w:val="21"/>
              </w:rPr>
              <w:t>4 sesiones de 45-60 minutos, flexibles según el ritmo del grupo.</w:t>
            </w:r>
          </w:p>
        </w:tc>
      </w:tr>
      <w:tr w:rsidR="008F40AE" w14:paraId="03409FFA" w14:textId="77777777">
        <w:tc>
          <w:tcPr>
            <w:tcW w:w="2400" w:type="dxa"/>
            <w:shd w:val="clear" w:color="auto" w:fill="E8EEF5"/>
            <w:tcMar>
              <w:top w:w="100" w:type="dxa"/>
              <w:left w:w="130" w:type="dxa"/>
              <w:bottom w:w="100" w:type="dxa"/>
              <w:right w:w="130" w:type="dxa"/>
            </w:tcMar>
            <w:vAlign w:val="center"/>
          </w:tcPr>
          <w:p w14:paraId="5A731343" w14:textId="77777777" w:rsidR="00612663" w:rsidRDefault="00612663">
            <w:pPr>
              <w:spacing w:after="0"/>
            </w:pPr>
            <w:r>
              <w:rPr>
                <w:b/>
                <w:color w:val="1F4D78"/>
                <w:sz w:val="21"/>
              </w:rPr>
              <w:t>Núcleo religioso</w:t>
            </w:r>
          </w:p>
        </w:tc>
        <w:tc>
          <w:tcPr>
            <w:tcW w:w="7349" w:type="dxa"/>
            <w:shd w:val="clear" w:color="auto" w:fill="FFFFFF"/>
            <w:tcMar>
              <w:top w:w="100" w:type="dxa"/>
              <w:left w:w="130" w:type="dxa"/>
              <w:bottom w:w="100" w:type="dxa"/>
              <w:right w:w="130" w:type="dxa"/>
            </w:tcMar>
            <w:vAlign w:val="center"/>
          </w:tcPr>
          <w:p w14:paraId="0BB6EA21" w14:textId="77777777" w:rsidR="00612663" w:rsidRDefault="00612663">
            <w:pPr>
              <w:spacing w:after="0"/>
            </w:pPr>
            <w:r>
              <w:rPr>
                <w:sz w:val="21"/>
              </w:rPr>
              <w:t>La familia de Nazaret; la verdadera infancia de Jesús; crecimiento y vida compartida.</w:t>
            </w:r>
          </w:p>
        </w:tc>
      </w:tr>
      <w:tr w:rsidR="008F40AE" w14:paraId="3A8B3BA7" w14:textId="77777777">
        <w:tc>
          <w:tcPr>
            <w:tcW w:w="2400" w:type="dxa"/>
            <w:shd w:val="clear" w:color="auto" w:fill="E8EEF5"/>
            <w:tcMar>
              <w:top w:w="100" w:type="dxa"/>
              <w:left w:w="130" w:type="dxa"/>
              <w:bottom w:w="100" w:type="dxa"/>
              <w:right w:w="130" w:type="dxa"/>
            </w:tcMar>
            <w:vAlign w:val="center"/>
          </w:tcPr>
          <w:p w14:paraId="6145DED5" w14:textId="77777777" w:rsidR="00612663" w:rsidRDefault="00612663">
            <w:pPr>
              <w:spacing w:after="0"/>
            </w:pPr>
            <w:r>
              <w:rPr>
                <w:b/>
                <w:color w:val="1F4D78"/>
                <w:sz w:val="21"/>
              </w:rPr>
              <w:t>Productos</w:t>
            </w:r>
          </w:p>
        </w:tc>
        <w:tc>
          <w:tcPr>
            <w:tcW w:w="7349" w:type="dxa"/>
            <w:shd w:val="clear" w:color="auto" w:fill="FFFFFF"/>
            <w:tcMar>
              <w:top w:w="100" w:type="dxa"/>
              <w:left w:w="130" w:type="dxa"/>
              <w:bottom w:w="100" w:type="dxa"/>
              <w:right w:w="130" w:type="dxa"/>
            </w:tcMar>
            <w:vAlign w:val="center"/>
          </w:tcPr>
          <w:p w14:paraId="5082873E" w14:textId="77777777" w:rsidR="00612663" w:rsidRDefault="00612663">
            <w:pPr>
              <w:spacing w:after="0"/>
            </w:pPr>
            <w:r>
              <w:rPr>
                <w:sz w:val="21"/>
              </w:rPr>
              <w:t>Cuatro fichas personales: collage, dibujo libre, estampación y lana con dibujo.</w:t>
            </w:r>
          </w:p>
        </w:tc>
      </w:tr>
      <w:tr w:rsidR="008F40AE" w14:paraId="3A7031AC" w14:textId="77777777">
        <w:tc>
          <w:tcPr>
            <w:tcW w:w="2400" w:type="dxa"/>
            <w:shd w:val="clear" w:color="auto" w:fill="E8EEF5"/>
            <w:tcMar>
              <w:top w:w="100" w:type="dxa"/>
              <w:left w:w="130" w:type="dxa"/>
              <w:bottom w:w="100" w:type="dxa"/>
              <w:right w:w="130" w:type="dxa"/>
            </w:tcMar>
            <w:vAlign w:val="center"/>
          </w:tcPr>
          <w:p w14:paraId="0A7C3F40" w14:textId="77777777" w:rsidR="00612663" w:rsidRDefault="00612663">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5B933BF6" w14:textId="77777777" w:rsidR="00612663" w:rsidRDefault="00612663">
            <w:pPr>
              <w:spacing w:after="0"/>
            </w:pPr>
            <w:r>
              <w:rPr>
                <w:sz w:val="21"/>
              </w:rPr>
              <w:t>Relato breve, minimundo, vida práctica, juego simbólico, conversación, oración y expresión plástica.</w:t>
            </w:r>
          </w:p>
        </w:tc>
      </w:tr>
      <w:tr w:rsidR="008F40AE" w14:paraId="0A8251D0" w14:textId="77777777">
        <w:tc>
          <w:tcPr>
            <w:tcW w:w="2400" w:type="dxa"/>
            <w:shd w:val="clear" w:color="auto" w:fill="E8EEF5"/>
            <w:tcMar>
              <w:top w:w="100" w:type="dxa"/>
              <w:left w:w="130" w:type="dxa"/>
              <w:bottom w:w="100" w:type="dxa"/>
              <w:right w:w="130" w:type="dxa"/>
            </w:tcMar>
            <w:vAlign w:val="center"/>
          </w:tcPr>
          <w:p w14:paraId="7D2E5D23" w14:textId="77777777" w:rsidR="00612663" w:rsidRDefault="00612663">
            <w:pPr>
              <w:spacing w:after="0"/>
            </w:pPr>
            <w:r>
              <w:rPr>
                <w:b/>
                <w:color w:val="1F4D78"/>
                <w:sz w:val="21"/>
              </w:rPr>
              <w:t>Criterio material</w:t>
            </w:r>
          </w:p>
        </w:tc>
        <w:tc>
          <w:tcPr>
            <w:tcW w:w="7349" w:type="dxa"/>
            <w:shd w:val="clear" w:color="auto" w:fill="FFFFFF"/>
            <w:tcMar>
              <w:top w:w="100" w:type="dxa"/>
              <w:left w:w="130" w:type="dxa"/>
              <w:bottom w:w="100" w:type="dxa"/>
              <w:right w:w="130" w:type="dxa"/>
            </w:tcMar>
            <w:vAlign w:val="center"/>
          </w:tcPr>
          <w:p w14:paraId="76B7F6C1" w14:textId="77777777" w:rsidR="00612663" w:rsidRDefault="00612663">
            <w:pPr>
              <w:spacing w:after="0"/>
            </w:pPr>
            <w:r>
              <w:rPr>
                <w:sz w:val="21"/>
              </w:rPr>
              <w:t>Reutilizar figuras, telas, cestas, bloques y materiales ya existentes; no comprar.</w:t>
            </w:r>
          </w:p>
        </w:tc>
      </w:tr>
    </w:tbl>
    <w:p w14:paraId="44894A3D" w14:textId="77777777" w:rsidR="00612663" w:rsidRDefault="00612663">
      <w:r>
        <w:br w:type="page"/>
      </w:r>
    </w:p>
    <w:p w14:paraId="61F1F068" w14:textId="77777777" w:rsidR="00612663" w:rsidRDefault="00612663">
      <w:pPr>
        <w:pStyle w:val="Ttulo1"/>
      </w:pPr>
      <w:r>
        <w:rPr>
          <w:rFonts w:ascii="Calibri" w:hAnsi="Calibri"/>
        </w:rPr>
        <w:lastRenderedPageBreak/>
        <w:t>1. Antes de comenzar</w:t>
      </w:r>
    </w:p>
    <w:p w14:paraId="19A0B55A" w14:textId="77777777" w:rsidR="00612663" w:rsidRDefault="00612663">
      <w:pPr>
        <w:pStyle w:val="Ttulo2"/>
      </w:pPr>
      <w:r>
        <w:rPr>
          <w:rFonts w:ascii="Calibri" w:hAnsi="Calibri"/>
        </w:rPr>
        <w:t>Material disponible y preparación</w:t>
      </w:r>
    </w:p>
    <w:tbl>
      <w:tblPr>
        <w:tblW w:w="9749" w:type="dxa"/>
        <w:tblInd w:w="120" w:type="dxa"/>
        <w:tblLayout w:type="fixed"/>
        <w:tblLook w:val="04A0" w:firstRow="1" w:lastRow="0" w:firstColumn="1" w:lastColumn="0" w:noHBand="0" w:noVBand="1"/>
      </w:tblPr>
      <w:tblGrid>
        <w:gridCol w:w="2450"/>
        <w:gridCol w:w="7299"/>
      </w:tblGrid>
      <w:tr w:rsidR="008F40AE" w14:paraId="13846C83" w14:textId="77777777">
        <w:tc>
          <w:tcPr>
            <w:tcW w:w="2450" w:type="dxa"/>
            <w:shd w:val="clear" w:color="auto" w:fill="EAF4EE"/>
            <w:tcMar>
              <w:top w:w="100" w:type="dxa"/>
              <w:left w:w="130" w:type="dxa"/>
              <w:bottom w:w="100" w:type="dxa"/>
              <w:right w:w="130" w:type="dxa"/>
            </w:tcMar>
            <w:vAlign w:val="center"/>
          </w:tcPr>
          <w:p w14:paraId="455A02EE" w14:textId="77777777" w:rsidR="00612663" w:rsidRDefault="00612663">
            <w:pPr>
              <w:spacing w:after="0"/>
            </w:pPr>
            <w:r>
              <w:rPr>
                <w:b/>
                <w:color w:val="1F4D78"/>
                <w:sz w:val="21"/>
              </w:rPr>
              <w:t>Familia / minimundo</w:t>
            </w:r>
          </w:p>
        </w:tc>
        <w:tc>
          <w:tcPr>
            <w:tcW w:w="7299" w:type="dxa"/>
            <w:shd w:val="clear" w:color="auto" w:fill="FFFFFF"/>
            <w:tcMar>
              <w:top w:w="100" w:type="dxa"/>
              <w:left w:w="130" w:type="dxa"/>
              <w:bottom w:w="100" w:type="dxa"/>
              <w:right w:w="130" w:type="dxa"/>
            </w:tcMar>
            <w:vAlign w:val="center"/>
          </w:tcPr>
          <w:p w14:paraId="292F3802" w14:textId="77777777" w:rsidR="00612663" w:rsidRDefault="00612663">
            <w:pPr>
              <w:spacing w:after="0"/>
            </w:pPr>
            <w:r>
              <w:rPr>
                <w:sz w:val="21"/>
              </w:rPr>
              <w:t>Figuras de María, José y Jesús del belén, una casita o construcción sencilla y telas neutras.</w:t>
            </w:r>
          </w:p>
        </w:tc>
      </w:tr>
      <w:tr w:rsidR="008F40AE" w14:paraId="3D507B91" w14:textId="77777777">
        <w:tc>
          <w:tcPr>
            <w:tcW w:w="2450" w:type="dxa"/>
            <w:shd w:val="clear" w:color="auto" w:fill="EAF4EE"/>
            <w:tcMar>
              <w:top w:w="100" w:type="dxa"/>
              <w:left w:w="130" w:type="dxa"/>
              <w:bottom w:w="100" w:type="dxa"/>
              <w:right w:w="130" w:type="dxa"/>
            </w:tcMar>
            <w:vAlign w:val="center"/>
          </w:tcPr>
          <w:p w14:paraId="5A439184" w14:textId="77777777" w:rsidR="00612663" w:rsidRDefault="00612663">
            <w:pPr>
              <w:spacing w:after="0"/>
            </w:pPr>
            <w:r>
              <w:rPr>
                <w:b/>
                <w:color w:val="1F4D78"/>
                <w:sz w:val="21"/>
              </w:rPr>
              <w:t>Vida práctica</w:t>
            </w:r>
          </w:p>
        </w:tc>
        <w:tc>
          <w:tcPr>
            <w:tcW w:w="7299" w:type="dxa"/>
            <w:shd w:val="clear" w:color="auto" w:fill="FFFFFF"/>
            <w:tcMar>
              <w:top w:w="100" w:type="dxa"/>
              <w:left w:w="130" w:type="dxa"/>
              <w:bottom w:w="100" w:type="dxa"/>
              <w:right w:w="130" w:type="dxa"/>
            </w:tcMar>
            <w:vAlign w:val="center"/>
          </w:tcPr>
          <w:p w14:paraId="6D324A12" w14:textId="77777777" w:rsidR="00612663" w:rsidRDefault="00612663">
            <w:pPr>
              <w:spacing w:after="0"/>
            </w:pPr>
            <w:r>
              <w:rPr>
                <w:sz w:val="21"/>
              </w:rPr>
              <w:t>Cestas, bloques de madera, paños, objetos para ordenar, jarrita, planta y mesa baja.</w:t>
            </w:r>
          </w:p>
        </w:tc>
      </w:tr>
      <w:tr w:rsidR="008F40AE" w14:paraId="17ABB913" w14:textId="77777777">
        <w:tc>
          <w:tcPr>
            <w:tcW w:w="2450" w:type="dxa"/>
            <w:shd w:val="clear" w:color="auto" w:fill="EAF4EE"/>
            <w:tcMar>
              <w:top w:w="100" w:type="dxa"/>
              <w:left w:w="130" w:type="dxa"/>
              <w:bottom w:w="100" w:type="dxa"/>
              <w:right w:w="130" w:type="dxa"/>
            </w:tcMar>
            <w:vAlign w:val="center"/>
          </w:tcPr>
          <w:p w14:paraId="53A13A39" w14:textId="77777777" w:rsidR="00612663" w:rsidRDefault="00612663">
            <w:pPr>
              <w:spacing w:after="0"/>
            </w:pPr>
            <w:r>
              <w:rPr>
                <w:b/>
                <w:color w:val="1F4D78"/>
                <w:sz w:val="21"/>
              </w:rPr>
              <w:t>Teatro</w:t>
            </w:r>
          </w:p>
        </w:tc>
        <w:tc>
          <w:tcPr>
            <w:tcW w:w="7299" w:type="dxa"/>
            <w:shd w:val="clear" w:color="auto" w:fill="FFFFFF"/>
            <w:tcMar>
              <w:top w:w="100" w:type="dxa"/>
              <w:left w:w="130" w:type="dxa"/>
              <w:bottom w:w="100" w:type="dxa"/>
              <w:right w:w="130" w:type="dxa"/>
            </w:tcMar>
            <w:vAlign w:val="center"/>
          </w:tcPr>
          <w:p w14:paraId="6B4380A9" w14:textId="77777777" w:rsidR="00612663" w:rsidRDefault="00612663">
            <w:pPr>
              <w:spacing w:after="0"/>
            </w:pPr>
            <w:r>
              <w:rPr>
                <w:sz w:val="21"/>
              </w:rPr>
              <w:t>Túnicas y pañuelos del nacimiento, usados ahora para escenas familiares sencillas.</w:t>
            </w:r>
          </w:p>
        </w:tc>
      </w:tr>
      <w:tr w:rsidR="008F40AE" w14:paraId="7BB267B2" w14:textId="77777777">
        <w:tc>
          <w:tcPr>
            <w:tcW w:w="2450" w:type="dxa"/>
            <w:shd w:val="clear" w:color="auto" w:fill="EAF4EE"/>
            <w:tcMar>
              <w:top w:w="100" w:type="dxa"/>
              <w:left w:w="130" w:type="dxa"/>
              <w:bottom w:w="100" w:type="dxa"/>
              <w:right w:w="130" w:type="dxa"/>
            </w:tcMar>
            <w:vAlign w:val="center"/>
          </w:tcPr>
          <w:p w14:paraId="31E7D41D" w14:textId="77777777" w:rsidR="00612663" w:rsidRDefault="00612663">
            <w:pPr>
              <w:spacing w:after="0"/>
            </w:pPr>
            <w:r>
              <w:rPr>
                <w:b/>
                <w:color w:val="1F4D78"/>
                <w:sz w:val="21"/>
              </w:rPr>
              <w:t>Biblioteca</w:t>
            </w:r>
          </w:p>
        </w:tc>
        <w:tc>
          <w:tcPr>
            <w:tcW w:w="7299" w:type="dxa"/>
            <w:shd w:val="clear" w:color="auto" w:fill="FFFFFF"/>
            <w:tcMar>
              <w:top w:w="100" w:type="dxa"/>
              <w:left w:w="130" w:type="dxa"/>
              <w:bottom w:w="100" w:type="dxa"/>
              <w:right w:w="130" w:type="dxa"/>
            </w:tcMar>
            <w:vAlign w:val="center"/>
          </w:tcPr>
          <w:p w14:paraId="25C11795" w14:textId="77777777" w:rsidR="00612663" w:rsidRDefault="00612663">
            <w:pPr>
              <w:spacing w:after="0"/>
            </w:pPr>
            <w:r>
              <w:rPr>
                <w:sz w:val="21"/>
              </w:rPr>
              <w:t>Biblias infantiles y Biblia colectiva iniciada en el tema anterior.</w:t>
            </w:r>
          </w:p>
        </w:tc>
      </w:tr>
      <w:tr w:rsidR="008F40AE" w14:paraId="07BE4E29" w14:textId="77777777">
        <w:tc>
          <w:tcPr>
            <w:tcW w:w="2450" w:type="dxa"/>
            <w:shd w:val="clear" w:color="auto" w:fill="EAF4EE"/>
            <w:tcMar>
              <w:top w:w="100" w:type="dxa"/>
              <w:left w:w="130" w:type="dxa"/>
              <w:bottom w:w="100" w:type="dxa"/>
              <w:right w:w="130" w:type="dxa"/>
            </w:tcMar>
            <w:vAlign w:val="center"/>
          </w:tcPr>
          <w:p w14:paraId="06411D31" w14:textId="77777777" w:rsidR="00612663" w:rsidRDefault="00612663">
            <w:pPr>
              <w:spacing w:after="0"/>
            </w:pPr>
            <w:r>
              <w:rPr>
                <w:b/>
                <w:color w:val="1F4D78"/>
                <w:sz w:val="21"/>
              </w:rPr>
              <w:t>Fichas</w:t>
            </w:r>
          </w:p>
        </w:tc>
        <w:tc>
          <w:tcPr>
            <w:tcW w:w="7299" w:type="dxa"/>
            <w:shd w:val="clear" w:color="auto" w:fill="FFFFFF"/>
            <w:tcMar>
              <w:top w:w="100" w:type="dxa"/>
              <w:left w:w="130" w:type="dxa"/>
              <w:bottom w:w="100" w:type="dxa"/>
              <w:right w:w="130" w:type="dxa"/>
            </w:tcMar>
            <w:vAlign w:val="center"/>
          </w:tcPr>
          <w:p w14:paraId="0B09884B" w14:textId="77777777" w:rsidR="00612663" w:rsidRDefault="00612663">
            <w:pPr>
              <w:spacing w:after="0"/>
            </w:pPr>
            <w:r>
              <w:rPr>
                <w:sz w:val="21"/>
              </w:rPr>
              <w:t>Trocitos de papel, ceras gruesas, pintura lavable para manos, lana y pegamento.</w:t>
            </w:r>
          </w:p>
        </w:tc>
      </w:tr>
      <w:tr w:rsidR="008F40AE" w14:paraId="0407788C" w14:textId="77777777">
        <w:tc>
          <w:tcPr>
            <w:tcW w:w="9749" w:type="dxa"/>
            <w:gridSpan w:val="2"/>
            <w:shd w:val="clear" w:color="auto" w:fill="FFF4D8"/>
            <w:tcMar>
              <w:top w:w="100" w:type="dxa"/>
              <w:left w:w="130" w:type="dxa"/>
              <w:bottom w:w="100" w:type="dxa"/>
              <w:right w:w="130" w:type="dxa"/>
            </w:tcMar>
            <w:vAlign w:val="center"/>
          </w:tcPr>
          <w:p w14:paraId="2AC9351E" w14:textId="77777777" w:rsidR="00612663" w:rsidRDefault="00612663">
            <w:pPr>
              <w:spacing w:after="40" w:line="288" w:lineRule="auto"/>
            </w:pPr>
            <w:r>
              <w:rPr>
                <w:b/>
                <w:color w:val="1F4D78"/>
              </w:rPr>
              <w:t xml:space="preserve">Criterio de sostenibilidad  </w:t>
            </w:r>
            <w:r>
              <w:t>No es necesario preparar un espacio nuevo. El belén puede transformarse en la casa de Nazaret retirando los elementos navideños y conservando la Sagrada Familia.</w:t>
            </w:r>
          </w:p>
        </w:tc>
      </w:tr>
    </w:tbl>
    <w:p w14:paraId="2DA852A0" w14:textId="77777777" w:rsidR="00612663" w:rsidRDefault="00612663">
      <w:pPr>
        <w:spacing w:after="40"/>
      </w:pPr>
    </w:p>
    <w:p w14:paraId="2D768DB5" w14:textId="77777777" w:rsidR="00612663" w:rsidRDefault="00612663">
      <w:pPr>
        <w:pStyle w:val="Ttulo2"/>
      </w:pPr>
      <w:r>
        <w:rPr>
          <w:rFonts w:ascii="Calibri" w:hAnsi="Calibri"/>
        </w:rPr>
        <w:t>Lenguaje respetuoso con todas las familias</w:t>
      </w:r>
    </w:p>
    <w:p w14:paraId="38271A78" w14:textId="77777777" w:rsidR="00612663" w:rsidRDefault="00612663">
      <w:r>
        <w:t>Al hablar de la familia del alumnado, emplear expresiones abiertas: «las personas que te quieren», «quienes te cuidan» o «tu familia». No exigir que todos nombren padre y madre ni que cuenten situaciones personales. Si un niño se emociona, validar el sentimiento, ofrecer cercanía y permitir que dibuje solo a una persona, una mascota, una casa o un símbolo de cariño.</w:t>
      </w:r>
    </w:p>
    <w:p w14:paraId="4F2F2C88" w14:textId="77777777" w:rsidR="00612663" w:rsidRDefault="00612663">
      <w:pPr>
        <w:pStyle w:val="Ttulo2"/>
      </w:pPr>
      <w:r>
        <w:rPr>
          <w:rFonts w:ascii="Calibri" w:hAnsi="Calibri"/>
        </w:rPr>
        <w:t>Verdad bíblica y recurso pedagógico</w:t>
      </w:r>
    </w:p>
    <w:p w14:paraId="5FCC4D6C" w14:textId="77777777" w:rsidR="00612663" w:rsidRDefault="00612663">
      <w:r>
        <w:t>Los Evangelios afirman que Jesús vivió en Nazaret con María y José y que crecía. No describen sus juegos concretos ni enumeran las tareas domésticas que realizaba. Los bloques, paños, cestas y escenas de ayuda son recursos simbólicos para acercar su infancia a los pequeños, no datos biográficos que deban memorizar.</w:t>
      </w:r>
    </w:p>
    <w:tbl>
      <w:tblPr>
        <w:tblW w:w="9749" w:type="dxa"/>
        <w:tblInd w:w="120" w:type="dxa"/>
        <w:tblLayout w:type="fixed"/>
        <w:tblLook w:val="04A0" w:firstRow="1" w:lastRow="0" w:firstColumn="1" w:lastColumn="0" w:noHBand="0" w:noVBand="1"/>
      </w:tblPr>
      <w:tblGrid>
        <w:gridCol w:w="9749"/>
      </w:tblGrid>
      <w:tr w:rsidR="008F40AE" w14:paraId="4660DFFA" w14:textId="77777777">
        <w:tc>
          <w:tcPr>
            <w:tcW w:w="9749" w:type="dxa"/>
            <w:shd w:val="clear" w:color="auto" w:fill="E8EEF5"/>
            <w:tcMar>
              <w:top w:w="100" w:type="dxa"/>
              <w:left w:w="130" w:type="dxa"/>
              <w:bottom w:w="100" w:type="dxa"/>
              <w:right w:w="130" w:type="dxa"/>
            </w:tcMar>
            <w:vAlign w:val="center"/>
          </w:tcPr>
          <w:p w14:paraId="3BC31747" w14:textId="77777777" w:rsidR="00612663" w:rsidRDefault="00612663">
            <w:pPr>
              <w:spacing w:after="40" w:line="288" w:lineRule="auto"/>
            </w:pPr>
            <w:r>
              <w:rPr>
                <w:b/>
                <w:color w:val="1F4D78"/>
              </w:rPr>
              <w:t xml:space="preserve">Texto de referencia  </w:t>
            </w:r>
            <w:r>
              <w:t>«Jesús iba creciendo en sabiduría, en estatura y en gracia ante Dios y ante los hombres» (cf. Lc 2,52). Para tres años se traduce sencillamente: «Jesús crecía, aprendía y era querido».</w:t>
            </w:r>
          </w:p>
        </w:tc>
      </w:tr>
    </w:tbl>
    <w:p w14:paraId="0D7D43DA" w14:textId="77777777" w:rsidR="00612663" w:rsidRDefault="00612663">
      <w:pPr>
        <w:spacing w:after="40"/>
      </w:pPr>
    </w:p>
    <w:p w14:paraId="19A0C75B" w14:textId="77777777" w:rsidR="00612663" w:rsidRDefault="00612663">
      <w:pPr>
        <w:pStyle w:val="Ttulo2"/>
      </w:pPr>
      <w:r>
        <w:rPr>
          <w:rFonts w:ascii="Calibri" w:hAnsi="Calibri"/>
        </w:rPr>
        <w:t>Rutina común de las sesiones</w:t>
      </w:r>
    </w:p>
    <w:p w14:paraId="480CBAA3" w14:textId="77777777" w:rsidR="00612663" w:rsidRDefault="00612663">
      <w:pPr>
        <w:spacing w:after="100"/>
      </w:pPr>
      <w:r>
        <w:rPr>
          <w:b/>
          <w:color w:val="1F4D78"/>
        </w:rPr>
        <w:t xml:space="preserve">Acogida: </w:t>
      </w:r>
      <w:r>
        <w:t>Canción breve, saludo a Jesús y recuerdo visual de la sesión anterior.</w:t>
      </w:r>
    </w:p>
    <w:p w14:paraId="2B60CB1E" w14:textId="77777777" w:rsidR="00612663" w:rsidRDefault="00612663">
      <w:pPr>
        <w:spacing w:after="100"/>
      </w:pPr>
      <w:r>
        <w:rPr>
          <w:b/>
          <w:color w:val="1F4D78"/>
        </w:rPr>
        <w:t xml:space="preserve">Relato: </w:t>
      </w:r>
      <w:r>
        <w:t>Una idea principal, apoyada por figuras o una pequeña escena.</w:t>
      </w:r>
    </w:p>
    <w:p w14:paraId="3B5D17D0" w14:textId="77777777" w:rsidR="00612663" w:rsidRDefault="00612663">
      <w:pPr>
        <w:spacing w:after="100"/>
      </w:pPr>
      <w:r>
        <w:rPr>
          <w:b/>
          <w:color w:val="1F4D78"/>
        </w:rPr>
        <w:t xml:space="preserve">Experiencia: </w:t>
      </w:r>
      <w:r>
        <w:t>Juego simbólico o tarea real de vida práctica.</w:t>
      </w:r>
    </w:p>
    <w:p w14:paraId="7D675F33" w14:textId="77777777" w:rsidR="00612663" w:rsidRDefault="00612663">
      <w:pPr>
        <w:spacing w:after="100"/>
      </w:pPr>
      <w:r>
        <w:rPr>
          <w:b/>
          <w:color w:val="1F4D78"/>
        </w:rPr>
        <w:t xml:space="preserve">Expresión: </w:t>
      </w:r>
      <w:r>
        <w:t>Ficha semanal, respetando la iniciativa y el trazo de cada niño.</w:t>
      </w:r>
    </w:p>
    <w:p w14:paraId="01BC232A" w14:textId="77777777" w:rsidR="00612663" w:rsidRDefault="00612663">
      <w:pPr>
        <w:spacing w:after="100"/>
      </w:pPr>
      <w:r>
        <w:rPr>
          <w:b/>
          <w:color w:val="1F4D78"/>
        </w:rPr>
        <w:t xml:space="preserve">Cierre: </w:t>
      </w:r>
      <w:r>
        <w:t>Recogida, una frase de oración y despedida tranquila.</w:t>
      </w:r>
    </w:p>
    <w:p w14:paraId="299DAAA5" w14:textId="77777777" w:rsidR="00612663" w:rsidRDefault="00612663">
      <w:pPr>
        <w:pStyle w:val="Ttulo1"/>
      </w:pPr>
      <w:r>
        <w:rPr>
          <w:rFonts w:ascii="Calibri" w:hAnsi="Calibri"/>
        </w:rPr>
        <w:lastRenderedPageBreak/>
        <w:t>2. Referencia curricular</w:t>
      </w:r>
    </w:p>
    <w:p w14:paraId="20A8521D" w14:textId="77777777" w:rsidR="00612663" w:rsidRDefault="00612663">
      <w:r>
        <w:t>El tema se vincula al currículo de Religión Católica para el segundo ciclo de Educación Infantil (Resolución de 21 de junio de 2022, BOE-A-2022-10452, Anexo I). Se seleccionan únicamente los aprendizajes realmente movilizados.</w:t>
      </w:r>
    </w:p>
    <w:tbl>
      <w:tblPr>
        <w:tblW w:w="9749" w:type="dxa"/>
        <w:tblInd w:w="120" w:type="dxa"/>
        <w:tblLayout w:type="fixed"/>
        <w:tblLook w:val="04A0" w:firstRow="1" w:lastRow="0" w:firstColumn="1" w:lastColumn="0" w:noHBand="0" w:noVBand="1"/>
      </w:tblPr>
      <w:tblGrid>
        <w:gridCol w:w="2850"/>
        <w:gridCol w:w="6899"/>
      </w:tblGrid>
      <w:tr w:rsidR="008F40AE" w14:paraId="2D28CB15" w14:textId="77777777">
        <w:tc>
          <w:tcPr>
            <w:tcW w:w="2850" w:type="dxa"/>
            <w:shd w:val="clear" w:color="auto" w:fill="E8EEF5"/>
            <w:tcMar>
              <w:top w:w="100" w:type="dxa"/>
              <w:left w:w="130" w:type="dxa"/>
              <w:bottom w:w="100" w:type="dxa"/>
              <w:right w:w="130" w:type="dxa"/>
            </w:tcMar>
            <w:vAlign w:val="center"/>
          </w:tcPr>
          <w:p w14:paraId="7462E8AA" w14:textId="77777777" w:rsidR="00612663" w:rsidRDefault="00612663">
            <w:pPr>
              <w:spacing w:after="0"/>
            </w:pPr>
            <w:r>
              <w:rPr>
                <w:b/>
                <w:color w:val="1F4D78"/>
                <w:sz w:val="21"/>
              </w:rPr>
              <w:t>Competencia específica 1</w:t>
            </w:r>
          </w:p>
        </w:tc>
        <w:tc>
          <w:tcPr>
            <w:tcW w:w="6899" w:type="dxa"/>
            <w:shd w:val="clear" w:color="auto" w:fill="FFFFFF"/>
            <w:tcMar>
              <w:top w:w="100" w:type="dxa"/>
              <w:left w:w="130" w:type="dxa"/>
              <w:bottom w:w="100" w:type="dxa"/>
              <w:right w:w="130" w:type="dxa"/>
            </w:tcMar>
            <w:vAlign w:val="center"/>
          </w:tcPr>
          <w:p w14:paraId="1184C290" w14:textId="77777777" w:rsidR="00612663" w:rsidRDefault="00612663">
            <w:pPr>
              <w:spacing w:after="0"/>
            </w:pPr>
            <w:r>
              <w:rPr>
                <w:sz w:val="21"/>
              </w:rPr>
              <w:t>Criterios 1.2 y 1.3 · Hábitos de relación, posibilidades personales y acciones de cuidado inspiradas en la familia de Jesús.</w:t>
            </w:r>
          </w:p>
        </w:tc>
      </w:tr>
      <w:tr w:rsidR="008F40AE" w14:paraId="59D3ADB0" w14:textId="77777777">
        <w:tc>
          <w:tcPr>
            <w:tcW w:w="2850" w:type="dxa"/>
            <w:shd w:val="clear" w:color="auto" w:fill="E8EEF5"/>
            <w:tcMar>
              <w:top w:w="100" w:type="dxa"/>
              <w:left w:w="130" w:type="dxa"/>
              <w:bottom w:w="100" w:type="dxa"/>
              <w:right w:w="130" w:type="dxa"/>
            </w:tcMar>
            <w:vAlign w:val="center"/>
          </w:tcPr>
          <w:p w14:paraId="1103A405" w14:textId="77777777" w:rsidR="00612663" w:rsidRDefault="00612663">
            <w:pPr>
              <w:spacing w:after="0"/>
            </w:pPr>
            <w:r>
              <w:rPr>
                <w:b/>
                <w:color w:val="1F4D78"/>
                <w:sz w:val="21"/>
              </w:rPr>
              <w:t>Competencia específica 2</w:t>
            </w:r>
          </w:p>
        </w:tc>
        <w:tc>
          <w:tcPr>
            <w:tcW w:w="6899" w:type="dxa"/>
            <w:shd w:val="clear" w:color="auto" w:fill="FFFFFF"/>
            <w:tcMar>
              <w:top w:w="100" w:type="dxa"/>
              <w:left w:w="130" w:type="dxa"/>
              <w:bottom w:w="100" w:type="dxa"/>
              <w:right w:w="130" w:type="dxa"/>
            </w:tcMar>
            <w:vAlign w:val="center"/>
          </w:tcPr>
          <w:p w14:paraId="53B820EB" w14:textId="77777777" w:rsidR="00612663" w:rsidRDefault="00612663">
            <w:pPr>
              <w:spacing w:after="0"/>
            </w:pPr>
            <w:r>
              <w:rPr>
                <w:sz w:val="21"/>
              </w:rPr>
              <w:t>Criterio 2.2 · Escucha, agradecimiento, colaboración y cuidado en las relaciones cercanas.</w:t>
            </w:r>
          </w:p>
        </w:tc>
      </w:tr>
      <w:tr w:rsidR="008F40AE" w14:paraId="7641281F" w14:textId="77777777">
        <w:tc>
          <w:tcPr>
            <w:tcW w:w="2850" w:type="dxa"/>
            <w:shd w:val="clear" w:color="auto" w:fill="E8EEF5"/>
            <w:tcMar>
              <w:top w:w="100" w:type="dxa"/>
              <w:left w:w="130" w:type="dxa"/>
              <w:bottom w:w="100" w:type="dxa"/>
              <w:right w:w="130" w:type="dxa"/>
            </w:tcMar>
            <w:vAlign w:val="center"/>
          </w:tcPr>
          <w:p w14:paraId="28BB1C5E" w14:textId="77777777" w:rsidR="00612663" w:rsidRDefault="00612663">
            <w:pPr>
              <w:spacing w:after="0"/>
            </w:pPr>
            <w:r>
              <w:rPr>
                <w:b/>
                <w:color w:val="1F4D78"/>
                <w:sz w:val="21"/>
              </w:rPr>
              <w:t>Competencia específica 4</w:t>
            </w:r>
          </w:p>
        </w:tc>
        <w:tc>
          <w:tcPr>
            <w:tcW w:w="6899" w:type="dxa"/>
            <w:shd w:val="clear" w:color="auto" w:fill="FFFFFF"/>
            <w:tcMar>
              <w:top w:w="100" w:type="dxa"/>
              <w:left w:w="130" w:type="dxa"/>
              <w:bottom w:w="100" w:type="dxa"/>
              <w:right w:w="130" w:type="dxa"/>
            </w:tcMar>
            <w:vAlign w:val="center"/>
          </w:tcPr>
          <w:p w14:paraId="2D3C1D6A" w14:textId="77777777" w:rsidR="00612663" w:rsidRDefault="00612663">
            <w:pPr>
              <w:spacing w:after="0"/>
            </w:pPr>
            <w:r>
              <w:rPr>
                <w:sz w:val="21"/>
              </w:rPr>
              <w:t>Criterio 4.3 · Expresión de la familia, el juego, la ayuda y el crecimiento mediante dibujo, collage, huella, lana y juego simbólico.</w:t>
            </w:r>
          </w:p>
        </w:tc>
      </w:tr>
      <w:tr w:rsidR="008F40AE" w14:paraId="71B9EF42" w14:textId="77777777">
        <w:tc>
          <w:tcPr>
            <w:tcW w:w="2850" w:type="dxa"/>
            <w:shd w:val="clear" w:color="auto" w:fill="E8EEF5"/>
            <w:tcMar>
              <w:top w:w="100" w:type="dxa"/>
              <w:left w:w="130" w:type="dxa"/>
              <w:bottom w:w="100" w:type="dxa"/>
              <w:right w:w="130" w:type="dxa"/>
            </w:tcMar>
            <w:vAlign w:val="center"/>
          </w:tcPr>
          <w:p w14:paraId="3CAD2B71" w14:textId="77777777" w:rsidR="00612663" w:rsidRDefault="00612663">
            <w:pPr>
              <w:spacing w:after="0"/>
            </w:pPr>
            <w:r>
              <w:rPr>
                <w:b/>
                <w:color w:val="1F4D78"/>
                <w:sz w:val="21"/>
              </w:rPr>
              <w:t>Competencia específica 6</w:t>
            </w:r>
          </w:p>
        </w:tc>
        <w:tc>
          <w:tcPr>
            <w:tcW w:w="6899" w:type="dxa"/>
            <w:shd w:val="clear" w:color="auto" w:fill="FFFFFF"/>
            <w:tcMar>
              <w:top w:w="100" w:type="dxa"/>
              <w:left w:w="130" w:type="dxa"/>
              <w:bottom w:w="100" w:type="dxa"/>
              <w:right w:w="130" w:type="dxa"/>
            </w:tcMar>
            <w:vAlign w:val="center"/>
          </w:tcPr>
          <w:p w14:paraId="5A686365" w14:textId="77777777" w:rsidR="00612663" w:rsidRDefault="00612663">
            <w:pPr>
              <w:spacing w:after="0"/>
            </w:pPr>
            <w:r>
              <w:rPr>
                <w:sz w:val="21"/>
              </w:rPr>
              <w:t>Criterio 6.1 · Jesús como figura central del cristianismo mediante el relato de su infancia y el reconocimiento de María, José y la familia de Nazaret.</w:t>
            </w:r>
          </w:p>
        </w:tc>
      </w:tr>
    </w:tbl>
    <w:p w14:paraId="051CA174" w14:textId="77777777" w:rsidR="00612663" w:rsidRDefault="00612663">
      <w:pPr>
        <w:pStyle w:val="Ttulo2"/>
      </w:pPr>
      <w:r>
        <w:rPr>
          <w:rFonts w:ascii="Calibri" w:hAnsi="Calibri"/>
        </w:rPr>
        <w:t>Saberes básicos seleccionados</w:t>
      </w:r>
    </w:p>
    <w:p w14:paraId="366A96F7" w14:textId="77777777" w:rsidR="00612663" w:rsidRDefault="00612663">
      <w:r>
        <w:t>A · Progresiva autorregulación, responsabilidad y cuidado en los hábitos básicos de relación; cualidades y talentos personales propuestos en figuras bíblicas; expresión creativa a través de diferentes lenguajes. B · Comunicación de emociones en las relaciones interpersonales; actitudes de autonomía, respeto, empatía, cuidado, amabilidad y gratitud. C · La Biblia como comunicación de Dios con las personas; Jesús de Nazaret como figura clave del cristianismo; la familia de Jesús; oraciones y prácticas cristia</w:t>
      </w:r>
      <w:r>
        <w:t>nas del entorno.</w:t>
      </w:r>
    </w:p>
    <w:p w14:paraId="322E4192" w14:textId="77777777" w:rsidR="00612663" w:rsidRDefault="00612663">
      <w:pPr>
        <w:pStyle w:val="Ttulo2"/>
      </w:pPr>
      <w:r>
        <w:rPr>
          <w:rFonts w:ascii="Calibri" w:hAnsi="Calibri"/>
        </w:rPr>
        <w:t>Evidencias e instrumentos</w:t>
      </w:r>
    </w:p>
    <w:p w14:paraId="33964E97" w14:textId="77777777" w:rsidR="00612663" w:rsidRDefault="00612663">
      <w:r>
        <w:t>1.2-1.3 y 2.2 · Representación de acciones de cuidado, colaboración en vida práctica y expresión de vínculos: observación directa y registro breve. 4.3 · Fichas 11-14, dibujo, collage, estampación, lana y juego simbólico: análisis de producciones y porfolio, sin valorar la perfección estética. 6.1 · Reconocimiento de Jesús, María y José y ordenación bebé-niño: conversación guiada y lista de cotejo.</w:t>
      </w:r>
    </w:p>
    <w:p w14:paraId="2851B473" w14:textId="77777777" w:rsidR="00612663" w:rsidRDefault="00612663">
      <w:pPr>
        <w:pStyle w:val="Ttulo2"/>
      </w:pPr>
      <w:r>
        <w:rPr>
          <w:rFonts w:ascii="Calibri" w:hAnsi="Calibri"/>
        </w:rPr>
        <w:t>Atención a la diversidad (DUA)</w:t>
      </w:r>
    </w:p>
    <w:p w14:paraId="61845F17" w14:textId="77777777" w:rsidR="00612663" w:rsidRDefault="00612663">
      <w:r>
        <w:t>Presentar los relatos con figuras, objetos reales, gestos y secuencias visuales. Permitir responder señalando, colocando, imitando, verbalizando, dibujando, pegando o representando. Ofrecer ceras gruesas, papel previamente rasgado, lana más corta, esponja o contorno de la mano como alternativas. Reducir pasos, anticipar la actividad y permitir acompañamiento o finalización posterior. Respetar la diversidad familiar y sensorial, no exigir información personal y valorar el progreso de cada niño.</w:t>
      </w:r>
    </w:p>
    <w:p w14:paraId="2E40E1DA" w14:textId="77777777" w:rsidR="00612663" w:rsidRDefault="00612663">
      <w:pPr>
        <w:pStyle w:val="Ttulo2"/>
      </w:pPr>
      <w:r>
        <w:rPr>
          <w:rFonts w:ascii="Calibri" w:hAnsi="Calibri"/>
        </w:rPr>
        <w:t>Referencia normativa</w:t>
      </w:r>
    </w:p>
    <w:p w14:paraId="0A2542A3" w14:textId="77777777" w:rsidR="00612663" w:rsidRDefault="00612663">
      <w:pPr>
        <w:spacing w:after="0"/>
      </w:pPr>
      <w:r>
        <w:t>Resolución de 21 de junio de 2022, de la Secretaría de Estado de Educación, por la que se publican los currículos de las enseñanzas de Religión Católica. BOE-A-2022-10452, Anexo I. https://www.boe.es/buscar/act.php?id=BOE-A-2022-10452</w:t>
      </w:r>
    </w:p>
    <w:p w14:paraId="527A23E8" w14:textId="77777777" w:rsidR="00612663" w:rsidRDefault="00612663">
      <w:r>
        <w:br w:type="page"/>
      </w:r>
    </w:p>
    <w:p w14:paraId="32C05A11" w14:textId="77777777" w:rsidR="00612663" w:rsidRDefault="00612663">
      <w:pPr>
        <w:pStyle w:val="Ttulo1"/>
      </w:pPr>
      <w:r>
        <w:rPr>
          <w:rFonts w:ascii="Calibri" w:hAnsi="Calibri"/>
        </w:rPr>
        <w:lastRenderedPageBreak/>
        <w:t>3. Semana 1 · La familia de Jesús</w:t>
      </w:r>
    </w:p>
    <w:p w14:paraId="184C0F67" w14:textId="77777777" w:rsidR="00612663" w:rsidRDefault="00612663">
      <w:pPr>
        <w:keepNext/>
        <w:jc w:val="center"/>
      </w:pPr>
      <w:r>
        <w:rPr>
          <w:noProof/>
        </w:rPr>
        <w:drawing>
          <wp:inline distT="0" distB="0" distL="0" distR="0" wp14:anchorId="5E2E62C7" wp14:editId="349049E1">
            <wp:extent cx="5257800" cy="35052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f7d496cf-632b-427e-9332-b9faf43df8f0.png"/>
                    <pic:cNvPicPr/>
                  </pic:nvPicPr>
                  <pic:blipFill>
                    <a:blip r:embed="rId18"/>
                    <a:stretch>
                      <a:fillRect/>
                    </a:stretch>
                  </pic:blipFill>
                  <pic:spPr>
                    <a:xfrm>
                      <a:off x="0" y="0"/>
                      <a:ext cx="5257800" cy="3505200"/>
                    </a:xfrm>
                    <a:prstGeom prst="rect">
                      <a:avLst/>
                    </a:prstGeom>
                  </pic:spPr>
                </pic:pic>
              </a:graphicData>
            </a:graphic>
          </wp:inline>
        </w:drawing>
      </w:r>
    </w:p>
    <w:p w14:paraId="38F79200" w14:textId="77777777" w:rsidR="00612663" w:rsidRDefault="00612663">
      <w:pPr>
        <w:keepNext/>
        <w:spacing w:after="160"/>
        <w:jc w:val="center"/>
      </w:pPr>
      <w:r>
        <w:rPr>
          <w:i/>
          <w:color w:val="687784"/>
          <w:sz w:val="19"/>
        </w:rPr>
        <w:t>Ficha 11 · Pega papel para terminar el tejado y dibuja a tu familia</w:t>
      </w:r>
    </w:p>
    <w:tbl>
      <w:tblPr>
        <w:tblW w:w="9749" w:type="dxa"/>
        <w:tblInd w:w="120" w:type="dxa"/>
        <w:tblLayout w:type="fixed"/>
        <w:tblLook w:val="04A0" w:firstRow="1" w:lastRow="0" w:firstColumn="1" w:lastColumn="0" w:noHBand="0" w:noVBand="1"/>
      </w:tblPr>
      <w:tblGrid>
        <w:gridCol w:w="9749"/>
      </w:tblGrid>
      <w:tr w:rsidR="008F40AE" w14:paraId="4270CC5C" w14:textId="77777777">
        <w:tc>
          <w:tcPr>
            <w:tcW w:w="9749" w:type="dxa"/>
            <w:shd w:val="clear" w:color="auto" w:fill="EAF4EE"/>
            <w:tcMar>
              <w:top w:w="100" w:type="dxa"/>
              <w:left w:w="130" w:type="dxa"/>
              <w:bottom w:w="100" w:type="dxa"/>
              <w:right w:w="130" w:type="dxa"/>
            </w:tcMar>
            <w:vAlign w:val="center"/>
          </w:tcPr>
          <w:p w14:paraId="0CA8CA97" w14:textId="77777777" w:rsidR="00612663" w:rsidRDefault="00612663">
            <w:pPr>
              <w:spacing w:after="40" w:line="288" w:lineRule="auto"/>
            </w:pPr>
            <w:r>
              <w:rPr>
                <w:b/>
                <w:color w:val="1F4D78"/>
              </w:rPr>
              <w:t xml:space="preserve">Aprendizaje  </w:t>
            </w:r>
            <w:r>
              <w:t>Jesús vivió en Nazaret con María y José. Se querían, se cuidaban y formaban una familia.</w:t>
            </w:r>
          </w:p>
        </w:tc>
      </w:tr>
    </w:tbl>
    <w:p w14:paraId="7C5CC687" w14:textId="77777777" w:rsidR="00612663" w:rsidRDefault="00612663">
      <w:pPr>
        <w:spacing w:after="40"/>
      </w:pPr>
    </w:p>
    <w:p w14:paraId="0E391278" w14:textId="77777777" w:rsidR="00612663" w:rsidRDefault="00612663">
      <w:pPr>
        <w:pStyle w:val="Ttulo2"/>
      </w:pPr>
      <w:r>
        <w:rPr>
          <w:rFonts w:ascii="Calibri" w:hAnsi="Calibri"/>
        </w:rPr>
        <w:t>Preparación</w:t>
      </w:r>
    </w:p>
    <w:p w14:paraId="3E864EF3" w14:textId="77777777" w:rsidR="00612663" w:rsidRDefault="00612663">
      <w:r>
        <w:t>Transformar el belén en una casa sencilla de Nazaret: retirar adornos navideños y conservar a María, José y Jesús. Añadir una tela como suelo y una construcción o casita. Preparar trocitos de papel marrón o terracota, pegamento y ceras gruesas.</w:t>
      </w:r>
    </w:p>
    <w:p w14:paraId="418F9373" w14:textId="77777777" w:rsidR="00612663" w:rsidRDefault="00612663">
      <w:pPr>
        <w:pStyle w:val="Ttulo2"/>
      </w:pPr>
      <w:r>
        <w:rPr>
          <w:rFonts w:ascii="Calibri" w:hAnsi="Calibri"/>
        </w:rPr>
        <w:t>Desarrollo orientativo</w:t>
      </w:r>
    </w:p>
    <w:p w14:paraId="3C186E15" w14:textId="77777777" w:rsidR="00612663" w:rsidRDefault="00612663">
      <w:pPr>
        <w:keepNext/>
        <w:spacing w:before="80" w:after="60"/>
      </w:pPr>
      <w:r>
        <w:rPr>
          <w:b/>
          <w:color w:val="1F4D78"/>
          <w:sz w:val="23"/>
        </w:rPr>
        <w:t>Recordamos</w:t>
      </w:r>
      <w:r>
        <w:rPr>
          <w:b/>
          <w:color w:val="687784"/>
          <w:sz w:val="20"/>
        </w:rPr>
        <w:t xml:space="preserve">  ·  4-5 min</w:t>
      </w:r>
    </w:p>
    <w:p w14:paraId="1043E42A" w14:textId="77777777" w:rsidR="00612663" w:rsidRDefault="00612663">
      <w:pPr>
        <w:spacing w:after="100"/>
      </w:pPr>
      <w:r>
        <w:t>Mostrar al Niño Jesús y recordar: «En Navidad celebramos que nació Jesús. Después fue creciendo». Colocar junto a él a María y José.</w:t>
      </w:r>
    </w:p>
    <w:p w14:paraId="1794CC25" w14:textId="77777777" w:rsidR="00612663" w:rsidRDefault="00612663">
      <w:pPr>
        <w:keepNext/>
        <w:spacing w:before="80" w:after="60"/>
      </w:pPr>
      <w:r>
        <w:rPr>
          <w:b/>
          <w:color w:val="1F4D78"/>
          <w:sz w:val="23"/>
        </w:rPr>
        <w:t>Relato</w:t>
      </w:r>
      <w:r>
        <w:rPr>
          <w:b/>
          <w:color w:val="687784"/>
          <w:sz w:val="20"/>
        </w:rPr>
        <w:t xml:space="preserve">  ·  6-8 min</w:t>
      </w:r>
    </w:p>
    <w:p w14:paraId="42685359" w14:textId="77777777" w:rsidR="00612663" w:rsidRDefault="00612663">
      <w:pPr>
        <w:spacing w:after="100"/>
      </w:pPr>
      <w:r>
        <w:t>Contar: «Jesús vivía en Nazaret con María y José. En su casa se querían, se cuidaban y compartían la vida». Evitar detalles innecesarios o una explicación larga.</w:t>
      </w:r>
    </w:p>
    <w:p w14:paraId="3752681B" w14:textId="77777777" w:rsidR="00612663" w:rsidRDefault="00612663">
      <w:pPr>
        <w:keepNext/>
        <w:spacing w:before="80" w:after="60"/>
      </w:pPr>
      <w:r>
        <w:rPr>
          <w:b/>
          <w:color w:val="1F4D78"/>
          <w:sz w:val="23"/>
        </w:rPr>
        <w:t>Conversación</w:t>
      </w:r>
      <w:r>
        <w:rPr>
          <w:b/>
          <w:color w:val="687784"/>
          <w:sz w:val="20"/>
        </w:rPr>
        <w:t xml:space="preserve">  ·  4-5 min</w:t>
      </w:r>
    </w:p>
    <w:p w14:paraId="6F70A76D" w14:textId="77777777" w:rsidR="00612663" w:rsidRDefault="00612663">
      <w:pPr>
        <w:spacing w:after="100"/>
      </w:pPr>
      <w:r>
        <w:t>Preguntar: «¿Quién te cuida? ¿Qué os gusta hacer juntos?». Permitir responder con palabras, gestos o silencio. No comparar familias.</w:t>
      </w:r>
    </w:p>
    <w:p w14:paraId="4FD3F5B6" w14:textId="77777777" w:rsidR="00612663" w:rsidRDefault="00612663">
      <w:pPr>
        <w:keepNext/>
        <w:spacing w:before="80" w:after="60"/>
      </w:pPr>
      <w:r>
        <w:rPr>
          <w:b/>
          <w:color w:val="1F4D78"/>
          <w:sz w:val="23"/>
        </w:rPr>
        <w:t>Oración</w:t>
      </w:r>
      <w:r>
        <w:rPr>
          <w:b/>
          <w:color w:val="687784"/>
          <w:sz w:val="20"/>
        </w:rPr>
        <w:t xml:space="preserve">  ·  1-2 min</w:t>
      </w:r>
    </w:p>
    <w:p w14:paraId="11861D5D" w14:textId="77777777" w:rsidR="00612663" w:rsidRDefault="00612663">
      <w:pPr>
        <w:spacing w:after="100"/>
      </w:pPr>
      <w:r>
        <w:t>«Jesús, gracias por las personas que nos quieren y nos cuidan».</w:t>
      </w:r>
    </w:p>
    <w:tbl>
      <w:tblPr>
        <w:tblW w:w="9749" w:type="dxa"/>
        <w:tblInd w:w="120" w:type="dxa"/>
        <w:tblLayout w:type="fixed"/>
        <w:tblLook w:val="04A0" w:firstRow="1" w:lastRow="0" w:firstColumn="1" w:lastColumn="0" w:noHBand="0" w:noVBand="1"/>
      </w:tblPr>
      <w:tblGrid>
        <w:gridCol w:w="2100"/>
        <w:gridCol w:w="3550"/>
        <w:gridCol w:w="4099"/>
      </w:tblGrid>
      <w:tr w:rsidR="008F40AE" w14:paraId="390F6802" w14:textId="77777777">
        <w:trPr>
          <w:tblHeader/>
        </w:trPr>
        <w:tc>
          <w:tcPr>
            <w:tcW w:w="2100" w:type="dxa"/>
            <w:shd w:val="clear" w:color="auto" w:fill="E8EEF5"/>
            <w:tcMar>
              <w:top w:w="100" w:type="dxa"/>
              <w:left w:w="130" w:type="dxa"/>
              <w:bottom w:w="100" w:type="dxa"/>
              <w:right w:w="130" w:type="dxa"/>
            </w:tcMar>
            <w:vAlign w:val="center"/>
          </w:tcPr>
          <w:p w14:paraId="61212EE2" w14:textId="77777777" w:rsidR="00612663" w:rsidRDefault="00612663">
            <w:pPr>
              <w:jc w:val="center"/>
            </w:pPr>
            <w:r>
              <w:rPr>
                <w:b/>
                <w:color w:val="1F4D78"/>
                <w:sz w:val="20"/>
              </w:rPr>
              <w:lastRenderedPageBreak/>
              <w:t>Espacio</w:t>
            </w:r>
          </w:p>
        </w:tc>
        <w:tc>
          <w:tcPr>
            <w:tcW w:w="3550" w:type="dxa"/>
            <w:shd w:val="clear" w:color="auto" w:fill="E8EEF5"/>
            <w:tcMar>
              <w:top w:w="100" w:type="dxa"/>
              <w:left w:w="130" w:type="dxa"/>
              <w:bottom w:w="100" w:type="dxa"/>
              <w:right w:w="130" w:type="dxa"/>
            </w:tcMar>
            <w:vAlign w:val="center"/>
          </w:tcPr>
          <w:p w14:paraId="5110737C"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F2B3EA6" w14:textId="77777777" w:rsidR="00612663" w:rsidRDefault="00612663">
            <w:pPr>
              <w:jc w:val="center"/>
            </w:pPr>
            <w:r>
              <w:rPr>
                <w:b/>
                <w:color w:val="1F4D78"/>
                <w:sz w:val="20"/>
              </w:rPr>
              <w:t>Propuesta</w:t>
            </w:r>
          </w:p>
        </w:tc>
      </w:tr>
      <w:tr w:rsidR="008F40AE" w14:paraId="3142706A" w14:textId="77777777">
        <w:tc>
          <w:tcPr>
            <w:tcW w:w="2100" w:type="dxa"/>
            <w:tcMar>
              <w:top w:w="100" w:type="dxa"/>
              <w:left w:w="130" w:type="dxa"/>
              <w:bottom w:w="100" w:type="dxa"/>
              <w:right w:w="130" w:type="dxa"/>
            </w:tcMar>
          </w:tcPr>
          <w:p w14:paraId="1F15D864" w14:textId="77777777" w:rsidR="00612663" w:rsidRDefault="00612663">
            <w:pPr>
              <w:spacing w:after="0"/>
            </w:pPr>
            <w:r>
              <w:rPr>
                <w:b/>
                <w:color w:val="1F4D78"/>
                <w:sz w:val="19"/>
              </w:rPr>
              <w:t>Familia / minimundo</w:t>
            </w:r>
          </w:p>
        </w:tc>
        <w:tc>
          <w:tcPr>
            <w:tcW w:w="3550" w:type="dxa"/>
            <w:tcMar>
              <w:top w:w="100" w:type="dxa"/>
              <w:left w:w="130" w:type="dxa"/>
              <w:bottom w:w="100" w:type="dxa"/>
              <w:right w:w="130" w:type="dxa"/>
            </w:tcMar>
          </w:tcPr>
          <w:p w14:paraId="241B28A1" w14:textId="77777777" w:rsidR="00612663" w:rsidRDefault="00612663">
            <w:pPr>
              <w:spacing w:after="0"/>
            </w:pPr>
            <w:r>
              <w:rPr>
                <w:sz w:val="19"/>
              </w:rPr>
              <w:t>Sagrada Familia, casa y telas.</w:t>
            </w:r>
          </w:p>
        </w:tc>
        <w:tc>
          <w:tcPr>
            <w:tcW w:w="4099" w:type="dxa"/>
            <w:tcMar>
              <w:top w:w="100" w:type="dxa"/>
              <w:left w:w="130" w:type="dxa"/>
              <w:bottom w:w="100" w:type="dxa"/>
              <w:right w:w="130" w:type="dxa"/>
            </w:tcMar>
          </w:tcPr>
          <w:p w14:paraId="40F27A16" w14:textId="77777777" w:rsidR="00612663" w:rsidRDefault="00612663">
            <w:pPr>
              <w:spacing w:after="0"/>
            </w:pPr>
            <w:r>
              <w:rPr>
                <w:sz w:val="19"/>
              </w:rPr>
              <w:t>Representar descanso, comida, conversación y cuidado.</w:t>
            </w:r>
          </w:p>
        </w:tc>
      </w:tr>
      <w:tr w:rsidR="008F40AE" w14:paraId="62BB8D10" w14:textId="77777777">
        <w:tc>
          <w:tcPr>
            <w:tcW w:w="2100" w:type="dxa"/>
            <w:tcMar>
              <w:top w:w="100" w:type="dxa"/>
              <w:left w:w="130" w:type="dxa"/>
              <w:bottom w:w="100" w:type="dxa"/>
              <w:right w:w="130" w:type="dxa"/>
            </w:tcMar>
          </w:tcPr>
          <w:p w14:paraId="5CDF64DA"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012CF0F1" w14:textId="77777777" w:rsidR="00612663" w:rsidRDefault="00612663">
            <w:pPr>
              <w:spacing w:after="0"/>
            </w:pPr>
            <w:r>
              <w:rPr>
                <w:sz w:val="19"/>
              </w:rPr>
              <w:t>Bloques de madera.</w:t>
            </w:r>
          </w:p>
        </w:tc>
        <w:tc>
          <w:tcPr>
            <w:tcW w:w="4099" w:type="dxa"/>
            <w:tcMar>
              <w:top w:w="100" w:type="dxa"/>
              <w:left w:w="130" w:type="dxa"/>
              <w:bottom w:w="100" w:type="dxa"/>
              <w:right w:w="130" w:type="dxa"/>
            </w:tcMar>
          </w:tcPr>
          <w:p w14:paraId="3423F6B0" w14:textId="77777777" w:rsidR="00612663" w:rsidRDefault="00612663">
            <w:pPr>
              <w:spacing w:after="0"/>
            </w:pPr>
            <w:r>
              <w:rPr>
                <w:sz w:val="19"/>
              </w:rPr>
              <w:t>Construir una casa sencilla para la familia de Jesús.</w:t>
            </w:r>
          </w:p>
        </w:tc>
      </w:tr>
      <w:tr w:rsidR="008F40AE" w14:paraId="77794777" w14:textId="77777777">
        <w:tc>
          <w:tcPr>
            <w:tcW w:w="2100" w:type="dxa"/>
            <w:tcMar>
              <w:top w:w="100" w:type="dxa"/>
              <w:left w:w="130" w:type="dxa"/>
              <w:bottom w:w="100" w:type="dxa"/>
              <w:right w:w="130" w:type="dxa"/>
            </w:tcMar>
          </w:tcPr>
          <w:p w14:paraId="501F7CF6"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6309B8F0" w14:textId="77777777" w:rsidR="00612663" w:rsidRDefault="00612663">
            <w:pPr>
              <w:spacing w:after="0"/>
            </w:pPr>
            <w:r>
              <w:rPr>
                <w:sz w:val="19"/>
              </w:rPr>
              <w:t>Biblia infantil y Biblia colectiva.</w:t>
            </w:r>
          </w:p>
        </w:tc>
        <w:tc>
          <w:tcPr>
            <w:tcW w:w="4099" w:type="dxa"/>
            <w:tcMar>
              <w:top w:w="100" w:type="dxa"/>
              <w:left w:w="130" w:type="dxa"/>
              <w:bottom w:w="100" w:type="dxa"/>
              <w:right w:w="130" w:type="dxa"/>
            </w:tcMar>
          </w:tcPr>
          <w:p w14:paraId="0708CBA6" w14:textId="77777777" w:rsidR="00612663" w:rsidRDefault="00612663">
            <w:pPr>
              <w:spacing w:after="0"/>
            </w:pPr>
            <w:r>
              <w:rPr>
                <w:sz w:val="19"/>
              </w:rPr>
              <w:t>Buscar una imagen de Jesús con María y José.</w:t>
            </w:r>
          </w:p>
        </w:tc>
      </w:tr>
      <w:tr w:rsidR="008F40AE" w14:paraId="7D16D427" w14:textId="77777777">
        <w:tc>
          <w:tcPr>
            <w:tcW w:w="2100" w:type="dxa"/>
            <w:tcMar>
              <w:top w:w="100" w:type="dxa"/>
              <w:left w:w="130" w:type="dxa"/>
              <w:bottom w:w="100" w:type="dxa"/>
              <w:right w:w="130" w:type="dxa"/>
            </w:tcMar>
          </w:tcPr>
          <w:p w14:paraId="02B787DC"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55E3BE7D" w14:textId="77777777" w:rsidR="00612663" w:rsidRDefault="00612663">
            <w:pPr>
              <w:spacing w:after="0"/>
            </w:pPr>
            <w:r>
              <w:rPr>
                <w:sz w:val="19"/>
              </w:rPr>
              <w:t>Tres telas o pañuelos.</w:t>
            </w:r>
          </w:p>
        </w:tc>
        <w:tc>
          <w:tcPr>
            <w:tcW w:w="4099" w:type="dxa"/>
            <w:tcMar>
              <w:top w:w="100" w:type="dxa"/>
              <w:left w:w="130" w:type="dxa"/>
              <w:bottom w:w="100" w:type="dxa"/>
              <w:right w:w="130" w:type="dxa"/>
            </w:tcMar>
          </w:tcPr>
          <w:p w14:paraId="1D0FAAC4" w14:textId="77777777" w:rsidR="00612663" w:rsidRDefault="00612663">
            <w:pPr>
              <w:spacing w:after="0"/>
            </w:pPr>
            <w:r>
              <w:rPr>
                <w:sz w:val="19"/>
              </w:rPr>
              <w:t>Juego familiar libre, sin reparto obligatorio.</w:t>
            </w:r>
          </w:p>
        </w:tc>
      </w:tr>
    </w:tbl>
    <w:p w14:paraId="6FD5C9C9" w14:textId="77777777" w:rsidR="00612663" w:rsidRDefault="00612663">
      <w:pPr>
        <w:keepNext/>
        <w:spacing w:before="80" w:after="60"/>
      </w:pPr>
      <w:r>
        <w:rPr>
          <w:b/>
          <w:color w:val="1F4D78"/>
          <w:sz w:val="23"/>
        </w:rPr>
        <w:t>Ficha</w:t>
      </w:r>
      <w:r>
        <w:rPr>
          <w:b/>
          <w:color w:val="687784"/>
          <w:sz w:val="20"/>
        </w:rPr>
        <w:t xml:space="preserve">  ·  15-20 min</w:t>
      </w:r>
    </w:p>
    <w:p w14:paraId="77AB1A54" w14:textId="77777777" w:rsidR="00612663" w:rsidRDefault="00612663">
      <w:pPr>
        <w:spacing w:after="100"/>
      </w:pPr>
      <w:r>
        <w:t>Pegar trocitos de papel en los huecos señalados para terminar el tejado. En el gran espacio, dibujar a su familia o a las personas que lo cuidan. Preguntar quién aparece y escribir detrás, si conviene, la explicación dictada por el niño.</w:t>
      </w:r>
    </w:p>
    <w:p w14:paraId="7A1E0186" w14:textId="77777777" w:rsidR="00612663" w:rsidRDefault="00612663">
      <w:pPr>
        <w:pStyle w:val="Ttulo2"/>
      </w:pPr>
      <w:r>
        <w:rPr>
          <w:rFonts w:ascii="Calibri" w:hAnsi="Calibri"/>
        </w:rPr>
        <w:t>Qué observar</w:t>
      </w:r>
    </w:p>
    <w:p w14:paraId="6C2D5901" w14:textId="77777777" w:rsidR="00612663" w:rsidRDefault="00612663">
      <w:r>
        <w:t>Si identifica a María, José y Jesús; comprende la idea de familia y cuidado; participa en el minimundo; pega con intención y realiza una representación personal sin copiar un modelo.</w:t>
      </w:r>
    </w:p>
    <w:tbl>
      <w:tblPr>
        <w:tblW w:w="9749" w:type="dxa"/>
        <w:tblInd w:w="120" w:type="dxa"/>
        <w:tblLayout w:type="fixed"/>
        <w:tblLook w:val="04A0" w:firstRow="1" w:lastRow="0" w:firstColumn="1" w:lastColumn="0" w:noHBand="0" w:noVBand="1"/>
      </w:tblPr>
      <w:tblGrid>
        <w:gridCol w:w="9749"/>
      </w:tblGrid>
      <w:tr w:rsidR="008F40AE" w14:paraId="30E65D91" w14:textId="77777777">
        <w:tc>
          <w:tcPr>
            <w:tcW w:w="9749" w:type="dxa"/>
            <w:shd w:val="clear" w:color="auto" w:fill="FFF4D8"/>
            <w:tcMar>
              <w:top w:w="100" w:type="dxa"/>
              <w:left w:w="130" w:type="dxa"/>
              <w:bottom w:w="100" w:type="dxa"/>
              <w:right w:w="130" w:type="dxa"/>
            </w:tcMar>
            <w:vAlign w:val="center"/>
          </w:tcPr>
          <w:p w14:paraId="22BC67C9" w14:textId="77777777" w:rsidR="00612663" w:rsidRDefault="00612663">
            <w:pPr>
              <w:spacing w:after="40" w:line="288" w:lineRule="auto"/>
            </w:pPr>
            <w:r>
              <w:rPr>
                <w:b/>
                <w:color w:val="1F4D78"/>
              </w:rPr>
              <w:t xml:space="preserve">Cuidado emocional  </w:t>
            </w:r>
            <w:r>
              <w:t>Si hablar de la familia provoca tristeza, no insistir. Acompañar y ofrecer alternativas: dibujar una persona querida, una mascota, su casa o un gran corazón.</w:t>
            </w:r>
          </w:p>
        </w:tc>
      </w:tr>
    </w:tbl>
    <w:p w14:paraId="10A04B76" w14:textId="77777777" w:rsidR="00612663" w:rsidRDefault="00612663">
      <w:pPr>
        <w:spacing w:after="40"/>
      </w:pPr>
    </w:p>
    <w:p w14:paraId="707BA1CA" w14:textId="77777777" w:rsidR="00612663" w:rsidRDefault="00612663">
      <w:r>
        <w:br w:type="page"/>
      </w:r>
    </w:p>
    <w:p w14:paraId="51FABDDD" w14:textId="77777777" w:rsidR="00612663" w:rsidRDefault="00612663">
      <w:pPr>
        <w:pStyle w:val="Ttulo1"/>
      </w:pPr>
      <w:r>
        <w:rPr>
          <w:rFonts w:ascii="Calibri" w:hAnsi="Calibri"/>
        </w:rPr>
        <w:lastRenderedPageBreak/>
        <w:t>4. Semana 2 · Jesús también fue niño</w:t>
      </w:r>
    </w:p>
    <w:p w14:paraId="1B52AE50" w14:textId="77777777" w:rsidR="00612663" w:rsidRDefault="00612663">
      <w:pPr>
        <w:keepNext/>
        <w:jc w:val="center"/>
      </w:pPr>
      <w:r>
        <w:rPr>
          <w:noProof/>
        </w:rPr>
        <w:drawing>
          <wp:inline distT="0" distB="0" distL="0" distR="0" wp14:anchorId="1E6F118F" wp14:editId="2601661B">
            <wp:extent cx="5257800" cy="35052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701cca20-9d37-411a-b746-8c743db2867e.png"/>
                    <pic:cNvPicPr/>
                  </pic:nvPicPr>
                  <pic:blipFill>
                    <a:blip r:embed="rId19"/>
                    <a:stretch>
                      <a:fillRect/>
                    </a:stretch>
                  </pic:blipFill>
                  <pic:spPr>
                    <a:xfrm>
                      <a:off x="0" y="0"/>
                      <a:ext cx="5257800" cy="3505200"/>
                    </a:xfrm>
                    <a:prstGeom prst="rect">
                      <a:avLst/>
                    </a:prstGeom>
                  </pic:spPr>
                </pic:pic>
              </a:graphicData>
            </a:graphic>
          </wp:inline>
        </w:drawing>
      </w:r>
    </w:p>
    <w:p w14:paraId="4DF60389" w14:textId="77777777" w:rsidR="00612663" w:rsidRDefault="00612663">
      <w:pPr>
        <w:keepNext/>
        <w:spacing w:after="160"/>
        <w:jc w:val="center"/>
      </w:pPr>
      <w:r>
        <w:rPr>
          <w:i/>
          <w:color w:val="687784"/>
          <w:sz w:val="19"/>
        </w:rPr>
        <w:t>Ficha 12 · Dibújate jugando con Jesús</w:t>
      </w:r>
    </w:p>
    <w:tbl>
      <w:tblPr>
        <w:tblW w:w="9749" w:type="dxa"/>
        <w:tblInd w:w="120" w:type="dxa"/>
        <w:tblLayout w:type="fixed"/>
        <w:tblLook w:val="04A0" w:firstRow="1" w:lastRow="0" w:firstColumn="1" w:lastColumn="0" w:noHBand="0" w:noVBand="1"/>
      </w:tblPr>
      <w:tblGrid>
        <w:gridCol w:w="9749"/>
      </w:tblGrid>
      <w:tr w:rsidR="008F40AE" w14:paraId="7E8284E9" w14:textId="77777777">
        <w:tc>
          <w:tcPr>
            <w:tcW w:w="9749" w:type="dxa"/>
            <w:shd w:val="clear" w:color="auto" w:fill="EAF4EE"/>
            <w:tcMar>
              <w:top w:w="100" w:type="dxa"/>
              <w:left w:w="130" w:type="dxa"/>
              <w:bottom w:w="100" w:type="dxa"/>
              <w:right w:w="130" w:type="dxa"/>
            </w:tcMar>
            <w:vAlign w:val="center"/>
          </w:tcPr>
          <w:p w14:paraId="71F27BC1" w14:textId="77777777" w:rsidR="00612663" w:rsidRDefault="00612663">
            <w:pPr>
              <w:spacing w:after="40" w:line="288" w:lineRule="auto"/>
            </w:pPr>
            <w:r>
              <w:rPr>
                <w:b/>
                <w:color w:val="1F4D78"/>
              </w:rPr>
              <w:t xml:space="preserve">Aprendizaje  </w:t>
            </w:r>
            <w:r>
              <w:t>Jesús fue verdaderamente niño: crecía, aprendía y compartía la vida con su familia.</w:t>
            </w:r>
          </w:p>
        </w:tc>
      </w:tr>
    </w:tbl>
    <w:p w14:paraId="7031CAC3" w14:textId="77777777" w:rsidR="00612663" w:rsidRDefault="00612663">
      <w:pPr>
        <w:spacing w:after="40"/>
      </w:pPr>
    </w:p>
    <w:p w14:paraId="413C9F3D" w14:textId="77777777" w:rsidR="00612663" w:rsidRDefault="00612663">
      <w:pPr>
        <w:pStyle w:val="Ttulo2"/>
      </w:pPr>
      <w:r>
        <w:rPr>
          <w:rFonts w:ascii="Calibri" w:hAnsi="Calibri"/>
        </w:rPr>
        <w:t>Preparación</w:t>
      </w:r>
    </w:p>
    <w:p w14:paraId="4DB5BF80" w14:textId="77777777" w:rsidR="00612663" w:rsidRDefault="00612663">
      <w:r>
        <w:t>Preparar una cesta con dos o tres objetos de juego no estructurado: bloques, pequeñas telas, aros de madera o elementos naturales seguros. No es necesario presentar un supuesto juguete histórico de Jesús; se trata de experimentar que jugar y aprender forman parte de la infancia.</w:t>
      </w:r>
    </w:p>
    <w:p w14:paraId="50807142" w14:textId="77777777" w:rsidR="00612663" w:rsidRDefault="00612663">
      <w:pPr>
        <w:pStyle w:val="Ttulo2"/>
      </w:pPr>
      <w:r>
        <w:rPr>
          <w:rFonts w:ascii="Calibri" w:hAnsi="Calibri"/>
        </w:rPr>
        <w:t>Desarrollo orientativo</w:t>
      </w:r>
    </w:p>
    <w:p w14:paraId="6A85D00F" w14:textId="77777777" w:rsidR="00612663" w:rsidRDefault="00612663">
      <w:pPr>
        <w:keepNext/>
        <w:spacing w:before="80" w:after="60"/>
      </w:pPr>
      <w:r>
        <w:rPr>
          <w:b/>
          <w:color w:val="1F4D78"/>
          <w:sz w:val="23"/>
        </w:rPr>
        <w:t>Sorpresa</w:t>
      </w:r>
      <w:r>
        <w:rPr>
          <w:b/>
          <w:color w:val="687784"/>
          <w:sz w:val="20"/>
        </w:rPr>
        <w:t xml:space="preserve">  ·  4-5 min</w:t>
      </w:r>
    </w:p>
    <w:p w14:paraId="2A8BBC8C" w14:textId="77777777" w:rsidR="00612663" w:rsidRDefault="00612663">
      <w:pPr>
        <w:spacing w:after="100"/>
      </w:pPr>
      <w:r>
        <w:t>Abrir la cesta y explorar los objetos. Preguntar: «¿Qué podemos hacer con esto?». Aceptar diferentes propuestas.</w:t>
      </w:r>
    </w:p>
    <w:p w14:paraId="4DCD0C51" w14:textId="77777777" w:rsidR="00612663" w:rsidRDefault="00612663">
      <w:pPr>
        <w:keepNext/>
        <w:spacing w:before="80" w:after="60"/>
      </w:pPr>
      <w:r>
        <w:rPr>
          <w:b/>
          <w:color w:val="1F4D78"/>
          <w:sz w:val="23"/>
        </w:rPr>
        <w:t>Mensaje</w:t>
      </w:r>
      <w:r>
        <w:rPr>
          <w:b/>
          <w:color w:val="687784"/>
          <w:sz w:val="20"/>
        </w:rPr>
        <w:t xml:space="preserve">  ·  5-6 min</w:t>
      </w:r>
    </w:p>
    <w:p w14:paraId="4E5E67E0" w14:textId="77777777" w:rsidR="00612663" w:rsidRDefault="00612663">
      <w:pPr>
        <w:spacing w:after="100"/>
      </w:pPr>
      <w:r>
        <w:t>Explicar: «Jesús no nació mayor. Primero fue bebé y después fue niño. Como vosotros, fue creciendo y aprendiendo».</w:t>
      </w:r>
    </w:p>
    <w:p w14:paraId="16C3DE29" w14:textId="77777777" w:rsidR="00612663" w:rsidRDefault="00612663">
      <w:pPr>
        <w:keepNext/>
        <w:spacing w:before="80" w:after="60"/>
      </w:pPr>
      <w:r>
        <w:rPr>
          <w:b/>
          <w:color w:val="1F4D78"/>
          <w:sz w:val="23"/>
        </w:rPr>
        <w:t>Juego compartido</w:t>
      </w:r>
      <w:r>
        <w:rPr>
          <w:b/>
          <w:color w:val="687784"/>
          <w:sz w:val="20"/>
        </w:rPr>
        <w:t xml:space="preserve">  ·  10-12 min</w:t>
      </w:r>
    </w:p>
    <w:p w14:paraId="732E7FF1" w14:textId="77777777" w:rsidR="00612663" w:rsidRDefault="00612663">
      <w:pPr>
        <w:spacing w:after="100"/>
      </w:pPr>
      <w:r>
        <w:t>Construir, ordenar, inventar caminos o representar una comida con materiales abiertos. Favorecer turnos, petición de objetos y colaboración.</w:t>
      </w:r>
    </w:p>
    <w:p w14:paraId="59EF3177" w14:textId="77777777" w:rsidR="00612663" w:rsidRDefault="00612663">
      <w:pPr>
        <w:keepNext/>
        <w:spacing w:before="80" w:after="60"/>
      </w:pPr>
      <w:r>
        <w:rPr>
          <w:b/>
          <w:color w:val="1F4D78"/>
          <w:sz w:val="23"/>
        </w:rPr>
        <w:t>Oración</w:t>
      </w:r>
      <w:r>
        <w:rPr>
          <w:b/>
          <w:color w:val="687784"/>
          <w:sz w:val="20"/>
        </w:rPr>
        <w:t xml:space="preserve">  ·  1 min</w:t>
      </w:r>
    </w:p>
    <w:p w14:paraId="4849983E" w14:textId="77777777" w:rsidR="00612663" w:rsidRDefault="00612663">
      <w:pPr>
        <w:spacing w:after="100"/>
      </w:pPr>
      <w:r>
        <w:t>«Jesús, gracias porque fuiste niño como nosotros».</w:t>
      </w:r>
    </w:p>
    <w:tbl>
      <w:tblPr>
        <w:tblW w:w="9749" w:type="dxa"/>
        <w:tblInd w:w="120" w:type="dxa"/>
        <w:tblLayout w:type="fixed"/>
        <w:tblLook w:val="04A0" w:firstRow="1" w:lastRow="0" w:firstColumn="1" w:lastColumn="0" w:noHBand="0" w:noVBand="1"/>
      </w:tblPr>
      <w:tblGrid>
        <w:gridCol w:w="2100"/>
        <w:gridCol w:w="3550"/>
        <w:gridCol w:w="4099"/>
      </w:tblGrid>
      <w:tr w:rsidR="008F40AE" w14:paraId="2CBA2A23" w14:textId="77777777">
        <w:trPr>
          <w:tblHeader/>
        </w:trPr>
        <w:tc>
          <w:tcPr>
            <w:tcW w:w="2100" w:type="dxa"/>
            <w:shd w:val="clear" w:color="auto" w:fill="E8EEF5"/>
            <w:tcMar>
              <w:top w:w="100" w:type="dxa"/>
              <w:left w:w="130" w:type="dxa"/>
              <w:bottom w:w="100" w:type="dxa"/>
              <w:right w:w="130" w:type="dxa"/>
            </w:tcMar>
            <w:vAlign w:val="center"/>
          </w:tcPr>
          <w:p w14:paraId="4A625F96" w14:textId="77777777" w:rsidR="00612663" w:rsidRDefault="00612663">
            <w:pPr>
              <w:jc w:val="center"/>
            </w:pPr>
            <w:r>
              <w:rPr>
                <w:b/>
                <w:color w:val="1F4D78"/>
                <w:sz w:val="20"/>
              </w:rPr>
              <w:lastRenderedPageBreak/>
              <w:t>Espacio</w:t>
            </w:r>
          </w:p>
        </w:tc>
        <w:tc>
          <w:tcPr>
            <w:tcW w:w="3550" w:type="dxa"/>
            <w:shd w:val="clear" w:color="auto" w:fill="E8EEF5"/>
            <w:tcMar>
              <w:top w:w="100" w:type="dxa"/>
              <w:left w:w="130" w:type="dxa"/>
              <w:bottom w:w="100" w:type="dxa"/>
              <w:right w:w="130" w:type="dxa"/>
            </w:tcMar>
            <w:vAlign w:val="center"/>
          </w:tcPr>
          <w:p w14:paraId="3AF9C7E6"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1B768432" w14:textId="77777777" w:rsidR="00612663" w:rsidRDefault="00612663">
            <w:pPr>
              <w:jc w:val="center"/>
            </w:pPr>
            <w:r>
              <w:rPr>
                <w:b/>
                <w:color w:val="1F4D78"/>
                <w:sz w:val="20"/>
              </w:rPr>
              <w:t>Propuesta</w:t>
            </w:r>
          </w:p>
        </w:tc>
      </w:tr>
      <w:tr w:rsidR="008F40AE" w14:paraId="7DA75F98" w14:textId="77777777">
        <w:tc>
          <w:tcPr>
            <w:tcW w:w="2100" w:type="dxa"/>
            <w:tcMar>
              <w:top w:w="100" w:type="dxa"/>
              <w:left w:w="130" w:type="dxa"/>
              <w:bottom w:w="100" w:type="dxa"/>
              <w:right w:w="130" w:type="dxa"/>
            </w:tcMar>
          </w:tcPr>
          <w:p w14:paraId="7CEF4E7D"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03A30015" w14:textId="77777777" w:rsidR="00612663" w:rsidRDefault="00612663">
            <w:pPr>
              <w:spacing w:after="0"/>
            </w:pPr>
            <w:r>
              <w:rPr>
                <w:sz w:val="19"/>
              </w:rPr>
              <w:t>Bloques, aros y piezas grandes.</w:t>
            </w:r>
          </w:p>
        </w:tc>
        <w:tc>
          <w:tcPr>
            <w:tcW w:w="4099" w:type="dxa"/>
            <w:tcMar>
              <w:top w:w="100" w:type="dxa"/>
              <w:left w:w="130" w:type="dxa"/>
              <w:bottom w:w="100" w:type="dxa"/>
              <w:right w:w="130" w:type="dxa"/>
            </w:tcMar>
          </w:tcPr>
          <w:p w14:paraId="1F46E40C" w14:textId="77777777" w:rsidR="00612663" w:rsidRDefault="00612663">
            <w:pPr>
              <w:spacing w:after="0"/>
            </w:pPr>
            <w:r>
              <w:rPr>
                <w:sz w:val="19"/>
              </w:rPr>
              <w:t>Juego libre, equilibrio y pequeñas construcciones.</w:t>
            </w:r>
          </w:p>
        </w:tc>
      </w:tr>
      <w:tr w:rsidR="008F40AE" w14:paraId="7D55593A" w14:textId="77777777">
        <w:tc>
          <w:tcPr>
            <w:tcW w:w="2100" w:type="dxa"/>
            <w:tcMar>
              <w:top w:w="100" w:type="dxa"/>
              <w:left w:w="130" w:type="dxa"/>
              <w:bottom w:w="100" w:type="dxa"/>
              <w:right w:w="130" w:type="dxa"/>
            </w:tcMar>
          </w:tcPr>
          <w:p w14:paraId="190B561D"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62F34ECE" w14:textId="77777777" w:rsidR="00612663" w:rsidRDefault="00612663">
            <w:pPr>
              <w:spacing w:after="0"/>
            </w:pPr>
            <w:r>
              <w:rPr>
                <w:sz w:val="19"/>
              </w:rPr>
              <w:t>Cesta y objetos para clasificar.</w:t>
            </w:r>
          </w:p>
        </w:tc>
        <w:tc>
          <w:tcPr>
            <w:tcW w:w="4099" w:type="dxa"/>
            <w:tcMar>
              <w:top w:w="100" w:type="dxa"/>
              <w:left w:w="130" w:type="dxa"/>
              <w:bottom w:w="100" w:type="dxa"/>
              <w:right w:w="130" w:type="dxa"/>
            </w:tcMar>
          </w:tcPr>
          <w:p w14:paraId="2B231E7D" w14:textId="77777777" w:rsidR="00612663" w:rsidRDefault="00612663">
            <w:pPr>
              <w:spacing w:after="0"/>
            </w:pPr>
            <w:r>
              <w:rPr>
                <w:sz w:val="19"/>
              </w:rPr>
              <w:t>Agrupar, ordenar, meter y sacar.</w:t>
            </w:r>
          </w:p>
        </w:tc>
      </w:tr>
      <w:tr w:rsidR="008F40AE" w14:paraId="1E76BC93" w14:textId="77777777">
        <w:tc>
          <w:tcPr>
            <w:tcW w:w="2100" w:type="dxa"/>
            <w:tcMar>
              <w:top w:w="100" w:type="dxa"/>
              <w:left w:w="130" w:type="dxa"/>
              <w:bottom w:w="100" w:type="dxa"/>
              <w:right w:w="130" w:type="dxa"/>
            </w:tcMar>
          </w:tcPr>
          <w:p w14:paraId="4E4D12A3"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7DD0C7C2" w14:textId="77777777" w:rsidR="00612663" w:rsidRDefault="00612663">
            <w:pPr>
              <w:spacing w:after="0"/>
            </w:pPr>
            <w:r>
              <w:rPr>
                <w:sz w:val="19"/>
              </w:rPr>
              <w:t>Telas y objetos abiertos.</w:t>
            </w:r>
          </w:p>
        </w:tc>
        <w:tc>
          <w:tcPr>
            <w:tcW w:w="4099" w:type="dxa"/>
            <w:tcMar>
              <w:top w:w="100" w:type="dxa"/>
              <w:left w:w="130" w:type="dxa"/>
              <w:bottom w:w="100" w:type="dxa"/>
              <w:right w:w="130" w:type="dxa"/>
            </w:tcMar>
          </w:tcPr>
          <w:p w14:paraId="4D8C67CB" w14:textId="77777777" w:rsidR="00612663" w:rsidRDefault="00612663">
            <w:pPr>
              <w:spacing w:after="0"/>
            </w:pPr>
            <w:r>
              <w:rPr>
                <w:sz w:val="19"/>
              </w:rPr>
              <w:t>Inventar juegos cotidianos sin guion.</w:t>
            </w:r>
          </w:p>
        </w:tc>
      </w:tr>
      <w:tr w:rsidR="008F40AE" w14:paraId="528D6E32" w14:textId="77777777">
        <w:tc>
          <w:tcPr>
            <w:tcW w:w="2100" w:type="dxa"/>
            <w:tcMar>
              <w:top w:w="100" w:type="dxa"/>
              <w:left w:w="130" w:type="dxa"/>
              <w:bottom w:w="100" w:type="dxa"/>
              <w:right w:w="130" w:type="dxa"/>
            </w:tcMar>
          </w:tcPr>
          <w:p w14:paraId="4C2D2779"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7B501F26" w14:textId="77777777" w:rsidR="00612663" w:rsidRDefault="00612663">
            <w:pPr>
              <w:spacing w:after="0"/>
            </w:pPr>
            <w:r>
              <w:rPr>
                <w:sz w:val="19"/>
              </w:rPr>
              <w:t>Imágenes de la infancia.</w:t>
            </w:r>
          </w:p>
        </w:tc>
        <w:tc>
          <w:tcPr>
            <w:tcW w:w="4099" w:type="dxa"/>
            <w:tcMar>
              <w:top w:w="100" w:type="dxa"/>
              <w:left w:w="130" w:type="dxa"/>
              <w:bottom w:w="100" w:type="dxa"/>
              <w:right w:w="130" w:type="dxa"/>
            </w:tcMar>
          </w:tcPr>
          <w:p w14:paraId="4BC7FEF9" w14:textId="77777777" w:rsidR="00612663" w:rsidRDefault="00612663">
            <w:pPr>
              <w:spacing w:after="0"/>
            </w:pPr>
            <w:r>
              <w:rPr>
                <w:sz w:val="19"/>
              </w:rPr>
              <w:t>Observar diferencias entre bebé y niño.</w:t>
            </w:r>
          </w:p>
        </w:tc>
      </w:tr>
    </w:tbl>
    <w:p w14:paraId="16C968E8" w14:textId="77777777" w:rsidR="00612663" w:rsidRDefault="00612663">
      <w:pPr>
        <w:keepNext/>
        <w:spacing w:before="80" w:after="60"/>
      </w:pPr>
      <w:r>
        <w:rPr>
          <w:b/>
          <w:color w:val="1F4D78"/>
          <w:sz w:val="23"/>
        </w:rPr>
        <w:t>Ficha</w:t>
      </w:r>
      <w:r>
        <w:rPr>
          <w:b/>
          <w:color w:val="687784"/>
          <w:sz w:val="20"/>
        </w:rPr>
        <w:t xml:space="preserve">  ·  12-15 min</w:t>
      </w:r>
    </w:p>
    <w:p w14:paraId="47CA3F9B" w14:textId="77777777" w:rsidR="00612663" w:rsidRDefault="00612663">
      <w:pPr>
        <w:spacing w:after="100"/>
      </w:pPr>
      <w:r>
        <w:t>Observar a Jesús sentado e invitando a jugar. Dibujarse en el espacio libre jugando junto a él. No añadir un modelo de niño ni dirigir el juguete que debe aparecer. Escuchar la explicación y valorar trazos, formas y primeras figuras humanas.</w:t>
      </w:r>
    </w:p>
    <w:p w14:paraId="34F70768" w14:textId="77777777" w:rsidR="00612663" w:rsidRDefault="00612663">
      <w:pPr>
        <w:pStyle w:val="Ttulo2"/>
      </w:pPr>
      <w:r>
        <w:rPr>
          <w:rFonts w:ascii="Calibri" w:hAnsi="Calibri"/>
        </w:rPr>
        <w:t>Qué observar</w:t>
      </w:r>
    </w:p>
    <w:p w14:paraId="03E4026B" w14:textId="77777777" w:rsidR="00612663" w:rsidRDefault="00612663">
      <w:r>
        <w:t>Si comprende que Jesús fue niño, se integra en el juego compartido, respeta materiales y turnos, y se representa mediante un dibujo propio aunque todavía sea muy inicial.</w:t>
      </w:r>
    </w:p>
    <w:tbl>
      <w:tblPr>
        <w:tblW w:w="9749" w:type="dxa"/>
        <w:tblInd w:w="120" w:type="dxa"/>
        <w:tblLayout w:type="fixed"/>
        <w:tblLook w:val="04A0" w:firstRow="1" w:lastRow="0" w:firstColumn="1" w:lastColumn="0" w:noHBand="0" w:noVBand="1"/>
      </w:tblPr>
      <w:tblGrid>
        <w:gridCol w:w="9749"/>
      </w:tblGrid>
      <w:tr w:rsidR="008F40AE" w14:paraId="1817BB58" w14:textId="77777777">
        <w:tc>
          <w:tcPr>
            <w:tcW w:w="9749" w:type="dxa"/>
            <w:shd w:val="clear" w:color="auto" w:fill="FFF4D8"/>
            <w:tcMar>
              <w:top w:w="100" w:type="dxa"/>
              <w:left w:w="130" w:type="dxa"/>
              <w:bottom w:w="100" w:type="dxa"/>
              <w:right w:w="130" w:type="dxa"/>
            </w:tcMar>
            <w:vAlign w:val="center"/>
          </w:tcPr>
          <w:p w14:paraId="5D3D69FB" w14:textId="77777777" w:rsidR="00612663" w:rsidRDefault="00612663">
            <w:pPr>
              <w:spacing w:after="40" w:line="288" w:lineRule="auto"/>
            </w:pPr>
            <w:r>
              <w:rPr>
                <w:b/>
                <w:color w:val="1F4D78"/>
              </w:rPr>
              <w:t xml:space="preserve">La ficha de dibujo  </w:t>
            </w:r>
            <w:r>
              <w:t>No se colorea el fondo ni la ilustración. El objetivo es que el niño piense, se represente y explique su juego. Un garabato con significado es una producción válida a los tres años.</w:t>
            </w:r>
          </w:p>
        </w:tc>
      </w:tr>
    </w:tbl>
    <w:p w14:paraId="617AEDCB" w14:textId="77777777" w:rsidR="00612663" w:rsidRDefault="00612663">
      <w:pPr>
        <w:spacing w:after="40"/>
      </w:pPr>
    </w:p>
    <w:p w14:paraId="440161E2" w14:textId="77777777" w:rsidR="00612663" w:rsidRDefault="00612663">
      <w:r>
        <w:br w:type="page"/>
      </w:r>
    </w:p>
    <w:p w14:paraId="0414EC7A" w14:textId="77777777" w:rsidR="00612663" w:rsidRDefault="00612663">
      <w:pPr>
        <w:pStyle w:val="Ttulo1"/>
      </w:pPr>
      <w:r>
        <w:rPr>
          <w:rFonts w:ascii="Calibri" w:hAnsi="Calibri"/>
        </w:rPr>
        <w:lastRenderedPageBreak/>
        <w:t>5. Semana 3 · Jesús ayudaba</w:t>
      </w:r>
    </w:p>
    <w:p w14:paraId="31C0C1D6" w14:textId="77777777" w:rsidR="00612663" w:rsidRDefault="00612663">
      <w:pPr>
        <w:keepNext/>
        <w:jc w:val="center"/>
      </w:pPr>
      <w:r>
        <w:rPr>
          <w:noProof/>
        </w:rPr>
        <w:drawing>
          <wp:inline distT="0" distB="0" distL="0" distR="0" wp14:anchorId="1EB6D468" wp14:editId="66FF4EE7">
            <wp:extent cx="5257800" cy="35052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eab30d7e-c045-4fb5-849c-3e5488321e82.png"/>
                    <pic:cNvPicPr/>
                  </pic:nvPicPr>
                  <pic:blipFill>
                    <a:blip r:embed="rId20"/>
                    <a:stretch>
                      <a:fillRect/>
                    </a:stretch>
                  </pic:blipFill>
                  <pic:spPr>
                    <a:xfrm>
                      <a:off x="0" y="0"/>
                      <a:ext cx="5257800" cy="3505200"/>
                    </a:xfrm>
                    <a:prstGeom prst="rect">
                      <a:avLst/>
                    </a:prstGeom>
                  </pic:spPr>
                </pic:pic>
              </a:graphicData>
            </a:graphic>
          </wp:inline>
        </w:drawing>
      </w:r>
    </w:p>
    <w:p w14:paraId="4AD90D74" w14:textId="77777777" w:rsidR="00612663" w:rsidRDefault="00612663">
      <w:pPr>
        <w:keepNext/>
        <w:spacing w:after="160"/>
        <w:jc w:val="center"/>
      </w:pPr>
      <w:r>
        <w:rPr>
          <w:i/>
          <w:color w:val="687784"/>
          <w:sz w:val="19"/>
        </w:rPr>
        <w:t>Ficha 13 · Estampa tu mano como símbolo de ayuda</w:t>
      </w:r>
    </w:p>
    <w:tbl>
      <w:tblPr>
        <w:tblW w:w="9749" w:type="dxa"/>
        <w:tblInd w:w="120" w:type="dxa"/>
        <w:tblLayout w:type="fixed"/>
        <w:tblLook w:val="04A0" w:firstRow="1" w:lastRow="0" w:firstColumn="1" w:lastColumn="0" w:noHBand="0" w:noVBand="1"/>
      </w:tblPr>
      <w:tblGrid>
        <w:gridCol w:w="9749"/>
      </w:tblGrid>
      <w:tr w:rsidR="008F40AE" w14:paraId="259E2DC2" w14:textId="77777777">
        <w:tc>
          <w:tcPr>
            <w:tcW w:w="9749" w:type="dxa"/>
            <w:shd w:val="clear" w:color="auto" w:fill="EAF4EE"/>
            <w:tcMar>
              <w:top w:w="100" w:type="dxa"/>
              <w:left w:w="130" w:type="dxa"/>
              <w:bottom w:w="100" w:type="dxa"/>
              <w:right w:w="130" w:type="dxa"/>
            </w:tcMar>
            <w:vAlign w:val="center"/>
          </w:tcPr>
          <w:p w14:paraId="03E5E566" w14:textId="77777777" w:rsidR="00612663" w:rsidRDefault="00612663">
            <w:pPr>
              <w:spacing w:after="40" w:line="288" w:lineRule="auto"/>
            </w:pPr>
            <w:r>
              <w:rPr>
                <w:b/>
                <w:color w:val="1F4D78"/>
              </w:rPr>
              <w:t xml:space="preserve">Aprendizaje  </w:t>
            </w:r>
            <w:r>
              <w:t>En una familia todos podemos colaborar. Seguir a Jesús también significa ayudar, ordenar y cuidar.</w:t>
            </w:r>
          </w:p>
        </w:tc>
      </w:tr>
    </w:tbl>
    <w:p w14:paraId="404E2BB1" w14:textId="77777777" w:rsidR="00612663" w:rsidRDefault="00612663">
      <w:pPr>
        <w:spacing w:after="40"/>
      </w:pPr>
    </w:p>
    <w:p w14:paraId="11EEF255" w14:textId="77777777" w:rsidR="00612663" w:rsidRDefault="00612663">
      <w:pPr>
        <w:pStyle w:val="Ttulo2"/>
      </w:pPr>
      <w:r>
        <w:rPr>
          <w:rFonts w:ascii="Calibri" w:hAnsi="Calibri"/>
        </w:rPr>
        <w:t>Preparación</w:t>
      </w:r>
    </w:p>
    <w:p w14:paraId="16D34FDE" w14:textId="77777777" w:rsidR="00612663" w:rsidRDefault="00612663">
      <w:r>
        <w:t>Disponer propuestas reales y breves de vida práctica: guardar bloques, doblar paños, limpiar una mesa, regar una planta o llevar objetos ligeros a una cesta. Preparar pintura lavable, bandeja plana, esponja para extenderla, toallitas o punto de lavado y delantales si ya existen.</w:t>
      </w:r>
    </w:p>
    <w:p w14:paraId="43ABB8D6" w14:textId="77777777" w:rsidR="00612663" w:rsidRDefault="00612663">
      <w:pPr>
        <w:pStyle w:val="Ttulo2"/>
      </w:pPr>
      <w:r>
        <w:rPr>
          <w:rFonts w:ascii="Calibri" w:hAnsi="Calibri"/>
        </w:rPr>
        <w:t>Desarrollo orientativo</w:t>
      </w:r>
    </w:p>
    <w:p w14:paraId="2DDEC4A2" w14:textId="77777777" w:rsidR="00612663" w:rsidRDefault="00612663">
      <w:pPr>
        <w:keepNext/>
        <w:spacing w:before="80" w:after="60"/>
      </w:pPr>
      <w:r>
        <w:rPr>
          <w:b/>
          <w:color w:val="1F4D78"/>
          <w:sz w:val="23"/>
        </w:rPr>
        <w:t>Conversación</w:t>
      </w:r>
      <w:r>
        <w:rPr>
          <w:b/>
          <w:color w:val="687784"/>
          <w:sz w:val="20"/>
        </w:rPr>
        <w:t xml:space="preserve">  ·  4-5 min</w:t>
      </w:r>
    </w:p>
    <w:p w14:paraId="562A3AFD" w14:textId="77777777" w:rsidR="00612663" w:rsidRDefault="00612663">
      <w:pPr>
        <w:spacing w:after="100"/>
      </w:pPr>
      <w:r>
        <w:t>Mirar una cesta desordenada y preguntar: «¿Qué podemos hacer?». Introducir: «Cuando ayudamos, cuidamos a las personas y las cosas».</w:t>
      </w:r>
    </w:p>
    <w:p w14:paraId="2D25E855" w14:textId="77777777" w:rsidR="00612663" w:rsidRDefault="00612663">
      <w:pPr>
        <w:keepNext/>
        <w:spacing w:before="80" w:after="60"/>
      </w:pPr>
      <w:r>
        <w:rPr>
          <w:b/>
          <w:color w:val="1F4D78"/>
          <w:sz w:val="23"/>
        </w:rPr>
        <w:t>Vida práctica</w:t>
      </w:r>
      <w:r>
        <w:rPr>
          <w:b/>
          <w:color w:val="687784"/>
          <w:sz w:val="20"/>
        </w:rPr>
        <w:t xml:space="preserve">  ·  12-15 min</w:t>
      </w:r>
    </w:p>
    <w:p w14:paraId="224ED85A" w14:textId="77777777" w:rsidR="00612663" w:rsidRDefault="00612663">
      <w:pPr>
        <w:spacing w:after="100"/>
      </w:pPr>
      <w:r>
        <w:t>Presentar despacio una tarea: coger, realizar, comprobar y devolver el material. Cada niño elige una colaboración posible. No convertirlo en carrera ni premio.</w:t>
      </w:r>
    </w:p>
    <w:p w14:paraId="45CEB582" w14:textId="77777777" w:rsidR="00612663" w:rsidRDefault="00612663">
      <w:pPr>
        <w:keepNext/>
        <w:spacing w:before="80" w:after="60"/>
      </w:pPr>
      <w:r>
        <w:rPr>
          <w:b/>
          <w:color w:val="1F4D78"/>
          <w:sz w:val="23"/>
        </w:rPr>
        <w:t>Relación con Jesús</w:t>
      </w:r>
      <w:r>
        <w:rPr>
          <w:b/>
          <w:color w:val="687784"/>
          <w:sz w:val="20"/>
        </w:rPr>
        <w:t xml:space="preserve">  ·  3-4 min</w:t>
      </w:r>
    </w:p>
    <w:p w14:paraId="26161AA3" w14:textId="77777777" w:rsidR="00612663" w:rsidRDefault="00612663">
      <w:pPr>
        <w:spacing w:after="100"/>
      </w:pPr>
      <w:r>
        <w:t>Decir: «Jesús vivió en una familia. Nosotros imaginamos tareas sencillas para comprender que en casa todos podemos colaborar». No afirmar que el Evangelio describe esos objetos o tareas concretas.</w:t>
      </w:r>
    </w:p>
    <w:p w14:paraId="3908B3F6" w14:textId="77777777" w:rsidR="00612663" w:rsidRDefault="00612663">
      <w:pPr>
        <w:keepNext/>
        <w:spacing w:before="80" w:after="60"/>
      </w:pPr>
      <w:r>
        <w:rPr>
          <w:b/>
          <w:color w:val="1F4D78"/>
          <w:sz w:val="23"/>
        </w:rPr>
        <w:lastRenderedPageBreak/>
        <w:t>Oración</w:t>
      </w:r>
      <w:r>
        <w:rPr>
          <w:b/>
          <w:color w:val="687784"/>
          <w:sz w:val="20"/>
        </w:rPr>
        <w:t xml:space="preserve">  ·  1 min</w:t>
      </w:r>
    </w:p>
    <w:p w14:paraId="1DECA88E" w14:textId="77777777" w:rsidR="00612663" w:rsidRDefault="00612663">
      <w:pPr>
        <w:spacing w:after="100"/>
      </w:pPr>
      <w:r>
        <w:t>«Jesús, enséñanos a ayudar con alegría».</w:t>
      </w:r>
    </w:p>
    <w:tbl>
      <w:tblPr>
        <w:tblW w:w="9749" w:type="dxa"/>
        <w:tblInd w:w="120" w:type="dxa"/>
        <w:tblLayout w:type="fixed"/>
        <w:tblLook w:val="04A0" w:firstRow="1" w:lastRow="0" w:firstColumn="1" w:lastColumn="0" w:noHBand="0" w:noVBand="1"/>
      </w:tblPr>
      <w:tblGrid>
        <w:gridCol w:w="2100"/>
        <w:gridCol w:w="3550"/>
        <w:gridCol w:w="4099"/>
      </w:tblGrid>
      <w:tr w:rsidR="008F40AE" w14:paraId="2CAFC954" w14:textId="77777777">
        <w:trPr>
          <w:tblHeader/>
        </w:trPr>
        <w:tc>
          <w:tcPr>
            <w:tcW w:w="2100" w:type="dxa"/>
            <w:shd w:val="clear" w:color="auto" w:fill="E8EEF5"/>
            <w:tcMar>
              <w:top w:w="100" w:type="dxa"/>
              <w:left w:w="130" w:type="dxa"/>
              <w:bottom w:w="100" w:type="dxa"/>
              <w:right w:w="130" w:type="dxa"/>
            </w:tcMar>
            <w:vAlign w:val="center"/>
          </w:tcPr>
          <w:p w14:paraId="1B0B0E4E"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12307B17"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68EED009" w14:textId="77777777" w:rsidR="00612663" w:rsidRDefault="00612663">
            <w:pPr>
              <w:jc w:val="center"/>
            </w:pPr>
            <w:r>
              <w:rPr>
                <w:b/>
                <w:color w:val="1F4D78"/>
                <w:sz w:val="20"/>
              </w:rPr>
              <w:t>Propuesta</w:t>
            </w:r>
          </w:p>
        </w:tc>
      </w:tr>
      <w:tr w:rsidR="008F40AE" w14:paraId="0AF8B030" w14:textId="77777777">
        <w:tc>
          <w:tcPr>
            <w:tcW w:w="2100" w:type="dxa"/>
            <w:tcMar>
              <w:top w:w="100" w:type="dxa"/>
              <w:left w:w="130" w:type="dxa"/>
              <w:bottom w:w="100" w:type="dxa"/>
              <w:right w:w="130" w:type="dxa"/>
            </w:tcMar>
          </w:tcPr>
          <w:p w14:paraId="6ECB701B" w14:textId="77777777" w:rsidR="00612663" w:rsidRDefault="00612663">
            <w:pPr>
              <w:spacing w:after="0"/>
            </w:pPr>
            <w:r>
              <w:rPr>
                <w:b/>
                <w:color w:val="1F4D78"/>
                <w:sz w:val="19"/>
              </w:rPr>
              <w:t>Vida práctica</w:t>
            </w:r>
          </w:p>
        </w:tc>
        <w:tc>
          <w:tcPr>
            <w:tcW w:w="3550" w:type="dxa"/>
            <w:tcMar>
              <w:top w:w="100" w:type="dxa"/>
              <w:left w:w="130" w:type="dxa"/>
              <w:bottom w:w="100" w:type="dxa"/>
              <w:right w:w="130" w:type="dxa"/>
            </w:tcMar>
          </w:tcPr>
          <w:p w14:paraId="0D98BEC9" w14:textId="77777777" w:rsidR="00612663" w:rsidRDefault="00612663">
            <w:pPr>
              <w:spacing w:after="0"/>
            </w:pPr>
            <w:r>
              <w:rPr>
                <w:sz w:val="19"/>
              </w:rPr>
              <w:t>Paños, mesa y cesta.</w:t>
            </w:r>
          </w:p>
        </w:tc>
        <w:tc>
          <w:tcPr>
            <w:tcW w:w="4099" w:type="dxa"/>
            <w:tcMar>
              <w:top w:w="100" w:type="dxa"/>
              <w:left w:w="130" w:type="dxa"/>
              <w:bottom w:w="100" w:type="dxa"/>
              <w:right w:w="130" w:type="dxa"/>
            </w:tcMar>
          </w:tcPr>
          <w:p w14:paraId="37DBEBFA" w14:textId="77777777" w:rsidR="00612663" w:rsidRDefault="00612663">
            <w:pPr>
              <w:spacing w:after="0"/>
            </w:pPr>
            <w:r>
              <w:rPr>
                <w:sz w:val="19"/>
              </w:rPr>
              <w:t>Doblar, limpiar, guardar y transportar con cuidado.</w:t>
            </w:r>
          </w:p>
        </w:tc>
      </w:tr>
      <w:tr w:rsidR="008F40AE" w14:paraId="740EA5DD" w14:textId="77777777">
        <w:tc>
          <w:tcPr>
            <w:tcW w:w="2100" w:type="dxa"/>
            <w:tcMar>
              <w:top w:w="100" w:type="dxa"/>
              <w:left w:w="130" w:type="dxa"/>
              <w:bottom w:w="100" w:type="dxa"/>
              <w:right w:w="130" w:type="dxa"/>
            </w:tcMar>
          </w:tcPr>
          <w:p w14:paraId="018BD72A"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6CCA22CC" w14:textId="77777777" w:rsidR="00612663" w:rsidRDefault="00612663">
            <w:pPr>
              <w:spacing w:after="0"/>
            </w:pPr>
            <w:r>
              <w:rPr>
                <w:sz w:val="19"/>
              </w:rPr>
              <w:t>Bloques y recipiente.</w:t>
            </w:r>
          </w:p>
        </w:tc>
        <w:tc>
          <w:tcPr>
            <w:tcW w:w="4099" w:type="dxa"/>
            <w:tcMar>
              <w:top w:w="100" w:type="dxa"/>
              <w:left w:w="130" w:type="dxa"/>
              <w:bottom w:w="100" w:type="dxa"/>
              <w:right w:w="130" w:type="dxa"/>
            </w:tcMar>
          </w:tcPr>
          <w:p w14:paraId="21A5E353" w14:textId="77777777" w:rsidR="00612663" w:rsidRDefault="00612663">
            <w:pPr>
              <w:spacing w:after="0"/>
            </w:pPr>
            <w:r>
              <w:rPr>
                <w:sz w:val="19"/>
              </w:rPr>
              <w:t>Construir y devolver cada pieza a su lugar.</w:t>
            </w:r>
          </w:p>
        </w:tc>
      </w:tr>
      <w:tr w:rsidR="008F40AE" w14:paraId="5F58645C" w14:textId="77777777">
        <w:tc>
          <w:tcPr>
            <w:tcW w:w="2100" w:type="dxa"/>
            <w:tcMar>
              <w:top w:w="100" w:type="dxa"/>
              <w:left w:w="130" w:type="dxa"/>
              <w:bottom w:w="100" w:type="dxa"/>
              <w:right w:w="130" w:type="dxa"/>
            </w:tcMar>
          </w:tcPr>
          <w:p w14:paraId="70FE10C2" w14:textId="77777777" w:rsidR="00612663" w:rsidRDefault="00612663">
            <w:pPr>
              <w:spacing w:after="0"/>
            </w:pPr>
            <w:r>
              <w:rPr>
                <w:b/>
                <w:color w:val="1F4D78"/>
                <w:sz w:val="19"/>
              </w:rPr>
              <w:t>Cuidado</w:t>
            </w:r>
          </w:p>
        </w:tc>
        <w:tc>
          <w:tcPr>
            <w:tcW w:w="3550" w:type="dxa"/>
            <w:tcMar>
              <w:top w:w="100" w:type="dxa"/>
              <w:left w:w="130" w:type="dxa"/>
              <w:bottom w:w="100" w:type="dxa"/>
              <w:right w:w="130" w:type="dxa"/>
            </w:tcMar>
          </w:tcPr>
          <w:p w14:paraId="5DD5DDE2" w14:textId="77777777" w:rsidR="00612663" w:rsidRDefault="00612663">
            <w:pPr>
              <w:spacing w:after="0"/>
            </w:pPr>
            <w:r>
              <w:rPr>
                <w:sz w:val="19"/>
              </w:rPr>
              <w:t>Planta, jarrita y bandeja.</w:t>
            </w:r>
          </w:p>
        </w:tc>
        <w:tc>
          <w:tcPr>
            <w:tcW w:w="4099" w:type="dxa"/>
            <w:tcMar>
              <w:top w:w="100" w:type="dxa"/>
              <w:left w:w="130" w:type="dxa"/>
              <w:bottom w:w="100" w:type="dxa"/>
              <w:right w:w="130" w:type="dxa"/>
            </w:tcMar>
          </w:tcPr>
          <w:p w14:paraId="70AE073B" w14:textId="77777777" w:rsidR="00612663" w:rsidRDefault="00612663">
            <w:pPr>
              <w:spacing w:after="0"/>
            </w:pPr>
            <w:r>
              <w:rPr>
                <w:sz w:val="19"/>
              </w:rPr>
              <w:t>Regar sin exceso y secar si cae agua.</w:t>
            </w:r>
          </w:p>
        </w:tc>
      </w:tr>
      <w:tr w:rsidR="008F40AE" w14:paraId="141864AB" w14:textId="77777777">
        <w:tc>
          <w:tcPr>
            <w:tcW w:w="2100" w:type="dxa"/>
            <w:tcMar>
              <w:top w:w="100" w:type="dxa"/>
              <w:left w:w="130" w:type="dxa"/>
              <w:bottom w:w="100" w:type="dxa"/>
              <w:right w:w="130" w:type="dxa"/>
            </w:tcMar>
          </w:tcPr>
          <w:p w14:paraId="5D0EF610"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22029915" w14:textId="77777777" w:rsidR="00612663" w:rsidRDefault="00612663">
            <w:pPr>
              <w:spacing w:after="0"/>
            </w:pPr>
            <w:r>
              <w:rPr>
                <w:sz w:val="19"/>
              </w:rPr>
              <w:t>Casa simbólica y telas.</w:t>
            </w:r>
          </w:p>
        </w:tc>
        <w:tc>
          <w:tcPr>
            <w:tcW w:w="4099" w:type="dxa"/>
            <w:tcMar>
              <w:top w:w="100" w:type="dxa"/>
              <w:left w:w="130" w:type="dxa"/>
              <w:bottom w:w="100" w:type="dxa"/>
              <w:right w:w="130" w:type="dxa"/>
            </w:tcMar>
          </w:tcPr>
          <w:p w14:paraId="58B7893A" w14:textId="77777777" w:rsidR="00612663" w:rsidRDefault="00612663">
            <w:pPr>
              <w:spacing w:after="0"/>
            </w:pPr>
            <w:r>
              <w:rPr>
                <w:sz w:val="19"/>
              </w:rPr>
              <w:t>Representar acciones familiares de ayuda.</w:t>
            </w:r>
          </w:p>
        </w:tc>
      </w:tr>
    </w:tbl>
    <w:p w14:paraId="06DAAB7F" w14:textId="77777777" w:rsidR="00612663" w:rsidRDefault="00612663">
      <w:pPr>
        <w:keepNext/>
        <w:spacing w:before="80" w:after="60"/>
      </w:pPr>
      <w:r>
        <w:rPr>
          <w:b/>
          <w:color w:val="1F4D78"/>
          <w:sz w:val="23"/>
        </w:rPr>
        <w:t>Ficha</w:t>
      </w:r>
      <w:r>
        <w:rPr>
          <w:b/>
          <w:color w:val="687784"/>
          <w:sz w:val="20"/>
        </w:rPr>
        <w:t xml:space="preserve">  ·  10-12 min</w:t>
      </w:r>
    </w:p>
    <w:p w14:paraId="0DF1E388" w14:textId="77777777" w:rsidR="00612663" w:rsidRDefault="00612663">
      <w:pPr>
        <w:spacing w:after="100"/>
      </w:pPr>
      <w:r>
        <w:t>Extender una capa fina de pintura en la palma, estampar la mano dentro de la silueta y levantarla sin arrastrar. Mientras se lava, el niño puede decir o señalar una acción con la que ayuda. Escribir detrás su frase si resulta significativa.</w:t>
      </w:r>
    </w:p>
    <w:p w14:paraId="13B29B52" w14:textId="77777777" w:rsidR="00612663" w:rsidRDefault="00612663">
      <w:pPr>
        <w:pStyle w:val="Ttulo2"/>
      </w:pPr>
      <w:r>
        <w:rPr>
          <w:rFonts w:ascii="Calibri" w:hAnsi="Calibri"/>
        </w:rPr>
        <w:t>Qué observar</w:t>
      </w:r>
    </w:p>
    <w:p w14:paraId="45FD5422" w14:textId="77777777" w:rsidR="00612663" w:rsidRDefault="00612663">
      <w:r>
        <w:t>Si comprende una consigna sencilla, elige o acepta una tarea, cuida el material, completa la secuencia de trabajo, relaciona su mano con la ayuda y tolera la experiencia sensorial de la pintura.</w:t>
      </w:r>
    </w:p>
    <w:tbl>
      <w:tblPr>
        <w:tblW w:w="9749" w:type="dxa"/>
        <w:tblInd w:w="120" w:type="dxa"/>
        <w:tblLayout w:type="fixed"/>
        <w:tblLook w:val="04A0" w:firstRow="1" w:lastRow="0" w:firstColumn="1" w:lastColumn="0" w:noHBand="0" w:noVBand="1"/>
      </w:tblPr>
      <w:tblGrid>
        <w:gridCol w:w="9749"/>
      </w:tblGrid>
      <w:tr w:rsidR="008F40AE" w14:paraId="40A110C9" w14:textId="77777777">
        <w:tc>
          <w:tcPr>
            <w:tcW w:w="9749" w:type="dxa"/>
            <w:shd w:val="clear" w:color="auto" w:fill="FFF4D8"/>
            <w:tcMar>
              <w:top w:w="100" w:type="dxa"/>
              <w:left w:w="130" w:type="dxa"/>
              <w:bottom w:w="100" w:type="dxa"/>
              <w:right w:w="130" w:type="dxa"/>
            </w:tcMar>
            <w:vAlign w:val="center"/>
          </w:tcPr>
          <w:p w14:paraId="229170CC" w14:textId="77777777" w:rsidR="00612663" w:rsidRDefault="00612663">
            <w:pPr>
              <w:spacing w:after="40" w:line="288" w:lineRule="auto"/>
            </w:pPr>
            <w:r>
              <w:rPr>
                <w:b/>
                <w:color w:val="1F4D78"/>
              </w:rPr>
              <w:t xml:space="preserve">Alternativa sensorial  </w:t>
            </w:r>
            <w:r>
              <w:t>Si un niño rechaza la pintura en la mano, puede estampar con una esponja dentro de la silueta o rodear su mano con ayuda. La participación no depende de aceptar una textura.</w:t>
            </w:r>
          </w:p>
        </w:tc>
      </w:tr>
    </w:tbl>
    <w:p w14:paraId="7E0DBE37" w14:textId="77777777" w:rsidR="00612663" w:rsidRDefault="00612663">
      <w:pPr>
        <w:spacing w:after="40"/>
      </w:pPr>
    </w:p>
    <w:p w14:paraId="704743F5" w14:textId="77777777" w:rsidR="00612663" w:rsidRDefault="00612663">
      <w:r>
        <w:br w:type="page"/>
      </w:r>
    </w:p>
    <w:p w14:paraId="7906F122" w14:textId="77777777" w:rsidR="00612663" w:rsidRDefault="00612663">
      <w:pPr>
        <w:pStyle w:val="Ttulo1"/>
      </w:pPr>
      <w:r>
        <w:rPr>
          <w:rFonts w:ascii="Calibri" w:hAnsi="Calibri"/>
        </w:rPr>
        <w:lastRenderedPageBreak/>
        <w:t>6. Semana 4 · Jesús crecía</w:t>
      </w:r>
    </w:p>
    <w:p w14:paraId="1A5D8B2F" w14:textId="77777777" w:rsidR="00612663" w:rsidRDefault="00612663">
      <w:pPr>
        <w:keepNext/>
        <w:jc w:val="center"/>
      </w:pPr>
      <w:r>
        <w:rPr>
          <w:noProof/>
        </w:rPr>
        <w:drawing>
          <wp:inline distT="0" distB="0" distL="0" distR="0" wp14:anchorId="6B82EBCD" wp14:editId="189D094B">
            <wp:extent cx="5257800" cy="350520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4048d5ec-908b-4d11-b33b-3032147be2e8.png"/>
                    <pic:cNvPicPr/>
                  </pic:nvPicPr>
                  <pic:blipFill>
                    <a:blip r:embed="rId21"/>
                    <a:stretch>
                      <a:fillRect/>
                    </a:stretch>
                  </pic:blipFill>
                  <pic:spPr>
                    <a:xfrm>
                      <a:off x="0" y="0"/>
                      <a:ext cx="5257800" cy="3505200"/>
                    </a:xfrm>
                    <a:prstGeom prst="rect">
                      <a:avLst/>
                    </a:prstGeom>
                  </pic:spPr>
                </pic:pic>
              </a:graphicData>
            </a:graphic>
          </wp:inline>
        </w:drawing>
      </w:r>
    </w:p>
    <w:p w14:paraId="11B137DC" w14:textId="77777777" w:rsidR="00612663" w:rsidRDefault="00612663">
      <w:pPr>
        <w:keepNext/>
        <w:spacing w:after="160"/>
        <w:jc w:val="center"/>
      </w:pPr>
      <w:r>
        <w:rPr>
          <w:i/>
          <w:color w:val="687784"/>
          <w:sz w:val="19"/>
        </w:rPr>
        <w:t>Ficha 14 · Pega lana en el camino y dibújate como eres ahora</w:t>
      </w:r>
    </w:p>
    <w:tbl>
      <w:tblPr>
        <w:tblW w:w="9749" w:type="dxa"/>
        <w:tblInd w:w="120" w:type="dxa"/>
        <w:tblLayout w:type="fixed"/>
        <w:tblLook w:val="04A0" w:firstRow="1" w:lastRow="0" w:firstColumn="1" w:lastColumn="0" w:noHBand="0" w:noVBand="1"/>
      </w:tblPr>
      <w:tblGrid>
        <w:gridCol w:w="9749"/>
      </w:tblGrid>
      <w:tr w:rsidR="008F40AE" w14:paraId="04BA89E5" w14:textId="77777777">
        <w:tc>
          <w:tcPr>
            <w:tcW w:w="9749" w:type="dxa"/>
            <w:shd w:val="clear" w:color="auto" w:fill="EAF4EE"/>
            <w:tcMar>
              <w:top w:w="100" w:type="dxa"/>
              <w:left w:w="130" w:type="dxa"/>
              <w:bottom w:w="100" w:type="dxa"/>
              <w:right w:w="130" w:type="dxa"/>
            </w:tcMar>
            <w:vAlign w:val="center"/>
          </w:tcPr>
          <w:p w14:paraId="56B8A5B9" w14:textId="77777777" w:rsidR="00612663" w:rsidRDefault="00612663">
            <w:pPr>
              <w:spacing w:after="40" w:line="288" w:lineRule="auto"/>
            </w:pPr>
            <w:r>
              <w:rPr>
                <w:b/>
                <w:color w:val="1F4D78"/>
              </w:rPr>
              <w:t xml:space="preserve">Aprendizaje  </w:t>
            </w:r>
            <w:r>
              <w:t>Jesús fue bebé y después niño. Crecía, aprendía y era querido. Nosotros también vamos creciendo.</w:t>
            </w:r>
          </w:p>
        </w:tc>
      </w:tr>
    </w:tbl>
    <w:p w14:paraId="0348C7F3" w14:textId="77777777" w:rsidR="00612663" w:rsidRDefault="00612663">
      <w:pPr>
        <w:spacing w:after="40"/>
      </w:pPr>
    </w:p>
    <w:p w14:paraId="1A2B59C5" w14:textId="77777777" w:rsidR="00612663" w:rsidRDefault="00612663">
      <w:pPr>
        <w:pStyle w:val="Ttulo2"/>
      </w:pPr>
      <w:r>
        <w:rPr>
          <w:rFonts w:ascii="Calibri" w:hAnsi="Calibri"/>
        </w:rPr>
        <w:t>Preparación</w:t>
      </w:r>
    </w:p>
    <w:p w14:paraId="0C1F9FA8" w14:textId="77777777" w:rsidR="00612663" w:rsidRDefault="00612663">
      <w:r>
        <w:t>Preparar dos imágenes o muñecos que representen un bebé y un niño, una cinta o cuerda corta, lana ya cortada a la longitud aproximada del camino, pegamento y ceras. Si se usan fotografías personales, pedirlas solo de forma voluntaria y devolverlas ese mismo día.</w:t>
      </w:r>
    </w:p>
    <w:p w14:paraId="343CA648" w14:textId="77777777" w:rsidR="00612663" w:rsidRDefault="00612663">
      <w:pPr>
        <w:pStyle w:val="Ttulo2"/>
      </w:pPr>
      <w:r>
        <w:rPr>
          <w:rFonts w:ascii="Calibri" w:hAnsi="Calibri"/>
        </w:rPr>
        <w:t>Desarrollo orientativo</w:t>
      </w:r>
    </w:p>
    <w:p w14:paraId="15C3DF1E" w14:textId="77777777" w:rsidR="00612663" w:rsidRDefault="00612663">
      <w:pPr>
        <w:keepNext/>
        <w:spacing w:before="80" w:after="60"/>
      </w:pPr>
      <w:r>
        <w:rPr>
          <w:b/>
          <w:color w:val="1F4D78"/>
          <w:sz w:val="23"/>
        </w:rPr>
        <w:t>Secuencia concreta</w:t>
      </w:r>
      <w:r>
        <w:rPr>
          <w:b/>
          <w:color w:val="687784"/>
          <w:sz w:val="20"/>
        </w:rPr>
        <w:t xml:space="preserve">  ·  5-7 min</w:t>
      </w:r>
    </w:p>
    <w:p w14:paraId="165335E7" w14:textId="77777777" w:rsidR="00612663" w:rsidRDefault="00612663">
      <w:pPr>
        <w:spacing w:after="100"/>
      </w:pPr>
      <w:r>
        <w:t>Colocar primero el bebé y después el niño. Nombrar: «Primero bebé; después niño». Repetir con gestos de pequeño y grande.</w:t>
      </w:r>
    </w:p>
    <w:p w14:paraId="114794A5" w14:textId="77777777" w:rsidR="00612663" w:rsidRDefault="00612663">
      <w:pPr>
        <w:keepNext/>
        <w:spacing w:before="80" w:after="60"/>
      </w:pPr>
      <w:r>
        <w:rPr>
          <w:b/>
          <w:color w:val="1F4D78"/>
          <w:sz w:val="23"/>
        </w:rPr>
        <w:t>Medimos sin comparar</w:t>
      </w:r>
      <w:r>
        <w:rPr>
          <w:b/>
          <w:color w:val="687784"/>
          <w:sz w:val="20"/>
        </w:rPr>
        <w:t xml:space="preserve">  ·  5-7 min</w:t>
      </w:r>
    </w:p>
    <w:p w14:paraId="021E3A7D" w14:textId="77777777" w:rsidR="00612663" w:rsidRDefault="00612663">
      <w:pPr>
        <w:spacing w:after="100"/>
      </w:pPr>
      <w:r>
        <w:t>Observar una marca baja y otra más alta o extender una cinta. Hablar de crecer sin ordenar al alumnado por altura ni valorar quién es más grande.</w:t>
      </w:r>
    </w:p>
    <w:p w14:paraId="5CB677E5" w14:textId="77777777" w:rsidR="00612663" w:rsidRDefault="00612663">
      <w:pPr>
        <w:keepNext/>
        <w:spacing w:before="80" w:after="60"/>
      </w:pPr>
      <w:r>
        <w:rPr>
          <w:b/>
          <w:color w:val="1F4D78"/>
          <w:sz w:val="23"/>
        </w:rPr>
        <w:t>Relato y frase</w:t>
      </w:r>
      <w:r>
        <w:rPr>
          <w:b/>
          <w:color w:val="687784"/>
          <w:sz w:val="20"/>
        </w:rPr>
        <w:t xml:space="preserve">  ·  3-4 min</w:t>
      </w:r>
    </w:p>
    <w:p w14:paraId="5F2265A8" w14:textId="77777777" w:rsidR="00612663" w:rsidRDefault="00612663">
      <w:pPr>
        <w:spacing w:after="100"/>
      </w:pPr>
      <w:r>
        <w:t>Recordar: «Jesús iba creciendo». Repetir juntos: «Jesús crecía; yo también crezco». No pedir que comprendan años, meses o una línea temporal abstracta.</w:t>
      </w:r>
    </w:p>
    <w:p w14:paraId="45A2CA3A" w14:textId="77777777" w:rsidR="00612663" w:rsidRDefault="00612663">
      <w:pPr>
        <w:keepNext/>
        <w:spacing w:before="80" w:after="60"/>
      </w:pPr>
      <w:r>
        <w:rPr>
          <w:b/>
          <w:color w:val="1F4D78"/>
          <w:sz w:val="23"/>
        </w:rPr>
        <w:lastRenderedPageBreak/>
        <w:t>Oración</w:t>
      </w:r>
      <w:r>
        <w:rPr>
          <w:b/>
          <w:color w:val="687784"/>
          <w:sz w:val="20"/>
        </w:rPr>
        <w:t xml:space="preserve">  ·  1 min</w:t>
      </w:r>
    </w:p>
    <w:p w14:paraId="1134F800" w14:textId="77777777" w:rsidR="00612663" w:rsidRDefault="00612663">
      <w:pPr>
        <w:spacing w:after="100"/>
      </w:pPr>
      <w:r>
        <w:t>«Gracias, Jesús, por nuestra vida y por todo lo que aprendemos al crecer».</w:t>
      </w:r>
    </w:p>
    <w:tbl>
      <w:tblPr>
        <w:tblW w:w="9749" w:type="dxa"/>
        <w:tblInd w:w="120" w:type="dxa"/>
        <w:tblLayout w:type="fixed"/>
        <w:tblLook w:val="04A0" w:firstRow="1" w:lastRow="0" w:firstColumn="1" w:lastColumn="0" w:noHBand="0" w:noVBand="1"/>
      </w:tblPr>
      <w:tblGrid>
        <w:gridCol w:w="2100"/>
        <w:gridCol w:w="3550"/>
        <w:gridCol w:w="4099"/>
      </w:tblGrid>
      <w:tr w:rsidR="008F40AE" w14:paraId="3677FA88" w14:textId="77777777">
        <w:trPr>
          <w:tblHeader/>
        </w:trPr>
        <w:tc>
          <w:tcPr>
            <w:tcW w:w="2100" w:type="dxa"/>
            <w:shd w:val="clear" w:color="auto" w:fill="E8EEF5"/>
            <w:tcMar>
              <w:top w:w="100" w:type="dxa"/>
              <w:left w:w="130" w:type="dxa"/>
              <w:bottom w:w="100" w:type="dxa"/>
              <w:right w:w="130" w:type="dxa"/>
            </w:tcMar>
            <w:vAlign w:val="center"/>
          </w:tcPr>
          <w:p w14:paraId="381AE52D"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7AD6CCA1"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1D75422A" w14:textId="77777777" w:rsidR="00612663" w:rsidRDefault="00612663">
            <w:pPr>
              <w:jc w:val="center"/>
            </w:pPr>
            <w:r>
              <w:rPr>
                <w:b/>
                <w:color w:val="1F4D78"/>
                <w:sz w:val="20"/>
              </w:rPr>
              <w:t>Propuesta</w:t>
            </w:r>
          </w:p>
        </w:tc>
      </w:tr>
      <w:tr w:rsidR="008F40AE" w14:paraId="11EE350B" w14:textId="77777777">
        <w:tc>
          <w:tcPr>
            <w:tcW w:w="2100" w:type="dxa"/>
            <w:tcMar>
              <w:top w:w="100" w:type="dxa"/>
              <w:left w:w="130" w:type="dxa"/>
              <w:bottom w:w="100" w:type="dxa"/>
              <w:right w:w="130" w:type="dxa"/>
            </w:tcMar>
          </w:tcPr>
          <w:p w14:paraId="33D312DE" w14:textId="77777777" w:rsidR="00612663" w:rsidRDefault="00612663">
            <w:pPr>
              <w:spacing w:after="0"/>
            </w:pPr>
            <w:r>
              <w:rPr>
                <w:b/>
                <w:color w:val="1F4D78"/>
                <w:sz w:val="19"/>
              </w:rPr>
              <w:t>Secuencias</w:t>
            </w:r>
          </w:p>
        </w:tc>
        <w:tc>
          <w:tcPr>
            <w:tcW w:w="3550" w:type="dxa"/>
            <w:tcMar>
              <w:top w:w="100" w:type="dxa"/>
              <w:left w:w="130" w:type="dxa"/>
              <w:bottom w:w="100" w:type="dxa"/>
              <w:right w:w="130" w:type="dxa"/>
            </w:tcMar>
          </w:tcPr>
          <w:p w14:paraId="438791DC" w14:textId="77777777" w:rsidR="00612663" w:rsidRDefault="00612663">
            <w:pPr>
              <w:spacing w:after="0"/>
            </w:pPr>
            <w:r>
              <w:rPr>
                <w:sz w:val="19"/>
              </w:rPr>
              <w:t>Bebé, niño y dos tarjetas.</w:t>
            </w:r>
          </w:p>
        </w:tc>
        <w:tc>
          <w:tcPr>
            <w:tcW w:w="4099" w:type="dxa"/>
            <w:tcMar>
              <w:top w:w="100" w:type="dxa"/>
              <w:left w:w="130" w:type="dxa"/>
              <w:bottom w:w="100" w:type="dxa"/>
              <w:right w:w="130" w:type="dxa"/>
            </w:tcMar>
          </w:tcPr>
          <w:p w14:paraId="42F37C23" w14:textId="77777777" w:rsidR="00612663" w:rsidRDefault="00612663">
            <w:pPr>
              <w:spacing w:after="0"/>
            </w:pPr>
            <w:r>
              <w:rPr>
                <w:sz w:val="19"/>
              </w:rPr>
              <w:t>Ordenar primero y después.</w:t>
            </w:r>
          </w:p>
        </w:tc>
      </w:tr>
      <w:tr w:rsidR="008F40AE" w14:paraId="6F713DAD" w14:textId="77777777">
        <w:tc>
          <w:tcPr>
            <w:tcW w:w="2100" w:type="dxa"/>
            <w:tcMar>
              <w:top w:w="100" w:type="dxa"/>
              <w:left w:w="130" w:type="dxa"/>
              <w:bottom w:w="100" w:type="dxa"/>
              <w:right w:w="130" w:type="dxa"/>
            </w:tcMar>
          </w:tcPr>
          <w:p w14:paraId="7A7590CE" w14:textId="77777777" w:rsidR="00612663" w:rsidRDefault="00612663">
            <w:pPr>
              <w:spacing w:after="0"/>
            </w:pPr>
            <w:r>
              <w:rPr>
                <w:b/>
                <w:color w:val="1F4D78"/>
                <w:sz w:val="19"/>
              </w:rPr>
              <w:t>Sensorial</w:t>
            </w:r>
          </w:p>
        </w:tc>
        <w:tc>
          <w:tcPr>
            <w:tcW w:w="3550" w:type="dxa"/>
            <w:tcMar>
              <w:top w:w="100" w:type="dxa"/>
              <w:left w:w="130" w:type="dxa"/>
              <w:bottom w:w="100" w:type="dxa"/>
              <w:right w:w="130" w:type="dxa"/>
            </w:tcMar>
          </w:tcPr>
          <w:p w14:paraId="0B411651" w14:textId="77777777" w:rsidR="00612663" w:rsidRDefault="00612663">
            <w:pPr>
              <w:spacing w:after="0"/>
            </w:pPr>
            <w:r>
              <w:rPr>
                <w:sz w:val="19"/>
              </w:rPr>
              <w:t>Cintas o cuerdas de dos longitudes.</w:t>
            </w:r>
          </w:p>
        </w:tc>
        <w:tc>
          <w:tcPr>
            <w:tcW w:w="4099" w:type="dxa"/>
            <w:tcMar>
              <w:top w:w="100" w:type="dxa"/>
              <w:left w:w="130" w:type="dxa"/>
              <w:bottom w:w="100" w:type="dxa"/>
              <w:right w:w="130" w:type="dxa"/>
            </w:tcMar>
          </w:tcPr>
          <w:p w14:paraId="5B01CF0E" w14:textId="77777777" w:rsidR="00612663" w:rsidRDefault="00612663">
            <w:pPr>
              <w:spacing w:after="0"/>
            </w:pPr>
            <w:r>
              <w:rPr>
                <w:sz w:val="19"/>
              </w:rPr>
              <w:t>Explorar corto y largo, pequeño y grande.</w:t>
            </w:r>
          </w:p>
        </w:tc>
      </w:tr>
      <w:tr w:rsidR="008F40AE" w14:paraId="3187BA0D" w14:textId="77777777">
        <w:tc>
          <w:tcPr>
            <w:tcW w:w="2100" w:type="dxa"/>
            <w:tcMar>
              <w:top w:w="100" w:type="dxa"/>
              <w:left w:w="130" w:type="dxa"/>
              <w:bottom w:w="100" w:type="dxa"/>
              <w:right w:w="130" w:type="dxa"/>
            </w:tcMar>
          </w:tcPr>
          <w:p w14:paraId="6657FDC5"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58AF6C5F" w14:textId="77777777" w:rsidR="00612663" w:rsidRDefault="00612663">
            <w:pPr>
              <w:spacing w:after="0"/>
            </w:pPr>
            <w:r>
              <w:rPr>
                <w:sz w:val="19"/>
              </w:rPr>
              <w:t>Biblia infantil.</w:t>
            </w:r>
          </w:p>
        </w:tc>
        <w:tc>
          <w:tcPr>
            <w:tcW w:w="4099" w:type="dxa"/>
            <w:tcMar>
              <w:top w:w="100" w:type="dxa"/>
              <w:left w:w="130" w:type="dxa"/>
              <w:bottom w:w="100" w:type="dxa"/>
              <w:right w:w="130" w:type="dxa"/>
            </w:tcMar>
          </w:tcPr>
          <w:p w14:paraId="5CDD5160" w14:textId="77777777" w:rsidR="00612663" w:rsidRDefault="00612663">
            <w:pPr>
              <w:spacing w:after="0"/>
            </w:pPr>
            <w:r>
              <w:rPr>
                <w:sz w:val="19"/>
              </w:rPr>
              <w:t>Observar una imagen de Jesús bebé y otra de Jesús niño.</w:t>
            </w:r>
          </w:p>
        </w:tc>
      </w:tr>
      <w:tr w:rsidR="008F40AE" w14:paraId="04B5E4B2" w14:textId="77777777">
        <w:tc>
          <w:tcPr>
            <w:tcW w:w="2100" w:type="dxa"/>
            <w:tcMar>
              <w:top w:w="100" w:type="dxa"/>
              <w:left w:w="130" w:type="dxa"/>
              <w:bottom w:w="100" w:type="dxa"/>
              <w:right w:w="130" w:type="dxa"/>
            </w:tcMar>
          </w:tcPr>
          <w:p w14:paraId="3EF946F6"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7C2414B8" w14:textId="77777777" w:rsidR="00612663" w:rsidRDefault="00612663">
            <w:pPr>
              <w:spacing w:after="0"/>
            </w:pPr>
            <w:r>
              <w:rPr>
                <w:sz w:val="19"/>
              </w:rPr>
              <w:t>Lana, ceras y papel libre.</w:t>
            </w:r>
          </w:p>
        </w:tc>
        <w:tc>
          <w:tcPr>
            <w:tcW w:w="4099" w:type="dxa"/>
            <w:tcMar>
              <w:top w:w="100" w:type="dxa"/>
              <w:left w:w="130" w:type="dxa"/>
              <w:bottom w:w="100" w:type="dxa"/>
              <w:right w:w="130" w:type="dxa"/>
            </w:tcMar>
          </w:tcPr>
          <w:p w14:paraId="0F3BD061" w14:textId="77777777" w:rsidR="00612663" w:rsidRDefault="00612663">
            <w:pPr>
              <w:spacing w:after="0"/>
            </w:pPr>
            <w:r>
              <w:rPr>
                <w:sz w:val="19"/>
              </w:rPr>
              <w:t>Crear caminos y autorretratos.</w:t>
            </w:r>
          </w:p>
        </w:tc>
      </w:tr>
    </w:tbl>
    <w:p w14:paraId="511330C4" w14:textId="77777777" w:rsidR="00612663" w:rsidRDefault="00612663">
      <w:pPr>
        <w:keepNext/>
        <w:spacing w:before="80" w:after="60"/>
      </w:pPr>
      <w:r>
        <w:rPr>
          <w:b/>
          <w:color w:val="1F4D78"/>
          <w:sz w:val="23"/>
        </w:rPr>
        <w:t>Ficha</w:t>
      </w:r>
      <w:r>
        <w:rPr>
          <w:b/>
          <w:color w:val="687784"/>
          <w:sz w:val="20"/>
        </w:rPr>
        <w:t xml:space="preserve">  ·  15-20 min</w:t>
      </w:r>
    </w:p>
    <w:p w14:paraId="6842C091" w14:textId="77777777" w:rsidR="00612663" w:rsidRDefault="00612663">
      <w:pPr>
        <w:spacing w:after="100"/>
      </w:pPr>
      <w:r>
        <w:t>Pegar una hebra de lana siguiendo el camino punteado entre Jesús bebé y Jesús niño. En el marco grande, dibujarse como es ahora. Invitar a incluir cabeza, cuerpo, brazos y piernas, sin completar ni corregir el dibujo del niño.</w:t>
      </w:r>
    </w:p>
    <w:p w14:paraId="63E2740F" w14:textId="77777777" w:rsidR="00612663" w:rsidRDefault="00612663">
      <w:pPr>
        <w:pStyle w:val="Ttulo2"/>
      </w:pPr>
      <w:r>
        <w:rPr>
          <w:rFonts w:ascii="Calibri" w:hAnsi="Calibri"/>
        </w:rPr>
        <w:t>Qué observar</w:t>
      </w:r>
    </w:p>
    <w:p w14:paraId="018B472F" w14:textId="77777777" w:rsidR="00612663" w:rsidRDefault="00612663">
      <w:r>
        <w:t>Si ordena bebé-niño, utiliza o comprende primero-después, sigue aproximadamente un recorrido con lana y realiza un autorretrato acorde a su momento evolutivo.</w:t>
      </w:r>
    </w:p>
    <w:tbl>
      <w:tblPr>
        <w:tblW w:w="9749" w:type="dxa"/>
        <w:tblInd w:w="120" w:type="dxa"/>
        <w:tblLayout w:type="fixed"/>
        <w:tblLook w:val="04A0" w:firstRow="1" w:lastRow="0" w:firstColumn="1" w:lastColumn="0" w:noHBand="0" w:noVBand="1"/>
      </w:tblPr>
      <w:tblGrid>
        <w:gridCol w:w="9749"/>
      </w:tblGrid>
      <w:tr w:rsidR="008F40AE" w14:paraId="60EBE78B" w14:textId="77777777">
        <w:tc>
          <w:tcPr>
            <w:tcW w:w="9749" w:type="dxa"/>
            <w:shd w:val="clear" w:color="auto" w:fill="FFF4D8"/>
            <w:tcMar>
              <w:top w:w="100" w:type="dxa"/>
              <w:left w:w="130" w:type="dxa"/>
              <w:bottom w:w="100" w:type="dxa"/>
              <w:right w:w="130" w:type="dxa"/>
            </w:tcMar>
            <w:vAlign w:val="center"/>
          </w:tcPr>
          <w:p w14:paraId="5736807C" w14:textId="77777777" w:rsidR="00612663" w:rsidRDefault="00612663">
            <w:pPr>
              <w:spacing w:after="40" w:line="288" w:lineRule="auto"/>
            </w:pPr>
            <w:r>
              <w:rPr>
                <w:b/>
                <w:color w:val="1F4D78"/>
              </w:rPr>
              <w:t xml:space="preserve">Expectativa realista  </w:t>
            </w:r>
            <w:r>
              <w:t>A los tres años no se evalúa una comprensión cronológica precisa. Basta con reconocer un cambio visible: antes bebé, ahora niño; pequeño y más grande.</w:t>
            </w:r>
          </w:p>
        </w:tc>
      </w:tr>
    </w:tbl>
    <w:p w14:paraId="551EA446" w14:textId="77777777" w:rsidR="00612663" w:rsidRDefault="00612663">
      <w:pPr>
        <w:spacing w:after="40"/>
      </w:pPr>
    </w:p>
    <w:p w14:paraId="1390F709" w14:textId="77777777" w:rsidR="00612663" w:rsidRDefault="00612663">
      <w:r>
        <w:br w:type="page"/>
      </w:r>
    </w:p>
    <w:p w14:paraId="3B61D36F" w14:textId="77777777" w:rsidR="00612663" w:rsidRDefault="00612663">
      <w:pPr>
        <w:pStyle w:val="Ttulo1"/>
      </w:pPr>
      <w:r>
        <w:rPr>
          <w:rFonts w:ascii="Calibri" w:hAnsi="Calibri"/>
        </w:rPr>
        <w:lastRenderedPageBreak/>
        <w:t>7. Organización acumulativa de los espacios</w:t>
      </w:r>
    </w:p>
    <w:p w14:paraId="32F927E3" w14:textId="77777777" w:rsidR="00612663" w:rsidRDefault="00612663">
      <w:r>
        <w:t>Los materiales se transforman progresivamente y permanecen el tiempo suficiente para que los niños repitan. No es necesario abrir todos los espacios cada semana.</w:t>
      </w:r>
    </w:p>
    <w:tbl>
      <w:tblPr>
        <w:tblW w:w="9749" w:type="dxa"/>
        <w:tblInd w:w="120" w:type="dxa"/>
        <w:tblLayout w:type="fixed"/>
        <w:tblLook w:val="04A0" w:firstRow="1" w:lastRow="0" w:firstColumn="1" w:lastColumn="0" w:noHBand="0" w:noVBand="1"/>
      </w:tblPr>
      <w:tblGrid>
        <w:gridCol w:w="1450"/>
        <w:gridCol w:w="2700"/>
        <w:gridCol w:w="2850"/>
        <w:gridCol w:w="2749"/>
      </w:tblGrid>
      <w:tr w:rsidR="008F40AE" w14:paraId="658DB1DD" w14:textId="77777777">
        <w:trPr>
          <w:tblHeader/>
        </w:trPr>
        <w:tc>
          <w:tcPr>
            <w:tcW w:w="1450" w:type="dxa"/>
            <w:shd w:val="clear" w:color="auto" w:fill="E8EEF5"/>
            <w:tcMar>
              <w:top w:w="100" w:type="dxa"/>
              <w:left w:w="130" w:type="dxa"/>
              <w:bottom w:w="100" w:type="dxa"/>
              <w:right w:w="130" w:type="dxa"/>
            </w:tcMar>
            <w:vAlign w:val="center"/>
          </w:tcPr>
          <w:p w14:paraId="1B7BEBC9" w14:textId="77777777" w:rsidR="00612663" w:rsidRDefault="00612663">
            <w:pPr>
              <w:jc w:val="center"/>
            </w:pPr>
            <w:r>
              <w:rPr>
                <w:b/>
                <w:color w:val="1F4D78"/>
                <w:sz w:val="18"/>
              </w:rPr>
              <w:t>Semana</w:t>
            </w:r>
          </w:p>
        </w:tc>
        <w:tc>
          <w:tcPr>
            <w:tcW w:w="2700" w:type="dxa"/>
            <w:shd w:val="clear" w:color="auto" w:fill="E8EEF5"/>
            <w:tcMar>
              <w:top w:w="100" w:type="dxa"/>
              <w:left w:w="130" w:type="dxa"/>
              <w:bottom w:w="100" w:type="dxa"/>
              <w:right w:w="130" w:type="dxa"/>
            </w:tcMar>
            <w:vAlign w:val="center"/>
          </w:tcPr>
          <w:p w14:paraId="7C1139F5" w14:textId="77777777" w:rsidR="00612663" w:rsidRDefault="00612663">
            <w:pPr>
              <w:jc w:val="center"/>
            </w:pPr>
            <w:r>
              <w:rPr>
                <w:b/>
                <w:color w:val="1F4D78"/>
                <w:sz w:val="18"/>
              </w:rPr>
              <w:t>Espacio central</w:t>
            </w:r>
          </w:p>
        </w:tc>
        <w:tc>
          <w:tcPr>
            <w:tcW w:w="2850" w:type="dxa"/>
            <w:shd w:val="clear" w:color="auto" w:fill="E8EEF5"/>
            <w:tcMar>
              <w:top w:w="100" w:type="dxa"/>
              <w:left w:w="130" w:type="dxa"/>
              <w:bottom w:w="100" w:type="dxa"/>
              <w:right w:w="130" w:type="dxa"/>
            </w:tcMar>
            <w:vAlign w:val="center"/>
          </w:tcPr>
          <w:p w14:paraId="3BE97832" w14:textId="77777777" w:rsidR="00612663" w:rsidRDefault="00612663">
            <w:pPr>
              <w:jc w:val="center"/>
            </w:pPr>
            <w:r>
              <w:rPr>
                <w:b/>
                <w:color w:val="1F4D78"/>
                <w:sz w:val="18"/>
              </w:rPr>
              <w:t>Novedad</w:t>
            </w:r>
          </w:p>
        </w:tc>
        <w:tc>
          <w:tcPr>
            <w:tcW w:w="2749" w:type="dxa"/>
            <w:shd w:val="clear" w:color="auto" w:fill="E8EEF5"/>
            <w:tcMar>
              <w:top w:w="100" w:type="dxa"/>
              <w:left w:w="130" w:type="dxa"/>
              <w:bottom w:w="100" w:type="dxa"/>
              <w:right w:w="130" w:type="dxa"/>
            </w:tcMar>
            <w:vAlign w:val="center"/>
          </w:tcPr>
          <w:p w14:paraId="06B4EA50" w14:textId="77777777" w:rsidR="00612663" w:rsidRDefault="00612663">
            <w:pPr>
              <w:jc w:val="center"/>
            </w:pPr>
            <w:r>
              <w:rPr>
                <w:b/>
                <w:color w:val="1F4D78"/>
                <w:sz w:val="18"/>
              </w:rPr>
              <w:t>Permanece</w:t>
            </w:r>
          </w:p>
        </w:tc>
      </w:tr>
      <w:tr w:rsidR="008F40AE" w14:paraId="48DB3C9B" w14:textId="77777777">
        <w:tc>
          <w:tcPr>
            <w:tcW w:w="1450" w:type="dxa"/>
            <w:tcMar>
              <w:top w:w="90" w:type="dxa"/>
              <w:left w:w="110" w:type="dxa"/>
              <w:bottom w:w="90" w:type="dxa"/>
              <w:right w:w="110" w:type="dxa"/>
            </w:tcMar>
          </w:tcPr>
          <w:p w14:paraId="07ED4AF9" w14:textId="77777777" w:rsidR="00612663" w:rsidRDefault="00612663">
            <w:pPr>
              <w:spacing w:after="0"/>
            </w:pPr>
            <w:r>
              <w:rPr>
                <w:sz w:val="18"/>
              </w:rPr>
              <w:t>1</w:t>
            </w:r>
          </w:p>
        </w:tc>
        <w:tc>
          <w:tcPr>
            <w:tcW w:w="2700" w:type="dxa"/>
            <w:tcMar>
              <w:top w:w="90" w:type="dxa"/>
              <w:left w:w="110" w:type="dxa"/>
              <w:bottom w:w="90" w:type="dxa"/>
              <w:right w:w="110" w:type="dxa"/>
            </w:tcMar>
          </w:tcPr>
          <w:p w14:paraId="3561E436" w14:textId="77777777" w:rsidR="00612663" w:rsidRDefault="00612663">
            <w:pPr>
              <w:spacing w:after="0"/>
            </w:pPr>
            <w:r>
              <w:rPr>
                <w:sz w:val="18"/>
              </w:rPr>
              <w:t>Familia / minimundo</w:t>
            </w:r>
          </w:p>
        </w:tc>
        <w:tc>
          <w:tcPr>
            <w:tcW w:w="2850" w:type="dxa"/>
            <w:tcMar>
              <w:top w:w="90" w:type="dxa"/>
              <w:left w:w="110" w:type="dxa"/>
              <w:bottom w:w="90" w:type="dxa"/>
              <w:right w:w="110" w:type="dxa"/>
            </w:tcMar>
          </w:tcPr>
          <w:p w14:paraId="077CB679" w14:textId="77777777" w:rsidR="00612663" w:rsidRDefault="00612663">
            <w:pPr>
              <w:spacing w:after="0"/>
            </w:pPr>
            <w:r>
              <w:rPr>
                <w:sz w:val="18"/>
              </w:rPr>
              <w:t>Casa de Nazaret y familia.</w:t>
            </w:r>
          </w:p>
        </w:tc>
        <w:tc>
          <w:tcPr>
            <w:tcW w:w="2749" w:type="dxa"/>
            <w:tcMar>
              <w:top w:w="90" w:type="dxa"/>
              <w:left w:w="110" w:type="dxa"/>
              <w:bottom w:w="90" w:type="dxa"/>
              <w:right w:w="110" w:type="dxa"/>
            </w:tcMar>
          </w:tcPr>
          <w:p w14:paraId="5671050A" w14:textId="77777777" w:rsidR="00612663" w:rsidRDefault="00612663">
            <w:pPr>
              <w:spacing w:after="0"/>
            </w:pPr>
            <w:r>
              <w:rPr>
                <w:sz w:val="18"/>
              </w:rPr>
              <w:t>Figuras y construcción.</w:t>
            </w:r>
          </w:p>
        </w:tc>
      </w:tr>
      <w:tr w:rsidR="008F40AE" w14:paraId="4B5C6262" w14:textId="77777777">
        <w:tc>
          <w:tcPr>
            <w:tcW w:w="1450" w:type="dxa"/>
            <w:tcMar>
              <w:top w:w="90" w:type="dxa"/>
              <w:left w:w="110" w:type="dxa"/>
              <w:bottom w:w="90" w:type="dxa"/>
              <w:right w:w="110" w:type="dxa"/>
            </w:tcMar>
          </w:tcPr>
          <w:p w14:paraId="1DB0D656" w14:textId="77777777" w:rsidR="00612663" w:rsidRDefault="00612663">
            <w:pPr>
              <w:spacing w:after="0"/>
            </w:pPr>
            <w:r>
              <w:rPr>
                <w:sz w:val="18"/>
              </w:rPr>
              <w:t>2</w:t>
            </w:r>
          </w:p>
        </w:tc>
        <w:tc>
          <w:tcPr>
            <w:tcW w:w="2700" w:type="dxa"/>
            <w:tcMar>
              <w:top w:w="90" w:type="dxa"/>
              <w:left w:w="110" w:type="dxa"/>
              <w:bottom w:w="90" w:type="dxa"/>
              <w:right w:w="110" w:type="dxa"/>
            </w:tcMar>
          </w:tcPr>
          <w:p w14:paraId="241B546C" w14:textId="77777777" w:rsidR="00612663" w:rsidRDefault="00612663">
            <w:pPr>
              <w:spacing w:after="0"/>
            </w:pPr>
            <w:r>
              <w:rPr>
                <w:sz w:val="18"/>
              </w:rPr>
              <w:t>Construcciones</w:t>
            </w:r>
          </w:p>
        </w:tc>
        <w:tc>
          <w:tcPr>
            <w:tcW w:w="2850" w:type="dxa"/>
            <w:tcMar>
              <w:top w:w="90" w:type="dxa"/>
              <w:left w:w="110" w:type="dxa"/>
              <w:bottom w:w="90" w:type="dxa"/>
              <w:right w:w="110" w:type="dxa"/>
            </w:tcMar>
          </w:tcPr>
          <w:p w14:paraId="47826908" w14:textId="77777777" w:rsidR="00612663" w:rsidRDefault="00612663">
            <w:pPr>
              <w:spacing w:after="0"/>
            </w:pPr>
            <w:r>
              <w:rPr>
                <w:sz w:val="18"/>
              </w:rPr>
              <w:t>Cesta de juego abierto.</w:t>
            </w:r>
          </w:p>
        </w:tc>
        <w:tc>
          <w:tcPr>
            <w:tcW w:w="2749" w:type="dxa"/>
            <w:tcMar>
              <w:top w:w="90" w:type="dxa"/>
              <w:left w:w="110" w:type="dxa"/>
              <w:bottom w:w="90" w:type="dxa"/>
              <w:right w:w="110" w:type="dxa"/>
            </w:tcMar>
          </w:tcPr>
          <w:p w14:paraId="710441C7" w14:textId="77777777" w:rsidR="00612663" w:rsidRDefault="00612663">
            <w:pPr>
              <w:spacing w:after="0"/>
            </w:pPr>
            <w:r>
              <w:rPr>
                <w:sz w:val="18"/>
              </w:rPr>
              <w:t>Casa y Biblioteca.</w:t>
            </w:r>
          </w:p>
        </w:tc>
      </w:tr>
      <w:tr w:rsidR="008F40AE" w14:paraId="0D3AB4F5" w14:textId="77777777">
        <w:tc>
          <w:tcPr>
            <w:tcW w:w="1450" w:type="dxa"/>
            <w:tcMar>
              <w:top w:w="90" w:type="dxa"/>
              <w:left w:w="110" w:type="dxa"/>
              <w:bottom w:w="90" w:type="dxa"/>
              <w:right w:w="110" w:type="dxa"/>
            </w:tcMar>
          </w:tcPr>
          <w:p w14:paraId="32372371" w14:textId="77777777" w:rsidR="00612663" w:rsidRDefault="00612663">
            <w:pPr>
              <w:spacing w:after="0"/>
            </w:pPr>
            <w:r>
              <w:rPr>
                <w:sz w:val="18"/>
              </w:rPr>
              <w:t>3</w:t>
            </w:r>
          </w:p>
        </w:tc>
        <w:tc>
          <w:tcPr>
            <w:tcW w:w="2700" w:type="dxa"/>
            <w:tcMar>
              <w:top w:w="90" w:type="dxa"/>
              <w:left w:w="110" w:type="dxa"/>
              <w:bottom w:w="90" w:type="dxa"/>
              <w:right w:w="110" w:type="dxa"/>
            </w:tcMar>
          </w:tcPr>
          <w:p w14:paraId="085777BA" w14:textId="77777777" w:rsidR="00612663" w:rsidRDefault="00612663">
            <w:pPr>
              <w:spacing w:after="0"/>
            </w:pPr>
            <w:r>
              <w:rPr>
                <w:sz w:val="18"/>
              </w:rPr>
              <w:t>Vida práctica</w:t>
            </w:r>
          </w:p>
        </w:tc>
        <w:tc>
          <w:tcPr>
            <w:tcW w:w="2850" w:type="dxa"/>
            <w:tcMar>
              <w:top w:w="90" w:type="dxa"/>
              <w:left w:w="110" w:type="dxa"/>
              <w:bottom w:w="90" w:type="dxa"/>
              <w:right w:w="110" w:type="dxa"/>
            </w:tcMar>
          </w:tcPr>
          <w:p w14:paraId="1E98CD99" w14:textId="77777777" w:rsidR="00612663" w:rsidRDefault="00612663">
            <w:pPr>
              <w:spacing w:after="0"/>
            </w:pPr>
            <w:r>
              <w:rPr>
                <w:sz w:val="18"/>
              </w:rPr>
              <w:t>Acciones reales de ayuda.</w:t>
            </w:r>
          </w:p>
        </w:tc>
        <w:tc>
          <w:tcPr>
            <w:tcW w:w="2749" w:type="dxa"/>
            <w:tcMar>
              <w:top w:w="90" w:type="dxa"/>
              <w:left w:w="110" w:type="dxa"/>
              <w:bottom w:w="90" w:type="dxa"/>
              <w:right w:w="110" w:type="dxa"/>
            </w:tcMar>
          </w:tcPr>
          <w:p w14:paraId="671434CE" w14:textId="77777777" w:rsidR="00612663" w:rsidRDefault="00612663">
            <w:pPr>
              <w:spacing w:after="0"/>
            </w:pPr>
            <w:r>
              <w:rPr>
                <w:sz w:val="18"/>
              </w:rPr>
              <w:t>Cestas, bloques y Teatro.</w:t>
            </w:r>
          </w:p>
        </w:tc>
      </w:tr>
      <w:tr w:rsidR="008F40AE" w14:paraId="33B0BADA" w14:textId="77777777">
        <w:tc>
          <w:tcPr>
            <w:tcW w:w="1450" w:type="dxa"/>
            <w:tcMar>
              <w:top w:w="90" w:type="dxa"/>
              <w:left w:w="110" w:type="dxa"/>
              <w:bottom w:w="90" w:type="dxa"/>
              <w:right w:w="110" w:type="dxa"/>
            </w:tcMar>
          </w:tcPr>
          <w:p w14:paraId="203CC09F" w14:textId="77777777" w:rsidR="00612663" w:rsidRDefault="00612663">
            <w:pPr>
              <w:spacing w:after="0"/>
            </w:pPr>
            <w:r>
              <w:rPr>
                <w:sz w:val="18"/>
              </w:rPr>
              <w:t>4</w:t>
            </w:r>
          </w:p>
        </w:tc>
        <w:tc>
          <w:tcPr>
            <w:tcW w:w="2700" w:type="dxa"/>
            <w:tcMar>
              <w:top w:w="90" w:type="dxa"/>
              <w:left w:w="110" w:type="dxa"/>
              <w:bottom w:w="90" w:type="dxa"/>
              <w:right w:w="110" w:type="dxa"/>
            </w:tcMar>
          </w:tcPr>
          <w:p w14:paraId="55B64E48" w14:textId="77777777" w:rsidR="00612663" w:rsidRDefault="00612663">
            <w:pPr>
              <w:spacing w:after="0"/>
            </w:pPr>
            <w:r>
              <w:rPr>
                <w:sz w:val="18"/>
              </w:rPr>
              <w:t>Secuencias / Creativo</w:t>
            </w:r>
          </w:p>
        </w:tc>
        <w:tc>
          <w:tcPr>
            <w:tcW w:w="2850" w:type="dxa"/>
            <w:tcMar>
              <w:top w:w="90" w:type="dxa"/>
              <w:left w:w="110" w:type="dxa"/>
              <w:bottom w:w="90" w:type="dxa"/>
              <w:right w:w="110" w:type="dxa"/>
            </w:tcMar>
          </w:tcPr>
          <w:p w14:paraId="4DE5F4AD" w14:textId="77777777" w:rsidR="00612663" w:rsidRDefault="00612663">
            <w:pPr>
              <w:spacing w:after="0"/>
            </w:pPr>
            <w:r>
              <w:rPr>
                <w:sz w:val="18"/>
              </w:rPr>
              <w:t>Bebé-niño, lana y autorretrato.</w:t>
            </w:r>
          </w:p>
        </w:tc>
        <w:tc>
          <w:tcPr>
            <w:tcW w:w="2749" w:type="dxa"/>
            <w:tcMar>
              <w:top w:w="90" w:type="dxa"/>
              <w:left w:w="110" w:type="dxa"/>
              <w:bottom w:w="90" w:type="dxa"/>
              <w:right w:w="110" w:type="dxa"/>
            </w:tcMar>
          </w:tcPr>
          <w:p w14:paraId="09E8667F" w14:textId="77777777" w:rsidR="00612663" w:rsidRDefault="00612663">
            <w:pPr>
              <w:spacing w:after="0"/>
            </w:pPr>
            <w:r>
              <w:rPr>
                <w:sz w:val="18"/>
              </w:rPr>
              <w:t>Selección de propuestas anteriores.</w:t>
            </w:r>
          </w:p>
        </w:tc>
      </w:tr>
    </w:tbl>
    <w:p w14:paraId="1DFD1730" w14:textId="77777777" w:rsidR="00612663" w:rsidRDefault="00612663">
      <w:pPr>
        <w:pStyle w:val="Ttulo2"/>
      </w:pPr>
      <w:r>
        <w:rPr>
          <w:rFonts w:ascii="Calibri" w:hAnsi="Calibri"/>
        </w:rPr>
        <w:t>Grupo conjunto de 3 y 4 años</w:t>
      </w:r>
    </w:p>
    <w:p w14:paraId="116F45B0" w14:textId="77777777" w:rsidR="00612663" w:rsidRDefault="00612663">
      <w:r>
        <w:t>El relato, los materiales y los espacios pueden ser comunes. Cambia la profundidad de la intervención:</w:t>
      </w:r>
    </w:p>
    <w:tbl>
      <w:tblPr>
        <w:tblW w:w="9749" w:type="dxa"/>
        <w:tblInd w:w="120" w:type="dxa"/>
        <w:tblLayout w:type="fixed"/>
        <w:tblLook w:val="04A0" w:firstRow="1" w:lastRow="0" w:firstColumn="1" w:lastColumn="0" w:noHBand="0" w:noVBand="1"/>
      </w:tblPr>
      <w:tblGrid>
        <w:gridCol w:w="1700"/>
        <w:gridCol w:w="8049"/>
      </w:tblGrid>
      <w:tr w:rsidR="008F40AE" w14:paraId="3B1A6AEF" w14:textId="77777777">
        <w:tc>
          <w:tcPr>
            <w:tcW w:w="1700" w:type="dxa"/>
            <w:shd w:val="clear" w:color="auto" w:fill="EAF4EE"/>
            <w:tcMar>
              <w:top w:w="100" w:type="dxa"/>
              <w:left w:w="130" w:type="dxa"/>
              <w:bottom w:w="100" w:type="dxa"/>
              <w:right w:w="130" w:type="dxa"/>
            </w:tcMar>
            <w:vAlign w:val="center"/>
          </w:tcPr>
          <w:p w14:paraId="74D11BB8" w14:textId="77777777" w:rsidR="00612663" w:rsidRDefault="00612663">
            <w:pPr>
              <w:spacing w:after="0"/>
            </w:pPr>
            <w:r>
              <w:rPr>
                <w:b/>
                <w:color w:val="1F4D78"/>
                <w:sz w:val="21"/>
              </w:rPr>
              <w:t>3 años</w:t>
            </w:r>
          </w:p>
        </w:tc>
        <w:tc>
          <w:tcPr>
            <w:tcW w:w="8049" w:type="dxa"/>
            <w:shd w:val="clear" w:color="auto" w:fill="FFFFFF"/>
            <w:tcMar>
              <w:top w:w="100" w:type="dxa"/>
              <w:left w:w="130" w:type="dxa"/>
              <w:bottom w:w="100" w:type="dxa"/>
              <w:right w:w="130" w:type="dxa"/>
            </w:tcMar>
            <w:vAlign w:val="center"/>
          </w:tcPr>
          <w:p w14:paraId="1521572F" w14:textId="77777777" w:rsidR="00612663" w:rsidRDefault="00612663">
            <w:pPr>
              <w:spacing w:after="0"/>
            </w:pPr>
            <w:r>
              <w:rPr>
                <w:sz w:val="21"/>
              </w:rPr>
              <w:t>Nombrar personajes, imitar acciones, ordenar dos momentos, estampar, pegar y representar libremente.</w:t>
            </w:r>
          </w:p>
        </w:tc>
      </w:tr>
      <w:tr w:rsidR="008F40AE" w14:paraId="7C06D278" w14:textId="77777777">
        <w:tc>
          <w:tcPr>
            <w:tcW w:w="1700" w:type="dxa"/>
            <w:shd w:val="clear" w:color="auto" w:fill="EAF4EE"/>
            <w:tcMar>
              <w:top w:w="100" w:type="dxa"/>
              <w:left w:w="130" w:type="dxa"/>
              <w:bottom w:w="100" w:type="dxa"/>
              <w:right w:w="130" w:type="dxa"/>
            </w:tcMar>
            <w:vAlign w:val="center"/>
          </w:tcPr>
          <w:p w14:paraId="7F8529E3" w14:textId="77777777" w:rsidR="00612663" w:rsidRDefault="00612663">
            <w:pPr>
              <w:spacing w:after="0"/>
            </w:pPr>
            <w:r>
              <w:rPr>
                <w:b/>
                <w:color w:val="1F4D78"/>
                <w:sz w:val="21"/>
              </w:rPr>
              <w:t>4 años</w:t>
            </w:r>
          </w:p>
        </w:tc>
        <w:tc>
          <w:tcPr>
            <w:tcW w:w="8049" w:type="dxa"/>
            <w:shd w:val="clear" w:color="auto" w:fill="FFFFFF"/>
            <w:tcMar>
              <w:top w:w="100" w:type="dxa"/>
              <w:left w:w="130" w:type="dxa"/>
              <w:bottom w:w="100" w:type="dxa"/>
              <w:right w:w="130" w:type="dxa"/>
            </w:tcMar>
            <w:vAlign w:val="center"/>
          </w:tcPr>
          <w:p w14:paraId="32A4EC37" w14:textId="77777777" w:rsidR="00612663" w:rsidRDefault="00612663">
            <w:pPr>
              <w:spacing w:after="0"/>
            </w:pPr>
            <w:r>
              <w:rPr>
                <w:sz w:val="21"/>
              </w:rPr>
              <w:t>Explicar vínculos, ordenar tres escenas, anticipar qué ocurrirá, dibujar más detalles y verbalizar formas de ayuda.</w:t>
            </w:r>
          </w:p>
        </w:tc>
      </w:tr>
    </w:tbl>
    <w:p w14:paraId="2CC5334A" w14:textId="77777777" w:rsidR="00612663" w:rsidRDefault="00612663">
      <w:r>
        <w:t>En la ficha individual cada edad tendrá su ficha propia cuando se programe el libro de 4 años. En los espacios pueden compartir bandejas y aprender unos de otros, evitando que los mayores realicen el trabajo de los pequeños.</w:t>
      </w:r>
    </w:p>
    <w:p w14:paraId="244D74BA" w14:textId="77777777" w:rsidR="00612663" w:rsidRDefault="00612663">
      <w:pPr>
        <w:pStyle w:val="Ttulo1"/>
      </w:pPr>
      <w:r>
        <w:rPr>
          <w:rFonts w:ascii="Calibri" w:hAnsi="Calibri"/>
        </w:rPr>
        <w:t>8. Evaluación del tema</w:t>
      </w:r>
    </w:p>
    <w:p w14:paraId="4A83CB0D" w14:textId="77777777" w:rsidR="00612663" w:rsidRDefault="00612663">
      <w:r>
        <w:t>La evaluación es global, continua y basada en la observación. Se valora el proceso, la participación y el significado que el niño atribuye a su producción, no la perfección estética.</w:t>
      </w:r>
    </w:p>
    <w:tbl>
      <w:tblPr>
        <w:tblW w:w="9749" w:type="dxa"/>
        <w:tblInd w:w="120" w:type="dxa"/>
        <w:tblLayout w:type="fixed"/>
        <w:tblLook w:val="04A0" w:firstRow="1" w:lastRow="0" w:firstColumn="1" w:lastColumn="0" w:noHBand="0" w:noVBand="1"/>
      </w:tblPr>
      <w:tblGrid>
        <w:gridCol w:w="2400"/>
        <w:gridCol w:w="7349"/>
      </w:tblGrid>
      <w:tr w:rsidR="008F40AE" w14:paraId="113CD4FA" w14:textId="77777777">
        <w:tc>
          <w:tcPr>
            <w:tcW w:w="2400" w:type="dxa"/>
            <w:shd w:val="clear" w:color="auto" w:fill="E8EEF5"/>
            <w:tcMar>
              <w:top w:w="100" w:type="dxa"/>
              <w:left w:w="130" w:type="dxa"/>
              <w:bottom w:w="100" w:type="dxa"/>
              <w:right w:w="130" w:type="dxa"/>
            </w:tcMar>
            <w:vAlign w:val="center"/>
          </w:tcPr>
          <w:p w14:paraId="3D119680" w14:textId="77777777" w:rsidR="00612663" w:rsidRDefault="00612663">
            <w:pPr>
              <w:spacing w:after="0"/>
            </w:pPr>
            <w:r>
              <w:rPr>
                <w:b/>
                <w:color w:val="1F4D78"/>
                <w:sz w:val="21"/>
              </w:rPr>
              <w:t>Familia de Jesús</w:t>
            </w:r>
          </w:p>
        </w:tc>
        <w:tc>
          <w:tcPr>
            <w:tcW w:w="7349" w:type="dxa"/>
            <w:shd w:val="clear" w:color="auto" w:fill="FFFFFF"/>
            <w:tcMar>
              <w:top w:w="100" w:type="dxa"/>
              <w:left w:w="130" w:type="dxa"/>
              <w:bottom w:w="100" w:type="dxa"/>
              <w:right w:w="130" w:type="dxa"/>
            </w:tcMar>
            <w:vAlign w:val="center"/>
          </w:tcPr>
          <w:p w14:paraId="66C7921A" w14:textId="77777777" w:rsidR="00612663" w:rsidRDefault="00612663">
            <w:pPr>
              <w:spacing w:after="0"/>
            </w:pPr>
            <w:r>
              <w:rPr>
                <w:sz w:val="21"/>
              </w:rPr>
              <w:t>Reconoce a Jesús, María y José y relaciona la familia con cuidado y cariño.</w:t>
            </w:r>
          </w:p>
        </w:tc>
      </w:tr>
      <w:tr w:rsidR="008F40AE" w14:paraId="7F4A11A7" w14:textId="77777777">
        <w:tc>
          <w:tcPr>
            <w:tcW w:w="2400" w:type="dxa"/>
            <w:shd w:val="clear" w:color="auto" w:fill="E8EEF5"/>
            <w:tcMar>
              <w:top w:w="100" w:type="dxa"/>
              <w:left w:w="130" w:type="dxa"/>
              <w:bottom w:w="100" w:type="dxa"/>
              <w:right w:w="130" w:type="dxa"/>
            </w:tcMar>
            <w:vAlign w:val="center"/>
          </w:tcPr>
          <w:p w14:paraId="65C33304" w14:textId="77777777" w:rsidR="00612663" w:rsidRDefault="00612663">
            <w:pPr>
              <w:spacing w:after="0"/>
            </w:pPr>
            <w:r>
              <w:rPr>
                <w:b/>
                <w:color w:val="1F4D78"/>
                <w:sz w:val="21"/>
              </w:rPr>
              <w:t>Infancia</w:t>
            </w:r>
          </w:p>
        </w:tc>
        <w:tc>
          <w:tcPr>
            <w:tcW w:w="7349" w:type="dxa"/>
            <w:shd w:val="clear" w:color="auto" w:fill="FFFFFF"/>
            <w:tcMar>
              <w:top w:w="100" w:type="dxa"/>
              <w:left w:w="130" w:type="dxa"/>
              <w:bottom w:w="100" w:type="dxa"/>
              <w:right w:w="130" w:type="dxa"/>
            </w:tcMar>
            <w:vAlign w:val="center"/>
          </w:tcPr>
          <w:p w14:paraId="0C890323" w14:textId="77777777" w:rsidR="00612663" w:rsidRDefault="00612663">
            <w:pPr>
              <w:spacing w:after="0"/>
            </w:pPr>
            <w:r>
              <w:rPr>
                <w:sz w:val="21"/>
              </w:rPr>
              <w:t>Comprende que Jesús fue bebé y niño y participa en el juego simbólico.</w:t>
            </w:r>
          </w:p>
        </w:tc>
      </w:tr>
      <w:tr w:rsidR="008F40AE" w14:paraId="7DE2F856" w14:textId="77777777">
        <w:tc>
          <w:tcPr>
            <w:tcW w:w="2400" w:type="dxa"/>
            <w:shd w:val="clear" w:color="auto" w:fill="E8EEF5"/>
            <w:tcMar>
              <w:top w:w="100" w:type="dxa"/>
              <w:left w:w="130" w:type="dxa"/>
              <w:bottom w:w="100" w:type="dxa"/>
              <w:right w:w="130" w:type="dxa"/>
            </w:tcMar>
            <w:vAlign w:val="center"/>
          </w:tcPr>
          <w:p w14:paraId="57943FDC" w14:textId="77777777" w:rsidR="00612663" w:rsidRDefault="00612663">
            <w:pPr>
              <w:spacing w:after="0"/>
            </w:pPr>
            <w:r>
              <w:rPr>
                <w:b/>
                <w:color w:val="1F4D78"/>
                <w:sz w:val="21"/>
              </w:rPr>
              <w:t>Ayuda</w:t>
            </w:r>
          </w:p>
        </w:tc>
        <w:tc>
          <w:tcPr>
            <w:tcW w:w="7349" w:type="dxa"/>
            <w:shd w:val="clear" w:color="auto" w:fill="FFFFFF"/>
            <w:tcMar>
              <w:top w:w="100" w:type="dxa"/>
              <w:left w:w="130" w:type="dxa"/>
              <w:bottom w:w="100" w:type="dxa"/>
              <w:right w:w="130" w:type="dxa"/>
            </w:tcMar>
            <w:vAlign w:val="center"/>
          </w:tcPr>
          <w:p w14:paraId="6D62AF10" w14:textId="77777777" w:rsidR="00612663" w:rsidRDefault="00612663">
            <w:pPr>
              <w:spacing w:after="0"/>
            </w:pPr>
            <w:r>
              <w:rPr>
                <w:sz w:val="21"/>
              </w:rPr>
              <w:t>Colabora en una tarea sencilla y cuida materiales y espacios.</w:t>
            </w:r>
          </w:p>
        </w:tc>
      </w:tr>
      <w:tr w:rsidR="008F40AE" w14:paraId="4B541A81" w14:textId="77777777">
        <w:tc>
          <w:tcPr>
            <w:tcW w:w="2400" w:type="dxa"/>
            <w:shd w:val="clear" w:color="auto" w:fill="E8EEF5"/>
            <w:tcMar>
              <w:top w:w="100" w:type="dxa"/>
              <w:left w:w="130" w:type="dxa"/>
              <w:bottom w:w="100" w:type="dxa"/>
              <w:right w:w="130" w:type="dxa"/>
            </w:tcMar>
            <w:vAlign w:val="center"/>
          </w:tcPr>
          <w:p w14:paraId="075E0171" w14:textId="77777777" w:rsidR="00612663" w:rsidRDefault="00612663">
            <w:pPr>
              <w:spacing w:after="0"/>
            </w:pPr>
            <w:r>
              <w:rPr>
                <w:b/>
                <w:color w:val="1F4D78"/>
                <w:sz w:val="21"/>
              </w:rPr>
              <w:t>Crecimiento</w:t>
            </w:r>
          </w:p>
        </w:tc>
        <w:tc>
          <w:tcPr>
            <w:tcW w:w="7349" w:type="dxa"/>
            <w:shd w:val="clear" w:color="auto" w:fill="FFFFFF"/>
            <w:tcMar>
              <w:top w:w="100" w:type="dxa"/>
              <w:left w:w="130" w:type="dxa"/>
              <w:bottom w:w="100" w:type="dxa"/>
              <w:right w:w="130" w:type="dxa"/>
            </w:tcMar>
            <w:vAlign w:val="center"/>
          </w:tcPr>
          <w:p w14:paraId="3C6A0BD1" w14:textId="77777777" w:rsidR="00612663" w:rsidRDefault="00612663">
            <w:pPr>
              <w:spacing w:after="0"/>
            </w:pPr>
            <w:r>
              <w:rPr>
                <w:sz w:val="21"/>
              </w:rPr>
              <w:t>Ordena dos momentos y reconoce que él también está creciendo.</w:t>
            </w:r>
          </w:p>
        </w:tc>
      </w:tr>
      <w:tr w:rsidR="008F40AE" w14:paraId="3417356E" w14:textId="77777777">
        <w:tc>
          <w:tcPr>
            <w:tcW w:w="2400" w:type="dxa"/>
            <w:shd w:val="clear" w:color="auto" w:fill="E8EEF5"/>
            <w:tcMar>
              <w:top w:w="100" w:type="dxa"/>
              <w:left w:w="130" w:type="dxa"/>
              <w:bottom w:w="100" w:type="dxa"/>
              <w:right w:w="130" w:type="dxa"/>
            </w:tcMar>
            <w:vAlign w:val="center"/>
          </w:tcPr>
          <w:p w14:paraId="7489AEF0" w14:textId="77777777" w:rsidR="00612663" w:rsidRDefault="00612663">
            <w:pPr>
              <w:spacing w:after="0"/>
            </w:pPr>
            <w:r>
              <w:rPr>
                <w:b/>
                <w:color w:val="1F4D78"/>
                <w:sz w:val="21"/>
              </w:rPr>
              <w:t>Expresión</w:t>
            </w:r>
          </w:p>
        </w:tc>
        <w:tc>
          <w:tcPr>
            <w:tcW w:w="7349" w:type="dxa"/>
            <w:shd w:val="clear" w:color="auto" w:fill="FFFFFF"/>
            <w:tcMar>
              <w:top w:w="100" w:type="dxa"/>
              <w:left w:w="130" w:type="dxa"/>
              <w:bottom w:w="100" w:type="dxa"/>
              <w:right w:w="130" w:type="dxa"/>
            </w:tcMar>
            <w:vAlign w:val="center"/>
          </w:tcPr>
          <w:p w14:paraId="6109127D" w14:textId="77777777" w:rsidR="00612663" w:rsidRDefault="00612663">
            <w:pPr>
              <w:spacing w:after="0"/>
            </w:pPr>
            <w:r>
              <w:rPr>
                <w:sz w:val="21"/>
              </w:rPr>
              <w:t>Dibuja, pega, estampa y utiliza lana según sus posibilidades.</w:t>
            </w:r>
          </w:p>
        </w:tc>
      </w:tr>
      <w:tr w:rsidR="008F40AE" w14:paraId="7D0793F1" w14:textId="77777777">
        <w:tc>
          <w:tcPr>
            <w:tcW w:w="2400" w:type="dxa"/>
            <w:shd w:val="clear" w:color="auto" w:fill="E8EEF5"/>
            <w:tcMar>
              <w:top w:w="100" w:type="dxa"/>
              <w:left w:w="130" w:type="dxa"/>
              <w:bottom w:w="100" w:type="dxa"/>
              <w:right w:w="130" w:type="dxa"/>
            </w:tcMar>
            <w:vAlign w:val="center"/>
          </w:tcPr>
          <w:p w14:paraId="796985A3" w14:textId="77777777" w:rsidR="00612663" w:rsidRDefault="00612663">
            <w:pPr>
              <w:spacing w:after="0"/>
            </w:pPr>
            <w:r>
              <w:rPr>
                <w:b/>
                <w:color w:val="1F4D78"/>
                <w:sz w:val="21"/>
              </w:rPr>
              <w:t>Interioridad</w:t>
            </w:r>
          </w:p>
        </w:tc>
        <w:tc>
          <w:tcPr>
            <w:tcW w:w="7349" w:type="dxa"/>
            <w:shd w:val="clear" w:color="auto" w:fill="FFFFFF"/>
            <w:tcMar>
              <w:top w:w="100" w:type="dxa"/>
              <w:left w:w="130" w:type="dxa"/>
              <w:bottom w:w="100" w:type="dxa"/>
              <w:right w:w="130" w:type="dxa"/>
            </w:tcMar>
            <w:vAlign w:val="center"/>
          </w:tcPr>
          <w:p w14:paraId="6038C5C2" w14:textId="77777777" w:rsidR="00612663" w:rsidRDefault="00612663">
            <w:pPr>
              <w:spacing w:after="0"/>
            </w:pPr>
            <w:r>
              <w:rPr>
                <w:sz w:val="21"/>
              </w:rPr>
              <w:t>Escucha una frase religiosa y participa en una oración breve.</w:t>
            </w:r>
          </w:p>
        </w:tc>
      </w:tr>
    </w:tbl>
    <w:p w14:paraId="26C3770B" w14:textId="77777777" w:rsidR="00612663" w:rsidRDefault="00612663">
      <w:pPr>
        <w:pStyle w:val="Ttulo2"/>
      </w:pPr>
      <w:r>
        <w:rPr>
          <w:rFonts w:ascii="Calibri" w:hAnsi="Calibri"/>
        </w:rPr>
        <w:lastRenderedPageBreak/>
        <w:t>Cierre del tema</w:t>
      </w:r>
    </w:p>
    <w:p w14:paraId="33BAA974" w14:textId="77777777" w:rsidR="00612663" w:rsidRDefault="00612663">
      <w:r>
        <w:t>Reunir las fichas 11-14 y recorrer oralmente la secuencia: familia, infancia, ayuda y crecimiento. Visitar la casa de Nazaret y elegir una acción concreta para cuidar el aula. Terminar con la frase: «Jesús crecía; nosotros también crecemos y aprendemos a ayudar».</w:t>
      </w:r>
    </w:p>
    <w:p w14:paraId="1B03936C" w14:textId="77777777" w:rsidR="00612663" w:rsidRDefault="00612663">
      <w:pPr>
        <w:pStyle w:val="Ttulo1"/>
      </w:pPr>
      <w:r>
        <w:rPr>
          <w:rFonts w:ascii="Calibri" w:hAnsi="Calibri"/>
        </w:rPr>
        <w:t>Registro breve de observación</w:t>
      </w:r>
    </w:p>
    <w:p w14:paraId="733B4643" w14:textId="77777777" w:rsidR="00612663" w:rsidRDefault="00612663">
      <w:r>
        <w:t>Marcar con una fecha, una palabra breve o un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200"/>
        <w:gridCol w:w="1000"/>
        <w:gridCol w:w="1000"/>
        <w:gridCol w:w="1000"/>
        <w:gridCol w:w="1000"/>
        <w:gridCol w:w="1000"/>
        <w:gridCol w:w="2549"/>
      </w:tblGrid>
      <w:tr w:rsidR="008F40AE" w14:paraId="361A6530" w14:textId="77777777">
        <w:trPr>
          <w:tblHeader/>
        </w:trPr>
        <w:tc>
          <w:tcPr>
            <w:tcW w:w="2200" w:type="dxa"/>
            <w:shd w:val="clear" w:color="auto" w:fill="E8EEF5"/>
            <w:tcMar>
              <w:top w:w="100" w:type="dxa"/>
              <w:left w:w="130" w:type="dxa"/>
              <w:bottom w:w="100" w:type="dxa"/>
              <w:right w:w="130" w:type="dxa"/>
            </w:tcMar>
            <w:vAlign w:val="center"/>
          </w:tcPr>
          <w:p w14:paraId="440362BD" w14:textId="77777777" w:rsidR="00612663" w:rsidRDefault="00612663">
            <w:pPr>
              <w:jc w:val="center"/>
            </w:pPr>
            <w:r>
              <w:rPr>
                <w:b/>
                <w:color w:val="1F4D78"/>
                <w:sz w:val="16"/>
              </w:rPr>
              <w:t>Alumno/a</w:t>
            </w:r>
          </w:p>
        </w:tc>
        <w:tc>
          <w:tcPr>
            <w:tcW w:w="1000" w:type="dxa"/>
            <w:shd w:val="clear" w:color="auto" w:fill="E8EEF5"/>
            <w:tcMar>
              <w:top w:w="100" w:type="dxa"/>
              <w:left w:w="130" w:type="dxa"/>
              <w:bottom w:w="100" w:type="dxa"/>
              <w:right w:w="130" w:type="dxa"/>
            </w:tcMar>
            <w:vAlign w:val="center"/>
          </w:tcPr>
          <w:p w14:paraId="50EFC3CD" w14:textId="77777777" w:rsidR="00612663" w:rsidRDefault="00612663">
            <w:pPr>
              <w:jc w:val="center"/>
            </w:pPr>
            <w:r>
              <w:rPr>
                <w:b/>
                <w:color w:val="1F4D78"/>
                <w:sz w:val="16"/>
              </w:rPr>
              <w:t>Familia</w:t>
            </w:r>
          </w:p>
        </w:tc>
        <w:tc>
          <w:tcPr>
            <w:tcW w:w="1000" w:type="dxa"/>
            <w:shd w:val="clear" w:color="auto" w:fill="E8EEF5"/>
            <w:tcMar>
              <w:top w:w="100" w:type="dxa"/>
              <w:left w:w="130" w:type="dxa"/>
              <w:bottom w:w="100" w:type="dxa"/>
              <w:right w:w="130" w:type="dxa"/>
            </w:tcMar>
            <w:vAlign w:val="center"/>
          </w:tcPr>
          <w:p w14:paraId="193772D5" w14:textId="77777777" w:rsidR="00612663" w:rsidRDefault="00612663">
            <w:pPr>
              <w:jc w:val="center"/>
            </w:pPr>
            <w:r>
              <w:rPr>
                <w:b/>
                <w:color w:val="1F4D78"/>
                <w:sz w:val="16"/>
              </w:rPr>
              <w:t>Jesús niño</w:t>
            </w:r>
          </w:p>
        </w:tc>
        <w:tc>
          <w:tcPr>
            <w:tcW w:w="1000" w:type="dxa"/>
            <w:shd w:val="clear" w:color="auto" w:fill="E8EEF5"/>
            <w:tcMar>
              <w:top w:w="100" w:type="dxa"/>
              <w:left w:w="130" w:type="dxa"/>
              <w:bottom w:w="100" w:type="dxa"/>
              <w:right w:w="130" w:type="dxa"/>
            </w:tcMar>
            <w:vAlign w:val="center"/>
          </w:tcPr>
          <w:p w14:paraId="7F3D034E" w14:textId="77777777" w:rsidR="00612663" w:rsidRDefault="00612663">
            <w:pPr>
              <w:jc w:val="center"/>
            </w:pPr>
            <w:r>
              <w:rPr>
                <w:b/>
                <w:color w:val="1F4D78"/>
                <w:sz w:val="16"/>
              </w:rPr>
              <w:t>Ayuda</w:t>
            </w:r>
          </w:p>
        </w:tc>
        <w:tc>
          <w:tcPr>
            <w:tcW w:w="1000" w:type="dxa"/>
            <w:shd w:val="clear" w:color="auto" w:fill="E8EEF5"/>
            <w:tcMar>
              <w:top w:w="100" w:type="dxa"/>
              <w:left w:w="130" w:type="dxa"/>
              <w:bottom w:w="100" w:type="dxa"/>
              <w:right w:w="130" w:type="dxa"/>
            </w:tcMar>
            <w:vAlign w:val="center"/>
          </w:tcPr>
          <w:p w14:paraId="62B4D4CC" w14:textId="77777777" w:rsidR="00612663" w:rsidRDefault="00612663">
            <w:pPr>
              <w:jc w:val="center"/>
            </w:pPr>
            <w:r>
              <w:rPr>
                <w:b/>
                <w:color w:val="1F4D78"/>
                <w:sz w:val="16"/>
              </w:rPr>
              <w:t>Secuencia</w:t>
            </w:r>
          </w:p>
        </w:tc>
        <w:tc>
          <w:tcPr>
            <w:tcW w:w="1000" w:type="dxa"/>
            <w:shd w:val="clear" w:color="auto" w:fill="E8EEF5"/>
            <w:tcMar>
              <w:top w:w="100" w:type="dxa"/>
              <w:left w:w="130" w:type="dxa"/>
              <w:bottom w:w="100" w:type="dxa"/>
              <w:right w:w="130" w:type="dxa"/>
            </w:tcMar>
            <w:vAlign w:val="center"/>
          </w:tcPr>
          <w:p w14:paraId="4E5493EA" w14:textId="77777777" w:rsidR="00612663" w:rsidRDefault="00612663">
            <w:pPr>
              <w:jc w:val="center"/>
            </w:pPr>
            <w:r>
              <w:rPr>
                <w:b/>
                <w:color w:val="1F4D78"/>
                <w:sz w:val="16"/>
              </w:rPr>
              <w:t>Expresión</w:t>
            </w:r>
          </w:p>
        </w:tc>
        <w:tc>
          <w:tcPr>
            <w:tcW w:w="2549" w:type="dxa"/>
            <w:shd w:val="clear" w:color="auto" w:fill="E8EEF5"/>
            <w:tcMar>
              <w:top w:w="100" w:type="dxa"/>
              <w:left w:w="130" w:type="dxa"/>
              <w:bottom w:w="100" w:type="dxa"/>
              <w:right w:w="130" w:type="dxa"/>
            </w:tcMar>
            <w:vAlign w:val="center"/>
          </w:tcPr>
          <w:p w14:paraId="1DBB50E0" w14:textId="77777777" w:rsidR="00612663" w:rsidRDefault="00612663">
            <w:pPr>
              <w:jc w:val="center"/>
            </w:pPr>
            <w:r>
              <w:rPr>
                <w:b/>
                <w:color w:val="1F4D78"/>
                <w:sz w:val="16"/>
              </w:rPr>
              <w:t>Observaciones</w:t>
            </w:r>
          </w:p>
        </w:tc>
      </w:tr>
      <w:tr w:rsidR="008F40AE" w14:paraId="561EBDD0" w14:textId="77777777">
        <w:tc>
          <w:tcPr>
            <w:tcW w:w="2200" w:type="dxa"/>
            <w:tcMar>
              <w:top w:w="100" w:type="dxa"/>
              <w:left w:w="130" w:type="dxa"/>
              <w:bottom w:w="100" w:type="dxa"/>
              <w:right w:w="130" w:type="dxa"/>
            </w:tcMar>
          </w:tcPr>
          <w:p w14:paraId="2DA8A4AD" w14:textId="77777777" w:rsidR="00612663" w:rsidRDefault="00612663">
            <w:pPr>
              <w:spacing w:after="480"/>
            </w:pPr>
          </w:p>
        </w:tc>
        <w:tc>
          <w:tcPr>
            <w:tcW w:w="1000" w:type="dxa"/>
            <w:tcMar>
              <w:top w:w="100" w:type="dxa"/>
              <w:left w:w="130" w:type="dxa"/>
              <w:bottom w:w="100" w:type="dxa"/>
              <w:right w:w="130" w:type="dxa"/>
            </w:tcMar>
          </w:tcPr>
          <w:p w14:paraId="39C24A34" w14:textId="77777777" w:rsidR="00612663" w:rsidRDefault="00612663">
            <w:pPr>
              <w:spacing w:after="480"/>
            </w:pPr>
          </w:p>
        </w:tc>
        <w:tc>
          <w:tcPr>
            <w:tcW w:w="1000" w:type="dxa"/>
            <w:tcMar>
              <w:top w:w="100" w:type="dxa"/>
              <w:left w:w="130" w:type="dxa"/>
              <w:bottom w:w="100" w:type="dxa"/>
              <w:right w:w="130" w:type="dxa"/>
            </w:tcMar>
          </w:tcPr>
          <w:p w14:paraId="6DA5800F" w14:textId="77777777" w:rsidR="00612663" w:rsidRDefault="00612663">
            <w:pPr>
              <w:spacing w:after="480"/>
            </w:pPr>
          </w:p>
        </w:tc>
        <w:tc>
          <w:tcPr>
            <w:tcW w:w="1000" w:type="dxa"/>
            <w:tcMar>
              <w:top w:w="100" w:type="dxa"/>
              <w:left w:w="130" w:type="dxa"/>
              <w:bottom w:w="100" w:type="dxa"/>
              <w:right w:w="130" w:type="dxa"/>
            </w:tcMar>
          </w:tcPr>
          <w:p w14:paraId="012EB11F" w14:textId="77777777" w:rsidR="00612663" w:rsidRDefault="00612663">
            <w:pPr>
              <w:spacing w:after="480"/>
            </w:pPr>
          </w:p>
        </w:tc>
        <w:tc>
          <w:tcPr>
            <w:tcW w:w="1000" w:type="dxa"/>
            <w:tcMar>
              <w:top w:w="100" w:type="dxa"/>
              <w:left w:w="130" w:type="dxa"/>
              <w:bottom w:w="100" w:type="dxa"/>
              <w:right w:w="130" w:type="dxa"/>
            </w:tcMar>
          </w:tcPr>
          <w:p w14:paraId="774D9480" w14:textId="77777777" w:rsidR="00612663" w:rsidRDefault="00612663">
            <w:pPr>
              <w:spacing w:after="480"/>
            </w:pPr>
          </w:p>
        </w:tc>
        <w:tc>
          <w:tcPr>
            <w:tcW w:w="1000" w:type="dxa"/>
            <w:tcMar>
              <w:top w:w="100" w:type="dxa"/>
              <w:left w:w="130" w:type="dxa"/>
              <w:bottom w:w="100" w:type="dxa"/>
              <w:right w:w="130" w:type="dxa"/>
            </w:tcMar>
          </w:tcPr>
          <w:p w14:paraId="7646F313" w14:textId="77777777" w:rsidR="00612663" w:rsidRDefault="00612663">
            <w:pPr>
              <w:spacing w:after="480"/>
            </w:pPr>
          </w:p>
        </w:tc>
        <w:tc>
          <w:tcPr>
            <w:tcW w:w="2549" w:type="dxa"/>
            <w:tcMar>
              <w:top w:w="100" w:type="dxa"/>
              <w:left w:w="130" w:type="dxa"/>
              <w:bottom w:w="100" w:type="dxa"/>
              <w:right w:w="130" w:type="dxa"/>
            </w:tcMar>
          </w:tcPr>
          <w:p w14:paraId="1AE81FF5" w14:textId="77777777" w:rsidR="00612663" w:rsidRDefault="00612663">
            <w:pPr>
              <w:spacing w:after="480"/>
            </w:pPr>
          </w:p>
        </w:tc>
      </w:tr>
      <w:tr w:rsidR="008F40AE" w14:paraId="35FA99B0" w14:textId="77777777">
        <w:tc>
          <w:tcPr>
            <w:tcW w:w="2200" w:type="dxa"/>
            <w:tcMar>
              <w:top w:w="100" w:type="dxa"/>
              <w:left w:w="130" w:type="dxa"/>
              <w:bottom w:w="100" w:type="dxa"/>
              <w:right w:w="130" w:type="dxa"/>
            </w:tcMar>
          </w:tcPr>
          <w:p w14:paraId="7464BD29" w14:textId="77777777" w:rsidR="00612663" w:rsidRDefault="00612663">
            <w:pPr>
              <w:spacing w:after="480"/>
            </w:pPr>
          </w:p>
        </w:tc>
        <w:tc>
          <w:tcPr>
            <w:tcW w:w="1000" w:type="dxa"/>
            <w:tcMar>
              <w:top w:w="100" w:type="dxa"/>
              <w:left w:w="130" w:type="dxa"/>
              <w:bottom w:w="100" w:type="dxa"/>
              <w:right w:w="130" w:type="dxa"/>
            </w:tcMar>
          </w:tcPr>
          <w:p w14:paraId="57B9BD9D" w14:textId="77777777" w:rsidR="00612663" w:rsidRDefault="00612663">
            <w:pPr>
              <w:spacing w:after="480"/>
            </w:pPr>
          </w:p>
        </w:tc>
        <w:tc>
          <w:tcPr>
            <w:tcW w:w="1000" w:type="dxa"/>
            <w:tcMar>
              <w:top w:w="100" w:type="dxa"/>
              <w:left w:w="130" w:type="dxa"/>
              <w:bottom w:w="100" w:type="dxa"/>
              <w:right w:w="130" w:type="dxa"/>
            </w:tcMar>
          </w:tcPr>
          <w:p w14:paraId="0BAC0349" w14:textId="77777777" w:rsidR="00612663" w:rsidRDefault="00612663">
            <w:pPr>
              <w:spacing w:after="480"/>
            </w:pPr>
          </w:p>
        </w:tc>
        <w:tc>
          <w:tcPr>
            <w:tcW w:w="1000" w:type="dxa"/>
            <w:tcMar>
              <w:top w:w="100" w:type="dxa"/>
              <w:left w:w="130" w:type="dxa"/>
              <w:bottom w:w="100" w:type="dxa"/>
              <w:right w:w="130" w:type="dxa"/>
            </w:tcMar>
          </w:tcPr>
          <w:p w14:paraId="6106B36D" w14:textId="77777777" w:rsidR="00612663" w:rsidRDefault="00612663">
            <w:pPr>
              <w:spacing w:after="480"/>
            </w:pPr>
          </w:p>
        </w:tc>
        <w:tc>
          <w:tcPr>
            <w:tcW w:w="1000" w:type="dxa"/>
            <w:tcMar>
              <w:top w:w="100" w:type="dxa"/>
              <w:left w:w="130" w:type="dxa"/>
              <w:bottom w:w="100" w:type="dxa"/>
              <w:right w:w="130" w:type="dxa"/>
            </w:tcMar>
          </w:tcPr>
          <w:p w14:paraId="591E475F" w14:textId="77777777" w:rsidR="00612663" w:rsidRDefault="00612663">
            <w:pPr>
              <w:spacing w:after="480"/>
            </w:pPr>
          </w:p>
        </w:tc>
        <w:tc>
          <w:tcPr>
            <w:tcW w:w="1000" w:type="dxa"/>
            <w:tcMar>
              <w:top w:w="100" w:type="dxa"/>
              <w:left w:w="130" w:type="dxa"/>
              <w:bottom w:w="100" w:type="dxa"/>
              <w:right w:w="130" w:type="dxa"/>
            </w:tcMar>
          </w:tcPr>
          <w:p w14:paraId="79A4DB21" w14:textId="77777777" w:rsidR="00612663" w:rsidRDefault="00612663">
            <w:pPr>
              <w:spacing w:after="480"/>
            </w:pPr>
          </w:p>
        </w:tc>
        <w:tc>
          <w:tcPr>
            <w:tcW w:w="2549" w:type="dxa"/>
            <w:tcMar>
              <w:top w:w="100" w:type="dxa"/>
              <w:left w:w="130" w:type="dxa"/>
              <w:bottom w:w="100" w:type="dxa"/>
              <w:right w:w="130" w:type="dxa"/>
            </w:tcMar>
          </w:tcPr>
          <w:p w14:paraId="4477761A" w14:textId="77777777" w:rsidR="00612663" w:rsidRDefault="00612663">
            <w:pPr>
              <w:spacing w:after="480"/>
            </w:pPr>
          </w:p>
        </w:tc>
      </w:tr>
      <w:tr w:rsidR="008F40AE" w14:paraId="25E004D2" w14:textId="77777777">
        <w:tc>
          <w:tcPr>
            <w:tcW w:w="2200" w:type="dxa"/>
            <w:tcMar>
              <w:top w:w="100" w:type="dxa"/>
              <w:left w:w="130" w:type="dxa"/>
              <w:bottom w:w="100" w:type="dxa"/>
              <w:right w:w="130" w:type="dxa"/>
            </w:tcMar>
          </w:tcPr>
          <w:p w14:paraId="69E6D166" w14:textId="77777777" w:rsidR="00612663" w:rsidRDefault="00612663">
            <w:pPr>
              <w:spacing w:after="480"/>
            </w:pPr>
          </w:p>
        </w:tc>
        <w:tc>
          <w:tcPr>
            <w:tcW w:w="1000" w:type="dxa"/>
            <w:tcMar>
              <w:top w:w="100" w:type="dxa"/>
              <w:left w:w="130" w:type="dxa"/>
              <w:bottom w:w="100" w:type="dxa"/>
              <w:right w:w="130" w:type="dxa"/>
            </w:tcMar>
          </w:tcPr>
          <w:p w14:paraId="56FC1570" w14:textId="77777777" w:rsidR="00612663" w:rsidRDefault="00612663">
            <w:pPr>
              <w:spacing w:after="480"/>
            </w:pPr>
          </w:p>
        </w:tc>
        <w:tc>
          <w:tcPr>
            <w:tcW w:w="1000" w:type="dxa"/>
            <w:tcMar>
              <w:top w:w="100" w:type="dxa"/>
              <w:left w:w="130" w:type="dxa"/>
              <w:bottom w:w="100" w:type="dxa"/>
              <w:right w:w="130" w:type="dxa"/>
            </w:tcMar>
          </w:tcPr>
          <w:p w14:paraId="1FCF4C4C" w14:textId="77777777" w:rsidR="00612663" w:rsidRDefault="00612663">
            <w:pPr>
              <w:spacing w:after="480"/>
            </w:pPr>
          </w:p>
        </w:tc>
        <w:tc>
          <w:tcPr>
            <w:tcW w:w="1000" w:type="dxa"/>
            <w:tcMar>
              <w:top w:w="100" w:type="dxa"/>
              <w:left w:w="130" w:type="dxa"/>
              <w:bottom w:w="100" w:type="dxa"/>
              <w:right w:w="130" w:type="dxa"/>
            </w:tcMar>
          </w:tcPr>
          <w:p w14:paraId="6EAEB495" w14:textId="77777777" w:rsidR="00612663" w:rsidRDefault="00612663">
            <w:pPr>
              <w:spacing w:after="480"/>
            </w:pPr>
          </w:p>
        </w:tc>
        <w:tc>
          <w:tcPr>
            <w:tcW w:w="1000" w:type="dxa"/>
            <w:tcMar>
              <w:top w:w="100" w:type="dxa"/>
              <w:left w:w="130" w:type="dxa"/>
              <w:bottom w:w="100" w:type="dxa"/>
              <w:right w:w="130" w:type="dxa"/>
            </w:tcMar>
          </w:tcPr>
          <w:p w14:paraId="3F52A214" w14:textId="77777777" w:rsidR="00612663" w:rsidRDefault="00612663">
            <w:pPr>
              <w:spacing w:after="480"/>
            </w:pPr>
          </w:p>
        </w:tc>
        <w:tc>
          <w:tcPr>
            <w:tcW w:w="1000" w:type="dxa"/>
            <w:tcMar>
              <w:top w:w="100" w:type="dxa"/>
              <w:left w:w="130" w:type="dxa"/>
              <w:bottom w:w="100" w:type="dxa"/>
              <w:right w:w="130" w:type="dxa"/>
            </w:tcMar>
          </w:tcPr>
          <w:p w14:paraId="6020AD1C" w14:textId="77777777" w:rsidR="00612663" w:rsidRDefault="00612663">
            <w:pPr>
              <w:spacing w:after="480"/>
            </w:pPr>
          </w:p>
        </w:tc>
        <w:tc>
          <w:tcPr>
            <w:tcW w:w="2549" w:type="dxa"/>
            <w:tcMar>
              <w:top w:w="100" w:type="dxa"/>
              <w:left w:w="130" w:type="dxa"/>
              <w:bottom w:w="100" w:type="dxa"/>
              <w:right w:w="130" w:type="dxa"/>
            </w:tcMar>
          </w:tcPr>
          <w:p w14:paraId="609DEED3" w14:textId="77777777" w:rsidR="00612663" w:rsidRDefault="00612663">
            <w:pPr>
              <w:spacing w:after="480"/>
            </w:pPr>
          </w:p>
        </w:tc>
      </w:tr>
      <w:tr w:rsidR="008F40AE" w14:paraId="390B916C" w14:textId="77777777">
        <w:tc>
          <w:tcPr>
            <w:tcW w:w="2200" w:type="dxa"/>
            <w:tcMar>
              <w:top w:w="100" w:type="dxa"/>
              <w:left w:w="130" w:type="dxa"/>
              <w:bottom w:w="100" w:type="dxa"/>
              <w:right w:w="130" w:type="dxa"/>
            </w:tcMar>
          </w:tcPr>
          <w:p w14:paraId="1E25C2E9" w14:textId="77777777" w:rsidR="00612663" w:rsidRDefault="00612663">
            <w:pPr>
              <w:spacing w:after="480"/>
            </w:pPr>
          </w:p>
        </w:tc>
        <w:tc>
          <w:tcPr>
            <w:tcW w:w="1000" w:type="dxa"/>
            <w:tcMar>
              <w:top w:w="100" w:type="dxa"/>
              <w:left w:w="130" w:type="dxa"/>
              <w:bottom w:w="100" w:type="dxa"/>
              <w:right w:w="130" w:type="dxa"/>
            </w:tcMar>
          </w:tcPr>
          <w:p w14:paraId="29B31739" w14:textId="77777777" w:rsidR="00612663" w:rsidRDefault="00612663">
            <w:pPr>
              <w:spacing w:after="480"/>
            </w:pPr>
          </w:p>
        </w:tc>
        <w:tc>
          <w:tcPr>
            <w:tcW w:w="1000" w:type="dxa"/>
            <w:tcMar>
              <w:top w:w="100" w:type="dxa"/>
              <w:left w:w="130" w:type="dxa"/>
              <w:bottom w:w="100" w:type="dxa"/>
              <w:right w:w="130" w:type="dxa"/>
            </w:tcMar>
          </w:tcPr>
          <w:p w14:paraId="568EB07C" w14:textId="77777777" w:rsidR="00612663" w:rsidRDefault="00612663">
            <w:pPr>
              <w:spacing w:after="480"/>
            </w:pPr>
          </w:p>
        </w:tc>
        <w:tc>
          <w:tcPr>
            <w:tcW w:w="1000" w:type="dxa"/>
            <w:tcMar>
              <w:top w:w="100" w:type="dxa"/>
              <w:left w:w="130" w:type="dxa"/>
              <w:bottom w:w="100" w:type="dxa"/>
              <w:right w:w="130" w:type="dxa"/>
            </w:tcMar>
          </w:tcPr>
          <w:p w14:paraId="3B156987" w14:textId="77777777" w:rsidR="00612663" w:rsidRDefault="00612663">
            <w:pPr>
              <w:spacing w:after="480"/>
            </w:pPr>
          </w:p>
        </w:tc>
        <w:tc>
          <w:tcPr>
            <w:tcW w:w="1000" w:type="dxa"/>
            <w:tcMar>
              <w:top w:w="100" w:type="dxa"/>
              <w:left w:w="130" w:type="dxa"/>
              <w:bottom w:w="100" w:type="dxa"/>
              <w:right w:w="130" w:type="dxa"/>
            </w:tcMar>
          </w:tcPr>
          <w:p w14:paraId="3F7E29C6" w14:textId="77777777" w:rsidR="00612663" w:rsidRDefault="00612663">
            <w:pPr>
              <w:spacing w:after="480"/>
            </w:pPr>
          </w:p>
        </w:tc>
        <w:tc>
          <w:tcPr>
            <w:tcW w:w="1000" w:type="dxa"/>
            <w:tcMar>
              <w:top w:w="100" w:type="dxa"/>
              <w:left w:w="130" w:type="dxa"/>
              <w:bottom w:w="100" w:type="dxa"/>
              <w:right w:w="130" w:type="dxa"/>
            </w:tcMar>
          </w:tcPr>
          <w:p w14:paraId="66156094" w14:textId="77777777" w:rsidR="00612663" w:rsidRDefault="00612663">
            <w:pPr>
              <w:spacing w:after="480"/>
            </w:pPr>
          </w:p>
        </w:tc>
        <w:tc>
          <w:tcPr>
            <w:tcW w:w="2549" w:type="dxa"/>
            <w:tcMar>
              <w:top w:w="100" w:type="dxa"/>
              <w:left w:w="130" w:type="dxa"/>
              <w:bottom w:w="100" w:type="dxa"/>
              <w:right w:w="130" w:type="dxa"/>
            </w:tcMar>
          </w:tcPr>
          <w:p w14:paraId="5D26EAD3" w14:textId="77777777" w:rsidR="00612663" w:rsidRDefault="00612663">
            <w:pPr>
              <w:spacing w:after="480"/>
            </w:pPr>
          </w:p>
        </w:tc>
      </w:tr>
      <w:tr w:rsidR="008F40AE" w14:paraId="7475CBCD" w14:textId="77777777">
        <w:tc>
          <w:tcPr>
            <w:tcW w:w="2200" w:type="dxa"/>
            <w:tcMar>
              <w:top w:w="100" w:type="dxa"/>
              <w:left w:w="130" w:type="dxa"/>
              <w:bottom w:w="100" w:type="dxa"/>
              <w:right w:w="130" w:type="dxa"/>
            </w:tcMar>
          </w:tcPr>
          <w:p w14:paraId="0BD69DE0" w14:textId="77777777" w:rsidR="00612663" w:rsidRDefault="00612663">
            <w:pPr>
              <w:spacing w:after="480"/>
            </w:pPr>
          </w:p>
        </w:tc>
        <w:tc>
          <w:tcPr>
            <w:tcW w:w="1000" w:type="dxa"/>
            <w:tcMar>
              <w:top w:w="100" w:type="dxa"/>
              <w:left w:w="130" w:type="dxa"/>
              <w:bottom w:w="100" w:type="dxa"/>
              <w:right w:w="130" w:type="dxa"/>
            </w:tcMar>
          </w:tcPr>
          <w:p w14:paraId="43735259" w14:textId="77777777" w:rsidR="00612663" w:rsidRDefault="00612663">
            <w:pPr>
              <w:spacing w:after="480"/>
            </w:pPr>
          </w:p>
        </w:tc>
        <w:tc>
          <w:tcPr>
            <w:tcW w:w="1000" w:type="dxa"/>
            <w:tcMar>
              <w:top w:w="100" w:type="dxa"/>
              <w:left w:w="130" w:type="dxa"/>
              <w:bottom w:w="100" w:type="dxa"/>
              <w:right w:w="130" w:type="dxa"/>
            </w:tcMar>
          </w:tcPr>
          <w:p w14:paraId="3A2AEE1C" w14:textId="77777777" w:rsidR="00612663" w:rsidRDefault="00612663">
            <w:pPr>
              <w:spacing w:after="480"/>
            </w:pPr>
          </w:p>
        </w:tc>
        <w:tc>
          <w:tcPr>
            <w:tcW w:w="1000" w:type="dxa"/>
            <w:tcMar>
              <w:top w:w="100" w:type="dxa"/>
              <w:left w:w="130" w:type="dxa"/>
              <w:bottom w:w="100" w:type="dxa"/>
              <w:right w:w="130" w:type="dxa"/>
            </w:tcMar>
          </w:tcPr>
          <w:p w14:paraId="1BFD707B" w14:textId="77777777" w:rsidR="00612663" w:rsidRDefault="00612663">
            <w:pPr>
              <w:spacing w:after="480"/>
            </w:pPr>
          </w:p>
        </w:tc>
        <w:tc>
          <w:tcPr>
            <w:tcW w:w="1000" w:type="dxa"/>
            <w:tcMar>
              <w:top w:w="100" w:type="dxa"/>
              <w:left w:w="130" w:type="dxa"/>
              <w:bottom w:w="100" w:type="dxa"/>
              <w:right w:w="130" w:type="dxa"/>
            </w:tcMar>
          </w:tcPr>
          <w:p w14:paraId="64D0DD06" w14:textId="77777777" w:rsidR="00612663" w:rsidRDefault="00612663">
            <w:pPr>
              <w:spacing w:after="480"/>
            </w:pPr>
          </w:p>
        </w:tc>
        <w:tc>
          <w:tcPr>
            <w:tcW w:w="1000" w:type="dxa"/>
            <w:tcMar>
              <w:top w:w="100" w:type="dxa"/>
              <w:left w:w="130" w:type="dxa"/>
              <w:bottom w:w="100" w:type="dxa"/>
              <w:right w:w="130" w:type="dxa"/>
            </w:tcMar>
          </w:tcPr>
          <w:p w14:paraId="3BBC0DD1" w14:textId="77777777" w:rsidR="00612663" w:rsidRDefault="00612663">
            <w:pPr>
              <w:spacing w:after="480"/>
            </w:pPr>
          </w:p>
        </w:tc>
        <w:tc>
          <w:tcPr>
            <w:tcW w:w="2549" w:type="dxa"/>
            <w:tcMar>
              <w:top w:w="100" w:type="dxa"/>
              <w:left w:w="130" w:type="dxa"/>
              <w:bottom w:w="100" w:type="dxa"/>
              <w:right w:w="130" w:type="dxa"/>
            </w:tcMar>
          </w:tcPr>
          <w:p w14:paraId="386ACE36" w14:textId="77777777" w:rsidR="00612663" w:rsidRDefault="00612663">
            <w:pPr>
              <w:spacing w:after="480"/>
            </w:pPr>
          </w:p>
        </w:tc>
      </w:tr>
      <w:tr w:rsidR="008F40AE" w14:paraId="1420FD6F" w14:textId="77777777">
        <w:tc>
          <w:tcPr>
            <w:tcW w:w="2200" w:type="dxa"/>
            <w:tcMar>
              <w:top w:w="100" w:type="dxa"/>
              <w:left w:w="130" w:type="dxa"/>
              <w:bottom w:w="100" w:type="dxa"/>
              <w:right w:w="130" w:type="dxa"/>
            </w:tcMar>
          </w:tcPr>
          <w:p w14:paraId="66185DAC" w14:textId="77777777" w:rsidR="00612663" w:rsidRDefault="00612663">
            <w:pPr>
              <w:spacing w:after="480"/>
            </w:pPr>
          </w:p>
        </w:tc>
        <w:tc>
          <w:tcPr>
            <w:tcW w:w="1000" w:type="dxa"/>
            <w:tcMar>
              <w:top w:w="100" w:type="dxa"/>
              <w:left w:w="130" w:type="dxa"/>
              <w:bottom w:w="100" w:type="dxa"/>
              <w:right w:w="130" w:type="dxa"/>
            </w:tcMar>
          </w:tcPr>
          <w:p w14:paraId="4FCE8665" w14:textId="77777777" w:rsidR="00612663" w:rsidRDefault="00612663">
            <w:pPr>
              <w:spacing w:after="480"/>
            </w:pPr>
          </w:p>
        </w:tc>
        <w:tc>
          <w:tcPr>
            <w:tcW w:w="1000" w:type="dxa"/>
            <w:tcMar>
              <w:top w:w="100" w:type="dxa"/>
              <w:left w:w="130" w:type="dxa"/>
              <w:bottom w:w="100" w:type="dxa"/>
              <w:right w:w="130" w:type="dxa"/>
            </w:tcMar>
          </w:tcPr>
          <w:p w14:paraId="4106B4A5" w14:textId="77777777" w:rsidR="00612663" w:rsidRDefault="00612663">
            <w:pPr>
              <w:spacing w:after="480"/>
            </w:pPr>
          </w:p>
        </w:tc>
        <w:tc>
          <w:tcPr>
            <w:tcW w:w="1000" w:type="dxa"/>
            <w:tcMar>
              <w:top w:w="100" w:type="dxa"/>
              <w:left w:w="130" w:type="dxa"/>
              <w:bottom w:w="100" w:type="dxa"/>
              <w:right w:w="130" w:type="dxa"/>
            </w:tcMar>
          </w:tcPr>
          <w:p w14:paraId="394D039F" w14:textId="77777777" w:rsidR="00612663" w:rsidRDefault="00612663">
            <w:pPr>
              <w:spacing w:after="480"/>
            </w:pPr>
          </w:p>
        </w:tc>
        <w:tc>
          <w:tcPr>
            <w:tcW w:w="1000" w:type="dxa"/>
            <w:tcMar>
              <w:top w:w="100" w:type="dxa"/>
              <w:left w:w="130" w:type="dxa"/>
              <w:bottom w:w="100" w:type="dxa"/>
              <w:right w:w="130" w:type="dxa"/>
            </w:tcMar>
          </w:tcPr>
          <w:p w14:paraId="5A90B0E5" w14:textId="77777777" w:rsidR="00612663" w:rsidRDefault="00612663">
            <w:pPr>
              <w:spacing w:after="480"/>
            </w:pPr>
          </w:p>
        </w:tc>
        <w:tc>
          <w:tcPr>
            <w:tcW w:w="1000" w:type="dxa"/>
            <w:tcMar>
              <w:top w:w="100" w:type="dxa"/>
              <w:left w:w="130" w:type="dxa"/>
              <w:bottom w:w="100" w:type="dxa"/>
              <w:right w:w="130" w:type="dxa"/>
            </w:tcMar>
          </w:tcPr>
          <w:p w14:paraId="7BDF1BA0" w14:textId="77777777" w:rsidR="00612663" w:rsidRDefault="00612663">
            <w:pPr>
              <w:spacing w:after="480"/>
            </w:pPr>
          </w:p>
        </w:tc>
        <w:tc>
          <w:tcPr>
            <w:tcW w:w="2549" w:type="dxa"/>
            <w:tcMar>
              <w:top w:w="100" w:type="dxa"/>
              <w:left w:w="130" w:type="dxa"/>
              <w:bottom w:w="100" w:type="dxa"/>
              <w:right w:w="130" w:type="dxa"/>
            </w:tcMar>
          </w:tcPr>
          <w:p w14:paraId="3933D28B" w14:textId="77777777" w:rsidR="00612663" w:rsidRDefault="00612663">
            <w:pPr>
              <w:spacing w:after="480"/>
            </w:pPr>
          </w:p>
        </w:tc>
      </w:tr>
      <w:tr w:rsidR="008F40AE" w14:paraId="20E28CC4" w14:textId="77777777">
        <w:tc>
          <w:tcPr>
            <w:tcW w:w="2200" w:type="dxa"/>
            <w:tcMar>
              <w:top w:w="100" w:type="dxa"/>
              <w:left w:w="130" w:type="dxa"/>
              <w:bottom w:w="100" w:type="dxa"/>
              <w:right w:w="130" w:type="dxa"/>
            </w:tcMar>
          </w:tcPr>
          <w:p w14:paraId="50A7441F" w14:textId="77777777" w:rsidR="00612663" w:rsidRDefault="00612663">
            <w:pPr>
              <w:spacing w:after="480"/>
            </w:pPr>
          </w:p>
        </w:tc>
        <w:tc>
          <w:tcPr>
            <w:tcW w:w="1000" w:type="dxa"/>
            <w:tcMar>
              <w:top w:w="100" w:type="dxa"/>
              <w:left w:w="130" w:type="dxa"/>
              <w:bottom w:w="100" w:type="dxa"/>
              <w:right w:w="130" w:type="dxa"/>
            </w:tcMar>
          </w:tcPr>
          <w:p w14:paraId="3BED26F7" w14:textId="77777777" w:rsidR="00612663" w:rsidRDefault="00612663">
            <w:pPr>
              <w:spacing w:after="480"/>
            </w:pPr>
          </w:p>
        </w:tc>
        <w:tc>
          <w:tcPr>
            <w:tcW w:w="1000" w:type="dxa"/>
            <w:tcMar>
              <w:top w:w="100" w:type="dxa"/>
              <w:left w:w="130" w:type="dxa"/>
              <w:bottom w:w="100" w:type="dxa"/>
              <w:right w:w="130" w:type="dxa"/>
            </w:tcMar>
          </w:tcPr>
          <w:p w14:paraId="13FC9312" w14:textId="77777777" w:rsidR="00612663" w:rsidRDefault="00612663">
            <w:pPr>
              <w:spacing w:after="480"/>
            </w:pPr>
          </w:p>
        </w:tc>
        <w:tc>
          <w:tcPr>
            <w:tcW w:w="1000" w:type="dxa"/>
            <w:tcMar>
              <w:top w:w="100" w:type="dxa"/>
              <w:left w:w="130" w:type="dxa"/>
              <w:bottom w:w="100" w:type="dxa"/>
              <w:right w:w="130" w:type="dxa"/>
            </w:tcMar>
          </w:tcPr>
          <w:p w14:paraId="5BA2DC00" w14:textId="77777777" w:rsidR="00612663" w:rsidRDefault="00612663">
            <w:pPr>
              <w:spacing w:after="480"/>
            </w:pPr>
          </w:p>
        </w:tc>
        <w:tc>
          <w:tcPr>
            <w:tcW w:w="1000" w:type="dxa"/>
            <w:tcMar>
              <w:top w:w="100" w:type="dxa"/>
              <w:left w:w="130" w:type="dxa"/>
              <w:bottom w:w="100" w:type="dxa"/>
              <w:right w:w="130" w:type="dxa"/>
            </w:tcMar>
          </w:tcPr>
          <w:p w14:paraId="11DECA43" w14:textId="77777777" w:rsidR="00612663" w:rsidRDefault="00612663">
            <w:pPr>
              <w:spacing w:after="480"/>
            </w:pPr>
          </w:p>
        </w:tc>
        <w:tc>
          <w:tcPr>
            <w:tcW w:w="1000" w:type="dxa"/>
            <w:tcMar>
              <w:top w:w="100" w:type="dxa"/>
              <w:left w:w="130" w:type="dxa"/>
              <w:bottom w:w="100" w:type="dxa"/>
              <w:right w:w="130" w:type="dxa"/>
            </w:tcMar>
          </w:tcPr>
          <w:p w14:paraId="2B023326" w14:textId="77777777" w:rsidR="00612663" w:rsidRDefault="00612663">
            <w:pPr>
              <w:spacing w:after="480"/>
            </w:pPr>
          </w:p>
        </w:tc>
        <w:tc>
          <w:tcPr>
            <w:tcW w:w="2549" w:type="dxa"/>
            <w:tcMar>
              <w:top w:w="100" w:type="dxa"/>
              <w:left w:w="130" w:type="dxa"/>
              <w:bottom w:w="100" w:type="dxa"/>
              <w:right w:w="130" w:type="dxa"/>
            </w:tcMar>
          </w:tcPr>
          <w:p w14:paraId="0E71053C" w14:textId="77777777" w:rsidR="00612663" w:rsidRDefault="00612663">
            <w:pPr>
              <w:spacing w:after="480"/>
            </w:pPr>
          </w:p>
        </w:tc>
      </w:tr>
      <w:tr w:rsidR="008F40AE" w14:paraId="518D6E25" w14:textId="77777777">
        <w:tc>
          <w:tcPr>
            <w:tcW w:w="2200" w:type="dxa"/>
            <w:tcMar>
              <w:top w:w="100" w:type="dxa"/>
              <w:left w:w="130" w:type="dxa"/>
              <w:bottom w:w="100" w:type="dxa"/>
              <w:right w:w="130" w:type="dxa"/>
            </w:tcMar>
          </w:tcPr>
          <w:p w14:paraId="2E3EF6FF" w14:textId="77777777" w:rsidR="00612663" w:rsidRDefault="00612663">
            <w:pPr>
              <w:spacing w:after="480"/>
            </w:pPr>
          </w:p>
        </w:tc>
        <w:tc>
          <w:tcPr>
            <w:tcW w:w="1000" w:type="dxa"/>
            <w:tcMar>
              <w:top w:w="100" w:type="dxa"/>
              <w:left w:w="130" w:type="dxa"/>
              <w:bottom w:w="100" w:type="dxa"/>
              <w:right w:w="130" w:type="dxa"/>
            </w:tcMar>
          </w:tcPr>
          <w:p w14:paraId="40966C87" w14:textId="77777777" w:rsidR="00612663" w:rsidRDefault="00612663">
            <w:pPr>
              <w:spacing w:after="480"/>
            </w:pPr>
          </w:p>
        </w:tc>
        <w:tc>
          <w:tcPr>
            <w:tcW w:w="1000" w:type="dxa"/>
            <w:tcMar>
              <w:top w:w="100" w:type="dxa"/>
              <w:left w:w="130" w:type="dxa"/>
              <w:bottom w:w="100" w:type="dxa"/>
              <w:right w:w="130" w:type="dxa"/>
            </w:tcMar>
          </w:tcPr>
          <w:p w14:paraId="65CE535A" w14:textId="77777777" w:rsidR="00612663" w:rsidRDefault="00612663">
            <w:pPr>
              <w:spacing w:after="480"/>
            </w:pPr>
          </w:p>
        </w:tc>
        <w:tc>
          <w:tcPr>
            <w:tcW w:w="1000" w:type="dxa"/>
            <w:tcMar>
              <w:top w:w="100" w:type="dxa"/>
              <w:left w:w="130" w:type="dxa"/>
              <w:bottom w:w="100" w:type="dxa"/>
              <w:right w:w="130" w:type="dxa"/>
            </w:tcMar>
          </w:tcPr>
          <w:p w14:paraId="37609B82" w14:textId="77777777" w:rsidR="00612663" w:rsidRDefault="00612663">
            <w:pPr>
              <w:spacing w:after="480"/>
            </w:pPr>
          </w:p>
        </w:tc>
        <w:tc>
          <w:tcPr>
            <w:tcW w:w="1000" w:type="dxa"/>
            <w:tcMar>
              <w:top w:w="100" w:type="dxa"/>
              <w:left w:w="130" w:type="dxa"/>
              <w:bottom w:w="100" w:type="dxa"/>
              <w:right w:w="130" w:type="dxa"/>
            </w:tcMar>
          </w:tcPr>
          <w:p w14:paraId="103A8EB7" w14:textId="77777777" w:rsidR="00612663" w:rsidRDefault="00612663">
            <w:pPr>
              <w:spacing w:after="480"/>
            </w:pPr>
          </w:p>
        </w:tc>
        <w:tc>
          <w:tcPr>
            <w:tcW w:w="1000" w:type="dxa"/>
            <w:tcMar>
              <w:top w:w="100" w:type="dxa"/>
              <w:left w:w="130" w:type="dxa"/>
              <w:bottom w:w="100" w:type="dxa"/>
              <w:right w:w="130" w:type="dxa"/>
            </w:tcMar>
          </w:tcPr>
          <w:p w14:paraId="3181B6B5" w14:textId="77777777" w:rsidR="00612663" w:rsidRDefault="00612663">
            <w:pPr>
              <w:spacing w:after="480"/>
            </w:pPr>
          </w:p>
        </w:tc>
        <w:tc>
          <w:tcPr>
            <w:tcW w:w="2549" w:type="dxa"/>
            <w:tcMar>
              <w:top w:w="100" w:type="dxa"/>
              <w:left w:w="130" w:type="dxa"/>
              <w:bottom w:w="100" w:type="dxa"/>
              <w:right w:w="130" w:type="dxa"/>
            </w:tcMar>
          </w:tcPr>
          <w:p w14:paraId="584B0862" w14:textId="77777777" w:rsidR="00612663" w:rsidRDefault="00612663">
            <w:pPr>
              <w:spacing w:after="480"/>
            </w:pPr>
          </w:p>
        </w:tc>
      </w:tr>
      <w:tr w:rsidR="008F40AE" w14:paraId="5B94C92B" w14:textId="77777777">
        <w:tc>
          <w:tcPr>
            <w:tcW w:w="2200" w:type="dxa"/>
            <w:tcMar>
              <w:top w:w="100" w:type="dxa"/>
              <w:left w:w="130" w:type="dxa"/>
              <w:bottom w:w="100" w:type="dxa"/>
              <w:right w:w="130" w:type="dxa"/>
            </w:tcMar>
          </w:tcPr>
          <w:p w14:paraId="39C7536A" w14:textId="77777777" w:rsidR="00612663" w:rsidRDefault="00612663">
            <w:pPr>
              <w:spacing w:after="480"/>
            </w:pPr>
          </w:p>
        </w:tc>
        <w:tc>
          <w:tcPr>
            <w:tcW w:w="1000" w:type="dxa"/>
            <w:tcMar>
              <w:top w:w="100" w:type="dxa"/>
              <w:left w:w="130" w:type="dxa"/>
              <w:bottom w:w="100" w:type="dxa"/>
              <w:right w:w="130" w:type="dxa"/>
            </w:tcMar>
          </w:tcPr>
          <w:p w14:paraId="2ED7D869" w14:textId="77777777" w:rsidR="00612663" w:rsidRDefault="00612663">
            <w:pPr>
              <w:spacing w:after="480"/>
            </w:pPr>
          </w:p>
        </w:tc>
        <w:tc>
          <w:tcPr>
            <w:tcW w:w="1000" w:type="dxa"/>
            <w:tcMar>
              <w:top w:w="100" w:type="dxa"/>
              <w:left w:w="130" w:type="dxa"/>
              <w:bottom w:w="100" w:type="dxa"/>
              <w:right w:w="130" w:type="dxa"/>
            </w:tcMar>
          </w:tcPr>
          <w:p w14:paraId="2995F1E3" w14:textId="77777777" w:rsidR="00612663" w:rsidRDefault="00612663">
            <w:pPr>
              <w:spacing w:after="480"/>
            </w:pPr>
          </w:p>
        </w:tc>
        <w:tc>
          <w:tcPr>
            <w:tcW w:w="1000" w:type="dxa"/>
            <w:tcMar>
              <w:top w:w="100" w:type="dxa"/>
              <w:left w:w="130" w:type="dxa"/>
              <w:bottom w:w="100" w:type="dxa"/>
              <w:right w:w="130" w:type="dxa"/>
            </w:tcMar>
          </w:tcPr>
          <w:p w14:paraId="786D5EB6" w14:textId="77777777" w:rsidR="00612663" w:rsidRDefault="00612663">
            <w:pPr>
              <w:spacing w:after="480"/>
            </w:pPr>
          </w:p>
        </w:tc>
        <w:tc>
          <w:tcPr>
            <w:tcW w:w="1000" w:type="dxa"/>
            <w:tcMar>
              <w:top w:w="100" w:type="dxa"/>
              <w:left w:w="130" w:type="dxa"/>
              <w:bottom w:w="100" w:type="dxa"/>
              <w:right w:w="130" w:type="dxa"/>
            </w:tcMar>
          </w:tcPr>
          <w:p w14:paraId="16D776BD" w14:textId="77777777" w:rsidR="00612663" w:rsidRDefault="00612663">
            <w:pPr>
              <w:spacing w:after="480"/>
            </w:pPr>
          </w:p>
        </w:tc>
        <w:tc>
          <w:tcPr>
            <w:tcW w:w="1000" w:type="dxa"/>
            <w:tcMar>
              <w:top w:w="100" w:type="dxa"/>
              <w:left w:w="130" w:type="dxa"/>
              <w:bottom w:w="100" w:type="dxa"/>
              <w:right w:w="130" w:type="dxa"/>
            </w:tcMar>
          </w:tcPr>
          <w:p w14:paraId="62F2E5A2" w14:textId="77777777" w:rsidR="00612663" w:rsidRDefault="00612663">
            <w:pPr>
              <w:spacing w:after="480"/>
            </w:pPr>
          </w:p>
        </w:tc>
        <w:tc>
          <w:tcPr>
            <w:tcW w:w="2549" w:type="dxa"/>
            <w:tcMar>
              <w:top w:w="100" w:type="dxa"/>
              <w:left w:w="130" w:type="dxa"/>
              <w:bottom w:w="100" w:type="dxa"/>
              <w:right w:w="130" w:type="dxa"/>
            </w:tcMar>
          </w:tcPr>
          <w:p w14:paraId="1B6061CD" w14:textId="77777777" w:rsidR="00612663" w:rsidRDefault="00612663">
            <w:pPr>
              <w:spacing w:after="480"/>
            </w:pPr>
          </w:p>
        </w:tc>
      </w:tr>
      <w:tr w:rsidR="008F40AE" w14:paraId="5999EDA0" w14:textId="77777777">
        <w:tc>
          <w:tcPr>
            <w:tcW w:w="2200" w:type="dxa"/>
            <w:tcMar>
              <w:top w:w="100" w:type="dxa"/>
              <w:left w:w="130" w:type="dxa"/>
              <w:bottom w:w="100" w:type="dxa"/>
              <w:right w:w="130" w:type="dxa"/>
            </w:tcMar>
          </w:tcPr>
          <w:p w14:paraId="75F64C56" w14:textId="77777777" w:rsidR="00612663" w:rsidRDefault="00612663">
            <w:pPr>
              <w:spacing w:after="480"/>
            </w:pPr>
          </w:p>
        </w:tc>
        <w:tc>
          <w:tcPr>
            <w:tcW w:w="1000" w:type="dxa"/>
            <w:tcMar>
              <w:top w:w="100" w:type="dxa"/>
              <w:left w:w="130" w:type="dxa"/>
              <w:bottom w:w="100" w:type="dxa"/>
              <w:right w:w="130" w:type="dxa"/>
            </w:tcMar>
          </w:tcPr>
          <w:p w14:paraId="04DB77A8" w14:textId="77777777" w:rsidR="00612663" w:rsidRDefault="00612663">
            <w:pPr>
              <w:spacing w:after="480"/>
            </w:pPr>
          </w:p>
        </w:tc>
        <w:tc>
          <w:tcPr>
            <w:tcW w:w="1000" w:type="dxa"/>
            <w:tcMar>
              <w:top w:w="100" w:type="dxa"/>
              <w:left w:w="130" w:type="dxa"/>
              <w:bottom w:w="100" w:type="dxa"/>
              <w:right w:w="130" w:type="dxa"/>
            </w:tcMar>
          </w:tcPr>
          <w:p w14:paraId="728A179C" w14:textId="77777777" w:rsidR="00612663" w:rsidRDefault="00612663">
            <w:pPr>
              <w:spacing w:after="480"/>
            </w:pPr>
          </w:p>
        </w:tc>
        <w:tc>
          <w:tcPr>
            <w:tcW w:w="1000" w:type="dxa"/>
            <w:tcMar>
              <w:top w:w="100" w:type="dxa"/>
              <w:left w:w="130" w:type="dxa"/>
              <w:bottom w:w="100" w:type="dxa"/>
              <w:right w:w="130" w:type="dxa"/>
            </w:tcMar>
          </w:tcPr>
          <w:p w14:paraId="36B8A2A0" w14:textId="77777777" w:rsidR="00612663" w:rsidRDefault="00612663">
            <w:pPr>
              <w:spacing w:after="480"/>
            </w:pPr>
          </w:p>
        </w:tc>
        <w:tc>
          <w:tcPr>
            <w:tcW w:w="1000" w:type="dxa"/>
            <w:tcMar>
              <w:top w:w="100" w:type="dxa"/>
              <w:left w:w="130" w:type="dxa"/>
              <w:bottom w:w="100" w:type="dxa"/>
              <w:right w:w="130" w:type="dxa"/>
            </w:tcMar>
          </w:tcPr>
          <w:p w14:paraId="64439DC7" w14:textId="77777777" w:rsidR="00612663" w:rsidRDefault="00612663">
            <w:pPr>
              <w:spacing w:after="480"/>
            </w:pPr>
          </w:p>
        </w:tc>
        <w:tc>
          <w:tcPr>
            <w:tcW w:w="1000" w:type="dxa"/>
            <w:tcMar>
              <w:top w:w="100" w:type="dxa"/>
              <w:left w:w="130" w:type="dxa"/>
              <w:bottom w:w="100" w:type="dxa"/>
              <w:right w:w="130" w:type="dxa"/>
            </w:tcMar>
          </w:tcPr>
          <w:p w14:paraId="1108CA57" w14:textId="77777777" w:rsidR="00612663" w:rsidRDefault="00612663">
            <w:pPr>
              <w:spacing w:after="480"/>
            </w:pPr>
          </w:p>
        </w:tc>
        <w:tc>
          <w:tcPr>
            <w:tcW w:w="2549" w:type="dxa"/>
            <w:tcMar>
              <w:top w:w="100" w:type="dxa"/>
              <w:left w:w="130" w:type="dxa"/>
              <w:bottom w:w="100" w:type="dxa"/>
              <w:right w:w="130" w:type="dxa"/>
            </w:tcMar>
          </w:tcPr>
          <w:p w14:paraId="1947266D" w14:textId="77777777" w:rsidR="00612663" w:rsidRDefault="00612663">
            <w:pPr>
              <w:spacing w:after="480"/>
            </w:pPr>
          </w:p>
        </w:tc>
      </w:tr>
    </w:tbl>
    <w:p w14:paraId="013DFEA7" w14:textId="77777777" w:rsidR="00612663" w:rsidRDefault="00612663"/>
    <w:p w14:paraId="425EF2E2" w14:textId="77777777" w:rsidR="00612663" w:rsidRDefault="00612663">
      <w:pPr>
        <w:pageBreakBefore/>
        <w:spacing w:before="280" w:after="80"/>
      </w:pPr>
      <w:r>
        <w:rPr>
          <w:b/>
          <w:color w:val="2E74B5"/>
          <w:sz w:val="21"/>
        </w:rPr>
        <w:lastRenderedPageBreak/>
        <w:t>GUÍA DOCENTE</w:t>
      </w:r>
    </w:p>
    <w:p w14:paraId="4F989401" w14:textId="77777777" w:rsidR="00612663" w:rsidRDefault="00612663">
      <w:pPr>
        <w:spacing w:after="80"/>
      </w:pPr>
      <w:r>
        <w:rPr>
          <w:b/>
          <w:color w:val="1F4D78"/>
          <w:sz w:val="56"/>
        </w:rPr>
        <w:t>TEMA 5</w:t>
      </w:r>
    </w:p>
    <w:p w14:paraId="2B72CFBE" w14:textId="77777777" w:rsidR="00612663" w:rsidRDefault="00612663">
      <w:pPr>
        <w:spacing w:after="160"/>
      </w:pPr>
      <w:r>
        <w:rPr>
          <w:b/>
          <w:sz w:val="42"/>
        </w:rPr>
        <w:t>Jesús cuida de mí</w:t>
      </w:r>
    </w:p>
    <w:p w14:paraId="6E987CA5" w14:textId="77777777" w:rsidR="00612663" w:rsidRDefault="00612663">
      <w:pPr>
        <w:spacing w:after="360"/>
      </w:pPr>
      <w:r>
        <w:rPr>
          <w:color w:val="687784"/>
          <w:sz w:val="25"/>
        </w:rPr>
        <w:t>Educación Infantil · 3 años · Cuatro semanas</w:t>
      </w:r>
    </w:p>
    <w:tbl>
      <w:tblPr>
        <w:tblW w:w="9749" w:type="dxa"/>
        <w:tblInd w:w="120" w:type="dxa"/>
        <w:tblLayout w:type="fixed"/>
        <w:tblLook w:val="04A0" w:firstRow="1" w:lastRow="0" w:firstColumn="1" w:lastColumn="0" w:noHBand="0" w:noVBand="1"/>
      </w:tblPr>
      <w:tblGrid>
        <w:gridCol w:w="2437"/>
        <w:gridCol w:w="2437"/>
        <w:gridCol w:w="2437"/>
        <w:gridCol w:w="2438"/>
      </w:tblGrid>
      <w:tr w:rsidR="008F6CE8" w14:paraId="6D415B18" w14:textId="77777777">
        <w:tc>
          <w:tcPr>
            <w:tcW w:w="2437" w:type="dxa"/>
            <w:shd w:val="clear" w:color="auto" w:fill="EAF4EE"/>
            <w:tcMar>
              <w:top w:w="100" w:type="dxa"/>
              <w:left w:w="130" w:type="dxa"/>
              <w:bottom w:w="100" w:type="dxa"/>
              <w:right w:w="130" w:type="dxa"/>
            </w:tcMar>
            <w:vAlign w:val="center"/>
          </w:tcPr>
          <w:p w14:paraId="6AF2B0DD" w14:textId="77777777" w:rsidR="00612663" w:rsidRDefault="00612663">
            <w:pPr>
              <w:spacing w:after="60"/>
              <w:jc w:val="center"/>
            </w:pPr>
            <w:r>
              <w:rPr>
                <w:b/>
                <w:color w:val="1F4D78"/>
                <w:sz w:val="20"/>
              </w:rPr>
              <w:t>CUIDA</w:t>
            </w:r>
          </w:p>
          <w:p w14:paraId="7B77EFEA" w14:textId="77777777" w:rsidR="00612663" w:rsidRDefault="00612663">
            <w:pPr>
              <w:spacing w:after="0"/>
              <w:jc w:val="center"/>
            </w:pPr>
            <w:r>
              <w:rPr>
                <w:sz w:val="17"/>
              </w:rPr>
              <w:t>Conoce a sus ovejas</w:t>
            </w:r>
          </w:p>
        </w:tc>
        <w:tc>
          <w:tcPr>
            <w:tcW w:w="2437" w:type="dxa"/>
            <w:shd w:val="clear" w:color="auto" w:fill="E8EEF5"/>
            <w:tcMar>
              <w:top w:w="100" w:type="dxa"/>
              <w:left w:w="130" w:type="dxa"/>
              <w:bottom w:w="100" w:type="dxa"/>
              <w:right w:w="130" w:type="dxa"/>
            </w:tcMar>
            <w:vAlign w:val="center"/>
          </w:tcPr>
          <w:p w14:paraId="433BD7EC" w14:textId="77777777" w:rsidR="00612663" w:rsidRDefault="00612663">
            <w:pPr>
              <w:spacing w:after="60"/>
              <w:jc w:val="center"/>
            </w:pPr>
            <w:r>
              <w:rPr>
                <w:b/>
                <w:color w:val="1F4D78"/>
                <w:sz w:val="20"/>
              </w:rPr>
              <w:t>FALTA UNA</w:t>
            </w:r>
          </w:p>
          <w:p w14:paraId="69D75292" w14:textId="77777777" w:rsidR="00612663" w:rsidRDefault="00612663">
            <w:pPr>
              <w:spacing w:after="0"/>
              <w:jc w:val="center"/>
            </w:pPr>
            <w:r>
              <w:rPr>
                <w:sz w:val="17"/>
              </w:rPr>
              <w:t>Sale a buscarla</w:t>
            </w:r>
          </w:p>
        </w:tc>
        <w:tc>
          <w:tcPr>
            <w:tcW w:w="2437" w:type="dxa"/>
            <w:shd w:val="clear" w:color="auto" w:fill="FFF4D8"/>
            <w:tcMar>
              <w:top w:w="100" w:type="dxa"/>
              <w:left w:w="130" w:type="dxa"/>
              <w:bottom w:w="100" w:type="dxa"/>
              <w:right w:w="130" w:type="dxa"/>
            </w:tcMar>
            <w:vAlign w:val="center"/>
          </w:tcPr>
          <w:p w14:paraId="0487A314" w14:textId="77777777" w:rsidR="00612663" w:rsidRDefault="00612663">
            <w:pPr>
              <w:spacing w:after="60"/>
              <w:jc w:val="center"/>
            </w:pPr>
            <w:r>
              <w:rPr>
                <w:b/>
                <w:color w:val="1F4D78"/>
                <w:sz w:val="20"/>
              </w:rPr>
              <w:t>LA ENCUENTRA</w:t>
            </w:r>
          </w:p>
          <w:p w14:paraId="6287E94A" w14:textId="77777777" w:rsidR="00612663" w:rsidRDefault="00612663">
            <w:pPr>
              <w:spacing w:after="0"/>
              <w:jc w:val="center"/>
            </w:pPr>
            <w:r>
              <w:rPr>
                <w:sz w:val="17"/>
              </w:rPr>
              <w:t>Se alegra y vuelve</w:t>
            </w:r>
          </w:p>
        </w:tc>
        <w:tc>
          <w:tcPr>
            <w:tcW w:w="2438" w:type="dxa"/>
            <w:shd w:val="clear" w:color="auto" w:fill="EAF4EE"/>
            <w:tcMar>
              <w:top w:w="100" w:type="dxa"/>
              <w:left w:w="130" w:type="dxa"/>
              <w:bottom w:w="100" w:type="dxa"/>
              <w:right w:w="130" w:type="dxa"/>
            </w:tcMar>
            <w:vAlign w:val="center"/>
          </w:tcPr>
          <w:p w14:paraId="130DB079" w14:textId="77777777" w:rsidR="00612663" w:rsidRDefault="00612663">
            <w:pPr>
              <w:spacing w:after="60"/>
              <w:jc w:val="center"/>
            </w:pPr>
            <w:r>
              <w:rPr>
                <w:b/>
                <w:color w:val="1F4D78"/>
                <w:sz w:val="20"/>
              </w:rPr>
              <w:t>CADA UNO</w:t>
            </w:r>
          </w:p>
          <w:p w14:paraId="0F37DDB6" w14:textId="77777777" w:rsidR="00612663" w:rsidRDefault="00612663">
            <w:pPr>
              <w:spacing w:after="0"/>
              <w:jc w:val="center"/>
            </w:pPr>
            <w:r>
              <w:rPr>
                <w:sz w:val="17"/>
              </w:rPr>
              <w:t>Es querido por Jesús</w:t>
            </w:r>
          </w:p>
        </w:tc>
      </w:tr>
    </w:tbl>
    <w:p w14:paraId="7F508899" w14:textId="77777777" w:rsidR="00612663" w:rsidRDefault="00612663">
      <w:pPr>
        <w:spacing w:after="80"/>
      </w:pPr>
    </w:p>
    <w:tbl>
      <w:tblPr>
        <w:tblW w:w="9749" w:type="dxa"/>
        <w:tblInd w:w="120" w:type="dxa"/>
        <w:tblLayout w:type="fixed"/>
        <w:tblLook w:val="04A0" w:firstRow="1" w:lastRow="0" w:firstColumn="1" w:lastColumn="0" w:noHBand="0" w:noVBand="1"/>
      </w:tblPr>
      <w:tblGrid>
        <w:gridCol w:w="9749"/>
      </w:tblGrid>
      <w:tr w:rsidR="008F6CE8" w14:paraId="2E3F9AD2" w14:textId="77777777">
        <w:tc>
          <w:tcPr>
            <w:tcW w:w="9749" w:type="dxa"/>
            <w:shd w:val="clear" w:color="auto" w:fill="EAF4EE"/>
            <w:tcMar>
              <w:top w:w="100" w:type="dxa"/>
              <w:left w:w="130" w:type="dxa"/>
              <w:bottom w:w="100" w:type="dxa"/>
              <w:right w:w="130" w:type="dxa"/>
            </w:tcMar>
            <w:vAlign w:val="center"/>
          </w:tcPr>
          <w:p w14:paraId="4F95508A" w14:textId="77777777" w:rsidR="00612663" w:rsidRDefault="00612663">
            <w:pPr>
              <w:spacing w:after="40" w:line="288" w:lineRule="auto"/>
            </w:pPr>
            <w:r>
              <w:rPr>
                <w:b/>
                <w:color w:val="1F4D78"/>
              </w:rPr>
              <w:t xml:space="preserve">Idea central  </w:t>
            </w:r>
            <w:r>
              <w:t>Jesús es como el buen pastor: conoce a cada persona, la busca, la recibe con alegría y la cuida. Nadie deja de ser importante para Él.</w:t>
            </w:r>
          </w:p>
        </w:tc>
      </w:tr>
    </w:tbl>
    <w:p w14:paraId="59233837" w14:textId="77777777" w:rsidR="00612663" w:rsidRDefault="00612663">
      <w:pPr>
        <w:spacing w:after="40"/>
      </w:pPr>
    </w:p>
    <w:p w14:paraId="37306C39" w14:textId="77777777" w:rsidR="00612663" w:rsidRDefault="00612663">
      <w:pPr>
        <w:pStyle w:val="Ttulo1"/>
      </w:pPr>
      <w:r>
        <w:rPr>
          <w:rFonts w:ascii="Calibri" w:hAnsi="Calibri"/>
        </w:rPr>
        <w:t>Cómo utilizar esta guía</w:t>
      </w:r>
    </w:p>
    <w:p w14:paraId="57B4A32B" w14:textId="77777777" w:rsidR="00612663" w:rsidRDefault="00612663">
      <w:r>
        <w:t>La parábola se presenta como una historia que sucede de verdad en el aula durante cuatro semanas. La oveja de peluche aparece, desaparece, es buscada y finalmente vuelve. El bolso de ganchillo crea expectación y guarda pequeñas pistas. La vivencia, el minimundo y la narración preceden siempre a la ficha.</w:t>
      </w:r>
    </w:p>
    <w:tbl>
      <w:tblPr>
        <w:tblW w:w="9749" w:type="dxa"/>
        <w:tblInd w:w="120" w:type="dxa"/>
        <w:tblLayout w:type="fixed"/>
        <w:tblLook w:val="04A0" w:firstRow="1" w:lastRow="0" w:firstColumn="1" w:lastColumn="0" w:noHBand="0" w:noVBand="1"/>
      </w:tblPr>
      <w:tblGrid>
        <w:gridCol w:w="2400"/>
        <w:gridCol w:w="7349"/>
      </w:tblGrid>
      <w:tr w:rsidR="008F6CE8" w14:paraId="00F4B56F" w14:textId="77777777">
        <w:tc>
          <w:tcPr>
            <w:tcW w:w="2400" w:type="dxa"/>
            <w:shd w:val="clear" w:color="auto" w:fill="E8EEF5"/>
            <w:tcMar>
              <w:top w:w="100" w:type="dxa"/>
              <w:left w:w="130" w:type="dxa"/>
              <w:bottom w:w="100" w:type="dxa"/>
              <w:right w:w="130" w:type="dxa"/>
            </w:tcMar>
            <w:vAlign w:val="center"/>
          </w:tcPr>
          <w:p w14:paraId="47E48801" w14:textId="77777777" w:rsidR="00612663" w:rsidRDefault="00612663">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254270F9" w14:textId="77777777" w:rsidR="00612663" w:rsidRDefault="00612663">
            <w:pPr>
              <w:spacing w:after="0"/>
            </w:pPr>
            <w:r>
              <w:rPr>
                <w:sz w:val="21"/>
              </w:rPr>
              <w:t>4 sesiones de 45-60 minutos, adaptables al ritmo del grupo.</w:t>
            </w:r>
          </w:p>
        </w:tc>
      </w:tr>
      <w:tr w:rsidR="008F6CE8" w14:paraId="4B7AC6C9" w14:textId="77777777">
        <w:tc>
          <w:tcPr>
            <w:tcW w:w="2400" w:type="dxa"/>
            <w:shd w:val="clear" w:color="auto" w:fill="E8EEF5"/>
            <w:tcMar>
              <w:top w:w="100" w:type="dxa"/>
              <w:left w:w="130" w:type="dxa"/>
              <w:bottom w:w="100" w:type="dxa"/>
              <w:right w:w="130" w:type="dxa"/>
            </w:tcMar>
            <w:vAlign w:val="center"/>
          </w:tcPr>
          <w:p w14:paraId="46E126E9" w14:textId="77777777" w:rsidR="00612663" w:rsidRDefault="00612663">
            <w:pPr>
              <w:spacing w:after="0"/>
            </w:pPr>
            <w:r>
              <w:rPr>
                <w:b/>
                <w:color w:val="1F4D78"/>
                <w:sz w:val="21"/>
              </w:rPr>
              <w:t>Relato bíblico</w:t>
            </w:r>
          </w:p>
        </w:tc>
        <w:tc>
          <w:tcPr>
            <w:tcW w:w="7349" w:type="dxa"/>
            <w:shd w:val="clear" w:color="auto" w:fill="FFFFFF"/>
            <w:tcMar>
              <w:top w:w="100" w:type="dxa"/>
              <w:left w:w="130" w:type="dxa"/>
              <w:bottom w:w="100" w:type="dxa"/>
              <w:right w:w="130" w:type="dxa"/>
            </w:tcMar>
            <w:vAlign w:val="center"/>
          </w:tcPr>
          <w:p w14:paraId="469E8C57" w14:textId="77777777" w:rsidR="00612663" w:rsidRDefault="00612663">
            <w:pPr>
              <w:spacing w:after="0"/>
            </w:pPr>
            <w:r>
              <w:rPr>
                <w:sz w:val="21"/>
              </w:rPr>
              <w:t>Parábola de la oveja perdida (cf. Lc 15,3-7; Mt 18,12-14).</w:t>
            </w:r>
          </w:p>
        </w:tc>
      </w:tr>
      <w:tr w:rsidR="008F6CE8" w14:paraId="1B50BCB3" w14:textId="77777777">
        <w:tc>
          <w:tcPr>
            <w:tcW w:w="2400" w:type="dxa"/>
            <w:shd w:val="clear" w:color="auto" w:fill="E8EEF5"/>
            <w:tcMar>
              <w:top w:w="100" w:type="dxa"/>
              <w:left w:w="130" w:type="dxa"/>
              <w:bottom w:w="100" w:type="dxa"/>
              <w:right w:w="130" w:type="dxa"/>
            </w:tcMar>
            <w:vAlign w:val="center"/>
          </w:tcPr>
          <w:p w14:paraId="4028FD6A" w14:textId="77777777" w:rsidR="00612663" w:rsidRDefault="00612663">
            <w:pPr>
              <w:spacing w:after="0"/>
            </w:pPr>
            <w:r>
              <w:rPr>
                <w:b/>
                <w:color w:val="1F4D78"/>
                <w:sz w:val="21"/>
              </w:rPr>
              <w:t>Productos</w:t>
            </w:r>
          </w:p>
        </w:tc>
        <w:tc>
          <w:tcPr>
            <w:tcW w:w="7349" w:type="dxa"/>
            <w:shd w:val="clear" w:color="auto" w:fill="FFFFFF"/>
            <w:tcMar>
              <w:top w:w="100" w:type="dxa"/>
              <w:left w:w="130" w:type="dxa"/>
              <w:bottom w:w="100" w:type="dxa"/>
              <w:right w:w="130" w:type="dxa"/>
            </w:tcMar>
            <w:vAlign w:val="center"/>
          </w:tcPr>
          <w:p w14:paraId="7F8E90AA" w14:textId="77777777" w:rsidR="00612663" w:rsidRDefault="00612663">
            <w:pPr>
              <w:spacing w:after="0"/>
            </w:pPr>
            <w:r>
              <w:rPr>
                <w:sz w:val="21"/>
              </w:rPr>
              <w:t>Cuatro fichas: lana y dibujo; huellas; gomets; dibujo personal junto a Jesús.</w:t>
            </w:r>
          </w:p>
        </w:tc>
      </w:tr>
      <w:tr w:rsidR="008F6CE8" w14:paraId="0F14BD4D" w14:textId="77777777">
        <w:tc>
          <w:tcPr>
            <w:tcW w:w="2400" w:type="dxa"/>
            <w:shd w:val="clear" w:color="auto" w:fill="E8EEF5"/>
            <w:tcMar>
              <w:top w:w="100" w:type="dxa"/>
              <w:left w:w="130" w:type="dxa"/>
              <w:bottom w:w="100" w:type="dxa"/>
              <w:right w:w="130" w:type="dxa"/>
            </w:tcMar>
            <w:vAlign w:val="center"/>
          </w:tcPr>
          <w:p w14:paraId="0363EB15" w14:textId="77777777" w:rsidR="00612663" w:rsidRDefault="00612663">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2B3E461E" w14:textId="77777777" w:rsidR="00612663" w:rsidRDefault="00612663">
            <w:pPr>
              <w:spacing w:after="0"/>
            </w:pPr>
            <w:r>
              <w:rPr>
                <w:sz w:val="21"/>
              </w:rPr>
              <w:t>Sorpresa, relato breve, búsqueda real, minimundo, juego simbólico, audiovisual y expresión artística.</w:t>
            </w:r>
          </w:p>
        </w:tc>
      </w:tr>
      <w:tr w:rsidR="008F6CE8" w14:paraId="67104BBE" w14:textId="77777777">
        <w:tc>
          <w:tcPr>
            <w:tcW w:w="2400" w:type="dxa"/>
            <w:shd w:val="clear" w:color="auto" w:fill="E8EEF5"/>
            <w:tcMar>
              <w:top w:w="100" w:type="dxa"/>
              <w:left w:w="130" w:type="dxa"/>
              <w:bottom w:w="100" w:type="dxa"/>
              <w:right w:w="130" w:type="dxa"/>
            </w:tcMar>
            <w:vAlign w:val="center"/>
          </w:tcPr>
          <w:p w14:paraId="29AEE2A1" w14:textId="77777777" w:rsidR="00612663" w:rsidRDefault="00612663">
            <w:pPr>
              <w:spacing w:after="0"/>
            </w:pPr>
            <w:r>
              <w:rPr>
                <w:b/>
                <w:color w:val="1F4D78"/>
                <w:sz w:val="21"/>
              </w:rPr>
              <w:t>Criterio material</w:t>
            </w:r>
          </w:p>
        </w:tc>
        <w:tc>
          <w:tcPr>
            <w:tcW w:w="7349" w:type="dxa"/>
            <w:shd w:val="clear" w:color="auto" w:fill="FFFFFF"/>
            <w:tcMar>
              <w:top w:w="100" w:type="dxa"/>
              <w:left w:w="130" w:type="dxa"/>
              <w:bottom w:w="100" w:type="dxa"/>
              <w:right w:w="130" w:type="dxa"/>
            </w:tcMar>
            <w:vAlign w:val="center"/>
          </w:tcPr>
          <w:p w14:paraId="3539020C" w14:textId="77777777" w:rsidR="00612663" w:rsidRDefault="00612663">
            <w:pPr>
              <w:spacing w:after="0"/>
            </w:pPr>
            <w:r>
              <w:rPr>
                <w:sz w:val="21"/>
              </w:rPr>
              <w:t>Usar la oveja, el bolso, figuras, telas, bastón y consumibles ya disponibles; no comprar.</w:t>
            </w:r>
          </w:p>
        </w:tc>
      </w:tr>
    </w:tbl>
    <w:p w14:paraId="77369981" w14:textId="77777777" w:rsidR="00612663" w:rsidRDefault="00612663">
      <w:r>
        <w:br w:type="page"/>
      </w:r>
    </w:p>
    <w:p w14:paraId="04ABCFC5" w14:textId="77777777" w:rsidR="00612663" w:rsidRDefault="00612663">
      <w:pPr>
        <w:pStyle w:val="Ttulo1"/>
      </w:pPr>
      <w:r>
        <w:rPr>
          <w:rFonts w:ascii="Calibri" w:hAnsi="Calibri"/>
        </w:rPr>
        <w:lastRenderedPageBreak/>
        <w:t>1. Antes de comenzar</w:t>
      </w:r>
    </w:p>
    <w:p w14:paraId="4E4E6D3E" w14:textId="77777777" w:rsidR="00612663" w:rsidRDefault="00612663">
      <w:pPr>
        <w:pStyle w:val="Ttulo2"/>
      </w:pPr>
      <w:r>
        <w:rPr>
          <w:rFonts w:ascii="Calibri" w:hAnsi="Calibri"/>
        </w:rPr>
        <w:t>Inventario real del aula</w:t>
      </w:r>
    </w:p>
    <w:tbl>
      <w:tblPr>
        <w:tblW w:w="9749" w:type="dxa"/>
        <w:tblInd w:w="120" w:type="dxa"/>
        <w:tblLayout w:type="fixed"/>
        <w:tblLook w:val="04A0" w:firstRow="1" w:lastRow="0" w:firstColumn="1" w:lastColumn="0" w:noHBand="0" w:noVBand="1"/>
      </w:tblPr>
      <w:tblGrid>
        <w:gridCol w:w="2450"/>
        <w:gridCol w:w="7299"/>
      </w:tblGrid>
      <w:tr w:rsidR="008F6CE8" w14:paraId="67F3F30F" w14:textId="77777777">
        <w:tc>
          <w:tcPr>
            <w:tcW w:w="2450" w:type="dxa"/>
            <w:shd w:val="clear" w:color="auto" w:fill="EAF4EE"/>
            <w:tcMar>
              <w:top w:w="100" w:type="dxa"/>
              <w:left w:w="130" w:type="dxa"/>
              <w:bottom w:w="100" w:type="dxa"/>
              <w:right w:w="130" w:type="dxa"/>
            </w:tcMar>
            <w:vAlign w:val="center"/>
          </w:tcPr>
          <w:p w14:paraId="31C1B19A" w14:textId="77777777" w:rsidR="00612663" w:rsidRDefault="00612663">
            <w:pPr>
              <w:spacing w:after="0"/>
            </w:pPr>
            <w:r>
              <w:rPr>
                <w:b/>
                <w:color w:val="1F4D78"/>
                <w:sz w:val="21"/>
              </w:rPr>
              <w:t>Personaje</w:t>
            </w:r>
          </w:p>
        </w:tc>
        <w:tc>
          <w:tcPr>
            <w:tcW w:w="7299" w:type="dxa"/>
            <w:shd w:val="clear" w:color="auto" w:fill="FFFFFF"/>
            <w:tcMar>
              <w:top w:w="100" w:type="dxa"/>
              <w:left w:w="130" w:type="dxa"/>
              <w:bottom w:w="100" w:type="dxa"/>
              <w:right w:w="130" w:type="dxa"/>
            </w:tcMar>
            <w:vAlign w:val="center"/>
          </w:tcPr>
          <w:p w14:paraId="6EC71EC2" w14:textId="77777777" w:rsidR="00612663" w:rsidRDefault="00612663">
            <w:pPr>
              <w:spacing w:after="0"/>
            </w:pPr>
            <w:r>
              <w:rPr>
                <w:sz w:val="21"/>
              </w:rPr>
              <w:t>Oveja de peluche, protagonista visible del tema.</w:t>
            </w:r>
          </w:p>
        </w:tc>
      </w:tr>
      <w:tr w:rsidR="008F6CE8" w14:paraId="204787CB" w14:textId="77777777">
        <w:tc>
          <w:tcPr>
            <w:tcW w:w="2450" w:type="dxa"/>
            <w:shd w:val="clear" w:color="auto" w:fill="EAF4EE"/>
            <w:tcMar>
              <w:top w:w="100" w:type="dxa"/>
              <w:left w:w="130" w:type="dxa"/>
              <w:bottom w:w="100" w:type="dxa"/>
              <w:right w:w="130" w:type="dxa"/>
            </w:tcMar>
            <w:vAlign w:val="center"/>
          </w:tcPr>
          <w:p w14:paraId="14C06696" w14:textId="77777777" w:rsidR="00612663" w:rsidRDefault="00612663">
            <w:pPr>
              <w:spacing w:after="0"/>
            </w:pPr>
            <w:r>
              <w:rPr>
                <w:b/>
                <w:color w:val="1F4D78"/>
                <w:sz w:val="21"/>
              </w:rPr>
              <w:t>Objeto sorpresa</w:t>
            </w:r>
          </w:p>
        </w:tc>
        <w:tc>
          <w:tcPr>
            <w:tcW w:w="7299" w:type="dxa"/>
            <w:shd w:val="clear" w:color="auto" w:fill="FFFFFF"/>
            <w:tcMar>
              <w:top w:w="100" w:type="dxa"/>
              <w:left w:w="130" w:type="dxa"/>
              <w:bottom w:w="100" w:type="dxa"/>
              <w:right w:w="130" w:type="dxa"/>
            </w:tcMar>
            <w:vAlign w:val="center"/>
          </w:tcPr>
          <w:p w14:paraId="342C3DB1" w14:textId="77777777" w:rsidR="00612663" w:rsidRDefault="00612663">
            <w:pPr>
              <w:spacing w:after="0"/>
            </w:pPr>
            <w:r>
              <w:rPr>
                <w:sz w:val="21"/>
              </w:rPr>
              <w:t>Bolso de ganchillo con forma de oveja.</w:t>
            </w:r>
          </w:p>
        </w:tc>
      </w:tr>
      <w:tr w:rsidR="008F6CE8" w14:paraId="580565BA" w14:textId="77777777">
        <w:tc>
          <w:tcPr>
            <w:tcW w:w="2450" w:type="dxa"/>
            <w:shd w:val="clear" w:color="auto" w:fill="EAF4EE"/>
            <w:tcMar>
              <w:top w:w="100" w:type="dxa"/>
              <w:left w:w="130" w:type="dxa"/>
              <w:bottom w:w="100" w:type="dxa"/>
              <w:right w:w="130" w:type="dxa"/>
            </w:tcMar>
            <w:vAlign w:val="center"/>
          </w:tcPr>
          <w:p w14:paraId="73313E13" w14:textId="77777777" w:rsidR="00612663" w:rsidRDefault="00612663">
            <w:pPr>
              <w:spacing w:after="0"/>
            </w:pPr>
            <w:r>
              <w:rPr>
                <w:b/>
                <w:color w:val="1F4D78"/>
                <w:sz w:val="21"/>
              </w:rPr>
              <w:t>Relato audiovisual</w:t>
            </w:r>
          </w:p>
        </w:tc>
        <w:tc>
          <w:tcPr>
            <w:tcW w:w="7299" w:type="dxa"/>
            <w:shd w:val="clear" w:color="auto" w:fill="FFFFFF"/>
            <w:tcMar>
              <w:top w:w="100" w:type="dxa"/>
              <w:left w:w="130" w:type="dxa"/>
              <w:bottom w:w="100" w:type="dxa"/>
              <w:right w:w="130" w:type="dxa"/>
            </w:tcMar>
            <w:vAlign w:val="center"/>
          </w:tcPr>
          <w:p w14:paraId="43275C1C" w14:textId="77777777" w:rsidR="00612663" w:rsidRDefault="00612663">
            <w:pPr>
              <w:spacing w:after="0"/>
            </w:pPr>
            <w:r>
              <w:rPr>
                <w:sz w:val="21"/>
              </w:rPr>
              <w:t>Vídeos y canciones de Valiván sobre la oveja perdida.</w:t>
            </w:r>
          </w:p>
        </w:tc>
      </w:tr>
      <w:tr w:rsidR="008F6CE8" w14:paraId="3DC77A2F" w14:textId="77777777">
        <w:tc>
          <w:tcPr>
            <w:tcW w:w="2450" w:type="dxa"/>
            <w:shd w:val="clear" w:color="auto" w:fill="EAF4EE"/>
            <w:tcMar>
              <w:top w:w="100" w:type="dxa"/>
              <w:left w:w="130" w:type="dxa"/>
              <w:bottom w:w="100" w:type="dxa"/>
              <w:right w:w="130" w:type="dxa"/>
            </w:tcMar>
            <w:vAlign w:val="center"/>
          </w:tcPr>
          <w:p w14:paraId="621C7C51" w14:textId="77777777" w:rsidR="00612663" w:rsidRDefault="00612663">
            <w:pPr>
              <w:spacing w:after="0"/>
            </w:pPr>
            <w:r>
              <w:rPr>
                <w:b/>
                <w:color w:val="1F4D78"/>
                <w:sz w:val="21"/>
              </w:rPr>
              <w:t>Minimundo</w:t>
            </w:r>
          </w:p>
        </w:tc>
        <w:tc>
          <w:tcPr>
            <w:tcW w:w="7299" w:type="dxa"/>
            <w:shd w:val="clear" w:color="auto" w:fill="FFFFFF"/>
            <w:tcMar>
              <w:top w:w="100" w:type="dxa"/>
              <w:left w:w="130" w:type="dxa"/>
              <w:bottom w:w="100" w:type="dxa"/>
              <w:right w:w="130" w:type="dxa"/>
            </w:tcMar>
            <w:vAlign w:val="center"/>
          </w:tcPr>
          <w:p w14:paraId="79DA10E7" w14:textId="77777777" w:rsidR="00612663" w:rsidRDefault="00612663">
            <w:pPr>
              <w:spacing w:after="0"/>
            </w:pPr>
            <w:r>
              <w:rPr>
                <w:sz w:val="21"/>
              </w:rPr>
              <w:t>Pastor y ovejas del belén, telas verdes y marrones, piedras, bloques y pequeñas vallas.</w:t>
            </w:r>
          </w:p>
        </w:tc>
      </w:tr>
      <w:tr w:rsidR="008F6CE8" w14:paraId="23A60ADA" w14:textId="77777777">
        <w:tc>
          <w:tcPr>
            <w:tcW w:w="2450" w:type="dxa"/>
            <w:shd w:val="clear" w:color="auto" w:fill="EAF4EE"/>
            <w:tcMar>
              <w:top w:w="100" w:type="dxa"/>
              <w:left w:w="130" w:type="dxa"/>
              <w:bottom w:w="100" w:type="dxa"/>
              <w:right w:w="130" w:type="dxa"/>
            </w:tcMar>
            <w:vAlign w:val="center"/>
          </w:tcPr>
          <w:p w14:paraId="28A7381D" w14:textId="77777777" w:rsidR="00612663" w:rsidRDefault="00612663">
            <w:pPr>
              <w:spacing w:after="0"/>
            </w:pPr>
            <w:r>
              <w:rPr>
                <w:b/>
                <w:color w:val="1F4D78"/>
                <w:sz w:val="21"/>
              </w:rPr>
              <w:t>Teatro</w:t>
            </w:r>
          </w:p>
        </w:tc>
        <w:tc>
          <w:tcPr>
            <w:tcW w:w="7299" w:type="dxa"/>
            <w:shd w:val="clear" w:color="auto" w:fill="FFFFFF"/>
            <w:tcMar>
              <w:top w:w="100" w:type="dxa"/>
              <w:left w:w="130" w:type="dxa"/>
              <w:bottom w:w="100" w:type="dxa"/>
              <w:right w:w="130" w:type="dxa"/>
            </w:tcMar>
            <w:vAlign w:val="center"/>
          </w:tcPr>
          <w:p w14:paraId="32207E9D" w14:textId="77777777" w:rsidR="00612663" w:rsidRDefault="00612663">
            <w:pPr>
              <w:spacing w:after="0"/>
            </w:pPr>
            <w:r>
              <w:rPr>
                <w:sz w:val="21"/>
              </w:rPr>
              <w:t>Bastón de pastor, túnicas y pañuelos ya existentes.</w:t>
            </w:r>
          </w:p>
        </w:tc>
      </w:tr>
      <w:tr w:rsidR="008F6CE8" w14:paraId="0FEDD225" w14:textId="77777777">
        <w:tc>
          <w:tcPr>
            <w:tcW w:w="2450" w:type="dxa"/>
            <w:shd w:val="clear" w:color="auto" w:fill="EAF4EE"/>
            <w:tcMar>
              <w:top w:w="100" w:type="dxa"/>
              <w:left w:w="130" w:type="dxa"/>
              <w:bottom w:w="100" w:type="dxa"/>
              <w:right w:w="130" w:type="dxa"/>
            </w:tcMar>
            <w:vAlign w:val="center"/>
          </w:tcPr>
          <w:p w14:paraId="33FB216A" w14:textId="77777777" w:rsidR="00612663" w:rsidRDefault="00612663">
            <w:pPr>
              <w:spacing w:after="0"/>
            </w:pPr>
            <w:r>
              <w:rPr>
                <w:b/>
                <w:color w:val="1F4D78"/>
                <w:sz w:val="21"/>
              </w:rPr>
              <w:t>Asamblea</w:t>
            </w:r>
          </w:p>
        </w:tc>
        <w:tc>
          <w:tcPr>
            <w:tcW w:w="7299" w:type="dxa"/>
            <w:shd w:val="clear" w:color="auto" w:fill="FFFFFF"/>
            <w:tcMar>
              <w:top w:w="100" w:type="dxa"/>
              <w:left w:w="130" w:type="dxa"/>
              <w:bottom w:w="100" w:type="dxa"/>
              <w:right w:w="130" w:type="dxa"/>
            </w:tcMar>
            <w:vAlign w:val="center"/>
          </w:tcPr>
          <w:p w14:paraId="443DBFA4" w14:textId="77777777" w:rsidR="00612663" w:rsidRDefault="00612663">
            <w:pPr>
              <w:spacing w:after="0"/>
            </w:pPr>
            <w:r>
              <w:rPr>
                <w:sz w:val="21"/>
              </w:rPr>
              <w:t>Jesús grande y fotografías del alumnado con velcro.</w:t>
            </w:r>
          </w:p>
        </w:tc>
      </w:tr>
      <w:tr w:rsidR="008F6CE8" w14:paraId="08B21A5B" w14:textId="77777777">
        <w:tc>
          <w:tcPr>
            <w:tcW w:w="2450" w:type="dxa"/>
            <w:shd w:val="clear" w:color="auto" w:fill="EAF4EE"/>
            <w:tcMar>
              <w:top w:w="100" w:type="dxa"/>
              <w:left w:w="130" w:type="dxa"/>
              <w:bottom w:w="100" w:type="dxa"/>
              <w:right w:w="130" w:type="dxa"/>
            </w:tcMar>
            <w:vAlign w:val="center"/>
          </w:tcPr>
          <w:p w14:paraId="31A38792" w14:textId="77777777" w:rsidR="00612663" w:rsidRDefault="00612663">
            <w:pPr>
              <w:spacing w:after="0"/>
            </w:pPr>
            <w:r>
              <w:rPr>
                <w:b/>
                <w:color w:val="1F4D78"/>
                <w:sz w:val="21"/>
              </w:rPr>
              <w:t>Fichas</w:t>
            </w:r>
          </w:p>
        </w:tc>
        <w:tc>
          <w:tcPr>
            <w:tcW w:w="7299" w:type="dxa"/>
            <w:shd w:val="clear" w:color="auto" w:fill="FFFFFF"/>
            <w:tcMar>
              <w:top w:w="100" w:type="dxa"/>
              <w:left w:w="130" w:type="dxa"/>
              <w:bottom w:w="100" w:type="dxa"/>
              <w:right w:w="130" w:type="dxa"/>
            </w:tcMar>
            <w:vAlign w:val="center"/>
          </w:tcPr>
          <w:p w14:paraId="6994B35E" w14:textId="77777777" w:rsidR="00612663" w:rsidRDefault="00612663">
            <w:pPr>
              <w:spacing w:after="0"/>
            </w:pPr>
            <w:r>
              <w:rPr>
                <w:sz w:val="21"/>
              </w:rPr>
              <w:t>Lana, pegamento, pintura lavable, gomets de colores y ceras gruesas.</w:t>
            </w:r>
          </w:p>
        </w:tc>
      </w:tr>
      <w:tr w:rsidR="008F6CE8" w14:paraId="167E7EEA" w14:textId="77777777">
        <w:tc>
          <w:tcPr>
            <w:tcW w:w="9749" w:type="dxa"/>
            <w:gridSpan w:val="2"/>
            <w:shd w:val="clear" w:color="auto" w:fill="FFF4D8"/>
            <w:tcMar>
              <w:top w:w="100" w:type="dxa"/>
              <w:left w:w="130" w:type="dxa"/>
              <w:bottom w:w="100" w:type="dxa"/>
              <w:right w:w="130" w:type="dxa"/>
            </w:tcMar>
            <w:vAlign w:val="center"/>
          </w:tcPr>
          <w:p w14:paraId="33A9DC8B" w14:textId="77777777" w:rsidR="00612663" w:rsidRDefault="00612663">
            <w:pPr>
              <w:spacing w:after="40" w:line="288" w:lineRule="auto"/>
            </w:pPr>
            <w:r>
              <w:rPr>
                <w:b/>
                <w:color w:val="1F4D78"/>
              </w:rPr>
              <w:t xml:space="preserve">Decisión del proyecto  </w:t>
            </w:r>
            <w:r>
              <w:t>No fabricar un material paralelo si el objeto real ya cumple la función. La oveja de peluche y el bolso aportan afecto, sorpresa y continuidad a todo el relato.</w:t>
            </w:r>
          </w:p>
        </w:tc>
      </w:tr>
    </w:tbl>
    <w:p w14:paraId="0DD79640" w14:textId="77777777" w:rsidR="00612663" w:rsidRDefault="00612663">
      <w:pPr>
        <w:spacing w:after="40"/>
      </w:pPr>
    </w:p>
    <w:p w14:paraId="22ABD46B" w14:textId="77777777" w:rsidR="00612663" w:rsidRDefault="00612663">
      <w:pPr>
        <w:pStyle w:val="Ttulo2"/>
      </w:pPr>
      <w:r>
        <w:rPr>
          <w:rFonts w:ascii="Calibri" w:hAnsi="Calibri"/>
        </w:rPr>
        <w:t>La secuencia narrativa visible</w:t>
      </w:r>
    </w:p>
    <w:p w14:paraId="3500C511" w14:textId="77777777" w:rsidR="00612663" w:rsidRDefault="00612663">
      <w:pPr>
        <w:spacing w:after="100"/>
      </w:pPr>
      <w:r>
        <w:rPr>
          <w:b/>
          <w:color w:val="1F4D78"/>
        </w:rPr>
        <w:t xml:space="preserve">Semana 1 · Está con nosotros: </w:t>
      </w:r>
      <w:r>
        <w:t>La oveja sale del bolso y conoce el aula. El pastor la cuida.</w:t>
      </w:r>
    </w:p>
    <w:p w14:paraId="7994FFDA" w14:textId="77777777" w:rsidR="00612663" w:rsidRDefault="00612663">
      <w:pPr>
        <w:spacing w:after="100"/>
      </w:pPr>
      <w:r>
        <w:rPr>
          <w:b/>
          <w:color w:val="1F4D78"/>
        </w:rPr>
        <w:t xml:space="preserve">Semana 2 · No está: </w:t>
      </w:r>
      <w:r>
        <w:t>El bolso aparece vacío y comienza una búsqueda sencilla y segura.</w:t>
      </w:r>
    </w:p>
    <w:p w14:paraId="642856DD" w14:textId="77777777" w:rsidR="00612663" w:rsidRDefault="00612663">
      <w:pPr>
        <w:spacing w:after="100"/>
      </w:pPr>
      <w:r>
        <w:rPr>
          <w:b/>
          <w:color w:val="1F4D78"/>
        </w:rPr>
        <w:t xml:space="preserve">Semana 3 · La encontramos: </w:t>
      </w:r>
      <w:r>
        <w:t>La oveja vuelve y celebramos el encuentro con alegría serena.</w:t>
      </w:r>
    </w:p>
    <w:p w14:paraId="7A99421C" w14:textId="77777777" w:rsidR="00612663" w:rsidRDefault="00612663">
      <w:pPr>
        <w:spacing w:after="100"/>
      </w:pPr>
      <w:r>
        <w:rPr>
          <w:b/>
          <w:color w:val="1F4D78"/>
        </w:rPr>
        <w:t xml:space="preserve">Semana 4 · Somos importantes: </w:t>
      </w:r>
      <w:r>
        <w:t>Las fotos de los niños se colocan junto a Jesús: Él conoce a cada uno.</w:t>
      </w:r>
    </w:p>
    <w:p w14:paraId="648A269A" w14:textId="77777777" w:rsidR="00612663" w:rsidRDefault="00612663">
      <w:pPr>
        <w:pStyle w:val="Ttulo2"/>
      </w:pPr>
      <w:r>
        <w:rPr>
          <w:rFonts w:ascii="Calibri" w:hAnsi="Calibri"/>
        </w:rPr>
        <w:t>Cómo utilizar el vídeo de Valiván</w:t>
      </w:r>
    </w:p>
    <w:p w14:paraId="22F7DAA8" w14:textId="77777777" w:rsidR="00612663" w:rsidRDefault="00612663">
      <w:r>
        <w:t>El audiovisual refuerza una experiencia ya vivida. Presentar primero el objeto, el relato oral y el minimundo; después mostrar la canción o un fragmento breve y significativo. A los tres años no es necesario ver siempre el vídeo completo. Conviene anticipar qué van a mirar y cerrar con una pregunta sencilla: «¿Qué hizo el pastor?» o «¿Cómo se puso cuando la encontró?».</w:t>
      </w:r>
    </w:p>
    <w:tbl>
      <w:tblPr>
        <w:tblW w:w="9749" w:type="dxa"/>
        <w:tblInd w:w="120" w:type="dxa"/>
        <w:tblLayout w:type="fixed"/>
        <w:tblLook w:val="04A0" w:firstRow="1" w:lastRow="0" w:firstColumn="1" w:lastColumn="0" w:noHBand="0" w:noVBand="1"/>
      </w:tblPr>
      <w:tblGrid>
        <w:gridCol w:w="9749"/>
      </w:tblGrid>
      <w:tr w:rsidR="008F6CE8" w14:paraId="3143CDA5" w14:textId="77777777">
        <w:tc>
          <w:tcPr>
            <w:tcW w:w="9749" w:type="dxa"/>
            <w:shd w:val="clear" w:color="auto" w:fill="E8EEF5"/>
            <w:tcMar>
              <w:top w:w="100" w:type="dxa"/>
              <w:left w:w="130" w:type="dxa"/>
              <w:bottom w:w="100" w:type="dxa"/>
              <w:right w:w="130" w:type="dxa"/>
            </w:tcMar>
            <w:vAlign w:val="center"/>
          </w:tcPr>
          <w:p w14:paraId="198C2A69" w14:textId="77777777" w:rsidR="00612663" w:rsidRDefault="00612663">
            <w:pPr>
              <w:spacing w:after="40" w:line="288" w:lineRule="auto"/>
            </w:pPr>
            <w:r>
              <w:rPr>
                <w:b/>
                <w:color w:val="1F4D78"/>
              </w:rPr>
              <w:t xml:space="preserve">Criterio audiovisual  </w:t>
            </w:r>
            <w:r>
              <w:t>Evitar enlazar varios vídeos o utilizarlos como tiempo de espera. Un fragmento elegido, visto juntos y comentado, tiene más valor que una reproducción larga.</w:t>
            </w:r>
          </w:p>
        </w:tc>
      </w:tr>
    </w:tbl>
    <w:p w14:paraId="11350212" w14:textId="77777777" w:rsidR="00612663" w:rsidRDefault="00612663">
      <w:pPr>
        <w:spacing w:after="40"/>
      </w:pPr>
    </w:p>
    <w:p w14:paraId="399D18D3" w14:textId="77777777" w:rsidR="00612663" w:rsidRDefault="00612663">
      <w:pPr>
        <w:pStyle w:val="Ttulo2"/>
      </w:pPr>
      <w:r>
        <w:rPr>
          <w:rFonts w:ascii="Calibri" w:hAnsi="Calibri"/>
        </w:rPr>
        <w:t>Búsqueda segura y emocionalmente amable</w:t>
      </w:r>
    </w:p>
    <w:p w14:paraId="5ACE178A" w14:textId="77777777" w:rsidR="00612663" w:rsidRDefault="00612663">
      <w:r>
        <w:t>Esconder la oveja en un lugar accesible, visible al acercarse y sin riesgos. La búsqueda debe durar poco. En la semana 2, terminar con una pista clara y la certeza de que está segura; el encuentro se reserva para la semana 3. Si algún niño se angustia, mostrar una pista inmediata o permitir que mire dentro del bolso. La finalidad es comprender que el pastor no abandona, no provocar miedo a perderse.</w:t>
      </w:r>
    </w:p>
    <w:p w14:paraId="2F69EE83" w14:textId="77777777" w:rsidR="00612663" w:rsidRDefault="00612663">
      <w:pPr>
        <w:pStyle w:val="Ttulo2"/>
      </w:pPr>
      <w:r>
        <w:rPr>
          <w:rFonts w:ascii="Calibri" w:hAnsi="Calibri"/>
        </w:rPr>
        <w:lastRenderedPageBreak/>
        <w:t>Rutina común</w:t>
      </w:r>
    </w:p>
    <w:p w14:paraId="0DEFE837" w14:textId="77777777" w:rsidR="00612663" w:rsidRDefault="00612663">
      <w:r>
        <w:t>Acogida; apertura del bolso; recuerdo de la escena anterior; relato o búsqueda; mensaje religioso; oración breve; espacios Montessori; ficha; recogida y despedida. El vídeo puede situarse después del relato o al final, nunca como único desarrollo de la sesión.</w:t>
      </w:r>
    </w:p>
    <w:p w14:paraId="47AC4A8A" w14:textId="77777777" w:rsidR="00612663" w:rsidRDefault="00612663">
      <w:pPr>
        <w:pStyle w:val="Ttulo1"/>
      </w:pPr>
      <w:r>
        <w:rPr>
          <w:rFonts w:ascii="Calibri" w:hAnsi="Calibri"/>
        </w:rPr>
        <w:t>2. Referencia curricular</w:t>
      </w:r>
    </w:p>
    <w:p w14:paraId="37B471B1" w14:textId="77777777" w:rsidR="00612663" w:rsidRDefault="00612663">
      <w:r>
        <w:t>El tema se vincula al currículo de Religión Católica para el segundo ciclo de Educación Infantil (Resolución de 21 de junio de 2022, BOE-A-2022-10452, Anexo I). La selección se limita a los aprendizajes realmente movilizados.</w:t>
      </w:r>
    </w:p>
    <w:tbl>
      <w:tblPr>
        <w:tblW w:w="9749" w:type="dxa"/>
        <w:tblInd w:w="120" w:type="dxa"/>
        <w:tblLayout w:type="fixed"/>
        <w:tblLook w:val="04A0" w:firstRow="1" w:lastRow="0" w:firstColumn="1" w:lastColumn="0" w:noHBand="0" w:noVBand="1"/>
      </w:tblPr>
      <w:tblGrid>
        <w:gridCol w:w="2850"/>
        <w:gridCol w:w="6899"/>
      </w:tblGrid>
      <w:tr w:rsidR="008F6CE8" w14:paraId="376D1A59" w14:textId="77777777">
        <w:tc>
          <w:tcPr>
            <w:tcW w:w="2850" w:type="dxa"/>
            <w:shd w:val="clear" w:color="auto" w:fill="E8EEF5"/>
            <w:tcMar>
              <w:top w:w="100" w:type="dxa"/>
              <w:left w:w="130" w:type="dxa"/>
              <w:bottom w:w="100" w:type="dxa"/>
              <w:right w:w="130" w:type="dxa"/>
            </w:tcMar>
            <w:vAlign w:val="center"/>
          </w:tcPr>
          <w:p w14:paraId="207A59D0" w14:textId="77777777" w:rsidR="00612663" w:rsidRDefault="00612663">
            <w:pPr>
              <w:spacing w:after="0"/>
            </w:pPr>
            <w:r>
              <w:rPr>
                <w:b/>
                <w:color w:val="1F4D78"/>
                <w:sz w:val="21"/>
              </w:rPr>
              <w:t>Competencia específica 2</w:t>
            </w:r>
          </w:p>
        </w:tc>
        <w:tc>
          <w:tcPr>
            <w:tcW w:w="6899" w:type="dxa"/>
            <w:shd w:val="clear" w:color="auto" w:fill="FFFFFF"/>
            <w:tcMar>
              <w:top w:w="100" w:type="dxa"/>
              <w:left w:w="130" w:type="dxa"/>
              <w:bottom w:w="100" w:type="dxa"/>
              <w:right w:w="130" w:type="dxa"/>
            </w:tcMar>
            <w:vAlign w:val="center"/>
          </w:tcPr>
          <w:p w14:paraId="10D4311F" w14:textId="77777777" w:rsidR="00612663" w:rsidRDefault="00612663">
            <w:pPr>
              <w:spacing w:after="0"/>
            </w:pPr>
            <w:r>
              <w:rPr>
                <w:sz w:val="21"/>
              </w:rPr>
              <w:t>Criterios 2.1 y 2.2 · Acogida, amabilidad, escucha y agradecimiento a partir de la parábola y las experiencias compartidas.</w:t>
            </w:r>
          </w:p>
        </w:tc>
      </w:tr>
      <w:tr w:rsidR="008F6CE8" w14:paraId="3242018C" w14:textId="77777777">
        <w:tc>
          <w:tcPr>
            <w:tcW w:w="2850" w:type="dxa"/>
            <w:shd w:val="clear" w:color="auto" w:fill="E8EEF5"/>
            <w:tcMar>
              <w:top w:w="100" w:type="dxa"/>
              <w:left w:w="130" w:type="dxa"/>
              <w:bottom w:w="100" w:type="dxa"/>
              <w:right w:w="130" w:type="dxa"/>
            </w:tcMar>
            <w:vAlign w:val="center"/>
          </w:tcPr>
          <w:p w14:paraId="6F98A8FD" w14:textId="77777777" w:rsidR="00612663" w:rsidRDefault="00612663">
            <w:pPr>
              <w:spacing w:after="0"/>
            </w:pPr>
            <w:r>
              <w:rPr>
                <w:b/>
                <w:color w:val="1F4D78"/>
                <w:sz w:val="21"/>
              </w:rPr>
              <w:t>Competencia específica 3</w:t>
            </w:r>
          </w:p>
        </w:tc>
        <w:tc>
          <w:tcPr>
            <w:tcW w:w="6899" w:type="dxa"/>
            <w:shd w:val="clear" w:color="auto" w:fill="FFFFFF"/>
            <w:tcMar>
              <w:top w:w="100" w:type="dxa"/>
              <w:left w:w="130" w:type="dxa"/>
              <w:bottom w:w="100" w:type="dxa"/>
              <w:right w:w="130" w:type="dxa"/>
            </w:tcMar>
            <w:vAlign w:val="center"/>
          </w:tcPr>
          <w:p w14:paraId="4E97D7E3" w14:textId="77777777" w:rsidR="00612663" w:rsidRDefault="00612663">
            <w:pPr>
              <w:spacing w:after="0"/>
            </w:pPr>
            <w:r>
              <w:rPr>
                <w:sz w:val="21"/>
              </w:rPr>
              <w:t>Criterio 3.2 · Reconocimiento de cuidado, empatía y compasión en las acciones del pastor y en la vida del aula.</w:t>
            </w:r>
          </w:p>
        </w:tc>
      </w:tr>
      <w:tr w:rsidR="008F6CE8" w14:paraId="6A50806D" w14:textId="77777777">
        <w:tc>
          <w:tcPr>
            <w:tcW w:w="2850" w:type="dxa"/>
            <w:shd w:val="clear" w:color="auto" w:fill="E8EEF5"/>
            <w:tcMar>
              <w:top w:w="100" w:type="dxa"/>
              <w:left w:w="130" w:type="dxa"/>
              <w:bottom w:w="100" w:type="dxa"/>
              <w:right w:w="130" w:type="dxa"/>
            </w:tcMar>
            <w:vAlign w:val="center"/>
          </w:tcPr>
          <w:p w14:paraId="294228C9" w14:textId="77777777" w:rsidR="00612663" w:rsidRDefault="00612663">
            <w:pPr>
              <w:spacing w:after="0"/>
            </w:pPr>
            <w:r>
              <w:rPr>
                <w:b/>
                <w:color w:val="1F4D78"/>
                <w:sz w:val="21"/>
              </w:rPr>
              <w:t>Competencia específica 4</w:t>
            </w:r>
          </w:p>
        </w:tc>
        <w:tc>
          <w:tcPr>
            <w:tcW w:w="6899" w:type="dxa"/>
            <w:shd w:val="clear" w:color="auto" w:fill="FFFFFF"/>
            <w:tcMar>
              <w:top w:w="100" w:type="dxa"/>
              <w:left w:w="130" w:type="dxa"/>
              <w:bottom w:w="100" w:type="dxa"/>
              <w:right w:w="130" w:type="dxa"/>
            </w:tcMar>
            <w:vAlign w:val="center"/>
          </w:tcPr>
          <w:p w14:paraId="6A236116" w14:textId="77777777" w:rsidR="00612663" w:rsidRDefault="00612663">
            <w:pPr>
              <w:spacing w:after="0"/>
            </w:pPr>
            <w:r>
              <w:rPr>
                <w:sz w:val="21"/>
              </w:rPr>
              <w:t>Criterio 4.3 · Expresión artística y simbólica mediante lana, huellas, gomets, dibujo, juego y dramatización.</w:t>
            </w:r>
          </w:p>
        </w:tc>
      </w:tr>
      <w:tr w:rsidR="008F6CE8" w14:paraId="3F4451DA" w14:textId="77777777">
        <w:tc>
          <w:tcPr>
            <w:tcW w:w="2850" w:type="dxa"/>
            <w:shd w:val="clear" w:color="auto" w:fill="E8EEF5"/>
            <w:tcMar>
              <w:top w:w="100" w:type="dxa"/>
              <w:left w:w="130" w:type="dxa"/>
              <w:bottom w:w="100" w:type="dxa"/>
              <w:right w:w="130" w:type="dxa"/>
            </w:tcMar>
            <w:vAlign w:val="center"/>
          </w:tcPr>
          <w:p w14:paraId="2D5BC3F8" w14:textId="77777777" w:rsidR="00612663" w:rsidRDefault="00612663">
            <w:pPr>
              <w:spacing w:after="0"/>
            </w:pPr>
            <w:r>
              <w:rPr>
                <w:b/>
                <w:color w:val="1F4D78"/>
                <w:sz w:val="21"/>
              </w:rPr>
              <w:t>Competencia específica 5</w:t>
            </w:r>
          </w:p>
        </w:tc>
        <w:tc>
          <w:tcPr>
            <w:tcW w:w="6899" w:type="dxa"/>
            <w:shd w:val="clear" w:color="auto" w:fill="FFFFFF"/>
            <w:tcMar>
              <w:top w:w="100" w:type="dxa"/>
              <w:left w:w="130" w:type="dxa"/>
              <w:bottom w:w="100" w:type="dxa"/>
              <w:right w:w="130" w:type="dxa"/>
            </w:tcMar>
            <w:vAlign w:val="center"/>
          </w:tcPr>
          <w:p w14:paraId="3479C9ED" w14:textId="77777777" w:rsidR="00612663" w:rsidRDefault="00612663">
            <w:pPr>
              <w:spacing w:after="0"/>
            </w:pPr>
            <w:r>
              <w:rPr>
                <w:sz w:val="21"/>
              </w:rPr>
              <w:t>Criterios 5.1 y 5.2 · Emociones de ausencia, alivio y alegría; calma, canción y oración cristiana sencilla.</w:t>
            </w:r>
          </w:p>
        </w:tc>
      </w:tr>
      <w:tr w:rsidR="008F6CE8" w14:paraId="5BA73C0E" w14:textId="77777777">
        <w:tc>
          <w:tcPr>
            <w:tcW w:w="2850" w:type="dxa"/>
            <w:shd w:val="clear" w:color="auto" w:fill="E8EEF5"/>
            <w:tcMar>
              <w:top w:w="100" w:type="dxa"/>
              <w:left w:w="130" w:type="dxa"/>
              <w:bottom w:w="100" w:type="dxa"/>
              <w:right w:w="130" w:type="dxa"/>
            </w:tcMar>
            <w:vAlign w:val="center"/>
          </w:tcPr>
          <w:p w14:paraId="3B050059" w14:textId="77777777" w:rsidR="00612663" w:rsidRDefault="00612663">
            <w:pPr>
              <w:spacing w:after="0"/>
            </w:pPr>
            <w:r>
              <w:rPr>
                <w:b/>
                <w:color w:val="1F4D78"/>
                <w:sz w:val="21"/>
              </w:rPr>
              <w:t>Competencia específica 6</w:t>
            </w:r>
          </w:p>
        </w:tc>
        <w:tc>
          <w:tcPr>
            <w:tcW w:w="6899" w:type="dxa"/>
            <w:shd w:val="clear" w:color="auto" w:fill="FFFFFF"/>
            <w:tcMar>
              <w:top w:w="100" w:type="dxa"/>
              <w:left w:w="130" w:type="dxa"/>
              <w:bottom w:w="100" w:type="dxa"/>
              <w:right w:w="130" w:type="dxa"/>
            </w:tcMar>
            <w:vAlign w:val="center"/>
          </w:tcPr>
          <w:p w14:paraId="49EB1C3D" w14:textId="77777777" w:rsidR="00612663" w:rsidRDefault="00612663">
            <w:pPr>
              <w:spacing w:after="0"/>
            </w:pPr>
            <w:r>
              <w:rPr>
                <w:sz w:val="21"/>
              </w:rPr>
              <w:t>Criterios 6.1 y 6.2 · Jesús como centro del cristianismo y reconocimiento de sus actitudes de cuidado mediante una parábola del Evangelio.</w:t>
            </w:r>
          </w:p>
        </w:tc>
      </w:tr>
    </w:tbl>
    <w:p w14:paraId="39B7D481" w14:textId="77777777" w:rsidR="00612663" w:rsidRDefault="00612663">
      <w:pPr>
        <w:pStyle w:val="Ttulo2"/>
      </w:pPr>
      <w:r>
        <w:rPr>
          <w:rFonts w:ascii="Calibri" w:hAnsi="Calibri"/>
        </w:rPr>
        <w:t>Saberes básicos seleccionados</w:t>
      </w:r>
    </w:p>
    <w:p w14:paraId="5C603686" w14:textId="77777777" w:rsidR="00612663" w:rsidRDefault="00612663">
      <w:r>
        <w:t>A · El valor del ser humano, con sus límites y posibilidades, como hijo de Dios; expresión creativa a través de diferentes lenguajes; aprecio del silencio y la calma. B · Comunicación de emociones; actitudes de respeto, empatía, cuidado, amabilidad, acogida y gratitud; relatos bíblicos que muestran las acciones y sentimientos de Jesús hacia quienes necesitan cuidado. C · La Biblia como comunicación de Dios con las personas; Jesús de Nazaret como figura clave del cristianismo; oraciones y prácticas cristiana</w:t>
      </w:r>
      <w:r>
        <w:t>s del entorno.</w:t>
      </w:r>
    </w:p>
    <w:p w14:paraId="72188E77" w14:textId="77777777" w:rsidR="00612663" w:rsidRDefault="00612663">
      <w:pPr>
        <w:pStyle w:val="Ttulo2"/>
      </w:pPr>
      <w:r>
        <w:rPr>
          <w:rFonts w:ascii="Calibri" w:hAnsi="Calibri"/>
        </w:rPr>
        <w:t>Evidencias e instrumentos</w:t>
      </w:r>
    </w:p>
    <w:p w14:paraId="331E58A0" w14:textId="77777777" w:rsidR="00612663" w:rsidRDefault="00612663">
      <w:r>
        <w:t>2.1-2.2 y 3.2 · Acciones de cuidado, búsqueda cooperativa, acogida y expresión de emociones: observación directa y registro breve. 4.3 · Fichas 15-18, minimundo, dramatización y producciones con lana, huellas, gomets y dibujo: análisis de producciones y porfolio, sin valorar el acabado estético. 5.1-5.2 · Participación en calma, canción y oración: observación directa. 6.1-6.2 · Reconocimiento de Jesús, el pastor y la secuencia cuidar-buscar-encontrar-acoger: conversación guiada y lista de cotejo.</w:t>
      </w:r>
    </w:p>
    <w:p w14:paraId="2E3AD375" w14:textId="77777777" w:rsidR="00612663" w:rsidRDefault="00612663">
      <w:pPr>
        <w:pStyle w:val="Ttulo2"/>
      </w:pPr>
      <w:r>
        <w:rPr>
          <w:rFonts w:ascii="Calibri" w:hAnsi="Calibri"/>
        </w:rPr>
        <w:t>Atención a la diversidad (DUA)</w:t>
      </w:r>
    </w:p>
    <w:p w14:paraId="21CF0779" w14:textId="77777777" w:rsidR="00612663" w:rsidRDefault="00612663">
      <w:r>
        <w:t xml:space="preserve">Presentar la parábola con oveja de peluche, figuras, gestos, imágenes y una secuencia visual. Permitir responder señalando, colocando, imitando, verbalizando, dibujando o dramatizando. Acortar el recorrido, reducir pistas y ofrecer lana preparada, gomets grandes, esponja o sello en lugar de huella digital cuando sea </w:t>
      </w:r>
      <w:r>
        <w:lastRenderedPageBreak/>
        <w:t>necesario. Anticipar la desaparición y el encuentro, dar una pista inmediata si aparece angustia, respetar la sensibilidad táctil y permitir acompañamiento o finalización posterior. Valorar el progreso personal y garantizar que todos tengan un lugar visible junto a Jesús.</w:t>
      </w:r>
    </w:p>
    <w:p w14:paraId="1E5E69E0" w14:textId="77777777" w:rsidR="00612663" w:rsidRDefault="00612663">
      <w:pPr>
        <w:pStyle w:val="Ttulo2"/>
      </w:pPr>
      <w:r>
        <w:rPr>
          <w:rFonts w:ascii="Calibri" w:hAnsi="Calibri"/>
        </w:rPr>
        <w:t>Referencias</w:t>
      </w:r>
    </w:p>
    <w:p w14:paraId="271083B4" w14:textId="77777777" w:rsidR="00612663" w:rsidRDefault="00612663">
      <w:pPr>
        <w:spacing w:after="0"/>
      </w:pPr>
      <w:r>
        <w:t>Parábola de la oveja perdida: Lucas 15,3-7 y Mateo 18,12-14. Resolución de 21 de junio de 2022, de la Secretaría de Estado de Educación, por la que se publican los currículos de las enseñanzas de Religión Católica. BOE-A-2022-10452, Anexo I. https://www.boe.es/buscar/act.php?id=BOE-A-2022-10452</w:t>
      </w:r>
    </w:p>
    <w:p w14:paraId="3F995540" w14:textId="77777777" w:rsidR="00612663" w:rsidRDefault="00612663">
      <w:pPr>
        <w:pStyle w:val="Ttulo1"/>
      </w:pPr>
      <w:r>
        <w:rPr>
          <w:rFonts w:ascii="Calibri" w:hAnsi="Calibri"/>
        </w:rPr>
        <w:t>3. Semana 1 · El pastor cuida a sus ovejas</w:t>
      </w:r>
    </w:p>
    <w:p w14:paraId="78684F50" w14:textId="77777777" w:rsidR="00612663" w:rsidRDefault="00612663">
      <w:pPr>
        <w:keepNext/>
        <w:jc w:val="center"/>
      </w:pPr>
      <w:r>
        <w:rPr>
          <w:noProof/>
        </w:rPr>
        <w:drawing>
          <wp:inline distT="0" distB="0" distL="0" distR="0" wp14:anchorId="18FCFB58" wp14:editId="3C43227B">
            <wp:extent cx="5257800" cy="371429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b9169cd9-f240-484c-8d87-57f91190eb19.png"/>
                    <pic:cNvPicPr/>
                  </pic:nvPicPr>
                  <pic:blipFill>
                    <a:blip r:embed="rId22"/>
                    <a:stretch>
                      <a:fillRect/>
                    </a:stretch>
                  </pic:blipFill>
                  <pic:spPr>
                    <a:xfrm>
                      <a:off x="0" y="0"/>
                      <a:ext cx="5257800" cy="3714290"/>
                    </a:xfrm>
                    <a:prstGeom prst="rect">
                      <a:avLst/>
                    </a:prstGeom>
                  </pic:spPr>
                </pic:pic>
              </a:graphicData>
            </a:graphic>
          </wp:inline>
        </w:drawing>
      </w:r>
    </w:p>
    <w:p w14:paraId="54B7B2D0" w14:textId="77777777" w:rsidR="00612663" w:rsidRDefault="00612663">
      <w:pPr>
        <w:keepNext/>
        <w:spacing w:after="160"/>
        <w:jc w:val="center"/>
      </w:pPr>
      <w:r>
        <w:rPr>
          <w:i/>
          <w:color w:val="687784"/>
          <w:sz w:val="19"/>
        </w:rPr>
        <w:t>Ficha 15 · Pega lana en las ovejas y dibuja hierba para que puedan comer</w:t>
      </w:r>
    </w:p>
    <w:tbl>
      <w:tblPr>
        <w:tblW w:w="9749" w:type="dxa"/>
        <w:tblInd w:w="120" w:type="dxa"/>
        <w:tblLayout w:type="fixed"/>
        <w:tblLook w:val="04A0" w:firstRow="1" w:lastRow="0" w:firstColumn="1" w:lastColumn="0" w:noHBand="0" w:noVBand="1"/>
      </w:tblPr>
      <w:tblGrid>
        <w:gridCol w:w="9749"/>
      </w:tblGrid>
      <w:tr w:rsidR="008F6CE8" w14:paraId="7349166A" w14:textId="77777777">
        <w:tc>
          <w:tcPr>
            <w:tcW w:w="9749" w:type="dxa"/>
            <w:shd w:val="clear" w:color="auto" w:fill="EAF4EE"/>
            <w:tcMar>
              <w:top w:w="100" w:type="dxa"/>
              <w:left w:w="130" w:type="dxa"/>
              <w:bottom w:w="100" w:type="dxa"/>
              <w:right w:w="130" w:type="dxa"/>
            </w:tcMar>
            <w:vAlign w:val="center"/>
          </w:tcPr>
          <w:p w14:paraId="2653AE0E" w14:textId="77777777" w:rsidR="00612663" w:rsidRDefault="00612663">
            <w:pPr>
              <w:spacing w:after="40" w:line="288" w:lineRule="auto"/>
            </w:pPr>
            <w:r>
              <w:rPr>
                <w:b/>
                <w:color w:val="1F4D78"/>
              </w:rPr>
              <w:t xml:space="preserve">Aprendizaje  </w:t>
            </w:r>
            <w:r>
              <w:t>Un buen pastor conoce a sus ovejas, las alimenta, las protege y permanece cerca de ellas.</w:t>
            </w:r>
          </w:p>
        </w:tc>
      </w:tr>
    </w:tbl>
    <w:p w14:paraId="55EDDDB6" w14:textId="77777777" w:rsidR="00612663" w:rsidRDefault="00612663">
      <w:pPr>
        <w:spacing w:after="40"/>
      </w:pPr>
    </w:p>
    <w:p w14:paraId="215F7D0A" w14:textId="77777777" w:rsidR="00612663" w:rsidRDefault="00612663">
      <w:pPr>
        <w:pStyle w:val="Ttulo2"/>
      </w:pPr>
      <w:r>
        <w:rPr>
          <w:rFonts w:ascii="Calibri" w:hAnsi="Calibri"/>
        </w:rPr>
        <w:t>Preparación</w:t>
      </w:r>
    </w:p>
    <w:p w14:paraId="674CAE04" w14:textId="77777777" w:rsidR="00612663" w:rsidRDefault="00612663">
      <w:r>
        <w:t>Guardar la oveja de peluche dentro del bolso de ganchillo. Preparar un pequeño redil con tela, bloques, pastor y ovejas del belén. Dejar aparte lana fácil de separar, pegamento y ceras verdes. Seleccionar previamente un fragmento breve de Valiván si se va a utilizar.</w:t>
      </w:r>
    </w:p>
    <w:p w14:paraId="03BCB0F0" w14:textId="77777777" w:rsidR="00612663" w:rsidRDefault="00612663">
      <w:pPr>
        <w:pStyle w:val="Ttulo2"/>
      </w:pPr>
      <w:r>
        <w:rPr>
          <w:rFonts w:ascii="Calibri" w:hAnsi="Calibri"/>
        </w:rPr>
        <w:lastRenderedPageBreak/>
        <w:t>Desarrollo orientativo</w:t>
      </w:r>
    </w:p>
    <w:p w14:paraId="78DCA6B9" w14:textId="77777777" w:rsidR="00612663" w:rsidRDefault="00612663">
      <w:pPr>
        <w:keepNext/>
        <w:spacing w:before="80" w:after="60"/>
      </w:pPr>
      <w:r>
        <w:rPr>
          <w:b/>
          <w:color w:val="1F4D78"/>
          <w:sz w:val="23"/>
        </w:rPr>
        <w:t>Bolso sorpresa</w:t>
      </w:r>
      <w:r>
        <w:rPr>
          <w:b/>
          <w:color w:val="687784"/>
          <w:sz w:val="20"/>
        </w:rPr>
        <w:t xml:space="preserve">  ·  4-5 min</w:t>
      </w:r>
    </w:p>
    <w:p w14:paraId="43F5089C" w14:textId="77777777" w:rsidR="00612663" w:rsidRDefault="00612663">
      <w:pPr>
        <w:spacing w:after="100"/>
      </w:pPr>
      <w:r>
        <w:t>Observar el bolso, tocarlo y anticipar qué puede guardar. Sacar lentamente la oveja y permitir un saludo o una caricia por turnos.</w:t>
      </w:r>
    </w:p>
    <w:p w14:paraId="2A5816D3" w14:textId="77777777" w:rsidR="00612663" w:rsidRDefault="00612663">
      <w:pPr>
        <w:keepNext/>
        <w:spacing w:before="80" w:after="60"/>
      </w:pPr>
      <w:r>
        <w:rPr>
          <w:b/>
          <w:color w:val="1F4D78"/>
          <w:sz w:val="23"/>
        </w:rPr>
        <w:t>Relato inicial</w:t>
      </w:r>
      <w:r>
        <w:rPr>
          <w:b/>
          <w:color w:val="687784"/>
          <w:sz w:val="20"/>
        </w:rPr>
        <w:t xml:space="preserve">  ·  5-7 min</w:t>
      </w:r>
    </w:p>
    <w:p w14:paraId="10706171" w14:textId="77777777" w:rsidR="00612663" w:rsidRDefault="00612663">
      <w:pPr>
        <w:spacing w:after="100"/>
      </w:pPr>
      <w:r>
        <w:t>Presentar al pastor y decir: «El pastor conoce a sus ovejas. Les da comida, las lleva por caminos seguros y las cuida». No introducir todavía la desaparición.</w:t>
      </w:r>
    </w:p>
    <w:p w14:paraId="4256D5C9" w14:textId="77777777" w:rsidR="00612663" w:rsidRDefault="00612663">
      <w:pPr>
        <w:keepNext/>
        <w:spacing w:before="80" w:after="60"/>
      </w:pPr>
      <w:r>
        <w:rPr>
          <w:b/>
          <w:color w:val="1F4D78"/>
          <w:sz w:val="23"/>
        </w:rPr>
        <w:t>Minimundo</w:t>
      </w:r>
      <w:r>
        <w:rPr>
          <w:b/>
          <w:color w:val="687784"/>
          <w:sz w:val="20"/>
        </w:rPr>
        <w:t xml:space="preserve">  ·  10-12 min</w:t>
      </w:r>
    </w:p>
    <w:p w14:paraId="18546088" w14:textId="77777777" w:rsidR="00612663" w:rsidRDefault="00612663">
      <w:pPr>
        <w:spacing w:after="100"/>
      </w:pPr>
      <w:r>
        <w:t>Colocar el redil, las ovejas y el pastor. Representar salir, comer hierba, beber, caminar juntos y volver. Favorecer que los niños repitan la secuencia.</w:t>
      </w:r>
    </w:p>
    <w:p w14:paraId="7807F315" w14:textId="77777777" w:rsidR="00612663" w:rsidRDefault="00612663">
      <w:pPr>
        <w:keepNext/>
        <w:spacing w:before="80" w:after="60"/>
      </w:pPr>
      <w:r>
        <w:rPr>
          <w:b/>
          <w:color w:val="1F4D78"/>
          <w:sz w:val="23"/>
        </w:rPr>
        <w:t>Vídeo / canción</w:t>
      </w:r>
      <w:r>
        <w:rPr>
          <w:b/>
          <w:color w:val="687784"/>
          <w:sz w:val="20"/>
        </w:rPr>
        <w:t xml:space="preserve">  ·  3-6 min</w:t>
      </w:r>
    </w:p>
    <w:p w14:paraId="640556E0" w14:textId="77777777" w:rsidR="00612663" w:rsidRDefault="00612663">
      <w:pPr>
        <w:spacing w:after="100"/>
      </w:pPr>
      <w:r>
        <w:t>Ver un fragmento breve de Valiván después del relato manipulado. Nombrar al pastor y a las ovejas y acompañar el estribillo si resulta sencillo.</w:t>
      </w:r>
    </w:p>
    <w:p w14:paraId="3BE2BF18" w14:textId="77777777" w:rsidR="00612663" w:rsidRDefault="00612663">
      <w:pPr>
        <w:keepNext/>
        <w:spacing w:before="80" w:after="60"/>
      </w:pPr>
      <w:r>
        <w:rPr>
          <w:b/>
          <w:color w:val="1F4D78"/>
          <w:sz w:val="23"/>
        </w:rPr>
        <w:t>Oración</w:t>
      </w:r>
      <w:r>
        <w:rPr>
          <w:b/>
          <w:color w:val="687784"/>
          <w:sz w:val="20"/>
        </w:rPr>
        <w:t xml:space="preserve">  ·  1 min</w:t>
      </w:r>
    </w:p>
    <w:p w14:paraId="04C9CEE5" w14:textId="77777777" w:rsidR="00612663" w:rsidRDefault="00612663">
      <w:pPr>
        <w:spacing w:after="100"/>
      </w:pPr>
      <w:r>
        <w:t>«Jesús, gracias porque nos conoces y nos cuidas».</w:t>
      </w:r>
    </w:p>
    <w:tbl>
      <w:tblPr>
        <w:tblW w:w="9749" w:type="dxa"/>
        <w:tblInd w:w="120" w:type="dxa"/>
        <w:tblLayout w:type="fixed"/>
        <w:tblLook w:val="04A0" w:firstRow="1" w:lastRow="0" w:firstColumn="1" w:lastColumn="0" w:noHBand="0" w:noVBand="1"/>
      </w:tblPr>
      <w:tblGrid>
        <w:gridCol w:w="2100"/>
        <w:gridCol w:w="3550"/>
        <w:gridCol w:w="4099"/>
      </w:tblGrid>
      <w:tr w:rsidR="008F6CE8" w14:paraId="517D519A" w14:textId="77777777">
        <w:trPr>
          <w:tblHeader/>
        </w:trPr>
        <w:tc>
          <w:tcPr>
            <w:tcW w:w="2100" w:type="dxa"/>
            <w:shd w:val="clear" w:color="auto" w:fill="E8EEF5"/>
            <w:tcMar>
              <w:top w:w="100" w:type="dxa"/>
              <w:left w:w="130" w:type="dxa"/>
              <w:bottom w:w="100" w:type="dxa"/>
              <w:right w:w="130" w:type="dxa"/>
            </w:tcMar>
            <w:vAlign w:val="center"/>
          </w:tcPr>
          <w:p w14:paraId="4D12CC21"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652DFCE1"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304B3D59" w14:textId="77777777" w:rsidR="00612663" w:rsidRDefault="00612663">
            <w:pPr>
              <w:jc w:val="center"/>
            </w:pPr>
            <w:r>
              <w:rPr>
                <w:b/>
                <w:color w:val="1F4D78"/>
                <w:sz w:val="20"/>
              </w:rPr>
              <w:t>Propuesta</w:t>
            </w:r>
          </w:p>
        </w:tc>
      </w:tr>
      <w:tr w:rsidR="008F6CE8" w14:paraId="5495D75A" w14:textId="77777777">
        <w:tc>
          <w:tcPr>
            <w:tcW w:w="2100" w:type="dxa"/>
            <w:tcMar>
              <w:top w:w="100" w:type="dxa"/>
              <w:left w:w="130" w:type="dxa"/>
              <w:bottom w:w="100" w:type="dxa"/>
              <w:right w:w="130" w:type="dxa"/>
            </w:tcMar>
          </w:tcPr>
          <w:p w14:paraId="4FB06BB8"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3E214577" w14:textId="77777777" w:rsidR="00612663" w:rsidRDefault="00612663">
            <w:pPr>
              <w:spacing w:after="0"/>
            </w:pPr>
            <w:r>
              <w:rPr>
                <w:sz w:val="19"/>
              </w:rPr>
              <w:t>Pastor, ovejas, telas, piedras y valla.</w:t>
            </w:r>
          </w:p>
        </w:tc>
        <w:tc>
          <w:tcPr>
            <w:tcW w:w="4099" w:type="dxa"/>
            <w:tcMar>
              <w:top w:w="100" w:type="dxa"/>
              <w:left w:w="130" w:type="dxa"/>
              <w:bottom w:w="100" w:type="dxa"/>
              <w:right w:w="130" w:type="dxa"/>
            </w:tcMar>
          </w:tcPr>
          <w:p w14:paraId="1D72B4FC" w14:textId="77777777" w:rsidR="00612663" w:rsidRDefault="00612663">
            <w:pPr>
              <w:spacing w:after="0"/>
            </w:pPr>
            <w:r>
              <w:rPr>
                <w:sz w:val="19"/>
              </w:rPr>
              <w:t>Representar el cuidado y el regreso al redil.</w:t>
            </w:r>
          </w:p>
        </w:tc>
      </w:tr>
      <w:tr w:rsidR="008F6CE8" w14:paraId="28C24F84" w14:textId="77777777">
        <w:tc>
          <w:tcPr>
            <w:tcW w:w="2100" w:type="dxa"/>
            <w:tcMar>
              <w:top w:w="100" w:type="dxa"/>
              <w:left w:w="130" w:type="dxa"/>
              <w:bottom w:w="100" w:type="dxa"/>
              <w:right w:w="130" w:type="dxa"/>
            </w:tcMar>
          </w:tcPr>
          <w:p w14:paraId="13736D31" w14:textId="77777777" w:rsidR="00612663" w:rsidRDefault="00612663">
            <w:pPr>
              <w:spacing w:after="0"/>
            </w:pPr>
            <w:r>
              <w:rPr>
                <w:b/>
                <w:color w:val="1F4D78"/>
                <w:sz w:val="19"/>
              </w:rPr>
              <w:t>Sensorial</w:t>
            </w:r>
          </w:p>
        </w:tc>
        <w:tc>
          <w:tcPr>
            <w:tcW w:w="3550" w:type="dxa"/>
            <w:tcMar>
              <w:top w:w="100" w:type="dxa"/>
              <w:left w:w="130" w:type="dxa"/>
              <w:bottom w:w="100" w:type="dxa"/>
              <w:right w:w="130" w:type="dxa"/>
            </w:tcMar>
          </w:tcPr>
          <w:p w14:paraId="4E30ADF1" w14:textId="77777777" w:rsidR="00612663" w:rsidRDefault="00612663">
            <w:pPr>
              <w:spacing w:after="0"/>
            </w:pPr>
            <w:r>
              <w:rPr>
                <w:sz w:val="19"/>
              </w:rPr>
              <w:t>Bolso y oveja de peluche.</w:t>
            </w:r>
          </w:p>
        </w:tc>
        <w:tc>
          <w:tcPr>
            <w:tcW w:w="4099" w:type="dxa"/>
            <w:tcMar>
              <w:top w:w="100" w:type="dxa"/>
              <w:left w:w="130" w:type="dxa"/>
              <w:bottom w:w="100" w:type="dxa"/>
              <w:right w:w="130" w:type="dxa"/>
            </w:tcMar>
          </w:tcPr>
          <w:p w14:paraId="3C8DD8C8" w14:textId="77777777" w:rsidR="00612663" w:rsidRDefault="00612663">
            <w:pPr>
              <w:spacing w:after="0"/>
            </w:pPr>
            <w:r>
              <w:rPr>
                <w:sz w:val="19"/>
              </w:rPr>
              <w:t>Tocar, abrir, guardar y cuidar por turnos.</w:t>
            </w:r>
          </w:p>
        </w:tc>
      </w:tr>
      <w:tr w:rsidR="008F6CE8" w14:paraId="4664971B" w14:textId="77777777">
        <w:tc>
          <w:tcPr>
            <w:tcW w:w="2100" w:type="dxa"/>
            <w:tcMar>
              <w:top w:w="100" w:type="dxa"/>
              <w:left w:w="130" w:type="dxa"/>
              <w:bottom w:w="100" w:type="dxa"/>
              <w:right w:w="130" w:type="dxa"/>
            </w:tcMar>
          </w:tcPr>
          <w:p w14:paraId="41715325"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338F8444" w14:textId="77777777" w:rsidR="00612663" w:rsidRDefault="00612663">
            <w:pPr>
              <w:spacing w:after="0"/>
            </w:pPr>
            <w:r>
              <w:rPr>
                <w:sz w:val="19"/>
              </w:rPr>
              <w:t>Bloques de madera.</w:t>
            </w:r>
          </w:p>
        </w:tc>
        <w:tc>
          <w:tcPr>
            <w:tcW w:w="4099" w:type="dxa"/>
            <w:tcMar>
              <w:top w:w="100" w:type="dxa"/>
              <w:left w:w="130" w:type="dxa"/>
              <w:bottom w:w="100" w:type="dxa"/>
              <w:right w:w="130" w:type="dxa"/>
            </w:tcMar>
          </w:tcPr>
          <w:p w14:paraId="23D1E5AB" w14:textId="77777777" w:rsidR="00612663" w:rsidRDefault="00612663">
            <w:pPr>
              <w:spacing w:after="0"/>
            </w:pPr>
            <w:r>
              <w:rPr>
                <w:sz w:val="19"/>
              </w:rPr>
              <w:t>Construir un redil con una entrada amplia.</w:t>
            </w:r>
          </w:p>
        </w:tc>
      </w:tr>
      <w:tr w:rsidR="008F6CE8" w14:paraId="268DEAC0" w14:textId="77777777">
        <w:tc>
          <w:tcPr>
            <w:tcW w:w="2100" w:type="dxa"/>
            <w:tcMar>
              <w:top w:w="100" w:type="dxa"/>
              <w:left w:w="130" w:type="dxa"/>
              <w:bottom w:w="100" w:type="dxa"/>
              <w:right w:w="130" w:type="dxa"/>
            </w:tcMar>
          </w:tcPr>
          <w:p w14:paraId="1C05B350"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21BCC900" w14:textId="77777777" w:rsidR="00612663" w:rsidRDefault="00612663">
            <w:pPr>
              <w:spacing w:after="0"/>
            </w:pPr>
            <w:r>
              <w:rPr>
                <w:sz w:val="19"/>
              </w:rPr>
              <w:t>Bastón y pañuelo.</w:t>
            </w:r>
          </w:p>
        </w:tc>
        <w:tc>
          <w:tcPr>
            <w:tcW w:w="4099" w:type="dxa"/>
            <w:tcMar>
              <w:top w:w="100" w:type="dxa"/>
              <w:left w:w="130" w:type="dxa"/>
              <w:bottom w:w="100" w:type="dxa"/>
              <w:right w:w="130" w:type="dxa"/>
            </w:tcMar>
          </w:tcPr>
          <w:p w14:paraId="6277BCAC" w14:textId="77777777" w:rsidR="00612663" w:rsidRDefault="00612663">
            <w:pPr>
              <w:spacing w:after="0"/>
            </w:pPr>
            <w:r>
              <w:rPr>
                <w:sz w:val="19"/>
              </w:rPr>
              <w:t>Caminar como pastor y llamar suavemente a las ovejas.</w:t>
            </w:r>
          </w:p>
        </w:tc>
      </w:tr>
    </w:tbl>
    <w:p w14:paraId="2D73A08B" w14:textId="77777777" w:rsidR="00612663" w:rsidRDefault="00612663">
      <w:pPr>
        <w:keepNext/>
        <w:spacing w:before="80" w:after="60"/>
      </w:pPr>
      <w:r>
        <w:rPr>
          <w:b/>
          <w:color w:val="1F4D78"/>
          <w:sz w:val="23"/>
        </w:rPr>
        <w:t>Ficha</w:t>
      </w:r>
      <w:r>
        <w:rPr>
          <w:b/>
          <w:color w:val="687784"/>
          <w:sz w:val="20"/>
        </w:rPr>
        <w:t xml:space="preserve">  ·  15-20 min</w:t>
      </w:r>
    </w:p>
    <w:p w14:paraId="47E2B156" w14:textId="77777777" w:rsidR="00612663" w:rsidRDefault="00612663">
      <w:pPr>
        <w:spacing w:after="100"/>
      </w:pPr>
      <w:r>
        <w:t>Pegar pequeñas porciones de lana dentro de los cuerpos abiertos de las tres ovejas. Dibujar hierba en el suelo para que puedan comer. Evitar cubrirles la cara o las patas y permitir distintas cantidades de lana.</w:t>
      </w:r>
    </w:p>
    <w:p w14:paraId="5EBA1CF6" w14:textId="77777777" w:rsidR="00612663" w:rsidRDefault="00612663">
      <w:pPr>
        <w:pStyle w:val="Ttulo2"/>
      </w:pPr>
      <w:r>
        <w:rPr>
          <w:rFonts w:ascii="Calibri" w:hAnsi="Calibri"/>
        </w:rPr>
        <w:t>Qué observar</w:t>
      </w:r>
    </w:p>
    <w:p w14:paraId="24F5F8B6" w14:textId="77777777" w:rsidR="00612663" w:rsidRDefault="00612663">
      <w:r>
        <w:t>Si reconoce al pastor y a la oveja, expresa una acción de cuidado, participa en el minimundo, manipula la lana según sus posibilidades y añade trazos propios con significado.</w:t>
      </w:r>
    </w:p>
    <w:tbl>
      <w:tblPr>
        <w:tblW w:w="9749" w:type="dxa"/>
        <w:tblInd w:w="120" w:type="dxa"/>
        <w:tblLayout w:type="fixed"/>
        <w:tblLook w:val="04A0" w:firstRow="1" w:lastRow="0" w:firstColumn="1" w:lastColumn="0" w:noHBand="0" w:noVBand="1"/>
      </w:tblPr>
      <w:tblGrid>
        <w:gridCol w:w="9749"/>
      </w:tblGrid>
      <w:tr w:rsidR="008F6CE8" w14:paraId="121DC91C" w14:textId="77777777">
        <w:tc>
          <w:tcPr>
            <w:tcW w:w="9749" w:type="dxa"/>
            <w:shd w:val="clear" w:color="auto" w:fill="FFF4D8"/>
            <w:tcMar>
              <w:top w:w="100" w:type="dxa"/>
              <w:left w:w="130" w:type="dxa"/>
              <w:bottom w:w="100" w:type="dxa"/>
              <w:right w:w="130" w:type="dxa"/>
            </w:tcMar>
            <w:vAlign w:val="center"/>
          </w:tcPr>
          <w:p w14:paraId="0B5334D0" w14:textId="77777777" w:rsidR="00612663" w:rsidRDefault="00612663">
            <w:pPr>
              <w:spacing w:after="40" w:line="288" w:lineRule="auto"/>
            </w:pPr>
            <w:r>
              <w:rPr>
                <w:b/>
                <w:color w:val="1F4D78"/>
              </w:rPr>
              <w:t xml:space="preserve">Material que permanece  </w:t>
            </w:r>
            <w:r>
              <w:t>La oveja de peluche se queda visible en el aula hasta el final de la sesión. Después la maestra la retira discretamente para preparar la sorpresa de la semana siguiente.</w:t>
            </w:r>
          </w:p>
        </w:tc>
      </w:tr>
    </w:tbl>
    <w:p w14:paraId="1BB8FDD5" w14:textId="77777777" w:rsidR="00612663" w:rsidRDefault="00612663">
      <w:pPr>
        <w:spacing w:after="40"/>
      </w:pPr>
    </w:p>
    <w:p w14:paraId="22EE92DF" w14:textId="77777777" w:rsidR="00612663" w:rsidRDefault="00612663">
      <w:r>
        <w:br w:type="page"/>
      </w:r>
    </w:p>
    <w:p w14:paraId="35853B38" w14:textId="77777777" w:rsidR="00612663" w:rsidRDefault="00612663">
      <w:pPr>
        <w:pStyle w:val="Ttulo1"/>
      </w:pPr>
      <w:r>
        <w:rPr>
          <w:rFonts w:ascii="Calibri" w:hAnsi="Calibri"/>
        </w:rPr>
        <w:lastRenderedPageBreak/>
        <w:t>4. Semana 2 · Falta una oveja</w:t>
      </w:r>
    </w:p>
    <w:p w14:paraId="533DB4C0" w14:textId="77777777" w:rsidR="00612663" w:rsidRDefault="00612663">
      <w:pPr>
        <w:keepNext/>
        <w:jc w:val="center"/>
      </w:pPr>
      <w:r>
        <w:rPr>
          <w:noProof/>
        </w:rPr>
        <w:drawing>
          <wp:inline distT="0" distB="0" distL="0" distR="0" wp14:anchorId="768E9568" wp14:editId="5706B6FC">
            <wp:extent cx="5257800" cy="350520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c499906c-5eb3-4d6f-9294-21f4fc2dba84.png"/>
                    <pic:cNvPicPr/>
                  </pic:nvPicPr>
                  <pic:blipFill>
                    <a:blip r:embed="rId23"/>
                    <a:stretch>
                      <a:fillRect/>
                    </a:stretch>
                  </pic:blipFill>
                  <pic:spPr>
                    <a:xfrm>
                      <a:off x="0" y="0"/>
                      <a:ext cx="5257800" cy="3505200"/>
                    </a:xfrm>
                    <a:prstGeom prst="rect">
                      <a:avLst/>
                    </a:prstGeom>
                  </pic:spPr>
                </pic:pic>
              </a:graphicData>
            </a:graphic>
          </wp:inline>
        </w:drawing>
      </w:r>
    </w:p>
    <w:p w14:paraId="014C08B0" w14:textId="77777777" w:rsidR="00612663" w:rsidRDefault="00612663">
      <w:pPr>
        <w:keepNext/>
        <w:spacing w:after="160"/>
        <w:jc w:val="center"/>
      </w:pPr>
      <w:r>
        <w:rPr>
          <w:i/>
          <w:color w:val="687784"/>
          <w:sz w:val="19"/>
        </w:rPr>
        <w:t>Ficha 16 · Pon huellas de pintura en el camino y ayuda al pastor a buscarla</w:t>
      </w:r>
    </w:p>
    <w:tbl>
      <w:tblPr>
        <w:tblW w:w="9749" w:type="dxa"/>
        <w:tblInd w:w="120" w:type="dxa"/>
        <w:tblLayout w:type="fixed"/>
        <w:tblLook w:val="04A0" w:firstRow="1" w:lastRow="0" w:firstColumn="1" w:lastColumn="0" w:noHBand="0" w:noVBand="1"/>
      </w:tblPr>
      <w:tblGrid>
        <w:gridCol w:w="9749"/>
      </w:tblGrid>
      <w:tr w:rsidR="008F6CE8" w14:paraId="6486F9FF" w14:textId="77777777">
        <w:tc>
          <w:tcPr>
            <w:tcW w:w="9749" w:type="dxa"/>
            <w:shd w:val="clear" w:color="auto" w:fill="EAF4EE"/>
            <w:tcMar>
              <w:top w:w="100" w:type="dxa"/>
              <w:left w:w="130" w:type="dxa"/>
              <w:bottom w:w="100" w:type="dxa"/>
              <w:right w:w="130" w:type="dxa"/>
            </w:tcMar>
            <w:vAlign w:val="center"/>
          </w:tcPr>
          <w:p w14:paraId="5CF600BB" w14:textId="77777777" w:rsidR="00612663" w:rsidRDefault="00612663">
            <w:pPr>
              <w:spacing w:after="40" w:line="288" w:lineRule="auto"/>
            </w:pPr>
            <w:r>
              <w:rPr>
                <w:b/>
                <w:color w:val="1F4D78"/>
              </w:rPr>
              <w:t xml:space="preserve">Aprendizaje  </w:t>
            </w:r>
            <w:r>
              <w:t>Cuando falta una oveja, el pastor no la olvida: sale a buscarla porque cada una es importante.</w:t>
            </w:r>
          </w:p>
        </w:tc>
      </w:tr>
    </w:tbl>
    <w:p w14:paraId="29319ECE" w14:textId="77777777" w:rsidR="00612663" w:rsidRDefault="00612663">
      <w:pPr>
        <w:spacing w:after="40"/>
      </w:pPr>
    </w:p>
    <w:p w14:paraId="6FA5FF47" w14:textId="77777777" w:rsidR="00612663" w:rsidRDefault="00612663">
      <w:pPr>
        <w:pStyle w:val="Ttulo2"/>
      </w:pPr>
      <w:r>
        <w:rPr>
          <w:rFonts w:ascii="Calibri" w:hAnsi="Calibri"/>
        </w:rPr>
        <w:t>Preparación</w:t>
      </w:r>
    </w:p>
    <w:p w14:paraId="4E3F3AB5" w14:textId="77777777" w:rsidR="00612663" w:rsidRDefault="00612663">
      <w:r>
        <w:t>Dejar el bolso de ganchillo vacío y esconder la oveja de peluche en un punto seguro y fácil de encontrar. Preparar el minimundo con dos ovejas dentro del redil y un espacio vacío. Para la ficha: pintura lavable, bandeja o esponja, delantal y acceso al lavado.</w:t>
      </w:r>
    </w:p>
    <w:p w14:paraId="6ABC0B97" w14:textId="77777777" w:rsidR="00612663" w:rsidRDefault="00612663">
      <w:pPr>
        <w:pStyle w:val="Ttulo2"/>
      </w:pPr>
      <w:r>
        <w:rPr>
          <w:rFonts w:ascii="Calibri" w:hAnsi="Calibri"/>
        </w:rPr>
        <w:t>Desarrollo orientativo</w:t>
      </w:r>
    </w:p>
    <w:p w14:paraId="4B1597E4" w14:textId="77777777" w:rsidR="00612663" w:rsidRDefault="00612663">
      <w:pPr>
        <w:keepNext/>
        <w:spacing w:before="80" w:after="60"/>
      </w:pPr>
      <w:r>
        <w:rPr>
          <w:b/>
          <w:color w:val="1F4D78"/>
          <w:sz w:val="23"/>
        </w:rPr>
        <w:t>Descubrimiento</w:t>
      </w:r>
      <w:r>
        <w:rPr>
          <w:b/>
          <w:color w:val="687784"/>
          <w:sz w:val="20"/>
        </w:rPr>
        <w:t xml:space="preserve">  ·  3-4 min</w:t>
      </w:r>
    </w:p>
    <w:p w14:paraId="1670DF38" w14:textId="77777777" w:rsidR="00612663" w:rsidRDefault="00612663">
      <w:pPr>
        <w:spacing w:after="100"/>
      </w:pPr>
      <w:r>
        <w:t>Abrir el bolso y comprobar que la oveja no está. Nombrar con calma: «Falta nuestra oveja. Vamos a ayudar al pastor a buscarla».</w:t>
      </w:r>
    </w:p>
    <w:p w14:paraId="03303593" w14:textId="77777777" w:rsidR="00612663" w:rsidRDefault="00612663">
      <w:pPr>
        <w:keepNext/>
        <w:spacing w:before="80" w:after="60"/>
      </w:pPr>
      <w:r>
        <w:rPr>
          <w:b/>
          <w:color w:val="1F4D78"/>
          <w:sz w:val="23"/>
        </w:rPr>
        <w:t>Relato</w:t>
      </w:r>
      <w:r>
        <w:rPr>
          <w:b/>
          <w:color w:val="687784"/>
          <w:sz w:val="20"/>
        </w:rPr>
        <w:t xml:space="preserve">  ·  5-6 min</w:t>
      </w:r>
    </w:p>
    <w:p w14:paraId="6B83EDCA" w14:textId="77777777" w:rsidR="00612663" w:rsidRDefault="00612663">
      <w:pPr>
        <w:spacing w:after="100"/>
      </w:pPr>
      <w:r>
        <w:t>Contar que el pastor tenía muchas ovejas, notó que faltaba una y salió a buscarla. Para tres años no es necesario trabajar el número noventa y nueve.</w:t>
      </w:r>
    </w:p>
    <w:p w14:paraId="3F4650BA" w14:textId="77777777" w:rsidR="00612663" w:rsidRDefault="00612663">
      <w:pPr>
        <w:keepNext/>
        <w:spacing w:before="80" w:after="60"/>
      </w:pPr>
      <w:r>
        <w:rPr>
          <w:b/>
          <w:color w:val="1F4D78"/>
          <w:sz w:val="23"/>
        </w:rPr>
        <w:t>Búsqueda real</w:t>
      </w:r>
      <w:r>
        <w:rPr>
          <w:b/>
          <w:color w:val="687784"/>
          <w:sz w:val="20"/>
        </w:rPr>
        <w:t xml:space="preserve">  ·  8-10 min</w:t>
      </w:r>
    </w:p>
    <w:p w14:paraId="0793C12C" w14:textId="77777777" w:rsidR="00612663" w:rsidRDefault="00612663">
      <w:pPr>
        <w:spacing w:after="100"/>
      </w:pPr>
      <w:r>
        <w:t>Seguir dos o tres pistas sencillas por el aula: una hebra de lana, una piedra o una imagen. Terminar con una señal clara de que la oveja está cerca y segura, pero reservar el encuentro y la celebración para la semana siguiente. Si el grupo necesita cierre inmediato, mostrar brevemente la oveja y explicar que volverá al aula muy pronto.</w:t>
      </w:r>
    </w:p>
    <w:p w14:paraId="4A66610B" w14:textId="77777777" w:rsidR="00612663" w:rsidRDefault="00612663">
      <w:pPr>
        <w:keepNext/>
        <w:spacing w:before="80" w:after="60"/>
      </w:pPr>
      <w:r>
        <w:rPr>
          <w:b/>
          <w:color w:val="1F4D78"/>
          <w:sz w:val="23"/>
        </w:rPr>
        <w:lastRenderedPageBreak/>
        <w:t>Vídeo / canción</w:t>
      </w:r>
      <w:r>
        <w:rPr>
          <w:b/>
          <w:color w:val="687784"/>
          <w:sz w:val="20"/>
        </w:rPr>
        <w:t xml:space="preserve">  ·  3-6 min</w:t>
      </w:r>
    </w:p>
    <w:p w14:paraId="54A5B557" w14:textId="77777777" w:rsidR="00612663" w:rsidRDefault="00612663">
      <w:pPr>
        <w:spacing w:after="100"/>
      </w:pPr>
      <w:r>
        <w:t>Ver el fragmento de la búsqueda. Parar para preguntar: «¿Qué hace el pastor?».</w:t>
      </w:r>
    </w:p>
    <w:p w14:paraId="742ABC58" w14:textId="77777777" w:rsidR="00612663" w:rsidRDefault="00612663">
      <w:pPr>
        <w:keepNext/>
        <w:spacing w:before="80" w:after="60"/>
      </w:pPr>
      <w:r>
        <w:rPr>
          <w:b/>
          <w:color w:val="1F4D78"/>
          <w:sz w:val="23"/>
        </w:rPr>
        <w:t>Oración</w:t>
      </w:r>
      <w:r>
        <w:rPr>
          <w:b/>
          <w:color w:val="687784"/>
          <w:sz w:val="20"/>
        </w:rPr>
        <w:t xml:space="preserve">  ·  1 min</w:t>
      </w:r>
    </w:p>
    <w:p w14:paraId="268871D5" w14:textId="77777777" w:rsidR="00612663" w:rsidRDefault="00612663">
      <w:pPr>
        <w:spacing w:after="100"/>
      </w:pPr>
      <w:r>
        <w:t>«Jesús, gracias porque nunca te olvidas de nadie».</w:t>
      </w:r>
    </w:p>
    <w:tbl>
      <w:tblPr>
        <w:tblW w:w="9749" w:type="dxa"/>
        <w:tblInd w:w="120" w:type="dxa"/>
        <w:tblLayout w:type="fixed"/>
        <w:tblLook w:val="04A0" w:firstRow="1" w:lastRow="0" w:firstColumn="1" w:lastColumn="0" w:noHBand="0" w:noVBand="1"/>
      </w:tblPr>
      <w:tblGrid>
        <w:gridCol w:w="2100"/>
        <w:gridCol w:w="3550"/>
        <w:gridCol w:w="4099"/>
      </w:tblGrid>
      <w:tr w:rsidR="008F6CE8" w14:paraId="2BCF99E7" w14:textId="77777777">
        <w:trPr>
          <w:tblHeader/>
        </w:trPr>
        <w:tc>
          <w:tcPr>
            <w:tcW w:w="2100" w:type="dxa"/>
            <w:shd w:val="clear" w:color="auto" w:fill="E8EEF5"/>
            <w:tcMar>
              <w:top w:w="100" w:type="dxa"/>
              <w:left w:w="130" w:type="dxa"/>
              <w:bottom w:w="100" w:type="dxa"/>
              <w:right w:w="130" w:type="dxa"/>
            </w:tcMar>
            <w:vAlign w:val="center"/>
          </w:tcPr>
          <w:p w14:paraId="5B83C794"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698C5261"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4741365E" w14:textId="77777777" w:rsidR="00612663" w:rsidRDefault="00612663">
            <w:pPr>
              <w:jc w:val="center"/>
            </w:pPr>
            <w:r>
              <w:rPr>
                <w:b/>
                <w:color w:val="1F4D78"/>
                <w:sz w:val="20"/>
              </w:rPr>
              <w:t>Propuesta</w:t>
            </w:r>
          </w:p>
        </w:tc>
      </w:tr>
      <w:tr w:rsidR="008F6CE8" w14:paraId="7AEDC8EA" w14:textId="77777777">
        <w:tc>
          <w:tcPr>
            <w:tcW w:w="2100" w:type="dxa"/>
            <w:tcMar>
              <w:top w:w="100" w:type="dxa"/>
              <w:left w:w="130" w:type="dxa"/>
              <w:bottom w:w="100" w:type="dxa"/>
              <w:right w:w="130" w:type="dxa"/>
            </w:tcMar>
          </w:tcPr>
          <w:p w14:paraId="56500005"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561D9622" w14:textId="77777777" w:rsidR="00612663" w:rsidRDefault="00612663">
            <w:pPr>
              <w:spacing w:after="0"/>
            </w:pPr>
            <w:r>
              <w:rPr>
                <w:sz w:val="19"/>
              </w:rPr>
              <w:t>Dos ovejas y un hueco vacío.</w:t>
            </w:r>
          </w:p>
        </w:tc>
        <w:tc>
          <w:tcPr>
            <w:tcW w:w="4099" w:type="dxa"/>
            <w:tcMar>
              <w:top w:w="100" w:type="dxa"/>
              <w:left w:w="130" w:type="dxa"/>
              <w:bottom w:w="100" w:type="dxa"/>
              <w:right w:w="130" w:type="dxa"/>
            </w:tcMar>
          </w:tcPr>
          <w:p w14:paraId="481579C8" w14:textId="77777777" w:rsidR="00612663" w:rsidRDefault="00612663">
            <w:pPr>
              <w:spacing w:after="0"/>
            </w:pPr>
            <w:r>
              <w:rPr>
                <w:sz w:val="19"/>
              </w:rPr>
              <w:t>Representar que falta una y que el pastor sale.</w:t>
            </w:r>
          </w:p>
        </w:tc>
      </w:tr>
      <w:tr w:rsidR="008F6CE8" w14:paraId="2B4EAC49" w14:textId="77777777">
        <w:tc>
          <w:tcPr>
            <w:tcW w:w="2100" w:type="dxa"/>
            <w:tcMar>
              <w:top w:w="100" w:type="dxa"/>
              <w:left w:w="130" w:type="dxa"/>
              <w:bottom w:w="100" w:type="dxa"/>
              <w:right w:w="130" w:type="dxa"/>
            </w:tcMar>
          </w:tcPr>
          <w:p w14:paraId="0F41C25B"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68C9CE96" w14:textId="77777777" w:rsidR="00612663" w:rsidRDefault="00612663">
            <w:pPr>
              <w:spacing w:after="0"/>
            </w:pPr>
            <w:r>
              <w:rPr>
                <w:sz w:val="19"/>
              </w:rPr>
              <w:t>Pistas grandes y lana.</w:t>
            </w:r>
          </w:p>
        </w:tc>
        <w:tc>
          <w:tcPr>
            <w:tcW w:w="4099" w:type="dxa"/>
            <w:tcMar>
              <w:top w:w="100" w:type="dxa"/>
              <w:left w:w="130" w:type="dxa"/>
              <w:bottom w:w="100" w:type="dxa"/>
              <w:right w:w="130" w:type="dxa"/>
            </w:tcMar>
          </w:tcPr>
          <w:p w14:paraId="21072CCE" w14:textId="77777777" w:rsidR="00612663" w:rsidRDefault="00612663">
            <w:pPr>
              <w:spacing w:after="0"/>
            </w:pPr>
            <w:r>
              <w:rPr>
                <w:sz w:val="19"/>
              </w:rPr>
              <w:t>Seguir, relacionar y ordenar dos momentos.</w:t>
            </w:r>
          </w:p>
        </w:tc>
      </w:tr>
      <w:tr w:rsidR="008F6CE8" w14:paraId="6409319B" w14:textId="77777777">
        <w:tc>
          <w:tcPr>
            <w:tcW w:w="2100" w:type="dxa"/>
            <w:tcMar>
              <w:top w:w="100" w:type="dxa"/>
              <w:left w:w="130" w:type="dxa"/>
              <w:bottom w:w="100" w:type="dxa"/>
              <w:right w:w="130" w:type="dxa"/>
            </w:tcMar>
          </w:tcPr>
          <w:p w14:paraId="04343102" w14:textId="77777777" w:rsidR="00612663" w:rsidRDefault="00612663">
            <w:pPr>
              <w:spacing w:after="0"/>
            </w:pPr>
            <w:r>
              <w:rPr>
                <w:b/>
                <w:color w:val="1F4D78"/>
                <w:sz w:val="19"/>
              </w:rPr>
              <w:t>Movimiento</w:t>
            </w:r>
          </w:p>
        </w:tc>
        <w:tc>
          <w:tcPr>
            <w:tcW w:w="3550" w:type="dxa"/>
            <w:tcMar>
              <w:top w:w="100" w:type="dxa"/>
              <w:left w:w="130" w:type="dxa"/>
              <w:bottom w:w="100" w:type="dxa"/>
              <w:right w:w="130" w:type="dxa"/>
            </w:tcMar>
          </w:tcPr>
          <w:p w14:paraId="6148CDF3" w14:textId="77777777" w:rsidR="00612663" w:rsidRDefault="00612663">
            <w:pPr>
              <w:spacing w:after="0"/>
            </w:pPr>
            <w:r>
              <w:rPr>
                <w:sz w:val="19"/>
              </w:rPr>
              <w:t>Camino sencillo por el aula.</w:t>
            </w:r>
          </w:p>
        </w:tc>
        <w:tc>
          <w:tcPr>
            <w:tcW w:w="4099" w:type="dxa"/>
            <w:tcMar>
              <w:top w:w="100" w:type="dxa"/>
              <w:left w:w="130" w:type="dxa"/>
              <w:bottom w:w="100" w:type="dxa"/>
              <w:right w:w="130" w:type="dxa"/>
            </w:tcMar>
          </w:tcPr>
          <w:p w14:paraId="4111D445" w14:textId="77777777" w:rsidR="00612663" w:rsidRDefault="00612663">
            <w:pPr>
              <w:spacing w:after="0"/>
            </w:pPr>
            <w:r>
              <w:rPr>
                <w:sz w:val="19"/>
              </w:rPr>
              <w:t>Buscar juntos sin competir.</w:t>
            </w:r>
          </w:p>
        </w:tc>
      </w:tr>
      <w:tr w:rsidR="008F6CE8" w14:paraId="2D7CD3DF" w14:textId="77777777">
        <w:tc>
          <w:tcPr>
            <w:tcW w:w="2100" w:type="dxa"/>
            <w:tcMar>
              <w:top w:w="100" w:type="dxa"/>
              <w:left w:w="130" w:type="dxa"/>
              <w:bottom w:w="100" w:type="dxa"/>
              <w:right w:w="130" w:type="dxa"/>
            </w:tcMar>
          </w:tcPr>
          <w:p w14:paraId="4FC0FFA5"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3A1C2BD7" w14:textId="77777777" w:rsidR="00612663" w:rsidRDefault="00612663">
            <w:pPr>
              <w:spacing w:after="0"/>
            </w:pPr>
            <w:r>
              <w:rPr>
                <w:sz w:val="19"/>
              </w:rPr>
              <w:t>Biblia infantil o imagen del relato.</w:t>
            </w:r>
          </w:p>
        </w:tc>
        <w:tc>
          <w:tcPr>
            <w:tcW w:w="4099" w:type="dxa"/>
            <w:tcMar>
              <w:top w:w="100" w:type="dxa"/>
              <w:left w:w="130" w:type="dxa"/>
              <w:bottom w:w="100" w:type="dxa"/>
              <w:right w:w="130" w:type="dxa"/>
            </w:tcMar>
          </w:tcPr>
          <w:p w14:paraId="65CABB35" w14:textId="77777777" w:rsidR="00612663" w:rsidRDefault="00612663">
            <w:pPr>
              <w:spacing w:after="0"/>
            </w:pPr>
            <w:r>
              <w:rPr>
                <w:sz w:val="19"/>
              </w:rPr>
              <w:t>Observar al pastor en el camino.</w:t>
            </w:r>
          </w:p>
        </w:tc>
      </w:tr>
    </w:tbl>
    <w:p w14:paraId="28D8CFE7" w14:textId="77777777" w:rsidR="00612663" w:rsidRDefault="00612663">
      <w:pPr>
        <w:keepNext/>
        <w:spacing w:before="80" w:after="60"/>
      </w:pPr>
      <w:r>
        <w:rPr>
          <w:b/>
          <w:color w:val="1F4D78"/>
          <w:sz w:val="23"/>
        </w:rPr>
        <w:t>Ficha</w:t>
      </w:r>
      <w:r>
        <w:rPr>
          <w:b/>
          <w:color w:val="687784"/>
          <w:sz w:val="20"/>
        </w:rPr>
        <w:t xml:space="preserve">  ·  10-15 min</w:t>
      </w:r>
    </w:p>
    <w:p w14:paraId="20ACAC1C" w14:textId="77777777" w:rsidR="00612663" w:rsidRDefault="00612663">
      <w:pPr>
        <w:spacing w:after="100"/>
      </w:pPr>
      <w:r>
        <w:t>Estampar huellas con la yema del dedo dentro de los círculos del camino. Nombrar la dirección y acompañar: «El pastor sigue buscando». No exigir completar todos los círculos ni corregir las huellas que se salgan.</w:t>
      </w:r>
    </w:p>
    <w:p w14:paraId="1B5363D3" w14:textId="77777777" w:rsidR="00612663" w:rsidRDefault="00612663">
      <w:pPr>
        <w:pStyle w:val="Ttulo2"/>
      </w:pPr>
      <w:r>
        <w:rPr>
          <w:rFonts w:ascii="Calibri" w:hAnsi="Calibri"/>
        </w:rPr>
        <w:t>Qué observar</w:t>
      </w:r>
    </w:p>
    <w:p w14:paraId="69294B39" w14:textId="77777777" w:rsidR="00612663" w:rsidRDefault="00612663">
      <w:r>
        <w:t>Si percibe la ausencia, comprende la intención de buscar, participa sin angustia, sigue aproximadamente un recorrido y utiliza la pintura con intención.</w:t>
      </w:r>
    </w:p>
    <w:tbl>
      <w:tblPr>
        <w:tblW w:w="9749" w:type="dxa"/>
        <w:tblInd w:w="120" w:type="dxa"/>
        <w:tblLayout w:type="fixed"/>
        <w:tblLook w:val="04A0" w:firstRow="1" w:lastRow="0" w:firstColumn="1" w:lastColumn="0" w:noHBand="0" w:noVBand="1"/>
      </w:tblPr>
      <w:tblGrid>
        <w:gridCol w:w="9749"/>
      </w:tblGrid>
      <w:tr w:rsidR="008F6CE8" w14:paraId="268EE9B9" w14:textId="77777777">
        <w:tc>
          <w:tcPr>
            <w:tcW w:w="9749" w:type="dxa"/>
            <w:shd w:val="clear" w:color="auto" w:fill="FFF4D8"/>
            <w:tcMar>
              <w:top w:w="100" w:type="dxa"/>
              <w:left w:w="130" w:type="dxa"/>
              <w:bottom w:w="100" w:type="dxa"/>
              <w:right w:w="130" w:type="dxa"/>
            </w:tcMar>
            <w:vAlign w:val="center"/>
          </w:tcPr>
          <w:p w14:paraId="7037C509" w14:textId="77777777" w:rsidR="00612663" w:rsidRDefault="00612663">
            <w:pPr>
              <w:spacing w:after="40" w:line="288" w:lineRule="auto"/>
            </w:pPr>
            <w:r>
              <w:rPr>
                <w:b/>
                <w:color w:val="1F4D78"/>
              </w:rPr>
              <w:t xml:space="preserve">Expectativa realista  </w:t>
            </w:r>
            <w:r>
              <w:t>La atención se centra en «falta una» y «el pastor la busca». No se evalúa conteo elevado ni comprensión moral abstracta.</w:t>
            </w:r>
          </w:p>
        </w:tc>
      </w:tr>
    </w:tbl>
    <w:p w14:paraId="53A936FF" w14:textId="77777777" w:rsidR="00612663" w:rsidRDefault="00612663">
      <w:pPr>
        <w:spacing w:after="40"/>
      </w:pPr>
    </w:p>
    <w:p w14:paraId="1DAFB7D8" w14:textId="77777777" w:rsidR="00612663" w:rsidRDefault="00612663">
      <w:r>
        <w:br w:type="page"/>
      </w:r>
    </w:p>
    <w:p w14:paraId="792C9FD3" w14:textId="77777777" w:rsidR="00612663" w:rsidRDefault="00612663">
      <w:pPr>
        <w:pStyle w:val="Ttulo1"/>
      </w:pPr>
      <w:r>
        <w:rPr>
          <w:rFonts w:ascii="Calibri" w:hAnsi="Calibri"/>
        </w:rPr>
        <w:lastRenderedPageBreak/>
        <w:t>5. Semana 3 · ¡La encontró!</w:t>
      </w:r>
    </w:p>
    <w:p w14:paraId="3FFC50FF" w14:textId="77777777" w:rsidR="00612663" w:rsidRDefault="00612663">
      <w:pPr>
        <w:keepNext/>
        <w:jc w:val="center"/>
      </w:pPr>
      <w:r>
        <w:rPr>
          <w:noProof/>
        </w:rPr>
        <w:drawing>
          <wp:inline distT="0" distB="0" distL="0" distR="0" wp14:anchorId="37A6B34B" wp14:editId="1139249B">
            <wp:extent cx="5257800" cy="350520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1ebce082-221b-4bc2-ad4f-f36c50c27023.png"/>
                    <pic:cNvPicPr/>
                  </pic:nvPicPr>
                  <pic:blipFill>
                    <a:blip r:embed="rId24"/>
                    <a:stretch>
                      <a:fillRect/>
                    </a:stretch>
                  </pic:blipFill>
                  <pic:spPr>
                    <a:xfrm>
                      <a:off x="0" y="0"/>
                      <a:ext cx="5257800" cy="3505200"/>
                    </a:xfrm>
                    <a:prstGeom prst="rect">
                      <a:avLst/>
                    </a:prstGeom>
                  </pic:spPr>
                </pic:pic>
              </a:graphicData>
            </a:graphic>
          </wp:inline>
        </w:drawing>
      </w:r>
    </w:p>
    <w:p w14:paraId="4DBC1D7A" w14:textId="77777777" w:rsidR="00612663" w:rsidRDefault="00612663">
      <w:pPr>
        <w:keepNext/>
        <w:spacing w:after="160"/>
        <w:jc w:val="center"/>
      </w:pPr>
      <w:r>
        <w:rPr>
          <w:i/>
          <w:color w:val="687784"/>
          <w:sz w:val="19"/>
        </w:rPr>
        <w:t>Ficha 17 · Pega gomets de colores para celebrar que la encontró</w:t>
      </w:r>
    </w:p>
    <w:tbl>
      <w:tblPr>
        <w:tblW w:w="9749" w:type="dxa"/>
        <w:tblInd w:w="120" w:type="dxa"/>
        <w:tblLayout w:type="fixed"/>
        <w:tblLook w:val="04A0" w:firstRow="1" w:lastRow="0" w:firstColumn="1" w:lastColumn="0" w:noHBand="0" w:noVBand="1"/>
      </w:tblPr>
      <w:tblGrid>
        <w:gridCol w:w="9749"/>
      </w:tblGrid>
      <w:tr w:rsidR="008F6CE8" w14:paraId="2489930A" w14:textId="77777777">
        <w:tc>
          <w:tcPr>
            <w:tcW w:w="9749" w:type="dxa"/>
            <w:shd w:val="clear" w:color="auto" w:fill="EAF4EE"/>
            <w:tcMar>
              <w:top w:w="100" w:type="dxa"/>
              <w:left w:w="130" w:type="dxa"/>
              <w:bottom w:w="100" w:type="dxa"/>
              <w:right w:w="130" w:type="dxa"/>
            </w:tcMar>
            <w:vAlign w:val="center"/>
          </w:tcPr>
          <w:p w14:paraId="44C3BF2A" w14:textId="77777777" w:rsidR="00612663" w:rsidRDefault="00612663">
            <w:pPr>
              <w:spacing w:after="40" w:line="288" w:lineRule="auto"/>
            </w:pPr>
            <w:r>
              <w:rPr>
                <w:b/>
                <w:color w:val="1F4D78"/>
              </w:rPr>
              <w:t xml:space="preserve">Aprendizaje  </w:t>
            </w:r>
            <w:r>
              <w:t>El pastor encuentra a la oveja, la lleva con cuidado y se alegra. Jesús se alegra cuando estamos cerca de Él.</w:t>
            </w:r>
          </w:p>
        </w:tc>
      </w:tr>
    </w:tbl>
    <w:p w14:paraId="4CDAA5DF" w14:textId="77777777" w:rsidR="00612663" w:rsidRDefault="00612663">
      <w:pPr>
        <w:spacing w:after="40"/>
      </w:pPr>
    </w:p>
    <w:p w14:paraId="7B1A4189" w14:textId="77777777" w:rsidR="00612663" w:rsidRDefault="00612663">
      <w:pPr>
        <w:pStyle w:val="Ttulo2"/>
      </w:pPr>
      <w:r>
        <w:rPr>
          <w:rFonts w:ascii="Calibri" w:hAnsi="Calibri"/>
        </w:rPr>
        <w:t>Preparación</w:t>
      </w:r>
    </w:p>
    <w:p w14:paraId="395129B1" w14:textId="77777777" w:rsidR="00612663" w:rsidRDefault="00612663">
      <w:r>
        <w:t>Esconder la oveja en un lugar accesible con una última pista clara. Preparar el bolso abierto, el redil con las otras ovejas, el bastón y gomets de colores. Si se desea, dejar preparada la canción de celebración de Valiván.</w:t>
      </w:r>
    </w:p>
    <w:p w14:paraId="79B94E21" w14:textId="77777777" w:rsidR="00612663" w:rsidRDefault="00612663">
      <w:pPr>
        <w:pStyle w:val="Ttulo2"/>
      </w:pPr>
      <w:r>
        <w:rPr>
          <w:rFonts w:ascii="Calibri" w:hAnsi="Calibri"/>
        </w:rPr>
        <w:t>Desarrollo orientativo</w:t>
      </w:r>
    </w:p>
    <w:p w14:paraId="54F7383B" w14:textId="77777777" w:rsidR="00612663" w:rsidRDefault="00612663">
      <w:pPr>
        <w:keepNext/>
        <w:spacing w:before="80" w:after="60"/>
      </w:pPr>
      <w:r>
        <w:rPr>
          <w:b/>
          <w:color w:val="1F4D78"/>
          <w:sz w:val="23"/>
        </w:rPr>
        <w:t>Última pista</w:t>
      </w:r>
      <w:r>
        <w:rPr>
          <w:b/>
          <w:color w:val="687784"/>
          <w:sz w:val="20"/>
        </w:rPr>
        <w:t xml:space="preserve">  ·  3-5 min</w:t>
      </w:r>
    </w:p>
    <w:p w14:paraId="2B350D2C" w14:textId="77777777" w:rsidR="00612663" w:rsidRDefault="00612663">
      <w:pPr>
        <w:spacing w:after="100"/>
      </w:pPr>
      <w:r>
        <w:t>Encontrar juntos la oveja de peluche. Dar tiempo para verla, acariciarla y comprobar que está bien.</w:t>
      </w:r>
    </w:p>
    <w:p w14:paraId="2D470D61" w14:textId="77777777" w:rsidR="00612663" w:rsidRDefault="00612663">
      <w:pPr>
        <w:keepNext/>
        <w:spacing w:before="80" w:after="60"/>
      </w:pPr>
      <w:r>
        <w:rPr>
          <w:b/>
          <w:color w:val="1F4D78"/>
          <w:sz w:val="23"/>
        </w:rPr>
        <w:t>Relato completo</w:t>
      </w:r>
      <w:r>
        <w:rPr>
          <w:b/>
          <w:color w:val="687784"/>
          <w:sz w:val="20"/>
        </w:rPr>
        <w:t xml:space="preserve">  ·  5-7 min</w:t>
      </w:r>
    </w:p>
    <w:p w14:paraId="19D90527" w14:textId="77777777" w:rsidR="00612663" w:rsidRDefault="00612663">
      <w:pPr>
        <w:spacing w:after="100"/>
      </w:pPr>
      <w:r>
        <w:t>El pastor la encontró, la puso sobre sus hombros y volvió lleno de alegría. Representarlo con la figura o con la oveja de peluche, sin colocar peso real sobre ningún niño.</w:t>
      </w:r>
    </w:p>
    <w:p w14:paraId="35A76483" w14:textId="77777777" w:rsidR="00612663" w:rsidRDefault="00612663">
      <w:pPr>
        <w:keepNext/>
        <w:spacing w:before="80" w:after="60"/>
      </w:pPr>
      <w:r>
        <w:rPr>
          <w:b/>
          <w:color w:val="1F4D78"/>
          <w:sz w:val="23"/>
        </w:rPr>
        <w:t>Celebración</w:t>
      </w:r>
      <w:r>
        <w:rPr>
          <w:b/>
          <w:color w:val="687784"/>
          <w:sz w:val="20"/>
        </w:rPr>
        <w:t xml:space="preserve">  ·  5-8 min</w:t>
      </w:r>
    </w:p>
    <w:p w14:paraId="71C7CA08" w14:textId="77777777" w:rsidR="00612663" w:rsidRDefault="00612663">
      <w:pPr>
        <w:spacing w:after="100"/>
      </w:pPr>
      <w:r>
        <w:t>Llevar la oveja al redil, comprobar que las tres ovejas están juntas y cantar un fragmento conocido. Celebrar sin exceso de ruido para conservar el sentido de cuidado y encuentro.</w:t>
      </w:r>
    </w:p>
    <w:p w14:paraId="189E89F2" w14:textId="77777777" w:rsidR="00612663" w:rsidRDefault="00612663">
      <w:pPr>
        <w:keepNext/>
        <w:spacing w:before="80" w:after="60"/>
      </w:pPr>
      <w:r>
        <w:rPr>
          <w:b/>
          <w:color w:val="1F4D78"/>
          <w:sz w:val="23"/>
        </w:rPr>
        <w:lastRenderedPageBreak/>
        <w:t>Teatro</w:t>
      </w:r>
      <w:r>
        <w:rPr>
          <w:b/>
          <w:color w:val="687784"/>
          <w:sz w:val="20"/>
        </w:rPr>
        <w:t xml:space="preserve">  ·  8-10 min</w:t>
      </w:r>
    </w:p>
    <w:p w14:paraId="151ED844" w14:textId="77777777" w:rsidR="00612663" w:rsidRDefault="00612663">
      <w:pPr>
        <w:spacing w:after="100"/>
      </w:pPr>
      <w:r>
        <w:t>Por turnos, un niño puede llevar el bastón, otro acercar la oveja y otros esperar en el redil. No asignar papeles fijos ni exigir texto memorizado.</w:t>
      </w:r>
    </w:p>
    <w:p w14:paraId="5B5B69E4" w14:textId="77777777" w:rsidR="00612663" w:rsidRDefault="00612663">
      <w:pPr>
        <w:keepNext/>
        <w:spacing w:before="80" w:after="60"/>
      </w:pPr>
      <w:r>
        <w:rPr>
          <w:b/>
          <w:color w:val="1F4D78"/>
          <w:sz w:val="23"/>
        </w:rPr>
        <w:t>Oración</w:t>
      </w:r>
      <w:r>
        <w:rPr>
          <w:b/>
          <w:color w:val="687784"/>
          <w:sz w:val="20"/>
        </w:rPr>
        <w:t xml:space="preserve">  ·  1 min</w:t>
      </w:r>
    </w:p>
    <w:p w14:paraId="5CFA2AB7" w14:textId="77777777" w:rsidR="00612663" w:rsidRDefault="00612663">
      <w:pPr>
        <w:spacing w:after="100"/>
      </w:pPr>
      <w:r>
        <w:t>«Gracias, Jesús, porque nos buscas y te alegras cuando nos encuentras».</w:t>
      </w:r>
    </w:p>
    <w:tbl>
      <w:tblPr>
        <w:tblW w:w="9749" w:type="dxa"/>
        <w:tblInd w:w="120" w:type="dxa"/>
        <w:tblLayout w:type="fixed"/>
        <w:tblLook w:val="04A0" w:firstRow="1" w:lastRow="0" w:firstColumn="1" w:lastColumn="0" w:noHBand="0" w:noVBand="1"/>
      </w:tblPr>
      <w:tblGrid>
        <w:gridCol w:w="2100"/>
        <w:gridCol w:w="3550"/>
        <w:gridCol w:w="4099"/>
      </w:tblGrid>
      <w:tr w:rsidR="008F6CE8" w14:paraId="1EFFE79F" w14:textId="77777777">
        <w:trPr>
          <w:tblHeader/>
        </w:trPr>
        <w:tc>
          <w:tcPr>
            <w:tcW w:w="2100" w:type="dxa"/>
            <w:shd w:val="clear" w:color="auto" w:fill="E8EEF5"/>
            <w:tcMar>
              <w:top w:w="100" w:type="dxa"/>
              <w:left w:w="130" w:type="dxa"/>
              <w:bottom w:w="100" w:type="dxa"/>
              <w:right w:w="130" w:type="dxa"/>
            </w:tcMar>
            <w:vAlign w:val="center"/>
          </w:tcPr>
          <w:p w14:paraId="044594FD"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7C714D9A"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21BB06C8" w14:textId="77777777" w:rsidR="00612663" w:rsidRDefault="00612663">
            <w:pPr>
              <w:jc w:val="center"/>
            </w:pPr>
            <w:r>
              <w:rPr>
                <w:b/>
                <w:color w:val="1F4D78"/>
                <w:sz w:val="20"/>
              </w:rPr>
              <w:t>Propuesta</w:t>
            </w:r>
          </w:p>
        </w:tc>
      </w:tr>
      <w:tr w:rsidR="008F6CE8" w14:paraId="0E5080E1" w14:textId="77777777">
        <w:tc>
          <w:tcPr>
            <w:tcW w:w="2100" w:type="dxa"/>
            <w:tcMar>
              <w:top w:w="100" w:type="dxa"/>
              <w:left w:w="130" w:type="dxa"/>
              <w:bottom w:w="100" w:type="dxa"/>
              <w:right w:w="130" w:type="dxa"/>
            </w:tcMar>
          </w:tcPr>
          <w:p w14:paraId="5A6584BE"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03A25FE4" w14:textId="77777777" w:rsidR="00612663" w:rsidRDefault="00612663">
            <w:pPr>
              <w:spacing w:after="0"/>
            </w:pPr>
            <w:r>
              <w:rPr>
                <w:sz w:val="19"/>
              </w:rPr>
              <w:t>Redil completo y pastor.</w:t>
            </w:r>
          </w:p>
        </w:tc>
        <w:tc>
          <w:tcPr>
            <w:tcW w:w="4099" w:type="dxa"/>
            <w:tcMar>
              <w:top w:w="100" w:type="dxa"/>
              <w:left w:w="130" w:type="dxa"/>
              <w:bottom w:w="100" w:type="dxa"/>
              <w:right w:w="130" w:type="dxa"/>
            </w:tcMar>
          </w:tcPr>
          <w:p w14:paraId="074572C4" w14:textId="77777777" w:rsidR="00612663" w:rsidRDefault="00612663">
            <w:pPr>
              <w:spacing w:after="0"/>
            </w:pPr>
            <w:r>
              <w:rPr>
                <w:sz w:val="19"/>
              </w:rPr>
              <w:t>Reconstruir toda la secuencia.</w:t>
            </w:r>
          </w:p>
        </w:tc>
      </w:tr>
      <w:tr w:rsidR="008F6CE8" w14:paraId="6223376A" w14:textId="77777777">
        <w:tc>
          <w:tcPr>
            <w:tcW w:w="2100" w:type="dxa"/>
            <w:tcMar>
              <w:top w:w="100" w:type="dxa"/>
              <w:left w:w="130" w:type="dxa"/>
              <w:bottom w:w="100" w:type="dxa"/>
              <w:right w:w="130" w:type="dxa"/>
            </w:tcMar>
          </w:tcPr>
          <w:p w14:paraId="416CE9A4"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0A4C115F" w14:textId="77777777" w:rsidR="00612663" w:rsidRDefault="00612663">
            <w:pPr>
              <w:spacing w:after="0"/>
            </w:pPr>
            <w:r>
              <w:rPr>
                <w:sz w:val="19"/>
              </w:rPr>
              <w:t>Bastón, pañuelo y oveja.</w:t>
            </w:r>
          </w:p>
        </w:tc>
        <w:tc>
          <w:tcPr>
            <w:tcW w:w="4099" w:type="dxa"/>
            <w:tcMar>
              <w:top w:w="100" w:type="dxa"/>
              <w:left w:w="130" w:type="dxa"/>
              <w:bottom w:w="100" w:type="dxa"/>
              <w:right w:w="130" w:type="dxa"/>
            </w:tcMar>
          </w:tcPr>
          <w:p w14:paraId="2343265B" w14:textId="77777777" w:rsidR="00612663" w:rsidRDefault="00612663">
            <w:pPr>
              <w:spacing w:after="0"/>
            </w:pPr>
            <w:r>
              <w:rPr>
                <w:sz w:val="19"/>
              </w:rPr>
              <w:t>Buscar, encontrar, cuidar y regresar.</w:t>
            </w:r>
          </w:p>
        </w:tc>
      </w:tr>
      <w:tr w:rsidR="008F6CE8" w14:paraId="16AF2268" w14:textId="77777777">
        <w:tc>
          <w:tcPr>
            <w:tcW w:w="2100" w:type="dxa"/>
            <w:tcMar>
              <w:top w:w="100" w:type="dxa"/>
              <w:left w:w="130" w:type="dxa"/>
              <w:bottom w:w="100" w:type="dxa"/>
              <w:right w:w="130" w:type="dxa"/>
            </w:tcMar>
          </w:tcPr>
          <w:p w14:paraId="7C11CCD9" w14:textId="77777777" w:rsidR="00612663" w:rsidRDefault="00612663">
            <w:pPr>
              <w:spacing w:after="0"/>
            </w:pPr>
            <w:r>
              <w:rPr>
                <w:b/>
                <w:color w:val="1F4D78"/>
                <w:sz w:val="19"/>
              </w:rPr>
              <w:t>Música</w:t>
            </w:r>
          </w:p>
        </w:tc>
        <w:tc>
          <w:tcPr>
            <w:tcW w:w="3550" w:type="dxa"/>
            <w:tcMar>
              <w:top w:w="100" w:type="dxa"/>
              <w:left w:w="130" w:type="dxa"/>
              <w:bottom w:w="100" w:type="dxa"/>
              <w:right w:w="130" w:type="dxa"/>
            </w:tcMar>
          </w:tcPr>
          <w:p w14:paraId="51EC9DE3" w14:textId="77777777" w:rsidR="00612663" w:rsidRDefault="00612663">
            <w:pPr>
              <w:spacing w:after="0"/>
            </w:pPr>
            <w:r>
              <w:rPr>
                <w:sz w:val="19"/>
              </w:rPr>
              <w:t>Canción de Valiván.</w:t>
            </w:r>
          </w:p>
        </w:tc>
        <w:tc>
          <w:tcPr>
            <w:tcW w:w="4099" w:type="dxa"/>
            <w:tcMar>
              <w:top w:w="100" w:type="dxa"/>
              <w:left w:w="130" w:type="dxa"/>
              <w:bottom w:w="100" w:type="dxa"/>
              <w:right w:w="130" w:type="dxa"/>
            </w:tcMar>
          </w:tcPr>
          <w:p w14:paraId="7D71ED72" w14:textId="77777777" w:rsidR="00612663" w:rsidRDefault="00612663">
            <w:pPr>
              <w:spacing w:after="0"/>
            </w:pPr>
            <w:r>
              <w:rPr>
                <w:sz w:val="19"/>
              </w:rPr>
              <w:t>Expresar alegría con gestos sencillos.</w:t>
            </w:r>
          </w:p>
        </w:tc>
      </w:tr>
      <w:tr w:rsidR="008F6CE8" w14:paraId="5B71CE8B" w14:textId="77777777">
        <w:tc>
          <w:tcPr>
            <w:tcW w:w="2100" w:type="dxa"/>
            <w:tcMar>
              <w:top w:w="100" w:type="dxa"/>
              <w:left w:w="130" w:type="dxa"/>
              <w:bottom w:w="100" w:type="dxa"/>
              <w:right w:w="130" w:type="dxa"/>
            </w:tcMar>
          </w:tcPr>
          <w:p w14:paraId="57C7AA26"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21D760C1" w14:textId="77777777" w:rsidR="00612663" w:rsidRDefault="00612663">
            <w:pPr>
              <w:spacing w:after="0"/>
            </w:pPr>
            <w:r>
              <w:rPr>
                <w:sz w:val="19"/>
              </w:rPr>
              <w:t>Bloques y camino.</w:t>
            </w:r>
          </w:p>
        </w:tc>
        <w:tc>
          <w:tcPr>
            <w:tcW w:w="4099" w:type="dxa"/>
            <w:tcMar>
              <w:top w:w="100" w:type="dxa"/>
              <w:left w:w="130" w:type="dxa"/>
              <w:bottom w:w="100" w:type="dxa"/>
              <w:right w:w="130" w:type="dxa"/>
            </w:tcMar>
          </w:tcPr>
          <w:p w14:paraId="5EA783A2" w14:textId="77777777" w:rsidR="00612663" w:rsidRDefault="00612663">
            <w:pPr>
              <w:spacing w:after="0"/>
            </w:pPr>
            <w:r>
              <w:rPr>
                <w:sz w:val="19"/>
              </w:rPr>
              <w:t>Preparar un regreso seguro al redil.</w:t>
            </w:r>
          </w:p>
        </w:tc>
      </w:tr>
    </w:tbl>
    <w:p w14:paraId="380D8B87" w14:textId="77777777" w:rsidR="00612663" w:rsidRDefault="00612663">
      <w:pPr>
        <w:keepNext/>
        <w:spacing w:before="80" w:after="60"/>
      </w:pPr>
      <w:r>
        <w:rPr>
          <w:b/>
          <w:color w:val="1F4D78"/>
          <w:sz w:val="23"/>
        </w:rPr>
        <w:t>Ficha</w:t>
      </w:r>
      <w:r>
        <w:rPr>
          <w:b/>
          <w:color w:val="687784"/>
          <w:sz w:val="20"/>
        </w:rPr>
        <w:t xml:space="preserve">  ·  10-15 min</w:t>
      </w:r>
    </w:p>
    <w:p w14:paraId="7AAE9C7F" w14:textId="77777777" w:rsidR="00612663" w:rsidRDefault="00612663">
      <w:pPr>
        <w:spacing w:after="100"/>
      </w:pPr>
      <w:r>
        <w:t>Colocar gomets de colores en el cielo y alrededor del pastor y la oveja como signos de alegría. No existe un espacio cerrado ni un orden obligatorio; evitar tapar las caras.</w:t>
      </w:r>
    </w:p>
    <w:p w14:paraId="17B6A7E7" w14:textId="77777777" w:rsidR="00612663" w:rsidRDefault="00612663">
      <w:pPr>
        <w:pStyle w:val="Ttulo2"/>
      </w:pPr>
      <w:r>
        <w:rPr>
          <w:rFonts w:ascii="Calibri" w:hAnsi="Calibri"/>
        </w:rPr>
        <w:t>Qué observar</w:t>
      </w:r>
    </w:p>
    <w:p w14:paraId="555414D2" w14:textId="77777777" w:rsidR="00612663" w:rsidRDefault="00612663">
      <w:r>
        <w:t>Si reconoce el desenlace, expresa alivio o alegría, reconstruye una parte del relato, cuida el personaje y distribuye los gomets libremente con intención.</w:t>
      </w:r>
    </w:p>
    <w:tbl>
      <w:tblPr>
        <w:tblW w:w="9749" w:type="dxa"/>
        <w:tblInd w:w="120" w:type="dxa"/>
        <w:tblLayout w:type="fixed"/>
        <w:tblLook w:val="04A0" w:firstRow="1" w:lastRow="0" w:firstColumn="1" w:lastColumn="0" w:noHBand="0" w:noVBand="1"/>
      </w:tblPr>
      <w:tblGrid>
        <w:gridCol w:w="9749"/>
      </w:tblGrid>
      <w:tr w:rsidR="008F6CE8" w14:paraId="0C222189" w14:textId="77777777">
        <w:tc>
          <w:tcPr>
            <w:tcW w:w="9749" w:type="dxa"/>
            <w:shd w:val="clear" w:color="auto" w:fill="FFF4D8"/>
            <w:tcMar>
              <w:top w:w="100" w:type="dxa"/>
              <w:left w:w="130" w:type="dxa"/>
              <w:bottom w:w="100" w:type="dxa"/>
              <w:right w:w="130" w:type="dxa"/>
            </w:tcMar>
            <w:vAlign w:val="center"/>
          </w:tcPr>
          <w:p w14:paraId="15AF9635" w14:textId="77777777" w:rsidR="00612663" w:rsidRDefault="00612663">
            <w:pPr>
              <w:spacing w:after="40" w:line="288" w:lineRule="auto"/>
            </w:pPr>
            <w:r>
              <w:rPr>
                <w:b/>
                <w:color w:val="1F4D78"/>
              </w:rPr>
              <w:t xml:space="preserve">Alegría con sentido  </w:t>
            </w:r>
            <w:r>
              <w:t>Los gomets no son un adorno aislado: cada niño coloca una pequeña señal para celebrar que la oveja está de nuevo acompañada y segura.</w:t>
            </w:r>
          </w:p>
        </w:tc>
      </w:tr>
    </w:tbl>
    <w:p w14:paraId="146D33AD" w14:textId="77777777" w:rsidR="00612663" w:rsidRDefault="00612663">
      <w:pPr>
        <w:spacing w:after="40"/>
      </w:pPr>
    </w:p>
    <w:p w14:paraId="3C644273" w14:textId="77777777" w:rsidR="00612663" w:rsidRDefault="00612663">
      <w:r>
        <w:br w:type="page"/>
      </w:r>
    </w:p>
    <w:p w14:paraId="6D55FE01" w14:textId="77777777" w:rsidR="00612663" w:rsidRDefault="00612663">
      <w:pPr>
        <w:pStyle w:val="Ttulo1"/>
      </w:pPr>
      <w:r>
        <w:rPr>
          <w:rFonts w:ascii="Calibri" w:hAnsi="Calibri"/>
        </w:rPr>
        <w:lastRenderedPageBreak/>
        <w:t>6. Semana 4 · Jesús cuida de cada uno</w:t>
      </w:r>
    </w:p>
    <w:p w14:paraId="16FE7077" w14:textId="77777777" w:rsidR="00612663" w:rsidRDefault="00612663">
      <w:pPr>
        <w:keepNext/>
        <w:jc w:val="center"/>
      </w:pPr>
      <w:r>
        <w:rPr>
          <w:noProof/>
        </w:rPr>
        <w:drawing>
          <wp:inline distT="0" distB="0" distL="0" distR="0" wp14:anchorId="583E1869" wp14:editId="613B66A2">
            <wp:extent cx="5257800" cy="371429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724a7a93-79fe-4042-9a2d-bdafbd4bd271.png"/>
                    <pic:cNvPicPr/>
                  </pic:nvPicPr>
                  <pic:blipFill>
                    <a:blip r:embed="rId25"/>
                    <a:stretch>
                      <a:fillRect/>
                    </a:stretch>
                  </pic:blipFill>
                  <pic:spPr>
                    <a:xfrm>
                      <a:off x="0" y="0"/>
                      <a:ext cx="5257800" cy="3714290"/>
                    </a:xfrm>
                    <a:prstGeom prst="rect">
                      <a:avLst/>
                    </a:prstGeom>
                  </pic:spPr>
                </pic:pic>
              </a:graphicData>
            </a:graphic>
          </wp:inline>
        </w:drawing>
      </w:r>
    </w:p>
    <w:p w14:paraId="3A2D41B3" w14:textId="77777777" w:rsidR="00612663" w:rsidRDefault="00612663">
      <w:pPr>
        <w:keepNext/>
        <w:spacing w:after="160"/>
        <w:jc w:val="center"/>
      </w:pPr>
      <w:r>
        <w:rPr>
          <w:i/>
          <w:color w:val="687784"/>
          <w:sz w:val="19"/>
        </w:rPr>
        <w:t>Ficha 18 · Dibújate junto a Jesús: te conoce, te quiere y te cuida</w:t>
      </w:r>
    </w:p>
    <w:tbl>
      <w:tblPr>
        <w:tblW w:w="9749" w:type="dxa"/>
        <w:tblInd w:w="120" w:type="dxa"/>
        <w:tblLayout w:type="fixed"/>
        <w:tblLook w:val="04A0" w:firstRow="1" w:lastRow="0" w:firstColumn="1" w:lastColumn="0" w:noHBand="0" w:noVBand="1"/>
      </w:tblPr>
      <w:tblGrid>
        <w:gridCol w:w="9749"/>
      </w:tblGrid>
      <w:tr w:rsidR="008F6CE8" w14:paraId="6F4056DD" w14:textId="77777777">
        <w:tc>
          <w:tcPr>
            <w:tcW w:w="9749" w:type="dxa"/>
            <w:shd w:val="clear" w:color="auto" w:fill="EAF4EE"/>
            <w:tcMar>
              <w:top w:w="100" w:type="dxa"/>
              <w:left w:w="130" w:type="dxa"/>
              <w:bottom w:w="100" w:type="dxa"/>
              <w:right w:w="130" w:type="dxa"/>
            </w:tcMar>
            <w:vAlign w:val="center"/>
          </w:tcPr>
          <w:p w14:paraId="753E39E7" w14:textId="77777777" w:rsidR="00612663" w:rsidRDefault="00612663">
            <w:pPr>
              <w:spacing w:after="40" w:line="288" w:lineRule="auto"/>
            </w:pPr>
            <w:r>
              <w:rPr>
                <w:b/>
                <w:color w:val="1F4D78"/>
              </w:rPr>
              <w:t xml:space="preserve">Aprendizaje  </w:t>
            </w:r>
            <w:r>
              <w:t>La parábola habla de nosotros: Jesús conoce, quiere y cuida a cada persona. Cada niño es importante para Él.</w:t>
            </w:r>
          </w:p>
        </w:tc>
      </w:tr>
    </w:tbl>
    <w:p w14:paraId="1251578C" w14:textId="77777777" w:rsidR="00612663" w:rsidRDefault="00612663">
      <w:pPr>
        <w:spacing w:after="40"/>
      </w:pPr>
    </w:p>
    <w:p w14:paraId="559841B1" w14:textId="77777777" w:rsidR="00612663" w:rsidRDefault="00612663">
      <w:pPr>
        <w:pStyle w:val="Ttulo2"/>
      </w:pPr>
      <w:r>
        <w:rPr>
          <w:rFonts w:ascii="Calibri" w:hAnsi="Calibri"/>
        </w:rPr>
        <w:t>Preparación</w:t>
      </w:r>
    </w:p>
    <w:p w14:paraId="4D1D071B" w14:textId="77777777" w:rsidR="00612663" w:rsidRDefault="00612663">
      <w:r>
        <w:t>Colocar la imagen grande de Jesús en la asamblea y preparar las fotografías del alumnado con velcro. Situar cerca la oveja y el bolso. Tener a mano la Biblia infantil, la ficha y ceras gruesas de distintos tonos.</w:t>
      </w:r>
    </w:p>
    <w:p w14:paraId="6DA66E8C" w14:textId="77777777" w:rsidR="00612663" w:rsidRDefault="00612663">
      <w:pPr>
        <w:pStyle w:val="Ttulo2"/>
      </w:pPr>
      <w:r>
        <w:rPr>
          <w:rFonts w:ascii="Calibri" w:hAnsi="Calibri"/>
        </w:rPr>
        <w:t>Desarrollo orientativo</w:t>
      </w:r>
    </w:p>
    <w:p w14:paraId="24EBE59A" w14:textId="77777777" w:rsidR="00612663" w:rsidRDefault="00612663">
      <w:pPr>
        <w:keepNext/>
        <w:spacing w:before="80" w:after="60"/>
      </w:pPr>
      <w:r>
        <w:rPr>
          <w:b/>
          <w:color w:val="1F4D78"/>
          <w:sz w:val="23"/>
        </w:rPr>
        <w:t>Recordamos</w:t>
      </w:r>
      <w:r>
        <w:rPr>
          <w:b/>
          <w:color w:val="687784"/>
          <w:sz w:val="20"/>
        </w:rPr>
        <w:t xml:space="preserve">  ·  5-7 min</w:t>
      </w:r>
    </w:p>
    <w:p w14:paraId="08D3F86D" w14:textId="77777777" w:rsidR="00612663" w:rsidRDefault="00612663">
      <w:pPr>
        <w:spacing w:after="100"/>
      </w:pPr>
      <w:r>
        <w:t>Recorrer con los objetos la secuencia completa: el pastor cuidaba; faltó una; la buscó; la encontró y se alegró.</w:t>
      </w:r>
    </w:p>
    <w:p w14:paraId="46EE18E8" w14:textId="77777777" w:rsidR="00612663" w:rsidRDefault="00612663">
      <w:pPr>
        <w:keepNext/>
        <w:spacing w:before="80" w:after="60"/>
      </w:pPr>
      <w:r>
        <w:rPr>
          <w:b/>
          <w:color w:val="1F4D78"/>
          <w:sz w:val="23"/>
        </w:rPr>
        <w:t>Del relato a la vida</w:t>
      </w:r>
      <w:r>
        <w:rPr>
          <w:b/>
          <w:color w:val="687784"/>
          <w:sz w:val="20"/>
        </w:rPr>
        <w:t xml:space="preserve">  ·  4-5 min</w:t>
      </w:r>
    </w:p>
    <w:p w14:paraId="373E55AC" w14:textId="77777777" w:rsidR="00612663" w:rsidRDefault="00612663">
      <w:pPr>
        <w:spacing w:after="100"/>
      </w:pPr>
      <w:r>
        <w:t>Explicar: «Jesús contó esta historia para decirnos que cada persona es importante para Él. Jesús conoce tu nombre, te quiere y te cuida».</w:t>
      </w:r>
    </w:p>
    <w:p w14:paraId="6D6975B5" w14:textId="77777777" w:rsidR="00612663" w:rsidRDefault="00612663">
      <w:pPr>
        <w:keepNext/>
        <w:spacing w:before="80" w:after="60"/>
      </w:pPr>
      <w:r>
        <w:rPr>
          <w:b/>
          <w:color w:val="1F4D78"/>
          <w:sz w:val="23"/>
        </w:rPr>
        <w:t>Fotos junto a Jesús</w:t>
      </w:r>
      <w:r>
        <w:rPr>
          <w:b/>
          <w:color w:val="687784"/>
          <w:sz w:val="20"/>
        </w:rPr>
        <w:t xml:space="preserve">  ·  6-8 min</w:t>
      </w:r>
    </w:p>
    <w:p w14:paraId="01D592E0" w14:textId="77777777" w:rsidR="00612663" w:rsidRDefault="00612663">
      <w:pPr>
        <w:spacing w:after="100"/>
      </w:pPr>
      <w:r>
        <w:t>Nombrar a cada niño y colocar su fotografía sobre el manto, la túnica o cerca de los brazos de Jesús. Nadie queda fuera. Si falta una foto, usar su tarjeta de nombre o reservar claramente un lugar.</w:t>
      </w:r>
    </w:p>
    <w:p w14:paraId="79704110" w14:textId="77777777" w:rsidR="00612663" w:rsidRDefault="00612663">
      <w:pPr>
        <w:keepNext/>
        <w:spacing w:before="80" w:after="60"/>
      </w:pPr>
      <w:r>
        <w:rPr>
          <w:b/>
          <w:color w:val="1F4D78"/>
          <w:sz w:val="23"/>
        </w:rPr>
        <w:lastRenderedPageBreak/>
        <w:t>Silencio y oración</w:t>
      </w:r>
      <w:r>
        <w:rPr>
          <w:b/>
          <w:color w:val="687784"/>
          <w:sz w:val="20"/>
        </w:rPr>
        <w:t xml:space="preserve">  ·  1-2 min</w:t>
      </w:r>
    </w:p>
    <w:p w14:paraId="627CEAAA" w14:textId="77777777" w:rsidR="00612663" w:rsidRDefault="00612663">
      <w:pPr>
        <w:spacing w:after="100"/>
      </w:pPr>
      <w:r>
        <w:t>Mirar la composición y decir: «Jesús, gracias porque nos conoces y nos quieres». Dejar unos segundos de calma.</w:t>
      </w:r>
    </w:p>
    <w:tbl>
      <w:tblPr>
        <w:tblW w:w="9749" w:type="dxa"/>
        <w:tblInd w:w="120" w:type="dxa"/>
        <w:tblLayout w:type="fixed"/>
        <w:tblLook w:val="04A0" w:firstRow="1" w:lastRow="0" w:firstColumn="1" w:lastColumn="0" w:noHBand="0" w:noVBand="1"/>
      </w:tblPr>
      <w:tblGrid>
        <w:gridCol w:w="2100"/>
        <w:gridCol w:w="3550"/>
        <w:gridCol w:w="4099"/>
      </w:tblGrid>
      <w:tr w:rsidR="008F6CE8" w14:paraId="24B9747E" w14:textId="77777777">
        <w:trPr>
          <w:tblHeader/>
        </w:trPr>
        <w:tc>
          <w:tcPr>
            <w:tcW w:w="2100" w:type="dxa"/>
            <w:shd w:val="clear" w:color="auto" w:fill="E8EEF5"/>
            <w:tcMar>
              <w:top w:w="100" w:type="dxa"/>
              <w:left w:w="130" w:type="dxa"/>
              <w:bottom w:w="100" w:type="dxa"/>
              <w:right w:w="130" w:type="dxa"/>
            </w:tcMar>
            <w:vAlign w:val="center"/>
          </w:tcPr>
          <w:p w14:paraId="6D43633B"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4D42C8B7"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161AFF1B" w14:textId="77777777" w:rsidR="00612663" w:rsidRDefault="00612663">
            <w:pPr>
              <w:jc w:val="center"/>
            </w:pPr>
            <w:r>
              <w:rPr>
                <w:b/>
                <w:color w:val="1F4D78"/>
                <w:sz w:val="20"/>
              </w:rPr>
              <w:t>Propuesta</w:t>
            </w:r>
          </w:p>
        </w:tc>
      </w:tr>
      <w:tr w:rsidR="008F6CE8" w14:paraId="42855A09" w14:textId="77777777">
        <w:tc>
          <w:tcPr>
            <w:tcW w:w="2100" w:type="dxa"/>
            <w:tcMar>
              <w:top w:w="100" w:type="dxa"/>
              <w:left w:w="130" w:type="dxa"/>
              <w:bottom w:w="100" w:type="dxa"/>
              <w:right w:w="130" w:type="dxa"/>
            </w:tcMar>
          </w:tcPr>
          <w:p w14:paraId="79B6DCC3" w14:textId="77777777" w:rsidR="00612663" w:rsidRDefault="00612663">
            <w:pPr>
              <w:spacing w:after="0"/>
            </w:pPr>
            <w:r>
              <w:rPr>
                <w:b/>
                <w:color w:val="1F4D78"/>
                <w:sz w:val="19"/>
              </w:rPr>
              <w:t>Asamblea</w:t>
            </w:r>
          </w:p>
        </w:tc>
        <w:tc>
          <w:tcPr>
            <w:tcW w:w="3550" w:type="dxa"/>
            <w:tcMar>
              <w:top w:w="100" w:type="dxa"/>
              <w:left w:w="130" w:type="dxa"/>
              <w:bottom w:w="100" w:type="dxa"/>
              <w:right w:w="130" w:type="dxa"/>
            </w:tcMar>
          </w:tcPr>
          <w:p w14:paraId="7740209E" w14:textId="77777777" w:rsidR="00612663" w:rsidRDefault="00612663">
            <w:pPr>
              <w:spacing w:after="0"/>
            </w:pPr>
            <w:r>
              <w:rPr>
                <w:sz w:val="19"/>
              </w:rPr>
              <w:t>Jesús grande y fotos con velcro.</w:t>
            </w:r>
          </w:p>
        </w:tc>
        <w:tc>
          <w:tcPr>
            <w:tcW w:w="4099" w:type="dxa"/>
            <w:tcMar>
              <w:top w:w="100" w:type="dxa"/>
              <w:left w:w="130" w:type="dxa"/>
              <w:bottom w:w="100" w:type="dxa"/>
              <w:right w:w="130" w:type="dxa"/>
            </w:tcMar>
          </w:tcPr>
          <w:p w14:paraId="7230504C" w14:textId="77777777" w:rsidR="00612663" w:rsidRDefault="00612663">
            <w:pPr>
              <w:spacing w:after="0"/>
            </w:pPr>
            <w:r>
              <w:rPr>
                <w:sz w:val="19"/>
              </w:rPr>
              <w:t>Colocar a todos junto a Jesús.</w:t>
            </w:r>
          </w:p>
        </w:tc>
      </w:tr>
      <w:tr w:rsidR="008F6CE8" w14:paraId="1E0B74C8" w14:textId="77777777">
        <w:tc>
          <w:tcPr>
            <w:tcW w:w="2100" w:type="dxa"/>
            <w:tcMar>
              <w:top w:w="100" w:type="dxa"/>
              <w:left w:w="130" w:type="dxa"/>
              <w:bottom w:w="100" w:type="dxa"/>
              <w:right w:w="130" w:type="dxa"/>
            </w:tcMar>
          </w:tcPr>
          <w:p w14:paraId="10DBF0CD"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60B1A0AB" w14:textId="77777777" w:rsidR="00612663" w:rsidRDefault="00612663">
            <w:pPr>
              <w:spacing w:after="0"/>
            </w:pPr>
            <w:r>
              <w:rPr>
                <w:sz w:val="19"/>
              </w:rPr>
              <w:t>Biblia infantil.</w:t>
            </w:r>
          </w:p>
        </w:tc>
        <w:tc>
          <w:tcPr>
            <w:tcW w:w="4099" w:type="dxa"/>
            <w:tcMar>
              <w:top w:w="100" w:type="dxa"/>
              <w:left w:w="130" w:type="dxa"/>
              <w:bottom w:w="100" w:type="dxa"/>
              <w:right w:w="130" w:type="dxa"/>
            </w:tcMar>
          </w:tcPr>
          <w:p w14:paraId="196DA2CE" w14:textId="77777777" w:rsidR="00612663" w:rsidRDefault="00612663">
            <w:pPr>
              <w:spacing w:after="0"/>
            </w:pPr>
            <w:r>
              <w:rPr>
                <w:sz w:val="19"/>
              </w:rPr>
              <w:t>Mirar de nuevo la parábola completa.</w:t>
            </w:r>
          </w:p>
        </w:tc>
      </w:tr>
      <w:tr w:rsidR="008F6CE8" w14:paraId="5F3AFCB5" w14:textId="77777777">
        <w:tc>
          <w:tcPr>
            <w:tcW w:w="2100" w:type="dxa"/>
            <w:tcMar>
              <w:top w:w="100" w:type="dxa"/>
              <w:left w:w="130" w:type="dxa"/>
              <w:bottom w:w="100" w:type="dxa"/>
              <w:right w:w="130" w:type="dxa"/>
            </w:tcMar>
          </w:tcPr>
          <w:p w14:paraId="388BDC1F"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68886554" w14:textId="77777777" w:rsidR="00612663" w:rsidRDefault="00612663">
            <w:pPr>
              <w:spacing w:after="0"/>
            </w:pPr>
            <w:r>
              <w:rPr>
                <w:sz w:val="19"/>
              </w:rPr>
              <w:t>Pastor, ovejas y redil.</w:t>
            </w:r>
          </w:p>
        </w:tc>
        <w:tc>
          <w:tcPr>
            <w:tcW w:w="4099" w:type="dxa"/>
            <w:tcMar>
              <w:top w:w="100" w:type="dxa"/>
              <w:left w:w="130" w:type="dxa"/>
              <w:bottom w:w="100" w:type="dxa"/>
              <w:right w:w="130" w:type="dxa"/>
            </w:tcMar>
          </w:tcPr>
          <w:p w14:paraId="53A44013" w14:textId="77777777" w:rsidR="00612663" w:rsidRDefault="00612663">
            <w:pPr>
              <w:spacing w:after="0"/>
            </w:pPr>
            <w:r>
              <w:rPr>
                <w:sz w:val="19"/>
              </w:rPr>
              <w:t>Narrar libremente los cuatro momentos.</w:t>
            </w:r>
          </w:p>
        </w:tc>
      </w:tr>
      <w:tr w:rsidR="008F6CE8" w14:paraId="0F7491A3" w14:textId="77777777">
        <w:tc>
          <w:tcPr>
            <w:tcW w:w="2100" w:type="dxa"/>
            <w:tcMar>
              <w:top w:w="100" w:type="dxa"/>
              <w:left w:w="130" w:type="dxa"/>
              <w:bottom w:w="100" w:type="dxa"/>
              <w:right w:w="130" w:type="dxa"/>
            </w:tcMar>
          </w:tcPr>
          <w:p w14:paraId="74FD837E"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3CAA6D83" w14:textId="77777777" w:rsidR="00612663" w:rsidRDefault="00612663">
            <w:pPr>
              <w:spacing w:after="0"/>
            </w:pPr>
            <w:r>
              <w:rPr>
                <w:sz w:val="19"/>
              </w:rPr>
              <w:t>Ceras y papel libre.</w:t>
            </w:r>
          </w:p>
        </w:tc>
        <w:tc>
          <w:tcPr>
            <w:tcW w:w="4099" w:type="dxa"/>
            <w:tcMar>
              <w:top w:w="100" w:type="dxa"/>
              <w:left w:w="130" w:type="dxa"/>
              <w:bottom w:w="100" w:type="dxa"/>
              <w:right w:w="130" w:type="dxa"/>
            </w:tcMar>
          </w:tcPr>
          <w:p w14:paraId="7138146D" w14:textId="77777777" w:rsidR="00612663" w:rsidRDefault="00612663">
            <w:pPr>
              <w:spacing w:after="0"/>
            </w:pPr>
            <w:r>
              <w:rPr>
                <w:sz w:val="19"/>
              </w:rPr>
              <w:t>Dibujarse, dibujar nombres o escenas de cuidado.</w:t>
            </w:r>
          </w:p>
        </w:tc>
      </w:tr>
    </w:tbl>
    <w:p w14:paraId="0603CD65" w14:textId="77777777" w:rsidR="00612663" w:rsidRDefault="00612663">
      <w:pPr>
        <w:keepNext/>
        <w:spacing w:before="80" w:after="60"/>
      </w:pPr>
      <w:r>
        <w:rPr>
          <w:b/>
          <w:color w:val="1F4D78"/>
          <w:sz w:val="23"/>
        </w:rPr>
        <w:t>Ficha</w:t>
      </w:r>
      <w:r>
        <w:rPr>
          <w:b/>
          <w:color w:val="687784"/>
          <w:sz w:val="20"/>
        </w:rPr>
        <w:t xml:space="preserve">  ·  15-20 min</w:t>
      </w:r>
    </w:p>
    <w:p w14:paraId="5AEB517D" w14:textId="77777777" w:rsidR="00612663" w:rsidRDefault="00612663">
      <w:pPr>
        <w:spacing w:after="100"/>
      </w:pPr>
      <w:r>
        <w:t>Dibujarse en el gran espacio junto a Jesús. Invitar a añadir cabeza, cuerpo, brazos y piernas sin completar ni corregir. Escuchar la explicación del dibujo y escribir detrás la frase dictada si el niño lo desea.</w:t>
      </w:r>
    </w:p>
    <w:p w14:paraId="10A21249" w14:textId="77777777" w:rsidR="00612663" w:rsidRDefault="00612663">
      <w:pPr>
        <w:pStyle w:val="Ttulo2"/>
      </w:pPr>
      <w:r>
        <w:rPr>
          <w:rFonts w:ascii="Calibri" w:hAnsi="Calibri"/>
        </w:rPr>
        <w:t>Qué observar</w:t>
      </w:r>
    </w:p>
    <w:p w14:paraId="34A4473F" w14:textId="77777777" w:rsidR="00612663" w:rsidRDefault="00612663">
      <w:r>
        <w:t>Si relaciona al pastor con el cuidado de Jesús, reconoce que todos tienen un lugar, escucha su nombre, participa en la oración y realiza una representación personal con significado.</w:t>
      </w:r>
    </w:p>
    <w:tbl>
      <w:tblPr>
        <w:tblW w:w="9749" w:type="dxa"/>
        <w:tblInd w:w="120" w:type="dxa"/>
        <w:tblLayout w:type="fixed"/>
        <w:tblLook w:val="04A0" w:firstRow="1" w:lastRow="0" w:firstColumn="1" w:lastColumn="0" w:noHBand="0" w:noVBand="1"/>
      </w:tblPr>
      <w:tblGrid>
        <w:gridCol w:w="9749"/>
      </w:tblGrid>
      <w:tr w:rsidR="008F6CE8" w14:paraId="57A4523E" w14:textId="77777777">
        <w:tc>
          <w:tcPr>
            <w:tcW w:w="9749" w:type="dxa"/>
            <w:shd w:val="clear" w:color="auto" w:fill="FFF4D8"/>
            <w:tcMar>
              <w:top w:w="100" w:type="dxa"/>
              <w:left w:w="130" w:type="dxa"/>
              <w:bottom w:w="100" w:type="dxa"/>
              <w:right w:w="130" w:type="dxa"/>
            </w:tcMar>
            <w:vAlign w:val="center"/>
          </w:tcPr>
          <w:p w14:paraId="1D4E15BA" w14:textId="77777777" w:rsidR="00612663" w:rsidRDefault="00612663">
            <w:pPr>
              <w:spacing w:after="40" w:line="288" w:lineRule="auto"/>
            </w:pPr>
            <w:r>
              <w:rPr>
                <w:b/>
                <w:color w:val="1F4D78"/>
              </w:rPr>
              <w:t xml:space="preserve">Valor del dibujo  </w:t>
            </w:r>
            <w:r>
              <w:t>No se busca una figura humana perfecta. El dibujo permite comprobar cómo el niño se representa, cómo entiende la cercanía y qué elementos del relato han adquirido significado.</w:t>
            </w:r>
          </w:p>
        </w:tc>
      </w:tr>
    </w:tbl>
    <w:p w14:paraId="55F3EDE9" w14:textId="77777777" w:rsidR="00612663" w:rsidRDefault="00612663">
      <w:pPr>
        <w:spacing w:after="40"/>
      </w:pPr>
    </w:p>
    <w:p w14:paraId="09FAF83D" w14:textId="77777777" w:rsidR="00612663" w:rsidRDefault="00612663">
      <w:r>
        <w:br w:type="page"/>
      </w:r>
    </w:p>
    <w:p w14:paraId="7C11E18C" w14:textId="77777777" w:rsidR="00612663" w:rsidRDefault="00612663">
      <w:pPr>
        <w:pStyle w:val="Ttulo1"/>
      </w:pPr>
      <w:r>
        <w:rPr>
          <w:rFonts w:ascii="Calibri" w:hAnsi="Calibri"/>
        </w:rPr>
        <w:lastRenderedPageBreak/>
        <w:t>7. Organización acumulativa de los espacios</w:t>
      </w:r>
    </w:p>
    <w:p w14:paraId="5506AA33" w14:textId="77777777" w:rsidR="00612663" w:rsidRDefault="00612663">
      <w:r>
        <w:t>Los elementos principales permanecen durante el tema y cambian de posición para hacer visible el avance del relato.</w:t>
      </w:r>
    </w:p>
    <w:tbl>
      <w:tblPr>
        <w:tblW w:w="9749" w:type="dxa"/>
        <w:tblInd w:w="120" w:type="dxa"/>
        <w:tblLayout w:type="fixed"/>
        <w:tblLook w:val="04A0" w:firstRow="1" w:lastRow="0" w:firstColumn="1" w:lastColumn="0" w:noHBand="0" w:noVBand="1"/>
      </w:tblPr>
      <w:tblGrid>
        <w:gridCol w:w="1450"/>
        <w:gridCol w:w="2700"/>
        <w:gridCol w:w="2850"/>
        <w:gridCol w:w="2749"/>
      </w:tblGrid>
      <w:tr w:rsidR="008F6CE8" w14:paraId="46885025" w14:textId="77777777">
        <w:trPr>
          <w:tblHeader/>
        </w:trPr>
        <w:tc>
          <w:tcPr>
            <w:tcW w:w="1450" w:type="dxa"/>
            <w:shd w:val="clear" w:color="auto" w:fill="E8EEF5"/>
            <w:tcMar>
              <w:top w:w="100" w:type="dxa"/>
              <w:left w:w="130" w:type="dxa"/>
              <w:bottom w:w="100" w:type="dxa"/>
              <w:right w:w="130" w:type="dxa"/>
            </w:tcMar>
            <w:vAlign w:val="center"/>
          </w:tcPr>
          <w:p w14:paraId="7BBC478E" w14:textId="77777777" w:rsidR="00612663" w:rsidRDefault="00612663">
            <w:pPr>
              <w:jc w:val="center"/>
            </w:pPr>
            <w:r>
              <w:rPr>
                <w:b/>
                <w:color w:val="1F4D78"/>
                <w:sz w:val="18"/>
              </w:rPr>
              <w:t>Semana</w:t>
            </w:r>
          </w:p>
        </w:tc>
        <w:tc>
          <w:tcPr>
            <w:tcW w:w="2700" w:type="dxa"/>
            <w:shd w:val="clear" w:color="auto" w:fill="E8EEF5"/>
            <w:tcMar>
              <w:top w:w="100" w:type="dxa"/>
              <w:left w:w="130" w:type="dxa"/>
              <w:bottom w:w="100" w:type="dxa"/>
              <w:right w:w="130" w:type="dxa"/>
            </w:tcMar>
            <w:vAlign w:val="center"/>
          </w:tcPr>
          <w:p w14:paraId="01121B69" w14:textId="77777777" w:rsidR="00612663" w:rsidRDefault="00612663">
            <w:pPr>
              <w:jc w:val="center"/>
            </w:pPr>
            <w:r>
              <w:rPr>
                <w:b/>
                <w:color w:val="1F4D78"/>
                <w:sz w:val="18"/>
              </w:rPr>
              <w:t>Permanece</w:t>
            </w:r>
          </w:p>
        </w:tc>
        <w:tc>
          <w:tcPr>
            <w:tcW w:w="2850" w:type="dxa"/>
            <w:shd w:val="clear" w:color="auto" w:fill="E8EEF5"/>
            <w:tcMar>
              <w:top w:w="100" w:type="dxa"/>
              <w:left w:w="130" w:type="dxa"/>
              <w:bottom w:w="100" w:type="dxa"/>
              <w:right w:w="130" w:type="dxa"/>
            </w:tcMar>
            <w:vAlign w:val="center"/>
          </w:tcPr>
          <w:p w14:paraId="2EB23255" w14:textId="77777777" w:rsidR="00612663" w:rsidRDefault="00612663">
            <w:pPr>
              <w:jc w:val="center"/>
            </w:pPr>
            <w:r>
              <w:rPr>
                <w:b/>
                <w:color w:val="1F4D78"/>
                <w:sz w:val="18"/>
              </w:rPr>
              <w:t>Novedad</w:t>
            </w:r>
          </w:p>
        </w:tc>
        <w:tc>
          <w:tcPr>
            <w:tcW w:w="2749" w:type="dxa"/>
            <w:shd w:val="clear" w:color="auto" w:fill="E8EEF5"/>
            <w:tcMar>
              <w:top w:w="100" w:type="dxa"/>
              <w:left w:w="130" w:type="dxa"/>
              <w:bottom w:w="100" w:type="dxa"/>
              <w:right w:w="130" w:type="dxa"/>
            </w:tcMar>
            <w:vAlign w:val="center"/>
          </w:tcPr>
          <w:p w14:paraId="0541C0A6" w14:textId="77777777" w:rsidR="00612663" w:rsidRDefault="00612663">
            <w:pPr>
              <w:jc w:val="center"/>
            </w:pPr>
            <w:r>
              <w:rPr>
                <w:b/>
                <w:color w:val="1F4D78"/>
                <w:sz w:val="18"/>
              </w:rPr>
              <w:t>Acción central</w:t>
            </w:r>
          </w:p>
        </w:tc>
      </w:tr>
      <w:tr w:rsidR="008F6CE8" w14:paraId="0802901A" w14:textId="77777777">
        <w:tc>
          <w:tcPr>
            <w:tcW w:w="1450" w:type="dxa"/>
            <w:tcMar>
              <w:top w:w="90" w:type="dxa"/>
              <w:left w:w="110" w:type="dxa"/>
              <w:bottom w:w="90" w:type="dxa"/>
              <w:right w:w="110" w:type="dxa"/>
            </w:tcMar>
          </w:tcPr>
          <w:p w14:paraId="76778799" w14:textId="77777777" w:rsidR="00612663" w:rsidRDefault="00612663">
            <w:pPr>
              <w:spacing w:after="0"/>
            </w:pPr>
            <w:r>
              <w:rPr>
                <w:sz w:val="18"/>
              </w:rPr>
              <w:t>1</w:t>
            </w:r>
          </w:p>
        </w:tc>
        <w:tc>
          <w:tcPr>
            <w:tcW w:w="2700" w:type="dxa"/>
            <w:tcMar>
              <w:top w:w="90" w:type="dxa"/>
              <w:left w:w="110" w:type="dxa"/>
              <w:bottom w:w="90" w:type="dxa"/>
              <w:right w:w="110" w:type="dxa"/>
            </w:tcMar>
          </w:tcPr>
          <w:p w14:paraId="6299ED2B" w14:textId="77777777" w:rsidR="00612663" w:rsidRDefault="00612663">
            <w:pPr>
              <w:spacing w:after="0"/>
            </w:pPr>
            <w:r>
              <w:rPr>
                <w:sz w:val="18"/>
              </w:rPr>
              <w:t>Bolso, oveja, pastor y redil.</w:t>
            </w:r>
          </w:p>
        </w:tc>
        <w:tc>
          <w:tcPr>
            <w:tcW w:w="2850" w:type="dxa"/>
            <w:tcMar>
              <w:top w:w="90" w:type="dxa"/>
              <w:left w:w="110" w:type="dxa"/>
              <w:bottom w:w="90" w:type="dxa"/>
              <w:right w:w="110" w:type="dxa"/>
            </w:tcMar>
          </w:tcPr>
          <w:p w14:paraId="462C7CBD" w14:textId="77777777" w:rsidR="00612663" w:rsidRDefault="00612663">
            <w:pPr>
              <w:spacing w:after="0"/>
            </w:pPr>
            <w:r>
              <w:rPr>
                <w:sz w:val="18"/>
              </w:rPr>
              <w:t>La oveja llega al aula.</w:t>
            </w:r>
          </w:p>
        </w:tc>
        <w:tc>
          <w:tcPr>
            <w:tcW w:w="2749" w:type="dxa"/>
            <w:tcMar>
              <w:top w:w="90" w:type="dxa"/>
              <w:left w:w="110" w:type="dxa"/>
              <w:bottom w:w="90" w:type="dxa"/>
              <w:right w:w="110" w:type="dxa"/>
            </w:tcMar>
          </w:tcPr>
          <w:p w14:paraId="33BA2AA3" w14:textId="77777777" w:rsidR="00612663" w:rsidRDefault="00612663">
            <w:pPr>
              <w:spacing w:after="0"/>
            </w:pPr>
            <w:r>
              <w:rPr>
                <w:sz w:val="18"/>
              </w:rPr>
              <w:t>Cuidar y alimentar.</w:t>
            </w:r>
          </w:p>
        </w:tc>
      </w:tr>
      <w:tr w:rsidR="008F6CE8" w14:paraId="6F6BB02B" w14:textId="77777777">
        <w:tc>
          <w:tcPr>
            <w:tcW w:w="1450" w:type="dxa"/>
            <w:tcMar>
              <w:top w:w="90" w:type="dxa"/>
              <w:left w:w="110" w:type="dxa"/>
              <w:bottom w:w="90" w:type="dxa"/>
              <w:right w:w="110" w:type="dxa"/>
            </w:tcMar>
          </w:tcPr>
          <w:p w14:paraId="655EE399" w14:textId="77777777" w:rsidR="00612663" w:rsidRDefault="00612663">
            <w:pPr>
              <w:spacing w:after="0"/>
            </w:pPr>
            <w:r>
              <w:rPr>
                <w:sz w:val="18"/>
              </w:rPr>
              <w:t>2</w:t>
            </w:r>
          </w:p>
        </w:tc>
        <w:tc>
          <w:tcPr>
            <w:tcW w:w="2700" w:type="dxa"/>
            <w:tcMar>
              <w:top w:w="90" w:type="dxa"/>
              <w:left w:w="110" w:type="dxa"/>
              <w:bottom w:w="90" w:type="dxa"/>
              <w:right w:w="110" w:type="dxa"/>
            </w:tcMar>
          </w:tcPr>
          <w:p w14:paraId="044E6098" w14:textId="77777777" w:rsidR="00612663" w:rsidRDefault="00612663">
            <w:pPr>
              <w:spacing w:after="0"/>
            </w:pPr>
            <w:r>
              <w:rPr>
                <w:sz w:val="18"/>
              </w:rPr>
              <w:t>Bolso y redil con dos ovejas.</w:t>
            </w:r>
          </w:p>
        </w:tc>
        <w:tc>
          <w:tcPr>
            <w:tcW w:w="2850" w:type="dxa"/>
            <w:tcMar>
              <w:top w:w="90" w:type="dxa"/>
              <w:left w:w="110" w:type="dxa"/>
              <w:bottom w:w="90" w:type="dxa"/>
              <w:right w:w="110" w:type="dxa"/>
            </w:tcMar>
          </w:tcPr>
          <w:p w14:paraId="4DDC4BEF" w14:textId="77777777" w:rsidR="00612663" w:rsidRDefault="00612663">
            <w:pPr>
              <w:spacing w:after="0"/>
            </w:pPr>
            <w:r>
              <w:rPr>
                <w:sz w:val="18"/>
              </w:rPr>
              <w:t>Hueco vacío y pistas.</w:t>
            </w:r>
          </w:p>
        </w:tc>
        <w:tc>
          <w:tcPr>
            <w:tcW w:w="2749" w:type="dxa"/>
            <w:tcMar>
              <w:top w:w="90" w:type="dxa"/>
              <w:left w:w="110" w:type="dxa"/>
              <w:bottom w:w="90" w:type="dxa"/>
              <w:right w:w="110" w:type="dxa"/>
            </w:tcMar>
          </w:tcPr>
          <w:p w14:paraId="1759E9D1" w14:textId="77777777" w:rsidR="00612663" w:rsidRDefault="00612663">
            <w:pPr>
              <w:spacing w:after="0"/>
            </w:pPr>
            <w:r>
              <w:rPr>
                <w:sz w:val="18"/>
              </w:rPr>
              <w:t>Buscar juntos.</w:t>
            </w:r>
          </w:p>
        </w:tc>
      </w:tr>
      <w:tr w:rsidR="008F6CE8" w14:paraId="583CCA5C" w14:textId="77777777">
        <w:tc>
          <w:tcPr>
            <w:tcW w:w="1450" w:type="dxa"/>
            <w:tcMar>
              <w:top w:w="90" w:type="dxa"/>
              <w:left w:w="110" w:type="dxa"/>
              <w:bottom w:w="90" w:type="dxa"/>
              <w:right w:w="110" w:type="dxa"/>
            </w:tcMar>
          </w:tcPr>
          <w:p w14:paraId="11525923" w14:textId="77777777" w:rsidR="00612663" w:rsidRDefault="00612663">
            <w:pPr>
              <w:spacing w:after="0"/>
            </w:pPr>
            <w:r>
              <w:rPr>
                <w:sz w:val="18"/>
              </w:rPr>
              <w:t>3</w:t>
            </w:r>
          </w:p>
        </w:tc>
        <w:tc>
          <w:tcPr>
            <w:tcW w:w="2700" w:type="dxa"/>
            <w:tcMar>
              <w:top w:w="90" w:type="dxa"/>
              <w:left w:w="110" w:type="dxa"/>
              <w:bottom w:w="90" w:type="dxa"/>
              <w:right w:w="110" w:type="dxa"/>
            </w:tcMar>
          </w:tcPr>
          <w:p w14:paraId="1F323C67" w14:textId="77777777" w:rsidR="00612663" w:rsidRDefault="00612663">
            <w:pPr>
              <w:spacing w:after="0"/>
            </w:pPr>
            <w:r>
              <w:rPr>
                <w:sz w:val="18"/>
              </w:rPr>
              <w:t>Pistas, redil y canción.</w:t>
            </w:r>
          </w:p>
        </w:tc>
        <w:tc>
          <w:tcPr>
            <w:tcW w:w="2850" w:type="dxa"/>
            <w:tcMar>
              <w:top w:w="90" w:type="dxa"/>
              <w:left w:w="110" w:type="dxa"/>
              <w:bottom w:w="90" w:type="dxa"/>
              <w:right w:w="110" w:type="dxa"/>
            </w:tcMar>
          </w:tcPr>
          <w:p w14:paraId="65440718" w14:textId="77777777" w:rsidR="00612663" w:rsidRDefault="00612663">
            <w:pPr>
              <w:spacing w:after="0"/>
            </w:pPr>
            <w:r>
              <w:rPr>
                <w:sz w:val="18"/>
              </w:rPr>
              <w:t>La oveja aparece.</w:t>
            </w:r>
          </w:p>
        </w:tc>
        <w:tc>
          <w:tcPr>
            <w:tcW w:w="2749" w:type="dxa"/>
            <w:tcMar>
              <w:top w:w="90" w:type="dxa"/>
              <w:left w:w="110" w:type="dxa"/>
              <w:bottom w:w="90" w:type="dxa"/>
              <w:right w:w="110" w:type="dxa"/>
            </w:tcMar>
          </w:tcPr>
          <w:p w14:paraId="7DD10F16" w14:textId="77777777" w:rsidR="00612663" w:rsidRDefault="00612663">
            <w:pPr>
              <w:spacing w:after="0"/>
            </w:pPr>
            <w:r>
              <w:rPr>
                <w:sz w:val="18"/>
              </w:rPr>
              <w:t>Encontrar y celebrar.</w:t>
            </w:r>
          </w:p>
        </w:tc>
      </w:tr>
      <w:tr w:rsidR="008F6CE8" w14:paraId="73829F5A" w14:textId="77777777">
        <w:tc>
          <w:tcPr>
            <w:tcW w:w="1450" w:type="dxa"/>
            <w:tcMar>
              <w:top w:w="90" w:type="dxa"/>
              <w:left w:w="110" w:type="dxa"/>
              <w:bottom w:w="90" w:type="dxa"/>
              <w:right w:w="110" w:type="dxa"/>
            </w:tcMar>
          </w:tcPr>
          <w:p w14:paraId="2F2BFF91" w14:textId="77777777" w:rsidR="00612663" w:rsidRDefault="00612663">
            <w:pPr>
              <w:spacing w:after="0"/>
            </w:pPr>
            <w:r>
              <w:rPr>
                <w:sz w:val="18"/>
              </w:rPr>
              <w:t>4</w:t>
            </w:r>
          </w:p>
        </w:tc>
        <w:tc>
          <w:tcPr>
            <w:tcW w:w="2700" w:type="dxa"/>
            <w:tcMar>
              <w:top w:w="90" w:type="dxa"/>
              <w:left w:w="110" w:type="dxa"/>
              <w:bottom w:w="90" w:type="dxa"/>
              <w:right w:w="110" w:type="dxa"/>
            </w:tcMar>
          </w:tcPr>
          <w:p w14:paraId="45F836D7" w14:textId="77777777" w:rsidR="00612663" w:rsidRDefault="00612663">
            <w:pPr>
              <w:spacing w:after="0"/>
            </w:pPr>
            <w:r>
              <w:rPr>
                <w:sz w:val="18"/>
              </w:rPr>
              <w:t>Relato completo.</w:t>
            </w:r>
          </w:p>
        </w:tc>
        <w:tc>
          <w:tcPr>
            <w:tcW w:w="2850" w:type="dxa"/>
            <w:tcMar>
              <w:top w:w="90" w:type="dxa"/>
              <w:left w:w="110" w:type="dxa"/>
              <w:bottom w:w="90" w:type="dxa"/>
              <w:right w:w="110" w:type="dxa"/>
            </w:tcMar>
          </w:tcPr>
          <w:p w14:paraId="5E5CB5CA" w14:textId="77777777" w:rsidR="00612663" w:rsidRDefault="00612663">
            <w:pPr>
              <w:spacing w:after="0"/>
            </w:pPr>
            <w:r>
              <w:rPr>
                <w:sz w:val="18"/>
              </w:rPr>
              <w:t>Jesús grande y fotos.</w:t>
            </w:r>
          </w:p>
        </w:tc>
        <w:tc>
          <w:tcPr>
            <w:tcW w:w="2749" w:type="dxa"/>
            <w:tcMar>
              <w:top w:w="90" w:type="dxa"/>
              <w:left w:w="110" w:type="dxa"/>
              <w:bottom w:w="90" w:type="dxa"/>
              <w:right w:w="110" w:type="dxa"/>
            </w:tcMar>
          </w:tcPr>
          <w:p w14:paraId="25B6DE80" w14:textId="77777777" w:rsidR="00612663" w:rsidRDefault="00612663">
            <w:pPr>
              <w:spacing w:after="0"/>
            </w:pPr>
            <w:r>
              <w:rPr>
                <w:sz w:val="18"/>
              </w:rPr>
              <w:t>Reconocer a cada niño.</w:t>
            </w:r>
          </w:p>
        </w:tc>
      </w:tr>
    </w:tbl>
    <w:p w14:paraId="75282B24" w14:textId="77777777" w:rsidR="00612663" w:rsidRDefault="00612663">
      <w:pPr>
        <w:pStyle w:val="Ttulo2"/>
      </w:pPr>
      <w:r>
        <w:rPr>
          <w:rFonts w:ascii="Calibri" w:hAnsi="Calibri"/>
        </w:rPr>
        <w:t>Grupo conjunto de 3 y 4 años</w:t>
      </w:r>
    </w:p>
    <w:tbl>
      <w:tblPr>
        <w:tblW w:w="9749" w:type="dxa"/>
        <w:tblInd w:w="120" w:type="dxa"/>
        <w:tblLayout w:type="fixed"/>
        <w:tblLook w:val="04A0" w:firstRow="1" w:lastRow="0" w:firstColumn="1" w:lastColumn="0" w:noHBand="0" w:noVBand="1"/>
      </w:tblPr>
      <w:tblGrid>
        <w:gridCol w:w="1700"/>
        <w:gridCol w:w="8049"/>
      </w:tblGrid>
      <w:tr w:rsidR="008F6CE8" w14:paraId="4F711694" w14:textId="77777777">
        <w:tc>
          <w:tcPr>
            <w:tcW w:w="1700" w:type="dxa"/>
            <w:shd w:val="clear" w:color="auto" w:fill="EAF4EE"/>
            <w:tcMar>
              <w:top w:w="100" w:type="dxa"/>
              <w:left w:w="130" w:type="dxa"/>
              <w:bottom w:w="100" w:type="dxa"/>
              <w:right w:w="130" w:type="dxa"/>
            </w:tcMar>
            <w:vAlign w:val="center"/>
          </w:tcPr>
          <w:p w14:paraId="210BF034" w14:textId="77777777" w:rsidR="00612663" w:rsidRDefault="00612663">
            <w:pPr>
              <w:spacing w:after="0"/>
            </w:pPr>
            <w:r>
              <w:rPr>
                <w:b/>
                <w:color w:val="1F4D78"/>
                <w:sz w:val="21"/>
              </w:rPr>
              <w:t>3 años</w:t>
            </w:r>
          </w:p>
        </w:tc>
        <w:tc>
          <w:tcPr>
            <w:tcW w:w="8049" w:type="dxa"/>
            <w:shd w:val="clear" w:color="auto" w:fill="FFFFFF"/>
            <w:tcMar>
              <w:top w:w="100" w:type="dxa"/>
              <w:left w:w="130" w:type="dxa"/>
              <w:bottom w:w="100" w:type="dxa"/>
              <w:right w:w="130" w:type="dxa"/>
            </w:tcMar>
            <w:vAlign w:val="center"/>
          </w:tcPr>
          <w:p w14:paraId="620AB290" w14:textId="77777777" w:rsidR="00612663" w:rsidRDefault="00612663">
            <w:pPr>
              <w:spacing w:after="0"/>
            </w:pPr>
            <w:r>
              <w:rPr>
                <w:sz w:val="21"/>
              </w:rPr>
              <w:t>Reconocer personajes, buscar una oveja, ordenar dos momentos, imitar cuidados y expresarse con materiales.</w:t>
            </w:r>
          </w:p>
        </w:tc>
      </w:tr>
      <w:tr w:rsidR="008F6CE8" w14:paraId="3523981B" w14:textId="77777777">
        <w:tc>
          <w:tcPr>
            <w:tcW w:w="1700" w:type="dxa"/>
            <w:shd w:val="clear" w:color="auto" w:fill="EAF4EE"/>
            <w:tcMar>
              <w:top w:w="100" w:type="dxa"/>
              <w:left w:w="130" w:type="dxa"/>
              <w:bottom w:w="100" w:type="dxa"/>
              <w:right w:w="130" w:type="dxa"/>
            </w:tcMar>
            <w:vAlign w:val="center"/>
          </w:tcPr>
          <w:p w14:paraId="407C048E" w14:textId="77777777" w:rsidR="00612663" w:rsidRDefault="00612663">
            <w:pPr>
              <w:spacing w:after="0"/>
            </w:pPr>
            <w:r>
              <w:rPr>
                <w:b/>
                <w:color w:val="1F4D78"/>
                <w:sz w:val="21"/>
              </w:rPr>
              <w:t>4 años</w:t>
            </w:r>
          </w:p>
        </w:tc>
        <w:tc>
          <w:tcPr>
            <w:tcW w:w="8049" w:type="dxa"/>
            <w:shd w:val="clear" w:color="auto" w:fill="FFFFFF"/>
            <w:tcMar>
              <w:top w:w="100" w:type="dxa"/>
              <w:left w:w="130" w:type="dxa"/>
              <w:bottom w:w="100" w:type="dxa"/>
              <w:right w:w="130" w:type="dxa"/>
            </w:tcMar>
            <w:vAlign w:val="center"/>
          </w:tcPr>
          <w:p w14:paraId="70C79ECA" w14:textId="77777777" w:rsidR="00612663" w:rsidRDefault="00612663">
            <w:pPr>
              <w:spacing w:after="0"/>
            </w:pPr>
            <w:r>
              <w:rPr>
                <w:sz w:val="21"/>
              </w:rPr>
              <w:t>Reconstruir tres o cuatro escenas, anticipar, explicar por qué busca el pastor y verbalizar formas de cuidar.</w:t>
            </w:r>
          </w:p>
        </w:tc>
      </w:tr>
    </w:tbl>
    <w:p w14:paraId="318F0CDD" w14:textId="77777777" w:rsidR="00612663" w:rsidRDefault="00612663">
      <w:r>
        <w:t>El minimundo, el vídeo, la búsqueda y el Teatro pueden ser comunes. Las preguntas y la ficha individual se ajustarán a cada edad cuando se programe el libro de 4 años. Los mayores pueden modelar el lenguaje sin resolver las tareas de los pequeños.</w:t>
      </w:r>
    </w:p>
    <w:p w14:paraId="57ED57F2" w14:textId="77777777" w:rsidR="00612663" w:rsidRDefault="00612663">
      <w:pPr>
        <w:pStyle w:val="Ttulo1"/>
      </w:pPr>
      <w:r>
        <w:rPr>
          <w:rFonts w:ascii="Calibri" w:hAnsi="Calibri"/>
        </w:rPr>
        <w:t>8. Evaluación del tema</w:t>
      </w:r>
    </w:p>
    <w:p w14:paraId="4753BAB3" w14:textId="77777777" w:rsidR="00612663" w:rsidRDefault="00612663">
      <w:r>
        <w:t>La evaluación es global, continua y basada en la observación. Se valora el proceso, la participación y el significado de las acciones, no la perfección estética de las fichas.</w:t>
      </w:r>
    </w:p>
    <w:tbl>
      <w:tblPr>
        <w:tblW w:w="9749" w:type="dxa"/>
        <w:tblInd w:w="120" w:type="dxa"/>
        <w:tblLayout w:type="fixed"/>
        <w:tblLook w:val="04A0" w:firstRow="1" w:lastRow="0" w:firstColumn="1" w:lastColumn="0" w:noHBand="0" w:noVBand="1"/>
      </w:tblPr>
      <w:tblGrid>
        <w:gridCol w:w="2400"/>
        <w:gridCol w:w="7349"/>
      </w:tblGrid>
      <w:tr w:rsidR="008F6CE8" w14:paraId="4BF9C4B7" w14:textId="77777777">
        <w:tc>
          <w:tcPr>
            <w:tcW w:w="2400" w:type="dxa"/>
            <w:shd w:val="clear" w:color="auto" w:fill="E8EEF5"/>
            <w:tcMar>
              <w:top w:w="100" w:type="dxa"/>
              <w:left w:w="130" w:type="dxa"/>
              <w:bottom w:w="100" w:type="dxa"/>
              <w:right w:w="130" w:type="dxa"/>
            </w:tcMar>
            <w:vAlign w:val="center"/>
          </w:tcPr>
          <w:p w14:paraId="722E526B" w14:textId="77777777" w:rsidR="00612663" w:rsidRDefault="00612663">
            <w:pPr>
              <w:spacing w:after="0"/>
            </w:pPr>
            <w:r>
              <w:rPr>
                <w:b/>
                <w:color w:val="1F4D78"/>
                <w:sz w:val="21"/>
              </w:rPr>
              <w:t>Relato</w:t>
            </w:r>
          </w:p>
        </w:tc>
        <w:tc>
          <w:tcPr>
            <w:tcW w:w="7349" w:type="dxa"/>
            <w:shd w:val="clear" w:color="auto" w:fill="FFFFFF"/>
            <w:tcMar>
              <w:top w:w="100" w:type="dxa"/>
              <w:left w:w="130" w:type="dxa"/>
              <w:bottom w:w="100" w:type="dxa"/>
              <w:right w:w="130" w:type="dxa"/>
            </w:tcMar>
            <w:vAlign w:val="center"/>
          </w:tcPr>
          <w:p w14:paraId="761CDA90" w14:textId="77777777" w:rsidR="00612663" w:rsidRDefault="00612663">
            <w:pPr>
              <w:spacing w:after="0"/>
            </w:pPr>
            <w:r>
              <w:rPr>
                <w:sz w:val="21"/>
              </w:rPr>
              <w:t>Reconoce al pastor, la oveja y alguna parte de la secuencia.</w:t>
            </w:r>
          </w:p>
        </w:tc>
      </w:tr>
      <w:tr w:rsidR="008F6CE8" w14:paraId="63102133" w14:textId="77777777">
        <w:tc>
          <w:tcPr>
            <w:tcW w:w="2400" w:type="dxa"/>
            <w:shd w:val="clear" w:color="auto" w:fill="E8EEF5"/>
            <w:tcMar>
              <w:top w:w="100" w:type="dxa"/>
              <w:left w:w="130" w:type="dxa"/>
              <w:bottom w:w="100" w:type="dxa"/>
              <w:right w:w="130" w:type="dxa"/>
            </w:tcMar>
            <w:vAlign w:val="center"/>
          </w:tcPr>
          <w:p w14:paraId="47FC8ACE" w14:textId="77777777" w:rsidR="00612663" w:rsidRDefault="00612663">
            <w:pPr>
              <w:spacing w:after="0"/>
            </w:pPr>
            <w:r>
              <w:rPr>
                <w:b/>
                <w:color w:val="1F4D78"/>
                <w:sz w:val="21"/>
              </w:rPr>
              <w:t>Cuidado</w:t>
            </w:r>
          </w:p>
        </w:tc>
        <w:tc>
          <w:tcPr>
            <w:tcW w:w="7349" w:type="dxa"/>
            <w:shd w:val="clear" w:color="auto" w:fill="FFFFFF"/>
            <w:tcMar>
              <w:top w:w="100" w:type="dxa"/>
              <w:left w:w="130" w:type="dxa"/>
              <w:bottom w:w="100" w:type="dxa"/>
              <w:right w:w="130" w:type="dxa"/>
            </w:tcMar>
            <w:vAlign w:val="center"/>
          </w:tcPr>
          <w:p w14:paraId="3E65D102" w14:textId="77777777" w:rsidR="00612663" w:rsidRDefault="00612663">
            <w:pPr>
              <w:spacing w:after="0"/>
            </w:pPr>
            <w:r>
              <w:rPr>
                <w:sz w:val="21"/>
              </w:rPr>
              <w:t>Identifica o realiza una acción de cuidado y trata el material con delicadeza.</w:t>
            </w:r>
          </w:p>
        </w:tc>
      </w:tr>
      <w:tr w:rsidR="008F6CE8" w14:paraId="198AEA6A" w14:textId="77777777">
        <w:tc>
          <w:tcPr>
            <w:tcW w:w="2400" w:type="dxa"/>
            <w:shd w:val="clear" w:color="auto" w:fill="E8EEF5"/>
            <w:tcMar>
              <w:top w:w="100" w:type="dxa"/>
              <w:left w:w="130" w:type="dxa"/>
              <w:bottom w:w="100" w:type="dxa"/>
              <w:right w:w="130" w:type="dxa"/>
            </w:tcMar>
            <w:vAlign w:val="center"/>
          </w:tcPr>
          <w:p w14:paraId="7CD69BCF" w14:textId="77777777" w:rsidR="00612663" w:rsidRDefault="00612663">
            <w:pPr>
              <w:spacing w:after="0"/>
            </w:pPr>
            <w:r>
              <w:rPr>
                <w:b/>
                <w:color w:val="1F4D78"/>
                <w:sz w:val="21"/>
              </w:rPr>
              <w:t>Búsqueda</w:t>
            </w:r>
          </w:p>
        </w:tc>
        <w:tc>
          <w:tcPr>
            <w:tcW w:w="7349" w:type="dxa"/>
            <w:shd w:val="clear" w:color="auto" w:fill="FFFFFF"/>
            <w:tcMar>
              <w:top w:w="100" w:type="dxa"/>
              <w:left w:w="130" w:type="dxa"/>
              <w:bottom w:w="100" w:type="dxa"/>
              <w:right w:w="130" w:type="dxa"/>
            </w:tcMar>
            <w:vAlign w:val="center"/>
          </w:tcPr>
          <w:p w14:paraId="50243ED2" w14:textId="77777777" w:rsidR="00612663" w:rsidRDefault="00612663">
            <w:pPr>
              <w:spacing w:after="0"/>
            </w:pPr>
            <w:r>
              <w:rPr>
                <w:sz w:val="21"/>
              </w:rPr>
              <w:t>Participa en una búsqueda común sin competir ni angustiarse.</w:t>
            </w:r>
          </w:p>
        </w:tc>
      </w:tr>
      <w:tr w:rsidR="008F6CE8" w14:paraId="22ACADB9" w14:textId="77777777">
        <w:tc>
          <w:tcPr>
            <w:tcW w:w="2400" w:type="dxa"/>
            <w:shd w:val="clear" w:color="auto" w:fill="E8EEF5"/>
            <w:tcMar>
              <w:top w:w="100" w:type="dxa"/>
              <w:left w:w="130" w:type="dxa"/>
              <w:bottom w:w="100" w:type="dxa"/>
              <w:right w:w="130" w:type="dxa"/>
            </w:tcMar>
            <w:vAlign w:val="center"/>
          </w:tcPr>
          <w:p w14:paraId="014F9C1C" w14:textId="77777777" w:rsidR="00612663" w:rsidRDefault="00612663">
            <w:pPr>
              <w:spacing w:after="0"/>
            </w:pPr>
            <w:r>
              <w:rPr>
                <w:b/>
                <w:color w:val="1F4D78"/>
                <w:sz w:val="21"/>
              </w:rPr>
              <w:t>Pertenencia</w:t>
            </w:r>
          </w:p>
        </w:tc>
        <w:tc>
          <w:tcPr>
            <w:tcW w:w="7349" w:type="dxa"/>
            <w:shd w:val="clear" w:color="auto" w:fill="FFFFFF"/>
            <w:tcMar>
              <w:top w:w="100" w:type="dxa"/>
              <w:left w:w="130" w:type="dxa"/>
              <w:bottom w:w="100" w:type="dxa"/>
              <w:right w:w="130" w:type="dxa"/>
            </w:tcMar>
            <w:vAlign w:val="center"/>
          </w:tcPr>
          <w:p w14:paraId="6624891B" w14:textId="77777777" w:rsidR="00612663" w:rsidRDefault="00612663">
            <w:pPr>
              <w:spacing w:after="0"/>
            </w:pPr>
            <w:r>
              <w:rPr>
                <w:sz w:val="21"/>
              </w:rPr>
              <w:t>Acepta que cada persona es importante y tiene un lugar junto a Jesús.</w:t>
            </w:r>
          </w:p>
        </w:tc>
      </w:tr>
      <w:tr w:rsidR="008F6CE8" w14:paraId="46FE626D" w14:textId="77777777">
        <w:tc>
          <w:tcPr>
            <w:tcW w:w="2400" w:type="dxa"/>
            <w:shd w:val="clear" w:color="auto" w:fill="E8EEF5"/>
            <w:tcMar>
              <w:top w:w="100" w:type="dxa"/>
              <w:left w:w="130" w:type="dxa"/>
              <w:bottom w:w="100" w:type="dxa"/>
              <w:right w:w="130" w:type="dxa"/>
            </w:tcMar>
            <w:vAlign w:val="center"/>
          </w:tcPr>
          <w:p w14:paraId="55915A23" w14:textId="77777777" w:rsidR="00612663" w:rsidRDefault="00612663">
            <w:pPr>
              <w:spacing w:after="0"/>
            </w:pPr>
            <w:r>
              <w:rPr>
                <w:b/>
                <w:color w:val="1F4D78"/>
                <w:sz w:val="21"/>
              </w:rPr>
              <w:t>Expresión</w:t>
            </w:r>
          </w:p>
        </w:tc>
        <w:tc>
          <w:tcPr>
            <w:tcW w:w="7349" w:type="dxa"/>
            <w:shd w:val="clear" w:color="auto" w:fill="FFFFFF"/>
            <w:tcMar>
              <w:top w:w="100" w:type="dxa"/>
              <w:left w:w="130" w:type="dxa"/>
              <w:bottom w:w="100" w:type="dxa"/>
              <w:right w:w="130" w:type="dxa"/>
            </w:tcMar>
            <w:vAlign w:val="center"/>
          </w:tcPr>
          <w:p w14:paraId="443BD8F1" w14:textId="77777777" w:rsidR="00612663" w:rsidRDefault="00612663">
            <w:pPr>
              <w:spacing w:after="0"/>
            </w:pPr>
            <w:r>
              <w:rPr>
                <w:sz w:val="21"/>
              </w:rPr>
              <w:t>Utiliza lana, pintura, gomets y dibujo según sus posibilidades.</w:t>
            </w:r>
          </w:p>
        </w:tc>
      </w:tr>
      <w:tr w:rsidR="008F6CE8" w14:paraId="4505557A" w14:textId="77777777">
        <w:tc>
          <w:tcPr>
            <w:tcW w:w="2400" w:type="dxa"/>
            <w:shd w:val="clear" w:color="auto" w:fill="E8EEF5"/>
            <w:tcMar>
              <w:top w:w="100" w:type="dxa"/>
              <w:left w:w="130" w:type="dxa"/>
              <w:bottom w:w="100" w:type="dxa"/>
              <w:right w:w="130" w:type="dxa"/>
            </w:tcMar>
            <w:vAlign w:val="center"/>
          </w:tcPr>
          <w:p w14:paraId="2812D760" w14:textId="77777777" w:rsidR="00612663" w:rsidRDefault="00612663">
            <w:pPr>
              <w:spacing w:after="0"/>
            </w:pPr>
            <w:r>
              <w:rPr>
                <w:b/>
                <w:color w:val="1F4D78"/>
                <w:sz w:val="21"/>
              </w:rPr>
              <w:t>Interioridad</w:t>
            </w:r>
          </w:p>
        </w:tc>
        <w:tc>
          <w:tcPr>
            <w:tcW w:w="7349" w:type="dxa"/>
            <w:shd w:val="clear" w:color="auto" w:fill="FFFFFF"/>
            <w:tcMar>
              <w:top w:w="100" w:type="dxa"/>
              <w:left w:w="130" w:type="dxa"/>
              <w:bottom w:w="100" w:type="dxa"/>
              <w:right w:w="130" w:type="dxa"/>
            </w:tcMar>
            <w:vAlign w:val="center"/>
          </w:tcPr>
          <w:p w14:paraId="75DD474D" w14:textId="77777777" w:rsidR="00612663" w:rsidRDefault="00612663">
            <w:pPr>
              <w:spacing w:after="0"/>
            </w:pPr>
            <w:r>
              <w:rPr>
                <w:sz w:val="21"/>
              </w:rPr>
              <w:t>Escucha una frase religiosa y participa en una oración breve.</w:t>
            </w:r>
          </w:p>
        </w:tc>
      </w:tr>
    </w:tbl>
    <w:p w14:paraId="78ACF093" w14:textId="77777777" w:rsidR="00612663" w:rsidRDefault="00612663">
      <w:pPr>
        <w:pStyle w:val="Ttulo2"/>
      </w:pPr>
      <w:r>
        <w:rPr>
          <w:rFonts w:ascii="Calibri" w:hAnsi="Calibri"/>
        </w:rPr>
        <w:t>Cierre del tema</w:t>
      </w:r>
    </w:p>
    <w:p w14:paraId="1D962DA4" w14:textId="77777777" w:rsidR="00612663" w:rsidRDefault="00612663">
      <w:r>
        <w:t>Colocar las fichas 15-18 en orden y narrar juntos la parábola. Abrir el bolso, guardar dentro la oveja y agradecer que está acompañada. Terminar con las fotografías junto a Jesús y la frase: «Jesús conoce mi nombre, me quiere y me cuida».</w:t>
      </w:r>
    </w:p>
    <w:p w14:paraId="2561B855" w14:textId="77777777" w:rsidR="00612663" w:rsidRDefault="00612663">
      <w:pPr>
        <w:pStyle w:val="Ttulo1"/>
      </w:pPr>
      <w:r>
        <w:rPr>
          <w:rFonts w:ascii="Calibri" w:hAnsi="Calibri"/>
        </w:rPr>
        <w:lastRenderedPageBreak/>
        <w:t>Registro breve de observación</w:t>
      </w:r>
    </w:p>
    <w:p w14:paraId="30E960DC" w14:textId="77777777" w:rsidR="00612663" w:rsidRDefault="00612663">
      <w:r>
        <w:t>Marcar con una fecha, una palabra breve o un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200"/>
        <w:gridCol w:w="1000"/>
        <w:gridCol w:w="1000"/>
        <w:gridCol w:w="1000"/>
        <w:gridCol w:w="1000"/>
        <w:gridCol w:w="1000"/>
        <w:gridCol w:w="2549"/>
      </w:tblGrid>
      <w:tr w:rsidR="008F6CE8" w14:paraId="511A958B" w14:textId="77777777">
        <w:trPr>
          <w:tblHeader/>
        </w:trPr>
        <w:tc>
          <w:tcPr>
            <w:tcW w:w="2200" w:type="dxa"/>
            <w:shd w:val="clear" w:color="auto" w:fill="E8EEF5"/>
            <w:tcMar>
              <w:top w:w="100" w:type="dxa"/>
              <w:left w:w="130" w:type="dxa"/>
              <w:bottom w:w="100" w:type="dxa"/>
              <w:right w:w="130" w:type="dxa"/>
            </w:tcMar>
            <w:vAlign w:val="center"/>
          </w:tcPr>
          <w:p w14:paraId="04359272" w14:textId="77777777" w:rsidR="00612663" w:rsidRDefault="00612663">
            <w:pPr>
              <w:jc w:val="center"/>
            </w:pPr>
            <w:r>
              <w:rPr>
                <w:b/>
                <w:color w:val="1F4D78"/>
                <w:sz w:val="16"/>
              </w:rPr>
              <w:t>Alumno/a</w:t>
            </w:r>
          </w:p>
        </w:tc>
        <w:tc>
          <w:tcPr>
            <w:tcW w:w="1000" w:type="dxa"/>
            <w:shd w:val="clear" w:color="auto" w:fill="E8EEF5"/>
            <w:tcMar>
              <w:top w:w="100" w:type="dxa"/>
              <w:left w:w="130" w:type="dxa"/>
              <w:bottom w:w="100" w:type="dxa"/>
              <w:right w:w="130" w:type="dxa"/>
            </w:tcMar>
            <w:vAlign w:val="center"/>
          </w:tcPr>
          <w:p w14:paraId="163FCD93" w14:textId="77777777" w:rsidR="00612663" w:rsidRDefault="00612663">
            <w:pPr>
              <w:jc w:val="center"/>
            </w:pPr>
            <w:r>
              <w:rPr>
                <w:b/>
                <w:color w:val="1F4D78"/>
                <w:sz w:val="16"/>
              </w:rPr>
              <w:t>Relato</w:t>
            </w:r>
          </w:p>
        </w:tc>
        <w:tc>
          <w:tcPr>
            <w:tcW w:w="1000" w:type="dxa"/>
            <w:shd w:val="clear" w:color="auto" w:fill="E8EEF5"/>
            <w:tcMar>
              <w:top w:w="100" w:type="dxa"/>
              <w:left w:w="130" w:type="dxa"/>
              <w:bottom w:w="100" w:type="dxa"/>
              <w:right w:w="130" w:type="dxa"/>
            </w:tcMar>
            <w:vAlign w:val="center"/>
          </w:tcPr>
          <w:p w14:paraId="28BE2FAF" w14:textId="77777777" w:rsidR="00612663" w:rsidRDefault="00612663">
            <w:pPr>
              <w:jc w:val="center"/>
            </w:pPr>
            <w:r>
              <w:rPr>
                <w:b/>
                <w:color w:val="1F4D78"/>
                <w:sz w:val="16"/>
              </w:rPr>
              <w:t>Cuidado</w:t>
            </w:r>
          </w:p>
        </w:tc>
        <w:tc>
          <w:tcPr>
            <w:tcW w:w="1000" w:type="dxa"/>
            <w:shd w:val="clear" w:color="auto" w:fill="E8EEF5"/>
            <w:tcMar>
              <w:top w:w="100" w:type="dxa"/>
              <w:left w:w="130" w:type="dxa"/>
              <w:bottom w:w="100" w:type="dxa"/>
              <w:right w:w="130" w:type="dxa"/>
            </w:tcMar>
            <w:vAlign w:val="center"/>
          </w:tcPr>
          <w:p w14:paraId="233817A8" w14:textId="77777777" w:rsidR="00612663" w:rsidRDefault="00612663">
            <w:pPr>
              <w:jc w:val="center"/>
            </w:pPr>
            <w:r>
              <w:rPr>
                <w:b/>
                <w:color w:val="1F4D78"/>
                <w:sz w:val="16"/>
              </w:rPr>
              <w:t>Búsqueda</w:t>
            </w:r>
          </w:p>
        </w:tc>
        <w:tc>
          <w:tcPr>
            <w:tcW w:w="1000" w:type="dxa"/>
            <w:shd w:val="clear" w:color="auto" w:fill="E8EEF5"/>
            <w:tcMar>
              <w:top w:w="100" w:type="dxa"/>
              <w:left w:w="130" w:type="dxa"/>
              <w:bottom w:w="100" w:type="dxa"/>
              <w:right w:w="130" w:type="dxa"/>
            </w:tcMar>
            <w:vAlign w:val="center"/>
          </w:tcPr>
          <w:p w14:paraId="39F03BA8" w14:textId="77777777" w:rsidR="00612663" w:rsidRDefault="00612663">
            <w:pPr>
              <w:jc w:val="center"/>
            </w:pPr>
            <w:r>
              <w:rPr>
                <w:b/>
                <w:color w:val="1F4D78"/>
                <w:sz w:val="16"/>
              </w:rPr>
              <w:t>Pertenencia</w:t>
            </w:r>
          </w:p>
        </w:tc>
        <w:tc>
          <w:tcPr>
            <w:tcW w:w="1000" w:type="dxa"/>
            <w:shd w:val="clear" w:color="auto" w:fill="E8EEF5"/>
            <w:tcMar>
              <w:top w:w="100" w:type="dxa"/>
              <w:left w:w="130" w:type="dxa"/>
              <w:bottom w:w="100" w:type="dxa"/>
              <w:right w:w="130" w:type="dxa"/>
            </w:tcMar>
            <w:vAlign w:val="center"/>
          </w:tcPr>
          <w:p w14:paraId="502D7BA4" w14:textId="77777777" w:rsidR="00612663" w:rsidRDefault="00612663">
            <w:pPr>
              <w:jc w:val="center"/>
            </w:pPr>
            <w:r>
              <w:rPr>
                <w:b/>
                <w:color w:val="1F4D78"/>
                <w:sz w:val="16"/>
              </w:rPr>
              <w:t>Expresión</w:t>
            </w:r>
          </w:p>
        </w:tc>
        <w:tc>
          <w:tcPr>
            <w:tcW w:w="2549" w:type="dxa"/>
            <w:shd w:val="clear" w:color="auto" w:fill="E8EEF5"/>
            <w:tcMar>
              <w:top w:w="100" w:type="dxa"/>
              <w:left w:w="130" w:type="dxa"/>
              <w:bottom w:w="100" w:type="dxa"/>
              <w:right w:w="130" w:type="dxa"/>
            </w:tcMar>
            <w:vAlign w:val="center"/>
          </w:tcPr>
          <w:p w14:paraId="7BED13B9" w14:textId="77777777" w:rsidR="00612663" w:rsidRDefault="00612663">
            <w:pPr>
              <w:jc w:val="center"/>
            </w:pPr>
            <w:r>
              <w:rPr>
                <w:b/>
                <w:color w:val="1F4D78"/>
                <w:sz w:val="16"/>
              </w:rPr>
              <w:t>Observaciones</w:t>
            </w:r>
          </w:p>
        </w:tc>
      </w:tr>
      <w:tr w:rsidR="008F6CE8" w14:paraId="32C546FE" w14:textId="77777777">
        <w:tc>
          <w:tcPr>
            <w:tcW w:w="2200" w:type="dxa"/>
            <w:tcMar>
              <w:top w:w="100" w:type="dxa"/>
              <w:left w:w="130" w:type="dxa"/>
              <w:bottom w:w="100" w:type="dxa"/>
              <w:right w:w="130" w:type="dxa"/>
            </w:tcMar>
          </w:tcPr>
          <w:p w14:paraId="03E7E0B9" w14:textId="77777777" w:rsidR="00612663" w:rsidRDefault="00612663">
            <w:pPr>
              <w:spacing w:after="480"/>
            </w:pPr>
          </w:p>
        </w:tc>
        <w:tc>
          <w:tcPr>
            <w:tcW w:w="1000" w:type="dxa"/>
            <w:tcMar>
              <w:top w:w="100" w:type="dxa"/>
              <w:left w:w="130" w:type="dxa"/>
              <w:bottom w:w="100" w:type="dxa"/>
              <w:right w:w="130" w:type="dxa"/>
            </w:tcMar>
          </w:tcPr>
          <w:p w14:paraId="71A4C9E8" w14:textId="77777777" w:rsidR="00612663" w:rsidRDefault="00612663">
            <w:pPr>
              <w:spacing w:after="480"/>
            </w:pPr>
          </w:p>
        </w:tc>
        <w:tc>
          <w:tcPr>
            <w:tcW w:w="1000" w:type="dxa"/>
            <w:tcMar>
              <w:top w:w="100" w:type="dxa"/>
              <w:left w:w="130" w:type="dxa"/>
              <w:bottom w:w="100" w:type="dxa"/>
              <w:right w:w="130" w:type="dxa"/>
            </w:tcMar>
          </w:tcPr>
          <w:p w14:paraId="59E2CC08" w14:textId="77777777" w:rsidR="00612663" w:rsidRDefault="00612663">
            <w:pPr>
              <w:spacing w:after="480"/>
            </w:pPr>
          </w:p>
        </w:tc>
        <w:tc>
          <w:tcPr>
            <w:tcW w:w="1000" w:type="dxa"/>
            <w:tcMar>
              <w:top w:w="100" w:type="dxa"/>
              <w:left w:w="130" w:type="dxa"/>
              <w:bottom w:w="100" w:type="dxa"/>
              <w:right w:w="130" w:type="dxa"/>
            </w:tcMar>
          </w:tcPr>
          <w:p w14:paraId="6CBA2765" w14:textId="77777777" w:rsidR="00612663" w:rsidRDefault="00612663">
            <w:pPr>
              <w:spacing w:after="480"/>
            </w:pPr>
          </w:p>
        </w:tc>
        <w:tc>
          <w:tcPr>
            <w:tcW w:w="1000" w:type="dxa"/>
            <w:tcMar>
              <w:top w:w="100" w:type="dxa"/>
              <w:left w:w="130" w:type="dxa"/>
              <w:bottom w:w="100" w:type="dxa"/>
              <w:right w:w="130" w:type="dxa"/>
            </w:tcMar>
          </w:tcPr>
          <w:p w14:paraId="3C863B63" w14:textId="77777777" w:rsidR="00612663" w:rsidRDefault="00612663">
            <w:pPr>
              <w:spacing w:after="480"/>
            </w:pPr>
          </w:p>
        </w:tc>
        <w:tc>
          <w:tcPr>
            <w:tcW w:w="1000" w:type="dxa"/>
            <w:tcMar>
              <w:top w:w="100" w:type="dxa"/>
              <w:left w:w="130" w:type="dxa"/>
              <w:bottom w:w="100" w:type="dxa"/>
              <w:right w:w="130" w:type="dxa"/>
            </w:tcMar>
          </w:tcPr>
          <w:p w14:paraId="04A11BD0" w14:textId="77777777" w:rsidR="00612663" w:rsidRDefault="00612663">
            <w:pPr>
              <w:spacing w:after="480"/>
            </w:pPr>
          </w:p>
        </w:tc>
        <w:tc>
          <w:tcPr>
            <w:tcW w:w="2549" w:type="dxa"/>
            <w:tcMar>
              <w:top w:w="100" w:type="dxa"/>
              <w:left w:w="130" w:type="dxa"/>
              <w:bottom w:w="100" w:type="dxa"/>
              <w:right w:w="130" w:type="dxa"/>
            </w:tcMar>
          </w:tcPr>
          <w:p w14:paraId="33B49BAF" w14:textId="77777777" w:rsidR="00612663" w:rsidRDefault="00612663">
            <w:pPr>
              <w:spacing w:after="480"/>
            </w:pPr>
          </w:p>
        </w:tc>
      </w:tr>
      <w:tr w:rsidR="008F6CE8" w14:paraId="1F408F16" w14:textId="77777777">
        <w:tc>
          <w:tcPr>
            <w:tcW w:w="2200" w:type="dxa"/>
            <w:tcMar>
              <w:top w:w="100" w:type="dxa"/>
              <w:left w:w="130" w:type="dxa"/>
              <w:bottom w:w="100" w:type="dxa"/>
              <w:right w:w="130" w:type="dxa"/>
            </w:tcMar>
          </w:tcPr>
          <w:p w14:paraId="55413D83" w14:textId="77777777" w:rsidR="00612663" w:rsidRDefault="00612663">
            <w:pPr>
              <w:spacing w:after="480"/>
            </w:pPr>
          </w:p>
        </w:tc>
        <w:tc>
          <w:tcPr>
            <w:tcW w:w="1000" w:type="dxa"/>
            <w:tcMar>
              <w:top w:w="100" w:type="dxa"/>
              <w:left w:w="130" w:type="dxa"/>
              <w:bottom w:w="100" w:type="dxa"/>
              <w:right w:w="130" w:type="dxa"/>
            </w:tcMar>
          </w:tcPr>
          <w:p w14:paraId="42E1B01E" w14:textId="77777777" w:rsidR="00612663" w:rsidRDefault="00612663">
            <w:pPr>
              <w:spacing w:after="480"/>
            </w:pPr>
          </w:p>
        </w:tc>
        <w:tc>
          <w:tcPr>
            <w:tcW w:w="1000" w:type="dxa"/>
            <w:tcMar>
              <w:top w:w="100" w:type="dxa"/>
              <w:left w:w="130" w:type="dxa"/>
              <w:bottom w:w="100" w:type="dxa"/>
              <w:right w:w="130" w:type="dxa"/>
            </w:tcMar>
          </w:tcPr>
          <w:p w14:paraId="672E4D75" w14:textId="77777777" w:rsidR="00612663" w:rsidRDefault="00612663">
            <w:pPr>
              <w:spacing w:after="480"/>
            </w:pPr>
          </w:p>
        </w:tc>
        <w:tc>
          <w:tcPr>
            <w:tcW w:w="1000" w:type="dxa"/>
            <w:tcMar>
              <w:top w:w="100" w:type="dxa"/>
              <w:left w:w="130" w:type="dxa"/>
              <w:bottom w:w="100" w:type="dxa"/>
              <w:right w:w="130" w:type="dxa"/>
            </w:tcMar>
          </w:tcPr>
          <w:p w14:paraId="765E642E" w14:textId="77777777" w:rsidR="00612663" w:rsidRDefault="00612663">
            <w:pPr>
              <w:spacing w:after="480"/>
            </w:pPr>
          </w:p>
        </w:tc>
        <w:tc>
          <w:tcPr>
            <w:tcW w:w="1000" w:type="dxa"/>
            <w:tcMar>
              <w:top w:w="100" w:type="dxa"/>
              <w:left w:w="130" w:type="dxa"/>
              <w:bottom w:w="100" w:type="dxa"/>
              <w:right w:w="130" w:type="dxa"/>
            </w:tcMar>
          </w:tcPr>
          <w:p w14:paraId="1E364162" w14:textId="77777777" w:rsidR="00612663" w:rsidRDefault="00612663">
            <w:pPr>
              <w:spacing w:after="480"/>
            </w:pPr>
          </w:p>
        </w:tc>
        <w:tc>
          <w:tcPr>
            <w:tcW w:w="1000" w:type="dxa"/>
            <w:tcMar>
              <w:top w:w="100" w:type="dxa"/>
              <w:left w:w="130" w:type="dxa"/>
              <w:bottom w:w="100" w:type="dxa"/>
              <w:right w:w="130" w:type="dxa"/>
            </w:tcMar>
          </w:tcPr>
          <w:p w14:paraId="22770C11" w14:textId="77777777" w:rsidR="00612663" w:rsidRDefault="00612663">
            <w:pPr>
              <w:spacing w:after="480"/>
            </w:pPr>
          </w:p>
        </w:tc>
        <w:tc>
          <w:tcPr>
            <w:tcW w:w="2549" w:type="dxa"/>
            <w:tcMar>
              <w:top w:w="100" w:type="dxa"/>
              <w:left w:w="130" w:type="dxa"/>
              <w:bottom w:w="100" w:type="dxa"/>
              <w:right w:w="130" w:type="dxa"/>
            </w:tcMar>
          </w:tcPr>
          <w:p w14:paraId="4C16BC3F" w14:textId="77777777" w:rsidR="00612663" w:rsidRDefault="00612663">
            <w:pPr>
              <w:spacing w:after="480"/>
            </w:pPr>
          </w:p>
        </w:tc>
      </w:tr>
      <w:tr w:rsidR="008F6CE8" w14:paraId="4C7CF006" w14:textId="77777777">
        <w:tc>
          <w:tcPr>
            <w:tcW w:w="2200" w:type="dxa"/>
            <w:tcMar>
              <w:top w:w="100" w:type="dxa"/>
              <w:left w:w="130" w:type="dxa"/>
              <w:bottom w:w="100" w:type="dxa"/>
              <w:right w:w="130" w:type="dxa"/>
            </w:tcMar>
          </w:tcPr>
          <w:p w14:paraId="0ABDFC70" w14:textId="77777777" w:rsidR="00612663" w:rsidRDefault="00612663">
            <w:pPr>
              <w:spacing w:after="480"/>
            </w:pPr>
          </w:p>
        </w:tc>
        <w:tc>
          <w:tcPr>
            <w:tcW w:w="1000" w:type="dxa"/>
            <w:tcMar>
              <w:top w:w="100" w:type="dxa"/>
              <w:left w:w="130" w:type="dxa"/>
              <w:bottom w:w="100" w:type="dxa"/>
              <w:right w:w="130" w:type="dxa"/>
            </w:tcMar>
          </w:tcPr>
          <w:p w14:paraId="358A0611" w14:textId="77777777" w:rsidR="00612663" w:rsidRDefault="00612663">
            <w:pPr>
              <w:spacing w:after="480"/>
            </w:pPr>
          </w:p>
        </w:tc>
        <w:tc>
          <w:tcPr>
            <w:tcW w:w="1000" w:type="dxa"/>
            <w:tcMar>
              <w:top w:w="100" w:type="dxa"/>
              <w:left w:w="130" w:type="dxa"/>
              <w:bottom w:w="100" w:type="dxa"/>
              <w:right w:w="130" w:type="dxa"/>
            </w:tcMar>
          </w:tcPr>
          <w:p w14:paraId="0B17888E" w14:textId="77777777" w:rsidR="00612663" w:rsidRDefault="00612663">
            <w:pPr>
              <w:spacing w:after="480"/>
            </w:pPr>
          </w:p>
        </w:tc>
        <w:tc>
          <w:tcPr>
            <w:tcW w:w="1000" w:type="dxa"/>
            <w:tcMar>
              <w:top w:w="100" w:type="dxa"/>
              <w:left w:w="130" w:type="dxa"/>
              <w:bottom w:w="100" w:type="dxa"/>
              <w:right w:w="130" w:type="dxa"/>
            </w:tcMar>
          </w:tcPr>
          <w:p w14:paraId="20DE62EA" w14:textId="77777777" w:rsidR="00612663" w:rsidRDefault="00612663">
            <w:pPr>
              <w:spacing w:after="480"/>
            </w:pPr>
          </w:p>
        </w:tc>
        <w:tc>
          <w:tcPr>
            <w:tcW w:w="1000" w:type="dxa"/>
            <w:tcMar>
              <w:top w:w="100" w:type="dxa"/>
              <w:left w:w="130" w:type="dxa"/>
              <w:bottom w:w="100" w:type="dxa"/>
              <w:right w:w="130" w:type="dxa"/>
            </w:tcMar>
          </w:tcPr>
          <w:p w14:paraId="0E856EBF" w14:textId="77777777" w:rsidR="00612663" w:rsidRDefault="00612663">
            <w:pPr>
              <w:spacing w:after="480"/>
            </w:pPr>
          </w:p>
        </w:tc>
        <w:tc>
          <w:tcPr>
            <w:tcW w:w="1000" w:type="dxa"/>
            <w:tcMar>
              <w:top w:w="100" w:type="dxa"/>
              <w:left w:w="130" w:type="dxa"/>
              <w:bottom w:w="100" w:type="dxa"/>
              <w:right w:w="130" w:type="dxa"/>
            </w:tcMar>
          </w:tcPr>
          <w:p w14:paraId="2FF650A8" w14:textId="77777777" w:rsidR="00612663" w:rsidRDefault="00612663">
            <w:pPr>
              <w:spacing w:after="480"/>
            </w:pPr>
          </w:p>
        </w:tc>
        <w:tc>
          <w:tcPr>
            <w:tcW w:w="2549" w:type="dxa"/>
            <w:tcMar>
              <w:top w:w="100" w:type="dxa"/>
              <w:left w:w="130" w:type="dxa"/>
              <w:bottom w:w="100" w:type="dxa"/>
              <w:right w:w="130" w:type="dxa"/>
            </w:tcMar>
          </w:tcPr>
          <w:p w14:paraId="17810A83" w14:textId="77777777" w:rsidR="00612663" w:rsidRDefault="00612663">
            <w:pPr>
              <w:spacing w:after="480"/>
            </w:pPr>
          </w:p>
        </w:tc>
      </w:tr>
      <w:tr w:rsidR="008F6CE8" w14:paraId="3191C9EB" w14:textId="77777777">
        <w:tc>
          <w:tcPr>
            <w:tcW w:w="2200" w:type="dxa"/>
            <w:tcMar>
              <w:top w:w="100" w:type="dxa"/>
              <w:left w:w="130" w:type="dxa"/>
              <w:bottom w:w="100" w:type="dxa"/>
              <w:right w:w="130" w:type="dxa"/>
            </w:tcMar>
          </w:tcPr>
          <w:p w14:paraId="7010E500" w14:textId="77777777" w:rsidR="00612663" w:rsidRDefault="00612663">
            <w:pPr>
              <w:spacing w:after="480"/>
            </w:pPr>
          </w:p>
        </w:tc>
        <w:tc>
          <w:tcPr>
            <w:tcW w:w="1000" w:type="dxa"/>
            <w:tcMar>
              <w:top w:w="100" w:type="dxa"/>
              <w:left w:w="130" w:type="dxa"/>
              <w:bottom w:w="100" w:type="dxa"/>
              <w:right w:w="130" w:type="dxa"/>
            </w:tcMar>
          </w:tcPr>
          <w:p w14:paraId="532E3480" w14:textId="77777777" w:rsidR="00612663" w:rsidRDefault="00612663">
            <w:pPr>
              <w:spacing w:after="480"/>
            </w:pPr>
          </w:p>
        </w:tc>
        <w:tc>
          <w:tcPr>
            <w:tcW w:w="1000" w:type="dxa"/>
            <w:tcMar>
              <w:top w:w="100" w:type="dxa"/>
              <w:left w:w="130" w:type="dxa"/>
              <w:bottom w:w="100" w:type="dxa"/>
              <w:right w:w="130" w:type="dxa"/>
            </w:tcMar>
          </w:tcPr>
          <w:p w14:paraId="2EA0E3F3" w14:textId="77777777" w:rsidR="00612663" w:rsidRDefault="00612663">
            <w:pPr>
              <w:spacing w:after="480"/>
            </w:pPr>
          </w:p>
        </w:tc>
        <w:tc>
          <w:tcPr>
            <w:tcW w:w="1000" w:type="dxa"/>
            <w:tcMar>
              <w:top w:w="100" w:type="dxa"/>
              <w:left w:w="130" w:type="dxa"/>
              <w:bottom w:w="100" w:type="dxa"/>
              <w:right w:w="130" w:type="dxa"/>
            </w:tcMar>
          </w:tcPr>
          <w:p w14:paraId="6D55A5C2" w14:textId="77777777" w:rsidR="00612663" w:rsidRDefault="00612663">
            <w:pPr>
              <w:spacing w:after="480"/>
            </w:pPr>
          </w:p>
        </w:tc>
        <w:tc>
          <w:tcPr>
            <w:tcW w:w="1000" w:type="dxa"/>
            <w:tcMar>
              <w:top w:w="100" w:type="dxa"/>
              <w:left w:w="130" w:type="dxa"/>
              <w:bottom w:w="100" w:type="dxa"/>
              <w:right w:w="130" w:type="dxa"/>
            </w:tcMar>
          </w:tcPr>
          <w:p w14:paraId="09C5046F" w14:textId="77777777" w:rsidR="00612663" w:rsidRDefault="00612663">
            <w:pPr>
              <w:spacing w:after="480"/>
            </w:pPr>
          </w:p>
        </w:tc>
        <w:tc>
          <w:tcPr>
            <w:tcW w:w="1000" w:type="dxa"/>
            <w:tcMar>
              <w:top w:w="100" w:type="dxa"/>
              <w:left w:w="130" w:type="dxa"/>
              <w:bottom w:w="100" w:type="dxa"/>
              <w:right w:w="130" w:type="dxa"/>
            </w:tcMar>
          </w:tcPr>
          <w:p w14:paraId="6647BAAA" w14:textId="77777777" w:rsidR="00612663" w:rsidRDefault="00612663">
            <w:pPr>
              <w:spacing w:after="480"/>
            </w:pPr>
          </w:p>
        </w:tc>
        <w:tc>
          <w:tcPr>
            <w:tcW w:w="2549" w:type="dxa"/>
            <w:tcMar>
              <w:top w:w="100" w:type="dxa"/>
              <w:left w:w="130" w:type="dxa"/>
              <w:bottom w:w="100" w:type="dxa"/>
              <w:right w:w="130" w:type="dxa"/>
            </w:tcMar>
          </w:tcPr>
          <w:p w14:paraId="68D0E944" w14:textId="77777777" w:rsidR="00612663" w:rsidRDefault="00612663">
            <w:pPr>
              <w:spacing w:after="480"/>
            </w:pPr>
          </w:p>
        </w:tc>
      </w:tr>
      <w:tr w:rsidR="008F6CE8" w14:paraId="62D66BAD" w14:textId="77777777">
        <w:tc>
          <w:tcPr>
            <w:tcW w:w="2200" w:type="dxa"/>
            <w:tcMar>
              <w:top w:w="100" w:type="dxa"/>
              <w:left w:w="130" w:type="dxa"/>
              <w:bottom w:w="100" w:type="dxa"/>
              <w:right w:w="130" w:type="dxa"/>
            </w:tcMar>
          </w:tcPr>
          <w:p w14:paraId="40FC0BA5" w14:textId="77777777" w:rsidR="00612663" w:rsidRDefault="00612663">
            <w:pPr>
              <w:spacing w:after="480"/>
            </w:pPr>
          </w:p>
        </w:tc>
        <w:tc>
          <w:tcPr>
            <w:tcW w:w="1000" w:type="dxa"/>
            <w:tcMar>
              <w:top w:w="100" w:type="dxa"/>
              <w:left w:w="130" w:type="dxa"/>
              <w:bottom w:w="100" w:type="dxa"/>
              <w:right w:w="130" w:type="dxa"/>
            </w:tcMar>
          </w:tcPr>
          <w:p w14:paraId="20579987" w14:textId="77777777" w:rsidR="00612663" w:rsidRDefault="00612663">
            <w:pPr>
              <w:spacing w:after="480"/>
            </w:pPr>
          </w:p>
        </w:tc>
        <w:tc>
          <w:tcPr>
            <w:tcW w:w="1000" w:type="dxa"/>
            <w:tcMar>
              <w:top w:w="100" w:type="dxa"/>
              <w:left w:w="130" w:type="dxa"/>
              <w:bottom w:w="100" w:type="dxa"/>
              <w:right w:w="130" w:type="dxa"/>
            </w:tcMar>
          </w:tcPr>
          <w:p w14:paraId="5BA988B0" w14:textId="77777777" w:rsidR="00612663" w:rsidRDefault="00612663">
            <w:pPr>
              <w:spacing w:after="480"/>
            </w:pPr>
          </w:p>
        </w:tc>
        <w:tc>
          <w:tcPr>
            <w:tcW w:w="1000" w:type="dxa"/>
            <w:tcMar>
              <w:top w:w="100" w:type="dxa"/>
              <w:left w:w="130" w:type="dxa"/>
              <w:bottom w:w="100" w:type="dxa"/>
              <w:right w:w="130" w:type="dxa"/>
            </w:tcMar>
          </w:tcPr>
          <w:p w14:paraId="11EDAE11" w14:textId="77777777" w:rsidR="00612663" w:rsidRDefault="00612663">
            <w:pPr>
              <w:spacing w:after="480"/>
            </w:pPr>
          </w:p>
        </w:tc>
        <w:tc>
          <w:tcPr>
            <w:tcW w:w="1000" w:type="dxa"/>
            <w:tcMar>
              <w:top w:w="100" w:type="dxa"/>
              <w:left w:w="130" w:type="dxa"/>
              <w:bottom w:w="100" w:type="dxa"/>
              <w:right w:w="130" w:type="dxa"/>
            </w:tcMar>
          </w:tcPr>
          <w:p w14:paraId="663B8BC1" w14:textId="77777777" w:rsidR="00612663" w:rsidRDefault="00612663">
            <w:pPr>
              <w:spacing w:after="480"/>
            </w:pPr>
          </w:p>
        </w:tc>
        <w:tc>
          <w:tcPr>
            <w:tcW w:w="1000" w:type="dxa"/>
            <w:tcMar>
              <w:top w:w="100" w:type="dxa"/>
              <w:left w:w="130" w:type="dxa"/>
              <w:bottom w:w="100" w:type="dxa"/>
              <w:right w:w="130" w:type="dxa"/>
            </w:tcMar>
          </w:tcPr>
          <w:p w14:paraId="156D5331" w14:textId="77777777" w:rsidR="00612663" w:rsidRDefault="00612663">
            <w:pPr>
              <w:spacing w:after="480"/>
            </w:pPr>
          </w:p>
        </w:tc>
        <w:tc>
          <w:tcPr>
            <w:tcW w:w="2549" w:type="dxa"/>
            <w:tcMar>
              <w:top w:w="100" w:type="dxa"/>
              <w:left w:w="130" w:type="dxa"/>
              <w:bottom w:w="100" w:type="dxa"/>
              <w:right w:w="130" w:type="dxa"/>
            </w:tcMar>
          </w:tcPr>
          <w:p w14:paraId="1E1D3DBE" w14:textId="77777777" w:rsidR="00612663" w:rsidRDefault="00612663">
            <w:pPr>
              <w:spacing w:after="480"/>
            </w:pPr>
          </w:p>
        </w:tc>
      </w:tr>
      <w:tr w:rsidR="008F6CE8" w14:paraId="57308E49" w14:textId="77777777">
        <w:tc>
          <w:tcPr>
            <w:tcW w:w="2200" w:type="dxa"/>
            <w:tcMar>
              <w:top w:w="100" w:type="dxa"/>
              <w:left w:w="130" w:type="dxa"/>
              <w:bottom w:w="100" w:type="dxa"/>
              <w:right w:w="130" w:type="dxa"/>
            </w:tcMar>
          </w:tcPr>
          <w:p w14:paraId="56EDBAE4" w14:textId="77777777" w:rsidR="00612663" w:rsidRDefault="00612663">
            <w:pPr>
              <w:spacing w:after="480"/>
            </w:pPr>
          </w:p>
        </w:tc>
        <w:tc>
          <w:tcPr>
            <w:tcW w:w="1000" w:type="dxa"/>
            <w:tcMar>
              <w:top w:w="100" w:type="dxa"/>
              <w:left w:w="130" w:type="dxa"/>
              <w:bottom w:w="100" w:type="dxa"/>
              <w:right w:w="130" w:type="dxa"/>
            </w:tcMar>
          </w:tcPr>
          <w:p w14:paraId="79279E02" w14:textId="77777777" w:rsidR="00612663" w:rsidRDefault="00612663">
            <w:pPr>
              <w:spacing w:after="480"/>
            </w:pPr>
          </w:p>
        </w:tc>
        <w:tc>
          <w:tcPr>
            <w:tcW w:w="1000" w:type="dxa"/>
            <w:tcMar>
              <w:top w:w="100" w:type="dxa"/>
              <w:left w:w="130" w:type="dxa"/>
              <w:bottom w:w="100" w:type="dxa"/>
              <w:right w:w="130" w:type="dxa"/>
            </w:tcMar>
          </w:tcPr>
          <w:p w14:paraId="7FE5A31E" w14:textId="77777777" w:rsidR="00612663" w:rsidRDefault="00612663">
            <w:pPr>
              <w:spacing w:after="480"/>
            </w:pPr>
          </w:p>
        </w:tc>
        <w:tc>
          <w:tcPr>
            <w:tcW w:w="1000" w:type="dxa"/>
            <w:tcMar>
              <w:top w:w="100" w:type="dxa"/>
              <w:left w:w="130" w:type="dxa"/>
              <w:bottom w:w="100" w:type="dxa"/>
              <w:right w:w="130" w:type="dxa"/>
            </w:tcMar>
          </w:tcPr>
          <w:p w14:paraId="27AFA16C" w14:textId="77777777" w:rsidR="00612663" w:rsidRDefault="00612663">
            <w:pPr>
              <w:spacing w:after="480"/>
            </w:pPr>
          </w:p>
        </w:tc>
        <w:tc>
          <w:tcPr>
            <w:tcW w:w="1000" w:type="dxa"/>
            <w:tcMar>
              <w:top w:w="100" w:type="dxa"/>
              <w:left w:w="130" w:type="dxa"/>
              <w:bottom w:w="100" w:type="dxa"/>
              <w:right w:w="130" w:type="dxa"/>
            </w:tcMar>
          </w:tcPr>
          <w:p w14:paraId="17D078E4" w14:textId="77777777" w:rsidR="00612663" w:rsidRDefault="00612663">
            <w:pPr>
              <w:spacing w:after="480"/>
            </w:pPr>
          </w:p>
        </w:tc>
        <w:tc>
          <w:tcPr>
            <w:tcW w:w="1000" w:type="dxa"/>
            <w:tcMar>
              <w:top w:w="100" w:type="dxa"/>
              <w:left w:w="130" w:type="dxa"/>
              <w:bottom w:w="100" w:type="dxa"/>
              <w:right w:w="130" w:type="dxa"/>
            </w:tcMar>
          </w:tcPr>
          <w:p w14:paraId="33BA6F56" w14:textId="77777777" w:rsidR="00612663" w:rsidRDefault="00612663">
            <w:pPr>
              <w:spacing w:after="480"/>
            </w:pPr>
          </w:p>
        </w:tc>
        <w:tc>
          <w:tcPr>
            <w:tcW w:w="2549" w:type="dxa"/>
            <w:tcMar>
              <w:top w:w="100" w:type="dxa"/>
              <w:left w:w="130" w:type="dxa"/>
              <w:bottom w:w="100" w:type="dxa"/>
              <w:right w:w="130" w:type="dxa"/>
            </w:tcMar>
          </w:tcPr>
          <w:p w14:paraId="124E0C0A" w14:textId="77777777" w:rsidR="00612663" w:rsidRDefault="00612663">
            <w:pPr>
              <w:spacing w:after="480"/>
            </w:pPr>
          </w:p>
        </w:tc>
      </w:tr>
      <w:tr w:rsidR="008F6CE8" w14:paraId="65DF0B12" w14:textId="77777777">
        <w:tc>
          <w:tcPr>
            <w:tcW w:w="2200" w:type="dxa"/>
            <w:tcMar>
              <w:top w:w="100" w:type="dxa"/>
              <w:left w:w="130" w:type="dxa"/>
              <w:bottom w:w="100" w:type="dxa"/>
              <w:right w:w="130" w:type="dxa"/>
            </w:tcMar>
          </w:tcPr>
          <w:p w14:paraId="7CCF5843" w14:textId="77777777" w:rsidR="00612663" w:rsidRDefault="00612663">
            <w:pPr>
              <w:spacing w:after="480"/>
            </w:pPr>
          </w:p>
        </w:tc>
        <w:tc>
          <w:tcPr>
            <w:tcW w:w="1000" w:type="dxa"/>
            <w:tcMar>
              <w:top w:w="100" w:type="dxa"/>
              <w:left w:w="130" w:type="dxa"/>
              <w:bottom w:w="100" w:type="dxa"/>
              <w:right w:w="130" w:type="dxa"/>
            </w:tcMar>
          </w:tcPr>
          <w:p w14:paraId="397A0910" w14:textId="77777777" w:rsidR="00612663" w:rsidRDefault="00612663">
            <w:pPr>
              <w:spacing w:after="480"/>
            </w:pPr>
          </w:p>
        </w:tc>
        <w:tc>
          <w:tcPr>
            <w:tcW w:w="1000" w:type="dxa"/>
            <w:tcMar>
              <w:top w:w="100" w:type="dxa"/>
              <w:left w:w="130" w:type="dxa"/>
              <w:bottom w:w="100" w:type="dxa"/>
              <w:right w:w="130" w:type="dxa"/>
            </w:tcMar>
          </w:tcPr>
          <w:p w14:paraId="19BA7512" w14:textId="77777777" w:rsidR="00612663" w:rsidRDefault="00612663">
            <w:pPr>
              <w:spacing w:after="480"/>
            </w:pPr>
          </w:p>
        </w:tc>
        <w:tc>
          <w:tcPr>
            <w:tcW w:w="1000" w:type="dxa"/>
            <w:tcMar>
              <w:top w:w="100" w:type="dxa"/>
              <w:left w:w="130" w:type="dxa"/>
              <w:bottom w:w="100" w:type="dxa"/>
              <w:right w:w="130" w:type="dxa"/>
            </w:tcMar>
          </w:tcPr>
          <w:p w14:paraId="2129E73E" w14:textId="77777777" w:rsidR="00612663" w:rsidRDefault="00612663">
            <w:pPr>
              <w:spacing w:after="480"/>
            </w:pPr>
          </w:p>
        </w:tc>
        <w:tc>
          <w:tcPr>
            <w:tcW w:w="1000" w:type="dxa"/>
            <w:tcMar>
              <w:top w:w="100" w:type="dxa"/>
              <w:left w:w="130" w:type="dxa"/>
              <w:bottom w:w="100" w:type="dxa"/>
              <w:right w:w="130" w:type="dxa"/>
            </w:tcMar>
          </w:tcPr>
          <w:p w14:paraId="5F98F5BC" w14:textId="77777777" w:rsidR="00612663" w:rsidRDefault="00612663">
            <w:pPr>
              <w:spacing w:after="480"/>
            </w:pPr>
          </w:p>
        </w:tc>
        <w:tc>
          <w:tcPr>
            <w:tcW w:w="1000" w:type="dxa"/>
            <w:tcMar>
              <w:top w:w="100" w:type="dxa"/>
              <w:left w:w="130" w:type="dxa"/>
              <w:bottom w:w="100" w:type="dxa"/>
              <w:right w:w="130" w:type="dxa"/>
            </w:tcMar>
          </w:tcPr>
          <w:p w14:paraId="0A1820B1" w14:textId="77777777" w:rsidR="00612663" w:rsidRDefault="00612663">
            <w:pPr>
              <w:spacing w:after="480"/>
            </w:pPr>
          </w:p>
        </w:tc>
        <w:tc>
          <w:tcPr>
            <w:tcW w:w="2549" w:type="dxa"/>
            <w:tcMar>
              <w:top w:w="100" w:type="dxa"/>
              <w:left w:w="130" w:type="dxa"/>
              <w:bottom w:w="100" w:type="dxa"/>
              <w:right w:w="130" w:type="dxa"/>
            </w:tcMar>
          </w:tcPr>
          <w:p w14:paraId="5AAACF49" w14:textId="77777777" w:rsidR="00612663" w:rsidRDefault="00612663">
            <w:pPr>
              <w:spacing w:after="480"/>
            </w:pPr>
          </w:p>
        </w:tc>
      </w:tr>
      <w:tr w:rsidR="008F6CE8" w14:paraId="48720049" w14:textId="77777777">
        <w:tc>
          <w:tcPr>
            <w:tcW w:w="2200" w:type="dxa"/>
            <w:tcMar>
              <w:top w:w="100" w:type="dxa"/>
              <w:left w:w="130" w:type="dxa"/>
              <w:bottom w:w="100" w:type="dxa"/>
              <w:right w:w="130" w:type="dxa"/>
            </w:tcMar>
          </w:tcPr>
          <w:p w14:paraId="38B88C6E" w14:textId="77777777" w:rsidR="00612663" w:rsidRDefault="00612663">
            <w:pPr>
              <w:spacing w:after="480"/>
            </w:pPr>
          </w:p>
        </w:tc>
        <w:tc>
          <w:tcPr>
            <w:tcW w:w="1000" w:type="dxa"/>
            <w:tcMar>
              <w:top w:w="100" w:type="dxa"/>
              <w:left w:w="130" w:type="dxa"/>
              <w:bottom w:w="100" w:type="dxa"/>
              <w:right w:w="130" w:type="dxa"/>
            </w:tcMar>
          </w:tcPr>
          <w:p w14:paraId="1AF0181A" w14:textId="77777777" w:rsidR="00612663" w:rsidRDefault="00612663">
            <w:pPr>
              <w:spacing w:after="480"/>
            </w:pPr>
          </w:p>
        </w:tc>
        <w:tc>
          <w:tcPr>
            <w:tcW w:w="1000" w:type="dxa"/>
            <w:tcMar>
              <w:top w:w="100" w:type="dxa"/>
              <w:left w:w="130" w:type="dxa"/>
              <w:bottom w:w="100" w:type="dxa"/>
              <w:right w:w="130" w:type="dxa"/>
            </w:tcMar>
          </w:tcPr>
          <w:p w14:paraId="07D96382" w14:textId="77777777" w:rsidR="00612663" w:rsidRDefault="00612663">
            <w:pPr>
              <w:spacing w:after="480"/>
            </w:pPr>
          </w:p>
        </w:tc>
        <w:tc>
          <w:tcPr>
            <w:tcW w:w="1000" w:type="dxa"/>
            <w:tcMar>
              <w:top w:w="100" w:type="dxa"/>
              <w:left w:w="130" w:type="dxa"/>
              <w:bottom w:w="100" w:type="dxa"/>
              <w:right w:w="130" w:type="dxa"/>
            </w:tcMar>
          </w:tcPr>
          <w:p w14:paraId="39CB1F56" w14:textId="77777777" w:rsidR="00612663" w:rsidRDefault="00612663">
            <w:pPr>
              <w:spacing w:after="480"/>
            </w:pPr>
          </w:p>
        </w:tc>
        <w:tc>
          <w:tcPr>
            <w:tcW w:w="1000" w:type="dxa"/>
            <w:tcMar>
              <w:top w:w="100" w:type="dxa"/>
              <w:left w:w="130" w:type="dxa"/>
              <w:bottom w:w="100" w:type="dxa"/>
              <w:right w:w="130" w:type="dxa"/>
            </w:tcMar>
          </w:tcPr>
          <w:p w14:paraId="407DE70E" w14:textId="77777777" w:rsidR="00612663" w:rsidRDefault="00612663">
            <w:pPr>
              <w:spacing w:after="480"/>
            </w:pPr>
          </w:p>
        </w:tc>
        <w:tc>
          <w:tcPr>
            <w:tcW w:w="1000" w:type="dxa"/>
            <w:tcMar>
              <w:top w:w="100" w:type="dxa"/>
              <w:left w:w="130" w:type="dxa"/>
              <w:bottom w:w="100" w:type="dxa"/>
              <w:right w:w="130" w:type="dxa"/>
            </w:tcMar>
          </w:tcPr>
          <w:p w14:paraId="3915E27F" w14:textId="77777777" w:rsidR="00612663" w:rsidRDefault="00612663">
            <w:pPr>
              <w:spacing w:after="480"/>
            </w:pPr>
          </w:p>
        </w:tc>
        <w:tc>
          <w:tcPr>
            <w:tcW w:w="2549" w:type="dxa"/>
            <w:tcMar>
              <w:top w:w="100" w:type="dxa"/>
              <w:left w:w="130" w:type="dxa"/>
              <w:bottom w:w="100" w:type="dxa"/>
              <w:right w:w="130" w:type="dxa"/>
            </w:tcMar>
          </w:tcPr>
          <w:p w14:paraId="179EF6E2" w14:textId="77777777" w:rsidR="00612663" w:rsidRDefault="00612663">
            <w:pPr>
              <w:spacing w:after="480"/>
            </w:pPr>
          </w:p>
        </w:tc>
      </w:tr>
      <w:tr w:rsidR="008F6CE8" w14:paraId="7D7DE74E" w14:textId="77777777">
        <w:tc>
          <w:tcPr>
            <w:tcW w:w="2200" w:type="dxa"/>
            <w:tcMar>
              <w:top w:w="100" w:type="dxa"/>
              <w:left w:w="130" w:type="dxa"/>
              <w:bottom w:w="100" w:type="dxa"/>
              <w:right w:w="130" w:type="dxa"/>
            </w:tcMar>
          </w:tcPr>
          <w:p w14:paraId="5881D599" w14:textId="77777777" w:rsidR="00612663" w:rsidRDefault="00612663">
            <w:pPr>
              <w:spacing w:after="480"/>
            </w:pPr>
          </w:p>
        </w:tc>
        <w:tc>
          <w:tcPr>
            <w:tcW w:w="1000" w:type="dxa"/>
            <w:tcMar>
              <w:top w:w="100" w:type="dxa"/>
              <w:left w:w="130" w:type="dxa"/>
              <w:bottom w:w="100" w:type="dxa"/>
              <w:right w:w="130" w:type="dxa"/>
            </w:tcMar>
          </w:tcPr>
          <w:p w14:paraId="07EC29B3" w14:textId="77777777" w:rsidR="00612663" w:rsidRDefault="00612663">
            <w:pPr>
              <w:spacing w:after="480"/>
            </w:pPr>
          </w:p>
        </w:tc>
        <w:tc>
          <w:tcPr>
            <w:tcW w:w="1000" w:type="dxa"/>
            <w:tcMar>
              <w:top w:w="100" w:type="dxa"/>
              <w:left w:w="130" w:type="dxa"/>
              <w:bottom w:w="100" w:type="dxa"/>
              <w:right w:w="130" w:type="dxa"/>
            </w:tcMar>
          </w:tcPr>
          <w:p w14:paraId="0A0866B6" w14:textId="77777777" w:rsidR="00612663" w:rsidRDefault="00612663">
            <w:pPr>
              <w:spacing w:after="480"/>
            </w:pPr>
          </w:p>
        </w:tc>
        <w:tc>
          <w:tcPr>
            <w:tcW w:w="1000" w:type="dxa"/>
            <w:tcMar>
              <w:top w:w="100" w:type="dxa"/>
              <w:left w:w="130" w:type="dxa"/>
              <w:bottom w:w="100" w:type="dxa"/>
              <w:right w:w="130" w:type="dxa"/>
            </w:tcMar>
          </w:tcPr>
          <w:p w14:paraId="7F590DCF" w14:textId="77777777" w:rsidR="00612663" w:rsidRDefault="00612663">
            <w:pPr>
              <w:spacing w:after="480"/>
            </w:pPr>
          </w:p>
        </w:tc>
        <w:tc>
          <w:tcPr>
            <w:tcW w:w="1000" w:type="dxa"/>
            <w:tcMar>
              <w:top w:w="100" w:type="dxa"/>
              <w:left w:w="130" w:type="dxa"/>
              <w:bottom w:w="100" w:type="dxa"/>
              <w:right w:w="130" w:type="dxa"/>
            </w:tcMar>
          </w:tcPr>
          <w:p w14:paraId="1673B929" w14:textId="77777777" w:rsidR="00612663" w:rsidRDefault="00612663">
            <w:pPr>
              <w:spacing w:after="480"/>
            </w:pPr>
          </w:p>
        </w:tc>
        <w:tc>
          <w:tcPr>
            <w:tcW w:w="1000" w:type="dxa"/>
            <w:tcMar>
              <w:top w:w="100" w:type="dxa"/>
              <w:left w:w="130" w:type="dxa"/>
              <w:bottom w:w="100" w:type="dxa"/>
              <w:right w:w="130" w:type="dxa"/>
            </w:tcMar>
          </w:tcPr>
          <w:p w14:paraId="70931037" w14:textId="77777777" w:rsidR="00612663" w:rsidRDefault="00612663">
            <w:pPr>
              <w:spacing w:after="480"/>
            </w:pPr>
          </w:p>
        </w:tc>
        <w:tc>
          <w:tcPr>
            <w:tcW w:w="2549" w:type="dxa"/>
            <w:tcMar>
              <w:top w:w="100" w:type="dxa"/>
              <w:left w:w="130" w:type="dxa"/>
              <w:bottom w:w="100" w:type="dxa"/>
              <w:right w:w="130" w:type="dxa"/>
            </w:tcMar>
          </w:tcPr>
          <w:p w14:paraId="54E20245" w14:textId="77777777" w:rsidR="00612663" w:rsidRDefault="00612663">
            <w:pPr>
              <w:spacing w:after="480"/>
            </w:pPr>
          </w:p>
        </w:tc>
      </w:tr>
      <w:tr w:rsidR="008F6CE8" w14:paraId="29A42D04" w14:textId="77777777">
        <w:tc>
          <w:tcPr>
            <w:tcW w:w="2200" w:type="dxa"/>
            <w:tcMar>
              <w:top w:w="100" w:type="dxa"/>
              <w:left w:w="130" w:type="dxa"/>
              <w:bottom w:w="100" w:type="dxa"/>
              <w:right w:w="130" w:type="dxa"/>
            </w:tcMar>
          </w:tcPr>
          <w:p w14:paraId="621F9E29" w14:textId="77777777" w:rsidR="00612663" w:rsidRDefault="00612663">
            <w:pPr>
              <w:spacing w:after="480"/>
            </w:pPr>
          </w:p>
        </w:tc>
        <w:tc>
          <w:tcPr>
            <w:tcW w:w="1000" w:type="dxa"/>
            <w:tcMar>
              <w:top w:w="100" w:type="dxa"/>
              <w:left w:w="130" w:type="dxa"/>
              <w:bottom w:w="100" w:type="dxa"/>
              <w:right w:w="130" w:type="dxa"/>
            </w:tcMar>
          </w:tcPr>
          <w:p w14:paraId="72036A6D" w14:textId="77777777" w:rsidR="00612663" w:rsidRDefault="00612663">
            <w:pPr>
              <w:spacing w:after="480"/>
            </w:pPr>
          </w:p>
        </w:tc>
        <w:tc>
          <w:tcPr>
            <w:tcW w:w="1000" w:type="dxa"/>
            <w:tcMar>
              <w:top w:w="100" w:type="dxa"/>
              <w:left w:w="130" w:type="dxa"/>
              <w:bottom w:w="100" w:type="dxa"/>
              <w:right w:w="130" w:type="dxa"/>
            </w:tcMar>
          </w:tcPr>
          <w:p w14:paraId="0816C825" w14:textId="77777777" w:rsidR="00612663" w:rsidRDefault="00612663">
            <w:pPr>
              <w:spacing w:after="480"/>
            </w:pPr>
          </w:p>
        </w:tc>
        <w:tc>
          <w:tcPr>
            <w:tcW w:w="1000" w:type="dxa"/>
            <w:tcMar>
              <w:top w:w="100" w:type="dxa"/>
              <w:left w:w="130" w:type="dxa"/>
              <w:bottom w:w="100" w:type="dxa"/>
              <w:right w:w="130" w:type="dxa"/>
            </w:tcMar>
          </w:tcPr>
          <w:p w14:paraId="6D08E052" w14:textId="77777777" w:rsidR="00612663" w:rsidRDefault="00612663">
            <w:pPr>
              <w:spacing w:after="480"/>
            </w:pPr>
          </w:p>
        </w:tc>
        <w:tc>
          <w:tcPr>
            <w:tcW w:w="1000" w:type="dxa"/>
            <w:tcMar>
              <w:top w:w="100" w:type="dxa"/>
              <w:left w:w="130" w:type="dxa"/>
              <w:bottom w:w="100" w:type="dxa"/>
              <w:right w:w="130" w:type="dxa"/>
            </w:tcMar>
          </w:tcPr>
          <w:p w14:paraId="0892A26D" w14:textId="77777777" w:rsidR="00612663" w:rsidRDefault="00612663">
            <w:pPr>
              <w:spacing w:after="480"/>
            </w:pPr>
          </w:p>
        </w:tc>
        <w:tc>
          <w:tcPr>
            <w:tcW w:w="1000" w:type="dxa"/>
            <w:tcMar>
              <w:top w:w="100" w:type="dxa"/>
              <w:left w:w="130" w:type="dxa"/>
              <w:bottom w:w="100" w:type="dxa"/>
              <w:right w:w="130" w:type="dxa"/>
            </w:tcMar>
          </w:tcPr>
          <w:p w14:paraId="7C6DF427" w14:textId="77777777" w:rsidR="00612663" w:rsidRDefault="00612663">
            <w:pPr>
              <w:spacing w:after="480"/>
            </w:pPr>
          </w:p>
        </w:tc>
        <w:tc>
          <w:tcPr>
            <w:tcW w:w="2549" w:type="dxa"/>
            <w:tcMar>
              <w:top w:w="100" w:type="dxa"/>
              <w:left w:w="130" w:type="dxa"/>
              <w:bottom w:w="100" w:type="dxa"/>
              <w:right w:w="130" w:type="dxa"/>
            </w:tcMar>
          </w:tcPr>
          <w:p w14:paraId="213C8417" w14:textId="77777777" w:rsidR="00612663" w:rsidRDefault="00612663">
            <w:pPr>
              <w:spacing w:after="480"/>
            </w:pPr>
          </w:p>
        </w:tc>
      </w:tr>
    </w:tbl>
    <w:p w14:paraId="1A5FB0F2" w14:textId="77777777" w:rsidR="00612663" w:rsidRDefault="00612663"/>
    <w:p w14:paraId="6413FA1F" w14:textId="77777777" w:rsidR="00612663" w:rsidRDefault="00612663">
      <w:pPr>
        <w:pageBreakBefore/>
        <w:spacing w:before="280" w:after="80"/>
      </w:pPr>
      <w:r>
        <w:rPr>
          <w:b/>
          <w:color w:val="2E74B5"/>
          <w:sz w:val="21"/>
        </w:rPr>
        <w:lastRenderedPageBreak/>
        <w:t>GUÍA DOCENTE</w:t>
      </w:r>
    </w:p>
    <w:p w14:paraId="6D6F58AB" w14:textId="77777777" w:rsidR="00612663" w:rsidRDefault="00612663">
      <w:pPr>
        <w:spacing w:after="80"/>
      </w:pPr>
      <w:r>
        <w:rPr>
          <w:b/>
          <w:color w:val="1F4D78"/>
          <w:sz w:val="56"/>
        </w:rPr>
        <w:t>TEMA 6</w:t>
      </w:r>
    </w:p>
    <w:p w14:paraId="63A9770E" w14:textId="77777777" w:rsidR="00612663" w:rsidRDefault="00612663">
      <w:pPr>
        <w:spacing w:after="160"/>
      </w:pPr>
      <w:r>
        <w:rPr>
          <w:b/>
          <w:sz w:val="42"/>
        </w:rPr>
        <w:t>Jesús nos quiere mucho</w:t>
      </w:r>
    </w:p>
    <w:p w14:paraId="77493351" w14:textId="77777777" w:rsidR="00612663" w:rsidRDefault="00612663">
      <w:pPr>
        <w:spacing w:after="360"/>
      </w:pPr>
      <w:r>
        <w:rPr>
          <w:color w:val="687784"/>
          <w:sz w:val="25"/>
        </w:rPr>
        <w:t>Educación Infantil · 3 años · Cinco sesiones</w:t>
      </w:r>
    </w:p>
    <w:tbl>
      <w:tblPr>
        <w:tblW w:w="9749" w:type="dxa"/>
        <w:tblInd w:w="120" w:type="dxa"/>
        <w:tblLayout w:type="fixed"/>
        <w:tblLook w:val="04A0" w:firstRow="1" w:lastRow="0" w:firstColumn="1" w:lastColumn="0" w:noHBand="0" w:noVBand="1"/>
      </w:tblPr>
      <w:tblGrid>
        <w:gridCol w:w="1950"/>
        <w:gridCol w:w="1950"/>
        <w:gridCol w:w="1950"/>
        <w:gridCol w:w="1950"/>
        <w:gridCol w:w="1949"/>
      </w:tblGrid>
      <w:tr w:rsidR="00113692" w14:paraId="718A0F3E" w14:textId="77777777">
        <w:tc>
          <w:tcPr>
            <w:tcW w:w="1950" w:type="dxa"/>
            <w:shd w:val="clear" w:color="auto" w:fill="EAF4EE"/>
            <w:tcMar>
              <w:top w:w="100" w:type="dxa"/>
              <w:left w:w="130" w:type="dxa"/>
              <w:bottom w:w="100" w:type="dxa"/>
              <w:right w:w="130" w:type="dxa"/>
            </w:tcMar>
            <w:vAlign w:val="center"/>
          </w:tcPr>
          <w:p w14:paraId="4E42A575" w14:textId="77777777" w:rsidR="00612663" w:rsidRDefault="00612663">
            <w:pPr>
              <w:spacing w:after="60"/>
              <w:jc w:val="center"/>
            </w:pPr>
            <w:r>
              <w:rPr>
                <w:b/>
                <w:color w:val="1F4D78"/>
                <w:sz w:val="18"/>
              </w:rPr>
              <w:t>RECIBIMOS</w:t>
            </w:r>
          </w:p>
          <w:p w14:paraId="6DD25D3B" w14:textId="77777777" w:rsidR="00612663" w:rsidRDefault="00612663">
            <w:pPr>
              <w:spacing w:after="0"/>
              <w:jc w:val="center"/>
            </w:pPr>
            <w:r>
              <w:rPr>
                <w:sz w:val="16"/>
              </w:rPr>
              <w:t>Palmas</w:t>
            </w:r>
          </w:p>
        </w:tc>
        <w:tc>
          <w:tcPr>
            <w:tcW w:w="1950" w:type="dxa"/>
            <w:shd w:val="clear" w:color="auto" w:fill="E8EEF5"/>
            <w:tcMar>
              <w:top w:w="100" w:type="dxa"/>
              <w:left w:w="130" w:type="dxa"/>
              <w:bottom w:w="100" w:type="dxa"/>
              <w:right w:w="130" w:type="dxa"/>
            </w:tcMar>
            <w:vAlign w:val="center"/>
          </w:tcPr>
          <w:p w14:paraId="3A4F9792" w14:textId="77777777" w:rsidR="00612663" w:rsidRDefault="00612663">
            <w:pPr>
              <w:spacing w:after="60"/>
              <w:jc w:val="center"/>
            </w:pPr>
            <w:r>
              <w:rPr>
                <w:b/>
                <w:color w:val="1F4D78"/>
                <w:sz w:val="18"/>
              </w:rPr>
              <w:t>COMPARTE</w:t>
            </w:r>
          </w:p>
          <w:p w14:paraId="1A768EB0" w14:textId="77777777" w:rsidR="00612663" w:rsidRDefault="00612663">
            <w:pPr>
              <w:spacing w:after="0"/>
              <w:jc w:val="center"/>
            </w:pPr>
            <w:r>
              <w:rPr>
                <w:sz w:val="16"/>
              </w:rPr>
              <w:t>La cena</w:t>
            </w:r>
          </w:p>
        </w:tc>
        <w:tc>
          <w:tcPr>
            <w:tcW w:w="1950" w:type="dxa"/>
            <w:shd w:val="clear" w:color="auto" w:fill="FFF4D8"/>
            <w:tcMar>
              <w:top w:w="100" w:type="dxa"/>
              <w:left w:w="130" w:type="dxa"/>
              <w:bottom w:w="100" w:type="dxa"/>
              <w:right w:w="130" w:type="dxa"/>
            </w:tcMar>
            <w:vAlign w:val="center"/>
          </w:tcPr>
          <w:p w14:paraId="514CB6D3" w14:textId="77777777" w:rsidR="00612663" w:rsidRDefault="00612663">
            <w:pPr>
              <w:spacing w:after="60"/>
              <w:jc w:val="center"/>
            </w:pPr>
            <w:r>
              <w:rPr>
                <w:b/>
                <w:color w:val="1F4D78"/>
                <w:sz w:val="18"/>
              </w:rPr>
              <w:t>NOS AMA</w:t>
            </w:r>
          </w:p>
          <w:p w14:paraId="070EA209" w14:textId="77777777" w:rsidR="00612663" w:rsidRDefault="00612663">
            <w:pPr>
              <w:spacing w:after="0"/>
              <w:jc w:val="center"/>
            </w:pPr>
            <w:r>
              <w:rPr>
                <w:sz w:val="16"/>
              </w:rPr>
              <w:t>La cruz</w:t>
            </w:r>
          </w:p>
        </w:tc>
        <w:tc>
          <w:tcPr>
            <w:tcW w:w="1950" w:type="dxa"/>
            <w:shd w:val="clear" w:color="auto" w:fill="E8EEF5"/>
            <w:tcMar>
              <w:top w:w="100" w:type="dxa"/>
              <w:left w:w="130" w:type="dxa"/>
              <w:bottom w:w="100" w:type="dxa"/>
              <w:right w:w="130" w:type="dxa"/>
            </w:tcMar>
            <w:vAlign w:val="center"/>
          </w:tcPr>
          <w:p w14:paraId="576ADD87" w14:textId="77777777" w:rsidR="00612663" w:rsidRDefault="00612663">
            <w:pPr>
              <w:spacing w:after="60"/>
              <w:jc w:val="center"/>
            </w:pPr>
            <w:r>
              <w:rPr>
                <w:b/>
                <w:color w:val="1F4D78"/>
                <w:sz w:val="18"/>
              </w:rPr>
              <w:t>TALLER</w:t>
            </w:r>
          </w:p>
          <w:p w14:paraId="39C16EF7" w14:textId="77777777" w:rsidR="00612663" w:rsidRDefault="00612663">
            <w:pPr>
              <w:spacing w:after="0"/>
              <w:jc w:val="center"/>
            </w:pPr>
            <w:r>
              <w:rPr>
                <w:sz w:val="16"/>
              </w:rPr>
              <w:t>Nazareno</w:t>
            </w:r>
          </w:p>
        </w:tc>
        <w:tc>
          <w:tcPr>
            <w:tcW w:w="1949" w:type="dxa"/>
            <w:shd w:val="clear" w:color="auto" w:fill="EAF4EE"/>
            <w:tcMar>
              <w:top w:w="100" w:type="dxa"/>
              <w:left w:w="130" w:type="dxa"/>
              <w:bottom w:w="100" w:type="dxa"/>
              <w:right w:w="130" w:type="dxa"/>
            </w:tcMar>
            <w:vAlign w:val="center"/>
          </w:tcPr>
          <w:p w14:paraId="4CCADB49" w14:textId="77777777" w:rsidR="00612663" w:rsidRDefault="00612663">
            <w:pPr>
              <w:spacing w:after="60"/>
              <w:jc w:val="center"/>
            </w:pPr>
            <w:r>
              <w:rPr>
                <w:b/>
                <w:color w:val="1F4D78"/>
                <w:sz w:val="18"/>
              </w:rPr>
              <w:t>VIVE</w:t>
            </w:r>
          </w:p>
          <w:p w14:paraId="1D4B6C65" w14:textId="77777777" w:rsidR="00612663" w:rsidRDefault="00612663">
            <w:pPr>
              <w:spacing w:after="0"/>
              <w:jc w:val="center"/>
            </w:pPr>
            <w:r>
              <w:rPr>
                <w:sz w:val="16"/>
              </w:rPr>
              <w:t>Pascua</w:t>
            </w:r>
          </w:p>
        </w:tc>
      </w:tr>
    </w:tbl>
    <w:p w14:paraId="5877B256" w14:textId="77777777" w:rsidR="00612663" w:rsidRDefault="00612663">
      <w:pPr>
        <w:spacing w:after="80"/>
      </w:pPr>
    </w:p>
    <w:tbl>
      <w:tblPr>
        <w:tblW w:w="9749" w:type="dxa"/>
        <w:tblInd w:w="120" w:type="dxa"/>
        <w:tblLayout w:type="fixed"/>
        <w:tblLook w:val="04A0" w:firstRow="1" w:lastRow="0" w:firstColumn="1" w:lastColumn="0" w:noHBand="0" w:noVBand="1"/>
      </w:tblPr>
      <w:tblGrid>
        <w:gridCol w:w="9749"/>
      </w:tblGrid>
      <w:tr w:rsidR="00113692" w14:paraId="68E4D667" w14:textId="77777777">
        <w:tc>
          <w:tcPr>
            <w:tcW w:w="9749" w:type="dxa"/>
            <w:shd w:val="clear" w:color="auto" w:fill="EAF4EE"/>
            <w:tcMar>
              <w:top w:w="100" w:type="dxa"/>
              <w:left w:w="130" w:type="dxa"/>
              <w:bottom w:w="100" w:type="dxa"/>
              <w:right w:w="130" w:type="dxa"/>
            </w:tcMar>
            <w:vAlign w:val="center"/>
          </w:tcPr>
          <w:p w14:paraId="03016DFB" w14:textId="77777777" w:rsidR="00612663" w:rsidRDefault="00612663">
            <w:pPr>
              <w:spacing w:after="40" w:line="288" w:lineRule="auto"/>
            </w:pPr>
            <w:r>
              <w:rPr>
                <w:b/>
                <w:color w:val="1F4D78"/>
              </w:rPr>
              <w:t xml:space="preserve">Idea central  </w:t>
            </w:r>
            <w:r>
              <w:t>Acompañamos a Jesús desde la entrada alegre en Jerusalén hasta la Pascua. Jesús comparte, nos ama y vive. El tema se presenta con serenidad, sin imágenes dolorosas y haciendo visible el paso de la espera a la luz.</w:t>
            </w:r>
          </w:p>
        </w:tc>
      </w:tr>
    </w:tbl>
    <w:p w14:paraId="2E020B4F" w14:textId="77777777" w:rsidR="00612663" w:rsidRDefault="00612663">
      <w:pPr>
        <w:spacing w:after="40"/>
      </w:pPr>
    </w:p>
    <w:p w14:paraId="1F7890AC" w14:textId="77777777" w:rsidR="00612663" w:rsidRDefault="00612663">
      <w:pPr>
        <w:pStyle w:val="Ttulo1"/>
      </w:pPr>
      <w:r>
        <w:rPr>
          <w:rFonts w:ascii="Calibri" w:hAnsi="Calibri"/>
        </w:rPr>
        <w:t>Cómo utilizar esta guía</w:t>
      </w:r>
    </w:p>
    <w:p w14:paraId="6F52C816" w14:textId="77777777" w:rsidR="00612663" w:rsidRDefault="00612663">
      <w:r>
        <w:t>El relato, los objetos y los espacios preceden a cada ficha. El minimundo se transforma poco a poco: camino y palmas; mesa; cruz; y jardín de Pascua. La cuarta sesión se reserva íntegramente para elaborar un nazareno que el alumnado llevará a casa.</w:t>
      </w:r>
    </w:p>
    <w:tbl>
      <w:tblPr>
        <w:tblW w:w="9749" w:type="dxa"/>
        <w:tblInd w:w="120" w:type="dxa"/>
        <w:tblLayout w:type="fixed"/>
        <w:tblLook w:val="04A0" w:firstRow="1" w:lastRow="0" w:firstColumn="1" w:lastColumn="0" w:noHBand="0" w:noVBand="1"/>
      </w:tblPr>
      <w:tblGrid>
        <w:gridCol w:w="2400"/>
        <w:gridCol w:w="7349"/>
      </w:tblGrid>
      <w:tr w:rsidR="00113692" w14:paraId="5BE46834" w14:textId="77777777">
        <w:tc>
          <w:tcPr>
            <w:tcW w:w="2400" w:type="dxa"/>
            <w:shd w:val="clear" w:color="auto" w:fill="E8EEF5"/>
            <w:tcMar>
              <w:top w:w="100" w:type="dxa"/>
              <w:left w:w="130" w:type="dxa"/>
              <w:bottom w:w="100" w:type="dxa"/>
              <w:right w:w="130" w:type="dxa"/>
            </w:tcMar>
            <w:vAlign w:val="center"/>
          </w:tcPr>
          <w:p w14:paraId="55D2D745" w14:textId="77777777" w:rsidR="00612663" w:rsidRDefault="00612663">
            <w:pPr>
              <w:spacing w:after="0"/>
            </w:pPr>
            <w:r>
              <w:rPr>
                <w:b/>
                <w:color w:val="1F4D78"/>
                <w:sz w:val="21"/>
              </w:rPr>
              <w:t>Duración prevista</w:t>
            </w:r>
          </w:p>
        </w:tc>
        <w:tc>
          <w:tcPr>
            <w:tcW w:w="7349" w:type="dxa"/>
            <w:shd w:val="clear" w:color="auto" w:fill="FFFFFF"/>
            <w:tcMar>
              <w:top w:w="100" w:type="dxa"/>
              <w:left w:w="130" w:type="dxa"/>
              <w:bottom w:w="100" w:type="dxa"/>
              <w:right w:w="130" w:type="dxa"/>
            </w:tcMar>
            <w:vAlign w:val="center"/>
          </w:tcPr>
          <w:p w14:paraId="149965D5" w14:textId="77777777" w:rsidR="00612663" w:rsidRDefault="00612663">
            <w:pPr>
              <w:spacing w:after="0"/>
            </w:pPr>
            <w:r>
              <w:rPr>
                <w:sz w:val="21"/>
              </w:rPr>
              <w:t>5 sesiones de 45-60 minutos, adaptables al ritmo del grupo.</w:t>
            </w:r>
          </w:p>
        </w:tc>
      </w:tr>
      <w:tr w:rsidR="00113692" w14:paraId="4568B4C7" w14:textId="77777777">
        <w:tc>
          <w:tcPr>
            <w:tcW w:w="2400" w:type="dxa"/>
            <w:shd w:val="clear" w:color="auto" w:fill="E8EEF5"/>
            <w:tcMar>
              <w:top w:w="100" w:type="dxa"/>
              <w:left w:w="130" w:type="dxa"/>
              <w:bottom w:w="100" w:type="dxa"/>
              <w:right w:w="130" w:type="dxa"/>
            </w:tcMar>
            <w:vAlign w:val="center"/>
          </w:tcPr>
          <w:p w14:paraId="647E8C33" w14:textId="77777777" w:rsidR="00612663" w:rsidRDefault="00612663">
            <w:pPr>
              <w:spacing w:after="0"/>
            </w:pPr>
            <w:r>
              <w:rPr>
                <w:b/>
                <w:color w:val="1F4D78"/>
                <w:sz w:val="21"/>
              </w:rPr>
              <w:t>Relatos bíblicos</w:t>
            </w:r>
          </w:p>
        </w:tc>
        <w:tc>
          <w:tcPr>
            <w:tcW w:w="7349" w:type="dxa"/>
            <w:shd w:val="clear" w:color="auto" w:fill="FFFFFF"/>
            <w:tcMar>
              <w:top w:w="100" w:type="dxa"/>
              <w:left w:w="130" w:type="dxa"/>
              <w:bottom w:w="100" w:type="dxa"/>
              <w:right w:w="130" w:type="dxa"/>
            </w:tcMar>
            <w:vAlign w:val="center"/>
          </w:tcPr>
          <w:p w14:paraId="65D55D49" w14:textId="77777777" w:rsidR="00612663" w:rsidRDefault="00612663">
            <w:pPr>
              <w:spacing w:after="0"/>
            </w:pPr>
            <w:r>
              <w:rPr>
                <w:sz w:val="21"/>
              </w:rPr>
              <w:t>Entrada en Jerusalén, Última Cena, muerte y Resurrección de Jesús.</w:t>
            </w:r>
          </w:p>
        </w:tc>
      </w:tr>
      <w:tr w:rsidR="00113692" w14:paraId="681FB6D4" w14:textId="77777777">
        <w:tc>
          <w:tcPr>
            <w:tcW w:w="2400" w:type="dxa"/>
            <w:shd w:val="clear" w:color="auto" w:fill="E8EEF5"/>
            <w:tcMar>
              <w:top w:w="100" w:type="dxa"/>
              <w:left w:w="130" w:type="dxa"/>
              <w:bottom w:w="100" w:type="dxa"/>
              <w:right w:w="130" w:type="dxa"/>
            </w:tcMar>
            <w:vAlign w:val="center"/>
          </w:tcPr>
          <w:p w14:paraId="5CEC086A" w14:textId="77777777" w:rsidR="00612663" w:rsidRDefault="00612663">
            <w:pPr>
              <w:spacing w:after="0"/>
            </w:pPr>
            <w:r>
              <w:rPr>
                <w:b/>
                <w:color w:val="1F4D78"/>
                <w:sz w:val="21"/>
              </w:rPr>
              <w:t>Productos</w:t>
            </w:r>
          </w:p>
        </w:tc>
        <w:tc>
          <w:tcPr>
            <w:tcW w:w="7349" w:type="dxa"/>
            <w:shd w:val="clear" w:color="auto" w:fill="FFFFFF"/>
            <w:tcMar>
              <w:top w:w="100" w:type="dxa"/>
              <w:left w:w="130" w:type="dxa"/>
              <w:bottom w:w="100" w:type="dxa"/>
              <w:right w:w="130" w:type="dxa"/>
            </w:tcMar>
            <w:vAlign w:val="center"/>
          </w:tcPr>
          <w:p w14:paraId="660BA758" w14:textId="77777777" w:rsidR="00612663" w:rsidRDefault="00612663">
            <w:pPr>
              <w:spacing w:after="0"/>
            </w:pPr>
            <w:r>
              <w:rPr>
                <w:sz w:val="21"/>
              </w:rPr>
              <w:t>Cuatro fichas y un nazareno para llevar a casa.</w:t>
            </w:r>
          </w:p>
        </w:tc>
      </w:tr>
      <w:tr w:rsidR="00113692" w14:paraId="37B6F11E" w14:textId="77777777">
        <w:tc>
          <w:tcPr>
            <w:tcW w:w="2400" w:type="dxa"/>
            <w:shd w:val="clear" w:color="auto" w:fill="E8EEF5"/>
            <w:tcMar>
              <w:top w:w="100" w:type="dxa"/>
              <w:left w:w="130" w:type="dxa"/>
              <w:bottom w:w="100" w:type="dxa"/>
              <w:right w:w="130" w:type="dxa"/>
            </w:tcMar>
            <w:vAlign w:val="center"/>
          </w:tcPr>
          <w:p w14:paraId="23B5D762" w14:textId="77777777" w:rsidR="00612663" w:rsidRDefault="00612663">
            <w:pPr>
              <w:spacing w:after="0"/>
            </w:pPr>
            <w:r>
              <w:rPr>
                <w:b/>
                <w:color w:val="1F4D78"/>
                <w:sz w:val="21"/>
              </w:rPr>
              <w:t>Metodología</w:t>
            </w:r>
          </w:p>
        </w:tc>
        <w:tc>
          <w:tcPr>
            <w:tcW w:w="7349" w:type="dxa"/>
            <w:shd w:val="clear" w:color="auto" w:fill="FFFFFF"/>
            <w:tcMar>
              <w:top w:w="100" w:type="dxa"/>
              <w:left w:w="130" w:type="dxa"/>
              <w:bottom w:w="100" w:type="dxa"/>
              <w:right w:w="130" w:type="dxa"/>
            </w:tcMar>
            <w:vAlign w:val="center"/>
          </w:tcPr>
          <w:p w14:paraId="12148174" w14:textId="77777777" w:rsidR="00612663" w:rsidRDefault="00612663">
            <w:pPr>
              <w:spacing w:after="0"/>
            </w:pPr>
            <w:r>
              <w:rPr>
                <w:sz w:val="21"/>
              </w:rPr>
              <w:t>Relato breve, minimundo, juego simbólico, espacios Montessori, expresión plástica y oración.</w:t>
            </w:r>
          </w:p>
        </w:tc>
      </w:tr>
      <w:tr w:rsidR="00113692" w14:paraId="788F24A1" w14:textId="77777777">
        <w:tc>
          <w:tcPr>
            <w:tcW w:w="2400" w:type="dxa"/>
            <w:shd w:val="clear" w:color="auto" w:fill="E8EEF5"/>
            <w:tcMar>
              <w:top w:w="100" w:type="dxa"/>
              <w:left w:w="130" w:type="dxa"/>
              <w:bottom w:w="100" w:type="dxa"/>
              <w:right w:w="130" w:type="dxa"/>
            </w:tcMar>
            <w:vAlign w:val="center"/>
          </w:tcPr>
          <w:p w14:paraId="004CEBA9" w14:textId="77777777" w:rsidR="00612663" w:rsidRDefault="00612663">
            <w:pPr>
              <w:spacing w:after="0"/>
            </w:pPr>
            <w:r>
              <w:rPr>
                <w:b/>
                <w:color w:val="1F4D78"/>
                <w:sz w:val="21"/>
              </w:rPr>
              <w:t>Criterio material</w:t>
            </w:r>
          </w:p>
        </w:tc>
        <w:tc>
          <w:tcPr>
            <w:tcW w:w="7349" w:type="dxa"/>
            <w:shd w:val="clear" w:color="auto" w:fill="FFFFFF"/>
            <w:tcMar>
              <w:top w:w="100" w:type="dxa"/>
              <w:left w:w="130" w:type="dxa"/>
              <w:bottom w:w="100" w:type="dxa"/>
              <w:right w:w="130" w:type="dxa"/>
            </w:tcMar>
            <w:vAlign w:val="center"/>
          </w:tcPr>
          <w:p w14:paraId="21F96B1E" w14:textId="77777777" w:rsidR="00612663" w:rsidRDefault="00612663">
            <w:pPr>
              <w:spacing w:after="0"/>
            </w:pPr>
            <w:r>
              <w:rPr>
                <w:sz w:val="21"/>
              </w:rPr>
              <w:t>Aprovechar telas, figuras, bloques, velas LED, disfraces y consumibles disponibles; no comprar material específico.</w:t>
            </w:r>
          </w:p>
        </w:tc>
      </w:tr>
    </w:tbl>
    <w:p w14:paraId="267D2EB3" w14:textId="77777777" w:rsidR="00612663" w:rsidRDefault="00612663">
      <w:r>
        <w:br w:type="page"/>
      </w:r>
    </w:p>
    <w:p w14:paraId="2B754665" w14:textId="77777777" w:rsidR="00612663" w:rsidRDefault="00612663">
      <w:pPr>
        <w:pStyle w:val="Ttulo1"/>
      </w:pPr>
      <w:r>
        <w:rPr>
          <w:rFonts w:ascii="Calibri" w:hAnsi="Calibri"/>
        </w:rPr>
        <w:lastRenderedPageBreak/>
        <w:t>1. Antes de comenzar</w:t>
      </w:r>
    </w:p>
    <w:p w14:paraId="4D1A6177" w14:textId="77777777" w:rsidR="00612663" w:rsidRDefault="00612663">
      <w:pPr>
        <w:pStyle w:val="Ttulo2"/>
      </w:pPr>
      <w:r>
        <w:rPr>
          <w:rFonts w:ascii="Calibri" w:hAnsi="Calibri"/>
        </w:rPr>
        <w:t>Sentido religioso y cuidado emocional</w:t>
      </w:r>
    </w:p>
    <w:p w14:paraId="0819E4BB" w14:textId="77777777" w:rsidR="00612663" w:rsidRDefault="00612663">
      <w:r>
        <w:t>A los tres años se narra la Semana Santa desde los gestos que pueden comprender: recibir, compartir, querer y celebrar la vida. La cruz se presenta vacía como signo del amor de Jesús. No se describen detalles de sufrimiento ni se busca provocar tristeza. La Pascua cierra el recorrido con luz, alegría y esperanza.</w:t>
      </w:r>
    </w:p>
    <w:p w14:paraId="64688CE2" w14:textId="77777777" w:rsidR="00612663" w:rsidRDefault="00612663">
      <w:pPr>
        <w:pStyle w:val="Ttulo2"/>
      </w:pPr>
      <w:r>
        <w:rPr>
          <w:rFonts w:ascii="Calibri" w:hAnsi="Calibri"/>
        </w:rPr>
        <w:t>Inventario y preparación</w:t>
      </w:r>
    </w:p>
    <w:tbl>
      <w:tblPr>
        <w:tblW w:w="9749" w:type="dxa"/>
        <w:tblInd w:w="120" w:type="dxa"/>
        <w:tblLayout w:type="fixed"/>
        <w:tblLook w:val="04A0" w:firstRow="1" w:lastRow="0" w:firstColumn="1" w:lastColumn="0" w:noHBand="0" w:noVBand="1"/>
      </w:tblPr>
      <w:tblGrid>
        <w:gridCol w:w="2300"/>
        <w:gridCol w:w="7449"/>
      </w:tblGrid>
      <w:tr w:rsidR="00113692" w14:paraId="5D26D53B" w14:textId="77777777">
        <w:tc>
          <w:tcPr>
            <w:tcW w:w="2300" w:type="dxa"/>
            <w:shd w:val="clear" w:color="auto" w:fill="EAF4EE"/>
            <w:tcMar>
              <w:top w:w="100" w:type="dxa"/>
              <w:left w:w="130" w:type="dxa"/>
              <w:bottom w:w="100" w:type="dxa"/>
              <w:right w:w="130" w:type="dxa"/>
            </w:tcMar>
            <w:vAlign w:val="center"/>
          </w:tcPr>
          <w:p w14:paraId="19F1A7B9" w14:textId="77777777" w:rsidR="00612663" w:rsidRDefault="00612663">
            <w:pPr>
              <w:spacing w:after="0"/>
            </w:pPr>
            <w:r>
              <w:rPr>
                <w:b/>
                <w:color w:val="1F4D78"/>
                <w:sz w:val="21"/>
              </w:rPr>
              <w:t>Asamblea</w:t>
            </w:r>
          </w:p>
        </w:tc>
        <w:tc>
          <w:tcPr>
            <w:tcW w:w="7449" w:type="dxa"/>
            <w:shd w:val="clear" w:color="auto" w:fill="FFFFFF"/>
            <w:tcMar>
              <w:top w:w="100" w:type="dxa"/>
              <w:left w:w="130" w:type="dxa"/>
              <w:bottom w:w="100" w:type="dxa"/>
              <w:right w:w="130" w:type="dxa"/>
            </w:tcMar>
            <w:vAlign w:val="center"/>
          </w:tcPr>
          <w:p w14:paraId="66BC3414" w14:textId="77777777" w:rsidR="00612663" w:rsidRDefault="00612663">
            <w:pPr>
              <w:spacing w:after="0"/>
            </w:pPr>
            <w:r>
              <w:rPr>
                <w:sz w:val="21"/>
              </w:rPr>
              <w:t>Tela morada, tela blanca o dorada, velas LED, Biblia infantil y Jesús grande.</w:t>
            </w:r>
          </w:p>
        </w:tc>
      </w:tr>
      <w:tr w:rsidR="00113692" w14:paraId="32E9E66B" w14:textId="77777777">
        <w:tc>
          <w:tcPr>
            <w:tcW w:w="2300" w:type="dxa"/>
            <w:shd w:val="clear" w:color="auto" w:fill="EAF4EE"/>
            <w:tcMar>
              <w:top w:w="100" w:type="dxa"/>
              <w:left w:w="130" w:type="dxa"/>
              <w:bottom w:w="100" w:type="dxa"/>
              <w:right w:w="130" w:type="dxa"/>
            </w:tcMar>
            <w:vAlign w:val="center"/>
          </w:tcPr>
          <w:p w14:paraId="35CF1CD7" w14:textId="77777777" w:rsidR="00612663" w:rsidRDefault="00612663">
            <w:pPr>
              <w:spacing w:after="0"/>
            </w:pPr>
            <w:r>
              <w:rPr>
                <w:b/>
                <w:color w:val="1F4D78"/>
                <w:sz w:val="21"/>
              </w:rPr>
              <w:t>Minimundo</w:t>
            </w:r>
          </w:p>
        </w:tc>
        <w:tc>
          <w:tcPr>
            <w:tcW w:w="7449" w:type="dxa"/>
            <w:shd w:val="clear" w:color="auto" w:fill="FFFFFF"/>
            <w:tcMar>
              <w:top w:w="100" w:type="dxa"/>
              <w:left w:w="130" w:type="dxa"/>
              <w:bottom w:w="100" w:type="dxa"/>
              <w:right w:w="130" w:type="dxa"/>
            </w:tcMar>
            <w:vAlign w:val="center"/>
          </w:tcPr>
          <w:p w14:paraId="659226DD" w14:textId="77777777" w:rsidR="00612663" w:rsidRDefault="00612663">
            <w:pPr>
              <w:spacing w:after="0"/>
            </w:pPr>
            <w:r>
              <w:rPr>
                <w:sz w:val="21"/>
              </w:rPr>
              <w:t>Burrito y figuras del belén, bloques, telas, piedras, mesa pequeña, cruz sencilla y vegetación.</w:t>
            </w:r>
          </w:p>
        </w:tc>
      </w:tr>
      <w:tr w:rsidR="00113692" w14:paraId="5162219E" w14:textId="77777777">
        <w:tc>
          <w:tcPr>
            <w:tcW w:w="2300" w:type="dxa"/>
            <w:shd w:val="clear" w:color="auto" w:fill="EAF4EE"/>
            <w:tcMar>
              <w:top w:w="100" w:type="dxa"/>
              <w:left w:w="130" w:type="dxa"/>
              <w:bottom w:w="100" w:type="dxa"/>
              <w:right w:w="130" w:type="dxa"/>
            </w:tcMar>
            <w:vAlign w:val="center"/>
          </w:tcPr>
          <w:p w14:paraId="5239738E" w14:textId="77777777" w:rsidR="00612663" w:rsidRDefault="00612663">
            <w:pPr>
              <w:spacing w:after="0"/>
            </w:pPr>
            <w:r>
              <w:rPr>
                <w:b/>
                <w:color w:val="1F4D78"/>
                <w:sz w:val="21"/>
              </w:rPr>
              <w:t>Teatro</w:t>
            </w:r>
          </w:p>
        </w:tc>
        <w:tc>
          <w:tcPr>
            <w:tcW w:w="7449" w:type="dxa"/>
            <w:shd w:val="clear" w:color="auto" w:fill="FFFFFF"/>
            <w:tcMar>
              <w:top w:w="100" w:type="dxa"/>
              <w:left w:w="130" w:type="dxa"/>
              <w:bottom w:w="100" w:type="dxa"/>
              <w:right w:w="130" w:type="dxa"/>
            </w:tcMar>
            <w:vAlign w:val="center"/>
          </w:tcPr>
          <w:p w14:paraId="011302E1" w14:textId="77777777" w:rsidR="00612663" w:rsidRDefault="00612663">
            <w:pPr>
              <w:spacing w:after="0"/>
            </w:pPr>
            <w:r>
              <w:rPr>
                <w:sz w:val="21"/>
              </w:rPr>
              <w:t>Túnicas, mantos, pañuelos y complementos ya existentes.</w:t>
            </w:r>
          </w:p>
        </w:tc>
      </w:tr>
      <w:tr w:rsidR="00113692" w14:paraId="3DE8B028" w14:textId="77777777">
        <w:tc>
          <w:tcPr>
            <w:tcW w:w="2300" w:type="dxa"/>
            <w:shd w:val="clear" w:color="auto" w:fill="EAF4EE"/>
            <w:tcMar>
              <w:top w:w="100" w:type="dxa"/>
              <w:left w:w="130" w:type="dxa"/>
              <w:bottom w:w="100" w:type="dxa"/>
              <w:right w:w="130" w:type="dxa"/>
            </w:tcMar>
            <w:vAlign w:val="center"/>
          </w:tcPr>
          <w:p w14:paraId="3CB086DD" w14:textId="77777777" w:rsidR="00612663" w:rsidRDefault="00612663">
            <w:pPr>
              <w:spacing w:after="0"/>
            </w:pPr>
            <w:r>
              <w:rPr>
                <w:b/>
                <w:color w:val="1F4D78"/>
                <w:sz w:val="21"/>
              </w:rPr>
              <w:t>Construcciones</w:t>
            </w:r>
          </w:p>
        </w:tc>
        <w:tc>
          <w:tcPr>
            <w:tcW w:w="7449" w:type="dxa"/>
            <w:shd w:val="clear" w:color="auto" w:fill="FFFFFF"/>
            <w:tcMar>
              <w:top w:w="100" w:type="dxa"/>
              <w:left w:w="130" w:type="dxa"/>
              <w:bottom w:w="100" w:type="dxa"/>
              <w:right w:w="130" w:type="dxa"/>
            </w:tcMar>
            <w:vAlign w:val="center"/>
          </w:tcPr>
          <w:p w14:paraId="5B3290C5" w14:textId="77777777" w:rsidR="00612663" w:rsidRDefault="00612663">
            <w:pPr>
              <w:spacing w:after="0"/>
            </w:pPr>
            <w:r>
              <w:rPr>
                <w:sz w:val="21"/>
              </w:rPr>
              <w:t>Bloques para puertas de Jerusalén, camino, mesa y sepulcro.</w:t>
            </w:r>
          </w:p>
        </w:tc>
      </w:tr>
      <w:tr w:rsidR="00113692" w14:paraId="68750AA8" w14:textId="77777777">
        <w:tc>
          <w:tcPr>
            <w:tcW w:w="2300" w:type="dxa"/>
            <w:shd w:val="clear" w:color="auto" w:fill="EAF4EE"/>
            <w:tcMar>
              <w:top w:w="100" w:type="dxa"/>
              <w:left w:w="130" w:type="dxa"/>
              <w:bottom w:w="100" w:type="dxa"/>
              <w:right w:w="130" w:type="dxa"/>
            </w:tcMar>
            <w:vAlign w:val="center"/>
          </w:tcPr>
          <w:p w14:paraId="22BAB929" w14:textId="77777777" w:rsidR="00612663" w:rsidRDefault="00612663">
            <w:pPr>
              <w:spacing w:after="0"/>
            </w:pPr>
            <w:r>
              <w:rPr>
                <w:b/>
                <w:color w:val="1F4D78"/>
                <w:sz w:val="21"/>
              </w:rPr>
              <w:t>Fichas</w:t>
            </w:r>
          </w:p>
        </w:tc>
        <w:tc>
          <w:tcPr>
            <w:tcW w:w="7449" w:type="dxa"/>
            <w:shd w:val="clear" w:color="auto" w:fill="FFFFFF"/>
            <w:tcMar>
              <w:top w:w="100" w:type="dxa"/>
              <w:left w:w="130" w:type="dxa"/>
              <w:bottom w:w="100" w:type="dxa"/>
              <w:right w:w="130" w:type="dxa"/>
            </w:tcMar>
            <w:vAlign w:val="center"/>
          </w:tcPr>
          <w:p w14:paraId="705E306F" w14:textId="77777777" w:rsidR="00612663" w:rsidRDefault="00612663">
            <w:pPr>
              <w:spacing w:after="0"/>
            </w:pPr>
            <w:r>
              <w:rPr>
                <w:sz w:val="21"/>
              </w:rPr>
              <w:t>Papel verde, plastilina amarilla, pintura lavable, corchos, brillantitos grandes y pegamento de purpurina.</w:t>
            </w:r>
          </w:p>
        </w:tc>
      </w:tr>
      <w:tr w:rsidR="00113692" w14:paraId="7274FEE0" w14:textId="77777777">
        <w:tc>
          <w:tcPr>
            <w:tcW w:w="2300" w:type="dxa"/>
            <w:shd w:val="clear" w:color="auto" w:fill="EAF4EE"/>
            <w:tcMar>
              <w:top w:w="100" w:type="dxa"/>
              <w:left w:w="130" w:type="dxa"/>
              <w:bottom w:w="100" w:type="dxa"/>
              <w:right w:w="130" w:type="dxa"/>
            </w:tcMar>
            <w:vAlign w:val="center"/>
          </w:tcPr>
          <w:p w14:paraId="6D26C471" w14:textId="77777777" w:rsidR="00612663" w:rsidRDefault="00612663">
            <w:pPr>
              <w:spacing w:after="0"/>
            </w:pPr>
            <w:r>
              <w:rPr>
                <w:b/>
                <w:color w:val="1F4D78"/>
                <w:sz w:val="21"/>
              </w:rPr>
              <w:t>Taller</w:t>
            </w:r>
          </w:p>
        </w:tc>
        <w:tc>
          <w:tcPr>
            <w:tcW w:w="7449" w:type="dxa"/>
            <w:shd w:val="clear" w:color="auto" w:fill="FFFFFF"/>
            <w:tcMar>
              <w:top w:w="100" w:type="dxa"/>
              <w:left w:w="130" w:type="dxa"/>
              <w:bottom w:w="100" w:type="dxa"/>
              <w:right w:w="130" w:type="dxa"/>
            </w:tcMar>
            <w:vAlign w:val="center"/>
          </w:tcPr>
          <w:p w14:paraId="034B1518" w14:textId="77777777" w:rsidR="00612663" w:rsidRDefault="00612663">
            <w:pPr>
              <w:spacing w:after="0"/>
            </w:pPr>
            <w:r>
              <w:rPr>
                <w:sz w:val="21"/>
              </w:rPr>
              <w:t>Base de cartón o rollo, retales o papel, cordón y figura simple; elegir el modelo según materiales guardados.</w:t>
            </w:r>
          </w:p>
        </w:tc>
      </w:tr>
      <w:tr w:rsidR="00113692" w14:paraId="21F86869" w14:textId="77777777">
        <w:tc>
          <w:tcPr>
            <w:tcW w:w="9749" w:type="dxa"/>
            <w:gridSpan w:val="2"/>
            <w:shd w:val="clear" w:color="auto" w:fill="FFF4D8"/>
            <w:tcMar>
              <w:top w:w="100" w:type="dxa"/>
              <w:left w:w="130" w:type="dxa"/>
              <w:bottom w:w="100" w:type="dxa"/>
              <w:right w:w="130" w:type="dxa"/>
            </w:tcMar>
            <w:vAlign w:val="center"/>
          </w:tcPr>
          <w:p w14:paraId="0D62CA52" w14:textId="77777777" w:rsidR="00612663" w:rsidRDefault="00612663">
            <w:pPr>
              <w:spacing w:after="40" w:line="288" w:lineRule="auto"/>
            </w:pPr>
            <w:r>
              <w:rPr>
                <w:b/>
                <w:color w:val="1F4D78"/>
              </w:rPr>
              <w:t xml:space="preserve">Seguridad  </w:t>
            </w:r>
            <w:r>
              <w:t>Los brillantitos son piezas pequeñas: ofrecer pocos en una bandeja, supervisar de forma directa y retirarlos al terminar. El pegamento de purpurina lo maneja cada niño con acompañamiento; no se lleva a la boca.</w:t>
            </w:r>
          </w:p>
        </w:tc>
      </w:tr>
    </w:tbl>
    <w:p w14:paraId="51CA3599" w14:textId="77777777" w:rsidR="00612663" w:rsidRDefault="00612663">
      <w:pPr>
        <w:spacing w:after="40"/>
      </w:pPr>
    </w:p>
    <w:p w14:paraId="557703ED" w14:textId="77777777" w:rsidR="00612663" w:rsidRDefault="00612663">
      <w:pPr>
        <w:pStyle w:val="Ttulo2"/>
      </w:pPr>
      <w:r>
        <w:rPr>
          <w:rFonts w:ascii="Calibri" w:hAnsi="Calibri"/>
        </w:rPr>
        <w:t>Secuencia visible</w:t>
      </w:r>
    </w:p>
    <w:p w14:paraId="51DE70AA" w14:textId="77777777" w:rsidR="00612663" w:rsidRDefault="00612663">
      <w:pPr>
        <w:spacing w:after="100"/>
      </w:pPr>
      <w:r>
        <w:rPr>
          <w:b/>
          <w:color w:val="1F4D78"/>
        </w:rPr>
        <w:t xml:space="preserve">Sesión 1 · Alegría: </w:t>
      </w:r>
      <w:r>
        <w:t>Jesús entra en Jerusalén y lo recibimos con palmas.</w:t>
      </w:r>
    </w:p>
    <w:p w14:paraId="5D95143B" w14:textId="77777777" w:rsidR="00612663" w:rsidRDefault="00612663">
      <w:pPr>
        <w:spacing w:after="100"/>
      </w:pPr>
      <w:r>
        <w:rPr>
          <w:b/>
          <w:color w:val="1F4D78"/>
        </w:rPr>
        <w:t xml:space="preserve">Sesión 2 · Amistad: </w:t>
      </w:r>
      <w:r>
        <w:t>Jesús cena y comparte el pan con sus amigos.</w:t>
      </w:r>
    </w:p>
    <w:p w14:paraId="3B35F98B" w14:textId="77777777" w:rsidR="00612663" w:rsidRDefault="00612663">
      <w:pPr>
        <w:spacing w:after="100"/>
      </w:pPr>
      <w:r>
        <w:rPr>
          <w:b/>
          <w:color w:val="1F4D78"/>
        </w:rPr>
        <w:t xml:space="preserve">Sesión 3 · Amor: </w:t>
      </w:r>
      <w:r>
        <w:t>La cruz vacía nos recuerda cuánto nos quiere Jesús.</w:t>
      </w:r>
    </w:p>
    <w:p w14:paraId="20B328BB" w14:textId="77777777" w:rsidR="00612663" w:rsidRDefault="00612663">
      <w:pPr>
        <w:spacing w:after="100"/>
      </w:pPr>
      <w:r>
        <w:rPr>
          <w:b/>
          <w:color w:val="1F4D78"/>
        </w:rPr>
        <w:t xml:space="preserve">Sesión 4 · Tradición: </w:t>
      </w:r>
      <w:r>
        <w:t>Elaboramos con calma un nazareno para llevar a casa.</w:t>
      </w:r>
    </w:p>
    <w:p w14:paraId="142E629B" w14:textId="77777777" w:rsidR="00612663" w:rsidRDefault="00612663">
      <w:pPr>
        <w:spacing w:after="100"/>
      </w:pPr>
      <w:r>
        <w:rPr>
          <w:b/>
          <w:color w:val="1F4D78"/>
        </w:rPr>
        <w:t xml:space="preserve">Sesión 5 · Vida: </w:t>
      </w:r>
      <w:r>
        <w:t>El sepulcro está abierto: Jesús vive y llega la luz de Pascua.</w:t>
      </w:r>
    </w:p>
    <w:p w14:paraId="52899186" w14:textId="77777777" w:rsidR="00612663" w:rsidRDefault="00612663">
      <w:pPr>
        <w:pStyle w:val="Ttulo2"/>
      </w:pPr>
      <w:r>
        <w:rPr>
          <w:rFonts w:ascii="Calibri" w:hAnsi="Calibri"/>
        </w:rPr>
        <w:t>Transformación del ambiente</w:t>
      </w:r>
    </w:p>
    <w:p w14:paraId="02A0AAE2" w14:textId="77777777" w:rsidR="00612663" w:rsidRDefault="00612663">
      <w:r>
        <w:t>Mantener durante las primeras sesiones una tela morada y una vela LED. En la última sesión retirar la tela morada con calma y colocar tela blanca o dorada, flores y más luz. El cambio debe realizarse delante del alumnado para ayudarle a percibir que ha llegado un tiempo nuevo.</w:t>
      </w:r>
    </w:p>
    <w:p w14:paraId="68C85479" w14:textId="77777777" w:rsidR="00612663" w:rsidRDefault="00612663">
      <w:pPr>
        <w:pStyle w:val="Ttulo2"/>
      </w:pPr>
      <w:r>
        <w:rPr>
          <w:rFonts w:ascii="Calibri" w:hAnsi="Calibri"/>
        </w:rPr>
        <w:lastRenderedPageBreak/>
        <w:t>Rutina común</w:t>
      </w:r>
    </w:p>
    <w:p w14:paraId="685DA4E3" w14:textId="77777777" w:rsidR="00612663" w:rsidRDefault="00612663">
      <w:r>
        <w:t>Acogida; recuerdo del momento anterior; relato con objetos; mensaje religioso; oración breve; exploración de espacios; ficha o taller; recogida y despedida. Si el grupo necesita más tiempo, se divide la propuesta sin perder la secuencia.</w:t>
      </w:r>
    </w:p>
    <w:p w14:paraId="6B8B7DC4" w14:textId="77777777" w:rsidR="00612663" w:rsidRDefault="00612663">
      <w:pPr>
        <w:pStyle w:val="Ttulo1"/>
      </w:pPr>
      <w:r>
        <w:rPr>
          <w:rFonts w:ascii="Calibri" w:hAnsi="Calibri"/>
        </w:rPr>
        <w:t>2. Referencia curricular</w:t>
      </w:r>
    </w:p>
    <w:p w14:paraId="6164B838" w14:textId="77777777" w:rsidR="00612663" w:rsidRDefault="00612663">
      <w:r>
        <w:t>El tema se vincula al currículo de Religión Católica para el segundo ciclo de Educación Infantil (Resolución de 21 de junio de 2022, BOE-A-2022-10452, Anexo I). La selección responde a los aprendizajes realmente movilizados.</w:t>
      </w:r>
    </w:p>
    <w:tbl>
      <w:tblPr>
        <w:tblW w:w="9749" w:type="dxa"/>
        <w:tblInd w:w="120" w:type="dxa"/>
        <w:tblLayout w:type="fixed"/>
        <w:tblLook w:val="04A0" w:firstRow="1" w:lastRow="0" w:firstColumn="1" w:lastColumn="0" w:noHBand="0" w:noVBand="1"/>
      </w:tblPr>
      <w:tblGrid>
        <w:gridCol w:w="2850"/>
        <w:gridCol w:w="6899"/>
      </w:tblGrid>
      <w:tr w:rsidR="00113692" w14:paraId="2D5123E0" w14:textId="77777777">
        <w:tc>
          <w:tcPr>
            <w:tcW w:w="2850" w:type="dxa"/>
            <w:shd w:val="clear" w:color="auto" w:fill="E8EEF5"/>
            <w:tcMar>
              <w:top w:w="100" w:type="dxa"/>
              <w:left w:w="130" w:type="dxa"/>
              <w:bottom w:w="100" w:type="dxa"/>
              <w:right w:w="130" w:type="dxa"/>
            </w:tcMar>
            <w:vAlign w:val="center"/>
          </w:tcPr>
          <w:p w14:paraId="6FFC2B76" w14:textId="77777777" w:rsidR="00612663" w:rsidRDefault="00612663">
            <w:pPr>
              <w:spacing w:after="0"/>
            </w:pPr>
            <w:r>
              <w:rPr>
                <w:b/>
                <w:color w:val="1F4D78"/>
                <w:sz w:val="21"/>
              </w:rPr>
              <w:t>Competencia específica 2</w:t>
            </w:r>
          </w:p>
        </w:tc>
        <w:tc>
          <w:tcPr>
            <w:tcW w:w="6899" w:type="dxa"/>
            <w:shd w:val="clear" w:color="auto" w:fill="FFFFFF"/>
            <w:tcMar>
              <w:top w:w="100" w:type="dxa"/>
              <w:left w:w="130" w:type="dxa"/>
              <w:bottom w:w="100" w:type="dxa"/>
              <w:right w:w="130" w:type="dxa"/>
            </w:tcMar>
            <w:vAlign w:val="center"/>
          </w:tcPr>
          <w:p w14:paraId="381C3605" w14:textId="77777777" w:rsidR="00612663" w:rsidRDefault="00612663">
            <w:pPr>
              <w:spacing w:after="0"/>
            </w:pPr>
            <w:r>
              <w:rPr>
                <w:sz w:val="21"/>
              </w:rPr>
              <w:t>Criterios 2.1 y 2.2 · Acogida, amabilidad, escucha, amistad, agradecimiento y compartir en experiencias cercanas.</w:t>
            </w:r>
          </w:p>
        </w:tc>
      </w:tr>
      <w:tr w:rsidR="00113692" w14:paraId="0503DC5B" w14:textId="77777777">
        <w:tc>
          <w:tcPr>
            <w:tcW w:w="2850" w:type="dxa"/>
            <w:shd w:val="clear" w:color="auto" w:fill="E8EEF5"/>
            <w:tcMar>
              <w:top w:w="100" w:type="dxa"/>
              <w:left w:w="130" w:type="dxa"/>
              <w:bottom w:w="100" w:type="dxa"/>
              <w:right w:w="130" w:type="dxa"/>
            </w:tcMar>
            <w:vAlign w:val="center"/>
          </w:tcPr>
          <w:p w14:paraId="1CDA1BD9" w14:textId="77777777" w:rsidR="00612663" w:rsidRDefault="00612663">
            <w:pPr>
              <w:spacing w:after="0"/>
            </w:pPr>
            <w:r>
              <w:rPr>
                <w:b/>
                <w:color w:val="1F4D78"/>
                <w:sz w:val="21"/>
              </w:rPr>
              <w:t>Competencia específica 3</w:t>
            </w:r>
          </w:p>
        </w:tc>
        <w:tc>
          <w:tcPr>
            <w:tcW w:w="6899" w:type="dxa"/>
            <w:shd w:val="clear" w:color="auto" w:fill="FFFFFF"/>
            <w:tcMar>
              <w:top w:w="100" w:type="dxa"/>
              <w:left w:w="130" w:type="dxa"/>
              <w:bottom w:w="100" w:type="dxa"/>
              <w:right w:w="130" w:type="dxa"/>
            </w:tcMar>
            <w:vAlign w:val="center"/>
          </w:tcPr>
          <w:p w14:paraId="766B14A4" w14:textId="77777777" w:rsidR="00612663" w:rsidRDefault="00612663">
            <w:pPr>
              <w:spacing w:after="0"/>
            </w:pPr>
            <w:r>
              <w:rPr>
                <w:sz w:val="21"/>
              </w:rPr>
              <w:t>Criterios 3.1 y 3.2 · Gestos de amor y cuidado inspirados en Jesús y reconocimiento sereno de emociones en los relatos pascuales.</w:t>
            </w:r>
          </w:p>
        </w:tc>
      </w:tr>
      <w:tr w:rsidR="00113692" w14:paraId="72DBCEE0" w14:textId="77777777">
        <w:tc>
          <w:tcPr>
            <w:tcW w:w="2850" w:type="dxa"/>
            <w:shd w:val="clear" w:color="auto" w:fill="E8EEF5"/>
            <w:tcMar>
              <w:top w:w="100" w:type="dxa"/>
              <w:left w:w="130" w:type="dxa"/>
              <w:bottom w:w="100" w:type="dxa"/>
              <w:right w:w="130" w:type="dxa"/>
            </w:tcMar>
            <w:vAlign w:val="center"/>
          </w:tcPr>
          <w:p w14:paraId="00293D72" w14:textId="77777777" w:rsidR="00612663" w:rsidRDefault="00612663">
            <w:pPr>
              <w:spacing w:after="0"/>
            </w:pPr>
            <w:r>
              <w:rPr>
                <w:b/>
                <w:color w:val="1F4D78"/>
                <w:sz w:val="21"/>
              </w:rPr>
              <w:t>Competencia específica 4</w:t>
            </w:r>
          </w:p>
        </w:tc>
        <w:tc>
          <w:tcPr>
            <w:tcW w:w="6899" w:type="dxa"/>
            <w:shd w:val="clear" w:color="auto" w:fill="FFFFFF"/>
            <w:tcMar>
              <w:top w:w="100" w:type="dxa"/>
              <w:left w:w="130" w:type="dxa"/>
              <w:bottom w:w="100" w:type="dxa"/>
              <w:right w:w="130" w:type="dxa"/>
            </w:tcMar>
            <w:vAlign w:val="center"/>
          </w:tcPr>
          <w:p w14:paraId="4926DC3C" w14:textId="77777777" w:rsidR="00612663" w:rsidRDefault="00612663">
            <w:pPr>
              <w:spacing w:after="0"/>
            </w:pPr>
            <w:r>
              <w:rPr>
                <w:sz w:val="21"/>
              </w:rPr>
              <w:t>Criterios 4.1, 4.2 y 4.3 · Costumbres, símbolos y manifestaciones de Semana Santa y Pascua; expresión artística y manual.</w:t>
            </w:r>
          </w:p>
        </w:tc>
      </w:tr>
      <w:tr w:rsidR="00113692" w14:paraId="4C2ECF48" w14:textId="77777777">
        <w:tc>
          <w:tcPr>
            <w:tcW w:w="2850" w:type="dxa"/>
            <w:shd w:val="clear" w:color="auto" w:fill="E8EEF5"/>
            <w:tcMar>
              <w:top w:w="100" w:type="dxa"/>
              <w:left w:w="130" w:type="dxa"/>
              <w:bottom w:w="100" w:type="dxa"/>
              <w:right w:w="130" w:type="dxa"/>
            </w:tcMar>
            <w:vAlign w:val="center"/>
          </w:tcPr>
          <w:p w14:paraId="759C50DF" w14:textId="77777777" w:rsidR="00612663" w:rsidRDefault="00612663">
            <w:pPr>
              <w:spacing w:after="0"/>
            </w:pPr>
            <w:r>
              <w:rPr>
                <w:b/>
                <w:color w:val="1F4D78"/>
                <w:sz w:val="21"/>
              </w:rPr>
              <w:t>Competencia específica 5</w:t>
            </w:r>
          </w:p>
        </w:tc>
        <w:tc>
          <w:tcPr>
            <w:tcW w:w="6899" w:type="dxa"/>
            <w:shd w:val="clear" w:color="auto" w:fill="FFFFFF"/>
            <w:tcMar>
              <w:top w:w="100" w:type="dxa"/>
              <w:left w:w="130" w:type="dxa"/>
              <w:bottom w:w="100" w:type="dxa"/>
              <w:right w:w="130" w:type="dxa"/>
            </w:tcMar>
            <w:vAlign w:val="center"/>
          </w:tcPr>
          <w:p w14:paraId="08D771A0" w14:textId="77777777" w:rsidR="00612663" w:rsidRDefault="00612663">
            <w:pPr>
              <w:spacing w:after="0"/>
            </w:pPr>
            <w:r>
              <w:rPr>
                <w:sz w:val="21"/>
              </w:rPr>
              <w:t>Criterios 5.1 y 5.2 · Silencio, cambio de ambiente, gratitud, oración y expresión de alegría y esperanza.</w:t>
            </w:r>
          </w:p>
        </w:tc>
      </w:tr>
      <w:tr w:rsidR="00113692" w14:paraId="6813A892" w14:textId="77777777">
        <w:tc>
          <w:tcPr>
            <w:tcW w:w="2850" w:type="dxa"/>
            <w:shd w:val="clear" w:color="auto" w:fill="E8EEF5"/>
            <w:tcMar>
              <w:top w:w="100" w:type="dxa"/>
              <w:left w:w="130" w:type="dxa"/>
              <w:bottom w:w="100" w:type="dxa"/>
              <w:right w:w="130" w:type="dxa"/>
            </w:tcMar>
            <w:vAlign w:val="center"/>
          </w:tcPr>
          <w:p w14:paraId="3AD2D3ED" w14:textId="77777777" w:rsidR="00612663" w:rsidRDefault="00612663">
            <w:pPr>
              <w:spacing w:after="0"/>
            </w:pPr>
            <w:r>
              <w:rPr>
                <w:b/>
                <w:color w:val="1F4D78"/>
                <w:sz w:val="21"/>
              </w:rPr>
              <w:t>Competencia específica 6</w:t>
            </w:r>
          </w:p>
        </w:tc>
        <w:tc>
          <w:tcPr>
            <w:tcW w:w="6899" w:type="dxa"/>
            <w:shd w:val="clear" w:color="auto" w:fill="FFFFFF"/>
            <w:tcMar>
              <w:top w:w="100" w:type="dxa"/>
              <w:left w:w="130" w:type="dxa"/>
              <w:bottom w:w="100" w:type="dxa"/>
              <w:right w:w="130" w:type="dxa"/>
            </w:tcMar>
            <w:vAlign w:val="center"/>
          </w:tcPr>
          <w:p w14:paraId="4518EB9C" w14:textId="77777777" w:rsidR="00612663" w:rsidRDefault="00612663">
            <w:pPr>
              <w:spacing w:after="0"/>
            </w:pPr>
            <w:r>
              <w:rPr>
                <w:sz w:val="21"/>
              </w:rPr>
              <w:t>Criterios 6.1 y 6.2 · Jesús como centro del cristianismo y reconocimiento de sus gestos de acogida, amistad, entrega y vida mediante relatos del Evangelio.</w:t>
            </w:r>
          </w:p>
        </w:tc>
      </w:tr>
    </w:tbl>
    <w:p w14:paraId="5536CE44" w14:textId="77777777" w:rsidR="00612663" w:rsidRDefault="00612663">
      <w:pPr>
        <w:pStyle w:val="Ttulo2"/>
      </w:pPr>
      <w:r>
        <w:rPr>
          <w:rFonts w:ascii="Calibri" w:hAnsi="Calibri"/>
        </w:rPr>
        <w:t>Saberes básicos seleccionados</w:t>
      </w:r>
    </w:p>
    <w:p w14:paraId="3293EFC1" w14:textId="77777777" w:rsidR="00612663" w:rsidRDefault="00612663">
      <w:r>
        <w:t>A · Relatos bíblicos que muestran el valor de la interioridad y la experiencia religiosa; expresión creativa a través de diferentes lenguajes; aprecio del silencio y la calma. B · Actitudes de amabilidad, acogida y gratitud; valoración de la amistad; vida cristiana en comunidad. C · Costumbres y manifestaciones culturales o artísticas de la fe cristiana; símbolos de las fiestas religiosas; oraciones y prácticas cristianas; la Biblia como comunicación de Dios con las personas; Jesús de Nazaret como figura cl</w:t>
      </w:r>
      <w:r>
        <w:t>ave del cristianismo; calendario litúrgico y celebraciones cristianas.</w:t>
      </w:r>
    </w:p>
    <w:p w14:paraId="70618BEA" w14:textId="77777777" w:rsidR="00612663" w:rsidRDefault="00612663">
      <w:pPr>
        <w:pStyle w:val="Ttulo2"/>
      </w:pPr>
      <w:r>
        <w:rPr>
          <w:rFonts w:ascii="Calibri" w:hAnsi="Calibri"/>
        </w:rPr>
        <w:t>Evidencias e instrumentos</w:t>
      </w:r>
    </w:p>
    <w:p w14:paraId="694170D0" w14:textId="77777777" w:rsidR="00612663" w:rsidRDefault="00612663">
      <w:r>
        <w:t>2.1-2.2 y 3.1-3.2 · Gestos de acogida, compartir, amistad, amor y expresión emocional: observación directa y registro breve. 4.1-4.3 · Fichas 19-22, nazareno, minimundo, dramatización y producciones plásticas: análisis de producciones y porfolio, sin valorar la perfección estética. 5.1-5.2 · Participación en silencio, oración y cambio simbólico de Cuaresma a Pascua: observación directa. 6.1-6.2 · Reconocimiento de Jesús y ordenación de palmas-cena-cruz-Pascua: conversación guiada y lista de cotejo.</w:t>
      </w:r>
    </w:p>
    <w:p w14:paraId="0E91CF7B" w14:textId="77777777" w:rsidR="00612663" w:rsidRDefault="00612663">
      <w:pPr>
        <w:pStyle w:val="Ttulo2"/>
      </w:pPr>
      <w:r>
        <w:rPr>
          <w:rFonts w:ascii="Calibri" w:hAnsi="Calibri"/>
        </w:rPr>
        <w:lastRenderedPageBreak/>
        <w:t>Atención a la diversidad (DUA)</w:t>
      </w:r>
    </w:p>
    <w:p w14:paraId="0AD15517" w14:textId="77777777" w:rsidR="00612663" w:rsidRDefault="00612663">
      <w:r>
        <w:t xml:space="preserve">Presentar la secuencia con figuras, objetos, gestos, imágenes y apoyos visuales. Permitir responder señalando, colocando, imitando, verbalizando, dibujando o dramatizando. Reducir pasos, ofrecer piezas grandes y preparadas, plastilina blanda, esponja en lugar de corcho y materiales luminosos alternativos sin purpurina. Anticipar los cambios de color y luz, evitar imágenes dolorosas, respetar la sensibilidad táctil o emocional y permitir acompañamiento o finalización posterior. En el taller, el adulto corta </w:t>
      </w:r>
      <w:r>
        <w:t>y asegura; el niño elige, pega, presiona y decora. Valorar siempre el progreso personal.</w:t>
      </w:r>
    </w:p>
    <w:p w14:paraId="1BB9F7B3" w14:textId="77777777" w:rsidR="00612663" w:rsidRDefault="00612663">
      <w:pPr>
        <w:pStyle w:val="Ttulo2"/>
      </w:pPr>
      <w:r>
        <w:rPr>
          <w:rFonts w:ascii="Calibri" w:hAnsi="Calibri"/>
        </w:rPr>
        <w:t>Referencias bíblicas</w:t>
      </w:r>
    </w:p>
    <w:p w14:paraId="4860452D" w14:textId="77777777" w:rsidR="00612663" w:rsidRDefault="00612663">
      <w:pPr>
        <w:spacing w:after="0"/>
      </w:pPr>
      <w:r>
        <w:t>Entrada en Jerusalén: Mateo 21,1-11. Última Cena: Lucas 22,14-20. Muerte y Resurrección: relatos pascuales de los Evangelios, especialmente Lucas 23-24, narrados de forma adaptada a la edad. Resolución de 21 de junio de 2022, BOE-A-2022-10452, Anexo I. https://www.boe.es/buscar/act.php?id=BOE-A-2022-10452</w:t>
      </w:r>
    </w:p>
    <w:p w14:paraId="304A9D33" w14:textId="77777777" w:rsidR="00612663" w:rsidRDefault="00612663">
      <w:pPr>
        <w:pStyle w:val="Ttulo1"/>
      </w:pPr>
      <w:r>
        <w:rPr>
          <w:rFonts w:ascii="Calibri" w:hAnsi="Calibri"/>
        </w:rPr>
        <w:t>3. Sesión 1 · Recibimos a Jesús con alegría</w:t>
      </w:r>
    </w:p>
    <w:p w14:paraId="397D7CCD" w14:textId="77777777" w:rsidR="00612663" w:rsidRDefault="00612663">
      <w:pPr>
        <w:keepNext/>
        <w:jc w:val="center"/>
      </w:pPr>
      <w:r>
        <w:rPr>
          <w:noProof/>
        </w:rPr>
        <w:drawing>
          <wp:inline distT="0" distB="0" distL="0" distR="0" wp14:anchorId="58F738EB" wp14:editId="1F4F82B0">
            <wp:extent cx="5257800" cy="39433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7b4313bd-fdbc-4e53-86d5-997b0b8507e1.png"/>
                    <pic:cNvPicPr/>
                  </pic:nvPicPr>
                  <pic:blipFill>
                    <a:blip r:embed="rId26"/>
                    <a:stretch>
                      <a:fillRect/>
                    </a:stretch>
                  </pic:blipFill>
                  <pic:spPr>
                    <a:xfrm>
                      <a:off x="0" y="0"/>
                      <a:ext cx="5257800" cy="3943350"/>
                    </a:xfrm>
                    <a:prstGeom prst="rect">
                      <a:avLst/>
                    </a:prstGeom>
                  </pic:spPr>
                </pic:pic>
              </a:graphicData>
            </a:graphic>
          </wp:inline>
        </w:drawing>
      </w:r>
    </w:p>
    <w:p w14:paraId="1E29A50F" w14:textId="77777777" w:rsidR="00612663" w:rsidRDefault="00612663">
      <w:pPr>
        <w:keepNext/>
        <w:spacing w:after="160"/>
        <w:jc w:val="center"/>
      </w:pPr>
      <w:r>
        <w:rPr>
          <w:i/>
          <w:color w:val="687784"/>
          <w:sz w:val="19"/>
        </w:rPr>
        <w:t>Ficha 19 · Pega papel verde para terminar las palmas</w:t>
      </w:r>
    </w:p>
    <w:tbl>
      <w:tblPr>
        <w:tblW w:w="9749" w:type="dxa"/>
        <w:tblInd w:w="120" w:type="dxa"/>
        <w:tblLayout w:type="fixed"/>
        <w:tblLook w:val="04A0" w:firstRow="1" w:lastRow="0" w:firstColumn="1" w:lastColumn="0" w:noHBand="0" w:noVBand="1"/>
      </w:tblPr>
      <w:tblGrid>
        <w:gridCol w:w="9749"/>
      </w:tblGrid>
      <w:tr w:rsidR="00113692" w14:paraId="30D423D9" w14:textId="77777777">
        <w:tc>
          <w:tcPr>
            <w:tcW w:w="9749" w:type="dxa"/>
            <w:shd w:val="clear" w:color="auto" w:fill="EAF4EE"/>
            <w:tcMar>
              <w:top w:w="100" w:type="dxa"/>
              <w:left w:w="130" w:type="dxa"/>
              <w:bottom w:w="100" w:type="dxa"/>
              <w:right w:w="130" w:type="dxa"/>
            </w:tcMar>
            <w:vAlign w:val="center"/>
          </w:tcPr>
          <w:p w14:paraId="3EADE918" w14:textId="77777777" w:rsidR="00612663" w:rsidRDefault="00612663">
            <w:pPr>
              <w:spacing w:after="40" w:line="288" w:lineRule="auto"/>
            </w:pPr>
            <w:r>
              <w:rPr>
                <w:b/>
                <w:color w:val="1F4D78"/>
              </w:rPr>
              <w:t xml:space="preserve">Aprendizaje  </w:t>
            </w:r>
            <w:r>
              <w:t>Jesús llega a Jerusalén y es recibido con alegría. Nosotros también podemos acogerlo.</w:t>
            </w:r>
          </w:p>
        </w:tc>
      </w:tr>
    </w:tbl>
    <w:p w14:paraId="55700569" w14:textId="77777777" w:rsidR="00612663" w:rsidRDefault="00612663">
      <w:pPr>
        <w:spacing w:after="40"/>
      </w:pPr>
    </w:p>
    <w:p w14:paraId="458C7538" w14:textId="77777777" w:rsidR="00612663" w:rsidRDefault="00612663">
      <w:pPr>
        <w:pStyle w:val="Ttulo2"/>
      </w:pPr>
      <w:r>
        <w:rPr>
          <w:rFonts w:ascii="Calibri" w:hAnsi="Calibri"/>
        </w:rPr>
        <w:t>Preparación</w:t>
      </w:r>
    </w:p>
    <w:p w14:paraId="3879CAA6" w14:textId="77777777" w:rsidR="00612663" w:rsidRDefault="00612663">
      <w:r>
        <w:t>Preparar el burrito y una figura de Jesús, bloques para una puerta, tela como camino, ramas o palmas grandes y trocitos de papel verde. Mantener una tela morada y una vela LED en la asamblea.</w:t>
      </w:r>
    </w:p>
    <w:p w14:paraId="33600BF6" w14:textId="77777777" w:rsidR="00612663" w:rsidRDefault="00612663">
      <w:pPr>
        <w:pStyle w:val="Ttulo2"/>
      </w:pPr>
      <w:r>
        <w:rPr>
          <w:rFonts w:ascii="Calibri" w:hAnsi="Calibri"/>
        </w:rPr>
        <w:lastRenderedPageBreak/>
        <w:t>Desarrollo orientativo</w:t>
      </w:r>
    </w:p>
    <w:p w14:paraId="06B7A50D" w14:textId="77777777" w:rsidR="00612663" w:rsidRDefault="00612663">
      <w:pPr>
        <w:keepNext/>
        <w:spacing w:before="80" w:after="60"/>
      </w:pPr>
      <w:r>
        <w:rPr>
          <w:b/>
          <w:color w:val="1F4D78"/>
          <w:sz w:val="23"/>
        </w:rPr>
        <w:t>Entrada</w:t>
      </w:r>
      <w:r>
        <w:rPr>
          <w:b/>
          <w:color w:val="687784"/>
          <w:sz w:val="20"/>
        </w:rPr>
        <w:t xml:space="preserve">  ·  5-7 min</w:t>
      </w:r>
    </w:p>
    <w:p w14:paraId="4E439E8A" w14:textId="77777777" w:rsidR="00612663" w:rsidRDefault="00612663">
      <w:pPr>
        <w:spacing w:after="100"/>
      </w:pPr>
      <w:r>
        <w:t>Abrir las puertas construidas y hacer avanzar a Jesús sobre el burrito mientras el grupo saluda con gestos tranquilos.</w:t>
      </w:r>
    </w:p>
    <w:p w14:paraId="13260487" w14:textId="77777777" w:rsidR="00612663" w:rsidRDefault="00612663">
      <w:pPr>
        <w:keepNext/>
        <w:spacing w:before="80" w:after="60"/>
      </w:pPr>
      <w:r>
        <w:rPr>
          <w:b/>
          <w:color w:val="1F4D78"/>
          <w:sz w:val="23"/>
        </w:rPr>
        <w:t>Relato</w:t>
      </w:r>
      <w:r>
        <w:rPr>
          <w:b/>
          <w:color w:val="687784"/>
          <w:sz w:val="20"/>
        </w:rPr>
        <w:t xml:space="preserve">  ·  5-6 min</w:t>
      </w:r>
    </w:p>
    <w:p w14:paraId="34887434" w14:textId="77777777" w:rsidR="00612663" w:rsidRDefault="00612663">
      <w:pPr>
        <w:spacing w:after="100"/>
      </w:pPr>
      <w:r>
        <w:t>Contar que muchas personas se alegraron al ver llegar a Jesús y lo recibieron con ramas y palabras de bienvenida.</w:t>
      </w:r>
    </w:p>
    <w:p w14:paraId="71DEBB77" w14:textId="77777777" w:rsidR="00612663" w:rsidRDefault="00612663">
      <w:pPr>
        <w:keepNext/>
        <w:spacing w:before="80" w:after="60"/>
      </w:pPr>
      <w:r>
        <w:rPr>
          <w:b/>
          <w:color w:val="1F4D78"/>
          <w:sz w:val="23"/>
        </w:rPr>
        <w:t>Movimiento</w:t>
      </w:r>
      <w:r>
        <w:rPr>
          <w:b/>
          <w:color w:val="687784"/>
          <w:sz w:val="20"/>
        </w:rPr>
        <w:t xml:space="preserve">  ·  5-8 min</w:t>
      </w:r>
    </w:p>
    <w:p w14:paraId="08CAB680" w14:textId="77777777" w:rsidR="00612663" w:rsidRDefault="00612663">
      <w:pPr>
        <w:spacing w:after="100"/>
      </w:pPr>
      <w:r>
        <w:t>Caminar en pequeño grupo por el camino, detenerse y agitar una palma sin correr ni competir.</w:t>
      </w:r>
    </w:p>
    <w:p w14:paraId="63C80020" w14:textId="77777777" w:rsidR="00612663" w:rsidRDefault="00612663">
      <w:pPr>
        <w:keepNext/>
        <w:spacing w:before="80" w:after="60"/>
      </w:pPr>
      <w:r>
        <w:rPr>
          <w:b/>
          <w:color w:val="1F4D78"/>
          <w:sz w:val="23"/>
        </w:rPr>
        <w:t>Oración</w:t>
      </w:r>
      <w:r>
        <w:rPr>
          <w:b/>
          <w:color w:val="687784"/>
          <w:sz w:val="20"/>
        </w:rPr>
        <w:t xml:space="preserve">  ·  1 min</w:t>
      </w:r>
    </w:p>
    <w:p w14:paraId="0AB9AB3D" w14:textId="77777777" w:rsidR="00612663" w:rsidRDefault="00612663">
      <w:pPr>
        <w:spacing w:after="100"/>
      </w:pPr>
      <w:r>
        <w:t>«Jesús, te recibimos con alegría».</w:t>
      </w:r>
    </w:p>
    <w:tbl>
      <w:tblPr>
        <w:tblW w:w="9749" w:type="dxa"/>
        <w:tblInd w:w="120" w:type="dxa"/>
        <w:tblLayout w:type="fixed"/>
        <w:tblLook w:val="04A0" w:firstRow="1" w:lastRow="0" w:firstColumn="1" w:lastColumn="0" w:noHBand="0" w:noVBand="1"/>
      </w:tblPr>
      <w:tblGrid>
        <w:gridCol w:w="2100"/>
        <w:gridCol w:w="3550"/>
        <w:gridCol w:w="4099"/>
      </w:tblGrid>
      <w:tr w:rsidR="00113692" w14:paraId="24380D44" w14:textId="77777777">
        <w:trPr>
          <w:tblHeader/>
        </w:trPr>
        <w:tc>
          <w:tcPr>
            <w:tcW w:w="2100" w:type="dxa"/>
            <w:shd w:val="clear" w:color="auto" w:fill="E8EEF5"/>
            <w:tcMar>
              <w:top w:w="100" w:type="dxa"/>
              <w:left w:w="130" w:type="dxa"/>
              <w:bottom w:w="100" w:type="dxa"/>
              <w:right w:w="130" w:type="dxa"/>
            </w:tcMar>
            <w:vAlign w:val="center"/>
          </w:tcPr>
          <w:p w14:paraId="0FEAEDF3"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42B72BE3"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081B8E8B" w14:textId="77777777" w:rsidR="00612663" w:rsidRDefault="00612663">
            <w:pPr>
              <w:jc w:val="center"/>
            </w:pPr>
            <w:r>
              <w:rPr>
                <w:b/>
                <w:color w:val="1F4D78"/>
                <w:sz w:val="20"/>
              </w:rPr>
              <w:t>Propuesta</w:t>
            </w:r>
          </w:p>
        </w:tc>
      </w:tr>
      <w:tr w:rsidR="00113692" w14:paraId="13B85AB3" w14:textId="77777777">
        <w:tc>
          <w:tcPr>
            <w:tcW w:w="2100" w:type="dxa"/>
            <w:tcMar>
              <w:top w:w="100" w:type="dxa"/>
              <w:left w:w="130" w:type="dxa"/>
              <w:bottom w:w="100" w:type="dxa"/>
              <w:right w:w="130" w:type="dxa"/>
            </w:tcMar>
          </w:tcPr>
          <w:p w14:paraId="1561A7F9"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5E75ACC2" w14:textId="77777777" w:rsidR="00612663" w:rsidRDefault="00612663">
            <w:pPr>
              <w:spacing w:after="0"/>
            </w:pPr>
            <w:r>
              <w:rPr>
                <w:sz w:val="19"/>
              </w:rPr>
              <w:t>Burrito, Jesús, tela y palmas.</w:t>
            </w:r>
          </w:p>
        </w:tc>
        <w:tc>
          <w:tcPr>
            <w:tcW w:w="4099" w:type="dxa"/>
            <w:tcMar>
              <w:top w:w="100" w:type="dxa"/>
              <w:left w:w="130" w:type="dxa"/>
              <w:bottom w:w="100" w:type="dxa"/>
              <w:right w:w="130" w:type="dxa"/>
            </w:tcMar>
          </w:tcPr>
          <w:p w14:paraId="63717C3F" w14:textId="77777777" w:rsidR="00612663" w:rsidRDefault="00612663">
            <w:pPr>
              <w:spacing w:after="0"/>
            </w:pPr>
            <w:r>
              <w:rPr>
                <w:sz w:val="19"/>
              </w:rPr>
              <w:t>Representar la entrada y la bienvenida.</w:t>
            </w:r>
          </w:p>
        </w:tc>
      </w:tr>
      <w:tr w:rsidR="00113692" w14:paraId="6844891B" w14:textId="77777777">
        <w:tc>
          <w:tcPr>
            <w:tcW w:w="2100" w:type="dxa"/>
            <w:tcMar>
              <w:top w:w="100" w:type="dxa"/>
              <w:left w:w="130" w:type="dxa"/>
              <w:bottom w:w="100" w:type="dxa"/>
              <w:right w:w="130" w:type="dxa"/>
            </w:tcMar>
          </w:tcPr>
          <w:p w14:paraId="227C4864"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14F1E31F" w14:textId="77777777" w:rsidR="00612663" w:rsidRDefault="00612663">
            <w:pPr>
              <w:spacing w:after="0"/>
            </w:pPr>
            <w:r>
              <w:rPr>
                <w:sz w:val="19"/>
              </w:rPr>
              <w:t>Bloques.</w:t>
            </w:r>
          </w:p>
        </w:tc>
        <w:tc>
          <w:tcPr>
            <w:tcW w:w="4099" w:type="dxa"/>
            <w:tcMar>
              <w:top w:w="100" w:type="dxa"/>
              <w:left w:w="130" w:type="dxa"/>
              <w:bottom w:w="100" w:type="dxa"/>
              <w:right w:w="130" w:type="dxa"/>
            </w:tcMar>
          </w:tcPr>
          <w:p w14:paraId="1EA2D7FB" w14:textId="77777777" w:rsidR="00612663" w:rsidRDefault="00612663">
            <w:pPr>
              <w:spacing w:after="0"/>
            </w:pPr>
            <w:r>
              <w:rPr>
                <w:sz w:val="19"/>
              </w:rPr>
              <w:t>Crear una puerta amplia de Jerusalén.</w:t>
            </w:r>
          </w:p>
        </w:tc>
      </w:tr>
      <w:tr w:rsidR="00113692" w14:paraId="160BD2B0" w14:textId="77777777">
        <w:tc>
          <w:tcPr>
            <w:tcW w:w="2100" w:type="dxa"/>
            <w:tcMar>
              <w:top w:w="100" w:type="dxa"/>
              <w:left w:w="130" w:type="dxa"/>
              <w:bottom w:w="100" w:type="dxa"/>
              <w:right w:w="130" w:type="dxa"/>
            </w:tcMar>
          </w:tcPr>
          <w:p w14:paraId="284CB13E"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21386899" w14:textId="77777777" w:rsidR="00612663" w:rsidRDefault="00612663">
            <w:pPr>
              <w:spacing w:after="0"/>
            </w:pPr>
            <w:r>
              <w:rPr>
                <w:sz w:val="19"/>
              </w:rPr>
              <w:t>Mantos y palmas.</w:t>
            </w:r>
          </w:p>
        </w:tc>
        <w:tc>
          <w:tcPr>
            <w:tcW w:w="4099" w:type="dxa"/>
            <w:tcMar>
              <w:top w:w="100" w:type="dxa"/>
              <w:left w:w="130" w:type="dxa"/>
              <w:bottom w:w="100" w:type="dxa"/>
              <w:right w:w="130" w:type="dxa"/>
            </w:tcMar>
          </w:tcPr>
          <w:p w14:paraId="0C117D97" w14:textId="77777777" w:rsidR="00612663" w:rsidRDefault="00612663">
            <w:pPr>
              <w:spacing w:after="0"/>
            </w:pPr>
            <w:r>
              <w:rPr>
                <w:sz w:val="19"/>
              </w:rPr>
              <w:t>Caminar, recibir y saludar.</w:t>
            </w:r>
          </w:p>
        </w:tc>
      </w:tr>
      <w:tr w:rsidR="00113692" w14:paraId="0746D856" w14:textId="77777777">
        <w:tc>
          <w:tcPr>
            <w:tcW w:w="2100" w:type="dxa"/>
            <w:tcMar>
              <w:top w:w="100" w:type="dxa"/>
              <w:left w:w="130" w:type="dxa"/>
              <w:bottom w:w="100" w:type="dxa"/>
              <w:right w:w="130" w:type="dxa"/>
            </w:tcMar>
          </w:tcPr>
          <w:p w14:paraId="5E9E72B1"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7FA2D873" w14:textId="77777777" w:rsidR="00612663" w:rsidRDefault="00612663">
            <w:pPr>
              <w:spacing w:after="0"/>
            </w:pPr>
            <w:r>
              <w:rPr>
                <w:sz w:val="19"/>
              </w:rPr>
              <w:t>Biblia infantil.</w:t>
            </w:r>
          </w:p>
        </w:tc>
        <w:tc>
          <w:tcPr>
            <w:tcW w:w="4099" w:type="dxa"/>
            <w:tcMar>
              <w:top w:w="100" w:type="dxa"/>
              <w:left w:w="130" w:type="dxa"/>
              <w:bottom w:w="100" w:type="dxa"/>
              <w:right w:w="130" w:type="dxa"/>
            </w:tcMar>
          </w:tcPr>
          <w:p w14:paraId="2556A00D" w14:textId="77777777" w:rsidR="00612663" w:rsidRDefault="00612663">
            <w:pPr>
              <w:spacing w:after="0"/>
            </w:pPr>
            <w:r>
              <w:rPr>
                <w:sz w:val="19"/>
              </w:rPr>
              <w:t>Observar la escena del Domingo de Ramos.</w:t>
            </w:r>
          </w:p>
        </w:tc>
      </w:tr>
    </w:tbl>
    <w:p w14:paraId="43E604E7" w14:textId="77777777" w:rsidR="00612663" w:rsidRDefault="00612663">
      <w:pPr>
        <w:keepNext/>
        <w:spacing w:before="80" w:after="60"/>
      </w:pPr>
      <w:r>
        <w:rPr>
          <w:b/>
          <w:color w:val="1F4D78"/>
          <w:sz w:val="23"/>
        </w:rPr>
        <w:t>Ficha</w:t>
      </w:r>
      <w:r>
        <w:rPr>
          <w:b/>
          <w:color w:val="687784"/>
          <w:sz w:val="20"/>
        </w:rPr>
        <w:t xml:space="preserve">  ·  15-20 min</w:t>
      </w:r>
    </w:p>
    <w:p w14:paraId="6A56EB74" w14:textId="77777777" w:rsidR="00612663" w:rsidRDefault="00612663">
      <w:pPr>
        <w:spacing w:after="100"/>
      </w:pPr>
      <w:r>
        <w:t>Pegar trocitos de papel verde dentro de las tres palmas blancas, siguiendo su contorno y nervio central. No exigir cubrir toda la superficie ni corregir piezas que se solapen.</w:t>
      </w:r>
    </w:p>
    <w:p w14:paraId="2393C3AB" w14:textId="77777777" w:rsidR="00612663" w:rsidRDefault="00612663">
      <w:pPr>
        <w:pStyle w:val="Ttulo2"/>
      </w:pPr>
      <w:r>
        <w:rPr>
          <w:rFonts w:ascii="Calibri" w:hAnsi="Calibri"/>
        </w:rPr>
        <w:t>Qué observar</w:t>
      </w:r>
    </w:p>
    <w:p w14:paraId="76C63AA1" w14:textId="77777777" w:rsidR="00612663" w:rsidRDefault="00612663">
      <w:r>
        <w:t>Si reconoce a Jesús, participa en la bienvenida, utiliza el papel y el pegamento con intención y comprende que la escena expresa alegría.</w:t>
      </w:r>
    </w:p>
    <w:tbl>
      <w:tblPr>
        <w:tblW w:w="9749" w:type="dxa"/>
        <w:tblInd w:w="120" w:type="dxa"/>
        <w:tblLayout w:type="fixed"/>
        <w:tblLook w:val="04A0" w:firstRow="1" w:lastRow="0" w:firstColumn="1" w:lastColumn="0" w:noHBand="0" w:noVBand="1"/>
      </w:tblPr>
      <w:tblGrid>
        <w:gridCol w:w="9749"/>
      </w:tblGrid>
      <w:tr w:rsidR="00113692" w14:paraId="58E2789A" w14:textId="77777777">
        <w:tc>
          <w:tcPr>
            <w:tcW w:w="9749" w:type="dxa"/>
            <w:shd w:val="clear" w:color="auto" w:fill="FFF4D8"/>
            <w:tcMar>
              <w:top w:w="100" w:type="dxa"/>
              <w:left w:w="130" w:type="dxa"/>
              <w:bottom w:w="100" w:type="dxa"/>
              <w:right w:w="130" w:type="dxa"/>
            </w:tcMar>
            <w:vAlign w:val="center"/>
          </w:tcPr>
          <w:p w14:paraId="2DC42594" w14:textId="77777777" w:rsidR="00612663" w:rsidRDefault="00612663">
            <w:pPr>
              <w:spacing w:after="40" w:line="288" w:lineRule="auto"/>
            </w:pPr>
            <w:r>
              <w:rPr>
                <w:b/>
                <w:color w:val="1F4D78"/>
              </w:rPr>
              <w:t xml:space="preserve">Material que permanece  </w:t>
            </w:r>
            <w:r>
              <w:t>La puerta, el camino y alguna palma permanecen en el minimundo; en la sesión siguiente se añade la mesa sin desmontar todo el paisaje.</w:t>
            </w:r>
          </w:p>
        </w:tc>
      </w:tr>
    </w:tbl>
    <w:p w14:paraId="0339A3FC" w14:textId="77777777" w:rsidR="00612663" w:rsidRDefault="00612663">
      <w:pPr>
        <w:spacing w:after="40"/>
      </w:pPr>
    </w:p>
    <w:p w14:paraId="5554AD92" w14:textId="77777777" w:rsidR="00612663" w:rsidRDefault="00612663">
      <w:r>
        <w:br w:type="page"/>
      </w:r>
    </w:p>
    <w:p w14:paraId="2C93AEA2" w14:textId="77777777" w:rsidR="00612663" w:rsidRDefault="00612663">
      <w:pPr>
        <w:pStyle w:val="Ttulo1"/>
      </w:pPr>
      <w:r>
        <w:rPr>
          <w:rFonts w:ascii="Calibri" w:hAnsi="Calibri"/>
        </w:rPr>
        <w:lastRenderedPageBreak/>
        <w:t>4. Sesión 2 · Jesús cena con sus amigos</w:t>
      </w:r>
    </w:p>
    <w:p w14:paraId="389F393F" w14:textId="77777777" w:rsidR="00612663" w:rsidRDefault="00612663">
      <w:pPr>
        <w:keepNext/>
        <w:jc w:val="center"/>
      </w:pPr>
      <w:r>
        <w:rPr>
          <w:noProof/>
        </w:rPr>
        <w:drawing>
          <wp:inline distT="0" distB="0" distL="0" distR="0" wp14:anchorId="48556251" wp14:editId="0EA9A91A">
            <wp:extent cx="5257800" cy="394335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1cdcb3e8-f32c-4147-b0f3-74e909aaf9e0.png"/>
                    <pic:cNvPicPr/>
                  </pic:nvPicPr>
                  <pic:blipFill>
                    <a:blip r:embed="rId27"/>
                    <a:stretch>
                      <a:fillRect/>
                    </a:stretch>
                  </pic:blipFill>
                  <pic:spPr>
                    <a:xfrm>
                      <a:off x="0" y="0"/>
                      <a:ext cx="5257800" cy="3943350"/>
                    </a:xfrm>
                    <a:prstGeom prst="rect">
                      <a:avLst/>
                    </a:prstGeom>
                  </pic:spPr>
                </pic:pic>
              </a:graphicData>
            </a:graphic>
          </wp:inline>
        </w:drawing>
      </w:r>
    </w:p>
    <w:p w14:paraId="4F63E8CC" w14:textId="77777777" w:rsidR="00612663" w:rsidRDefault="00612663">
      <w:pPr>
        <w:keepNext/>
        <w:spacing w:after="160"/>
        <w:jc w:val="center"/>
      </w:pPr>
      <w:r>
        <w:rPr>
          <w:i/>
          <w:color w:val="687784"/>
          <w:sz w:val="19"/>
        </w:rPr>
        <w:t>Ficha 20 · Pega plastilina amarilla en el pan y dibuja un amigo junto a Jesús</w:t>
      </w:r>
    </w:p>
    <w:tbl>
      <w:tblPr>
        <w:tblW w:w="9749" w:type="dxa"/>
        <w:tblInd w:w="120" w:type="dxa"/>
        <w:tblLayout w:type="fixed"/>
        <w:tblLook w:val="04A0" w:firstRow="1" w:lastRow="0" w:firstColumn="1" w:lastColumn="0" w:noHBand="0" w:noVBand="1"/>
      </w:tblPr>
      <w:tblGrid>
        <w:gridCol w:w="9749"/>
      </w:tblGrid>
      <w:tr w:rsidR="00113692" w14:paraId="1CC0155F" w14:textId="77777777">
        <w:tc>
          <w:tcPr>
            <w:tcW w:w="9749" w:type="dxa"/>
            <w:shd w:val="clear" w:color="auto" w:fill="EAF4EE"/>
            <w:tcMar>
              <w:top w:w="100" w:type="dxa"/>
              <w:left w:w="130" w:type="dxa"/>
              <w:bottom w:w="100" w:type="dxa"/>
              <w:right w:w="130" w:type="dxa"/>
            </w:tcMar>
            <w:vAlign w:val="center"/>
          </w:tcPr>
          <w:p w14:paraId="46E6BBD1" w14:textId="77777777" w:rsidR="00612663" w:rsidRDefault="00612663">
            <w:pPr>
              <w:spacing w:after="40" w:line="288" w:lineRule="auto"/>
            </w:pPr>
            <w:r>
              <w:rPr>
                <w:b/>
                <w:color w:val="1F4D78"/>
              </w:rPr>
              <w:t xml:space="preserve">Aprendizaje  </w:t>
            </w:r>
            <w:r>
              <w:t>Jesús comparte la mesa y el pan con sus amigos. Compartir y estar juntos son gestos de amor.</w:t>
            </w:r>
          </w:p>
        </w:tc>
      </w:tr>
    </w:tbl>
    <w:p w14:paraId="1000AC31" w14:textId="77777777" w:rsidR="00612663" w:rsidRDefault="00612663">
      <w:pPr>
        <w:spacing w:after="40"/>
      </w:pPr>
    </w:p>
    <w:p w14:paraId="04DA7CA4" w14:textId="77777777" w:rsidR="00612663" w:rsidRDefault="00612663">
      <w:pPr>
        <w:pStyle w:val="Ttulo2"/>
      </w:pPr>
      <w:r>
        <w:rPr>
          <w:rFonts w:ascii="Calibri" w:hAnsi="Calibri"/>
        </w:rPr>
        <w:t>Preparación</w:t>
      </w:r>
    </w:p>
    <w:p w14:paraId="4CEC52D4" w14:textId="77777777" w:rsidR="00612663" w:rsidRDefault="00612663">
      <w:r>
        <w:t>Añadir al minimundo una mesa baja, tela, pequeños platos, copa y pan simbólico. Preparar plastilina amarilla en pequeñas porciones y ceras gruesas.</w:t>
      </w:r>
    </w:p>
    <w:p w14:paraId="21327226" w14:textId="77777777" w:rsidR="00612663" w:rsidRDefault="00612663">
      <w:pPr>
        <w:pStyle w:val="Ttulo2"/>
      </w:pPr>
      <w:r>
        <w:rPr>
          <w:rFonts w:ascii="Calibri" w:hAnsi="Calibri"/>
        </w:rPr>
        <w:t>Desarrollo orientativo</w:t>
      </w:r>
    </w:p>
    <w:p w14:paraId="2751DB32" w14:textId="77777777" w:rsidR="00612663" w:rsidRDefault="00612663">
      <w:pPr>
        <w:keepNext/>
        <w:spacing w:before="80" w:after="60"/>
      </w:pPr>
      <w:r>
        <w:rPr>
          <w:b/>
          <w:color w:val="1F4D78"/>
          <w:sz w:val="23"/>
        </w:rPr>
        <w:t>Recordamos</w:t>
      </w:r>
      <w:r>
        <w:rPr>
          <w:b/>
          <w:color w:val="687784"/>
          <w:sz w:val="20"/>
        </w:rPr>
        <w:t xml:space="preserve">  ·  3-4 min</w:t>
      </w:r>
    </w:p>
    <w:p w14:paraId="0A52DA45" w14:textId="77777777" w:rsidR="00612663" w:rsidRDefault="00612663">
      <w:pPr>
        <w:spacing w:after="100"/>
      </w:pPr>
      <w:r>
        <w:t>Recorrer el camino de Jerusalén y recordar que Jesús fue recibido con alegría.</w:t>
      </w:r>
    </w:p>
    <w:p w14:paraId="278C3906" w14:textId="77777777" w:rsidR="00612663" w:rsidRDefault="00612663">
      <w:pPr>
        <w:keepNext/>
        <w:spacing w:before="80" w:after="60"/>
      </w:pPr>
      <w:r>
        <w:rPr>
          <w:b/>
          <w:color w:val="1F4D78"/>
          <w:sz w:val="23"/>
        </w:rPr>
        <w:t>Relato</w:t>
      </w:r>
      <w:r>
        <w:rPr>
          <w:b/>
          <w:color w:val="687784"/>
          <w:sz w:val="20"/>
        </w:rPr>
        <w:t xml:space="preserve">  ·  6-8 min</w:t>
      </w:r>
    </w:p>
    <w:p w14:paraId="4974583F" w14:textId="77777777" w:rsidR="00612663" w:rsidRDefault="00612663">
      <w:pPr>
        <w:spacing w:after="100"/>
      </w:pPr>
      <w:r>
        <w:t>Sentar a Jesús con sus amigos y contar que cenaron juntos. Jesús compartió el pan y la copa y pidió a sus amigos que lo recordaran. Para tres años se centra la experiencia en compartir, agradecer y estar cerca, sin explicaciones abstractas.</w:t>
      </w:r>
    </w:p>
    <w:p w14:paraId="0F6A4427" w14:textId="77777777" w:rsidR="00612663" w:rsidRDefault="00612663">
      <w:pPr>
        <w:keepNext/>
        <w:spacing w:before="80" w:after="60"/>
      </w:pPr>
      <w:r>
        <w:rPr>
          <w:b/>
          <w:color w:val="1F4D78"/>
          <w:sz w:val="23"/>
        </w:rPr>
        <w:t>Mesa simbólica</w:t>
      </w:r>
      <w:r>
        <w:rPr>
          <w:b/>
          <w:color w:val="687784"/>
          <w:sz w:val="20"/>
        </w:rPr>
        <w:t xml:space="preserve">  ·  8-10 min</w:t>
      </w:r>
    </w:p>
    <w:p w14:paraId="7AC548C8" w14:textId="77777777" w:rsidR="00612663" w:rsidRDefault="00612663">
      <w:pPr>
        <w:spacing w:after="100"/>
      </w:pPr>
      <w:r>
        <w:t>Preparar una mesa entre todos: colocar mantel, platos y pan; repartir por turnos sin comida real si no está previsto.</w:t>
      </w:r>
    </w:p>
    <w:p w14:paraId="7D861ED5" w14:textId="77777777" w:rsidR="00612663" w:rsidRDefault="00612663">
      <w:pPr>
        <w:keepNext/>
        <w:spacing w:before="80" w:after="60"/>
      </w:pPr>
      <w:r>
        <w:rPr>
          <w:b/>
          <w:color w:val="1F4D78"/>
          <w:sz w:val="23"/>
        </w:rPr>
        <w:lastRenderedPageBreak/>
        <w:t>Oración</w:t>
      </w:r>
      <w:r>
        <w:rPr>
          <w:b/>
          <w:color w:val="687784"/>
          <w:sz w:val="20"/>
        </w:rPr>
        <w:t xml:space="preserve">  ·  1 min</w:t>
      </w:r>
    </w:p>
    <w:p w14:paraId="1D59CD17" w14:textId="77777777" w:rsidR="00612663" w:rsidRDefault="00612663">
      <w:pPr>
        <w:spacing w:after="100"/>
      </w:pPr>
      <w:r>
        <w:t>«Jesús, gracias por nuestros amigos y por lo que compartimos».</w:t>
      </w:r>
    </w:p>
    <w:tbl>
      <w:tblPr>
        <w:tblW w:w="9749" w:type="dxa"/>
        <w:tblInd w:w="120" w:type="dxa"/>
        <w:tblLayout w:type="fixed"/>
        <w:tblLook w:val="04A0" w:firstRow="1" w:lastRow="0" w:firstColumn="1" w:lastColumn="0" w:noHBand="0" w:noVBand="1"/>
      </w:tblPr>
      <w:tblGrid>
        <w:gridCol w:w="2100"/>
        <w:gridCol w:w="3550"/>
        <w:gridCol w:w="4099"/>
      </w:tblGrid>
      <w:tr w:rsidR="00113692" w14:paraId="24B53268" w14:textId="77777777">
        <w:trPr>
          <w:tblHeader/>
        </w:trPr>
        <w:tc>
          <w:tcPr>
            <w:tcW w:w="2100" w:type="dxa"/>
            <w:shd w:val="clear" w:color="auto" w:fill="E8EEF5"/>
            <w:tcMar>
              <w:top w:w="100" w:type="dxa"/>
              <w:left w:w="130" w:type="dxa"/>
              <w:bottom w:w="100" w:type="dxa"/>
              <w:right w:w="130" w:type="dxa"/>
            </w:tcMar>
            <w:vAlign w:val="center"/>
          </w:tcPr>
          <w:p w14:paraId="191D9AA3"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1FC22A4C"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6DD593B" w14:textId="77777777" w:rsidR="00612663" w:rsidRDefault="00612663">
            <w:pPr>
              <w:jc w:val="center"/>
            </w:pPr>
            <w:r>
              <w:rPr>
                <w:b/>
                <w:color w:val="1F4D78"/>
                <w:sz w:val="20"/>
              </w:rPr>
              <w:t>Propuesta</w:t>
            </w:r>
          </w:p>
        </w:tc>
      </w:tr>
      <w:tr w:rsidR="00113692" w14:paraId="29741C30" w14:textId="77777777">
        <w:tc>
          <w:tcPr>
            <w:tcW w:w="2100" w:type="dxa"/>
            <w:tcMar>
              <w:top w:w="100" w:type="dxa"/>
              <w:left w:w="130" w:type="dxa"/>
              <w:bottom w:w="100" w:type="dxa"/>
              <w:right w:w="130" w:type="dxa"/>
            </w:tcMar>
          </w:tcPr>
          <w:p w14:paraId="565B90ED"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11D3C970" w14:textId="77777777" w:rsidR="00612663" w:rsidRDefault="00612663">
            <w:pPr>
              <w:spacing w:after="0"/>
            </w:pPr>
            <w:r>
              <w:rPr>
                <w:sz w:val="19"/>
              </w:rPr>
              <w:t>Jesús, amigos y mesa.</w:t>
            </w:r>
          </w:p>
        </w:tc>
        <w:tc>
          <w:tcPr>
            <w:tcW w:w="4099" w:type="dxa"/>
            <w:tcMar>
              <w:top w:w="100" w:type="dxa"/>
              <w:left w:w="130" w:type="dxa"/>
              <w:bottom w:w="100" w:type="dxa"/>
              <w:right w:w="130" w:type="dxa"/>
            </w:tcMar>
          </w:tcPr>
          <w:p w14:paraId="04E39267" w14:textId="77777777" w:rsidR="00612663" w:rsidRDefault="00612663">
            <w:pPr>
              <w:spacing w:after="0"/>
            </w:pPr>
            <w:r>
              <w:rPr>
                <w:sz w:val="19"/>
              </w:rPr>
              <w:t>Representar la cena y compartir.</w:t>
            </w:r>
          </w:p>
        </w:tc>
      </w:tr>
      <w:tr w:rsidR="00113692" w14:paraId="77417D5E" w14:textId="77777777">
        <w:tc>
          <w:tcPr>
            <w:tcW w:w="2100" w:type="dxa"/>
            <w:tcMar>
              <w:top w:w="100" w:type="dxa"/>
              <w:left w:w="130" w:type="dxa"/>
              <w:bottom w:w="100" w:type="dxa"/>
              <w:right w:w="130" w:type="dxa"/>
            </w:tcMar>
          </w:tcPr>
          <w:p w14:paraId="666A1BB3" w14:textId="77777777" w:rsidR="00612663" w:rsidRDefault="00612663">
            <w:pPr>
              <w:spacing w:after="0"/>
            </w:pPr>
            <w:r>
              <w:rPr>
                <w:b/>
                <w:color w:val="1F4D78"/>
                <w:sz w:val="19"/>
              </w:rPr>
              <w:t>Vida práctica</w:t>
            </w:r>
          </w:p>
        </w:tc>
        <w:tc>
          <w:tcPr>
            <w:tcW w:w="3550" w:type="dxa"/>
            <w:tcMar>
              <w:top w:w="100" w:type="dxa"/>
              <w:left w:w="130" w:type="dxa"/>
              <w:bottom w:w="100" w:type="dxa"/>
              <w:right w:w="130" w:type="dxa"/>
            </w:tcMar>
          </w:tcPr>
          <w:p w14:paraId="0FB5A00F" w14:textId="77777777" w:rsidR="00612663" w:rsidRDefault="00612663">
            <w:pPr>
              <w:spacing w:after="0"/>
            </w:pPr>
            <w:r>
              <w:rPr>
                <w:sz w:val="19"/>
              </w:rPr>
              <w:t>Mantel, platos y servilletas.</w:t>
            </w:r>
          </w:p>
        </w:tc>
        <w:tc>
          <w:tcPr>
            <w:tcW w:w="4099" w:type="dxa"/>
            <w:tcMar>
              <w:top w:w="100" w:type="dxa"/>
              <w:left w:w="130" w:type="dxa"/>
              <w:bottom w:w="100" w:type="dxa"/>
              <w:right w:w="130" w:type="dxa"/>
            </w:tcMar>
          </w:tcPr>
          <w:p w14:paraId="45CA26DB" w14:textId="77777777" w:rsidR="00612663" w:rsidRDefault="00612663">
            <w:pPr>
              <w:spacing w:after="0"/>
            </w:pPr>
            <w:r>
              <w:rPr>
                <w:sz w:val="19"/>
              </w:rPr>
              <w:t>Poner y recoger una mesa sencilla.</w:t>
            </w:r>
          </w:p>
        </w:tc>
      </w:tr>
      <w:tr w:rsidR="00113692" w14:paraId="11F3756C" w14:textId="77777777">
        <w:tc>
          <w:tcPr>
            <w:tcW w:w="2100" w:type="dxa"/>
            <w:tcMar>
              <w:top w:w="100" w:type="dxa"/>
              <w:left w:w="130" w:type="dxa"/>
              <w:bottom w:w="100" w:type="dxa"/>
              <w:right w:w="130" w:type="dxa"/>
            </w:tcMar>
          </w:tcPr>
          <w:p w14:paraId="267368E0"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348B183E" w14:textId="77777777" w:rsidR="00612663" w:rsidRDefault="00612663">
            <w:pPr>
              <w:spacing w:after="0"/>
            </w:pPr>
            <w:r>
              <w:rPr>
                <w:sz w:val="19"/>
              </w:rPr>
              <w:t>Telas y pequeños recipientes.</w:t>
            </w:r>
          </w:p>
        </w:tc>
        <w:tc>
          <w:tcPr>
            <w:tcW w:w="4099" w:type="dxa"/>
            <w:tcMar>
              <w:top w:w="100" w:type="dxa"/>
              <w:left w:w="130" w:type="dxa"/>
              <w:bottom w:w="100" w:type="dxa"/>
              <w:right w:w="130" w:type="dxa"/>
            </w:tcMar>
          </w:tcPr>
          <w:p w14:paraId="572DC535" w14:textId="77777777" w:rsidR="00612663" w:rsidRDefault="00612663">
            <w:pPr>
              <w:spacing w:after="0"/>
            </w:pPr>
            <w:r>
              <w:rPr>
                <w:sz w:val="19"/>
              </w:rPr>
              <w:t>Invitar, sentarse y agradecer.</w:t>
            </w:r>
          </w:p>
        </w:tc>
      </w:tr>
      <w:tr w:rsidR="00113692" w14:paraId="416C8103" w14:textId="77777777">
        <w:tc>
          <w:tcPr>
            <w:tcW w:w="2100" w:type="dxa"/>
            <w:tcMar>
              <w:top w:w="100" w:type="dxa"/>
              <w:left w:w="130" w:type="dxa"/>
              <w:bottom w:w="100" w:type="dxa"/>
              <w:right w:w="130" w:type="dxa"/>
            </w:tcMar>
          </w:tcPr>
          <w:p w14:paraId="43EC6AAE"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5FC562C3" w14:textId="77777777" w:rsidR="00612663" w:rsidRDefault="00612663">
            <w:pPr>
              <w:spacing w:after="0"/>
            </w:pPr>
            <w:r>
              <w:rPr>
                <w:sz w:val="19"/>
              </w:rPr>
              <w:t>Bloques y tabla.</w:t>
            </w:r>
          </w:p>
        </w:tc>
        <w:tc>
          <w:tcPr>
            <w:tcW w:w="4099" w:type="dxa"/>
            <w:tcMar>
              <w:top w:w="100" w:type="dxa"/>
              <w:left w:w="130" w:type="dxa"/>
              <w:bottom w:w="100" w:type="dxa"/>
              <w:right w:w="130" w:type="dxa"/>
            </w:tcMar>
          </w:tcPr>
          <w:p w14:paraId="326AAC9B" w14:textId="77777777" w:rsidR="00612663" w:rsidRDefault="00612663">
            <w:pPr>
              <w:spacing w:after="0"/>
            </w:pPr>
            <w:r>
              <w:rPr>
                <w:sz w:val="19"/>
              </w:rPr>
              <w:t>Construir una mesa estable.</w:t>
            </w:r>
          </w:p>
        </w:tc>
      </w:tr>
    </w:tbl>
    <w:p w14:paraId="7A9E2D99" w14:textId="77777777" w:rsidR="00612663" w:rsidRDefault="00612663">
      <w:pPr>
        <w:keepNext/>
        <w:spacing w:before="80" w:after="60"/>
      </w:pPr>
      <w:r>
        <w:rPr>
          <w:b/>
          <w:color w:val="1F4D78"/>
          <w:sz w:val="23"/>
        </w:rPr>
        <w:t>Ficha</w:t>
      </w:r>
      <w:r>
        <w:rPr>
          <w:b/>
          <w:color w:val="687784"/>
          <w:sz w:val="20"/>
        </w:rPr>
        <w:t xml:space="preserve">  ·  15-20 min</w:t>
      </w:r>
    </w:p>
    <w:p w14:paraId="21483ACC" w14:textId="77777777" w:rsidR="00612663" w:rsidRDefault="00612663">
      <w:pPr>
        <w:spacing w:after="100"/>
      </w:pPr>
      <w:r>
        <w:t>Aplastar pequeños trocitos de plastilina amarilla dentro del gran pan blanco. Después dibujar libremente a un amigo en el espacio vacío junto a Jesús. Escuchar a quién ha dibujado sin completar su figura.</w:t>
      </w:r>
    </w:p>
    <w:p w14:paraId="6B047375" w14:textId="77777777" w:rsidR="00612663" w:rsidRDefault="00612663">
      <w:pPr>
        <w:pStyle w:val="Ttulo2"/>
      </w:pPr>
      <w:r>
        <w:rPr>
          <w:rFonts w:ascii="Calibri" w:hAnsi="Calibri"/>
        </w:rPr>
        <w:t>Qué observar</w:t>
      </w:r>
    </w:p>
    <w:p w14:paraId="24CE370F" w14:textId="77777777" w:rsidR="00612663" w:rsidRDefault="00612663">
      <w:r>
        <w:t>Si relaciona la mesa con los amigos, espera un turno, comparte materiales, presiona la plastilina y realiza un dibujo propio con significado.</w:t>
      </w:r>
    </w:p>
    <w:tbl>
      <w:tblPr>
        <w:tblW w:w="9749" w:type="dxa"/>
        <w:tblInd w:w="120" w:type="dxa"/>
        <w:tblLayout w:type="fixed"/>
        <w:tblLook w:val="04A0" w:firstRow="1" w:lastRow="0" w:firstColumn="1" w:lastColumn="0" w:noHBand="0" w:noVBand="1"/>
      </w:tblPr>
      <w:tblGrid>
        <w:gridCol w:w="9749"/>
      </w:tblGrid>
      <w:tr w:rsidR="00113692" w14:paraId="553C6CB3" w14:textId="77777777">
        <w:tc>
          <w:tcPr>
            <w:tcW w:w="9749" w:type="dxa"/>
            <w:shd w:val="clear" w:color="auto" w:fill="FFF4D8"/>
            <w:tcMar>
              <w:top w:w="100" w:type="dxa"/>
              <w:left w:w="130" w:type="dxa"/>
              <w:bottom w:w="100" w:type="dxa"/>
              <w:right w:w="130" w:type="dxa"/>
            </w:tcMar>
            <w:vAlign w:val="center"/>
          </w:tcPr>
          <w:p w14:paraId="1622EF20" w14:textId="77777777" w:rsidR="00612663" w:rsidRDefault="00612663">
            <w:pPr>
              <w:spacing w:after="40" w:line="288" w:lineRule="auto"/>
            </w:pPr>
            <w:r>
              <w:rPr>
                <w:b/>
                <w:color w:val="1F4D78"/>
              </w:rPr>
              <w:t xml:space="preserve">Valor del dibujo  </w:t>
            </w:r>
            <w:r>
              <w:t>El amigo puede aparecer como garabato, cabeza o figura completa. Importa la intención y la explicación del niño, no el nivel gráfico.</w:t>
            </w:r>
          </w:p>
        </w:tc>
      </w:tr>
    </w:tbl>
    <w:p w14:paraId="0A22F336" w14:textId="77777777" w:rsidR="00612663" w:rsidRDefault="00612663">
      <w:pPr>
        <w:spacing w:after="40"/>
      </w:pPr>
    </w:p>
    <w:p w14:paraId="79D90C78" w14:textId="77777777" w:rsidR="00612663" w:rsidRDefault="00612663">
      <w:r>
        <w:br w:type="page"/>
      </w:r>
    </w:p>
    <w:p w14:paraId="16C05E18" w14:textId="77777777" w:rsidR="00612663" w:rsidRDefault="00612663">
      <w:pPr>
        <w:pStyle w:val="Ttulo1"/>
      </w:pPr>
      <w:r>
        <w:rPr>
          <w:rFonts w:ascii="Calibri" w:hAnsi="Calibri"/>
        </w:rPr>
        <w:lastRenderedPageBreak/>
        <w:t>5. Sesión 3 · Jesús nos quiere mucho</w:t>
      </w:r>
    </w:p>
    <w:p w14:paraId="6CE673FE" w14:textId="77777777" w:rsidR="00612663" w:rsidRDefault="00612663">
      <w:pPr>
        <w:keepNext/>
        <w:jc w:val="center"/>
      </w:pPr>
      <w:r>
        <w:rPr>
          <w:noProof/>
        </w:rPr>
        <w:drawing>
          <wp:inline distT="0" distB="0" distL="0" distR="0" wp14:anchorId="1DC8FE99" wp14:editId="42DBF73E">
            <wp:extent cx="5257800" cy="394335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da290317-87c7-42c8-b6a0-6d34771567e0.png"/>
                    <pic:cNvPicPr/>
                  </pic:nvPicPr>
                  <pic:blipFill>
                    <a:blip r:embed="rId28"/>
                    <a:stretch>
                      <a:fillRect/>
                    </a:stretch>
                  </pic:blipFill>
                  <pic:spPr>
                    <a:xfrm>
                      <a:off x="0" y="0"/>
                      <a:ext cx="5257800" cy="3943350"/>
                    </a:xfrm>
                    <a:prstGeom prst="rect">
                      <a:avLst/>
                    </a:prstGeom>
                  </pic:spPr>
                </pic:pic>
              </a:graphicData>
            </a:graphic>
          </wp:inline>
        </w:drawing>
      </w:r>
    </w:p>
    <w:p w14:paraId="5FFCB6BB" w14:textId="77777777" w:rsidR="00612663" w:rsidRDefault="00612663">
      <w:pPr>
        <w:keepNext/>
        <w:spacing w:after="160"/>
        <w:jc w:val="center"/>
      </w:pPr>
      <w:r>
        <w:rPr>
          <w:i/>
          <w:color w:val="687784"/>
          <w:sz w:val="19"/>
        </w:rPr>
        <w:t>Ficha 21 · Estampa flores con un corcho alrededor de la cruz</w:t>
      </w:r>
    </w:p>
    <w:tbl>
      <w:tblPr>
        <w:tblW w:w="9749" w:type="dxa"/>
        <w:tblInd w:w="120" w:type="dxa"/>
        <w:tblLayout w:type="fixed"/>
        <w:tblLook w:val="04A0" w:firstRow="1" w:lastRow="0" w:firstColumn="1" w:lastColumn="0" w:noHBand="0" w:noVBand="1"/>
      </w:tblPr>
      <w:tblGrid>
        <w:gridCol w:w="9749"/>
      </w:tblGrid>
      <w:tr w:rsidR="00113692" w14:paraId="4647CB2F" w14:textId="77777777">
        <w:tc>
          <w:tcPr>
            <w:tcW w:w="9749" w:type="dxa"/>
            <w:shd w:val="clear" w:color="auto" w:fill="EAF4EE"/>
            <w:tcMar>
              <w:top w:w="100" w:type="dxa"/>
              <w:left w:w="130" w:type="dxa"/>
              <w:bottom w:w="100" w:type="dxa"/>
              <w:right w:w="130" w:type="dxa"/>
            </w:tcMar>
            <w:vAlign w:val="center"/>
          </w:tcPr>
          <w:p w14:paraId="7CFB0DA7" w14:textId="77777777" w:rsidR="00612663" w:rsidRDefault="00612663">
            <w:pPr>
              <w:spacing w:after="40" w:line="288" w:lineRule="auto"/>
            </w:pPr>
            <w:r>
              <w:rPr>
                <w:b/>
                <w:color w:val="1F4D78"/>
              </w:rPr>
              <w:t xml:space="preserve">Aprendizaje  </w:t>
            </w:r>
            <w:r>
              <w:t>La cruz vacía es un signo del amor de Jesús. La presentamos con serenidad y sin imágenes dolorosas.</w:t>
            </w:r>
          </w:p>
        </w:tc>
      </w:tr>
    </w:tbl>
    <w:p w14:paraId="4B4AAC4E" w14:textId="77777777" w:rsidR="00612663" w:rsidRDefault="00612663">
      <w:pPr>
        <w:spacing w:after="40"/>
      </w:pPr>
    </w:p>
    <w:p w14:paraId="0AC10B33" w14:textId="77777777" w:rsidR="00612663" w:rsidRDefault="00612663">
      <w:pPr>
        <w:pStyle w:val="Ttulo2"/>
      </w:pPr>
      <w:r>
        <w:rPr>
          <w:rFonts w:ascii="Calibri" w:hAnsi="Calibri"/>
        </w:rPr>
        <w:t>Preparación</w:t>
      </w:r>
    </w:p>
    <w:p w14:paraId="2AD7555B" w14:textId="77777777" w:rsidR="00612663" w:rsidRDefault="00612663">
      <w:r>
        <w:t>Sustituir la mesa del minimundo por una cruz sencilla sobre la tela morada. Preparar pintura lavable en pocos colores, corchos anchos, bandejas y delantales.</w:t>
      </w:r>
    </w:p>
    <w:p w14:paraId="21F255E2" w14:textId="77777777" w:rsidR="00612663" w:rsidRDefault="00612663">
      <w:pPr>
        <w:pStyle w:val="Ttulo2"/>
      </w:pPr>
      <w:r>
        <w:rPr>
          <w:rFonts w:ascii="Calibri" w:hAnsi="Calibri"/>
        </w:rPr>
        <w:t>Desarrollo orientativo</w:t>
      </w:r>
    </w:p>
    <w:p w14:paraId="68D58010" w14:textId="77777777" w:rsidR="00612663" w:rsidRDefault="00612663">
      <w:pPr>
        <w:keepNext/>
        <w:spacing w:before="80" w:after="60"/>
      </w:pPr>
      <w:r>
        <w:rPr>
          <w:b/>
          <w:color w:val="1F4D78"/>
          <w:sz w:val="23"/>
        </w:rPr>
        <w:t>Silencio inicial</w:t>
      </w:r>
      <w:r>
        <w:rPr>
          <w:b/>
          <w:color w:val="687784"/>
          <w:sz w:val="20"/>
        </w:rPr>
        <w:t xml:space="preserve">  ·  1 min</w:t>
      </w:r>
    </w:p>
    <w:p w14:paraId="619ED228" w14:textId="77777777" w:rsidR="00612663" w:rsidRDefault="00612663">
      <w:pPr>
        <w:spacing w:after="100"/>
      </w:pPr>
      <w:r>
        <w:t>Encender la vela LED y observar la cruz vacía.</w:t>
      </w:r>
    </w:p>
    <w:p w14:paraId="24F13B66" w14:textId="77777777" w:rsidR="00612663" w:rsidRDefault="00612663">
      <w:pPr>
        <w:keepNext/>
        <w:spacing w:before="80" w:after="60"/>
      </w:pPr>
      <w:r>
        <w:rPr>
          <w:b/>
          <w:color w:val="1F4D78"/>
          <w:sz w:val="23"/>
        </w:rPr>
        <w:t>Relato adaptado</w:t>
      </w:r>
      <w:r>
        <w:rPr>
          <w:b/>
          <w:color w:val="687784"/>
          <w:sz w:val="20"/>
        </w:rPr>
        <w:t xml:space="preserve">  ·  5-6 min</w:t>
      </w:r>
    </w:p>
    <w:p w14:paraId="55807CFD" w14:textId="77777777" w:rsidR="00612663" w:rsidRDefault="00612663">
      <w:pPr>
        <w:spacing w:after="100"/>
      </w:pPr>
      <w:r>
        <w:t>Decir con sencillez: «Jesús nos quiso hasta el final. Sus amigos estuvieron tristes, pero la historia no termina aquí».</w:t>
      </w:r>
    </w:p>
    <w:p w14:paraId="3D47D3F2" w14:textId="77777777" w:rsidR="00612663" w:rsidRDefault="00612663">
      <w:pPr>
        <w:keepNext/>
        <w:spacing w:before="80" w:after="60"/>
      </w:pPr>
      <w:r>
        <w:rPr>
          <w:b/>
          <w:color w:val="1F4D78"/>
          <w:sz w:val="23"/>
        </w:rPr>
        <w:t>Gesto de amor</w:t>
      </w:r>
      <w:r>
        <w:rPr>
          <w:b/>
          <w:color w:val="687784"/>
          <w:sz w:val="20"/>
        </w:rPr>
        <w:t xml:space="preserve">  ·  5-7 min</w:t>
      </w:r>
    </w:p>
    <w:p w14:paraId="079AC32F" w14:textId="77777777" w:rsidR="00612663" w:rsidRDefault="00612663">
      <w:pPr>
        <w:spacing w:after="100"/>
      </w:pPr>
      <w:r>
        <w:t>Cada niño puede acercar un corazón o decir un gesto de cariño: abrazar, ayudar, compartir o acompañar.</w:t>
      </w:r>
    </w:p>
    <w:p w14:paraId="573E9480" w14:textId="77777777" w:rsidR="00612663" w:rsidRDefault="00612663">
      <w:pPr>
        <w:keepNext/>
        <w:spacing w:before="80" w:after="60"/>
      </w:pPr>
      <w:r>
        <w:rPr>
          <w:b/>
          <w:color w:val="1F4D78"/>
          <w:sz w:val="23"/>
        </w:rPr>
        <w:t>Oración</w:t>
      </w:r>
      <w:r>
        <w:rPr>
          <w:b/>
          <w:color w:val="687784"/>
          <w:sz w:val="20"/>
        </w:rPr>
        <w:t xml:space="preserve">  ·  1 min</w:t>
      </w:r>
    </w:p>
    <w:p w14:paraId="16D3D5B5" w14:textId="77777777" w:rsidR="00612663" w:rsidRDefault="00612663">
      <w:pPr>
        <w:spacing w:after="100"/>
      </w:pPr>
      <w:r>
        <w:t>«Jesús, gracias porque nos quieres mucho».</w:t>
      </w:r>
    </w:p>
    <w:tbl>
      <w:tblPr>
        <w:tblW w:w="9749" w:type="dxa"/>
        <w:tblInd w:w="120" w:type="dxa"/>
        <w:tblLayout w:type="fixed"/>
        <w:tblLook w:val="04A0" w:firstRow="1" w:lastRow="0" w:firstColumn="1" w:lastColumn="0" w:noHBand="0" w:noVBand="1"/>
      </w:tblPr>
      <w:tblGrid>
        <w:gridCol w:w="2100"/>
        <w:gridCol w:w="3550"/>
        <w:gridCol w:w="4099"/>
      </w:tblGrid>
      <w:tr w:rsidR="00113692" w14:paraId="155E4BDA" w14:textId="77777777">
        <w:trPr>
          <w:tblHeader/>
        </w:trPr>
        <w:tc>
          <w:tcPr>
            <w:tcW w:w="2100" w:type="dxa"/>
            <w:shd w:val="clear" w:color="auto" w:fill="E8EEF5"/>
            <w:tcMar>
              <w:top w:w="100" w:type="dxa"/>
              <w:left w:w="130" w:type="dxa"/>
              <w:bottom w:w="100" w:type="dxa"/>
              <w:right w:w="130" w:type="dxa"/>
            </w:tcMar>
            <w:vAlign w:val="center"/>
          </w:tcPr>
          <w:p w14:paraId="57BA471C" w14:textId="77777777" w:rsidR="00612663" w:rsidRDefault="00612663">
            <w:pPr>
              <w:jc w:val="center"/>
            </w:pPr>
            <w:r>
              <w:rPr>
                <w:b/>
                <w:color w:val="1F4D78"/>
                <w:sz w:val="20"/>
              </w:rPr>
              <w:lastRenderedPageBreak/>
              <w:t>Espacio</w:t>
            </w:r>
          </w:p>
        </w:tc>
        <w:tc>
          <w:tcPr>
            <w:tcW w:w="3550" w:type="dxa"/>
            <w:shd w:val="clear" w:color="auto" w:fill="E8EEF5"/>
            <w:tcMar>
              <w:top w:w="100" w:type="dxa"/>
              <w:left w:w="130" w:type="dxa"/>
              <w:bottom w:w="100" w:type="dxa"/>
              <w:right w:w="130" w:type="dxa"/>
            </w:tcMar>
            <w:vAlign w:val="center"/>
          </w:tcPr>
          <w:p w14:paraId="2046EC84"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5BEC5AA5" w14:textId="77777777" w:rsidR="00612663" w:rsidRDefault="00612663">
            <w:pPr>
              <w:jc w:val="center"/>
            </w:pPr>
            <w:r>
              <w:rPr>
                <w:b/>
                <w:color w:val="1F4D78"/>
                <w:sz w:val="20"/>
              </w:rPr>
              <w:t>Propuesta</w:t>
            </w:r>
          </w:p>
        </w:tc>
      </w:tr>
      <w:tr w:rsidR="00113692" w14:paraId="7642E3DD" w14:textId="77777777">
        <w:tc>
          <w:tcPr>
            <w:tcW w:w="2100" w:type="dxa"/>
            <w:tcMar>
              <w:top w:w="100" w:type="dxa"/>
              <w:left w:w="130" w:type="dxa"/>
              <w:bottom w:w="100" w:type="dxa"/>
              <w:right w:w="130" w:type="dxa"/>
            </w:tcMar>
          </w:tcPr>
          <w:p w14:paraId="5D90B0DA" w14:textId="77777777" w:rsidR="00612663" w:rsidRDefault="00612663">
            <w:pPr>
              <w:spacing w:after="0"/>
            </w:pPr>
            <w:r>
              <w:rPr>
                <w:b/>
                <w:color w:val="1F4D78"/>
                <w:sz w:val="19"/>
              </w:rPr>
              <w:t>Asamblea</w:t>
            </w:r>
          </w:p>
        </w:tc>
        <w:tc>
          <w:tcPr>
            <w:tcW w:w="3550" w:type="dxa"/>
            <w:tcMar>
              <w:top w:w="100" w:type="dxa"/>
              <w:left w:w="130" w:type="dxa"/>
              <w:bottom w:w="100" w:type="dxa"/>
              <w:right w:w="130" w:type="dxa"/>
            </w:tcMar>
          </w:tcPr>
          <w:p w14:paraId="12DD800D" w14:textId="77777777" w:rsidR="00612663" w:rsidRDefault="00612663">
            <w:pPr>
              <w:spacing w:after="0"/>
            </w:pPr>
            <w:r>
              <w:rPr>
                <w:sz w:val="19"/>
              </w:rPr>
              <w:t>Cruz, tela morada y vela LED.</w:t>
            </w:r>
          </w:p>
        </w:tc>
        <w:tc>
          <w:tcPr>
            <w:tcW w:w="4099" w:type="dxa"/>
            <w:tcMar>
              <w:top w:w="100" w:type="dxa"/>
              <w:left w:w="130" w:type="dxa"/>
              <w:bottom w:w="100" w:type="dxa"/>
              <w:right w:w="130" w:type="dxa"/>
            </w:tcMar>
          </w:tcPr>
          <w:p w14:paraId="568638EE" w14:textId="77777777" w:rsidR="00612663" w:rsidRDefault="00612663">
            <w:pPr>
              <w:spacing w:after="0"/>
            </w:pPr>
            <w:r>
              <w:rPr>
                <w:sz w:val="19"/>
              </w:rPr>
              <w:t>Mirar, guardar silencio y agradecer.</w:t>
            </w:r>
          </w:p>
        </w:tc>
      </w:tr>
      <w:tr w:rsidR="00113692" w14:paraId="076B66AB" w14:textId="77777777">
        <w:tc>
          <w:tcPr>
            <w:tcW w:w="2100" w:type="dxa"/>
            <w:tcMar>
              <w:top w:w="100" w:type="dxa"/>
              <w:left w:w="130" w:type="dxa"/>
              <w:bottom w:w="100" w:type="dxa"/>
              <w:right w:w="130" w:type="dxa"/>
            </w:tcMar>
          </w:tcPr>
          <w:p w14:paraId="7F2C9A94"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6D33255C" w14:textId="77777777" w:rsidR="00612663" w:rsidRDefault="00612663">
            <w:pPr>
              <w:spacing w:after="0"/>
            </w:pPr>
            <w:r>
              <w:rPr>
                <w:sz w:val="19"/>
              </w:rPr>
              <w:t>Corchos y pintura.</w:t>
            </w:r>
          </w:p>
        </w:tc>
        <w:tc>
          <w:tcPr>
            <w:tcW w:w="4099" w:type="dxa"/>
            <w:tcMar>
              <w:top w:w="100" w:type="dxa"/>
              <w:left w:w="130" w:type="dxa"/>
              <w:bottom w:w="100" w:type="dxa"/>
              <w:right w:w="130" w:type="dxa"/>
            </w:tcMar>
          </w:tcPr>
          <w:p w14:paraId="5E2D3587" w14:textId="77777777" w:rsidR="00612663" w:rsidRDefault="00612663">
            <w:pPr>
              <w:spacing w:after="0"/>
            </w:pPr>
            <w:r>
              <w:rPr>
                <w:sz w:val="19"/>
              </w:rPr>
              <w:t>Explorar la estampación antes de la ficha.</w:t>
            </w:r>
          </w:p>
        </w:tc>
      </w:tr>
      <w:tr w:rsidR="00113692" w14:paraId="087FCCDD" w14:textId="77777777">
        <w:tc>
          <w:tcPr>
            <w:tcW w:w="2100" w:type="dxa"/>
            <w:tcMar>
              <w:top w:w="100" w:type="dxa"/>
              <w:left w:w="130" w:type="dxa"/>
              <w:bottom w:w="100" w:type="dxa"/>
              <w:right w:w="130" w:type="dxa"/>
            </w:tcMar>
          </w:tcPr>
          <w:p w14:paraId="3E4E73CE"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62BD7CD3" w14:textId="77777777" w:rsidR="00612663" w:rsidRDefault="00612663">
            <w:pPr>
              <w:spacing w:after="0"/>
            </w:pPr>
            <w:r>
              <w:rPr>
                <w:sz w:val="19"/>
              </w:rPr>
              <w:t>Biblia infantil.</w:t>
            </w:r>
          </w:p>
        </w:tc>
        <w:tc>
          <w:tcPr>
            <w:tcW w:w="4099" w:type="dxa"/>
            <w:tcMar>
              <w:top w:w="100" w:type="dxa"/>
              <w:left w:w="130" w:type="dxa"/>
              <w:bottom w:w="100" w:type="dxa"/>
              <w:right w:w="130" w:type="dxa"/>
            </w:tcMar>
          </w:tcPr>
          <w:p w14:paraId="1A6AA670" w14:textId="77777777" w:rsidR="00612663" w:rsidRDefault="00612663">
            <w:pPr>
              <w:spacing w:after="0"/>
            </w:pPr>
            <w:r>
              <w:rPr>
                <w:sz w:val="19"/>
              </w:rPr>
              <w:t>Observar una cruz representada con delicadeza.</w:t>
            </w:r>
          </w:p>
        </w:tc>
      </w:tr>
      <w:tr w:rsidR="00113692" w14:paraId="33DD8A46" w14:textId="77777777">
        <w:tc>
          <w:tcPr>
            <w:tcW w:w="2100" w:type="dxa"/>
            <w:tcMar>
              <w:top w:w="100" w:type="dxa"/>
              <w:left w:w="130" w:type="dxa"/>
              <w:bottom w:w="100" w:type="dxa"/>
              <w:right w:w="130" w:type="dxa"/>
            </w:tcMar>
          </w:tcPr>
          <w:p w14:paraId="29E2FA47"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03A82DEB" w14:textId="77777777" w:rsidR="00612663" w:rsidRDefault="00612663">
            <w:pPr>
              <w:spacing w:after="0"/>
            </w:pPr>
            <w:r>
              <w:rPr>
                <w:sz w:val="19"/>
              </w:rPr>
              <w:t>Cruz y camino.</w:t>
            </w:r>
          </w:p>
        </w:tc>
        <w:tc>
          <w:tcPr>
            <w:tcW w:w="4099" w:type="dxa"/>
            <w:tcMar>
              <w:top w:w="100" w:type="dxa"/>
              <w:left w:w="130" w:type="dxa"/>
              <w:bottom w:w="100" w:type="dxa"/>
              <w:right w:w="130" w:type="dxa"/>
            </w:tcMar>
          </w:tcPr>
          <w:p w14:paraId="65F645B8" w14:textId="77777777" w:rsidR="00612663" w:rsidRDefault="00612663">
            <w:pPr>
              <w:spacing w:after="0"/>
            </w:pPr>
            <w:r>
              <w:rPr>
                <w:sz w:val="19"/>
              </w:rPr>
              <w:t>Situar la escena dentro de la secuencia.</w:t>
            </w:r>
          </w:p>
        </w:tc>
      </w:tr>
    </w:tbl>
    <w:p w14:paraId="550E5E85" w14:textId="77777777" w:rsidR="00612663" w:rsidRDefault="00612663">
      <w:pPr>
        <w:keepNext/>
        <w:spacing w:before="80" w:after="60"/>
      </w:pPr>
      <w:r>
        <w:rPr>
          <w:b/>
          <w:color w:val="1F4D78"/>
          <w:sz w:val="23"/>
        </w:rPr>
        <w:t>Ficha</w:t>
      </w:r>
      <w:r>
        <w:rPr>
          <w:b/>
          <w:color w:val="687784"/>
          <w:sz w:val="20"/>
        </w:rPr>
        <w:t xml:space="preserve">  ·  15-20 min</w:t>
      </w:r>
    </w:p>
    <w:p w14:paraId="234CEBE9" w14:textId="77777777" w:rsidR="00612663" w:rsidRDefault="00612663">
      <w:pPr>
        <w:spacing w:after="100"/>
      </w:pPr>
      <w:r>
        <w:t>Estampar flores con un corcho alrededor de la cruz. Mostrar una vez cómo mojar y presionar; después permitir una distribución libre, evitando tapar el corazón central.</w:t>
      </w:r>
    </w:p>
    <w:p w14:paraId="59030A15" w14:textId="77777777" w:rsidR="00612663" w:rsidRDefault="00612663">
      <w:pPr>
        <w:pStyle w:val="Ttulo2"/>
      </w:pPr>
      <w:r>
        <w:rPr>
          <w:rFonts w:ascii="Calibri" w:hAnsi="Calibri"/>
        </w:rPr>
        <w:t>Qué observar</w:t>
      </w:r>
    </w:p>
    <w:p w14:paraId="64A6A98F" w14:textId="77777777" w:rsidR="00612663" w:rsidRDefault="00612663">
      <w:r>
        <w:t>Si acepta un breve momento de calma, reconoce la cruz, expresa o imita un gesto de amor y estampa con creciente control.</w:t>
      </w:r>
    </w:p>
    <w:tbl>
      <w:tblPr>
        <w:tblW w:w="9749" w:type="dxa"/>
        <w:tblInd w:w="120" w:type="dxa"/>
        <w:tblLayout w:type="fixed"/>
        <w:tblLook w:val="04A0" w:firstRow="1" w:lastRow="0" w:firstColumn="1" w:lastColumn="0" w:noHBand="0" w:noVBand="1"/>
      </w:tblPr>
      <w:tblGrid>
        <w:gridCol w:w="9749"/>
      </w:tblGrid>
      <w:tr w:rsidR="00113692" w14:paraId="381B9849" w14:textId="77777777">
        <w:tc>
          <w:tcPr>
            <w:tcW w:w="9749" w:type="dxa"/>
            <w:shd w:val="clear" w:color="auto" w:fill="FFF4D8"/>
            <w:tcMar>
              <w:top w:w="100" w:type="dxa"/>
              <w:left w:w="130" w:type="dxa"/>
              <w:bottom w:w="100" w:type="dxa"/>
              <w:right w:w="130" w:type="dxa"/>
            </w:tcMar>
            <w:vAlign w:val="center"/>
          </w:tcPr>
          <w:p w14:paraId="68C3BC4C" w14:textId="77777777" w:rsidR="00612663" w:rsidRDefault="00612663">
            <w:pPr>
              <w:spacing w:after="40" w:line="288" w:lineRule="auto"/>
            </w:pPr>
            <w:r>
              <w:rPr>
                <w:b/>
                <w:color w:val="1F4D78"/>
              </w:rPr>
              <w:t xml:space="preserve">Cuidado del relato  </w:t>
            </w:r>
            <w:r>
              <w:t>No afirmar que la cruz «es bonita porque Jesús sufrió». El mensaje para esta edad es que Jesús nos ama y que la historia continuará con la vida y la luz.</w:t>
            </w:r>
          </w:p>
        </w:tc>
      </w:tr>
    </w:tbl>
    <w:p w14:paraId="15ADF8D8" w14:textId="77777777" w:rsidR="00612663" w:rsidRDefault="00612663">
      <w:pPr>
        <w:spacing w:after="40"/>
      </w:pPr>
    </w:p>
    <w:p w14:paraId="4E304584" w14:textId="77777777" w:rsidR="00612663" w:rsidRDefault="00612663">
      <w:r>
        <w:br w:type="page"/>
      </w:r>
    </w:p>
    <w:p w14:paraId="2CE7CAFF" w14:textId="77777777" w:rsidR="00612663" w:rsidRDefault="00612663">
      <w:pPr>
        <w:pStyle w:val="Ttulo1"/>
      </w:pPr>
      <w:r>
        <w:rPr>
          <w:rFonts w:ascii="Calibri" w:hAnsi="Calibri"/>
        </w:rPr>
        <w:lastRenderedPageBreak/>
        <w:t>6. Sesión 4 · Taller del nazareno para llevar a casa</w:t>
      </w:r>
    </w:p>
    <w:tbl>
      <w:tblPr>
        <w:tblW w:w="9749" w:type="dxa"/>
        <w:tblInd w:w="120" w:type="dxa"/>
        <w:tblLayout w:type="fixed"/>
        <w:tblLook w:val="04A0" w:firstRow="1" w:lastRow="0" w:firstColumn="1" w:lastColumn="0" w:noHBand="0" w:noVBand="1"/>
      </w:tblPr>
      <w:tblGrid>
        <w:gridCol w:w="9749"/>
      </w:tblGrid>
      <w:tr w:rsidR="00113692" w14:paraId="260C67F2" w14:textId="77777777">
        <w:tc>
          <w:tcPr>
            <w:tcW w:w="9749" w:type="dxa"/>
            <w:shd w:val="clear" w:color="auto" w:fill="EAF4EE"/>
            <w:tcMar>
              <w:top w:w="100" w:type="dxa"/>
              <w:left w:w="130" w:type="dxa"/>
              <w:bottom w:w="100" w:type="dxa"/>
              <w:right w:w="130" w:type="dxa"/>
            </w:tcMar>
            <w:vAlign w:val="center"/>
          </w:tcPr>
          <w:p w14:paraId="53635DA5" w14:textId="77777777" w:rsidR="00612663" w:rsidRDefault="00612663">
            <w:pPr>
              <w:spacing w:after="40" w:line="288" w:lineRule="auto"/>
            </w:pPr>
            <w:r>
              <w:rPr>
                <w:b/>
                <w:color w:val="1F4D78"/>
              </w:rPr>
              <w:t xml:space="preserve">Aprendizaje  </w:t>
            </w:r>
            <w:r>
              <w:t>Conocemos una manifestación cercana de la Semana Santa y elaboramos un recuerdo personal para compartir con la familia.</w:t>
            </w:r>
          </w:p>
        </w:tc>
      </w:tr>
    </w:tbl>
    <w:p w14:paraId="44FC830F" w14:textId="77777777" w:rsidR="00612663" w:rsidRDefault="00612663">
      <w:pPr>
        <w:spacing w:after="40"/>
      </w:pPr>
    </w:p>
    <w:p w14:paraId="263CAF9E" w14:textId="77777777" w:rsidR="00612663" w:rsidRDefault="00612663">
      <w:pPr>
        <w:pStyle w:val="Ttulo2"/>
      </w:pPr>
      <w:r>
        <w:rPr>
          <w:rFonts w:ascii="Calibri" w:hAnsi="Calibri"/>
        </w:rPr>
        <w:t>Decisión organizativa</w:t>
      </w:r>
    </w:p>
    <w:p w14:paraId="0129F9B9" w14:textId="77777777" w:rsidR="00612663" w:rsidRDefault="00612663">
      <w:r>
        <w:t>Esta sesión se reserva completa para el taller. No se añade ficha ni se utiliza como actividad final apresurada. Antes del día de trabajo, preparar y clasificar todas las piezas para que el alumnado pueda participar de verdad.</w:t>
      </w:r>
    </w:p>
    <w:p w14:paraId="425DDFF6" w14:textId="77777777" w:rsidR="00612663" w:rsidRDefault="00612663">
      <w:pPr>
        <w:pStyle w:val="Ttulo2"/>
      </w:pPr>
      <w:r>
        <w:rPr>
          <w:rFonts w:ascii="Calibri" w:hAnsi="Calibri"/>
        </w:rPr>
        <w:t>Modelo flexible con lo que haya</w:t>
      </w:r>
    </w:p>
    <w:tbl>
      <w:tblPr>
        <w:tblW w:w="9749" w:type="dxa"/>
        <w:tblInd w:w="120" w:type="dxa"/>
        <w:tblLayout w:type="fixed"/>
        <w:tblLook w:val="04A0" w:firstRow="1" w:lastRow="0" w:firstColumn="1" w:lastColumn="0" w:noHBand="0" w:noVBand="1"/>
      </w:tblPr>
      <w:tblGrid>
        <w:gridCol w:w="2100"/>
        <w:gridCol w:w="7649"/>
      </w:tblGrid>
      <w:tr w:rsidR="00113692" w14:paraId="676CF391" w14:textId="77777777">
        <w:tc>
          <w:tcPr>
            <w:tcW w:w="2100" w:type="dxa"/>
            <w:shd w:val="clear" w:color="auto" w:fill="EAF4EE"/>
            <w:tcMar>
              <w:top w:w="100" w:type="dxa"/>
              <w:left w:w="130" w:type="dxa"/>
              <w:bottom w:w="100" w:type="dxa"/>
              <w:right w:w="130" w:type="dxa"/>
            </w:tcMar>
            <w:vAlign w:val="center"/>
          </w:tcPr>
          <w:p w14:paraId="2665AB39" w14:textId="77777777" w:rsidR="00612663" w:rsidRDefault="00612663">
            <w:pPr>
              <w:spacing w:after="0"/>
            </w:pPr>
            <w:r>
              <w:rPr>
                <w:b/>
                <w:color w:val="1F4D78"/>
                <w:sz w:val="21"/>
              </w:rPr>
              <w:t>Cuerpo</w:t>
            </w:r>
          </w:p>
        </w:tc>
        <w:tc>
          <w:tcPr>
            <w:tcW w:w="7649" w:type="dxa"/>
            <w:shd w:val="clear" w:color="auto" w:fill="FFFFFF"/>
            <w:tcMar>
              <w:top w:w="100" w:type="dxa"/>
              <w:left w:w="130" w:type="dxa"/>
              <w:bottom w:w="100" w:type="dxa"/>
              <w:right w:w="130" w:type="dxa"/>
            </w:tcMar>
            <w:vAlign w:val="center"/>
          </w:tcPr>
          <w:p w14:paraId="25667A42" w14:textId="77777777" w:rsidR="00612663" w:rsidRDefault="00612663">
            <w:pPr>
              <w:spacing w:after="0"/>
            </w:pPr>
            <w:r>
              <w:rPr>
                <w:sz w:val="21"/>
              </w:rPr>
              <w:t>Rollo de cartón, cono de cartulina o silueta ya recortada.</w:t>
            </w:r>
          </w:p>
        </w:tc>
      </w:tr>
      <w:tr w:rsidR="00113692" w14:paraId="098AB63E" w14:textId="77777777">
        <w:tc>
          <w:tcPr>
            <w:tcW w:w="2100" w:type="dxa"/>
            <w:shd w:val="clear" w:color="auto" w:fill="EAF4EE"/>
            <w:tcMar>
              <w:top w:w="100" w:type="dxa"/>
              <w:left w:w="130" w:type="dxa"/>
              <w:bottom w:w="100" w:type="dxa"/>
              <w:right w:w="130" w:type="dxa"/>
            </w:tcMar>
            <w:vAlign w:val="center"/>
          </w:tcPr>
          <w:p w14:paraId="59C8E75A" w14:textId="77777777" w:rsidR="00612663" w:rsidRDefault="00612663">
            <w:pPr>
              <w:spacing w:after="0"/>
            </w:pPr>
            <w:r>
              <w:rPr>
                <w:b/>
                <w:color w:val="1F4D78"/>
                <w:sz w:val="21"/>
              </w:rPr>
              <w:t>Túnica</w:t>
            </w:r>
          </w:p>
        </w:tc>
        <w:tc>
          <w:tcPr>
            <w:tcW w:w="7649" w:type="dxa"/>
            <w:shd w:val="clear" w:color="auto" w:fill="FFFFFF"/>
            <w:tcMar>
              <w:top w:w="100" w:type="dxa"/>
              <w:left w:w="130" w:type="dxa"/>
              <w:bottom w:w="100" w:type="dxa"/>
              <w:right w:w="130" w:type="dxa"/>
            </w:tcMar>
            <w:vAlign w:val="center"/>
          </w:tcPr>
          <w:p w14:paraId="0B605432" w14:textId="77777777" w:rsidR="00612663" w:rsidRDefault="00612663">
            <w:pPr>
              <w:spacing w:after="0"/>
            </w:pPr>
            <w:r>
              <w:rPr>
                <w:sz w:val="21"/>
              </w:rPr>
              <w:t>Retal, papel de seda, fieltro o cartulina de un color disponible.</w:t>
            </w:r>
          </w:p>
        </w:tc>
      </w:tr>
      <w:tr w:rsidR="00113692" w14:paraId="6459696C" w14:textId="77777777">
        <w:tc>
          <w:tcPr>
            <w:tcW w:w="2100" w:type="dxa"/>
            <w:shd w:val="clear" w:color="auto" w:fill="EAF4EE"/>
            <w:tcMar>
              <w:top w:w="100" w:type="dxa"/>
              <w:left w:w="130" w:type="dxa"/>
              <w:bottom w:w="100" w:type="dxa"/>
              <w:right w:w="130" w:type="dxa"/>
            </w:tcMar>
            <w:vAlign w:val="center"/>
          </w:tcPr>
          <w:p w14:paraId="297E2538" w14:textId="77777777" w:rsidR="00612663" w:rsidRDefault="00612663">
            <w:pPr>
              <w:spacing w:after="0"/>
            </w:pPr>
            <w:r>
              <w:rPr>
                <w:b/>
                <w:color w:val="1F4D78"/>
                <w:sz w:val="21"/>
              </w:rPr>
              <w:t>Cíngulo</w:t>
            </w:r>
          </w:p>
        </w:tc>
        <w:tc>
          <w:tcPr>
            <w:tcW w:w="7649" w:type="dxa"/>
            <w:shd w:val="clear" w:color="auto" w:fill="FFFFFF"/>
            <w:tcMar>
              <w:top w:w="100" w:type="dxa"/>
              <w:left w:w="130" w:type="dxa"/>
              <w:bottom w:w="100" w:type="dxa"/>
              <w:right w:w="130" w:type="dxa"/>
            </w:tcMar>
            <w:vAlign w:val="center"/>
          </w:tcPr>
          <w:p w14:paraId="67668DC3" w14:textId="77777777" w:rsidR="00612663" w:rsidRDefault="00612663">
            <w:pPr>
              <w:spacing w:after="0"/>
            </w:pPr>
            <w:r>
              <w:rPr>
                <w:sz w:val="21"/>
              </w:rPr>
              <w:t>Lana, cordón o cinta.</w:t>
            </w:r>
          </w:p>
        </w:tc>
      </w:tr>
      <w:tr w:rsidR="00113692" w14:paraId="34CE067F" w14:textId="77777777">
        <w:tc>
          <w:tcPr>
            <w:tcW w:w="2100" w:type="dxa"/>
            <w:shd w:val="clear" w:color="auto" w:fill="EAF4EE"/>
            <w:tcMar>
              <w:top w:w="100" w:type="dxa"/>
              <w:left w:w="130" w:type="dxa"/>
              <w:bottom w:w="100" w:type="dxa"/>
              <w:right w:w="130" w:type="dxa"/>
            </w:tcMar>
            <w:vAlign w:val="center"/>
          </w:tcPr>
          <w:p w14:paraId="552E508A" w14:textId="77777777" w:rsidR="00612663" w:rsidRDefault="00612663">
            <w:pPr>
              <w:spacing w:after="0"/>
            </w:pPr>
            <w:r>
              <w:rPr>
                <w:b/>
                <w:color w:val="1F4D78"/>
                <w:sz w:val="21"/>
              </w:rPr>
              <w:t>Cabeza/capirote</w:t>
            </w:r>
          </w:p>
        </w:tc>
        <w:tc>
          <w:tcPr>
            <w:tcW w:w="7649" w:type="dxa"/>
            <w:shd w:val="clear" w:color="auto" w:fill="FFFFFF"/>
            <w:tcMar>
              <w:top w:w="100" w:type="dxa"/>
              <w:left w:w="130" w:type="dxa"/>
              <w:bottom w:w="100" w:type="dxa"/>
              <w:right w:w="130" w:type="dxa"/>
            </w:tcMar>
            <w:vAlign w:val="center"/>
          </w:tcPr>
          <w:p w14:paraId="6CD4A515" w14:textId="77777777" w:rsidR="00612663" w:rsidRDefault="00612663">
            <w:pPr>
              <w:spacing w:after="0"/>
            </w:pPr>
            <w:r>
              <w:rPr>
                <w:sz w:val="21"/>
              </w:rPr>
              <w:t>Pieza grande preparada por la maestra, sin grapas ni puntas accesibles.</w:t>
            </w:r>
          </w:p>
        </w:tc>
      </w:tr>
      <w:tr w:rsidR="00113692" w14:paraId="4CE33373" w14:textId="77777777">
        <w:tc>
          <w:tcPr>
            <w:tcW w:w="2100" w:type="dxa"/>
            <w:shd w:val="clear" w:color="auto" w:fill="EAF4EE"/>
            <w:tcMar>
              <w:top w:w="100" w:type="dxa"/>
              <w:left w:w="130" w:type="dxa"/>
              <w:bottom w:w="100" w:type="dxa"/>
              <w:right w:w="130" w:type="dxa"/>
            </w:tcMar>
            <w:vAlign w:val="center"/>
          </w:tcPr>
          <w:p w14:paraId="5EDC1751" w14:textId="77777777" w:rsidR="00612663" w:rsidRDefault="00612663">
            <w:pPr>
              <w:spacing w:after="0"/>
            </w:pPr>
            <w:r>
              <w:rPr>
                <w:b/>
                <w:color w:val="1F4D78"/>
                <w:sz w:val="21"/>
              </w:rPr>
              <w:t>Decoración</w:t>
            </w:r>
          </w:p>
        </w:tc>
        <w:tc>
          <w:tcPr>
            <w:tcW w:w="7649" w:type="dxa"/>
            <w:shd w:val="clear" w:color="auto" w:fill="FFFFFF"/>
            <w:tcMar>
              <w:top w:w="100" w:type="dxa"/>
              <w:left w:w="130" w:type="dxa"/>
              <w:bottom w:w="100" w:type="dxa"/>
              <w:right w:w="130" w:type="dxa"/>
            </w:tcMar>
            <w:vAlign w:val="center"/>
          </w:tcPr>
          <w:p w14:paraId="3C776ED2" w14:textId="77777777" w:rsidR="00612663" w:rsidRDefault="00612663">
            <w:pPr>
              <w:spacing w:after="0"/>
            </w:pPr>
            <w:r>
              <w:rPr>
                <w:sz w:val="21"/>
              </w:rPr>
              <w:t>Gomets grandes, huellas de pintura o pequeños detalles de papel.</w:t>
            </w:r>
          </w:p>
        </w:tc>
      </w:tr>
      <w:tr w:rsidR="00113692" w14:paraId="57E3F448" w14:textId="77777777">
        <w:tc>
          <w:tcPr>
            <w:tcW w:w="2100" w:type="dxa"/>
            <w:shd w:val="clear" w:color="auto" w:fill="EAF4EE"/>
            <w:tcMar>
              <w:top w:w="100" w:type="dxa"/>
              <w:left w:w="130" w:type="dxa"/>
              <w:bottom w:w="100" w:type="dxa"/>
              <w:right w:w="130" w:type="dxa"/>
            </w:tcMar>
            <w:vAlign w:val="center"/>
          </w:tcPr>
          <w:p w14:paraId="43398F5B" w14:textId="77777777" w:rsidR="00612663" w:rsidRDefault="00612663">
            <w:pPr>
              <w:spacing w:after="0"/>
            </w:pPr>
            <w:r>
              <w:rPr>
                <w:b/>
                <w:color w:val="1F4D78"/>
                <w:sz w:val="21"/>
              </w:rPr>
              <w:t>Base</w:t>
            </w:r>
          </w:p>
        </w:tc>
        <w:tc>
          <w:tcPr>
            <w:tcW w:w="7649" w:type="dxa"/>
            <w:shd w:val="clear" w:color="auto" w:fill="FFFFFF"/>
            <w:tcMar>
              <w:top w:w="100" w:type="dxa"/>
              <w:left w:w="130" w:type="dxa"/>
              <w:bottom w:w="100" w:type="dxa"/>
              <w:right w:w="130" w:type="dxa"/>
            </w:tcMar>
            <w:vAlign w:val="center"/>
          </w:tcPr>
          <w:p w14:paraId="123D61F7" w14:textId="77777777" w:rsidR="00612663" w:rsidRDefault="00612663">
            <w:pPr>
              <w:spacing w:after="0"/>
            </w:pPr>
            <w:r>
              <w:rPr>
                <w:sz w:val="21"/>
              </w:rPr>
              <w:t>Cartón firme con el nombre del niño, si el modelo necesita estabilidad.</w:t>
            </w:r>
          </w:p>
        </w:tc>
      </w:tr>
      <w:tr w:rsidR="00113692" w14:paraId="4DEBD561" w14:textId="77777777">
        <w:tc>
          <w:tcPr>
            <w:tcW w:w="9749" w:type="dxa"/>
            <w:gridSpan w:val="2"/>
            <w:shd w:val="clear" w:color="auto" w:fill="FFF4D8"/>
            <w:tcMar>
              <w:top w:w="100" w:type="dxa"/>
              <w:left w:w="130" w:type="dxa"/>
              <w:bottom w:w="100" w:type="dxa"/>
              <w:right w:w="130" w:type="dxa"/>
            </w:tcMar>
            <w:vAlign w:val="center"/>
          </w:tcPr>
          <w:p w14:paraId="5F1F46CB" w14:textId="77777777" w:rsidR="00612663" w:rsidRDefault="00612663">
            <w:pPr>
              <w:spacing w:after="40" w:line="288" w:lineRule="auto"/>
            </w:pPr>
            <w:r>
              <w:rPr>
                <w:b/>
                <w:color w:val="1F4D78"/>
              </w:rPr>
              <w:t xml:space="preserve">No comprar  </w:t>
            </w:r>
            <w:r>
              <w:t>La guía no fija un único modelo: se elige en marzo según los materiales guardados y la propuesta que resulte más bonita y viable. Se mantiene la finalidad, no una plantilla cerrada.</w:t>
            </w:r>
          </w:p>
        </w:tc>
      </w:tr>
    </w:tbl>
    <w:p w14:paraId="6B65B8D6" w14:textId="77777777" w:rsidR="00612663" w:rsidRDefault="00612663">
      <w:pPr>
        <w:spacing w:after="40"/>
      </w:pPr>
    </w:p>
    <w:p w14:paraId="3870D856" w14:textId="77777777" w:rsidR="00612663" w:rsidRDefault="00612663">
      <w:pPr>
        <w:pStyle w:val="Ttulo2"/>
      </w:pPr>
      <w:r>
        <w:rPr>
          <w:rFonts w:ascii="Calibri" w:hAnsi="Calibri"/>
        </w:rPr>
        <w:t>Desarrollo orientativo</w:t>
      </w:r>
    </w:p>
    <w:p w14:paraId="5C2838FA" w14:textId="77777777" w:rsidR="00612663" w:rsidRDefault="00612663">
      <w:pPr>
        <w:keepNext/>
        <w:spacing w:before="80" w:after="60"/>
      </w:pPr>
      <w:r>
        <w:rPr>
          <w:b/>
          <w:color w:val="1F4D78"/>
          <w:sz w:val="23"/>
        </w:rPr>
        <w:t>Presentación</w:t>
      </w:r>
      <w:r>
        <w:rPr>
          <w:b/>
          <w:color w:val="687784"/>
          <w:sz w:val="20"/>
        </w:rPr>
        <w:t xml:space="preserve">  ·  5 min</w:t>
      </w:r>
    </w:p>
    <w:p w14:paraId="0E1EB194" w14:textId="77777777" w:rsidR="00612663" w:rsidRDefault="00612663">
      <w:pPr>
        <w:spacing w:after="100"/>
      </w:pPr>
      <w:r>
        <w:t>Mostrar un nazareno o una imagen cercana y explicar: «En Semana Santa muchas personas acompañan a Jesús». Evitar asociar el capirote con miedo o castigo.</w:t>
      </w:r>
    </w:p>
    <w:p w14:paraId="4A8F3DAD" w14:textId="77777777" w:rsidR="00612663" w:rsidRDefault="00612663">
      <w:pPr>
        <w:keepNext/>
        <w:spacing w:before="80" w:after="60"/>
      </w:pPr>
      <w:r>
        <w:rPr>
          <w:b/>
          <w:color w:val="1F4D78"/>
          <w:sz w:val="23"/>
        </w:rPr>
        <w:t>Elección</w:t>
      </w:r>
      <w:r>
        <w:rPr>
          <w:b/>
          <w:color w:val="687784"/>
          <w:sz w:val="20"/>
        </w:rPr>
        <w:t xml:space="preserve">  ·  5 min</w:t>
      </w:r>
    </w:p>
    <w:p w14:paraId="743DF78D" w14:textId="77777777" w:rsidR="00612663" w:rsidRDefault="00612663">
      <w:pPr>
        <w:spacing w:after="100"/>
      </w:pPr>
      <w:r>
        <w:t>Elegir entre dos colores o materiales disponibles, sin ofrecer demasiadas opciones.</w:t>
      </w:r>
    </w:p>
    <w:p w14:paraId="084ED709" w14:textId="77777777" w:rsidR="00612663" w:rsidRDefault="00612663">
      <w:pPr>
        <w:keepNext/>
        <w:spacing w:before="80" w:after="60"/>
      </w:pPr>
      <w:r>
        <w:rPr>
          <w:b/>
          <w:color w:val="1F4D78"/>
          <w:sz w:val="23"/>
        </w:rPr>
        <w:t>Montaje</w:t>
      </w:r>
      <w:r>
        <w:rPr>
          <w:b/>
          <w:color w:val="687784"/>
          <w:sz w:val="20"/>
        </w:rPr>
        <w:t xml:space="preserve">  ·  25-35 min</w:t>
      </w:r>
    </w:p>
    <w:p w14:paraId="539C1CA8" w14:textId="77777777" w:rsidR="00612663" w:rsidRDefault="00612663">
      <w:pPr>
        <w:spacing w:after="100"/>
      </w:pPr>
      <w:r>
        <w:t>El niño pega la túnica, coloca el cíngulo y añade la decoración. La maestra realiza previamente cortes difíciles y uniones estructurales.</w:t>
      </w:r>
    </w:p>
    <w:p w14:paraId="27042F33" w14:textId="77777777" w:rsidR="00612663" w:rsidRDefault="00612663">
      <w:pPr>
        <w:keepNext/>
        <w:spacing w:before="80" w:after="60"/>
      </w:pPr>
      <w:r>
        <w:rPr>
          <w:b/>
          <w:color w:val="1F4D78"/>
          <w:sz w:val="23"/>
        </w:rPr>
        <w:t>Nombre y cuidado</w:t>
      </w:r>
      <w:r>
        <w:rPr>
          <w:b/>
          <w:color w:val="687784"/>
          <w:sz w:val="20"/>
        </w:rPr>
        <w:t xml:space="preserve">  ·  5 min</w:t>
      </w:r>
    </w:p>
    <w:p w14:paraId="66938D05" w14:textId="77777777" w:rsidR="00612663" w:rsidRDefault="00612663">
      <w:pPr>
        <w:spacing w:after="100"/>
      </w:pPr>
      <w:r>
        <w:t>Poner el nombre y dejar secar en un lugar visible. Recordar que se llevará a casa cuando esté firme.</w:t>
      </w:r>
    </w:p>
    <w:p w14:paraId="4595DC52" w14:textId="77777777" w:rsidR="00612663" w:rsidRDefault="00612663">
      <w:pPr>
        <w:keepNext/>
        <w:spacing w:before="80" w:after="60"/>
      </w:pPr>
      <w:r>
        <w:rPr>
          <w:b/>
          <w:color w:val="1F4D78"/>
          <w:sz w:val="23"/>
        </w:rPr>
        <w:t>Cierre</w:t>
      </w:r>
      <w:r>
        <w:rPr>
          <w:b/>
          <w:color w:val="687784"/>
          <w:sz w:val="20"/>
        </w:rPr>
        <w:t xml:space="preserve">  ·  2 min</w:t>
      </w:r>
    </w:p>
    <w:p w14:paraId="21321806" w14:textId="77777777" w:rsidR="00612663" w:rsidRDefault="00612663">
      <w:pPr>
        <w:spacing w:after="100"/>
      </w:pPr>
      <w:r>
        <w:t>«Jesús, acompaña a nuestras familias».</w:t>
      </w:r>
    </w:p>
    <w:tbl>
      <w:tblPr>
        <w:tblW w:w="9749" w:type="dxa"/>
        <w:tblInd w:w="120" w:type="dxa"/>
        <w:tblLayout w:type="fixed"/>
        <w:tblLook w:val="04A0" w:firstRow="1" w:lastRow="0" w:firstColumn="1" w:lastColumn="0" w:noHBand="0" w:noVBand="1"/>
      </w:tblPr>
      <w:tblGrid>
        <w:gridCol w:w="2100"/>
        <w:gridCol w:w="3550"/>
        <w:gridCol w:w="4099"/>
      </w:tblGrid>
      <w:tr w:rsidR="00113692" w14:paraId="217B1178" w14:textId="77777777">
        <w:trPr>
          <w:tblHeader/>
        </w:trPr>
        <w:tc>
          <w:tcPr>
            <w:tcW w:w="2100" w:type="dxa"/>
            <w:shd w:val="clear" w:color="auto" w:fill="E8EEF5"/>
            <w:tcMar>
              <w:top w:w="100" w:type="dxa"/>
              <w:left w:w="130" w:type="dxa"/>
              <w:bottom w:w="100" w:type="dxa"/>
              <w:right w:w="130" w:type="dxa"/>
            </w:tcMar>
            <w:vAlign w:val="center"/>
          </w:tcPr>
          <w:p w14:paraId="19D056AE" w14:textId="77777777" w:rsidR="00612663" w:rsidRDefault="00612663">
            <w:pPr>
              <w:jc w:val="center"/>
            </w:pPr>
            <w:r>
              <w:rPr>
                <w:b/>
                <w:color w:val="1F4D78"/>
                <w:sz w:val="20"/>
              </w:rPr>
              <w:lastRenderedPageBreak/>
              <w:t>Espacio</w:t>
            </w:r>
          </w:p>
        </w:tc>
        <w:tc>
          <w:tcPr>
            <w:tcW w:w="3550" w:type="dxa"/>
            <w:shd w:val="clear" w:color="auto" w:fill="E8EEF5"/>
            <w:tcMar>
              <w:top w:w="100" w:type="dxa"/>
              <w:left w:w="130" w:type="dxa"/>
              <w:bottom w:w="100" w:type="dxa"/>
              <w:right w:w="130" w:type="dxa"/>
            </w:tcMar>
            <w:vAlign w:val="center"/>
          </w:tcPr>
          <w:p w14:paraId="689A0309"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7736874" w14:textId="77777777" w:rsidR="00612663" w:rsidRDefault="00612663">
            <w:pPr>
              <w:jc w:val="center"/>
            </w:pPr>
            <w:r>
              <w:rPr>
                <w:b/>
                <w:color w:val="1F4D78"/>
                <w:sz w:val="20"/>
              </w:rPr>
              <w:t>Propuesta</w:t>
            </w:r>
          </w:p>
        </w:tc>
      </w:tr>
      <w:tr w:rsidR="00113692" w14:paraId="25A04A3D" w14:textId="77777777">
        <w:tc>
          <w:tcPr>
            <w:tcW w:w="2100" w:type="dxa"/>
            <w:tcMar>
              <w:top w:w="100" w:type="dxa"/>
              <w:left w:w="130" w:type="dxa"/>
              <w:bottom w:w="100" w:type="dxa"/>
              <w:right w:w="130" w:type="dxa"/>
            </w:tcMar>
          </w:tcPr>
          <w:p w14:paraId="0959EEA8" w14:textId="77777777" w:rsidR="00612663" w:rsidRDefault="00612663">
            <w:pPr>
              <w:spacing w:after="0"/>
            </w:pPr>
            <w:r>
              <w:rPr>
                <w:b/>
                <w:color w:val="1F4D78"/>
                <w:sz w:val="19"/>
              </w:rPr>
              <w:t>Manitas</w:t>
            </w:r>
          </w:p>
        </w:tc>
        <w:tc>
          <w:tcPr>
            <w:tcW w:w="3550" w:type="dxa"/>
            <w:tcMar>
              <w:top w:w="100" w:type="dxa"/>
              <w:left w:w="130" w:type="dxa"/>
              <w:bottom w:w="100" w:type="dxa"/>
              <w:right w:w="130" w:type="dxa"/>
            </w:tcMar>
          </w:tcPr>
          <w:p w14:paraId="5A255023" w14:textId="77777777" w:rsidR="00612663" w:rsidRDefault="00612663">
            <w:pPr>
              <w:spacing w:after="0"/>
            </w:pPr>
            <w:r>
              <w:rPr>
                <w:sz w:val="19"/>
              </w:rPr>
              <w:t>Piezas preparadas y pegamento.</w:t>
            </w:r>
          </w:p>
        </w:tc>
        <w:tc>
          <w:tcPr>
            <w:tcW w:w="4099" w:type="dxa"/>
            <w:tcMar>
              <w:top w:w="100" w:type="dxa"/>
              <w:left w:w="130" w:type="dxa"/>
              <w:bottom w:w="100" w:type="dxa"/>
              <w:right w:w="130" w:type="dxa"/>
            </w:tcMar>
          </w:tcPr>
          <w:p w14:paraId="648035E4" w14:textId="77777777" w:rsidR="00612663" w:rsidRDefault="00612663">
            <w:pPr>
              <w:spacing w:after="0"/>
            </w:pPr>
            <w:r>
              <w:rPr>
                <w:sz w:val="19"/>
              </w:rPr>
              <w:t>Montar y presionar.</w:t>
            </w:r>
          </w:p>
        </w:tc>
      </w:tr>
      <w:tr w:rsidR="00113692" w14:paraId="7B684DCF" w14:textId="77777777">
        <w:tc>
          <w:tcPr>
            <w:tcW w:w="2100" w:type="dxa"/>
            <w:tcMar>
              <w:top w:w="100" w:type="dxa"/>
              <w:left w:w="130" w:type="dxa"/>
              <w:bottom w:w="100" w:type="dxa"/>
              <w:right w:w="130" w:type="dxa"/>
            </w:tcMar>
          </w:tcPr>
          <w:p w14:paraId="114CDAE8" w14:textId="77777777" w:rsidR="00612663" w:rsidRDefault="00612663">
            <w:pPr>
              <w:spacing w:after="0"/>
            </w:pPr>
            <w:r>
              <w:rPr>
                <w:b/>
                <w:color w:val="1F4D78"/>
                <w:sz w:val="19"/>
              </w:rPr>
              <w:t>Creativo</w:t>
            </w:r>
          </w:p>
        </w:tc>
        <w:tc>
          <w:tcPr>
            <w:tcW w:w="3550" w:type="dxa"/>
            <w:tcMar>
              <w:top w:w="100" w:type="dxa"/>
              <w:left w:w="130" w:type="dxa"/>
              <w:bottom w:w="100" w:type="dxa"/>
              <w:right w:w="130" w:type="dxa"/>
            </w:tcMar>
          </w:tcPr>
          <w:p w14:paraId="4C76BA77" w14:textId="77777777" w:rsidR="00612663" w:rsidRDefault="00612663">
            <w:pPr>
              <w:spacing w:after="0"/>
            </w:pPr>
            <w:r>
              <w:rPr>
                <w:sz w:val="19"/>
              </w:rPr>
              <w:t>Retales, papel y gomets.</w:t>
            </w:r>
          </w:p>
        </w:tc>
        <w:tc>
          <w:tcPr>
            <w:tcW w:w="4099" w:type="dxa"/>
            <w:tcMar>
              <w:top w:w="100" w:type="dxa"/>
              <w:left w:w="130" w:type="dxa"/>
              <w:bottom w:w="100" w:type="dxa"/>
              <w:right w:w="130" w:type="dxa"/>
            </w:tcMar>
          </w:tcPr>
          <w:p w14:paraId="01DC4C50" w14:textId="77777777" w:rsidR="00612663" w:rsidRDefault="00612663">
            <w:pPr>
              <w:spacing w:after="0"/>
            </w:pPr>
            <w:r>
              <w:rPr>
                <w:sz w:val="19"/>
              </w:rPr>
              <w:t>Elegir y decorar.</w:t>
            </w:r>
          </w:p>
        </w:tc>
      </w:tr>
      <w:tr w:rsidR="00113692" w14:paraId="4CA87AF0" w14:textId="77777777">
        <w:tc>
          <w:tcPr>
            <w:tcW w:w="2100" w:type="dxa"/>
            <w:tcMar>
              <w:top w:w="100" w:type="dxa"/>
              <w:left w:w="130" w:type="dxa"/>
              <w:bottom w:w="100" w:type="dxa"/>
              <w:right w:w="130" w:type="dxa"/>
            </w:tcMar>
          </w:tcPr>
          <w:p w14:paraId="6B7DF99B"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5ADDA65E" w14:textId="77777777" w:rsidR="00612663" w:rsidRDefault="00612663">
            <w:pPr>
              <w:spacing w:after="0"/>
            </w:pPr>
            <w:r>
              <w:rPr>
                <w:sz w:val="19"/>
              </w:rPr>
              <w:t>Túnica o complemento real.</w:t>
            </w:r>
          </w:p>
        </w:tc>
        <w:tc>
          <w:tcPr>
            <w:tcW w:w="4099" w:type="dxa"/>
            <w:tcMar>
              <w:top w:w="100" w:type="dxa"/>
              <w:left w:w="130" w:type="dxa"/>
              <w:bottom w:w="100" w:type="dxa"/>
              <w:right w:w="130" w:type="dxa"/>
            </w:tcMar>
          </w:tcPr>
          <w:p w14:paraId="0444561E" w14:textId="77777777" w:rsidR="00612663" w:rsidRDefault="00612663">
            <w:pPr>
              <w:spacing w:after="0"/>
            </w:pPr>
            <w:r>
              <w:rPr>
                <w:sz w:val="19"/>
              </w:rPr>
              <w:t>Observar cómo se viste un nazareno.</w:t>
            </w:r>
          </w:p>
        </w:tc>
      </w:tr>
      <w:tr w:rsidR="00113692" w14:paraId="5DAB0BD7" w14:textId="77777777">
        <w:tc>
          <w:tcPr>
            <w:tcW w:w="2100" w:type="dxa"/>
            <w:tcMar>
              <w:top w:w="100" w:type="dxa"/>
              <w:left w:w="130" w:type="dxa"/>
              <w:bottom w:w="100" w:type="dxa"/>
              <w:right w:w="130" w:type="dxa"/>
            </w:tcMar>
          </w:tcPr>
          <w:p w14:paraId="7681324F"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5573FAD5" w14:textId="77777777" w:rsidR="00612663" w:rsidRDefault="00612663">
            <w:pPr>
              <w:spacing w:after="0"/>
            </w:pPr>
            <w:r>
              <w:rPr>
                <w:sz w:val="19"/>
              </w:rPr>
              <w:t>Fotografía respetuosa de una procesión.</w:t>
            </w:r>
          </w:p>
        </w:tc>
        <w:tc>
          <w:tcPr>
            <w:tcW w:w="4099" w:type="dxa"/>
            <w:tcMar>
              <w:top w:w="100" w:type="dxa"/>
              <w:left w:w="130" w:type="dxa"/>
              <w:bottom w:w="100" w:type="dxa"/>
              <w:right w:w="130" w:type="dxa"/>
            </w:tcMar>
          </w:tcPr>
          <w:p w14:paraId="5D6A9A37" w14:textId="77777777" w:rsidR="00612663" w:rsidRDefault="00612663">
            <w:pPr>
              <w:spacing w:after="0"/>
            </w:pPr>
            <w:r>
              <w:rPr>
                <w:sz w:val="19"/>
              </w:rPr>
              <w:t>Relacionar la manualidad con la tradición.</w:t>
            </w:r>
          </w:p>
        </w:tc>
      </w:tr>
    </w:tbl>
    <w:p w14:paraId="05F22B79" w14:textId="77777777" w:rsidR="00612663" w:rsidRDefault="00612663">
      <w:pPr>
        <w:pStyle w:val="Ttulo2"/>
      </w:pPr>
      <w:r>
        <w:rPr>
          <w:rFonts w:ascii="Calibri" w:hAnsi="Calibri"/>
        </w:rPr>
        <w:t>Qué observar</w:t>
      </w:r>
    </w:p>
    <w:p w14:paraId="367A77CE" w14:textId="77777777" w:rsidR="00612663" w:rsidRDefault="00612663">
      <w:r>
        <w:t>Si reconoce el nazareno como una figura de Semana Santa, toma pequeñas decisiones, sigue una secuencia de dos o tres pasos, persevera y trata su trabajo con cuidado.</w:t>
      </w:r>
    </w:p>
    <w:tbl>
      <w:tblPr>
        <w:tblW w:w="9749" w:type="dxa"/>
        <w:tblInd w:w="120" w:type="dxa"/>
        <w:tblLayout w:type="fixed"/>
        <w:tblLook w:val="04A0" w:firstRow="1" w:lastRow="0" w:firstColumn="1" w:lastColumn="0" w:noHBand="0" w:noVBand="1"/>
      </w:tblPr>
      <w:tblGrid>
        <w:gridCol w:w="9749"/>
      </w:tblGrid>
      <w:tr w:rsidR="00113692" w14:paraId="7021881A" w14:textId="77777777">
        <w:tc>
          <w:tcPr>
            <w:tcW w:w="9749" w:type="dxa"/>
            <w:shd w:val="clear" w:color="auto" w:fill="FFF4D8"/>
            <w:tcMar>
              <w:top w:w="100" w:type="dxa"/>
              <w:left w:w="130" w:type="dxa"/>
              <w:bottom w:w="100" w:type="dxa"/>
              <w:right w:w="130" w:type="dxa"/>
            </w:tcMar>
            <w:vAlign w:val="center"/>
          </w:tcPr>
          <w:p w14:paraId="1352F22E" w14:textId="77777777" w:rsidR="00612663" w:rsidRDefault="00612663">
            <w:pPr>
              <w:spacing w:after="40" w:line="288" w:lineRule="auto"/>
            </w:pPr>
            <w:r>
              <w:rPr>
                <w:b/>
                <w:color w:val="1F4D78"/>
              </w:rPr>
              <w:t xml:space="preserve">Ayuda adulta justa  </w:t>
            </w:r>
            <w:r>
              <w:t>Preparar no significa hacerlo por ellos. El adulto corta y asegura; el niño elige, pega, presiona, coloca y decora.</w:t>
            </w:r>
          </w:p>
        </w:tc>
      </w:tr>
    </w:tbl>
    <w:p w14:paraId="516F52E4" w14:textId="77777777" w:rsidR="00612663" w:rsidRDefault="00612663">
      <w:pPr>
        <w:spacing w:after="40"/>
      </w:pPr>
    </w:p>
    <w:p w14:paraId="36CBE200" w14:textId="77777777" w:rsidR="00612663" w:rsidRDefault="00612663">
      <w:r>
        <w:br w:type="page"/>
      </w:r>
    </w:p>
    <w:p w14:paraId="46A9E66D" w14:textId="77777777" w:rsidR="00612663" w:rsidRDefault="00612663">
      <w:pPr>
        <w:pStyle w:val="Ttulo1"/>
      </w:pPr>
      <w:r>
        <w:rPr>
          <w:rFonts w:ascii="Calibri" w:hAnsi="Calibri"/>
        </w:rPr>
        <w:lastRenderedPageBreak/>
        <w:t>7. Sesión 5 · ¡Jesús vive!</w:t>
      </w:r>
    </w:p>
    <w:p w14:paraId="7EF9C7EC" w14:textId="77777777" w:rsidR="00612663" w:rsidRDefault="00612663">
      <w:pPr>
        <w:keepNext/>
        <w:jc w:val="center"/>
      </w:pPr>
      <w:r>
        <w:rPr>
          <w:noProof/>
        </w:rPr>
        <w:drawing>
          <wp:inline distT="0" distB="0" distL="0" distR="0" wp14:anchorId="0BA8E031" wp14:editId="68AD6308">
            <wp:extent cx="5257800" cy="394335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fc7f0a00-9afb-4fff-a5da-159de8be613f.png"/>
                    <pic:cNvPicPr/>
                  </pic:nvPicPr>
                  <pic:blipFill>
                    <a:blip r:embed="rId29"/>
                    <a:stretch>
                      <a:fillRect/>
                    </a:stretch>
                  </pic:blipFill>
                  <pic:spPr>
                    <a:xfrm>
                      <a:off x="0" y="0"/>
                      <a:ext cx="5257800" cy="3943350"/>
                    </a:xfrm>
                    <a:prstGeom prst="rect">
                      <a:avLst/>
                    </a:prstGeom>
                  </pic:spPr>
                </pic:pic>
              </a:graphicData>
            </a:graphic>
          </wp:inline>
        </w:drawing>
      </w:r>
    </w:p>
    <w:p w14:paraId="4F77B141" w14:textId="77777777" w:rsidR="00612663" w:rsidRDefault="00612663">
      <w:pPr>
        <w:keepNext/>
        <w:spacing w:after="160"/>
        <w:jc w:val="center"/>
      </w:pPr>
      <w:r>
        <w:rPr>
          <w:i/>
          <w:color w:val="687784"/>
          <w:sz w:val="19"/>
        </w:rPr>
        <w:t>Ficha 22 · Pega brillantitos en el camino y repasa los rayos con pegamento de purpurina</w:t>
      </w:r>
    </w:p>
    <w:tbl>
      <w:tblPr>
        <w:tblW w:w="9749" w:type="dxa"/>
        <w:tblInd w:w="120" w:type="dxa"/>
        <w:tblLayout w:type="fixed"/>
        <w:tblLook w:val="04A0" w:firstRow="1" w:lastRow="0" w:firstColumn="1" w:lastColumn="0" w:noHBand="0" w:noVBand="1"/>
      </w:tblPr>
      <w:tblGrid>
        <w:gridCol w:w="9749"/>
      </w:tblGrid>
      <w:tr w:rsidR="00113692" w14:paraId="1E1F0AEB" w14:textId="77777777">
        <w:tc>
          <w:tcPr>
            <w:tcW w:w="9749" w:type="dxa"/>
            <w:shd w:val="clear" w:color="auto" w:fill="EAF4EE"/>
            <w:tcMar>
              <w:top w:w="100" w:type="dxa"/>
              <w:left w:w="130" w:type="dxa"/>
              <w:bottom w:w="100" w:type="dxa"/>
              <w:right w:w="130" w:type="dxa"/>
            </w:tcMar>
            <w:vAlign w:val="center"/>
          </w:tcPr>
          <w:p w14:paraId="3DD7E2A8" w14:textId="77777777" w:rsidR="00612663" w:rsidRDefault="00612663">
            <w:pPr>
              <w:spacing w:after="40" w:line="288" w:lineRule="auto"/>
            </w:pPr>
            <w:r>
              <w:rPr>
                <w:b/>
                <w:color w:val="1F4D78"/>
              </w:rPr>
              <w:t xml:space="preserve">Aprendizaje  </w:t>
            </w:r>
            <w:r>
              <w:t>El sepulcro está abierto: Jesús vive. La Pascua es luz, vida y alegría.</w:t>
            </w:r>
          </w:p>
        </w:tc>
      </w:tr>
    </w:tbl>
    <w:p w14:paraId="27F2A294" w14:textId="77777777" w:rsidR="00612663" w:rsidRDefault="00612663">
      <w:pPr>
        <w:spacing w:after="40"/>
      </w:pPr>
    </w:p>
    <w:p w14:paraId="2253CD00" w14:textId="77777777" w:rsidR="00612663" w:rsidRDefault="00612663">
      <w:pPr>
        <w:pStyle w:val="Ttulo2"/>
      </w:pPr>
      <w:r>
        <w:rPr>
          <w:rFonts w:ascii="Calibri" w:hAnsi="Calibri"/>
        </w:rPr>
        <w:t>Preparación</w:t>
      </w:r>
    </w:p>
    <w:p w14:paraId="03EC4C8D" w14:textId="77777777" w:rsidR="00612663" w:rsidRDefault="00612663">
      <w:r>
        <w:t>Transformar el ambiente delante del grupo: retirar la tela morada, colocar tela blanca o dorada, flores y varias velas LED. En el minimundo añadir sepulcro abierto y camino. Preparar brillantitos grandes en bandejas y pegamento de purpurina.</w:t>
      </w:r>
    </w:p>
    <w:p w14:paraId="1B415EA5" w14:textId="77777777" w:rsidR="00612663" w:rsidRDefault="00612663">
      <w:pPr>
        <w:pStyle w:val="Ttulo2"/>
      </w:pPr>
      <w:r>
        <w:rPr>
          <w:rFonts w:ascii="Calibri" w:hAnsi="Calibri"/>
        </w:rPr>
        <w:t>Desarrollo orientativo</w:t>
      </w:r>
    </w:p>
    <w:p w14:paraId="35D893DE" w14:textId="77777777" w:rsidR="00612663" w:rsidRDefault="00612663">
      <w:pPr>
        <w:keepNext/>
        <w:spacing w:before="80" w:after="60"/>
      </w:pPr>
      <w:r>
        <w:rPr>
          <w:b/>
          <w:color w:val="1F4D78"/>
          <w:sz w:val="23"/>
        </w:rPr>
        <w:t>Transformación</w:t>
      </w:r>
      <w:r>
        <w:rPr>
          <w:b/>
          <w:color w:val="687784"/>
          <w:sz w:val="20"/>
        </w:rPr>
        <w:t xml:space="preserve">  ·  4-5 min</w:t>
      </w:r>
    </w:p>
    <w:p w14:paraId="50AD80C4" w14:textId="77777777" w:rsidR="00612663" w:rsidRDefault="00612663">
      <w:pPr>
        <w:spacing w:after="100"/>
      </w:pPr>
      <w:r>
        <w:t>Cambiar juntos los colores del espacio y preguntar qué notan: más luz, flores y alegría.</w:t>
      </w:r>
    </w:p>
    <w:p w14:paraId="2B31C63B" w14:textId="77777777" w:rsidR="00612663" w:rsidRDefault="00612663">
      <w:pPr>
        <w:keepNext/>
        <w:spacing w:before="80" w:after="60"/>
      </w:pPr>
      <w:r>
        <w:rPr>
          <w:b/>
          <w:color w:val="1F4D78"/>
          <w:sz w:val="23"/>
        </w:rPr>
        <w:t>Relato</w:t>
      </w:r>
      <w:r>
        <w:rPr>
          <w:b/>
          <w:color w:val="687784"/>
          <w:sz w:val="20"/>
        </w:rPr>
        <w:t xml:space="preserve">  ·  5-7 min</w:t>
      </w:r>
    </w:p>
    <w:p w14:paraId="2F8E95E8" w14:textId="77777777" w:rsidR="00612663" w:rsidRDefault="00612663">
      <w:pPr>
        <w:spacing w:after="100"/>
      </w:pPr>
      <w:r>
        <w:t>Mostrar el sepulcro abierto y contar: «Los amigos de Jesús descubrieron que no estaba allí. Jesús vive».</w:t>
      </w:r>
    </w:p>
    <w:p w14:paraId="0C19C245" w14:textId="77777777" w:rsidR="00612663" w:rsidRDefault="00612663">
      <w:pPr>
        <w:keepNext/>
        <w:spacing w:before="80" w:after="60"/>
      </w:pPr>
      <w:r>
        <w:rPr>
          <w:b/>
          <w:color w:val="1F4D78"/>
          <w:sz w:val="23"/>
        </w:rPr>
        <w:t>Camino de luz</w:t>
      </w:r>
      <w:r>
        <w:rPr>
          <w:b/>
          <w:color w:val="687784"/>
          <w:sz w:val="20"/>
        </w:rPr>
        <w:t xml:space="preserve">  ·  6-8 min</w:t>
      </w:r>
    </w:p>
    <w:p w14:paraId="533E9480" w14:textId="77777777" w:rsidR="00612663" w:rsidRDefault="00612663">
      <w:pPr>
        <w:spacing w:after="100"/>
      </w:pPr>
      <w:r>
        <w:t>Encender las velas LED desde el sepulcro hacia el grupo y repetir juntos: «¡Jesús vive!».</w:t>
      </w:r>
    </w:p>
    <w:p w14:paraId="22D3DEA0" w14:textId="77777777" w:rsidR="00612663" w:rsidRDefault="00612663">
      <w:pPr>
        <w:keepNext/>
        <w:spacing w:before="80" w:after="60"/>
      </w:pPr>
      <w:r>
        <w:rPr>
          <w:b/>
          <w:color w:val="1F4D78"/>
          <w:sz w:val="23"/>
        </w:rPr>
        <w:t>Celebración</w:t>
      </w:r>
      <w:r>
        <w:rPr>
          <w:b/>
          <w:color w:val="687784"/>
          <w:sz w:val="20"/>
        </w:rPr>
        <w:t xml:space="preserve">  ·  5 min</w:t>
      </w:r>
    </w:p>
    <w:p w14:paraId="351057B9" w14:textId="77777777" w:rsidR="00612663" w:rsidRDefault="00612663">
      <w:pPr>
        <w:spacing w:after="100"/>
      </w:pPr>
      <w:r>
        <w:t>Cantar o realizar gestos suaves de alegría; evitar ruido excesivo para conservar el sentido.</w:t>
      </w:r>
    </w:p>
    <w:p w14:paraId="4F022581" w14:textId="77777777" w:rsidR="00612663" w:rsidRDefault="00612663">
      <w:pPr>
        <w:keepNext/>
        <w:spacing w:before="80" w:after="60"/>
      </w:pPr>
      <w:r>
        <w:rPr>
          <w:b/>
          <w:color w:val="1F4D78"/>
          <w:sz w:val="23"/>
        </w:rPr>
        <w:lastRenderedPageBreak/>
        <w:t>Oración</w:t>
      </w:r>
      <w:r>
        <w:rPr>
          <w:b/>
          <w:color w:val="687784"/>
          <w:sz w:val="20"/>
        </w:rPr>
        <w:t xml:space="preserve">  ·  1 min</w:t>
      </w:r>
    </w:p>
    <w:p w14:paraId="2065A2C7" w14:textId="77777777" w:rsidR="00612663" w:rsidRDefault="00612663">
      <w:pPr>
        <w:spacing w:after="100"/>
      </w:pPr>
      <w:r>
        <w:t>«Jesús, gracias por la vida y por tu luz».</w:t>
      </w:r>
    </w:p>
    <w:tbl>
      <w:tblPr>
        <w:tblW w:w="9749" w:type="dxa"/>
        <w:tblInd w:w="120" w:type="dxa"/>
        <w:tblLayout w:type="fixed"/>
        <w:tblLook w:val="04A0" w:firstRow="1" w:lastRow="0" w:firstColumn="1" w:lastColumn="0" w:noHBand="0" w:noVBand="1"/>
      </w:tblPr>
      <w:tblGrid>
        <w:gridCol w:w="2100"/>
        <w:gridCol w:w="3550"/>
        <w:gridCol w:w="4099"/>
      </w:tblGrid>
      <w:tr w:rsidR="00113692" w14:paraId="36D55A86" w14:textId="77777777">
        <w:trPr>
          <w:tblHeader/>
        </w:trPr>
        <w:tc>
          <w:tcPr>
            <w:tcW w:w="2100" w:type="dxa"/>
            <w:shd w:val="clear" w:color="auto" w:fill="E8EEF5"/>
            <w:tcMar>
              <w:top w:w="100" w:type="dxa"/>
              <w:left w:w="130" w:type="dxa"/>
              <w:bottom w:w="100" w:type="dxa"/>
              <w:right w:w="130" w:type="dxa"/>
            </w:tcMar>
            <w:vAlign w:val="center"/>
          </w:tcPr>
          <w:p w14:paraId="762268C2"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2119CAB9"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582D293" w14:textId="77777777" w:rsidR="00612663" w:rsidRDefault="00612663">
            <w:pPr>
              <w:jc w:val="center"/>
            </w:pPr>
            <w:r>
              <w:rPr>
                <w:b/>
                <w:color w:val="1F4D78"/>
                <w:sz w:val="20"/>
              </w:rPr>
              <w:t>Propuesta</w:t>
            </w:r>
          </w:p>
        </w:tc>
      </w:tr>
      <w:tr w:rsidR="00113692" w14:paraId="5C8E088E" w14:textId="77777777">
        <w:tc>
          <w:tcPr>
            <w:tcW w:w="2100" w:type="dxa"/>
            <w:tcMar>
              <w:top w:w="100" w:type="dxa"/>
              <w:left w:w="130" w:type="dxa"/>
              <w:bottom w:w="100" w:type="dxa"/>
              <w:right w:w="130" w:type="dxa"/>
            </w:tcMar>
          </w:tcPr>
          <w:p w14:paraId="31FE89BE" w14:textId="77777777" w:rsidR="00612663" w:rsidRDefault="00612663">
            <w:pPr>
              <w:spacing w:after="0"/>
            </w:pPr>
            <w:r>
              <w:rPr>
                <w:b/>
                <w:color w:val="1F4D78"/>
                <w:sz w:val="19"/>
              </w:rPr>
              <w:t>Minimundo</w:t>
            </w:r>
          </w:p>
        </w:tc>
        <w:tc>
          <w:tcPr>
            <w:tcW w:w="3550" w:type="dxa"/>
            <w:tcMar>
              <w:top w:w="100" w:type="dxa"/>
              <w:left w:w="130" w:type="dxa"/>
              <w:bottom w:w="100" w:type="dxa"/>
              <w:right w:w="130" w:type="dxa"/>
            </w:tcMar>
          </w:tcPr>
          <w:p w14:paraId="0CF7074F" w14:textId="77777777" w:rsidR="00612663" w:rsidRDefault="00612663">
            <w:pPr>
              <w:spacing w:after="0"/>
            </w:pPr>
            <w:r>
              <w:rPr>
                <w:sz w:val="19"/>
              </w:rPr>
              <w:t>Sepulcro, camino, telas y flores.</w:t>
            </w:r>
          </w:p>
        </w:tc>
        <w:tc>
          <w:tcPr>
            <w:tcW w:w="4099" w:type="dxa"/>
            <w:tcMar>
              <w:top w:w="100" w:type="dxa"/>
              <w:left w:w="130" w:type="dxa"/>
              <w:bottom w:w="100" w:type="dxa"/>
              <w:right w:w="130" w:type="dxa"/>
            </w:tcMar>
          </w:tcPr>
          <w:p w14:paraId="7BE00789" w14:textId="77777777" w:rsidR="00612663" w:rsidRDefault="00612663">
            <w:pPr>
              <w:spacing w:after="0"/>
            </w:pPr>
            <w:r>
              <w:rPr>
                <w:sz w:val="19"/>
              </w:rPr>
              <w:t>Reconstruir la mañana de Pascua.</w:t>
            </w:r>
          </w:p>
        </w:tc>
      </w:tr>
      <w:tr w:rsidR="00113692" w14:paraId="743F0AB1" w14:textId="77777777">
        <w:tc>
          <w:tcPr>
            <w:tcW w:w="2100" w:type="dxa"/>
            <w:tcMar>
              <w:top w:w="100" w:type="dxa"/>
              <w:left w:w="130" w:type="dxa"/>
              <w:bottom w:w="100" w:type="dxa"/>
              <w:right w:w="130" w:type="dxa"/>
            </w:tcMar>
          </w:tcPr>
          <w:p w14:paraId="4FEB1E1B" w14:textId="77777777" w:rsidR="00612663" w:rsidRDefault="00612663">
            <w:pPr>
              <w:spacing w:after="0"/>
            </w:pPr>
            <w:r>
              <w:rPr>
                <w:b/>
                <w:color w:val="1F4D78"/>
                <w:sz w:val="19"/>
              </w:rPr>
              <w:t>Sensorial</w:t>
            </w:r>
          </w:p>
        </w:tc>
        <w:tc>
          <w:tcPr>
            <w:tcW w:w="3550" w:type="dxa"/>
            <w:tcMar>
              <w:top w:w="100" w:type="dxa"/>
              <w:left w:w="130" w:type="dxa"/>
              <w:bottom w:w="100" w:type="dxa"/>
              <w:right w:w="130" w:type="dxa"/>
            </w:tcMar>
          </w:tcPr>
          <w:p w14:paraId="09EEC894" w14:textId="77777777" w:rsidR="00612663" w:rsidRDefault="00612663">
            <w:pPr>
              <w:spacing w:after="0"/>
            </w:pPr>
            <w:r>
              <w:rPr>
                <w:sz w:val="19"/>
              </w:rPr>
              <w:t>Telas blanca/dorada y luces LED.</w:t>
            </w:r>
          </w:p>
        </w:tc>
        <w:tc>
          <w:tcPr>
            <w:tcW w:w="4099" w:type="dxa"/>
            <w:tcMar>
              <w:top w:w="100" w:type="dxa"/>
              <w:left w:w="130" w:type="dxa"/>
              <w:bottom w:w="100" w:type="dxa"/>
              <w:right w:w="130" w:type="dxa"/>
            </w:tcMar>
          </w:tcPr>
          <w:p w14:paraId="28919648" w14:textId="77777777" w:rsidR="00612663" w:rsidRDefault="00612663">
            <w:pPr>
              <w:spacing w:after="0"/>
            </w:pPr>
            <w:r>
              <w:rPr>
                <w:sz w:val="19"/>
              </w:rPr>
              <w:t>Comparar oscuridad y luz con seguridad.</w:t>
            </w:r>
          </w:p>
        </w:tc>
      </w:tr>
      <w:tr w:rsidR="00113692" w14:paraId="76CD6F03" w14:textId="77777777">
        <w:tc>
          <w:tcPr>
            <w:tcW w:w="2100" w:type="dxa"/>
            <w:tcMar>
              <w:top w:w="100" w:type="dxa"/>
              <w:left w:w="130" w:type="dxa"/>
              <w:bottom w:w="100" w:type="dxa"/>
              <w:right w:w="130" w:type="dxa"/>
            </w:tcMar>
          </w:tcPr>
          <w:p w14:paraId="318A0D88"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1835DD2C" w14:textId="77777777" w:rsidR="00612663" w:rsidRDefault="00612663">
            <w:pPr>
              <w:spacing w:after="0"/>
            </w:pPr>
            <w:r>
              <w:rPr>
                <w:sz w:val="19"/>
              </w:rPr>
              <w:t>Bloques y piedra redonda.</w:t>
            </w:r>
          </w:p>
        </w:tc>
        <w:tc>
          <w:tcPr>
            <w:tcW w:w="4099" w:type="dxa"/>
            <w:tcMar>
              <w:top w:w="100" w:type="dxa"/>
              <w:left w:w="130" w:type="dxa"/>
              <w:bottom w:w="100" w:type="dxa"/>
              <w:right w:w="130" w:type="dxa"/>
            </w:tcMar>
          </w:tcPr>
          <w:p w14:paraId="65728E64" w14:textId="77777777" w:rsidR="00612663" w:rsidRDefault="00612663">
            <w:pPr>
              <w:spacing w:after="0"/>
            </w:pPr>
            <w:r>
              <w:rPr>
                <w:sz w:val="19"/>
              </w:rPr>
              <w:t>Construir un sepulcro abierto.</w:t>
            </w:r>
          </w:p>
        </w:tc>
      </w:tr>
      <w:tr w:rsidR="00113692" w14:paraId="634EE2D3" w14:textId="77777777">
        <w:tc>
          <w:tcPr>
            <w:tcW w:w="2100" w:type="dxa"/>
            <w:tcMar>
              <w:top w:w="100" w:type="dxa"/>
              <w:left w:w="130" w:type="dxa"/>
              <w:bottom w:w="100" w:type="dxa"/>
              <w:right w:w="130" w:type="dxa"/>
            </w:tcMar>
          </w:tcPr>
          <w:p w14:paraId="4228BA61" w14:textId="77777777" w:rsidR="00612663" w:rsidRDefault="00612663">
            <w:pPr>
              <w:spacing w:after="0"/>
            </w:pPr>
            <w:r>
              <w:rPr>
                <w:b/>
                <w:color w:val="1F4D78"/>
                <w:sz w:val="19"/>
              </w:rPr>
              <w:t>Música</w:t>
            </w:r>
          </w:p>
        </w:tc>
        <w:tc>
          <w:tcPr>
            <w:tcW w:w="3550" w:type="dxa"/>
            <w:tcMar>
              <w:top w:w="100" w:type="dxa"/>
              <w:left w:w="130" w:type="dxa"/>
              <w:bottom w:w="100" w:type="dxa"/>
              <w:right w:w="130" w:type="dxa"/>
            </w:tcMar>
          </w:tcPr>
          <w:p w14:paraId="2F82F17B" w14:textId="77777777" w:rsidR="00612663" w:rsidRDefault="00612663">
            <w:pPr>
              <w:spacing w:after="0"/>
            </w:pPr>
            <w:r>
              <w:rPr>
                <w:sz w:val="19"/>
              </w:rPr>
              <w:t>Canción pascual sencilla.</w:t>
            </w:r>
          </w:p>
        </w:tc>
        <w:tc>
          <w:tcPr>
            <w:tcW w:w="4099" w:type="dxa"/>
            <w:tcMar>
              <w:top w:w="100" w:type="dxa"/>
              <w:left w:w="130" w:type="dxa"/>
              <w:bottom w:w="100" w:type="dxa"/>
              <w:right w:w="130" w:type="dxa"/>
            </w:tcMar>
          </w:tcPr>
          <w:p w14:paraId="4D76D825" w14:textId="77777777" w:rsidR="00612663" w:rsidRDefault="00612663">
            <w:pPr>
              <w:spacing w:after="0"/>
            </w:pPr>
            <w:r>
              <w:rPr>
                <w:sz w:val="19"/>
              </w:rPr>
              <w:t>Celebrar con voz y movimiento.</w:t>
            </w:r>
          </w:p>
        </w:tc>
      </w:tr>
    </w:tbl>
    <w:p w14:paraId="64609B42" w14:textId="77777777" w:rsidR="00612663" w:rsidRDefault="00612663">
      <w:pPr>
        <w:keepNext/>
        <w:spacing w:before="80" w:after="60"/>
      </w:pPr>
      <w:r>
        <w:rPr>
          <w:b/>
          <w:color w:val="1F4D78"/>
          <w:sz w:val="23"/>
        </w:rPr>
        <w:t>Ficha</w:t>
      </w:r>
      <w:r>
        <w:rPr>
          <w:b/>
          <w:color w:val="687784"/>
          <w:sz w:val="20"/>
        </w:rPr>
        <w:t xml:space="preserve">  ·  15-20 min</w:t>
      </w:r>
    </w:p>
    <w:p w14:paraId="69310E50" w14:textId="77777777" w:rsidR="00612663" w:rsidRDefault="00612663">
      <w:pPr>
        <w:spacing w:after="100"/>
      </w:pPr>
      <w:r>
        <w:t>Pegar brillantitos grandes en el camino, ofreciendo pocos cada vez. Repasar los rayos blancos con pegamento de purpurina desde el sol hacia fuera, con ayuda para controlar la presión del envase. Dejar secar en horizontal.</w:t>
      </w:r>
    </w:p>
    <w:p w14:paraId="19FEFD04" w14:textId="77777777" w:rsidR="00612663" w:rsidRDefault="00612663">
      <w:pPr>
        <w:pStyle w:val="Ttulo2"/>
      </w:pPr>
      <w:r>
        <w:rPr>
          <w:rFonts w:ascii="Calibri" w:hAnsi="Calibri"/>
        </w:rPr>
        <w:t>Qué observar</w:t>
      </w:r>
    </w:p>
    <w:p w14:paraId="663D2FC8" w14:textId="77777777" w:rsidR="00612663" w:rsidRDefault="00612663">
      <w:r>
        <w:t>Si reconoce que el sepulcro está abierto, repite o comprende «Jesús vive», percibe el cambio del ambiente y utiliza los materiales con intención y seguridad.</w:t>
      </w:r>
    </w:p>
    <w:tbl>
      <w:tblPr>
        <w:tblW w:w="9749" w:type="dxa"/>
        <w:tblInd w:w="120" w:type="dxa"/>
        <w:tblLayout w:type="fixed"/>
        <w:tblLook w:val="04A0" w:firstRow="1" w:lastRow="0" w:firstColumn="1" w:lastColumn="0" w:noHBand="0" w:noVBand="1"/>
      </w:tblPr>
      <w:tblGrid>
        <w:gridCol w:w="9749"/>
      </w:tblGrid>
      <w:tr w:rsidR="00113692" w14:paraId="5CB8AFB5" w14:textId="77777777">
        <w:tc>
          <w:tcPr>
            <w:tcW w:w="9749" w:type="dxa"/>
            <w:shd w:val="clear" w:color="auto" w:fill="FFF4D8"/>
            <w:tcMar>
              <w:top w:w="100" w:type="dxa"/>
              <w:left w:w="130" w:type="dxa"/>
              <w:bottom w:w="100" w:type="dxa"/>
              <w:right w:w="130" w:type="dxa"/>
            </w:tcMar>
            <w:vAlign w:val="center"/>
          </w:tcPr>
          <w:p w14:paraId="545F07BD" w14:textId="77777777" w:rsidR="00612663" w:rsidRDefault="00612663">
            <w:pPr>
              <w:spacing w:after="40" w:line="288" w:lineRule="auto"/>
            </w:pPr>
            <w:r>
              <w:rPr>
                <w:b/>
                <w:color w:val="1F4D78"/>
              </w:rPr>
              <w:t xml:space="preserve">Criterio plástico  </w:t>
            </w:r>
            <w:r>
              <w:t>Los materiales luminosos tienen significado: los brillantitos y la purpurina expresan la luz y la alegría de Pascua, no son un adorno aislado.</w:t>
            </w:r>
          </w:p>
        </w:tc>
      </w:tr>
    </w:tbl>
    <w:p w14:paraId="3439889F" w14:textId="77777777" w:rsidR="00612663" w:rsidRDefault="00612663">
      <w:pPr>
        <w:spacing w:after="40"/>
      </w:pPr>
    </w:p>
    <w:p w14:paraId="1E3B1BBF" w14:textId="77777777" w:rsidR="00612663" w:rsidRDefault="00612663">
      <w:r>
        <w:br w:type="page"/>
      </w:r>
    </w:p>
    <w:p w14:paraId="5CA43C03" w14:textId="77777777" w:rsidR="00612663" w:rsidRDefault="00612663">
      <w:pPr>
        <w:pStyle w:val="Ttulo1"/>
      </w:pPr>
      <w:r>
        <w:rPr>
          <w:rFonts w:ascii="Calibri" w:hAnsi="Calibri"/>
        </w:rPr>
        <w:lastRenderedPageBreak/>
        <w:t>8. Organización acumulativa de los espacios</w:t>
      </w:r>
    </w:p>
    <w:p w14:paraId="239F1FD3" w14:textId="77777777" w:rsidR="00612663" w:rsidRDefault="00612663">
      <w:r>
        <w:t>Los materiales cambian de posición para mostrar el avance del relato. Se guardan solo los elementos que ya no ayudan a comprender la escena siguiente.</w:t>
      </w:r>
    </w:p>
    <w:tbl>
      <w:tblPr>
        <w:tblW w:w="9749" w:type="dxa"/>
        <w:tblInd w:w="120" w:type="dxa"/>
        <w:tblLayout w:type="fixed"/>
        <w:tblLook w:val="04A0" w:firstRow="1" w:lastRow="0" w:firstColumn="1" w:lastColumn="0" w:noHBand="0" w:noVBand="1"/>
      </w:tblPr>
      <w:tblGrid>
        <w:gridCol w:w="1300"/>
        <w:gridCol w:w="2800"/>
        <w:gridCol w:w="2900"/>
        <w:gridCol w:w="2749"/>
      </w:tblGrid>
      <w:tr w:rsidR="00113692" w14:paraId="1278DCBC" w14:textId="77777777">
        <w:trPr>
          <w:tblHeader/>
        </w:trPr>
        <w:tc>
          <w:tcPr>
            <w:tcW w:w="1300" w:type="dxa"/>
            <w:shd w:val="clear" w:color="auto" w:fill="E8EEF5"/>
            <w:tcMar>
              <w:top w:w="100" w:type="dxa"/>
              <w:left w:w="130" w:type="dxa"/>
              <w:bottom w:w="100" w:type="dxa"/>
              <w:right w:w="130" w:type="dxa"/>
            </w:tcMar>
            <w:vAlign w:val="center"/>
          </w:tcPr>
          <w:p w14:paraId="2A94A83D" w14:textId="77777777" w:rsidR="00612663" w:rsidRDefault="00612663">
            <w:pPr>
              <w:jc w:val="center"/>
            </w:pPr>
            <w:r>
              <w:rPr>
                <w:b/>
                <w:color w:val="1F4D78"/>
                <w:sz w:val="18"/>
              </w:rPr>
              <w:t>Sesión</w:t>
            </w:r>
          </w:p>
        </w:tc>
        <w:tc>
          <w:tcPr>
            <w:tcW w:w="2800" w:type="dxa"/>
            <w:shd w:val="clear" w:color="auto" w:fill="E8EEF5"/>
            <w:tcMar>
              <w:top w:w="100" w:type="dxa"/>
              <w:left w:w="130" w:type="dxa"/>
              <w:bottom w:w="100" w:type="dxa"/>
              <w:right w:w="130" w:type="dxa"/>
            </w:tcMar>
            <w:vAlign w:val="center"/>
          </w:tcPr>
          <w:p w14:paraId="2406E3AF" w14:textId="77777777" w:rsidR="00612663" w:rsidRDefault="00612663">
            <w:pPr>
              <w:jc w:val="center"/>
            </w:pPr>
            <w:r>
              <w:rPr>
                <w:b/>
                <w:color w:val="1F4D78"/>
                <w:sz w:val="18"/>
              </w:rPr>
              <w:t>Permanece</w:t>
            </w:r>
          </w:p>
        </w:tc>
        <w:tc>
          <w:tcPr>
            <w:tcW w:w="2900" w:type="dxa"/>
            <w:shd w:val="clear" w:color="auto" w:fill="E8EEF5"/>
            <w:tcMar>
              <w:top w:w="100" w:type="dxa"/>
              <w:left w:w="130" w:type="dxa"/>
              <w:bottom w:w="100" w:type="dxa"/>
              <w:right w:w="130" w:type="dxa"/>
            </w:tcMar>
            <w:vAlign w:val="center"/>
          </w:tcPr>
          <w:p w14:paraId="37597AE7" w14:textId="77777777" w:rsidR="00612663" w:rsidRDefault="00612663">
            <w:pPr>
              <w:jc w:val="center"/>
            </w:pPr>
            <w:r>
              <w:rPr>
                <w:b/>
                <w:color w:val="1F4D78"/>
                <w:sz w:val="18"/>
              </w:rPr>
              <w:t>Novedad</w:t>
            </w:r>
          </w:p>
        </w:tc>
        <w:tc>
          <w:tcPr>
            <w:tcW w:w="2749" w:type="dxa"/>
            <w:shd w:val="clear" w:color="auto" w:fill="E8EEF5"/>
            <w:tcMar>
              <w:top w:w="100" w:type="dxa"/>
              <w:left w:w="130" w:type="dxa"/>
              <w:bottom w:w="100" w:type="dxa"/>
              <w:right w:w="130" w:type="dxa"/>
            </w:tcMar>
            <w:vAlign w:val="center"/>
          </w:tcPr>
          <w:p w14:paraId="7ECCD0F2" w14:textId="77777777" w:rsidR="00612663" w:rsidRDefault="00612663">
            <w:pPr>
              <w:jc w:val="center"/>
            </w:pPr>
            <w:r>
              <w:rPr>
                <w:b/>
                <w:color w:val="1F4D78"/>
                <w:sz w:val="18"/>
              </w:rPr>
              <w:t>Acción central</w:t>
            </w:r>
          </w:p>
        </w:tc>
      </w:tr>
      <w:tr w:rsidR="00113692" w14:paraId="1096F9A1" w14:textId="77777777">
        <w:tc>
          <w:tcPr>
            <w:tcW w:w="1300" w:type="dxa"/>
            <w:tcMar>
              <w:top w:w="90" w:type="dxa"/>
              <w:left w:w="110" w:type="dxa"/>
              <w:bottom w:w="90" w:type="dxa"/>
              <w:right w:w="110" w:type="dxa"/>
            </w:tcMar>
          </w:tcPr>
          <w:p w14:paraId="41B8E5D9" w14:textId="77777777" w:rsidR="00612663" w:rsidRDefault="00612663">
            <w:pPr>
              <w:spacing w:after="0"/>
            </w:pPr>
            <w:r>
              <w:rPr>
                <w:sz w:val="18"/>
              </w:rPr>
              <w:t>1</w:t>
            </w:r>
          </w:p>
        </w:tc>
        <w:tc>
          <w:tcPr>
            <w:tcW w:w="2800" w:type="dxa"/>
            <w:tcMar>
              <w:top w:w="90" w:type="dxa"/>
              <w:left w:w="110" w:type="dxa"/>
              <w:bottom w:w="90" w:type="dxa"/>
              <w:right w:w="110" w:type="dxa"/>
            </w:tcMar>
          </w:tcPr>
          <w:p w14:paraId="6D568F98" w14:textId="77777777" w:rsidR="00612663" w:rsidRDefault="00612663">
            <w:pPr>
              <w:spacing w:after="0"/>
            </w:pPr>
            <w:r>
              <w:rPr>
                <w:sz w:val="18"/>
              </w:rPr>
              <w:t>Camino, puerta y figuras.</w:t>
            </w:r>
          </w:p>
        </w:tc>
        <w:tc>
          <w:tcPr>
            <w:tcW w:w="2900" w:type="dxa"/>
            <w:tcMar>
              <w:top w:w="90" w:type="dxa"/>
              <w:left w:w="110" w:type="dxa"/>
              <w:bottom w:w="90" w:type="dxa"/>
              <w:right w:w="110" w:type="dxa"/>
            </w:tcMar>
          </w:tcPr>
          <w:p w14:paraId="2CCFAB49" w14:textId="77777777" w:rsidR="00612663" w:rsidRDefault="00612663">
            <w:pPr>
              <w:spacing w:after="0"/>
            </w:pPr>
            <w:r>
              <w:rPr>
                <w:sz w:val="18"/>
              </w:rPr>
              <w:t>Burrito y palmas.</w:t>
            </w:r>
          </w:p>
        </w:tc>
        <w:tc>
          <w:tcPr>
            <w:tcW w:w="2749" w:type="dxa"/>
            <w:tcMar>
              <w:top w:w="90" w:type="dxa"/>
              <w:left w:w="110" w:type="dxa"/>
              <w:bottom w:w="90" w:type="dxa"/>
              <w:right w:w="110" w:type="dxa"/>
            </w:tcMar>
          </w:tcPr>
          <w:p w14:paraId="35EAED1B" w14:textId="77777777" w:rsidR="00612663" w:rsidRDefault="00612663">
            <w:pPr>
              <w:spacing w:after="0"/>
            </w:pPr>
            <w:r>
              <w:rPr>
                <w:sz w:val="18"/>
              </w:rPr>
              <w:t>Recibir.</w:t>
            </w:r>
          </w:p>
        </w:tc>
      </w:tr>
      <w:tr w:rsidR="00113692" w14:paraId="643819F3" w14:textId="77777777">
        <w:tc>
          <w:tcPr>
            <w:tcW w:w="1300" w:type="dxa"/>
            <w:tcMar>
              <w:top w:w="90" w:type="dxa"/>
              <w:left w:w="110" w:type="dxa"/>
              <w:bottom w:w="90" w:type="dxa"/>
              <w:right w:w="110" w:type="dxa"/>
            </w:tcMar>
          </w:tcPr>
          <w:p w14:paraId="0AF360A5" w14:textId="77777777" w:rsidR="00612663" w:rsidRDefault="00612663">
            <w:pPr>
              <w:spacing w:after="0"/>
            </w:pPr>
            <w:r>
              <w:rPr>
                <w:sz w:val="18"/>
              </w:rPr>
              <w:t>2</w:t>
            </w:r>
          </w:p>
        </w:tc>
        <w:tc>
          <w:tcPr>
            <w:tcW w:w="2800" w:type="dxa"/>
            <w:tcMar>
              <w:top w:w="90" w:type="dxa"/>
              <w:left w:w="110" w:type="dxa"/>
              <w:bottom w:w="90" w:type="dxa"/>
              <w:right w:w="110" w:type="dxa"/>
            </w:tcMar>
          </w:tcPr>
          <w:p w14:paraId="35CF5489" w14:textId="77777777" w:rsidR="00612663" w:rsidRDefault="00612663">
            <w:pPr>
              <w:spacing w:after="0"/>
            </w:pPr>
            <w:r>
              <w:rPr>
                <w:sz w:val="18"/>
              </w:rPr>
              <w:t>Camino y figuras.</w:t>
            </w:r>
          </w:p>
        </w:tc>
        <w:tc>
          <w:tcPr>
            <w:tcW w:w="2900" w:type="dxa"/>
            <w:tcMar>
              <w:top w:w="90" w:type="dxa"/>
              <w:left w:w="110" w:type="dxa"/>
              <w:bottom w:w="90" w:type="dxa"/>
              <w:right w:w="110" w:type="dxa"/>
            </w:tcMar>
          </w:tcPr>
          <w:p w14:paraId="6DEAE741" w14:textId="77777777" w:rsidR="00612663" w:rsidRDefault="00612663">
            <w:pPr>
              <w:spacing w:after="0"/>
            </w:pPr>
            <w:r>
              <w:rPr>
                <w:sz w:val="18"/>
              </w:rPr>
              <w:t>Mesa y pan.</w:t>
            </w:r>
          </w:p>
        </w:tc>
        <w:tc>
          <w:tcPr>
            <w:tcW w:w="2749" w:type="dxa"/>
            <w:tcMar>
              <w:top w:w="90" w:type="dxa"/>
              <w:left w:w="110" w:type="dxa"/>
              <w:bottom w:w="90" w:type="dxa"/>
              <w:right w:w="110" w:type="dxa"/>
            </w:tcMar>
          </w:tcPr>
          <w:p w14:paraId="67B6A07F" w14:textId="77777777" w:rsidR="00612663" w:rsidRDefault="00612663">
            <w:pPr>
              <w:spacing w:after="0"/>
            </w:pPr>
            <w:r>
              <w:rPr>
                <w:sz w:val="18"/>
              </w:rPr>
              <w:t>Compartir.</w:t>
            </w:r>
          </w:p>
        </w:tc>
      </w:tr>
      <w:tr w:rsidR="00113692" w14:paraId="18690384" w14:textId="77777777">
        <w:tc>
          <w:tcPr>
            <w:tcW w:w="1300" w:type="dxa"/>
            <w:tcMar>
              <w:top w:w="90" w:type="dxa"/>
              <w:left w:w="110" w:type="dxa"/>
              <w:bottom w:w="90" w:type="dxa"/>
              <w:right w:w="110" w:type="dxa"/>
            </w:tcMar>
          </w:tcPr>
          <w:p w14:paraId="57487C1B" w14:textId="77777777" w:rsidR="00612663" w:rsidRDefault="00612663">
            <w:pPr>
              <w:spacing w:after="0"/>
            </w:pPr>
            <w:r>
              <w:rPr>
                <w:sz w:val="18"/>
              </w:rPr>
              <w:t>3</w:t>
            </w:r>
          </w:p>
        </w:tc>
        <w:tc>
          <w:tcPr>
            <w:tcW w:w="2800" w:type="dxa"/>
            <w:tcMar>
              <w:top w:w="90" w:type="dxa"/>
              <w:left w:w="110" w:type="dxa"/>
              <w:bottom w:w="90" w:type="dxa"/>
              <w:right w:w="110" w:type="dxa"/>
            </w:tcMar>
          </w:tcPr>
          <w:p w14:paraId="12CE092E" w14:textId="77777777" w:rsidR="00612663" w:rsidRDefault="00612663">
            <w:pPr>
              <w:spacing w:after="0"/>
            </w:pPr>
            <w:r>
              <w:rPr>
                <w:sz w:val="18"/>
              </w:rPr>
              <w:t>Camino y tela morada.</w:t>
            </w:r>
          </w:p>
        </w:tc>
        <w:tc>
          <w:tcPr>
            <w:tcW w:w="2900" w:type="dxa"/>
            <w:tcMar>
              <w:top w:w="90" w:type="dxa"/>
              <w:left w:w="110" w:type="dxa"/>
              <w:bottom w:w="90" w:type="dxa"/>
              <w:right w:w="110" w:type="dxa"/>
            </w:tcMar>
          </w:tcPr>
          <w:p w14:paraId="0542D65F" w14:textId="77777777" w:rsidR="00612663" w:rsidRDefault="00612663">
            <w:pPr>
              <w:spacing w:after="0"/>
            </w:pPr>
            <w:r>
              <w:rPr>
                <w:sz w:val="18"/>
              </w:rPr>
              <w:t>Cruz y corazón.</w:t>
            </w:r>
          </w:p>
        </w:tc>
        <w:tc>
          <w:tcPr>
            <w:tcW w:w="2749" w:type="dxa"/>
            <w:tcMar>
              <w:top w:w="90" w:type="dxa"/>
              <w:left w:w="110" w:type="dxa"/>
              <w:bottom w:w="90" w:type="dxa"/>
              <w:right w:w="110" w:type="dxa"/>
            </w:tcMar>
          </w:tcPr>
          <w:p w14:paraId="7026B7E0" w14:textId="77777777" w:rsidR="00612663" w:rsidRDefault="00612663">
            <w:pPr>
              <w:spacing w:after="0"/>
            </w:pPr>
            <w:r>
              <w:rPr>
                <w:sz w:val="18"/>
              </w:rPr>
              <w:t>Reconocer el amor.</w:t>
            </w:r>
          </w:p>
        </w:tc>
      </w:tr>
      <w:tr w:rsidR="00113692" w14:paraId="115D5915" w14:textId="77777777">
        <w:tc>
          <w:tcPr>
            <w:tcW w:w="1300" w:type="dxa"/>
            <w:tcMar>
              <w:top w:w="90" w:type="dxa"/>
              <w:left w:w="110" w:type="dxa"/>
              <w:bottom w:w="90" w:type="dxa"/>
              <w:right w:w="110" w:type="dxa"/>
            </w:tcMar>
          </w:tcPr>
          <w:p w14:paraId="0FB88B3D" w14:textId="77777777" w:rsidR="00612663" w:rsidRDefault="00612663">
            <w:pPr>
              <w:spacing w:after="0"/>
            </w:pPr>
            <w:r>
              <w:rPr>
                <w:sz w:val="18"/>
              </w:rPr>
              <w:t>4</w:t>
            </w:r>
          </w:p>
        </w:tc>
        <w:tc>
          <w:tcPr>
            <w:tcW w:w="2800" w:type="dxa"/>
            <w:tcMar>
              <w:top w:w="90" w:type="dxa"/>
              <w:left w:w="110" w:type="dxa"/>
              <w:bottom w:w="90" w:type="dxa"/>
              <w:right w:w="110" w:type="dxa"/>
            </w:tcMar>
          </w:tcPr>
          <w:p w14:paraId="35C2640D" w14:textId="77777777" w:rsidR="00612663" w:rsidRDefault="00612663">
            <w:pPr>
              <w:spacing w:after="0"/>
            </w:pPr>
            <w:r>
              <w:rPr>
                <w:sz w:val="18"/>
              </w:rPr>
              <w:t>Tela morada y cruz.</w:t>
            </w:r>
          </w:p>
        </w:tc>
        <w:tc>
          <w:tcPr>
            <w:tcW w:w="2900" w:type="dxa"/>
            <w:tcMar>
              <w:top w:w="90" w:type="dxa"/>
              <w:left w:w="110" w:type="dxa"/>
              <w:bottom w:w="90" w:type="dxa"/>
              <w:right w:w="110" w:type="dxa"/>
            </w:tcMar>
          </w:tcPr>
          <w:p w14:paraId="7D8505BC" w14:textId="77777777" w:rsidR="00612663" w:rsidRDefault="00612663">
            <w:pPr>
              <w:spacing w:after="0"/>
            </w:pPr>
            <w:r>
              <w:rPr>
                <w:sz w:val="18"/>
              </w:rPr>
              <w:t>Materiales del nazareno.</w:t>
            </w:r>
          </w:p>
        </w:tc>
        <w:tc>
          <w:tcPr>
            <w:tcW w:w="2749" w:type="dxa"/>
            <w:tcMar>
              <w:top w:w="90" w:type="dxa"/>
              <w:left w:w="110" w:type="dxa"/>
              <w:bottom w:w="90" w:type="dxa"/>
              <w:right w:w="110" w:type="dxa"/>
            </w:tcMar>
          </w:tcPr>
          <w:p w14:paraId="7339F448" w14:textId="77777777" w:rsidR="00612663" w:rsidRDefault="00612663">
            <w:pPr>
              <w:spacing w:after="0"/>
            </w:pPr>
            <w:r>
              <w:rPr>
                <w:sz w:val="18"/>
              </w:rPr>
              <w:t>Crear y llevar a casa.</w:t>
            </w:r>
          </w:p>
        </w:tc>
      </w:tr>
      <w:tr w:rsidR="00113692" w14:paraId="219D4E1E" w14:textId="77777777">
        <w:tc>
          <w:tcPr>
            <w:tcW w:w="1300" w:type="dxa"/>
            <w:tcMar>
              <w:top w:w="90" w:type="dxa"/>
              <w:left w:w="110" w:type="dxa"/>
              <w:bottom w:w="90" w:type="dxa"/>
              <w:right w:w="110" w:type="dxa"/>
            </w:tcMar>
          </w:tcPr>
          <w:p w14:paraId="452F35E6" w14:textId="77777777" w:rsidR="00612663" w:rsidRDefault="00612663">
            <w:pPr>
              <w:spacing w:after="0"/>
            </w:pPr>
            <w:r>
              <w:rPr>
                <w:sz w:val="18"/>
              </w:rPr>
              <w:t>5</w:t>
            </w:r>
          </w:p>
        </w:tc>
        <w:tc>
          <w:tcPr>
            <w:tcW w:w="2800" w:type="dxa"/>
            <w:tcMar>
              <w:top w:w="90" w:type="dxa"/>
              <w:left w:w="110" w:type="dxa"/>
              <w:bottom w:w="90" w:type="dxa"/>
              <w:right w:w="110" w:type="dxa"/>
            </w:tcMar>
          </w:tcPr>
          <w:p w14:paraId="3F338608" w14:textId="77777777" w:rsidR="00612663" w:rsidRDefault="00612663">
            <w:pPr>
              <w:spacing w:after="0"/>
            </w:pPr>
            <w:r>
              <w:rPr>
                <w:sz w:val="18"/>
              </w:rPr>
              <w:t>Camino y sepulcro.</w:t>
            </w:r>
          </w:p>
        </w:tc>
        <w:tc>
          <w:tcPr>
            <w:tcW w:w="2900" w:type="dxa"/>
            <w:tcMar>
              <w:top w:w="90" w:type="dxa"/>
              <w:left w:w="110" w:type="dxa"/>
              <w:bottom w:w="90" w:type="dxa"/>
              <w:right w:w="110" w:type="dxa"/>
            </w:tcMar>
          </w:tcPr>
          <w:p w14:paraId="36A9B3B4" w14:textId="77777777" w:rsidR="00612663" w:rsidRDefault="00612663">
            <w:pPr>
              <w:spacing w:after="0"/>
            </w:pPr>
            <w:r>
              <w:rPr>
                <w:sz w:val="18"/>
              </w:rPr>
              <w:t>Tela blanca/dorada, flores y luces.</w:t>
            </w:r>
          </w:p>
        </w:tc>
        <w:tc>
          <w:tcPr>
            <w:tcW w:w="2749" w:type="dxa"/>
            <w:tcMar>
              <w:top w:w="90" w:type="dxa"/>
              <w:left w:w="110" w:type="dxa"/>
              <w:bottom w:w="90" w:type="dxa"/>
              <w:right w:w="110" w:type="dxa"/>
            </w:tcMar>
          </w:tcPr>
          <w:p w14:paraId="275FCF38" w14:textId="77777777" w:rsidR="00612663" w:rsidRDefault="00612663">
            <w:pPr>
              <w:spacing w:after="0"/>
            </w:pPr>
            <w:r>
              <w:rPr>
                <w:sz w:val="18"/>
              </w:rPr>
              <w:t>Celebrar la vida.</w:t>
            </w:r>
          </w:p>
        </w:tc>
      </w:tr>
    </w:tbl>
    <w:p w14:paraId="2ACAA646" w14:textId="77777777" w:rsidR="00612663" w:rsidRDefault="00612663">
      <w:pPr>
        <w:pStyle w:val="Ttulo2"/>
      </w:pPr>
      <w:r>
        <w:rPr>
          <w:rFonts w:ascii="Calibri" w:hAnsi="Calibri"/>
        </w:rPr>
        <w:t>Grupo conjunto de 3 y 4 años</w:t>
      </w:r>
    </w:p>
    <w:tbl>
      <w:tblPr>
        <w:tblW w:w="9749" w:type="dxa"/>
        <w:tblInd w:w="120" w:type="dxa"/>
        <w:tblLayout w:type="fixed"/>
        <w:tblLook w:val="04A0" w:firstRow="1" w:lastRow="0" w:firstColumn="1" w:lastColumn="0" w:noHBand="0" w:noVBand="1"/>
      </w:tblPr>
      <w:tblGrid>
        <w:gridCol w:w="1700"/>
        <w:gridCol w:w="8049"/>
      </w:tblGrid>
      <w:tr w:rsidR="00113692" w14:paraId="71BDE660" w14:textId="77777777">
        <w:tc>
          <w:tcPr>
            <w:tcW w:w="1700" w:type="dxa"/>
            <w:shd w:val="clear" w:color="auto" w:fill="EAF4EE"/>
            <w:tcMar>
              <w:top w:w="100" w:type="dxa"/>
              <w:left w:w="130" w:type="dxa"/>
              <w:bottom w:w="100" w:type="dxa"/>
              <w:right w:w="130" w:type="dxa"/>
            </w:tcMar>
            <w:vAlign w:val="center"/>
          </w:tcPr>
          <w:p w14:paraId="3B5988F2" w14:textId="77777777" w:rsidR="00612663" w:rsidRDefault="00612663">
            <w:pPr>
              <w:spacing w:after="0"/>
            </w:pPr>
            <w:r>
              <w:rPr>
                <w:b/>
                <w:color w:val="1F4D78"/>
                <w:sz w:val="21"/>
              </w:rPr>
              <w:t>3 años</w:t>
            </w:r>
          </w:p>
        </w:tc>
        <w:tc>
          <w:tcPr>
            <w:tcW w:w="8049" w:type="dxa"/>
            <w:shd w:val="clear" w:color="auto" w:fill="FFFFFF"/>
            <w:tcMar>
              <w:top w:w="100" w:type="dxa"/>
              <w:left w:w="130" w:type="dxa"/>
              <w:bottom w:w="100" w:type="dxa"/>
              <w:right w:w="130" w:type="dxa"/>
            </w:tcMar>
            <w:vAlign w:val="center"/>
          </w:tcPr>
          <w:p w14:paraId="74E78A9F" w14:textId="77777777" w:rsidR="00612663" w:rsidRDefault="00612663">
            <w:pPr>
              <w:spacing w:after="0"/>
            </w:pPr>
            <w:r>
              <w:rPr>
                <w:sz w:val="21"/>
              </w:rPr>
              <w:t>Reconocer escenas, imitar gestos, manipular materiales y expresar alegría, amistad y cariño.</w:t>
            </w:r>
          </w:p>
        </w:tc>
      </w:tr>
      <w:tr w:rsidR="00113692" w14:paraId="05E92104" w14:textId="77777777">
        <w:tc>
          <w:tcPr>
            <w:tcW w:w="1700" w:type="dxa"/>
            <w:shd w:val="clear" w:color="auto" w:fill="EAF4EE"/>
            <w:tcMar>
              <w:top w:w="100" w:type="dxa"/>
              <w:left w:w="130" w:type="dxa"/>
              <w:bottom w:w="100" w:type="dxa"/>
              <w:right w:w="130" w:type="dxa"/>
            </w:tcMar>
            <w:vAlign w:val="center"/>
          </w:tcPr>
          <w:p w14:paraId="1D3BF161" w14:textId="77777777" w:rsidR="00612663" w:rsidRDefault="00612663">
            <w:pPr>
              <w:spacing w:after="0"/>
            </w:pPr>
            <w:r>
              <w:rPr>
                <w:b/>
                <w:color w:val="1F4D78"/>
                <w:sz w:val="21"/>
              </w:rPr>
              <w:t>4 años</w:t>
            </w:r>
          </w:p>
        </w:tc>
        <w:tc>
          <w:tcPr>
            <w:tcW w:w="8049" w:type="dxa"/>
            <w:shd w:val="clear" w:color="auto" w:fill="FFFFFF"/>
            <w:tcMar>
              <w:top w:w="100" w:type="dxa"/>
              <w:left w:w="130" w:type="dxa"/>
              <w:bottom w:w="100" w:type="dxa"/>
              <w:right w:w="130" w:type="dxa"/>
            </w:tcMar>
            <w:vAlign w:val="center"/>
          </w:tcPr>
          <w:p w14:paraId="1FA7DD7F" w14:textId="77777777" w:rsidR="00612663" w:rsidRDefault="00612663">
            <w:pPr>
              <w:spacing w:after="0"/>
            </w:pPr>
            <w:r>
              <w:rPr>
                <w:sz w:val="21"/>
              </w:rPr>
              <w:t>Ordenar más momentos, explicar acciones, asumir papeles en el teatro y verbalizar el cambio de Semana Santa a Pascua.</w:t>
            </w:r>
          </w:p>
        </w:tc>
      </w:tr>
    </w:tbl>
    <w:p w14:paraId="5BA43BB1" w14:textId="77777777" w:rsidR="00612663" w:rsidRDefault="00612663">
      <w:r>
        <w:t>El minimundo, el teatro, la transformación del ambiente y el taller pueden ser comunes. Se diferencian las preguntas, la autonomía en el montaje y las fichas de cada edad. Los mayores ayudan a preparar o recoger, pero no realizan el trabajo de los pequeños.</w:t>
      </w:r>
    </w:p>
    <w:p w14:paraId="4692D9B4" w14:textId="77777777" w:rsidR="00612663" w:rsidRDefault="00612663">
      <w:pPr>
        <w:pStyle w:val="Ttulo1"/>
      </w:pPr>
      <w:r>
        <w:rPr>
          <w:rFonts w:ascii="Calibri" w:hAnsi="Calibri"/>
        </w:rPr>
        <w:t>9. Evaluación del tema</w:t>
      </w:r>
    </w:p>
    <w:p w14:paraId="0AB6B785" w14:textId="77777777" w:rsidR="00612663" w:rsidRDefault="00612663">
      <w:r>
        <w:t>La evaluación es global, continua y basada en la observación. Se atiende a la comprensión progresiva, la participación, la expresión y el cuidado de los materiales; no a la perfección estética.</w:t>
      </w:r>
    </w:p>
    <w:tbl>
      <w:tblPr>
        <w:tblW w:w="9749" w:type="dxa"/>
        <w:tblInd w:w="120" w:type="dxa"/>
        <w:tblLayout w:type="fixed"/>
        <w:tblLook w:val="04A0" w:firstRow="1" w:lastRow="0" w:firstColumn="1" w:lastColumn="0" w:noHBand="0" w:noVBand="1"/>
      </w:tblPr>
      <w:tblGrid>
        <w:gridCol w:w="2300"/>
        <w:gridCol w:w="7449"/>
      </w:tblGrid>
      <w:tr w:rsidR="00113692" w14:paraId="4C9D861E" w14:textId="77777777">
        <w:tc>
          <w:tcPr>
            <w:tcW w:w="2300" w:type="dxa"/>
            <w:shd w:val="clear" w:color="auto" w:fill="E8EEF5"/>
            <w:tcMar>
              <w:top w:w="100" w:type="dxa"/>
              <w:left w:w="130" w:type="dxa"/>
              <w:bottom w:w="100" w:type="dxa"/>
              <w:right w:w="130" w:type="dxa"/>
            </w:tcMar>
            <w:vAlign w:val="center"/>
          </w:tcPr>
          <w:p w14:paraId="1EAB16BA" w14:textId="77777777" w:rsidR="00612663" w:rsidRDefault="00612663">
            <w:pPr>
              <w:spacing w:after="0"/>
            </w:pPr>
            <w:r>
              <w:rPr>
                <w:b/>
                <w:color w:val="1F4D78"/>
                <w:sz w:val="21"/>
              </w:rPr>
              <w:t>Secuencia</w:t>
            </w:r>
          </w:p>
        </w:tc>
        <w:tc>
          <w:tcPr>
            <w:tcW w:w="7449" w:type="dxa"/>
            <w:shd w:val="clear" w:color="auto" w:fill="FFFFFF"/>
            <w:tcMar>
              <w:top w:w="100" w:type="dxa"/>
              <w:left w:w="130" w:type="dxa"/>
              <w:bottom w:w="100" w:type="dxa"/>
              <w:right w:w="130" w:type="dxa"/>
            </w:tcMar>
            <w:vAlign w:val="center"/>
          </w:tcPr>
          <w:p w14:paraId="249393E5" w14:textId="77777777" w:rsidR="00612663" w:rsidRDefault="00612663">
            <w:pPr>
              <w:spacing w:after="0"/>
            </w:pPr>
            <w:r>
              <w:rPr>
                <w:sz w:val="21"/>
              </w:rPr>
              <w:t>Reconoce alguna escena: palmas, cena, cruz o sepulcro abierto.</w:t>
            </w:r>
          </w:p>
        </w:tc>
      </w:tr>
      <w:tr w:rsidR="00113692" w14:paraId="1F898585" w14:textId="77777777">
        <w:tc>
          <w:tcPr>
            <w:tcW w:w="2300" w:type="dxa"/>
            <w:shd w:val="clear" w:color="auto" w:fill="E8EEF5"/>
            <w:tcMar>
              <w:top w:w="100" w:type="dxa"/>
              <w:left w:w="130" w:type="dxa"/>
              <w:bottom w:w="100" w:type="dxa"/>
              <w:right w:w="130" w:type="dxa"/>
            </w:tcMar>
            <w:vAlign w:val="center"/>
          </w:tcPr>
          <w:p w14:paraId="522F0324" w14:textId="77777777" w:rsidR="00612663" w:rsidRDefault="00612663">
            <w:pPr>
              <w:spacing w:after="0"/>
            </w:pPr>
            <w:r>
              <w:rPr>
                <w:b/>
                <w:color w:val="1F4D78"/>
                <w:sz w:val="21"/>
              </w:rPr>
              <w:t>Relación</w:t>
            </w:r>
          </w:p>
        </w:tc>
        <w:tc>
          <w:tcPr>
            <w:tcW w:w="7449" w:type="dxa"/>
            <w:shd w:val="clear" w:color="auto" w:fill="FFFFFF"/>
            <w:tcMar>
              <w:top w:w="100" w:type="dxa"/>
              <w:left w:w="130" w:type="dxa"/>
              <w:bottom w:w="100" w:type="dxa"/>
              <w:right w:w="130" w:type="dxa"/>
            </w:tcMar>
            <w:vAlign w:val="center"/>
          </w:tcPr>
          <w:p w14:paraId="70985889" w14:textId="77777777" w:rsidR="00612663" w:rsidRDefault="00612663">
            <w:pPr>
              <w:spacing w:after="0"/>
            </w:pPr>
            <w:r>
              <w:rPr>
                <w:sz w:val="21"/>
              </w:rPr>
              <w:t>Identifica a Jesús y alguna acción de acogida, amistad, amor o alegría.</w:t>
            </w:r>
          </w:p>
        </w:tc>
      </w:tr>
      <w:tr w:rsidR="00113692" w14:paraId="6867DC5B" w14:textId="77777777">
        <w:tc>
          <w:tcPr>
            <w:tcW w:w="2300" w:type="dxa"/>
            <w:shd w:val="clear" w:color="auto" w:fill="E8EEF5"/>
            <w:tcMar>
              <w:top w:w="100" w:type="dxa"/>
              <w:left w:w="130" w:type="dxa"/>
              <w:bottom w:w="100" w:type="dxa"/>
              <w:right w:w="130" w:type="dxa"/>
            </w:tcMar>
            <w:vAlign w:val="center"/>
          </w:tcPr>
          <w:p w14:paraId="79D3FBA1" w14:textId="77777777" w:rsidR="00612663" w:rsidRDefault="00612663">
            <w:pPr>
              <w:spacing w:after="0"/>
            </w:pPr>
            <w:r>
              <w:rPr>
                <w:b/>
                <w:color w:val="1F4D78"/>
                <w:sz w:val="21"/>
              </w:rPr>
              <w:t>Tradición</w:t>
            </w:r>
          </w:p>
        </w:tc>
        <w:tc>
          <w:tcPr>
            <w:tcW w:w="7449" w:type="dxa"/>
            <w:shd w:val="clear" w:color="auto" w:fill="FFFFFF"/>
            <w:tcMar>
              <w:top w:w="100" w:type="dxa"/>
              <w:left w:w="130" w:type="dxa"/>
              <w:bottom w:w="100" w:type="dxa"/>
              <w:right w:w="130" w:type="dxa"/>
            </w:tcMar>
            <w:vAlign w:val="center"/>
          </w:tcPr>
          <w:p w14:paraId="54695828" w14:textId="77777777" w:rsidR="00612663" w:rsidRDefault="00612663">
            <w:pPr>
              <w:spacing w:after="0"/>
            </w:pPr>
            <w:r>
              <w:rPr>
                <w:sz w:val="21"/>
              </w:rPr>
              <w:t>Reconoce el nazareno como figura vinculada a la Semana Santa.</w:t>
            </w:r>
          </w:p>
        </w:tc>
      </w:tr>
      <w:tr w:rsidR="00113692" w14:paraId="3CFDA5F9" w14:textId="77777777">
        <w:tc>
          <w:tcPr>
            <w:tcW w:w="2300" w:type="dxa"/>
            <w:shd w:val="clear" w:color="auto" w:fill="E8EEF5"/>
            <w:tcMar>
              <w:top w:w="100" w:type="dxa"/>
              <w:left w:w="130" w:type="dxa"/>
              <w:bottom w:w="100" w:type="dxa"/>
              <w:right w:w="130" w:type="dxa"/>
            </w:tcMar>
            <w:vAlign w:val="center"/>
          </w:tcPr>
          <w:p w14:paraId="737D897D" w14:textId="77777777" w:rsidR="00612663" w:rsidRDefault="00612663">
            <w:pPr>
              <w:spacing w:after="0"/>
            </w:pPr>
            <w:r>
              <w:rPr>
                <w:b/>
                <w:color w:val="1F4D78"/>
                <w:sz w:val="21"/>
              </w:rPr>
              <w:t>Expresión</w:t>
            </w:r>
          </w:p>
        </w:tc>
        <w:tc>
          <w:tcPr>
            <w:tcW w:w="7449" w:type="dxa"/>
            <w:shd w:val="clear" w:color="auto" w:fill="FFFFFF"/>
            <w:tcMar>
              <w:top w:w="100" w:type="dxa"/>
              <w:left w:w="130" w:type="dxa"/>
              <w:bottom w:w="100" w:type="dxa"/>
              <w:right w:w="130" w:type="dxa"/>
            </w:tcMar>
            <w:vAlign w:val="center"/>
          </w:tcPr>
          <w:p w14:paraId="321078F9" w14:textId="77777777" w:rsidR="00612663" w:rsidRDefault="00612663">
            <w:pPr>
              <w:spacing w:after="0"/>
            </w:pPr>
            <w:r>
              <w:rPr>
                <w:sz w:val="21"/>
              </w:rPr>
              <w:t>Utiliza papel, plastilina, dibujo, estampación, collage luminoso y montaje.</w:t>
            </w:r>
          </w:p>
        </w:tc>
      </w:tr>
      <w:tr w:rsidR="00113692" w14:paraId="1CE2FA71" w14:textId="77777777">
        <w:tc>
          <w:tcPr>
            <w:tcW w:w="2300" w:type="dxa"/>
            <w:shd w:val="clear" w:color="auto" w:fill="E8EEF5"/>
            <w:tcMar>
              <w:top w:w="100" w:type="dxa"/>
              <w:left w:w="130" w:type="dxa"/>
              <w:bottom w:w="100" w:type="dxa"/>
              <w:right w:w="130" w:type="dxa"/>
            </w:tcMar>
            <w:vAlign w:val="center"/>
          </w:tcPr>
          <w:p w14:paraId="69D5202A" w14:textId="77777777" w:rsidR="00612663" w:rsidRDefault="00612663">
            <w:pPr>
              <w:spacing w:after="0"/>
            </w:pPr>
            <w:r>
              <w:rPr>
                <w:b/>
                <w:color w:val="1F4D78"/>
                <w:sz w:val="21"/>
              </w:rPr>
              <w:t>Autonomía</w:t>
            </w:r>
          </w:p>
        </w:tc>
        <w:tc>
          <w:tcPr>
            <w:tcW w:w="7449" w:type="dxa"/>
            <w:shd w:val="clear" w:color="auto" w:fill="FFFFFF"/>
            <w:tcMar>
              <w:top w:w="100" w:type="dxa"/>
              <w:left w:w="130" w:type="dxa"/>
              <w:bottom w:w="100" w:type="dxa"/>
              <w:right w:w="130" w:type="dxa"/>
            </w:tcMar>
            <w:vAlign w:val="center"/>
          </w:tcPr>
          <w:p w14:paraId="303FDBE0" w14:textId="77777777" w:rsidR="00612663" w:rsidRDefault="00612663">
            <w:pPr>
              <w:spacing w:after="0"/>
            </w:pPr>
            <w:r>
              <w:rPr>
                <w:sz w:val="21"/>
              </w:rPr>
              <w:t>Elige, coloca, presiona, recoge y pide ayuda según sus posibilidades.</w:t>
            </w:r>
          </w:p>
        </w:tc>
      </w:tr>
      <w:tr w:rsidR="00113692" w14:paraId="13510749" w14:textId="77777777">
        <w:tc>
          <w:tcPr>
            <w:tcW w:w="2300" w:type="dxa"/>
            <w:shd w:val="clear" w:color="auto" w:fill="E8EEF5"/>
            <w:tcMar>
              <w:top w:w="100" w:type="dxa"/>
              <w:left w:w="130" w:type="dxa"/>
              <w:bottom w:w="100" w:type="dxa"/>
              <w:right w:w="130" w:type="dxa"/>
            </w:tcMar>
            <w:vAlign w:val="center"/>
          </w:tcPr>
          <w:p w14:paraId="4AAE8144" w14:textId="77777777" w:rsidR="00612663" w:rsidRDefault="00612663">
            <w:pPr>
              <w:spacing w:after="0"/>
            </w:pPr>
            <w:r>
              <w:rPr>
                <w:b/>
                <w:color w:val="1F4D78"/>
                <w:sz w:val="21"/>
              </w:rPr>
              <w:t>Interioridad</w:t>
            </w:r>
          </w:p>
        </w:tc>
        <w:tc>
          <w:tcPr>
            <w:tcW w:w="7449" w:type="dxa"/>
            <w:shd w:val="clear" w:color="auto" w:fill="FFFFFF"/>
            <w:tcMar>
              <w:top w:w="100" w:type="dxa"/>
              <w:left w:w="130" w:type="dxa"/>
              <w:bottom w:w="100" w:type="dxa"/>
              <w:right w:w="130" w:type="dxa"/>
            </w:tcMar>
            <w:vAlign w:val="center"/>
          </w:tcPr>
          <w:p w14:paraId="23A1DABB" w14:textId="77777777" w:rsidR="00612663" w:rsidRDefault="00612663">
            <w:pPr>
              <w:spacing w:after="0"/>
            </w:pPr>
            <w:r>
              <w:rPr>
                <w:sz w:val="21"/>
              </w:rPr>
              <w:t>Participa en un breve silencio, una frase religiosa o una oración.</w:t>
            </w:r>
          </w:p>
        </w:tc>
      </w:tr>
      <w:tr w:rsidR="00113692" w14:paraId="2D1B6815" w14:textId="77777777">
        <w:tc>
          <w:tcPr>
            <w:tcW w:w="2300" w:type="dxa"/>
            <w:shd w:val="clear" w:color="auto" w:fill="E8EEF5"/>
            <w:tcMar>
              <w:top w:w="100" w:type="dxa"/>
              <w:left w:w="130" w:type="dxa"/>
              <w:bottom w:w="100" w:type="dxa"/>
              <w:right w:w="130" w:type="dxa"/>
            </w:tcMar>
            <w:vAlign w:val="center"/>
          </w:tcPr>
          <w:p w14:paraId="26913CB6" w14:textId="77777777" w:rsidR="00612663" w:rsidRDefault="00612663">
            <w:pPr>
              <w:spacing w:after="0"/>
            </w:pPr>
            <w:r>
              <w:rPr>
                <w:b/>
                <w:color w:val="1F4D78"/>
                <w:sz w:val="21"/>
              </w:rPr>
              <w:t>Pascua</w:t>
            </w:r>
          </w:p>
        </w:tc>
        <w:tc>
          <w:tcPr>
            <w:tcW w:w="7449" w:type="dxa"/>
            <w:shd w:val="clear" w:color="auto" w:fill="FFFFFF"/>
            <w:tcMar>
              <w:top w:w="100" w:type="dxa"/>
              <w:left w:w="130" w:type="dxa"/>
              <w:bottom w:w="100" w:type="dxa"/>
              <w:right w:w="130" w:type="dxa"/>
            </w:tcMar>
            <w:vAlign w:val="center"/>
          </w:tcPr>
          <w:p w14:paraId="2CD2C6A5" w14:textId="77777777" w:rsidR="00612663" w:rsidRDefault="00612663">
            <w:pPr>
              <w:spacing w:after="0"/>
            </w:pPr>
            <w:r>
              <w:rPr>
                <w:sz w:val="21"/>
              </w:rPr>
              <w:t>Comprende o repite con sentido básico: «Jesús vive».</w:t>
            </w:r>
          </w:p>
        </w:tc>
      </w:tr>
    </w:tbl>
    <w:p w14:paraId="0F74B3B1" w14:textId="77777777" w:rsidR="00612663" w:rsidRDefault="00612663">
      <w:pPr>
        <w:pStyle w:val="Ttulo2"/>
      </w:pPr>
      <w:r>
        <w:rPr>
          <w:rFonts w:ascii="Calibri" w:hAnsi="Calibri"/>
        </w:rPr>
        <w:lastRenderedPageBreak/>
        <w:t>Cierre del tema</w:t>
      </w:r>
    </w:p>
    <w:p w14:paraId="0B1E3A69" w14:textId="77777777" w:rsidR="00612663" w:rsidRDefault="00612663">
      <w:r>
        <w:t>Colocar las fichas 19-22 en orden y reconstruir el recorrido con cuatro palabras: recibir, compartir, querer y vivir. Mostrar los nazarenos ya secos y recordar que irán a casa. Terminar junto al espacio blanco y dorado diciendo: «Jesús vive y su luz nos acompaña».</w:t>
      </w:r>
    </w:p>
    <w:p w14:paraId="21B38EF6" w14:textId="77777777" w:rsidR="00612663" w:rsidRDefault="00612663">
      <w:pPr>
        <w:pStyle w:val="Ttulo1"/>
      </w:pPr>
      <w:r>
        <w:rPr>
          <w:rFonts w:ascii="Calibri" w:hAnsi="Calibri"/>
        </w:rPr>
        <w:t>Registro breve de observación</w:t>
      </w:r>
    </w:p>
    <w:p w14:paraId="00802B6B" w14:textId="77777777" w:rsidR="00612663" w:rsidRDefault="00612663">
      <w:r>
        <w:t>Marcar con una fecha, palabra o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100"/>
        <w:gridCol w:w="1050"/>
        <w:gridCol w:w="1050"/>
        <w:gridCol w:w="1050"/>
        <w:gridCol w:w="1050"/>
        <w:gridCol w:w="1050"/>
        <w:gridCol w:w="2399"/>
      </w:tblGrid>
      <w:tr w:rsidR="00113692" w14:paraId="1BC230C6" w14:textId="77777777">
        <w:trPr>
          <w:tblHeader/>
        </w:trPr>
        <w:tc>
          <w:tcPr>
            <w:tcW w:w="2100" w:type="dxa"/>
            <w:shd w:val="clear" w:color="auto" w:fill="E8EEF5"/>
            <w:tcMar>
              <w:top w:w="100" w:type="dxa"/>
              <w:left w:w="130" w:type="dxa"/>
              <w:bottom w:w="100" w:type="dxa"/>
              <w:right w:w="130" w:type="dxa"/>
            </w:tcMar>
            <w:vAlign w:val="center"/>
          </w:tcPr>
          <w:p w14:paraId="500E5640" w14:textId="77777777" w:rsidR="00612663" w:rsidRDefault="00612663">
            <w:pPr>
              <w:jc w:val="center"/>
            </w:pPr>
            <w:r>
              <w:rPr>
                <w:b/>
                <w:color w:val="1F4D78"/>
                <w:sz w:val="16"/>
              </w:rPr>
              <w:t>Alumno/a</w:t>
            </w:r>
          </w:p>
        </w:tc>
        <w:tc>
          <w:tcPr>
            <w:tcW w:w="1050" w:type="dxa"/>
            <w:shd w:val="clear" w:color="auto" w:fill="E8EEF5"/>
            <w:tcMar>
              <w:top w:w="100" w:type="dxa"/>
              <w:left w:w="130" w:type="dxa"/>
              <w:bottom w:w="100" w:type="dxa"/>
              <w:right w:w="130" w:type="dxa"/>
            </w:tcMar>
            <w:vAlign w:val="center"/>
          </w:tcPr>
          <w:p w14:paraId="510FBFCC" w14:textId="77777777" w:rsidR="00612663" w:rsidRDefault="00612663">
            <w:pPr>
              <w:jc w:val="center"/>
            </w:pPr>
            <w:r>
              <w:rPr>
                <w:b/>
                <w:color w:val="1F4D78"/>
                <w:sz w:val="16"/>
              </w:rPr>
              <w:t>Relato</w:t>
            </w:r>
          </w:p>
        </w:tc>
        <w:tc>
          <w:tcPr>
            <w:tcW w:w="1050" w:type="dxa"/>
            <w:shd w:val="clear" w:color="auto" w:fill="E8EEF5"/>
            <w:tcMar>
              <w:top w:w="100" w:type="dxa"/>
              <w:left w:w="130" w:type="dxa"/>
              <w:bottom w:w="100" w:type="dxa"/>
              <w:right w:w="130" w:type="dxa"/>
            </w:tcMar>
            <w:vAlign w:val="center"/>
          </w:tcPr>
          <w:p w14:paraId="643DE5A6" w14:textId="77777777" w:rsidR="00612663" w:rsidRDefault="00612663">
            <w:pPr>
              <w:jc w:val="center"/>
            </w:pPr>
            <w:r>
              <w:rPr>
                <w:b/>
                <w:color w:val="1F4D78"/>
                <w:sz w:val="16"/>
              </w:rPr>
              <w:t>Relación</w:t>
            </w:r>
          </w:p>
        </w:tc>
        <w:tc>
          <w:tcPr>
            <w:tcW w:w="1050" w:type="dxa"/>
            <w:shd w:val="clear" w:color="auto" w:fill="E8EEF5"/>
            <w:tcMar>
              <w:top w:w="100" w:type="dxa"/>
              <w:left w:w="130" w:type="dxa"/>
              <w:bottom w:w="100" w:type="dxa"/>
              <w:right w:w="130" w:type="dxa"/>
            </w:tcMar>
            <w:vAlign w:val="center"/>
          </w:tcPr>
          <w:p w14:paraId="35A00AC4" w14:textId="77777777" w:rsidR="00612663" w:rsidRDefault="00612663">
            <w:pPr>
              <w:jc w:val="center"/>
            </w:pPr>
            <w:r>
              <w:rPr>
                <w:b/>
                <w:color w:val="1F4D78"/>
                <w:sz w:val="16"/>
              </w:rPr>
              <w:t>Tradición</w:t>
            </w:r>
          </w:p>
        </w:tc>
        <w:tc>
          <w:tcPr>
            <w:tcW w:w="1050" w:type="dxa"/>
            <w:shd w:val="clear" w:color="auto" w:fill="E8EEF5"/>
            <w:tcMar>
              <w:top w:w="100" w:type="dxa"/>
              <w:left w:w="130" w:type="dxa"/>
              <w:bottom w:w="100" w:type="dxa"/>
              <w:right w:w="130" w:type="dxa"/>
            </w:tcMar>
            <w:vAlign w:val="center"/>
          </w:tcPr>
          <w:p w14:paraId="57C9C589" w14:textId="77777777" w:rsidR="00612663" w:rsidRDefault="00612663">
            <w:pPr>
              <w:jc w:val="center"/>
            </w:pPr>
            <w:r>
              <w:rPr>
                <w:b/>
                <w:color w:val="1F4D78"/>
                <w:sz w:val="16"/>
              </w:rPr>
              <w:t>Expresión</w:t>
            </w:r>
          </w:p>
        </w:tc>
        <w:tc>
          <w:tcPr>
            <w:tcW w:w="1050" w:type="dxa"/>
            <w:shd w:val="clear" w:color="auto" w:fill="E8EEF5"/>
            <w:tcMar>
              <w:top w:w="100" w:type="dxa"/>
              <w:left w:w="130" w:type="dxa"/>
              <w:bottom w:w="100" w:type="dxa"/>
              <w:right w:w="130" w:type="dxa"/>
            </w:tcMar>
            <w:vAlign w:val="center"/>
          </w:tcPr>
          <w:p w14:paraId="72AC0BC8" w14:textId="77777777" w:rsidR="00612663" w:rsidRDefault="00612663">
            <w:pPr>
              <w:jc w:val="center"/>
            </w:pPr>
            <w:r>
              <w:rPr>
                <w:b/>
                <w:color w:val="1F4D78"/>
                <w:sz w:val="16"/>
              </w:rPr>
              <w:t>Pascua</w:t>
            </w:r>
          </w:p>
        </w:tc>
        <w:tc>
          <w:tcPr>
            <w:tcW w:w="2399" w:type="dxa"/>
            <w:shd w:val="clear" w:color="auto" w:fill="E8EEF5"/>
            <w:tcMar>
              <w:top w:w="100" w:type="dxa"/>
              <w:left w:w="130" w:type="dxa"/>
              <w:bottom w:w="100" w:type="dxa"/>
              <w:right w:w="130" w:type="dxa"/>
            </w:tcMar>
            <w:vAlign w:val="center"/>
          </w:tcPr>
          <w:p w14:paraId="4D4CF0E4" w14:textId="77777777" w:rsidR="00612663" w:rsidRDefault="00612663">
            <w:pPr>
              <w:jc w:val="center"/>
            </w:pPr>
            <w:r>
              <w:rPr>
                <w:b/>
                <w:color w:val="1F4D78"/>
                <w:sz w:val="16"/>
              </w:rPr>
              <w:t>Observaciones</w:t>
            </w:r>
          </w:p>
        </w:tc>
      </w:tr>
      <w:tr w:rsidR="00113692" w14:paraId="51327E7B" w14:textId="77777777">
        <w:tc>
          <w:tcPr>
            <w:tcW w:w="2100" w:type="dxa"/>
            <w:tcMar>
              <w:top w:w="100" w:type="dxa"/>
              <w:left w:w="130" w:type="dxa"/>
              <w:bottom w:w="100" w:type="dxa"/>
              <w:right w:w="130" w:type="dxa"/>
            </w:tcMar>
          </w:tcPr>
          <w:p w14:paraId="03D5DC86" w14:textId="77777777" w:rsidR="00612663" w:rsidRDefault="00612663">
            <w:pPr>
              <w:spacing w:after="480"/>
            </w:pPr>
          </w:p>
        </w:tc>
        <w:tc>
          <w:tcPr>
            <w:tcW w:w="1050" w:type="dxa"/>
            <w:tcMar>
              <w:top w:w="100" w:type="dxa"/>
              <w:left w:w="130" w:type="dxa"/>
              <w:bottom w:w="100" w:type="dxa"/>
              <w:right w:w="130" w:type="dxa"/>
            </w:tcMar>
          </w:tcPr>
          <w:p w14:paraId="3E79A3D2" w14:textId="77777777" w:rsidR="00612663" w:rsidRDefault="00612663">
            <w:pPr>
              <w:spacing w:after="480"/>
            </w:pPr>
          </w:p>
        </w:tc>
        <w:tc>
          <w:tcPr>
            <w:tcW w:w="1050" w:type="dxa"/>
            <w:tcMar>
              <w:top w:w="100" w:type="dxa"/>
              <w:left w:w="130" w:type="dxa"/>
              <w:bottom w:w="100" w:type="dxa"/>
              <w:right w:w="130" w:type="dxa"/>
            </w:tcMar>
          </w:tcPr>
          <w:p w14:paraId="5B8E9065" w14:textId="77777777" w:rsidR="00612663" w:rsidRDefault="00612663">
            <w:pPr>
              <w:spacing w:after="480"/>
            </w:pPr>
          </w:p>
        </w:tc>
        <w:tc>
          <w:tcPr>
            <w:tcW w:w="1050" w:type="dxa"/>
            <w:tcMar>
              <w:top w:w="100" w:type="dxa"/>
              <w:left w:w="130" w:type="dxa"/>
              <w:bottom w:w="100" w:type="dxa"/>
              <w:right w:w="130" w:type="dxa"/>
            </w:tcMar>
          </w:tcPr>
          <w:p w14:paraId="07465C1F" w14:textId="77777777" w:rsidR="00612663" w:rsidRDefault="00612663">
            <w:pPr>
              <w:spacing w:after="480"/>
            </w:pPr>
          </w:p>
        </w:tc>
        <w:tc>
          <w:tcPr>
            <w:tcW w:w="1050" w:type="dxa"/>
            <w:tcMar>
              <w:top w:w="100" w:type="dxa"/>
              <w:left w:w="130" w:type="dxa"/>
              <w:bottom w:w="100" w:type="dxa"/>
              <w:right w:w="130" w:type="dxa"/>
            </w:tcMar>
          </w:tcPr>
          <w:p w14:paraId="3148B42E" w14:textId="77777777" w:rsidR="00612663" w:rsidRDefault="00612663">
            <w:pPr>
              <w:spacing w:after="480"/>
            </w:pPr>
          </w:p>
        </w:tc>
        <w:tc>
          <w:tcPr>
            <w:tcW w:w="1050" w:type="dxa"/>
            <w:tcMar>
              <w:top w:w="100" w:type="dxa"/>
              <w:left w:w="130" w:type="dxa"/>
              <w:bottom w:w="100" w:type="dxa"/>
              <w:right w:w="130" w:type="dxa"/>
            </w:tcMar>
          </w:tcPr>
          <w:p w14:paraId="4D3514EA" w14:textId="77777777" w:rsidR="00612663" w:rsidRDefault="00612663">
            <w:pPr>
              <w:spacing w:after="480"/>
            </w:pPr>
          </w:p>
        </w:tc>
        <w:tc>
          <w:tcPr>
            <w:tcW w:w="2399" w:type="dxa"/>
            <w:tcMar>
              <w:top w:w="100" w:type="dxa"/>
              <w:left w:w="130" w:type="dxa"/>
              <w:bottom w:w="100" w:type="dxa"/>
              <w:right w:w="130" w:type="dxa"/>
            </w:tcMar>
          </w:tcPr>
          <w:p w14:paraId="0870246F" w14:textId="77777777" w:rsidR="00612663" w:rsidRDefault="00612663">
            <w:pPr>
              <w:spacing w:after="480"/>
            </w:pPr>
          </w:p>
        </w:tc>
      </w:tr>
      <w:tr w:rsidR="00113692" w14:paraId="6771068C" w14:textId="77777777">
        <w:tc>
          <w:tcPr>
            <w:tcW w:w="2100" w:type="dxa"/>
            <w:tcMar>
              <w:top w:w="100" w:type="dxa"/>
              <w:left w:w="130" w:type="dxa"/>
              <w:bottom w:w="100" w:type="dxa"/>
              <w:right w:w="130" w:type="dxa"/>
            </w:tcMar>
          </w:tcPr>
          <w:p w14:paraId="192B0B74" w14:textId="77777777" w:rsidR="00612663" w:rsidRDefault="00612663">
            <w:pPr>
              <w:spacing w:after="480"/>
            </w:pPr>
          </w:p>
        </w:tc>
        <w:tc>
          <w:tcPr>
            <w:tcW w:w="1050" w:type="dxa"/>
            <w:tcMar>
              <w:top w:w="100" w:type="dxa"/>
              <w:left w:w="130" w:type="dxa"/>
              <w:bottom w:w="100" w:type="dxa"/>
              <w:right w:w="130" w:type="dxa"/>
            </w:tcMar>
          </w:tcPr>
          <w:p w14:paraId="236321A8" w14:textId="77777777" w:rsidR="00612663" w:rsidRDefault="00612663">
            <w:pPr>
              <w:spacing w:after="480"/>
            </w:pPr>
          </w:p>
        </w:tc>
        <w:tc>
          <w:tcPr>
            <w:tcW w:w="1050" w:type="dxa"/>
            <w:tcMar>
              <w:top w:w="100" w:type="dxa"/>
              <w:left w:w="130" w:type="dxa"/>
              <w:bottom w:w="100" w:type="dxa"/>
              <w:right w:w="130" w:type="dxa"/>
            </w:tcMar>
          </w:tcPr>
          <w:p w14:paraId="2D0EEC92" w14:textId="77777777" w:rsidR="00612663" w:rsidRDefault="00612663">
            <w:pPr>
              <w:spacing w:after="480"/>
            </w:pPr>
          </w:p>
        </w:tc>
        <w:tc>
          <w:tcPr>
            <w:tcW w:w="1050" w:type="dxa"/>
            <w:tcMar>
              <w:top w:w="100" w:type="dxa"/>
              <w:left w:w="130" w:type="dxa"/>
              <w:bottom w:w="100" w:type="dxa"/>
              <w:right w:w="130" w:type="dxa"/>
            </w:tcMar>
          </w:tcPr>
          <w:p w14:paraId="30965BE8" w14:textId="77777777" w:rsidR="00612663" w:rsidRDefault="00612663">
            <w:pPr>
              <w:spacing w:after="480"/>
            </w:pPr>
          </w:p>
        </w:tc>
        <w:tc>
          <w:tcPr>
            <w:tcW w:w="1050" w:type="dxa"/>
            <w:tcMar>
              <w:top w:w="100" w:type="dxa"/>
              <w:left w:w="130" w:type="dxa"/>
              <w:bottom w:w="100" w:type="dxa"/>
              <w:right w:w="130" w:type="dxa"/>
            </w:tcMar>
          </w:tcPr>
          <w:p w14:paraId="135095F8" w14:textId="77777777" w:rsidR="00612663" w:rsidRDefault="00612663">
            <w:pPr>
              <w:spacing w:after="480"/>
            </w:pPr>
          </w:p>
        </w:tc>
        <w:tc>
          <w:tcPr>
            <w:tcW w:w="1050" w:type="dxa"/>
            <w:tcMar>
              <w:top w:w="100" w:type="dxa"/>
              <w:left w:w="130" w:type="dxa"/>
              <w:bottom w:w="100" w:type="dxa"/>
              <w:right w:w="130" w:type="dxa"/>
            </w:tcMar>
          </w:tcPr>
          <w:p w14:paraId="159617E6" w14:textId="77777777" w:rsidR="00612663" w:rsidRDefault="00612663">
            <w:pPr>
              <w:spacing w:after="480"/>
            </w:pPr>
          </w:p>
        </w:tc>
        <w:tc>
          <w:tcPr>
            <w:tcW w:w="2399" w:type="dxa"/>
            <w:tcMar>
              <w:top w:w="100" w:type="dxa"/>
              <w:left w:w="130" w:type="dxa"/>
              <w:bottom w:w="100" w:type="dxa"/>
              <w:right w:w="130" w:type="dxa"/>
            </w:tcMar>
          </w:tcPr>
          <w:p w14:paraId="3A1F8D00" w14:textId="77777777" w:rsidR="00612663" w:rsidRDefault="00612663">
            <w:pPr>
              <w:spacing w:after="480"/>
            </w:pPr>
          </w:p>
        </w:tc>
      </w:tr>
      <w:tr w:rsidR="00113692" w14:paraId="26AF11C7" w14:textId="77777777">
        <w:tc>
          <w:tcPr>
            <w:tcW w:w="2100" w:type="dxa"/>
            <w:tcMar>
              <w:top w:w="100" w:type="dxa"/>
              <w:left w:w="130" w:type="dxa"/>
              <w:bottom w:w="100" w:type="dxa"/>
              <w:right w:w="130" w:type="dxa"/>
            </w:tcMar>
          </w:tcPr>
          <w:p w14:paraId="761528FC" w14:textId="77777777" w:rsidR="00612663" w:rsidRDefault="00612663">
            <w:pPr>
              <w:spacing w:after="480"/>
            </w:pPr>
          </w:p>
        </w:tc>
        <w:tc>
          <w:tcPr>
            <w:tcW w:w="1050" w:type="dxa"/>
            <w:tcMar>
              <w:top w:w="100" w:type="dxa"/>
              <w:left w:w="130" w:type="dxa"/>
              <w:bottom w:w="100" w:type="dxa"/>
              <w:right w:w="130" w:type="dxa"/>
            </w:tcMar>
          </w:tcPr>
          <w:p w14:paraId="24D23C9E" w14:textId="77777777" w:rsidR="00612663" w:rsidRDefault="00612663">
            <w:pPr>
              <w:spacing w:after="480"/>
            </w:pPr>
          </w:p>
        </w:tc>
        <w:tc>
          <w:tcPr>
            <w:tcW w:w="1050" w:type="dxa"/>
            <w:tcMar>
              <w:top w:w="100" w:type="dxa"/>
              <w:left w:w="130" w:type="dxa"/>
              <w:bottom w:w="100" w:type="dxa"/>
              <w:right w:w="130" w:type="dxa"/>
            </w:tcMar>
          </w:tcPr>
          <w:p w14:paraId="306C309F" w14:textId="77777777" w:rsidR="00612663" w:rsidRDefault="00612663">
            <w:pPr>
              <w:spacing w:after="480"/>
            </w:pPr>
          </w:p>
        </w:tc>
        <w:tc>
          <w:tcPr>
            <w:tcW w:w="1050" w:type="dxa"/>
            <w:tcMar>
              <w:top w:w="100" w:type="dxa"/>
              <w:left w:w="130" w:type="dxa"/>
              <w:bottom w:w="100" w:type="dxa"/>
              <w:right w:w="130" w:type="dxa"/>
            </w:tcMar>
          </w:tcPr>
          <w:p w14:paraId="41921895" w14:textId="77777777" w:rsidR="00612663" w:rsidRDefault="00612663">
            <w:pPr>
              <w:spacing w:after="480"/>
            </w:pPr>
          </w:p>
        </w:tc>
        <w:tc>
          <w:tcPr>
            <w:tcW w:w="1050" w:type="dxa"/>
            <w:tcMar>
              <w:top w:w="100" w:type="dxa"/>
              <w:left w:w="130" w:type="dxa"/>
              <w:bottom w:w="100" w:type="dxa"/>
              <w:right w:w="130" w:type="dxa"/>
            </w:tcMar>
          </w:tcPr>
          <w:p w14:paraId="1CC5D749" w14:textId="77777777" w:rsidR="00612663" w:rsidRDefault="00612663">
            <w:pPr>
              <w:spacing w:after="480"/>
            </w:pPr>
          </w:p>
        </w:tc>
        <w:tc>
          <w:tcPr>
            <w:tcW w:w="1050" w:type="dxa"/>
            <w:tcMar>
              <w:top w:w="100" w:type="dxa"/>
              <w:left w:w="130" w:type="dxa"/>
              <w:bottom w:w="100" w:type="dxa"/>
              <w:right w:w="130" w:type="dxa"/>
            </w:tcMar>
          </w:tcPr>
          <w:p w14:paraId="6CE0C61C" w14:textId="77777777" w:rsidR="00612663" w:rsidRDefault="00612663">
            <w:pPr>
              <w:spacing w:after="480"/>
            </w:pPr>
          </w:p>
        </w:tc>
        <w:tc>
          <w:tcPr>
            <w:tcW w:w="2399" w:type="dxa"/>
            <w:tcMar>
              <w:top w:w="100" w:type="dxa"/>
              <w:left w:w="130" w:type="dxa"/>
              <w:bottom w:w="100" w:type="dxa"/>
              <w:right w:w="130" w:type="dxa"/>
            </w:tcMar>
          </w:tcPr>
          <w:p w14:paraId="061D2207" w14:textId="77777777" w:rsidR="00612663" w:rsidRDefault="00612663">
            <w:pPr>
              <w:spacing w:after="480"/>
            </w:pPr>
          </w:p>
        </w:tc>
      </w:tr>
      <w:tr w:rsidR="00113692" w14:paraId="2EF09BCF" w14:textId="77777777">
        <w:tc>
          <w:tcPr>
            <w:tcW w:w="2100" w:type="dxa"/>
            <w:tcMar>
              <w:top w:w="100" w:type="dxa"/>
              <w:left w:w="130" w:type="dxa"/>
              <w:bottom w:w="100" w:type="dxa"/>
              <w:right w:w="130" w:type="dxa"/>
            </w:tcMar>
          </w:tcPr>
          <w:p w14:paraId="2549D1B7" w14:textId="77777777" w:rsidR="00612663" w:rsidRDefault="00612663">
            <w:pPr>
              <w:spacing w:after="480"/>
            </w:pPr>
          </w:p>
        </w:tc>
        <w:tc>
          <w:tcPr>
            <w:tcW w:w="1050" w:type="dxa"/>
            <w:tcMar>
              <w:top w:w="100" w:type="dxa"/>
              <w:left w:w="130" w:type="dxa"/>
              <w:bottom w:w="100" w:type="dxa"/>
              <w:right w:w="130" w:type="dxa"/>
            </w:tcMar>
          </w:tcPr>
          <w:p w14:paraId="1BFF2BD4" w14:textId="77777777" w:rsidR="00612663" w:rsidRDefault="00612663">
            <w:pPr>
              <w:spacing w:after="480"/>
            </w:pPr>
          </w:p>
        </w:tc>
        <w:tc>
          <w:tcPr>
            <w:tcW w:w="1050" w:type="dxa"/>
            <w:tcMar>
              <w:top w:w="100" w:type="dxa"/>
              <w:left w:w="130" w:type="dxa"/>
              <w:bottom w:w="100" w:type="dxa"/>
              <w:right w:w="130" w:type="dxa"/>
            </w:tcMar>
          </w:tcPr>
          <w:p w14:paraId="27412F65" w14:textId="77777777" w:rsidR="00612663" w:rsidRDefault="00612663">
            <w:pPr>
              <w:spacing w:after="480"/>
            </w:pPr>
          </w:p>
        </w:tc>
        <w:tc>
          <w:tcPr>
            <w:tcW w:w="1050" w:type="dxa"/>
            <w:tcMar>
              <w:top w:w="100" w:type="dxa"/>
              <w:left w:w="130" w:type="dxa"/>
              <w:bottom w:w="100" w:type="dxa"/>
              <w:right w:w="130" w:type="dxa"/>
            </w:tcMar>
          </w:tcPr>
          <w:p w14:paraId="0AC40532" w14:textId="77777777" w:rsidR="00612663" w:rsidRDefault="00612663">
            <w:pPr>
              <w:spacing w:after="480"/>
            </w:pPr>
          </w:p>
        </w:tc>
        <w:tc>
          <w:tcPr>
            <w:tcW w:w="1050" w:type="dxa"/>
            <w:tcMar>
              <w:top w:w="100" w:type="dxa"/>
              <w:left w:w="130" w:type="dxa"/>
              <w:bottom w:w="100" w:type="dxa"/>
              <w:right w:w="130" w:type="dxa"/>
            </w:tcMar>
          </w:tcPr>
          <w:p w14:paraId="1D07F7ED" w14:textId="77777777" w:rsidR="00612663" w:rsidRDefault="00612663">
            <w:pPr>
              <w:spacing w:after="480"/>
            </w:pPr>
          </w:p>
        </w:tc>
        <w:tc>
          <w:tcPr>
            <w:tcW w:w="1050" w:type="dxa"/>
            <w:tcMar>
              <w:top w:w="100" w:type="dxa"/>
              <w:left w:w="130" w:type="dxa"/>
              <w:bottom w:w="100" w:type="dxa"/>
              <w:right w:w="130" w:type="dxa"/>
            </w:tcMar>
          </w:tcPr>
          <w:p w14:paraId="55BF11BE" w14:textId="77777777" w:rsidR="00612663" w:rsidRDefault="00612663">
            <w:pPr>
              <w:spacing w:after="480"/>
            </w:pPr>
          </w:p>
        </w:tc>
        <w:tc>
          <w:tcPr>
            <w:tcW w:w="2399" w:type="dxa"/>
            <w:tcMar>
              <w:top w:w="100" w:type="dxa"/>
              <w:left w:w="130" w:type="dxa"/>
              <w:bottom w:w="100" w:type="dxa"/>
              <w:right w:w="130" w:type="dxa"/>
            </w:tcMar>
          </w:tcPr>
          <w:p w14:paraId="1E188D47" w14:textId="77777777" w:rsidR="00612663" w:rsidRDefault="00612663">
            <w:pPr>
              <w:spacing w:after="480"/>
            </w:pPr>
          </w:p>
        </w:tc>
      </w:tr>
      <w:tr w:rsidR="00113692" w14:paraId="17EEF4B0" w14:textId="77777777">
        <w:tc>
          <w:tcPr>
            <w:tcW w:w="2100" w:type="dxa"/>
            <w:tcMar>
              <w:top w:w="100" w:type="dxa"/>
              <w:left w:w="130" w:type="dxa"/>
              <w:bottom w:w="100" w:type="dxa"/>
              <w:right w:w="130" w:type="dxa"/>
            </w:tcMar>
          </w:tcPr>
          <w:p w14:paraId="5F9624D2" w14:textId="77777777" w:rsidR="00612663" w:rsidRDefault="00612663">
            <w:pPr>
              <w:spacing w:after="480"/>
            </w:pPr>
          </w:p>
        </w:tc>
        <w:tc>
          <w:tcPr>
            <w:tcW w:w="1050" w:type="dxa"/>
            <w:tcMar>
              <w:top w:w="100" w:type="dxa"/>
              <w:left w:w="130" w:type="dxa"/>
              <w:bottom w:w="100" w:type="dxa"/>
              <w:right w:w="130" w:type="dxa"/>
            </w:tcMar>
          </w:tcPr>
          <w:p w14:paraId="1E0F7737" w14:textId="77777777" w:rsidR="00612663" w:rsidRDefault="00612663">
            <w:pPr>
              <w:spacing w:after="480"/>
            </w:pPr>
          </w:p>
        </w:tc>
        <w:tc>
          <w:tcPr>
            <w:tcW w:w="1050" w:type="dxa"/>
            <w:tcMar>
              <w:top w:w="100" w:type="dxa"/>
              <w:left w:w="130" w:type="dxa"/>
              <w:bottom w:w="100" w:type="dxa"/>
              <w:right w:w="130" w:type="dxa"/>
            </w:tcMar>
          </w:tcPr>
          <w:p w14:paraId="525D342C" w14:textId="77777777" w:rsidR="00612663" w:rsidRDefault="00612663">
            <w:pPr>
              <w:spacing w:after="480"/>
            </w:pPr>
          </w:p>
        </w:tc>
        <w:tc>
          <w:tcPr>
            <w:tcW w:w="1050" w:type="dxa"/>
            <w:tcMar>
              <w:top w:w="100" w:type="dxa"/>
              <w:left w:w="130" w:type="dxa"/>
              <w:bottom w:w="100" w:type="dxa"/>
              <w:right w:w="130" w:type="dxa"/>
            </w:tcMar>
          </w:tcPr>
          <w:p w14:paraId="5CA768DB" w14:textId="77777777" w:rsidR="00612663" w:rsidRDefault="00612663">
            <w:pPr>
              <w:spacing w:after="480"/>
            </w:pPr>
          </w:p>
        </w:tc>
        <w:tc>
          <w:tcPr>
            <w:tcW w:w="1050" w:type="dxa"/>
            <w:tcMar>
              <w:top w:w="100" w:type="dxa"/>
              <w:left w:w="130" w:type="dxa"/>
              <w:bottom w:w="100" w:type="dxa"/>
              <w:right w:w="130" w:type="dxa"/>
            </w:tcMar>
          </w:tcPr>
          <w:p w14:paraId="1D6E707A" w14:textId="77777777" w:rsidR="00612663" w:rsidRDefault="00612663">
            <w:pPr>
              <w:spacing w:after="480"/>
            </w:pPr>
          </w:p>
        </w:tc>
        <w:tc>
          <w:tcPr>
            <w:tcW w:w="1050" w:type="dxa"/>
            <w:tcMar>
              <w:top w:w="100" w:type="dxa"/>
              <w:left w:w="130" w:type="dxa"/>
              <w:bottom w:w="100" w:type="dxa"/>
              <w:right w:w="130" w:type="dxa"/>
            </w:tcMar>
          </w:tcPr>
          <w:p w14:paraId="30DDC6C6" w14:textId="77777777" w:rsidR="00612663" w:rsidRDefault="00612663">
            <w:pPr>
              <w:spacing w:after="480"/>
            </w:pPr>
          </w:p>
        </w:tc>
        <w:tc>
          <w:tcPr>
            <w:tcW w:w="2399" w:type="dxa"/>
            <w:tcMar>
              <w:top w:w="100" w:type="dxa"/>
              <w:left w:w="130" w:type="dxa"/>
              <w:bottom w:w="100" w:type="dxa"/>
              <w:right w:w="130" w:type="dxa"/>
            </w:tcMar>
          </w:tcPr>
          <w:p w14:paraId="471F5439" w14:textId="77777777" w:rsidR="00612663" w:rsidRDefault="00612663">
            <w:pPr>
              <w:spacing w:after="480"/>
            </w:pPr>
          </w:p>
        </w:tc>
      </w:tr>
      <w:tr w:rsidR="00113692" w14:paraId="46F68FB8" w14:textId="77777777">
        <w:tc>
          <w:tcPr>
            <w:tcW w:w="2100" w:type="dxa"/>
            <w:tcMar>
              <w:top w:w="100" w:type="dxa"/>
              <w:left w:w="130" w:type="dxa"/>
              <w:bottom w:w="100" w:type="dxa"/>
              <w:right w:w="130" w:type="dxa"/>
            </w:tcMar>
          </w:tcPr>
          <w:p w14:paraId="452DBF95" w14:textId="77777777" w:rsidR="00612663" w:rsidRDefault="00612663">
            <w:pPr>
              <w:spacing w:after="480"/>
            </w:pPr>
          </w:p>
        </w:tc>
        <w:tc>
          <w:tcPr>
            <w:tcW w:w="1050" w:type="dxa"/>
            <w:tcMar>
              <w:top w:w="100" w:type="dxa"/>
              <w:left w:w="130" w:type="dxa"/>
              <w:bottom w:w="100" w:type="dxa"/>
              <w:right w:w="130" w:type="dxa"/>
            </w:tcMar>
          </w:tcPr>
          <w:p w14:paraId="071B8116" w14:textId="77777777" w:rsidR="00612663" w:rsidRDefault="00612663">
            <w:pPr>
              <w:spacing w:after="480"/>
            </w:pPr>
          </w:p>
        </w:tc>
        <w:tc>
          <w:tcPr>
            <w:tcW w:w="1050" w:type="dxa"/>
            <w:tcMar>
              <w:top w:w="100" w:type="dxa"/>
              <w:left w:w="130" w:type="dxa"/>
              <w:bottom w:w="100" w:type="dxa"/>
              <w:right w:w="130" w:type="dxa"/>
            </w:tcMar>
          </w:tcPr>
          <w:p w14:paraId="4533E72F" w14:textId="77777777" w:rsidR="00612663" w:rsidRDefault="00612663">
            <w:pPr>
              <w:spacing w:after="480"/>
            </w:pPr>
          </w:p>
        </w:tc>
        <w:tc>
          <w:tcPr>
            <w:tcW w:w="1050" w:type="dxa"/>
            <w:tcMar>
              <w:top w:w="100" w:type="dxa"/>
              <w:left w:w="130" w:type="dxa"/>
              <w:bottom w:w="100" w:type="dxa"/>
              <w:right w:w="130" w:type="dxa"/>
            </w:tcMar>
          </w:tcPr>
          <w:p w14:paraId="7338C6C5" w14:textId="77777777" w:rsidR="00612663" w:rsidRDefault="00612663">
            <w:pPr>
              <w:spacing w:after="480"/>
            </w:pPr>
          </w:p>
        </w:tc>
        <w:tc>
          <w:tcPr>
            <w:tcW w:w="1050" w:type="dxa"/>
            <w:tcMar>
              <w:top w:w="100" w:type="dxa"/>
              <w:left w:w="130" w:type="dxa"/>
              <w:bottom w:w="100" w:type="dxa"/>
              <w:right w:w="130" w:type="dxa"/>
            </w:tcMar>
          </w:tcPr>
          <w:p w14:paraId="642E6575" w14:textId="77777777" w:rsidR="00612663" w:rsidRDefault="00612663">
            <w:pPr>
              <w:spacing w:after="480"/>
            </w:pPr>
          </w:p>
        </w:tc>
        <w:tc>
          <w:tcPr>
            <w:tcW w:w="1050" w:type="dxa"/>
            <w:tcMar>
              <w:top w:w="100" w:type="dxa"/>
              <w:left w:w="130" w:type="dxa"/>
              <w:bottom w:w="100" w:type="dxa"/>
              <w:right w:w="130" w:type="dxa"/>
            </w:tcMar>
          </w:tcPr>
          <w:p w14:paraId="62F716F0" w14:textId="77777777" w:rsidR="00612663" w:rsidRDefault="00612663">
            <w:pPr>
              <w:spacing w:after="480"/>
            </w:pPr>
          </w:p>
        </w:tc>
        <w:tc>
          <w:tcPr>
            <w:tcW w:w="2399" w:type="dxa"/>
            <w:tcMar>
              <w:top w:w="100" w:type="dxa"/>
              <w:left w:w="130" w:type="dxa"/>
              <w:bottom w:w="100" w:type="dxa"/>
              <w:right w:w="130" w:type="dxa"/>
            </w:tcMar>
          </w:tcPr>
          <w:p w14:paraId="3C37E26F" w14:textId="77777777" w:rsidR="00612663" w:rsidRDefault="00612663">
            <w:pPr>
              <w:spacing w:after="480"/>
            </w:pPr>
          </w:p>
        </w:tc>
      </w:tr>
      <w:tr w:rsidR="00113692" w14:paraId="083C1548" w14:textId="77777777">
        <w:tc>
          <w:tcPr>
            <w:tcW w:w="2100" w:type="dxa"/>
            <w:tcMar>
              <w:top w:w="100" w:type="dxa"/>
              <w:left w:w="130" w:type="dxa"/>
              <w:bottom w:w="100" w:type="dxa"/>
              <w:right w:w="130" w:type="dxa"/>
            </w:tcMar>
          </w:tcPr>
          <w:p w14:paraId="7BF4660C" w14:textId="77777777" w:rsidR="00612663" w:rsidRDefault="00612663">
            <w:pPr>
              <w:spacing w:after="480"/>
            </w:pPr>
          </w:p>
        </w:tc>
        <w:tc>
          <w:tcPr>
            <w:tcW w:w="1050" w:type="dxa"/>
            <w:tcMar>
              <w:top w:w="100" w:type="dxa"/>
              <w:left w:w="130" w:type="dxa"/>
              <w:bottom w:w="100" w:type="dxa"/>
              <w:right w:w="130" w:type="dxa"/>
            </w:tcMar>
          </w:tcPr>
          <w:p w14:paraId="69FBE340" w14:textId="77777777" w:rsidR="00612663" w:rsidRDefault="00612663">
            <w:pPr>
              <w:spacing w:after="480"/>
            </w:pPr>
          </w:p>
        </w:tc>
        <w:tc>
          <w:tcPr>
            <w:tcW w:w="1050" w:type="dxa"/>
            <w:tcMar>
              <w:top w:w="100" w:type="dxa"/>
              <w:left w:w="130" w:type="dxa"/>
              <w:bottom w:w="100" w:type="dxa"/>
              <w:right w:w="130" w:type="dxa"/>
            </w:tcMar>
          </w:tcPr>
          <w:p w14:paraId="7F4A090E" w14:textId="77777777" w:rsidR="00612663" w:rsidRDefault="00612663">
            <w:pPr>
              <w:spacing w:after="480"/>
            </w:pPr>
          </w:p>
        </w:tc>
        <w:tc>
          <w:tcPr>
            <w:tcW w:w="1050" w:type="dxa"/>
            <w:tcMar>
              <w:top w:w="100" w:type="dxa"/>
              <w:left w:w="130" w:type="dxa"/>
              <w:bottom w:w="100" w:type="dxa"/>
              <w:right w:w="130" w:type="dxa"/>
            </w:tcMar>
          </w:tcPr>
          <w:p w14:paraId="564A531F" w14:textId="77777777" w:rsidR="00612663" w:rsidRDefault="00612663">
            <w:pPr>
              <w:spacing w:after="480"/>
            </w:pPr>
          </w:p>
        </w:tc>
        <w:tc>
          <w:tcPr>
            <w:tcW w:w="1050" w:type="dxa"/>
            <w:tcMar>
              <w:top w:w="100" w:type="dxa"/>
              <w:left w:w="130" w:type="dxa"/>
              <w:bottom w:w="100" w:type="dxa"/>
              <w:right w:w="130" w:type="dxa"/>
            </w:tcMar>
          </w:tcPr>
          <w:p w14:paraId="7C63C1F8" w14:textId="77777777" w:rsidR="00612663" w:rsidRDefault="00612663">
            <w:pPr>
              <w:spacing w:after="480"/>
            </w:pPr>
          </w:p>
        </w:tc>
        <w:tc>
          <w:tcPr>
            <w:tcW w:w="1050" w:type="dxa"/>
            <w:tcMar>
              <w:top w:w="100" w:type="dxa"/>
              <w:left w:w="130" w:type="dxa"/>
              <w:bottom w:w="100" w:type="dxa"/>
              <w:right w:w="130" w:type="dxa"/>
            </w:tcMar>
          </w:tcPr>
          <w:p w14:paraId="1A155503" w14:textId="77777777" w:rsidR="00612663" w:rsidRDefault="00612663">
            <w:pPr>
              <w:spacing w:after="480"/>
            </w:pPr>
          </w:p>
        </w:tc>
        <w:tc>
          <w:tcPr>
            <w:tcW w:w="2399" w:type="dxa"/>
            <w:tcMar>
              <w:top w:w="100" w:type="dxa"/>
              <w:left w:w="130" w:type="dxa"/>
              <w:bottom w:w="100" w:type="dxa"/>
              <w:right w:w="130" w:type="dxa"/>
            </w:tcMar>
          </w:tcPr>
          <w:p w14:paraId="3F6B08C4" w14:textId="77777777" w:rsidR="00612663" w:rsidRDefault="00612663">
            <w:pPr>
              <w:spacing w:after="480"/>
            </w:pPr>
          </w:p>
        </w:tc>
      </w:tr>
      <w:tr w:rsidR="00113692" w14:paraId="3F3A9D53" w14:textId="77777777">
        <w:tc>
          <w:tcPr>
            <w:tcW w:w="2100" w:type="dxa"/>
            <w:tcMar>
              <w:top w:w="100" w:type="dxa"/>
              <w:left w:w="130" w:type="dxa"/>
              <w:bottom w:w="100" w:type="dxa"/>
              <w:right w:w="130" w:type="dxa"/>
            </w:tcMar>
          </w:tcPr>
          <w:p w14:paraId="040928FA" w14:textId="77777777" w:rsidR="00612663" w:rsidRDefault="00612663">
            <w:pPr>
              <w:spacing w:after="480"/>
            </w:pPr>
          </w:p>
        </w:tc>
        <w:tc>
          <w:tcPr>
            <w:tcW w:w="1050" w:type="dxa"/>
            <w:tcMar>
              <w:top w:w="100" w:type="dxa"/>
              <w:left w:w="130" w:type="dxa"/>
              <w:bottom w:w="100" w:type="dxa"/>
              <w:right w:w="130" w:type="dxa"/>
            </w:tcMar>
          </w:tcPr>
          <w:p w14:paraId="6E75ACAD" w14:textId="77777777" w:rsidR="00612663" w:rsidRDefault="00612663">
            <w:pPr>
              <w:spacing w:after="480"/>
            </w:pPr>
          </w:p>
        </w:tc>
        <w:tc>
          <w:tcPr>
            <w:tcW w:w="1050" w:type="dxa"/>
            <w:tcMar>
              <w:top w:w="100" w:type="dxa"/>
              <w:left w:w="130" w:type="dxa"/>
              <w:bottom w:w="100" w:type="dxa"/>
              <w:right w:w="130" w:type="dxa"/>
            </w:tcMar>
          </w:tcPr>
          <w:p w14:paraId="336E48FB" w14:textId="77777777" w:rsidR="00612663" w:rsidRDefault="00612663">
            <w:pPr>
              <w:spacing w:after="480"/>
            </w:pPr>
          </w:p>
        </w:tc>
        <w:tc>
          <w:tcPr>
            <w:tcW w:w="1050" w:type="dxa"/>
            <w:tcMar>
              <w:top w:w="100" w:type="dxa"/>
              <w:left w:w="130" w:type="dxa"/>
              <w:bottom w:w="100" w:type="dxa"/>
              <w:right w:w="130" w:type="dxa"/>
            </w:tcMar>
          </w:tcPr>
          <w:p w14:paraId="28F2A0D3" w14:textId="77777777" w:rsidR="00612663" w:rsidRDefault="00612663">
            <w:pPr>
              <w:spacing w:after="480"/>
            </w:pPr>
          </w:p>
        </w:tc>
        <w:tc>
          <w:tcPr>
            <w:tcW w:w="1050" w:type="dxa"/>
            <w:tcMar>
              <w:top w:w="100" w:type="dxa"/>
              <w:left w:w="130" w:type="dxa"/>
              <w:bottom w:w="100" w:type="dxa"/>
              <w:right w:w="130" w:type="dxa"/>
            </w:tcMar>
          </w:tcPr>
          <w:p w14:paraId="7F1077BF" w14:textId="77777777" w:rsidR="00612663" w:rsidRDefault="00612663">
            <w:pPr>
              <w:spacing w:after="480"/>
            </w:pPr>
          </w:p>
        </w:tc>
        <w:tc>
          <w:tcPr>
            <w:tcW w:w="1050" w:type="dxa"/>
            <w:tcMar>
              <w:top w:w="100" w:type="dxa"/>
              <w:left w:w="130" w:type="dxa"/>
              <w:bottom w:w="100" w:type="dxa"/>
              <w:right w:w="130" w:type="dxa"/>
            </w:tcMar>
          </w:tcPr>
          <w:p w14:paraId="35CEC3F6" w14:textId="77777777" w:rsidR="00612663" w:rsidRDefault="00612663">
            <w:pPr>
              <w:spacing w:after="480"/>
            </w:pPr>
          </w:p>
        </w:tc>
        <w:tc>
          <w:tcPr>
            <w:tcW w:w="2399" w:type="dxa"/>
            <w:tcMar>
              <w:top w:w="100" w:type="dxa"/>
              <w:left w:w="130" w:type="dxa"/>
              <w:bottom w:w="100" w:type="dxa"/>
              <w:right w:w="130" w:type="dxa"/>
            </w:tcMar>
          </w:tcPr>
          <w:p w14:paraId="58408BA8" w14:textId="77777777" w:rsidR="00612663" w:rsidRDefault="00612663">
            <w:pPr>
              <w:spacing w:after="480"/>
            </w:pPr>
          </w:p>
        </w:tc>
      </w:tr>
      <w:tr w:rsidR="00113692" w14:paraId="562F9549" w14:textId="77777777">
        <w:tc>
          <w:tcPr>
            <w:tcW w:w="2100" w:type="dxa"/>
            <w:tcMar>
              <w:top w:w="100" w:type="dxa"/>
              <w:left w:w="130" w:type="dxa"/>
              <w:bottom w:w="100" w:type="dxa"/>
              <w:right w:w="130" w:type="dxa"/>
            </w:tcMar>
          </w:tcPr>
          <w:p w14:paraId="46B24534" w14:textId="77777777" w:rsidR="00612663" w:rsidRDefault="00612663">
            <w:pPr>
              <w:spacing w:after="480"/>
            </w:pPr>
          </w:p>
        </w:tc>
        <w:tc>
          <w:tcPr>
            <w:tcW w:w="1050" w:type="dxa"/>
            <w:tcMar>
              <w:top w:w="100" w:type="dxa"/>
              <w:left w:w="130" w:type="dxa"/>
              <w:bottom w:w="100" w:type="dxa"/>
              <w:right w:w="130" w:type="dxa"/>
            </w:tcMar>
          </w:tcPr>
          <w:p w14:paraId="4015C3BE" w14:textId="77777777" w:rsidR="00612663" w:rsidRDefault="00612663">
            <w:pPr>
              <w:spacing w:after="480"/>
            </w:pPr>
          </w:p>
        </w:tc>
        <w:tc>
          <w:tcPr>
            <w:tcW w:w="1050" w:type="dxa"/>
            <w:tcMar>
              <w:top w:w="100" w:type="dxa"/>
              <w:left w:w="130" w:type="dxa"/>
              <w:bottom w:w="100" w:type="dxa"/>
              <w:right w:w="130" w:type="dxa"/>
            </w:tcMar>
          </w:tcPr>
          <w:p w14:paraId="1E03206D" w14:textId="77777777" w:rsidR="00612663" w:rsidRDefault="00612663">
            <w:pPr>
              <w:spacing w:after="480"/>
            </w:pPr>
          </w:p>
        </w:tc>
        <w:tc>
          <w:tcPr>
            <w:tcW w:w="1050" w:type="dxa"/>
            <w:tcMar>
              <w:top w:w="100" w:type="dxa"/>
              <w:left w:w="130" w:type="dxa"/>
              <w:bottom w:w="100" w:type="dxa"/>
              <w:right w:w="130" w:type="dxa"/>
            </w:tcMar>
          </w:tcPr>
          <w:p w14:paraId="78FFA540" w14:textId="77777777" w:rsidR="00612663" w:rsidRDefault="00612663">
            <w:pPr>
              <w:spacing w:after="480"/>
            </w:pPr>
          </w:p>
        </w:tc>
        <w:tc>
          <w:tcPr>
            <w:tcW w:w="1050" w:type="dxa"/>
            <w:tcMar>
              <w:top w:w="100" w:type="dxa"/>
              <w:left w:w="130" w:type="dxa"/>
              <w:bottom w:w="100" w:type="dxa"/>
              <w:right w:w="130" w:type="dxa"/>
            </w:tcMar>
          </w:tcPr>
          <w:p w14:paraId="0273762D" w14:textId="77777777" w:rsidR="00612663" w:rsidRDefault="00612663">
            <w:pPr>
              <w:spacing w:after="480"/>
            </w:pPr>
          </w:p>
        </w:tc>
        <w:tc>
          <w:tcPr>
            <w:tcW w:w="1050" w:type="dxa"/>
            <w:tcMar>
              <w:top w:w="100" w:type="dxa"/>
              <w:left w:w="130" w:type="dxa"/>
              <w:bottom w:w="100" w:type="dxa"/>
              <w:right w:w="130" w:type="dxa"/>
            </w:tcMar>
          </w:tcPr>
          <w:p w14:paraId="22893B72" w14:textId="77777777" w:rsidR="00612663" w:rsidRDefault="00612663">
            <w:pPr>
              <w:spacing w:after="480"/>
            </w:pPr>
          </w:p>
        </w:tc>
        <w:tc>
          <w:tcPr>
            <w:tcW w:w="2399" w:type="dxa"/>
            <w:tcMar>
              <w:top w:w="100" w:type="dxa"/>
              <w:left w:w="130" w:type="dxa"/>
              <w:bottom w:w="100" w:type="dxa"/>
              <w:right w:w="130" w:type="dxa"/>
            </w:tcMar>
          </w:tcPr>
          <w:p w14:paraId="05BA4682" w14:textId="77777777" w:rsidR="00612663" w:rsidRDefault="00612663">
            <w:pPr>
              <w:spacing w:after="480"/>
            </w:pPr>
          </w:p>
        </w:tc>
      </w:tr>
      <w:tr w:rsidR="00113692" w14:paraId="4048B0D3" w14:textId="77777777">
        <w:tc>
          <w:tcPr>
            <w:tcW w:w="2100" w:type="dxa"/>
            <w:tcMar>
              <w:top w:w="100" w:type="dxa"/>
              <w:left w:w="130" w:type="dxa"/>
              <w:bottom w:w="100" w:type="dxa"/>
              <w:right w:w="130" w:type="dxa"/>
            </w:tcMar>
          </w:tcPr>
          <w:p w14:paraId="7A7EE3DD" w14:textId="77777777" w:rsidR="00612663" w:rsidRDefault="00612663">
            <w:pPr>
              <w:spacing w:after="480"/>
            </w:pPr>
          </w:p>
        </w:tc>
        <w:tc>
          <w:tcPr>
            <w:tcW w:w="1050" w:type="dxa"/>
            <w:tcMar>
              <w:top w:w="100" w:type="dxa"/>
              <w:left w:w="130" w:type="dxa"/>
              <w:bottom w:w="100" w:type="dxa"/>
              <w:right w:w="130" w:type="dxa"/>
            </w:tcMar>
          </w:tcPr>
          <w:p w14:paraId="70F88706" w14:textId="77777777" w:rsidR="00612663" w:rsidRDefault="00612663">
            <w:pPr>
              <w:spacing w:after="480"/>
            </w:pPr>
          </w:p>
        </w:tc>
        <w:tc>
          <w:tcPr>
            <w:tcW w:w="1050" w:type="dxa"/>
            <w:tcMar>
              <w:top w:w="100" w:type="dxa"/>
              <w:left w:w="130" w:type="dxa"/>
              <w:bottom w:w="100" w:type="dxa"/>
              <w:right w:w="130" w:type="dxa"/>
            </w:tcMar>
          </w:tcPr>
          <w:p w14:paraId="0960E732" w14:textId="77777777" w:rsidR="00612663" w:rsidRDefault="00612663">
            <w:pPr>
              <w:spacing w:after="480"/>
            </w:pPr>
          </w:p>
        </w:tc>
        <w:tc>
          <w:tcPr>
            <w:tcW w:w="1050" w:type="dxa"/>
            <w:tcMar>
              <w:top w:w="100" w:type="dxa"/>
              <w:left w:w="130" w:type="dxa"/>
              <w:bottom w:w="100" w:type="dxa"/>
              <w:right w:w="130" w:type="dxa"/>
            </w:tcMar>
          </w:tcPr>
          <w:p w14:paraId="65921FEF" w14:textId="77777777" w:rsidR="00612663" w:rsidRDefault="00612663">
            <w:pPr>
              <w:spacing w:after="480"/>
            </w:pPr>
          </w:p>
        </w:tc>
        <w:tc>
          <w:tcPr>
            <w:tcW w:w="1050" w:type="dxa"/>
            <w:tcMar>
              <w:top w:w="100" w:type="dxa"/>
              <w:left w:w="130" w:type="dxa"/>
              <w:bottom w:w="100" w:type="dxa"/>
              <w:right w:w="130" w:type="dxa"/>
            </w:tcMar>
          </w:tcPr>
          <w:p w14:paraId="31E00B90" w14:textId="77777777" w:rsidR="00612663" w:rsidRDefault="00612663">
            <w:pPr>
              <w:spacing w:after="480"/>
            </w:pPr>
          </w:p>
        </w:tc>
        <w:tc>
          <w:tcPr>
            <w:tcW w:w="1050" w:type="dxa"/>
            <w:tcMar>
              <w:top w:w="100" w:type="dxa"/>
              <w:left w:w="130" w:type="dxa"/>
              <w:bottom w:w="100" w:type="dxa"/>
              <w:right w:w="130" w:type="dxa"/>
            </w:tcMar>
          </w:tcPr>
          <w:p w14:paraId="7B2850D3" w14:textId="77777777" w:rsidR="00612663" w:rsidRDefault="00612663">
            <w:pPr>
              <w:spacing w:after="480"/>
            </w:pPr>
          </w:p>
        </w:tc>
        <w:tc>
          <w:tcPr>
            <w:tcW w:w="2399" w:type="dxa"/>
            <w:tcMar>
              <w:top w:w="100" w:type="dxa"/>
              <w:left w:w="130" w:type="dxa"/>
              <w:bottom w:w="100" w:type="dxa"/>
              <w:right w:w="130" w:type="dxa"/>
            </w:tcMar>
          </w:tcPr>
          <w:p w14:paraId="54B1B3B9" w14:textId="77777777" w:rsidR="00612663" w:rsidRDefault="00612663">
            <w:pPr>
              <w:spacing w:after="480"/>
            </w:pPr>
          </w:p>
        </w:tc>
      </w:tr>
    </w:tbl>
    <w:p w14:paraId="3FB468B7" w14:textId="77777777" w:rsidR="00612663" w:rsidRDefault="00612663"/>
    <w:p w14:paraId="07221B10" w14:textId="77777777" w:rsidR="00612663" w:rsidRPr="00296699" w:rsidRDefault="00612663">
      <w:pPr>
        <w:pageBreakBefore/>
        <w:spacing w:before="280" w:after="80"/>
        <w:rPr>
          <w:lang w:val="es-ES"/>
        </w:rPr>
      </w:pPr>
      <w:r w:rsidRPr="00296699">
        <w:rPr>
          <w:b/>
          <w:color w:val="2E74B5"/>
          <w:sz w:val="21"/>
          <w:lang w:val="es-ES"/>
        </w:rPr>
        <w:lastRenderedPageBreak/>
        <w:t>GUÍA DOCENTE</w:t>
      </w:r>
    </w:p>
    <w:p w14:paraId="4274DB7A" w14:textId="77777777" w:rsidR="00612663" w:rsidRPr="00296699" w:rsidRDefault="00612663">
      <w:pPr>
        <w:spacing w:after="80"/>
        <w:rPr>
          <w:lang w:val="es-ES"/>
        </w:rPr>
      </w:pPr>
      <w:r w:rsidRPr="00296699">
        <w:rPr>
          <w:b/>
          <w:color w:val="1F4D78"/>
          <w:sz w:val="56"/>
          <w:lang w:val="es-ES"/>
        </w:rPr>
        <w:t>TEMA 7</w:t>
      </w:r>
    </w:p>
    <w:p w14:paraId="1814A6AC" w14:textId="77777777" w:rsidR="00612663" w:rsidRPr="00296699" w:rsidRDefault="00612663">
      <w:pPr>
        <w:spacing w:after="160"/>
        <w:rPr>
          <w:lang w:val="es-ES"/>
        </w:rPr>
      </w:pPr>
      <w:r w:rsidRPr="00296699">
        <w:rPr>
          <w:b/>
          <w:sz w:val="42"/>
          <w:lang w:val="es-ES"/>
        </w:rPr>
        <w:t>María, la mamá de Jesús</w:t>
      </w:r>
    </w:p>
    <w:p w14:paraId="6B4AD5AB" w14:textId="77777777" w:rsidR="00612663" w:rsidRDefault="00612663">
      <w:pPr>
        <w:spacing w:after="360"/>
      </w:pPr>
      <w:proofErr w:type="spellStart"/>
      <w:r>
        <w:rPr>
          <w:color w:val="687784"/>
          <w:sz w:val="25"/>
        </w:rPr>
        <w:t>Educación</w:t>
      </w:r>
      <w:proofErr w:type="spellEnd"/>
      <w:r>
        <w:rPr>
          <w:color w:val="687784"/>
          <w:sz w:val="25"/>
        </w:rPr>
        <w:t xml:space="preserve"> </w:t>
      </w:r>
      <w:proofErr w:type="spellStart"/>
      <w:r>
        <w:rPr>
          <w:color w:val="687784"/>
          <w:sz w:val="25"/>
        </w:rPr>
        <w:t>Infantil</w:t>
      </w:r>
      <w:proofErr w:type="spellEnd"/>
      <w:r>
        <w:rPr>
          <w:color w:val="687784"/>
          <w:sz w:val="25"/>
        </w:rPr>
        <w:t xml:space="preserve"> · 3 </w:t>
      </w:r>
      <w:proofErr w:type="spellStart"/>
      <w:r>
        <w:rPr>
          <w:color w:val="687784"/>
          <w:sz w:val="25"/>
        </w:rPr>
        <w:t>años</w:t>
      </w:r>
      <w:proofErr w:type="spellEnd"/>
      <w:r>
        <w:rPr>
          <w:color w:val="687784"/>
          <w:sz w:val="25"/>
        </w:rPr>
        <w:t xml:space="preserve"> · Cuatro </w:t>
      </w:r>
      <w:proofErr w:type="spellStart"/>
      <w:r>
        <w:rPr>
          <w:color w:val="687784"/>
          <w:sz w:val="25"/>
        </w:rPr>
        <w:t>sesiones</w:t>
      </w:r>
      <w:proofErr w:type="spellEnd"/>
    </w:p>
    <w:tbl>
      <w:tblPr>
        <w:tblW w:w="9749" w:type="dxa"/>
        <w:tblInd w:w="120" w:type="dxa"/>
        <w:tblLayout w:type="fixed"/>
        <w:tblLook w:val="04A0" w:firstRow="1" w:lastRow="0" w:firstColumn="1" w:lastColumn="0" w:noHBand="0" w:noVBand="1"/>
      </w:tblPr>
      <w:tblGrid>
        <w:gridCol w:w="2437"/>
        <w:gridCol w:w="2437"/>
        <w:gridCol w:w="2437"/>
        <w:gridCol w:w="2438"/>
      </w:tblGrid>
      <w:tr w:rsidR="003A1CAE" w:rsidRPr="00296699" w14:paraId="3B9CDFB8" w14:textId="77777777">
        <w:tc>
          <w:tcPr>
            <w:tcW w:w="2437" w:type="dxa"/>
            <w:shd w:val="clear" w:color="auto" w:fill="EAF4EE"/>
            <w:tcMar>
              <w:top w:w="100" w:type="dxa"/>
              <w:left w:w="130" w:type="dxa"/>
              <w:bottom w:w="100" w:type="dxa"/>
              <w:right w:w="130" w:type="dxa"/>
            </w:tcMar>
            <w:vAlign w:val="center"/>
          </w:tcPr>
          <w:p w14:paraId="30F40260" w14:textId="77777777" w:rsidR="00612663" w:rsidRDefault="00612663">
            <w:pPr>
              <w:spacing w:after="60"/>
              <w:jc w:val="center"/>
            </w:pPr>
            <w:r>
              <w:rPr>
                <w:b/>
                <w:color w:val="1F4D78"/>
                <w:sz w:val="19"/>
              </w:rPr>
              <w:t>MAMÁ</w:t>
            </w:r>
          </w:p>
          <w:p w14:paraId="1C0BDD17" w14:textId="77777777" w:rsidR="00612663" w:rsidRDefault="00612663">
            <w:pPr>
              <w:spacing w:after="0"/>
              <w:jc w:val="center"/>
            </w:pPr>
            <w:proofErr w:type="spellStart"/>
            <w:r>
              <w:rPr>
                <w:sz w:val="17"/>
              </w:rPr>
              <w:t>Cuida</w:t>
            </w:r>
            <w:proofErr w:type="spellEnd"/>
            <w:r>
              <w:rPr>
                <w:sz w:val="17"/>
              </w:rPr>
              <w:t xml:space="preserve"> a Jesús</w:t>
            </w:r>
          </w:p>
        </w:tc>
        <w:tc>
          <w:tcPr>
            <w:tcW w:w="2437" w:type="dxa"/>
            <w:shd w:val="clear" w:color="auto" w:fill="E8EEF5"/>
            <w:tcMar>
              <w:top w:w="100" w:type="dxa"/>
              <w:left w:w="130" w:type="dxa"/>
              <w:bottom w:w="100" w:type="dxa"/>
              <w:right w:w="130" w:type="dxa"/>
            </w:tcMar>
            <w:vAlign w:val="center"/>
          </w:tcPr>
          <w:p w14:paraId="0E2D8863" w14:textId="77777777" w:rsidR="00612663" w:rsidRPr="00296699" w:rsidRDefault="00612663">
            <w:pPr>
              <w:spacing w:after="60"/>
              <w:jc w:val="center"/>
              <w:rPr>
                <w:lang w:val="es-ES"/>
              </w:rPr>
            </w:pPr>
            <w:r w:rsidRPr="00296699">
              <w:rPr>
                <w:b/>
                <w:color w:val="1F4D78"/>
                <w:sz w:val="19"/>
                <w:lang w:val="es-ES"/>
              </w:rPr>
              <w:t>ACOMPAÑA</w:t>
            </w:r>
          </w:p>
          <w:p w14:paraId="03D5E6F4" w14:textId="77777777" w:rsidR="00612663" w:rsidRPr="00296699" w:rsidRDefault="00612663">
            <w:pPr>
              <w:spacing w:after="0"/>
              <w:jc w:val="center"/>
              <w:rPr>
                <w:lang w:val="es-ES"/>
              </w:rPr>
            </w:pPr>
            <w:r w:rsidRPr="00296699">
              <w:rPr>
                <w:sz w:val="17"/>
                <w:lang w:val="es-ES"/>
              </w:rPr>
              <w:t>Camina a su lado</w:t>
            </w:r>
          </w:p>
        </w:tc>
        <w:tc>
          <w:tcPr>
            <w:tcW w:w="2437" w:type="dxa"/>
            <w:shd w:val="clear" w:color="auto" w:fill="FFF4D8"/>
            <w:tcMar>
              <w:top w:w="100" w:type="dxa"/>
              <w:left w:w="130" w:type="dxa"/>
              <w:bottom w:w="100" w:type="dxa"/>
              <w:right w:w="130" w:type="dxa"/>
            </w:tcMar>
            <w:vAlign w:val="center"/>
          </w:tcPr>
          <w:p w14:paraId="4009DFD4" w14:textId="77777777" w:rsidR="00612663" w:rsidRDefault="00612663">
            <w:pPr>
              <w:spacing w:after="60"/>
              <w:jc w:val="center"/>
            </w:pPr>
            <w:r>
              <w:rPr>
                <w:b/>
                <w:color w:val="1F4D78"/>
                <w:sz w:val="19"/>
              </w:rPr>
              <w:t>FUENSANTA</w:t>
            </w:r>
          </w:p>
          <w:p w14:paraId="55DCA2E7" w14:textId="77777777" w:rsidR="00612663" w:rsidRDefault="00612663">
            <w:pPr>
              <w:spacing w:after="0"/>
              <w:jc w:val="center"/>
            </w:pPr>
            <w:r>
              <w:rPr>
                <w:sz w:val="17"/>
              </w:rPr>
              <w:t xml:space="preserve">Murcia la </w:t>
            </w:r>
            <w:proofErr w:type="spellStart"/>
            <w:r>
              <w:rPr>
                <w:sz w:val="17"/>
              </w:rPr>
              <w:t>quiere</w:t>
            </w:r>
            <w:proofErr w:type="spellEnd"/>
          </w:p>
        </w:tc>
        <w:tc>
          <w:tcPr>
            <w:tcW w:w="2438" w:type="dxa"/>
            <w:shd w:val="clear" w:color="auto" w:fill="EAF4EE"/>
            <w:tcMar>
              <w:top w:w="100" w:type="dxa"/>
              <w:left w:w="130" w:type="dxa"/>
              <w:bottom w:w="100" w:type="dxa"/>
              <w:right w:w="130" w:type="dxa"/>
            </w:tcMar>
            <w:vAlign w:val="center"/>
          </w:tcPr>
          <w:p w14:paraId="0C625E6C" w14:textId="77777777" w:rsidR="00612663" w:rsidRPr="00296699" w:rsidRDefault="00612663">
            <w:pPr>
              <w:spacing w:after="60"/>
              <w:jc w:val="center"/>
              <w:rPr>
                <w:lang w:val="es-ES"/>
              </w:rPr>
            </w:pPr>
            <w:r w:rsidRPr="00296699">
              <w:rPr>
                <w:b/>
                <w:color w:val="1F4D78"/>
                <w:sz w:val="19"/>
                <w:lang w:val="es-ES"/>
              </w:rPr>
              <w:t>OFRENDA</w:t>
            </w:r>
          </w:p>
          <w:p w14:paraId="34CD1B4B" w14:textId="77777777" w:rsidR="00612663" w:rsidRPr="00296699" w:rsidRDefault="00612663">
            <w:pPr>
              <w:spacing w:after="0"/>
              <w:jc w:val="center"/>
              <w:rPr>
                <w:lang w:val="es-ES"/>
              </w:rPr>
            </w:pPr>
            <w:r w:rsidRPr="00296699">
              <w:rPr>
                <w:sz w:val="17"/>
                <w:lang w:val="es-ES"/>
              </w:rPr>
              <w:t>Flores en la pared</w:t>
            </w:r>
          </w:p>
        </w:tc>
      </w:tr>
    </w:tbl>
    <w:p w14:paraId="0C3F56A9" w14:textId="77777777" w:rsidR="00612663" w:rsidRPr="00296699" w:rsidRDefault="00612663">
      <w:pPr>
        <w:spacing w:after="80"/>
        <w:rPr>
          <w:lang w:val="es-ES"/>
        </w:rPr>
      </w:pPr>
    </w:p>
    <w:tbl>
      <w:tblPr>
        <w:tblW w:w="9749" w:type="dxa"/>
        <w:tblInd w:w="120" w:type="dxa"/>
        <w:tblLayout w:type="fixed"/>
        <w:tblLook w:val="04A0" w:firstRow="1" w:lastRow="0" w:firstColumn="1" w:lastColumn="0" w:noHBand="0" w:noVBand="1"/>
      </w:tblPr>
      <w:tblGrid>
        <w:gridCol w:w="9749"/>
      </w:tblGrid>
      <w:tr w:rsidR="003A1CAE" w:rsidRPr="00296699" w14:paraId="27CA48CC" w14:textId="77777777">
        <w:tc>
          <w:tcPr>
            <w:tcW w:w="9749" w:type="dxa"/>
            <w:shd w:val="clear" w:color="auto" w:fill="EAF4EE"/>
            <w:tcMar>
              <w:top w:w="100" w:type="dxa"/>
              <w:left w:w="130" w:type="dxa"/>
              <w:bottom w:w="100" w:type="dxa"/>
              <w:right w:w="130" w:type="dxa"/>
            </w:tcMar>
            <w:vAlign w:val="center"/>
          </w:tcPr>
          <w:p w14:paraId="74EC4970" w14:textId="77777777" w:rsidR="00612663" w:rsidRPr="00296699" w:rsidRDefault="00612663">
            <w:pPr>
              <w:spacing w:after="40" w:line="288" w:lineRule="auto"/>
              <w:rPr>
                <w:lang w:val="es-ES"/>
              </w:rPr>
            </w:pPr>
            <w:r w:rsidRPr="00296699">
              <w:rPr>
                <w:b/>
                <w:color w:val="1F4D78"/>
                <w:lang w:val="es-ES"/>
              </w:rPr>
              <w:t xml:space="preserve">Idea central  </w:t>
            </w:r>
            <w:r w:rsidRPr="00296699">
              <w:rPr>
                <w:lang w:val="es-ES"/>
              </w:rPr>
              <w:t>María es la mamá de Jesús: lo cuidó, creció a su lado y lo acompañó. En Murcia queremos especialmente a María con el nombre de Virgen de la Fuensanta.</w:t>
            </w:r>
          </w:p>
        </w:tc>
      </w:tr>
    </w:tbl>
    <w:p w14:paraId="16577E5F" w14:textId="77777777" w:rsidR="00612663" w:rsidRPr="00296699" w:rsidRDefault="00612663">
      <w:pPr>
        <w:spacing w:after="40"/>
        <w:rPr>
          <w:lang w:val="es-ES"/>
        </w:rPr>
      </w:pPr>
    </w:p>
    <w:p w14:paraId="3597C832" w14:textId="77777777" w:rsidR="00612663" w:rsidRPr="00296699" w:rsidRDefault="00612663">
      <w:pPr>
        <w:pStyle w:val="Ttulo1"/>
        <w:rPr>
          <w:lang w:val="es-ES"/>
        </w:rPr>
      </w:pPr>
      <w:r w:rsidRPr="00296699">
        <w:rPr>
          <w:rFonts w:ascii="Calibri" w:hAnsi="Calibri"/>
          <w:lang w:val="es-ES"/>
        </w:rPr>
        <w:t>Cómo utilizar esta guía</w:t>
      </w:r>
    </w:p>
    <w:p w14:paraId="1AE7FD29" w14:textId="77777777" w:rsidR="00612663" w:rsidRPr="00296699" w:rsidRDefault="00612663">
      <w:pPr>
        <w:rPr>
          <w:lang w:val="es-ES"/>
        </w:rPr>
      </w:pPr>
      <w:r w:rsidRPr="00296699">
        <w:rPr>
          <w:lang w:val="es-ES"/>
        </w:rPr>
        <w:t>El tema combina tres fichas individuales y una experiencia colectiva. La Virgen de peluche hace de hilo conductor: primero se presenta como María; después se acompaña con acciones de cuidado; finalmente se viste con orilla bordada y corona para reconocer la celebración murciana. El cierre es un altar de pared rodeado por flores de papel elaboradas por el grupo.</w:t>
      </w:r>
    </w:p>
    <w:tbl>
      <w:tblPr>
        <w:tblW w:w="9749" w:type="dxa"/>
        <w:tblInd w:w="120" w:type="dxa"/>
        <w:tblLayout w:type="fixed"/>
        <w:tblLook w:val="04A0" w:firstRow="1" w:lastRow="0" w:firstColumn="1" w:lastColumn="0" w:noHBand="0" w:noVBand="1"/>
      </w:tblPr>
      <w:tblGrid>
        <w:gridCol w:w="2300"/>
        <w:gridCol w:w="7449"/>
      </w:tblGrid>
      <w:tr w:rsidR="003A1CAE" w14:paraId="2C351BEB" w14:textId="77777777">
        <w:tc>
          <w:tcPr>
            <w:tcW w:w="2300" w:type="dxa"/>
            <w:shd w:val="clear" w:color="auto" w:fill="E8EEF5"/>
            <w:tcMar>
              <w:top w:w="100" w:type="dxa"/>
              <w:left w:w="130" w:type="dxa"/>
              <w:bottom w:w="100" w:type="dxa"/>
              <w:right w:w="130" w:type="dxa"/>
            </w:tcMar>
            <w:vAlign w:val="center"/>
          </w:tcPr>
          <w:p w14:paraId="50E7BCF3" w14:textId="77777777" w:rsidR="00612663" w:rsidRDefault="00612663">
            <w:pPr>
              <w:spacing w:after="0"/>
            </w:pPr>
            <w:proofErr w:type="spellStart"/>
            <w:r>
              <w:rPr>
                <w:b/>
                <w:color w:val="1F4D78"/>
                <w:sz w:val="21"/>
              </w:rPr>
              <w:t>Duración</w:t>
            </w:r>
            <w:proofErr w:type="spellEnd"/>
          </w:p>
        </w:tc>
        <w:tc>
          <w:tcPr>
            <w:tcW w:w="7449" w:type="dxa"/>
            <w:shd w:val="clear" w:color="auto" w:fill="FFFFFF"/>
            <w:tcMar>
              <w:top w:w="100" w:type="dxa"/>
              <w:left w:w="130" w:type="dxa"/>
              <w:bottom w:w="100" w:type="dxa"/>
              <w:right w:w="130" w:type="dxa"/>
            </w:tcMar>
            <w:vAlign w:val="center"/>
          </w:tcPr>
          <w:p w14:paraId="654892D0" w14:textId="77777777" w:rsidR="00612663" w:rsidRDefault="00612663">
            <w:pPr>
              <w:spacing w:after="0"/>
            </w:pPr>
            <w:r>
              <w:rPr>
                <w:sz w:val="21"/>
              </w:rPr>
              <w:t xml:space="preserve">4 </w:t>
            </w:r>
            <w:proofErr w:type="spellStart"/>
            <w:r>
              <w:rPr>
                <w:sz w:val="21"/>
              </w:rPr>
              <w:t>sesiones</w:t>
            </w:r>
            <w:proofErr w:type="spellEnd"/>
            <w:r>
              <w:rPr>
                <w:sz w:val="21"/>
              </w:rPr>
              <w:t xml:space="preserve"> de 45-60 </w:t>
            </w:r>
            <w:proofErr w:type="spellStart"/>
            <w:r>
              <w:rPr>
                <w:sz w:val="21"/>
              </w:rPr>
              <w:t>minutos</w:t>
            </w:r>
            <w:proofErr w:type="spellEnd"/>
            <w:r>
              <w:rPr>
                <w:sz w:val="21"/>
              </w:rPr>
              <w:t>.</w:t>
            </w:r>
          </w:p>
        </w:tc>
      </w:tr>
      <w:tr w:rsidR="003A1CAE" w:rsidRPr="00296699" w14:paraId="53EC5279" w14:textId="77777777">
        <w:tc>
          <w:tcPr>
            <w:tcW w:w="2300" w:type="dxa"/>
            <w:shd w:val="clear" w:color="auto" w:fill="E8EEF5"/>
            <w:tcMar>
              <w:top w:w="100" w:type="dxa"/>
              <w:left w:w="130" w:type="dxa"/>
              <w:bottom w:w="100" w:type="dxa"/>
              <w:right w:w="130" w:type="dxa"/>
            </w:tcMar>
            <w:vAlign w:val="center"/>
          </w:tcPr>
          <w:p w14:paraId="0C7CBE7F" w14:textId="77777777" w:rsidR="00612663" w:rsidRDefault="00612663">
            <w:pPr>
              <w:spacing w:after="0"/>
            </w:pPr>
            <w:proofErr w:type="spellStart"/>
            <w:r>
              <w:rPr>
                <w:b/>
                <w:color w:val="1F4D78"/>
                <w:sz w:val="21"/>
              </w:rPr>
              <w:t>Productos</w:t>
            </w:r>
            <w:proofErr w:type="spellEnd"/>
          </w:p>
        </w:tc>
        <w:tc>
          <w:tcPr>
            <w:tcW w:w="7449" w:type="dxa"/>
            <w:shd w:val="clear" w:color="auto" w:fill="FFFFFF"/>
            <w:tcMar>
              <w:top w:w="100" w:type="dxa"/>
              <w:left w:w="130" w:type="dxa"/>
              <w:bottom w:w="100" w:type="dxa"/>
              <w:right w:w="130" w:type="dxa"/>
            </w:tcMar>
            <w:vAlign w:val="center"/>
          </w:tcPr>
          <w:p w14:paraId="28A4C37D" w14:textId="77777777" w:rsidR="00612663" w:rsidRPr="00296699" w:rsidRDefault="00612663">
            <w:pPr>
              <w:spacing w:after="0"/>
              <w:rPr>
                <w:lang w:val="es-ES"/>
              </w:rPr>
            </w:pPr>
            <w:r w:rsidRPr="00296699">
              <w:rPr>
                <w:sz w:val="21"/>
                <w:lang w:val="es-ES"/>
              </w:rPr>
              <w:t>Fichas 23, 24 y 25; altar colectivo con flores de papel.</w:t>
            </w:r>
          </w:p>
        </w:tc>
      </w:tr>
      <w:tr w:rsidR="003A1CAE" w14:paraId="78919318" w14:textId="77777777">
        <w:tc>
          <w:tcPr>
            <w:tcW w:w="2300" w:type="dxa"/>
            <w:shd w:val="clear" w:color="auto" w:fill="E8EEF5"/>
            <w:tcMar>
              <w:top w:w="100" w:type="dxa"/>
              <w:left w:w="130" w:type="dxa"/>
              <w:bottom w:w="100" w:type="dxa"/>
              <w:right w:w="130" w:type="dxa"/>
            </w:tcMar>
            <w:vAlign w:val="center"/>
          </w:tcPr>
          <w:p w14:paraId="2C24D169" w14:textId="77777777" w:rsidR="00612663" w:rsidRDefault="00612663">
            <w:pPr>
              <w:spacing w:after="0"/>
            </w:pPr>
            <w:proofErr w:type="spellStart"/>
            <w:r>
              <w:rPr>
                <w:b/>
                <w:color w:val="1F4D78"/>
                <w:sz w:val="21"/>
              </w:rPr>
              <w:t>Numeración</w:t>
            </w:r>
            <w:proofErr w:type="spellEnd"/>
          </w:p>
        </w:tc>
        <w:tc>
          <w:tcPr>
            <w:tcW w:w="7449" w:type="dxa"/>
            <w:shd w:val="clear" w:color="auto" w:fill="FFFFFF"/>
            <w:tcMar>
              <w:top w:w="100" w:type="dxa"/>
              <w:left w:w="130" w:type="dxa"/>
              <w:bottom w:w="100" w:type="dxa"/>
              <w:right w:w="130" w:type="dxa"/>
            </w:tcMar>
            <w:vAlign w:val="center"/>
          </w:tcPr>
          <w:p w14:paraId="1B8280BD" w14:textId="77777777" w:rsidR="00612663" w:rsidRDefault="00612663">
            <w:pPr>
              <w:spacing w:after="0"/>
            </w:pPr>
            <w:r w:rsidRPr="00296699">
              <w:rPr>
                <w:sz w:val="21"/>
                <w:lang w:val="es-ES"/>
              </w:rPr>
              <w:t xml:space="preserve">El tema termina en la ficha 25. </w:t>
            </w:r>
            <w:r>
              <w:rPr>
                <w:sz w:val="21"/>
              </w:rPr>
              <w:t xml:space="preserve">No </w:t>
            </w:r>
            <w:proofErr w:type="spellStart"/>
            <w:r>
              <w:rPr>
                <w:sz w:val="21"/>
              </w:rPr>
              <w:t>existe</w:t>
            </w:r>
            <w:proofErr w:type="spellEnd"/>
            <w:r>
              <w:rPr>
                <w:sz w:val="21"/>
              </w:rPr>
              <w:t xml:space="preserve"> </w:t>
            </w:r>
            <w:proofErr w:type="spellStart"/>
            <w:r>
              <w:rPr>
                <w:sz w:val="21"/>
              </w:rPr>
              <w:t>ficha</w:t>
            </w:r>
            <w:proofErr w:type="spellEnd"/>
            <w:r>
              <w:rPr>
                <w:sz w:val="21"/>
              </w:rPr>
              <w:t xml:space="preserve"> 26 </w:t>
            </w:r>
            <w:proofErr w:type="spellStart"/>
            <w:r>
              <w:rPr>
                <w:sz w:val="21"/>
              </w:rPr>
              <w:t>en</w:t>
            </w:r>
            <w:proofErr w:type="spellEnd"/>
            <w:r>
              <w:rPr>
                <w:sz w:val="21"/>
              </w:rPr>
              <w:t xml:space="preserve"> </w:t>
            </w:r>
            <w:proofErr w:type="spellStart"/>
            <w:r>
              <w:rPr>
                <w:sz w:val="21"/>
              </w:rPr>
              <w:t>este</w:t>
            </w:r>
            <w:proofErr w:type="spellEnd"/>
            <w:r>
              <w:rPr>
                <w:sz w:val="21"/>
              </w:rPr>
              <w:t xml:space="preserve"> </w:t>
            </w:r>
            <w:proofErr w:type="spellStart"/>
            <w:r>
              <w:rPr>
                <w:sz w:val="21"/>
              </w:rPr>
              <w:t>tema</w:t>
            </w:r>
            <w:proofErr w:type="spellEnd"/>
            <w:r>
              <w:rPr>
                <w:sz w:val="21"/>
              </w:rPr>
              <w:t>.</w:t>
            </w:r>
          </w:p>
        </w:tc>
      </w:tr>
      <w:tr w:rsidR="003A1CAE" w:rsidRPr="00296699" w14:paraId="4F3E453B" w14:textId="77777777">
        <w:tc>
          <w:tcPr>
            <w:tcW w:w="2300" w:type="dxa"/>
            <w:shd w:val="clear" w:color="auto" w:fill="E8EEF5"/>
            <w:tcMar>
              <w:top w:w="100" w:type="dxa"/>
              <w:left w:w="130" w:type="dxa"/>
              <w:bottom w:w="100" w:type="dxa"/>
              <w:right w:w="130" w:type="dxa"/>
            </w:tcMar>
            <w:vAlign w:val="center"/>
          </w:tcPr>
          <w:p w14:paraId="03C50804" w14:textId="77777777" w:rsidR="00612663" w:rsidRDefault="00612663">
            <w:pPr>
              <w:spacing w:after="0"/>
            </w:pPr>
            <w:proofErr w:type="spellStart"/>
            <w:r>
              <w:rPr>
                <w:b/>
                <w:color w:val="1F4D78"/>
                <w:sz w:val="21"/>
              </w:rPr>
              <w:t>Metodología</w:t>
            </w:r>
            <w:proofErr w:type="spellEnd"/>
          </w:p>
        </w:tc>
        <w:tc>
          <w:tcPr>
            <w:tcW w:w="7449" w:type="dxa"/>
            <w:shd w:val="clear" w:color="auto" w:fill="FFFFFF"/>
            <w:tcMar>
              <w:top w:w="100" w:type="dxa"/>
              <w:left w:w="130" w:type="dxa"/>
              <w:bottom w:w="100" w:type="dxa"/>
              <w:right w:w="130" w:type="dxa"/>
            </w:tcMar>
            <w:vAlign w:val="center"/>
          </w:tcPr>
          <w:p w14:paraId="38D14484" w14:textId="77777777" w:rsidR="00612663" w:rsidRPr="00296699" w:rsidRDefault="00612663">
            <w:pPr>
              <w:spacing w:after="0"/>
              <w:rPr>
                <w:lang w:val="es-ES"/>
              </w:rPr>
            </w:pPr>
            <w:r w:rsidRPr="00296699">
              <w:rPr>
                <w:sz w:val="21"/>
                <w:lang w:val="es-ES"/>
              </w:rPr>
              <w:t>Relato, peluche, juego simbólico, espacios Montessori, dibujo, collage de tela, lana, pincel y creación colectiva.</w:t>
            </w:r>
          </w:p>
        </w:tc>
      </w:tr>
      <w:tr w:rsidR="003A1CAE" w:rsidRPr="00296699" w14:paraId="76DB43C0" w14:textId="77777777">
        <w:tc>
          <w:tcPr>
            <w:tcW w:w="2300" w:type="dxa"/>
            <w:shd w:val="clear" w:color="auto" w:fill="E8EEF5"/>
            <w:tcMar>
              <w:top w:w="100" w:type="dxa"/>
              <w:left w:w="130" w:type="dxa"/>
              <w:bottom w:w="100" w:type="dxa"/>
              <w:right w:w="130" w:type="dxa"/>
            </w:tcMar>
            <w:vAlign w:val="center"/>
          </w:tcPr>
          <w:p w14:paraId="22F2DB00" w14:textId="77777777" w:rsidR="00612663" w:rsidRDefault="00612663">
            <w:pPr>
              <w:spacing w:after="0"/>
            </w:pPr>
            <w:proofErr w:type="spellStart"/>
            <w:r>
              <w:rPr>
                <w:b/>
                <w:color w:val="1F4D78"/>
                <w:sz w:val="21"/>
              </w:rPr>
              <w:t>Materiales</w:t>
            </w:r>
            <w:proofErr w:type="spellEnd"/>
          </w:p>
        </w:tc>
        <w:tc>
          <w:tcPr>
            <w:tcW w:w="7449" w:type="dxa"/>
            <w:shd w:val="clear" w:color="auto" w:fill="FFFFFF"/>
            <w:tcMar>
              <w:top w:w="100" w:type="dxa"/>
              <w:left w:w="130" w:type="dxa"/>
              <w:bottom w:w="100" w:type="dxa"/>
              <w:right w:w="130" w:type="dxa"/>
            </w:tcMar>
            <w:vAlign w:val="center"/>
          </w:tcPr>
          <w:p w14:paraId="59C85E6C" w14:textId="77777777" w:rsidR="00612663" w:rsidRPr="00296699" w:rsidRDefault="00612663">
            <w:pPr>
              <w:spacing w:after="0"/>
              <w:rPr>
                <w:lang w:val="es-ES"/>
              </w:rPr>
            </w:pPr>
            <w:r w:rsidRPr="00296699">
              <w:rPr>
                <w:sz w:val="21"/>
                <w:lang w:val="es-ES"/>
              </w:rPr>
              <w:t>Usar lo guardado en el aula; no realizar compras específicas.</w:t>
            </w:r>
          </w:p>
        </w:tc>
      </w:tr>
    </w:tbl>
    <w:p w14:paraId="54C319E1" w14:textId="77777777" w:rsidR="00612663" w:rsidRPr="00296699" w:rsidRDefault="00612663">
      <w:pPr>
        <w:rPr>
          <w:lang w:val="es-ES"/>
        </w:rPr>
      </w:pPr>
      <w:r w:rsidRPr="00296699">
        <w:rPr>
          <w:lang w:val="es-ES"/>
        </w:rPr>
        <w:br w:type="page"/>
      </w:r>
    </w:p>
    <w:p w14:paraId="5BC4B3C3" w14:textId="77777777" w:rsidR="00612663" w:rsidRPr="00296699" w:rsidRDefault="00612663">
      <w:pPr>
        <w:pStyle w:val="Ttulo1"/>
        <w:rPr>
          <w:lang w:val="es-ES"/>
        </w:rPr>
      </w:pPr>
      <w:r w:rsidRPr="00296699">
        <w:rPr>
          <w:rFonts w:ascii="Calibri" w:hAnsi="Calibri"/>
          <w:lang w:val="es-ES"/>
        </w:rPr>
        <w:lastRenderedPageBreak/>
        <w:t>1. Antes de comenzar</w:t>
      </w:r>
    </w:p>
    <w:p w14:paraId="243136AE" w14:textId="77777777" w:rsidR="00612663" w:rsidRPr="00296699" w:rsidRDefault="00612663">
      <w:pPr>
        <w:pStyle w:val="Ttulo2"/>
        <w:rPr>
          <w:lang w:val="es-ES"/>
        </w:rPr>
      </w:pPr>
      <w:r w:rsidRPr="00296699">
        <w:rPr>
          <w:rFonts w:ascii="Calibri" w:hAnsi="Calibri"/>
          <w:lang w:val="es-ES"/>
        </w:rPr>
        <w:t>Inventario real y preparación</w:t>
      </w:r>
    </w:p>
    <w:tbl>
      <w:tblPr>
        <w:tblW w:w="9749" w:type="dxa"/>
        <w:tblInd w:w="120" w:type="dxa"/>
        <w:tblLayout w:type="fixed"/>
        <w:tblLook w:val="04A0" w:firstRow="1" w:lastRow="0" w:firstColumn="1" w:lastColumn="0" w:noHBand="0" w:noVBand="1"/>
      </w:tblPr>
      <w:tblGrid>
        <w:gridCol w:w="2400"/>
        <w:gridCol w:w="7349"/>
      </w:tblGrid>
      <w:tr w:rsidR="003A1CAE" w14:paraId="35F9EA78" w14:textId="77777777">
        <w:tc>
          <w:tcPr>
            <w:tcW w:w="2400" w:type="dxa"/>
            <w:shd w:val="clear" w:color="auto" w:fill="EAF4EE"/>
            <w:tcMar>
              <w:top w:w="100" w:type="dxa"/>
              <w:left w:w="130" w:type="dxa"/>
              <w:bottom w:w="100" w:type="dxa"/>
              <w:right w:w="130" w:type="dxa"/>
            </w:tcMar>
            <w:vAlign w:val="center"/>
          </w:tcPr>
          <w:p w14:paraId="0F0B67D6" w14:textId="77777777" w:rsidR="00612663" w:rsidRDefault="00612663">
            <w:pPr>
              <w:spacing w:after="0"/>
            </w:pPr>
            <w:proofErr w:type="spellStart"/>
            <w:r>
              <w:rPr>
                <w:b/>
                <w:color w:val="1F4D78"/>
                <w:sz w:val="21"/>
              </w:rPr>
              <w:t>Figura</w:t>
            </w:r>
            <w:proofErr w:type="spellEnd"/>
            <w:r>
              <w:rPr>
                <w:b/>
                <w:color w:val="1F4D78"/>
                <w:sz w:val="21"/>
              </w:rPr>
              <w:t xml:space="preserve"> principal</w:t>
            </w:r>
          </w:p>
        </w:tc>
        <w:tc>
          <w:tcPr>
            <w:tcW w:w="7349" w:type="dxa"/>
            <w:shd w:val="clear" w:color="auto" w:fill="FFFFFF"/>
            <w:tcMar>
              <w:top w:w="100" w:type="dxa"/>
              <w:left w:w="130" w:type="dxa"/>
              <w:bottom w:w="100" w:type="dxa"/>
              <w:right w:w="130" w:type="dxa"/>
            </w:tcMar>
            <w:vAlign w:val="center"/>
          </w:tcPr>
          <w:p w14:paraId="439B402E" w14:textId="77777777" w:rsidR="00612663" w:rsidRDefault="00612663">
            <w:pPr>
              <w:spacing w:after="0"/>
            </w:pPr>
            <w:r>
              <w:rPr>
                <w:sz w:val="21"/>
              </w:rPr>
              <w:t xml:space="preserve">Virgen María de </w:t>
            </w:r>
            <w:proofErr w:type="spellStart"/>
            <w:r>
              <w:rPr>
                <w:sz w:val="21"/>
              </w:rPr>
              <w:t>peluche</w:t>
            </w:r>
            <w:proofErr w:type="spellEnd"/>
            <w:r>
              <w:rPr>
                <w:sz w:val="21"/>
              </w:rPr>
              <w:t>.</w:t>
            </w:r>
          </w:p>
        </w:tc>
      </w:tr>
      <w:tr w:rsidR="003A1CAE" w:rsidRPr="00296699" w14:paraId="29406604" w14:textId="77777777">
        <w:tc>
          <w:tcPr>
            <w:tcW w:w="2400" w:type="dxa"/>
            <w:shd w:val="clear" w:color="auto" w:fill="EAF4EE"/>
            <w:tcMar>
              <w:top w:w="100" w:type="dxa"/>
              <w:left w:w="130" w:type="dxa"/>
              <w:bottom w:w="100" w:type="dxa"/>
              <w:right w:w="130" w:type="dxa"/>
            </w:tcMar>
            <w:vAlign w:val="center"/>
          </w:tcPr>
          <w:p w14:paraId="4FA4DB8E" w14:textId="77777777" w:rsidR="00612663" w:rsidRDefault="00612663">
            <w:pPr>
              <w:spacing w:after="0"/>
            </w:pPr>
            <w:proofErr w:type="spellStart"/>
            <w:r>
              <w:rPr>
                <w:b/>
                <w:color w:val="1F4D78"/>
                <w:sz w:val="21"/>
              </w:rPr>
              <w:t>Vestido</w:t>
            </w:r>
            <w:proofErr w:type="spellEnd"/>
            <w:r>
              <w:rPr>
                <w:b/>
                <w:color w:val="1F4D78"/>
                <w:sz w:val="21"/>
              </w:rPr>
              <w:t xml:space="preserve"> especial</w:t>
            </w:r>
          </w:p>
        </w:tc>
        <w:tc>
          <w:tcPr>
            <w:tcW w:w="7349" w:type="dxa"/>
            <w:shd w:val="clear" w:color="auto" w:fill="FFFFFF"/>
            <w:tcMar>
              <w:top w:w="100" w:type="dxa"/>
              <w:left w:w="130" w:type="dxa"/>
              <w:bottom w:w="100" w:type="dxa"/>
              <w:right w:w="130" w:type="dxa"/>
            </w:tcMar>
            <w:vAlign w:val="center"/>
          </w:tcPr>
          <w:p w14:paraId="0287A7E3" w14:textId="77777777" w:rsidR="00612663" w:rsidRPr="00296699" w:rsidRDefault="00612663">
            <w:pPr>
              <w:spacing w:after="0"/>
              <w:rPr>
                <w:lang w:val="es-ES"/>
              </w:rPr>
            </w:pPr>
            <w:r w:rsidRPr="00296699">
              <w:rPr>
                <w:sz w:val="21"/>
                <w:lang w:val="es-ES"/>
              </w:rPr>
              <w:t>Orilla de tira bordada que enmarca la cara y corona de juguete, ambas seguras y desmontables.</w:t>
            </w:r>
          </w:p>
        </w:tc>
      </w:tr>
      <w:tr w:rsidR="003A1CAE" w:rsidRPr="00296699" w14:paraId="5509C2EB" w14:textId="77777777">
        <w:tc>
          <w:tcPr>
            <w:tcW w:w="2400" w:type="dxa"/>
            <w:shd w:val="clear" w:color="auto" w:fill="EAF4EE"/>
            <w:tcMar>
              <w:top w:w="100" w:type="dxa"/>
              <w:left w:w="130" w:type="dxa"/>
              <w:bottom w:w="100" w:type="dxa"/>
              <w:right w:w="130" w:type="dxa"/>
            </w:tcMar>
            <w:vAlign w:val="center"/>
          </w:tcPr>
          <w:p w14:paraId="269663ED" w14:textId="77777777" w:rsidR="00612663" w:rsidRDefault="00612663">
            <w:pPr>
              <w:spacing w:after="0"/>
            </w:pPr>
            <w:proofErr w:type="spellStart"/>
            <w:r>
              <w:rPr>
                <w:b/>
                <w:color w:val="1F4D78"/>
                <w:sz w:val="21"/>
              </w:rPr>
              <w:t>Referencia</w:t>
            </w:r>
            <w:proofErr w:type="spellEnd"/>
            <w:r>
              <w:rPr>
                <w:b/>
                <w:color w:val="1F4D78"/>
                <w:sz w:val="21"/>
              </w:rPr>
              <w:t xml:space="preserve"> visual</w:t>
            </w:r>
          </w:p>
        </w:tc>
        <w:tc>
          <w:tcPr>
            <w:tcW w:w="7349" w:type="dxa"/>
            <w:shd w:val="clear" w:color="auto" w:fill="FFFFFF"/>
            <w:tcMar>
              <w:top w:w="100" w:type="dxa"/>
              <w:left w:w="130" w:type="dxa"/>
              <w:bottom w:w="100" w:type="dxa"/>
              <w:right w:w="130" w:type="dxa"/>
            </w:tcMar>
            <w:vAlign w:val="center"/>
          </w:tcPr>
          <w:p w14:paraId="7284359D" w14:textId="77777777" w:rsidR="00612663" w:rsidRPr="00296699" w:rsidRDefault="00612663">
            <w:pPr>
              <w:spacing w:after="0"/>
              <w:rPr>
                <w:lang w:val="es-ES"/>
              </w:rPr>
            </w:pPr>
            <w:r w:rsidRPr="00296699">
              <w:rPr>
                <w:sz w:val="21"/>
                <w:lang w:val="es-ES"/>
              </w:rPr>
              <w:t>Fotografía respetuosa de la Virgen de la Fuensanta con el Niño, corona, manto y orilla facial.</w:t>
            </w:r>
          </w:p>
        </w:tc>
      </w:tr>
      <w:tr w:rsidR="003A1CAE" w:rsidRPr="00296699" w14:paraId="1FEA8E8C" w14:textId="77777777">
        <w:tc>
          <w:tcPr>
            <w:tcW w:w="2400" w:type="dxa"/>
            <w:shd w:val="clear" w:color="auto" w:fill="EAF4EE"/>
            <w:tcMar>
              <w:top w:w="100" w:type="dxa"/>
              <w:left w:w="130" w:type="dxa"/>
              <w:bottom w:w="100" w:type="dxa"/>
              <w:right w:w="130" w:type="dxa"/>
            </w:tcMar>
            <w:vAlign w:val="center"/>
          </w:tcPr>
          <w:p w14:paraId="72878703" w14:textId="77777777" w:rsidR="00612663" w:rsidRDefault="00612663">
            <w:pPr>
              <w:spacing w:after="0"/>
            </w:pPr>
            <w:r>
              <w:rPr>
                <w:b/>
                <w:color w:val="1F4D78"/>
                <w:sz w:val="21"/>
              </w:rPr>
              <w:t>Música</w:t>
            </w:r>
          </w:p>
        </w:tc>
        <w:tc>
          <w:tcPr>
            <w:tcW w:w="7349" w:type="dxa"/>
            <w:shd w:val="clear" w:color="auto" w:fill="FFFFFF"/>
            <w:tcMar>
              <w:top w:w="100" w:type="dxa"/>
              <w:left w:w="130" w:type="dxa"/>
              <w:bottom w:w="100" w:type="dxa"/>
              <w:right w:w="130" w:type="dxa"/>
            </w:tcMar>
            <w:vAlign w:val="center"/>
          </w:tcPr>
          <w:p w14:paraId="54536F88" w14:textId="77777777" w:rsidR="00612663" w:rsidRPr="00296699" w:rsidRDefault="00612663">
            <w:pPr>
              <w:spacing w:after="0"/>
              <w:rPr>
                <w:lang w:val="es-ES"/>
              </w:rPr>
            </w:pPr>
            <w:r w:rsidRPr="00296699">
              <w:rPr>
                <w:sz w:val="21"/>
                <w:lang w:val="es-ES"/>
              </w:rPr>
              <w:t>Canción «Dijiste sí», utilizada en fragmentos breves y comentados.</w:t>
            </w:r>
          </w:p>
        </w:tc>
      </w:tr>
      <w:tr w:rsidR="003A1CAE" w:rsidRPr="00296699" w14:paraId="74017BA4" w14:textId="77777777">
        <w:tc>
          <w:tcPr>
            <w:tcW w:w="2400" w:type="dxa"/>
            <w:shd w:val="clear" w:color="auto" w:fill="EAF4EE"/>
            <w:tcMar>
              <w:top w:w="100" w:type="dxa"/>
              <w:left w:w="130" w:type="dxa"/>
              <w:bottom w:w="100" w:type="dxa"/>
              <w:right w:w="130" w:type="dxa"/>
            </w:tcMar>
            <w:vAlign w:val="center"/>
          </w:tcPr>
          <w:p w14:paraId="046B580C" w14:textId="77777777" w:rsidR="00612663" w:rsidRDefault="00612663">
            <w:pPr>
              <w:spacing w:after="0"/>
            </w:pPr>
            <w:r>
              <w:rPr>
                <w:b/>
                <w:color w:val="1F4D78"/>
                <w:sz w:val="21"/>
              </w:rPr>
              <w:t xml:space="preserve">Espacio </w:t>
            </w:r>
            <w:proofErr w:type="spellStart"/>
            <w:r>
              <w:rPr>
                <w:b/>
                <w:color w:val="1F4D78"/>
                <w:sz w:val="21"/>
              </w:rPr>
              <w:t>mariano</w:t>
            </w:r>
            <w:proofErr w:type="spellEnd"/>
          </w:p>
        </w:tc>
        <w:tc>
          <w:tcPr>
            <w:tcW w:w="7349" w:type="dxa"/>
            <w:shd w:val="clear" w:color="auto" w:fill="FFFFFF"/>
            <w:tcMar>
              <w:top w:w="100" w:type="dxa"/>
              <w:left w:w="130" w:type="dxa"/>
              <w:bottom w:w="100" w:type="dxa"/>
              <w:right w:w="130" w:type="dxa"/>
            </w:tcMar>
            <w:vAlign w:val="center"/>
          </w:tcPr>
          <w:p w14:paraId="251D66E7" w14:textId="77777777" w:rsidR="00612663" w:rsidRPr="00296699" w:rsidRDefault="00612663">
            <w:pPr>
              <w:spacing w:after="0"/>
              <w:rPr>
                <w:lang w:val="es-ES"/>
              </w:rPr>
            </w:pPr>
            <w:r w:rsidRPr="00296699">
              <w:rPr>
                <w:sz w:val="21"/>
                <w:lang w:val="es-ES"/>
              </w:rPr>
              <w:t>Tela azul o clara, mesa o repisa estable, flores de papel y cartel sencillo.</w:t>
            </w:r>
          </w:p>
        </w:tc>
      </w:tr>
      <w:tr w:rsidR="003A1CAE" w:rsidRPr="00296699" w14:paraId="645EFCF6" w14:textId="77777777">
        <w:tc>
          <w:tcPr>
            <w:tcW w:w="2400" w:type="dxa"/>
            <w:shd w:val="clear" w:color="auto" w:fill="EAF4EE"/>
            <w:tcMar>
              <w:top w:w="100" w:type="dxa"/>
              <w:left w:w="130" w:type="dxa"/>
              <w:bottom w:w="100" w:type="dxa"/>
              <w:right w:w="130" w:type="dxa"/>
            </w:tcMar>
            <w:vAlign w:val="center"/>
          </w:tcPr>
          <w:p w14:paraId="77F1269B" w14:textId="77777777" w:rsidR="00612663" w:rsidRDefault="00612663">
            <w:pPr>
              <w:spacing w:after="0"/>
            </w:pPr>
            <w:proofErr w:type="spellStart"/>
            <w:r>
              <w:rPr>
                <w:b/>
                <w:color w:val="1F4D78"/>
                <w:sz w:val="21"/>
              </w:rPr>
              <w:t>Fichas</w:t>
            </w:r>
            <w:proofErr w:type="spellEnd"/>
          </w:p>
        </w:tc>
        <w:tc>
          <w:tcPr>
            <w:tcW w:w="7349" w:type="dxa"/>
            <w:shd w:val="clear" w:color="auto" w:fill="FFFFFF"/>
            <w:tcMar>
              <w:top w:w="100" w:type="dxa"/>
              <w:left w:w="130" w:type="dxa"/>
              <w:bottom w:w="100" w:type="dxa"/>
              <w:right w:w="130" w:type="dxa"/>
            </w:tcMar>
            <w:vAlign w:val="center"/>
          </w:tcPr>
          <w:p w14:paraId="7962F507" w14:textId="77777777" w:rsidR="00612663" w:rsidRPr="00296699" w:rsidRDefault="00612663">
            <w:pPr>
              <w:spacing w:after="0"/>
              <w:rPr>
                <w:lang w:val="es-ES"/>
              </w:rPr>
            </w:pPr>
            <w:r w:rsidRPr="00296699">
              <w:rPr>
                <w:sz w:val="21"/>
                <w:lang w:val="es-ES"/>
              </w:rPr>
              <w:t>Tela suave, ceras gruesas, lana azul, pegamento, pintura dorada y pinceles anchos.</w:t>
            </w:r>
          </w:p>
        </w:tc>
      </w:tr>
      <w:tr w:rsidR="003A1CAE" w:rsidRPr="00296699" w14:paraId="50839333" w14:textId="77777777">
        <w:tc>
          <w:tcPr>
            <w:tcW w:w="9749" w:type="dxa"/>
            <w:gridSpan w:val="2"/>
            <w:shd w:val="clear" w:color="auto" w:fill="FFF4D8"/>
            <w:tcMar>
              <w:top w:w="100" w:type="dxa"/>
              <w:left w:w="130" w:type="dxa"/>
              <w:bottom w:w="100" w:type="dxa"/>
              <w:right w:w="130" w:type="dxa"/>
            </w:tcMar>
            <w:vAlign w:val="center"/>
          </w:tcPr>
          <w:p w14:paraId="2B1B471B" w14:textId="77777777" w:rsidR="00612663" w:rsidRPr="00296699" w:rsidRDefault="00612663">
            <w:pPr>
              <w:spacing w:after="40" w:line="288" w:lineRule="auto"/>
              <w:rPr>
                <w:lang w:val="es-ES"/>
              </w:rPr>
            </w:pPr>
            <w:r w:rsidRPr="00296699">
              <w:rPr>
                <w:b/>
                <w:color w:val="1F4D78"/>
                <w:lang w:val="es-ES"/>
              </w:rPr>
              <w:t xml:space="preserve">Rasgo que no puede </w:t>
            </w:r>
            <w:proofErr w:type="gramStart"/>
            <w:r w:rsidRPr="00296699">
              <w:rPr>
                <w:b/>
                <w:color w:val="1F4D78"/>
                <w:lang w:val="es-ES"/>
              </w:rPr>
              <w:t xml:space="preserve">faltar  </w:t>
            </w:r>
            <w:r w:rsidRPr="00296699">
              <w:rPr>
                <w:lang w:val="es-ES"/>
              </w:rPr>
              <w:t>La</w:t>
            </w:r>
            <w:proofErr w:type="gramEnd"/>
            <w:r w:rsidRPr="00296699">
              <w:rPr>
                <w:lang w:val="es-ES"/>
              </w:rPr>
              <w:t xml:space="preserve"> orilla bordada alrededor de la cara es una seña visual de la Virgen de la Fuensanta. Debe aparecer en la figura de peluche preparada para la experiencia y en las imágenes que se utilicen para reconocerla.</w:t>
            </w:r>
          </w:p>
        </w:tc>
      </w:tr>
    </w:tbl>
    <w:p w14:paraId="62B2F4CD" w14:textId="77777777" w:rsidR="00612663" w:rsidRPr="00296699" w:rsidRDefault="00612663">
      <w:pPr>
        <w:spacing w:after="40"/>
        <w:rPr>
          <w:lang w:val="es-ES"/>
        </w:rPr>
      </w:pPr>
    </w:p>
    <w:p w14:paraId="06663E2F" w14:textId="77777777" w:rsidR="00612663" w:rsidRPr="00296699" w:rsidRDefault="00612663">
      <w:pPr>
        <w:pStyle w:val="Ttulo2"/>
        <w:rPr>
          <w:lang w:val="es-ES"/>
        </w:rPr>
      </w:pPr>
      <w:r w:rsidRPr="00296699">
        <w:rPr>
          <w:rFonts w:ascii="Calibri" w:hAnsi="Calibri"/>
          <w:lang w:val="es-ES"/>
        </w:rPr>
        <w:t>Progresión del tema</w:t>
      </w:r>
    </w:p>
    <w:p w14:paraId="1B6C3F28" w14:textId="77777777" w:rsidR="00612663" w:rsidRPr="00296699" w:rsidRDefault="00612663">
      <w:pPr>
        <w:spacing w:after="100"/>
        <w:rPr>
          <w:lang w:val="es-ES"/>
        </w:rPr>
      </w:pPr>
      <w:r w:rsidRPr="00296699">
        <w:rPr>
          <w:b/>
          <w:color w:val="1F4D78"/>
          <w:lang w:val="es-ES"/>
        </w:rPr>
        <w:t xml:space="preserve">Sesión 1 · María y Jesús: </w:t>
      </w:r>
      <w:r w:rsidRPr="00296699">
        <w:rPr>
          <w:lang w:val="es-ES"/>
        </w:rPr>
        <w:t>María es la mamá de Jesús; cada niño reconoce a alguien que lo cuida.</w:t>
      </w:r>
    </w:p>
    <w:p w14:paraId="22BFB035" w14:textId="77777777" w:rsidR="00612663" w:rsidRPr="00296699" w:rsidRDefault="00612663">
      <w:pPr>
        <w:spacing w:after="100"/>
        <w:rPr>
          <w:lang w:val="es-ES"/>
        </w:rPr>
      </w:pPr>
      <w:r w:rsidRPr="00296699">
        <w:rPr>
          <w:b/>
          <w:color w:val="1F4D78"/>
          <w:lang w:val="es-ES"/>
        </w:rPr>
        <w:t xml:space="preserve">Sesión 2 · Crecer acompañados: </w:t>
      </w:r>
      <w:r w:rsidRPr="00296699">
        <w:rPr>
          <w:lang w:val="es-ES"/>
        </w:rPr>
        <w:t>Jesús creció al lado de María; la lana azul simboliza cercanía y unión.</w:t>
      </w:r>
    </w:p>
    <w:p w14:paraId="2ED7B074" w14:textId="77777777" w:rsidR="00612663" w:rsidRPr="00296699" w:rsidRDefault="00612663">
      <w:pPr>
        <w:spacing w:after="100"/>
        <w:rPr>
          <w:lang w:val="es-ES"/>
        </w:rPr>
      </w:pPr>
      <w:r w:rsidRPr="00296699">
        <w:rPr>
          <w:b/>
          <w:color w:val="1F4D78"/>
          <w:lang w:val="es-ES"/>
        </w:rPr>
        <w:t xml:space="preserve">Sesión 3 · Una fiesta de Murcia: </w:t>
      </w:r>
      <w:r w:rsidRPr="00296699">
        <w:rPr>
          <w:lang w:val="es-ES"/>
        </w:rPr>
        <w:t>Vestimos y coronamos la Virgen de peluche y presentamos la Fuensanta.</w:t>
      </w:r>
    </w:p>
    <w:p w14:paraId="23992BC2" w14:textId="77777777" w:rsidR="00612663" w:rsidRPr="00296699" w:rsidRDefault="00612663">
      <w:pPr>
        <w:spacing w:after="100"/>
        <w:rPr>
          <w:lang w:val="es-ES"/>
        </w:rPr>
      </w:pPr>
      <w:r w:rsidRPr="00296699">
        <w:rPr>
          <w:b/>
          <w:color w:val="1F4D78"/>
          <w:lang w:val="es-ES"/>
        </w:rPr>
        <w:t xml:space="preserve">Sesión 4 · Ofrenda colectiva: </w:t>
      </w:r>
      <w:r w:rsidRPr="00296699">
        <w:rPr>
          <w:lang w:val="es-ES"/>
        </w:rPr>
        <w:t>Construimos un altar en la pared y colocamos alrededor flores de papel.</w:t>
      </w:r>
    </w:p>
    <w:p w14:paraId="46306E3E" w14:textId="77777777" w:rsidR="00612663" w:rsidRPr="00296699" w:rsidRDefault="00612663">
      <w:pPr>
        <w:pStyle w:val="Ttulo2"/>
        <w:rPr>
          <w:lang w:val="es-ES"/>
        </w:rPr>
      </w:pPr>
      <w:r w:rsidRPr="00296699">
        <w:rPr>
          <w:rFonts w:ascii="Calibri" w:hAnsi="Calibri"/>
          <w:lang w:val="es-ES"/>
        </w:rPr>
        <w:t>Explicación adaptada del centenario</w:t>
      </w:r>
    </w:p>
    <w:p w14:paraId="4B022647" w14:textId="77777777" w:rsidR="00612663" w:rsidRPr="00296699" w:rsidRDefault="00612663">
      <w:pPr>
        <w:rPr>
          <w:lang w:val="es-ES"/>
        </w:rPr>
      </w:pPr>
      <w:r w:rsidRPr="00296699">
        <w:rPr>
          <w:lang w:val="es-ES"/>
        </w:rPr>
        <w:t>No se trabaja «cien años» como cantidad. Puede decirse: «Hace mucho tiempo, Murcia puso una corona a la Virgen de la Fuensanta para demostrarle cuánto la quiere. Este año recordamos aquella fiesta».</w:t>
      </w:r>
      <w:r w:rsidRPr="00296699">
        <w:rPr>
          <w:lang w:val="es-ES"/>
        </w:rPr>
        <w:t xml:space="preserve"> Si ven imágenes en televisión o acuden con sus familias, podrán reconocer la Virgen, la corona y la celebración.</w:t>
      </w:r>
    </w:p>
    <w:tbl>
      <w:tblPr>
        <w:tblW w:w="9749" w:type="dxa"/>
        <w:tblInd w:w="120" w:type="dxa"/>
        <w:tblLayout w:type="fixed"/>
        <w:tblLook w:val="04A0" w:firstRow="1" w:lastRow="0" w:firstColumn="1" w:lastColumn="0" w:noHBand="0" w:noVBand="1"/>
      </w:tblPr>
      <w:tblGrid>
        <w:gridCol w:w="9749"/>
      </w:tblGrid>
      <w:tr w:rsidR="003A1CAE" w:rsidRPr="00296699" w14:paraId="4210AD82" w14:textId="77777777">
        <w:tc>
          <w:tcPr>
            <w:tcW w:w="9749" w:type="dxa"/>
            <w:shd w:val="clear" w:color="auto" w:fill="E8EEF5"/>
            <w:tcMar>
              <w:top w:w="100" w:type="dxa"/>
              <w:left w:w="130" w:type="dxa"/>
              <w:bottom w:w="100" w:type="dxa"/>
              <w:right w:w="130" w:type="dxa"/>
            </w:tcMar>
            <w:vAlign w:val="center"/>
          </w:tcPr>
          <w:p w14:paraId="2C833EE5" w14:textId="77777777" w:rsidR="00612663" w:rsidRPr="00296699" w:rsidRDefault="00612663">
            <w:pPr>
              <w:spacing w:after="40" w:line="288" w:lineRule="auto"/>
              <w:rPr>
                <w:lang w:val="es-ES"/>
              </w:rPr>
            </w:pPr>
            <w:r w:rsidRPr="00296699">
              <w:rPr>
                <w:b/>
                <w:color w:val="1F4D78"/>
                <w:lang w:val="es-ES"/>
              </w:rPr>
              <w:t xml:space="preserve">Sentido de la </w:t>
            </w:r>
            <w:proofErr w:type="gramStart"/>
            <w:r w:rsidRPr="00296699">
              <w:rPr>
                <w:b/>
                <w:color w:val="1F4D78"/>
                <w:lang w:val="es-ES"/>
              </w:rPr>
              <w:t xml:space="preserve">corona  </w:t>
            </w:r>
            <w:r w:rsidRPr="00296699">
              <w:rPr>
                <w:lang w:val="es-ES"/>
              </w:rPr>
              <w:t>No</w:t>
            </w:r>
            <w:proofErr w:type="gramEnd"/>
            <w:r w:rsidRPr="00296699">
              <w:rPr>
                <w:lang w:val="es-ES"/>
              </w:rPr>
              <w:t xml:space="preserve"> se presenta a María como una reina de cuento ni como alguien que manda. La corona es un signo de cariño, honor y alegría porque es la madre de Jesús.</w:t>
            </w:r>
          </w:p>
        </w:tc>
      </w:tr>
    </w:tbl>
    <w:p w14:paraId="14DD37A9" w14:textId="77777777" w:rsidR="00612663" w:rsidRPr="00296699" w:rsidRDefault="00612663">
      <w:pPr>
        <w:spacing w:after="40"/>
        <w:rPr>
          <w:lang w:val="es-ES"/>
        </w:rPr>
      </w:pPr>
    </w:p>
    <w:p w14:paraId="05AD034C" w14:textId="77777777" w:rsidR="00612663" w:rsidRPr="00296699" w:rsidRDefault="00612663">
      <w:pPr>
        <w:pStyle w:val="Ttulo2"/>
        <w:rPr>
          <w:lang w:val="es-ES"/>
        </w:rPr>
      </w:pPr>
      <w:r w:rsidRPr="00296699">
        <w:rPr>
          <w:rFonts w:ascii="Calibri" w:hAnsi="Calibri"/>
          <w:lang w:val="es-ES"/>
        </w:rPr>
        <w:t>Rutina común</w:t>
      </w:r>
    </w:p>
    <w:p w14:paraId="5964373A" w14:textId="77777777" w:rsidR="00612663" w:rsidRPr="00296699" w:rsidRDefault="00612663">
      <w:pPr>
        <w:rPr>
          <w:lang w:val="es-ES"/>
        </w:rPr>
      </w:pPr>
      <w:r w:rsidRPr="00296699">
        <w:rPr>
          <w:lang w:val="es-ES"/>
        </w:rPr>
        <w:t>Acogida; presentación de la Virgen de peluche; recuerdo de la sesión anterior; relato o experiencia; oración breve; espacios Montessori; ficha o creación colectiva; recogida y despedida.</w:t>
      </w:r>
    </w:p>
    <w:p w14:paraId="74A783E2" w14:textId="77777777" w:rsidR="00612663" w:rsidRPr="00296699" w:rsidRDefault="00612663">
      <w:pPr>
        <w:pStyle w:val="Ttulo1"/>
        <w:rPr>
          <w:lang w:val="es-ES"/>
        </w:rPr>
      </w:pPr>
      <w:r w:rsidRPr="00296699">
        <w:rPr>
          <w:rFonts w:ascii="Calibri" w:hAnsi="Calibri"/>
          <w:lang w:val="es-ES"/>
        </w:rPr>
        <w:lastRenderedPageBreak/>
        <w:t>2. Referencia curricular</w:t>
      </w:r>
    </w:p>
    <w:p w14:paraId="597B70CF" w14:textId="77777777" w:rsidR="00612663" w:rsidRPr="00296699" w:rsidRDefault="00612663">
      <w:pPr>
        <w:rPr>
          <w:lang w:val="es-ES"/>
        </w:rPr>
      </w:pPr>
      <w:r w:rsidRPr="00296699">
        <w:rPr>
          <w:lang w:val="es-ES"/>
        </w:rPr>
        <w:t>El tema se vincula al currículo de Religión Católica para el segundo ciclo de Educación Infantil (Resolución de 21 de junio de 2022, BOE-A-2022-10452, Anexo I), seleccionando solo los aprendizajes realmente movilizados.</w:t>
      </w:r>
    </w:p>
    <w:tbl>
      <w:tblPr>
        <w:tblW w:w="9749" w:type="dxa"/>
        <w:tblInd w:w="120" w:type="dxa"/>
        <w:tblLayout w:type="fixed"/>
        <w:tblLook w:val="04A0" w:firstRow="1" w:lastRow="0" w:firstColumn="1" w:lastColumn="0" w:noHBand="0" w:noVBand="1"/>
      </w:tblPr>
      <w:tblGrid>
        <w:gridCol w:w="2850"/>
        <w:gridCol w:w="6899"/>
      </w:tblGrid>
      <w:tr w:rsidR="003A1CAE" w:rsidRPr="00296699" w14:paraId="08E91400" w14:textId="77777777">
        <w:tc>
          <w:tcPr>
            <w:tcW w:w="2850" w:type="dxa"/>
            <w:shd w:val="clear" w:color="auto" w:fill="E8EEF5"/>
            <w:tcMar>
              <w:top w:w="100" w:type="dxa"/>
              <w:left w:w="130" w:type="dxa"/>
              <w:bottom w:w="100" w:type="dxa"/>
              <w:right w:w="130" w:type="dxa"/>
            </w:tcMar>
            <w:vAlign w:val="center"/>
          </w:tcPr>
          <w:p w14:paraId="6FA38AD7" w14:textId="77777777" w:rsidR="00612663" w:rsidRDefault="00612663">
            <w:pPr>
              <w:spacing w:after="0"/>
            </w:pPr>
            <w:proofErr w:type="spellStart"/>
            <w:r>
              <w:rPr>
                <w:b/>
                <w:color w:val="1F4D78"/>
                <w:sz w:val="21"/>
              </w:rPr>
              <w:t>Competencia</w:t>
            </w:r>
            <w:proofErr w:type="spellEnd"/>
            <w:r>
              <w:rPr>
                <w:b/>
                <w:color w:val="1F4D78"/>
                <w:sz w:val="21"/>
              </w:rPr>
              <w:t xml:space="preserve"> </w:t>
            </w:r>
            <w:proofErr w:type="spellStart"/>
            <w:r>
              <w:rPr>
                <w:b/>
                <w:color w:val="1F4D78"/>
                <w:sz w:val="21"/>
              </w:rPr>
              <w:t>específica</w:t>
            </w:r>
            <w:proofErr w:type="spellEnd"/>
            <w:r>
              <w:rPr>
                <w:b/>
                <w:color w:val="1F4D78"/>
                <w:sz w:val="21"/>
              </w:rPr>
              <w:t xml:space="preserve"> 1</w:t>
            </w:r>
          </w:p>
        </w:tc>
        <w:tc>
          <w:tcPr>
            <w:tcW w:w="6899" w:type="dxa"/>
            <w:shd w:val="clear" w:color="auto" w:fill="FFFFFF"/>
            <w:tcMar>
              <w:top w:w="100" w:type="dxa"/>
              <w:left w:w="130" w:type="dxa"/>
              <w:bottom w:w="100" w:type="dxa"/>
              <w:right w:w="130" w:type="dxa"/>
            </w:tcMar>
            <w:vAlign w:val="center"/>
          </w:tcPr>
          <w:p w14:paraId="70124B8B" w14:textId="77777777" w:rsidR="00612663" w:rsidRPr="00296699" w:rsidRDefault="00612663">
            <w:pPr>
              <w:spacing w:after="0"/>
              <w:rPr>
                <w:lang w:val="es-ES"/>
              </w:rPr>
            </w:pPr>
            <w:r w:rsidRPr="00296699">
              <w:rPr>
                <w:sz w:val="21"/>
                <w:lang w:val="es-ES"/>
              </w:rPr>
              <w:t>Criterios 1.2 y 1.3 · Hábitos de cuidado inspirados en María y expresión afectiva mediante gestos y dibujo personal.</w:t>
            </w:r>
          </w:p>
        </w:tc>
      </w:tr>
      <w:tr w:rsidR="003A1CAE" w:rsidRPr="00296699" w14:paraId="361F20F3" w14:textId="77777777">
        <w:tc>
          <w:tcPr>
            <w:tcW w:w="2850" w:type="dxa"/>
            <w:shd w:val="clear" w:color="auto" w:fill="E8EEF5"/>
            <w:tcMar>
              <w:top w:w="100" w:type="dxa"/>
              <w:left w:w="130" w:type="dxa"/>
              <w:bottom w:w="100" w:type="dxa"/>
              <w:right w:w="130" w:type="dxa"/>
            </w:tcMar>
            <w:vAlign w:val="center"/>
          </w:tcPr>
          <w:p w14:paraId="70B10B41" w14:textId="77777777" w:rsidR="00612663" w:rsidRDefault="00612663">
            <w:pPr>
              <w:spacing w:after="0"/>
            </w:pPr>
            <w:proofErr w:type="spellStart"/>
            <w:r>
              <w:rPr>
                <w:b/>
                <w:color w:val="1F4D78"/>
                <w:sz w:val="21"/>
              </w:rPr>
              <w:t>Competencia</w:t>
            </w:r>
            <w:proofErr w:type="spellEnd"/>
            <w:r>
              <w:rPr>
                <w:b/>
                <w:color w:val="1F4D78"/>
                <w:sz w:val="21"/>
              </w:rPr>
              <w:t xml:space="preserve"> </w:t>
            </w:r>
            <w:proofErr w:type="spellStart"/>
            <w:r>
              <w:rPr>
                <w:b/>
                <w:color w:val="1F4D78"/>
                <w:sz w:val="21"/>
              </w:rPr>
              <w:t>específica</w:t>
            </w:r>
            <w:proofErr w:type="spellEnd"/>
            <w:r>
              <w:rPr>
                <w:b/>
                <w:color w:val="1F4D78"/>
                <w:sz w:val="21"/>
              </w:rPr>
              <w:t xml:space="preserve"> 2</w:t>
            </w:r>
          </w:p>
        </w:tc>
        <w:tc>
          <w:tcPr>
            <w:tcW w:w="6899" w:type="dxa"/>
            <w:shd w:val="clear" w:color="auto" w:fill="FFFFFF"/>
            <w:tcMar>
              <w:top w:w="100" w:type="dxa"/>
              <w:left w:w="130" w:type="dxa"/>
              <w:bottom w:w="100" w:type="dxa"/>
              <w:right w:w="130" w:type="dxa"/>
            </w:tcMar>
            <w:vAlign w:val="center"/>
          </w:tcPr>
          <w:p w14:paraId="5309B2D9" w14:textId="77777777" w:rsidR="00612663" w:rsidRPr="00296699" w:rsidRDefault="00612663">
            <w:pPr>
              <w:spacing w:after="0"/>
              <w:rPr>
                <w:lang w:val="es-ES"/>
              </w:rPr>
            </w:pPr>
            <w:r w:rsidRPr="00296699">
              <w:rPr>
                <w:sz w:val="21"/>
                <w:lang w:val="es-ES"/>
              </w:rPr>
              <w:t>Criterios 2.1 y 2.2 · Cuidado, acompañamiento, escucha y gratitud en las relaciones cercanas y en la creación común.</w:t>
            </w:r>
          </w:p>
        </w:tc>
      </w:tr>
      <w:tr w:rsidR="003A1CAE" w:rsidRPr="00296699" w14:paraId="05E848A9" w14:textId="77777777">
        <w:tc>
          <w:tcPr>
            <w:tcW w:w="2850" w:type="dxa"/>
            <w:shd w:val="clear" w:color="auto" w:fill="E8EEF5"/>
            <w:tcMar>
              <w:top w:w="100" w:type="dxa"/>
              <w:left w:w="130" w:type="dxa"/>
              <w:bottom w:w="100" w:type="dxa"/>
              <w:right w:w="130" w:type="dxa"/>
            </w:tcMar>
            <w:vAlign w:val="center"/>
          </w:tcPr>
          <w:p w14:paraId="633FD641" w14:textId="77777777" w:rsidR="00612663" w:rsidRDefault="00612663">
            <w:pPr>
              <w:spacing w:after="0"/>
            </w:pPr>
            <w:proofErr w:type="spellStart"/>
            <w:r>
              <w:rPr>
                <w:b/>
                <w:color w:val="1F4D78"/>
                <w:sz w:val="21"/>
              </w:rPr>
              <w:t>Competencia</w:t>
            </w:r>
            <w:proofErr w:type="spellEnd"/>
            <w:r>
              <w:rPr>
                <w:b/>
                <w:color w:val="1F4D78"/>
                <w:sz w:val="21"/>
              </w:rPr>
              <w:t xml:space="preserve"> </w:t>
            </w:r>
            <w:proofErr w:type="spellStart"/>
            <w:r>
              <w:rPr>
                <w:b/>
                <w:color w:val="1F4D78"/>
                <w:sz w:val="21"/>
              </w:rPr>
              <w:t>específica</w:t>
            </w:r>
            <w:proofErr w:type="spellEnd"/>
            <w:r>
              <w:rPr>
                <w:b/>
                <w:color w:val="1F4D78"/>
                <w:sz w:val="21"/>
              </w:rPr>
              <w:t xml:space="preserve"> 4</w:t>
            </w:r>
          </w:p>
        </w:tc>
        <w:tc>
          <w:tcPr>
            <w:tcW w:w="6899" w:type="dxa"/>
            <w:shd w:val="clear" w:color="auto" w:fill="FFFFFF"/>
            <w:tcMar>
              <w:top w:w="100" w:type="dxa"/>
              <w:left w:w="130" w:type="dxa"/>
              <w:bottom w:w="100" w:type="dxa"/>
              <w:right w:w="130" w:type="dxa"/>
            </w:tcMar>
            <w:vAlign w:val="center"/>
          </w:tcPr>
          <w:p w14:paraId="230B5C7F" w14:textId="77777777" w:rsidR="00612663" w:rsidRPr="00296699" w:rsidRDefault="00612663">
            <w:pPr>
              <w:spacing w:after="0"/>
              <w:rPr>
                <w:lang w:val="es-ES"/>
              </w:rPr>
            </w:pPr>
            <w:r w:rsidRPr="00296699">
              <w:rPr>
                <w:sz w:val="21"/>
                <w:lang w:val="es-ES"/>
              </w:rPr>
              <w:t>Criterios 4.1, 4.2 y 4.3 · Tradición de la Fuensanta, símbolos marianos, sentido de pertenencia y expresión artística.</w:t>
            </w:r>
          </w:p>
        </w:tc>
      </w:tr>
      <w:tr w:rsidR="003A1CAE" w:rsidRPr="00296699" w14:paraId="0385D317" w14:textId="77777777">
        <w:tc>
          <w:tcPr>
            <w:tcW w:w="2850" w:type="dxa"/>
            <w:shd w:val="clear" w:color="auto" w:fill="E8EEF5"/>
            <w:tcMar>
              <w:top w:w="100" w:type="dxa"/>
              <w:left w:w="130" w:type="dxa"/>
              <w:bottom w:w="100" w:type="dxa"/>
              <w:right w:w="130" w:type="dxa"/>
            </w:tcMar>
            <w:vAlign w:val="center"/>
          </w:tcPr>
          <w:p w14:paraId="3B382AAD" w14:textId="77777777" w:rsidR="00612663" w:rsidRDefault="00612663">
            <w:pPr>
              <w:spacing w:after="0"/>
            </w:pPr>
            <w:proofErr w:type="spellStart"/>
            <w:r>
              <w:rPr>
                <w:b/>
                <w:color w:val="1F4D78"/>
                <w:sz w:val="21"/>
              </w:rPr>
              <w:t>Competencia</w:t>
            </w:r>
            <w:proofErr w:type="spellEnd"/>
            <w:r>
              <w:rPr>
                <w:b/>
                <w:color w:val="1F4D78"/>
                <w:sz w:val="21"/>
              </w:rPr>
              <w:t xml:space="preserve"> </w:t>
            </w:r>
            <w:proofErr w:type="spellStart"/>
            <w:r>
              <w:rPr>
                <w:b/>
                <w:color w:val="1F4D78"/>
                <w:sz w:val="21"/>
              </w:rPr>
              <w:t>específica</w:t>
            </w:r>
            <w:proofErr w:type="spellEnd"/>
            <w:r>
              <w:rPr>
                <w:b/>
                <w:color w:val="1F4D78"/>
                <w:sz w:val="21"/>
              </w:rPr>
              <w:t xml:space="preserve"> 5</w:t>
            </w:r>
          </w:p>
        </w:tc>
        <w:tc>
          <w:tcPr>
            <w:tcW w:w="6899" w:type="dxa"/>
            <w:shd w:val="clear" w:color="auto" w:fill="FFFFFF"/>
            <w:tcMar>
              <w:top w:w="100" w:type="dxa"/>
              <w:left w:w="130" w:type="dxa"/>
              <w:bottom w:w="100" w:type="dxa"/>
              <w:right w:w="130" w:type="dxa"/>
            </w:tcMar>
            <w:vAlign w:val="center"/>
          </w:tcPr>
          <w:p w14:paraId="74C9F9EC" w14:textId="77777777" w:rsidR="00612663" w:rsidRPr="00296699" w:rsidRDefault="00612663">
            <w:pPr>
              <w:spacing w:after="0"/>
              <w:rPr>
                <w:lang w:val="es-ES"/>
              </w:rPr>
            </w:pPr>
            <w:r w:rsidRPr="00296699">
              <w:rPr>
                <w:sz w:val="21"/>
                <w:lang w:val="es-ES"/>
              </w:rPr>
              <w:t>Criterios 5.1 y 5.2 · Calma, contemplación, canción, agradecimiento y oración sencilla.</w:t>
            </w:r>
          </w:p>
        </w:tc>
      </w:tr>
      <w:tr w:rsidR="003A1CAE" w:rsidRPr="00296699" w14:paraId="0544E496" w14:textId="77777777">
        <w:tc>
          <w:tcPr>
            <w:tcW w:w="2850" w:type="dxa"/>
            <w:shd w:val="clear" w:color="auto" w:fill="E8EEF5"/>
            <w:tcMar>
              <w:top w:w="100" w:type="dxa"/>
              <w:left w:w="130" w:type="dxa"/>
              <w:bottom w:w="100" w:type="dxa"/>
              <w:right w:w="130" w:type="dxa"/>
            </w:tcMar>
            <w:vAlign w:val="center"/>
          </w:tcPr>
          <w:p w14:paraId="3FFFD2AD" w14:textId="77777777" w:rsidR="00612663" w:rsidRDefault="00612663">
            <w:pPr>
              <w:spacing w:after="0"/>
            </w:pPr>
            <w:proofErr w:type="spellStart"/>
            <w:r>
              <w:rPr>
                <w:b/>
                <w:color w:val="1F4D78"/>
                <w:sz w:val="21"/>
              </w:rPr>
              <w:t>Competencia</w:t>
            </w:r>
            <w:proofErr w:type="spellEnd"/>
            <w:r>
              <w:rPr>
                <w:b/>
                <w:color w:val="1F4D78"/>
                <w:sz w:val="21"/>
              </w:rPr>
              <w:t xml:space="preserve"> </w:t>
            </w:r>
            <w:proofErr w:type="spellStart"/>
            <w:r>
              <w:rPr>
                <w:b/>
                <w:color w:val="1F4D78"/>
                <w:sz w:val="21"/>
              </w:rPr>
              <w:t>específica</w:t>
            </w:r>
            <w:proofErr w:type="spellEnd"/>
            <w:r>
              <w:rPr>
                <w:b/>
                <w:color w:val="1F4D78"/>
                <w:sz w:val="21"/>
              </w:rPr>
              <w:t xml:space="preserve"> 6</w:t>
            </w:r>
          </w:p>
        </w:tc>
        <w:tc>
          <w:tcPr>
            <w:tcW w:w="6899" w:type="dxa"/>
            <w:shd w:val="clear" w:color="auto" w:fill="FFFFFF"/>
            <w:tcMar>
              <w:top w:w="100" w:type="dxa"/>
              <w:left w:w="130" w:type="dxa"/>
              <w:bottom w:w="100" w:type="dxa"/>
              <w:right w:w="130" w:type="dxa"/>
            </w:tcMar>
            <w:vAlign w:val="center"/>
          </w:tcPr>
          <w:p w14:paraId="54420EF6" w14:textId="77777777" w:rsidR="00612663" w:rsidRPr="00296699" w:rsidRDefault="00612663">
            <w:pPr>
              <w:spacing w:after="0"/>
              <w:rPr>
                <w:lang w:val="es-ES"/>
              </w:rPr>
            </w:pPr>
            <w:r w:rsidRPr="00296699">
              <w:rPr>
                <w:sz w:val="21"/>
                <w:lang w:val="es-ES"/>
              </w:rPr>
              <w:t>Criterio 6.1 · Reconocimiento de Jesús en los relatos de su infancia y de María en manifestaciones religiosas y artísticas del entorno.</w:t>
            </w:r>
          </w:p>
        </w:tc>
      </w:tr>
    </w:tbl>
    <w:p w14:paraId="3F021394" w14:textId="77777777" w:rsidR="00612663" w:rsidRPr="00296699" w:rsidRDefault="00612663">
      <w:pPr>
        <w:pStyle w:val="Ttulo2"/>
        <w:rPr>
          <w:lang w:val="es-ES"/>
        </w:rPr>
      </w:pPr>
      <w:r w:rsidRPr="00296699">
        <w:rPr>
          <w:rFonts w:ascii="Calibri" w:hAnsi="Calibri"/>
          <w:lang w:val="es-ES"/>
        </w:rPr>
        <w:t>Saberes básicos seleccionados</w:t>
      </w:r>
    </w:p>
    <w:p w14:paraId="4DB5DA60" w14:textId="77777777" w:rsidR="00612663" w:rsidRPr="00296699" w:rsidRDefault="00612663">
      <w:pPr>
        <w:rPr>
          <w:lang w:val="es-ES"/>
        </w:rPr>
      </w:pPr>
      <w:r w:rsidRPr="00296699">
        <w:rPr>
          <w:lang w:val="es-ES"/>
        </w:rPr>
        <w:t>A · Respeto ante la expresión de emociones y realidades personales; belleza y sentido de pertenencia; expresión creativa en diferentes lenguajes; silencio y calma. B · Comunicación afectiva; empatía y cuidado; amabilidad, acogida y gratitud; cooperación en una creación común. C · Manifestaciones culturales y artísticas de la fe; símbolos y prácticas cristianas; relatos bíblicos; la familia de Jesús y la figura de la Virgen María.</w:t>
      </w:r>
    </w:p>
    <w:p w14:paraId="548764E6" w14:textId="77777777" w:rsidR="00612663" w:rsidRPr="00296699" w:rsidRDefault="00612663">
      <w:pPr>
        <w:pStyle w:val="Ttulo2"/>
        <w:rPr>
          <w:lang w:val="es-ES"/>
        </w:rPr>
      </w:pPr>
      <w:r w:rsidRPr="00296699">
        <w:rPr>
          <w:lang w:val="es-ES"/>
        </w:rPr>
        <w:t>Evidencias e instrumentos</w:t>
      </w:r>
    </w:p>
    <w:p w14:paraId="6936A518" w14:textId="77777777" w:rsidR="00612663" w:rsidRPr="00296699" w:rsidRDefault="00612663">
      <w:pPr>
        <w:rPr>
          <w:lang w:val="es-ES"/>
        </w:rPr>
      </w:pPr>
      <w:r w:rsidRPr="00296699">
        <w:rPr>
          <w:lang w:val="es-ES"/>
        </w:rPr>
        <w:t>1.2-1.3 · Gestos de cuidado y dibujo de una persona cuidadora: observación directa y conversación individual. 2.1-2.2 · Acompañamiento, escucha, gratitud y participación en la ofrenda: registro breve. 4.1-4.3 · Fichas 23-25, reconocimiento de la Fuensanta y flor colectiva: análisis de producciones y porfolio, sin valorar la perfección estética. 5.1-5.2 · Participación en calma, canción y oración: lista de cotejo. 6.1 · Reconocimiento de Jesús, María y la advocación de la Fuensanta: conversación guiada y aso</w:t>
      </w:r>
      <w:r w:rsidRPr="00296699">
        <w:rPr>
          <w:lang w:val="es-ES"/>
        </w:rPr>
        <w:t>ciación de imágenes.</w:t>
      </w:r>
    </w:p>
    <w:p w14:paraId="706865E1" w14:textId="77777777" w:rsidR="00612663" w:rsidRPr="00296699" w:rsidRDefault="00612663">
      <w:pPr>
        <w:pStyle w:val="Ttulo2"/>
        <w:rPr>
          <w:lang w:val="es-ES"/>
        </w:rPr>
      </w:pPr>
      <w:r w:rsidRPr="00296699">
        <w:rPr>
          <w:lang w:val="es-ES"/>
        </w:rPr>
        <w:t>Atención a la diversidad (DUA)</w:t>
      </w:r>
    </w:p>
    <w:p w14:paraId="7019529C" w14:textId="77777777" w:rsidR="00612663" w:rsidRPr="00296699" w:rsidRDefault="00612663">
      <w:pPr>
        <w:rPr>
          <w:lang w:val="es-ES"/>
        </w:rPr>
      </w:pPr>
      <w:r w:rsidRPr="00296699">
        <w:rPr>
          <w:lang w:val="es-ES"/>
        </w:rPr>
        <w:t>Presentar la secuencia con peluche, fotografías, gestos, canción y apoyos visuales. Permitir responder señalando, imitando, verbalizando, dibujando o colocando objetos. Ofrecer tela y lana en piezas grandes, pegamento adaptado, pinceles de mango grueso y ayuda graduada; respetar la sensibilidad táctil y permitir observar antes de participar. Acoger todas las realidades familiares sin pedir explicaciones y permitir representar a cualquier persona cuidadora. En la ofrenda, el adulto prepara cortes y fijacione</w:t>
      </w:r>
      <w:r w:rsidRPr="00296699">
        <w:rPr>
          <w:lang w:val="es-ES"/>
        </w:rPr>
        <w:t>s; el niño elige, arruga, pega o coloca. Valorar siempre el progreso personal.</w:t>
      </w:r>
    </w:p>
    <w:p w14:paraId="16831DD7" w14:textId="77777777" w:rsidR="00612663" w:rsidRPr="00296699" w:rsidRDefault="00612663">
      <w:pPr>
        <w:pStyle w:val="Ttulo2"/>
        <w:rPr>
          <w:lang w:val="es-ES"/>
        </w:rPr>
      </w:pPr>
      <w:r w:rsidRPr="00296699">
        <w:rPr>
          <w:rFonts w:ascii="Calibri" w:hAnsi="Calibri"/>
          <w:lang w:val="es-ES"/>
        </w:rPr>
        <w:lastRenderedPageBreak/>
        <w:t>Referencias</w:t>
      </w:r>
    </w:p>
    <w:p w14:paraId="3F1C7BA0" w14:textId="77777777" w:rsidR="00612663" w:rsidRPr="00296699" w:rsidRDefault="00612663">
      <w:pPr>
        <w:spacing w:after="0"/>
        <w:rPr>
          <w:lang w:val="es-ES"/>
        </w:rPr>
      </w:pPr>
      <w:r w:rsidRPr="00296699">
        <w:rPr>
          <w:lang w:val="es-ES"/>
        </w:rPr>
        <w:t>María, madre de Jesús: relatos de la infancia de Jesús, especialmente Lucas 1-2. Resolución de 21 de junio de 2022, BOE-A-2022-10452, Anexo I. https://www.boe.es/buscar/act.php?id=BOE-A-2022-10452</w:t>
      </w:r>
    </w:p>
    <w:p w14:paraId="42BF7DA5" w14:textId="77777777" w:rsidR="00612663" w:rsidRPr="00296699" w:rsidRDefault="00612663">
      <w:pPr>
        <w:rPr>
          <w:lang w:val="es-ES"/>
        </w:rPr>
      </w:pPr>
    </w:p>
    <w:p w14:paraId="4743F896" w14:textId="77777777" w:rsidR="00612663" w:rsidRPr="00296699" w:rsidRDefault="00612663">
      <w:pPr>
        <w:pStyle w:val="Ttulo1"/>
        <w:rPr>
          <w:lang w:val="es-ES"/>
        </w:rPr>
      </w:pPr>
      <w:r w:rsidRPr="00296699">
        <w:rPr>
          <w:rFonts w:ascii="Calibri" w:hAnsi="Calibri"/>
          <w:lang w:val="es-ES"/>
        </w:rPr>
        <w:t>3. Sesión 1 · María es la mamá de Jesús</w:t>
      </w:r>
    </w:p>
    <w:p w14:paraId="15A45D93" w14:textId="77777777" w:rsidR="00612663" w:rsidRDefault="00612663">
      <w:pPr>
        <w:keepNext/>
        <w:jc w:val="center"/>
      </w:pPr>
      <w:r>
        <w:rPr>
          <w:noProof/>
        </w:rPr>
        <w:drawing>
          <wp:inline distT="0" distB="0" distL="0" distR="0" wp14:anchorId="33423140" wp14:editId="0D683CE5">
            <wp:extent cx="5257800" cy="39433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a6482c3a-779a-4dd0-b53d-3871c057087d.png"/>
                    <pic:cNvPicPr/>
                  </pic:nvPicPr>
                  <pic:blipFill>
                    <a:blip r:embed="rId30"/>
                    <a:stretch>
                      <a:fillRect/>
                    </a:stretch>
                  </pic:blipFill>
                  <pic:spPr>
                    <a:xfrm>
                      <a:off x="0" y="0"/>
                      <a:ext cx="5257800" cy="3943350"/>
                    </a:xfrm>
                    <a:prstGeom prst="rect">
                      <a:avLst/>
                    </a:prstGeom>
                  </pic:spPr>
                </pic:pic>
              </a:graphicData>
            </a:graphic>
          </wp:inline>
        </w:drawing>
      </w:r>
    </w:p>
    <w:p w14:paraId="5DA68407" w14:textId="77777777" w:rsidR="00612663" w:rsidRPr="00296699" w:rsidRDefault="00612663">
      <w:pPr>
        <w:keepNext/>
        <w:spacing w:after="160"/>
        <w:jc w:val="center"/>
        <w:rPr>
          <w:lang w:val="es-ES"/>
        </w:rPr>
      </w:pPr>
      <w:r w:rsidRPr="00296699">
        <w:rPr>
          <w:i/>
          <w:color w:val="687784"/>
          <w:sz w:val="19"/>
          <w:lang w:val="es-ES"/>
        </w:rPr>
        <w:t>Ficha 23 · Pega un trozo de tela como mantita y dibuja a alguien que te cuida</w:t>
      </w:r>
    </w:p>
    <w:tbl>
      <w:tblPr>
        <w:tblW w:w="9749" w:type="dxa"/>
        <w:tblInd w:w="120" w:type="dxa"/>
        <w:tblLayout w:type="fixed"/>
        <w:tblLook w:val="04A0" w:firstRow="1" w:lastRow="0" w:firstColumn="1" w:lastColumn="0" w:noHBand="0" w:noVBand="1"/>
      </w:tblPr>
      <w:tblGrid>
        <w:gridCol w:w="9749"/>
      </w:tblGrid>
      <w:tr w:rsidR="003A1CAE" w:rsidRPr="00296699" w14:paraId="735B0950" w14:textId="77777777">
        <w:tc>
          <w:tcPr>
            <w:tcW w:w="9749" w:type="dxa"/>
            <w:shd w:val="clear" w:color="auto" w:fill="EAF4EE"/>
            <w:tcMar>
              <w:top w:w="100" w:type="dxa"/>
              <w:left w:w="130" w:type="dxa"/>
              <w:bottom w:w="100" w:type="dxa"/>
              <w:right w:w="130" w:type="dxa"/>
            </w:tcMar>
            <w:vAlign w:val="center"/>
          </w:tcPr>
          <w:p w14:paraId="5823E026" w14:textId="77777777" w:rsidR="00612663" w:rsidRPr="00296699" w:rsidRDefault="00612663">
            <w:pPr>
              <w:spacing w:after="40" w:line="288" w:lineRule="auto"/>
              <w:rPr>
                <w:lang w:val="es-ES"/>
              </w:rPr>
            </w:pPr>
            <w:proofErr w:type="gramStart"/>
            <w:r w:rsidRPr="00296699">
              <w:rPr>
                <w:b/>
                <w:color w:val="1F4D78"/>
                <w:lang w:val="es-ES"/>
              </w:rPr>
              <w:t xml:space="preserve">Aprendizaje  </w:t>
            </w:r>
            <w:r w:rsidRPr="00296699">
              <w:rPr>
                <w:lang w:val="es-ES"/>
              </w:rPr>
              <w:t>María</w:t>
            </w:r>
            <w:proofErr w:type="gramEnd"/>
            <w:r w:rsidRPr="00296699">
              <w:rPr>
                <w:lang w:val="es-ES"/>
              </w:rPr>
              <w:t xml:space="preserve"> es la mamá de Jesús y lo cuidó con ternura. Cada niño puede reconocer a una persona que lo cuida.</w:t>
            </w:r>
          </w:p>
        </w:tc>
      </w:tr>
    </w:tbl>
    <w:p w14:paraId="06813767" w14:textId="77777777" w:rsidR="00612663" w:rsidRPr="00296699" w:rsidRDefault="00612663">
      <w:pPr>
        <w:spacing w:after="40"/>
        <w:rPr>
          <w:lang w:val="es-ES"/>
        </w:rPr>
      </w:pPr>
    </w:p>
    <w:p w14:paraId="26372F47" w14:textId="77777777" w:rsidR="00612663" w:rsidRPr="00296699" w:rsidRDefault="00612663">
      <w:pPr>
        <w:pStyle w:val="Ttulo2"/>
        <w:rPr>
          <w:lang w:val="es-ES"/>
        </w:rPr>
      </w:pPr>
      <w:r w:rsidRPr="00296699">
        <w:rPr>
          <w:rFonts w:ascii="Calibri" w:hAnsi="Calibri"/>
          <w:lang w:val="es-ES"/>
        </w:rPr>
        <w:t>Preparación</w:t>
      </w:r>
    </w:p>
    <w:p w14:paraId="2E1D8DDC" w14:textId="77777777" w:rsidR="00612663" w:rsidRPr="00296699" w:rsidRDefault="00612663">
      <w:pPr>
        <w:rPr>
          <w:lang w:val="es-ES"/>
        </w:rPr>
      </w:pPr>
      <w:r w:rsidRPr="00296699">
        <w:rPr>
          <w:lang w:val="es-ES"/>
        </w:rPr>
        <w:t>Presentar la Virgen de peluche sin corona ni vestido especial. Preparar trozos de tela suave suficientemente grandes, pegamento escolar, ceras gruesas y una muestra terminada.</w:t>
      </w:r>
    </w:p>
    <w:p w14:paraId="3ED80D4F" w14:textId="77777777" w:rsidR="00612663" w:rsidRPr="00296699" w:rsidRDefault="00612663">
      <w:pPr>
        <w:pStyle w:val="Ttulo2"/>
        <w:rPr>
          <w:lang w:val="es-ES"/>
        </w:rPr>
      </w:pPr>
      <w:r w:rsidRPr="00296699">
        <w:rPr>
          <w:rFonts w:ascii="Calibri" w:hAnsi="Calibri"/>
          <w:lang w:val="es-ES"/>
        </w:rPr>
        <w:t>Desarrollo orientativo</w:t>
      </w:r>
    </w:p>
    <w:p w14:paraId="0183681E" w14:textId="77777777" w:rsidR="00612663" w:rsidRPr="00296699" w:rsidRDefault="00612663">
      <w:pPr>
        <w:keepNext/>
        <w:spacing w:before="80" w:after="60"/>
        <w:rPr>
          <w:lang w:val="es-ES"/>
        </w:rPr>
      </w:pPr>
      <w:r w:rsidRPr="00296699">
        <w:rPr>
          <w:b/>
          <w:color w:val="1F4D78"/>
          <w:sz w:val="23"/>
          <w:lang w:val="es-ES"/>
        </w:rPr>
        <w:t>Presentación</w:t>
      </w:r>
      <w:r w:rsidRPr="00296699">
        <w:rPr>
          <w:b/>
          <w:color w:val="687784"/>
          <w:sz w:val="20"/>
          <w:lang w:val="es-ES"/>
        </w:rPr>
        <w:t xml:space="preserve">  ·  4-5 min</w:t>
      </w:r>
    </w:p>
    <w:p w14:paraId="293E0743" w14:textId="77777777" w:rsidR="00612663" w:rsidRPr="00296699" w:rsidRDefault="00612663">
      <w:pPr>
        <w:spacing w:after="100"/>
        <w:rPr>
          <w:lang w:val="es-ES"/>
        </w:rPr>
      </w:pPr>
      <w:r w:rsidRPr="00296699">
        <w:rPr>
          <w:lang w:val="es-ES"/>
        </w:rPr>
        <w:t>Mostrar a María y decir: «María es la mamá de Jesús. Lo abrazó, lo alimentó y lo cuidó».</w:t>
      </w:r>
    </w:p>
    <w:p w14:paraId="4BA9704E" w14:textId="77777777" w:rsidR="00612663" w:rsidRPr="00296699" w:rsidRDefault="00612663">
      <w:pPr>
        <w:keepNext/>
        <w:spacing w:before="80" w:after="60"/>
        <w:rPr>
          <w:lang w:val="es-ES"/>
        </w:rPr>
      </w:pPr>
      <w:r w:rsidRPr="00296699">
        <w:rPr>
          <w:b/>
          <w:color w:val="1F4D78"/>
          <w:sz w:val="23"/>
          <w:lang w:val="es-ES"/>
        </w:rPr>
        <w:lastRenderedPageBreak/>
        <w:t>Gestos de cuidado</w:t>
      </w:r>
      <w:r w:rsidRPr="00296699">
        <w:rPr>
          <w:b/>
          <w:color w:val="687784"/>
          <w:sz w:val="20"/>
          <w:lang w:val="es-ES"/>
        </w:rPr>
        <w:t xml:space="preserve">  ·  6-8 min</w:t>
      </w:r>
    </w:p>
    <w:p w14:paraId="3E4632F2" w14:textId="77777777" w:rsidR="00612663" w:rsidRPr="00296699" w:rsidRDefault="00612663">
      <w:pPr>
        <w:spacing w:after="100"/>
        <w:rPr>
          <w:lang w:val="es-ES"/>
        </w:rPr>
      </w:pPr>
      <w:r w:rsidRPr="00296699">
        <w:rPr>
          <w:lang w:val="es-ES"/>
        </w:rPr>
        <w:t>Imitar con la figura acciones sencillas: arropar, acunar, acompañar y escuchar. Preguntar sin forzar: «¿Quién te cuida a ti?».</w:t>
      </w:r>
    </w:p>
    <w:p w14:paraId="261D3E8A" w14:textId="77777777" w:rsidR="00612663" w:rsidRPr="00296699" w:rsidRDefault="00612663">
      <w:pPr>
        <w:keepNext/>
        <w:spacing w:before="80" w:after="60"/>
        <w:rPr>
          <w:lang w:val="es-ES"/>
        </w:rPr>
      </w:pPr>
      <w:r w:rsidRPr="00296699">
        <w:rPr>
          <w:b/>
          <w:color w:val="1F4D78"/>
          <w:sz w:val="23"/>
          <w:lang w:val="es-ES"/>
        </w:rPr>
        <w:t>Canción</w:t>
      </w:r>
      <w:r w:rsidRPr="00296699">
        <w:rPr>
          <w:b/>
          <w:color w:val="687784"/>
          <w:sz w:val="20"/>
          <w:lang w:val="es-ES"/>
        </w:rPr>
        <w:t xml:space="preserve">  ·  3-5 min</w:t>
      </w:r>
    </w:p>
    <w:p w14:paraId="4AF4F8B1" w14:textId="77777777" w:rsidR="00612663" w:rsidRPr="00296699" w:rsidRDefault="00612663">
      <w:pPr>
        <w:spacing w:after="100"/>
        <w:rPr>
          <w:lang w:val="es-ES"/>
        </w:rPr>
      </w:pPr>
      <w:r w:rsidRPr="00296699">
        <w:rPr>
          <w:lang w:val="es-ES"/>
        </w:rPr>
        <w:t>Escuchar un fragmento suave de «Dijiste sí» y acompañarlo con balanceo o gestos.</w:t>
      </w:r>
    </w:p>
    <w:p w14:paraId="32F57FDC" w14:textId="77777777" w:rsidR="00612663" w:rsidRPr="00296699" w:rsidRDefault="00612663">
      <w:pPr>
        <w:keepNext/>
        <w:spacing w:before="80" w:after="60"/>
        <w:rPr>
          <w:lang w:val="es-ES"/>
        </w:rPr>
      </w:pPr>
      <w:r w:rsidRPr="00296699">
        <w:rPr>
          <w:b/>
          <w:color w:val="1F4D78"/>
          <w:sz w:val="23"/>
          <w:lang w:val="es-ES"/>
        </w:rPr>
        <w:t>Oración</w:t>
      </w:r>
      <w:r w:rsidRPr="00296699">
        <w:rPr>
          <w:b/>
          <w:color w:val="687784"/>
          <w:sz w:val="20"/>
          <w:lang w:val="es-ES"/>
        </w:rPr>
        <w:t xml:space="preserve">  ·  1 min</w:t>
      </w:r>
    </w:p>
    <w:p w14:paraId="0F36E16F" w14:textId="77777777" w:rsidR="00612663" w:rsidRPr="00296699" w:rsidRDefault="00612663">
      <w:pPr>
        <w:spacing w:after="100"/>
        <w:rPr>
          <w:lang w:val="es-ES"/>
        </w:rPr>
      </w:pPr>
      <w:r w:rsidRPr="00296699">
        <w:rPr>
          <w:lang w:val="es-ES"/>
        </w:rPr>
        <w:t>«María, gracias por cuidar a Jesús. Gracias por las personas que nos cuidan».</w:t>
      </w:r>
    </w:p>
    <w:tbl>
      <w:tblPr>
        <w:tblW w:w="9749" w:type="dxa"/>
        <w:tblInd w:w="120" w:type="dxa"/>
        <w:tblLayout w:type="fixed"/>
        <w:tblLook w:val="04A0" w:firstRow="1" w:lastRow="0" w:firstColumn="1" w:lastColumn="0" w:noHBand="0" w:noVBand="1"/>
      </w:tblPr>
      <w:tblGrid>
        <w:gridCol w:w="2100"/>
        <w:gridCol w:w="3550"/>
        <w:gridCol w:w="4099"/>
      </w:tblGrid>
      <w:tr w:rsidR="003A1CAE" w14:paraId="3C7389B2" w14:textId="77777777">
        <w:trPr>
          <w:tblHeader/>
        </w:trPr>
        <w:tc>
          <w:tcPr>
            <w:tcW w:w="2100" w:type="dxa"/>
            <w:shd w:val="clear" w:color="auto" w:fill="E8EEF5"/>
            <w:tcMar>
              <w:top w:w="100" w:type="dxa"/>
              <w:left w:w="130" w:type="dxa"/>
              <w:bottom w:w="100" w:type="dxa"/>
              <w:right w:w="130" w:type="dxa"/>
            </w:tcMar>
            <w:vAlign w:val="center"/>
          </w:tcPr>
          <w:p w14:paraId="47730FE1"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2434F931"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1F488719" w14:textId="77777777" w:rsidR="00612663" w:rsidRDefault="00612663">
            <w:pPr>
              <w:jc w:val="center"/>
            </w:pPr>
            <w:proofErr w:type="spellStart"/>
            <w:r>
              <w:rPr>
                <w:b/>
                <w:color w:val="1F4D78"/>
                <w:sz w:val="20"/>
              </w:rPr>
              <w:t>Propuesta</w:t>
            </w:r>
            <w:proofErr w:type="spellEnd"/>
          </w:p>
        </w:tc>
      </w:tr>
      <w:tr w:rsidR="003A1CAE" w:rsidRPr="00296699" w14:paraId="054AA33A" w14:textId="77777777">
        <w:tc>
          <w:tcPr>
            <w:tcW w:w="2100" w:type="dxa"/>
            <w:tcMar>
              <w:top w:w="100" w:type="dxa"/>
              <w:left w:w="130" w:type="dxa"/>
              <w:bottom w:w="100" w:type="dxa"/>
              <w:right w:w="130" w:type="dxa"/>
            </w:tcMar>
          </w:tcPr>
          <w:p w14:paraId="377653AC" w14:textId="77777777" w:rsidR="00612663" w:rsidRDefault="00612663">
            <w:pPr>
              <w:spacing w:after="0"/>
            </w:pPr>
            <w:proofErr w:type="spellStart"/>
            <w:r>
              <w:rPr>
                <w:b/>
                <w:color w:val="1F4D78"/>
                <w:sz w:val="19"/>
              </w:rPr>
              <w:t>Asamblea</w:t>
            </w:r>
            <w:proofErr w:type="spellEnd"/>
          </w:p>
        </w:tc>
        <w:tc>
          <w:tcPr>
            <w:tcW w:w="3550" w:type="dxa"/>
            <w:tcMar>
              <w:top w:w="100" w:type="dxa"/>
              <w:left w:w="130" w:type="dxa"/>
              <w:bottom w:w="100" w:type="dxa"/>
              <w:right w:w="130" w:type="dxa"/>
            </w:tcMar>
          </w:tcPr>
          <w:p w14:paraId="5174B770" w14:textId="77777777" w:rsidR="00612663" w:rsidRPr="00296699" w:rsidRDefault="00612663">
            <w:pPr>
              <w:spacing w:after="0"/>
              <w:rPr>
                <w:lang w:val="es-ES"/>
              </w:rPr>
            </w:pPr>
            <w:r w:rsidRPr="00296699">
              <w:rPr>
                <w:sz w:val="19"/>
                <w:lang w:val="es-ES"/>
              </w:rPr>
              <w:t>Virgen de peluche y tela.</w:t>
            </w:r>
          </w:p>
        </w:tc>
        <w:tc>
          <w:tcPr>
            <w:tcW w:w="4099" w:type="dxa"/>
            <w:tcMar>
              <w:top w:w="100" w:type="dxa"/>
              <w:left w:w="130" w:type="dxa"/>
              <w:bottom w:w="100" w:type="dxa"/>
              <w:right w:w="130" w:type="dxa"/>
            </w:tcMar>
          </w:tcPr>
          <w:p w14:paraId="05AE283F" w14:textId="77777777" w:rsidR="00612663" w:rsidRPr="00296699" w:rsidRDefault="00612663">
            <w:pPr>
              <w:spacing w:after="0"/>
              <w:rPr>
                <w:lang w:val="es-ES"/>
              </w:rPr>
            </w:pPr>
            <w:r w:rsidRPr="00296699">
              <w:rPr>
                <w:sz w:val="19"/>
                <w:lang w:val="es-ES"/>
              </w:rPr>
              <w:t>Reconocer a María y expresar cuidado.</w:t>
            </w:r>
          </w:p>
        </w:tc>
      </w:tr>
      <w:tr w:rsidR="003A1CAE" w:rsidRPr="00296699" w14:paraId="471DCEC2" w14:textId="77777777">
        <w:tc>
          <w:tcPr>
            <w:tcW w:w="2100" w:type="dxa"/>
            <w:tcMar>
              <w:top w:w="100" w:type="dxa"/>
              <w:left w:w="130" w:type="dxa"/>
              <w:bottom w:w="100" w:type="dxa"/>
              <w:right w:w="130" w:type="dxa"/>
            </w:tcMar>
          </w:tcPr>
          <w:p w14:paraId="1B648D3D" w14:textId="77777777" w:rsidR="00612663" w:rsidRDefault="00612663">
            <w:pPr>
              <w:spacing w:after="0"/>
            </w:pPr>
            <w:r>
              <w:rPr>
                <w:b/>
                <w:color w:val="1F4D78"/>
                <w:sz w:val="19"/>
              </w:rPr>
              <w:t>Teatro</w:t>
            </w:r>
          </w:p>
        </w:tc>
        <w:tc>
          <w:tcPr>
            <w:tcW w:w="3550" w:type="dxa"/>
            <w:tcMar>
              <w:top w:w="100" w:type="dxa"/>
              <w:left w:w="130" w:type="dxa"/>
              <w:bottom w:w="100" w:type="dxa"/>
              <w:right w:w="130" w:type="dxa"/>
            </w:tcMar>
          </w:tcPr>
          <w:p w14:paraId="7B8B143B" w14:textId="77777777" w:rsidR="00612663" w:rsidRDefault="00612663">
            <w:pPr>
              <w:spacing w:after="0"/>
            </w:pPr>
            <w:r>
              <w:rPr>
                <w:sz w:val="19"/>
              </w:rPr>
              <w:t>Muñeco, manta y cesta.</w:t>
            </w:r>
          </w:p>
        </w:tc>
        <w:tc>
          <w:tcPr>
            <w:tcW w:w="4099" w:type="dxa"/>
            <w:tcMar>
              <w:top w:w="100" w:type="dxa"/>
              <w:left w:w="130" w:type="dxa"/>
              <w:bottom w:w="100" w:type="dxa"/>
              <w:right w:w="130" w:type="dxa"/>
            </w:tcMar>
          </w:tcPr>
          <w:p w14:paraId="219408AE" w14:textId="77777777" w:rsidR="00612663" w:rsidRPr="00296699" w:rsidRDefault="00612663">
            <w:pPr>
              <w:spacing w:after="0"/>
              <w:rPr>
                <w:lang w:val="es-ES"/>
              </w:rPr>
            </w:pPr>
            <w:r w:rsidRPr="00296699">
              <w:rPr>
                <w:sz w:val="19"/>
                <w:lang w:val="es-ES"/>
              </w:rPr>
              <w:t>Arropar y cuidar en juego simbólico.</w:t>
            </w:r>
          </w:p>
        </w:tc>
      </w:tr>
      <w:tr w:rsidR="003A1CAE" w:rsidRPr="00296699" w14:paraId="63C0CE50" w14:textId="77777777">
        <w:tc>
          <w:tcPr>
            <w:tcW w:w="2100" w:type="dxa"/>
            <w:tcMar>
              <w:top w:w="100" w:type="dxa"/>
              <w:left w:w="130" w:type="dxa"/>
              <w:bottom w:w="100" w:type="dxa"/>
              <w:right w:w="130" w:type="dxa"/>
            </w:tcMar>
          </w:tcPr>
          <w:p w14:paraId="5D91B042"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3923AE44" w14:textId="77777777" w:rsidR="00612663" w:rsidRDefault="00612663">
            <w:pPr>
              <w:spacing w:after="0"/>
            </w:pPr>
            <w:r>
              <w:rPr>
                <w:sz w:val="19"/>
              </w:rPr>
              <w:t xml:space="preserve">Biblia </w:t>
            </w:r>
            <w:proofErr w:type="spellStart"/>
            <w:r>
              <w:rPr>
                <w:sz w:val="19"/>
              </w:rPr>
              <w:t>infantil</w:t>
            </w:r>
            <w:proofErr w:type="spellEnd"/>
            <w:r>
              <w:rPr>
                <w:sz w:val="19"/>
              </w:rPr>
              <w:t>.</w:t>
            </w:r>
          </w:p>
        </w:tc>
        <w:tc>
          <w:tcPr>
            <w:tcW w:w="4099" w:type="dxa"/>
            <w:tcMar>
              <w:top w:w="100" w:type="dxa"/>
              <w:left w:w="130" w:type="dxa"/>
              <w:bottom w:w="100" w:type="dxa"/>
              <w:right w:w="130" w:type="dxa"/>
            </w:tcMar>
          </w:tcPr>
          <w:p w14:paraId="28E13BD3" w14:textId="77777777" w:rsidR="00612663" w:rsidRPr="00296699" w:rsidRDefault="00612663">
            <w:pPr>
              <w:spacing w:after="0"/>
              <w:rPr>
                <w:lang w:val="es-ES"/>
              </w:rPr>
            </w:pPr>
            <w:r w:rsidRPr="00296699">
              <w:rPr>
                <w:sz w:val="19"/>
                <w:lang w:val="es-ES"/>
              </w:rPr>
              <w:t>Mirar a María con Jesús.</w:t>
            </w:r>
          </w:p>
        </w:tc>
      </w:tr>
      <w:tr w:rsidR="003A1CAE" w14:paraId="799D3273" w14:textId="77777777">
        <w:tc>
          <w:tcPr>
            <w:tcW w:w="2100" w:type="dxa"/>
            <w:tcMar>
              <w:top w:w="100" w:type="dxa"/>
              <w:left w:w="130" w:type="dxa"/>
              <w:bottom w:w="100" w:type="dxa"/>
              <w:right w:w="130" w:type="dxa"/>
            </w:tcMar>
          </w:tcPr>
          <w:p w14:paraId="76B7C9E5" w14:textId="77777777" w:rsidR="00612663" w:rsidRDefault="00612663">
            <w:pPr>
              <w:spacing w:after="0"/>
            </w:pPr>
            <w:proofErr w:type="spellStart"/>
            <w:r>
              <w:rPr>
                <w:b/>
                <w:color w:val="1F4D78"/>
                <w:sz w:val="19"/>
              </w:rPr>
              <w:t>Creativo</w:t>
            </w:r>
            <w:proofErr w:type="spellEnd"/>
          </w:p>
        </w:tc>
        <w:tc>
          <w:tcPr>
            <w:tcW w:w="3550" w:type="dxa"/>
            <w:tcMar>
              <w:top w:w="100" w:type="dxa"/>
              <w:left w:w="130" w:type="dxa"/>
              <w:bottom w:w="100" w:type="dxa"/>
              <w:right w:w="130" w:type="dxa"/>
            </w:tcMar>
          </w:tcPr>
          <w:p w14:paraId="03C9598B" w14:textId="77777777" w:rsidR="00612663" w:rsidRDefault="00612663">
            <w:pPr>
              <w:spacing w:after="0"/>
            </w:pPr>
            <w:r>
              <w:rPr>
                <w:sz w:val="19"/>
              </w:rPr>
              <w:t>Papel libre y ceras.</w:t>
            </w:r>
          </w:p>
        </w:tc>
        <w:tc>
          <w:tcPr>
            <w:tcW w:w="4099" w:type="dxa"/>
            <w:tcMar>
              <w:top w:w="100" w:type="dxa"/>
              <w:left w:w="130" w:type="dxa"/>
              <w:bottom w:w="100" w:type="dxa"/>
              <w:right w:w="130" w:type="dxa"/>
            </w:tcMar>
          </w:tcPr>
          <w:p w14:paraId="5E7CED01" w14:textId="77777777" w:rsidR="00612663" w:rsidRDefault="00612663">
            <w:pPr>
              <w:spacing w:after="0"/>
            </w:pPr>
            <w:proofErr w:type="spellStart"/>
            <w:r>
              <w:rPr>
                <w:sz w:val="19"/>
              </w:rPr>
              <w:t>Dibujar</w:t>
            </w:r>
            <w:proofErr w:type="spellEnd"/>
            <w:r>
              <w:rPr>
                <w:sz w:val="19"/>
              </w:rPr>
              <w:t xml:space="preserve"> personas </w:t>
            </w:r>
            <w:proofErr w:type="spellStart"/>
            <w:r>
              <w:rPr>
                <w:sz w:val="19"/>
              </w:rPr>
              <w:t>cercanas</w:t>
            </w:r>
            <w:proofErr w:type="spellEnd"/>
            <w:r>
              <w:rPr>
                <w:sz w:val="19"/>
              </w:rPr>
              <w:t>.</w:t>
            </w:r>
          </w:p>
        </w:tc>
      </w:tr>
    </w:tbl>
    <w:p w14:paraId="1EA565FB" w14:textId="77777777" w:rsidR="00612663" w:rsidRDefault="00612663">
      <w:pPr>
        <w:keepNext/>
        <w:spacing w:before="80" w:after="60"/>
      </w:pPr>
      <w:proofErr w:type="spellStart"/>
      <w:proofErr w:type="gramStart"/>
      <w:r>
        <w:rPr>
          <w:b/>
          <w:color w:val="1F4D78"/>
          <w:sz w:val="23"/>
        </w:rPr>
        <w:t>Ficha</w:t>
      </w:r>
      <w:proofErr w:type="spellEnd"/>
      <w:r>
        <w:rPr>
          <w:b/>
          <w:color w:val="687784"/>
          <w:sz w:val="20"/>
        </w:rPr>
        <w:t xml:space="preserve">  ·</w:t>
      </w:r>
      <w:proofErr w:type="gramEnd"/>
      <w:r>
        <w:rPr>
          <w:b/>
          <w:color w:val="687784"/>
          <w:sz w:val="20"/>
        </w:rPr>
        <w:t xml:space="preserve">  15-20 min</w:t>
      </w:r>
    </w:p>
    <w:p w14:paraId="4A461FEE" w14:textId="77777777" w:rsidR="00612663" w:rsidRPr="00296699" w:rsidRDefault="00612663">
      <w:pPr>
        <w:spacing w:after="100"/>
        <w:rPr>
          <w:lang w:val="es-ES"/>
        </w:rPr>
      </w:pPr>
      <w:r w:rsidRPr="00296699">
        <w:rPr>
          <w:lang w:val="es-ES"/>
        </w:rPr>
        <w:t>Pegar un trozo de tela dentro de la mantita blanca. Después dibujar libremente en el espacio derecho a alguien que lo cuida. No completar figuras ni decidir por el niño a quién debe representar.</w:t>
      </w:r>
    </w:p>
    <w:p w14:paraId="7F43CDD1" w14:textId="77777777" w:rsidR="00612663" w:rsidRPr="00296699" w:rsidRDefault="00612663">
      <w:pPr>
        <w:pStyle w:val="Ttulo2"/>
        <w:rPr>
          <w:lang w:val="es-ES"/>
        </w:rPr>
      </w:pPr>
      <w:r w:rsidRPr="00296699">
        <w:rPr>
          <w:rFonts w:ascii="Calibri" w:hAnsi="Calibri"/>
          <w:lang w:val="es-ES"/>
        </w:rPr>
        <w:t>Qué observar</w:t>
      </w:r>
    </w:p>
    <w:p w14:paraId="673BBB64" w14:textId="77777777" w:rsidR="00612663" w:rsidRPr="00296699" w:rsidRDefault="00612663">
      <w:pPr>
        <w:rPr>
          <w:lang w:val="es-ES"/>
        </w:rPr>
      </w:pPr>
      <w:r w:rsidRPr="00296699">
        <w:rPr>
          <w:lang w:val="es-ES"/>
        </w:rPr>
        <w:t>Si reconoce a María y Jesús, imita un gesto de cuidado, pega la tela con intención y realiza un dibujo personal con significado.</w:t>
      </w:r>
    </w:p>
    <w:tbl>
      <w:tblPr>
        <w:tblW w:w="9749" w:type="dxa"/>
        <w:tblInd w:w="120" w:type="dxa"/>
        <w:tblLayout w:type="fixed"/>
        <w:tblLook w:val="04A0" w:firstRow="1" w:lastRow="0" w:firstColumn="1" w:lastColumn="0" w:noHBand="0" w:noVBand="1"/>
      </w:tblPr>
      <w:tblGrid>
        <w:gridCol w:w="9749"/>
      </w:tblGrid>
      <w:tr w:rsidR="003A1CAE" w:rsidRPr="00296699" w14:paraId="459D699E" w14:textId="77777777">
        <w:tc>
          <w:tcPr>
            <w:tcW w:w="9749" w:type="dxa"/>
            <w:shd w:val="clear" w:color="auto" w:fill="FFF4D8"/>
            <w:tcMar>
              <w:top w:w="100" w:type="dxa"/>
              <w:left w:w="130" w:type="dxa"/>
              <w:bottom w:w="100" w:type="dxa"/>
              <w:right w:w="130" w:type="dxa"/>
            </w:tcMar>
            <w:vAlign w:val="center"/>
          </w:tcPr>
          <w:p w14:paraId="7990DDE4" w14:textId="77777777" w:rsidR="00612663" w:rsidRPr="00296699" w:rsidRDefault="00612663">
            <w:pPr>
              <w:spacing w:after="40" w:line="288" w:lineRule="auto"/>
              <w:rPr>
                <w:lang w:val="es-ES"/>
              </w:rPr>
            </w:pPr>
            <w:r w:rsidRPr="00296699">
              <w:rPr>
                <w:b/>
                <w:color w:val="1F4D78"/>
                <w:lang w:val="es-ES"/>
              </w:rPr>
              <w:t xml:space="preserve">Realidades </w:t>
            </w:r>
            <w:proofErr w:type="gramStart"/>
            <w:r w:rsidRPr="00296699">
              <w:rPr>
                <w:b/>
                <w:color w:val="1F4D78"/>
                <w:lang w:val="es-ES"/>
              </w:rPr>
              <w:t xml:space="preserve">familiares  </w:t>
            </w:r>
            <w:r w:rsidRPr="00296699">
              <w:rPr>
                <w:lang w:val="es-ES"/>
              </w:rPr>
              <w:t>La</w:t>
            </w:r>
            <w:proofErr w:type="gramEnd"/>
            <w:r w:rsidRPr="00296699">
              <w:rPr>
                <w:lang w:val="es-ES"/>
              </w:rPr>
              <w:t xml:space="preserve"> consigna no dice «dibuja a tu mamá». Acoge cualquier persona cuidadora y evita pedir explicaciones públicas sobre situaciones familiares sensibles.</w:t>
            </w:r>
          </w:p>
        </w:tc>
      </w:tr>
    </w:tbl>
    <w:p w14:paraId="42E99A8E" w14:textId="77777777" w:rsidR="00612663" w:rsidRPr="00296699" w:rsidRDefault="00612663">
      <w:pPr>
        <w:spacing w:after="40"/>
        <w:rPr>
          <w:lang w:val="es-ES"/>
        </w:rPr>
      </w:pPr>
    </w:p>
    <w:p w14:paraId="16DB105B" w14:textId="77777777" w:rsidR="00612663" w:rsidRPr="00296699" w:rsidRDefault="00612663">
      <w:pPr>
        <w:rPr>
          <w:lang w:val="es-ES"/>
        </w:rPr>
      </w:pPr>
      <w:r w:rsidRPr="00296699">
        <w:rPr>
          <w:lang w:val="es-ES"/>
        </w:rPr>
        <w:br w:type="page"/>
      </w:r>
    </w:p>
    <w:p w14:paraId="6D0F3392" w14:textId="77777777" w:rsidR="00612663" w:rsidRPr="00296699" w:rsidRDefault="00612663">
      <w:pPr>
        <w:pStyle w:val="Ttulo1"/>
        <w:rPr>
          <w:lang w:val="es-ES"/>
        </w:rPr>
      </w:pPr>
      <w:r w:rsidRPr="00296699">
        <w:rPr>
          <w:rFonts w:ascii="Calibri" w:hAnsi="Calibri"/>
          <w:lang w:val="es-ES"/>
        </w:rPr>
        <w:lastRenderedPageBreak/>
        <w:t>4. Sesión 2 · María cuidó y acompañó a Jesús</w:t>
      </w:r>
    </w:p>
    <w:p w14:paraId="7B3A50EF" w14:textId="77777777" w:rsidR="00612663" w:rsidRDefault="00612663">
      <w:pPr>
        <w:keepNext/>
        <w:jc w:val="center"/>
      </w:pPr>
      <w:r>
        <w:rPr>
          <w:noProof/>
        </w:rPr>
        <w:drawing>
          <wp:inline distT="0" distB="0" distL="0" distR="0" wp14:anchorId="72F4CC18" wp14:editId="3446A9AF">
            <wp:extent cx="5257800" cy="394335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bd2cfb98-f360-4d6d-885f-e0faf7bb26ad.png"/>
                    <pic:cNvPicPr/>
                  </pic:nvPicPr>
                  <pic:blipFill>
                    <a:blip r:embed="rId31"/>
                    <a:stretch>
                      <a:fillRect/>
                    </a:stretch>
                  </pic:blipFill>
                  <pic:spPr>
                    <a:xfrm>
                      <a:off x="0" y="0"/>
                      <a:ext cx="5257800" cy="3943350"/>
                    </a:xfrm>
                    <a:prstGeom prst="rect">
                      <a:avLst/>
                    </a:prstGeom>
                  </pic:spPr>
                </pic:pic>
              </a:graphicData>
            </a:graphic>
          </wp:inline>
        </w:drawing>
      </w:r>
    </w:p>
    <w:p w14:paraId="073FEC6B" w14:textId="77777777" w:rsidR="00612663" w:rsidRPr="00296699" w:rsidRDefault="00612663">
      <w:pPr>
        <w:keepNext/>
        <w:spacing w:after="160"/>
        <w:jc w:val="center"/>
        <w:rPr>
          <w:lang w:val="es-ES"/>
        </w:rPr>
      </w:pPr>
      <w:r w:rsidRPr="00296699">
        <w:rPr>
          <w:i/>
          <w:color w:val="687784"/>
          <w:sz w:val="19"/>
          <w:lang w:val="es-ES"/>
        </w:rPr>
        <w:t>Ficha 24 · Pega trocitos de lana azul para unir a María y Jesús</w:t>
      </w:r>
    </w:p>
    <w:tbl>
      <w:tblPr>
        <w:tblW w:w="9749" w:type="dxa"/>
        <w:tblInd w:w="120" w:type="dxa"/>
        <w:tblLayout w:type="fixed"/>
        <w:tblLook w:val="04A0" w:firstRow="1" w:lastRow="0" w:firstColumn="1" w:lastColumn="0" w:noHBand="0" w:noVBand="1"/>
      </w:tblPr>
      <w:tblGrid>
        <w:gridCol w:w="9749"/>
      </w:tblGrid>
      <w:tr w:rsidR="003A1CAE" w:rsidRPr="00296699" w14:paraId="3129259F" w14:textId="77777777">
        <w:tc>
          <w:tcPr>
            <w:tcW w:w="9749" w:type="dxa"/>
            <w:shd w:val="clear" w:color="auto" w:fill="EAF4EE"/>
            <w:tcMar>
              <w:top w:w="100" w:type="dxa"/>
              <w:left w:w="130" w:type="dxa"/>
              <w:bottom w:w="100" w:type="dxa"/>
              <w:right w:w="130" w:type="dxa"/>
            </w:tcMar>
            <w:vAlign w:val="center"/>
          </w:tcPr>
          <w:p w14:paraId="3A5D87A2" w14:textId="77777777" w:rsidR="00612663" w:rsidRPr="00296699" w:rsidRDefault="00612663">
            <w:pPr>
              <w:spacing w:after="40" w:line="288" w:lineRule="auto"/>
              <w:rPr>
                <w:lang w:val="es-ES"/>
              </w:rPr>
            </w:pPr>
            <w:proofErr w:type="gramStart"/>
            <w:r w:rsidRPr="00296699">
              <w:rPr>
                <w:b/>
                <w:color w:val="1F4D78"/>
                <w:lang w:val="es-ES"/>
              </w:rPr>
              <w:t xml:space="preserve">Aprendizaje  </w:t>
            </w:r>
            <w:r w:rsidRPr="00296699">
              <w:rPr>
                <w:lang w:val="es-ES"/>
              </w:rPr>
              <w:t>María</w:t>
            </w:r>
            <w:proofErr w:type="gramEnd"/>
            <w:r w:rsidRPr="00296699">
              <w:rPr>
                <w:lang w:val="es-ES"/>
              </w:rPr>
              <w:t xml:space="preserve"> acompañó a Jesús mientras crecía. Cuidar también es caminar cerca, ayudar y estar presente.</w:t>
            </w:r>
          </w:p>
        </w:tc>
      </w:tr>
    </w:tbl>
    <w:p w14:paraId="12952173" w14:textId="77777777" w:rsidR="00612663" w:rsidRPr="00296699" w:rsidRDefault="00612663">
      <w:pPr>
        <w:spacing w:after="40"/>
        <w:rPr>
          <w:lang w:val="es-ES"/>
        </w:rPr>
      </w:pPr>
    </w:p>
    <w:p w14:paraId="7E3106B3" w14:textId="77777777" w:rsidR="00612663" w:rsidRPr="00296699" w:rsidRDefault="00612663">
      <w:pPr>
        <w:pStyle w:val="Ttulo2"/>
        <w:rPr>
          <w:lang w:val="es-ES"/>
        </w:rPr>
      </w:pPr>
      <w:r w:rsidRPr="00296699">
        <w:rPr>
          <w:rFonts w:ascii="Calibri" w:hAnsi="Calibri"/>
          <w:lang w:val="es-ES"/>
        </w:rPr>
        <w:t>Preparación</w:t>
      </w:r>
    </w:p>
    <w:p w14:paraId="39DAFDA2" w14:textId="77777777" w:rsidR="00612663" w:rsidRPr="00296699" w:rsidRDefault="00612663">
      <w:pPr>
        <w:rPr>
          <w:lang w:val="es-ES"/>
        </w:rPr>
      </w:pPr>
      <w:r w:rsidRPr="00296699">
        <w:rPr>
          <w:lang w:val="es-ES"/>
        </w:rPr>
        <w:t>Situar a la Virgen de peluche junto a una figura infantil o una imagen de Jesús niño. Preparar trocitos de lana azul suficientemente grandes, pegamento y bandejas.</w:t>
      </w:r>
    </w:p>
    <w:p w14:paraId="21410C64" w14:textId="77777777" w:rsidR="00612663" w:rsidRPr="00296699" w:rsidRDefault="00612663">
      <w:pPr>
        <w:pStyle w:val="Ttulo2"/>
        <w:rPr>
          <w:lang w:val="es-ES"/>
        </w:rPr>
      </w:pPr>
      <w:r w:rsidRPr="00296699">
        <w:rPr>
          <w:rFonts w:ascii="Calibri" w:hAnsi="Calibri"/>
          <w:lang w:val="es-ES"/>
        </w:rPr>
        <w:t>Desarrollo orientativo</w:t>
      </w:r>
    </w:p>
    <w:p w14:paraId="57851851" w14:textId="77777777" w:rsidR="00612663" w:rsidRPr="00296699" w:rsidRDefault="00612663">
      <w:pPr>
        <w:keepNext/>
        <w:spacing w:before="80" w:after="60"/>
        <w:rPr>
          <w:lang w:val="es-ES"/>
        </w:rPr>
      </w:pPr>
      <w:r w:rsidRPr="00296699">
        <w:rPr>
          <w:b/>
          <w:color w:val="1F4D78"/>
          <w:sz w:val="23"/>
          <w:lang w:val="es-ES"/>
        </w:rPr>
        <w:t>Recordamos</w:t>
      </w:r>
      <w:r w:rsidRPr="00296699">
        <w:rPr>
          <w:b/>
          <w:color w:val="687784"/>
          <w:sz w:val="20"/>
          <w:lang w:val="es-ES"/>
        </w:rPr>
        <w:t xml:space="preserve">  ·  3-4 min</w:t>
      </w:r>
    </w:p>
    <w:p w14:paraId="2802B9EA" w14:textId="77777777" w:rsidR="00612663" w:rsidRPr="00296699" w:rsidRDefault="00612663">
      <w:pPr>
        <w:spacing w:after="100"/>
        <w:rPr>
          <w:lang w:val="es-ES"/>
        </w:rPr>
      </w:pPr>
      <w:r w:rsidRPr="00296699">
        <w:rPr>
          <w:lang w:val="es-ES"/>
        </w:rPr>
        <w:t>Recordar la mantita y el cuidado de María cuando Jesús era bebé.</w:t>
      </w:r>
    </w:p>
    <w:p w14:paraId="0BA2FB5C" w14:textId="77777777" w:rsidR="00612663" w:rsidRPr="00296699" w:rsidRDefault="00612663">
      <w:pPr>
        <w:keepNext/>
        <w:spacing w:before="80" w:after="60"/>
        <w:rPr>
          <w:lang w:val="es-ES"/>
        </w:rPr>
      </w:pPr>
      <w:r w:rsidRPr="00296699">
        <w:rPr>
          <w:b/>
          <w:color w:val="1F4D78"/>
          <w:sz w:val="23"/>
          <w:lang w:val="es-ES"/>
        </w:rPr>
        <w:t>Jesús crece</w:t>
      </w:r>
      <w:r w:rsidRPr="00296699">
        <w:rPr>
          <w:b/>
          <w:color w:val="687784"/>
          <w:sz w:val="20"/>
          <w:lang w:val="es-ES"/>
        </w:rPr>
        <w:t xml:space="preserve">  ·  5-7 min</w:t>
      </w:r>
    </w:p>
    <w:p w14:paraId="0691B87D" w14:textId="77777777" w:rsidR="00612663" w:rsidRPr="00296699" w:rsidRDefault="00612663">
      <w:pPr>
        <w:spacing w:after="100"/>
        <w:rPr>
          <w:lang w:val="es-ES"/>
        </w:rPr>
      </w:pPr>
      <w:proofErr w:type="gramStart"/>
      <w:r w:rsidRPr="00296699">
        <w:rPr>
          <w:lang w:val="es-ES"/>
        </w:rPr>
        <w:t>Explicar</w:t>
      </w:r>
      <w:proofErr w:type="gramEnd"/>
      <w:r w:rsidRPr="00296699">
        <w:rPr>
          <w:lang w:val="es-ES"/>
        </w:rPr>
        <w:t xml:space="preserve"> que Jesús fue creciendo y María siguió a su lado: caminaban, preparaban el pan y compartían la vida en Nazaret.</w:t>
      </w:r>
    </w:p>
    <w:p w14:paraId="1F5F5281" w14:textId="77777777" w:rsidR="00612663" w:rsidRPr="00296699" w:rsidRDefault="00612663">
      <w:pPr>
        <w:keepNext/>
        <w:spacing w:before="80" w:after="60"/>
        <w:rPr>
          <w:lang w:val="es-ES"/>
        </w:rPr>
      </w:pPr>
      <w:r w:rsidRPr="00296699">
        <w:rPr>
          <w:b/>
          <w:color w:val="1F4D78"/>
          <w:sz w:val="23"/>
          <w:lang w:val="es-ES"/>
        </w:rPr>
        <w:t>Camino juntos</w:t>
      </w:r>
      <w:r w:rsidRPr="00296699">
        <w:rPr>
          <w:b/>
          <w:color w:val="687784"/>
          <w:sz w:val="20"/>
          <w:lang w:val="es-ES"/>
        </w:rPr>
        <w:t xml:space="preserve">  ·  6-8 min</w:t>
      </w:r>
    </w:p>
    <w:p w14:paraId="26ECD018" w14:textId="77777777" w:rsidR="00612663" w:rsidRPr="00296699" w:rsidRDefault="00612663">
      <w:pPr>
        <w:spacing w:after="100"/>
        <w:rPr>
          <w:lang w:val="es-ES"/>
        </w:rPr>
      </w:pPr>
      <w:r w:rsidRPr="00296699">
        <w:rPr>
          <w:lang w:val="es-ES"/>
        </w:rPr>
        <w:t>Recorrer un camino de tela por parejas, al mismo ritmo y sin tirar del compañero.</w:t>
      </w:r>
    </w:p>
    <w:p w14:paraId="65F7E928" w14:textId="77777777" w:rsidR="00612663" w:rsidRPr="00296699" w:rsidRDefault="00612663">
      <w:pPr>
        <w:keepNext/>
        <w:spacing w:before="80" w:after="60"/>
        <w:rPr>
          <w:lang w:val="es-ES"/>
        </w:rPr>
      </w:pPr>
      <w:r w:rsidRPr="00296699">
        <w:rPr>
          <w:b/>
          <w:color w:val="1F4D78"/>
          <w:sz w:val="23"/>
          <w:lang w:val="es-ES"/>
        </w:rPr>
        <w:t>Oración</w:t>
      </w:r>
      <w:r w:rsidRPr="00296699">
        <w:rPr>
          <w:b/>
          <w:color w:val="687784"/>
          <w:sz w:val="20"/>
          <w:lang w:val="es-ES"/>
        </w:rPr>
        <w:t xml:space="preserve">  ·  1 min</w:t>
      </w:r>
    </w:p>
    <w:p w14:paraId="72B88576" w14:textId="77777777" w:rsidR="00612663" w:rsidRPr="00296699" w:rsidRDefault="00612663">
      <w:pPr>
        <w:spacing w:after="100"/>
        <w:rPr>
          <w:lang w:val="es-ES"/>
        </w:rPr>
      </w:pPr>
      <w:r w:rsidRPr="00296699">
        <w:rPr>
          <w:lang w:val="es-ES"/>
        </w:rPr>
        <w:t>«María, enséñanos a acompañar y cuidar».</w:t>
      </w:r>
    </w:p>
    <w:tbl>
      <w:tblPr>
        <w:tblW w:w="9749" w:type="dxa"/>
        <w:tblInd w:w="120" w:type="dxa"/>
        <w:tblLayout w:type="fixed"/>
        <w:tblLook w:val="04A0" w:firstRow="1" w:lastRow="0" w:firstColumn="1" w:lastColumn="0" w:noHBand="0" w:noVBand="1"/>
      </w:tblPr>
      <w:tblGrid>
        <w:gridCol w:w="2100"/>
        <w:gridCol w:w="3550"/>
        <w:gridCol w:w="4099"/>
      </w:tblGrid>
      <w:tr w:rsidR="003A1CAE" w14:paraId="6F2B91E3" w14:textId="77777777">
        <w:trPr>
          <w:tblHeader/>
        </w:trPr>
        <w:tc>
          <w:tcPr>
            <w:tcW w:w="2100" w:type="dxa"/>
            <w:shd w:val="clear" w:color="auto" w:fill="E8EEF5"/>
            <w:tcMar>
              <w:top w:w="100" w:type="dxa"/>
              <w:left w:w="130" w:type="dxa"/>
              <w:bottom w:w="100" w:type="dxa"/>
              <w:right w:w="130" w:type="dxa"/>
            </w:tcMar>
            <w:vAlign w:val="center"/>
          </w:tcPr>
          <w:p w14:paraId="2BE4E938" w14:textId="77777777" w:rsidR="00612663" w:rsidRDefault="00612663">
            <w:pPr>
              <w:jc w:val="center"/>
            </w:pPr>
            <w:r>
              <w:rPr>
                <w:b/>
                <w:color w:val="1F4D78"/>
                <w:sz w:val="20"/>
              </w:rPr>
              <w:lastRenderedPageBreak/>
              <w:t>Espacio</w:t>
            </w:r>
          </w:p>
        </w:tc>
        <w:tc>
          <w:tcPr>
            <w:tcW w:w="3550" w:type="dxa"/>
            <w:shd w:val="clear" w:color="auto" w:fill="E8EEF5"/>
            <w:tcMar>
              <w:top w:w="100" w:type="dxa"/>
              <w:left w:w="130" w:type="dxa"/>
              <w:bottom w:w="100" w:type="dxa"/>
              <w:right w:w="130" w:type="dxa"/>
            </w:tcMar>
            <w:vAlign w:val="center"/>
          </w:tcPr>
          <w:p w14:paraId="07D3CBCF"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633E7C18" w14:textId="77777777" w:rsidR="00612663" w:rsidRDefault="00612663">
            <w:pPr>
              <w:jc w:val="center"/>
            </w:pPr>
            <w:proofErr w:type="spellStart"/>
            <w:r>
              <w:rPr>
                <w:b/>
                <w:color w:val="1F4D78"/>
                <w:sz w:val="20"/>
              </w:rPr>
              <w:t>Propuesta</w:t>
            </w:r>
            <w:proofErr w:type="spellEnd"/>
          </w:p>
        </w:tc>
      </w:tr>
      <w:tr w:rsidR="003A1CAE" w14:paraId="123E1785" w14:textId="77777777">
        <w:tc>
          <w:tcPr>
            <w:tcW w:w="2100" w:type="dxa"/>
            <w:tcMar>
              <w:top w:w="100" w:type="dxa"/>
              <w:left w:w="130" w:type="dxa"/>
              <w:bottom w:w="100" w:type="dxa"/>
              <w:right w:w="130" w:type="dxa"/>
            </w:tcMar>
          </w:tcPr>
          <w:p w14:paraId="7588A441" w14:textId="77777777" w:rsidR="00612663" w:rsidRDefault="00612663">
            <w:pPr>
              <w:spacing w:after="0"/>
            </w:pPr>
            <w:proofErr w:type="spellStart"/>
            <w:r>
              <w:rPr>
                <w:b/>
                <w:color w:val="1F4D78"/>
                <w:sz w:val="19"/>
              </w:rPr>
              <w:t>Minimundo</w:t>
            </w:r>
            <w:proofErr w:type="spellEnd"/>
          </w:p>
        </w:tc>
        <w:tc>
          <w:tcPr>
            <w:tcW w:w="3550" w:type="dxa"/>
            <w:tcMar>
              <w:top w:w="100" w:type="dxa"/>
              <w:left w:w="130" w:type="dxa"/>
              <w:bottom w:w="100" w:type="dxa"/>
              <w:right w:w="130" w:type="dxa"/>
            </w:tcMar>
          </w:tcPr>
          <w:p w14:paraId="161235F2" w14:textId="77777777" w:rsidR="00612663" w:rsidRPr="00296699" w:rsidRDefault="00612663">
            <w:pPr>
              <w:spacing w:after="0"/>
              <w:rPr>
                <w:lang w:val="es-ES"/>
              </w:rPr>
            </w:pPr>
            <w:r w:rsidRPr="00296699">
              <w:rPr>
                <w:sz w:val="19"/>
                <w:lang w:val="es-ES"/>
              </w:rPr>
              <w:t>Casa, camino, María y Jesús niño.</w:t>
            </w:r>
          </w:p>
        </w:tc>
        <w:tc>
          <w:tcPr>
            <w:tcW w:w="4099" w:type="dxa"/>
            <w:tcMar>
              <w:top w:w="100" w:type="dxa"/>
              <w:left w:w="130" w:type="dxa"/>
              <w:bottom w:w="100" w:type="dxa"/>
              <w:right w:w="130" w:type="dxa"/>
            </w:tcMar>
          </w:tcPr>
          <w:p w14:paraId="53AC40C8" w14:textId="77777777" w:rsidR="00612663" w:rsidRDefault="00612663">
            <w:pPr>
              <w:spacing w:after="0"/>
            </w:pPr>
            <w:proofErr w:type="spellStart"/>
            <w:r>
              <w:rPr>
                <w:sz w:val="19"/>
              </w:rPr>
              <w:t>Representar</w:t>
            </w:r>
            <w:proofErr w:type="spellEnd"/>
            <w:r>
              <w:rPr>
                <w:sz w:val="19"/>
              </w:rPr>
              <w:t xml:space="preserve"> </w:t>
            </w:r>
            <w:proofErr w:type="spellStart"/>
            <w:r>
              <w:rPr>
                <w:sz w:val="19"/>
              </w:rPr>
              <w:t>acciones</w:t>
            </w:r>
            <w:proofErr w:type="spellEnd"/>
            <w:r>
              <w:rPr>
                <w:sz w:val="19"/>
              </w:rPr>
              <w:t xml:space="preserve"> </w:t>
            </w:r>
            <w:proofErr w:type="spellStart"/>
            <w:r>
              <w:rPr>
                <w:sz w:val="19"/>
              </w:rPr>
              <w:t>cotidianas</w:t>
            </w:r>
            <w:proofErr w:type="spellEnd"/>
            <w:r>
              <w:rPr>
                <w:sz w:val="19"/>
              </w:rPr>
              <w:t>.</w:t>
            </w:r>
          </w:p>
        </w:tc>
      </w:tr>
      <w:tr w:rsidR="003A1CAE" w14:paraId="31EADF1B" w14:textId="77777777">
        <w:tc>
          <w:tcPr>
            <w:tcW w:w="2100" w:type="dxa"/>
            <w:tcMar>
              <w:top w:w="100" w:type="dxa"/>
              <w:left w:w="130" w:type="dxa"/>
              <w:bottom w:w="100" w:type="dxa"/>
              <w:right w:w="130" w:type="dxa"/>
            </w:tcMar>
          </w:tcPr>
          <w:p w14:paraId="7318FB24" w14:textId="77777777" w:rsidR="00612663" w:rsidRDefault="00612663">
            <w:pPr>
              <w:spacing w:after="0"/>
            </w:pPr>
            <w:proofErr w:type="spellStart"/>
            <w:r>
              <w:rPr>
                <w:b/>
                <w:color w:val="1F4D78"/>
                <w:sz w:val="19"/>
              </w:rPr>
              <w:t>Movimiento</w:t>
            </w:r>
            <w:proofErr w:type="spellEnd"/>
          </w:p>
        </w:tc>
        <w:tc>
          <w:tcPr>
            <w:tcW w:w="3550" w:type="dxa"/>
            <w:tcMar>
              <w:top w:w="100" w:type="dxa"/>
              <w:left w:w="130" w:type="dxa"/>
              <w:bottom w:w="100" w:type="dxa"/>
              <w:right w:w="130" w:type="dxa"/>
            </w:tcMar>
          </w:tcPr>
          <w:p w14:paraId="20678C44" w14:textId="77777777" w:rsidR="00612663" w:rsidRDefault="00612663">
            <w:pPr>
              <w:spacing w:after="0"/>
            </w:pPr>
            <w:r>
              <w:rPr>
                <w:sz w:val="19"/>
              </w:rPr>
              <w:t xml:space="preserve">Camino de </w:t>
            </w:r>
            <w:proofErr w:type="spellStart"/>
            <w:r>
              <w:rPr>
                <w:sz w:val="19"/>
              </w:rPr>
              <w:t>tela</w:t>
            </w:r>
            <w:proofErr w:type="spellEnd"/>
            <w:r>
              <w:rPr>
                <w:sz w:val="19"/>
              </w:rPr>
              <w:t>.</w:t>
            </w:r>
          </w:p>
        </w:tc>
        <w:tc>
          <w:tcPr>
            <w:tcW w:w="4099" w:type="dxa"/>
            <w:tcMar>
              <w:top w:w="100" w:type="dxa"/>
              <w:left w:w="130" w:type="dxa"/>
              <w:bottom w:w="100" w:type="dxa"/>
              <w:right w:w="130" w:type="dxa"/>
            </w:tcMar>
          </w:tcPr>
          <w:p w14:paraId="3F7CCDAB" w14:textId="77777777" w:rsidR="00612663" w:rsidRDefault="00612663">
            <w:pPr>
              <w:spacing w:after="0"/>
            </w:pPr>
            <w:proofErr w:type="spellStart"/>
            <w:r>
              <w:rPr>
                <w:sz w:val="19"/>
              </w:rPr>
              <w:t>Caminar</w:t>
            </w:r>
            <w:proofErr w:type="spellEnd"/>
            <w:r>
              <w:rPr>
                <w:sz w:val="19"/>
              </w:rPr>
              <w:t xml:space="preserve"> </w:t>
            </w:r>
            <w:proofErr w:type="spellStart"/>
            <w:r>
              <w:rPr>
                <w:sz w:val="19"/>
              </w:rPr>
              <w:t>acompañados</w:t>
            </w:r>
            <w:proofErr w:type="spellEnd"/>
            <w:r>
              <w:rPr>
                <w:sz w:val="19"/>
              </w:rPr>
              <w:t>.</w:t>
            </w:r>
          </w:p>
        </w:tc>
      </w:tr>
      <w:tr w:rsidR="003A1CAE" w14:paraId="7626B2BF" w14:textId="77777777">
        <w:tc>
          <w:tcPr>
            <w:tcW w:w="2100" w:type="dxa"/>
            <w:tcMar>
              <w:top w:w="100" w:type="dxa"/>
              <w:left w:w="130" w:type="dxa"/>
              <w:bottom w:w="100" w:type="dxa"/>
              <w:right w:w="130" w:type="dxa"/>
            </w:tcMar>
          </w:tcPr>
          <w:p w14:paraId="1A7DDB50" w14:textId="77777777" w:rsidR="00612663" w:rsidRDefault="00612663">
            <w:pPr>
              <w:spacing w:after="0"/>
            </w:pPr>
            <w:proofErr w:type="spellStart"/>
            <w:r>
              <w:rPr>
                <w:b/>
                <w:color w:val="1F4D78"/>
                <w:sz w:val="19"/>
              </w:rPr>
              <w:t>Manitas</w:t>
            </w:r>
            <w:proofErr w:type="spellEnd"/>
          </w:p>
        </w:tc>
        <w:tc>
          <w:tcPr>
            <w:tcW w:w="3550" w:type="dxa"/>
            <w:tcMar>
              <w:top w:w="100" w:type="dxa"/>
              <w:left w:w="130" w:type="dxa"/>
              <w:bottom w:w="100" w:type="dxa"/>
              <w:right w:w="130" w:type="dxa"/>
            </w:tcMar>
          </w:tcPr>
          <w:p w14:paraId="695350FF" w14:textId="77777777" w:rsidR="00612663" w:rsidRPr="00296699" w:rsidRDefault="00612663">
            <w:pPr>
              <w:spacing w:after="0"/>
              <w:rPr>
                <w:lang w:val="es-ES"/>
              </w:rPr>
            </w:pPr>
            <w:r w:rsidRPr="00296699">
              <w:rPr>
                <w:sz w:val="19"/>
                <w:lang w:val="es-ES"/>
              </w:rPr>
              <w:t>Lana azul y pinzas grandes.</w:t>
            </w:r>
          </w:p>
        </w:tc>
        <w:tc>
          <w:tcPr>
            <w:tcW w:w="4099" w:type="dxa"/>
            <w:tcMar>
              <w:top w:w="100" w:type="dxa"/>
              <w:left w:w="130" w:type="dxa"/>
              <w:bottom w:w="100" w:type="dxa"/>
              <w:right w:w="130" w:type="dxa"/>
            </w:tcMar>
          </w:tcPr>
          <w:p w14:paraId="3C5724AC" w14:textId="77777777" w:rsidR="00612663" w:rsidRDefault="00612663">
            <w:pPr>
              <w:spacing w:after="0"/>
            </w:pPr>
            <w:proofErr w:type="spellStart"/>
            <w:r>
              <w:rPr>
                <w:sz w:val="19"/>
              </w:rPr>
              <w:t>Trasladar</w:t>
            </w:r>
            <w:proofErr w:type="spellEnd"/>
            <w:r>
              <w:rPr>
                <w:sz w:val="19"/>
              </w:rPr>
              <w:t xml:space="preserve"> y </w:t>
            </w:r>
            <w:proofErr w:type="spellStart"/>
            <w:r>
              <w:rPr>
                <w:sz w:val="19"/>
              </w:rPr>
              <w:t>ordenar</w:t>
            </w:r>
            <w:proofErr w:type="spellEnd"/>
            <w:r>
              <w:rPr>
                <w:sz w:val="19"/>
              </w:rPr>
              <w:t xml:space="preserve"> </w:t>
            </w:r>
            <w:proofErr w:type="spellStart"/>
            <w:r>
              <w:rPr>
                <w:sz w:val="19"/>
              </w:rPr>
              <w:t>trozos</w:t>
            </w:r>
            <w:proofErr w:type="spellEnd"/>
            <w:r>
              <w:rPr>
                <w:sz w:val="19"/>
              </w:rPr>
              <w:t>.</w:t>
            </w:r>
          </w:p>
        </w:tc>
      </w:tr>
      <w:tr w:rsidR="003A1CAE" w:rsidRPr="00296699" w14:paraId="076FAA9B" w14:textId="77777777">
        <w:tc>
          <w:tcPr>
            <w:tcW w:w="2100" w:type="dxa"/>
            <w:tcMar>
              <w:top w:w="100" w:type="dxa"/>
              <w:left w:w="130" w:type="dxa"/>
              <w:bottom w:w="100" w:type="dxa"/>
              <w:right w:w="130" w:type="dxa"/>
            </w:tcMar>
          </w:tcPr>
          <w:p w14:paraId="45A4488A" w14:textId="77777777" w:rsidR="00612663" w:rsidRDefault="00612663">
            <w:pPr>
              <w:spacing w:after="0"/>
            </w:pPr>
            <w:r>
              <w:rPr>
                <w:b/>
                <w:color w:val="1F4D78"/>
                <w:sz w:val="19"/>
              </w:rPr>
              <w:t>Construcciones</w:t>
            </w:r>
          </w:p>
        </w:tc>
        <w:tc>
          <w:tcPr>
            <w:tcW w:w="3550" w:type="dxa"/>
            <w:tcMar>
              <w:top w:w="100" w:type="dxa"/>
              <w:left w:w="130" w:type="dxa"/>
              <w:bottom w:w="100" w:type="dxa"/>
              <w:right w:w="130" w:type="dxa"/>
            </w:tcMar>
          </w:tcPr>
          <w:p w14:paraId="4A7FB96A" w14:textId="77777777" w:rsidR="00612663" w:rsidRDefault="00612663">
            <w:pPr>
              <w:spacing w:after="0"/>
            </w:pPr>
            <w:proofErr w:type="spellStart"/>
            <w:r>
              <w:rPr>
                <w:sz w:val="19"/>
              </w:rPr>
              <w:t>Bloques</w:t>
            </w:r>
            <w:proofErr w:type="spellEnd"/>
            <w:r>
              <w:rPr>
                <w:sz w:val="19"/>
              </w:rPr>
              <w:t>.</w:t>
            </w:r>
          </w:p>
        </w:tc>
        <w:tc>
          <w:tcPr>
            <w:tcW w:w="4099" w:type="dxa"/>
            <w:tcMar>
              <w:top w:w="100" w:type="dxa"/>
              <w:left w:w="130" w:type="dxa"/>
              <w:bottom w:w="100" w:type="dxa"/>
              <w:right w:w="130" w:type="dxa"/>
            </w:tcMar>
          </w:tcPr>
          <w:p w14:paraId="20F8E4D6" w14:textId="77777777" w:rsidR="00612663" w:rsidRPr="00296699" w:rsidRDefault="00612663">
            <w:pPr>
              <w:spacing w:after="0"/>
              <w:rPr>
                <w:lang w:val="es-ES"/>
              </w:rPr>
            </w:pPr>
            <w:r w:rsidRPr="00296699">
              <w:rPr>
                <w:sz w:val="19"/>
                <w:lang w:val="es-ES"/>
              </w:rPr>
              <w:t>Construir una casa sencilla de Nazaret.</w:t>
            </w:r>
          </w:p>
        </w:tc>
      </w:tr>
    </w:tbl>
    <w:p w14:paraId="61F0AD03" w14:textId="77777777" w:rsidR="00612663" w:rsidRPr="00296699" w:rsidRDefault="00612663">
      <w:pPr>
        <w:keepNext/>
        <w:spacing w:before="80" w:after="60"/>
        <w:rPr>
          <w:lang w:val="es-ES"/>
        </w:rPr>
      </w:pPr>
      <w:r w:rsidRPr="00296699">
        <w:rPr>
          <w:b/>
          <w:color w:val="1F4D78"/>
          <w:sz w:val="23"/>
          <w:lang w:val="es-ES"/>
        </w:rPr>
        <w:t>Ficha</w:t>
      </w:r>
      <w:r w:rsidRPr="00296699">
        <w:rPr>
          <w:b/>
          <w:color w:val="687784"/>
          <w:sz w:val="20"/>
          <w:lang w:val="es-ES"/>
        </w:rPr>
        <w:t xml:space="preserve">  ·  15-20 min</w:t>
      </w:r>
    </w:p>
    <w:p w14:paraId="692A2879" w14:textId="77777777" w:rsidR="00612663" w:rsidRPr="00296699" w:rsidRDefault="00612663">
      <w:pPr>
        <w:spacing w:after="100"/>
        <w:rPr>
          <w:lang w:val="es-ES"/>
        </w:rPr>
      </w:pPr>
      <w:r w:rsidRPr="00296699">
        <w:rPr>
          <w:lang w:val="es-ES"/>
        </w:rPr>
        <w:t>Pegar trocitos de lana azul dentro del recorrido blanco que une las manos de María y Jesús. Puede hacerse con varios trozos o con uno largo, según la destreza. No exigir cubrir todo el camino.</w:t>
      </w:r>
    </w:p>
    <w:p w14:paraId="115FA8BD" w14:textId="77777777" w:rsidR="00612663" w:rsidRPr="00296699" w:rsidRDefault="00612663">
      <w:pPr>
        <w:pStyle w:val="Ttulo2"/>
        <w:rPr>
          <w:lang w:val="es-ES"/>
        </w:rPr>
      </w:pPr>
      <w:r w:rsidRPr="00296699">
        <w:rPr>
          <w:rFonts w:ascii="Calibri" w:hAnsi="Calibri"/>
          <w:lang w:val="es-ES"/>
        </w:rPr>
        <w:t>Qué observar</w:t>
      </w:r>
    </w:p>
    <w:p w14:paraId="1DD91B07" w14:textId="77777777" w:rsidR="00612663" w:rsidRPr="00296699" w:rsidRDefault="00612663">
      <w:pPr>
        <w:rPr>
          <w:lang w:val="es-ES"/>
        </w:rPr>
      </w:pPr>
      <w:r w:rsidRPr="00296699">
        <w:rPr>
          <w:lang w:val="es-ES"/>
        </w:rPr>
        <w:t xml:space="preserve">Si comprende que Jesús creció, participa en una acción de acompañamiento, manipula la lana y relaciona el recorrido con la cercanía de María. </w:t>
      </w:r>
    </w:p>
    <w:tbl>
      <w:tblPr>
        <w:tblW w:w="9749" w:type="dxa"/>
        <w:tblInd w:w="120" w:type="dxa"/>
        <w:tblLayout w:type="fixed"/>
        <w:tblLook w:val="04A0" w:firstRow="1" w:lastRow="0" w:firstColumn="1" w:lastColumn="0" w:noHBand="0" w:noVBand="1"/>
      </w:tblPr>
      <w:tblGrid>
        <w:gridCol w:w="9749"/>
      </w:tblGrid>
      <w:tr w:rsidR="003A1CAE" w14:paraId="571CA28C" w14:textId="77777777">
        <w:tc>
          <w:tcPr>
            <w:tcW w:w="9749" w:type="dxa"/>
            <w:shd w:val="clear" w:color="auto" w:fill="FFF4D8"/>
            <w:tcMar>
              <w:top w:w="100" w:type="dxa"/>
              <w:left w:w="130" w:type="dxa"/>
              <w:bottom w:w="100" w:type="dxa"/>
              <w:right w:w="130" w:type="dxa"/>
            </w:tcMar>
            <w:vAlign w:val="center"/>
          </w:tcPr>
          <w:p w14:paraId="2CEE9025" w14:textId="77777777" w:rsidR="00612663" w:rsidRDefault="00612663">
            <w:pPr>
              <w:spacing w:after="40" w:line="288" w:lineRule="auto"/>
            </w:pPr>
            <w:r w:rsidRPr="00296699">
              <w:rPr>
                <w:b/>
                <w:color w:val="1F4D78"/>
                <w:lang w:val="es-ES"/>
              </w:rPr>
              <w:t xml:space="preserve">Símbolo </w:t>
            </w:r>
            <w:proofErr w:type="gramStart"/>
            <w:r w:rsidRPr="00296699">
              <w:rPr>
                <w:b/>
                <w:color w:val="1F4D78"/>
                <w:lang w:val="es-ES"/>
              </w:rPr>
              <w:t xml:space="preserve">comprensible  </w:t>
            </w:r>
            <w:r w:rsidRPr="00296699">
              <w:rPr>
                <w:lang w:val="es-ES"/>
              </w:rPr>
              <w:t>La</w:t>
            </w:r>
            <w:proofErr w:type="gramEnd"/>
            <w:r w:rsidRPr="00296699">
              <w:rPr>
                <w:lang w:val="es-ES"/>
              </w:rPr>
              <w:t xml:space="preserve"> lana azul no es un adorno: hace visible que María y Jesús están unidos y caminan cerca. </w:t>
            </w:r>
            <w:proofErr w:type="spellStart"/>
            <w:r>
              <w:t>Nombrarlo</w:t>
            </w:r>
            <w:proofErr w:type="spellEnd"/>
            <w:r>
              <w:t xml:space="preserve"> </w:t>
            </w:r>
            <w:proofErr w:type="spellStart"/>
            <w:r>
              <w:t>mientras</w:t>
            </w:r>
            <w:proofErr w:type="spellEnd"/>
            <w:r>
              <w:t xml:space="preserve"> </w:t>
            </w:r>
            <w:proofErr w:type="spellStart"/>
            <w:r>
              <w:t>trabajan</w:t>
            </w:r>
            <w:proofErr w:type="spellEnd"/>
            <w:r>
              <w:t>.</w:t>
            </w:r>
          </w:p>
        </w:tc>
      </w:tr>
    </w:tbl>
    <w:p w14:paraId="0094BD2A" w14:textId="77777777" w:rsidR="00612663" w:rsidRDefault="00612663">
      <w:pPr>
        <w:spacing w:after="40"/>
      </w:pPr>
    </w:p>
    <w:p w14:paraId="6529A1BD" w14:textId="77777777" w:rsidR="00612663" w:rsidRDefault="00612663">
      <w:r>
        <w:br w:type="page"/>
      </w:r>
    </w:p>
    <w:p w14:paraId="092EB352" w14:textId="77777777" w:rsidR="00612663" w:rsidRPr="00296699" w:rsidRDefault="00612663">
      <w:pPr>
        <w:pStyle w:val="Ttulo1"/>
        <w:rPr>
          <w:lang w:val="es-ES"/>
        </w:rPr>
      </w:pPr>
      <w:r w:rsidRPr="00296699">
        <w:rPr>
          <w:rFonts w:ascii="Calibri" w:hAnsi="Calibri"/>
          <w:lang w:val="es-ES"/>
        </w:rPr>
        <w:lastRenderedPageBreak/>
        <w:t>5. Sesión 3 · Murcia quiere a la Virgen de la Fuensanta</w:t>
      </w:r>
    </w:p>
    <w:p w14:paraId="5FA1FFB1" w14:textId="77777777" w:rsidR="00612663" w:rsidRDefault="00612663">
      <w:pPr>
        <w:keepNext/>
        <w:jc w:val="center"/>
      </w:pPr>
      <w:r>
        <w:rPr>
          <w:noProof/>
        </w:rPr>
        <w:drawing>
          <wp:inline distT="0" distB="0" distL="0" distR="0" wp14:anchorId="15E866E2" wp14:editId="0FBFAA72">
            <wp:extent cx="5257800" cy="394335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53560304-45ed-49c6-ad61-0d46e1b37cb8.png"/>
                    <pic:cNvPicPr/>
                  </pic:nvPicPr>
                  <pic:blipFill>
                    <a:blip r:embed="rId32"/>
                    <a:stretch>
                      <a:fillRect/>
                    </a:stretch>
                  </pic:blipFill>
                  <pic:spPr>
                    <a:xfrm>
                      <a:off x="0" y="0"/>
                      <a:ext cx="5257800" cy="3943350"/>
                    </a:xfrm>
                    <a:prstGeom prst="rect">
                      <a:avLst/>
                    </a:prstGeom>
                  </pic:spPr>
                </pic:pic>
              </a:graphicData>
            </a:graphic>
          </wp:inline>
        </w:drawing>
      </w:r>
    </w:p>
    <w:p w14:paraId="64DB1E43" w14:textId="77777777" w:rsidR="00612663" w:rsidRPr="00296699" w:rsidRDefault="00612663">
      <w:pPr>
        <w:keepNext/>
        <w:spacing w:after="160"/>
        <w:jc w:val="center"/>
        <w:rPr>
          <w:lang w:val="es-ES"/>
        </w:rPr>
      </w:pPr>
      <w:r w:rsidRPr="00296699">
        <w:rPr>
          <w:i/>
          <w:color w:val="687784"/>
          <w:sz w:val="19"/>
          <w:lang w:val="es-ES"/>
        </w:rPr>
        <w:t>Ficha 25 · Pinta la corona con pintura dorada</w:t>
      </w:r>
    </w:p>
    <w:tbl>
      <w:tblPr>
        <w:tblW w:w="9749" w:type="dxa"/>
        <w:tblInd w:w="120" w:type="dxa"/>
        <w:tblLayout w:type="fixed"/>
        <w:tblLook w:val="04A0" w:firstRow="1" w:lastRow="0" w:firstColumn="1" w:lastColumn="0" w:noHBand="0" w:noVBand="1"/>
      </w:tblPr>
      <w:tblGrid>
        <w:gridCol w:w="9749"/>
      </w:tblGrid>
      <w:tr w:rsidR="003A1CAE" w14:paraId="32895490" w14:textId="77777777">
        <w:tc>
          <w:tcPr>
            <w:tcW w:w="9749" w:type="dxa"/>
            <w:shd w:val="clear" w:color="auto" w:fill="EAF4EE"/>
            <w:tcMar>
              <w:top w:w="100" w:type="dxa"/>
              <w:left w:w="130" w:type="dxa"/>
              <w:bottom w:w="100" w:type="dxa"/>
              <w:right w:w="130" w:type="dxa"/>
            </w:tcMar>
            <w:vAlign w:val="center"/>
          </w:tcPr>
          <w:p w14:paraId="4524DEEF" w14:textId="77777777" w:rsidR="00612663" w:rsidRDefault="00612663">
            <w:pPr>
              <w:spacing w:after="40" w:line="288" w:lineRule="auto"/>
            </w:pPr>
            <w:proofErr w:type="gramStart"/>
            <w:r w:rsidRPr="00296699">
              <w:rPr>
                <w:b/>
                <w:color w:val="1F4D78"/>
                <w:lang w:val="es-ES"/>
              </w:rPr>
              <w:t xml:space="preserve">Aprendizaje  </w:t>
            </w:r>
            <w:r w:rsidRPr="00296699">
              <w:rPr>
                <w:lang w:val="es-ES"/>
              </w:rPr>
              <w:t>La</w:t>
            </w:r>
            <w:proofErr w:type="gramEnd"/>
            <w:r w:rsidRPr="00296699">
              <w:rPr>
                <w:lang w:val="es-ES"/>
              </w:rPr>
              <w:t xml:space="preserve"> Virgen de la Fuensanta es María, la mamá de Jesús. </w:t>
            </w:r>
            <w:r>
              <w:t xml:space="preserve">Murcia la </w:t>
            </w:r>
            <w:proofErr w:type="spellStart"/>
            <w:r>
              <w:t>quiere</w:t>
            </w:r>
            <w:proofErr w:type="spellEnd"/>
            <w:r>
              <w:t xml:space="preserve"> y </w:t>
            </w:r>
            <w:proofErr w:type="spellStart"/>
            <w:r>
              <w:t>recuerda</w:t>
            </w:r>
            <w:proofErr w:type="spellEnd"/>
            <w:r>
              <w:t xml:space="preserve"> con </w:t>
            </w:r>
            <w:proofErr w:type="spellStart"/>
            <w:r>
              <w:t>alegría</w:t>
            </w:r>
            <w:proofErr w:type="spellEnd"/>
            <w:r>
              <w:t xml:space="preserve"> </w:t>
            </w:r>
            <w:proofErr w:type="spellStart"/>
            <w:r>
              <w:t>su</w:t>
            </w:r>
            <w:proofErr w:type="spellEnd"/>
            <w:r>
              <w:t xml:space="preserve"> </w:t>
            </w:r>
            <w:proofErr w:type="spellStart"/>
            <w:r>
              <w:t>coronación</w:t>
            </w:r>
            <w:proofErr w:type="spellEnd"/>
            <w:r>
              <w:t>.</w:t>
            </w:r>
          </w:p>
        </w:tc>
      </w:tr>
    </w:tbl>
    <w:p w14:paraId="597DD4B4" w14:textId="77777777" w:rsidR="00612663" w:rsidRDefault="00612663">
      <w:pPr>
        <w:spacing w:after="40"/>
      </w:pPr>
    </w:p>
    <w:p w14:paraId="4B55E6AA" w14:textId="77777777" w:rsidR="00612663" w:rsidRDefault="00612663">
      <w:pPr>
        <w:pStyle w:val="Ttulo2"/>
      </w:pPr>
      <w:proofErr w:type="spellStart"/>
      <w:r>
        <w:rPr>
          <w:rFonts w:ascii="Calibri" w:hAnsi="Calibri"/>
        </w:rPr>
        <w:t>Preparación</w:t>
      </w:r>
      <w:proofErr w:type="spellEnd"/>
    </w:p>
    <w:p w14:paraId="397EE977" w14:textId="77777777" w:rsidR="00612663" w:rsidRPr="00296699" w:rsidRDefault="00612663">
      <w:pPr>
        <w:rPr>
          <w:lang w:val="es-ES"/>
        </w:rPr>
      </w:pPr>
      <w:r w:rsidRPr="00296699">
        <w:rPr>
          <w:lang w:val="es-ES"/>
        </w:rPr>
        <w:t>Preparar la Virgen de peluche, la orilla de tira bordada, la corona de juguete, una fotografía de la Fuensanta, tela bonita, pintura dorada lavable y pinceles anchos. Comprobar cierres, estabilidad y ausencia de puntas o piezas pequeñas.</w:t>
      </w:r>
    </w:p>
    <w:p w14:paraId="54CF4EAC" w14:textId="77777777" w:rsidR="00612663" w:rsidRPr="00296699" w:rsidRDefault="00612663">
      <w:pPr>
        <w:pStyle w:val="Ttulo2"/>
        <w:rPr>
          <w:lang w:val="es-ES"/>
        </w:rPr>
      </w:pPr>
      <w:r w:rsidRPr="00296699">
        <w:rPr>
          <w:rFonts w:ascii="Calibri" w:hAnsi="Calibri"/>
          <w:lang w:val="es-ES"/>
        </w:rPr>
        <w:t>Desarrollo orientativo</w:t>
      </w:r>
    </w:p>
    <w:p w14:paraId="300A1186" w14:textId="77777777" w:rsidR="00612663" w:rsidRPr="00296699" w:rsidRDefault="00612663">
      <w:pPr>
        <w:keepNext/>
        <w:spacing w:before="80" w:after="60"/>
        <w:rPr>
          <w:lang w:val="es-ES"/>
        </w:rPr>
      </w:pPr>
      <w:r w:rsidRPr="00296699">
        <w:rPr>
          <w:b/>
          <w:color w:val="1F4D78"/>
          <w:sz w:val="23"/>
          <w:lang w:val="es-ES"/>
        </w:rPr>
        <w:t>De María a la Fuensanta</w:t>
      </w:r>
      <w:r w:rsidRPr="00296699">
        <w:rPr>
          <w:b/>
          <w:color w:val="687784"/>
          <w:sz w:val="20"/>
          <w:lang w:val="es-ES"/>
        </w:rPr>
        <w:t xml:space="preserve">  ·  5-6 min</w:t>
      </w:r>
    </w:p>
    <w:p w14:paraId="0D4F10E2" w14:textId="77777777" w:rsidR="00612663" w:rsidRPr="00296699" w:rsidRDefault="00612663">
      <w:pPr>
        <w:spacing w:after="100"/>
        <w:rPr>
          <w:lang w:val="es-ES"/>
        </w:rPr>
      </w:pPr>
      <w:r w:rsidRPr="00296699">
        <w:rPr>
          <w:lang w:val="es-ES"/>
        </w:rPr>
        <w:t>Mostrar la figura sin adornos y afirmar: «Es María». Compararla después con la fotografía de la Fuensanta.</w:t>
      </w:r>
    </w:p>
    <w:p w14:paraId="2D47615B" w14:textId="77777777" w:rsidR="00612663" w:rsidRPr="00296699" w:rsidRDefault="00612663">
      <w:pPr>
        <w:keepNext/>
        <w:spacing w:before="80" w:after="60"/>
        <w:rPr>
          <w:lang w:val="es-ES"/>
        </w:rPr>
      </w:pPr>
      <w:r w:rsidRPr="00296699">
        <w:rPr>
          <w:b/>
          <w:color w:val="1F4D78"/>
          <w:sz w:val="23"/>
          <w:lang w:val="es-ES"/>
        </w:rPr>
        <w:t>Vestimos la figura</w:t>
      </w:r>
      <w:r w:rsidRPr="00296699">
        <w:rPr>
          <w:b/>
          <w:color w:val="687784"/>
          <w:sz w:val="20"/>
          <w:lang w:val="es-ES"/>
        </w:rPr>
        <w:t xml:space="preserve">  ·  8-10 min</w:t>
      </w:r>
    </w:p>
    <w:p w14:paraId="266E9CD4" w14:textId="77777777" w:rsidR="00612663" w:rsidRPr="00296699" w:rsidRDefault="00612663">
      <w:pPr>
        <w:spacing w:after="100"/>
        <w:rPr>
          <w:lang w:val="es-ES"/>
        </w:rPr>
      </w:pPr>
      <w:r w:rsidRPr="00296699">
        <w:rPr>
          <w:lang w:val="es-ES"/>
        </w:rPr>
        <w:t>Colocar por turnos la orilla bordada alrededor de la cara, el manto si lo hubiera y la corona. Nombrar cada elemento.</w:t>
      </w:r>
    </w:p>
    <w:p w14:paraId="7C833067" w14:textId="77777777" w:rsidR="00612663" w:rsidRPr="00296699" w:rsidRDefault="00612663">
      <w:pPr>
        <w:keepNext/>
        <w:spacing w:before="80" w:after="60"/>
        <w:rPr>
          <w:lang w:val="es-ES"/>
        </w:rPr>
      </w:pPr>
      <w:r w:rsidRPr="00296699">
        <w:rPr>
          <w:b/>
          <w:color w:val="1F4D78"/>
          <w:sz w:val="23"/>
          <w:lang w:val="es-ES"/>
        </w:rPr>
        <w:t>La fiesta</w:t>
      </w:r>
      <w:r w:rsidRPr="00296699">
        <w:rPr>
          <w:b/>
          <w:color w:val="687784"/>
          <w:sz w:val="20"/>
          <w:lang w:val="es-ES"/>
        </w:rPr>
        <w:t xml:space="preserve">  ·  4-5 min</w:t>
      </w:r>
    </w:p>
    <w:p w14:paraId="4FE4D2E2" w14:textId="77777777" w:rsidR="00612663" w:rsidRPr="00296699" w:rsidRDefault="00612663">
      <w:pPr>
        <w:spacing w:after="100"/>
        <w:rPr>
          <w:lang w:val="es-ES"/>
        </w:rPr>
      </w:pPr>
      <w:r w:rsidRPr="00296699">
        <w:rPr>
          <w:lang w:val="es-ES"/>
        </w:rPr>
        <w:t>Contar la explicación adaptada: hace mucho tiempo Murcia le puso una corona para mostrar su cariño y este año recuerda aquella fiesta.</w:t>
      </w:r>
    </w:p>
    <w:p w14:paraId="187AFE7F" w14:textId="77777777" w:rsidR="00612663" w:rsidRPr="00296699" w:rsidRDefault="00612663">
      <w:pPr>
        <w:keepNext/>
        <w:spacing w:before="80" w:after="60"/>
        <w:rPr>
          <w:lang w:val="es-ES"/>
        </w:rPr>
      </w:pPr>
      <w:r w:rsidRPr="00296699">
        <w:rPr>
          <w:b/>
          <w:color w:val="1F4D78"/>
          <w:sz w:val="23"/>
          <w:lang w:val="es-ES"/>
        </w:rPr>
        <w:lastRenderedPageBreak/>
        <w:t>Canción</w:t>
      </w:r>
      <w:r w:rsidRPr="00296699">
        <w:rPr>
          <w:b/>
          <w:color w:val="687784"/>
          <w:sz w:val="20"/>
          <w:lang w:val="es-ES"/>
        </w:rPr>
        <w:t xml:space="preserve">  ·  3-5 min</w:t>
      </w:r>
    </w:p>
    <w:p w14:paraId="4182122C" w14:textId="77777777" w:rsidR="00612663" w:rsidRPr="00296699" w:rsidRDefault="00612663">
      <w:pPr>
        <w:spacing w:after="100"/>
        <w:rPr>
          <w:lang w:val="es-ES"/>
        </w:rPr>
      </w:pPr>
      <w:r w:rsidRPr="00296699">
        <w:rPr>
          <w:lang w:val="es-ES"/>
        </w:rPr>
        <w:t>Cantar o escuchar «Dijiste sí» mirando la figura ya preparada.</w:t>
      </w:r>
    </w:p>
    <w:p w14:paraId="35FFF920" w14:textId="77777777" w:rsidR="00612663" w:rsidRPr="00296699" w:rsidRDefault="00612663">
      <w:pPr>
        <w:keepNext/>
        <w:spacing w:before="80" w:after="60"/>
        <w:rPr>
          <w:lang w:val="es-ES"/>
        </w:rPr>
      </w:pPr>
      <w:r w:rsidRPr="00296699">
        <w:rPr>
          <w:b/>
          <w:color w:val="1F4D78"/>
          <w:sz w:val="23"/>
          <w:lang w:val="es-ES"/>
        </w:rPr>
        <w:t>Oración</w:t>
      </w:r>
      <w:r w:rsidRPr="00296699">
        <w:rPr>
          <w:b/>
          <w:color w:val="687784"/>
          <w:sz w:val="20"/>
          <w:lang w:val="es-ES"/>
        </w:rPr>
        <w:t xml:space="preserve">  ·  1 min</w:t>
      </w:r>
    </w:p>
    <w:p w14:paraId="380523FB" w14:textId="77777777" w:rsidR="00612663" w:rsidRPr="00296699" w:rsidRDefault="00612663">
      <w:pPr>
        <w:spacing w:after="100"/>
        <w:rPr>
          <w:lang w:val="es-ES"/>
        </w:rPr>
      </w:pPr>
      <w:r w:rsidRPr="00296699">
        <w:rPr>
          <w:lang w:val="es-ES"/>
        </w:rPr>
        <w:t>«Virgen de la Fuensanta, cuida a las familias de Murcia».</w:t>
      </w:r>
    </w:p>
    <w:tbl>
      <w:tblPr>
        <w:tblW w:w="9749" w:type="dxa"/>
        <w:tblInd w:w="120" w:type="dxa"/>
        <w:tblLayout w:type="fixed"/>
        <w:tblLook w:val="04A0" w:firstRow="1" w:lastRow="0" w:firstColumn="1" w:lastColumn="0" w:noHBand="0" w:noVBand="1"/>
      </w:tblPr>
      <w:tblGrid>
        <w:gridCol w:w="2100"/>
        <w:gridCol w:w="3550"/>
        <w:gridCol w:w="4099"/>
      </w:tblGrid>
      <w:tr w:rsidR="003A1CAE" w14:paraId="664FA2B6" w14:textId="77777777">
        <w:trPr>
          <w:tblHeader/>
        </w:trPr>
        <w:tc>
          <w:tcPr>
            <w:tcW w:w="2100" w:type="dxa"/>
            <w:shd w:val="clear" w:color="auto" w:fill="E8EEF5"/>
            <w:tcMar>
              <w:top w:w="100" w:type="dxa"/>
              <w:left w:w="130" w:type="dxa"/>
              <w:bottom w:w="100" w:type="dxa"/>
              <w:right w:w="130" w:type="dxa"/>
            </w:tcMar>
            <w:vAlign w:val="center"/>
          </w:tcPr>
          <w:p w14:paraId="3842287B"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5D17B76C"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71E481AC" w14:textId="77777777" w:rsidR="00612663" w:rsidRDefault="00612663">
            <w:pPr>
              <w:jc w:val="center"/>
            </w:pPr>
            <w:proofErr w:type="spellStart"/>
            <w:r>
              <w:rPr>
                <w:b/>
                <w:color w:val="1F4D78"/>
                <w:sz w:val="20"/>
              </w:rPr>
              <w:t>Propuesta</w:t>
            </w:r>
            <w:proofErr w:type="spellEnd"/>
          </w:p>
        </w:tc>
      </w:tr>
      <w:tr w:rsidR="003A1CAE" w14:paraId="30A27212" w14:textId="77777777">
        <w:tc>
          <w:tcPr>
            <w:tcW w:w="2100" w:type="dxa"/>
            <w:tcMar>
              <w:top w:w="100" w:type="dxa"/>
              <w:left w:w="130" w:type="dxa"/>
              <w:bottom w:w="100" w:type="dxa"/>
              <w:right w:w="130" w:type="dxa"/>
            </w:tcMar>
          </w:tcPr>
          <w:p w14:paraId="18220A71" w14:textId="77777777" w:rsidR="00612663" w:rsidRDefault="00612663">
            <w:pPr>
              <w:spacing w:after="0"/>
            </w:pPr>
            <w:proofErr w:type="spellStart"/>
            <w:r>
              <w:rPr>
                <w:b/>
                <w:color w:val="1F4D78"/>
                <w:sz w:val="19"/>
              </w:rPr>
              <w:t>Asamblea</w:t>
            </w:r>
            <w:proofErr w:type="spellEnd"/>
          </w:p>
        </w:tc>
        <w:tc>
          <w:tcPr>
            <w:tcW w:w="3550" w:type="dxa"/>
            <w:tcMar>
              <w:top w:w="100" w:type="dxa"/>
              <w:left w:w="130" w:type="dxa"/>
              <w:bottom w:w="100" w:type="dxa"/>
              <w:right w:w="130" w:type="dxa"/>
            </w:tcMar>
          </w:tcPr>
          <w:p w14:paraId="6CF76139" w14:textId="77777777" w:rsidR="00612663" w:rsidRPr="00296699" w:rsidRDefault="00612663">
            <w:pPr>
              <w:spacing w:after="0"/>
              <w:rPr>
                <w:lang w:val="es-ES"/>
              </w:rPr>
            </w:pPr>
            <w:r w:rsidRPr="00296699">
              <w:rPr>
                <w:sz w:val="19"/>
                <w:lang w:val="es-ES"/>
              </w:rPr>
              <w:t>Peluche, orilla, corona y fotografía.</w:t>
            </w:r>
          </w:p>
        </w:tc>
        <w:tc>
          <w:tcPr>
            <w:tcW w:w="4099" w:type="dxa"/>
            <w:tcMar>
              <w:top w:w="100" w:type="dxa"/>
              <w:left w:w="130" w:type="dxa"/>
              <w:bottom w:w="100" w:type="dxa"/>
              <w:right w:w="130" w:type="dxa"/>
            </w:tcMar>
          </w:tcPr>
          <w:p w14:paraId="6959AF2E" w14:textId="77777777" w:rsidR="00612663" w:rsidRDefault="00612663">
            <w:pPr>
              <w:spacing w:after="0"/>
            </w:pPr>
            <w:proofErr w:type="spellStart"/>
            <w:r>
              <w:rPr>
                <w:sz w:val="19"/>
              </w:rPr>
              <w:t>Vestir</w:t>
            </w:r>
            <w:proofErr w:type="spellEnd"/>
            <w:r>
              <w:rPr>
                <w:sz w:val="19"/>
              </w:rPr>
              <w:t xml:space="preserve">, </w:t>
            </w:r>
            <w:proofErr w:type="spellStart"/>
            <w:r>
              <w:rPr>
                <w:sz w:val="19"/>
              </w:rPr>
              <w:t>comparar</w:t>
            </w:r>
            <w:proofErr w:type="spellEnd"/>
            <w:r>
              <w:rPr>
                <w:sz w:val="19"/>
              </w:rPr>
              <w:t xml:space="preserve"> y </w:t>
            </w:r>
            <w:proofErr w:type="spellStart"/>
            <w:r>
              <w:rPr>
                <w:sz w:val="19"/>
              </w:rPr>
              <w:t>reconocer</w:t>
            </w:r>
            <w:proofErr w:type="spellEnd"/>
            <w:r>
              <w:rPr>
                <w:sz w:val="19"/>
              </w:rPr>
              <w:t>.</w:t>
            </w:r>
          </w:p>
        </w:tc>
      </w:tr>
      <w:tr w:rsidR="003A1CAE" w:rsidRPr="00296699" w14:paraId="1075BBF5" w14:textId="77777777">
        <w:tc>
          <w:tcPr>
            <w:tcW w:w="2100" w:type="dxa"/>
            <w:tcMar>
              <w:top w:w="100" w:type="dxa"/>
              <w:left w:w="130" w:type="dxa"/>
              <w:bottom w:w="100" w:type="dxa"/>
              <w:right w:w="130" w:type="dxa"/>
            </w:tcMar>
          </w:tcPr>
          <w:p w14:paraId="62FEE7C4" w14:textId="77777777" w:rsidR="00612663" w:rsidRDefault="00612663">
            <w:pPr>
              <w:spacing w:after="0"/>
            </w:pPr>
            <w:r>
              <w:rPr>
                <w:b/>
                <w:color w:val="1F4D78"/>
                <w:sz w:val="19"/>
              </w:rPr>
              <w:t xml:space="preserve">Vida </w:t>
            </w:r>
            <w:proofErr w:type="spellStart"/>
            <w:r>
              <w:rPr>
                <w:b/>
                <w:color w:val="1F4D78"/>
                <w:sz w:val="19"/>
              </w:rPr>
              <w:t>práctica</w:t>
            </w:r>
            <w:proofErr w:type="spellEnd"/>
          </w:p>
        </w:tc>
        <w:tc>
          <w:tcPr>
            <w:tcW w:w="3550" w:type="dxa"/>
            <w:tcMar>
              <w:top w:w="100" w:type="dxa"/>
              <w:left w:w="130" w:type="dxa"/>
              <w:bottom w:w="100" w:type="dxa"/>
              <w:right w:w="130" w:type="dxa"/>
            </w:tcMar>
          </w:tcPr>
          <w:p w14:paraId="680E3220" w14:textId="77777777" w:rsidR="00612663" w:rsidRPr="00296699" w:rsidRDefault="00612663">
            <w:pPr>
              <w:spacing w:after="0"/>
              <w:rPr>
                <w:lang w:val="es-ES"/>
              </w:rPr>
            </w:pPr>
            <w:r w:rsidRPr="00296699">
              <w:rPr>
                <w:sz w:val="19"/>
                <w:lang w:val="es-ES"/>
              </w:rPr>
              <w:t>Broches de velcro o lazos anchos.</w:t>
            </w:r>
          </w:p>
        </w:tc>
        <w:tc>
          <w:tcPr>
            <w:tcW w:w="4099" w:type="dxa"/>
            <w:tcMar>
              <w:top w:w="100" w:type="dxa"/>
              <w:left w:w="130" w:type="dxa"/>
              <w:bottom w:w="100" w:type="dxa"/>
              <w:right w:w="130" w:type="dxa"/>
            </w:tcMar>
          </w:tcPr>
          <w:p w14:paraId="03A5F35C" w14:textId="77777777" w:rsidR="00612663" w:rsidRPr="00296699" w:rsidRDefault="00612663">
            <w:pPr>
              <w:spacing w:after="0"/>
              <w:rPr>
                <w:lang w:val="es-ES"/>
              </w:rPr>
            </w:pPr>
            <w:r w:rsidRPr="00296699">
              <w:rPr>
                <w:sz w:val="19"/>
                <w:lang w:val="es-ES"/>
              </w:rPr>
              <w:t>Poner y quitar con cuidado.</w:t>
            </w:r>
          </w:p>
        </w:tc>
      </w:tr>
      <w:tr w:rsidR="003A1CAE" w:rsidRPr="00296699" w14:paraId="33719A5C" w14:textId="77777777">
        <w:tc>
          <w:tcPr>
            <w:tcW w:w="2100" w:type="dxa"/>
            <w:tcMar>
              <w:top w:w="100" w:type="dxa"/>
              <w:left w:w="130" w:type="dxa"/>
              <w:bottom w:w="100" w:type="dxa"/>
              <w:right w:w="130" w:type="dxa"/>
            </w:tcMar>
          </w:tcPr>
          <w:p w14:paraId="0FB86DF0" w14:textId="77777777" w:rsidR="00612663" w:rsidRDefault="00612663">
            <w:pPr>
              <w:spacing w:after="0"/>
            </w:pPr>
            <w:r>
              <w:rPr>
                <w:b/>
                <w:color w:val="1F4D78"/>
                <w:sz w:val="19"/>
              </w:rPr>
              <w:t>Biblioteca</w:t>
            </w:r>
          </w:p>
        </w:tc>
        <w:tc>
          <w:tcPr>
            <w:tcW w:w="3550" w:type="dxa"/>
            <w:tcMar>
              <w:top w:w="100" w:type="dxa"/>
              <w:left w:w="130" w:type="dxa"/>
              <w:bottom w:w="100" w:type="dxa"/>
              <w:right w:w="130" w:type="dxa"/>
            </w:tcMar>
          </w:tcPr>
          <w:p w14:paraId="315E520D" w14:textId="77777777" w:rsidR="00612663" w:rsidRDefault="00612663">
            <w:pPr>
              <w:spacing w:after="0"/>
            </w:pPr>
            <w:proofErr w:type="spellStart"/>
            <w:r>
              <w:rPr>
                <w:sz w:val="19"/>
              </w:rPr>
              <w:t>Imágenes</w:t>
            </w:r>
            <w:proofErr w:type="spellEnd"/>
            <w:r>
              <w:rPr>
                <w:sz w:val="19"/>
              </w:rPr>
              <w:t xml:space="preserve"> de la Fuensanta.</w:t>
            </w:r>
          </w:p>
        </w:tc>
        <w:tc>
          <w:tcPr>
            <w:tcW w:w="4099" w:type="dxa"/>
            <w:tcMar>
              <w:top w:w="100" w:type="dxa"/>
              <w:left w:w="130" w:type="dxa"/>
              <w:bottom w:w="100" w:type="dxa"/>
              <w:right w:w="130" w:type="dxa"/>
            </w:tcMar>
          </w:tcPr>
          <w:p w14:paraId="0A7E899A" w14:textId="77777777" w:rsidR="00612663" w:rsidRPr="00296699" w:rsidRDefault="00612663">
            <w:pPr>
              <w:spacing w:after="0"/>
              <w:rPr>
                <w:lang w:val="es-ES"/>
              </w:rPr>
            </w:pPr>
            <w:r w:rsidRPr="00296699">
              <w:rPr>
                <w:sz w:val="19"/>
                <w:lang w:val="es-ES"/>
              </w:rPr>
              <w:t>Buscar corona, Niño y orilla facial.</w:t>
            </w:r>
          </w:p>
        </w:tc>
      </w:tr>
      <w:tr w:rsidR="003A1CAE" w14:paraId="03E3E182" w14:textId="77777777">
        <w:tc>
          <w:tcPr>
            <w:tcW w:w="2100" w:type="dxa"/>
            <w:tcMar>
              <w:top w:w="100" w:type="dxa"/>
              <w:left w:w="130" w:type="dxa"/>
              <w:bottom w:w="100" w:type="dxa"/>
              <w:right w:w="130" w:type="dxa"/>
            </w:tcMar>
          </w:tcPr>
          <w:p w14:paraId="283B84DA" w14:textId="77777777" w:rsidR="00612663" w:rsidRDefault="00612663">
            <w:pPr>
              <w:spacing w:after="0"/>
            </w:pPr>
            <w:proofErr w:type="spellStart"/>
            <w:r>
              <w:rPr>
                <w:b/>
                <w:color w:val="1F4D78"/>
                <w:sz w:val="19"/>
              </w:rPr>
              <w:t>Creativo</w:t>
            </w:r>
            <w:proofErr w:type="spellEnd"/>
          </w:p>
        </w:tc>
        <w:tc>
          <w:tcPr>
            <w:tcW w:w="3550" w:type="dxa"/>
            <w:tcMar>
              <w:top w:w="100" w:type="dxa"/>
              <w:left w:w="130" w:type="dxa"/>
              <w:bottom w:w="100" w:type="dxa"/>
              <w:right w:w="130" w:type="dxa"/>
            </w:tcMar>
          </w:tcPr>
          <w:p w14:paraId="0E647956" w14:textId="77777777" w:rsidR="00612663" w:rsidRDefault="00612663">
            <w:pPr>
              <w:spacing w:after="0"/>
            </w:pPr>
            <w:r>
              <w:rPr>
                <w:sz w:val="19"/>
              </w:rPr>
              <w:t xml:space="preserve">Pintura </w:t>
            </w:r>
            <w:proofErr w:type="spellStart"/>
            <w:r>
              <w:rPr>
                <w:sz w:val="19"/>
              </w:rPr>
              <w:t>dorada</w:t>
            </w:r>
            <w:proofErr w:type="spellEnd"/>
            <w:r>
              <w:rPr>
                <w:sz w:val="19"/>
              </w:rPr>
              <w:t xml:space="preserve"> y </w:t>
            </w:r>
            <w:proofErr w:type="spellStart"/>
            <w:r>
              <w:rPr>
                <w:sz w:val="19"/>
              </w:rPr>
              <w:t>pincel</w:t>
            </w:r>
            <w:proofErr w:type="spellEnd"/>
            <w:r>
              <w:rPr>
                <w:sz w:val="19"/>
              </w:rPr>
              <w:t>.</w:t>
            </w:r>
          </w:p>
        </w:tc>
        <w:tc>
          <w:tcPr>
            <w:tcW w:w="4099" w:type="dxa"/>
            <w:tcMar>
              <w:top w:w="100" w:type="dxa"/>
              <w:left w:w="130" w:type="dxa"/>
              <w:bottom w:w="100" w:type="dxa"/>
              <w:right w:w="130" w:type="dxa"/>
            </w:tcMar>
          </w:tcPr>
          <w:p w14:paraId="3F8F9F6D" w14:textId="77777777" w:rsidR="00612663" w:rsidRDefault="00612663">
            <w:pPr>
              <w:spacing w:after="0"/>
            </w:pPr>
            <w:proofErr w:type="spellStart"/>
            <w:r>
              <w:rPr>
                <w:sz w:val="19"/>
              </w:rPr>
              <w:t>Practicar</w:t>
            </w:r>
            <w:proofErr w:type="spellEnd"/>
            <w:r>
              <w:rPr>
                <w:sz w:val="19"/>
              </w:rPr>
              <w:t xml:space="preserve"> </w:t>
            </w:r>
            <w:proofErr w:type="spellStart"/>
            <w:r>
              <w:rPr>
                <w:sz w:val="19"/>
              </w:rPr>
              <w:t>una</w:t>
            </w:r>
            <w:proofErr w:type="spellEnd"/>
            <w:r>
              <w:rPr>
                <w:sz w:val="19"/>
              </w:rPr>
              <w:t xml:space="preserve"> </w:t>
            </w:r>
            <w:proofErr w:type="spellStart"/>
            <w:r>
              <w:rPr>
                <w:sz w:val="19"/>
              </w:rPr>
              <w:t>pincelada</w:t>
            </w:r>
            <w:proofErr w:type="spellEnd"/>
            <w:r>
              <w:rPr>
                <w:sz w:val="19"/>
              </w:rPr>
              <w:t xml:space="preserve"> </w:t>
            </w:r>
            <w:proofErr w:type="spellStart"/>
            <w:r>
              <w:rPr>
                <w:sz w:val="19"/>
              </w:rPr>
              <w:t>amplia</w:t>
            </w:r>
            <w:proofErr w:type="spellEnd"/>
            <w:r>
              <w:rPr>
                <w:sz w:val="19"/>
              </w:rPr>
              <w:t>.</w:t>
            </w:r>
          </w:p>
        </w:tc>
      </w:tr>
    </w:tbl>
    <w:p w14:paraId="584EE196" w14:textId="77777777" w:rsidR="00612663" w:rsidRDefault="00612663">
      <w:pPr>
        <w:keepNext/>
        <w:spacing w:before="80" w:after="60"/>
      </w:pPr>
      <w:proofErr w:type="spellStart"/>
      <w:proofErr w:type="gramStart"/>
      <w:r>
        <w:rPr>
          <w:b/>
          <w:color w:val="1F4D78"/>
          <w:sz w:val="23"/>
        </w:rPr>
        <w:t>Ficha</w:t>
      </w:r>
      <w:proofErr w:type="spellEnd"/>
      <w:r>
        <w:rPr>
          <w:b/>
          <w:color w:val="687784"/>
          <w:sz w:val="20"/>
        </w:rPr>
        <w:t xml:space="preserve">  ·</w:t>
      </w:r>
      <w:proofErr w:type="gramEnd"/>
      <w:r>
        <w:rPr>
          <w:b/>
          <w:color w:val="687784"/>
          <w:sz w:val="20"/>
        </w:rPr>
        <w:t xml:space="preserve">  15-20 min</w:t>
      </w:r>
    </w:p>
    <w:p w14:paraId="65311B85" w14:textId="77777777" w:rsidR="00612663" w:rsidRPr="00296699" w:rsidRDefault="00612663">
      <w:pPr>
        <w:spacing w:after="100"/>
        <w:rPr>
          <w:lang w:val="es-ES"/>
        </w:rPr>
      </w:pPr>
      <w:r w:rsidRPr="00296699">
        <w:rPr>
          <w:lang w:val="es-ES"/>
        </w:rPr>
        <w:t>Pintar el interior de la gran corona blanca con pintura dorada y pincel. Empezar por el centro y extender hacia los bordes. No exigir un relleno uniforme; proteger la mesa y dejar secar en horizontal.</w:t>
      </w:r>
    </w:p>
    <w:p w14:paraId="27F9A9F7" w14:textId="77777777" w:rsidR="00612663" w:rsidRPr="00296699" w:rsidRDefault="00612663">
      <w:pPr>
        <w:pStyle w:val="Ttulo2"/>
        <w:rPr>
          <w:lang w:val="es-ES"/>
        </w:rPr>
      </w:pPr>
      <w:r w:rsidRPr="00296699">
        <w:rPr>
          <w:rFonts w:ascii="Calibri" w:hAnsi="Calibri"/>
          <w:lang w:val="es-ES"/>
        </w:rPr>
        <w:t>Qué observar</w:t>
      </w:r>
    </w:p>
    <w:p w14:paraId="2FFA2ABE" w14:textId="77777777" w:rsidR="00612663" w:rsidRPr="00296699" w:rsidRDefault="00612663">
      <w:pPr>
        <w:rPr>
          <w:lang w:val="es-ES"/>
        </w:rPr>
      </w:pPr>
      <w:r w:rsidRPr="00296699">
        <w:rPr>
          <w:lang w:val="es-ES"/>
        </w:rPr>
        <w:t xml:space="preserve">Si reconoce que Fuensanta es un nombre de María, localiza corona u orilla, escucha la explicación y maneja el pincel con intención. </w:t>
      </w:r>
    </w:p>
    <w:tbl>
      <w:tblPr>
        <w:tblW w:w="9749" w:type="dxa"/>
        <w:tblInd w:w="120" w:type="dxa"/>
        <w:tblLayout w:type="fixed"/>
        <w:tblLook w:val="04A0" w:firstRow="1" w:lastRow="0" w:firstColumn="1" w:lastColumn="0" w:noHBand="0" w:noVBand="1"/>
      </w:tblPr>
      <w:tblGrid>
        <w:gridCol w:w="9749"/>
      </w:tblGrid>
      <w:tr w:rsidR="003A1CAE" w:rsidRPr="00A14CC8" w14:paraId="4DEF1246" w14:textId="77777777">
        <w:tc>
          <w:tcPr>
            <w:tcW w:w="9749" w:type="dxa"/>
            <w:shd w:val="clear" w:color="auto" w:fill="FFF4D8"/>
            <w:tcMar>
              <w:top w:w="100" w:type="dxa"/>
              <w:left w:w="130" w:type="dxa"/>
              <w:bottom w:w="100" w:type="dxa"/>
              <w:right w:w="130" w:type="dxa"/>
            </w:tcMar>
            <w:vAlign w:val="center"/>
          </w:tcPr>
          <w:p w14:paraId="2B4695D7" w14:textId="77777777" w:rsidR="00612663" w:rsidRPr="00296699" w:rsidRDefault="00612663">
            <w:pPr>
              <w:spacing w:after="40" w:line="288" w:lineRule="auto"/>
              <w:rPr>
                <w:lang w:val="es-ES"/>
              </w:rPr>
            </w:pPr>
            <w:r w:rsidRPr="00296699">
              <w:rPr>
                <w:b/>
                <w:color w:val="1F4D78"/>
                <w:lang w:val="es-ES"/>
              </w:rPr>
              <w:t xml:space="preserve">La orilla </w:t>
            </w:r>
            <w:proofErr w:type="gramStart"/>
            <w:r w:rsidRPr="00296699">
              <w:rPr>
                <w:b/>
                <w:color w:val="1F4D78"/>
                <w:lang w:val="es-ES"/>
              </w:rPr>
              <w:t xml:space="preserve">facial  </w:t>
            </w:r>
            <w:r w:rsidRPr="00296699">
              <w:rPr>
                <w:lang w:val="es-ES"/>
              </w:rPr>
              <w:t>No</w:t>
            </w:r>
            <w:proofErr w:type="gramEnd"/>
            <w:r w:rsidRPr="00296699">
              <w:rPr>
                <w:lang w:val="es-ES"/>
              </w:rPr>
              <w:t xml:space="preserve"> confundirla con un halo: es una cenefa textil bordada que enmarca el rostro, colocada bajo la corona y por dentro del manto.</w:t>
            </w:r>
          </w:p>
        </w:tc>
      </w:tr>
    </w:tbl>
    <w:p w14:paraId="679CF7F8" w14:textId="77777777" w:rsidR="00612663" w:rsidRPr="00296699" w:rsidRDefault="00612663">
      <w:pPr>
        <w:spacing w:after="40"/>
        <w:rPr>
          <w:lang w:val="es-ES"/>
        </w:rPr>
      </w:pPr>
    </w:p>
    <w:p w14:paraId="0BE1DE8E" w14:textId="77777777" w:rsidR="00612663" w:rsidRPr="00296699" w:rsidRDefault="00612663">
      <w:pPr>
        <w:rPr>
          <w:lang w:val="es-ES"/>
        </w:rPr>
      </w:pPr>
      <w:r w:rsidRPr="00296699">
        <w:rPr>
          <w:lang w:val="es-ES"/>
        </w:rPr>
        <w:br w:type="page"/>
      </w:r>
    </w:p>
    <w:p w14:paraId="7323B1EB" w14:textId="77777777" w:rsidR="00612663" w:rsidRPr="00296699" w:rsidRDefault="00612663">
      <w:pPr>
        <w:pStyle w:val="Ttulo1"/>
        <w:rPr>
          <w:lang w:val="es-ES"/>
        </w:rPr>
      </w:pPr>
      <w:r w:rsidRPr="00296699">
        <w:rPr>
          <w:rFonts w:ascii="Calibri" w:hAnsi="Calibri"/>
          <w:lang w:val="es-ES"/>
        </w:rPr>
        <w:lastRenderedPageBreak/>
        <w:t>6. Sesión 4 · Altar y ofrenda colectiva en la pared</w:t>
      </w:r>
    </w:p>
    <w:tbl>
      <w:tblPr>
        <w:tblW w:w="9749" w:type="dxa"/>
        <w:tblInd w:w="120" w:type="dxa"/>
        <w:tblLayout w:type="fixed"/>
        <w:tblLook w:val="04A0" w:firstRow="1" w:lastRow="0" w:firstColumn="1" w:lastColumn="0" w:noHBand="0" w:noVBand="1"/>
      </w:tblPr>
      <w:tblGrid>
        <w:gridCol w:w="9749"/>
      </w:tblGrid>
      <w:tr w:rsidR="003A1CAE" w:rsidRPr="00A14CC8" w14:paraId="7189E3E8" w14:textId="77777777">
        <w:tc>
          <w:tcPr>
            <w:tcW w:w="9749" w:type="dxa"/>
            <w:shd w:val="clear" w:color="auto" w:fill="EAF4EE"/>
            <w:tcMar>
              <w:top w:w="100" w:type="dxa"/>
              <w:left w:w="130" w:type="dxa"/>
              <w:bottom w:w="100" w:type="dxa"/>
              <w:right w:w="130" w:type="dxa"/>
            </w:tcMar>
            <w:vAlign w:val="center"/>
          </w:tcPr>
          <w:p w14:paraId="3B6D7763" w14:textId="77777777" w:rsidR="00612663" w:rsidRPr="00296699" w:rsidRDefault="00612663">
            <w:pPr>
              <w:spacing w:after="40" w:line="288" w:lineRule="auto"/>
              <w:rPr>
                <w:lang w:val="es-ES"/>
              </w:rPr>
            </w:pPr>
            <w:proofErr w:type="gramStart"/>
            <w:r w:rsidRPr="00296699">
              <w:rPr>
                <w:b/>
                <w:color w:val="1F4D78"/>
                <w:lang w:val="es-ES"/>
              </w:rPr>
              <w:t xml:space="preserve">Aprendizaje  </w:t>
            </w:r>
            <w:r w:rsidRPr="00296699">
              <w:rPr>
                <w:lang w:val="es-ES"/>
              </w:rPr>
              <w:t>Expresamos</w:t>
            </w:r>
            <w:proofErr w:type="gramEnd"/>
            <w:r w:rsidRPr="00296699">
              <w:rPr>
                <w:lang w:val="es-ES"/>
              </w:rPr>
              <w:t xml:space="preserve"> juntos el cariño a María mediante una creación común que transforma el espacio del aula.</w:t>
            </w:r>
          </w:p>
        </w:tc>
      </w:tr>
    </w:tbl>
    <w:p w14:paraId="51F93E68" w14:textId="77777777" w:rsidR="00612663" w:rsidRPr="00296699" w:rsidRDefault="00612663">
      <w:pPr>
        <w:spacing w:after="40"/>
        <w:rPr>
          <w:lang w:val="es-ES"/>
        </w:rPr>
      </w:pPr>
    </w:p>
    <w:p w14:paraId="61DBF0D3" w14:textId="77777777" w:rsidR="00612663" w:rsidRPr="00296699" w:rsidRDefault="00612663">
      <w:pPr>
        <w:pStyle w:val="Ttulo2"/>
        <w:rPr>
          <w:lang w:val="es-ES"/>
        </w:rPr>
      </w:pPr>
      <w:r w:rsidRPr="00296699">
        <w:rPr>
          <w:rFonts w:ascii="Calibri" w:hAnsi="Calibri"/>
          <w:lang w:val="es-ES"/>
        </w:rPr>
        <w:t>Decisión del proyecto</w:t>
      </w:r>
    </w:p>
    <w:p w14:paraId="4DB2AEB6" w14:textId="77777777" w:rsidR="00612663" w:rsidRPr="00296699" w:rsidRDefault="00612663">
      <w:pPr>
        <w:rPr>
          <w:lang w:val="es-ES"/>
        </w:rPr>
      </w:pPr>
      <w:r w:rsidRPr="00296699">
        <w:rPr>
          <w:lang w:val="es-ES"/>
        </w:rPr>
        <w:t>Esta sesión no tiene ficha individual. La ofrenda se construye en gran formato sobre la pared: la Virgen de peluche se coloca en un altar seguro y cada niño elabora una flor de papel para situarla alrededor. La numeración del libro permanece en la ficha 25; la ficha 26 queda disponible para otro tema.</w:t>
      </w:r>
    </w:p>
    <w:p w14:paraId="5AE550B6" w14:textId="77777777" w:rsidR="00612663" w:rsidRDefault="00612663">
      <w:pPr>
        <w:pStyle w:val="Ttulo2"/>
      </w:pPr>
      <w:proofErr w:type="spellStart"/>
      <w:r>
        <w:rPr>
          <w:rFonts w:ascii="Calibri" w:hAnsi="Calibri"/>
        </w:rPr>
        <w:t>Preparación</w:t>
      </w:r>
      <w:proofErr w:type="spellEnd"/>
      <w:r>
        <w:rPr>
          <w:rFonts w:ascii="Calibri" w:hAnsi="Calibri"/>
        </w:rPr>
        <w:t xml:space="preserve"> del altar</w:t>
      </w:r>
    </w:p>
    <w:tbl>
      <w:tblPr>
        <w:tblW w:w="9749" w:type="dxa"/>
        <w:tblInd w:w="120" w:type="dxa"/>
        <w:tblLayout w:type="fixed"/>
        <w:tblLook w:val="04A0" w:firstRow="1" w:lastRow="0" w:firstColumn="1" w:lastColumn="0" w:noHBand="0" w:noVBand="1"/>
      </w:tblPr>
      <w:tblGrid>
        <w:gridCol w:w="1900"/>
        <w:gridCol w:w="7849"/>
      </w:tblGrid>
      <w:tr w:rsidR="003A1CAE" w:rsidRPr="00296699" w14:paraId="35E06331" w14:textId="77777777">
        <w:tc>
          <w:tcPr>
            <w:tcW w:w="1900" w:type="dxa"/>
            <w:shd w:val="clear" w:color="auto" w:fill="EAF4EE"/>
            <w:tcMar>
              <w:top w:w="100" w:type="dxa"/>
              <w:left w:w="130" w:type="dxa"/>
              <w:bottom w:w="100" w:type="dxa"/>
              <w:right w:w="130" w:type="dxa"/>
            </w:tcMar>
            <w:vAlign w:val="center"/>
          </w:tcPr>
          <w:p w14:paraId="2A5632BB" w14:textId="77777777" w:rsidR="00612663" w:rsidRDefault="00612663">
            <w:pPr>
              <w:spacing w:after="0"/>
            </w:pPr>
            <w:r>
              <w:rPr>
                <w:b/>
                <w:color w:val="1F4D78"/>
                <w:sz w:val="21"/>
              </w:rPr>
              <w:t>Lugar</w:t>
            </w:r>
          </w:p>
        </w:tc>
        <w:tc>
          <w:tcPr>
            <w:tcW w:w="7849" w:type="dxa"/>
            <w:shd w:val="clear" w:color="auto" w:fill="FFFFFF"/>
            <w:tcMar>
              <w:top w:w="100" w:type="dxa"/>
              <w:left w:w="130" w:type="dxa"/>
              <w:bottom w:w="100" w:type="dxa"/>
              <w:right w:w="130" w:type="dxa"/>
            </w:tcMar>
            <w:vAlign w:val="center"/>
          </w:tcPr>
          <w:p w14:paraId="47E4F6E4" w14:textId="77777777" w:rsidR="00612663" w:rsidRPr="00296699" w:rsidRDefault="00612663">
            <w:pPr>
              <w:spacing w:after="0"/>
              <w:rPr>
                <w:lang w:val="es-ES"/>
              </w:rPr>
            </w:pPr>
            <w:r w:rsidRPr="00296699">
              <w:rPr>
                <w:sz w:val="21"/>
                <w:lang w:val="es-ES"/>
              </w:rPr>
              <w:t>Pared o panel visible, fuera de zonas de paso y lejos de radiadores o puertas.</w:t>
            </w:r>
          </w:p>
        </w:tc>
      </w:tr>
      <w:tr w:rsidR="003A1CAE" w:rsidRPr="00296699" w14:paraId="1EABF25D" w14:textId="77777777">
        <w:tc>
          <w:tcPr>
            <w:tcW w:w="1900" w:type="dxa"/>
            <w:shd w:val="clear" w:color="auto" w:fill="EAF4EE"/>
            <w:tcMar>
              <w:top w:w="100" w:type="dxa"/>
              <w:left w:w="130" w:type="dxa"/>
              <w:bottom w:w="100" w:type="dxa"/>
              <w:right w:w="130" w:type="dxa"/>
            </w:tcMar>
            <w:vAlign w:val="center"/>
          </w:tcPr>
          <w:p w14:paraId="7C4A2AE2" w14:textId="77777777" w:rsidR="00612663" w:rsidRDefault="00612663">
            <w:pPr>
              <w:spacing w:after="0"/>
            </w:pPr>
            <w:r>
              <w:rPr>
                <w:b/>
                <w:color w:val="1F4D78"/>
                <w:sz w:val="21"/>
              </w:rPr>
              <w:t>Base</w:t>
            </w:r>
          </w:p>
        </w:tc>
        <w:tc>
          <w:tcPr>
            <w:tcW w:w="7849" w:type="dxa"/>
            <w:shd w:val="clear" w:color="auto" w:fill="FFFFFF"/>
            <w:tcMar>
              <w:top w:w="100" w:type="dxa"/>
              <w:left w:w="130" w:type="dxa"/>
              <w:bottom w:w="100" w:type="dxa"/>
              <w:right w:w="130" w:type="dxa"/>
            </w:tcMar>
            <w:vAlign w:val="center"/>
          </w:tcPr>
          <w:p w14:paraId="445C295F" w14:textId="77777777" w:rsidR="00612663" w:rsidRPr="00296699" w:rsidRDefault="00612663">
            <w:pPr>
              <w:spacing w:after="0"/>
              <w:rPr>
                <w:lang w:val="es-ES"/>
              </w:rPr>
            </w:pPr>
            <w:r w:rsidRPr="00296699">
              <w:rPr>
                <w:sz w:val="21"/>
                <w:lang w:val="es-ES"/>
              </w:rPr>
              <w:t>Mesa estable, repisa segura o soporte fijado por una persona adulta.</w:t>
            </w:r>
          </w:p>
        </w:tc>
      </w:tr>
      <w:tr w:rsidR="003A1CAE" w:rsidRPr="00296699" w14:paraId="234FDC07" w14:textId="77777777">
        <w:tc>
          <w:tcPr>
            <w:tcW w:w="1900" w:type="dxa"/>
            <w:shd w:val="clear" w:color="auto" w:fill="EAF4EE"/>
            <w:tcMar>
              <w:top w:w="100" w:type="dxa"/>
              <w:left w:w="130" w:type="dxa"/>
              <w:bottom w:w="100" w:type="dxa"/>
              <w:right w:w="130" w:type="dxa"/>
            </w:tcMar>
            <w:vAlign w:val="center"/>
          </w:tcPr>
          <w:p w14:paraId="457D8CE3" w14:textId="77777777" w:rsidR="00612663" w:rsidRDefault="00612663">
            <w:pPr>
              <w:spacing w:after="0"/>
            </w:pPr>
            <w:proofErr w:type="spellStart"/>
            <w:r>
              <w:rPr>
                <w:b/>
                <w:color w:val="1F4D78"/>
                <w:sz w:val="21"/>
              </w:rPr>
              <w:t>Figura</w:t>
            </w:r>
            <w:proofErr w:type="spellEnd"/>
          </w:p>
        </w:tc>
        <w:tc>
          <w:tcPr>
            <w:tcW w:w="7849" w:type="dxa"/>
            <w:shd w:val="clear" w:color="auto" w:fill="FFFFFF"/>
            <w:tcMar>
              <w:top w:w="100" w:type="dxa"/>
              <w:left w:w="130" w:type="dxa"/>
              <w:bottom w:w="100" w:type="dxa"/>
              <w:right w:w="130" w:type="dxa"/>
            </w:tcMar>
            <w:vAlign w:val="center"/>
          </w:tcPr>
          <w:p w14:paraId="7C92B5A8" w14:textId="77777777" w:rsidR="00612663" w:rsidRPr="00296699" w:rsidRDefault="00612663">
            <w:pPr>
              <w:spacing w:after="0"/>
              <w:rPr>
                <w:lang w:val="es-ES"/>
              </w:rPr>
            </w:pPr>
            <w:r w:rsidRPr="00296699">
              <w:rPr>
                <w:sz w:val="21"/>
                <w:lang w:val="es-ES"/>
              </w:rPr>
              <w:t>Virgen de peluche con orilla bordada y corona de juguete.</w:t>
            </w:r>
          </w:p>
        </w:tc>
      </w:tr>
      <w:tr w:rsidR="003A1CAE" w:rsidRPr="00296699" w14:paraId="02DFA181" w14:textId="77777777">
        <w:tc>
          <w:tcPr>
            <w:tcW w:w="1900" w:type="dxa"/>
            <w:shd w:val="clear" w:color="auto" w:fill="EAF4EE"/>
            <w:tcMar>
              <w:top w:w="100" w:type="dxa"/>
              <w:left w:w="130" w:type="dxa"/>
              <w:bottom w:w="100" w:type="dxa"/>
              <w:right w:w="130" w:type="dxa"/>
            </w:tcMar>
            <w:vAlign w:val="center"/>
          </w:tcPr>
          <w:p w14:paraId="49B8C4E5" w14:textId="77777777" w:rsidR="00612663" w:rsidRDefault="00612663">
            <w:pPr>
              <w:spacing w:after="0"/>
            </w:pPr>
            <w:r>
              <w:rPr>
                <w:b/>
                <w:color w:val="1F4D78"/>
                <w:sz w:val="21"/>
              </w:rPr>
              <w:t>Fondo</w:t>
            </w:r>
          </w:p>
        </w:tc>
        <w:tc>
          <w:tcPr>
            <w:tcW w:w="7849" w:type="dxa"/>
            <w:shd w:val="clear" w:color="auto" w:fill="FFFFFF"/>
            <w:tcMar>
              <w:top w:w="100" w:type="dxa"/>
              <w:left w:w="130" w:type="dxa"/>
              <w:bottom w:w="100" w:type="dxa"/>
              <w:right w:w="130" w:type="dxa"/>
            </w:tcMar>
            <w:vAlign w:val="center"/>
          </w:tcPr>
          <w:p w14:paraId="5066628D" w14:textId="77777777" w:rsidR="00612663" w:rsidRPr="00296699" w:rsidRDefault="00612663">
            <w:pPr>
              <w:spacing w:after="0"/>
              <w:rPr>
                <w:lang w:val="es-ES"/>
              </w:rPr>
            </w:pPr>
            <w:r w:rsidRPr="00296699">
              <w:rPr>
                <w:sz w:val="21"/>
                <w:lang w:val="es-ES"/>
              </w:rPr>
              <w:t>Tela azul o clara, sin alfileres accesibles.</w:t>
            </w:r>
          </w:p>
        </w:tc>
      </w:tr>
      <w:tr w:rsidR="003A1CAE" w:rsidRPr="00296699" w14:paraId="50ABBD93" w14:textId="77777777">
        <w:tc>
          <w:tcPr>
            <w:tcW w:w="1900" w:type="dxa"/>
            <w:shd w:val="clear" w:color="auto" w:fill="EAF4EE"/>
            <w:tcMar>
              <w:top w:w="100" w:type="dxa"/>
              <w:left w:w="130" w:type="dxa"/>
              <w:bottom w:w="100" w:type="dxa"/>
              <w:right w:w="130" w:type="dxa"/>
            </w:tcMar>
            <w:vAlign w:val="center"/>
          </w:tcPr>
          <w:p w14:paraId="58438304" w14:textId="77777777" w:rsidR="00612663" w:rsidRDefault="00612663">
            <w:pPr>
              <w:spacing w:after="0"/>
            </w:pPr>
            <w:r>
              <w:rPr>
                <w:b/>
                <w:color w:val="1F4D78"/>
                <w:sz w:val="21"/>
              </w:rPr>
              <w:t>Flores</w:t>
            </w:r>
          </w:p>
        </w:tc>
        <w:tc>
          <w:tcPr>
            <w:tcW w:w="7849" w:type="dxa"/>
            <w:shd w:val="clear" w:color="auto" w:fill="FFFFFF"/>
            <w:tcMar>
              <w:top w:w="100" w:type="dxa"/>
              <w:left w:w="130" w:type="dxa"/>
              <w:bottom w:w="100" w:type="dxa"/>
              <w:right w:w="130" w:type="dxa"/>
            </w:tcMar>
            <w:vAlign w:val="center"/>
          </w:tcPr>
          <w:p w14:paraId="3106104A" w14:textId="77777777" w:rsidR="00612663" w:rsidRPr="00296699" w:rsidRDefault="00612663">
            <w:pPr>
              <w:spacing w:after="0"/>
              <w:rPr>
                <w:lang w:val="es-ES"/>
              </w:rPr>
            </w:pPr>
            <w:r w:rsidRPr="00296699">
              <w:rPr>
                <w:sz w:val="21"/>
                <w:lang w:val="es-ES"/>
              </w:rPr>
              <w:t>Papel de seda, folios de colores, filtros, moldes grandes o materiales ya disponibles.</w:t>
            </w:r>
          </w:p>
        </w:tc>
      </w:tr>
      <w:tr w:rsidR="003A1CAE" w:rsidRPr="00296699" w14:paraId="120E5EB3" w14:textId="77777777">
        <w:tc>
          <w:tcPr>
            <w:tcW w:w="1900" w:type="dxa"/>
            <w:shd w:val="clear" w:color="auto" w:fill="EAF4EE"/>
            <w:tcMar>
              <w:top w:w="100" w:type="dxa"/>
              <w:left w:w="130" w:type="dxa"/>
              <w:bottom w:w="100" w:type="dxa"/>
              <w:right w:w="130" w:type="dxa"/>
            </w:tcMar>
            <w:vAlign w:val="center"/>
          </w:tcPr>
          <w:p w14:paraId="6794904F" w14:textId="77777777" w:rsidR="00612663" w:rsidRDefault="00612663">
            <w:pPr>
              <w:spacing w:after="0"/>
            </w:pPr>
            <w:r>
              <w:rPr>
                <w:b/>
                <w:color w:val="1F4D78"/>
                <w:sz w:val="21"/>
              </w:rPr>
              <w:t>Fijación</w:t>
            </w:r>
          </w:p>
        </w:tc>
        <w:tc>
          <w:tcPr>
            <w:tcW w:w="7849" w:type="dxa"/>
            <w:shd w:val="clear" w:color="auto" w:fill="FFFFFF"/>
            <w:tcMar>
              <w:top w:w="100" w:type="dxa"/>
              <w:left w:w="130" w:type="dxa"/>
              <w:bottom w:w="100" w:type="dxa"/>
              <w:right w:w="130" w:type="dxa"/>
            </w:tcMar>
            <w:vAlign w:val="center"/>
          </w:tcPr>
          <w:p w14:paraId="497113B8" w14:textId="77777777" w:rsidR="00612663" w:rsidRPr="00296699" w:rsidRDefault="00612663">
            <w:pPr>
              <w:spacing w:after="0"/>
              <w:rPr>
                <w:lang w:val="es-ES"/>
              </w:rPr>
            </w:pPr>
            <w:r w:rsidRPr="00296699">
              <w:rPr>
                <w:sz w:val="21"/>
                <w:lang w:val="es-ES"/>
              </w:rPr>
              <w:t>Masilla adhesiva, velcro o cinta colocada por la maestra; nada punzante.</w:t>
            </w:r>
          </w:p>
        </w:tc>
      </w:tr>
    </w:tbl>
    <w:p w14:paraId="4C53BF3C" w14:textId="77777777" w:rsidR="00612663" w:rsidRPr="00296699" w:rsidRDefault="00612663">
      <w:pPr>
        <w:pStyle w:val="Ttulo2"/>
        <w:rPr>
          <w:lang w:val="es-ES"/>
        </w:rPr>
      </w:pPr>
      <w:r w:rsidRPr="00296699">
        <w:rPr>
          <w:rFonts w:ascii="Calibri" w:hAnsi="Calibri"/>
          <w:lang w:val="es-ES"/>
        </w:rPr>
        <w:t>Desarrollo orientativo</w:t>
      </w:r>
    </w:p>
    <w:p w14:paraId="43DC4234" w14:textId="77777777" w:rsidR="00612663" w:rsidRPr="00296699" w:rsidRDefault="00612663">
      <w:pPr>
        <w:keepNext/>
        <w:spacing w:before="80" w:after="60"/>
        <w:rPr>
          <w:lang w:val="es-ES"/>
        </w:rPr>
      </w:pPr>
      <w:r w:rsidRPr="00296699">
        <w:rPr>
          <w:b/>
          <w:color w:val="1F4D78"/>
          <w:sz w:val="23"/>
          <w:lang w:val="es-ES"/>
        </w:rPr>
        <w:t>Recordamos</w:t>
      </w:r>
      <w:r w:rsidRPr="00296699">
        <w:rPr>
          <w:b/>
          <w:color w:val="687784"/>
          <w:sz w:val="20"/>
          <w:lang w:val="es-ES"/>
        </w:rPr>
        <w:t xml:space="preserve">  ·  4-5 min</w:t>
      </w:r>
    </w:p>
    <w:p w14:paraId="73E4A3D2" w14:textId="77777777" w:rsidR="00612663" w:rsidRPr="00296699" w:rsidRDefault="00612663">
      <w:pPr>
        <w:spacing w:after="100"/>
        <w:rPr>
          <w:lang w:val="es-ES"/>
        </w:rPr>
      </w:pPr>
      <w:r w:rsidRPr="00296699">
        <w:rPr>
          <w:lang w:val="es-ES"/>
        </w:rPr>
        <w:t>Nombrar a María, Jesús, la Fuensanta, la orilla bordada y la corona.</w:t>
      </w:r>
    </w:p>
    <w:p w14:paraId="256DB4D0" w14:textId="77777777" w:rsidR="00612663" w:rsidRPr="00296699" w:rsidRDefault="00612663">
      <w:pPr>
        <w:keepNext/>
        <w:spacing w:before="80" w:after="60"/>
        <w:rPr>
          <w:lang w:val="es-ES"/>
        </w:rPr>
      </w:pPr>
      <w:r w:rsidRPr="00296699">
        <w:rPr>
          <w:b/>
          <w:color w:val="1F4D78"/>
          <w:sz w:val="23"/>
          <w:lang w:val="es-ES"/>
        </w:rPr>
        <w:t>Creamos flores</w:t>
      </w:r>
      <w:r w:rsidRPr="00296699">
        <w:rPr>
          <w:b/>
          <w:color w:val="687784"/>
          <w:sz w:val="20"/>
          <w:lang w:val="es-ES"/>
        </w:rPr>
        <w:t xml:space="preserve">  ·  20-25 min</w:t>
      </w:r>
    </w:p>
    <w:p w14:paraId="7CBE5D69" w14:textId="77777777" w:rsidR="00612663" w:rsidRPr="00296699" w:rsidRDefault="00612663">
      <w:pPr>
        <w:spacing w:after="100"/>
        <w:rPr>
          <w:lang w:val="es-ES"/>
        </w:rPr>
      </w:pPr>
      <w:r w:rsidRPr="00296699">
        <w:rPr>
          <w:lang w:val="es-ES"/>
        </w:rPr>
        <w:t>Cada niño arruga, superpone, estampa o pega piezas grandes según el modelo elegido. La maestra prepara cortes complejos.</w:t>
      </w:r>
    </w:p>
    <w:p w14:paraId="2E127AC9" w14:textId="77777777" w:rsidR="00612663" w:rsidRPr="00296699" w:rsidRDefault="00612663">
      <w:pPr>
        <w:keepNext/>
        <w:spacing w:before="80" w:after="60"/>
        <w:rPr>
          <w:lang w:val="es-ES"/>
        </w:rPr>
      </w:pPr>
      <w:r w:rsidRPr="00296699">
        <w:rPr>
          <w:b/>
          <w:color w:val="1F4D78"/>
          <w:sz w:val="23"/>
          <w:lang w:val="es-ES"/>
        </w:rPr>
        <w:t>Construimos la ofrenda</w:t>
      </w:r>
      <w:r w:rsidRPr="00296699">
        <w:rPr>
          <w:b/>
          <w:color w:val="687784"/>
          <w:sz w:val="20"/>
          <w:lang w:val="es-ES"/>
        </w:rPr>
        <w:t xml:space="preserve">  ·  8-10 min</w:t>
      </w:r>
    </w:p>
    <w:p w14:paraId="15FD2B64" w14:textId="77777777" w:rsidR="00612663" w:rsidRPr="00296699" w:rsidRDefault="00612663">
      <w:pPr>
        <w:spacing w:after="100"/>
        <w:rPr>
          <w:lang w:val="es-ES"/>
        </w:rPr>
      </w:pPr>
      <w:r w:rsidRPr="00296699">
        <w:rPr>
          <w:lang w:val="es-ES"/>
        </w:rPr>
        <w:t>Colocar una a una las flores alrededor del altar, diciendo el nombre del niño o una palabra de cariño.</w:t>
      </w:r>
    </w:p>
    <w:p w14:paraId="2C7661E9" w14:textId="77777777" w:rsidR="00612663" w:rsidRPr="00296699" w:rsidRDefault="00612663">
      <w:pPr>
        <w:keepNext/>
        <w:spacing w:before="80" w:after="60"/>
        <w:rPr>
          <w:lang w:val="es-ES"/>
        </w:rPr>
      </w:pPr>
      <w:r w:rsidRPr="00296699">
        <w:rPr>
          <w:b/>
          <w:color w:val="1F4D78"/>
          <w:sz w:val="23"/>
          <w:lang w:val="es-ES"/>
        </w:rPr>
        <w:t>Canción</w:t>
      </w:r>
      <w:r w:rsidRPr="00296699">
        <w:rPr>
          <w:b/>
          <w:color w:val="687784"/>
          <w:sz w:val="20"/>
          <w:lang w:val="es-ES"/>
        </w:rPr>
        <w:t xml:space="preserve">  ·  3-5 min</w:t>
      </w:r>
    </w:p>
    <w:p w14:paraId="54970587" w14:textId="77777777" w:rsidR="00612663" w:rsidRPr="00296699" w:rsidRDefault="00612663">
      <w:pPr>
        <w:spacing w:after="100"/>
        <w:rPr>
          <w:lang w:val="es-ES"/>
        </w:rPr>
      </w:pPr>
      <w:r w:rsidRPr="00296699">
        <w:rPr>
          <w:lang w:val="es-ES"/>
        </w:rPr>
        <w:t>Cantar «Dijiste sí» ante la composición terminada.</w:t>
      </w:r>
    </w:p>
    <w:p w14:paraId="40BBFCBC" w14:textId="77777777" w:rsidR="00612663" w:rsidRPr="00296699" w:rsidRDefault="00612663">
      <w:pPr>
        <w:keepNext/>
        <w:spacing w:before="80" w:after="60"/>
        <w:rPr>
          <w:lang w:val="es-ES"/>
        </w:rPr>
      </w:pPr>
      <w:r w:rsidRPr="00296699">
        <w:rPr>
          <w:b/>
          <w:color w:val="1F4D78"/>
          <w:sz w:val="23"/>
          <w:lang w:val="es-ES"/>
        </w:rPr>
        <w:t>Oración</w:t>
      </w:r>
      <w:r w:rsidRPr="00296699">
        <w:rPr>
          <w:b/>
          <w:color w:val="687784"/>
          <w:sz w:val="20"/>
          <w:lang w:val="es-ES"/>
        </w:rPr>
        <w:t xml:space="preserve">  ·  1 min</w:t>
      </w:r>
    </w:p>
    <w:p w14:paraId="06DB9955" w14:textId="77777777" w:rsidR="00612663" w:rsidRPr="00296699" w:rsidRDefault="00612663">
      <w:pPr>
        <w:spacing w:after="100"/>
        <w:rPr>
          <w:lang w:val="es-ES"/>
        </w:rPr>
      </w:pPr>
      <w:r w:rsidRPr="00296699">
        <w:rPr>
          <w:lang w:val="es-ES"/>
        </w:rPr>
        <w:t>«María, recibe nuestras flores y acompáñanos».</w:t>
      </w:r>
    </w:p>
    <w:tbl>
      <w:tblPr>
        <w:tblW w:w="9749" w:type="dxa"/>
        <w:tblInd w:w="120" w:type="dxa"/>
        <w:tblLayout w:type="fixed"/>
        <w:tblLook w:val="04A0" w:firstRow="1" w:lastRow="0" w:firstColumn="1" w:lastColumn="0" w:noHBand="0" w:noVBand="1"/>
      </w:tblPr>
      <w:tblGrid>
        <w:gridCol w:w="2100"/>
        <w:gridCol w:w="3550"/>
        <w:gridCol w:w="4099"/>
      </w:tblGrid>
      <w:tr w:rsidR="003A1CAE" w14:paraId="2B9375B2" w14:textId="77777777">
        <w:trPr>
          <w:tblHeader/>
        </w:trPr>
        <w:tc>
          <w:tcPr>
            <w:tcW w:w="2100" w:type="dxa"/>
            <w:shd w:val="clear" w:color="auto" w:fill="E8EEF5"/>
            <w:tcMar>
              <w:top w:w="100" w:type="dxa"/>
              <w:left w:w="130" w:type="dxa"/>
              <w:bottom w:w="100" w:type="dxa"/>
              <w:right w:w="130" w:type="dxa"/>
            </w:tcMar>
            <w:vAlign w:val="center"/>
          </w:tcPr>
          <w:p w14:paraId="31960DF9" w14:textId="77777777" w:rsidR="00612663" w:rsidRDefault="00612663">
            <w:pPr>
              <w:jc w:val="center"/>
            </w:pPr>
            <w:r>
              <w:rPr>
                <w:b/>
                <w:color w:val="1F4D78"/>
                <w:sz w:val="20"/>
              </w:rPr>
              <w:t>Espacio</w:t>
            </w:r>
          </w:p>
        </w:tc>
        <w:tc>
          <w:tcPr>
            <w:tcW w:w="3550" w:type="dxa"/>
            <w:shd w:val="clear" w:color="auto" w:fill="E8EEF5"/>
            <w:tcMar>
              <w:top w:w="100" w:type="dxa"/>
              <w:left w:w="130" w:type="dxa"/>
              <w:bottom w:w="100" w:type="dxa"/>
              <w:right w:w="130" w:type="dxa"/>
            </w:tcMar>
            <w:vAlign w:val="center"/>
          </w:tcPr>
          <w:p w14:paraId="64A2D6DB" w14:textId="77777777" w:rsidR="00612663" w:rsidRDefault="00612663">
            <w:pPr>
              <w:jc w:val="center"/>
            </w:pPr>
            <w:r>
              <w:rPr>
                <w:b/>
                <w:color w:val="1F4D78"/>
                <w:sz w:val="20"/>
              </w:rPr>
              <w:t>Material</w:t>
            </w:r>
          </w:p>
        </w:tc>
        <w:tc>
          <w:tcPr>
            <w:tcW w:w="4099" w:type="dxa"/>
            <w:shd w:val="clear" w:color="auto" w:fill="E8EEF5"/>
            <w:tcMar>
              <w:top w:w="100" w:type="dxa"/>
              <w:left w:w="130" w:type="dxa"/>
              <w:bottom w:w="100" w:type="dxa"/>
              <w:right w:w="130" w:type="dxa"/>
            </w:tcMar>
            <w:vAlign w:val="center"/>
          </w:tcPr>
          <w:p w14:paraId="561981C0" w14:textId="77777777" w:rsidR="00612663" w:rsidRDefault="00612663">
            <w:pPr>
              <w:jc w:val="center"/>
            </w:pPr>
            <w:proofErr w:type="spellStart"/>
            <w:r>
              <w:rPr>
                <w:b/>
                <w:color w:val="1F4D78"/>
                <w:sz w:val="20"/>
              </w:rPr>
              <w:t>Propuesta</w:t>
            </w:r>
            <w:proofErr w:type="spellEnd"/>
          </w:p>
        </w:tc>
      </w:tr>
      <w:tr w:rsidR="003A1CAE" w14:paraId="2F706107" w14:textId="77777777">
        <w:tc>
          <w:tcPr>
            <w:tcW w:w="2100" w:type="dxa"/>
            <w:tcMar>
              <w:top w:w="100" w:type="dxa"/>
              <w:left w:w="130" w:type="dxa"/>
              <w:bottom w:w="100" w:type="dxa"/>
              <w:right w:w="130" w:type="dxa"/>
            </w:tcMar>
          </w:tcPr>
          <w:p w14:paraId="53170A6D" w14:textId="77777777" w:rsidR="00612663" w:rsidRDefault="00612663">
            <w:pPr>
              <w:spacing w:after="0"/>
            </w:pPr>
            <w:proofErr w:type="spellStart"/>
            <w:r>
              <w:rPr>
                <w:b/>
                <w:color w:val="1F4D78"/>
                <w:sz w:val="19"/>
              </w:rPr>
              <w:t>Creativo</w:t>
            </w:r>
            <w:proofErr w:type="spellEnd"/>
          </w:p>
        </w:tc>
        <w:tc>
          <w:tcPr>
            <w:tcW w:w="3550" w:type="dxa"/>
            <w:tcMar>
              <w:top w:w="100" w:type="dxa"/>
              <w:left w:w="130" w:type="dxa"/>
              <w:bottom w:w="100" w:type="dxa"/>
              <w:right w:w="130" w:type="dxa"/>
            </w:tcMar>
          </w:tcPr>
          <w:p w14:paraId="35F7CC7E" w14:textId="77777777" w:rsidR="00612663" w:rsidRPr="00296699" w:rsidRDefault="00612663">
            <w:pPr>
              <w:spacing w:after="0"/>
              <w:rPr>
                <w:lang w:val="es-ES"/>
              </w:rPr>
            </w:pPr>
            <w:r w:rsidRPr="00296699">
              <w:rPr>
                <w:sz w:val="19"/>
                <w:lang w:val="es-ES"/>
              </w:rPr>
              <w:t>Papel, pegamento y bases grandes.</w:t>
            </w:r>
          </w:p>
        </w:tc>
        <w:tc>
          <w:tcPr>
            <w:tcW w:w="4099" w:type="dxa"/>
            <w:tcMar>
              <w:top w:w="100" w:type="dxa"/>
              <w:left w:w="130" w:type="dxa"/>
              <w:bottom w:w="100" w:type="dxa"/>
              <w:right w:w="130" w:type="dxa"/>
            </w:tcMar>
          </w:tcPr>
          <w:p w14:paraId="7E6CCFE4" w14:textId="77777777" w:rsidR="00612663" w:rsidRDefault="00612663">
            <w:pPr>
              <w:spacing w:after="0"/>
            </w:pPr>
            <w:proofErr w:type="spellStart"/>
            <w:r>
              <w:rPr>
                <w:sz w:val="19"/>
              </w:rPr>
              <w:t>Elaborar</w:t>
            </w:r>
            <w:proofErr w:type="spellEnd"/>
            <w:r>
              <w:rPr>
                <w:sz w:val="19"/>
              </w:rPr>
              <w:t xml:space="preserve"> </w:t>
            </w:r>
            <w:proofErr w:type="spellStart"/>
            <w:r>
              <w:rPr>
                <w:sz w:val="19"/>
              </w:rPr>
              <w:t>una</w:t>
            </w:r>
            <w:proofErr w:type="spellEnd"/>
            <w:r>
              <w:rPr>
                <w:sz w:val="19"/>
              </w:rPr>
              <w:t xml:space="preserve"> </w:t>
            </w:r>
            <w:proofErr w:type="spellStart"/>
            <w:proofErr w:type="gramStart"/>
            <w:r>
              <w:rPr>
                <w:sz w:val="19"/>
              </w:rPr>
              <w:t>flor</w:t>
            </w:r>
            <w:proofErr w:type="spellEnd"/>
            <w:proofErr w:type="gramEnd"/>
            <w:r>
              <w:rPr>
                <w:sz w:val="19"/>
              </w:rPr>
              <w:t xml:space="preserve"> personal.</w:t>
            </w:r>
          </w:p>
        </w:tc>
      </w:tr>
      <w:tr w:rsidR="003A1CAE" w14:paraId="22544232" w14:textId="77777777">
        <w:tc>
          <w:tcPr>
            <w:tcW w:w="2100" w:type="dxa"/>
            <w:tcMar>
              <w:top w:w="100" w:type="dxa"/>
              <w:left w:w="130" w:type="dxa"/>
              <w:bottom w:w="100" w:type="dxa"/>
              <w:right w:w="130" w:type="dxa"/>
            </w:tcMar>
          </w:tcPr>
          <w:p w14:paraId="0547257C" w14:textId="77777777" w:rsidR="00612663" w:rsidRDefault="00612663">
            <w:pPr>
              <w:spacing w:after="0"/>
            </w:pPr>
            <w:proofErr w:type="spellStart"/>
            <w:r>
              <w:rPr>
                <w:b/>
                <w:color w:val="1F4D78"/>
                <w:sz w:val="19"/>
              </w:rPr>
              <w:t>Asamblea</w:t>
            </w:r>
            <w:proofErr w:type="spellEnd"/>
          </w:p>
        </w:tc>
        <w:tc>
          <w:tcPr>
            <w:tcW w:w="3550" w:type="dxa"/>
            <w:tcMar>
              <w:top w:w="100" w:type="dxa"/>
              <w:left w:w="130" w:type="dxa"/>
              <w:bottom w:w="100" w:type="dxa"/>
              <w:right w:w="130" w:type="dxa"/>
            </w:tcMar>
          </w:tcPr>
          <w:p w14:paraId="1575B4A8" w14:textId="77777777" w:rsidR="00612663" w:rsidRPr="00296699" w:rsidRDefault="00612663">
            <w:pPr>
              <w:spacing w:after="0"/>
              <w:rPr>
                <w:lang w:val="es-ES"/>
              </w:rPr>
            </w:pPr>
            <w:r w:rsidRPr="00296699">
              <w:rPr>
                <w:sz w:val="19"/>
                <w:lang w:val="es-ES"/>
              </w:rPr>
              <w:t>Altar y Virgen de peluche.</w:t>
            </w:r>
          </w:p>
        </w:tc>
        <w:tc>
          <w:tcPr>
            <w:tcW w:w="4099" w:type="dxa"/>
            <w:tcMar>
              <w:top w:w="100" w:type="dxa"/>
              <w:left w:w="130" w:type="dxa"/>
              <w:bottom w:w="100" w:type="dxa"/>
              <w:right w:w="130" w:type="dxa"/>
            </w:tcMar>
          </w:tcPr>
          <w:p w14:paraId="5FA043C2" w14:textId="77777777" w:rsidR="00612663" w:rsidRDefault="00612663">
            <w:pPr>
              <w:spacing w:after="0"/>
            </w:pPr>
            <w:proofErr w:type="spellStart"/>
            <w:r>
              <w:rPr>
                <w:sz w:val="19"/>
              </w:rPr>
              <w:t>Construir</w:t>
            </w:r>
            <w:proofErr w:type="spellEnd"/>
            <w:r>
              <w:rPr>
                <w:sz w:val="19"/>
              </w:rPr>
              <w:t xml:space="preserve"> la ofrenda </w:t>
            </w:r>
            <w:proofErr w:type="spellStart"/>
            <w:r>
              <w:rPr>
                <w:sz w:val="19"/>
              </w:rPr>
              <w:t>común</w:t>
            </w:r>
            <w:proofErr w:type="spellEnd"/>
            <w:r>
              <w:rPr>
                <w:sz w:val="19"/>
              </w:rPr>
              <w:t>.</w:t>
            </w:r>
          </w:p>
        </w:tc>
      </w:tr>
      <w:tr w:rsidR="003A1CAE" w14:paraId="55683C4A" w14:textId="77777777">
        <w:tc>
          <w:tcPr>
            <w:tcW w:w="2100" w:type="dxa"/>
            <w:tcMar>
              <w:top w:w="100" w:type="dxa"/>
              <w:left w:w="130" w:type="dxa"/>
              <w:bottom w:w="100" w:type="dxa"/>
              <w:right w:w="130" w:type="dxa"/>
            </w:tcMar>
          </w:tcPr>
          <w:p w14:paraId="157C2E0A" w14:textId="77777777" w:rsidR="00612663" w:rsidRDefault="00612663">
            <w:pPr>
              <w:spacing w:after="0"/>
            </w:pPr>
            <w:r>
              <w:rPr>
                <w:b/>
                <w:color w:val="1F4D78"/>
                <w:sz w:val="19"/>
              </w:rPr>
              <w:lastRenderedPageBreak/>
              <w:t>Música</w:t>
            </w:r>
          </w:p>
        </w:tc>
        <w:tc>
          <w:tcPr>
            <w:tcW w:w="3550" w:type="dxa"/>
            <w:tcMar>
              <w:top w:w="100" w:type="dxa"/>
              <w:left w:w="130" w:type="dxa"/>
              <w:bottom w:w="100" w:type="dxa"/>
              <w:right w:w="130" w:type="dxa"/>
            </w:tcMar>
          </w:tcPr>
          <w:p w14:paraId="57FF001C" w14:textId="77777777" w:rsidR="00612663" w:rsidRDefault="00612663">
            <w:pPr>
              <w:spacing w:after="0"/>
            </w:pPr>
            <w:r>
              <w:rPr>
                <w:sz w:val="19"/>
              </w:rPr>
              <w:t>Canción «</w:t>
            </w:r>
            <w:proofErr w:type="spellStart"/>
            <w:r>
              <w:rPr>
                <w:sz w:val="19"/>
              </w:rPr>
              <w:t>Dijiste</w:t>
            </w:r>
            <w:proofErr w:type="spellEnd"/>
            <w:r>
              <w:rPr>
                <w:sz w:val="19"/>
              </w:rPr>
              <w:t xml:space="preserve"> </w:t>
            </w:r>
            <w:proofErr w:type="spellStart"/>
            <w:r>
              <w:rPr>
                <w:sz w:val="19"/>
              </w:rPr>
              <w:t>sí</w:t>
            </w:r>
            <w:proofErr w:type="spellEnd"/>
            <w:r>
              <w:rPr>
                <w:sz w:val="19"/>
              </w:rPr>
              <w:t>».</w:t>
            </w:r>
          </w:p>
        </w:tc>
        <w:tc>
          <w:tcPr>
            <w:tcW w:w="4099" w:type="dxa"/>
            <w:tcMar>
              <w:top w:w="100" w:type="dxa"/>
              <w:left w:w="130" w:type="dxa"/>
              <w:bottom w:w="100" w:type="dxa"/>
              <w:right w:w="130" w:type="dxa"/>
            </w:tcMar>
          </w:tcPr>
          <w:p w14:paraId="6CB42123" w14:textId="77777777" w:rsidR="00612663" w:rsidRDefault="00612663">
            <w:pPr>
              <w:spacing w:after="0"/>
            </w:pPr>
            <w:proofErr w:type="spellStart"/>
            <w:r>
              <w:rPr>
                <w:sz w:val="19"/>
              </w:rPr>
              <w:t>Celebrar</w:t>
            </w:r>
            <w:proofErr w:type="spellEnd"/>
            <w:r>
              <w:rPr>
                <w:sz w:val="19"/>
              </w:rPr>
              <w:t xml:space="preserve"> </w:t>
            </w:r>
            <w:proofErr w:type="spellStart"/>
            <w:r>
              <w:rPr>
                <w:sz w:val="19"/>
              </w:rPr>
              <w:t>juntos</w:t>
            </w:r>
            <w:proofErr w:type="spellEnd"/>
            <w:r>
              <w:rPr>
                <w:sz w:val="19"/>
              </w:rPr>
              <w:t>.</w:t>
            </w:r>
          </w:p>
        </w:tc>
      </w:tr>
      <w:tr w:rsidR="003A1CAE" w14:paraId="668CFB65" w14:textId="77777777">
        <w:tc>
          <w:tcPr>
            <w:tcW w:w="2100" w:type="dxa"/>
            <w:tcMar>
              <w:top w:w="100" w:type="dxa"/>
              <w:left w:w="130" w:type="dxa"/>
              <w:bottom w:w="100" w:type="dxa"/>
              <w:right w:w="130" w:type="dxa"/>
            </w:tcMar>
          </w:tcPr>
          <w:p w14:paraId="1ADDD766" w14:textId="77777777" w:rsidR="00612663" w:rsidRDefault="00612663">
            <w:pPr>
              <w:spacing w:after="0"/>
            </w:pPr>
            <w:r>
              <w:rPr>
                <w:b/>
                <w:color w:val="1F4D78"/>
                <w:sz w:val="19"/>
              </w:rPr>
              <w:t xml:space="preserve">Vida </w:t>
            </w:r>
            <w:proofErr w:type="spellStart"/>
            <w:r>
              <w:rPr>
                <w:b/>
                <w:color w:val="1F4D78"/>
                <w:sz w:val="19"/>
              </w:rPr>
              <w:t>práctica</w:t>
            </w:r>
            <w:proofErr w:type="spellEnd"/>
          </w:p>
        </w:tc>
        <w:tc>
          <w:tcPr>
            <w:tcW w:w="3550" w:type="dxa"/>
            <w:tcMar>
              <w:top w:w="100" w:type="dxa"/>
              <w:left w:w="130" w:type="dxa"/>
              <w:bottom w:w="100" w:type="dxa"/>
              <w:right w:w="130" w:type="dxa"/>
            </w:tcMar>
          </w:tcPr>
          <w:p w14:paraId="4B9D28D7" w14:textId="77777777" w:rsidR="00612663" w:rsidRDefault="00612663">
            <w:pPr>
              <w:spacing w:after="0"/>
            </w:pPr>
            <w:proofErr w:type="spellStart"/>
            <w:r>
              <w:rPr>
                <w:sz w:val="19"/>
              </w:rPr>
              <w:t>Bandejas</w:t>
            </w:r>
            <w:proofErr w:type="spellEnd"/>
            <w:r>
              <w:rPr>
                <w:sz w:val="19"/>
              </w:rPr>
              <w:t xml:space="preserve"> y </w:t>
            </w:r>
            <w:proofErr w:type="spellStart"/>
            <w:r>
              <w:rPr>
                <w:sz w:val="19"/>
              </w:rPr>
              <w:t>cajas</w:t>
            </w:r>
            <w:proofErr w:type="spellEnd"/>
            <w:r>
              <w:rPr>
                <w:sz w:val="19"/>
              </w:rPr>
              <w:t>.</w:t>
            </w:r>
          </w:p>
        </w:tc>
        <w:tc>
          <w:tcPr>
            <w:tcW w:w="4099" w:type="dxa"/>
            <w:tcMar>
              <w:top w:w="100" w:type="dxa"/>
              <w:left w:w="130" w:type="dxa"/>
              <w:bottom w:w="100" w:type="dxa"/>
              <w:right w:w="130" w:type="dxa"/>
            </w:tcMar>
          </w:tcPr>
          <w:p w14:paraId="67349034" w14:textId="77777777" w:rsidR="00612663" w:rsidRDefault="00612663">
            <w:pPr>
              <w:spacing w:after="0"/>
            </w:pPr>
            <w:proofErr w:type="spellStart"/>
            <w:r>
              <w:rPr>
                <w:sz w:val="19"/>
              </w:rPr>
              <w:t>Clasificar</w:t>
            </w:r>
            <w:proofErr w:type="spellEnd"/>
            <w:r>
              <w:rPr>
                <w:sz w:val="19"/>
              </w:rPr>
              <w:t xml:space="preserve">, </w:t>
            </w:r>
            <w:proofErr w:type="spellStart"/>
            <w:r>
              <w:rPr>
                <w:sz w:val="19"/>
              </w:rPr>
              <w:t>repartir</w:t>
            </w:r>
            <w:proofErr w:type="spellEnd"/>
            <w:r>
              <w:rPr>
                <w:sz w:val="19"/>
              </w:rPr>
              <w:t xml:space="preserve"> y </w:t>
            </w:r>
            <w:proofErr w:type="spellStart"/>
            <w:r>
              <w:rPr>
                <w:sz w:val="19"/>
              </w:rPr>
              <w:t>recoger</w:t>
            </w:r>
            <w:proofErr w:type="spellEnd"/>
            <w:r>
              <w:rPr>
                <w:sz w:val="19"/>
              </w:rPr>
              <w:t>.</w:t>
            </w:r>
          </w:p>
        </w:tc>
      </w:tr>
    </w:tbl>
    <w:p w14:paraId="49955018" w14:textId="77777777" w:rsidR="00612663" w:rsidRDefault="00612663">
      <w:pPr>
        <w:pStyle w:val="Ttulo2"/>
      </w:pPr>
      <w:proofErr w:type="spellStart"/>
      <w:r>
        <w:rPr>
          <w:rFonts w:ascii="Calibri" w:hAnsi="Calibri"/>
        </w:rPr>
        <w:t>Qué</w:t>
      </w:r>
      <w:proofErr w:type="spellEnd"/>
      <w:r>
        <w:rPr>
          <w:rFonts w:ascii="Calibri" w:hAnsi="Calibri"/>
        </w:rPr>
        <w:t xml:space="preserve"> </w:t>
      </w:r>
      <w:proofErr w:type="spellStart"/>
      <w:r>
        <w:rPr>
          <w:rFonts w:ascii="Calibri" w:hAnsi="Calibri"/>
        </w:rPr>
        <w:t>observar</w:t>
      </w:r>
      <w:proofErr w:type="spellEnd"/>
    </w:p>
    <w:p w14:paraId="002E92F9" w14:textId="77777777" w:rsidR="00612663" w:rsidRPr="00296699" w:rsidRDefault="00612663">
      <w:pPr>
        <w:rPr>
          <w:lang w:val="es-ES"/>
        </w:rPr>
      </w:pPr>
      <w:r w:rsidRPr="00296699">
        <w:rPr>
          <w:lang w:val="es-ES"/>
        </w:rPr>
        <w:t>Si participa en la creación común, identifica su flor, espera el momento de colocarla, trata con respeto la figura y comprende que la ofrenda expresa cariño.</w:t>
      </w:r>
    </w:p>
    <w:tbl>
      <w:tblPr>
        <w:tblW w:w="9749" w:type="dxa"/>
        <w:tblInd w:w="120" w:type="dxa"/>
        <w:tblLayout w:type="fixed"/>
        <w:tblLook w:val="04A0" w:firstRow="1" w:lastRow="0" w:firstColumn="1" w:lastColumn="0" w:noHBand="0" w:noVBand="1"/>
      </w:tblPr>
      <w:tblGrid>
        <w:gridCol w:w="9749"/>
      </w:tblGrid>
      <w:tr w:rsidR="003A1CAE" w:rsidRPr="00296699" w14:paraId="5AAA3835" w14:textId="77777777">
        <w:tc>
          <w:tcPr>
            <w:tcW w:w="9749" w:type="dxa"/>
            <w:shd w:val="clear" w:color="auto" w:fill="FFF4D8"/>
            <w:tcMar>
              <w:top w:w="100" w:type="dxa"/>
              <w:left w:w="130" w:type="dxa"/>
              <w:bottom w:w="100" w:type="dxa"/>
              <w:right w:w="130" w:type="dxa"/>
            </w:tcMar>
            <w:vAlign w:val="center"/>
          </w:tcPr>
          <w:p w14:paraId="15C8FD4D" w14:textId="77777777" w:rsidR="00612663" w:rsidRPr="00296699" w:rsidRDefault="00612663">
            <w:pPr>
              <w:spacing w:after="40" w:line="288" w:lineRule="auto"/>
              <w:rPr>
                <w:lang w:val="es-ES"/>
              </w:rPr>
            </w:pPr>
            <w:r w:rsidRPr="00296699">
              <w:rPr>
                <w:b/>
                <w:color w:val="1F4D78"/>
                <w:lang w:val="es-ES"/>
              </w:rPr>
              <w:t xml:space="preserve">Seguridad y </w:t>
            </w:r>
            <w:proofErr w:type="gramStart"/>
            <w:r w:rsidRPr="00296699">
              <w:rPr>
                <w:b/>
                <w:color w:val="1F4D78"/>
                <w:lang w:val="es-ES"/>
              </w:rPr>
              <w:t xml:space="preserve">respeto  </w:t>
            </w:r>
            <w:r w:rsidRPr="00296699">
              <w:rPr>
                <w:lang w:val="es-ES"/>
              </w:rPr>
              <w:t>La</w:t>
            </w:r>
            <w:proofErr w:type="gramEnd"/>
            <w:r w:rsidRPr="00296699">
              <w:rPr>
                <w:lang w:val="es-ES"/>
              </w:rPr>
              <w:t xml:space="preserve"> Virgen de peluche no se deja inestable ni al alcance sin supervisión. La actividad es religiosa y afectiva, no decorativa únicamente: se acompaña de una frase breve y un momento de calma.</w:t>
            </w:r>
          </w:p>
        </w:tc>
      </w:tr>
    </w:tbl>
    <w:p w14:paraId="4F3B2B2A" w14:textId="77777777" w:rsidR="00612663" w:rsidRPr="00296699" w:rsidRDefault="00612663">
      <w:pPr>
        <w:spacing w:after="40"/>
        <w:rPr>
          <w:lang w:val="es-ES"/>
        </w:rPr>
      </w:pPr>
    </w:p>
    <w:p w14:paraId="2BF3DB7A" w14:textId="77777777" w:rsidR="00612663" w:rsidRPr="00296699" w:rsidRDefault="00612663">
      <w:pPr>
        <w:rPr>
          <w:lang w:val="es-ES"/>
        </w:rPr>
      </w:pPr>
      <w:r w:rsidRPr="00296699">
        <w:rPr>
          <w:lang w:val="es-ES"/>
        </w:rPr>
        <w:br w:type="page"/>
      </w:r>
    </w:p>
    <w:p w14:paraId="45379C67" w14:textId="77777777" w:rsidR="00612663" w:rsidRDefault="00612663">
      <w:pPr>
        <w:pStyle w:val="Ttulo1"/>
      </w:pPr>
      <w:r>
        <w:rPr>
          <w:rFonts w:ascii="Calibri" w:hAnsi="Calibri"/>
        </w:rPr>
        <w:lastRenderedPageBreak/>
        <w:t xml:space="preserve">7. Organización </w:t>
      </w:r>
      <w:proofErr w:type="spellStart"/>
      <w:r>
        <w:rPr>
          <w:rFonts w:ascii="Calibri" w:hAnsi="Calibri"/>
        </w:rPr>
        <w:t>acumulativa</w:t>
      </w:r>
      <w:proofErr w:type="spellEnd"/>
      <w:r>
        <w:rPr>
          <w:rFonts w:ascii="Calibri" w:hAnsi="Calibri"/>
        </w:rPr>
        <w:t xml:space="preserve"> de </w:t>
      </w:r>
      <w:proofErr w:type="spellStart"/>
      <w:r>
        <w:rPr>
          <w:rFonts w:ascii="Calibri" w:hAnsi="Calibri"/>
        </w:rPr>
        <w:t>los</w:t>
      </w:r>
      <w:proofErr w:type="spellEnd"/>
      <w:r>
        <w:rPr>
          <w:rFonts w:ascii="Calibri" w:hAnsi="Calibri"/>
        </w:rPr>
        <w:t xml:space="preserve"> </w:t>
      </w:r>
      <w:proofErr w:type="spellStart"/>
      <w:r>
        <w:rPr>
          <w:rFonts w:ascii="Calibri" w:hAnsi="Calibri"/>
        </w:rPr>
        <w:t>espacios</w:t>
      </w:r>
      <w:proofErr w:type="spellEnd"/>
    </w:p>
    <w:tbl>
      <w:tblPr>
        <w:tblW w:w="9749" w:type="dxa"/>
        <w:tblInd w:w="120" w:type="dxa"/>
        <w:tblLayout w:type="fixed"/>
        <w:tblLook w:val="04A0" w:firstRow="1" w:lastRow="0" w:firstColumn="1" w:lastColumn="0" w:noHBand="0" w:noVBand="1"/>
      </w:tblPr>
      <w:tblGrid>
        <w:gridCol w:w="1350"/>
        <w:gridCol w:w="2700"/>
        <w:gridCol w:w="2900"/>
        <w:gridCol w:w="2799"/>
      </w:tblGrid>
      <w:tr w:rsidR="003A1CAE" w14:paraId="55FA3AD5" w14:textId="77777777">
        <w:trPr>
          <w:tblHeader/>
        </w:trPr>
        <w:tc>
          <w:tcPr>
            <w:tcW w:w="1350" w:type="dxa"/>
            <w:shd w:val="clear" w:color="auto" w:fill="E8EEF5"/>
            <w:tcMar>
              <w:top w:w="100" w:type="dxa"/>
              <w:left w:w="130" w:type="dxa"/>
              <w:bottom w:w="100" w:type="dxa"/>
              <w:right w:w="130" w:type="dxa"/>
            </w:tcMar>
            <w:vAlign w:val="center"/>
          </w:tcPr>
          <w:p w14:paraId="01780765" w14:textId="77777777" w:rsidR="00612663" w:rsidRDefault="00612663">
            <w:pPr>
              <w:jc w:val="center"/>
            </w:pPr>
            <w:proofErr w:type="spellStart"/>
            <w:r>
              <w:rPr>
                <w:b/>
                <w:color w:val="1F4D78"/>
                <w:sz w:val="18"/>
              </w:rPr>
              <w:t>Sesión</w:t>
            </w:r>
            <w:proofErr w:type="spellEnd"/>
          </w:p>
        </w:tc>
        <w:tc>
          <w:tcPr>
            <w:tcW w:w="2700" w:type="dxa"/>
            <w:shd w:val="clear" w:color="auto" w:fill="E8EEF5"/>
            <w:tcMar>
              <w:top w:w="100" w:type="dxa"/>
              <w:left w:w="130" w:type="dxa"/>
              <w:bottom w:w="100" w:type="dxa"/>
              <w:right w:w="130" w:type="dxa"/>
            </w:tcMar>
            <w:vAlign w:val="center"/>
          </w:tcPr>
          <w:p w14:paraId="74C05759" w14:textId="77777777" w:rsidR="00612663" w:rsidRDefault="00612663">
            <w:pPr>
              <w:jc w:val="center"/>
            </w:pPr>
            <w:proofErr w:type="spellStart"/>
            <w:r>
              <w:rPr>
                <w:b/>
                <w:color w:val="1F4D78"/>
                <w:sz w:val="18"/>
              </w:rPr>
              <w:t>Permanece</w:t>
            </w:r>
            <w:proofErr w:type="spellEnd"/>
          </w:p>
        </w:tc>
        <w:tc>
          <w:tcPr>
            <w:tcW w:w="2900" w:type="dxa"/>
            <w:shd w:val="clear" w:color="auto" w:fill="E8EEF5"/>
            <w:tcMar>
              <w:top w:w="100" w:type="dxa"/>
              <w:left w:w="130" w:type="dxa"/>
              <w:bottom w:w="100" w:type="dxa"/>
              <w:right w:w="130" w:type="dxa"/>
            </w:tcMar>
            <w:vAlign w:val="center"/>
          </w:tcPr>
          <w:p w14:paraId="11E3F13D" w14:textId="77777777" w:rsidR="00612663" w:rsidRDefault="00612663">
            <w:pPr>
              <w:jc w:val="center"/>
            </w:pPr>
            <w:proofErr w:type="spellStart"/>
            <w:r>
              <w:rPr>
                <w:b/>
                <w:color w:val="1F4D78"/>
                <w:sz w:val="18"/>
              </w:rPr>
              <w:t>Novedad</w:t>
            </w:r>
            <w:proofErr w:type="spellEnd"/>
          </w:p>
        </w:tc>
        <w:tc>
          <w:tcPr>
            <w:tcW w:w="2799" w:type="dxa"/>
            <w:shd w:val="clear" w:color="auto" w:fill="E8EEF5"/>
            <w:tcMar>
              <w:top w:w="100" w:type="dxa"/>
              <w:left w:w="130" w:type="dxa"/>
              <w:bottom w:w="100" w:type="dxa"/>
              <w:right w:w="130" w:type="dxa"/>
            </w:tcMar>
            <w:vAlign w:val="center"/>
          </w:tcPr>
          <w:p w14:paraId="70AA7292" w14:textId="77777777" w:rsidR="00612663" w:rsidRDefault="00612663">
            <w:pPr>
              <w:jc w:val="center"/>
            </w:pPr>
            <w:proofErr w:type="spellStart"/>
            <w:r>
              <w:rPr>
                <w:b/>
                <w:color w:val="1F4D78"/>
                <w:sz w:val="18"/>
              </w:rPr>
              <w:t>Acción</w:t>
            </w:r>
            <w:proofErr w:type="spellEnd"/>
            <w:r>
              <w:rPr>
                <w:b/>
                <w:color w:val="1F4D78"/>
                <w:sz w:val="18"/>
              </w:rPr>
              <w:t xml:space="preserve"> central</w:t>
            </w:r>
          </w:p>
        </w:tc>
      </w:tr>
      <w:tr w:rsidR="003A1CAE" w14:paraId="148ABCAD" w14:textId="77777777">
        <w:tc>
          <w:tcPr>
            <w:tcW w:w="1350" w:type="dxa"/>
            <w:tcMar>
              <w:top w:w="90" w:type="dxa"/>
              <w:left w:w="110" w:type="dxa"/>
              <w:bottom w:w="90" w:type="dxa"/>
              <w:right w:w="110" w:type="dxa"/>
            </w:tcMar>
          </w:tcPr>
          <w:p w14:paraId="7BAFD784" w14:textId="77777777" w:rsidR="00612663" w:rsidRDefault="00612663">
            <w:pPr>
              <w:spacing w:after="0"/>
            </w:pPr>
            <w:r>
              <w:rPr>
                <w:sz w:val="18"/>
              </w:rPr>
              <w:t>1</w:t>
            </w:r>
          </w:p>
        </w:tc>
        <w:tc>
          <w:tcPr>
            <w:tcW w:w="2700" w:type="dxa"/>
            <w:tcMar>
              <w:top w:w="90" w:type="dxa"/>
              <w:left w:w="110" w:type="dxa"/>
              <w:bottom w:w="90" w:type="dxa"/>
              <w:right w:w="110" w:type="dxa"/>
            </w:tcMar>
          </w:tcPr>
          <w:p w14:paraId="23EBD080" w14:textId="77777777" w:rsidR="00612663" w:rsidRPr="00296699" w:rsidRDefault="00612663">
            <w:pPr>
              <w:spacing w:after="0"/>
              <w:rPr>
                <w:lang w:val="es-ES"/>
              </w:rPr>
            </w:pPr>
            <w:r w:rsidRPr="00296699">
              <w:rPr>
                <w:sz w:val="18"/>
                <w:lang w:val="es-ES"/>
              </w:rPr>
              <w:t>Virgen de peluche y tela.</w:t>
            </w:r>
          </w:p>
        </w:tc>
        <w:tc>
          <w:tcPr>
            <w:tcW w:w="2900" w:type="dxa"/>
            <w:tcMar>
              <w:top w:w="90" w:type="dxa"/>
              <w:left w:w="110" w:type="dxa"/>
              <w:bottom w:w="90" w:type="dxa"/>
              <w:right w:w="110" w:type="dxa"/>
            </w:tcMar>
          </w:tcPr>
          <w:p w14:paraId="28AA878F" w14:textId="77777777" w:rsidR="00612663" w:rsidRDefault="00612663">
            <w:pPr>
              <w:spacing w:after="0"/>
            </w:pPr>
            <w:proofErr w:type="spellStart"/>
            <w:r>
              <w:rPr>
                <w:sz w:val="18"/>
              </w:rPr>
              <w:t>Mantita</w:t>
            </w:r>
            <w:proofErr w:type="spellEnd"/>
            <w:r>
              <w:rPr>
                <w:sz w:val="18"/>
              </w:rPr>
              <w:t xml:space="preserve"> y </w:t>
            </w:r>
            <w:proofErr w:type="spellStart"/>
            <w:r>
              <w:rPr>
                <w:sz w:val="18"/>
              </w:rPr>
              <w:t>cuidado</w:t>
            </w:r>
            <w:proofErr w:type="spellEnd"/>
            <w:r>
              <w:rPr>
                <w:sz w:val="18"/>
              </w:rPr>
              <w:t>.</w:t>
            </w:r>
          </w:p>
        </w:tc>
        <w:tc>
          <w:tcPr>
            <w:tcW w:w="2799" w:type="dxa"/>
            <w:tcMar>
              <w:top w:w="90" w:type="dxa"/>
              <w:left w:w="110" w:type="dxa"/>
              <w:bottom w:w="90" w:type="dxa"/>
              <w:right w:w="110" w:type="dxa"/>
            </w:tcMar>
          </w:tcPr>
          <w:p w14:paraId="311F303F" w14:textId="77777777" w:rsidR="00612663" w:rsidRDefault="00612663">
            <w:pPr>
              <w:spacing w:after="0"/>
            </w:pPr>
            <w:proofErr w:type="spellStart"/>
            <w:r>
              <w:rPr>
                <w:sz w:val="18"/>
              </w:rPr>
              <w:t>Reconocer</w:t>
            </w:r>
            <w:proofErr w:type="spellEnd"/>
            <w:r>
              <w:rPr>
                <w:sz w:val="18"/>
              </w:rPr>
              <w:t xml:space="preserve"> a María.</w:t>
            </w:r>
          </w:p>
        </w:tc>
      </w:tr>
      <w:tr w:rsidR="003A1CAE" w14:paraId="41BA36C5" w14:textId="77777777">
        <w:tc>
          <w:tcPr>
            <w:tcW w:w="1350" w:type="dxa"/>
            <w:tcMar>
              <w:top w:w="90" w:type="dxa"/>
              <w:left w:w="110" w:type="dxa"/>
              <w:bottom w:w="90" w:type="dxa"/>
              <w:right w:w="110" w:type="dxa"/>
            </w:tcMar>
          </w:tcPr>
          <w:p w14:paraId="2974FFE2" w14:textId="77777777" w:rsidR="00612663" w:rsidRDefault="00612663">
            <w:pPr>
              <w:spacing w:after="0"/>
            </w:pPr>
            <w:r>
              <w:rPr>
                <w:sz w:val="18"/>
              </w:rPr>
              <w:t>2</w:t>
            </w:r>
          </w:p>
        </w:tc>
        <w:tc>
          <w:tcPr>
            <w:tcW w:w="2700" w:type="dxa"/>
            <w:tcMar>
              <w:top w:w="90" w:type="dxa"/>
              <w:left w:w="110" w:type="dxa"/>
              <w:bottom w:w="90" w:type="dxa"/>
              <w:right w:w="110" w:type="dxa"/>
            </w:tcMar>
          </w:tcPr>
          <w:p w14:paraId="08893C13" w14:textId="77777777" w:rsidR="00612663" w:rsidRPr="00296699" w:rsidRDefault="00612663">
            <w:pPr>
              <w:spacing w:after="0"/>
              <w:rPr>
                <w:lang w:val="es-ES"/>
              </w:rPr>
            </w:pPr>
            <w:r w:rsidRPr="00296699">
              <w:rPr>
                <w:sz w:val="18"/>
                <w:lang w:val="es-ES"/>
              </w:rPr>
              <w:t>Figura y casa de Nazaret.</w:t>
            </w:r>
          </w:p>
        </w:tc>
        <w:tc>
          <w:tcPr>
            <w:tcW w:w="2900" w:type="dxa"/>
            <w:tcMar>
              <w:top w:w="90" w:type="dxa"/>
              <w:left w:w="110" w:type="dxa"/>
              <w:bottom w:w="90" w:type="dxa"/>
              <w:right w:w="110" w:type="dxa"/>
            </w:tcMar>
          </w:tcPr>
          <w:p w14:paraId="13D25682" w14:textId="77777777" w:rsidR="00612663" w:rsidRDefault="00612663">
            <w:pPr>
              <w:spacing w:after="0"/>
            </w:pPr>
            <w:r>
              <w:rPr>
                <w:sz w:val="18"/>
              </w:rPr>
              <w:t xml:space="preserve">Camino y </w:t>
            </w:r>
            <w:proofErr w:type="spellStart"/>
            <w:r>
              <w:rPr>
                <w:sz w:val="18"/>
              </w:rPr>
              <w:t>lana</w:t>
            </w:r>
            <w:proofErr w:type="spellEnd"/>
            <w:r>
              <w:rPr>
                <w:sz w:val="18"/>
              </w:rPr>
              <w:t xml:space="preserve"> </w:t>
            </w:r>
            <w:proofErr w:type="spellStart"/>
            <w:r>
              <w:rPr>
                <w:sz w:val="18"/>
              </w:rPr>
              <w:t>azul</w:t>
            </w:r>
            <w:proofErr w:type="spellEnd"/>
            <w:r>
              <w:rPr>
                <w:sz w:val="18"/>
              </w:rPr>
              <w:t>.</w:t>
            </w:r>
          </w:p>
        </w:tc>
        <w:tc>
          <w:tcPr>
            <w:tcW w:w="2799" w:type="dxa"/>
            <w:tcMar>
              <w:top w:w="90" w:type="dxa"/>
              <w:left w:w="110" w:type="dxa"/>
              <w:bottom w:w="90" w:type="dxa"/>
              <w:right w:w="110" w:type="dxa"/>
            </w:tcMar>
          </w:tcPr>
          <w:p w14:paraId="074D7626" w14:textId="77777777" w:rsidR="00612663" w:rsidRDefault="00612663">
            <w:pPr>
              <w:spacing w:after="0"/>
            </w:pPr>
            <w:proofErr w:type="spellStart"/>
            <w:r>
              <w:rPr>
                <w:sz w:val="18"/>
              </w:rPr>
              <w:t>Acompañar</w:t>
            </w:r>
            <w:proofErr w:type="spellEnd"/>
            <w:r>
              <w:rPr>
                <w:sz w:val="18"/>
              </w:rPr>
              <w:t>.</w:t>
            </w:r>
          </w:p>
        </w:tc>
      </w:tr>
      <w:tr w:rsidR="003A1CAE" w14:paraId="486F7949" w14:textId="77777777">
        <w:tc>
          <w:tcPr>
            <w:tcW w:w="1350" w:type="dxa"/>
            <w:tcMar>
              <w:top w:w="90" w:type="dxa"/>
              <w:left w:w="110" w:type="dxa"/>
              <w:bottom w:w="90" w:type="dxa"/>
              <w:right w:w="110" w:type="dxa"/>
            </w:tcMar>
          </w:tcPr>
          <w:p w14:paraId="1FD3E86E" w14:textId="77777777" w:rsidR="00612663" w:rsidRDefault="00612663">
            <w:pPr>
              <w:spacing w:after="0"/>
            </w:pPr>
            <w:r>
              <w:rPr>
                <w:sz w:val="18"/>
              </w:rPr>
              <w:t>3</w:t>
            </w:r>
          </w:p>
        </w:tc>
        <w:tc>
          <w:tcPr>
            <w:tcW w:w="2700" w:type="dxa"/>
            <w:tcMar>
              <w:top w:w="90" w:type="dxa"/>
              <w:left w:w="110" w:type="dxa"/>
              <w:bottom w:w="90" w:type="dxa"/>
              <w:right w:w="110" w:type="dxa"/>
            </w:tcMar>
          </w:tcPr>
          <w:p w14:paraId="1F8874AB" w14:textId="77777777" w:rsidR="00612663" w:rsidRDefault="00612663">
            <w:pPr>
              <w:spacing w:after="0"/>
            </w:pPr>
            <w:proofErr w:type="spellStart"/>
            <w:r>
              <w:rPr>
                <w:sz w:val="18"/>
              </w:rPr>
              <w:t>Figura</w:t>
            </w:r>
            <w:proofErr w:type="spellEnd"/>
            <w:r>
              <w:rPr>
                <w:sz w:val="18"/>
              </w:rPr>
              <w:t xml:space="preserve"> y </w:t>
            </w:r>
            <w:proofErr w:type="spellStart"/>
            <w:r>
              <w:rPr>
                <w:sz w:val="18"/>
              </w:rPr>
              <w:t>fotografía</w:t>
            </w:r>
            <w:proofErr w:type="spellEnd"/>
            <w:r>
              <w:rPr>
                <w:sz w:val="18"/>
              </w:rPr>
              <w:t>.</w:t>
            </w:r>
          </w:p>
        </w:tc>
        <w:tc>
          <w:tcPr>
            <w:tcW w:w="2900" w:type="dxa"/>
            <w:tcMar>
              <w:top w:w="90" w:type="dxa"/>
              <w:left w:w="110" w:type="dxa"/>
              <w:bottom w:w="90" w:type="dxa"/>
              <w:right w:w="110" w:type="dxa"/>
            </w:tcMar>
          </w:tcPr>
          <w:p w14:paraId="50F07A25" w14:textId="77777777" w:rsidR="00612663" w:rsidRDefault="00612663">
            <w:pPr>
              <w:spacing w:after="0"/>
            </w:pPr>
            <w:r>
              <w:rPr>
                <w:sz w:val="18"/>
              </w:rPr>
              <w:t xml:space="preserve">Orilla </w:t>
            </w:r>
            <w:proofErr w:type="spellStart"/>
            <w:r>
              <w:rPr>
                <w:sz w:val="18"/>
              </w:rPr>
              <w:t>bordada</w:t>
            </w:r>
            <w:proofErr w:type="spellEnd"/>
            <w:r>
              <w:rPr>
                <w:sz w:val="18"/>
              </w:rPr>
              <w:t xml:space="preserve"> y corona.</w:t>
            </w:r>
          </w:p>
        </w:tc>
        <w:tc>
          <w:tcPr>
            <w:tcW w:w="2799" w:type="dxa"/>
            <w:tcMar>
              <w:top w:w="90" w:type="dxa"/>
              <w:left w:w="110" w:type="dxa"/>
              <w:bottom w:w="90" w:type="dxa"/>
              <w:right w:w="110" w:type="dxa"/>
            </w:tcMar>
          </w:tcPr>
          <w:p w14:paraId="348AB5DC" w14:textId="77777777" w:rsidR="00612663" w:rsidRDefault="00612663">
            <w:pPr>
              <w:spacing w:after="0"/>
            </w:pPr>
            <w:proofErr w:type="spellStart"/>
            <w:r>
              <w:rPr>
                <w:sz w:val="18"/>
              </w:rPr>
              <w:t>Reconocer</w:t>
            </w:r>
            <w:proofErr w:type="spellEnd"/>
            <w:r>
              <w:rPr>
                <w:sz w:val="18"/>
              </w:rPr>
              <w:t xml:space="preserve"> la Fuensanta.</w:t>
            </w:r>
          </w:p>
        </w:tc>
      </w:tr>
      <w:tr w:rsidR="003A1CAE" w14:paraId="6670751A" w14:textId="77777777">
        <w:tc>
          <w:tcPr>
            <w:tcW w:w="1350" w:type="dxa"/>
            <w:tcMar>
              <w:top w:w="90" w:type="dxa"/>
              <w:left w:w="110" w:type="dxa"/>
              <w:bottom w:w="90" w:type="dxa"/>
              <w:right w:w="110" w:type="dxa"/>
            </w:tcMar>
          </w:tcPr>
          <w:p w14:paraId="778CC07B" w14:textId="77777777" w:rsidR="00612663" w:rsidRDefault="00612663">
            <w:pPr>
              <w:spacing w:after="0"/>
            </w:pPr>
            <w:r>
              <w:rPr>
                <w:sz w:val="18"/>
              </w:rPr>
              <w:t>4</w:t>
            </w:r>
          </w:p>
        </w:tc>
        <w:tc>
          <w:tcPr>
            <w:tcW w:w="2700" w:type="dxa"/>
            <w:tcMar>
              <w:top w:w="90" w:type="dxa"/>
              <w:left w:w="110" w:type="dxa"/>
              <w:bottom w:w="90" w:type="dxa"/>
              <w:right w:w="110" w:type="dxa"/>
            </w:tcMar>
          </w:tcPr>
          <w:p w14:paraId="6DC11C27" w14:textId="77777777" w:rsidR="00612663" w:rsidRDefault="00612663">
            <w:pPr>
              <w:spacing w:after="0"/>
            </w:pPr>
            <w:proofErr w:type="spellStart"/>
            <w:r>
              <w:rPr>
                <w:sz w:val="18"/>
              </w:rPr>
              <w:t>Figura</w:t>
            </w:r>
            <w:proofErr w:type="spellEnd"/>
            <w:r>
              <w:rPr>
                <w:sz w:val="18"/>
              </w:rPr>
              <w:t xml:space="preserve"> </w:t>
            </w:r>
            <w:proofErr w:type="spellStart"/>
            <w:r>
              <w:rPr>
                <w:sz w:val="18"/>
              </w:rPr>
              <w:t>vestida</w:t>
            </w:r>
            <w:proofErr w:type="spellEnd"/>
            <w:r>
              <w:rPr>
                <w:sz w:val="18"/>
              </w:rPr>
              <w:t xml:space="preserve"> y canción.</w:t>
            </w:r>
          </w:p>
        </w:tc>
        <w:tc>
          <w:tcPr>
            <w:tcW w:w="2900" w:type="dxa"/>
            <w:tcMar>
              <w:top w:w="90" w:type="dxa"/>
              <w:left w:w="110" w:type="dxa"/>
              <w:bottom w:w="90" w:type="dxa"/>
              <w:right w:w="110" w:type="dxa"/>
            </w:tcMar>
          </w:tcPr>
          <w:p w14:paraId="2461EC8C" w14:textId="77777777" w:rsidR="00612663" w:rsidRPr="00296699" w:rsidRDefault="00612663">
            <w:pPr>
              <w:spacing w:after="0"/>
              <w:rPr>
                <w:lang w:val="es-ES"/>
              </w:rPr>
            </w:pPr>
            <w:r w:rsidRPr="00296699">
              <w:rPr>
                <w:sz w:val="18"/>
                <w:lang w:val="es-ES"/>
              </w:rPr>
              <w:t>Altar y flores en pared.</w:t>
            </w:r>
          </w:p>
        </w:tc>
        <w:tc>
          <w:tcPr>
            <w:tcW w:w="2799" w:type="dxa"/>
            <w:tcMar>
              <w:top w:w="90" w:type="dxa"/>
              <w:left w:w="110" w:type="dxa"/>
              <w:bottom w:w="90" w:type="dxa"/>
              <w:right w:w="110" w:type="dxa"/>
            </w:tcMar>
          </w:tcPr>
          <w:p w14:paraId="5BBC6B62" w14:textId="77777777" w:rsidR="00612663" w:rsidRDefault="00612663">
            <w:pPr>
              <w:spacing w:after="0"/>
            </w:pPr>
            <w:r>
              <w:rPr>
                <w:sz w:val="18"/>
              </w:rPr>
              <w:t xml:space="preserve">Hacer </w:t>
            </w:r>
            <w:proofErr w:type="spellStart"/>
            <w:r>
              <w:rPr>
                <w:sz w:val="18"/>
              </w:rPr>
              <w:t>una</w:t>
            </w:r>
            <w:proofErr w:type="spellEnd"/>
            <w:r>
              <w:rPr>
                <w:sz w:val="18"/>
              </w:rPr>
              <w:t xml:space="preserve"> ofrenda </w:t>
            </w:r>
            <w:proofErr w:type="spellStart"/>
            <w:r>
              <w:rPr>
                <w:sz w:val="18"/>
              </w:rPr>
              <w:t>común</w:t>
            </w:r>
            <w:proofErr w:type="spellEnd"/>
            <w:r>
              <w:rPr>
                <w:sz w:val="18"/>
              </w:rPr>
              <w:t>.</w:t>
            </w:r>
          </w:p>
        </w:tc>
      </w:tr>
    </w:tbl>
    <w:p w14:paraId="034952DF" w14:textId="77777777" w:rsidR="00612663" w:rsidRDefault="00612663">
      <w:pPr>
        <w:pStyle w:val="Ttulo2"/>
      </w:pPr>
      <w:r>
        <w:rPr>
          <w:rFonts w:ascii="Calibri" w:hAnsi="Calibri"/>
        </w:rPr>
        <w:t xml:space="preserve">Grupo conjunto de 3 y 4 </w:t>
      </w:r>
      <w:proofErr w:type="spellStart"/>
      <w:r>
        <w:rPr>
          <w:rFonts w:ascii="Calibri" w:hAnsi="Calibri"/>
        </w:rPr>
        <w:t>años</w:t>
      </w:r>
      <w:proofErr w:type="spellEnd"/>
    </w:p>
    <w:tbl>
      <w:tblPr>
        <w:tblW w:w="9749" w:type="dxa"/>
        <w:tblInd w:w="120" w:type="dxa"/>
        <w:tblLayout w:type="fixed"/>
        <w:tblLook w:val="04A0" w:firstRow="1" w:lastRow="0" w:firstColumn="1" w:lastColumn="0" w:noHBand="0" w:noVBand="1"/>
      </w:tblPr>
      <w:tblGrid>
        <w:gridCol w:w="1700"/>
        <w:gridCol w:w="8049"/>
      </w:tblGrid>
      <w:tr w:rsidR="003A1CAE" w:rsidRPr="00296699" w14:paraId="3AED4E51" w14:textId="77777777">
        <w:tc>
          <w:tcPr>
            <w:tcW w:w="1700" w:type="dxa"/>
            <w:shd w:val="clear" w:color="auto" w:fill="EAF4EE"/>
            <w:tcMar>
              <w:top w:w="100" w:type="dxa"/>
              <w:left w:w="130" w:type="dxa"/>
              <w:bottom w:w="100" w:type="dxa"/>
              <w:right w:w="130" w:type="dxa"/>
            </w:tcMar>
            <w:vAlign w:val="center"/>
          </w:tcPr>
          <w:p w14:paraId="2EFCE21F" w14:textId="77777777" w:rsidR="00612663" w:rsidRDefault="00612663">
            <w:pPr>
              <w:spacing w:after="0"/>
            </w:pPr>
            <w:r>
              <w:rPr>
                <w:b/>
                <w:color w:val="1F4D78"/>
                <w:sz w:val="21"/>
              </w:rPr>
              <w:t xml:space="preserve">3 </w:t>
            </w:r>
            <w:proofErr w:type="spellStart"/>
            <w:r>
              <w:rPr>
                <w:b/>
                <w:color w:val="1F4D78"/>
                <w:sz w:val="21"/>
              </w:rPr>
              <w:t>años</w:t>
            </w:r>
            <w:proofErr w:type="spellEnd"/>
          </w:p>
        </w:tc>
        <w:tc>
          <w:tcPr>
            <w:tcW w:w="8049" w:type="dxa"/>
            <w:shd w:val="clear" w:color="auto" w:fill="FFFFFF"/>
            <w:tcMar>
              <w:top w:w="100" w:type="dxa"/>
              <w:left w:w="130" w:type="dxa"/>
              <w:bottom w:w="100" w:type="dxa"/>
              <w:right w:w="130" w:type="dxa"/>
            </w:tcMar>
            <w:vAlign w:val="center"/>
          </w:tcPr>
          <w:p w14:paraId="367B8014" w14:textId="77777777" w:rsidR="00612663" w:rsidRPr="00296699" w:rsidRDefault="00612663">
            <w:pPr>
              <w:spacing w:after="0"/>
              <w:rPr>
                <w:lang w:val="es-ES"/>
              </w:rPr>
            </w:pPr>
            <w:r w:rsidRPr="00296699">
              <w:rPr>
                <w:sz w:val="21"/>
                <w:lang w:val="es-ES"/>
              </w:rPr>
              <w:t>Reconocer a María y Jesús, imitar cuidados, manipular materiales y participar en la ofrenda.</w:t>
            </w:r>
          </w:p>
        </w:tc>
      </w:tr>
      <w:tr w:rsidR="003A1CAE" w:rsidRPr="00296699" w14:paraId="44C0F3EE" w14:textId="77777777">
        <w:tc>
          <w:tcPr>
            <w:tcW w:w="1700" w:type="dxa"/>
            <w:shd w:val="clear" w:color="auto" w:fill="EAF4EE"/>
            <w:tcMar>
              <w:top w:w="100" w:type="dxa"/>
              <w:left w:w="130" w:type="dxa"/>
              <w:bottom w:w="100" w:type="dxa"/>
              <w:right w:w="130" w:type="dxa"/>
            </w:tcMar>
            <w:vAlign w:val="center"/>
          </w:tcPr>
          <w:p w14:paraId="3CE2451B" w14:textId="77777777" w:rsidR="00612663" w:rsidRDefault="00612663">
            <w:pPr>
              <w:spacing w:after="0"/>
            </w:pPr>
            <w:r>
              <w:rPr>
                <w:b/>
                <w:color w:val="1F4D78"/>
                <w:sz w:val="21"/>
              </w:rPr>
              <w:t xml:space="preserve">4 </w:t>
            </w:r>
            <w:proofErr w:type="spellStart"/>
            <w:r>
              <w:rPr>
                <w:b/>
                <w:color w:val="1F4D78"/>
                <w:sz w:val="21"/>
              </w:rPr>
              <w:t>años</w:t>
            </w:r>
            <w:proofErr w:type="spellEnd"/>
          </w:p>
        </w:tc>
        <w:tc>
          <w:tcPr>
            <w:tcW w:w="8049" w:type="dxa"/>
            <w:shd w:val="clear" w:color="auto" w:fill="FFFFFF"/>
            <w:tcMar>
              <w:top w:w="100" w:type="dxa"/>
              <w:left w:w="130" w:type="dxa"/>
              <w:bottom w:w="100" w:type="dxa"/>
              <w:right w:w="130" w:type="dxa"/>
            </w:tcMar>
            <w:vAlign w:val="center"/>
          </w:tcPr>
          <w:p w14:paraId="4F81E1D1" w14:textId="77777777" w:rsidR="00612663" w:rsidRPr="00296699" w:rsidRDefault="00612663">
            <w:pPr>
              <w:spacing w:after="0"/>
              <w:rPr>
                <w:lang w:val="es-ES"/>
              </w:rPr>
            </w:pPr>
            <w:r w:rsidRPr="00296699">
              <w:rPr>
                <w:sz w:val="21"/>
                <w:lang w:val="es-ES"/>
              </w:rPr>
              <w:t>Ordenar momentos, explicar acciones de cuidado, reconocer rasgos de la Fuensanta y asumir más pasos en la flor.</w:t>
            </w:r>
          </w:p>
        </w:tc>
      </w:tr>
    </w:tbl>
    <w:p w14:paraId="395AC59B" w14:textId="77777777" w:rsidR="00612663" w:rsidRPr="00296699" w:rsidRDefault="00612663">
      <w:pPr>
        <w:rPr>
          <w:lang w:val="es-ES"/>
        </w:rPr>
      </w:pPr>
      <w:r w:rsidRPr="00296699">
        <w:rPr>
          <w:lang w:val="es-ES"/>
        </w:rPr>
        <w:t>La Virgen de peluche, la canción, el altar y los espacios pueden ser comunes. Las fichas, preguntas y grado de autonomía se ajustarán a cada edad cuando se programe el libro de 4 años.</w:t>
      </w:r>
    </w:p>
    <w:p w14:paraId="6A5BA479" w14:textId="77777777" w:rsidR="00612663" w:rsidRPr="00296699" w:rsidRDefault="00612663">
      <w:pPr>
        <w:pStyle w:val="Ttulo1"/>
        <w:rPr>
          <w:lang w:val="es-ES"/>
        </w:rPr>
      </w:pPr>
      <w:r w:rsidRPr="00296699">
        <w:rPr>
          <w:rFonts w:ascii="Calibri" w:hAnsi="Calibri"/>
          <w:lang w:val="es-ES"/>
        </w:rPr>
        <w:t>8. Evaluación del tema</w:t>
      </w:r>
    </w:p>
    <w:p w14:paraId="58C195A4" w14:textId="77777777" w:rsidR="00612663" w:rsidRPr="00296699" w:rsidRDefault="00612663">
      <w:pPr>
        <w:rPr>
          <w:lang w:val="es-ES"/>
        </w:rPr>
      </w:pPr>
      <w:r w:rsidRPr="00296699">
        <w:rPr>
          <w:lang w:val="es-ES"/>
        </w:rPr>
        <w:t>Evaluación global, continua y basada en la observación. Se valora el sentido de las acciones y la participación, no la perfección plástica.</w:t>
      </w:r>
    </w:p>
    <w:tbl>
      <w:tblPr>
        <w:tblW w:w="9749" w:type="dxa"/>
        <w:tblInd w:w="120" w:type="dxa"/>
        <w:tblLayout w:type="fixed"/>
        <w:tblLook w:val="04A0" w:firstRow="1" w:lastRow="0" w:firstColumn="1" w:lastColumn="0" w:noHBand="0" w:noVBand="1"/>
      </w:tblPr>
      <w:tblGrid>
        <w:gridCol w:w="2300"/>
        <w:gridCol w:w="7449"/>
      </w:tblGrid>
      <w:tr w:rsidR="003A1CAE" w:rsidRPr="00296699" w14:paraId="60B0DA66" w14:textId="77777777">
        <w:tc>
          <w:tcPr>
            <w:tcW w:w="2300" w:type="dxa"/>
            <w:shd w:val="clear" w:color="auto" w:fill="E8EEF5"/>
            <w:tcMar>
              <w:top w:w="100" w:type="dxa"/>
              <w:left w:w="130" w:type="dxa"/>
              <w:bottom w:w="100" w:type="dxa"/>
              <w:right w:w="130" w:type="dxa"/>
            </w:tcMar>
            <w:vAlign w:val="center"/>
          </w:tcPr>
          <w:p w14:paraId="15968CB2" w14:textId="77777777" w:rsidR="00612663" w:rsidRDefault="00612663">
            <w:pPr>
              <w:spacing w:after="0"/>
            </w:pPr>
            <w:proofErr w:type="spellStart"/>
            <w:r>
              <w:rPr>
                <w:b/>
                <w:color w:val="1F4D78"/>
                <w:sz w:val="21"/>
              </w:rPr>
              <w:t>Personajes</w:t>
            </w:r>
            <w:proofErr w:type="spellEnd"/>
          </w:p>
        </w:tc>
        <w:tc>
          <w:tcPr>
            <w:tcW w:w="7449" w:type="dxa"/>
            <w:shd w:val="clear" w:color="auto" w:fill="FFFFFF"/>
            <w:tcMar>
              <w:top w:w="100" w:type="dxa"/>
              <w:left w:w="130" w:type="dxa"/>
              <w:bottom w:w="100" w:type="dxa"/>
              <w:right w:w="130" w:type="dxa"/>
            </w:tcMar>
            <w:vAlign w:val="center"/>
          </w:tcPr>
          <w:p w14:paraId="4BA05384" w14:textId="77777777" w:rsidR="00612663" w:rsidRPr="00296699" w:rsidRDefault="00612663">
            <w:pPr>
              <w:spacing w:after="0"/>
              <w:rPr>
                <w:lang w:val="es-ES"/>
              </w:rPr>
            </w:pPr>
            <w:r w:rsidRPr="00296699">
              <w:rPr>
                <w:sz w:val="21"/>
                <w:lang w:val="es-ES"/>
              </w:rPr>
              <w:t>Reconoce a María y al Niño Jesús.</w:t>
            </w:r>
          </w:p>
        </w:tc>
      </w:tr>
      <w:tr w:rsidR="003A1CAE" w:rsidRPr="00296699" w14:paraId="60DE5F37" w14:textId="77777777">
        <w:tc>
          <w:tcPr>
            <w:tcW w:w="2300" w:type="dxa"/>
            <w:shd w:val="clear" w:color="auto" w:fill="E8EEF5"/>
            <w:tcMar>
              <w:top w:w="100" w:type="dxa"/>
              <w:left w:w="130" w:type="dxa"/>
              <w:bottom w:w="100" w:type="dxa"/>
              <w:right w:w="130" w:type="dxa"/>
            </w:tcMar>
            <w:vAlign w:val="center"/>
          </w:tcPr>
          <w:p w14:paraId="7BB76706" w14:textId="77777777" w:rsidR="00612663" w:rsidRDefault="00612663">
            <w:pPr>
              <w:spacing w:after="0"/>
            </w:pPr>
            <w:r>
              <w:rPr>
                <w:b/>
                <w:color w:val="1F4D78"/>
                <w:sz w:val="21"/>
              </w:rPr>
              <w:t>Cuidado</w:t>
            </w:r>
          </w:p>
        </w:tc>
        <w:tc>
          <w:tcPr>
            <w:tcW w:w="7449" w:type="dxa"/>
            <w:shd w:val="clear" w:color="auto" w:fill="FFFFFF"/>
            <w:tcMar>
              <w:top w:w="100" w:type="dxa"/>
              <w:left w:w="130" w:type="dxa"/>
              <w:bottom w:w="100" w:type="dxa"/>
              <w:right w:w="130" w:type="dxa"/>
            </w:tcMar>
            <w:vAlign w:val="center"/>
          </w:tcPr>
          <w:p w14:paraId="45F84791" w14:textId="77777777" w:rsidR="00612663" w:rsidRPr="00296699" w:rsidRDefault="00612663">
            <w:pPr>
              <w:spacing w:after="0"/>
              <w:rPr>
                <w:lang w:val="es-ES"/>
              </w:rPr>
            </w:pPr>
            <w:r w:rsidRPr="00296699">
              <w:rPr>
                <w:sz w:val="21"/>
                <w:lang w:val="es-ES"/>
              </w:rPr>
              <w:t>Identifica o representa una acción de cuidado o acompañamiento.</w:t>
            </w:r>
          </w:p>
        </w:tc>
      </w:tr>
      <w:tr w:rsidR="003A1CAE" w:rsidRPr="00296699" w14:paraId="51BEF85E" w14:textId="77777777">
        <w:tc>
          <w:tcPr>
            <w:tcW w:w="2300" w:type="dxa"/>
            <w:shd w:val="clear" w:color="auto" w:fill="E8EEF5"/>
            <w:tcMar>
              <w:top w:w="100" w:type="dxa"/>
              <w:left w:w="130" w:type="dxa"/>
              <w:bottom w:w="100" w:type="dxa"/>
              <w:right w:w="130" w:type="dxa"/>
            </w:tcMar>
            <w:vAlign w:val="center"/>
          </w:tcPr>
          <w:p w14:paraId="4DF79D24" w14:textId="77777777" w:rsidR="00612663" w:rsidRDefault="00612663">
            <w:pPr>
              <w:spacing w:after="0"/>
            </w:pPr>
            <w:proofErr w:type="spellStart"/>
            <w:r>
              <w:rPr>
                <w:b/>
                <w:color w:val="1F4D78"/>
                <w:sz w:val="21"/>
              </w:rPr>
              <w:t>Entorno</w:t>
            </w:r>
            <w:proofErr w:type="spellEnd"/>
          </w:p>
        </w:tc>
        <w:tc>
          <w:tcPr>
            <w:tcW w:w="7449" w:type="dxa"/>
            <w:shd w:val="clear" w:color="auto" w:fill="FFFFFF"/>
            <w:tcMar>
              <w:top w:w="100" w:type="dxa"/>
              <w:left w:w="130" w:type="dxa"/>
              <w:bottom w:w="100" w:type="dxa"/>
              <w:right w:w="130" w:type="dxa"/>
            </w:tcMar>
            <w:vAlign w:val="center"/>
          </w:tcPr>
          <w:p w14:paraId="2F5457F4" w14:textId="77777777" w:rsidR="00612663" w:rsidRPr="00296699" w:rsidRDefault="00612663">
            <w:pPr>
              <w:spacing w:after="0"/>
              <w:rPr>
                <w:lang w:val="es-ES"/>
              </w:rPr>
            </w:pPr>
            <w:r w:rsidRPr="00296699">
              <w:rPr>
                <w:sz w:val="21"/>
                <w:lang w:val="es-ES"/>
              </w:rPr>
              <w:t>Reconoce la Fuensanta como María y algún rasgo: Niño, corona, manto u orilla.</w:t>
            </w:r>
          </w:p>
        </w:tc>
      </w:tr>
      <w:tr w:rsidR="003A1CAE" w:rsidRPr="00296699" w14:paraId="32669B85" w14:textId="77777777">
        <w:tc>
          <w:tcPr>
            <w:tcW w:w="2300" w:type="dxa"/>
            <w:shd w:val="clear" w:color="auto" w:fill="E8EEF5"/>
            <w:tcMar>
              <w:top w:w="100" w:type="dxa"/>
              <w:left w:w="130" w:type="dxa"/>
              <w:bottom w:w="100" w:type="dxa"/>
              <w:right w:w="130" w:type="dxa"/>
            </w:tcMar>
            <w:vAlign w:val="center"/>
          </w:tcPr>
          <w:p w14:paraId="264B07FD" w14:textId="77777777" w:rsidR="00612663" w:rsidRDefault="00612663">
            <w:pPr>
              <w:spacing w:after="0"/>
            </w:pPr>
            <w:proofErr w:type="spellStart"/>
            <w:r>
              <w:rPr>
                <w:b/>
                <w:color w:val="1F4D78"/>
                <w:sz w:val="21"/>
              </w:rPr>
              <w:t>Expresión</w:t>
            </w:r>
            <w:proofErr w:type="spellEnd"/>
          </w:p>
        </w:tc>
        <w:tc>
          <w:tcPr>
            <w:tcW w:w="7449" w:type="dxa"/>
            <w:shd w:val="clear" w:color="auto" w:fill="FFFFFF"/>
            <w:tcMar>
              <w:top w:w="100" w:type="dxa"/>
              <w:left w:w="130" w:type="dxa"/>
              <w:bottom w:w="100" w:type="dxa"/>
              <w:right w:w="130" w:type="dxa"/>
            </w:tcMar>
            <w:vAlign w:val="center"/>
          </w:tcPr>
          <w:p w14:paraId="277E4695" w14:textId="77777777" w:rsidR="00612663" w:rsidRPr="00296699" w:rsidRDefault="00612663">
            <w:pPr>
              <w:spacing w:after="0"/>
              <w:rPr>
                <w:lang w:val="es-ES"/>
              </w:rPr>
            </w:pPr>
            <w:r w:rsidRPr="00296699">
              <w:rPr>
                <w:sz w:val="21"/>
                <w:lang w:val="es-ES"/>
              </w:rPr>
              <w:t>Utiliza collage de tela, dibujo, lana, pincel y papel según sus posibilidades.</w:t>
            </w:r>
          </w:p>
        </w:tc>
      </w:tr>
      <w:tr w:rsidR="003A1CAE" w:rsidRPr="00296699" w14:paraId="15A6263B" w14:textId="77777777">
        <w:tc>
          <w:tcPr>
            <w:tcW w:w="2300" w:type="dxa"/>
            <w:shd w:val="clear" w:color="auto" w:fill="E8EEF5"/>
            <w:tcMar>
              <w:top w:w="100" w:type="dxa"/>
              <w:left w:w="130" w:type="dxa"/>
              <w:bottom w:w="100" w:type="dxa"/>
              <w:right w:w="130" w:type="dxa"/>
            </w:tcMar>
            <w:vAlign w:val="center"/>
          </w:tcPr>
          <w:p w14:paraId="25690B8B" w14:textId="77777777" w:rsidR="00612663" w:rsidRDefault="00612663">
            <w:pPr>
              <w:spacing w:after="0"/>
            </w:pPr>
            <w:r>
              <w:rPr>
                <w:b/>
                <w:color w:val="1F4D78"/>
                <w:sz w:val="21"/>
              </w:rPr>
              <w:t>Cooperación</w:t>
            </w:r>
          </w:p>
        </w:tc>
        <w:tc>
          <w:tcPr>
            <w:tcW w:w="7449" w:type="dxa"/>
            <w:shd w:val="clear" w:color="auto" w:fill="FFFFFF"/>
            <w:tcMar>
              <w:top w:w="100" w:type="dxa"/>
              <w:left w:w="130" w:type="dxa"/>
              <w:bottom w:w="100" w:type="dxa"/>
              <w:right w:w="130" w:type="dxa"/>
            </w:tcMar>
            <w:vAlign w:val="center"/>
          </w:tcPr>
          <w:p w14:paraId="49EC9F40" w14:textId="77777777" w:rsidR="00612663" w:rsidRPr="00296699" w:rsidRDefault="00612663">
            <w:pPr>
              <w:spacing w:after="0"/>
              <w:rPr>
                <w:lang w:val="es-ES"/>
              </w:rPr>
            </w:pPr>
            <w:r w:rsidRPr="00296699">
              <w:rPr>
                <w:sz w:val="21"/>
                <w:lang w:val="es-ES"/>
              </w:rPr>
              <w:t>Participa en la ofrenda colectiva y respeta las producciones.</w:t>
            </w:r>
          </w:p>
        </w:tc>
      </w:tr>
      <w:tr w:rsidR="003A1CAE" w:rsidRPr="00296699" w14:paraId="3BED428A" w14:textId="77777777">
        <w:tc>
          <w:tcPr>
            <w:tcW w:w="2300" w:type="dxa"/>
            <w:shd w:val="clear" w:color="auto" w:fill="E8EEF5"/>
            <w:tcMar>
              <w:top w:w="100" w:type="dxa"/>
              <w:left w:w="130" w:type="dxa"/>
              <w:bottom w:w="100" w:type="dxa"/>
              <w:right w:w="130" w:type="dxa"/>
            </w:tcMar>
            <w:vAlign w:val="center"/>
          </w:tcPr>
          <w:p w14:paraId="22155FF4" w14:textId="77777777" w:rsidR="00612663" w:rsidRDefault="00612663">
            <w:pPr>
              <w:spacing w:after="0"/>
            </w:pPr>
            <w:proofErr w:type="spellStart"/>
            <w:r>
              <w:rPr>
                <w:b/>
                <w:color w:val="1F4D78"/>
                <w:sz w:val="21"/>
              </w:rPr>
              <w:t>Interioridad</w:t>
            </w:r>
            <w:proofErr w:type="spellEnd"/>
          </w:p>
        </w:tc>
        <w:tc>
          <w:tcPr>
            <w:tcW w:w="7449" w:type="dxa"/>
            <w:shd w:val="clear" w:color="auto" w:fill="FFFFFF"/>
            <w:tcMar>
              <w:top w:w="100" w:type="dxa"/>
              <w:left w:w="130" w:type="dxa"/>
              <w:bottom w:w="100" w:type="dxa"/>
              <w:right w:w="130" w:type="dxa"/>
            </w:tcMar>
            <w:vAlign w:val="center"/>
          </w:tcPr>
          <w:p w14:paraId="290EE829" w14:textId="77777777" w:rsidR="00612663" w:rsidRPr="00296699" w:rsidRDefault="00612663">
            <w:pPr>
              <w:spacing w:after="0"/>
              <w:rPr>
                <w:lang w:val="es-ES"/>
              </w:rPr>
            </w:pPr>
            <w:r w:rsidRPr="00296699">
              <w:rPr>
                <w:sz w:val="21"/>
                <w:lang w:val="es-ES"/>
              </w:rPr>
              <w:t>Escucha una frase religiosa y participa en canción u oración breve.</w:t>
            </w:r>
          </w:p>
        </w:tc>
      </w:tr>
    </w:tbl>
    <w:p w14:paraId="181E7337" w14:textId="77777777" w:rsidR="00612663" w:rsidRPr="00296699" w:rsidRDefault="00612663">
      <w:pPr>
        <w:pStyle w:val="Ttulo2"/>
        <w:rPr>
          <w:lang w:val="es-ES"/>
        </w:rPr>
      </w:pPr>
      <w:r w:rsidRPr="00296699">
        <w:rPr>
          <w:rFonts w:ascii="Calibri" w:hAnsi="Calibri"/>
          <w:lang w:val="es-ES"/>
        </w:rPr>
        <w:t>Cierre del tema</w:t>
      </w:r>
    </w:p>
    <w:p w14:paraId="6336B89B" w14:textId="77777777" w:rsidR="00612663" w:rsidRPr="00296699" w:rsidRDefault="00612663">
      <w:pPr>
        <w:rPr>
          <w:lang w:val="es-ES"/>
        </w:rPr>
      </w:pPr>
      <w:r w:rsidRPr="00296699">
        <w:rPr>
          <w:lang w:val="es-ES"/>
        </w:rPr>
        <w:t>Ordenar las fichas 23-25 y recordar: María cuidó a Jesús; lo acompañó; en Murcia la queremos como Virgen de la Fuensanta. Mirar después el altar colectivo y cantar un fragmento de «Dijiste sí». Mantener la composición unos días y desmontarla con el grupo, guardando la orilla y la corona para futuros cursos.</w:t>
      </w:r>
    </w:p>
    <w:p w14:paraId="4554F1EB" w14:textId="77777777" w:rsidR="00612663" w:rsidRPr="00296699" w:rsidRDefault="00612663">
      <w:pPr>
        <w:pStyle w:val="Ttulo1"/>
        <w:rPr>
          <w:lang w:val="es-ES"/>
        </w:rPr>
      </w:pPr>
      <w:r w:rsidRPr="00296699">
        <w:rPr>
          <w:rFonts w:ascii="Calibri" w:hAnsi="Calibri"/>
          <w:lang w:val="es-ES"/>
        </w:rPr>
        <w:t>Registro breve de observación</w:t>
      </w:r>
    </w:p>
    <w:p w14:paraId="66D19584" w14:textId="77777777" w:rsidR="00612663" w:rsidRPr="00296699" w:rsidRDefault="00612663">
      <w:pPr>
        <w:rPr>
          <w:lang w:val="es-ES"/>
        </w:rPr>
      </w:pPr>
      <w:r w:rsidRPr="00296699">
        <w:rPr>
          <w:lang w:val="es-ES"/>
        </w:rPr>
        <w:t>Marcar con una fecha, palabra breve o signo propio. No es necesario completar todas las casillas en una sola sesión.</w:t>
      </w:r>
    </w:p>
    <w:tbl>
      <w:tblPr>
        <w:tblW w:w="9749" w:type="dxa"/>
        <w:tblInd w:w="120" w:type="dxa"/>
        <w:tblBorders>
          <w:top w:val="single" w:sz="6" w:space="0" w:color="D9E2E8"/>
          <w:left w:val="single" w:sz="6" w:space="0" w:color="D9E2E8"/>
          <w:bottom w:val="single" w:sz="6" w:space="0" w:color="D9E2E8"/>
          <w:right w:val="single" w:sz="6" w:space="0" w:color="D9E2E8"/>
          <w:insideH w:val="single" w:sz="6" w:space="0" w:color="D9E2E8"/>
          <w:insideV w:val="single" w:sz="6" w:space="0" w:color="D9E2E8"/>
        </w:tblBorders>
        <w:tblLayout w:type="fixed"/>
        <w:tblLook w:val="04A0" w:firstRow="1" w:lastRow="0" w:firstColumn="1" w:lastColumn="0" w:noHBand="0" w:noVBand="1"/>
      </w:tblPr>
      <w:tblGrid>
        <w:gridCol w:w="2100"/>
        <w:gridCol w:w="1050"/>
        <w:gridCol w:w="1050"/>
        <w:gridCol w:w="1050"/>
        <w:gridCol w:w="1050"/>
        <w:gridCol w:w="1050"/>
        <w:gridCol w:w="2399"/>
      </w:tblGrid>
      <w:tr w:rsidR="003A1CAE" w14:paraId="760D93C8" w14:textId="77777777">
        <w:trPr>
          <w:tblHeader/>
        </w:trPr>
        <w:tc>
          <w:tcPr>
            <w:tcW w:w="2100" w:type="dxa"/>
            <w:shd w:val="clear" w:color="auto" w:fill="E8EEF5"/>
            <w:tcMar>
              <w:top w:w="100" w:type="dxa"/>
              <w:left w:w="130" w:type="dxa"/>
              <w:bottom w:w="100" w:type="dxa"/>
              <w:right w:w="130" w:type="dxa"/>
            </w:tcMar>
            <w:vAlign w:val="center"/>
          </w:tcPr>
          <w:p w14:paraId="1161DE4B" w14:textId="77777777" w:rsidR="00612663" w:rsidRDefault="00612663">
            <w:pPr>
              <w:jc w:val="center"/>
            </w:pPr>
            <w:proofErr w:type="spellStart"/>
            <w:r>
              <w:rPr>
                <w:b/>
                <w:color w:val="1F4D78"/>
                <w:sz w:val="16"/>
              </w:rPr>
              <w:lastRenderedPageBreak/>
              <w:t>Alumno</w:t>
            </w:r>
            <w:proofErr w:type="spellEnd"/>
            <w:r>
              <w:rPr>
                <w:b/>
                <w:color w:val="1F4D78"/>
                <w:sz w:val="16"/>
              </w:rPr>
              <w:t>/a</w:t>
            </w:r>
          </w:p>
        </w:tc>
        <w:tc>
          <w:tcPr>
            <w:tcW w:w="1050" w:type="dxa"/>
            <w:shd w:val="clear" w:color="auto" w:fill="E8EEF5"/>
            <w:tcMar>
              <w:top w:w="100" w:type="dxa"/>
              <w:left w:w="130" w:type="dxa"/>
              <w:bottom w:w="100" w:type="dxa"/>
              <w:right w:w="130" w:type="dxa"/>
            </w:tcMar>
            <w:vAlign w:val="center"/>
          </w:tcPr>
          <w:p w14:paraId="7299A7F4" w14:textId="77777777" w:rsidR="00612663" w:rsidRDefault="00612663">
            <w:pPr>
              <w:jc w:val="center"/>
            </w:pPr>
            <w:r>
              <w:rPr>
                <w:b/>
                <w:color w:val="1F4D78"/>
                <w:sz w:val="16"/>
              </w:rPr>
              <w:t>María</w:t>
            </w:r>
          </w:p>
        </w:tc>
        <w:tc>
          <w:tcPr>
            <w:tcW w:w="1050" w:type="dxa"/>
            <w:shd w:val="clear" w:color="auto" w:fill="E8EEF5"/>
            <w:tcMar>
              <w:top w:w="100" w:type="dxa"/>
              <w:left w:w="130" w:type="dxa"/>
              <w:bottom w:w="100" w:type="dxa"/>
              <w:right w:w="130" w:type="dxa"/>
            </w:tcMar>
            <w:vAlign w:val="center"/>
          </w:tcPr>
          <w:p w14:paraId="0BCD2B23" w14:textId="77777777" w:rsidR="00612663" w:rsidRDefault="00612663">
            <w:pPr>
              <w:jc w:val="center"/>
            </w:pPr>
            <w:r>
              <w:rPr>
                <w:b/>
                <w:color w:val="1F4D78"/>
                <w:sz w:val="16"/>
              </w:rPr>
              <w:t>Cuidado</w:t>
            </w:r>
          </w:p>
        </w:tc>
        <w:tc>
          <w:tcPr>
            <w:tcW w:w="1050" w:type="dxa"/>
            <w:shd w:val="clear" w:color="auto" w:fill="E8EEF5"/>
            <w:tcMar>
              <w:top w:w="100" w:type="dxa"/>
              <w:left w:w="130" w:type="dxa"/>
              <w:bottom w:w="100" w:type="dxa"/>
              <w:right w:w="130" w:type="dxa"/>
            </w:tcMar>
            <w:vAlign w:val="center"/>
          </w:tcPr>
          <w:p w14:paraId="58FC9BFB" w14:textId="77777777" w:rsidR="00612663" w:rsidRDefault="00612663">
            <w:pPr>
              <w:jc w:val="center"/>
            </w:pPr>
            <w:r>
              <w:rPr>
                <w:b/>
                <w:color w:val="1F4D78"/>
                <w:sz w:val="16"/>
              </w:rPr>
              <w:t>Fuensanta</w:t>
            </w:r>
          </w:p>
        </w:tc>
        <w:tc>
          <w:tcPr>
            <w:tcW w:w="1050" w:type="dxa"/>
            <w:shd w:val="clear" w:color="auto" w:fill="E8EEF5"/>
            <w:tcMar>
              <w:top w:w="100" w:type="dxa"/>
              <w:left w:w="130" w:type="dxa"/>
              <w:bottom w:w="100" w:type="dxa"/>
              <w:right w:w="130" w:type="dxa"/>
            </w:tcMar>
            <w:vAlign w:val="center"/>
          </w:tcPr>
          <w:p w14:paraId="6DF8C3D9" w14:textId="77777777" w:rsidR="00612663" w:rsidRDefault="00612663">
            <w:pPr>
              <w:jc w:val="center"/>
            </w:pPr>
            <w:proofErr w:type="spellStart"/>
            <w:r>
              <w:rPr>
                <w:b/>
                <w:color w:val="1F4D78"/>
                <w:sz w:val="16"/>
              </w:rPr>
              <w:t>Expresión</w:t>
            </w:r>
            <w:proofErr w:type="spellEnd"/>
          </w:p>
        </w:tc>
        <w:tc>
          <w:tcPr>
            <w:tcW w:w="1050" w:type="dxa"/>
            <w:shd w:val="clear" w:color="auto" w:fill="E8EEF5"/>
            <w:tcMar>
              <w:top w:w="100" w:type="dxa"/>
              <w:left w:w="130" w:type="dxa"/>
              <w:bottom w:w="100" w:type="dxa"/>
              <w:right w:w="130" w:type="dxa"/>
            </w:tcMar>
            <w:vAlign w:val="center"/>
          </w:tcPr>
          <w:p w14:paraId="7B7E4999" w14:textId="77777777" w:rsidR="00612663" w:rsidRDefault="00612663">
            <w:pPr>
              <w:jc w:val="center"/>
            </w:pPr>
            <w:r>
              <w:rPr>
                <w:b/>
                <w:color w:val="1F4D78"/>
                <w:sz w:val="16"/>
              </w:rPr>
              <w:t>Ofrenda</w:t>
            </w:r>
          </w:p>
        </w:tc>
        <w:tc>
          <w:tcPr>
            <w:tcW w:w="2399" w:type="dxa"/>
            <w:shd w:val="clear" w:color="auto" w:fill="E8EEF5"/>
            <w:tcMar>
              <w:top w:w="100" w:type="dxa"/>
              <w:left w:w="130" w:type="dxa"/>
              <w:bottom w:w="100" w:type="dxa"/>
              <w:right w:w="130" w:type="dxa"/>
            </w:tcMar>
            <w:vAlign w:val="center"/>
          </w:tcPr>
          <w:p w14:paraId="36DA76D5" w14:textId="77777777" w:rsidR="00612663" w:rsidRDefault="00612663">
            <w:pPr>
              <w:jc w:val="center"/>
            </w:pPr>
            <w:proofErr w:type="spellStart"/>
            <w:r>
              <w:rPr>
                <w:b/>
                <w:color w:val="1F4D78"/>
                <w:sz w:val="16"/>
              </w:rPr>
              <w:t>Observaciones</w:t>
            </w:r>
            <w:proofErr w:type="spellEnd"/>
          </w:p>
        </w:tc>
      </w:tr>
      <w:tr w:rsidR="003A1CAE" w14:paraId="7B357076" w14:textId="77777777">
        <w:tc>
          <w:tcPr>
            <w:tcW w:w="2100" w:type="dxa"/>
            <w:tcMar>
              <w:top w:w="100" w:type="dxa"/>
              <w:left w:w="130" w:type="dxa"/>
              <w:bottom w:w="100" w:type="dxa"/>
              <w:right w:w="130" w:type="dxa"/>
            </w:tcMar>
          </w:tcPr>
          <w:p w14:paraId="01EB47A9" w14:textId="77777777" w:rsidR="00612663" w:rsidRDefault="00612663">
            <w:pPr>
              <w:spacing w:after="480"/>
            </w:pPr>
          </w:p>
        </w:tc>
        <w:tc>
          <w:tcPr>
            <w:tcW w:w="1050" w:type="dxa"/>
            <w:tcMar>
              <w:top w:w="100" w:type="dxa"/>
              <w:left w:w="130" w:type="dxa"/>
              <w:bottom w:w="100" w:type="dxa"/>
              <w:right w:w="130" w:type="dxa"/>
            </w:tcMar>
          </w:tcPr>
          <w:p w14:paraId="3A28D65E" w14:textId="77777777" w:rsidR="00612663" w:rsidRDefault="00612663">
            <w:pPr>
              <w:spacing w:after="480"/>
            </w:pPr>
          </w:p>
        </w:tc>
        <w:tc>
          <w:tcPr>
            <w:tcW w:w="1050" w:type="dxa"/>
            <w:tcMar>
              <w:top w:w="100" w:type="dxa"/>
              <w:left w:w="130" w:type="dxa"/>
              <w:bottom w:w="100" w:type="dxa"/>
              <w:right w:w="130" w:type="dxa"/>
            </w:tcMar>
          </w:tcPr>
          <w:p w14:paraId="4BB4A1ED" w14:textId="77777777" w:rsidR="00612663" w:rsidRDefault="00612663">
            <w:pPr>
              <w:spacing w:after="480"/>
            </w:pPr>
          </w:p>
        </w:tc>
        <w:tc>
          <w:tcPr>
            <w:tcW w:w="1050" w:type="dxa"/>
            <w:tcMar>
              <w:top w:w="100" w:type="dxa"/>
              <w:left w:w="130" w:type="dxa"/>
              <w:bottom w:w="100" w:type="dxa"/>
              <w:right w:w="130" w:type="dxa"/>
            </w:tcMar>
          </w:tcPr>
          <w:p w14:paraId="6BB4E067" w14:textId="77777777" w:rsidR="00612663" w:rsidRDefault="00612663">
            <w:pPr>
              <w:spacing w:after="480"/>
            </w:pPr>
          </w:p>
        </w:tc>
        <w:tc>
          <w:tcPr>
            <w:tcW w:w="1050" w:type="dxa"/>
            <w:tcMar>
              <w:top w:w="100" w:type="dxa"/>
              <w:left w:w="130" w:type="dxa"/>
              <w:bottom w:w="100" w:type="dxa"/>
              <w:right w:w="130" w:type="dxa"/>
            </w:tcMar>
          </w:tcPr>
          <w:p w14:paraId="1511D16C" w14:textId="77777777" w:rsidR="00612663" w:rsidRDefault="00612663">
            <w:pPr>
              <w:spacing w:after="480"/>
            </w:pPr>
          </w:p>
        </w:tc>
        <w:tc>
          <w:tcPr>
            <w:tcW w:w="1050" w:type="dxa"/>
            <w:tcMar>
              <w:top w:w="100" w:type="dxa"/>
              <w:left w:w="130" w:type="dxa"/>
              <w:bottom w:w="100" w:type="dxa"/>
              <w:right w:w="130" w:type="dxa"/>
            </w:tcMar>
          </w:tcPr>
          <w:p w14:paraId="679BD567" w14:textId="77777777" w:rsidR="00612663" w:rsidRDefault="00612663">
            <w:pPr>
              <w:spacing w:after="480"/>
            </w:pPr>
          </w:p>
        </w:tc>
        <w:tc>
          <w:tcPr>
            <w:tcW w:w="2399" w:type="dxa"/>
            <w:tcMar>
              <w:top w:w="100" w:type="dxa"/>
              <w:left w:w="130" w:type="dxa"/>
              <w:bottom w:w="100" w:type="dxa"/>
              <w:right w:w="130" w:type="dxa"/>
            </w:tcMar>
          </w:tcPr>
          <w:p w14:paraId="6056C0F5" w14:textId="77777777" w:rsidR="00612663" w:rsidRDefault="00612663">
            <w:pPr>
              <w:spacing w:after="480"/>
            </w:pPr>
          </w:p>
        </w:tc>
      </w:tr>
      <w:tr w:rsidR="003A1CAE" w14:paraId="5303AAF3" w14:textId="77777777">
        <w:tc>
          <w:tcPr>
            <w:tcW w:w="2100" w:type="dxa"/>
            <w:tcMar>
              <w:top w:w="100" w:type="dxa"/>
              <w:left w:w="130" w:type="dxa"/>
              <w:bottom w:w="100" w:type="dxa"/>
              <w:right w:w="130" w:type="dxa"/>
            </w:tcMar>
          </w:tcPr>
          <w:p w14:paraId="4C284991" w14:textId="77777777" w:rsidR="00612663" w:rsidRDefault="00612663">
            <w:pPr>
              <w:spacing w:after="480"/>
            </w:pPr>
          </w:p>
        </w:tc>
        <w:tc>
          <w:tcPr>
            <w:tcW w:w="1050" w:type="dxa"/>
            <w:tcMar>
              <w:top w:w="100" w:type="dxa"/>
              <w:left w:w="130" w:type="dxa"/>
              <w:bottom w:w="100" w:type="dxa"/>
              <w:right w:w="130" w:type="dxa"/>
            </w:tcMar>
          </w:tcPr>
          <w:p w14:paraId="409B0C54" w14:textId="77777777" w:rsidR="00612663" w:rsidRDefault="00612663">
            <w:pPr>
              <w:spacing w:after="480"/>
            </w:pPr>
          </w:p>
        </w:tc>
        <w:tc>
          <w:tcPr>
            <w:tcW w:w="1050" w:type="dxa"/>
            <w:tcMar>
              <w:top w:w="100" w:type="dxa"/>
              <w:left w:w="130" w:type="dxa"/>
              <w:bottom w:w="100" w:type="dxa"/>
              <w:right w:w="130" w:type="dxa"/>
            </w:tcMar>
          </w:tcPr>
          <w:p w14:paraId="1734C564" w14:textId="77777777" w:rsidR="00612663" w:rsidRDefault="00612663">
            <w:pPr>
              <w:spacing w:after="480"/>
            </w:pPr>
          </w:p>
        </w:tc>
        <w:tc>
          <w:tcPr>
            <w:tcW w:w="1050" w:type="dxa"/>
            <w:tcMar>
              <w:top w:w="100" w:type="dxa"/>
              <w:left w:w="130" w:type="dxa"/>
              <w:bottom w:w="100" w:type="dxa"/>
              <w:right w:w="130" w:type="dxa"/>
            </w:tcMar>
          </w:tcPr>
          <w:p w14:paraId="5E853CC2" w14:textId="77777777" w:rsidR="00612663" w:rsidRDefault="00612663">
            <w:pPr>
              <w:spacing w:after="480"/>
            </w:pPr>
          </w:p>
        </w:tc>
        <w:tc>
          <w:tcPr>
            <w:tcW w:w="1050" w:type="dxa"/>
            <w:tcMar>
              <w:top w:w="100" w:type="dxa"/>
              <w:left w:w="130" w:type="dxa"/>
              <w:bottom w:w="100" w:type="dxa"/>
              <w:right w:w="130" w:type="dxa"/>
            </w:tcMar>
          </w:tcPr>
          <w:p w14:paraId="3878B77E" w14:textId="77777777" w:rsidR="00612663" w:rsidRDefault="00612663">
            <w:pPr>
              <w:spacing w:after="480"/>
            </w:pPr>
          </w:p>
        </w:tc>
        <w:tc>
          <w:tcPr>
            <w:tcW w:w="1050" w:type="dxa"/>
            <w:tcMar>
              <w:top w:w="100" w:type="dxa"/>
              <w:left w:w="130" w:type="dxa"/>
              <w:bottom w:w="100" w:type="dxa"/>
              <w:right w:w="130" w:type="dxa"/>
            </w:tcMar>
          </w:tcPr>
          <w:p w14:paraId="0A242E86" w14:textId="77777777" w:rsidR="00612663" w:rsidRDefault="00612663">
            <w:pPr>
              <w:spacing w:after="480"/>
            </w:pPr>
          </w:p>
        </w:tc>
        <w:tc>
          <w:tcPr>
            <w:tcW w:w="2399" w:type="dxa"/>
            <w:tcMar>
              <w:top w:w="100" w:type="dxa"/>
              <w:left w:w="130" w:type="dxa"/>
              <w:bottom w:w="100" w:type="dxa"/>
              <w:right w:w="130" w:type="dxa"/>
            </w:tcMar>
          </w:tcPr>
          <w:p w14:paraId="291984AD" w14:textId="77777777" w:rsidR="00612663" w:rsidRDefault="00612663">
            <w:pPr>
              <w:spacing w:after="480"/>
            </w:pPr>
          </w:p>
        </w:tc>
      </w:tr>
      <w:tr w:rsidR="003A1CAE" w14:paraId="03E32B92" w14:textId="77777777">
        <w:tc>
          <w:tcPr>
            <w:tcW w:w="2100" w:type="dxa"/>
            <w:tcMar>
              <w:top w:w="100" w:type="dxa"/>
              <w:left w:w="130" w:type="dxa"/>
              <w:bottom w:w="100" w:type="dxa"/>
              <w:right w:w="130" w:type="dxa"/>
            </w:tcMar>
          </w:tcPr>
          <w:p w14:paraId="4EC21EC4" w14:textId="77777777" w:rsidR="00612663" w:rsidRDefault="00612663">
            <w:pPr>
              <w:spacing w:after="480"/>
            </w:pPr>
          </w:p>
        </w:tc>
        <w:tc>
          <w:tcPr>
            <w:tcW w:w="1050" w:type="dxa"/>
            <w:tcMar>
              <w:top w:w="100" w:type="dxa"/>
              <w:left w:w="130" w:type="dxa"/>
              <w:bottom w:w="100" w:type="dxa"/>
              <w:right w:w="130" w:type="dxa"/>
            </w:tcMar>
          </w:tcPr>
          <w:p w14:paraId="08233407" w14:textId="77777777" w:rsidR="00612663" w:rsidRDefault="00612663">
            <w:pPr>
              <w:spacing w:after="480"/>
            </w:pPr>
          </w:p>
        </w:tc>
        <w:tc>
          <w:tcPr>
            <w:tcW w:w="1050" w:type="dxa"/>
            <w:tcMar>
              <w:top w:w="100" w:type="dxa"/>
              <w:left w:w="130" w:type="dxa"/>
              <w:bottom w:w="100" w:type="dxa"/>
              <w:right w:w="130" w:type="dxa"/>
            </w:tcMar>
          </w:tcPr>
          <w:p w14:paraId="498F9675" w14:textId="77777777" w:rsidR="00612663" w:rsidRDefault="00612663">
            <w:pPr>
              <w:spacing w:after="480"/>
            </w:pPr>
          </w:p>
        </w:tc>
        <w:tc>
          <w:tcPr>
            <w:tcW w:w="1050" w:type="dxa"/>
            <w:tcMar>
              <w:top w:w="100" w:type="dxa"/>
              <w:left w:w="130" w:type="dxa"/>
              <w:bottom w:w="100" w:type="dxa"/>
              <w:right w:w="130" w:type="dxa"/>
            </w:tcMar>
          </w:tcPr>
          <w:p w14:paraId="248BDCE6" w14:textId="77777777" w:rsidR="00612663" w:rsidRDefault="00612663">
            <w:pPr>
              <w:spacing w:after="480"/>
            </w:pPr>
          </w:p>
        </w:tc>
        <w:tc>
          <w:tcPr>
            <w:tcW w:w="1050" w:type="dxa"/>
            <w:tcMar>
              <w:top w:w="100" w:type="dxa"/>
              <w:left w:w="130" w:type="dxa"/>
              <w:bottom w:w="100" w:type="dxa"/>
              <w:right w:w="130" w:type="dxa"/>
            </w:tcMar>
          </w:tcPr>
          <w:p w14:paraId="24A62797" w14:textId="77777777" w:rsidR="00612663" w:rsidRDefault="00612663">
            <w:pPr>
              <w:spacing w:after="480"/>
            </w:pPr>
          </w:p>
        </w:tc>
        <w:tc>
          <w:tcPr>
            <w:tcW w:w="1050" w:type="dxa"/>
            <w:tcMar>
              <w:top w:w="100" w:type="dxa"/>
              <w:left w:w="130" w:type="dxa"/>
              <w:bottom w:w="100" w:type="dxa"/>
              <w:right w:w="130" w:type="dxa"/>
            </w:tcMar>
          </w:tcPr>
          <w:p w14:paraId="1549A300" w14:textId="77777777" w:rsidR="00612663" w:rsidRDefault="00612663">
            <w:pPr>
              <w:spacing w:after="480"/>
            </w:pPr>
          </w:p>
        </w:tc>
        <w:tc>
          <w:tcPr>
            <w:tcW w:w="2399" w:type="dxa"/>
            <w:tcMar>
              <w:top w:w="100" w:type="dxa"/>
              <w:left w:w="130" w:type="dxa"/>
              <w:bottom w:w="100" w:type="dxa"/>
              <w:right w:w="130" w:type="dxa"/>
            </w:tcMar>
          </w:tcPr>
          <w:p w14:paraId="44FEF3FE" w14:textId="77777777" w:rsidR="00612663" w:rsidRDefault="00612663">
            <w:pPr>
              <w:spacing w:after="480"/>
            </w:pPr>
          </w:p>
        </w:tc>
      </w:tr>
      <w:tr w:rsidR="003A1CAE" w14:paraId="29D9615D" w14:textId="77777777">
        <w:tc>
          <w:tcPr>
            <w:tcW w:w="2100" w:type="dxa"/>
            <w:tcMar>
              <w:top w:w="100" w:type="dxa"/>
              <w:left w:w="130" w:type="dxa"/>
              <w:bottom w:w="100" w:type="dxa"/>
              <w:right w:w="130" w:type="dxa"/>
            </w:tcMar>
          </w:tcPr>
          <w:p w14:paraId="3D0B40C7" w14:textId="77777777" w:rsidR="00612663" w:rsidRDefault="00612663">
            <w:pPr>
              <w:spacing w:after="480"/>
            </w:pPr>
          </w:p>
        </w:tc>
        <w:tc>
          <w:tcPr>
            <w:tcW w:w="1050" w:type="dxa"/>
            <w:tcMar>
              <w:top w:w="100" w:type="dxa"/>
              <w:left w:w="130" w:type="dxa"/>
              <w:bottom w:w="100" w:type="dxa"/>
              <w:right w:w="130" w:type="dxa"/>
            </w:tcMar>
          </w:tcPr>
          <w:p w14:paraId="73C0E9BB" w14:textId="77777777" w:rsidR="00612663" w:rsidRDefault="00612663">
            <w:pPr>
              <w:spacing w:after="480"/>
            </w:pPr>
          </w:p>
        </w:tc>
        <w:tc>
          <w:tcPr>
            <w:tcW w:w="1050" w:type="dxa"/>
            <w:tcMar>
              <w:top w:w="100" w:type="dxa"/>
              <w:left w:w="130" w:type="dxa"/>
              <w:bottom w:w="100" w:type="dxa"/>
              <w:right w:w="130" w:type="dxa"/>
            </w:tcMar>
          </w:tcPr>
          <w:p w14:paraId="4AD3AA29" w14:textId="77777777" w:rsidR="00612663" w:rsidRDefault="00612663">
            <w:pPr>
              <w:spacing w:after="480"/>
            </w:pPr>
          </w:p>
        </w:tc>
        <w:tc>
          <w:tcPr>
            <w:tcW w:w="1050" w:type="dxa"/>
            <w:tcMar>
              <w:top w:w="100" w:type="dxa"/>
              <w:left w:w="130" w:type="dxa"/>
              <w:bottom w:w="100" w:type="dxa"/>
              <w:right w:w="130" w:type="dxa"/>
            </w:tcMar>
          </w:tcPr>
          <w:p w14:paraId="3533D138" w14:textId="77777777" w:rsidR="00612663" w:rsidRDefault="00612663">
            <w:pPr>
              <w:spacing w:after="480"/>
            </w:pPr>
          </w:p>
        </w:tc>
        <w:tc>
          <w:tcPr>
            <w:tcW w:w="1050" w:type="dxa"/>
            <w:tcMar>
              <w:top w:w="100" w:type="dxa"/>
              <w:left w:w="130" w:type="dxa"/>
              <w:bottom w:w="100" w:type="dxa"/>
              <w:right w:w="130" w:type="dxa"/>
            </w:tcMar>
          </w:tcPr>
          <w:p w14:paraId="1FEE2185" w14:textId="77777777" w:rsidR="00612663" w:rsidRDefault="00612663">
            <w:pPr>
              <w:spacing w:after="480"/>
            </w:pPr>
          </w:p>
        </w:tc>
        <w:tc>
          <w:tcPr>
            <w:tcW w:w="1050" w:type="dxa"/>
            <w:tcMar>
              <w:top w:w="100" w:type="dxa"/>
              <w:left w:w="130" w:type="dxa"/>
              <w:bottom w:w="100" w:type="dxa"/>
              <w:right w:w="130" w:type="dxa"/>
            </w:tcMar>
          </w:tcPr>
          <w:p w14:paraId="0D88AC6F" w14:textId="77777777" w:rsidR="00612663" w:rsidRDefault="00612663">
            <w:pPr>
              <w:spacing w:after="480"/>
            </w:pPr>
          </w:p>
        </w:tc>
        <w:tc>
          <w:tcPr>
            <w:tcW w:w="2399" w:type="dxa"/>
            <w:tcMar>
              <w:top w:w="100" w:type="dxa"/>
              <w:left w:w="130" w:type="dxa"/>
              <w:bottom w:w="100" w:type="dxa"/>
              <w:right w:w="130" w:type="dxa"/>
            </w:tcMar>
          </w:tcPr>
          <w:p w14:paraId="4F4BCBE1" w14:textId="77777777" w:rsidR="00612663" w:rsidRDefault="00612663">
            <w:pPr>
              <w:spacing w:after="480"/>
            </w:pPr>
          </w:p>
        </w:tc>
      </w:tr>
      <w:tr w:rsidR="003A1CAE" w14:paraId="5C706437" w14:textId="77777777">
        <w:tc>
          <w:tcPr>
            <w:tcW w:w="2100" w:type="dxa"/>
            <w:tcMar>
              <w:top w:w="100" w:type="dxa"/>
              <w:left w:w="130" w:type="dxa"/>
              <w:bottom w:w="100" w:type="dxa"/>
              <w:right w:w="130" w:type="dxa"/>
            </w:tcMar>
          </w:tcPr>
          <w:p w14:paraId="1378F279" w14:textId="77777777" w:rsidR="00612663" w:rsidRDefault="00612663">
            <w:pPr>
              <w:spacing w:after="480"/>
            </w:pPr>
          </w:p>
        </w:tc>
        <w:tc>
          <w:tcPr>
            <w:tcW w:w="1050" w:type="dxa"/>
            <w:tcMar>
              <w:top w:w="100" w:type="dxa"/>
              <w:left w:w="130" w:type="dxa"/>
              <w:bottom w:w="100" w:type="dxa"/>
              <w:right w:w="130" w:type="dxa"/>
            </w:tcMar>
          </w:tcPr>
          <w:p w14:paraId="21FABC96" w14:textId="77777777" w:rsidR="00612663" w:rsidRDefault="00612663">
            <w:pPr>
              <w:spacing w:after="480"/>
            </w:pPr>
          </w:p>
        </w:tc>
        <w:tc>
          <w:tcPr>
            <w:tcW w:w="1050" w:type="dxa"/>
            <w:tcMar>
              <w:top w:w="100" w:type="dxa"/>
              <w:left w:w="130" w:type="dxa"/>
              <w:bottom w:w="100" w:type="dxa"/>
              <w:right w:w="130" w:type="dxa"/>
            </w:tcMar>
          </w:tcPr>
          <w:p w14:paraId="2B219BE9" w14:textId="77777777" w:rsidR="00612663" w:rsidRDefault="00612663">
            <w:pPr>
              <w:spacing w:after="480"/>
            </w:pPr>
          </w:p>
        </w:tc>
        <w:tc>
          <w:tcPr>
            <w:tcW w:w="1050" w:type="dxa"/>
            <w:tcMar>
              <w:top w:w="100" w:type="dxa"/>
              <w:left w:w="130" w:type="dxa"/>
              <w:bottom w:w="100" w:type="dxa"/>
              <w:right w:w="130" w:type="dxa"/>
            </w:tcMar>
          </w:tcPr>
          <w:p w14:paraId="4367162E" w14:textId="77777777" w:rsidR="00612663" w:rsidRDefault="00612663">
            <w:pPr>
              <w:spacing w:after="480"/>
            </w:pPr>
          </w:p>
        </w:tc>
        <w:tc>
          <w:tcPr>
            <w:tcW w:w="1050" w:type="dxa"/>
            <w:tcMar>
              <w:top w:w="100" w:type="dxa"/>
              <w:left w:w="130" w:type="dxa"/>
              <w:bottom w:w="100" w:type="dxa"/>
              <w:right w:w="130" w:type="dxa"/>
            </w:tcMar>
          </w:tcPr>
          <w:p w14:paraId="64CAC910" w14:textId="77777777" w:rsidR="00612663" w:rsidRDefault="00612663">
            <w:pPr>
              <w:spacing w:after="480"/>
            </w:pPr>
          </w:p>
        </w:tc>
        <w:tc>
          <w:tcPr>
            <w:tcW w:w="1050" w:type="dxa"/>
            <w:tcMar>
              <w:top w:w="100" w:type="dxa"/>
              <w:left w:w="130" w:type="dxa"/>
              <w:bottom w:w="100" w:type="dxa"/>
              <w:right w:w="130" w:type="dxa"/>
            </w:tcMar>
          </w:tcPr>
          <w:p w14:paraId="5290494C" w14:textId="77777777" w:rsidR="00612663" w:rsidRDefault="00612663">
            <w:pPr>
              <w:spacing w:after="480"/>
            </w:pPr>
          </w:p>
        </w:tc>
        <w:tc>
          <w:tcPr>
            <w:tcW w:w="2399" w:type="dxa"/>
            <w:tcMar>
              <w:top w:w="100" w:type="dxa"/>
              <w:left w:w="130" w:type="dxa"/>
              <w:bottom w:w="100" w:type="dxa"/>
              <w:right w:w="130" w:type="dxa"/>
            </w:tcMar>
          </w:tcPr>
          <w:p w14:paraId="0458C453" w14:textId="77777777" w:rsidR="00612663" w:rsidRDefault="00612663">
            <w:pPr>
              <w:spacing w:after="480"/>
            </w:pPr>
          </w:p>
        </w:tc>
      </w:tr>
      <w:tr w:rsidR="003A1CAE" w14:paraId="4F4952ED" w14:textId="77777777">
        <w:tc>
          <w:tcPr>
            <w:tcW w:w="2100" w:type="dxa"/>
            <w:tcMar>
              <w:top w:w="100" w:type="dxa"/>
              <w:left w:w="130" w:type="dxa"/>
              <w:bottom w:w="100" w:type="dxa"/>
              <w:right w:w="130" w:type="dxa"/>
            </w:tcMar>
          </w:tcPr>
          <w:p w14:paraId="5EC1776F" w14:textId="77777777" w:rsidR="00612663" w:rsidRDefault="00612663">
            <w:pPr>
              <w:spacing w:after="480"/>
            </w:pPr>
          </w:p>
        </w:tc>
        <w:tc>
          <w:tcPr>
            <w:tcW w:w="1050" w:type="dxa"/>
            <w:tcMar>
              <w:top w:w="100" w:type="dxa"/>
              <w:left w:w="130" w:type="dxa"/>
              <w:bottom w:w="100" w:type="dxa"/>
              <w:right w:w="130" w:type="dxa"/>
            </w:tcMar>
          </w:tcPr>
          <w:p w14:paraId="3F0FB4EA" w14:textId="77777777" w:rsidR="00612663" w:rsidRDefault="00612663">
            <w:pPr>
              <w:spacing w:after="480"/>
            </w:pPr>
          </w:p>
        </w:tc>
        <w:tc>
          <w:tcPr>
            <w:tcW w:w="1050" w:type="dxa"/>
            <w:tcMar>
              <w:top w:w="100" w:type="dxa"/>
              <w:left w:w="130" w:type="dxa"/>
              <w:bottom w:w="100" w:type="dxa"/>
              <w:right w:w="130" w:type="dxa"/>
            </w:tcMar>
          </w:tcPr>
          <w:p w14:paraId="589C5BCF" w14:textId="77777777" w:rsidR="00612663" w:rsidRDefault="00612663">
            <w:pPr>
              <w:spacing w:after="480"/>
            </w:pPr>
          </w:p>
        </w:tc>
        <w:tc>
          <w:tcPr>
            <w:tcW w:w="1050" w:type="dxa"/>
            <w:tcMar>
              <w:top w:w="100" w:type="dxa"/>
              <w:left w:w="130" w:type="dxa"/>
              <w:bottom w:w="100" w:type="dxa"/>
              <w:right w:w="130" w:type="dxa"/>
            </w:tcMar>
          </w:tcPr>
          <w:p w14:paraId="017AF622" w14:textId="77777777" w:rsidR="00612663" w:rsidRDefault="00612663">
            <w:pPr>
              <w:spacing w:after="480"/>
            </w:pPr>
          </w:p>
        </w:tc>
        <w:tc>
          <w:tcPr>
            <w:tcW w:w="1050" w:type="dxa"/>
            <w:tcMar>
              <w:top w:w="100" w:type="dxa"/>
              <w:left w:w="130" w:type="dxa"/>
              <w:bottom w:w="100" w:type="dxa"/>
              <w:right w:w="130" w:type="dxa"/>
            </w:tcMar>
          </w:tcPr>
          <w:p w14:paraId="65413956" w14:textId="77777777" w:rsidR="00612663" w:rsidRDefault="00612663">
            <w:pPr>
              <w:spacing w:after="480"/>
            </w:pPr>
          </w:p>
        </w:tc>
        <w:tc>
          <w:tcPr>
            <w:tcW w:w="1050" w:type="dxa"/>
            <w:tcMar>
              <w:top w:w="100" w:type="dxa"/>
              <w:left w:w="130" w:type="dxa"/>
              <w:bottom w:w="100" w:type="dxa"/>
              <w:right w:w="130" w:type="dxa"/>
            </w:tcMar>
          </w:tcPr>
          <w:p w14:paraId="124180EC" w14:textId="77777777" w:rsidR="00612663" w:rsidRDefault="00612663">
            <w:pPr>
              <w:spacing w:after="480"/>
            </w:pPr>
          </w:p>
        </w:tc>
        <w:tc>
          <w:tcPr>
            <w:tcW w:w="2399" w:type="dxa"/>
            <w:tcMar>
              <w:top w:w="100" w:type="dxa"/>
              <w:left w:w="130" w:type="dxa"/>
              <w:bottom w:w="100" w:type="dxa"/>
              <w:right w:w="130" w:type="dxa"/>
            </w:tcMar>
          </w:tcPr>
          <w:p w14:paraId="75FB9328" w14:textId="77777777" w:rsidR="00612663" w:rsidRDefault="00612663">
            <w:pPr>
              <w:spacing w:after="480"/>
            </w:pPr>
          </w:p>
        </w:tc>
      </w:tr>
      <w:tr w:rsidR="003A1CAE" w14:paraId="78511067" w14:textId="77777777">
        <w:tc>
          <w:tcPr>
            <w:tcW w:w="2100" w:type="dxa"/>
            <w:tcMar>
              <w:top w:w="100" w:type="dxa"/>
              <w:left w:w="130" w:type="dxa"/>
              <w:bottom w:w="100" w:type="dxa"/>
              <w:right w:w="130" w:type="dxa"/>
            </w:tcMar>
          </w:tcPr>
          <w:p w14:paraId="4AFF2F6E" w14:textId="77777777" w:rsidR="00612663" w:rsidRDefault="00612663">
            <w:pPr>
              <w:spacing w:after="480"/>
            </w:pPr>
          </w:p>
        </w:tc>
        <w:tc>
          <w:tcPr>
            <w:tcW w:w="1050" w:type="dxa"/>
            <w:tcMar>
              <w:top w:w="100" w:type="dxa"/>
              <w:left w:w="130" w:type="dxa"/>
              <w:bottom w:w="100" w:type="dxa"/>
              <w:right w:w="130" w:type="dxa"/>
            </w:tcMar>
          </w:tcPr>
          <w:p w14:paraId="3ACB66ED" w14:textId="77777777" w:rsidR="00612663" w:rsidRDefault="00612663">
            <w:pPr>
              <w:spacing w:after="480"/>
            </w:pPr>
          </w:p>
        </w:tc>
        <w:tc>
          <w:tcPr>
            <w:tcW w:w="1050" w:type="dxa"/>
            <w:tcMar>
              <w:top w:w="100" w:type="dxa"/>
              <w:left w:w="130" w:type="dxa"/>
              <w:bottom w:w="100" w:type="dxa"/>
              <w:right w:w="130" w:type="dxa"/>
            </w:tcMar>
          </w:tcPr>
          <w:p w14:paraId="28387561" w14:textId="77777777" w:rsidR="00612663" w:rsidRDefault="00612663">
            <w:pPr>
              <w:spacing w:after="480"/>
            </w:pPr>
          </w:p>
        </w:tc>
        <w:tc>
          <w:tcPr>
            <w:tcW w:w="1050" w:type="dxa"/>
            <w:tcMar>
              <w:top w:w="100" w:type="dxa"/>
              <w:left w:w="130" w:type="dxa"/>
              <w:bottom w:w="100" w:type="dxa"/>
              <w:right w:w="130" w:type="dxa"/>
            </w:tcMar>
          </w:tcPr>
          <w:p w14:paraId="18FBD791" w14:textId="77777777" w:rsidR="00612663" w:rsidRDefault="00612663">
            <w:pPr>
              <w:spacing w:after="480"/>
            </w:pPr>
          </w:p>
        </w:tc>
        <w:tc>
          <w:tcPr>
            <w:tcW w:w="1050" w:type="dxa"/>
            <w:tcMar>
              <w:top w:w="100" w:type="dxa"/>
              <w:left w:w="130" w:type="dxa"/>
              <w:bottom w:w="100" w:type="dxa"/>
              <w:right w:w="130" w:type="dxa"/>
            </w:tcMar>
          </w:tcPr>
          <w:p w14:paraId="10899A8A" w14:textId="77777777" w:rsidR="00612663" w:rsidRDefault="00612663">
            <w:pPr>
              <w:spacing w:after="480"/>
            </w:pPr>
          </w:p>
        </w:tc>
        <w:tc>
          <w:tcPr>
            <w:tcW w:w="1050" w:type="dxa"/>
            <w:tcMar>
              <w:top w:w="100" w:type="dxa"/>
              <w:left w:w="130" w:type="dxa"/>
              <w:bottom w:w="100" w:type="dxa"/>
              <w:right w:w="130" w:type="dxa"/>
            </w:tcMar>
          </w:tcPr>
          <w:p w14:paraId="09FA50D7" w14:textId="77777777" w:rsidR="00612663" w:rsidRDefault="00612663">
            <w:pPr>
              <w:spacing w:after="480"/>
            </w:pPr>
          </w:p>
        </w:tc>
        <w:tc>
          <w:tcPr>
            <w:tcW w:w="2399" w:type="dxa"/>
            <w:tcMar>
              <w:top w:w="100" w:type="dxa"/>
              <w:left w:w="130" w:type="dxa"/>
              <w:bottom w:w="100" w:type="dxa"/>
              <w:right w:w="130" w:type="dxa"/>
            </w:tcMar>
          </w:tcPr>
          <w:p w14:paraId="62FBFE21" w14:textId="77777777" w:rsidR="00612663" w:rsidRDefault="00612663">
            <w:pPr>
              <w:spacing w:after="480"/>
            </w:pPr>
          </w:p>
        </w:tc>
      </w:tr>
      <w:tr w:rsidR="003A1CAE" w14:paraId="0AF58CC0" w14:textId="77777777">
        <w:tc>
          <w:tcPr>
            <w:tcW w:w="2100" w:type="dxa"/>
            <w:tcMar>
              <w:top w:w="100" w:type="dxa"/>
              <w:left w:w="130" w:type="dxa"/>
              <w:bottom w:w="100" w:type="dxa"/>
              <w:right w:w="130" w:type="dxa"/>
            </w:tcMar>
          </w:tcPr>
          <w:p w14:paraId="58EF2625" w14:textId="77777777" w:rsidR="00612663" w:rsidRDefault="00612663">
            <w:pPr>
              <w:spacing w:after="480"/>
            </w:pPr>
          </w:p>
        </w:tc>
        <w:tc>
          <w:tcPr>
            <w:tcW w:w="1050" w:type="dxa"/>
            <w:tcMar>
              <w:top w:w="100" w:type="dxa"/>
              <w:left w:w="130" w:type="dxa"/>
              <w:bottom w:w="100" w:type="dxa"/>
              <w:right w:w="130" w:type="dxa"/>
            </w:tcMar>
          </w:tcPr>
          <w:p w14:paraId="6997347A" w14:textId="77777777" w:rsidR="00612663" w:rsidRDefault="00612663">
            <w:pPr>
              <w:spacing w:after="480"/>
            </w:pPr>
          </w:p>
        </w:tc>
        <w:tc>
          <w:tcPr>
            <w:tcW w:w="1050" w:type="dxa"/>
            <w:tcMar>
              <w:top w:w="100" w:type="dxa"/>
              <w:left w:w="130" w:type="dxa"/>
              <w:bottom w:w="100" w:type="dxa"/>
              <w:right w:w="130" w:type="dxa"/>
            </w:tcMar>
          </w:tcPr>
          <w:p w14:paraId="68C520C2" w14:textId="77777777" w:rsidR="00612663" w:rsidRDefault="00612663">
            <w:pPr>
              <w:spacing w:after="480"/>
            </w:pPr>
          </w:p>
        </w:tc>
        <w:tc>
          <w:tcPr>
            <w:tcW w:w="1050" w:type="dxa"/>
            <w:tcMar>
              <w:top w:w="100" w:type="dxa"/>
              <w:left w:w="130" w:type="dxa"/>
              <w:bottom w:w="100" w:type="dxa"/>
              <w:right w:w="130" w:type="dxa"/>
            </w:tcMar>
          </w:tcPr>
          <w:p w14:paraId="6D8696A7" w14:textId="77777777" w:rsidR="00612663" w:rsidRDefault="00612663">
            <w:pPr>
              <w:spacing w:after="480"/>
            </w:pPr>
          </w:p>
        </w:tc>
        <w:tc>
          <w:tcPr>
            <w:tcW w:w="1050" w:type="dxa"/>
            <w:tcMar>
              <w:top w:w="100" w:type="dxa"/>
              <w:left w:w="130" w:type="dxa"/>
              <w:bottom w:w="100" w:type="dxa"/>
              <w:right w:w="130" w:type="dxa"/>
            </w:tcMar>
          </w:tcPr>
          <w:p w14:paraId="5F4E7F40" w14:textId="77777777" w:rsidR="00612663" w:rsidRDefault="00612663">
            <w:pPr>
              <w:spacing w:after="480"/>
            </w:pPr>
          </w:p>
        </w:tc>
        <w:tc>
          <w:tcPr>
            <w:tcW w:w="1050" w:type="dxa"/>
            <w:tcMar>
              <w:top w:w="100" w:type="dxa"/>
              <w:left w:w="130" w:type="dxa"/>
              <w:bottom w:w="100" w:type="dxa"/>
              <w:right w:w="130" w:type="dxa"/>
            </w:tcMar>
          </w:tcPr>
          <w:p w14:paraId="61749A62" w14:textId="77777777" w:rsidR="00612663" w:rsidRDefault="00612663">
            <w:pPr>
              <w:spacing w:after="480"/>
            </w:pPr>
          </w:p>
        </w:tc>
        <w:tc>
          <w:tcPr>
            <w:tcW w:w="2399" w:type="dxa"/>
            <w:tcMar>
              <w:top w:w="100" w:type="dxa"/>
              <w:left w:w="130" w:type="dxa"/>
              <w:bottom w:w="100" w:type="dxa"/>
              <w:right w:w="130" w:type="dxa"/>
            </w:tcMar>
          </w:tcPr>
          <w:p w14:paraId="51537D2A" w14:textId="77777777" w:rsidR="00612663" w:rsidRDefault="00612663">
            <w:pPr>
              <w:spacing w:after="480"/>
            </w:pPr>
          </w:p>
        </w:tc>
      </w:tr>
      <w:tr w:rsidR="003A1CAE" w14:paraId="4A1510BA" w14:textId="77777777">
        <w:tc>
          <w:tcPr>
            <w:tcW w:w="2100" w:type="dxa"/>
            <w:tcMar>
              <w:top w:w="100" w:type="dxa"/>
              <w:left w:w="130" w:type="dxa"/>
              <w:bottom w:w="100" w:type="dxa"/>
              <w:right w:w="130" w:type="dxa"/>
            </w:tcMar>
          </w:tcPr>
          <w:p w14:paraId="09256916" w14:textId="77777777" w:rsidR="00612663" w:rsidRDefault="00612663">
            <w:pPr>
              <w:spacing w:after="480"/>
            </w:pPr>
          </w:p>
        </w:tc>
        <w:tc>
          <w:tcPr>
            <w:tcW w:w="1050" w:type="dxa"/>
            <w:tcMar>
              <w:top w:w="100" w:type="dxa"/>
              <w:left w:w="130" w:type="dxa"/>
              <w:bottom w:w="100" w:type="dxa"/>
              <w:right w:w="130" w:type="dxa"/>
            </w:tcMar>
          </w:tcPr>
          <w:p w14:paraId="7B3D2178" w14:textId="77777777" w:rsidR="00612663" w:rsidRDefault="00612663">
            <w:pPr>
              <w:spacing w:after="480"/>
            </w:pPr>
          </w:p>
        </w:tc>
        <w:tc>
          <w:tcPr>
            <w:tcW w:w="1050" w:type="dxa"/>
            <w:tcMar>
              <w:top w:w="100" w:type="dxa"/>
              <w:left w:w="130" w:type="dxa"/>
              <w:bottom w:w="100" w:type="dxa"/>
              <w:right w:w="130" w:type="dxa"/>
            </w:tcMar>
          </w:tcPr>
          <w:p w14:paraId="7339E670" w14:textId="77777777" w:rsidR="00612663" w:rsidRDefault="00612663">
            <w:pPr>
              <w:spacing w:after="480"/>
            </w:pPr>
          </w:p>
        </w:tc>
        <w:tc>
          <w:tcPr>
            <w:tcW w:w="1050" w:type="dxa"/>
            <w:tcMar>
              <w:top w:w="100" w:type="dxa"/>
              <w:left w:w="130" w:type="dxa"/>
              <w:bottom w:w="100" w:type="dxa"/>
              <w:right w:w="130" w:type="dxa"/>
            </w:tcMar>
          </w:tcPr>
          <w:p w14:paraId="0F4A3B9F" w14:textId="77777777" w:rsidR="00612663" w:rsidRDefault="00612663">
            <w:pPr>
              <w:spacing w:after="480"/>
            </w:pPr>
          </w:p>
        </w:tc>
        <w:tc>
          <w:tcPr>
            <w:tcW w:w="1050" w:type="dxa"/>
            <w:tcMar>
              <w:top w:w="100" w:type="dxa"/>
              <w:left w:w="130" w:type="dxa"/>
              <w:bottom w:w="100" w:type="dxa"/>
              <w:right w:w="130" w:type="dxa"/>
            </w:tcMar>
          </w:tcPr>
          <w:p w14:paraId="2DDDE9A7" w14:textId="77777777" w:rsidR="00612663" w:rsidRDefault="00612663">
            <w:pPr>
              <w:spacing w:after="480"/>
            </w:pPr>
          </w:p>
        </w:tc>
        <w:tc>
          <w:tcPr>
            <w:tcW w:w="1050" w:type="dxa"/>
            <w:tcMar>
              <w:top w:w="100" w:type="dxa"/>
              <w:left w:w="130" w:type="dxa"/>
              <w:bottom w:w="100" w:type="dxa"/>
              <w:right w:w="130" w:type="dxa"/>
            </w:tcMar>
          </w:tcPr>
          <w:p w14:paraId="3559698F" w14:textId="77777777" w:rsidR="00612663" w:rsidRDefault="00612663">
            <w:pPr>
              <w:spacing w:after="480"/>
            </w:pPr>
          </w:p>
        </w:tc>
        <w:tc>
          <w:tcPr>
            <w:tcW w:w="2399" w:type="dxa"/>
            <w:tcMar>
              <w:top w:w="100" w:type="dxa"/>
              <w:left w:w="130" w:type="dxa"/>
              <w:bottom w:w="100" w:type="dxa"/>
              <w:right w:w="130" w:type="dxa"/>
            </w:tcMar>
          </w:tcPr>
          <w:p w14:paraId="42336E23" w14:textId="77777777" w:rsidR="00612663" w:rsidRDefault="00612663">
            <w:pPr>
              <w:spacing w:after="480"/>
            </w:pPr>
          </w:p>
        </w:tc>
      </w:tr>
      <w:tr w:rsidR="003A1CAE" w14:paraId="4D74C3DE" w14:textId="77777777">
        <w:tc>
          <w:tcPr>
            <w:tcW w:w="2100" w:type="dxa"/>
            <w:tcMar>
              <w:top w:w="100" w:type="dxa"/>
              <w:left w:w="130" w:type="dxa"/>
              <w:bottom w:w="100" w:type="dxa"/>
              <w:right w:w="130" w:type="dxa"/>
            </w:tcMar>
          </w:tcPr>
          <w:p w14:paraId="252F8B82" w14:textId="77777777" w:rsidR="00612663" w:rsidRDefault="00612663">
            <w:pPr>
              <w:spacing w:after="480"/>
            </w:pPr>
          </w:p>
        </w:tc>
        <w:tc>
          <w:tcPr>
            <w:tcW w:w="1050" w:type="dxa"/>
            <w:tcMar>
              <w:top w:w="100" w:type="dxa"/>
              <w:left w:w="130" w:type="dxa"/>
              <w:bottom w:w="100" w:type="dxa"/>
              <w:right w:w="130" w:type="dxa"/>
            </w:tcMar>
          </w:tcPr>
          <w:p w14:paraId="2C07CF32" w14:textId="77777777" w:rsidR="00612663" w:rsidRDefault="00612663">
            <w:pPr>
              <w:spacing w:after="480"/>
            </w:pPr>
          </w:p>
        </w:tc>
        <w:tc>
          <w:tcPr>
            <w:tcW w:w="1050" w:type="dxa"/>
            <w:tcMar>
              <w:top w:w="100" w:type="dxa"/>
              <w:left w:w="130" w:type="dxa"/>
              <w:bottom w:w="100" w:type="dxa"/>
              <w:right w:w="130" w:type="dxa"/>
            </w:tcMar>
          </w:tcPr>
          <w:p w14:paraId="42A48A41" w14:textId="77777777" w:rsidR="00612663" w:rsidRDefault="00612663">
            <w:pPr>
              <w:spacing w:after="480"/>
            </w:pPr>
          </w:p>
        </w:tc>
        <w:tc>
          <w:tcPr>
            <w:tcW w:w="1050" w:type="dxa"/>
            <w:tcMar>
              <w:top w:w="100" w:type="dxa"/>
              <w:left w:w="130" w:type="dxa"/>
              <w:bottom w:w="100" w:type="dxa"/>
              <w:right w:w="130" w:type="dxa"/>
            </w:tcMar>
          </w:tcPr>
          <w:p w14:paraId="3D58B854" w14:textId="77777777" w:rsidR="00612663" w:rsidRDefault="00612663">
            <w:pPr>
              <w:spacing w:after="480"/>
            </w:pPr>
          </w:p>
        </w:tc>
        <w:tc>
          <w:tcPr>
            <w:tcW w:w="1050" w:type="dxa"/>
            <w:tcMar>
              <w:top w:w="100" w:type="dxa"/>
              <w:left w:w="130" w:type="dxa"/>
              <w:bottom w:w="100" w:type="dxa"/>
              <w:right w:w="130" w:type="dxa"/>
            </w:tcMar>
          </w:tcPr>
          <w:p w14:paraId="0FA44AC1" w14:textId="77777777" w:rsidR="00612663" w:rsidRDefault="00612663">
            <w:pPr>
              <w:spacing w:after="480"/>
            </w:pPr>
          </w:p>
        </w:tc>
        <w:tc>
          <w:tcPr>
            <w:tcW w:w="1050" w:type="dxa"/>
            <w:tcMar>
              <w:top w:w="100" w:type="dxa"/>
              <w:left w:w="130" w:type="dxa"/>
              <w:bottom w:w="100" w:type="dxa"/>
              <w:right w:w="130" w:type="dxa"/>
            </w:tcMar>
          </w:tcPr>
          <w:p w14:paraId="2CD49898" w14:textId="77777777" w:rsidR="00612663" w:rsidRDefault="00612663">
            <w:pPr>
              <w:spacing w:after="480"/>
            </w:pPr>
          </w:p>
        </w:tc>
        <w:tc>
          <w:tcPr>
            <w:tcW w:w="2399" w:type="dxa"/>
            <w:tcMar>
              <w:top w:w="100" w:type="dxa"/>
              <w:left w:w="130" w:type="dxa"/>
              <w:bottom w:w="100" w:type="dxa"/>
              <w:right w:w="130" w:type="dxa"/>
            </w:tcMar>
          </w:tcPr>
          <w:p w14:paraId="72EEC7D2" w14:textId="77777777" w:rsidR="00612663" w:rsidRDefault="00612663">
            <w:pPr>
              <w:spacing w:after="480"/>
            </w:pPr>
          </w:p>
        </w:tc>
      </w:tr>
    </w:tbl>
    <w:p w14:paraId="138AE9CD" w14:textId="77777777" w:rsidR="00612663" w:rsidRDefault="00612663"/>
    <w:p w14:paraId="53382242" w14:textId="77777777" w:rsidR="00612663" w:rsidRPr="004C0885" w:rsidRDefault="00612663">
      <w:pPr>
        <w:pageBreakBefore/>
        <w:spacing w:after="80"/>
        <w:rPr>
          <w:lang w:val="es-ES"/>
        </w:rPr>
      </w:pPr>
      <w:r w:rsidRPr="004C0885">
        <w:rPr>
          <w:rFonts w:ascii="Aptos" w:hAnsi="Aptos"/>
          <w:b/>
          <w:color w:val="2F75B5"/>
          <w:lang w:val="es-ES"/>
        </w:rPr>
        <w:lastRenderedPageBreak/>
        <w:t>GUÍA DOCENTE</w:t>
      </w:r>
    </w:p>
    <w:p w14:paraId="2B870E14" w14:textId="77777777" w:rsidR="00612663" w:rsidRPr="004C0885" w:rsidRDefault="00612663">
      <w:pPr>
        <w:spacing w:after="160"/>
        <w:rPr>
          <w:lang w:val="es-ES"/>
        </w:rPr>
      </w:pPr>
      <w:r w:rsidRPr="004C0885">
        <w:rPr>
          <w:rFonts w:ascii="Aptos" w:hAnsi="Aptos"/>
          <w:b/>
          <w:color w:val="1F4D78"/>
          <w:sz w:val="56"/>
          <w:lang w:val="es-ES"/>
        </w:rPr>
        <w:t>TEMA 8</w:t>
      </w:r>
    </w:p>
    <w:p w14:paraId="7733CF68" w14:textId="77777777" w:rsidR="00612663" w:rsidRPr="004C0885" w:rsidRDefault="00612663">
      <w:pPr>
        <w:rPr>
          <w:lang w:val="es-ES"/>
        </w:rPr>
      </w:pPr>
      <w:r w:rsidRPr="004C0885">
        <w:rPr>
          <w:rFonts w:ascii="Aptos" w:hAnsi="Aptos"/>
          <w:b/>
          <w:color w:val="283846"/>
          <w:sz w:val="40"/>
          <w:lang w:val="es-ES"/>
        </w:rPr>
        <w:t>La Iglesia</w:t>
      </w:r>
    </w:p>
    <w:p w14:paraId="19A8C730" w14:textId="77777777" w:rsidR="00612663" w:rsidRPr="004C0885" w:rsidRDefault="00612663">
      <w:pPr>
        <w:spacing w:after="360"/>
        <w:rPr>
          <w:lang w:val="es-ES"/>
        </w:rPr>
      </w:pPr>
      <w:r w:rsidRPr="004C0885">
        <w:rPr>
          <w:rFonts w:ascii="Aptos" w:hAnsi="Aptos"/>
          <w:color w:val="647789"/>
          <w:sz w:val="24"/>
          <w:lang w:val="es-ES"/>
        </w:rPr>
        <w:t>Educación Infantil · 3 años · Dos sesiones</w:t>
      </w:r>
    </w:p>
    <w:tbl>
      <w:tblPr>
        <w:tblW w:w="10080" w:type="dxa"/>
        <w:tblLayout w:type="fixed"/>
        <w:tblLook w:val="04A0" w:firstRow="1" w:lastRow="0" w:firstColumn="1" w:lastColumn="0" w:noHBand="0" w:noVBand="1"/>
      </w:tblPr>
      <w:tblGrid>
        <w:gridCol w:w="2520"/>
        <w:gridCol w:w="2520"/>
        <w:gridCol w:w="2520"/>
        <w:gridCol w:w="2520"/>
      </w:tblGrid>
      <w:tr w:rsidR="00B00446" w14:paraId="43167BB3" w14:textId="77777777">
        <w:tc>
          <w:tcPr>
            <w:tcW w:w="2520" w:type="dxa"/>
            <w:shd w:val="clear" w:color="auto" w:fill="EAF4EF"/>
            <w:tcMar>
              <w:top w:w="100" w:type="dxa"/>
              <w:left w:w="120" w:type="dxa"/>
              <w:bottom w:w="100" w:type="dxa"/>
              <w:right w:w="120" w:type="dxa"/>
            </w:tcMar>
            <w:vAlign w:val="center"/>
          </w:tcPr>
          <w:p w14:paraId="7AEE4065" w14:textId="77777777" w:rsidR="00612663" w:rsidRDefault="00612663">
            <w:pPr>
              <w:jc w:val="center"/>
            </w:pPr>
            <w:r>
              <w:rPr>
                <w:rFonts w:ascii="Aptos" w:hAnsi="Aptos"/>
                <w:b/>
                <w:color w:val="1F4D78"/>
                <w:sz w:val="21"/>
              </w:rPr>
              <w:t>EXTERIOR</w:t>
            </w:r>
          </w:p>
        </w:tc>
        <w:tc>
          <w:tcPr>
            <w:tcW w:w="2520" w:type="dxa"/>
            <w:shd w:val="clear" w:color="auto" w:fill="E7EEF6"/>
            <w:tcMar>
              <w:top w:w="100" w:type="dxa"/>
              <w:left w:w="120" w:type="dxa"/>
              <w:bottom w:w="100" w:type="dxa"/>
              <w:right w:w="120" w:type="dxa"/>
            </w:tcMar>
            <w:vAlign w:val="center"/>
          </w:tcPr>
          <w:p w14:paraId="2129593B" w14:textId="77777777" w:rsidR="00612663" w:rsidRDefault="00612663">
            <w:pPr>
              <w:jc w:val="center"/>
            </w:pPr>
            <w:r>
              <w:rPr>
                <w:rFonts w:ascii="Aptos" w:hAnsi="Aptos"/>
                <w:b/>
                <w:color w:val="1F4D78"/>
                <w:sz w:val="21"/>
              </w:rPr>
              <w:t>PUERTA</w:t>
            </w:r>
          </w:p>
        </w:tc>
        <w:tc>
          <w:tcPr>
            <w:tcW w:w="2520" w:type="dxa"/>
            <w:shd w:val="clear" w:color="auto" w:fill="FFF3D6"/>
            <w:tcMar>
              <w:top w:w="100" w:type="dxa"/>
              <w:left w:w="120" w:type="dxa"/>
              <w:bottom w:w="100" w:type="dxa"/>
              <w:right w:w="120" w:type="dxa"/>
            </w:tcMar>
            <w:vAlign w:val="center"/>
          </w:tcPr>
          <w:p w14:paraId="4A50EDB2" w14:textId="77777777" w:rsidR="00612663" w:rsidRDefault="00612663">
            <w:pPr>
              <w:jc w:val="center"/>
            </w:pPr>
            <w:r>
              <w:rPr>
                <w:rFonts w:ascii="Aptos" w:hAnsi="Aptos"/>
                <w:b/>
                <w:color w:val="1F4D78"/>
                <w:sz w:val="21"/>
              </w:rPr>
              <w:t>INTERIOR</w:t>
            </w:r>
          </w:p>
        </w:tc>
        <w:tc>
          <w:tcPr>
            <w:tcW w:w="2520" w:type="dxa"/>
            <w:shd w:val="clear" w:color="auto" w:fill="EAF4EF"/>
            <w:tcMar>
              <w:top w:w="100" w:type="dxa"/>
              <w:left w:w="120" w:type="dxa"/>
              <w:bottom w:w="100" w:type="dxa"/>
              <w:right w:w="120" w:type="dxa"/>
            </w:tcMar>
            <w:vAlign w:val="center"/>
          </w:tcPr>
          <w:p w14:paraId="1DBBA786" w14:textId="77777777" w:rsidR="00612663" w:rsidRDefault="00612663">
            <w:pPr>
              <w:jc w:val="center"/>
            </w:pPr>
            <w:r>
              <w:rPr>
                <w:rFonts w:ascii="Aptos" w:hAnsi="Aptos"/>
                <w:b/>
                <w:color w:val="1F4D78"/>
                <w:sz w:val="21"/>
              </w:rPr>
              <w:t>COMUNIDAD</w:t>
            </w:r>
          </w:p>
        </w:tc>
      </w:tr>
      <w:tr w:rsidR="00B00446" w14:paraId="206FBC73" w14:textId="77777777">
        <w:tc>
          <w:tcPr>
            <w:tcW w:w="2520" w:type="dxa"/>
            <w:shd w:val="clear" w:color="auto" w:fill="EAF4EF"/>
            <w:tcMar>
              <w:top w:w="100" w:type="dxa"/>
              <w:left w:w="120" w:type="dxa"/>
              <w:bottom w:w="100" w:type="dxa"/>
              <w:right w:w="120" w:type="dxa"/>
            </w:tcMar>
            <w:vAlign w:val="center"/>
          </w:tcPr>
          <w:p w14:paraId="50944876" w14:textId="77777777" w:rsidR="00612663" w:rsidRDefault="00612663">
            <w:pPr>
              <w:jc w:val="center"/>
            </w:pPr>
            <w:proofErr w:type="spellStart"/>
            <w:r>
              <w:rPr>
                <w:rFonts w:ascii="Aptos" w:hAnsi="Aptos"/>
                <w:color w:val="283846"/>
                <w:sz w:val="19"/>
              </w:rPr>
              <w:t>Reconocer</w:t>
            </w:r>
            <w:proofErr w:type="spellEnd"/>
          </w:p>
        </w:tc>
        <w:tc>
          <w:tcPr>
            <w:tcW w:w="2520" w:type="dxa"/>
            <w:shd w:val="clear" w:color="auto" w:fill="E7EEF6"/>
            <w:tcMar>
              <w:top w:w="100" w:type="dxa"/>
              <w:left w:w="120" w:type="dxa"/>
              <w:bottom w:w="100" w:type="dxa"/>
              <w:right w:w="120" w:type="dxa"/>
            </w:tcMar>
            <w:vAlign w:val="center"/>
          </w:tcPr>
          <w:p w14:paraId="63ACA6D0" w14:textId="77777777" w:rsidR="00612663" w:rsidRDefault="00612663">
            <w:pPr>
              <w:jc w:val="center"/>
            </w:pPr>
            <w:proofErr w:type="spellStart"/>
            <w:r>
              <w:rPr>
                <w:rFonts w:ascii="Aptos" w:hAnsi="Aptos"/>
                <w:color w:val="283846"/>
                <w:sz w:val="19"/>
              </w:rPr>
              <w:t>Rasgar</w:t>
            </w:r>
            <w:proofErr w:type="spellEnd"/>
            <w:r>
              <w:rPr>
                <w:rFonts w:ascii="Aptos" w:hAnsi="Aptos"/>
                <w:color w:val="283846"/>
                <w:sz w:val="19"/>
              </w:rPr>
              <w:t xml:space="preserve"> y </w:t>
            </w:r>
            <w:proofErr w:type="spellStart"/>
            <w:r>
              <w:rPr>
                <w:rFonts w:ascii="Aptos" w:hAnsi="Aptos"/>
                <w:color w:val="283846"/>
                <w:sz w:val="19"/>
              </w:rPr>
              <w:t>pegar</w:t>
            </w:r>
            <w:proofErr w:type="spellEnd"/>
          </w:p>
        </w:tc>
        <w:tc>
          <w:tcPr>
            <w:tcW w:w="2520" w:type="dxa"/>
            <w:shd w:val="clear" w:color="auto" w:fill="FFF3D6"/>
            <w:tcMar>
              <w:top w:w="100" w:type="dxa"/>
              <w:left w:w="120" w:type="dxa"/>
              <w:bottom w:w="100" w:type="dxa"/>
              <w:right w:w="120" w:type="dxa"/>
            </w:tcMar>
            <w:vAlign w:val="center"/>
          </w:tcPr>
          <w:p w14:paraId="7188727E" w14:textId="77777777" w:rsidR="00612663" w:rsidRDefault="00612663">
            <w:pPr>
              <w:jc w:val="center"/>
            </w:pPr>
            <w:proofErr w:type="spellStart"/>
            <w:r>
              <w:rPr>
                <w:rFonts w:ascii="Aptos" w:hAnsi="Aptos"/>
                <w:color w:val="283846"/>
                <w:sz w:val="19"/>
              </w:rPr>
              <w:t>Abrir</w:t>
            </w:r>
            <w:proofErr w:type="spellEnd"/>
            <w:r>
              <w:rPr>
                <w:rFonts w:ascii="Aptos" w:hAnsi="Aptos"/>
                <w:color w:val="283846"/>
                <w:sz w:val="19"/>
              </w:rPr>
              <w:t xml:space="preserve"> y </w:t>
            </w:r>
            <w:proofErr w:type="spellStart"/>
            <w:r>
              <w:rPr>
                <w:rFonts w:ascii="Aptos" w:hAnsi="Aptos"/>
                <w:color w:val="283846"/>
                <w:sz w:val="19"/>
              </w:rPr>
              <w:t>descubrir</w:t>
            </w:r>
            <w:proofErr w:type="spellEnd"/>
          </w:p>
        </w:tc>
        <w:tc>
          <w:tcPr>
            <w:tcW w:w="2520" w:type="dxa"/>
            <w:shd w:val="clear" w:color="auto" w:fill="EAF4EF"/>
            <w:tcMar>
              <w:top w:w="100" w:type="dxa"/>
              <w:left w:w="120" w:type="dxa"/>
              <w:bottom w:w="100" w:type="dxa"/>
              <w:right w:w="120" w:type="dxa"/>
            </w:tcMar>
            <w:vAlign w:val="center"/>
          </w:tcPr>
          <w:p w14:paraId="1A9D526C" w14:textId="77777777" w:rsidR="00612663" w:rsidRDefault="00612663">
            <w:pPr>
              <w:jc w:val="center"/>
            </w:pPr>
            <w:proofErr w:type="spellStart"/>
            <w:r>
              <w:rPr>
                <w:rFonts w:ascii="Aptos" w:hAnsi="Aptos"/>
                <w:color w:val="283846"/>
                <w:sz w:val="19"/>
              </w:rPr>
              <w:t>Reunirse</w:t>
            </w:r>
            <w:proofErr w:type="spellEnd"/>
            <w:r>
              <w:rPr>
                <w:rFonts w:ascii="Aptos" w:hAnsi="Aptos"/>
                <w:color w:val="283846"/>
                <w:sz w:val="19"/>
              </w:rPr>
              <w:t xml:space="preserve"> con Jesús</w:t>
            </w:r>
          </w:p>
        </w:tc>
      </w:tr>
    </w:tbl>
    <w:p w14:paraId="799D38A1" w14:textId="77777777" w:rsidR="00612663" w:rsidRDefault="00612663"/>
    <w:tbl>
      <w:tblPr>
        <w:tblW w:w="10080" w:type="dxa"/>
        <w:tblLayout w:type="fixed"/>
        <w:tblLook w:val="04A0" w:firstRow="1" w:lastRow="0" w:firstColumn="1" w:lastColumn="0" w:noHBand="0" w:noVBand="1"/>
      </w:tblPr>
      <w:tblGrid>
        <w:gridCol w:w="10080"/>
      </w:tblGrid>
      <w:tr w:rsidR="00B00446" w:rsidRPr="004C0885" w14:paraId="4DE595CF" w14:textId="77777777">
        <w:tc>
          <w:tcPr>
            <w:tcW w:w="10080" w:type="dxa"/>
            <w:shd w:val="clear" w:color="auto" w:fill="EAF4EF"/>
            <w:tcMar>
              <w:top w:w="100" w:type="dxa"/>
              <w:left w:w="120" w:type="dxa"/>
              <w:bottom w:w="100" w:type="dxa"/>
              <w:right w:w="120" w:type="dxa"/>
            </w:tcMar>
            <w:vAlign w:val="center"/>
          </w:tcPr>
          <w:p w14:paraId="1F9262D0" w14:textId="77777777" w:rsidR="00612663" w:rsidRPr="004C0885" w:rsidRDefault="00612663">
            <w:pPr>
              <w:rPr>
                <w:lang w:val="es-ES"/>
              </w:rPr>
            </w:pPr>
            <w:r w:rsidRPr="004C0885">
              <w:rPr>
                <w:rFonts w:ascii="Aptos" w:hAnsi="Aptos"/>
                <w:b/>
                <w:color w:val="1F4D78"/>
                <w:sz w:val="21"/>
                <w:lang w:val="es-ES"/>
              </w:rPr>
              <w:t xml:space="preserve">Idea central  </w:t>
            </w:r>
            <w:r w:rsidRPr="004C0885">
              <w:rPr>
                <w:rFonts w:ascii="Aptos" w:hAnsi="Aptos"/>
                <w:color w:val="283846"/>
                <w:sz w:val="21"/>
                <w:lang w:val="es-ES"/>
              </w:rPr>
              <w:t>La iglesia es un lugar especial donde los cristianos se reúnen con Jesús, rezan, cantan y celebran. Su exterior invita a entrar y su interior contiene signos que ayudan a reconocer la fe cristiana.</w:t>
            </w:r>
          </w:p>
        </w:tc>
      </w:tr>
    </w:tbl>
    <w:p w14:paraId="7BB114A4" w14:textId="77777777" w:rsidR="00612663" w:rsidRPr="004C0885" w:rsidRDefault="00612663">
      <w:pPr>
        <w:pStyle w:val="Ttulo2"/>
        <w:rPr>
          <w:lang w:val="es-ES"/>
        </w:rPr>
      </w:pPr>
      <w:r w:rsidRPr="004C0885">
        <w:rPr>
          <w:lang w:val="es-ES"/>
        </w:rPr>
        <w:t>Cómo utilizar esta guía</w:t>
      </w:r>
    </w:p>
    <w:p w14:paraId="5371CDBD" w14:textId="77777777" w:rsidR="00612663" w:rsidRPr="004C0885" w:rsidRDefault="00612663">
      <w:pPr>
        <w:rPr>
          <w:lang w:val="es-ES"/>
        </w:rPr>
      </w:pPr>
      <w:r w:rsidRPr="004C0885">
        <w:rPr>
          <w:rFonts w:ascii="Aptos" w:hAnsi="Aptos"/>
          <w:color w:val="283846"/>
          <w:lang w:val="es-ES"/>
        </w:rPr>
        <w:t>Las dos fichas forman una única actividad manipulativa. En la primera sesión se prepara la puerta exterior; en la segunda se pica como una solapa y se coloca detrás la ficha del interior. La iglesia manipulativa y los espacios Montessori permiten comprender el paso de fuera a dentro antes de trabajar sobre el papel.</w:t>
      </w:r>
    </w:p>
    <w:tbl>
      <w:tblPr>
        <w:tblW w:w="10080" w:type="dxa"/>
        <w:tblLayout w:type="fixed"/>
        <w:tblLook w:val="04A0" w:firstRow="1" w:lastRow="0" w:firstColumn="1" w:lastColumn="0" w:noHBand="0" w:noVBand="1"/>
      </w:tblPr>
      <w:tblGrid>
        <w:gridCol w:w="2232"/>
        <w:gridCol w:w="7848"/>
      </w:tblGrid>
      <w:tr w:rsidR="00B00446" w14:paraId="5627213A" w14:textId="77777777">
        <w:tc>
          <w:tcPr>
            <w:tcW w:w="2232" w:type="dxa"/>
            <w:shd w:val="clear" w:color="auto" w:fill="E7EEF6"/>
            <w:tcMar>
              <w:top w:w="100" w:type="dxa"/>
              <w:left w:w="120" w:type="dxa"/>
              <w:bottom w:w="100" w:type="dxa"/>
              <w:right w:w="120" w:type="dxa"/>
            </w:tcMar>
            <w:vAlign w:val="center"/>
          </w:tcPr>
          <w:p w14:paraId="4FEEB6BB" w14:textId="77777777" w:rsidR="00612663" w:rsidRDefault="00612663">
            <w:proofErr w:type="spellStart"/>
            <w:r>
              <w:rPr>
                <w:rFonts w:ascii="Aptos" w:hAnsi="Aptos"/>
                <w:b/>
                <w:color w:val="1F4D78"/>
                <w:sz w:val="21"/>
              </w:rPr>
              <w:t>Duración</w:t>
            </w:r>
            <w:proofErr w:type="spellEnd"/>
          </w:p>
        </w:tc>
        <w:tc>
          <w:tcPr>
            <w:tcW w:w="7848" w:type="dxa"/>
            <w:tcMar>
              <w:top w:w="100" w:type="dxa"/>
              <w:left w:w="120" w:type="dxa"/>
              <w:bottom w:w="100" w:type="dxa"/>
              <w:right w:w="120" w:type="dxa"/>
            </w:tcMar>
            <w:vAlign w:val="center"/>
          </w:tcPr>
          <w:p w14:paraId="13E5136E" w14:textId="77777777" w:rsidR="00612663" w:rsidRDefault="00612663">
            <w:r>
              <w:rPr>
                <w:rFonts w:ascii="Aptos" w:hAnsi="Aptos"/>
                <w:color w:val="283846"/>
                <w:sz w:val="21"/>
              </w:rPr>
              <w:t xml:space="preserve">2 </w:t>
            </w:r>
            <w:proofErr w:type="spellStart"/>
            <w:r>
              <w:rPr>
                <w:rFonts w:ascii="Aptos" w:hAnsi="Aptos"/>
                <w:color w:val="283846"/>
                <w:sz w:val="21"/>
              </w:rPr>
              <w:t>sesiones</w:t>
            </w:r>
            <w:proofErr w:type="spellEnd"/>
            <w:r>
              <w:rPr>
                <w:rFonts w:ascii="Aptos" w:hAnsi="Aptos"/>
                <w:color w:val="283846"/>
                <w:sz w:val="21"/>
              </w:rPr>
              <w:t xml:space="preserve"> de 45-60 </w:t>
            </w:r>
            <w:proofErr w:type="spellStart"/>
            <w:r>
              <w:rPr>
                <w:rFonts w:ascii="Aptos" w:hAnsi="Aptos"/>
                <w:color w:val="283846"/>
                <w:sz w:val="21"/>
              </w:rPr>
              <w:t>minutos</w:t>
            </w:r>
            <w:proofErr w:type="spellEnd"/>
            <w:r>
              <w:rPr>
                <w:rFonts w:ascii="Aptos" w:hAnsi="Aptos"/>
                <w:color w:val="283846"/>
                <w:sz w:val="21"/>
              </w:rPr>
              <w:t>.</w:t>
            </w:r>
          </w:p>
        </w:tc>
      </w:tr>
      <w:tr w:rsidR="00B00446" w:rsidRPr="004C0885" w14:paraId="27B548FD" w14:textId="77777777">
        <w:tc>
          <w:tcPr>
            <w:tcW w:w="2232" w:type="dxa"/>
            <w:shd w:val="clear" w:color="auto" w:fill="E7EEF6"/>
            <w:tcMar>
              <w:top w:w="100" w:type="dxa"/>
              <w:left w:w="120" w:type="dxa"/>
              <w:bottom w:w="100" w:type="dxa"/>
              <w:right w:w="120" w:type="dxa"/>
            </w:tcMar>
            <w:vAlign w:val="center"/>
          </w:tcPr>
          <w:p w14:paraId="363285BD" w14:textId="77777777" w:rsidR="00612663" w:rsidRDefault="00612663">
            <w:proofErr w:type="spellStart"/>
            <w:r>
              <w:rPr>
                <w:rFonts w:ascii="Aptos" w:hAnsi="Aptos"/>
                <w:b/>
                <w:color w:val="1F4D78"/>
                <w:sz w:val="21"/>
              </w:rPr>
              <w:t>Producto</w:t>
            </w:r>
            <w:proofErr w:type="spellEnd"/>
          </w:p>
        </w:tc>
        <w:tc>
          <w:tcPr>
            <w:tcW w:w="7848" w:type="dxa"/>
            <w:tcMar>
              <w:top w:w="100" w:type="dxa"/>
              <w:left w:w="120" w:type="dxa"/>
              <w:bottom w:w="100" w:type="dxa"/>
              <w:right w:w="120" w:type="dxa"/>
            </w:tcMar>
            <w:vAlign w:val="center"/>
          </w:tcPr>
          <w:p w14:paraId="4B416B11" w14:textId="77777777" w:rsidR="00612663" w:rsidRPr="004C0885" w:rsidRDefault="00612663">
            <w:pPr>
              <w:rPr>
                <w:lang w:val="es-ES"/>
              </w:rPr>
            </w:pPr>
            <w:r w:rsidRPr="004C0885">
              <w:rPr>
                <w:rFonts w:ascii="Aptos" w:hAnsi="Aptos"/>
                <w:color w:val="283846"/>
                <w:sz w:val="21"/>
                <w:lang w:val="es-ES"/>
              </w:rPr>
              <w:t>Fichas 26 y 27 montadas como puerta practicable.</w:t>
            </w:r>
          </w:p>
        </w:tc>
      </w:tr>
      <w:tr w:rsidR="00B00446" w:rsidRPr="004C0885" w14:paraId="7BBB4F92" w14:textId="77777777">
        <w:tc>
          <w:tcPr>
            <w:tcW w:w="2232" w:type="dxa"/>
            <w:shd w:val="clear" w:color="auto" w:fill="E7EEF6"/>
            <w:tcMar>
              <w:top w:w="100" w:type="dxa"/>
              <w:left w:w="120" w:type="dxa"/>
              <w:bottom w:w="100" w:type="dxa"/>
              <w:right w:w="120" w:type="dxa"/>
            </w:tcMar>
            <w:vAlign w:val="center"/>
          </w:tcPr>
          <w:p w14:paraId="70BDD545" w14:textId="77777777" w:rsidR="00612663" w:rsidRDefault="00612663">
            <w:proofErr w:type="spellStart"/>
            <w:r>
              <w:rPr>
                <w:rFonts w:ascii="Aptos" w:hAnsi="Aptos"/>
                <w:b/>
                <w:color w:val="1F4D78"/>
                <w:sz w:val="21"/>
              </w:rPr>
              <w:t>Metodología</w:t>
            </w:r>
            <w:proofErr w:type="spellEnd"/>
          </w:p>
        </w:tc>
        <w:tc>
          <w:tcPr>
            <w:tcW w:w="7848" w:type="dxa"/>
            <w:tcMar>
              <w:top w:w="100" w:type="dxa"/>
              <w:left w:w="120" w:type="dxa"/>
              <w:bottom w:w="100" w:type="dxa"/>
              <w:right w:w="120" w:type="dxa"/>
            </w:tcMar>
            <w:vAlign w:val="center"/>
          </w:tcPr>
          <w:p w14:paraId="3DAB9D38" w14:textId="77777777" w:rsidR="00612663" w:rsidRPr="004C0885" w:rsidRDefault="00612663">
            <w:pPr>
              <w:rPr>
                <w:lang w:val="es-ES"/>
              </w:rPr>
            </w:pPr>
            <w:r w:rsidRPr="004C0885">
              <w:rPr>
                <w:rFonts w:ascii="Aptos" w:hAnsi="Aptos"/>
                <w:color w:val="283846"/>
                <w:sz w:val="21"/>
                <w:lang w:val="es-ES"/>
              </w:rPr>
              <w:t>Diálogo, observación, modelo manipulativo, espacios Montessori, rasgado, pegado y picado.</w:t>
            </w:r>
          </w:p>
        </w:tc>
      </w:tr>
      <w:tr w:rsidR="00B00446" w:rsidRPr="004C0885" w14:paraId="61982DF8" w14:textId="77777777">
        <w:tc>
          <w:tcPr>
            <w:tcW w:w="2232" w:type="dxa"/>
            <w:shd w:val="clear" w:color="auto" w:fill="E7EEF6"/>
            <w:tcMar>
              <w:top w:w="100" w:type="dxa"/>
              <w:left w:w="120" w:type="dxa"/>
              <w:bottom w:w="100" w:type="dxa"/>
              <w:right w:w="120" w:type="dxa"/>
            </w:tcMar>
            <w:vAlign w:val="center"/>
          </w:tcPr>
          <w:p w14:paraId="5BE89943" w14:textId="77777777" w:rsidR="00612663" w:rsidRDefault="00612663">
            <w:proofErr w:type="spellStart"/>
            <w:r>
              <w:rPr>
                <w:rFonts w:ascii="Aptos" w:hAnsi="Aptos"/>
                <w:b/>
                <w:color w:val="1F4D78"/>
                <w:sz w:val="21"/>
              </w:rPr>
              <w:t>Materiales</w:t>
            </w:r>
            <w:proofErr w:type="spellEnd"/>
          </w:p>
        </w:tc>
        <w:tc>
          <w:tcPr>
            <w:tcW w:w="7848" w:type="dxa"/>
            <w:tcMar>
              <w:top w:w="100" w:type="dxa"/>
              <w:left w:w="120" w:type="dxa"/>
              <w:bottom w:w="100" w:type="dxa"/>
              <w:right w:w="120" w:type="dxa"/>
            </w:tcMar>
            <w:vAlign w:val="center"/>
          </w:tcPr>
          <w:p w14:paraId="054C77AF" w14:textId="77777777" w:rsidR="00612663" w:rsidRPr="004C0885" w:rsidRDefault="00612663">
            <w:pPr>
              <w:rPr>
                <w:lang w:val="es-ES"/>
              </w:rPr>
            </w:pPr>
            <w:r w:rsidRPr="004C0885">
              <w:rPr>
                <w:rFonts w:ascii="Aptos" w:hAnsi="Aptos"/>
                <w:color w:val="283846"/>
                <w:sz w:val="21"/>
                <w:lang w:val="es-ES"/>
              </w:rPr>
              <w:t>Usar los disponibles en el aula; no realizar compras específicas.</w:t>
            </w:r>
          </w:p>
        </w:tc>
      </w:tr>
    </w:tbl>
    <w:p w14:paraId="2628622E" w14:textId="77777777" w:rsidR="00612663" w:rsidRPr="004C0885" w:rsidRDefault="00612663">
      <w:pPr>
        <w:rPr>
          <w:lang w:val="es-ES"/>
        </w:rPr>
      </w:pPr>
      <w:r w:rsidRPr="004C0885">
        <w:rPr>
          <w:lang w:val="es-ES"/>
        </w:rPr>
        <w:br w:type="page"/>
      </w:r>
    </w:p>
    <w:p w14:paraId="764B4571" w14:textId="77777777" w:rsidR="00612663" w:rsidRPr="004C0885" w:rsidRDefault="00612663">
      <w:pPr>
        <w:pStyle w:val="Ttulo1"/>
        <w:rPr>
          <w:lang w:val="es-ES"/>
        </w:rPr>
      </w:pPr>
      <w:r w:rsidRPr="004C0885">
        <w:rPr>
          <w:lang w:val="es-ES"/>
        </w:rPr>
        <w:lastRenderedPageBreak/>
        <w:t>1. Antes de comenzar</w:t>
      </w:r>
    </w:p>
    <w:p w14:paraId="40B3EBDF" w14:textId="77777777" w:rsidR="00612663" w:rsidRPr="004C0885" w:rsidRDefault="00612663">
      <w:pPr>
        <w:pStyle w:val="Ttulo2"/>
        <w:rPr>
          <w:lang w:val="es-ES"/>
        </w:rPr>
      </w:pPr>
      <w:r w:rsidRPr="004C0885">
        <w:rPr>
          <w:lang w:val="es-ES"/>
        </w:rPr>
        <w:t>Inventario y preparación</w:t>
      </w:r>
    </w:p>
    <w:tbl>
      <w:tblPr>
        <w:tblW w:w="10080" w:type="dxa"/>
        <w:tblLayout w:type="fixed"/>
        <w:tblLook w:val="04A0" w:firstRow="1" w:lastRow="0" w:firstColumn="1" w:lastColumn="0" w:noHBand="0" w:noVBand="1"/>
      </w:tblPr>
      <w:tblGrid>
        <w:gridCol w:w="2232"/>
        <w:gridCol w:w="7848"/>
      </w:tblGrid>
      <w:tr w:rsidR="00B00446" w:rsidRPr="004C0885" w14:paraId="68A8379B" w14:textId="77777777">
        <w:tc>
          <w:tcPr>
            <w:tcW w:w="2232" w:type="dxa"/>
            <w:shd w:val="clear" w:color="auto" w:fill="E7EEF6"/>
            <w:tcMar>
              <w:top w:w="100" w:type="dxa"/>
              <w:left w:w="120" w:type="dxa"/>
              <w:bottom w:w="100" w:type="dxa"/>
              <w:right w:w="120" w:type="dxa"/>
            </w:tcMar>
            <w:vAlign w:val="center"/>
          </w:tcPr>
          <w:p w14:paraId="516CB289" w14:textId="77777777" w:rsidR="00612663" w:rsidRDefault="00612663">
            <w:r>
              <w:rPr>
                <w:rFonts w:ascii="Aptos" w:hAnsi="Aptos"/>
                <w:b/>
                <w:color w:val="1F4D78"/>
                <w:sz w:val="21"/>
              </w:rPr>
              <w:t>Modelo</w:t>
            </w:r>
          </w:p>
        </w:tc>
        <w:tc>
          <w:tcPr>
            <w:tcW w:w="7848" w:type="dxa"/>
            <w:tcMar>
              <w:top w:w="100" w:type="dxa"/>
              <w:left w:w="120" w:type="dxa"/>
              <w:bottom w:w="100" w:type="dxa"/>
              <w:right w:w="120" w:type="dxa"/>
            </w:tcMar>
            <w:vAlign w:val="center"/>
          </w:tcPr>
          <w:p w14:paraId="520A1A85" w14:textId="77777777" w:rsidR="00612663" w:rsidRPr="004C0885" w:rsidRDefault="00612663">
            <w:pPr>
              <w:rPr>
                <w:lang w:val="es-ES"/>
              </w:rPr>
            </w:pPr>
            <w:r w:rsidRPr="004C0885">
              <w:rPr>
                <w:rFonts w:ascii="Aptos" w:hAnsi="Aptos"/>
                <w:color w:val="283846"/>
                <w:sz w:val="21"/>
                <w:lang w:val="es-ES"/>
              </w:rPr>
              <w:t>Iglesia manipulativa o pequeña maqueta con puerta, altar, cruz, cáliz, patena y sagrario.</w:t>
            </w:r>
          </w:p>
        </w:tc>
      </w:tr>
      <w:tr w:rsidR="00B00446" w:rsidRPr="004C0885" w14:paraId="2DBAF77D" w14:textId="77777777">
        <w:tc>
          <w:tcPr>
            <w:tcW w:w="2232" w:type="dxa"/>
            <w:shd w:val="clear" w:color="auto" w:fill="E7EEF6"/>
            <w:tcMar>
              <w:top w:w="100" w:type="dxa"/>
              <w:left w:w="120" w:type="dxa"/>
              <w:bottom w:w="100" w:type="dxa"/>
              <w:right w:w="120" w:type="dxa"/>
            </w:tcMar>
            <w:vAlign w:val="center"/>
          </w:tcPr>
          <w:p w14:paraId="186A269A" w14:textId="77777777" w:rsidR="00612663" w:rsidRDefault="00612663">
            <w:proofErr w:type="spellStart"/>
            <w:r>
              <w:rPr>
                <w:rFonts w:ascii="Aptos" w:hAnsi="Aptos"/>
                <w:b/>
                <w:color w:val="1F4D78"/>
                <w:sz w:val="21"/>
              </w:rPr>
              <w:t>Fichas</w:t>
            </w:r>
            <w:proofErr w:type="spellEnd"/>
          </w:p>
        </w:tc>
        <w:tc>
          <w:tcPr>
            <w:tcW w:w="7848" w:type="dxa"/>
            <w:tcMar>
              <w:top w:w="100" w:type="dxa"/>
              <w:left w:w="120" w:type="dxa"/>
              <w:bottom w:w="100" w:type="dxa"/>
              <w:right w:w="120" w:type="dxa"/>
            </w:tcMar>
            <w:vAlign w:val="center"/>
          </w:tcPr>
          <w:p w14:paraId="3B57AE00" w14:textId="77777777" w:rsidR="00612663" w:rsidRPr="004C0885" w:rsidRDefault="00612663">
            <w:pPr>
              <w:rPr>
                <w:lang w:val="es-ES"/>
              </w:rPr>
            </w:pPr>
            <w:r w:rsidRPr="004C0885">
              <w:rPr>
                <w:rFonts w:ascii="Aptos" w:hAnsi="Aptos"/>
                <w:color w:val="283846"/>
                <w:sz w:val="21"/>
                <w:lang w:val="es-ES"/>
              </w:rPr>
              <w:t>Copias en color de las fichas 26 y 27.</w:t>
            </w:r>
          </w:p>
        </w:tc>
      </w:tr>
      <w:tr w:rsidR="00B00446" w:rsidRPr="004C0885" w14:paraId="5187B0E6" w14:textId="77777777">
        <w:tc>
          <w:tcPr>
            <w:tcW w:w="2232" w:type="dxa"/>
            <w:shd w:val="clear" w:color="auto" w:fill="E7EEF6"/>
            <w:tcMar>
              <w:top w:w="100" w:type="dxa"/>
              <w:left w:w="120" w:type="dxa"/>
              <w:bottom w:w="100" w:type="dxa"/>
              <w:right w:w="120" w:type="dxa"/>
            </w:tcMar>
            <w:vAlign w:val="center"/>
          </w:tcPr>
          <w:p w14:paraId="78B546CE" w14:textId="77777777" w:rsidR="00612663" w:rsidRDefault="00612663">
            <w:r>
              <w:rPr>
                <w:rFonts w:ascii="Aptos" w:hAnsi="Aptos"/>
                <w:b/>
                <w:color w:val="1F4D78"/>
                <w:sz w:val="21"/>
              </w:rPr>
              <w:t>Collage</w:t>
            </w:r>
          </w:p>
        </w:tc>
        <w:tc>
          <w:tcPr>
            <w:tcW w:w="7848" w:type="dxa"/>
            <w:tcMar>
              <w:top w:w="100" w:type="dxa"/>
              <w:left w:w="120" w:type="dxa"/>
              <w:bottom w:w="100" w:type="dxa"/>
              <w:right w:w="120" w:type="dxa"/>
            </w:tcMar>
            <w:vAlign w:val="center"/>
          </w:tcPr>
          <w:p w14:paraId="5D6A4937" w14:textId="77777777" w:rsidR="00612663" w:rsidRPr="004C0885" w:rsidRDefault="00612663">
            <w:pPr>
              <w:rPr>
                <w:lang w:val="es-ES"/>
              </w:rPr>
            </w:pPr>
            <w:r w:rsidRPr="004C0885">
              <w:rPr>
                <w:rFonts w:ascii="Aptos" w:hAnsi="Aptos"/>
                <w:color w:val="283846"/>
                <w:sz w:val="21"/>
                <w:lang w:val="es-ES"/>
              </w:rPr>
              <w:t>Papel marrón fino en uno o varios tonos, pegamento escolar, bandejas y paños.</w:t>
            </w:r>
          </w:p>
        </w:tc>
      </w:tr>
      <w:tr w:rsidR="00B00446" w:rsidRPr="004C0885" w14:paraId="6D51520A" w14:textId="77777777">
        <w:tc>
          <w:tcPr>
            <w:tcW w:w="2232" w:type="dxa"/>
            <w:shd w:val="clear" w:color="auto" w:fill="E7EEF6"/>
            <w:tcMar>
              <w:top w:w="100" w:type="dxa"/>
              <w:left w:w="120" w:type="dxa"/>
              <w:bottom w:w="100" w:type="dxa"/>
              <w:right w:w="120" w:type="dxa"/>
            </w:tcMar>
            <w:vAlign w:val="center"/>
          </w:tcPr>
          <w:p w14:paraId="5D9A534D" w14:textId="77777777" w:rsidR="00612663" w:rsidRDefault="00612663">
            <w:r>
              <w:rPr>
                <w:rFonts w:ascii="Aptos" w:hAnsi="Aptos"/>
                <w:b/>
                <w:color w:val="1F4D78"/>
                <w:sz w:val="21"/>
              </w:rPr>
              <w:t>Picado</w:t>
            </w:r>
          </w:p>
        </w:tc>
        <w:tc>
          <w:tcPr>
            <w:tcW w:w="7848" w:type="dxa"/>
            <w:tcMar>
              <w:top w:w="100" w:type="dxa"/>
              <w:left w:w="120" w:type="dxa"/>
              <w:bottom w:w="100" w:type="dxa"/>
              <w:right w:w="120" w:type="dxa"/>
            </w:tcMar>
            <w:vAlign w:val="center"/>
          </w:tcPr>
          <w:p w14:paraId="047A9275" w14:textId="77777777" w:rsidR="00612663" w:rsidRPr="004C0885" w:rsidRDefault="00612663">
            <w:pPr>
              <w:rPr>
                <w:lang w:val="es-ES"/>
              </w:rPr>
            </w:pPr>
            <w:r w:rsidRPr="004C0885">
              <w:rPr>
                <w:rFonts w:ascii="Aptos" w:hAnsi="Aptos"/>
                <w:color w:val="283846"/>
                <w:sz w:val="21"/>
                <w:lang w:val="es-ES"/>
              </w:rPr>
              <w:t>Rotulador grueso, punzones y alfombrillas en buen estado.</w:t>
            </w:r>
          </w:p>
        </w:tc>
      </w:tr>
      <w:tr w:rsidR="00B00446" w:rsidRPr="004C0885" w14:paraId="7C520204" w14:textId="77777777">
        <w:tc>
          <w:tcPr>
            <w:tcW w:w="2232" w:type="dxa"/>
            <w:shd w:val="clear" w:color="auto" w:fill="E7EEF6"/>
            <w:tcMar>
              <w:top w:w="100" w:type="dxa"/>
              <w:left w:w="120" w:type="dxa"/>
              <w:bottom w:w="100" w:type="dxa"/>
              <w:right w:w="120" w:type="dxa"/>
            </w:tcMar>
            <w:vAlign w:val="center"/>
          </w:tcPr>
          <w:p w14:paraId="63C54B08" w14:textId="77777777" w:rsidR="00612663" w:rsidRDefault="00612663">
            <w:proofErr w:type="spellStart"/>
            <w:r>
              <w:rPr>
                <w:rFonts w:ascii="Aptos" w:hAnsi="Aptos"/>
                <w:b/>
                <w:color w:val="1F4D78"/>
                <w:sz w:val="21"/>
              </w:rPr>
              <w:t>Apoyo</w:t>
            </w:r>
            <w:proofErr w:type="spellEnd"/>
            <w:r>
              <w:rPr>
                <w:rFonts w:ascii="Aptos" w:hAnsi="Aptos"/>
                <w:b/>
                <w:color w:val="1F4D78"/>
                <w:sz w:val="21"/>
              </w:rPr>
              <w:t xml:space="preserve"> visual</w:t>
            </w:r>
          </w:p>
        </w:tc>
        <w:tc>
          <w:tcPr>
            <w:tcW w:w="7848" w:type="dxa"/>
            <w:tcMar>
              <w:top w:w="100" w:type="dxa"/>
              <w:left w:w="120" w:type="dxa"/>
              <w:bottom w:w="100" w:type="dxa"/>
              <w:right w:w="120" w:type="dxa"/>
            </w:tcMar>
            <w:vAlign w:val="center"/>
          </w:tcPr>
          <w:p w14:paraId="22DC666C" w14:textId="77777777" w:rsidR="00612663" w:rsidRPr="004C0885" w:rsidRDefault="00612663">
            <w:pPr>
              <w:rPr>
                <w:lang w:val="es-ES"/>
              </w:rPr>
            </w:pPr>
            <w:r w:rsidRPr="004C0885">
              <w:rPr>
                <w:rFonts w:ascii="Aptos" w:hAnsi="Aptos"/>
                <w:color w:val="283846"/>
                <w:sz w:val="21"/>
                <w:lang w:val="es-ES"/>
              </w:rPr>
              <w:t>Imagen sencilla de un sagrario y Biblia infantil o cuento breve.</w:t>
            </w:r>
          </w:p>
        </w:tc>
      </w:tr>
    </w:tbl>
    <w:p w14:paraId="712449E9" w14:textId="77777777" w:rsidR="00612663" w:rsidRPr="004C0885" w:rsidRDefault="00612663">
      <w:pPr>
        <w:pStyle w:val="Ttulo2"/>
        <w:rPr>
          <w:lang w:val="es-ES"/>
        </w:rPr>
      </w:pPr>
      <w:r w:rsidRPr="004C0885">
        <w:rPr>
          <w:lang w:val="es-ES"/>
        </w:rPr>
        <w:t>Montaje previo importante</w:t>
      </w:r>
    </w:p>
    <w:p w14:paraId="18347698" w14:textId="77777777" w:rsidR="00612663" w:rsidRDefault="00612663">
      <w:r w:rsidRPr="004C0885">
        <w:rPr>
          <w:rFonts w:ascii="Aptos" w:hAnsi="Aptos"/>
          <w:color w:val="283846"/>
          <w:lang w:val="es-ES"/>
        </w:rPr>
        <w:t xml:space="preserve">La ficha 26 se realiza y se deja secar en horizontal durante la primera sesión. En la segunda, la maestra marca con rotulador grueso los lados superior, inferior y derecho de la puerta; el lado izquierdo no se pica porque funciona como bisagra. Tras el picado, se alinea y pega detrás la ficha 27. </w:t>
      </w:r>
      <w:r>
        <w:rPr>
          <w:rFonts w:ascii="Aptos" w:hAnsi="Aptos"/>
          <w:color w:val="283846"/>
        </w:rPr>
        <w:t xml:space="preserve">La </w:t>
      </w:r>
      <w:proofErr w:type="spellStart"/>
      <w:r>
        <w:rPr>
          <w:rFonts w:ascii="Aptos" w:hAnsi="Aptos"/>
          <w:color w:val="283846"/>
        </w:rPr>
        <w:t>puerta</w:t>
      </w:r>
      <w:proofErr w:type="spellEnd"/>
      <w:r>
        <w:rPr>
          <w:rFonts w:ascii="Aptos" w:hAnsi="Aptos"/>
          <w:color w:val="283846"/>
        </w:rPr>
        <w:t xml:space="preserve"> no se </w:t>
      </w:r>
      <w:proofErr w:type="spellStart"/>
      <w:r>
        <w:rPr>
          <w:rFonts w:ascii="Aptos" w:hAnsi="Aptos"/>
          <w:color w:val="283846"/>
        </w:rPr>
        <w:t>separa</w:t>
      </w:r>
      <w:proofErr w:type="spellEnd"/>
      <w:r>
        <w:rPr>
          <w:rFonts w:ascii="Aptos" w:hAnsi="Aptos"/>
          <w:color w:val="283846"/>
        </w:rPr>
        <w:t xml:space="preserve"> </w:t>
      </w:r>
      <w:proofErr w:type="spellStart"/>
      <w:r>
        <w:rPr>
          <w:rFonts w:ascii="Aptos" w:hAnsi="Aptos"/>
          <w:color w:val="283846"/>
        </w:rPr>
        <w:t>completamente</w:t>
      </w:r>
      <w:proofErr w:type="spellEnd"/>
      <w:r>
        <w:rPr>
          <w:rFonts w:ascii="Aptos" w:hAnsi="Aptos"/>
          <w:color w:val="283846"/>
        </w:rPr>
        <w:t>.</w:t>
      </w:r>
    </w:p>
    <w:tbl>
      <w:tblPr>
        <w:tblW w:w="10080" w:type="dxa"/>
        <w:tblLayout w:type="fixed"/>
        <w:tblLook w:val="04A0" w:firstRow="1" w:lastRow="0" w:firstColumn="1" w:lastColumn="0" w:noHBand="0" w:noVBand="1"/>
      </w:tblPr>
      <w:tblGrid>
        <w:gridCol w:w="10080"/>
      </w:tblGrid>
      <w:tr w:rsidR="00B00446" w:rsidRPr="004C0885" w14:paraId="023EAD4A" w14:textId="77777777">
        <w:tc>
          <w:tcPr>
            <w:tcW w:w="10080" w:type="dxa"/>
            <w:shd w:val="clear" w:color="auto" w:fill="FFF3D6"/>
            <w:tcMar>
              <w:top w:w="100" w:type="dxa"/>
              <w:left w:w="120" w:type="dxa"/>
              <w:bottom w:w="100" w:type="dxa"/>
              <w:right w:w="120" w:type="dxa"/>
            </w:tcMar>
            <w:vAlign w:val="center"/>
          </w:tcPr>
          <w:p w14:paraId="2FB65DF1" w14:textId="77777777" w:rsidR="00612663" w:rsidRPr="004C0885" w:rsidRDefault="00612663">
            <w:pPr>
              <w:rPr>
                <w:lang w:val="es-ES"/>
              </w:rPr>
            </w:pPr>
            <w:proofErr w:type="gramStart"/>
            <w:r w:rsidRPr="004C0885">
              <w:rPr>
                <w:rFonts w:ascii="Aptos" w:hAnsi="Aptos"/>
                <w:b/>
                <w:color w:val="1F4D78"/>
                <w:sz w:val="21"/>
                <w:lang w:val="es-ES"/>
              </w:rPr>
              <w:t xml:space="preserve">Seguridad  </w:t>
            </w:r>
            <w:r w:rsidRPr="004C0885">
              <w:rPr>
                <w:rFonts w:ascii="Aptos" w:hAnsi="Aptos"/>
                <w:color w:val="283846"/>
                <w:sz w:val="21"/>
                <w:lang w:val="es-ES"/>
              </w:rPr>
              <w:t>El</w:t>
            </w:r>
            <w:proofErr w:type="gramEnd"/>
            <w:r w:rsidRPr="004C0885">
              <w:rPr>
                <w:rFonts w:ascii="Aptos" w:hAnsi="Aptos"/>
                <w:color w:val="283846"/>
                <w:sz w:val="21"/>
                <w:lang w:val="es-ES"/>
              </w:rPr>
              <w:t xml:space="preserve"> picado se realiza siempre sobre alfombrilla y con supervisión. Si no puede garantizarse un uso seguro, la persona adulta prepara la perforación y el niño abre, observa y participa en el montaje.</w:t>
            </w:r>
          </w:p>
        </w:tc>
      </w:tr>
    </w:tbl>
    <w:p w14:paraId="398A8EFB" w14:textId="77777777" w:rsidR="00612663" w:rsidRPr="004C0885" w:rsidRDefault="00612663">
      <w:pPr>
        <w:pStyle w:val="Ttulo2"/>
        <w:rPr>
          <w:lang w:val="es-ES"/>
        </w:rPr>
      </w:pPr>
      <w:r w:rsidRPr="004C0885">
        <w:rPr>
          <w:lang w:val="es-ES"/>
        </w:rPr>
        <w:t>Progresión del tema</w:t>
      </w:r>
    </w:p>
    <w:p w14:paraId="139BF547" w14:textId="77777777" w:rsidR="00612663" w:rsidRPr="004C0885" w:rsidRDefault="00612663">
      <w:pPr>
        <w:rPr>
          <w:lang w:val="es-ES"/>
        </w:rPr>
      </w:pPr>
      <w:r w:rsidRPr="004C0885">
        <w:rPr>
          <w:rFonts w:ascii="Aptos" w:hAnsi="Aptos"/>
          <w:b/>
          <w:color w:val="1F4D78"/>
          <w:lang w:val="es-ES"/>
        </w:rPr>
        <w:t xml:space="preserve">Sesión 1 · Exterior:  </w:t>
      </w:r>
      <w:r w:rsidRPr="004C0885">
        <w:rPr>
          <w:rFonts w:ascii="Aptos" w:hAnsi="Aptos"/>
          <w:color w:val="283846"/>
          <w:lang w:val="es-ES"/>
        </w:rPr>
        <w:t>reconocer una iglesia, comprender la expresión «casa de Jesús» y completar la puerta con collage de papel.</w:t>
      </w:r>
    </w:p>
    <w:p w14:paraId="611D50D9" w14:textId="77777777" w:rsidR="00612663" w:rsidRPr="004C0885" w:rsidRDefault="00612663">
      <w:pPr>
        <w:rPr>
          <w:lang w:val="es-ES"/>
        </w:rPr>
      </w:pPr>
      <w:r w:rsidRPr="004C0885">
        <w:rPr>
          <w:rFonts w:ascii="Aptos" w:hAnsi="Aptos"/>
          <w:b/>
          <w:color w:val="1F4D78"/>
          <w:lang w:val="es-ES"/>
        </w:rPr>
        <w:t xml:space="preserve">Sesión 2 · Interior:  </w:t>
      </w:r>
      <w:r w:rsidRPr="004C0885">
        <w:rPr>
          <w:rFonts w:ascii="Aptos" w:hAnsi="Aptos"/>
          <w:color w:val="283846"/>
          <w:lang w:val="es-ES"/>
        </w:rPr>
        <w:t>abrir la puerta, descubrir signos cristianos y montar las dos fichas como una sola producción.</w:t>
      </w:r>
    </w:p>
    <w:p w14:paraId="3CB38D8B" w14:textId="77777777" w:rsidR="00612663" w:rsidRPr="004C0885" w:rsidRDefault="00612663">
      <w:pPr>
        <w:pStyle w:val="Ttulo2"/>
        <w:rPr>
          <w:lang w:val="es-ES"/>
        </w:rPr>
      </w:pPr>
      <w:r w:rsidRPr="004C0885">
        <w:rPr>
          <w:lang w:val="es-ES"/>
        </w:rPr>
        <w:t>Rutina común</w:t>
      </w:r>
    </w:p>
    <w:p w14:paraId="4F49D8E0" w14:textId="77777777" w:rsidR="00612663" w:rsidRPr="004C0885" w:rsidRDefault="00612663">
      <w:pPr>
        <w:rPr>
          <w:lang w:val="es-ES"/>
        </w:rPr>
      </w:pPr>
      <w:r w:rsidRPr="004C0885">
        <w:rPr>
          <w:rFonts w:ascii="Aptos" w:hAnsi="Aptos"/>
          <w:color w:val="283846"/>
          <w:lang w:val="es-ES"/>
        </w:rPr>
        <w:t>Acogida; observación de la iglesia manipulativa; conversación breve; oración o canción; exploración de espacios; ficha; recogida y despedida. No se exige memorizar vocabulario: se permite nombrar, señalar, relacionar o imitar.</w:t>
      </w:r>
    </w:p>
    <w:tbl>
      <w:tblPr>
        <w:tblW w:w="10080" w:type="dxa"/>
        <w:tblLayout w:type="fixed"/>
        <w:tblLook w:val="04A0" w:firstRow="1" w:lastRow="0" w:firstColumn="1" w:lastColumn="0" w:noHBand="0" w:noVBand="1"/>
      </w:tblPr>
      <w:tblGrid>
        <w:gridCol w:w="10080"/>
      </w:tblGrid>
      <w:tr w:rsidR="00B00446" w:rsidRPr="004C0885" w14:paraId="4AB9D880" w14:textId="77777777">
        <w:tc>
          <w:tcPr>
            <w:tcW w:w="10080" w:type="dxa"/>
            <w:shd w:val="clear" w:color="auto" w:fill="E7EEF6"/>
            <w:tcMar>
              <w:top w:w="100" w:type="dxa"/>
              <w:left w:w="120" w:type="dxa"/>
              <w:bottom w:w="100" w:type="dxa"/>
              <w:right w:w="120" w:type="dxa"/>
            </w:tcMar>
            <w:vAlign w:val="center"/>
          </w:tcPr>
          <w:p w14:paraId="5F11D8DF" w14:textId="77777777" w:rsidR="00612663" w:rsidRPr="004C0885" w:rsidRDefault="00612663">
            <w:pPr>
              <w:rPr>
                <w:lang w:val="es-ES"/>
              </w:rPr>
            </w:pPr>
            <w:r w:rsidRPr="004C0885">
              <w:rPr>
                <w:rFonts w:ascii="Aptos" w:hAnsi="Aptos"/>
                <w:b/>
                <w:color w:val="1F4D78"/>
                <w:sz w:val="21"/>
                <w:lang w:val="es-ES"/>
              </w:rPr>
              <w:t xml:space="preserve">Sentido de «casa de Jesús»  </w:t>
            </w:r>
            <w:r w:rsidRPr="004C0885">
              <w:rPr>
                <w:rFonts w:ascii="Aptos" w:hAnsi="Aptos"/>
                <w:color w:val="283846"/>
                <w:sz w:val="21"/>
                <w:lang w:val="es-ES"/>
              </w:rPr>
              <w:t>Es una expresión cercana para esta edad. La guía no presenta la iglesia solo como edificio: se explica que allí se reúne la comunidad cristiana con Jesús.</w:t>
            </w:r>
          </w:p>
        </w:tc>
      </w:tr>
    </w:tbl>
    <w:p w14:paraId="56B37925" w14:textId="77777777" w:rsidR="00612663" w:rsidRPr="004C0885" w:rsidRDefault="00612663">
      <w:pPr>
        <w:pStyle w:val="Ttulo1"/>
        <w:rPr>
          <w:lang w:val="es-ES"/>
        </w:rPr>
      </w:pPr>
      <w:r w:rsidRPr="004C0885">
        <w:rPr>
          <w:lang w:val="es-ES"/>
        </w:rPr>
        <w:lastRenderedPageBreak/>
        <w:t>2. Referencia curricular</w:t>
      </w:r>
    </w:p>
    <w:p w14:paraId="3E3B67B1" w14:textId="77777777" w:rsidR="00612663" w:rsidRPr="004C0885" w:rsidRDefault="00612663">
      <w:pPr>
        <w:rPr>
          <w:lang w:val="es-ES"/>
        </w:rPr>
      </w:pPr>
      <w:r w:rsidRPr="004C0885">
        <w:rPr>
          <w:rFonts w:ascii="Aptos" w:hAnsi="Aptos"/>
          <w:color w:val="283846"/>
          <w:lang w:val="es-ES"/>
        </w:rPr>
        <w:t>El tema se vincula al currículo de Religión Católica para el segundo ciclo de Educación Infantil (Resolución de 21 de junio de 2022, BOE-A-2022-10452, Anexo I), seleccionando únicamente los aprendizajes realmente movilizados.</w:t>
      </w:r>
    </w:p>
    <w:tbl>
      <w:tblPr>
        <w:tblW w:w="10079" w:type="dxa"/>
        <w:tblLayout w:type="fixed"/>
        <w:tblLook w:val="04A0" w:firstRow="1" w:lastRow="0" w:firstColumn="1" w:lastColumn="0" w:noHBand="0" w:noVBand="1"/>
      </w:tblPr>
      <w:tblGrid>
        <w:gridCol w:w="2952"/>
        <w:gridCol w:w="7127"/>
      </w:tblGrid>
      <w:tr w:rsidR="00B00446" w:rsidRPr="004C0885" w14:paraId="0392534E" w14:textId="77777777">
        <w:tc>
          <w:tcPr>
            <w:tcW w:w="2952" w:type="dxa"/>
            <w:shd w:val="clear" w:color="auto" w:fill="E7EEF6"/>
            <w:tcMar>
              <w:top w:w="100" w:type="dxa"/>
              <w:left w:w="120" w:type="dxa"/>
              <w:bottom w:w="100" w:type="dxa"/>
              <w:right w:w="120" w:type="dxa"/>
            </w:tcMar>
            <w:vAlign w:val="center"/>
          </w:tcPr>
          <w:p w14:paraId="0805D6AF" w14:textId="77777777" w:rsidR="00612663" w:rsidRDefault="00612663">
            <w:proofErr w:type="spellStart"/>
            <w:r>
              <w:rPr>
                <w:rFonts w:ascii="Aptos" w:hAnsi="Aptos"/>
                <w:b/>
                <w:color w:val="1F4D78"/>
                <w:sz w:val="21"/>
              </w:rPr>
              <w:t>Competencia</w:t>
            </w:r>
            <w:proofErr w:type="spellEnd"/>
            <w:r>
              <w:rPr>
                <w:rFonts w:ascii="Aptos" w:hAnsi="Aptos"/>
                <w:b/>
                <w:color w:val="1F4D78"/>
                <w:sz w:val="21"/>
              </w:rPr>
              <w:t xml:space="preserve"> </w:t>
            </w:r>
            <w:proofErr w:type="spellStart"/>
            <w:r>
              <w:rPr>
                <w:rFonts w:ascii="Aptos" w:hAnsi="Aptos"/>
                <w:b/>
                <w:color w:val="1F4D78"/>
                <w:sz w:val="21"/>
              </w:rPr>
              <w:t>específica</w:t>
            </w:r>
            <w:proofErr w:type="spellEnd"/>
            <w:r>
              <w:rPr>
                <w:rFonts w:ascii="Aptos" w:hAnsi="Aptos"/>
                <w:b/>
                <w:color w:val="1F4D78"/>
                <w:sz w:val="21"/>
              </w:rPr>
              <w:t xml:space="preserve"> 1</w:t>
            </w:r>
          </w:p>
        </w:tc>
        <w:tc>
          <w:tcPr>
            <w:tcW w:w="7128" w:type="dxa"/>
            <w:tcMar>
              <w:top w:w="100" w:type="dxa"/>
              <w:left w:w="120" w:type="dxa"/>
              <w:bottom w:w="100" w:type="dxa"/>
              <w:right w:w="120" w:type="dxa"/>
            </w:tcMar>
            <w:vAlign w:val="center"/>
          </w:tcPr>
          <w:p w14:paraId="6309A1D5" w14:textId="77777777" w:rsidR="00612663" w:rsidRPr="004C0885" w:rsidRDefault="00612663">
            <w:pPr>
              <w:rPr>
                <w:lang w:val="es-ES"/>
              </w:rPr>
            </w:pPr>
            <w:r w:rsidRPr="004C0885">
              <w:rPr>
                <w:rFonts w:ascii="Aptos" w:hAnsi="Aptos"/>
                <w:color w:val="283846"/>
                <w:sz w:val="21"/>
                <w:lang w:val="es-ES"/>
              </w:rPr>
              <w:t>Criterio 1.1 · Autonomía, seguimiento de indicaciones y cuidado de materiales en el collage y el picado.</w:t>
            </w:r>
          </w:p>
        </w:tc>
      </w:tr>
      <w:tr w:rsidR="00B00446" w:rsidRPr="004C0885" w14:paraId="4FE3B4ED" w14:textId="77777777">
        <w:tc>
          <w:tcPr>
            <w:tcW w:w="2952" w:type="dxa"/>
            <w:shd w:val="clear" w:color="auto" w:fill="E7EEF6"/>
            <w:tcMar>
              <w:top w:w="100" w:type="dxa"/>
              <w:left w:w="120" w:type="dxa"/>
              <w:bottom w:w="100" w:type="dxa"/>
              <w:right w:w="120" w:type="dxa"/>
            </w:tcMar>
            <w:vAlign w:val="center"/>
          </w:tcPr>
          <w:p w14:paraId="1F929288" w14:textId="77777777" w:rsidR="00612663" w:rsidRDefault="00612663">
            <w:proofErr w:type="spellStart"/>
            <w:r>
              <w:rPr>
                <w:rFonts w:ascii="Aptos" w:hAnsi="Aptos"/>
                <w:b/>
                <w:color w:val="1F4D78"/>
                <w:sz w:val="21"/>
              </w:rPr>
              <w:t>Competencia</w:t>
            </w:r>
            <w:proofErr w:type="spellEnd"/>
            <w:r>
              <w:rPr>
                <w:rFonts w:ascii="Aptos" w:hAnsi="Aptos"/>
                <w:b/>
                <w:color w:val="1F4D78"/>
                <w:sz w:val="21"/>
              </w:rPr>
              <w:t xml:space="preserve"> </w:t>
            </w:r>
            <w:proofErr w:type="spellStart"/>
            <w:r>
              <w:rPr>
                <w:rFonts w:ascii="Aptos" w:hAnsi="Aptos"/>
                <w:b/>
                <w:color w:val="1F4D78"/>
                <w:sz w:val="21"/>
              </w:rPr>
              <w:t>específica</w:t>
            </w:r>
            <w:proofErr w:type="spellEnd"/>
            <w:r>
              <w:rPr>
                <w:rFonts w:ascii="Aptos" w:hAnsi="Aptos"/>
                <w:b/>
                <w:color w:val="1F4D78"/>
                <w:sz w:val="21"/>
              </w:rPr>
              <w:t xml:space="preserve"> 4</w:t>
            </w:r>
          </w:p>
        </w:tc>
        <w:tc>
          <w:tcPr>
            <w:tcW w:w="7128" w:type="dxa"/>
            <w:tcMar>
              <w:top w:w="100" w:type="dxa"/>
              <w:left w:w="120" w:type="dxa"/>
              <w:bottom w:w="100" w:type="dxa"/>
              <w:right w:w="120" w:type="dxa"/>
            </w:tcMar>
            <w:vAlign w:val="center"/>
          </w:tcPr>
          <w:p w14:paraId="550C31EA" w14:textId="77777777" w:rsidR="00612663" w:rsidRPr="004C0885" w:rsidRDefault="00612663">
            <w:pPr>
              <w:rPr>
                <w:lang w:val="es-ES"/>
              </w:rPr>
            </w:pPr>
            <w:r w:rsidRPr="004C0885">
              <w:rPr>
                <w:rFonts w:ascii="Aptos" w:hAnsi="Aptos"/>
                <w:color w:val="283846"/>
                <w:sz w:val="21"/>
                <w:lang w:val="es-ES"/>
              </w:rPr>
              <w:t>Criterios 4.1, 4.2 y 4.3 · Iglesia y símbolos como manifestaciones religiosas y artísticas del entorno; expresión plástica.</w:t>
            </w:r>
          </w:p>
        </w:tc>
      </w:tr>
      <w:tr w:rsidR="00B00446" w:rsidRPr="004C0885" w14:paraId="007C2316" w14:textId="77777777">
        <w:tc>
          <w:tcPr>
            <w:tcW w:w="2952" w:type="dxa"/>
            <w:shd w:val="clear" w:color="auto" w:fill="E7EEF6"/>
            <w:tcMar>
              <w:top w:w="100" w:type="dxa"/>
              <w:left w:w="120" w:type="dxa"/>
              <w:bottom w:w="100" w:type="dxa"/>
              <w:right w:w="120" w:type="dxa"/>
            </w:tcMar>
            <w:vAlign w:val="center"/>
          </w:tcPr>
          <w:p w14:paraId="6DA0B68C" w14:textId="77777777" w:rsidR="00612663" w:rsidRDefault="00612663">
            <w:proofErr w:type="spellStart"/>
            <w:r>
              <w:rPr>
                <w:rFonts w:ascii="Aptos" w:hAnsi="Aptos"/>
                <w:b/>
                <w:color w:val="1F4D78"/>
                <w:sz w:val="21"/>
              </w:rPr>
              <w:t>Competencia</w:t>
            </w:r>
            <w:proofErr w:type="spellEnd"/>
            <w:r>
              <w:rPr>
                <w:rFonts w:ascii="Aptos" w:hAnsi="Aptos"/>
                <w:b/>
                <w:color w:val="1F4D78"/>
                <w:sz w:val="21"/>
              </w:rPr>
              <w:t xml:space="preserve"> </w:t>
            </w:r>
            <w:proofErr w:type="spellStart"/>
            <w:r>
              <w:rPr>
                <w:rFonts w:ascii="Aptos" w:hAnsi="Aptos"/>
                <w:b/>
                <w:color w:val="1F4D78"/>
                <w:sz w:val="21"/>
              </w:rPr>
              <w:t>específica</w:t>
            </w:r>
            <w:proofErr w:type="spellEnd"/>
            <w:r>
              <w:rPr>
                <w:rFonts w:ascii="Aptos" w:hAnsi="Aptos"/>
                <w:b/>
                <w:color w:val="1F4D78"/>
                <w:sz w:val="21"/>
              </w:rPr>
              <w:t xml:space="preserve"> 5</w:t>
            </w:r>
          </w:p>
        </w:tc>
        <w:tc>
          <w:tcPr>
            <w:tcW w:w="7128" w:type="dxa"/>
            <w:tcMar>
              <w:top w:w="100" w:type="dxa"/>
              <w:left w:w="120" w:type="dxa"/>
              <w:bottom w:w="100" w:type="dxa"/>
              <w:right w:w="120" w:type="dxa"/>
            </w:tcMar>
            <w:vAlign w:val="center"/>
          </w:tcPr>
          <w:p w14:paraId="4987F984" w14:textId="77777777" w:rsidR="00612663" w:rsidRPr="004C0885" w:rsidRDefault="00612663">
            <w:pPr>
              <w:rPr>
                <w:lang w:val="es-ES"/>
              </w:rPr>
            </w:pPr>
            <w:r w:rsidRPr="004C0885">
              <w:rPr>
                <w:rFonts w:ascii="Aptos" w:hAnsi="Aptos"/>
                <w:color w:val="283846"/>
                <w:sz w:val="21"/>
                <w:lang w:val="es-ES"/>
              </w:rPr>
              <w:t>Criterios 5.1 y 5.2 · Atención, calma, canción, silencio y oración sencilla durante la exploración.</w:t>
            </w:r>
          </w:p>
        </w:tc>
      </w:tr>
      <w:tr w:rsidR="00B00446" w:rsidRPr="004C0885" w14:paraId="349CB252" w14:textId="77777777">
        <w:tc>
          <w:tcPr>
            <w:tcW w:w="2952" w:type="dxa"/>
            <w:shd w:val="clear" w:color="auto" w:fill="E7EEF6"/>
            <w:tcMar>
              <w:top w:w="100" w:type="dxa"/>
              <w:left w:w="120" w:type="dxa"/>
              <w:bottom w:w="100" w:type="dxa"/>
              <w:right w:w="120" w:type="dxa"/>
            </w:tcMar>
            <w:vAlign w:val="center"/>
          </w:tcPr>
          <w:p w14:paraId="355AA636" w14:textId="77777777" w:rsidR="00612663" w:rsidRDefault="00612663">
            <w:proofErr w:type="spellStart"/>
            <w:r>
              <w:rPr>
                <w:rFonts w:ascii="Aptos" w:hAnsi="Aptos"/>
                <w:b/>
                <w:color w:val="1F4D78"/>
                <w:sz w:val="21"/>
              </w:rPr>
              <w:t>Competencia</w:t>
            </w:r>
            <w:proofErr w:type="spellEnd"/>
            <w:r>
              <w:rPr>
                <w:rFonts w:ascii="Aptos" w:hAnsi="Aptos"/>
                <w:b/>
                <w:color w:val="1F4D78"/>
                <w:sz w:val="21"/>
              </w:rPr>
              <w:t xml:space="preserve"> </w:t>
            </w:r>
            <w:proofErr w:type="spellStart"/>
            <w:r>
              <w:rPr>
                <w:rFonts w:ascii="Aptos" w:hAnsi="Aptos"/>
                <w:b/>
                <w:color w:val="1F4D78"/>
                <w:sz w:val="21"/>
              </w:rPr>
              <w:t>específica</w:t>
            </w:r>
            <w:proofErr w:type="spellEnd"/>
            <w:r>
              <w:rPr>
                <w:rFonts w:ascii="Aptos" w:hAnsi="Aptos"/>
                <w:b/>
                <w:color w:val="1F4D78"/>
                <w:sz w:val="21"/>
              </w:rPr>
              <w:t xml:space="preserve"> 6</w:t>
            </w:r>
          </w:p>
        </w:tc>
        <w:tc>
          <w:tcPr>
            <w:tcW w:w="7128" w:type="dxa"/>
            <w:tcMar>
              <w:top w:w="100" w:type="dxa"/>
              <w:left w:w="120" w:type="dxa"/>
              <w:bottom w:w="100" w:type="dxa"/>
              <w:right w:w="120" w:type="dxa"/>
            </w:tcMar>
            <w:vAlign w:val="center"/>
          </w:tcPr>
          <w:p w14:paraId="71A72754" w14:textId="77777777" w:rsidR="00612663" w:rsidRPr="004C0885" w:rsidRDefault="00612663">
            <w:pPr>
              <w:rPr>
                <w:lang w:val="es-ES"/>
              </w:rPr>
            </w:pPr>
            <w:r w:rsidRPr="004C0885">
              <w:rPr>
                <w:rFonts w:ascii="Aptos" w:hAnsi="Aptos"/>
                <w:color w:val="283846"/>
                <w:sz w:val="21"/>
                <w:lang w:val="es-ES"/>
              </w:rPr>
              <w:t>Criterio 6.1 · Reconocimiento de Jesús como centro del cristianismo mediante la iglesia, sus signos y sus celebraciones.</w:t>
            </w:r>
          </w:p>
        </w:tc>
      </w:tr>
    </w:tbl>
    <w:p w14:paraId="7A71CC20" w14:textId="77777777" w:rsidR="00612663" w:rsidRPr="004C0885" w:rsidRDefault="00612663">
      <w:pPr>
        <w:pStyle w:val="Ttulo2"/>
        <w:rPr>
          <w:lang w:val="es-ES"/>
        </w:rPr>
      </w:pPr>
      <w:r w:rsidRPr="004C0885">
        <w:rPr>
          <w:lang w:val="es-ES"/>
        </w:rPr>
        <w:t>Saberes básicos seleccionados</w:t>
      </w:r>
    </w:p>
    <w:p w14:paraId="7AB0EDBE" w14:textId="77777777" w:rsidR="00612663" w:rsidRPr="004C0885" w:rsidRDefault="00612663">
      <w:pPr>
        <w:rPr>
          <w:lang w:val="es-ES"/>
        </w:rPr>
      </w:pPr>
      <w:r w:rsidRPr="004C0885">
        <w:rPr>
          <w:rFonts w:ascii="Aptos" w:hAnsi="Aptos"/>
          <w:color w:val="283846"/>
          <w:lang w:val="es-ES"/>
        </w:rPr>
        <w:t>A · Autorregulación y cuidado en los hábitos de trabajo; belleza y sentido de pertenencia; expresión creativa; silencio y calma. B · Empatía, cooperación y vida cristiana en comunidad. C · Manifestaciones culturales y artísticas de la fe; símbolos, oraciones y prácticas cristianas; Jesús como figura clave; la Virgen María; relación con Dios y expresiones comunitarias en la Iglesia.</w:t>
      </w:r>
    </w:p>
    <w:p w14:paraId="709D979E" w14:textId="77777777" w:rsidR="00612663" w:rsidRPr="004C0885" w:rsidRDefault="00612663">
      <w:pPr>
        <w:pStyle w:val="Ttulo2"/>
        <w:rPr>
          <w:lang w:val="es-ES"/>
        </w:rPr>
      </w:pPr>
      <w:r w:rsidRPr="004C0885">
        <w:rPr>
          <w:lang w:val="es-ES"/>
        </w:rPr>
        <w:t>Evidencias e instrumentos</w:t>
      </w:r>
    </w:p>
    <w:p w14:paraId="68CE8381" w14:textId="77777777" w:rsidR="00612663" w:rsidRPr="004C0885" w:rsidRDefault="00612663">
      <w:pPr>
        <w:rPr>
          <w:lang w:val="es-ES"/>
        </w:rPr>
      </w:pPr>
      <w:r w:rsidRPr="004C0885">
        <w:rPr>
          <w:rFonts w:ascii="Aptos" w:hAnsi="Aptos"/>
          <w:color w:val="283846"/>
          <w:lang w:val="es-ES"/>
        </w:rPr>
        <w:t>1.1 · Uso cuidado de materiales y seguimiento de la secuencia: observación directa y registro breve. 4.1-4.3 · Fichas 26-27, reconocimiento del edificio y de sus elementos: análisis de la producción y porfolio. 5.1-5.2 · Participación en conversación, calma y oración: lista de cotejo. 6.1 · Asociación entre Jesús, la iglesia y sus signos: conversación guiada y señalamiento de imágenes.</w:t>
      </w:r>
    </w:p>
    <w:p w14:paraId="5597D67C" w14:textId="77777777" w:rsidR="00612663" w:rsidRPr="004C0885" w:rsidRDefault="00612663">
      <w:pPr>
        <w:pStyle w:val="Ttulo2"/>
        <w:rPr>
          <w:lang w:val="es-ES"/>
        </w:rPr>
      </w:pPr>
      <w:r w:rsidRPr="004C0885">
        <w:rPr>
          <w:lang w:val="es-ES"/>
        </w:rPr>
        <w:t>Atención a la diversidad (DUA)</w:t>
      </w:r>
    </w:p>
    <w:p w14:paraId="3D0C3F18" w14:textId="77777777" w:rsidR="00612663" w:rsidRPr="004C0885" w:rsidRDefault="00612663">
      <w:pPr>
        <w:rPr>
          <w:lang w:val="es-ES"/>
        </w:rPr>
      </w:pPr>
      <w:r w:rsidRPr="004C0885">
        <w:rPr>
          <w:rFonts w:ascii="Aptos" w:hAnsi="Aptos"/>
          <w:color w:val="283846"/>
          <w:lang w:val="es-ES"/>
        </w:rPr>
        <w:t>Presentar la secuencia con maqueta, fotografías, objetos, gestos y pictogramas. Permitir responder señalando, colocando, imitando, verbalizando o abriendo la puerta. Ofrecer papel más grande o preparado, pegamento adaptado y líneas de picado gruesas; proporcionar ayuda física gradual y respetuosa. Si existe dificultad motriz, permitir abrir una puerta preparada o levantar una solapa con velcro. Reducir vocabulario, repetir nombres sin exigirlos y valorar el progreso personal.</w:t>
      </w:r>
    </w:p>
    <w:p w14:paraId="19DD52B7" w14:textId="77777777" w:rsidR="00612663" w:rsidRPr="004C0885" w:rsidRDefault="00612663">
      <w:pPr>
        <w:pStyle w:val="Ttulo2"/>
        <w:rPr>
          <w:lang w:val="es-ES"/>
        </w:rPr>
      </w:pPr>
      <w:r w:rsidRPr="004C0885">
        <w:rPr>
          <w:lang w:val="es-ES"/>
        </w:rPr>
        <w:t>Referencias</w:t>
      </w:r>
    </w:p>
    <w:p w14:paraId="5ABAE589" w14:textId="77777777" w:rsidR="00612663" w:rsidRPr="004C0885" w:rsidRDefault="00612663">
      <w:pPr>
        <w:rPr>
          <w:lang w:val="es-ES"/>
        </w:rPr>
      </w:pPr>
      <w:r w:rsidRPr="004C0885">
        <w:rPr>
          <w:rFonts w:ascii="Aptos" w:hAnsi="Aptos"/>
          <w:color w:val="283846"/>
          <w:sz w:val="20"/>
          <w:lang w:val="es-ES"/>
        </w:rPr>
        <w:t xml:space="preserve">Jesús y la comunidad reunida: Mateo 18,20. </w:t>
      </w:r>
      <w:r>
        <w:rPr>
          <w:rFonts w:ascii="Aptos" w:hAnsi="Aptos"/>
          <w:color w:val="283846"/>
          <w:sz w:val="20"/>
        </w:rPr>
        <w:t xml:space="preserve">La comunidad </w:t>
      </w:r>
      <w:proofErr w:type="spellStart"/>
      <w:r>
        <w:rPr>
          <w:rFonts w:ascii="Aptos" w:hAnsi="Aptos"/>
          <w:color w:val="283846"/>
          <w:sz w:val="20"/>
        </w:rPr>
        <w:t>cristiana</w:t>
      </w:r>
      <w:proofErr w:type="spellEnd"/>
      <w:r>
        <w:rPr>
          <w:rFonts w:ascii="Aptos" w:hAnsi="Aptos"/>
          <w:color w:val="283846"/>
          <w:sz w:val="20"/>
        </w:rPr>
        <w:t xml:space="preserve">: </w:t>
      </w:r>
      <w:proofErr w:type="spellStart"/>
      <w:r>
        <w:rPr>
          <w:rFonts w:ascii="Aptos" w:hAnsi="Aptos"/>
          <w:color w:val="283846"/>
          <w:sz w:val="20"/>
        </w:rPr>
        <w:t>Hechos</w:t>
      </w:r>
      <w:proofErr w:type="spellEnd"/>
      <w:r>
        <w:rPr>
          <w:rFonts w:ascii="Aptos" w:hAnsi="Aptos"/>
          <w:color w:val="283846"/>
          <w:sz w:val="20"/>
        </w:rPr>
        <w:t xml:space="preserve"> 2,42-47. </w:t>
      </w:r>
      <w:r w:rsidRPr="004C0885">
        <w:rPr>
          <w:rFonts w:ascii="Aptos" w:hAnsi="Aptos"/>
          <w:color w:val="283846"/>
          <w:sz w:val="20"/>
          <w:lang w:val="es-ES"/>
        </w:rPr>
        <w:t>Resolución de 21 de junio de 2022, BOE-A-2022-10452, Anexo I. https://www.boe.es/buscar/act.php?id=BOE-A-2022-10452</w:t>
      </w:r>
    </w:p>
    <w:p w14:paraId="4F04954E" w14:textId="77777777" w:rsidR="00612663" w:rsidRPr="004C0885" w:rsidRDefault="00612663">
      <w:pPr>
        <w:pStyle w:val="Ttulo1"/>
        <w:rPr>
          <w:lang w:val="es-ES"/>
        </w:rPr>
      </w:pPr>
      <w:r w:rsidRPr="004C0885">
        <w:rPr>
          <w:lang w:val="es-ES"/>
        </w:rPr>
        <w:lastRenderedPageBreak/>
        <w:t>3. Sesión 1 · La iglesia es la casa de Jesús</w:t>
      </w:r>
    </w:p>
    <w:p w14:paraId="7DE0B7AF" w14:textId="77777777" w:rsidR="00612663" w:rsidRDefault="00612663">
      <w:pPr>
        <w:keepNext/>
        <w:jc w:val="center"/>
      </w:pPr>
      <w:r>
        <w:rPr>
          <w:noProof/>
        </w:rPr>
        <w:drawing>
          <wp:inline distT="0" distB="0" distL="0" distR="0" wp14:anchorId="5F9BCE56" wp14:editId="7747A4D6">
            <wp:extent cx="5623560" cy="3977901"/>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26.png"/>
                    <pic:cNvPicPr/>
                  </pic:nvPicPr>
                  <pic:blipFill>
                    <a:blip r:embed="rId33"/>
                    <a:stretch>
                      <a:fillRect/>
                    </a:stretch>
                  </pic:blipFill>
                  <pic:spPr>
                    <a:xfrm>
                      <a:off x="0" y="0"/>
                      <a:ext cx="5623560" cy="3977901"/>
                    </a:xfrm>
                    <a:prstGeom prst="rect">
                      <a:avLst/>
                    </a:prstGeom>
                  </pic:spPr>
                </pic:pic>
              </a:graphicData>
            </a:graphic>
          </wp:inline>
        </w:drawing>
      </w:r>
    </w:p>
    <w:p w14:paraId="30F3B96C" w14:textId="77777777" w:rsidR="00612663" w:rsidRPr="004C0885" w:rsidRDefault="00612663">
      <w:pPr>
        <w:keepNext/>
        <w:jc w:val="center"/>
        <w:rPr>
          <w:lang w:val="es-ES"/>
        </w:rPr>
      </w:pPr>
      <w:r w:rsidRPr="004C0885">
        <w:rPr>
          <w:rFonts w:ascii="Aptos" w:hAnsi="Aptos"/>
          <w:i/>
          <w:color w:val="647789"/>
          <w:sz w:val="19"/>
          <w:lang w:val="es-ES"/>
        </w:rPr>
        <w:t>Ficha 26 · Pega trocitos de papel en la puerta de la iglesia</w:t>
      </w:r>
    </w:p>
    <w:tbl>
      <w:tblPr>
        <w:tblW w:w="10080" w:type="dxa"/>
        <w:tblLayout w:type="fixed"/>
        <w:tblLook w:val="04A0" w:firstRow="1" w:lastRow="0" w:firstColumn="1" w:lastColumn="0" w:noHBand="0" w:noVBand="1"/>
      </w:tblPr>
      <w:tblGrid>
        <w:gridCol w:w="10080"/>
      </w:tblGrid>
      <w:tr w:rsidR="00B00446" w:rsidRPr="00A14CC8" w14:paraId="2A2DED37" w14:textId="77777777">
        <w:tc>
          <w:tcPr>
            <w:tcW w:w="10080" w:type="dxa"/>
            <w:shd w:val="clear" w:color="auto" w:fill="EAF4EF"/>
            <w:tcMar>
              <w:top w:w="100" w:type="dxa"/>
              <w:left w:w="120" w:type="dxa"/>
              <w:bottom w:w="100" w:type="dxa"/>
              <w:right w:w="120" w:type="dxa"/>
            </w:tcMar>
            <w:vAlign w:val="center"/>
          </w:tcPr>
          <w:p w14:paraId="111D4006" w14:textId="77777777" w:rsidR="00612663" w:rsidRPr="004C0885" w:rsidRDefault="00612663">
            <w:pPr>
              <w:rPr>
                <w:lang w:val="es-ES"/>
              </w:rPr>
            </w:pPr>
            <w:proofErr w:type="gramStart"/>
            <w:r w:rsidRPr="004C0885">
              <w:rPr>
                <w:rFonts w:ascii="Aptos" w:hAnsi="Aptos"/>
                <w:b/>
                <w:color w:val="1F4D78"/>
                <w:sz w:val="21"/>
                <w:lang w:val="es-ES"/>
              </w:rPr>
              <w:t xml:space="preserve">Aprendizaje  </w:t>
            </w:r>
            <w:r w:rsidRPr="004C0885">
              <w:rPr>
                <w:rFonts w:ascii="Aptos" w:hAnsi="Aptos"/>
                <w:color w:val="283846"/>
                <w:sz w:val="21"/>
                <w:lang w:val="es-ES"/>
              </w:rPr>
              <w:t>Reconocemos</w:t>
            </w:r>
            <w:proofErr w:type="gramEnd"/>
            <w:r w:rsidRPr="004C0885">
              <w:rPr>
                <w:rFonts w:ascii="Aptos" w:hAnsi="Aptos"/>
                <w:color w:val="283846"/>
                <w:sz w:val="21"/>
                <w:lang w:val="es-ES"/>
              </w:rPr>
              <w:t xml:space="preserve"> una iglesia por fuera y comprendemos que es un lugar especial donde los cristianos se reúnen con Jesús.</w:t>
            </w:r>
          </w:p>
        </w:tc>
      </w:tr>
    </w:tbl>
    <w:p w14:paraId="3EF211F3" w14:textId="77777777" w:rsidR="00612663" w:rsidRPr="004C0885" w:rsidRDefault="00612663">
      <w:pPr>
        <w:pStyle w:val="Ttulo2"/>
        <w:rPr>
          <w:lang w:val="es-ES"/>
        </w:rPr>
      </w:pPr>
      <w:r w:rsidRPr="004C0885">
        <w:rPr>
          <w:lang w:val="es-ES"/>
        </w:rPr>
        <w:t>Preparación</w:t>
      </w:r>
    </w:p>
    <w:p w14:paraId="67A76F3E" w14:textId="77777777" w:rsidR="00612663" w:rsidRPr="004C0885" w:rsidRDefault="00612663">
      <w:pPr>
        <w:rPr>
          <w:lang w:val="es-ES"/>
        </w:rPr>
      </w:pPr>
      <w:r w:rsidRPr="004C0885">
        <w:rPr>
          <w:rFonts w:ascii="Aptos" w:hAnsi="Aptos"/>
          <w:color w:val="283846"/>
          <w:lang w:val="es-ES"/>
        </w:rPr>
        <w:t>Presentar la iglesia manipulativa con la puerta cerrada. Preparar ficha 26, papel marrón fino, pegamento, bandejas y paños. Mantener fuera de la vista la ficha 27 para conservar la sorpresa de la segunda sesión.</w:t>
      </w:r>
    </w:p>
    <w:p w14:paraId="1D6380CE" w14:textId="77777777" w:rsidR="00612663" w:rsidRPr="004C0885" w:rsidRDefault="00612663">
      <w:pPr>
        <w:pStyle w:val="Ttulo2"/>
        <w:rPr>
          <w:lang w:val="es-ES"/>
        </w:rPr>
      </w:pPr>
      <w:r w:rsidRPr="004C0885">
        <w:rPr>
          <w:lang w:val="es-ES"/>
        </w:rPr>
        <w:t>Desarrollo orientativo</w:t>
      </w:r>
    </w:p>
    <w:p w14:paraId="0D512C2A" w14:textId="77777777" w:rsidR="00612663" w:rsidRPr="004C0885" w:rsidRDefault="00612663">
      <w:pPr>
        <w:rPr>
          <w:lang w:val="es-ES"/>
        </w:rPr>
      </w:pPr>
      <w:r w:rsidRPr="004C0885">
        <w:rPr>
          <w:rFonts w:ascii="Aptos" w:hAnsi="Aptos"/>
          <w:b/>
          <w:color w:val="1F4D78"/>
          <w:lang w:val="es-ES"/>
        </w:rPr>
        <w:t xml:space="preserve">Observamos · 5-7 </w:t>
      </w:r>
      <w:proofErr w:type="gramStart"/>
      <w:r w:rsidRPr="004C0885">
        <w:rPr>
          <w:rFonts w:ascii="Aptos" w:hAnsi="Aptos"/>
          <w:b/>
          <w:color w:val="1F4D78"/>
          <w:lang w:val="es-ES"/>
        </w:rPr>
        <w:t xml:space="preserve">min  </w:t>
      </w:r>
      <w:r w:rsidRPr="004C0885">
        <w:rPr>
          <w:rFonts w:ascii="Aptos" w:hAnsi="Aptos"/>
          <w:color w:val="283846"/>
          <w:lang w:val="es-ES"/>
        </w:rPr>
        <w:t>Mirar</w:t>
      </w:r>
      <w:proofErr w:type="gramEnd"/>
      <w:r w:rsidRPr="004C0885">
        <w:rPr>
          <w:rFonts w:ascii="Aptos" w:hAnsi="Aptos"/>
          <w:color w:val="283846"/>
          <w:lang w:val="es-ES"/>
        </w:rPr>
        <w:t xml:space="preserve"> la forma del edificio, la puerta, la cruz y la campana. Compararlo con otros edificios próximos sin convertirlo en una prueba.</w:t>
      </w:r>
    </w:p>
    <w:p w14:paraId="7E180C1D" w14:textId="77777777" w:rsidR="00612663" w:rsidRPr="004C0885" w:rsidRDefault="00612663">
      <w:pPr>
        <w:rPr>
          <w:lang w:val="es-ES"/>
        </w:rPr>
      </w:pPr>
      <w:r w:rsidRPr="004C0885">
        <w:rPr>
          <w:rFonts w:ascii="Aptos" w:hAnsi="Aptos"/>
          <w:b/>
          <w:color w:val="1F4D78"/>
          <w:lang w:val="es-ES"/>
        </w:rPr>
        <w:t xml:space="preserve">Conversamos · 5-7 </w:t>
      </w:r>
      <w:proofErr w:type="gramStart"/>
      <w:r w:rsidRPr="004C0885">
        <w:rPr>
          <w:rFonts w:ascii="Aptos" w:hAnsi="Aptos"/>
          <w:b/>
          <w:color w:val="1F4D78"/>
          <w:lang w:val="es-ES"/>
        </w:rPr>
        <w:t xml:space="preserve">min  </w:t>
      </w:r>
      <w:r w:rsidRPr="004C0885">
        <w:rPr>
          <w:rFonts w:ascii="Aptos" w:hAnsi="Aptos"/>
          <w:color w:val="283846"/>
          <w:lang w:val="es-ES"/>
        </w:rPr>
        <w:t>Preguntar</w:t>
      </w:r>
      <w:proofErr w:type="gramEnd"/>
      <w:r w:rsidRPr="004C0885">
        <w:rPr>
          <w:rFonts w:ascii="Aptos" w:hAnsi="Aptos"/>
          <w:color w:val="283846"/>
          <w:lang w:val="es-ES"/>
        </w:rPr>
        <w:t>: «¿Habéis entrado alguna vez? ¿Qué hacemos allí?». Explicar: «En la iglesia los cristianos nos reunimos con Jesús, rezamos, cantamos y celebramos».</w:t>
      </w:r>
    </w:p>
    <w:p w14:paraId="7B95B1F6" w14:textId="77777777" w:rsidR="00612663" w:rsidRPr="004C0885" w:rsidRDefault="00612663">
      <w:pPr>
        <w:rPr>
          <w:lang w:val="es-ES"/>
        </w:rPr>
      </w:pPr>
      <w:r w:rsidRPr="004C0885">
        <w:rPr>
          <w:rFonts w:ascii="Aptos" w:hAnsi="Aptos"/>
          <w:b/>
          <w:color w:val="1F4D78"/>
          <w:lang w:val="es-ES"/>
        </w:rPr>
        <w:t xml:space="preserve">Juego de entrada · 5-8 </w:t>
      </w:r>
      <w:proofErr w:type="gramStart"/>
      <w:r w:rsidRPr="004C0885">
        <w:rPr>
          <w:rFonts w:ascii="Aptos" w:hAnsi="Aptos"/>
          <w:b/>
          <w:color w:val="1F4D78"/>
          <w:lang w:val="es-ES"/>
        </w:rPr>
        <w:t xml:space="preserve">min  </w:t>
      </w:r>
      <w:r w:rsidRPr="004C0885">
        <w:rPr>
          <w:rFonts w:ascii="Aptos" w:hAnsi="Aptos"/>
          <w:color w:val="283846"/>
          <w:lang w:val="es-ES"/>
        </w:rPr>
        <w:t>Abrir</w:t>
      </w:r>
      <w:proofErr w:type="gramEnd"/>
      <w:r w:rsidRPr="004C0885">
        <w:rPr>
          <w:rFonts w:ascii="Aptos" w:hAnsi="Aptos"/>
          <w:color w:val="283846"/>
          <w:lang w:val="es-ES"/>
        </w:rPr>
        <w:t xml:space="preserve"> y cerrar la puerta de la iglesia manipulativa. Hacer entrar pequeñas figuras y colocarlas juntas con calma.</w:t>
      </w:r>
    </w:p>
    <w:p w14:paraId="38D92D45" w14:textId="77777777" w:rsidR="00612663" w:rsidRPr="004C0885" w:rsidRDefault="00612663">
      <w:pPr>
        <w:rPr>
          <w:lang w:val="es-ES"/>
        </w:rPr>
      </w:pPr>
      <w:r w:rsidRPr="004C0885">
        <w:rPr>
          <w:rFonts w:ascii="Aptos" w:hAnsi="Aptos"/>
          <w:b/>
          <w:color w:val="1F4D78"/>
          <w:lang w:val="es-ES"/>
        </w:rPr>
        <w:t xml:space="preserve">Oración · 1 min  </w:t>
      </w:r>
      <w:r w:rsidRPr="004C0885">
        <w:rPr>
          <w:rFonts w:ascii="Aptos" w:hAnsi="Aptos"/>
          <w:color w:val="283846"/>
          <w:lang w:val="es-ES"/>
        </w:rPr>
        <w:t>«Jesús, gracias porque podemos reunirnos contigo».</w:t>
      </w:r>
    </w:p>
    <w:tbl>
      <w:tblPr>
        <w:tblW w:w="10080" w:type="dxa"/>
        <w:tblLayout w:type="fixed"/>
        <w:tblLook w:val="04A0" w:firstRow="1" w:lastRow="0" w:firstColumn="1" w:lastColumn="0" w:noHBand="0" w:noVBand="1"/>
      </w:tblPr>
      <w:tblGrid>
        <w:gridCol w:w="1944"/>
        <w:gridCol w:w="3096"/>
        <w:gridCol w:w="5040"/>
      </w:tblGrid>
      <w:tr w:rsidR="00B00446" w14:paraId="26F12733" w14:textId="77777777">
        <w:tc>
          <w:tcPr>
            <w:tcW w:w="1944" w:type="dxa"/>
            <w:shd w:val="clear" w:color="auto" w:fill="E7EEF6"/>
            <w:tcMar>
              <w:top w:w="100" w:type="dxa"/>
              <w:left w:w="120" w:type="dxa"/>
              <w:bottom w:w="100" w:type="dxa"/>
              <w:right w:w="120" w:type="dxa"/>
            </w:tcMar>
            <w:vAlign w:val="center"/>
          </w:tcPr>
          <w:p w14:paraId="7EAA7020" w14:textId="77777777" w:rsidR="00612663" w:rsidRDefault="00612663">
            <w:pPr>
              <w:jc w:val="center"/>
            </w:pPr>
            <w:r>
              <w:rPr>
                <w:rFonts w:ascii="Aptos" w:hAnsi="Aptos"/>
                <w:b/>
                <w:color w:val="1F4D78"/>
                <w:sz w:val="20"/>
              </w:rPr>
              <w:t>Espacio</w:t>
            </w:r>
          </w:p>
        </w:tc>
        <w:tc>
          <w:tcPr>
            <w:tcW w:w="3096" w:type="dxa"/>
            <w:shd w:val="clear" w:color="auto" w:fill="E7EEF6"/>
            <w:tcMar>
              <w:top w:w="100" w:type="dxa"/>
              <w:left w:w="120" w:type="dxa"/>
              <w:bottom w:w="100" w:type="dxa"/>
              <w:right w:w="120" w:type="dxa"/>
            </w:tcMar>
            <w:vAlign w:val="center"/>
          </w:tcPr>
          <w:p w14:paraId="6B9C8770" w14:textId="77777777" w:rsidR="00612663" w:rsidRDefault="00612663">
            <w:pPr>
              <w:jc w:val="center"/>
            </w:pPr>
            <w:r>
              <w:rPr>
                <w:rFonts w:ascii="Aptos" w:hAnsi="Aptos"/>
                <w:b/>
                <w:color w:val="1F4D78"/>
                <w:sz w:val="20"/>
              </w:rPr>
              <w:t>Material</w:t>
            </w:r>
          </w:p>
        </w:tc>
        <w:tc>
          <w:tcPr>
            <w:tcW w:w="5040" w:type="dxa"/>
            <w:shd w:val="clear" w:color="auto" w:fill="E7EEF6"/>
            <w:tcMar>
              <w:top w:w="100" w:type="dxa"/>
              <w:left w:w="120" w:type="dxa"/>
              <w:bottom w:w="100" w:type="dxa"/>
              <w:right w:w="120" w:type="dxa"/>
            </w:tcMar>
            <w:vAlign w:val="center"/>
          </w:tcPr>
          <w:p w14:paraId="6F04D1CA" w14:textId="77777777" w:rsidR="00612663" w:rsidRDefault="00612663">
            <w:pPr>
              <w:jc w:val="center"/>
            </w:pPr>
            <w:proofErr w:type="spellStart"/>
            <w:r>
              <w:rPr>
                <w:rFonts w:ascii="Aptos" w:hAnsi="Aptos"/>
                <w:b/>
                <w:color w:val="1F4D78"/>
                <w:sz w:val="20"/>
              </w:rPr>
              <w:t>Propuesta</w:t>
            </w:r>
            <w:proofErr w:type="spellEnd"/>
          </w:p>
        </w:tc>
      </w:tr>
      <w:tr w:rsidR="00B00446" w:rsidRPr="004C0885" w14:paraId="38256546" w14:textId="77777777">
        <w:tc>
          <w:tcPr>
            <w:tcW w:w="1944" w:type="dxa"/>
            <w:tcMar>
              <w:top w:w="100" w:type="dxa"/>
              <w:left w:w="120" w:type="dxa"/>
              <w:bottom w:w="100" w:type="dxa"/>
              <w:right w:w="120" w:type="dxa"/>
            </w:tcMar>
            <w:vAlign w:val="center"/>
          </w:tcPr>
          <w:p w14:paraId="0C7989E6" w14:textId="77777777" w:rsidR="00612663" w:rsidRDefault="00612663">
            <w:proofErr w:type="spellStart"/>
            <w:r>
              <w:rPr>
                <w:rFonts w:ascii="Aptos" w:hAnsi="Aptos"/>
                <w:b/>
                <w:color w:val="1F4D78"/>
                <w:sz w:val="19"/>
              </w:rPr>
              <w:lastRenderedPageBreak/>
              <w:t>Asamblea</w:t>
            </w:r>
            <w:proofErr w:type="spellEnd"/>
          </w:p>
        </w:tc>
        <w:tc>
          <w:tcPr>
            <w:tcW w:w="3096" w:type="dxa"/>
            <w:tcMar>
              <w:top w:w="100" w:type="dxa"/>
              <w:left w:w="120" w:type="dxa"/>
              <w:bottom w:w="100" w:type="dxa"/>
              <w:right w:w="120" w:type="dxa"/>
            </w:tcMar>
            <w:vAlign w:val="center"/>
          </w:tcPr>
          <w:p w14:paraId="2DAC0323" w14:textId="77777777" w:rsidR="00612663" w:rsidRDefault="00612663">
            <w:r>
              <w:rPr>
                <w:rFonts w:ascii="Aptos" w:hAnsi="Aptos"/>
                <w:color w:val="283846"/>
                <w:sz w:val="19"/>
              </w:rPr>
              <w:t xml:space="preserve">Iglesia </w:t>
            </w:r>
            <w:proofErr w:type="spellStart"/>
            <w:r>
              <w:rPr>
                <w:rFonts w:ascii="Aptos" w:hAnsi="Aptos"/>
                <w:color w:val="283846"/>
                <w:sz w:val="19"/>
              </w:rPr>
              <w:t>manipulativa</w:t>
            </w:r>
            <w:proofErr w:type="spellEnd"/>
            <w:r>
              <w:rPr>
                <w:rFonts w:ascii="Aptos" w:hAnsi="Aptos"/>
                <w:color w:val="283846"/>
                <w:sz w:val="19"/>
              </w:rPr>
              <w:t>.</w:t>
            </w:r>
          </w:p>
        </w:tc>
        <w:tc>
          <w:tcPr>
            <w:tcW w:w="5040" w:type="dxa"/>
            <w:tcMar>
              <w:top w:w="100" w:type="dxa"/>
              <w:left w:w="120" w:type="dxa"/>
              <w:bottom w:w="100" w:type="dxa"/>
              <w:right w:w="120" w:type="dxa"/>
            </w:tcMar>
            <w:vAlign w:val="center"/>
          </w:tcPr>
          <w:p w14:paraId="3B01339A" w14:textId="77777777" w:rsidR="00612663" w:rsidRPr="004C0885" w:rsidRDefault="00612663">
            <w:pPr>
              <w:rPr>
                <w:lang w:val="es-ES"/>
              </w:rPr>
            </w:pPr>
            <w:r w:rsidRPr="004C0885">
              <w:rPr>
                <w:rFonts w:ascii="Aptos" w:hAnsi="Aptos"/>
                <w:color w:val="283846"/>
                <w:sz w:val="19"/>
                <w:lang w:val="es-ES"/>
              </w:rPr>
              <w:t>Reconocer exterior, puerta, cruz y campana.</w:t>
            </w:r>
          </w:p>
        </w:tc>
      </w:tr>
      <w:tr w:rsidR="00B00446" w14:paraId="0277607E" w14:textId="77777777">
        <w:tc>
          <w:tcPr>
            <w:tcW w:w="1944" w:type="dxa"/>
            <w:tcMar>
              <w:top w:w="100" w:type="dxa"/>
              <w:left w:w="120" w:type="dxa"/>
              <w:bottom w:w="100" w:type="dxa"/>
              <w:right w:w="120" w:type="dxa"/>
            </w:tcMar>
            <w:vAlign w:val="center"/>
          </w:tcPr>
          <w:p w14:paraId="0DAB0F77" w14:textId="77777777" w:rsidR="00612663" w:rsidRDefault="00612663">
            <w:r>
              <w:rPr>
                <w:rFonts w:ascii="Aptos" w:hAnsi="Aptos"/>
                <w:b/>
                <w:color w:val="1F4D78"/>
                <w:sz w:val="19"/>
              </w:rPr>
              <w:t>Construcciones</w:t>
            </w:r>
          </w:p>
        </w:tc>
        <w:tc>
          <w:tcPr>
            <w:tcW w:w="3096" w:type="dxa"/>
            <w:tcMar>
              <w:top w:w="100" w:type="dxa"/>
              <w:left w:w="120" w:type="dxa"/>
              <w:bottom w:w="100" w:type="dxa"/>
              <w:right w:w="120" w:type="dxa"/>
            </w:tcMar>
            <w:vAlign w:val="center"/>
          </w:tcPr>
          <w:p w14:paraId="767D0452" w14:textId="77777777" w:rsidR="00612663" w:rsidRDefault="00612663">
            <w:proofErr w:type="spellStart"/>
            <w:r>
              <w:rPr>
                <w:rFonts w:ascii="Aptos" w:hAnsi="Aptos"/>
                <w:color w:val="283846"/>
                <w:sz w:val="19"/>
              </w:rPr>
              <w:t>Bloques</w:t>
            </w:r>
            <w:proofErr w:type="spellEnd"/>
            <w:r>
              <w:rPr>
                <w:rFonts w:ascii="Aptos" w:hAnsi="Aptos"/>
                <w:color w:val="283846"/>
                <w:sz w:val="19"/>
              </w:rPr>
              <w:t xml:space="preserve"> y arco.</w:t>
            </w:r>
          </w:p>
        </w:tc>
        <w:tc>
          <w:tcPr>
            <w:tcW w:w="5040" w:type="dxa"/>
            <w:tcMar>
              <w:top w:w="100" w:type="dxa"/>
              <w:left w:w="120" w:type="dxa"/>
              <w:bottom w:w="100" w:type="dxa"/>
              <w:right w:w="120" w:type="dxa"/>
            </w:tcMar>
            <w:vAlign w:val="center"/>
          </w:tcPr>
          <w:p w14:paraId="351BB18E" w14:textId="77777777" w:rsidR="00612663" w:rsidRDefault="00612663">
            <w:proofErr w:type="spellStart"/>
            <w:r>
              <w:rPr>
                <w:rFonts w:ascii="Aptos" w:hAnsi="Aptos"/>
                <w:color w:val="283846"/>
                <w:sz w:val="19"/>
              </w:rPr>
              <w:t>Construir</w:t>
            </w:r>
            <w:proofErr w:type="spellEnd"/>
            <w:r>
              <w:rPr>
                <w:rFonts w:ascii="Aptos" w:hAnsi="Aptos"/>
                <w:color w:val="283846"/>
                <w:sz w:val="19"/>
              </w:rPr>
              <w:t xml:space="preserve"> </w:t>
            </w:r>
            <w:proofErr w:type="spellStart"/>
            <w:r>
              <w:rPr>
                <w:rFonts w:ascii="Aptos" w:hAnsi="Aptos"/>
                <w:color w:val="283846"/>
                <w:sz w:val="19"/>
              </w:rPr>
              <w:t>una</w:t>
            </w:r>
            <w:proofErr w:type="spellEnd"/>
            <w:r>
              <w:rPr>
                <w:rFonts w:ascii="Aptos" w:hAnsi="Aptos"/>
                <w:color w:val="283846"/>
                <w:sz w:val="19"/>
              </w:rPr>
              <w:t xml:space="preserve"> </w:t>
            </w:r>
            <w:proofErr w:type="spellStart"/>
            <w:r>
              <w:rPr>
                <w:rFonts w:ascii="Aptos" w:hAnsi="Aptos"/>
                <w:color w:val="283846"/>
                <w:sz w:val="19"/>
              </w:rPr>
              <w:t>fachada</w:t>
            </w:r>
            <w:proofErr w:type="spellEnd"/>
            <w:r>
              <w:rPr>
                <w:rFonts w:ascii="Aptos" w:hAnsi="Aptos"/>
                <w:color w:val="283846"/>
                <w:sz w:val="19"/>
              </w:rPr>
              <w:t xml:space="preserve"> </w:t>
            </w:r>
            <w:proofErr w:type="spellStart"/>
            <w:r>
              <w:rPr>
                <w:rFonts w:ascii="Aptos" w:hAnsi="Aptos"/>
                <w:color w:val="283846"/>
                <w:sz w:val="19"/>
              </w:rPr>
              <w:t>sencilla</w:t>
            </w:r>
            <w:proofErr w:type="spellEnd"/>
            <w:r>
              <w:rPr>
                <w:rFonts w:ascii="Aptos" w:hAnsi="Aptos"/>
                <w:color w:val="283846"/>
                <w:sz w:val="19"/>
              </w:rPr>
              <w:t>.</w:t>
            </w:r>
          </w:p>
        </w:tc>
      </w:tr>
      <w:tr w:rsidR="00B00446" w:rsidRPr="004C0885" w14:paraId="1FF94E5A" w14:textId="77777777">
        <w:tc>
          <w:tcPr>
            <w:tcW w:w="1944" w:type="dxa"/>
            <w:tcMar>
              <w:top w:w="100" w:type="dxa"/>
              <w:left w:w="120" w:type="dxa"/>
              <w:bottom w:w="100" w:type="dxa"/>
              <w:right w:w="120" w:type="dxa"/>
            </w:tcMar>
            <w:vAlign w:val="center"/>
          </w:tcPr>
          <w:p w14:paraId="38BD7553" w14:textId="77777777" w:rsidR="00612663" w:rsidRDefault="00612663">
            <w:proofErr w:type="spellStart"/>
            <w:r>
              <w:rPr>
                <w:rFonts w:ascii="Aptos" w:hAnsi="Aptos"/>
                <w:b/>
                <w:color w:val="1F4D78"/>
                <w:sz w:val="19"/>
              </w:rPr>
              <w:t>Minimundo</w:t>
            </w:r>
            <w:proofErr w:type="spellEnd"/>
          </w:p>
        </w:tc>
        <w:tc>
          <w:tcPr>
            <w:tcW w:w="3096" w:type="dxa"/>
            <w:tcMar>
              <w:top w:w="100" w:type="dxa"/>
              <w:left w:w="120" w:type="dxa"/>
              <w:bottom w:w="100" w:type="dxa"/>
              <w:right w:w="120" w:type="dxa"/>
            </w:tcMar>
            <w:vAlign w:val="center"/>
          </w:tcPr>
          <w:p w14:paraId="574AC9CB" w14:textId="77777777" w:rsidR="00612663" w:rsidRDefault="00612663">
            <w:r>
              <w:rPr>
                <w:rFonts w:ascii="Aptos" w:hAnsi="Aptos"/>
                <w:color w:val="283846"/>
                <w:sz w:val="19"/>
              </w:rPr>
              <w:t xml:space="preserve">Iglesia y </w:t>
            </w:r>
            <w:proofErr w:type="spellStart"/>
            <w:r>
              <w:rPr>
                <w:rFonts w:ascii="Aptos" w:hAnsi="Aptos"/>
                <w:color w:val="283846"/>
                <w:sz w:val="19"/>
              </w:rPr>
              <w:t>figuras</w:t>
            </w:r>
            <w:proofErr w:type="spellEnd"/>
            <w:r>
              <w:rPr>
                <w:rFonts w:ascii="Aptos" w:hAnsi="Aptos"/>
                <w:color w:val="283846"/>
                <w:sz w:val="19"/>
              </w:rPr>
              <w:t>.</w:t>
            </w:r>
          </w:p>
        </w:tc>
        <w:tc>
          <w:tcPr>
            <w:tcW w:w="5040" w:type="dxa"/>
            <w:tcMar>
              <w:top w:w="100" w:type="dxa"/>
              <w:left w:w="120" w:type="dxa"/>
              <w:bottom w:w="100" w:type="dxa"/>
              <w:right w:w="120" w:type="dxa"/>
            </w:tcMar>
            <w:vAlign w:val="center"/>
          </w:tcPr>
          <w:p w14:paraId="6B2C5D04" w14:textId="77777777" w:rsidR="00612663" w:rsidRPr="004C0885" w:rsidRDefault="00612663">
            <w:pPr>
              <w:rPr>
                <w:lang w:val="es-ES"/>
              </w:rPr>
            </w:pPr>
            <w:r w:rsidRPr="004C0885">
              <w:rPr>
                <w:rFonts w:ascii="Aptos" w:hAnsi="Aptos"/>
                <w:color w:val="283846"/>
                <w:sz w:val="19"/>
                <w:lang w:val="es-ES"/>
              </w:rPr>
              <w:t>Entrar, reunirse y salir ordenadamente.</w:t>
            </w:r>
          </w:p>
        </w:tc>
      </w:tr>
      <w:tr w:rsidR="00B00446" w14:paraId="765B74DA" w14:textId="77777777">
        <w:tc>
          <w:tcPr>
            <w:tcW w:w="1944" w:type="dxa"/>
            <w:tcMar>
              <w:top w:w="100" w:type="dxa"/>
              <w:left w:w="120" w:type="dxa"/>
              <w:bottom w:w="100" w:type="dxa"/>
              <w:right w:w="120" w:type="dxa"/>
            </w:tcMar>
            <w:vAlign w:val="center"/>
          </w:tcPr>
          <w:p w14:paraId="3A3F9BC0" w14:textId="77777777" w:rsidR="00612663" w:rsidRDefault="00612663">
            <w:proofErr w:type="spellStart"/>
            <w:r>
              <w:rPr>
                <w:rFonts w:ascii="Aptos" w:hAnsi="Aptos"/>
                <w:b/>
                <w:color w:val="1F4D78"/>
                <w:sz w:val="19"/>
              </w:rPr>
              <w:t>Manitas</w:t>
            </w:r>
            <w:proofErr w:type="spellEnd"/>
          </w:p>
        </w:tc>
        <w:tc>
          <w:tcPr>
            <w:tcW w:w="3096" w:type="dxa"/>
            <w:tcMar>
              <w:top w:w="100" w:type="dxa"/>
              <w:left w:w="120" w:type="dxa"/>
              <w:bottom w:w="100" w:type="dxa"/>
              <w:right w:w="120" w:type="dxa"/>
            </w:tcMar>
            <w:vAlign w:val="center"/>
          </w:tcPr>
          <w:p w14:paraId="3546F269" w14:textId="77777777" w:rsidR="00612663" w:rsidRDefault="00612663">
            <w:r>
              <w:rPr>
                <w:rFonts w:ascii="Aptos" w:hAnsi="Aptos"/>
                <w:color w:val="283846"/>
                <w:sz w:val="19"/>
              </w:rPr>
              <w:t xml:space="preserve">Papel y </w:t>
            </w:r>
            <w:proofErr w:type="spellStart"/>
            <w:r>
              <w:rPr>
                <w:rFonts w:ascii="Aptos" w:hAnsi="Aptos"/>
                <w:color w:val="283846"/>
                <w:sz w:val="19"/>
              </w:rPr>
              <w:t>bandeja</w:t>
            </w:r>
            <w:proofErr w:type="spellEnd"/>
            <w:r>
              <w:rPr>
                <w:rFonts w:ascii="Aptos" w:hAnsi="Aptos"/>
                <w:color w:val="283846"/>
                <w:sz w:val="19"/>
              </w:rPr>
              <w:t>.</w:t>
            </w:r>
          </w:p>
        </w:tc>
        <w:tc>
          <w:tcPr>
            <w:tcW w:w="5040" w:type="dxa"/>
            <w:tcMar>
              <w:top w:w="100" w:type="dxa"/>
              <w:left w:w="120" w:type="dxa"/>
              <w:bottom w:w="100" w:type="dxa"/>
              <w:right w:w="120" w:type="dxa"/>
            </w:tcMar>
            <w:vAlign w:val="center"/>
          </w:tcPr>
          <w:p w14:paraId="7DCE81EE" w14:textId="77777777" w:rsidR="00612663" w:rsidRDefault="00612663">
            <w:proofErr w:type="spellStart"/>
            <w:r>
              <w:rPr>
                <w:rFonts w:ascii="Aptos" w:hAnsi="Aptos"/>
                <w:color w:val="283846"/>
                <w:sz w:val="19"/>
              </w:rPr>
              <w:t>Rasgar</w:t>
            </w:r>
            <w:proofErr w:type="spellEnd"/>
            <w:r>
              <w:rPr>
                <w:rFonts w:ascii="Aptos" w:hAnsi="Aptos"/>
                <w:color w:val="283846"/>
                <w:sz w:val="19"/>
              </w:rPr>
              <w:t xml:space="preserve"> y </w:t>
            </w:r>
            <w:proofErr w:type="spellStart"/>
            <w:r>
              <w:rPr>
                <w:rFonts w:ascii="Aptos" w:hAnsi="Aptos"/>
                <w:color w:val="283846"/>
                <w:sz w:val="19"/>
              </w:rPr>
              <w:t>clasificar</w:t>
            </w:r>
            <w:proofErr w:type="spellEnd"/>
            <w:r>
              <w:rPr>
                <w:rFonts w:ascii="Aptos" w:hAnsi="Aptos"/>
                <w:color w:val="283846"/>
                <w:sz w:val="19"/>
              </w:rPr>
              <w:t xml:space="preserve"> </w:t>
            </w:r>
            <w:proofErr w:type="spellStart"/>
            <w:r>
              <w:rPr>
                <w:rFonts w:ascii="Aptos" w:hAnsi="Aptos"/>
                <w:color w:val="283846"/>
                <w:sz w:val="19"/>
              </w:rPr>
              <w:t>trozos</w:t>
            </w:r>
            <w:proofErr w:type="spellEnd"/>
            <w:r>
              <w:rPr>
                <w:rFonts w:ascii="Aptos" w:hAnsi="Aptos"/>
                <w:color w:val="283846"/>
                <w:sz w:val="19"/>
              </w:rPr>
              <w:t>.</w:t>
            </w:r>
          </w:p>
        </w:tc>
      </w:tr>
    </w:tbl>
    <w:p w14:paraId="2D9ED6E4" w14:textId="77777777" w:rsidR="00612663" w:rsidRPr="004C0885" w:rsidRDefault="00612663">
      <w:pPr>
        <w:rPr>
          <w:lang w:val="es-ES"/>
        </w:rPr>
      </w:pPr>
      <w:r w:rsidRPr="004C0885">
        <w:rPr>
          <w:rFonts w:ascii="Aptos" w:hAnsi="Aptos"/>
          <w:b/>
          <w:color w:val="1F4D78"/>
          <w:lang w:val="es-ES"/>
        </w:rPr>
        <w:t xml:space="preserve">Ficha · 15-20 min  </w:t>
      </w:r>
      <w:r w:rsidRPr="004C0885">
        <w:rPr>
          <w:rFonts w:ascii="Aptos" w:hAnsi="Aptos"/>
          <w:color w:val="283846"/>
          <w:lang w:val="es-ES"/>
        </w:rPr>
        <w:t>Rasgar trocitos de papel marrón y pegarlos dentro de la gran puerta blanca. No es necesario cubrirla por completo. Dejar secar en horizontal y recoger juntos.</w:t>
      </w:r>
    </w:p>
    <w:p w14:paraId="41A6C0DE" w14:textId="77777777" w:rsidR="00612663" w:rsidRPr="004C0885" w:rsidRDefault="00612663">
      <w:pPr>
        <w:pStyle w:val="Ttulo2"/>
        <w:rPr>
          <w:lang w:val="es-ES"/>
        </w:rPr>
      </w:pPr>
      <w:r w:rsidRPr="004C0885">
        <w:rPr>
          <w:lang w:val="es-ES"/>
        </w:rPr>
        <w:t>Qué observar</w:t>
      </w:r>
    </w:p>
    <w:p w14:paraId="3541EEE6" w14:textId="77777777" w:rsidR="00612663" w:rsidRPr="004C0885" w:rsidRDefault="00612663">
      <w:pPr>
        <w:rPr>
          <w:lang w:val="es-ES"/>
        </w:rPr>
      </w:pPr>
      <w:r w:rsidRPr="004C0885">
        <w:rPr>
          <w:rFonts w:ascii="Aptos" w:hAnsi="Aptos"/>
          <w:color w:val="283846"/>
          <w:lang w:val="es-ES"/>
        </w:rPr>
        <w:t>Si reconoce una iglesia entre otros edificios, señala algún rasgo exterior, comprende que es un lugar de reunión con Jesús, rasga y pega según sus posibilidades y cuida el material.</w:t>
      </w:r>
    </w:p>
    <w:p w14:paraId="3D76B6C3" w14:textId="77777777" w:rsidR="00612663" w:rsidRPr="004C0885" w:rsidRDefault="00612663">
      <w:pPr>
        <w:rPr>
          <w:lang w:val="es-ES"/>
        </w:rPr>
      </w:pPr>
      <w:r w:rsidRPr="004C0885">
        <w:rPr>
          <w:lang w:val="es-ES"/>
        </w:rPr>
        <w:br w:type="page"/>
      </w:r>
    </w:p>
    <w:p w14:paraId="0E4E1C14" w14:textId="77777777" w:rsidR="00612663" w:rsidRPr="004C0885" w:rsidRDefault="00612663">
      <w:pPr>
        <w:pStyle w:val="Ttulo1"/>
        <w:rPr>
          <w:lang w:val="es-ES"/>
        </w:rPr>
      </w:pPr>
      <w:r w:rsidRPr="004C0885">
        <w:rPr>
          <w:lang w:val="es-ES"/>
        </w:rPr>
        <w:lastRenderedPageBreak/>
        <w:t>4. Sesión 2 · Descubro la iglesia por dentro</w:t>
      </w:r>
    </w:p>
    <w:p w14:paraId="6597D872" w14:textId="77777777" w:rsidR="00612663" w:rsidRDefault="00612663">
      <w:pPr>
        <w:keepNext/>
        <w:jc w:val="center"/>
      </w:pPr>
      <w:r>
        <w:rPr>
          <w:noProof/>
        </w:rPr>
        <w:drawing>
          <wp:inline distT="0" distB="0" distL="0" distR="0" wp14:anchorId="128B9FA7" wp14:editId="11789187">
            <wp:extent cx="5623560" cy="3977901"/>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27.png"/>
                    <pic:cNvPicPr/>
                  </pic:nvPicPr>
                  <pic:blipFill>
                    <a:blip r:embed="rId34"/>
                    <a:stretch>
                      <a:fillRect/>
                    </a:stretch>
                  </pic:blipFill>
                  <pic:spPr>
                    <a:xfrm>
                      <a:off x="0" y="0"/>
                      <a:ext cx="5623560" cy="3977901"/>
                    </a:xfrm>
                    <a:prstGeom prst="rect">
                      <a:avLst/>
                    </a:prstGeom>
                  </pic:spPr>
                </pic:pic>
              </a:graphicData>
            </a:graphic>
          </wp:inline>
        </w:drawing>
      </w:r>
    </w:p>
    <w:p w14:paraId="0D577B90" w14:textId="77777777" w:rsidR="00612663" w:rsidRPr="004C0885" w:rsidRDefault="00612663">
      <w:pPr>
        <w:keepNext/>
        <w:jc w:val="center"/>
        <w:rPr>
          <w:lang w:val="es-ES"/>
        </w:rPr>
      </w:pPr>
      <w:r w:rsidRPr="004C0885">
        <w:rPr>
          <w:rFonts w:ascii="Aptos" w:hAnsi="Aptos"/>
          <w:i/>
          <w:color w:val="647789"/>
          <w:sz w:val="19"/>
          <w:lang w:val="es-ES"/>
        </w:rPr>
        <w:t>Ficha 27 · Pica el contorno de la puerta y mira qué hay dentro</w:t>
      </w:r>
    </w:p>
    <w:tbl>
      <w:tblPr>
        <w:tblW w:w="10080" w:type="dxa"/>
        <w:tblLayout w:type="fixed"/>
        <w:tblLook w:val="04A0" w:firstRow="1" w:lastRow="0" w:firstColumn="1" w:lastColumn="0" w:noHBand="0" w:noVBand="1"/>
      </w:tblPr>
      <w:tblGrid>
        <w:gridCol w:w="10080"/>
      </w:tblGrid>
      <w:tr w:rsidR="00B00446" w14:paraId="61B8B447" w14:textId="77777777">
        <w:tc>
          <w:tcPr>
            <w:tcW w:w="10080" w:type="dxa"/>
            <w:shd w:val="clear" w:color="auto" w:fill="EAF4EF"/>
            <w:tcMar>
              <w:top w:w="100" w:type="dxa"/>
              <w:left w:w="120" w:type="dxa"/>
              <w:bottom w:w="100" w:type="dxa"/>
              <w:right w:w="120" w:type="dxa"/>
            </w:tcMar>
            <w:vAlign w:val="center"/>
          </w:tcPr>
          <w:p w14:paraId="702BF73C" w14:textId="77777777" w:rsidR="00612663" w:rsidRDefault="00612663">
            <w:proofErr w:type="gramStart"/>
            <w:r w:rsidRPr="004C0885">
              <w:rPr>
                <w:rFonts w:ascii="Aptos" w:hAnsi="Aptos"/>
                <w:b/>
                <w:color w:val="1F4D78"/>
                <w:sz w:val="21"/>
                <w:lang w:val="es-ES"/>
              </w:rPr>
              <w:t xml:space="preserve">Aprendizaje  </w:t>
            </w:r>
            <w:r w:rsidRPr="004C0885">
              <w:rPr>
                <w:rFonts w:ascii="Aptos" w:hAnsi="Aptos"/>
                <w:color w:val="283846"/>
                <w:sz w:val="21"/>
                <w:lang w:val="es-ES"/>
              </w:rPr>
              <w:t>Descubrimos</w:t>
            </w:r>
            <w:proofErr w:type="gramEnd"/>
            <w:r w:rsidRPr="004C0885">
              <w:rPr>
                <w:rFonts w:ascii="Aptos" w:hAnsi="Aptos"/>
                <w:color w:val="283846"/>
                <w:sz w:val="21"/>
                <w:lang w:val="es-ES"/>
              </w:rPr>
              <w:t xml:space="preserve"> el interior de la iglesia y reconocemos altar, cruz, cáliz, patena y una imagen de la Virgen María. </w:t>
            </w:r>
            <w:proofErr w:type="spellStart"/>
            <w:r>
              <w:rPr>
                <w:rFonts w:ascii="Aptos" w:hAnsi="Aptos"/>
                <w:color w:val="283846"/>
                <w:sz w:val="21"/>
              </w:rPr>
              <w:t>Conocemos</w:t>
            </w:r>
            <w:proofErr w:type="spellEnd"/>
            <w:r>
              <w:rPr>
                <w:rFonts w:ascii="Aptos" w:hAnsi="Aptos"/>
                <w:color w:val="283846"/>
                <w:sz w:val="21"/>
              </w:rPr>
              <w:t xml:space="preserve"> </w:t>
            </w:r>
            <w:proofErr w:type="spellStart"/>
            <w:r>
              <w:rPr>
                <w:rFonts w:ascii="Aptos" w:hAnsi="Aptos"/>
                <w:color w:val="283846"/>
                <w:sz w:val="21"/>
              </w:rPr>
              <w:t>oralmente</w:t>
            </w:r>
            <w:proofErr w:type="spellEnd"/>
            <w:r>
              <w:rPr>
                <w:rFonts w:ascii="Aptos" w:hAnsi="Aptos"/>
                <w:color w:val="283846"/>
                <w:sz w:val="21"/>
              </w:rPr>
              <w:t xml:space="preserve"> el </w:t>
            </w:r>
            <w:proofErr w:type="spellStart"/>
            <w:r>
              <w:rPr>
                <w:rFonts w:ascii="Aptos" w:hAnsi="Aptos"/>
                <w:color w:val="283846"/>
                <w:sz w:val="21"/>
              </w:rPr>
              <w:t>sagrario</w:t>
            </w:r>
            <w:proofErr w:type="spellEnd"/>
            <w:r>
              <w:rPr>
                <w:rFonts w:ascii="Aptos" w:hAnsi="Aptos"/>
                <w:color w:val="283846"/>
                <w:sz w:val="21"/>
              </w:rPr>
              <w:t>.</w:t>
            </w:r>
          </w:p>
        </w:tc>
      </w:tr>
    </w:tbl>
    <w:p w14:paraId="05E8EED3" w14:textId="77777777" w:rsidR="00612663" w:rsidRDefault="00612663">
      <w:pPr>
        <w:pStyle w:val="Ttulo2"/>
      </w:pPr>
      <w:proofErr w:type="spellStart"/>
      <w:r>
        <w:t>Preparación</w:t>
      </w:r>
      <w:proofErr w:type="spellEnd"/>
    </w:p>
    <w:p w14:paraId="541EBEC3" w14:textId="77777777" w:rsidR="00612663" w:rsidRPr="004C0885" w:rsidRDefault="00612663">
      <w:pPr>
        <w:rPr>
          <w:lang w:val="es-ES"/>
        </w:rPr>
      </w:pPr>
      <w:r w:rsidRPr="004C0885">
        <w:rPr>
          <w:rFonts w:ascii="Aptos" w:hAnsi="Aptos"/>
          <w:color w:val="283846"/>
          <w:lang w:val="es-ES"/>
        </w:rPr>
        <w:t>Recuperar la ficha 26 seca. Marcar claramente los tres lados que se picarán y preparar punzones y alfombrillas. Tener la ficha 27, pegamento, la iglesia manipulativa y una imagen sencilla del sagrario.</w:t>
      </w:r>
    </w:p>
    <w:p w14:paraId="3A891BD4" w14:textId="77777777" w:rsidR="00612663" w:rsidRPr="004C0885" w:rsidRDefault="00612663">
      <w:pPr>
        <w:rPr>
          <w:lang w:val="es-ES"/>
        </w:rPr>
      </w:pPr>
      <w:r w:rsidRPr="004C0885">
        <w:rPr>
          <w:lang w:val="es-ES"/>
        </w:rPr>
        <w:br w:type="page"/>
      </w:r>
    </w:p>
    <w:p w14:paraId="38FD5774" w14:textId="77777777" w:rsidR="00612663" w:rsidRPr="004C0885" w:rsidRDefault="00612663">
      <w:pPr>
        <w:pStyle w:val="Ttulo2"/>
        <w:spacing w:before="0" w:after="100"/>
        <w:rPr>
          <w:lang w:val="es-ES"/>
        </w:rPr>
      </w:pPr>
      <w:r w:rsidRPr="004C0885">
        <w:rPr>
          <w:lang w:val="es-ES"/>
        </w:rPr>
        <w:lastRenderedPageBreak/>
        <w:t>Desarrollo orientativo</w:t>
      </w:r>
    </w:p>
    <w:p w14:paraId="6A10C2E6" w14:textId="77777777" w:rsidR="00612663" w:rsidRPr="004C0885" w:rsidRDefault="00612663">
      <w:pPr>
        <w:spacing w:after="60" w:line="276" w:lineRule="auto"/>
        <w:rPr>
          <w:lang w:val="es-ES"/>
        </w:rPr>
      </w:pPr>
      <w:r w:rsidRPr="004C0885">
        <w:rPr>
          <w:rFonts w:ascii="Aptos" w:hAnsi="Aptos"/>
          <w:b/>
          <w:color w:val="1F4D78"/>
          <w:sz w:val="21"/>
          <w:lang w:val="es-ES"/>
        </w:rPr>
        <w:t xml:space="preserve">Anticipamos · 4-5 min  </w:t>
      </w:r>
      <w:r w:rsidRPr="004C0885">
        <w:rPr>
          <w:rFonts w:ascii="Aptos" w:hAnsi="Aptos"/>
          <w:color w:val="283846"/>
          <w:sz w:val="21"/>
          <w:lang w:val="es-ES"/>
        </w:rPr>
        <w:t>Recordar la fachada y preguntar qué puede haber detrás de la puerta. Aceptar hipótesis sin corregirlas de inmediato.</w:t>
      </w:r>
    </w:p>
    <w:p w14:paraId="2011CF84" w14:textId="77777777" w:rsidR="00612663" w:rsidRPr="004C0885" w:rsidRDefault="00612663">
      <w:pPr>
        <w:spacing w:after="60" w:line="276" w:lineRule="auto"/>
        <w:rPr>
          <w:lang w:val="es-ES"/>
        </w:rPr>
      </w:pPr>
      <w:r w:rsidRPr="004C0885">
        <w:rPr>
          <w:rFonts w:ascii="Aptos" w:hAnsi="Aptos"/>
          <w:b/>
          <w:color w:val="1F4D78"/>
          <w:sz w:val="21"/>
          <w:lang w:val="es-ES"/>
        </w:rPr>
        <w:t xml:space="preserve">Picamos · 15-20 min  </w:t>
      </w:r>
      <w:r w:rsidRPr="004C0885">
        <w:rPr>
          <w:rFonts w:ascii="Aptos" w:hAnsi="Aptos"/>
          <w:color w:val="283846"/>
          <w:sz w:val="21"/>
          <w:lang w:val="es-ES"/>
        </w:rPr>
        <w:t>Picar las líneas superior, inferior y derecha sobre alfombrilla. Mantener intacto el lateral izquierdo como bisagra. Abrir con cuidado.</w:t>
      </w:r>
    </w:p>
    <w:p w14:paraId="6652CC40" w14:textId="77777777" w:rsidR="00612663" w:rsidRPr="004C0885" w:rsidRDefault="00612663">
      <w:pPr>
        <w:spacing w:after="60" w:line="276" w:lineRule="auto"/>
        <w:rPr>
          <w:lang w:val="es-ES"/>
        </w:rPr>
      </w:pPr>
      <w:r w:rsidRPr="004C0885">
        <w:rPr>
          <w:rFonts w:ascii="Aptos" w:hAnsi="Aptos"/>
          <w:b/>
          <w:color w:val="1F4D78"/>
          <w:sz w:val="21"/>
          <w:lang w:val="es-ES"/>
        </w:rPr>
        <w:t xml:space="preserve">Montamos · 5-8 </w:t>
      </w:r>
      <w:proofErr w:type="gramStart"/>
      <w:r w:rsidRPr="004C0885">
        <w:rPr>
          <w:rFonts w:ascii="Aptos" w:hAnsi="Aptos"/>
          <w:b/>
          <w:color w:val="1F4D78"/>
          <w:sz w:val="21"/>
          <w:lang w:val="es-ES"/>
        </w:rPr>
        <w:t xml:space="preserve">min  </w:t>
      </w:r>
      <w:r w:rsidRPr="004C0885">
        <w:rPr>
          <w:rFonts w:ascii="Aptos" w:hAnsi="Aptos"/>
          <w:color w:val="283846"/>
          <w:sz w:val="21"/>
          <w:lang w:val="es-ES"/>
        </w:rPr>
        <w:t>Alinear</w:t>
      </w:r>
      <w:proofErr w:type="gramEnd"/>
      <w:r w:rsidRPr="004C0885">
        <w:rPr>
          <w:rFonts w:ascii="Aptos" w:hAnsi="Aptos"/>
          <w:color w:val="283846"/>
          <w:sz w:val="21"/>
          <w:lang w:val="es-ES"/>
        </w:rPr>
        <w:t xml:space="preserve"> la ficha 27 detrás de la 26 y pegarla. Comprobar que el interior se descubre al abrir la solapa.</w:t>
      </w:r>
    </w:p>
    <w:p w14:paraId="1172902A" w14:textId="77777777" w:rsidR="00612663" w:rsidRPr="004C0885" w:rsidRDefault="00612663">
      <w:pPr>
        <w:spacing w:after="60" w:line="276" w:lineRule="auto"/>
        <w:rPr>
          <w:lang w:val="es-ES"/>
        </w:rPr>
      </w:pPr>
      <w:r w:rsidRPr="004C0885">
        <w:rPr>
          <w:rFonts w:ascii="Aptos" w:hAnsi="Aptos"/>
          <w:b/>
          <w:color w:val="1F4D78"/>
          <w:sz w:val="21"/>
          <w:lang w:val="es-ES"/>
        </w:rPr>
        <w:t xml:space="preserve">Nombramos · 8-10 </w:t>
      </w:r>
      <w:proofErr w:type="gramStart"/>
      <w:r w:rsidRPr="004C0885">
        <w:rPr>
          <w:rFonts w:ascii="Aptos" w:hAnsi="Aptos"/>
          <w:b/>
          <w:color w:val="1F4D78"/>
          <w:sz w:val="21"/>
          <w:lang w:val="es-ES"/>
        </w:rPr>
        <w:t xml:space="preserve">min  </w:t>
      </w:r>
      <w:r w:rsidRPr="004C0885">
        <w:rPr>
          <w:rFonts w:ascii="Aptos" w:hAnsi="Aptos"/>
          <w:color w:val="283846"/>
          <w:sz w:val="21"/>
          <w:lang w:val="es-ES"/>
        </w:rPr>
        <w:t>Señalar</w:t>
      </w:r>
      <w:proofErr w:type="gramEnd"/>
      <w:r w:rsidRPr="004C0885">
        <w:rPr>
          <w:rFonts w:ascii="Aptos" w:hAnsi="Aptos"/>
          <w:color w:val="283846"/>
          <w:sz w:val="21"/>
          <w:lang w:val="es-ES"/>
        </w:rPr>
        <w:t xml:space="preserve"> altar, cruz, cáliz, patena e imagen de la Virgen. Presentar el sagrario con el modelo o una fotografía: «En el sagrario se reserva el pan consagrado, Jesús presente para los cristianos».</w:t>
      </w:r>
    </w:p>
    <w:p w14:paraId="731157B9" w14:textId="77777777" w:rsidR="00612663" w:rsidRPr="004C0885" w:rsidRDefault="00612663">
      <w:pPr>
        <w:spacing w:after="60" w:line="276" w:lineRule="auto"/>
        <w:rPr>
          <w:lang w:val="es-ES"/>
        </w:rPr>
      </w:pPr>
      <w:r w:rsidRPr="004C0885">
        <w:rPr>
          <w:rFonts w:ascii="Aptos" w:hAnsi="Aptos"/>
          <w:b/>
          <w:color w:val="1F4D78"/>
          <w:sz w:val="21"/>
          <w:lang w:val="es-ES"/>
        </w:rPr>
        <w:t xml:space="preserve">Oración · 1 </w:t>
      </w:r>
      <w:proofErr w:type="gramStart"/>
      <w:r w:rsidRPr="004C0885">
        <w:rPr>
          <w:rFonts w:ascii="Aptos" w:hAnsi="Aptos"/>
          <w:b/>
          <w:color w:val="1F4D78"/>
          <w:sz w:val="21"/>
          <w:lang w:val="es-ES"/>
        </w:rPr>
        <w:t xml:space="preserve">min  </w:t>
      </w:r>
      <w:r w:rsidRPr="004C0885">
        <w:rPr>
          <w:rFonts w:ascii="Aptos" w:hAnsi="Aptos"/>
          <w:color w:val="283846"/>
          <w:sz w:val="21"/>
          <w:lang w:val="es-ES"/>
        </w:rPr>
        <w:t>«</w:t>
      </w:r>
      <w:proofErr w:type="gramEnd"/>
      <w:r w:rsidRPr="004C0885">
        <w:rPr>
          <w:rFonts w:ascii="Aptos" w:hAnsi="Aptos"/>
          <w:color w:val="283846"/>
          <w:sz w:val="21"/>
          <w:lang w:val="es-ES"/>
        </w:rPr>
        <w:t>Jesús, gracias por estar con tu Iglesia».</w:t>
      </w:r>
    </w:p>
    <w:tbl>
      <w:tblPr>
        <w:tblW w:w="10080" w:type="dxa"/>
        <w:tblLayout w:type="fixed"/>
        <w:tblLook w:val="04A0" w:firstRow="1" w:lastRow="0" w:firstColumn="1" w:lastColumn="0" w:noHBand="0" w:noVBand="1"/>
      </w:tblPr>
      <w:tblGrid>
        <w:gridCol w:w="1944"/>
        <w:gridCol w:w="3096"/>
        <w:gridCol w:w="5040"/>
      </w:tblGrid>
      <w:tr w:rsidR="00B00446" w14:paraId="5597E21D" w14:textId="77777777">
        <w:tc>
          <w:tcPr>
            <w:tcW w:w="1944" w:type="dxa"/>
            <w:shd w:val="clear" w:color="auto" w:fill="E7EEF6"/>
            <w:tcMar>
              <w:top w:w="100" w:type="dxa"/>
              <w:left w:w="120" w:type="dxa"/>
              <w:bottom w:w="100" w:type="dxa"/>
              <w:right w:w="120" w:type="dxa"/>
            </w:tcMar>
            <w:vAlign w:val="center"/>
          </w:tcPr>
          <w:p w14:paraId="7B5F4472" w14:textId="77777777" w:rsidR="00612663" w:rsidRDefault="00612663">
            <w:pPr>
              <w:spacing w:after="20" w:line="252" w:lineRule="auto"/>
              <w:jc w:val="center"/>
            </w:pPr>
            <w:r>
              <w:rPr>
                <w:rFonts w:ascii="Aptos" w:hAnsi="Aptos"/>
                <w:b/>
                <w:color w:val="1F4D78"/>
                <w:sz w:val="20"/>
              </w:rPr>
              <w:t>Espacio</w:t>
            </w:r>
          </w:p>
        </w:tc>
        <w:tc>
          <w:tcPr>
            <w:tcW w:w="3096" w:type="dxa"/>
            <w:shd w:val="clear" w:color="auto" w:fill="E7EEF6"/>
            <w:tcMar>
              <w:top w:w="100" w:type="dxa"/>
              <w:left w:w="120" w:type="dxa"/>
              <w:bottom w:w="100" w:type="dxa"/>
              <w:right w:w="120" w:type="dxa"/>
            </w:tcMar>
            <w:vAlign w:val="center"/>
          </w:tcPr>
          <w:p w14:paraId="10D1CD84" w14:textId="77777777" w:rsidR="00612663" w:rsidRDefault="00612663">
            <w:pPr>
              <w:spacing w:after="20" w:line="252" w:lineRule="auto"/>
              <w:jc w:val="center"/>
            </w:pPr>
            <w:r>
              <w:rPr>
                <w:rFonts w:ascii="Aptos" w:hAnsi="Aptos"/>
                <w:b/>
                <w:color w:val="1F4D78"/>
                <w:sz w:val="20"/>
              </w:rPr>
              <w:t>Material</w:t>
            </w:r>
          </w:p>
        </w:tc>
        <w:tc>
          <w:tcPr>
            <w:tcW w:w="5040" w:type="dxa"/>
            <w:shd w:val="clear" w:color="auto" w:fill="E7EEF6"/>
            <w:tcMar>
              <w:top w:w="100" w:type="dxa"/>
              <w:left w:w="120" w:type="dxa"/>
              <w:bottom w:w="100" w:type="dxa"/>
              <w:right w:w="120" w:type="dxa"/>
            </w:tcMar>
            <w:vAlign w:val="center"/>
          </w:tcPr>
          <w:p w14:paraId="5BC5FD6B" w14:textId="77777777" w:rsidR="00612663" w:rsidRDefault="00612663">
            <w:pPr>
              <w:spacing w:after="20" w:line="252" w:lineRule="auto"/>
              <w:jc w:val="center"/>
            </w:pPr>
            <w:proofErr w:type="spellStart"/>
            <w:r>
              <w:rPr>
                <w:rFonts w:ascii="Aptos" w:hAnsi="Aptos"/>
                <w:b/>
                <w:color w:val="1F4D78"/>
                <w:sz w:val="20"/>
              </w:rPr>
              <w:t>Propuesta</w:t>
            </w:r>
            <w:proofErr w:type="spellEnd"/>
          </w:p>
        </w:tc>
      </w:tr>
      <w:tr w:rsidR="00B00446" w14:paraId="33D363B1" w14:textId="77777777">
        <w:tc>
          <w:tcPr>
            <w:tcW w:w="1944" w:type="dxa"/>
            <w:tcMar>
              <w:top w:w="100" w:type="dxa"/>
              <w:left w:w="120" w:type="dxa"/>
              <w:bottom w:w="100" w:type="dxa"/>
              <w:right w:w="120" w:type="dxa"/>
            </w:tcMar>
            <w:vAlign w:val="center"/>
          </w:tcPr>
          <w:p w14:paraId="3ECA501F" w14:textId="77777777" w:rsidR="00612663" w:rsidRDefault="00612663">
            <w:pPr>
              <w:spacing w:after="20" w:line="252" w:lineRule="auto"/>
            </w:pPr>
            <w:proofErr w:type="spellStart"/>
            <w:r>
              <w:rPr>
                <w:rFonts w:ascii="Aptos" w:hAnsi="Aptos"/>
                <w:b/>
                <w:color w:val="1F4D78"/>
                <w:sz w:val="19"/>
              </w:rPr>
              <w:t>Asamblea</w:t>
            </w:r>
            <w:proofErr w:type="spellEnd"/>
          </w:p>
        </w:tc>
        <w:tc>
          <w:tcPr>
            <w:tcW w:w="3096" w:type="dxa"/>
            <w:tcMar>
              <w:top w:w="100" w:type="dxa"/>
              <w:left w:w="120" w:type="dxa"/>
              <w:bottom w:w="100" w:type="dxa"/>
              <w:right w:w="120" w:type="dxa"/>
            </w:tcMar>
            <w:vAlign w:val="center"/>
          </w:tcPr>
          <w:p w14:paraId="72708A14" w14:textId="77777777" w:rsidR="00612663" w:rsidRDefault="00612663">
            <w:pPr>
              <w:spacing w:after="20" w:line="252" w:lineRule="auto"/>
            </w:pPr>
            <w:proofErr w:type="spellStart"/>
            <w:r>
              <w:rPr>
                <w:rFonts w:ascii="Aptos" w:hAnsi="Aptos"/>
                <w:color w:val="283846"/>
                <w:sz w:val="19"/>
              </w:rPr>
              <w:t>Ficha</w:t>
            </w:r>
            <w:proofErr w:type="spellEnd"/>
            <w:r>
              <w:rPr>
                <w:rFonts w:ascii="Aptos" w:hAnsi="Aptos"/>
                <w:color w:val="283846"/>
                <w:sz w:val="19"/>
              </w:rPr>
              <w:t xml:space="preserve"> </w:t>
            </w:r>
            <w:proofErr w:type="spellStart"/>
            <w:r>
              <w:rPr>
                <w:rFonts w:ascii="Aptos" w:hAnsi="Aptos"/>
                <w:color w:val="283846"/>
                <w:sz w:val="19"/>
              </w:rPr>
              <w:t>montada</w:t>
            </w:r>
            <w:proofErr w:type="spellEnd"/>
            <w:r>
              <w:rPr>
                <w:rFonts w:ascii="Aptos" w:hAnsi="Aptos"/>
                <w:color w:val="283846"/>
                <w:sz w:val="19"/>
              </w:rPr>
              <w:t xml:space="preserve"> y </w:t>
            </w:r>
            <w:proofErr w:type="spellStart"/>
            <w:r>
              <w:rPr>
                <w:rFonts w:ascii="Aptos" w:hAnsi="Aptos"/>
                <w:color w:val="283846"/>
                <w:sz w:val="19"/>
              </w:rPr>
              <w:t>maqueta</w:t>
            </w:r>
            <w:proofErr w:type="spellEnd"/>
            <w:r>
              <w:rPr>
                <w:rFonts w:ascii="Aptos" w:hAnsi="Aptos"/>
                <w:color w:val="283846"/>
                <w:sz w:val="19"/>
              </w:rPr>
              <w:t>.</w:t>
            </w:r>
          </w:p>
        </w:tc>
        <w:tc>
          <w:tcPr>
            <w:tcW w:w="5040" w:type="dxa"/>
            <w:tcMar>
              <w:top w:w="100" w:type="dxa"/>
              <w:left w:w="120" w:type="dxa"/>
              <w:bottom w:w="100" w:type="dxa"/>
              <w:right w:w="120" w:type="dxa"/>
            </w:tcMar>
            <w:vAlign w:val="center"/>
          </w:tcPr>
          <w:p w14:paraId="626E12C8" w14:textId="77777777" w:rsidR="00612663" w:rsidRDefault="00612663">
            <w:pPr>
              <w:spacing w:after="20" w:line="252" w:lineRule="auto"/>
            </w:pPr>
            <w:proofErr w:type="spellStart"/>
            <w:r>
              <w:rPr>
                <w:rFonts w:ascii="Aptos" w:hAnsi="Aptos"/>
                <w:color w:val="283846"/>
                <w:sz w:val="19"/>
              </w:rPr>
              <w:t>Abrir</w:t>
            </w:r>
            <w:proofErr w:type="spellEnd"/>
            <w:r>
              <w:rPr>
                <w:rFonts w:ascii="Aptos" w:hAnsi="Aptos"/>
                <w:color w:val="283846"/>
                <w:sz w:val="19"/>
              </w:rPr>
              <w:t xml:space="preserve">, </w:t>
            </w:r>
            <w:proofErr w:type="spellStart"/>
            <w:r>
              <w:rPr>
                <w:rFonts w:ascii="Aptos" w:hAnsi="Aptos"/>
                <w:color w:val="283846"/>
                <w:sz w:val="19"/>
              </w:rPr>
              <w:t>descubrir</w:t>
            </w:r>
            <w:proofErr w:type="spellEnd"/>
            <w:r>
              <w:rPr>
                <w:rFonts w:ascii="Aptos" w:hAnsi="Aptos"/>
                <w:color w:val="283846"/>
                <w:sz w:val="19"/>
              </w:rPr>
              <w:t xml:space="preserve"> y </w:t>
            </w:r>
            <w:proofErr w:type="spellStart"/>
            <w:r>
              <w:rPr>
                <w:rFonts w:ascii="Aptos" w:hAnsi="Aptos"/>
                <w:color w:val="283846"/>
                <w:sz w:val="19"/>
              </w:rPr>
              <w:t>conversar</w:t>
            </w:r>
            <w:proofErr w:type="spellEnd"/>
            <w:r>
              <w:rPr>
                <w:rFonts w:ascii="Aptos" w:hAnsi="Aptos"/>
                <w:color w:val="283846"/>
                <w:sz w:val="19"/>
              </w:rPr>
              <w:t>.</w:t>
            </w:r>
          </w:p>
        </w:tc>
      </w:tr>
      <w:tr w:rsidR="00B00446" w:rsidRPr="004C0885" w14:paraId="2DCAAECE" w14:textId="77777777">
        <w:tc>
          <w:tcPr>
            <w:tcW w:w="1944" w:type="dxa"/>
            <w:tcMar>
              <w:top w:w="100" w:type="dxa"/>
              <w:left w:w="120" w:type="dxa"/>
              <w:bottom w:w="100" w:type="dxa"/>
              <w:right w:w="120" w:type="dxa"/>
            </w:tcMar>
            <w:vAlign w:val="center"/>
          </w:tcPr>
          <w:p w14:paraId="4FA43965" w14:textId="77777777" w:rsidR="00612663" w:rsidRDefault="00612663">
            <w:pPr>
              <w:spacing w:after="20" w:line="252" w:lineRule="auto"/>
            </w:pPr>
            <w:proofErr w:type="spellStart"/>
            <w:r>
              <w:rPr>
                <w:rFonts w:ascii="Aptos" w:hAnsi="Aptos"/>
                <w:b/>
                <w:color w:val="1F4D78"/>
                <w:sz w:val="19"/>
              </w:rPr>
              <w:t>Minimundo</w:t>
            </w:r>
            <w:proofErr w:type="spellEnd"/>
          </w:p>
        </w:tc>
        <w:tc>
          <w:tcPr>
            <w:tcW w:w="3096" w:type="dxa"/>
            <w:tcMar>
              <w:top w:w="100" w:type="dxa"/>
              <w:left w:w="120" w:type="dxa"/>
              <w:bottom w:w="100" w:type="dxa"/>
              <w:right w:w="120" w:type="dxa"/>
            </w:tcMar>
            <w:vAlign w:val="center"/>
          </w:tcPr>
          <w:p w14:paraId="6A3AA517" w14:textId="77777777" w:rsidR="00612663" w:rsidRPr="004C0885" w:rsidRDefault="00612663">
            <w:pPr>
              <w:spacing w:after="20" w:line="252" w:lineRule="auto"/>
              <w:rPr>
                <w:lang w:val="es-ES"/>
              </w:rPr>
            </w:pPr>
            <w:r w:rsidRPr="004C0885">
              <w:rPr>
                <w:rFonts w:ascii="Aptos" w:hAnsi="Aptos"/>
                <w:color w:val="283846"/>
                <w:sz w:val="19"/>
                <w:lang w:val="es-ES"/>
              </w:rPr>
              <w:t>Altar, cruz, cáliz, patena y sagrario.</w:t>
            </w:r>
          </w:p>
        </w:tc>
        <w:tc>
          <w:tcPr>
            <w:tcW w:w="5040" w:type="dxa"/>
            <w:tcMar>
              <w:top w:w="100" w:type="dxa"/>
              <w:left w:w="120" w:type="dxa"/>
              <w:bottom w:w="100" w:type="dxa"/>
              <w:right w:w="120" w:type="dxa"/>
            </w:tcMar>
            <w:vAlign w:val="center"/>
          </w:tcPr>
          <w:p w14:paraId="66DC558B" w14:textId="77777777" w:rsidR="00612663" w:rsidRPr="004C0885" w:rsidRDefault="00612663">
            <w:pPr>
              <w:spacing w:after="20" w:line="252" w:lineRule="auto"/>
              <w:rPr>
                <w:lang w:val="es-ES"/>
              </w:rPr>
            </w:pPr>
            <w:r w:rsidRPr="004C0885">
              <w:rPr>
                <w:rFonts w:ascii="Aptos" w:hAnsi="Aptos"/>
                <w:color w:val="283846"/>
                <w:sz w:val="19"/>
                <w:lang w:val="es-ES"/>
              </w:rPr>
              <w:t>Colocar cada elemento en su lugar.</w:t>
            </w:r>
          </w:p>
        </w:tc>
      </w:tr>
      <w:tr w:rsidR="00B00446" w:rsidRPr="004C0885" w14:paraId="080044E4" w14:textId="77777777">
        <w:tc>
          <w:tcPr>
            <w:tcW w:w="1944" w:type="dxa"/>
            <w:tcMar>
              <w:top w:w="100" w:type="dxa"/>
              <w:left w:w="120" w:type="dxa"/>
              <w:bottom w:w="100" w:type="dxa"/>
              <w:right w:w="120" w:type="dxa"/>
            </w:tcMar>
            <w:vAlign w:val="center"/>
          </w:tcPr>
          <w:p w14:paraId="53A0F199" w14:textId="77777777" w:rsidR="00612663" w:rsidRDefault="00612663">
            <w:pPr>
              <w:spacing w:after="20" w:line="252" w:lineRule="auto"/>
            </w:pPr>
            <w:r>
              <w:rPr>
                <w:rFonts w:ascii="Aptos" w:hAnsi="Aptos"/>
                <w:b/>
                <w:color w:val="1F4D78"/>
                <w:sz w:val="19"/>
              </w:rPr>
              <w:t>Biblioteca</w:t>
            </w:r>
          </w:p>
        </w:tc>
        <w:tc>
          <w:tcPr>
            <w:tcW w:w="3096" w:type="dxa"/>
            <w:tcMar>
              <w:top w:w="100" w:type="dxa"/>
              <w:left w:w="120" w:type="dxa"/>
              <w:bottom w:w="100" w:type="dxa"/>
              <w:right w:w="120" w:type="dxa"/>
            </w:tcMar>
            <w:vAlign w:val="center"/>
          </w:tcPr>
          <w:p w14:paraId="60614F79" w14:textId="77777777" w:rsidR="00612663" w:rsidRDefault="00612663">
            <w:pPr>
              <w:spacing w:after="20" w:line="252" w:lineRule="auto"/>
            </w:pPr>
            <w:r>
              <w:rPr>
                <w:rFonts w:ascii="Aptos" w:hAnsi="Aptos"/>
                <w:color w:val="283846"/>
                <w:sz w:val="19"/>
              </w:rPr>
              <w:t>Biblia o cuento breve.</w:t>
            </w:r>
          </w:p>
        </w:tc>
        <w:tc>
          <w:tcPr>
            <w:tcW w:w="5040" w:type="dxa"/>
            <w:tcMar>
              <w:top w:w="100" w:type="dxa"/>
              <w:left w:w="120" w:type="dxa"/>
              <w:bottom w:w="100" w:type="dxa"/>
              <w:right w:w="120" w:type="dxa"/>
            </w:tcMar>
            <w:vAlign w:val="center"/>
          </w:tcPr>
          <w:p w14:paraId="1032CD72" w14:textId="77777777" w:rsidR="00612663" w:rsidRPr="004C0885" w:rsidRDefault="00612663">
            <w:pPr>
              <w:spacing w:after="20" w:line="252" w:lineRule="auto"/>
              <w:rPr>
                <w:lang w:val="es-ES"/>
              </w:rPr>
            </w:pPr>
            <w:r w:rsidRPr="004C0885">
              <w:rPr>
                <w:rFonts w:ascii="Aptos" w:hAnsi="Aptos"/>
                <w:color w:val="283846"/>
                <w:sz w:val="19"/>
                <w:lang w:val="es-ES"/>
              </w:rPr>
              <w:t>Relacionar a Jesús con su comunidad.</w:t>
            </w:r>
          </w:p>
        </w:tc>
      </w:tr>
      <w:tr w:rsidR="00B00446" w14:paraId="5AAE7C99" w14:textId="77777777">
        <w:tc>
          <w:tcPr>
            <w:tcW w:w="1944" w:type="dxa"/>
            <w:tcMar>
              <w:top w:w="100" w:type="dxa"/>
              <w:left w:w="120" w:type="dxa"/>
              <w:bottom w:w="100" w:type="dxa"/>
              <w:right w:w="120" w:type="dxa"/>
            </w:tcMar>
            <w:vAlign w:val="center"/>
          </w:tcPr>
          <w:p w14:paraId="0D5F9455" w14:textId="77777777" w:rsidR="00612663" w:rsidRDefault="00612663">
            <w:pPr>
              <w:spacing w:after="20" w:line="252" w:lineRule="auto"/>
            </w:pPr>
            <w:r>
              <w:rPr>
                <w:rFonts w:ascii="Aptos" w:hAnsi="Aptos"/>
                <w:b/>
                <w:color w:val="1F4D78"/>
                <w:sz w:val="19"/>
              </w:rPr>
              <w:t xml:space="preserve">Vida </w:t>
            </w:r>
            <w:proofErr w:type="spellStart"/>
            <w:r>
              <w:rPr>
                <w:rFonts w:ascii="Aptos" w:hAnsi="Aptos"/>
                <w:b/>
                <w:color w:val="1F4D78"/>
                <w:sz w:val="19"/>
              </w:rPr>
              <w:t>práctica</w:t>
            </w:r>
            <w:proofErr w:type="spellEnd"/>
          </w:p>
        </w:tc>
        <w:tc>
          <w:tcPr>
            <w:tcW w:w="3096" w:type="dxa"/>
            <w:tcMar>
              <w:top w:w="100" w:type="dxa"/>
              <w:left w:w="120" w:type="dxa"/>
              <w:bottom w:w="100" w:type="dxa"/>
              <w:right w:w="120" w:type="dxa"/>
            </w:tcMar>
            <w:vAlign w:val="center"/>
          </w:tcPr>
          <w:p w14:paraId="26CA2885" w14:textId="77777777" w:rsidR="00612663" w:rsidRDefault="00612663">
            <w:pPr>
              <w:spacing w:after="20" w:line="252" w:lineRule="auto"/>
            </w:pPr>
            <w:proofErr w:type="spellStart"/>
            <w:r>
              <w:rPr>
                <w:rFonts w:ascii="Aptos" w:hAnsi="Aptos"/>
                <w:color w:val="283846"/>
                <w:sz w:val="19"/>
              </w:rPr>
              <w:t>Bandejas</w:t>
            </w:r>
            <w:proofErr w:type="spellEnd"/>
            <w:r>
              <w:rPr>
                <w:rFonts w:ascii="Aptos" w:hAnsi="Aptos"/>
                <w:color w:val="283846"/>
                <w:sz w:val="19"/>
              </w:rPr>
              <w:t xml:space="preserve"> y </w:t>
            </w:r>
            <w:proofErr w:type="spellStart"/>
            <w:r>
              <w:rPr>
                <w:rFonts w:ascii="Aptos" w:hAnsi="Aptos"/>
                <w:color w:val="283846"/>
                <w:sz w:val="19"/>
              </w:rPr>
              <w:t>paños</w:t>
            </w:r>
            <w:proofErr w:type="spellEnd"/>
            <w:r>
              <w:rPr>
                <w:rFonts w:ascii="Aptos" w:hAnsi="Aptos"/>
                <w:color w:val="283846"/>
                <w:sz w:val="19"/>
              </w:rPr>
              <w:t>.</w:t>
            </w:r>
          </w:p>
        </w:tc>
        <w:tc>
          <w:tcPr>
            <w:tcW w:w="5040" w:type="dxa"/>
            <w:tcMar>
              <w:top w:w="100" w:type="dxa"/>
              <w:left w:w="120" w:type="dxa"/>
              <w:bottom w:w="100" w:type="dxa"/>
              <w:right w:w="120" w:type="dxa"/>
            </w:tcMar>
            <w:vAlign w:val="center"/>
          </w:tcPr>
          <w:p w14:paraId="34812D2A" w14:textId="77777777" w:rsidR="00612663" w:rsidRDefault="00612663">
            <w:pPr>
              <w:spacing w:after="20" w:line="252" w:lineRule="auto"/>
            </w:pPr>
            <w:proofErr w:type="spellStart"/>
            <w:r>
              <w:rPr>
                <w:rFonts w:ascii="Aptos" w:hAnsi="Aptos"/>
                <w:color w:val="283846"/>
                <w:sz w:val="19"/>
              </w:rPr>
              <w:t>Transportar</w:t>
            </w:r>
            <w:proofErr w:type="spellEnd"/>
            <w:r>
              <w:rPr>
                <w:rFonts w:ascii="Aptos" w:hAnsi="Aptos"/>
                <w:color w:val="283846"/>
                <w:sz w:val="19"/>
              </w:rPr>
              <w:t xml:space="preserve">, </w:t>
            </w:r>
            <w:proofErr w:type="spellStart"/>
            <w:r>
              <w:rPr>
                <w:rFonts w:ascii="Aptos" w:hAnsi="Aptos"/>
                <w:color w:val="283846"/>
                <w:sz w:val="19"/>
              </w:rPr>
              <w:t>dosificar</w:t>
            </w:r>
            <w:proofErr w:type="spellEnd"/>
            <w:r>
              <w:rPr>
                <w:rFonts w:ascii="Aptos" w:hAnsi="Aptos"/>
                <w:color w:val="283846"/>
                <w:sz w:val="19"/>
              </w:rPr>
              <w:t xml:space="preserve"> y </w:t>
            </w:r>
            <w:proofErr w:type="spellStart"/>
            <w:r>
              <w:rPr>
                <w:rFonts w:ascii="Aptos" w:hAnsi="Aptos"/>
                <w:color w:val="283846"/>
                <w:sz w:val="19"/>
              </w:rPr>
              <w:t>recoger</w:t>
            </w:r>
            <w:proofErr w:type="spellEnd"/>
            <w:r>
              <w:rPr>
                <w:rFonts w:ascii="Aptos" w:hAnsi="Aptos"/>
                <w:color w:val="283846"/>
                <w:sz w:val="19"/>
              </w:rPr>
              <w:t>.</w:t>
            </w:r>
          </w:p>
        </w:tc>
      </w:tr>
    </w:tbl>
    <w:p w14:paraId="72EED956" w14:textId="77777777" w:rsidR="00612663" w:rsidRDefault="00612663">
      <w:pPr>
        <w:pStyle w:val="Ttulo2"/>
        <w:spacing w:before="120" w:after="60"/>
      </w:pPr>
      <w:proofErr w:type="spellStart"/>
      <w:r>
        <w:t>Qué</w:t>
      </w:r>
      <w:proofErr w:type="spellEnd"/>
      <w:r>
        <w:t xml:space="preserve"> </w:t>
      </w:r>
      <w:proofErr w:type="spellStart"/>
      <w:r>
        <w:t>observar</w:t>
      </w:r>
      <w:proofErr w:type="spellEnd"/>
    </w:p>
    <w:p w14:paraId="5014BDB0" w14:textId="77777777" w:rsidR="00612663" w:rsidRPr="004C0885" w:rsidRDefault="00612663">
      <w:pPr>
        <w:spacing w:after="60" w:line="276" w:lineRule="auto"/>
        <w:rPr>
          <w:lang w:val="es-ES"/>
        </w:rPr>
      </w:pPr>
      <w:r w:rsidRPr="004C0885">
        <w:rPr>
          <w:rFonts w:ascii="Aptos" w:hAnsi="Aptos"/>
          <w:color w:val="283846"/>
          <w:sz w:val="21"/>
          <w:lang w:val="es-ES"/>
        </w:rPr>
        <w:t>Si comprende la relación exterior-interior, abre la puerta con intención, nombra o señala algún elemento, reconoce la cruz o la imagen de María y participa en el montaje con cuidado.</w:t>
      </w:r>
    </w:p>
    <w:tbl>
      <w:tblPr>
        <w:tblW w:w="10080" w:type="dxa"/>
        <w:tblLayout w:type="fixed"/>
        <w:tblLook w:val="04A0" w:firstRow="1" w:lastRow="0" w:firstColumn="1" w:lastColumn="0" w:noHBand="0" w:noVBand="1"/>
      </w:tblPr>
      <w:tblGrid>
        <w:gridCol w:w="10080"/>
      </w:tblGrid>
      <w:tr w:rsidR="00B00446" w:rsidRPr="004C0885" w14:paraId="00975C9A" w14:textId="77777777">
        <w:tc>
          <w:tcPr>
            <w:tcW w:w="10080" w:type="dxa"/>
            <w:shd w:val="clear" w:color="auto" w:fill="FFF3D6"/>
            <w:tcMar>
              <w:top w:w="100" w:type="dxa"/>
              <w:left w:w="120" w:type="dxa"/>
              <w:bottom w:w="100" w:type="dxa"/>
              <w:right w:w="120" w:type="dxa"/>
            </w:tcMar>
            <w:vAlign w:val="center"/>
          </w:tcPr>
          <w:p w14:paraId="46BDF61C" w14:textId="77777777" w:rsidR="00612663" w:rsidRPr="004C0885" w:rsidRDefault="00612663">
            <w:pPr>
              <w:spacing w:after="20" w:line="252" w:lineRule="auto"/>
              <w:rPr>
                <w:lang w:val="es-ES"/>
              </w:rPr>
            </w:pPr>
            <w:r w:rsidRPr="004C0885">
              <w:rPr>
                <w:rFonts w:ascii="Aptos" w:hAnsi="Aptos"/>
                <w:b/>
                <w:color w:val="1F4D78"/>
                <w:sz w:val="21"/>
                <w:lang w:val="es-ES"/>
              </w:rPr>
              <w:t xml:space="preserve">Sin exigir </w:t>
            </w:r>
            <w:proofErr w:type="gramStart"/>
            <w:r w:rsidRPr="004C0885">
              <w:rPr>
                <w:rFonts w:ascii="Aptos" w:hAnsi="Aptos"/>
                <w:b/>
                <w:color w:val="1F4D78"/>
                <w:sz w:val="21"/>
                <w:lang w:val="es-ES"/>
              </w:rPr>
              <w:t xml:space="preserve">memorización  </w:t>
            </w:r>
            <w:r w:rsidRPr="004C0885">
              <w:rPr>
                <w:rFonts w:ascii="Aptos" w:hAnsi="Aptos"/>
                <w:color w:val="283846"/>
                <w:sz w:val="21"/>
                <w:lang w:val="es-ES"/>
              </w:rPr>
              <w:t>A</w:t>
            </w:r>
            <w:proofErr w:type="gramEnd"/>
            <w:r w:rsidRPr="004C0885">
              <w:rPr>
                <w:rFonts w:ascii="Aptos" w:hAnsi="Aptos"/>
                <w:color w:val="283846"/>
                <w:sz w:val="21"/>
                <w:lang w:val="es-ES"/>
              </w:rPr>
              <w:t xml:space="preserve"> los 3 años basta con mirar, señalar y escuchar los nombres. El sagrario se presenta con una imagen o modelo porque no aparece dibujado en la ficha 27.</w:t>
            </w:r>
          </w:p>
        </w:tc>
      </w:tr>
    </w:tbl>
    <w:p w14:paraId="49C83DE9" w14:textId="77777777" w:rsidR="00612663" w:rsidRDefault="00612663">
      <w:pPr>
        <w:pStyle w:val="Ttulo2"/>
        <w:spacing w:before="120" w:after="60"/>
      </w:pPr>
      <w:r>
        <w:t xml:space="preserve">Grupo conjunto de 3 y 4 </w:t>
      </w:r>
      <w:proofErr w:type="spellStart"/>
      <w:r>
        <w:t>años</w:t>
      </w:r>
      <w:proofErr w:type="spellEnd"/>
    </w:p>
    <w:tbl>
      <w:tblPr>
        <w:tblW w:w="10080" w:type="dxa"/>
        <w:tblLayout w:type="fixed"/>
        <w:tblLook w:val="04A0" w:firstRow="1" w:lastRow="0" w:firstColumn="1" w:lastColumn="0" w:noHBand="0" w:noVBand="1"/>
      </w:tblPr>
      <w:tblGrid>
        <w:gridCol w:w="1800"/>
        <w:gridCol w:w="8280"/>
      </w:tblGrid>
      <w:tr w:rsidR="00B00446" w:rsidRPr="004C0885" w14:paraId="70BA454F" w14:textId="77777777">
        <w:tc>
          <w:tcPr>
            <w:tcW w:w="1800" w:type="dxa"/>
            <w:shd w:val="clear" w:color="auto" w:fill="E7EEF6"/>
            <w:tcMar>
              <w:top w:w="100" w:type="dxa"/>
              <w:left w:w="120" w:type="dxa"/>
              <w:bottom w:w="100" w:type="dxa"/>
              <w:right w:w="120" w:type="dxa"/>
            </w:tcMar>
            <w:vAlign w:val="center"/>
          </w:tcPr>
          <w:p w14:paraId="21FBF5CE" w14:textId="77777777" w:rsidR="00612663" w:rsidRDefault="00612663">
            <w:pPr>
              <w:spacing w:after="20" w:line="252" w:lineRule="auto"/>
            </w:pPr>
            <w:r>
              <w:rPr>
                <w:rFonts w:ascii="Aptos" w:hAnsi="Aptos"/>
                <w:b/>
                <w:color w:val="1F4D78"/>
                <w:sz w:val="21"/>
              </w:rPr>
              <w:t xml:space="preserve">3 </w:t>
            </w:r>
            <w:proofErr w:type="spellStart"/>
            <w:r>
              <w:rPr>
                <w:rFonts w:ascii="Aptos" w:hAnsi="Aptos"/>
                <w:b/>
                <w:color w:val="1F4D78"/>
                <w:sz w:val="21"/>
              </w:rPr>
              <w:t>años</w:t>
            </w:r>
            <w:proofErr w:type="spellEnd"/>
          </w:p>
        </w:tc>
        <w:tc>
          <w:tcPr>
            <w:tcW w:w="8280" w:type="dxa"/>
            <w:tcMar>
              <w:top w:w="100" w:type="dxa"/>
              <w:left w:w="120" w:type="dxa"/>
              <w:bottom w:w="100" w:type="dxa"/>
              <w:right w:w="120" w:type="dxa"/>
            </w:tcMar>
            <w:vAlign w:val="center"/>
          </w:tcPr>
          <w:p w14:paraId="5A119CD4" w14:textId="77777777" w:rsidR="00612663" w:rsidRPr="004C0885" w:rsidRDefault="00612663">
            <w:pPr>
              <w:spacing w:after="20" w:line="252" w:lineRule="auto"/>
              <w:rPr>
                <w:lang w:val="es-ES"/>
              </w:rPr>
            </w:pPr>
            <w:r w:rsidRPr="004C0885">
              <w:rPr>
                <w:rFonts w:ascii="Aptos" w:hAnsi="Aptos"/>
                <w:color w:val="283846"/>
                <w:sz w:val="21"/>
                <w:lang w:val="es-ES"/>
              </w:rPr>
              <w:t>Reconocer, señalar, abrir, manipular y nombrar algún elemento con apoyo.</w:t>
            </w:r>
          </w:p>
        </w:tc>
      </w:tr>
      <w:tr w:rsidR="00B00446" w:rsidRPr="004C0885" w14:paraId="16BD9AE0" w14:textId="77777777">
        <w:tc>
          <w:tcPr>
            <w:tcW w:w="1800" w:type="dxa"/>
            <w:shd w:val="clear" w:color="auto" w:fill="E7EEF6"/>
            <w:tcMar>
              <w:top w:w="100" w:type="dxa"/>
              <w:left w:w="120" w:type="dxa"/>
              <w:bottom w:w="100" w:type="dxa"/>
              <w:right w:w="120" w:type="dxa"/>
            </w:tcMar>
            <w:vAlign w:val="center"/>
          </w:tcPr>
          <w:p w14:paraId="3501CECD" w14:textId="77777777" w:rsidR="00612663" w:rsidRDefault="00612663">
            <w:pPr>
              <w:spacing w:after="20" w:line="252" w:lineRule="auto"/>
            </w:pPr>
            <w:r>
              <w:rPr>
                <w:rFonts w:ascii="Aptos" w:hAnsi="Aptos"/>
                <w:b/>
                <w:color w:val="1F4D78"/>
                <w:sz w:val="21"/>
              </w:rPr>
              <w:t xml:space="preserve">4 </w:t>
            </w:r>
            <w:proofErr w:type="spellStart"/>
            <w:r>
              <w:rPr>
                <w:rFonts w:ascii="Aptos" w:hAnsi="Aptos"/>
                <w:b/>
                <w:color w:val="1F4D78"/>
                <w:sz w:val="21"/>
              </w:rPr>
              <w:t>años</w:t>
            </w:r>
            <w:proofErr w:type="spellEnd"/>
          </w:p>
        </w:tc>
        <w:tc>
          <w:tcPr>
            <w:tcW w:w="8280" w:type="dxa"/>
            <w:tcMar>
              <w:top w:w="100" w:type="dxa"/>
              <w:left w:w="120" w:type="dxa"/>
              <w:bottom w:w="100" w:type="dxa"/>
              <w:right w:w="120" w:type="dxa"/>
            </w:tcMar>
            <w:vAlign w:val="center"/>
          </w:tcPr>
          <w:p w14:paraId="216765EB" w14:textId="77777777" w:rsidR="00612663" w:rsidRPr="004C0885" w:rsidRDefault="00612663">
            <w:pPr>
              <w:spacing w:after="20" w:line="252" w:lineRule="auto"/>
              <w:rPr>
                <w:lang w:val="es-ES"/>
              </w:rPr>
            </w:pPr>
            <w:r w:rsidRPr="004C0885">
              <w:rPr>
                <w:rFonts w:ascii="Aptos" w:hAnsi="Aptos"/>
                <w:color w:val="283846"/>
                <w:sz w:val="21"/>
                <w:lang w:val="es-ES"/>
              </w:rPr>
              <w:t>Ordenar la secuencia exterior-interior, explicar para qué sirve algún elemento y asumir más pasos del montaje.</w:t>
            </w:r>
          </w:p>
        </w:tc>
      </w:tr>
    </w:tbl>
    <w:p w14:paraId="02EB4730" w14:textId="77777777" w:rsidR="00612663" w:rsidRPr="004C0885" w:rsidRDefault="00612663">
      <w:pPr>
        <w:rPr>
          <w:lang w:val="es-ES"/>
        </w:rPr>
      </w:pPr>
      <w:r w:rsidRPr="004C0885">
        <w:rPr>
          <w:lang w:val="es-ES"/>
        </w:rPr>
        <w:br w:type="page"/>
      </w:r>
    </w:p>
    <w:p w14:paraId="1716BEAD" w14:textId="77777777" w:rsidR="00612663" w:rsidRDefault="00612663">
      <w:pPr>
        <w:pStyle w:val="Ttulo1"/>
      </w:pPr>
      <w:r>
        <w:lastRenderedPageBreak/>
        <w:t xml:space="preserve">5. Organización </w:t>
      </w:r>
      <w:proofErr w:type="spellStart"/>
      <w:r>
        <w:t>acumulativa</w:t>
      </w:r>
      <w:proofErr w:type="spellEnd"/>
      <w:r>
        <w:t xml:space="preserve"> de </w:t>
      </w:r>
      <w:proofErr w:type="spellStart"/>
      <w:r>
        <w:t>los</w:t>
      </w:r>
      <w:proofErr w:type="spellEnd"/>
      <w:r>
        <w:t xml:space="preserve"> </w:t>
      </w:r>
      <w:proofErr w:type="spellStart"/>
      <w:r>
        <w:t>espacios</w:t>
      </w:r>
      <w:proofErr w:type="spellEnd"/>
    </w:p>
    <w:tbl>
      <w:tblPr>
        <w:tblW w:w="10080" w:type="dxa"/>
        <w:tblLayout w:type="fixed"/>
        <w:tblLook w:val="04A0" w:firstRow="1" w:lastRow="0" w:firstColumn="1" w:lastColumn="0" w:noHBand="0" w:noVBand="1"/>
      </w:tblPr>
      <w:tblGrid>
        <w:gridCol w:w="1440"/>
        <w:gridCol w:w="3888"/>
        <w:gridCol w:w="4752"/>
      </w:tblGrid>
      <w:tr w:rsidR="00B00446" w14:paraId="5517CADD" w14:textId="77777777">
        <w:tc>
          <w:tcPr>
            <w:tcW w:w="1440" w:type="dxa"/>
            <w:shd w:val="clear" w:color="auto" w:fill="E7EEF6"/>
            <w:tcMar>
              <w:top w:w="100" w:type="dxa"/>
              <w:left w:w="120" w:type="dxa"/>
              <w:bottom w:w="100" w:type="dxa"/>
              <w:right w:w="120" w:type="dxa"/>
            </w:tcMar>
            <w:vAlign w:val="center"/>
          </w:tcPr>
          <w:p w14:paraId="5E9DBC34" w14:textId="77777777" w:rsidR="00612663" w:rsidRDefault="00612663">
            <w:pPr>
              <w:jc w:val="center"/>
            </w:pPr>
            <w:proofErr w:type="spellStart"/>
            <w:r>
              <w:rPr>
                <w:rFonts w:ascii="Aptos" w:hAnsi="Aptos"/>
                <w:b/>
                <w:color w:val="1F4D78"/>
                <w:sz w:val="20"/>
              </w:rPr>
              <w:t>Sesión</w:t>
            </w:r>
            <w:proofErr w:type="spellEnd"/>
          </w:p>
        </w:tc>
        <w:tc>
          <w:tcPr>
            <w:tcW w:w="3888" w:type="dxa"/>
            <w:shd w:val="clear" w:color="auto" w:fill="E7EEF6"/>
            <w:tcMar>
              <w:top w:w="100" w:type="dxa"/>
              <w:left w:w="120" w:type="dxa"/>
              <w:bottom w:w="100" w:type="dxa"/>
              <w:right w:w="120" w:type="dxa"/>
            </w:tcMar>
            <w:vAlign w:val="center"/>
          </w:tcPr>
          <w:p w14:paraId="644A0110" w14:textId="77777777" w:rsidR="00612663" w:rsidRDefault="00612663">
            <w:pPr>
              <w:jc w:val="center"/>
            </w:pPr>
            <w:proofErr w:type="spellStart"/>
            <w:r>
              <w:rPr>
                <w:rFonts w:ascii="Aptos" w:hAnsi="Aptos"/>
                <w:b/>
                <w:color w:val="1F4D78"/>
                <w:sz w:val="20"/>
              </w:rPr>
              <w:t>Permanece</w:t>
            </w:r>
            <w:proofErr w:type="spellEnd"/>
          </w:p>
        </w:tc>
        <w:tc>
          <w:tcPr>
            <w:tcW w:w="4752" w:type="dxa"/>
            <w:shd w:val="clear" w:color="auto" w:fill="E7EEF6"/>
            <w:tcMar>
              <w:top w:w="100" w:type="dxa"/>
              <w:left w:w="120" w:type="dxa"/>
              <w:bottom w:w="100" w:type="dxa"/>
              <w:right w:w="120" w:type="dxa"/>
            </w:tcMar>
            <w:vAlign w:val="center"/>
          </w:tcPr>
          <w:p w14:paraId="0617AB6B" w14:textId="77777777" w:rsidR="00612663" w:rsidRDefault="00612663">
            <w:pPr>
              <w:jc w:val="center"/>
            </w:pPr>
            <w:proofErr w:type="spellStart"/>
            <w:r>
              <w:rPr>
                <w:rFonts w:ascii="Aptos" w:hAnsi="Aptos"/>
                <w:b/>
                <w:color w:val="1F4D78"/>
                <w:sz w:val="20"/>
              </w:rPr>
              <w:t>Novedad</w:t>
            </w:r>
            <w:proofErr w:type="spellEnd"/>
          </w:p>
        </w:tc>
      </w:tr>
      <w:tr w:rsidR="00B00446" w14:paraId="6F761C2D" w14:textId="77777777">
        <w:tc>
          <w:tcPr>
            <w:tcW w:w="1440" w:type="dxa"/>
            <w:tcMar>
              <w:top w:w="100" w:type="dxa"/>
              <w:left w:w="120" w:type="dxa"/>
              <w:bottom w:w="100" w:type="dxa"/>
              <w:right w:w="120" w:type="dxa"/>
            </w:tcMar>
            <w:vAlign w:val="center"/>
          </w:tcPr>
          <w:p w14:paraId="0CCE5376" w14:textId="77777777" w:rsidR="00612663" w:rsidRDefault="00612663">
            <w:r>
              <w:rPr>
                <w:rFonts w:ascii="Aptos" w:hAnsi="Aptos"/>
                <w:b/>
                <w:color w:val="1F4D78"/>
                <w:sz w:val="19"/>
              </w:rPr>
              <w:t>1</w:t>
            </w:r>
          </w:p>
        </w:tc>
        <w:tc>
          <w:tcPr>
            <w:tcW w:w="3888" w:type="dxa"/>
            <w:tcMar>
              <w:top w:w="100" w:type="dxa"/>
              <w:left w:w="120" w:type="dxa"/>
              <w:bottom w:w="100" w:type="dxa"/>
              <w:right w:w="120" w:type="dxa"/>
            </w:tcMar>
            <w:vAlign w:val="center"/>
          </w:tcPr>
          <w:p w14:paraId="62647ACE" w14:textId="77777777" w:rsidR="00612663" w:rsidRDefault="00612663">
            <w:r>
              <w:rPr>
                <w:rFonts w:ascii="Aptos" w:hAnsi="Aptos"/>
                <w:color w:val="283846"/>
                <w:sz w:val="19"/>
              </w:rPr>
              <w:t xml:space="preserve">Iglesia </w:t>
            </w:r>
            <w:proofErr w:type="spellStart"/>
            <w:r>
              <w:rPr>
                <w:rFonts w:ascii="Aptos" w:hAnsi="Aptos"/>
                <w:color w:val="283846"/>
                <w:sz w:val="19"/>
              </w:rPr>
              <w:t>manipulativa</w:t>
            </w:r>
            <w:proofErr w:type="spellEnd"/>
            <w:r>
              <w:rPr>
                <w:rFonts w:ascii="Aptos" w:hAnsi="Aptos"/>
                <w:color w:val="283846"/>
                <w:sz w:val="19"/>
              </w:rPr>
              <w:t xml:space="preserve"> y </w:t>
            </w:r>
            <w:proofErr w:type="spellStart"/>
            <w:r>
              <w:rPr>
                <w:rFonts w:ascii="Aptos" w:hAnsi="Aptos"/>
                <w:color w:val="283846"/>
                <w:sz w:val="19"/>
              </w:rPr>
              <w:t>figuras</w:t>
            </w:r>
            <w:proofErr w:type="spellEnd"/>
            <w:r>
              <w:rPr>
                <w:rFonts w:ascii="Aptos" w:hAnsi="Aptos"/>
                <w:color w:val="283846"/>
                <w:sz w:val="19"/>
              </w:rPr>
              <w:t>.</w:t>
            </w:r>
          </w:p>
        </w:tc>
        <w:tc>
          <w:tcPr>
            <w:tcW w:w="4752" w:type="dxa"/>
            <w:tcMar>
              <w:top w:w="100" w:type="dxa"/>
              <w:left w:w="120" w:type="dxa"/>
              <w:bottom w:w="100" w:type="dxa"/>
              <w:right w:w="120" w:type="dxa"/>
            </w:tcMar>
            <w:vAlign w:val="center"/>
          </w:tcPr>
          <w:p w14:paraId="43C81FBB" w14:textId="77777777" w:rsidR="00612663" w:rsidRDefault="00612663">
            <w:proofErr w:type="spellStart"/>
            <w:r>
              <w:rPr>
                <w:rFonts w:ascii="Aptos" w:hAnsi="Aptos"/>
                <w:color w:val="283846"/>
                <w:sz w:val="19"/>
              </w:rPr>
              <w:t>Fachada</w:t>
            </w:r>
            <w:proofErr w:type="spellEnd"/>
            <w:r>
              <w:rPr>
                <w:rFonts w:ascii="Aptos" w:hAnsi="Aptos"/>
                <w:color w:val="283846"/>
                <w:sz w:val="19"/>
              </w:rPr>
              <w:t xml:space="preserve">, </w:t>
            </w:r>
            <w:proofErr w:type="spellStart"/>
            <w:r>
              <w:rPr>
                <w:rFonts w:ascii="Aptos" w:hAnsi="Aptos"/>
                <w:color w:val="283846"/>
                <w:sz w:val="19"/>
              </w:rPr>
              <w:t>puerta</w:t>
            </w:r>
            <w:proofErr w:type="spellEnd"/>
            <w:r>
              <w:rPr>
                <w:rFonts w:ascii="Aptos" w:hAnsi="Aptos"/>
                <w:color w:val="283846"/>
                <w:sz w:val="19"/>
              </w:rPr>
              <w:t xml:space="preserve"> y collage.</w:t>
            </w:r>
          </w:p>
        </w:tc>
      </w:tr>
      <w:tr w:rsidR="00B00446" w:rsidRPr="004C0885" w14:paraId="08C727CF" w14:textId="77777777">
        <w:tc>
          <w:tcPr>
            <w:tcW w:w="1440" w:type="dxa"/>
            <w:tcMar>
              <w:top w:w="100" w:type="dxa"/>
              <w:left w:w="120" w:type="dxa"/>
              <w:bottom w:w="100" w:type="dxa"/>
              <w:right w:w="120" w:type="dxa"/>
            </w:tcMar>
            <w:vAlign w:val="center"/>
          </w:tcPr>
          <w:p w14:paraId="2123E2FC" w14:textId="77777777" w:rsidR="00612663" w:rsidRDefault="00612663">
            <w:r>
              <w:rPr>
                <w:rFonts w:ascii="Aptos" w:hAnsi="Aptos"/>
                <w:b/>
                <w:color w:val="1F4D78"/>
                <w:sz w:val="19"/>
              </w:rPr>
              <w:t>2</w:t>
            </w:r>
          </w:p>
        </w:tc>
        <w:tc>
          <w:tcPr>
            <w:tcW w:w="3888" w:type="dxa"/>
            <w:tcMar>
              <w:top w:w="100" w:type="dxa"/>
              <w:left w:w="120" w:type="dxa"/>
              <w:bottom w:w="100" w:type="dxa"/>
              <w:right w:w="120" w:type="dxa"/>
            </w:tcMar>
            <w:vAlign w:val="center"/>
          </w:tcPr>
          <w:p w14:paraId="78C7A21A" w14:textId="77777777" w:rsidR="00612663" w:rsidRDefault="00612663">
            <w:proofErr w:type="spellStart"/>
            <w:r>
              <w:rPr>
                <w:rFonts w:ascii="Aptos" w:hAnsi="Aptos"/>
                <w:color w:val="283846"/>
                <w:sz w:val="19"/>
              </w:rPr>
              <w:t>Fachada</w:t>
            </w:r>
            <w:proofErr w:type="spellEnd"/>
            <w:r>
              <w:rPr>
                <w:rFonts w:ascii="Aptos" w:hAnsi="Aptos"/>
                <w:color w:val="283846"/>
                <w:sz w:val="19"/>
              </w:rPr>
              <w:t xml:space="preserve"> y </w:t>
            </w:r>
            <w:proofErr w:type="spellStart"/>
            <w:r>
              <w:rPr>
                <w:rFonts w:ascii="Aptos" w:hAnsi="Aptos"/>
                <w:color w:val="283846"/>
                <w:sz w:val="19"/>
              </w:rPr>
              <w:t>figuras</w:t>
            </w:r>
            <w:proofErr w:type="spellEnd"/>
            <w:r>
              <w:rPr>
                <w:rFonts w:ascii="Aptos" w:hAnsi="Aptos"/>
                <w:color w:val="283846"/>
                <w:sz w:val="19"/>
              </w:rPr>
              <w:t>.</w:t>
            </w:r>
          </w:p>
        </w:tc>
        <w:tc>
          <w:tcPr>
            <w:tcW w:w="4752" w:type="dxa"/>
            <w:tcMar>
              <w:top w:w="100" w:type="dxa"/>
              <w:left w:w="120" w:type="dxa"/>
              <w:bottom w:w="100" w:type="dxa"/>
              <w:right w:w="120" w:type="dxa"/>
            </w:tcMar>
            <w:vAlign w:val="center"/>
          </w:tcPr>
          <w:p w14:paraId="1DA2C75E" w14:textId="77777777" w:rsidR="00612663" w:rsidRPr="004C0885" w:rsidRDefault="00612663">
            <w:pPr>
              <w:rPr>
                <w:lang w:val="es-ES"/>
              </w:rPr>
            </w:pPr>
            <w:r w:rsidRPr="004C0885">
              <w:rPr>
                <w:rFonts w:ascii="Aptos" w:hAnsi="Aptos"/>
                <w:color w:val="283846"/>
                <w:sz w:val="19"/>
                <w:lang w:val="es-ES"/>
              </w:rPr>
              <w:t>Interior, picado, montaje y sagrario.</w:t>
            </w:r>
          </w:p>
        </w:tc>
      </w:tr>
    </w:tbl>
    <w:p w14:paraId="5B4EEEB0" w14:textId="77777777" w:rsidR="00612663" w:rsidRPr="004C0885" w:rsidRDefault="00612663">
      <w:pPr>
        <w:pStyle w:val="Ttulo1"/>
        <w:rPr>
          <w:lang w:val="es-ES"/>
        </w:rPr>
      </w:pPr>
      <w:r w:rsidRPr="004C0885">
        <w:rPr>
          <w:lang w:val="es-ES"/>
        </w:rPr>
        <w:t>6. Evaluación del tema</w:t>
      </w:r>
    </w:p>
    <w:p w14:paraId="7E27C281" w14:textId="77777777" w:rsidR="00612663" w:rsidRPr="004C0885" w:rsidRDefault="00612663">
      <w:pPr>
        <w:rPr>
          <w:lang w:val="es-ES"/>
        </w:rPr>
      </w:pPr>
      <w:r w:rsidRPr="004C0885">
        <w:rPr>
          <w:rFonts w:ascii="Aptos" w:hAnsi="Aptos"/>
          <w:color w:val="283846"/>
          <w:lang w:val="es-ES"/>
        </w:rPr>
        <w:t>La evaluación es global, continua y basada en la observación. Se valora la comprensión progresiva, la participación, la motricidad y el cuidado de los materiales; no la perfección del picado o del collage.</w:t>
      </w:r>
    </w:p>
    <w:tbl>
      <w:tblPr>
        <w:tblW w:w="10080" w:type="dxa"/>
        <w:tblLayout w:type="fixed"/>
        <w:tblLook w:val="04A0" w:firstRow="1" w:lastRow="0" w:firstColumn="1" w:lastColumn="0" w:noHBand="0" w:noVBand="1"/>
      </w:tblPr>
      <w:tblGrid>
        <w:gridCol w:w="2232"/>
        <w:gridCol w:w="7848"/>
      </w:tblGrid>
      <w:tr w:rsidR="00B00446" w:rsidRPr="004C0885" w14:paraId="3BD2752E" w14:textId="77777777">
        <w:tc>
          <w:tcPr>
            <w:tcW w:w="2232" w:type="dxa"/>
            <w:shd w:val="clear" w:color="auto" w:fill="E7EEF6"/>
            <w:tcMar>
              <w:top w:w="100" w:type="dxa"/>
              <w:left w:w="120" w:type="dxa"/>
              <w:bottom w:w="100" w:type="dxa"/>
              <w:right w:w="120" w:type="dxa"/>
            </w:tcMar>
            <w:vAlign w:val="center"/>
          </w:tcPr>
          <w:p w14:paraId="565DD6A2" w14:textId="77777777" w:rsidR="00612663" w:rsidRDefault="00612663">
            <w:r>
              <w:rPr>
                <w:rFonts w:ascii="Aptos" w:hAnsi="Aptos"/>
                <w:b/>
                <w:color w:val="1F4D78"/>
                <w:sz w:val="21"/>
              </w:rPr>
              <w:t>Exterior</w:t>
            </w:r>
          </w:p>
        </w:tc>
        <w:tc>
          <w:tcPr>
            <w:tcW w:w="7848" w:type="dxa"/>
            <w:tcMar>
              <w:top w:w="100" w:type="dxa"/>
              <w:left w:w="120" w:type="dxa"/>
              <w:bottom w:w="100" w:type="dxa"/>
              <w:right w:w="120" w:type="dxa"/>
            </w:tcMar>
            <w:vAlign w:val="center"/>
          </w:tcPr>
          <w:p w14:paraId="68FFE3C9" w14:textId="77777777" w:rsidR="00612663" w:rsidRPr="004C0885" w:rsidRDefault="00612663">
            <w:pPr>
              <w:rPr>
                <w:lang w:val="es-ES"/>
              </w:rPr>
            </w:pPr>
            <w:r w:rsidRPr="004C0885">
              <w:rPr>
                <w:rFonts w:ascii="Aptos" w:hAnsi="Aptos"/>
                <w:color w:val="283846"/>
                <w:sz w:val="21"/>
                <w:lang w:val="es-ES"/>
              </w:rPr>
              <w:t>Reconoce una iglesia y algún rasgo de su fachada.</w:t>
            </w:r>
          </w:p>
        </w:tc>
      </w:tr>
      <w:tr w:rsidR="00B00446" w:rsidRPr="004C0885" w14:paraId="552B894B" w14:textId="77777777">
        <w:tc>
          <w:tcPr>
            <w:tcW w:w="2232" w:type="dxa"/>
            <w:shd w:val="clear" w:color="auto" w:fill="E7EEF6"/>
            <w:tcMar>
              <w:top w:w="100" w:type="dxa"/>
              <w:left w:w="120" w:type="dxa"/>
              <w:bottom w:w="100" w:type="dxa"/>
              <w:right w:w="120" w:type="dxa"/>
            </w:tcMar>
            <w:vAlign w:val="center"/>
          </w:tcPr>
          <w:p w14:paraId="13E6336A" w14:textId="77777777" w:rsidR="00612663" w:rsidRDefault="00612663">
            <w:proofErr w:type="spellStart"/>
            <w:r>
              <w:rPr>
                <w:rFonts w:ascii="Aptos" w:hAnsi="Aptos"/>
                <w:b/>
                <w:color w:val="1F4D78"/>
                <w:sz w:val="21"/>
              </w:rPr>
              <w:t>Sentido</w:t>
            </w:r>
            <w:proofErr w:type="spellEnd"/>
          </w:p>
        </w:tc>
        <w:tc>
          <w:tcPr>
            <w:tcW w:w="7848" w:type="dxa"/>
            <w:tcMar>
              <w:top w:w="100" w:type="dxa"/>
              <w:left w:w="120" w:type="dxa"/>
              <w:bottom w:w="100" w:type="dxa"/>
              <w:right w:w="120" w:type="dxa"/>
            </w:tcMar>
            <w:vAlign w:val="center"/>
          </w:tcPr>
          <w:p w14:paraId="014F2AD9" w14:textId="77777777" w:rsidR="00612663" w:rsidRPr="004C0885" w:rsidRDefault="00612663">
            <w:pPr>
              <w:rPr>
                <w:lang w:val="es-ES"/>
              </w:rPr>
            </w:pPr>
            <w:r w:rsidRPr="004C0885">
              <w:rPr>
                <w:rFonts w:ascii="Aptos" w:hAnsi="Aptos"/>
                <w:color w:val="283846"/>
                <w:sz w:val="21"/>
                <w:lang w:val="es-ES"/>
              </w:rPr>
              <w:t>Comprende que los cristianos se reúnen allí con Jesús.</w:t>
            </w:r>
          </w:p>
        </w:tc>
      </w:tr>
      <w:tr w:rsidR="00B00446" w:rsidRPr="004C0885" w14:paraId="1007CBEA" w14:textId="77777777">
        <w:tc>
          <w:tcPr>
            <w:tcW w:w="2232" w:type="dxa"/>
            <w:shd w:val="clear" w:color="auto" w:fill="E7EEF6"/>
            <w:tcMar>
              <w:top w:w="100" w:type="dxa"/>
              <w:left w:w="120" w:type="dxa"/>
              <w:bottom w:w="100" w:type="dxa"/>
              <w:right w:w="120" w:type="dxa"/>
            </w:tcMar>
            <w:vAlign w:val="center"/>
          </w:tcPr>
          <w:p w14:paraId="023EE083" w14:textId="77777777" w:rsidR="00612663" w:rsidRDefault="00612663">
            <w:r>
              <w:rPr>
                <w:rFonts w:ascii="Aptos" w:hAnsi="Aptos"/>
                <w:b/>
                <w:color w:val="1F4D78"/>
                <w:sz w:val="21"/>
              </w:rPr>
              <w:t>Interior</w:t>
            </w:r>
          </w:p>
        </w:tc>
        <w:tc>
          <w:tcPr>
            <w:tcW w:w="7848" w:type="dxa"/>
            <w:tcMar>
              <w:top w:w="100" w:type="dxa"/>
              <w:left w:w="120" w:type="dxa"/>
              <w:bottom w:w="100" w:type="dxa"/>
              <w:right w:w="120" w:type="dxa"/>
            </w:tcMar>
            <w:vAlign w:val="center"/>
          </w:tcPr>
          <w:p w14:paraId="4137AD80" w14:textId="77777777" w:rsidR="00612663" w:rsidRPr="004C0885" w:rsidRDefault="00612663">
            <w:pPr>
              <w:rPr>
                <w:lang w:val="es-ES"/>
              </w:rPr>
            </w:pPr>
            <w:r w:rsidRPr="004C0885">
              <w:rPr>
                <w:rFonts w:ascii="Aptos" w:hAnsi="Aptos"/>
                <w:color w:val="283846"/>
                <w:sz w:val="21"/>
                <w:lang w:val="es-ES"/>
              </w:rPr>
              <w:t>Señala o nombra altar, cruz, cáliz, patena o Virgen María.</w:t>
            </w:r>
          </w:p>
        </w:tc>
      </w:tr>
      <w:tr w:rsidR="00B00446" w:rsidRPr="004C0885" w14:paraId="2C44FCBE" w14:textId="77777777">
        <w:tc>
          <w:tcPr>
            <w:tcW w:w="2232" w:type="dxa"/>
            <w:shd w:val="clear" w:color="auto" w:fill="E7EEF6"/>
            <w:tcMar>
              <w:top w:w="100" w:type="dxa"/>
              <w:left w:w="120" w:type="dxa"/>
              <w:bottom w:w="100" w:type="dxa"/>
              <w:right w:w="120" w:type="dxa"/>
            </w:tcMar>
            <w:vAlign w:val="center"/>
          </w:tcPr>
          <w:p w14:paraId="16269445" w14:textId="77777777" w:rsidR="00612663" w:rsidRDefault="00612663">
            <w:proofErr w:type="spellStart"/>
            <w:r>
              <w:rPr>
                <w:rFonts w:ascii="Aptos" w:hAnsi="Aptos"/>
                <w:b/>
                <w:color w:val="1F4D78"/>
                <w:sz w:val="21"/>
              </w:rPr>
              <w:t>Relación</w:t>
            </w:r>
            <w:proofErr w:type="spellEnd"/>
          </w:p>
        </w:tc>
        <w:tc>
          <w:tcPr>
            <w:tcW w:w="7848" w:type="dxa"/>
            <w:tcMar>
              <w:top w:w="100" w:type="dxa"/>
              <w:left w:w="120" w:type="dxa"/>
              <w:bottom w:w="100" w:type="dxa"/>
              <w:right w:w="120" w:type="dxa"/>
            </w:tcMar>
            <w:vAlign w:val="center"/>
          </w:tcPr>
          <w:p w14:paraId="6112E0BF" w14:textId="77777777" w:rsidR="00612663" w:rsidRPr="004C0885" w:rsidRDefault="00612663">
            <w:pPr>
              <w:rPr>
                <w:lang w:val="es-ES"/>
              </w:rPr>
            </w:pPr>
            <w:r w:rsidRPr="004C0885">
              <w:rPr>
                <w:rFonts w:ascii="Aptos" w:hAnsi="Aptos"/>
                <w:color w:val="283846"/>
                <w:sz w:val="21"/>
                <w:lang w:val="es-ES"/>
              </w:rPr>
              <w:t>Comprende el paso exterior-interior al abrir la puerta.</w:t>
            </w:r>
          </w:p>
        </w:tc>
      </w:tr>
      <w:tr w:rsidR="00B00446" w:rsidRPr="004C0885" w14:paraId="5B5549EB" w14:textId="77777777">
        <w:tc>
          <w:tcPr>
            <w:tcW w:w="2232" w:type="dxa"/>
            <w:shd w:val="clear" w:color="auto" w:fill="E7EEF6"/>
            <w:tcMar>
              <w:top w:w="100" w:type="dxa"/>
              <w:left w:w="120" w:type="dxa"/>
              <w:bottom w:w="100" w:type="dxa"/>
              <w:right w:w="120" w:type="dxa"/>
            </w:tcMar>
            <w:vAlign w:val="center"/>
          </w:tcPr>
          <w:p w14:paraId="6DA0DA70" w14:textId="77777777" w:rsidR="00612663" w:rsidRDefault="00612663">
            <w:proofErr w:type="spellStart"/>
            <w:r>
              <w:rPr>
                <w:rFonts w:ascii="Aptos" w:hAnsi="Aptos"/>
                <w:b/>
                <w:color w:val="1F4D78"/>
                <w:sz w:val="21"/>
              </w:rPr>
              <w:t>Expresión</w:t>
            </w:r>
            <w:proofErr w:type="spellEnd"/>
          </w:p>
        </w:tc>
        <w:tc>
          <w:tcPr>
            <w:tcW w:w="7848" w:type="dxa"/>
            <w:tcMar>
              <w:top w:w="100" w:type="dxa"/>
              <w:left w:w="120" w:type="dxa"/>
              <w:bottom w:w="100" w:type="dxa"/>
              <w:right w:w="120" w:type="dxa"/>
            </w:tcMar>
            <w:vAlign w:val="center"/>
          </w:tcPr>
          <w:p w14:paraId="4EE8FD96" w14:textId="77777777" w:rsidR="00612663" w:rsidRPr="004C0885" w:rsidRDefault="00612663">
            <w:pPr>
              <w:rPr>
                <w:lang w:val="es-ES"/>
              </w:rPr>
            </w:pPr>
            <w:r w:rsidRPr="004C0885">
              <w:rPr>
                <w:rFonts w:ascii="Aptos" w:hAnsi="Aptos"/>
                <w:color w:val="283846"/>
                <w:sz w:val="21"/>
                <w:lang w:val="es-ES"/>
              </w:rPr>
              <w:t>Rasga, pega, pica y monta según sus posibilidades.</w:t>
            </w:r>
          </w:p>
        </w:tc>
      </w:tr>
      <w:tr w:rsidR="00B00446" w:rsidRPr="004C0885" w14:paraId="69E57866" w14:textId="77777777">
        <w:tc>
          <w:tcPr>
            <w:tcW w:w="2232" w:type="dxa"/>
            <w:shd w:val="clear" w:color="auto" w:fill="E7EEF6"/>
            <w:tcMar>
              <w:top w:w="100" w:type="dxa"/>
              <w:left w:w="120" w:type="dxa"/>
              <w:bottom w:w="100" w:type="dxa"/>
              <w:right w:w="120" w:type="dxa"/>
            </w:tcMar>
            <w:vAlign w:val="center"/>
          </w:tcPr>
          <w:p w14:paraId="7201A1D2" w14:textId="77777777" w:rsidR="00612663" w:rsidRDefault="00612663">
            <w:proofErr w:type="spellStart"/>
            <w:r>
              <w:rPr>
                <w:rFonts w:ascii="Aptos" w:hAnsi="Aptos"/>
                <w:b/>
                <w:color w:val="1F4D78"/>
                <w:sz w:val="21"/>
              </w:rPr>
              <w:t>Autonomía</w:t>
            </w:r>
            <w:proofErr w:type="spellEnd"/>
          </w:p>
        </w:tc>
        <w:tc>
          <w:tcPr>
            <w:tcW w:w="7848" w:type="dxa"/>
            <w:tcMar>
              <w:top w:w="100" w:type="dxa"/>
              <w:left w:w="120" w:type="dxa"/>
              <w:bottom w:w="100" w:type="dxa"/>
              <w:right w:w="120" w:type="dxa"/>
            </w:tcMar>
            <w:vAlign w:val="center"/>
          </w:tcPr>
          <w:p w14:paraId="43A9F33E" w14:textId="77777777" w:rsidR="00612663" w:rsidRPr="004C0885" w:rsidRDefault="00612663">
            <w:pPr>
              <w:rPr>
                <w:lang w:val="es-ES"/>
              </w:rPr>
            </w:pPr>
            <w:r w:rsidRPr="004C0885">
              <w:rPr>
                <w:rFonts w:ascii="Aptos" w:hAnsi="Aptos"/>
                <w:color w:val="283846"/>
                <w:sz w:val="21"/>
                <w:lang w:val="es-ES"/>
              </w:rPr>
              <w:t>Sigue indicaciones, pide ayuda y recoge el material.</w:t>
            </w:r>
          </w:p>
        </w:tc>
      </w:tr>
      <w:tr w:rsidR="00B00446" w:rsidRPr="004C0885" w14:paraId="3B0E7FB3" w14:textId="77777777">
        <w:tc>
          <w:tcPr>
            <w:tcW w:w="2232" w:type="dxa"/>
            <w:shd w:val="clear" w:color="auto" w:fill="E7EEF6"/>
            <w:tcMar>
              <w:top w:w="100" w:type="dxa"/>
              <w:left w:w="120" w:type="dxa"/>
              <w:bottom w:w="100" w:type="dxa"/>
              <w:right w:w="120" w:type="dxa"/>
            </w:tcMar>
            <w:vAlign w:val="center"/>
          </w:tcPr>
          <w:p w14:paraId="2348C9F5" w14:textId="77777777" w:rsidR="00612663" w:rsidRDefault="00612663">
            <w:proofErr w:type="spellStart"/>
            <w:r>
              <w:rPr>
                <w:rFonts w:ascii="Aptos" w:hAnsi="Aptos"/>
                <w:b/>
                <w:color w:val="1F4D78"/>
                <w:sz w:val="21"/>
              </w:rPr>
              <w:t>Interioridad</w:t>
            </w:r>
            <w:proofErr w:type="spellEnd"/>
          </w:p>
        </w:tc>
        <w:tc>
          <w:tcPr>
            <w:tcW w:w="7848" w:type="dxa"/>
            <w:tcMar>
              <w:top w:w="100" w:type="dxa"/>
              <w:left w:w="120" w:type="dxa"/>
              <w:bottom w:w="100" w:type="dxa"/>
              <w:right w:w="120" w:type="dxa"/>
            </w:tcMar>
            <w:vAlign w:val="center"/>
          </w:tcPr>
          <w:p w14:paraId="3A787ADF" w14:textId="77777777" w:rsidR="00612663" w:rsidRPr="004C0885" w:rsidRDefault="00612663">
            <w:pPr>
              <w:rPr>
                <w:lang w:val="es-ES"/>
              </w:rPr>
            </w:pPr>
            <w:r w:rsidRPr="004C0885">
              <w:rPr>
                <w:rFonts w:ascii="Aptos" w:hAnsi="Aptos"/>
                <w:color w:val="283846"/>
                <w:sz w:val="21"/>
                <w:lang w:val="es-ES"/>
              </w:rPr>
              <w:t>Participa en una frase religiosa, canción o momento de calma.</w:t>
            </w:r>
          </w:p>
        </w:tc>
      </w:tr>
    </w:tbl>
    <w:p w14:paraId="3645C2D4" w14:textId="77777777" w:rsidR="00612663" w:rsidRPr="004C0885" w:rsidRDefault="00612663">
      <w:pPr>
        <w:pStyle w:val="Ttulo2"/>
        <w:rPr>
          <w:lang w:val="es-ES"/>
        </w:rPr>
      </w:pPr>
      <w:r w:rsidRPr="004C0885">
        <w:rPr>
          <w:lang w:val="es-ES"/>
        </w:rPr>
        <w:t>Cierre del tema</w:t>
      </w:r>
    </w:p>
    <w:p w14:paraId="2D501FD3" w14:textId="77777777" w:rsidR="00612663" w:rsidRPr="004C0885" w:rsidRDefault="00612663">
      <w:pPr>
        <w:rPr>
          <w:lang w:val="es-ES"/>
        </w:rPr>
      </w:pPr>
      <w:r w:rsidRPr="004C0885">
        <w:rPr>
          <w:rFonts w:ascii="Aptos" w:hAnsi="Aptos"/>
          <w:color w:val="283846"/>
          <w:lang w:val="es-ES"/>
        </w:rPr>
        <w:t>Abrir y cerrar las puertas montadas, nombrar juntos dos o tres elementos y colocar las fichas junto al minimundo. Terminar diciendo: «Jesús, gracias por reunirnos en tu Iglesia».</w:t>
      </w:r>
    </w:p>
    <w:p w14:paraId="75E1AF33" w14:textId="77777777" w:rsidR="00612663" w:rsidRPr="004C0885" w:rsidRDefault="00612663">
      <w:pPr>
        <w:rPr>
          <w:lang w:val="es-ES"/>
        </w:rPr>
      </w:pPr>
      <w:r w:rsidRPr="004C0885">
        <w:rPr>
          <w:lang w:val="es-ES"/>
        </w:rPr>
        <w:br w:type="page"/>
      </w:r>
    </w:p>
    <w:p w14:paraId="6E0B37A7" w14:textId="77777777" w:rsidR="00612663" w:rsidRPr="004C0885" w:rsidRDefault="00612663">
      <w:pPr>
        <w:pStyle w:val="Ttulo1"/>
        <w:rPr>
          <w:lang w:val="es-ES"/>
        </w:rPr>
      </w:pPr>
      <w:r w:rsidRPr="004C0885">
        <w:rPr>
          <w:lang w:val="es-ES"/>
        </w:rPr>
        <w:lastRenderedPageBreak/>
        <w:t>Registro breve de observación</w:t>
      </w:r>
    </w:p>
    <w:p w14:paraId="3F62F2E3" w14:textId="77777777" w:rsidR="00612663" w:rsidRPr="004C0885" w:rsidRDefault="00612663">
      <w:pPr>
        <w:rPr>
          <w:lang w:val="es-ES"/>
        </w:rPr>
      </w:pPr>
      <w:r w:rsidRPr="004C0885">
        <w:rPr>
          <w:rFonts w:ascii="Aptos" w:hAnsi="Aptos"/>
          <w:color w:val="283846"/>
          <w:lang w:val="es-ES"/>
        </w:rPr>
        <w:t>Marcar con una fecha, palabra breve o signo propio. No es necesario completar todas las casillas en una sola sesión.</w:t>
      </w:r>
    </w:p>
    <w:tbl>
      <w:tblPr>
        <w:tblW w:w="10079" w:type="dxa"/>
        <w:tblBorders>
          <w:top w:val="single" w:sz="6" w:space="0" w:color="C9D7E5"/>
          <w:left w:val="single" w:sz="6" w:space="0" w:color="C9D7E5"/>
          <w:bottom w:val="single" w:sz="6" w:space="0" w:color="C9D7E5"/>
          <w:right w:val="single" w:sz="6" w:space="0" w:color="C9D7E5"/>
          <w:insideH w:val="single" w:sz="6" w:space="0" w:color="C9D7E5"/>
          <w:insideV w:val="single" w:sz="6" w:space="0" w:color="C9D7E5"/>
        </w:tblBorders>
        <w:tblLayout w:type="fixed"/>
        <w:tblLook w:val="04A0" w:firstRow="1" w:lastRow="0" w:firstColumn="1" w:lastColumn="0" w:noHBand="0" w:noVBand="1"/>
      </w:tblPr>
      <w:tblGrid>
        <w:gridCol w:w="2015"/>
        <w:gridCol w:w="1080"/>
        <w:gridCol w:w="1080"/>
        <w:gridCol w:w="1080"/>
        <w:gridCol w:w="1080"/>
        <w:gridCol w:w="1152"/>
        <w:gridCol w:w="2592"/>
      </w:tblGrid>
      <w:tr w:rsidR="00B00446" w14:paraId="3EE63F07" w14:textId="77777777">
        <w:tc>
          <w:tcPr>
            <w:tcW w:w="2016" w:type="dxa"/>
            <w:shd w:val="clear" w:color="auto" w:fill="E7EEF6"/>
            <w:tcMar>
              <w:top w:w="100" w:type="dxa"/>
              <w:left w:w="120" w:type="dxa"/>
              <w:bottom w:w="100" w:type="dxa"/>
              <w:right w:w="120" w:type="dxa"/>
            </w:tcMar>
            <w:vAlign w:val="center"/>
          </w:tcPr>
          <w:p w14:paraId="520CB39F" w14:textId="77777777" w:rsidR="00612663" w:rsidRDefault="00612663">
            <w:pPr>
              <w:jc w:val="center"/>
            </w:pPr>
            <w:proofErr w:type="spellStart"/>
            <w:r>
              <w:rPr>
                <w:rFonts w:ascii="Aptos" w:hAnsi="Aptos"/>
                <w:b/>
                <w:color w:val="1F4D78"/>
                <w:sz w:val="17"/>
              </w:rPr>
              <w:t>Alumno</w:t>
            </w:r>
            <w:proofErr w:type="spellEnd"/>
            <w:r>
              <w:rPr>
                <w:rFonts w:ascii="Aptos" w:hAnsi="Aptos"/>
                <w:b/>
                <w:color w:val="1F4D78"/>
                <w:sz w:val="17"/>
              </w:rPr>
              <w:t>/a</w:t>
            </w:r>
          </w:p>
        </w:tc>
        <w:tc>
          <w:tcPr>
            <w:tcW w:w="1080" w:type="dxa"/>
            <w:shd w:val="clear" w:color="auto" w:fill="E7EEF6"/>
            <w:tcMar>
              <w:top w:w="100" w:type="dxa"/>
              <w:left w:w="120" w:type="dxa"/>
              <w:bottom w:w="100" w:type="dxa"/>
              <w:right w:w="120" w:type="dxa"/>
            </w:tcMar>
            <w:vAlign w:val="center"/>
          </w:tcPr>
          <w:p w14:paraId="4C53CDB4" w14:textId="77777777" w:rsidR="00612663" w:rsidRDefault="00612663">
            <w:pPr>
              <w:jc w:val="center"/>
            </w:pPr>
            <w:r>
              <w:rPr>
                <w:rFonts w:ascii="Aptos" w:hAnsi="Aptos"/>
                <w:b/>
                <w:color w:val="1F4D78"/>
                <w:sz w:val="17"/>
              </w:rPr>
              <w:t>Exterior</w:t>
            </w:r>
          </w:p>
        </w:tc>
        <w:tc>
          <w:tcPr>
            <w:tcW w:w="1080" w:type="dxa"/>
            <w:shd w:val="clear" w:color="auto" w:fill="E7EEF6"/>
            <w:tcMar>
              <w:top w:w="100" w:type="dxa"/>
              <w:left w:w="120" w:type="dxa"/>
              <w:bottom w:w="100" w:type="dxa"/>
              <w:right w:w="120" w:type="dxa"/>
            </w:tcMar>
            <w:vAlign w:val="center"/>
          </w:tcPr>
          <w:p w14:paraId="46073E4B" w14:textId="77777777" w:rsidR="00612663" w:rsidRDefault="00612663">
            <w:pPr>
              <w:jc w:val="center"/>
            </w:pPr>
            <w:proofErr w:type="spellStart"/>
            <w:r>
              <w:rPr>
                <w:rFonts w:ascii="Aptos" w:hAnsi="Aptos"/>
                <w:b/>
                <w:color w:val="1F4D78"/>
                <w:sz w:val="17"/>
              </w:rPr>
              <w:t>Sentido</w:t>
            </w:r>
            <w:proofErr w:type="spellEnd"/>
          </w:p>
        </w:tc>
        <w:tc>
          <w:tcPr>
            <w:tcW w:w="1080" w:type="dxa"/>
            <w:shd w:val="clear" w:color="auto" w:fill="E7EEF6"/>
            <w:tcMar>
              <w:top w:w="100" w:type="dxa"/>
              <w:left w:w="120" w:type="dxa"/>
              <w:bottom w:w="100" w:type="dxa"/>
              <w:right w:w="120" w:type="dxa"/>
            </w:tcMar>
            <w:vAlign w:val="center"/>
          </w:tcPr>
          <w:p w14:paraId="1EED9D2A" w14:textId="77777777" w:rsidR="00612663" w:rsidRDefault="00612663">
            <w:pPr>
              <w:jc w:val="center"/>
            </w:pPr>
            <w:r>
              <w:rPr>
                <w:rFonts w:ascii="Aptos" w:hAnsi="Aptos"/>
                <w:b/>
                <w:color w:val="1F4D78"/>
                <w:sz w:val="17"/>
              </w:rPr>
              <w:t>Interior</w:t>
            </w:r>
          </w:p>
        </w:tc>
        <w:tc>
          <w:tcPr>
            <w:tcW w:w="1080" w:type="dxa"/>
            <w:shd w:val="clear" w:color="auto" w:fill="E7EEF6"/>
            <w:tcMar>
              <w:top w:w="100" w:type="dxa"/>
              <w:left w:w="120" w:type="dxa"/>
              <w:bottom w:w="100" w:type="dxa"/>
              <w:right w:w="120" w:type="dxa"/>
            </w:tcMar>
            <w:vAlign w:val="center"/>
          </w:tcPr>
          <w:p w14:paraId="1CB3068A" w14:textId="77777777" w:rsidR="00612663" w:rsidRDefault="00612663">
            <w:pPr>
              <w:jc w:val="center"/>
            </w:pPr>
            <w:r>
              <w:rPr>
                <w:rFonts w:ascii="Aptos" w:hAnsi="Aptos"/>
                <w:b/>
                <w:color w:val="1F4D78"/>
                <w:sz w:val="17"/>
              </w:rPr>
              <w:t>Puerta</w:t>
            </w:r>
          </w:p>
        </w:tc>
        <w:tc>
          <w:tcPr>
            <w:tcW w:w="1152" w:type="dxa"/>
            <w:shd w:val="clear" w:color="auto" w:fill="E7EEF6"/>
            <w:tcMar>
              <w:top w:w="100" w:type="dxa"/>
              <w:left w:w="120" w:type="dxa"/>
              <w:bottom w:w="100" w:type="dxa"/>
              <w:right w:w="120" w:type="dxa"/>
            </w:tcMar>
            <w:vAlign w:val="center"/>
          </w:tcPr>
          <w:p w14:paraId="1B0E8B0A" w14:textId="77777777" w:rsidR="00612663" w:rsidRDefault="00612663">
            <w:pPr>
              <w:jc w:val="center"/>
            </w:pPr>
            <w:proofErr w:type="spellStart"/>
            <w:r>
              <w:rPr>
                <w:rFonts w:ascii="Aptos" w:hAnsi="Aptos"/>
                <w:b/>
                <w:color w:val="1F4D78"/>
                <w:sz w:val="17"/>
              </w:rPr>
              <w:t>Autonomía</w:t>
            </w:r>
            <w:proofErr w:type="spellEnd"/>
          </w:p>
        </w:tc>
        <w:tc>
          <w:tcPr>
            <w:tcW w:w="2592" w:type="dxa"/>
            <w:shd w:val="clear" w:color="auto" w:fill="E7EEF6"/>
            <w:tcMar>
              <w:top w:w="100" w:type="dxa"/>
              <w:left w:w="120" w:type="dxa"/>
              <w:bottom w:w="100" w:type="dxa"/>
              <w:right w:w="120" w:type="dxa"/>
            </w:tcMar>
            <w:vAlign w:val="center"/>
          </w:tcPr>
          <w:p w14:paraId="17F8CD3C" w14:textId="77777777" w:rsidR="00612663" w:rsidRDefault="00612663">
            <w:pPr>
              <w:jc w:val="center"/>
            </w:pPr>
            <w:proofErr w:type="spellStart"/>
            <w:r>
              <w:rPr>
                <w:rFonts w:ascii="Aptos" w:hAnsi="Aptos"/>
                <w:b/>
                <w:color w:val="1F4D78"/>
                <w:sz w:val="17"/>
              </w:rPr>
              <w:t>Observaciones</w:t>
            </w:r>
            <w:proofErr w:type="spellEnd"/>
          </w:p>
        </w:tc>
      </w:tr>
      <w:tr w:rsidR="00B00446" w14:paraId="3956D030" w14:textId="77777777">
        <w:trPr>
          <w:trHeight w:val="792"/>
        </w:trPr>
        <w:tc>
          <w:tcPr>
            <w:tcW w:w="2016" w:type="dxa"/>
            <w:tcMar>
              <w:top w:w="100" w:type="dxa"/>
              <w:left w:w="120" w:type="dxa"/>
              <w:bottom w:w="100" w:type="dxa"/>
              <w:right w:w="120" w:type="dxa"/>
            </w:tcMar>
            <w:vAlign w:val="center"/>
          </w:tcPr>
          <w:p w14:paraId="220CCD48" w14:textId="77777777" w:rsidR="00612663" w:rsidRDefault="00612663"/>
        </w:tc>
        <w:tc>
          <w:tcPr>
            <w:tcW w:w="1080" w:type="dxa"/>
            <w:tcMar>
              <w:top w:w="100" w:type="dxa"/>
              <w:left w:w="120" w:type="dxa"/>
              <w:bottom w:w="100" w:type="dxa"/>
              <w:right w:w="120" w:type="dxa"/>
            </w:tcMar>
            <w:vAlign w:val="center"/>
          </w:tcPr>
          <w:p w14:paraId="602BFF8C" w14:textId="77777777" w:rsidR="00612663" w:rsidRDefault="00612663"/>
        </w:tc>
        <w:tc>
          <w:tcPr>
            <w:tcW w:w="1080" w:type="dxa"/>
            <w:tcMar>
              <w:top w:w="100" w:type="dxa"/>
              <w:left w:w="120" w:type="dxa"/>
              <w:bottom w:w="100" w:type="dxa"/>
              <w:right w:w="120" w:type="dxa"/>
            </w:tcMar>
            <w:vAlign w:val="center"/>
          </w:tcPr>
          <w:p w14:paraId="12F78723" w14:textId="77777777" w:rsidR="00612663" w:rsidRDefault="00612663"/>
        </w:tc>
        <w:tc>
          <w:tcPr>
            <w:tcW w:w="1080" w:type="dxa"/>
            <w:tcMar>
              <w:top w:w="100" w:type="dxa"/>
              <w:left w:w="120" w:type="dxa"/>
              <w:bottom w:w="100" w:type="dxa"/>
              <w:right w:w="120" w:type="dxa"/>
            </w:tcMar>
            <w:vAlign w:val="center"/>
          </w:tcPr>
          <w:p w14:paraId="3D08050F" w14:textId="77777777" w:rsidR="00612663" w:rsidRDefault="00612663"/>
        </w:tc>
        <w:tc>
          <w:tcPr>
            <w:tcW w:w="1080" w:type="dxa"/>
            <w:tcMar>
              <w:top w:w="100" w:type="dxa"/>
              <w:left w:w="120" w:type="dxa"/>
              <w:bottom w:w="100" w:type="dxa"/>
              <w:right w:w="120" w:type="dxa"/>
            </w:tcMar>
            <w:vAlign w:val="center"/>
          </w:tcPr>
          <w:p w14:paraId="77B6E4E4" w14:textId="77777777" w:rsidR="00612663" w:rsidRDefault="00612663"/>
        </w:tc>
        <w:tc>
          <w:tcPr>
            <w:tcW w:w="1152" w:type="dxa"/>
            <w:tcMar>
              <w:top w:w="100" w:type="dxa"/>
              <w:left w:w="120" w:type="dxa"/>
              <w:bottom w:w="100" w:type="dxa"/>
              <w:right w:w="120" w:type="dxa"/>
            </w:tcMar>
            <w:vAlign w:val="center"/>
          </w:tcPr>
          <w:p w14:paraId="3E77F3DE" w14:textId="77777777" w:rsidR="00612663" w:rsidRDefault="00612663"/>
        </w:tc>
        <w:tc>
          <w:tcPr>
            <w:tcW w:w="2592" w:type="dxa"/>
            <w:tcMar>
              <w:top w:w="100" w:type="dxa"/>
              <w:left w:w="120" w:type="dxa"/>
              <w:bottom w:w="100" w:type="dxa"/>
              <w:right w:w="120" w:type="dxa"/>
            </w:tcMar>
            <w:vAlign w:val="center"/>
          </w:tcPr>
          <w:p w14:paraId="1AD35B00" w14:textId="77777777" w:rsidR="00612663" w:rsidRDefault="00612663"/>
        </w:tc>
      </w:tr>
      <w:tr w:rsidR="00B00446" w14:paraId="7E844827" w14:textId="77777777">
        <w:trPr>
          <w:trHeight w:val="792"/>
        </w:trPr>
        <w:tc>
          <w:tcPr>
            <w:tcW w:w="2016" w:type="dxa"/>
            <w:tcMar>
              <w:top w:w="100" w:type="dxa"/>
              <w:left w:w="120" w:type="dxa"/>
              <w:bottom w:w="100" w:type="dxa"/>
              <w:right w:w="120" w:type="dxa"/>
            </w:tcMar>
            <w:vAlign w:val="center"/>
          </w:tcPr>
          <w:p w14:paraId="527D9C53" w14:textId="77777777" w:rsidR="00612663" w:rsidRDefault="00612663"/>
        </w:tc>
        <w:tc>
          <w:tcPr>
            <w:tcW w:w="1080" w:type="dxa"/>
            <w:tcMar>
              <w:top w:w="100" w:type="dxa"/>
              <w:left w:w="120" w:type="dxa"/>
              <w:bottom w:w="100" w:type="dxa"/>
              <w:right w:w="120" w:type="dxa"/>
            </w:tcMar>
            <w:vAlign w:val="center"/>
          </w:tcPr>
          <w:p w14:paraId="37E302A8" w14:textId="77777777" w:rsidR="00612663" w:rsidRDefault="00612663"/>
        </w:tc>
        <w:tc>
          <w:tcPr>
            <w:tcW w:w="1080" w:type="dxa"/>
            <w:tcMar>
              <w:top w:w="100" w:type="dxa"/>
              <w:left w:w="120" w:type="dxa"/>
              <w:bottom w:w="100" w:type="dxa"/>
              <w:right w:w="120" w:type="dxa"/>
            </w:tcMar>
            <w:vAlign w:val="center"/>
          </w:tcPr>
          <w:p w14:paraId="1AE9AD17" w14:textId="77777777" w:rsidR="00612663" w:rsidRDefault="00612663"/>
        </w:tc>
        <w:tc>
          <w:tcPr>
            <w:tcW w:w="1080" w:type="dxa"/>
            <w:tcMar>
              <w:top w:w="100" w:type="dxa"/>
              <w:left w:w="120" w:type="dxa"/>
              <w:bottom w:w="100" w:type="dxa"/>
              <w:right w:w="120" w:type="dxa"/>
            </w:tcMar>
            <w:vAlign w:val="center"/>
          </w:tcPr>
          <w:p w14:paraId="11A21ED4" w14:textId="77777777" w:rsidR="00612663" w:rsidRDefault="00612663"/>
        </w:tc>
        <w:tc>
          <w:tcPr>
            <w:tcW w:w="1080" w:type="dxa"/>
            <w:tcMar>
              <w:top w:w="100" w:type="dxa"/>
              <w:left w:w="120" w:type="dxa"/>
              <w:bottom w:w="100" w:type="dxa"/>
              <w:right w:w="120" w:type="dxa"/>
            </w:tcMar>
            <w:vAlign w:val="center"/>
          </w:tcPr>
          <w:p w14:paraId="13856BD5" w14:textId="77777777" w:rsidR="00612663" w:rsidRDefault="00612663"/>
        </w:tc>
        <w:tc>
          <w:tcPr>
            <w:tcW w:w="1152" w:type="dxa"/>
            <w:tcMar>
              <w:top w:w="100" w:type="dxa"/>
              <w:left w:w="120" w:type="dxa"/>
              <w:bottom w:w="100" w:type="dxa"/>
              <w:right w:w="120" w:type="dxa"/>
            </w:tcMar>
            <w:vAlign w:val="center"/>
          </w:tcPr>
          <w:p w14:paraId="0086826E" w14:textId="77777777" w:rsidR="00612663" w:rsidRDefault="00612663"/>
        </w:tc>
        <w:tc>
          <w:tcPr>
            <w:tcW w:w="2592" w:type="dxa"/>
            <w:tcMar>
              <w:top w:w="100" w:type="dxa"/>
              <w:left w:w="120" w:type="dxa"/>
              <w:bottom w:w="100" w:type="dxa"/>
              <w:right w:w="120" w:type="dxa"/>
            </w:tcMar>
            <w:vAlign w:val="center"/>
          </w:tcPr>
          <w:p w14:paraId="43466457" w14:textId="77777777" w:rsidR="00612663" w:rsidRDefault="00612663"/>
        </w:tc>
      </w:tr>
      <w:tr w:rsidR="00B00446" w14:paraId="3E9DD886" w14:textId="77777777">
        <w:trPr>
          <w:trHeight w:val="792"/>
        </w:trPr>
        <w:tc>
          <w:tcPr>
            <w:tcW w:w="2016" w:type="dxa"/>
            <w:tcMar>
              <w:top w:w="100" w:type="dxa"/>
              <w:left w:w="120" w:type="dxa"/>
              <w:bottom w:w="100" w:type="dxa"/>
              <w:right w:w="120" w:type="dxa"/>
            </w:tcMar>
            <w:vAlign w:val="center"/>
          </w:tcPr>
          <w:p w14:paraId="33D0F0B6" w14:textId="77777777" w:rsidR="00612663" w:rsidRDefault="00612663"/>
        </w:tc>
        <w:tc>
          <w:tcPr>
            <w:tcW w:w="1080" w:type="dxa"/>
            <w:tcMar>
              <w:top w:w="100" w:type="dxa"/>
              <w:left w:w="120" w:type="dxa"/>
              <w:bottom w:w="100" w:type="dxa"/>
              <w:right w:w="120" w:type="dxa"/>
            </w:tcMar>
            <w:vAlign w:val="center"/>
          </w:tcPr>
          <w:p w14:paraId="71AF495C" w14:textId="77777777" w:rsidR="00612663" w:rsidRDefault="00612663"/>
        </w:tc>
        <w:tc>
          <w:tcPr>
            <w:tcW w:w="1080" w:type="dxa"/>
            <w:tcMar>
              <w:top w:w="100" w:type="dxa"/>
              <w:left w:w="120" w:type="dxa"/>
              <w:bottom w:w="100" w:type="dxa"/>
              <w:right w:w="120" w:type="dxa"/>
            </w:tcMar>
            <w:vAlign w:val="center"/>
          </w:tcPr>
          <w:p w14:paraId="6C9E470E" w14:textId="77777777" w:rsidR="00612663" w:rsidRDefault="00612663"/>
        </w:tc>
        <w:tc>
          <w:tcPr>
            <w:tcW w:w="1080" w:type="dxa"/>
            <w:tcMar>
              <w:top w:w="100" w:type="dxa"/>
              <w:left w:w="120" w:type="dxa"/>
              <w:bottom w:w="100" w:type="dxa"/>
              <w:right w:w="120" w:type="dxa"/>
            </w:tcMar>
            <w:vAlign w:val="center"/>
          </w:tcPr>
          <w:p w14:paraId="0F18CF03" w14:textId="77777777" w:rsidR="00612663" w:rsidRDefault="00612663"/>
        </w:tc>
        <w:tc>
          <w:tcPr>
            <w:tcW w:w="1080" w:type="dxa"/>
            <w:tcMar>
              <w:top w:w="100" w:type="dxa"/>
              <w:left w:w="120" w:type="dxa"/>
              <w:bottom w:w="100" w:type="dxa"/>
              <w:right w:w="120" w:type="dxa"/>
            </w:tcMar>
            <w:vAlign w:val="center"/>
          </w:tcPr>
          <w:p w14:paraId="45CA615C" w14:textId="77777777" w:rsidR="00612663" w:rsidRDefault="00612663"/>
        </w:tc>
        <w:tc>
          <w:tcPr>
            <w:tcW w:w="1152" w:type="dxa"/>
            <w:tcMar>
              <w:top w:w="100" w:type="dxa"/>
              <w:left w:w="120" w:type="dxa"/>
              <w:bottom w:w="100" w:type="dxa"/>
              <w:right w:w="120" w:type="dxa"/>
            </w:tcMar>
            <w:vAlign w:val="center"/>
          </w:tcPr>
          <w:p w14:paraId="0005D3E7" w14:textId="77777777" w:rsidR="00612663" w:rsidRDefault="00612663"/>
        </w:tc>
        <w:tc>
          <w:tcPr>
            <w:tcW w:w="2592" w:type="dxa"/>
            <w:tcMar>
              <w:top w:w="100" w:type="dxa"/>
              <w:left w:w="120" w:type="dxa"/>
              <w:bottom w:w="100" w:type="dxa"/>
              <w:right w:w="120" w:type="dxa"/>
            </w:tcMar>
            <w:vAlign w:val="center"/>
          </w:tcPr>
          <w:p w14:paraId="7A9EF159" w14:textId="77777777" w:rsidR="00612663" w:rsidRDefault="00612663"/>
        </w:tc>
      </w:tr>
      <w:tr w:rsidR="00B00446" w14:paraId="44FF2500" w14:textId="77777777">
        <w:trPr>
          <w:trHeight w:val="792"/>
        </w:trPr>
        <w:tc>
          <w:tcPr>
            <w:tcW w:w="2016" w:type="dxa"/>
            <w:tcMar>
              <w:top w:w="100" w:type="dxa"/>
              <w:left w:w="120" w:type="dxa"/>
              <w:bottom w:w="100" w:type="dxa"/>
              <w:right w:w="120" w:type="dxa"/>
            </w:tcMar>
            <w:vAlign w:val="center"/>
          </w:tcPr>
          <w:p w14:paraId="48885164" w14:textId="77777777" w:rsidR="00612663" w:rsidRDefault="00612663"/>
        </w:tc>
        <w:tc>
          <w:tcPr>
            <w:tcW w:w="1080" w:type="dxa"/>
            <w:tcMar>
              <w:top w:w="100" w:type="dxa"/>
              <w:left w:w="120" w:type="dxa"/>
              <w:bottom w:w="100" w:type="dxa"/>
              <w:right w:w="120" w:type="dxa"/>
            </w:tcMar>
            <w:vAlign w:val="center"/>
          </w:tcPr>
          <w:p w14:paraId="30A73276" w14:textId="77777777" w:rsidR="00612663" w:rsidRDefault="00612663"/>
        </w:tc>
        <w:tc>
          <w:tcPr>
            <w:tcW w:w="1080" w:type="dxa"/>
            <w:tcMar>
              <w:top w:w="100" w:type="dxa"/>
              <w:left w:w="120" w:type="dxa"/>
              <w:bottom w:w="100" w:type="dxa"/>
              <w:right w:w="120" w:type="dxa"/>
            </w:tcMar>
            <w:vAlign w:val="center"/>
          </w:tcPr>
          <w:p w14:paraId="19479723" w14:textId="77777777" w:rsidR="00612663" w:rsidRDefault="00612663"/>
        </w:tc>
        <w:tc>
          <w:tcPr>
            <w:tcW w:w="1080" w:type="dxa"/>
            <w:tcMar>
              <w:top w:w="100" w:type="dxa"/>
              <w:left w:w="120" w:type="dxa"/>
              <w:bottom w:w="100" w:type="dxa"/>
              <w:right w:w="120" w:type="dxa"/>
            </w:tcMar>
            <w:vAlign w:val="center"/>
          </w:tcPr>
          <w:p w14:paraId="6A7DCB04" w14:textId="77777777" w:rsidR="00612663" w:rsidRDefault="00612663"/>
        </w:tc>
        <w:tc>
          <w:tcPr>
            <w:tcW w:w="1080" w:type="dxa"/>
            <w:tcMar>
              <w:top w:w="100" w:type="dxa"/>
              <w:left w:w="120" w:type="dxa"/>
              <w:bottom w:w="100" w:type="dxa"/>
              <w:right w:w="120" w:type="dxa"/>
            </w:tcMar>
            <w:vAlign w:val="center"/>
          </w:tcPr>
          <w:p w14:paraId="76E24638" w14:textId="77777777" w:rsidR="00612663" w:rsidRDefault="00612663"/>
        </w:tc>
        <w:tc>
          <w:tcPr>
            <w:tcW w:w="1152" w:type="dxa"/>
            <w:tcMar>
              <w:top w:w="100" w:type="dxa"/>
              <w:left w:w="120" w:type="dxa"/>
              <w:bottom w:w="100" w:type="dxa"/>
              <w:right w:w="120" w:type="dxa"/>
            </w:tcMar>
            <w:vAlign w:val="center"/>
          </w:tcPr>
          <w:p w14:paraId="61ACD684" w14:textId="77777777" w:rsidR="00612663" w:rsidRDefault="00612663"/>
        </w:tc>
        <w:tc>
          <w:tcPr>
            <w:tcW w:w="2592" w:type="dxa"/>
            <w:tcMar>
              <w:top w:w="100" w:type="dxa"/>
              <w:left w:w="120" w:type="dxa"/>
              <w:bottom w:w="100" w:type="dxa"/>
              <w:right w:w="120" w:type="dxa"/>
            </w:tcMar>
            <w:vAlign w:val="center"/>
          </w:tcPr>
          <w:p w14:paraId="3EAE6FAD" w14:textId="77777777" w:rsidR="00612663" w:rsidRDefault="00612663"/>
        </w:tc>
      </w:tr>
      <w:tr w:rsidR="00B00446" w14:paraId="33C5AED3" w14:textId="77777777">
        <w:trPr>
          <w:trHeight w:val="792"/>
        </w:trPr>
        <w:tc>
          <w:tcPr>
            <w:tcW w:w="2016" w:type="dxa"/>
            <w:tcMar>
              <w:top w:w="100" w:type="dxa"/>
              <w:left w:w="120" w:type="dxa"/>
              <w:bottom w:w="100" w:type="dxa"/>
              <w:right w:w="120" w:type="dxa"/>
            </w:tcMar>
            <w:vAlign w:val="center"/>
          </w:tcPr>
          <w:p w14:paraId="0B3B5316" w14:textId="77777777" w:rsidR="00612663" w:rsidRDefault="00612663"/>
        </w:tc>
        <w:tc>
          <w:tcPr>
            <w:tcW w:w="1080" w:type="dxa"/>
            <w:tcMar>
              <w:top w:w="100" w:type="dxa"/>
              <w:left w:w="120" w:type="dxa"/>
              <w:bottom w:w="100" w:type="dxa"/>
              <w:right w:w="120" w:type="dxa"/>
            </w:tcMar>
            <w:vAlign w:val="center"/>
          </w:tcPr>
          <w:p w14:paraId="7DEF1D8C" w14:textId="77777777" w:rsidR="00612663" w:rsidRDefault="00612663"/>
        </w:tc>
        <w:tc>
          <w:tcPr>
            <w:tcW w:w="1080" w:type="dxa"/>
            <w:tcMar>
              <w:top w:w="100" w:type="dxa"/>
              <w:left w:w="120" w:type="dxa"/>
              <w:bottom w:w="100" w:type="dxa"/>
              <w:right w:w="120" w:type="dxa"/>
            </w:tcMar>
            <w:vAlign w:val="center"/>
          </w:tcPr>
          <w:p w14:paraId="594D8AA7" w14:textId="77777777" w:rsidR="00612663" w:rsidRDefault="00612663"/>
        </w:tc>
        <w:tc>
          <w:tcPr>
            <w:tcW w:w="1080" w:type="dxa"/>
            <w:tcMar>
              <w:top w:w="100" w:type="dxa"/>
              <w:left w:w="120" w:type="dxa"/>
              <w:bottom w:w="100" w:type="dxa"/>
              <w:right w:w="120" w:type="dxa"/>
            </w:tcMar>
            <w:vAlign w:val="center"/>
          </w:tcPr>
          <w:p w14:paraId="0ECD202F" w14:textId="77777777" w:rsidR="00612663" w:rsidRDefault="00612663"/>
        </w:tc>
        <w:tc>
          <w:tcPr>
            <w:tcW w:w="1080" w:type="dxa"/>
            <w:tcMar>
              <w:top w:w="100" w:type="dxa"/>
              <w:left w:w="120" w:type="dxa"/>
              <w:bottom w:w="100" w:type="dxa"/>
              <w:right w:w="120" w:type="dxa"/>
            </w:tcMar>
            <w:vAlign w:val="center"/>
          </w:tcPr>
          <w:p w14:paraId="6E5853AF" w14:textId="77777777" w:rsidR="00612663" w:rsidRDefault="00612663"/>
        </w:tc>
        <w:tc>
          <w:tcPr>
            <w:tcW w:w="1152" w:type="dxa"/>
            <w:tcMar>
              <w:top w:w="100" w:type="dxa"/>
              <w:left w:w="120" w:type="dxa"/>
              <w:bottom w:w="100" w:type="dxa"/>
              <w:right w:w="120" w:type="dxa"/>
            </w:tcMar>
            <w:vAlign w:val="center"/>
          </w:tcPr>
          <w:p w14:paraId="4D8F4BA5" w14:textId="77777777" w:rsidR="00612663" w:rsidRDefault="00612663"/>
        </w:tc>
        <w:tc>
          <w:tcPr>
            <w:tcW w:w="2592" w:type="dxa"/>
            <w:tcMar>
              <w:top w:w="100" w:type="dxa"/>
              <w:left w:w="120" w:type="dxa"/>
              <w:bottom w:w="100" w:type="dxa"/>
              <w:right w:w="120" w:type="dxa"/>
            </w:tcMar>
            <w:vAlign w:val="center"/>
          </w:tcPr>
          <w:p w14:paraId="0D55E883" w14:textId="77777777" w:rsidR="00612663" w:rsidRDefault="00612663"/>
        </w:tc>
      </w:tr>
      <w:tr w:rsidR="00B00446" w14:paraId="78637991" w14:textId="77777777">
        <w:trPr>
          <w:trHeight w:val="792"/>
        </w:trPr>
        <w:tc>
          <w:tcPr>
            <w:tcW w:w="2016" w:type="dxa"/>
            <w:tcMar>
              <w:top w:w="100" w:type="dxa"/>
              <w:left w:w="120" w:type="dxa"/>
              <w:bottom w:w="100" w:type="dxa"/>
              <w:right w:w="120" w:type="dxa"/>
            </w:tcMar>
            <w:vAlign w:val="center"/>
          </w:tcPr>
          <w:p w14:paraId="41D0A833" w14:textId="77777777" w:rsidR="00612663" w:rsidRDefault="00612663"/>
        </w:tc>
        <w:tc>
          <w:tcPr>
            <w:tcW w:w="1080" w:type="dxa"/>
            <w:tcMar>
              <w:top w:w="100" w:type="dxa"/>
              <w:left w:w="120" w:type="dxa"/>
              <w:bottom w:w="100" w:type="dxa"/>
              <w:right w:w="120" w:type="dxa"/>
            </w:tcMar>
            <w:vAlign w:val="center"/>
          </w:tcPr>
          <w:p w14:paraId="7CD1744E" w14:textId="77777777" w:rsidR="00612663" w:rsidRDefault="00612663"/>
        </w:tc>
        <w:tc>
          <w:tcPr>
            <w:tcW w:w="1080" w:type="dxa"/>
            <w:tcMar>
              <w:top w:w="100" w:type="dxa"/>
              <w:left w:w="120" w:type="dxa"/>
              <w:bottom w:w="100" w:type="dxa"/>
              <w:right w:w="120" w:type="dxa"/>
            </w:tcMar>
            <w:vAlign w:val="center"/>
          </w:tcPr>
          <w:p w14:paraId="0A67D4FE" w14:textId="77777777" w:rsidR="00612663" w:rsidRDefault="00612663"/>
        </w:tc>
        <w:tc>
          <w:tcPr>
            <w:tcW w:w="1080" w:type="dxa"/>
            <w:tcMar>
              <w:top w:w="100" w:type="dxa"/>
              <w:left w:w="120" w:type="dxa"/>
              <w:bottom w:w="100" w:type="dxa"/>
              <w:right w:w="120" w:type="dxa"/>
            </w:tcMar>
            <w:vAlign w:val="center"/>
          </w:tcPr>
          <w:p w14:paraId="4C62C31A" w14:textId="77777777" w:rsidR="00612663" w:rsidRDefault="00612663"/>
        </w:tc>
        <w:tc>
          <w:tcPr>
            <w:tcW w:w="1080" w:type="dxa"/>
            <w:tcMar>
              <w:top w:w="100" w:type="dxa"/>
              <w:left w:w="120" w:type="dxa"/>
              <w:bottom w:w="100" w:type="dxa"/>
              <w:right w:w="120" w:type="dxa"/>
            </w:tcMar>
            <w:vAlign w:val="center"/>
          </w:tcPr>
          <w:p w14:paraId="03E3AA72" w14:textId="77777777" w:rsidR="00612663" w:rsidRDefault="00612663"/>
        </w:tc>
        <w:tc>
          <w:tcPr>
            <w:tcW w:w="1152" w:type="dxa"/>
            <w:tcMar>
              <w:top w:w="100" w:type="dxa"/>
              <w:left w:w="120" w:type="dxa"/>
              <w:bottom w:w="100" w:type="dxa"/>
              <w:right w:w="120" w:type="dxa"/>
            </w:tcMar>
            <w:vAlign w:val="center"/>
          </w:tcPr>
          <w:p w14:paraId="500E7D67" w14:textId="77777777" w:rsidR="00612663" w:rsidRDefault="00612663"/>
        </w:tc>
        <w:tc>
          <w:tcPr>
            <w:tcW w:w="2592" w:type="dxa"/>
            <w:tcMar>
              <w:top w:w="100" w:type="dxa"/>
              <w:left w:w="120" w:type="dxa"/>
              <w:bottom w:w="100" w:type="dxa"/>
              <w:right w:w="120" w:type="dxa"/>
            </w:tcMar>
            <w:vAlign w:val="center"/>
          </w:tcPr>
          <w:p w14:paraId="56EDB5C7" w14:textId="77777777" w:rsidR="00612663" w:rsidRDefault="00612663"/>
        </w:tc>
      </w:tr>
      <w:tr w:rsidR="00B00446" w14:paraId="63B6193F" w14:textId="77777777">
        <w:trPr>
          <w:trHeight w:val="792"/>
        </w:trPr>
        <w:tc>
          <w:tcPr>
            <w:tcW w:w="2016" w:type="dxa"/>
            <w:tcMar>
              <w:top w:w="100" w:type="dxa"/>
              <w:left w:w="120" w:type="dxa"/>
              <w:bottom w:w="100" w:type="dxa"/>
              <w:right w:w="120" w:type="dxa"/>
            </w:tcMar>
            <w:vAlign w:val="center"/>
          </w:tcPr>
          <w:p w14:paraId="1B3BAD8F" w14:textId="77777777" w:rsidR="00612663" w:rsidRDefault="00612663"/>
        </w:tc>
        <w:tc>
          <w:tcPr>
            <w:tcW w:w="1080" w:type="dxa"/>
            <w:tcMar>
              <w:top w:w="100" w:type="dxa"/>
              <w:left w:w="120" w:type="dxa"/>
              <w:bottom w:w="100" w:type="dxa"/>
              <w:right w:w="120" w:type="dxa"/>
            </w:tcMar>
            <w:vAlign w:val="center"/>
          </w:tcPr>
          <w:p w14:paraId="5B7E006B" w14:textId="77777777" w:rsidR="00612663" w:rsidRDefault="00612663"/>
        </w:tc>
        <w:tc>
          <w:tcPr>
            <w:tcW w:w="1080" w:type="dxa"/>
            <w:tcMar>
              <w:top w:w="100" w:type="dxa"/>
              <w:left w:w="120" w:type="dxa"/>
              <w:bottom w:w="100" w:type="dxa"/>
              <w:right w:w="120" w:type="dxa"/>
            </w:tcMar>
            <w:vAlign w:val="center"/>
          </w:tcPr>
          <w:p w14:paraId="0BE2EEED" w14:textId="77777777" w:rsidR="00612663" w:rsidRDefault="00612663"/>
        </w:tc>
        <w:tc>
          <w:tcPr>
            <w:tcW w:w="1080" w:type="dxa"/>
            <w:tcMar>
              <w:top w:w="100" w:type="dxa"/>
              <w:left w:w="120" w:type="dxa"/>
              <w:bottom w:w="100" w:type="dxa"/>
              <w:right w:w="120" w:type="dxa"/>
            </w:tcMar>
            <w:vAlign w:val="center"/>
          </w:tcPr>
          <w:p w14:paraId="1BF4BCB6" w14:textId="77777777" w:rsidR="00612663" w:rsidRDefault="00612663"/>
        </w:tc>
        <w:tc>
          <w:tcPr>
            <w:tcW w:w="1080" w:type="dxa"/>
            <w:tcMar>
              <w:top w:w="100" w:type="dxa"/>
              <w:left w:w="120" w:type="dxa"/>
              <w:bottom w:w="100" w:type="dxa"/>
              <w:right w:w="120" w:type="dxa"/>
            </w:tcMar>
            <w:vAlign w:val="center"/>
          </w:tcPr>
          <w:p w14:paraId="16F857F4" w14:textId="77777777" w:rsidR="00612663" w:rsidRDefault="00612663"/>
        </w:tc>
        <w:tc>
          <w:tcPr>
            <w:tcW w:w="1152" w:type="dxa"/>
            <w:tcMar>
              <w:top w:w="100" w:type="dxa"/>
              <w:left w:w="120" w:type="dxa"/>
              <w:bottom w:w="100" w:type="dxa"/>
              <w:right w:w="120" w:type="dxa"/>
            </w:tcMar>
            <w:vAlign w:val="center"/>
          </w:tcPr>
          <w:p w14:paraId="5052EA35" w14:textId="77777777" w:rsidR="00612663" w:rsidRDefault="00612663"/>
        </w:tc>
        <w:tc>
          <w:tcPr>
            <w:tcW w:w="2592" w:type="dxa"/>
            <w:tcMar>
              <w:top w:w="100" w:type="dxa"/>
              <w:left w:w="120" w:type="dxa"/>
              <w:bottom w:w="100" w:type="dxa"/>
              <w:right w:w="120" w:type="dxa"/>
            </w:tcMar>
            <w:vAlign w:val="center"/>
          </w:tcPr>
          <w:p w14:paraId="17EFC06F" w14:textId="77777777" w:rsidR="00612663" w:rsidRDefault="00612663"/>
        </w:tc>
      </w:tr>
      <w:tr w:rsidR="00B00446" w14:paraId="0DE9BD0E" w14:textId="77777777">
        <w:trPr>
          <w:trHeight w:val="792"/>
        </w:trPr>
        <w:tc>
          <w:tcPr>
            <w:tcW w:w="2016" w:type="dxa"/>
            <w:tcMar>
              <w:top w:w="100" w:type="dxa"/>
              <w:left w:w="120" w:type="dxa"/>
              <w:bottom w:w="100" w:type="dxa"/>
              <w:right w:w="120" w:type="dxa"/>
            </w:tcMar>
            <w:vAlign w:val="center"/>
          </w:tcPr>
          <w:p w14:paraId="5BF36532" w14:textId="77777777" w:rsidR="00612663" w:rsidRDefault="00612663"/>
        </w:tc>
        <w:tc>
          <w:tcPr>
            <w:tcW w:w="1080" w:type="dxa"/>
            <w:tcMar>
              <w:top w:w="100" w:type="dxa"/>
              <w:left w:w="120" w:type="dxa"/>
              <w:bottom w:w="100" w:type="dxa"/>
              <w:right w:w="120" w:type="dxa"/>
            </w:tcMar>
            <w:vAlign w:val="center"/>
          </w:tcPr>
          <w:p w14:paraId="237E0ACE" w14:textId="77777777" w:rsidR="00612663" w:rsidRDefault="00612663"/>
        </w:tc>
        <w:tc>
          <w:tcPr>
            <w:tcW w:w="1080" w:type="dxa"/>
            <w:tcMar>
              <w:top w:w="100" w:type="dxa"/>
              <w:left w:w="120" w:type="dxa"/>
              <w:bottom w:w="100" w:type="dxa"/>
              <w:right w:w="120" w:type="dxa"/>
            </w:tcMar>
            <w:vAlign w:val="center"/>
          </w:tcPr>
          <w:p w14:paraId="357139EF" w14:textId="77777777" w:rsidR="00612663" w:rsidRDefault="00612663"/>
        </w:tc>
        <w:tc>
          <w:tcPr>
            <w:tcW w:w="1080" w:type="dxa"/>
            <w:tcMar>
              <w:top w:w="100" w:type="dxa"/>
              <w:left w:w="120" w:type="dxa"/>
              <w:bottom w:w="100" w:type="dxa"/>
              <w:right w:w="120" w:type="dxa"/>
            </w:tcMar>
            <w:vAlign w:val="center"/>
          </w:tcPr>
          <w:p w14:paraId="53C84909" w14:textId="77777777" w:rsidR="00612663" w:rsidRDefault="00612663"/>
        </w:tc>
        <w:tc>
          <w:tcPr>
            <w:tcW w:w="1080" w:type="dxa"/>
            <w:tcMar>
              <w:top w:w="100" w:type="dxa"/>
              <w:left w:w="120" w:type="dxa"/>
              <w:bottom w:w="100" w:type="dxa"/>
              <w:right w:w="120" w:type="dxa"/>
            </w:tcMar>
            <w:vAlign w:val="center"/>
          </w:tcPr>
          <w:p w14:paraId="45A6B57C" w14:textId="77777777" w:rsidR="00612663" w:rsidRDefault="00612663"/>
        </w:tc>
        <w:tc>
          <w:tcPr>
            <w:tcW w:w="1152" w:type="dxa"/>
            <w:tcMar>
              <w:top w:w="100" w:type="dxa"/>
              <w:left w:w="120" w:type="dxa"/>
              <w:bottom w:w="100" w:type="dxa"/>
              <w:right w:w="120" w:type="dxa"/>
            </w:tcMar>
            <w:vAlign w:val="center"/>
          </w:tcPr>
          <w:p w14:paraId="278D405F" w14:textId="77777777" w:rsidR="00612663" w:rsidRDefault="00612663"/>
        </w:tc>
        <w:tc>
          <w:tcPr>
            <w:tcW w:w="2592" w:type="dxa"/>
            <w:tcMar>
              <w:top w:w="100" w:type="dxa"/>
              <w:left w:w="120" w:type="dxa"/>
              <w:bottom w:w="100" w:type="dxa"/>
              <w:right w:w="120" w:type="dxa"/>
            </w:tcMar>
            <w:vAlign w:val="center"/>
          </w:tcPr>
          <w:p w14:paraId="70EB4CAF" w14:textId="77777777" w:rsidR="00612663" w:rsidRDefault="00612663"/>
        </w:tc>
      </w:tr>
      <w:tr w:rsidR="00B00446" w14:paraId="4F96F25D" w14:textId="77777777">
        <w:trPr>
          <w:trHeight w:val="792"/>
        </w:trPr>
        <w:tc>
          <w:tcPr>
            <w:tcW w:w="2016" w:type="dxa"/>
            <w:tcMar>
              <w:top w:w="100" w:type="dxa"/>
              <w:left w:w="120" w:type="dxa"/>
              <w:bottom w:w="100" w:type="dxa"/>
              <w:right w:w="120" w:type="dxa"/>
            </w:tcMar>
            <w:vAlign w:val="center"/>
          </w:tcPr>
          <w:p w14:paraId="5B066FB7" w14:textId="77777777" w:rsidR="00612663" w:rsidRDefault="00612663"/>
        </w:tc>
        <w:tc>
          <w:tcPr>
            <w:tcW w:w="1080" w:type="dxa"/>
            <w:tcMar>
              <w:top w:w="100" w:type="dxa"/>
              <w:left w:w="120" w:type="dxa"/>
              <w:bottom w:w="100" w:type="dxa"/>
              <w:right w:w="120" w:type="dxa"/>
            </w:tcMar>
            <w:vAlign w:val="center"/>
          </w:tcPr>
          <w:p w14:paraId="20F8B113" w14:textId="77777777" w:rsidR="00612663" w:rsidRDefault="00612663"/>
        </w:tc>
        <w:tc>
          <w:tcPr>
            <w:tcW w:w="1080" w:type="dxa"/>
            <w:tcMar>
              <w:top w:w="100" w:type="dxa"/>
              <w:left w:w="120" w:type="dxa"/>
              <w:bottom w:w="100" w:type="dxa"/>
              <w:right w:w="120" w:type="dxa"/>
            </w:tcMar>
            <w:vAlign w:val="center"/>
          </w:tcPr>
          <w:p w14:paraId="7FADE776" w14:textId="77777777" w:rsidR="00612663" w:rsidRDefault="00612663"/>
        </w:tc>
        <w:tc>
          <w:tcPr>
            <w:tcW w:w="1080" w:type="dxa"/>
            <w:tcMar>
              <w:top w:w="100" w:type="dxa"/>
              <w:left w:w="120" w:type="dxa"/>
              <w:bottom w:w="100" w:type="dxa"/>
              <w:right w:w="120" w:type="dxa"/>
            </w:tcMar>
            <w:vAlign w:val="center"/>
          </w:tcPr>
          <w:p w14:paraId="4D959799" w14:textId="77777777" w:rsidR="00612663" w:rsidRDefault="00612663"/>
        </w:tc>
        <w:tc>
          <w:tcPr>
            <w:tcW w:w="1080" w:type="dxa"/>
            <w:tcMar>
              <w:top w:w="100" w:type="dxa"/>
              <w:left w:w="120" w:type="dxa"/>
              <w:bottom w:w="100" w:type="dxa"/>
              <w:right w:w="120" w:type="dxa"/>
            </w:tcMar>
            <w:vAlign w:val="center"/>
          </w:tcPr>
          <w:p w14:paraId="7EE59AA0" w14:textId="77777777" w:rsidR="00612663" w:rsidRDefault="00612663"/>
        </w:tc>
        <w:tc>
          <w:tcPr>
            <w:tcW w:w="1152" w:type="dxa"/>
            <w:tcMar>
              <w:top w:w="100" w:type="dxa"/>
              <w:left w:w="120" w:type="dxa"/>
              <w:bottom w:w="100" w:type="dxa"/>
              <w:right w:w="120" w:type="dxa"/>
            </w:tcMar>
            <w:vAlign w:val="center"/>
          </w:tcPr>
          <w:p w14:paraId="4969E85B" w14:textId="77777777" w:rsidR="00612663" w:rsidRDefault="00612663"/>
        </w:tc>
        <w:tc>
          <w:tcPr>
            <w:tcW w:w="2592" w:type="dxa"/>
            <w:tcMar>
              <w:top w:w="100" w:type="dxa"/>
              <w:left w:w="120" w:type="dxa"/>
              <w:bottom w:w="100" w:type="dxa"/>
              <w:right w:w="120" w:type="dxa"/>
            </w:tcMar>
            <w:vAlign w:val="center"/>
          </w:tcPr>
          <w:p w14:paraId="7F03CB30" w14:textId="77777777" w:rsidR="00612663" w:rsidRDefault="00612663"/>
        </w:tc>
      </w:tr>
      <w:tr w:rsidR="00B00446" w14:paraId="39E3B7FC" w14:textId="77777777">
        <w:trPr>
          <w:trHeight w:val="792"/>
        </w:trPr>
        <w:tc>
          <w:tcPr>
            <w:tcW w:w="2016" w:type="dxa"/>
            <w:tcMar>
              <w:top w:w="100" w:type="dxa"/>
              <w:left w:w="120" w:type="dxa"/>
              <w:bottom w:w="100" w:type="dxa"/>
              <w:right w:w="120" w:type="dxa"/>
            </w:tcMar>
            <w:vAlign w:val="center"/>
          </w:tcPr>
          <w:p w14:paraId="6CDCB26C" w14:textId="77777777" w:rsidR="00612663" w:rsidRDefault="00612663"/>
        </w:tc>
        <w:tc>
          <w:tcPr>
            <w:tcW w:w="1080" w:type="dxa"/>
            <w:tcMar>
              <w:top w:w="100" w:type="dxa"/>
              <w:left w:w="120" w:type="dxa"/>
              <w:bottom w:w="100" w:type="dxa"/>
              <w:right w:w="120" w:type="dxa"/>
            </w:tcMar>
            <w:vAlign w:val="center"/>
          </w:tcPr>
          <w:p w14:paraId="69B5D4DD" w14:textId="77777777" w:rsidR="00612663" w:rsidRDefault="00612663"/>
        </w:tc>
        <w:tc>
          <w:tcPr>
            <w:tcW w:w="1080" w:type="dxa"/>
            <w:tcMar>
              <w:top w:w="100" w:type="dxa"/>
              <w:left w:w="120" w:type="dxa"/>
              <w:bottom w:w="100" w:type="dxa"/>
              <w:right w:w="120" w:type="dxa"/>
            </w:tcMar>
            <w:vAlign w:val="center"/>
          </w:tcPr>
          <w:p w14:paraId="7FB41765" w14:textId="77777777" w:rsidR="00612663" w:rsidRDefault="00612663"/>
        </w:tc>
        <w:tc>
          <w:tcPr>
            <w:tcW w:w="1080" w:type="dxa"/>
            <w:tcMar>
              <w:top w:w="100" w:type="dxa"/>
              <w:left w:w="120" w:type="dxa"/>
              <w:bottom w:w="100" w:type="dxa"/>
              <w:right w:w="120" w:type="dxa"/>
            </w:tcMar>
            <w:vAlign w:val="center"/>
          </w:tcPr>
          <w:p w14:paraId="3AF27A39" w14:textId="77777777" w:rsidR="00612663" w:rsidRDefault="00612663"/>
        </w:tc>
        <w:tc>
          <w:tcPr>
            <w:tcW w:w="1080" w:type="dxa"/>
            <w:tcMar>
              <w:top w:w="100" w:type="dxa"/>
              <w:left w:w="120" w:type="dxa"/>
              <w:bottom w:w="100" w:type="dxa"/>
              <w:right w:w="120" w:type="dxa"/>
            </w:tcMar>
            <w:vAlign w:val="center"/>
          </w:tcPr>
          <w:p w14:paraId="0347B25B" w14:textId="77777777" w:rsidR="00612663" w:rsidRDefault="00612663"/>
        </w:tc>
        <w:tc>
          <w:tcPr>
            <w:tcW w:w="1152" w:type="dxa"/>
            <w:tcMar>
              <w:top w:w="100" w:type="dxa"/>
              <w:left w:w="120" w:type="dxa"/>
              <w:bottom w:w="100" w:type="dxa"/>
              <w:right w:w="120" w:type="dxa"/>
            </w:tcMar>
            <w:vAlign w:val="center"/>
          </w:tcPr>
          <w:p w14:paraId="7091F1C5" w14:textId="77777777" w:rsidR="00612663" w:rsidRDefault="00612663"/>
        </w:tc>
        <w:tc>
          <w:tcPr>
            <w:tcW w:w="2592" w:type="dxa"/>
            <w:tcMar>
              <w:top w:w="100" w:type="dxa"/>
              <w:left w:w="120" w:type="dxa"/>
              <w:bottom w:w="100" w:type="dxa"/>
              <w:right w:w="120" w:type="dxa"/>
            </w:tcMar>
            <w:vAlign w:val="center"/>
          </w:tcPr>
          <w:p w14:paraId="29F512EC" w14:textId="77777777" w:rsidR="00612663" w:rsidRDefault="00612663"/>
        </w:tc>
      </w:tr>
    </w:tbl>
    <w:p w14:paraId="701606A0" w14:textId="77777777" w:rsidR="00612663" w:rsidRDefault="00612663"/>
    <w:p w14:paraId="18091E4A" w14:textId="77777777" w:rsidR="00612663" w:rsidRDefault="00612663">
      <w:pPr>
        <w:pStyle w:val="NormalTema9"/>
        <w:pageBreakBefore/>
        <w:spacing w:after="80"/>
      </w:pPr>
      <w:r>
        <w:rPr>
          <w:b/>
          <w:color w:val="2E74B5"/>
        </w:rPr>
        <w:lastRenderedPageBreak/>
        <w:t>GUÍA DOCENTE</w:t>
      </w:r>
    </w:p>
    <w:p w14:paraId="30DBC198" w14:textId="77777777" w:rsidR="00612663" w:rsidRDefault="00612663">
      <w:pPr>
        <w:pStyle w:val="NormalTema9"/>
        <w:spacing w:after="160"/>
      </w:pPr>
      <w:r>
        <w:rPr>
          <w:b/>
          <w:color w:val="1F4D78"/>
          <w:sz w:val="56"/>
        </w:rPr>
        <w:t>TEMA 9</w:t>
      </w:r>
    </w:p>
    <w:p w14:paraId="799EAD58" w14:textId="77777777" w:rsidR="00612663" w:rsidRDefault="00612663">
      <w:pPr>
        <w:pStyle w:val="NormalTema9"/>
      </w:pPr>
      <w:r>
        <w:rPr>
          <w:b/>
          <w:sz w:val="40"/>
        </w:rPr>
        <w:t>Jonás</w:t>
      </w:r>
    </w:p>
    <w:p w14:paraId="576D13F6" w14:textId="77777777" w:rsidR="00612663" w:rsidRDefault="00612663">
      <w:pPr>
        <w:pStyle w:val="NormalTema9"/>
        <w:spacing w:after="360"/>
      </w:pPr>
      <w:r>
        <w:rPr>
          <w:color w:val="667788"/>
          <w:sz w:val="24"/>
        </w:rPr>
        <w:t>Educación Infantil · 3 años · Dos sesiones</w:t>
      </w:r>
    </w:p>
    <w:tbl>
      <w:tblPr>
        <w:tblW w:w="10080" w:type="dxa"/>
        <w:tblInd w:w="120" w:type="dxa"/>
        <w:tblLayout w:type="fixed"/>
        <w:tblLook w:val="04A0" w:firstRow="1" w:lastRow="0" w:firstColumn="1" w:lastColumn="0" w:noHBand="0" w:noVBand="1"/>
      </w:tblPr>
      <w:tblGrid>
        <w:gridCol w:w="2520"/>
        <w:gridCol w:w="2520"/>
        <w:gridCol w:w="2520"/>
        <w:gridCol w:w="2520"/>
      </w:tblGrid>
      <w:tr w:rsidR="00865B4A" w14:paraId="08183CA4" w14:textId="77777777">
        <w:tc>
          <w:tcPr>
            <w:tcW w:w="2520" w:type="dxa"/>
            <w:shd w:val="clear" w:color="auto" w:fill="E8F3EF"/>
            <w:tcMar>
              <w:top w:w="80" w:type="dxa"/>
              <w:left w:w="120" w:type="dxa"/>
              <w:bottom w:w="80" w:type="dxa"/>
              <w:right w:w="120" w:type="dxa"/>
            </w:tcMar>
            <w:vAlign w:val="center"/>
          </w:tcPr>
          <w:p w14:paraId="0EA39C1D" w14:textId="77777777" w:rsidR="00612663" w:rsidRDefault="00612663">
            <w:pPr>
              <w:pStyle w:val="NormalTema9"/>
              <w:jc w:val="center"/>
            </w:pPr>
            <w:r>
              <w:rPr>
                <w:b/>
                <w:color w:val="1F4D78"/>
                <w:sz w:val="20"/>
              </w:rPr>
              <w:t>LLAMADA</w:t>
            </w:r>
          </w:p>
        </w:tc>
        <w:tc>
          <w:tcPr>
            <w:tcW w:w="2520" w:type="dxa"/>
            <w:shd w:val="clear" w:color="auto" w:fill="E8EEF5"/>
            <w:tcMar>
              <w:top w:w="80" w:type="dxa"/>
              <w:left w:w="120" w:type="dxa"/>
              <w:bottom w:w="80" w:type="dxa"/>
              <w:right w:w="120" w:type="dxa"/>
            </w:tcMar>
            <w:vAlign w:val="center"/>
          </w:tcPr>
          <w:p w14:paraId="35A8AC8C" w14:textId="77777777" w:rsidR="00612663" w:rsidRDefault="00612663">
            <w:pPr>
              <w:pStyle w:val="NormalTema9"/>
              <w:jc w:val="center"/>
            </w:pPr>
            <w:r>
              <w:rPr>
                <w:b/>
                <w:color w:val="1F4D78"/>
                <w:sz w:val="20"/>
              </w:rPr>
              <w:t>MIEDO</w:t>
            </w:r>
          </w:p>
        </w:tc>
        <w:tc>
          <w:tcPr>
            <w:tcW w:w="2520" w:type="dxa"/>
            <w:shd w:val="clear" w:color="auto" w:fill="FFF2CC"/>
            <w:tcMar>
              <w:top w:w="80" w:type="dxa"/>
              <w:left w:w="120" w:type="dxa"/>
              <w:bottom w:w="80" w:type="dxa"/>
              <w:right w:w="120" w:type="dxa"/>
            </w:tcMar>
            <w:vAlign w:val="center"/>
          </w:tcPr>
          <w:p w14:paraId="22F0508D" w14:textId="77777777" w:rsidR="00612663" w:rsidRDefault="00612663">
            <w:pPr>
              <w:pStyle w:val="NormalTema9"/>
              <w:jc w:val="center"/>
            </w:pPr>
            <w:r>
              <w:rPr>
                <w:b/>
                <w:color w:val="1F4D78"/>
                <w:sz w:val="20"/>
              </w:rPr>
              <w:t>CUIDADO</w:t>
            </w:r>
          </w:p>
        </w:tc>
        <w:tc>
          <w:tcPr>
            <w:tcW w:w="2520" w:type="dxa"/>
            <w:shd w:val="clear" w:color="auto" w:fill="E8F3EF"/>
            <w:tcMar>
              <w:top w:w="80" w:type="dxa"/>
              <w:left w:w="120" w:type="dxa"/>
              <w:bottom w:w="80" w:type="dxa"/>
              <w:right w:w="120" w:type="dxa"/>
            </w:tcMar>
            <w:vAlign w:val="center"/>
          </w:tcPr>
          <w:p w14:paraId="784EF4F4" w14:textId="77777777" w:rsidR="00612663" w:rsidRDefault="00612663">
            <w:pPr>
              <w:pStyle w:val="NormalTema9"/>
              <w:jc w:val="center"/>
            </w:pPr>
            <w:r>
              <w:rPr>
                <w:b/>
                <w:color w:val="1F4D78"/>
                <w:sz w:val="20"/>
              </w:rPr>
              <w:t>NUEVO COMIENZO</w:t>
            </w:r>
          </w:p>
        </w:tc>
      </w:tr>
      <w:tr w:rsidR="00865B4A" w14:paraId="558F9213" w14:textId="77777777">
        <w:tc>
          <w:tcPr>
            <w:tcW w:w="2520" w:type="dxa"/>
            <w:shd w:val="clear" w:color="auto" w:fill="E8F3EF"/>
            <w:tcMar>
              <w:top w:w="80" w:type="dxa"/>
              <w:left w:w="120" w:type="dxa"/>
              <w:bottom w:w="80" w:type="dxa"/>
              <w:right w:w="120" w:type="dxa"/>
            </w:tcMar>
            <w:vAlign w:val="center"/>
          </w:tcPr>
          <w:p w14:paraId="24DB06C5" w14:textId="77777777" w:rsidR="00612663" w:rsidRDefault="00612663">
            <w:pPr>
              <w:pStyle w:val="NormalTema9"/>
              <w:jc w:val="center"/>
            </w:pPr>
            <w:r>
              <w:rPr>
                <w:sz w:val="18"/>
              </w:rPr>
              <w:t>Dios habla</w:t>
            </w:r>
          </w:p>
        </w:tc>
        <w:tc>
          <w:tcPr>
            <w:tcW w:w="2520" w:type="dxa"/>
            <w:shd w:val="clear" w:color="auto" w:fill="E8EEF5"/>
            <w:tcMar>
              <w:top w:w="80" w:type="dxa"/>
              <w:left w:w="120" w:type="dxa"/>
              <w:bottom w:w="80" w:type="dxa"/>
              <w:right w:w="120" w:type="dxa"/>
            </w:tcMar>
            <w:vAlign w:val="center"/>
          </w:tcPr>
          <w:p w14:paraId="019F66F9" w14:textId="77777777" w:rsidR="00612663" w:rsidRDefault="00612663">
            <w:pPr>
              <w:pStyle w:val="NormalTema9"/>
              <w:jc w:val="center"/>
            </w:pPr>
            <w:r>
              <w:rPr>
                <w:sz w:val="18"/>
              </w:rPr>
              <w:t>Jonás se aleja</w:t>
            </w:r>
          </w:p>
        </w:tc>
        <w:tc>
          <w:tcPr>
            <w:tcW w:w="2520" w:type="dxa"/>
            <w:shd w:val="clear" w:color="auto" w:fill="FFF2CC"/>
            <w:tcMar>
              <w:top w:w="80" w:type="dxa"/>
              <w:left w:w="120" w:type="dxa"/>
              <w:bottom w:w="80" w:type="dxa"/>
              <w:right w:w="120" w:type="dxa"/>
            </w:tcMar>
            <w:vAlign w:val="center"/>
          </w:tcPr>
          <w:p w14:paraId="5B3E02CC" w14:textId="77777777" w:rsidR="00612663" w:rsidRDefault="00612663">
            <w:pPr>
              <w:pStyle w:val="NormalTema9"/>
              <w:jc w:val="center"/>
            </w:pPr>
            <w:r>
              <w:rPr>
                <w:sz w:val="18"/>
              </w:rPr>
              <w:t>Dios acompaña</w:t>
            </w:r>
          </w:p>
        </w:tc>
        <w:tc>
          <w:tcPr>
            <w:tcW w:w="2520" w:type="dxa"/>
            <w:shd w:val="clear" w:color="auto" w:fill="E8F3EF"/>
            <w:tcMar>
              <w:top w:w="80" w:type="dxa"/>
              <w:left w:w="120" w:type="dxa"/>
              <w:bottom w:w="80" w:type="dxa"/>
              <w:right w:w="120" w:type="dxa"/>
            </w:tcMar>
            <w:vAlign w:val="center"/>
          </w:tcPr>
          <w:p w14:paraId="74FE299E" w14:textId="77777777" w:rsidR="00612663" w:rsidRDefault="00612663">
            <w:pPr>
              <w:pStyle w:val="NormalTema9"/>
              <w:jc w:val="center"/>
            </w:pPr>
            <w:r>
              <w:rPr>
                <w:sz w:val="18"/>
              </w:rPr>
              <w:t>Jonás vuelve</w:t>
            </w:r>
          </w:p>
        </w:tc>
      </w:tr>
    </w:tbl>
    <w:p w14:paraId="7FE3D085" w14:textId="77777777" w:rsidR="00612663" w:rsidRDefault="00612663">
      <w:pPr>
        <w:pStyle w:val="NormalTema9"/>
      </w:pPr>
    </w:p>
    <w:tbl>
      <w:tblPr>
        <w:tblW w:w="10080" w:type="dxa"/>
        <w:tblInd w:w="120" w:type="dxa"/>
        <w:tblLayout w:type="fixed"/>
        <w:tblLook w:val="04A0" w:firstRow="1" w:lastRow="0" w:firstColumn="1" w:lastColumn="0" w:noHBand="0" w:noVBand="1"/>
      </w:tblPr>
      <w:tblGrid>
        <w:gridCol w:w="10080"/>
      </w:tblGrid>
      <w:tr w:rsidR="00865B4A" w14:paraId="225B3757" w14:textId="77777777">
        <w:tc>
          <w:tcPr>
            <w:tcW w:w="10080" w:type="dxa"/>
            <w:shd w:val="clear" w:color="auto" w:fill="E8F3EF"/>
            <w:tcMar>
              <w:top w:w="80" w:type="dxa"/>
              <w:left w:w="120" w:type="dxa"/>
              <w:bottom w:w="80" w:type="dxa"/>
              <w:right w:w="120" w:type="dxa"/>
            </w:tcMar>
            <w:vAlign w:val="center"/>
          </w:tcPr>
          <w:p w14:paraId="61C3748D" w14:textId="77777777" w:rsidR="00612663" w:rsidRDefault="00612663">
            <w:pPr>
              <w:pStyle w:val="NormalTema9"/>
            </w:pPr>
            <w:r>
              <w:rPr>
                <w:b/>
                <w:color w:val="1F4D78"/>
                <w:sz w:val="21"/>
              </w:rPr>
              <w:t xml:space="preserve">Idea central  </w:t>
            </w:r>
            <w:r>
              <w:rPr>
                <w:sz w:val="21"/>
              </w:rPr>
              <w:t>Podemos sentir miedo y equivocarnos, pero Dios no nos abandona: nos acompaña, nos ayuda a pensar y nos ofrece una nueva oportunidad.</w:t>
            </w:r>
          </w:p>
        </w:tc>
      </w:tr>
    </w:tbl>
    <w:p w14:paraId="2066D096" w14:textId="77777777" w:rsidR="00612663" w:rsidRDefault="00612663">
      <w:pPr>
        <w:pStyle w:val="Ttulo2"/>
      </w:pPr>
      <w:r>
        <w:t>Cómo utilizar esta guía</w:t>
      </w:r>
    </w:p>
    <w:p w14:paraId="235CC503" w14:textId="77777777" w:rsidR="00612663" w:rsidRDefault="00612663">
      <w:pPr>
        <w:pStyle w:val="NormalTema9"/>
      </w:pPr>
      <w:r>
        <w:t>Las dos fichas forman una secuencia narrativa. La primera presenta la marcha de Jonás y la tormenta; la segunda muestra el gran pez y el cuidado de Dios. El minimundo, la expresión corporal y las estampaciones permiten comprender el relato antes de trabajar sobre el papel.</w:t>
      </w:r>
    </w:p>
    <w:tbl>
      <w:tblPr>
        <w:tblW w:w="10080" w:type="dxa"/>
        <w:tblInd w:w="120" w:type="dxa"/>
        <w:tblLayout w:type="fixed"/>
        <w:tblLook w:val="04A0" w:firstRow="1" w:lastRow="0" w:firstColumn="1" w:lastColumn="0" w:noHBand="0" w:noVBand="1"/>
      </w:tblPr>
      <w:tblGrid>
        <w:gridCol w:w="2232"/>
        <w:gridCol w:w="7848"/>
      </w:tblGrid>
      <w:tr w:rsidR="00865B4A" w14:paraId="64D42481" w14:textId="77777777">
        <w:tc>
          <w:tcPr>
            <w:tcW w:w="2232" w:type="dxa"/>
            <w:shd w:val="clear" w:color="auto" w:fill="E8EEF5"/>
            <w:tcMar>
              <w:top w:w="80" w:type="dxa"/>
              <w:left w:w="120" w:type="dxa"/>
              <w:bottom w:w="80" w:type="dxa"/>
              <w:right w:w="120" w:type="dxa"/>
            </w:tcMar>
            <w:vAlign w:val="center"/>
          </w:tcPr>
          <w:p w14:paraId="38FED89C" w14:textId="77777777" w:rsidR="00612663" w:rsidRDefault="00612663">
            <w:pPr>
              <w:pStyle w:val="NormalTema9"/>
            </w:pPr>
            <w:r>
              <w:rPr>
                <w:b/>
                <w:color w:val="1F4D78"/>
                <w:sz w:val="21"/>
              </w:rPr>
              <w:t>Duración</w:t>
            </w:r>
          </w:p>
        </w:tc>
        <w:tc>
          <w:tcPr>
            <w:tcW w:w="7848" w:type="dxa"/>
            <w:tcMar>
              <w:top w:w="80" w:type="dxa"/>
              <w:left w:w="120" w:type="dxa"/>
              <w:bottom w:w="80" w:type="dxa"/>
              <w:right w:w="120" w:type="dxa"/>
            </w:tcMar>
            <w:vAlign w:val="center"/>
          </w:tcPr>
          <w:p w14:paraId="23C8AE51" w14:textId="77777777" w:rsidR="00612663" w:rsidRDefault="00612663">
            <w:pPr>
              <w:pStyle w:val="NormalTema9"/>
            </w:pPr>
            <w:r>
              <w:rPr>
                <w:sz w:val="21"/>
              </w:rPr>
              <w:t>2 sesiones de 45-60 minutos.</w:t>
            </w:r>
          </w:p>
        </w:tc>
      </w:tr>
      <w:tr w:rsidR="00865B4A" w14:paraId="7DB1A3FB" w14:textId="77777777">
        <w:tc>
          <w:tcPr>
            <w:tcW w:w="2232" w:type="dxa"/>
            <w:shd w:val="clear" w:color="auto" w:fill="E8EEF5"/>
            <w:tcMar>
              <w:top w:w="80" w:type="dxa"/>
              <w:left w:w="120" w:type="dxa"/>
              <w:bottom w:w="80" w:type="dxa"/>
              <w:right w:w="120" w:type="dxa"/>
            </w:tcMar>
            <w:vAlign w:val="center"/>
          </w:tcPr>
          <w:p w14:paraId="398942DA" w14:textId="77777777" w:rsidR="00612663" w:rsidRDefault="00612663">
            <w:pPr>
              <w:pStyle w:val="NormalTema9"/>
            </w:pPr>
            <w:r>
              <w:rPr>
                <w:b/>
                <w:color w:val="1F4D78"/>
                <w:sz w:val="21"/>
              </w:rPr>
              <w:t>Producto</w:t>
            </w:r>
          </w:p>
        </w:tc>
        <w:tc>
          <w:tcPr>
            <w:tcW w:w="7848" w:type="dxa"/>
            <w:tcMar>
              <w:top w:w="80" w:type="dxa"/>
              <w:left w:w="120" w:type="dxa"/>
              <w:bottom w:w="80" w:type="dxa"/>
              <w:right w:w="120" w:type="dxa"/>
            </w:tcMar>
            <w:vAlign w:val="center"/>
          </w:tcPr>
          <w:p w14:paraId="61D684CD" w14:textId="77777777" w:rsidR="00612663" w:rsidRDefault="00612663">
            <w:pPr>
              <w:pStyle w:val="NormalTema9"/>
            </w:pPr>
            <w:r>
              <w:rPr>
                <w:sz w:val="21"/>
              </w:rPr>
              <w:t>Fichas 28 y 29 estampadas con dos texturas diferentes.</w:t>
            </w:r>
          </w:p>
        </w:tc>
      </w:tr>
      <w:tr w:rsidR="00865B4A" w14:paraId="09952B34" w14:textId="77777777">
        <w:tc>
          <w:tcPr>
            <w:tcW w:w="2232" w:type="dxa"/>
            <w:shd w:val="clear" w:color="auto" w:fill="E8EEF5"/>
            <w:tcMar>
              <w:top w:w="80" w:type="dxa"/>
              <w:left w:w="120" w:type="dxa"/>
              <w:bottom w:w="80" w:type="dxa"/>
              <w:right w:w="120" w:type="dxa"/>
            </w:tcMar>
            <w:vAlign w:val="center"/>
          </w:tcPr>
          <w:p w14:paraId="22ECC986" w14:textId="77777777" w:rsidR="00612663" w:rsidRDefault="00612663">
            <w:pPr>
              <w:pStyle w:val="NormalTema9"/>
            </w:pPr>
            <w:r>
              <w:rPr>
                <w:b/>
                <w:color w:val="1F4D78"/>
                <w:sz w:val="21"/>
              </w:rPr>
              <w:t>Metodología</w:t>
            </w:r>
          </w:p>
        </w:tc>
        <w:tc>
          <w:tcPr>
            <w:tcW w:w="7848" w:type="dxa"/>
            <w:tcMar>
              <w:top w:w="80" w:type="dxa"/>
              <w:left w:w="120" w:type="dxa"/>
              <w:bottom w:w="80" w:type="dxa"/>
              <w:right w:w="120" w:type="dxa"/>
            </w:tcMar>
            <w:vAlign w:val="center"/>
          </w:tcPr>
          <w:p w14:paraId="70FBDE89" w14:textId="77777777" w:rsidR="00612663" w:rsidRDefault="00612663">
            <w:pPr>
              <w:pStyle w:val="NormalTema9"/>
            </w:pPr>
            <w:r>
              <w:rPr>
                <w:sz w:val="21"/>
              </w:rPr>
              <w:t>Narración bíblica, juego simbólico, diálogo emocional, movimiento, experimentación y espacios Montessori.</w:t>
            </w:r>
          </w:p>
        </w:tc>
      </w:tr>
      <w:tr w:rsidR="00865B4A" w14:paraId="04C1E5BF" w14:textId="77777777">
        <w:tc>
          <w:tcPr>
            <w:tcW w:w="2232" w:type="dxa"/>
            <w:shd w:val="clear" w:color="auto" w:fill="E8EEF5"/>
            <w:tcMar>
              <w:top w:w="80" w:type="dxa"/>
              <w:left w:w="120" w:type="dxa"/>
              <w:bottom w:w="80" w:type="dxa"/>
              <w:right w:w="120" w:type="dxa"/>
            </w:tcMar>
            <w:vAlign w:val="center"/>
          </w:tcPr>
          <w:p w14:paraId="3AA72010" w14:textId="77777777" w:rsidR="00612663" w:rsidRDefault="00612663">
            <w:pPr>
              <w:pStyle w:val="NormalTema9"/>
            </w:pPr>
            <w:r>
              <w:rPr>
                <w:b/>
                <w:color w:val="1F4D78"/>
                <w:sz w:val="21"/>
              </w:rPr>
              <w:t>Materiales</w:t>
            </w:r>
          </w:p>
        </w:tc>
        <w:tc>
          <w:tcPr>
            <w:tcW w:w="7848" w:type="dxa"/>
            <w:tcMar>
              <w:top w:w="80" w:type="dxa"/>
              <w:left w:w="120" w:type="dxa"/>
              <w:bottom w:w="80" w:type="dxa"/>
              <w:right w:w="120" w:type="dxa"/>
            </w:tcMar>
            <w:vAlign w:val="center"/>
          </w:tcPr>
          <w:p w14:paraId="3885EC2A" w14:textId="77777777" w:rsidR="00612663" w:rsidRDefault="00612663">
            <w:pPr>
              <w:pStyle w:val="NormalTema9"/>
            </w:pPr>
            <w:r>
              <w:rPr>
                <w:sz w:val="21"/>
              </w:rPr>
              <w:t>Usar los disponibles en el aula; no realizar compras específicas.</w:t>
            </w:r>
          </w:p>
        </w:tc>
      </w:tr>
    </w:tbl>
    <w:p w14:paraId="1D9785BD" w14:textId="77777777" w:rsidR="00612663" w:rsidRDefault="00612663">
      <w:pPr>
        <w:pStyle w:val="NormalTema9"/>
      </w:pPr>
      <w:r>
        <w:br w:type="page"/>
      </w:r>
    </w:p>
    <w:p w14:paraId="58F263B9" w14:textId="77777777" w:rsidR="00612663" w:rsidRDefault="00612663">
      <w:pPr>
        <w:pStyle w:val="Ttulo1"/>
      </w:pPr>
      <w:r>
        <w:lastRenderedPageBreak/>
        <w:t>1. Antes de empezar</w:t>
      </w:r>
    </w:p>
    <w:tbl>
      <w:tblPr>
        <w:tblW w:w="10080" w:type="dxa"/>
        <w:tblInd w:w="120" w:type="dxa"/>
        <w:tblLayout w:type="fixed"/>
        <w:tblLook w:val="04A0" w:firstRow="1" w:lastRow="0" w:firstColumn="1" w:lastColumn="0" w:noHBand="0" w:noVBand="1"/>
      </w:tblPr>
      <w:tblGrid>
        <w:gridCol w:w="10080"/>
      </w:tblGrid>
      <w:tr w:rsidR="00865B4A" w14:paraId="26C24BFD" w14:textId="77777777">
        <w:tc>
          <w:tcPr>
            <w:tcW w:w="10080" w:type="dxa"/>
            <w:shd w:val="clear" w:color="auto" w:fill="FFF2CC"/>
            <w:tcMar>
              <w:top w:w="80" w:type="dxa"/>
              <w:left w:w="120" w:type="dxa"/>
              <w:bottom w:w="80" w:type="dxa"/>
              <w:right w:w="120" w:type="dxa"/>
            </w:tcMar>
            <w:vAlign w:val="center"/>
          </w:tcPr>
          <w:p w14:paraId="65E895A8" w14:textId="77777777" w:rsidR="00612663" w:rsidRDefault="00612663">
            <w:pPr>
              <w:pStyle w:val="NormalTema9"/>
            </w:pPr>
            <w:r>
              <w:rPr>
                <w:b/>
                <w:color w:val="1F4D78"/>
                <w:sz w:val="21"/>
              </w:rPr>
              <w:t xml:space="preserve">Enfoque para 3 años  </w:t>
            </w:r>
            <w:r>
              <w:rPr>
                <w:sz w:val="21"/>
              </w:rPr>
              <w:t>Presentar una historia segura, breve y esperanzadora. No recrearse en la angustia de la tormenta ni explicar que los marineros arrojaron a Jonás al mar. El gran pez no es un castigo: forma parte del cuidado de Dios y de la posibilidad de volver a empezar.</w:t>
            </w:r>
          </w:p>
        </w:tc>
      </w:tr>
    </w:tbl>
    <w:p w14:paraId="06E9E95A" w14:textId="77777777" w:rsidR="00612663" w:rsidRDefault="00612663">
      <w:pPr>
        <w:pStyle w:val="Ttulo2"/>
        <w:spacing w:before="160" w:after="80"/>
      </w:pPr>
      <w:r>
        <w:t>Material común</w:t>
      </w:r>
    </w:p>
    <w:tbl>
      <w:tblPr>
        <w:tblW w:w="10080" w:type="dxa"/>
        <w:tblInd w:w="120" w:type="dxa"/>
        <w:tblLayout w:type="fixed"/>
        <w:tblLook w:val="04A0" w:firstRow="1" w:lastRow="0" w:firstColumn="1" w:lastColumn="0" w:noHBand="0" w:noVBand="1"/>
      </w:tblPr>
      <w:tblGrid>
        <w:gridCol w:w="2232"/>
        <w:gridCol w:w="7848"/>
      </w:tblGrid>
      <w:tr w:rsidR="00865B4A" w14:paraId="3117149D" w14:textId="77777777">
        <w:tc>
          <w:tcPr>
            <w:tcW w:w="2232" w:type="dxa"/>
            <w:shd w:val="clear" w:color="auto" w:fill="E8EEF5"/>
            <w:tcMar>
              <w:top w:w="80" w:type="dxa"/>
              <w:left w:w="120" w:type="dxa"/>
              <w:bottom w:w="80" w:type="dxa"/>
              <w:right w:w="120" w:type="dxa"/>
            </w:tcMar>
            <w:vAlign w:val="center"/>
          </w:tcPr>
          <w:p w14:paraId="56A9DD43" w14:textId="77777777" w:rsidR="00612663" w:rsidRDefault="00612663">
            <w:pPr>
              <w:pStyle w:val="NormalTema9"/>
              <w:spacing w:after="20" w:line="259" w:lineRule="auto"/>
            </w:pPr>
            <w:r>
              <w:rPr>
                <w:b/>
                <w:color w:val="1F4D78"/>
                <w:sz w:val="19"/>
              </w:rPr>
              <w:t>Relato</w:t>
            </w:r>
          </w:p>
        </w:tc>
        <w:tc>
          <w:tcPr>
            <w:tcW w:w="7848" w:type="dxa"/>
            <w:tcMar>
              <w:top w:w="80" w:type="dxa"/>
              <w:left w:w="120" w:type="dxa"/>
              <w:bottom w:w="80" w:type="dxa"/>
              <w:right w:w="120" w:type="dxa"/>
            </w:tcMar>
            <w:vAlign w:val="center"/>
          </w:tcPr>
          <w:p w14:paraId="4D9A3CB0" w14:textId="77777777" w:rsidR="00612663" w:rsidRDefault="00612663">
            <w:pPr>
              <w:pStyle w:val="NormalTema9"/>
              <w:spacing w:after="20" w:line="259" w:lineRule="auto"/>
            </w:pPr>
            <w:r>
              <w:rPr>
                <w:sz w:val="19"/>
              </w:rPr>
              <w:t>Biblia infantil, tela azul, barco, figura de Jonás, gran pez y orilla.</w:t>
            </w:r>
          </w:p>
        </w:tc>
      </w:tr>
      <w:tr w:rsidR="00865B4A" w14:paraId="6C2ED8A2" w14:textId="77777777">
        <w:tc>
          <w:tcPr>
            <w:tcW w:w="2232" w:type="dxa"/>
            <w:shd w:val="clear" w:color="auto" w:fill="E8EEF5"/>
            <w:tcMar>
              <w:top w:w="80" w:type="dxa"/>
              <w:left w:w="120" w:type="dxa"/>
              <w:bottom w:w="80" w:type="dxa"/>
              <w:right w:w="120" w:type="dxa"/>
            </w:tcMar>
            <w:vAlign w:val="center"/>
          </w:tcPr>
          <w:p w14:paraId="5D7E9B5B" w14:textId="77777777" w:rsidR="00612663" w:rsidRDefault="00612663">
            <w:pPr>
              <w:pStyle w:val="NormalTema9"/>
              <w:spacing w:after="20" w:line="259" w:lineRule="auto"/>
            </w:pPr>
            <w:r>
              <w:rPr>
                <w:b/>
                <w:color w:val="1F4D78"/>
                <w:sz w:val="19"/>
              </w:rPr>
              <w:t>Ficha 28</w:t>
            </w:r>
          </w:p>
        </w:tc>
        <w:tc>
          <w:tcPr>
            <w:tcW w:w="7848" w:type="dxa"/>
            <w:tcMar>
              <w:top w:w="80" w:type="dxa"/>
              <w:left w:w="120" w:type="dxa"/>
              <w:bottom w:w="80" w:type="dxa"/>
              <w:right w:w="120" w:type="dxa"/>
            </w:tcMar>
            <w:vAlign w:val="center"/>
          </w:tcPr>
          <w:p w14:paraId="5D1AE778" w14:textId="77777777" w:rsidR="00612663" w:rsidRDefault="00612663">
            <w:pPr>
              <w:pStyle w:val="NormalTema9"/>
              <w:spacing w:after="20" w:line="259" w:lineRule="auto"/>
            </w:pPr>
            <w:r>
              <w:rPr>
                <w:sz w:val="19"/>
              </w:rPr>
              <w:t>Pintura azul lavable, cartón ondulado sin grapas, bandejas y paños.</w:t>
            </w:r>
          </w:p>
        </w:tc>
      </w:tr>
      <w:tr w:rsidR="00865B4A" w14:paraId="7236C721" w14:textId="77777777">
        <w:tc>
          <w:tcPr>
            <w:tcW w:w="2232" w:type="dxa"/>
            <w:shd w:val="clear" w:color="auto" w:fill="E8EEF5"/>
            <w:tcMar>
              <w:top w:w="80" w:type="dxa"/>
              <w:left w:w="120" w:type="dxa"/>
              <w:bottom w:w="80" w:type="dxa"/>
              <w:right w:w="120" w:type="dxa"/>
            </w:tcMar>
            <w:vAlign w:val="center"/>
          </w:tcPr>
          <w:p w14:paraId="5C39AA39" w14:textId="77777777" w:rsidR="00612663" w:rsidRDefault="00612663">
            <w:pPr>
              <w:pStyle w:val="NormalTema9"/>
              <w:spacing w:after="20" w:line="259" w:lineRule="auto"/>
            </w:pPr>
            <w:r>
              <w:rPr>
                <w:b/>
                <w:color w:val="1F4D78"/>
                <w:sz w:val="19"/>
              </w:rPr>
              <w:t>Ficha 29</w:t>
            </w:r>
          </w:p>
        </w:tc>
        <w:tc>
          <w:tcPr>
            <w:tcW w:w="7848" w:type="dxa"/>
            <w:tcMar>
              <w:top w:w="80" w:type="dxa"/>
              <w:left w:w="120" w:type="dxa"/>
              <w:bottom w:w="80" w:type="dxa"/>
              <w:right w:w="120" w:type="dxa"/>
            </w:tcMar>
            <w:vAlign w:val="center"/>
          </w:tcPr>
          <w:p w14:paraId="2B4431C9" w14:textId="77777777" w:rsidR="00612663" w:rsidRDefault="00612663">
            <w:pPr>
              <w:pStyle w:val="NormalTema9"/>
              <w:spacing w:after="20" w:line="259" w:lineRule="auto"/>
            </w:pPr>
            <w:r>
              <w:rPr>
                <w:sz w:val="19"/>
              </w:rPr>
              <w:t>Plástico de burbujas grande, pintura azul, esponja o rodillo, bandejas y paños.</w:t>
            </w:r>
          </w:p>
        </w:tc>
      </w:tr>
      <w:tr w:rsidR="00865B4A" w14:paraId="783B2C36" w14:textId="77777777">
        <w:tc>
          <w:tcPr>
            <w:tcW w:w="2232" w:type="dxa"/>
            <w:shd w:val="clear" w:color="auto" w:fill="E8EEF5"/>
            <w:tcMar>
              <w:top w:w="80" w:type="dxa"/>
              <w:left w:w="120" w:type="dxa"/>
              <w:bottom w:w="80" w:type="dxa"/>
              <w:right w:w="120" w:type="dxa"/>
            </w:tcMar>
            <w:vAlign w:val="center"/>
          </w:tcPr>
          <w:p w14:paraId="3A823865" w14:textId="77777777" w:rsidR="00612663" w:rsidRDefault="00612663">
            <w:pPr>
              <w:pStyle w:val="NormalTema9"/>
              <w:spacing w:after="20" w:line="259" w:lineRule="auto"/>
            </w:pPr>
            <w:r>
              <w:rPr>
                <w:b/>
                <w:color w:val="1F4D78"/>
                <w:sz w:val="19"/>
              </w:rPr>
              <w:t>Apoyo</w:t>
            </w:r>
          </w:p>
        </w:tc>
        <w:tc>
          <w:tcPr>
            <w:tcW w:w="7848" w:type="dxa"/>
            <w:tcMar>
              <w:top w:w="80" w:type="dxa"/>
              <w:left w:w="120" w:type="dxa"/>
              <w:bottom w:w="80" w:type="dxa"/>
              <w:right w:w="120" w:type="dxa"/>
            </w:tcMar>
            <w:vAlign w:val="center"/>
          </w:tcPr>
          <w:p w14:paraId="30BA5AD3" w14:textId="77777777" w:rsidR="00612663" w:rsidRDefault="00612663">
            <w:pPr>
              <w:pStyle w:val="NormalTema9"/>
              <w:spacing w:after="20" w:line="259" w:lineRule="auto"/>
            </w:pPr>
            <w:r>
              <w:rPr>
                <w:sz w:val="19"/>
              </w:rPr>
              <w:t>Tarjetas o pictogramas: Dios llama, barco, tormenta, gran pez, oración, orilla y nueva oportunidad.</w:t>
            </w:r>
          </w:p>
        </w:tc>
      </w:tr>
    </w:tbl>
    <w:p w14:paraId="111C1279" w14:textId="77777777" w:rsidR="00612663" w:rsidRDefault="00612663">
      <w:pPr>
        <w:pStyle w:val="Ttulo2"/>
        <w:spacing w:before="160" w:after="80"/>
      </w:pPr>
      <w:r>
        <w:t>Seguridad y preparación plástica</w:t>
      </w:r>
    </w:p>
    <w:p w14:paraId="7CFD735C" w14:textId="77777777" w:rsidR="00612663" w:rsidRDefault="00612663">
      <w:pPr>
        <w:pStyle w:val="NormalTema9"/>
        <w:spacing w:after="40" w:line="259" w:lineRule="auto"/>
      </w:pPr>
      <w:r>
        <w:rPr>
          <w:sz w:val="20"/>
        </w:rPr>
        <w:t>Utilizar pintura escolar no tóxica y piezas grandes. Revisar que el cartón no tenga grapas ni bordes cortantes y mantener entero el plástico de burbujas. Supervisar su uso, proteger la mesa, preparar poca pintura y prever lavado de manos.</w:t>
      </w:r>
    </w:p>
    <w:p w14:paraId="223F9499" w14:textId="77777777" w:rsidR="00612663" w:rsidRDefault="00612663">
      <w:pPr>
        <w:pStyle w:val="Ttulo2"/>
        <w:spacing w:before="140" w:after="60"/>
      </w:pPr>
      <w:r>
        <w:t>Secuencia visible</w:t>
      </w:r>
    </w:p>
    <w:tbl>
      <w:tblPr>
        <w:tblW w:w="10080" w:type="dxa"/>
        <w:tblInd w:w="120" w:type="dxa"/>
        <w:tblLayout w:type="fixed"/>
        <w:tblLook w:val="04A0" w:firstRow="1" w:lastRow="0" w:firstColumn="1" w:lastColumn="0" w:noHBand="0" w:noVBand="1"/>
      </w:tblPr>
      <w:tblGrid>
        <w:gridCol w:w="1080"/>
        <w:gridCol w:w="3240"/>
        <w:gridCol w:w="5760"/>
      </w:tblGrid>
      <w:tr w:rsidR="00865B4A" w14:paraId="6CBC179E" w14:textId="77777777">
        <w:trPr>
          <w:tblHeader/>
        </w:trPr>
        <w:tc>
          <w:tcPr>
            <w:tcW w:w="1080" w:type="dxa"/>
            <w:shd w:val="clear" w:color="auto" w:fill="E8EEF5"/>
            <w:tcMar>
              <w:top w:w="80" w:type="dxa"/>
              <w:left w:w="120" w:type="dxa"/>
              <w:bottom w:w="80" w:type="dxa"/>
              <w:right w:w="120" w:type="dxa"/>
            </w:tcMar>
            <w:vAlign w:val="center"/>
          </w:tcPr>
          <w:p w14:paraId="7C3474F0" w14:textId="77777777" w:rsidR="00612663" w:rsidRDefault="00612663">
            <w:pPr>
              <w:pStyle w:val="NormalTema9"/>
              <w:spacing w:after="0" w:line="240" w:lineRule="auto"/>
              <w:jc w:val="center"/>
            </w:pPr>
            <w:r>
              <w:rPr>
                <w:b/>
                <w:color w:val="1F4D78"/>
                <w:sz w:val="20"/>
              </w:rPr>
              <w:t>Momento</w:t>
            </w:r>
          </w:p>
        </w:tc>
        <w:tc>
          <w:tcPr>
            <w:tcW w:w="3240" w:type="dxa"/>
            <w:shd w:val="clear" w:color="auto" w:fill="E8EEF5"/>
            <w:tcMar>
              <w:top w:w="80" w:type="dxa"/>
              <w:left w:w="120" w:type="dxa"/>
              <w:bottom w:w="80" w:type="dxa"/>
              <w:right w:w="120" w:type="dxa"/>
            </w:tcMar>
            <w:vAlign w:val="center"/>
          </w:tcPr>
          <w:p w14:paraId="037726B5" w14:textId="77777777" w:rsidR="00612663" w:rsidRDefault="00612663">
            <w:pPr>
              <w:pStyle w:val="NormalTema9"/>
              <w:spacing w:after="0" w:line="240" w:lineRule="auto"/>
              <w:jc w:val="center"/>
            </w:pPr>
            <w:r>
              <w:rPr>
                <w:b/>
                <w:color w:val="1F4D78"/>
                <w:sz w:val="20"/>
              </w:rPr>
              <w:t>Objeto o gesto</w:t>
            </w:r>
          </w:p>
        </w:tc>
        <w:tc>
          <w:tcPr>
            <w:tcW w:w="5760" w:type="dxa"/>
            <w:shd w:val="clear" w:color="auto" w:fill="E8EEF5"/>
            <w:tcMar>
              <w:top w:w="80" w:type="dxa"/>
              <w:left w:w="120" w:type="dxa"/>
              <w:bottom w:w="80" w:type="dxa"/>
              <w:right w:w="120" w:type="dxa"/>
            </w:tcMar>
            <w:vAlign w:val="center"/>
          </w:tcPr>
          <w:p w14:paraId="0D14A9A0" w14:textId="77777777" w:rsidR="00612663" w:rsidRDefault="00612663">
            <w:pPr>
              <w:pStyle w:val="NormalTema9"/>
              <w:spacing w:after="0" w:line="240" w:lineRule="auto"/>
              <w:jc w:val="center"/>
            </w:pPr>
            <w:r>
              <w:rPr>
                <w:b/>
                <w:color w:val="1F4D78"/>
                <w:sz w:val="20"/>
              </w:rPr>
              <w:t>Mensaje sencillo</w:t>
            </w:r>
          </w:p>
        </w:tc>
      </w:tr>
      <w:tr w:rsidR="00865B4A" w14:paraId="4BFA3C0A" w14:textId="77777777">
        <w:tc>
          <w:tcPr>
            <w:tcW w:w="1080" w:type="dxa"/>
            <w:tcMar>
              <w:top w:w="80" w:type="dxa"/>
              <w:left w:w="120" w:type="dxa"/>
              <w:bottom w:w="80" w:type="dxa"/>
              <w:right w:w="120" w:type="dxa"/>
            </w:tcMar>
            <w:vAlign w:val="center"/>
          </w:tcPr>
          <w:p w14:paraId="06E306F5" w14:textId="77777777" w:rsidR="00612663" w:rsidRDefault="00612663">
            <w:pPr>
              <w:pStyle w:val="NormalTema9"/>
              <w:spacing w:after="0" w:line="240" w:lineRule="auto"/>
            </w:pPr>
            <w:r>
              <w:rPr>
                <w:b/>
                <w:color w:val="1F4D78"/>
                <w:sz w:val="17"/>
              </w:rPr>
              <w:t>1</w:t>
            </w:r>
          </w:p>
        </w:tc>
        <w:tc>
          <w:tcPr>
            <w:tcW w:w="3240" w:type="dxa"/>
            <w:tcMar>
              <w:top w:w="80" w:type="dxa"/>
              <w:left w:w="120" w:type="dxa"/>
              <w:bottom w:w="80" w:type="dxa"/>
              <w:right w:w="120" w:type="dxa"/>
            </w:tcMar>
            <w:vAlign w:val="center"/>
          </w:tcPr>
          <w:p w14:paraId="4E8E9089" w14:textId="77777777" w:rsidR="00612663" w:rsidRDefault="00612663">
            <w:pPr>
              <w:pStyle w:val="NormalTema9"/>
              <w:spacing w:after="0" w:line="240" w:lineRule="auto"/>
            </w:pPr>
            <w:r>
              <w:rPr>
                <w:sz w:val="17"/>
              </w:rPr>
              <w:t>Figura de Jonás escucha.</w:t>
            </w:r>
          </w:p>
        </w:tc>
        <w:tc>
          <w:tcPr>
            <w:tcW w:w="5760" w:type="dxa"/>
            <w:tcMar>
              <w:top w:w="80" w:type="dxa"/>
              <w:left w:w="120" w:type="dxa"/>
              <w:bottom w:w="80" w:type="dxa"/>
              <w:right w:w="120" w:type="dxa"/>
            </w:tcMar>
            <w:vAlign w:val="center"/>
          </w:tcPr>
          <w:p w14:paraId="4E4BC610" w14:textId="77777777" w:rsidR="00612663" w:rsidRDefault="00612663">
            <w:pPr>
              <w:pStyle w:val="NormalTema9"/>
              <w:spacing w:after="0" w:line="240" w:lineRule="auto"/>
            </w:pPr>
            <w:r>
              <w:rPr>
                <w:sz w:val="17"/>
              </w:rPr>
              <w:t>Dios le pide que ayude.</w:t>
            </w:r>
          </w:p>
        </w:tc>
      </w:tr>
      <w:tr w:rsidR="00865B4A" w14:paraId="78F34BE2" w14:textId="77777777">
        <w:tc>
          <w:tcPr>
            <w:tcW w:w="1080" w:type="dxa"/>
            <w:tcMar>
              <w:top w:w="80" w:type="dxa"/>
              <w:left w:w="120" w:type="dxa"/>
              <w:bottom w:w="80" w:type="dxa"/>
              <w:right w:w="120" w:type="dxa"/>
            </w:tcMar>
            <w:vAlign w:val="center"/>
          </w:tcPr>
          <w:p w14:paraId="59DE1882" w14:textId="77777777" w:rsidR="00612663" w:rsidRDefault="00612663">
            <w:pPr>
              <w:pStyle w:val="NormalTema9"/>
              <w:spacing w:after="0" w:line="240" w:lineRule="auto"/>
            </w:pPr>
            <w:r>
              <w:rPr>
                <w:b/>
                <w:color w:val="1F4D78"/>
                <w:sz w:val="17"/>
              </w:rPr>
              <w:t>2</w:t>
            </w:r>
          </w:p>
        </w:tc>
        <w:tc>
          <w:tcPr>
            <w:tcW w:w="3240" w:type="dxa"/>
            <w:tcMar>
              <w:top w:w="80" w:type="dxa"/>
              <w:left w:w="120" w:type="dxa"/>
              <w:bottom w:w="80" w:type="dxa"/>
              <w:right w:w="120" w:type="dxa"/>
            </w:tcMar>
            <w:vAlign w:val="center"/>
          </w:tcPr>
          <w:p w14:paraId="385F1B01" w14:textId="77777777" w:rsidR="00612663" w:rsidRDefault="00612663">
            <w:pPr>
              <w:pStyle w:val="NormalTema9"/>
              <w:spacing w:after="0" w:line="240" w:lineRule="auto"/>
            </w:pPr>
            <w:r>
              <w:rPr>
                <w:sz w:val="17"/>
              </w:rPr>
              <w:t>Barco se aleja.</w:t>
            </w:r>
          </w:p>
        </w:tc>
        <w:tc>
          <w:tcPr>
            <w:tcW w:w="5760" w:type="dxa"/>
            <w:tcMar>
              <w:top w:w="80" w:type="dxa"/>
              <w:left w:w="120" w:type="dxa"/>
              <w:bottom w:w="80" w:type="dxa"/>
              <w:right w:w="120" w:type="dxa"/>
            </w:tcMar>
            <w:vAlign w:val="center"/>
          </w:tcPr>
          <w:p w14:paraId="339BBECB" w14:textId="77777777" w:rsidR="00612663" w:rsidRDefault="00612663">
            <w:pPr>
              <w:pStyle w:val="NormalTema9"/>
              <w:spacing w:after="0" w:line="240" w:lineRule="auto"/>
            </w:pPr>
            <w:r>
              <w:rPr>
                <w:sz w:val="17"/>
              </w:rPr>
              <w:t>Jonás tiene miedo.</w:t>
            </w:r>
          </w:p>
        </w:tc>
      </w:tr>
      <w:tr w:rsidR="00865B4A" w14:paraId="072E8F92" w14:textId="77777777">
        <w:tc>
          <w:tcPr>
            <w:tcW w:w="1080" w:type="dxa"/>
            <w:tcMar>
              <w:top w:w="80" w:type="dxa"/>
              <w:left w:w="120" w:type="dxa"/>
              <w:bottom w:w="80" w:type="dxa"/>
              <w:right w:w="120" w:type="dxa"/>
            </w:tcMar>
            <w:vAlign w:val="center"/>
          </w:tcPr>
          <w:p w14:paraId="28B30AA6" w14:textId="77777777" w:rsidR="00612663" w:rsidRDefault="00612663">
            <w:pPr>
              <w:pStyle w:val="NormalTema9"/>
              <w:spacing w:after="0" w:line="240" w:lineRule="auto"/>
            </w:pPr>
            <w:r>
              <w:rPr>
                <w:b/>
                <w:color w:val="1F4D78"/>
                <w:sz w:val="17"/>
              </w:rPr>
              <w:t>3</w:t>
            </w:r>
          </w:p>
        </w:tc>
        <w:tc>
          <w:tcPr>
            <w:tcW w:w="3240" w:type="dxa"/>
            <w:tcMar>
              <w:top w:w="80" w:type="dxa"/>
              <w:left w:w="120" w:type="dxa"/>
              <w:bottom w:w="80" w:type="dxa"/>
              <w:right w:w="120" w:type="dxa"/>
            </w:tcMar>
            <w:vAlign w:val="center"/>
          </w:tcPr>
          <w:p w14:paraId="77AC4B5B" w14:textId="77777777" w:rsidR="00612663" w:rsidRDefault="00612663">
            <w:pPr>
              <w:pStyle w:val="NormalTema9"/>
              <w:spacing w:after="0" w:line="240" w:lineRule="auto"/>
            </w:pPr>
            <w:r>
              <w:rPr>
                <w:sz w:val="17"/>
              </w:rPr>
              <w:t>Tela azul se mueve.</w:t>
            </w:r>
          </w:p>
        </w:tc>
        <w:tc>
          <w:tcPr>
            <w:tcW w:w="5760" w:type="dxa"/>
            <w:tcMar>
              <w:top w:w="80" w:type="dxa"/>
              <w:left w:w="120" w:type="dxa"/>
              <w:bottom w:w="80" w:type="dxa"/>
              <w:right w:w="120" w:type="dxa"/>
            </w:tcMar>
            <w:vAlign w:val="center"/>
          </w:tcPr>
          <w:p w14:paraId="27D3E616" w14:textId="77777777" w:rsidR="00612663" w:rsidRDefault="00612663">
            <w:pPr>
              <w:pStyle w:val="NormalTema9"/>
              <w:spacing w:after="0" w:line="240" w:lineRule="auto"/>
            </w:pPr>
            <w:r>
              <w:rPr>
                <w:sz w:val="17"/>
              </w:rPr>
              <w:t>Llega una tormenta.</w:t>
            </w:r>
          </w:p>
        </w:tc>
      </w:tr>
      <w:tr w:rsidR="00865B4A" w14:paraId="1CD8A400" w14:textId="77777777">
        <w:tc>
          <w:tcPr>
            <w:tcW w:w="1080" w:type="dxa"/>
            <w:tcMar>
              <w:top w:w="80" w:type="dxa"/>
              <w:left w:w="120" w:type="dxa"/>
              <w:bottom w:w="80" w:type="dxa"/>
              <w:right w:w="120" w:type="dxa"/>
            </w:tcMar>
            <w:vAlign w:val="center"/>
          </w:tcPr>
          <w:p w14:paraId="204682A6" w14:textId="77777777" w:rsidR="00612663" w:rsidRDefault="00612663">
            <w:pPr>
              <w:pStyle w:val="NormalTema9"/>
              <w:spacing w:after="0" w:line="240" w:lineRule="auto"/>
            </w:pPr>
            <w:r>
              <w:rPr>
                <w:b/>
                <w:color w:val="1F4D78"/>
                <w:sz w:val="17"/>
              </w:rPr>
              <w:t>4</w:t>
            </w:r>
          </w:p>
        </w:tc>
        <w:tc>
          <w:tcPr>
            <w:tcW w:w="3240" w:type="dxa"/>
            <w:tcMar>
              <w:top w:w="80" w:type="dxa"/>
              <w:left w:w="120" w:type="dxa"/>
              <w:bottom w:w="80" w:type="dxa"/>
              <w:right w:w="120" w:type="dxa"/>
            </w:tcMar>
            <w:vAlign w:val="center"/>
          </w:tcPr>
          <w:p w14:paraId="4C0ECD08" w14:textId="77777777" w:rsidR="00612663" w:rsidRDefault="00612663">
            <w:pPr>
              <w:pStyle w:val="NormalTema9"/>
              <w:spacing w:after="0" w:line="240" w:lineRule="auto"/>
            </w:pPr>
            <w:r>
              <w:rPr>
                <w:sz w:val="17"/>
              </w:rPr>
              <w:t>Gran pez acoge a Jonás.</w:t>
            </w:r>
          </w:p>
        </w:tc>
        <w:tc>
          <w:tcPr>
            <w:tcW w:w="5760" w:type="dxa"/>
            <w:tcMar>
              <w:top w:w="80" w:type="dxa"/>
              <w:left w:w="120" w:type="dxa"/>
              <w:bottom w:w="80" w:type="dxa"/>
              <w:right w:w="120" w:type="dxa"/>
            </w:tcMar>
            <w:vAlign w:val="center"/>
          </w:tcPr>
          <w:p w14:paraId="6EDC849E" w14:textId="77777777" w:rsidR="00612663" w:rsidRDefault="00612663">
            <w:pPr>
              <w:pStyle w:val="NormalTema9"/>
              <w:spacing w:after="0" w:line="240" w:lineRule="auto"/>
            </w:pPr>
            <w:r>
              <w:rPr>
                <w:sz w:val="17"/>
              </w:rPr>
              <w:t>Dios no lo deja solo.</w:t>
            </w:r>
          </w:p>
        </w:tc>
      </w:tr>
      <w:tr w:rsidR="00865B4A" w14:paraId="1DDC6F70" w14:textId="77777777">
        <w:tc>
          <w:tcPr>
            <w:tcW w:w="1080" w:type="dxa"/>
            <w:tcMar>
              <w:top w:w="80" w:type="dxa"/>
              <w:left w:w="120" w:type="dxa"/>
              <w:bottom w:w="80" w:type="dxa"/>
              <w:right w:w="120" w:type="dxa"/>
            </w:tcMar>
            <w:vAlign w:val="center"/>
          </w:tcPr>
          <w:p w14:paraId="3E185E8E" w14:textId="77777777" w:rsidR="00612663" w:rsidRDefault="00612663">
            <w:pPr>
              <w:pStyle w:val="NormalTema9"/>
              <w:spacing w:after="0" w:line="240" w:lineRule="auto"/>
            </w:pPr>
            <w:r>
              <w:rPr>
                <w:b/>
                <w:color w:val="1F4D78"/>
                <w:sz w:val="17"/>
              </w:rPr>
              <w:t>5</w:t>
            </w:r>
          </w:p>
        </w:tc>
        <w:tc>
          <w:tcPr>
            <w:tcW w:w="3240" w:type="dxa"/>
            <w:tcMar>
              <w:top w:w="80" w:type="dxa"/>
              <w:left w:w="120" w:type="dxa"/>
              <w:bottom w:w="80" w:type="dxa"/>
              <w:right w:w="120" w:type="dxa"/>
            </w:tcMar>
            <w:vAlign w:val="center"/>
          </w:tcPr>
          <w:p w14:paraId="47F03D29" w14:textId="77777777" w:rsidR="00612663" w:rsidRDefault="00612663">
            <w:pPr>
              <w:pStyle w:val="NormalTema9"/>
              <w:spacing w:after="0" w:line="240" w:lineRule="auto"/>
            </w:pPr>
            <w:r>
              <w:rPr>
                <w:sz w:val="17"/>
              </w:rPr>
              <w:t>Jonás reza y llega a la orilla.</w:t>
            </w:r>
          </w:p>
        </w:tc>
        <w:tc>
          <w:tcPr>
            <w:tcW w:w="5760" w:type="dxa"/>
            <w:tcMar>
              <w:top w:w="80" w:type="dxa"/>
              <w:left w:w="120" w:type="dxa"/>
              <w:bottom w:w="80" w:type="dxa"/>
              <w:right w:w="120" w:type="dxa"/>
            </w:tcMar>
            <w:vAlign w:val="center"/>
          </w:tcPr>
          <w:p w14:paraId="666723FC" w14:textId="77777777" w:rsidR="00612663" w:rsidRDefault="00612663">
            <w:pPr>
              <w:pStyle w:val="NormalTema9"/>
              <w:spacing w:after="0" w:line="240" w:lineRule="auto"/>
            </w:pPr>
            <w:r>
              <w:rPr>
                <w:sz w:val="17"/>
              </w:rPr>
              <w:t>Puede volver a empezar.</w:t>
            </w:r>
          </w:p>
        </w:tc>
      </w:tr>
    </w:tbl>
    <w:p w14:paraId="2CABDCF4" w14:textId="77777777" w:rsidR="00612663" w:rsidRDefault="00612663">
      <w:pPr>
        <w:pStyle w:val="Ttulo2"/>
        <w:spacing w:before="120" w:after="60"/>
      </w:pPr>
      <w:r>
        <w:t>Rutina de calma</w:t>
      </w:r>
    </w:p>
    <w:p w14:paraId="58483822" w14:textId="77777777" w:rsidR="00612663" w:rsidRDefault="00612663">
      <w:pPr>
        <w:pStyle w:val="NormalTema9"/>
        <w:spacing w:after="0" w:line="259" w:lineRule="auto"/>
      </w:pPr>
      <w:r>
        <w:rPr>
          <w:sz w:val="20"/>
        </w:rPr>
        <w:t>Antes y después de cada ficha: manos en el pecho, una respiración y «Dios me acompaña». Se ofrece sin exigir repetición.</w:t>
      </w:r>
    </w:p>
    <w:p w14:paraId="659E52BB" w14:textId="77777777" w:rsidR="00612663" w:rsidRDefault="00612663">
      <w:pPr>
        <w:pStyle w:val="NormalTema9"/>
      </w:pPr>
      <w:r>
        <w:br w:type="page"/>
      </w:r>
    </w:p>
    <w:p w14:paraId="05D8BCBC" w14:textId="77777777" w:rsidR="00612663" w:rsidRDefault="00612663">
      <w:pPr>
        <w:pStyle w:val="Ttulo1"/>
      </w:pPr>
      <w:r>
        <w:lastRenderedPageBreak/>
        <w:t>2. Concreción curricular</w:t>
      </w:r>
    </w:p>
    <w:tbl>
      <w:tblPr>
        <w:tblW w:w="10080" w:type="dxa"/>
        <w:tblInd w:w="120" w:type="dxa"/>
        <w:tblLayout w:type="fixed"/>
        <w:tblLook w:val="04A0" w:firstRow="1" w:lastRow="0" w:firstColumn="1" w:lastColumn="0" w:noHBand="0" w:noVBand="1"/>
      </w:tblPr>
      <w:tblGrid>
        <w:gridCol w:w="10080"/>
      </w:tblGrid>
      <w:tr w:rsidR="00865B4A" w14:paraId="6699ADAC" w14:textId="77777777">
        <w:tc>
          <w:tcPr>
            <w:tcW w:w="10080" w:type="dxa"/>
            <w:shd w:val="clear" w:color="auto" w:fill="E8F3EF"/>
            <w:tcMar>
              <w:top w:w="80" w:type="dxa"/>
              <w:left w:w="120" w:type="dxa"/>
              <w:bottom w:w="80" w:type="dxa"/>
              <w:right w:w="120" w:type="dxa"/>
            </w:tcMar>
            <w:vAlign w:val="center"/>
          </w:tcPr>
          <w:p w14:paraId="66CD21E1" w14:textId="77777777" w:rsidR="00612663" w:rsidRDefault="00612663">
            <w:pPr>
              <w:pStyle w:val="NormalTema9"/>
              <w:spacing w:after="20" w:line="259" w:lineRule="auto"/>
            </w:pPr>
            <w:r>
              <w:rPr>
                <w:b/>
                <w:color w:val="1F4D78"/>
                <w:sz w:val="20"/>
              </w:rPr>
              <w:t xml:space="preserve">Situación de aprendizaje  </w:t>
            </w:r>
            <w:r>
              <w:rPr>
                <w:sz w:val="20"/>
              </w:rPr>
              <w:t>A partir de una historia de miedo, cuidado y nuevo comienzo, el alumnado escucha, representa, expresa emociones y crea dos producciones plásticas conectadas con el relato bíblico.</w:t>
            </w:r>
          </w:p>
        </w:tc>
      </w:tr>
    </w:tbl>
    <w:p w14:paraId="30A87FC5" w14:textId="77777777" w:rsidR="00612663" w:rsidRDefault="00612663">
      <w:pPr>
        <w:pStyle w:val="Ttulo2"/>
        <w:spacing w:before="140" w:after="60"/>
      </w:pPr>
      <w:r>
        <w:t>Competencias clave</w:t>
      </w:r>
    </w:p>
    <w:p w14:paraId="4B3A6BB4" w14:textId="77777777" w:rsidR="00612663" w:rsidRDefault="00612663">
      <w:pPr>
        <w:pStyle w:val="NormalTema9"/>
        <w:spacing w:after="60" w:line="269" w:lineRule="auto"/>
      </w:pPr>
      <w:r>
        <w:rPr>
          <w:sz w:val="19"/>
        </w:rPr>
        <w:t>CCL · Comunicación lingüística. CPSAA · Personal, social y aprender a aprender. CC · Ciudadana. CCEC · Conciencia y expresión culturales.</w:t>
      </w:r>
    </w:p>
    <w:p w14:paraId="1B42A8A4" w14:textId="77777777" w:rsidR="00612663" w:rsidRDefault="00612663">
      <w:pPr>
        <w:pStyle w:val="Ttulo2"/>
        <w:spacing w:before="140" w:after="60"/>
      </w:pPr>
      <w:r>
        <w:t>Competencias específicas y criterios seleccionados</w:t>
      </w:r>
    </w:p>
    <w:tbl>
      <w:tblPr>
        <w:tblW w:w="10080" w:type="dxa"/>
        <w:tblInd w:w="120" w:type="dxa"/>
        <w:tblLayout w:type="fixed"/>
        <w:tblLook w:val="04A0" w:firstRow="1" w:lastRow="0" w:firstColumn="1" w:lastColumn="0" w:noHBand="0" w:noVBand="1"/>
      </w:tblPr>
      <w:tblGrid>
        <w:gridCol w:w="1800"/>
        <w:gridCol w:w="8280"/>
      </w:tblGrid>
      <w:tr w:rsidR="00865B4A" w14:paraId="7E31B4CB" w14:textId="77777777">
        <w:tc>
          <w:tcPr>
            <w:tcW w:w="1800" w:type="dxa"/>
            <w:shd w:val="clear" w:color="auto" w:fill="E8EEF5"/>
            <w:tcMar>
              <w:top w:w="80" w:type="dxa"/>
              <w:left w:w="120" w:type="dxa"/>
              <w:bottom w:w="80" w:type="dxa"/>
              <w:right w:w="120" w:type="dxa"/>
            </w:tcMar>
            <w:vAlign w:val="center"/>
          </w:tcPr>
          <w:p w14:paraId="674C63A8" w14:textId="77777777" w:rsidR="00612663" w:rsidRDefault="00612663">
            <w:pPr>
              <w:pStyle w:val="NormalTema9"/>
              <w:spacing w:after="0" w:line="245" w:lineRule="auto"/>
            </w:pPr>
            <w:r>
              <w:rPr>
                <w:b/>
                <w:color w:val="1F4D78"/>
                <w:sz w:val="18"/>
              </w:rPr>
              <w:t>CE1 · 1.1</w:t>
            </w:r>
          </w:p>
        </w:tc>
        <w:tc>
          <w:tcPr>
            <w:tcW w:w="8280" w:type="dxa"/>
            <w:tcMar>
              <w:top w:w="80" w:type="dxa"/>
              <w:left w:w="120" w:type="dxa"/>
              <w:bottom w:w="80" w:type="dxa"/>
              <w:right w:w="120" w:type="dxa"/>
            </w:tcMar>
            <w:vAlign w:val="center"/>
          </w:tcPr>
          <w:p w14:paraId="78981A31" w14:textId="77777777" w:rsidR="00612663" w:rsidRDefault="00612663">
            <w:pPr>
              <w:pStyle w:val="NormalTema9"/>
              <w:spacing w:after="0" w:line="245" w:lineRule="auto"/>
            </w:pPr>
            <w:r>
              <w:rPr>
                <w:sz w:val="18"/>
              </w:rPr>
              <w:t>Realizar las actividades con autonomía progresiva, atendiendo a las indicaciones y cuidando materiales.</w:t>
            </w:r>
          </w:p>
        </w:tc>
      </w:tr>
      <w:tr w:rsidR="00865B4A" w14:paraId="18702C1C" w14:textId="77777777">
        <w:tc>
          <w:tcPr>
            <w:tcW w:w="1800" w:type="dxa"/>
            <w:shd w:val="clear" w:color="auto" w:fill="E8EEF5"/>
            <w:tcMar>
              <w:top w:w="80" w:type="dxa"/>
              <w:left w:w="120" w:type="dxa"/>
              <w:bottom w:w="80" w:type="dxa"/>
              <w:right w:w="120" w:type="dxa"/>
            </w:tcMar>
            <w:vAlign w:val="center"/>
          </w:tcPr>
          <w:p w14:paraId="53F1DEA2" w14:textId="77777777" w:rsidR="00612663" w:rsidRDefault="00612663">
            <w:pPr>
              <w:pStyle w:val="NormalTema9"/>
              <w:spacing w:after="0" w:line="245" w:lineRule="auto"/>
            </w:pPr>
            <w:r>
              <w:rPr>
                <w:b/>
                <w:color w:val="1F4D78"/>
                <w:sz w:val="18"/>
              </w:rPr>
              <w:t>CE1 · 1.3</w:t>
            </w:r>
          </w:p>
        </w:tc>
        <w:tc>
          <w:tcPr>
            <w:tcW w:w="8280" w:type="dxa"/>
            <w:tcMar>
              <w:top w:w="80" w:type="dxa"/>
              <w:left w:w="120" w:type="dxa"/>
              <w:bottom w:w="80" w:type="dxa"/>
              <w:right w:w="120" w:type="dxa"/>
            </w:tcMar>
            <w:vAlign w:val="center"/>
          </w:tcPr>
          <w:p w14:paraId="00F6D5AE" w14:textId="77777777" w:rsidR="00612663" w:rsidRDefault="00612663">
            <w:pPr>
              <w:pStyle w:val="NormalTema9"/>
              <w:spacing w:after="0" w:line="245" w:lineRule="auto"/>
            </w:pPr>
            <w:r>
              <w:rPr>
                <w:sz w:val="18"/>
              </w:rPr>
              <w:t>Reconocer posibilidades, límites y emociones para afrontar pequeñas dificultades.</w:t>
            </w:r>
          </w:p>
        </w:tc>
      </w:tr>
      <w:tr w:rsidR="00865B4A" w14:paraId="29BF3A27" w14:textId="77777777">
        <w:tc>
          <w:tcPr>
            <w:tcW w:w="1800" w:type="dxa"/>
            <w:shd w:val="clear" w:color="auto" w:fill="E8EEF5"/>
            <w:tcMar>
              <w:top w:w="80" w:type="dxa"/>
              <w:left w:w="120" w:type="dxa"/>
              <w:bottom w:w="80" w:type="dxa"/>
              <w:right w:w="120" w:type="dxa"/>
            </w:tcMar>
            <w:vAlign w:val="center"/>
          </w:tcPr>
          <w:p w14:paraId="2258F4FB" w14:textId="77777777" w:rsidR="00612663" w:rsidRDefault="00612663">
            <w:pPr>
              <w:pStyle w:val="NormalTema9"/>
              <w:spacing w:after="0" w:line="245" w:lineRule="auto"/>
            </w:pPr>
            <w:r>
              <w:rPr>
                <w:b/>
                <w:color w:val="1F4D78"/>
                <w:sz w:val="18"/>
              </w:rPr>
              <w:t>CE3 · 3.2</w:t>
            </w:r>
          </w:p>
        </w:tc>
        <w:tc>
          <w:tcPr>
            <w:tcW w:w="8280" w:type="dxa"/>
            <w:tcMar>
              <w:top w:w="80" w:type="dxa"/>
              <w:left w:w="120" w:type="dxa"/>
              <w:bottom w:w="80" w:type="dxa"/>
              <w:right w:w="120" w:type="dxa"/>
            </w:tcMar>
            <w:vAlign w:val="center"/>
          </w:tcPr>
          <w:p w14:paraId="49BB191D" w14:textId="77777777" w:rsidR="00612663" w:rsidRDefault="00612663">
            <w:pPr>
              <w:pStyle w:val="NormalTema9"/>
              <w:spacing w:after="0" w:line="245" w:lineRule="auto"/>
            </w:pPr>
            <w:r>
              <w:rPr>
                <w:sz w:val="18"/>
              </w:rPr>
              <w:t>Reconocer sentimientos y actitudes de compasión y perdón en un personaje bíblico.</w:t>
            </w:r>
          </w:p>
        </w:tc>
      </w:tr>
      <w:tr w:rsidR="00865B4A" w14:paraId="1BD289A2" w14:textId="77777777">
        <w:tc>
          <w:tcPr>
            <w:tcW w:w="1800" w:type="dxa"/>
            <w:shd w:val="clear" w:color="auto" w:fill="E8EEF5"/>
            <w:tcMar>
              <w:top w:w="80" w:type="dxa"/>
              <w:left w:w="120" w:type="dxa"/>
              <w:bottom w:w="80" w:type="dxa"/>
              <w:right w:w="120" w:type="dxa"/>
            </w:tcMar>
            <w:vAlign w:val="center"/>
          </w:tcPr>
          <w:p w14:paraId="2826A669" w14:textId="77777777" w:rsidR="00612663" w:rsidRDefault="00612663">
            <w:pPr>
              <w:pStyle w:val="NormalTema9"/>
              <w:spacing w:after="0" w:line="245" w:lineRule="auto"/>
            </w:pPr>
            <w:r>
              <w:rPr>
                <w:b/>
                <w:color w:val="1F4D78"/>
                <w:sz w:val="18"/>
              </w:rPr>
              <w:t>CE4 · 4.3</w:t>
            </w:r>
          </w:p>
        </w:tc>
        <w:tc>
          <w:tcPr>
            <w:tcW w:w="8280" w:type="dxa"/>
            <w:tcMar>
              <w:top w:w="80" w:type="dxa"/>
              <w:left w:w="120" w:type="dxa"/>
              <w:bottom w:w="80" w:type="dxa"/>
              <w:right w:w="120" w:type="dxa"/>
            </w:tcMar>
            <w:vAlign w:val="center"/>
          </w:tcPr>
          <w:p w14:paraId="6DCAE57B" w14:textId="77777777" w:rsidR="00612663" w:rsidRDefault="00612663">
            <w:pPr>
              <w:pStyle w:val="NormalTema9"/>
              <w:spacing w:after="0" w:line="245" w:lineRule="auto"/>
            </w:pPr>
            <w:r>
              <w:rPr>
                <w:sz w:val="18"/>
              </w:rPr>
              <w:t>Desarrollar la capacidad artística y la sensibilidad estética mediante texturas y estampación.</w:t>
            </w:r>
          </w:p>
        </w:tc>
      </w:tr>
      <w:tr w:rsidR="00865B4A" w14:paraId="63507ABE" w14:textId="77777777">
        <w:tc>
          <w:tcPr>
            <w:tcW w:w="1800" w:type="dxa"/>
            <w:shd w:val="clear" w:color="auto" w:fill="E8EEF5"/>
            <w:tcMar>
              <w:top w:w="80" w:type="dxa"/>
              <w:left w:w="120" w:type="dxa"/>
              <w:bottom w:w="80" w:type="dxa"/>
              <w:right w:w="120" w:type="dxa"/>
            </w:tcMar>
            <w:vAlign w:val="center"/>
          </w:tcPr>
          <w:p w14:paraId="76F6DFB1" w14:textId="77777777" w:rsidR="00612663" w:rsidRDefault="00612663">
            <w:pPr>
              <w:pStyle w:val="NormalTema9"/>
              <w:spacing w:after="0" w:line="245" w:lineRule="auto"/>
            </w:pPr>
            <w:r>
              <w:rPr>
                <w:b/>
                <w:color w:val="1F4D78"/>
                <w:sz w:val="18"/>
              </w:rPr>
              <w:t>CE5 · 5.1</w:t>
            </w:r>
          </w:p>
        </w:tc>
        <w:tc>
          <w:tcPr>
            <w:tcW w:w="8280" w:type="dxa"/>
            <w:tcMar>
              <w:top w:w="80" w:type="dxa"/>
              <w:left w:w="120" w:type="dxa"/>
              <w:bottom w:w="80" w:type="dxa"/>
              <w:right w:w="120" w:type="dxa"/>
            </w:tcMar>
            <w:vAlign w:val="center"/>
          </w:tcPr>
          <w:p w14:paraId="77F09351" w14:textId="77777777" w:rsidR="00612663" w:rsidRDefault="00612663">
            <w:pPr>
              <w:pStyle w:val="NormalTema9"/>
              <w:spacing w:after="0" w:line="245" w:lineRule="auto"/>
            </w:pPr>
            <w:r>
              <w:rPr>
                <w:sz w:val="18"/>
              </w:rPr>
              <w:t>Explorar el mundo simbólico y reconocer emociones en momentos breves de reflexión guiada.</w:t>
            </w:r>
          </w:p>
        </w:tc>
      </w:tr>
      <w:tr w:rsidR="00865B4A" w14:paraId="34D4B7A6" w14:textId="77777777">
        <w:tc>
          <w:tcPr>
            <w:tcW w:w="1800" w:type="dxa"/>
            <w:shd w:val="clear" w:color="auto" w:fill="E8EEF5"/>
            <w:tcMar>
              <w:top w:w="80" w:type="dxa"/>
              <w:left w:w="120" w:type="dxa"/>
              <w:bottom w:w="80" w:type="dxa"/>
              <w:right w:w="120" w:type="dxa"/>
            </w:tcMar>
            <w:vAlign w:val="center"/>
          </w:tcPr>
          <w:p w14:paraId="2181AFA8" w14:textId="77777777" w:rsidR="00612663" w:rsidRDefault="00612663">
            <w:pPr>
              <w:pStyle w:val="NormalTema9"/>
              <w:spacing w:after="0" w:line="245" w:lineRule="auto"/>
            </w:pPr>
            <w:r>
              <w:rPr>
                <w:b/>
                <w:color w:val="1F4D78"/>
                <w:sz w:val="18"/>
              </w:rPr>
              <w:t>CE5 · 5.2</w:t>
            </w:r>
          </w:p>
        </w:tc>
        <w:tc>
          <w:tcPr>
            <w:tcW w:w="8280" w:type="dxa"/>
            <w:tcMar>
              <w:top w:w="80" w:type="dxa"/>
              <w:left w:w="120" w:type="dxa"/>
              <w:bottom w:w="80" w:type="dxa"/>
              <w:right w:w="120" w:type="dxa"/>
            </w:tcMar>
            <w:vAlign w:val="center"/>
          </w:tcPr>
          <w:p w14:paraId="073C7156" w14:textId="77777777" w:rsidR="00612663" w:rsidRDefault="00612663">
            <w:pPr>
              <w:pStyle w:val="NormalTema9"/>
              <w:spacing w:after="0" w:line="245" w:lineRule="auto"/>
            </w:pPr>
            <w:r>
              <w:rPr>
                <w:sz w:val="18"/>
              </w:rPr>
              <w:t>Identificar y expresar sentimientos y acoger una oración o frase religiosa con respeto.</w:t>
            </w:r>
          </w:p>
        </w:tc>
      </w:tr>
    </w:tbl>
    <w:p w14:paraId="5F96391D" w14:textId="77777777" w:rsidR="00612663" w:rsidRDefault="00612663">
      <w:pPr>
        <w:pStyle w:val="Ttulo2"/>
        <w:spacing w:before="120" w:after="60"/>
      </w:pPr>
      <w:r>
        <w:t>Saberes básicos movilizados</w:t>
      </w:r>
    </w:p>
    <w:p w14:paraId="2119F743" w14:textId="77777777" w:rsidR="00612663" w:rsidRDefault="00612663">
      <w:pPr>
        <w:pStyle w:val="NormalTema9"/>
        <w:spacing w:after="60" w:line="269" w:lineRule="auto"/>
      </w:pPr>
      <w:r>
        <w:rPr>
          <w:sz w:val="19"/>
        </w:rPr>
        <w:t>A · Autorregulación y responsabilidad; límites y posibilidades; respeto a la expresión de miedos; figuras y relatos bíblicos; expresión creativa; silencio y calma. B · Comunicación de emociones, empatía y cuidado; narraciones bíblicas sobre misericordia, perdón y nueva oportunidad. C · La Biblia como comunicación de Dios con las personas; oración y prácticas cristianas cercanas.</w:t>
      </w:r>
    </w:p>
    <w:p w14:paraId="7C2F8420" w14:textId="77777777" w:rsidR="00612663" w:rsidRDefault="00612663">
      <w:pPr>
        <w:pStyle w:val="Ttulo2"/>
        <w:spacing w:before="120" w:after="60"/>
      </w:pPr>
      <w:r>
        <w:t>Evidencias e instrumentos</w:t>
      </w:r>
    </w:p>
    <w:p w14:paraId="45ECC812" w14:textId="77777777" w:rsidR="00612663" w:rsidRDefault="00612663">
      <w:pPr>
        <w:pStyle w:val="NormalTema9"/>
        <w:spacing w:after="60" w:line="269" w:lineRule="auto"/>
      </w:pPr>
      <w:r>
        <w:rPr>
          <w:sz w:val="19"/>
        </w:rPr>
        <w:t>1.1 y 1.3 · Participación, materiales y expresión emocional: observación y registro. 3.2 · Reconstrucción del cuidado y la nueva oportunidad: conversación guiada. 4.3 · Fichas 28-29: producción y porfolio. 5.1-5.2 · Calma, gesto u oración: lista de cotejo flexible.</w:t>
      </w:r>
    </w:p>
    <w:p w14:paraId="27C42B8A" w14:textId="77777777" w:rsidR="00612663" w:rsidRDefault="00612663">
      <w:pPr>
        <w:pStyle w:val="Ttulo2"/>
        <w:spacing w:before="120" w:after="60"/>
      </w:pPr>
      <w:r>
        <w:t>Atención a la diversidad (DUA)</w:t>
      </w:r>
    </w:p>
    <w:p w14:paraId="2BC70E2C" w14:textId="77777777" w:rsidR="00612663" w:rsidRDefault="00612663">
      <w:pPr>
        <w:pStyle w:val="NormalTema9"/>
        <w:spacing w:after="0" w:line="269" w:lineRule="auto"/>
      </w:pPr>
      <w:r>
        <w:rPr>
          <w:sz w:val="19"/>
        </w:rPr>
        <w:t>Representar con objetos, imágenes, gestos y palabras; permitir mirar, señalar, colocar, imitar o verbalizar. Ofrecer piezas grandes, rodillo adaptado, ayuda gradual, pocas huellas o herramienta seca ante rechazo a la pintura. Anticipar la tormenta, reducir su intensidad y permitir una pausa tranquila.</w:t>
      </w:r>
    </w:p>
    <w:p w14:paraId="0E777AF0" w14:textId="77777777" w:rsidR="00612663" w:rsidRDefault="00612663">
      <w:pPr>
        <w:pStyle w:val="NormalTema9"/>
      </w:pPr>
      <w:r>
        <w:br w:type="page"/>
      </w:r>
    </w:p>
    <w:p w14:paraId="18B41192" w14:textId="77777777" w:rsidR="00612663" w:rsidRDefault="00612663">
      <w:pPr>
        <w:pStyle w:val="Ttulo1"/>
      </w:pPr>
      <w:r>
        <w:lastRenderedPageBreak/>
        <w:t>Relato adaptado para narrar</w:t>
      </w:r>
    </w:p>
    <w:tbl>
      <w:tblPr>
        <w:tblW w:w="10080" w:type="dxa"/>
        <w:tblInd w:w="120" w:type="dxa"/>
        <w:tblLayout w:type="fixed"/>
        <w:tblLook w:val="04A0" w:firstRow="1" w:lastRow="0" w:firstColumn="1" w:lastColumn="0" w:noHBand="0" w:noVBand="1"/>
      </w:tblPr>
      <w:tblGrid>
        <w:gridCol w:w="10080"/>
      </w:tblGrid>
      <w:tr w:rsidR="00865B4A" w14:paraId="2042D7D9" w14:textId="77777777">
        <w:tc>
          <w:tcPr>
            <w:tcW w:w="10080" w:type="dxa"/>
            <w:shd w:val="clear" w:color="auto" w:fill="E8F3EF"/>
            <w:tcMar>
              <w:top w:w="80" w:type="dxa"/>
              <w:left w:w="120" w:type="dxa"/>
              <w:bottom w:w="80" w:type="dxa"/>
              <w:right w:w="120" w:type="dxa"/>
            </w:tcMar>
            <w:vAlign w:val="center"/>
          </w:tcPr>
          <w:p w14:paraId="4F12D359" w14:textId="77777777" w:rsidR="00612663" w:rsidRDefault="00612663">
            <w:pPr>
              <w:pStyle w:val="NormalTema9"/>
            </w:pPr>
            <w:r>
              <w:rPr>
                <w:b/>
                <w:color w:val="1F4D78"/>
                <w:sz w:val="21"/>
              </w:rPr>
              <w:t xml:space="preserve">Texto breve  </w:t>
            </w:r>
            <w:r>
              <w:rPr>
                <w:sz w:val="21"/>
              </w:rPr>
              <w:t>Dios pidió a Jonás que fuera a ayudar a la gente de Nínive. Jonás sintió miedo y subió a un barco para marcharse lejos. En el mar comenzó una tormenta y Jonás terminó en el agua. Dios no lo dejó solo: dispuso un gran pez y Jonás quedó a salvo. Allí pensó y rezó. Después, el pez lo dejó en la orilla. Jonás volvió a escuchar a Dios, fue a ayudar y todos recibieron una nueva oportunidad.</w:t>
            </w:r>
          </w:p>
        </w:tc>
      </w:tr>
    </w:tbl>
    <w:p w14:paraId="3F5F637E" w14:textId="77777777" w:rsidR="00612663" w:rsidRDefault="00612663">
      <w:pPr>
        <w:pStyle w:val="Ttulo2"/>
        <w:spacing w:before="160" w:after="60"/>
      </w:pPr>
      <w:r>
        <w:t>Narración con objetos</w:t>
      </w:r>
    </w:p>
    <w:p w14:paraId="4978B370" w14:textId="77777777" w:rsidR="00612663" w:rsidRDefault="00612663">
      <w:pPr>
        <w:pStyle w:val="NormalTema9"/>
        <w:spacing w:after="60" w:line="269" w:lineRule="auto"/>
      </w:pPr>
      <w:r>
        <w:rPr>
          <w:b/>
          <w:color w:val="1F4D78"/>
          <w:sz w:val="20"/>
        </w:rPr>
        <w:t xml:space="preserve">1 · Dios llama  </w:t>
      </w:r>
      <w:r>
        <w:rPr>
          <w:sz w:val="20"/>
        </w:rPr>
        <w:t>Acercar la figura de Jonás y decir: «Dios quiere que ayudes a unas personas».</w:t>
      </w:r>
    </w:p>
    <w:p w14:paraId="3688A149" w14:textId="77777777" w:rsidR="00612663" w:rsidRDefault="00612663">
      <w:pPr>
        <w:pStyle w:val="NormalTema9"/>
        <w:spacing w:after="60" w:line="269" w:lineRule="auto"/>
      </w:pPr>
      <w:r>
        <w:rPr>
          <w:b/>
          <w:color w:val="1F4D78"/>
          <w:sz w:val="20"/>
        </w:rPr>
        <w:t xml:space="preserve">2 · Jonás siente miedo  </w:t>
      </w:r>
      <w:r>
        <w:rPr>
          <w:sz w:val="20"/>
        </w:rPr>
        <w:t>Alejar la figura hacia el barco. Validar la emoción sin identificar miedo con desobediencia: sentir miedo es normal; podemos pedir ayuda.</w:t>
      </w:r>
    </w:p>
    <w:p w14:paraId="32A03FF1" w14:textId="77777777" w:rsidR="00612663" w:rsidRDefault="00612663">
      <w:pPr>
        <w:pStyle w:val="NormalTema9"/>
        <w:spacing w:after="60" w:line="269" w:lineRule="auto"/>
      </w:pPr>
      <w:r>
        <w:rPr>
          <w:b/>
          <w:color w:val="1F4D78"/>
          <w:sz w:val="20"/>
        </w:rPr>
        <w:t xml:space="preserve">3 · La tormenta  </w:t>
      </w:r>
      <w:r>
        <w:rPr>
          <w:sz w:val="20"/>
        </w:rPr>
        <w:t>Mover la tela primero despacio y luego un poco más. Detenerla si algún niño se inquieta.</w:t>
      </w:r>
    </w:p>
    <w:p w14:paraId="48C1D2E6" w14:textId="77777777" w:rsidR="00612663" w:rsidRDefault="00612663">
      <w:pPr>
        <w:pStyle w:val="NormalTema9"/>
        <w:spacing w:after="60" w:line="269" w:lineRule="auto"/>
      </w:pPr>
      <w:r>
        <w:rPr>
          <w:b/>
          <w:color w:val="1F4D78"/>
          <w:sz w:val="20"/>
        </w:rPr>
        <w:t xml:space="preserve">4 · Dios cuida  </w:t>
      </w:r>
      <w:r>
        <w:rPr>
          <w:sz w:val="20"/>
        </w:rPr>
        <w:t>Colocar a Jonás junto al gran pez y bajar la voz: «Dios no lo dejó solo».</w:t>
      </w:r>
    </w:p>
    <w:p w14:paraId="4EC48CEF" w14:textId="77777777" w:rsidR="00612663" w:rsidRDefault="00612663">
      <w:pPr>
        <w:pStyle w:val="NormalTema9"/>
        <w:spacing w:after="60" w:line="269" w:lineRule="auto"/>
      </w:pPr>
      <w:r>
        <w:rPr>
          <w:b/>
          <w:color w:val="1F4D78"/>
          <w:sz w:val="20"/>
        </w:rPr>
        <w:t xml:space="preserve">5 · Jonás piensa y reza  </w:t>
      </w:r>
      <w:r>
        <w:rPr>
          <w:sz w:val="20"/>
        </w:rPr>
        <w:t>Hacer un instante de silencio o respiración. No exigir inmovilidad prolongada.</w:t>
      </w:r>
    </w:p>
    <w:p w14:paraId="655F7C52" w14:textId="77777777" w:rsidR="00612663" w:rsidRDefault="00612663">
      <w:pPr>
        <w:pStyle w:val="NormalTema9"/>
        <w:spacing w:after="60" w:line="269" w:lineRule="auto"/>
      </w:pPr>
      <w:r>
        <w:rPr>
          <w:b/>
          <w:color w:val="1F4D78"/>
          <w:sz w:val="20"/>
        </w:rPr>
        <w:t xml:space="preserve">6 · Nuevo comienzo  </w:t>
      </w:r>
      <w:r>
        <w:rPr>
          <w:sz w:val="20"/>
        </w:rPr>
        <w:t>Llevar a Jonás a la orilla y después hacia Nínive: puede volver a escuchar y ayudar.</w:t>
      </w:r>
    </w:p>
    <w:p w14:paraId="1B314B47" w14:textId="77777777" w:rsidR="00612663" w:rsidRDefault="00612663">
      <w:pPr>
        <w:pStyle w:val="Ttulo2"/>
        <w:spacing w:before="140" w:after="60"/>
      </w:pPr>
      <w:r>
        <w:t>Preguntas que sí ayudan</w:t>
      </w:r>
    </w:p>
    <w:tbl>
      <w:tblPr>
        <w:tblW w:w="10080" w:type="dxa"/>
        <w:tblInd w:w="120" w:type="dxa"/>
        <w:tblLayout w:type="fixed"/>
        <w:tblLook w:val="04A0" w:firstRow="1" w:lastRow="0" w:firstColumn="1" w:lastColumn="0" w:noHBand="0" w:noVBand="1"/>
      </w:tblPr>
      <w:tblGrid>
        <w:gridCol w:w="1944"/>
        <w:gridCol w:w="8136"/>
      </w:tblGrid>
      <w:tr w:rsidR="00865B4A" w14:paraId="5A0B8C90" w14:textId="77777777">
        <w:tc>
          <w:tcPr>
            <w:tcW w:w="1944" w:type="dxa"/>
            <w:shd w:val="clear" w:color="auto" w:fill="E8EEF5"/>
            <w:tcMar>
              <w:top w:w="80" w:type="dxa"/>
              <w:left w:w="120" w:type="dxa"/>
              <w:bottom w:w="80" w:type="dxa"/>
              <w:right w:w="120" w:type="dxa"/>
            </w:tcMar>
            <w:vAlign w:val="center"/>
          </w:tcPr>
          <w:p w14:paraId="4D21B570" w14:textId="77777777" w:rsidR="00612663" w:rsidRDefault="00612663">
            <w:pPr>
              <w:pStyle w:val="NormalTema9"/>
              <w:spacing w:after="20" w:line="259" w:lineRule="auto"/>
            </w:pPr>
            <w:r>
              <w:rPr>
                <w:b/>
                <w:color w:val="1F4D78"/>
                <w:sz w:val="20"/>
              </w:rPr>
              <w:t>Comprensión</w:t>
            </w:r>
          </w:p>
        </w:tc>
        <w:tc>
          <w:tcPr>
            <w:tcW w:w="8136" w:type="dxa"/>
            <w:tcMar>
              <w:top w:w="80" w:type="dxa"/>
              <w:left w:w="120" w:type="dxa"/>
              <w:bottom w:w="80" w:type="dxa"/>
              <w:right w:w="120" w:type="dxa"/>
            </w:tcMar>
            <w:vAlign w:val="center"/>
          </w:tcPr>
          <w:p w14:paraId="213A70F1" w14:textId="77777777" w:rsidR="00612663" w:rsidRDefault="00612663">
            <w:pPr>
              <w:pStyle w:val="NormalTema9"/>
              <w:spacing w:after="20" w:line="259" w:lineRule="auto"/>
            </w:pPr>
            <w:r>
              <w:rPr>
                <w:sz w:val="20"/>
              </w:rPr>
              <w:t>¿Dónde está Jonás? ¿Qué ocurre en el mar? ¿Quién lo cuida?</w:t>
            </w:r>
          </w:p>
        </w:tc>
      </w:tr>
      <w:tr w:rsidR="00865B4A" w14:paraId="3DE177F7" w14:textId="77777777">
        <w:tc>
          <w:tcPr>
            <w:tcW w:w="1944" w:type="dxa"/>
            <w:shd w:val="clear" w:color="auto" w:fill="E8EEF5"/>
            <w:tcMar>
              <w:top w:w="80" w:type="dxa"/>
              <w:left w:w="120" w:type="dxa"/>
              <w:bottom w:w="80" w:type="dxa"/>
              <w:right w:w="120" w:type="dxa"/>
            </w:tcMar>
            <w:vAlign w:val="center"/>
          </w:tcPr>
          <w:p w14:paraId="081C674D" w14:textId="77777777" w:rsidR="00612663" w:rsidRDefault="00612663">
            <w:pPr>
              <w:pStyle w:val="NormalTema9"/>
              <w:spacing w:after="20" w:line="259" w:lineRule="auto"/>
            </w:pPr>
            <w:r>
              <w:rPr>
                <w:b/>
                <w:color w:val="1F4D78"/>
                <w:sz w:val="20"/>
              </w:rPr>
              <w:t>Emoción</w:t>
            </w:r>
          </w:p>
        </w:tc>
        <w:tc>
          <w:tcPr>
            <w:tcW w:w="8136" w:type="dxa"/>
            <w:tcMar>
              <w:top w:w="80" w:type="dxa"/>
              <w:left w:w="120" w:type="dxa"/>
              <w:bottom w:w="80" w:type="dxa"/>
              <w:right w:w="120" w:type="dxa"/>
            </w:tcMar>
            <w:vAlign w:val="center"/>
          </w:tcPr>
          <w:p w14:paraId="44B3B988" w14:textId="77777777" w:rsidR="00612663" w:rsidRDefault="00612663">
            <w:pPr>
              <w:pStyle w:val="NormalTema9"/>
              <w:spacing w:after="20" w:line="259" w:lineRule="auto"/>
            </w:pPr>
            <w:r>
              <w:rPr>
                <w:sz w:val="20"/>
              </w:rPr>
              <w:t>¿Cómo se siente? ¿Qué te ayuda cuando tienes miedo?</w:t>
            </w:r>
          </w:p>
        </w:tc>
      </w:tr>
      <w:tr w:rsidR="00865B4A" w14:paraId="76E6E9B6" w14:textId="77777777">
        <w:tc>
          <w:tcPr>
            <w:tcW w:w="1944" w:type="dxa"/>
            <w:shd w:val="clear" w:color="auto" w:fill="E8EEF5"/>
            <w:tcMar>
              <w:top w:w="80" w:type="dxa"/>
              <w:left w:w="120" w:type="dxa"/>
              <w:bottom w:w="80" w:type="dxa"/>
              <w:right w:w="120" w:type="dxa"/>
            </w:tcMar>
            <w:vAlign w:val="center"/>
          </w:tcPr>
          <w:p w14:paraId="0DC4053E" w14:textId="77777777" w:rsidR="00612663" w:rsidRDefault="00612663">
            <w:pPr>
              <w:pStyle w:val="NormalTema9"/>
              <w:spacing w:after="20" w:line="259" w:lineRule="auto"/>
            </w:pPr>
            <w:r>
              <w:rPr>
                <w:b/>
                <w:color w:val="1F4D78"/>
                <w:sz w:val="20"/>
              </w:rPr>
              <w:t>Transferencia</w:t>
            </w:r>
          </w:p>
        </w:tc>
        <w:tc>
          <w:tcPr>
            <w:tcW w:w="8136" w:type="dxa"/>
            <w:tcMar>
              <w:top w:w="80" w:type="dxa"/>
              <w:left w:w="120" w:type="dxa"/>
              <w:bottom w:w="80" w:type="dxa"/>
              <w:right w:w="120" w:type="dxa"/>
            </w:tcMar>
            <w:vAlign w:val="center"/>
          </w:tcPr>
          <w:p w14:paraId="3409CC14" w14:textId="77777777" w:rsidR="00612663" w:rsidRDefault="00612663">
            <w:pPr>
              <w:pStyle w:val="NormalTema9"/>
              <w:spacing w:after="20" w:line="259" w:lineRule="auto"/>
            </w:pPr>
            <w:r>
              <w:rPr>
                <w:sz w:val="20"/>
              </w:rPr>
              <w:t>Si algo no sale bien, ¿podemos pedir ayuda e intentarlo otra vez?</w:t>
            </w:r>
          </w:p>
        </w:tc>
      </w:tr>
    </w:tbl>
    <w:p w14:paraId="13A0F224" w14:textId="77777777" w:rsidR="00612663" w:rsidRDefault="00612663">
      <w:pPr>
        <w:pStyle w:val="Ttulo2"/>
        <w:spacing w:before="140" w:after="60"/>
      </w:pPr>
      <w:r>
        <w:t>Nota para la docente</w:t>
      </w:r>
    </w:p>
    <w:p w14:paraId="20760ED8" w14:textId="77777777" w:rsidR="00612663" w:rsidRDefault="00612663">
      <w:pPr>
        <w:pStyle w:val="NormalTema9"/>
        <w:spacing w:after="60" w:line="269" w:lineRule="auto"/>
      </w:pPr>
      <w:r>
        <w:rPr>
          <w:sz w:val="20"/>
        </w:rPr>
        <w:t>El relato bíblico completo se encuentra en Jonás 1-4. La adaptación omite detalles que pueden resultar angustiosos a esta edad, pero conserva el núcleo: llamada, huida, cuidado, oración, misión y misericordia. No se presenta a Dios como causante del miedo ni al pez como castigo.</w:t>
      </w:r>
    </w:p>
    <w:p w14:paraId="6C243E0C" w14:textId="77777777" w:rsidR="00612663" w:rsidRDefault="00612663">
      <w:pPr>
        <w:pStyle w:val="Ttulo2"/>
        <w:spacing w:before="120" w:after="40"/>
      </w:pPr>
      <w:r>
        <w:t>Referencia curricular</w:t>
      </w:r>
    </w:p>
    <w:p w14:paraId="456D3A6F" w14:textId="77777777" w:rsidR="00612663" w:rsidRDefault="00612663">
      <w:pPr>
        <w:pStyle w:val="NormalTema9"/>
        <w:spacing w:after="0" w:line="252" w:lineRule="auto"/>
      </w:pPr>
      <w:r>
        <w:rPr>
          <w:sz w:val="18"/>
        </w:rPr>
        <w:t>Resolución de 21 de junio de 2022, BOE-A-2022-10452, Anexo I. https://www.boe.es/buscar/act.php?id=BOE-A-2022-10452</w:t>
      </w:r>
    </w:p>
    <w:p w14:paraId="0A6799B5" w14:textId="77777777" w:rsidR="00612663" w:rsidRDefault="00612663">
      <w:pPr>
        <w:pStyle w:val="NormalTema9"/>
      </w:pPr>
      <w:r>
        <w:br w:type="page"/>
      </w:r>
    </w:p>
    <w:p w14:paraId="43805F03" w14:textId="77777777" w:rsidR="00612663" w:rsidRDefault="00612663">
      <w:pPr>
        <w:pStyle w:val="Ttulo1"/>
      </w:pPr>
      <w:r>
        <w:lastRenderedPageBreak/>
        <w:t>3. Sesión 1 · Jonás sube a un barco</w:t>
      </w:r>
    </w:p>
    <w:p w14:paraId="2EC9E104" w14:textId="77777777" w:rsidR="00612663" w:rsidRDefault="00612663">
      <w:pPr>
        <w:pStyle w:val="NormalTema9"/>
        <w:keepNext/>
        <w:spacing w:after="40"/>
        <w:jc w:val="center"/>
      </w:pPr>
      <w:r>
        <w:rPr>
          <w:noProof/>
        </w:rPr>
        <w:drawing>
          <wp:inline distT="0" distB="0" distL="0" distR="0" wp14:anchorId="76BA5FD3" wp14:editId="66FB1770">
            <wp:extent cx="5623560" cy="397563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28j-57.jpg"/>
                    <pic:cNvPicPr/>
                  </pic:nvPicPr>
                  <pic:blipFill>
                    <a:blip r:embed="rId35"/>
                    <a:stretch>
                      <a:fillRect/>
                    </a:stretch>
                  </pic:blipFill>
                  <pic:spPr>
                    <a:xfrm>
                      <a:off x="0" y="0"/>
                      <a:ext cx="5623560" cy="3975630"/>
                    </a:xfrm>
                    <a:prstGeom prst="rect">
                      <a:avLst/>
                    </a:prstGeom>
                  </pic:spPr>
                </pic:pic>
              </a:graphicData>
            </a:graphic>
          </wp:inline>
        </w:drawing>
      </w:r>
    </w:p>
    <w:p w14:paraId="11CA11A6" w14:textId="77777777" w:rsidR="00612663" w:rsidRDefault="00612663">
      <w:pPr>
        <w:pStyle w:val="NormalTema9"/>
        <w:keepNext/>
        <w:jc w:val="center"/>
      </w:pPr>
      <w:r>
        <w:rPr>
          <w:i/>
          <w:color w:val="667788"/>
          <w:sz w:val="19"/>
        </w:rPr>
        <w:t>Ficha 28 · Estampa las olas con cartón y pintura azul</w:t>
      </w:r>
    </w:p>
    <w:tbl>
      <w:tblPr>
        <w:tblW w:w="10080" w:type="dxa"/>
        <w:tblInd w:w="120" w:type="dxa"/>
        <w:tblLayout w:type="fixed"/>
        <w:tblLook w:val="04A0" w:firstRow="1" w:lastRow="0" w:firstColumn="1" w:lastColumn="0" w:noHBand="0" w:noVBand="1"/>
      </w:tblPr>
      <w:tblGrid>
        <w:gridCol w:w="10080"/>
      </w:tblGrid>
      <w:tr w:rsidR="00865B4A" w14:paraId="63B1A97A" w14:textId="77777777">
        <w:tc>
          <w:tcPr>
            <w:tcW w:w="10080" w:type="dxa"/>
            <w:shd w:val="clear" w:color="auto" w:fill="E8F3EF"/>
            <w:tcMar>
              <w:top w:w="80" w:type="dxa"/>
              <w:left w:w="120" w:type="dxa"/>
              <w:bottom w:w="80" w:type="dxa"/>
              <w:right w:w="120" w:type="dxa"/>
            </w:tcMar>
            <w:vAlign w:val="center"/>
          </w:tcPr>
          <w:p w14:paraId="1013D3D1" w14:textId="77777777" w:rsidR="00612663" w:rsidRDefault="00612663">
            <w:pPr>
              <w:pStyle w:val="NormalTema9"/>
            </w:pPr>
            <w:r>
              <w:rPr>
                <w:b/>
                <w:color w:val="1F4D78"/>
                <w:sz w:val="21"/>
              </w:rPr>
              <w:t xml:space="preserve">Aprendizaje  </w:t>
            </w:r>
            <w:r>
              <w:rPr>
                <w:sz w:val="21"/>
              </w:rPr>
              <w:t>Escuchamos el inicio del relato, reconocemos el miedo de Jonás y representamos el movimiento del mar mediante una estampación con cartón ondulado.</w:t>
            </w:r>
          </w:p>
        </w:tc>
      </w:tr>
    </w:tbl>
    <w:p w14:paraId="31BFA222" w14:textId="77777777" w:rsidR="00612663" w:rsidRDefault="00612663">
      <w:pPr>
        <w:pStyle w:val="Ttulo2"/>
      </w:pPr>
      <w:r>
        <w:t>Preparación</w:t>
      </w:r>
    </w:p>
    <w:p w14:paraId="1FBBD303" w14:textId="77777777" w:rsidR="00612663" w:rsidRDefault="00612663">
      <w:pPr>
        <w:pStyle w:val="NormalTema9"/>
      </w:pPr>
      <w:r>
        <w:t>Disponer la tela azul, el barco y la figura de Jonás. Cortar piezas grandes de cartón ondulado, comprobar sus bordes y preparar bandejas con muy poca pintura azul. Tener un paño húmedo y una zona de secado.</w:t>
      </w:r>
    </w:p>
    <w:p w14:paraId="039AD9B5" w14:textId="77777777" w:rsidR="00612663" w:rsidRDefault="00612663">
      <w:pPr>
        <w:pStyle w:val="NormalTema9"/>
      </w:pPr>
      <w:r>
        <w:br w:type="page"/>
      </w:r>
    </w:p>
    <w:p w14:paraId="669EB065" w14:textId="77777777" w:rsidR="00612663" w:rsidRDefault="00612663">
      <w:pPr>
        <w:pStyle w:val="Ttulo2"/>
        <w:spacing w:before="0" w:after="100"/>
      </w:pPr>
      <w:r>
        <w:lastRenderedPageBreak/>
        <w:t>Desarrollo orientativo</w:t>
      </w:r>
    </w:p>
    <w:p w14:paraId="70E20302" w14:textId="77777777" w:rsidR="00612663" w:rsidRDefault="00612663">
      <w:pPr>
        <w:pStyle w:val="NormalTema9"/>
      </w:pPr>
      <w:r>
        <w:rPr>
          <w:b/>
          <w:color w:val="1F4D78"/>
        </w:rPr>
        <w:t xml:space="preserve">Observamos · 4-5 min  </w:t>
      </w:r>
      <w:r>
        <w:t>Mirar el barco y anticipar para qué sirve. Colocar a Jonás cerca y decir que Dios le pide ayudar a unas personas.</w:t>
      </w:r>
    </w:p>
    <w:p w14:paraId="299A4848" w14:textId="77777777" w:rsidR="00612663" w:rsidRDefault="00612663">
      <w:pPr>
        <w:pStyle w:val="NormalTema9"/>
      </w:pPr>
      <w:r>
        <w:rPr>
          <w:b/>
          <w:color w:val="1F4D78"/>
        </w:rPr>
        <w:t xml:space="preserve">Narramos · 8-10 min  </w:t>
      </w:r>
      <w:r>
        <w:t>Representar la llamada, el miedo, la marcha y la tormenta. Detener la historia antes del gran pez para mantener la expectativa.</w:t>
      </w:r>
    </w:p>
    <w:p w14:paraId="1ED3C302" w14:textId="77777777" w:rsidR="00612663" w:rsidRDefault="00612663">
      <w:pPr>
        <w:pStyle w:val="NormalTema9"/>
      </w:pPr>
      <w:r>
        <w:rPr>
          <w:b/>
          <w:color w:val="1F4D78"/>
        </w:rPr>
        <w:t xml:space="preserve">Expresamos · 5-7 min  </w:t>
      </w:r>
      <w:r>
        <w:t>Mostrar con el rostro o el cuerpo miedo y calma. Preguntar quién nos ayuda; aceptar palabras, gestos o señalamiento.</w:t>
      </w:r>
    </w:p>
    <w:p w14:paraId="3CECD6D4" w14:textId="77777777" w:rsidR="00612663" w:rsidRDefault="00612663">
      <w:pPr>
        <w:pStyle w:val="NormalTema9"/>
      </w:pPr>
      <w:r>
        <w:rPr>
          <w:b/>
          <w:color w:val="1F4D78"/>
        </w:rPr>
        <w:t xml:space="preserve">Ficha · 15-20 min  </w:t>
      </w:r>
      <w:r>
        <w:t>Mojar ligeramente el borde del cartón ondulado y estampar sobre las franjas blancas del mar. Girar o desplazar el cartón para obtener marcas variadas, sin buscar un resultado uniforme.</w:t>
      </w:r>
    </w:p>
    <w:p w14:paraId="64FA5835" w14:textId="77777777" w:rsidR="00612663" w:rsidRDefault="00612663">
      <w:pPr>
        <w:pStyle w:val="NormalTema9"/>
      </w:pPr>
      <w:r>
        <w:rPr>
          <w:b/>
          <w:color w:val="1F4D78"/>
        </w:rPr>
        <w:t xml:space="preserve">Cierre · 2 min  </w:t>
      </w:r>
      <w:r>
        <w:t>Dejar secar en horizontal, mirar las huellas y decir: «Cuando tengo miedo, puedo pedir ayuda».</w:t>
      </w:r>
    </w:p>
    <w:tbl>
      <w:tblPr>
        <w:tblW w:w="10080" w:type="dxa"/>
        <w:tblInd w:w="120" w:type="dxa"/>
        <w:tblLayout w:type="fixed"/>
        <w:tblLook w:val="04A0" w:firstRow="1" w:lastRow="0" w:firstColumn="1" w:lastColumn="0" w:noHBand="0" w:noVBand="1"/>
      </w:tblPr>
      <w:tblGrid>
        <w:gridCol w:w="1944"/>
        <w:gridCol w:w="3096"/>
        <w:gridCol w:w="5040"/>
      </w:tblGrid>
      <w:tr w:rsidR="00865B4A" w14:paraId="4204F17C" w14:textId="77777777">
        <w:trPr>
          <w:tblHeader/>
        </w:trPr>
        <w:tc>
          <w:tcPr>
            <w:tcW w:w="1944" w:type="dxa"/>
            <w:shd w:val="clear" w:color="auto" w:fill="E8EEF5"/>
            <w:tcMar>
              <w:top w:w="80" w:type="dxa"/>
              <w:left w:w="120" w:type="dxa"/>
              <w:bottom w:w="80" w:type="dxa"/>
              <w:right w:w="120" w:type="dxa"/>
            </w:tcMar>
            <w:vAlign w:val="center"/>
          </w:tcPr>
          <w:p w14:paraId="7316D73F" w14:textId="77777777" w:rsidR="00612663" w:rsidRDefault="00612663">
            <w:pPr>
              <w:pStyle w:val="NormalTema9"/>
              <w:jc w:val="center"/>
            </w:pPr>
            <w:r>
              <w:rPr>
                <w:b/>
                <w:color w:val="1F4D78"/>
                <w:sz w:val="20"/>
              </w:rPr>
              <w:t>Espacio</w:t>
            </w:r>
          </w:p>
        </w:tc>
        <w:tc>
          <w:tcPr>
            <w:tcW w:w="3096" w:type="dxa"/>
            <w:shd w:val="clear" w:color="auto" w:fill="E8EEF5"/>
            <w:tcMar>
              <w:top w:w="80" w:type="dxa"/>
              <w:left w:w="120" w:type="dxa"/>
              <w:bottom w:w="80" w:type="dxa"/>
              <w:right w:w="120" w:type="dxa"/>
            </w:tcMar>
            <w:vAlign w:val="center"/>
          </w:tcPr>
          <w:p w14:paraId="4E4C7E9A" w14:textId="77777777" w:rsidR="00612663" w:rsidRDefault="00612663">
            <w:pPr>
              <w:pStyle w:val="NormalTema9"/>
              <w:jc w:val="center"/>
            </w:pPr>
            <w:r>
              <w:rPr>
                <w:b/>
                <w:color w:val="1F4D78"/>
                <w:sz w:val="20"/>
              </w:rPr>
              <w:t>Material</w:t>
            </w:r>
          </w:p>
        </w:tc>
        <w:tc>
          <w:tcPr>
            <w:tcW w:w="5040" w:type="dxa"/>
            <w:shd w:val="clear" w:color="auto" w:fill="E8EEF5"/>
            <w:tcMar>
              <w:top w:w="80" w:type="dxa"/>
              <w:left w:w="120" w:type="dxa"/>
              <w:bottom w:w="80" w:type="dxa"/>
              <w:right w:w="120" w:type="dxa"/>
            </w:tcMar>
            <w:vAlign w:val="center"/>
          </w:tcPr>
          <w:p w14:paraId="67A1B761" w14:textId="77777777" w:rsidR="00612663" w:rsidRDefault="00612663">
            <w:pPr>
              <w:pStyle w:val="NormalTema9"/>
              <w:jc w:val="center"/>
            </w:pPr>
            <w:r>
              <w:rPr>
                <w:b/>
                <w:color w:val="1F4D78"/>
                <w:sz w:val="20"/>
              </w:rPr>
              <w:t>Propuesta</w:t>
            </w:r>
          </w:p>
        </w:tc>
      </w:tr>
      <w:tr w:rsidR="00865B4A" w14:paraId="5CE18D98" w14:textId="77777777">
        <w:tc>
          <w:tcPr>
            <w:tcW w:w="1944" w:type="dxa"/>
            <w:tcMar>
              <w:top w:w="80" w:type="dxa"/>
              <w:left w:w="120" w:type="dxa"/>
              <w:bottom w:w="80" w:type="dxa"/>
              <w:right w:w="120" w:type="dxa"/>
            </w:tcMar>
            <w:vAlign w:val="center"/>
          </w:tcPr>
          <w:p w14:paraId="52B0F571" w14:textId="77777777" w:rsidR="00612663" w:rsidRDefault="00612663">
            <w:pPr>
              <w:pStyle w:val="NormalTema9"/>
            </w:pPr>
            <w:r>
              <w:rPr>
                <w:b/>
                <w:color w:val="1F4D78"/>
                <w:sz w:val="19"/>
              </w:rPr>
              <w:t>Asamblea</w:t>
            </w:r>
          </w:p>
        </w:tc>
        <w:tc>
          <w:tcPr>
            <w:tcW w:w="3096" w:type="dxa"/>
            <w:tcMar>
              <w:top w:w="80" w:type="dxa"/>
              <w:left w:w="120" w:type="dxa"/>
              <w:bottom w:w="80" w:type="dxa"/>
              <w:right w:w="120" w:type="dxa"/>
            </w:tcMar>
            <w:vAlign w:val="center"/>
          </w:tcPr>
          <w:p w14:paraId="69C4D042" w14:textId="77777777" w:rsidR="00612663" w:rsidRDefault="00612663">
            <w:pPr>
              <w:pStyle w:val="NormalTema9"/>
            </w:pPr>
            <w:r>
              <w:rPr>
                <w:sz w:val="19"/>
              </w:rPr>
              <w:t>Tela, barco y Jonás.</w:t>
            </w:r>
          </w:p>
        </w:tc>
        <w:tc>
          <w:tcPr>
            <w:tcW w:w="5040" w:type="dxa"/>
            <w:tcMar>
              <w:top w:w="80" w:type="dxa"/>
              <w:left w:w="120" w:type="dxa"/>
              <w:bottom w:w="80" w:type="dxa"/>
              <w:right w:w="120" w:type="dxa"/>
            </w:tcMar>
            <w:vAlign w:val="center"/>
          </w:tcPr>
          <w:p w14:paraId="3E765682" w14:textId="77777777" w:rsidR="00612663" w:rsidRDefault="00612663">
            <w:pPr>
              <w:pStyle w:val="NormalTema9"/>
            </w:pPr>
            <w:r>
              <w:rPr>
                <w:sz w:val="19"/>
              </w:rPr>
              <w:t>Narrar y expresar miedo y calma.</w:t>
            </w:r>
          </w:p>
        </w:tc>
      </w:tr>
      <w:tr w:rsidR="00865B4A" w14:paraId="556BCCA4" w14:textId="77777777">
        <w:tc>
          <w:tcPr>
            <w:tcW w:w="1944" w:type="dxa"/>
            <w:tcMar>
              <w:top w:w="80" w:type="dxa"/>
              <w:left w:w="120" w:type="dxa"/>
              <w:bottom w:w="80" w:type="dxa"/>
              <w:right w:w="120" w:type="dxa"/>
            </w:tcMar>
            <w:vAlign w:val="center"/>
          </w:tcPr>
          <w:p w14:paraId="5401EE4A" w14:textId="77777777" w:rsidR="00612663" w:rsidRDefault="00612663">
            <w:pPr>
              <w:pStyle w:val="NormalTema9"/>
            </w:pPr>
            <w:r>
              <w:rPr>
                <w:b/>
                <w:color w:val="1F4D78"/>
                <w:sz w:val="19"/>
              </w:rPr>
              <w:t>Minimundo</w:t>
            </w:r>
          </w:p>
        </w:tc>
        <w:tc>
          <w:tcPr>
            <w:tcW w:w="3096" w:type="dxa"/>
            <w:tcMar>
              <w:top w:w="80" w:type="dxa"/>
              <w:left w:w="120" w:type="dxa"/>
              <w:bottom w:w="80" w:type="dxa"/>
              <w:right w:w="120" w:type="dxa"/>
            </w:tcMar>
            <w:vAlign w:val="center"/>
          </w:tcPr>
          <w:p w14:paraId="691F6033" w14:textId="77777777" w:rsidR="00612663" w:rsidRDefault="00612663">
            <w:pPr>
              <w:pStyle w:val="NormalTema9"/>
            </w:pPr>
            <w:r>
              <w:rPr>
                <w:sz w:val="19"/>
              </w:rPr>
              <w:t>Mar, barco y figuras.</w:t>
            </w:r>
          </w:p>
        </w:tc>
        <w:tc>
          <w:tcPr>
            <w:tcW w:w="5040" w:type="dxa"/>
            <w:tcMar>
              <w:top w:w="80" w:type="dxa"/>
              <w:left w:w="120" w:type="dxa"/>
              <w:bottom w:w="80" w:type="dxa"/>
              <w:right w:w="120" w:type="dxa"/>
            </w:tcMar>
            <w:vAlign w:val="center"/>
          </w:tcPr>
          <w:p w14:paraId="73BA8421" w14:textId="77777777" w:rsidR="00612663" w:rsidRDefault="00612663">
            <w:pPr>
              <w:pStyle w:val="NormalTema9"/>
            </w:pPr>
            <w:r>
              <w:rPr>
                <w:sz w:val="19"/>
              </w:rPr>
              <w:t>Repetir llamada, viaje y tormenta.</w:t>
            </w:r>
          </w:p>
        </w:tc>
      </w:tr>
      <w:tr w:rsidR="00865B4A" w14:paraId="7002B347" w14:textId="77777777">
        <w:tc>
          <w:tcPr>
            <w:tcW w:w="1944" w:type="dxa"/>
            <w:tcMar>
              <w:top w:w="80" w:type="dxa"/>
              <w:left w:w="120" w:type="dxa"/>
              <w:bottom w:w="80" w:type="dxa"/>
              <w:right w:w="120" w:type="dxa"/>
            </w:tcMar>
            <w:vAlign w:val="center"/>
          </w:tcPr>
          <w:p w14:paraId="239683BA" w14:textId="77777777" w:rsidR="00612663" w:rsidRDefault="00612663">
            <w:pPr>
              <w:pStyle w:val="NormalTema9"/>
            </w:pPr>
            <w:r>
              <w:rPr>
                <w:b/>
                <w:color w:val="1F4D78"/>
                <w:sz w:val="19"/>
              </w:rPr>
              <w:t>Construcciones</w:t>
            </w:r>
          </w:p>
        </w:tc>
        <w:tc>
          <w:tcPr>
            <w:tcW w:w="3096" w:type="dxa"/>
            <w:tcMar>
              <w:top w:w="80" w:type="dxa"/>
              <w:left w:w="120" w:type="dxa"/>
              <w:bottom w:w="80" w:type="dxa"/>
              <w:right w:w="120" w:type="dxa"/>
            </w:tcMar>
            <w:vAlign w:val="center"/>
          </w:tcPr>
          <w:p w14:paraId="6048295F" w14:textId="77777777" w:rsidR="00612663" w:rsidRDefault="00612663">
            <w:pPr>
              <w:pStyle w:val="NormalTema9"/>
            </w:pPr>
            <w:r>
              <w:rPr>
                <w:sz w:val="19"/>
              </w:rPr>
              <w:t>Bloques y telas.</w:t>
            </w:r>
          </w:p>
        </w:tc>
        <w:tc>
          <w:tcPr>
            <w:tcW w:w="5040" w:type="dxa"/>
            <w:tcMar>
              <w:top w:w="80" w:type="dxa"/>
              <w:left w:w="120" w:type="dxa"/>
              <w:bottom w:w="80" w:type="dxa"/>
              <w:right w:w="120" w:type="dxa"/>
            </w:tcMar>
            <w:vAlign w:val="center"/>
          </w:tcPr>
          <w:p w14:paraId="4B680132" w14:textId="77777777" w:rsidR="00612663" w:rsidRDefault="00612663">
            <w:pPr>
              <w:pStyle w:val="NormalTema9"/>
            </w:pPr>
            <w:r>
              <w:rPr>
                <w:sz w:val="19"/>
              </w:rPr>
              <w:t>Construir barcos y puertos.</w:t>
            </w:r>
          </w:p>
        </w:tc>
      </w:tr>
      <w:tr w:rsidR="00865B4A" w14:paraId="37D08C12" w14:textId="77777777">
        <w:tc>
          <w:tcPr>
            <w:tcW w:w="1944" w:type="dxa"/>
            <w:tcMar>
              <w:top w:w="80" w:type="dxa"/>
              <w:left w:w="120" w:type="dxa"/>
              <w:bottom w:w="80" w:type="dxa"/>
              <w:right w:w="120" w:type="dxa"/>
            </w:tcMar>
            <w:vAlign w:val="center"/>
          </w:tcPr>
          <w:p w14:paraId="32A49C03" w14:textId="77777777" w:rsidR="00612663" w:rsidRDefault="00612663">
            <w:pPr>
              <w:pStyle w:val="NormalTema9"/>
            </w:pPr>
            <w:r>
              <w:rPr>
                <w:b/>
                <w:color w:val="1F4D78"/>
                <w:sz w:val="19"/>
              </w:rPr>
              <w:t>Manitas</w:t>
            </w:r>
          </w:p>
        </w:tc>
        <w:tc>
          <w:tcPr>
            <w:tcW w:w="3096" w:type="dxa"/>
            <w:tcMar>
              <w:top w:w="80" w:type="dxa"/>
              <w:left w:w="120" w:type="dxa"/>
              <w:bottom w:w="80" w:type="dxa"/>
              <w:right w:w="120" w:type="dxa"/>
            </w:tcMar>
            <w:vAlign w:val="center"/>
          </w:tcPr>
          <w:p w14:paraId="7001E43F" w14:textId="77777777" w:rsidR="00612663" w:rsidRDefault="00612663">
            <w:pPr>
              <w:pStyle w:val="NormalTema9"/>
            </w:pPr>
            <w:r>
              <w:rPr>
                <w:sz w:val="19"/>
              </w:rPr>
              <w:t>Cartón y pintura.</w:t>
            </w:r>
          </w:p>
        </w:tc>
        <w:tc>
          <w:tcPr>
            <w:tcW w:w="5040" w:type="dxa"/>
            <w:tcMar>
              <w:top w:w="80" w:type="dxa"/>
              <w:left w:w="120" w:type="dxa"/>
              <w:bottom w:w="80" w:type="dxa"/>
              <w:right w:w="120" w:type="dxa"/>
            </w:tcMar>
            <w:vAlign w:val="center"/>
          </w:tcPr>
          <w:p w14:paraId="139E37D4" w14:textId="77777777" w:rsidR="00612663" w:rsidRDefault="00612663">
            <w:pPr>
              <w:pStyle w:val="NormalTema9"/>
            </w:pPr>
            <w:r>
              <w:rPr>
                <w:sz w:val="19"/>
              </w:rPr>
              <w:t>Explorar huellas y direcciones.</w:t>
            </w:r>
          </w:p>
        </w:tc>
      </w:tr>
    </w:tbl>
    <w:p w14:paraId="569A5006" w14:textId="77777777" w:rsidR="00612663" w:rsidRDefault="00612663">
      <w:pPr>
        <w:pStyle w:val="Ttulo2"/>
      </w:pPr>
      <w:r>
        <w:t>Qué observar</w:t>
      </w:r>
    </w:p>
    <w:p w14:paraId="78FCECF0" w14:textId="77777777" w:rsidR="00612663" w:rsidRDefault="00612663">
      <w:pPr>
        <w:pStyle w:val="NormalTema9"/>
      </w:pPr>
      <w:r>
        <w:t>Si mantiene la atención durante pequeños periodos, reconoce a Jonás y el barco, anticipa o representa la tormenta, comunica alguna emoción, estampa con intención y cuida el material.</w:t>
      </w:r>
    </w:p>
    <w:tbl>
      <w:tblPr>
        <w:tblW w:w="10080" w:type="dxa"/>
        <w:tblInd w:w="120" w:type="dxa"/>
        <w:tblLayout w:type="fixed"/>
        <w:tblLook w:val="04A0" w:firstRow="1" w:lastRow="0" w:firstColumn="1" w:lastColumn="0" w:noHBand="0" w:noVBand="1"/>
      </w:tblPr>
      <w:tblGrid>
        <w:gridCol w:w="10080"/>
      </w:tblGrid>
      <w:tr w:rsidR="00865B4A" w14:paraId="0CCE3B99" w14:textId="77777777">
        <w:tc>
          <w:tcPr>
            <w:tcW w:w="10080" w:type="dxa"/>
            <w:shd w:val="clear" w:color="auto" w:fill="E8EEF5"/>
            <w:tcMar>
              <w:top w:w="80" w:type="dxa"/>
              <w:left w:w="120" w:type="dxa"/>
              <w:bottom w:w="80" w:type="dxa"/>
              <w:right w:w="120" w:type="dxa"/>
            </w:tcMar>
            <w:vAlign w:val="center"/>
          </w:tcPr>
          <w:p w14:paraId="1A1AAF92" w14:textId="77777777" w:rsidR="00612663" w:rsidRDefault="00612663">
            <w:pPr>
              <w:pStyle w:val="NormalTema9"/>
            </w:pPr>
            <w:r>
              <w:rPr>
                <w:b/>
                <w:color w:val="1F4D78"/>
                <w:sz w:val="21"/>
              </w:rPr>
              <w:t xml:space="preserve">Grupo conjunto de 3 y 4 años  </w:t>
            </w:r>
            <w:r>
              <w:rPr>
                <w:sz w:val="21"/>
              </w:rPr>
              <w:t>3 años: mirar, señalar, mover la tela y realizar pocas estampaciones con apoyo. 4 años: ordenar llamada-viaje-tormenta, explicar el miedo de Jonás y controlar mejor cantidad, presión y dirección.</w:t>
            </w:r>
          </w:p>
        </w:tc>
      </w:tr>
    </w:tbl>
    <w:p w14:paraId="5ED121F7" w14:textId="77777777" w:rsidR="00612663" w:rsidRDefault="00612663">
      <w:pPr>
        <w:pStyle w:val="NormalTema9"/>
      </w:pPr>
      <w:r>
        <w:br w:type="page"/>
      </w:r>
    </w:p>
    <w:p w14:paraId="1810E237" w14:textId="77777777" w:rsidR="00612663" w:rsidRDefault="00612663">
      <w:pPr>
        <w:pStyle w:val="Ttulo1"/>
      </w:pPr>
      <w:r>
        <w:lastRenderedPageBreak/>
        <w:t>4. Sesión 2 · Dios cuida a Jonás</w:t>
      </w:r>
    </w:p>
    <w:p w14:paraId="5AC31785" w14:textId="77777777" w:rsidR="00612663" w:rsidRDefault="00612663">
      <w:pPr>
        <w:pStyle w:val="NormalTema9"/>
        <w:keepNext/>
        <w:spacing w:after="40"/>
        <w:jc w:val="center"/>
      </w:pPr>
      <w:r>
        <w:rPr>
          <w:noProof/>
        </w:rPr>
        <w:drawing>
          <wp:inline distT="0" distB="0" distL="0" distR="0" wp14:anchorId="49BF1235" wp14:editId="422A5205">
            <wp:extent cx="5623560" cy="397563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29j-59.jpg"/>
                    <pic:cNvPicPr/>
                  </pic:nvPicPr>
                  <pic:blipFill>
                    <a:blip r:embed="rId36"/>
                    <a:stretch>
                      <a:fillRect/>
                    </a:stretch>
                  </pic:blipFill>
                  <pic:spPr>
                    <a:xfrm>
                      <a:off x="0" y="0"/>
                      <a:ext cx="5623560" cy="3975630"/>
                    </a:xfrm>
                    <a:prstGeom prst="rect">
                      <a:avLst/>
                    </a:prstGeom>
                  </pic:spPr>
                </pic:pic>
              </a:graphicData>
            </a:graphic>
          </wp:inline>
        </w:drawing>
      </w:r>
    </w:p>
    <w:p w14:paraId="096A245C" w14:textId="77777777" w:rsidR="00612663" w:rsidRDefault="00612663">
      <w:pPr>
        <w:pStyle w:val="NormalTema9"/>
        <w:keepNext/>
        <w:jc w:val="center"/>
      </w:pPr>
      <w:r>
        <w:rPr>
          <w:i/>
          <w:color w:val="667788"/>
          <w:sz w:val="19"/>
        </w:rPr>
        <w:t>Ficha 29 · Estampa las escamas con plástico de burbujas y pintura azul</w:t>
      </w:r>
    </w:p>
    <w:tbl>
      <w:tblPr>
        <w:tblW w:w="10080" w:type="dxa"/>
        <w:tblInd w:w="120" w:type="dxa"/>
        <w:tblLayout w:type="fixed"/>
        <w:tblLook w:val="04A0" w:firstRow="1" w:lastRow="0" w:firstColumn="1" w:lastColumn="0" w:noHBand="0" w:noVBand="1"/>
      </w:tblPr>
      <w:tblGrid>
        <w:gridCol w:w="10080"/>
      </w:tblGrid>
      <w:tr w:rsidR="00865B4A" w14:paraId="7D5D4D87" w14:textId="77777777">
        <w:tc>
          <w:tcPr>
            <w:tcW w:w="10080" w:type="dxa"/>
            <w:shd w:val="clear" w:color="auto" w:fill="E8F3EF"/>
            <w:tcMar>
              <w:top w:w="80" w:type="dxa"/>
              <w:left w:w="120" w:type="dxa"/>
              <w:bottom w:w="80" w:type="dxa"/>
              <w:right w:w="120" w:type="dxa"/>
            </w:tcMar>
            <w:vAlign w:val="center"/>
          </w:tcPr>
          <w:p w14:paraId="48018522" w14:textId="77777777" w:rsidR="00612663" w:rsidRDefault="00612663">
            <w:pPr>
              <w:pStyle w:val="NormalTema9"/>
            </w:pPr>
            <w:r>
              <w:rPr>
                <w:b/>
                <w:color w:val="1F4D78"/>
                <w:sz w:val="21"/>
              </w:rPr>
              <w:t xml:space="preserve">Aprendizaje  </w:t>
            </w:r>
            <w:r>
              <w:rPr>
                <w:sz w:val="21"/>
              </w:rPr>
              <w:t>Descubrimos que Dios no abandona a Jonás, reconocemos la calma y la posibilidad de volver a empezar y creamos escamas mediante una nueva textura.</w:t>
            </w:r>
          </w:p>
        </w:tc>
      </w:tr>
    </w:tbl>
    <w:p w14:paraId="7F742E9F" w14:textId="77777777" w:rsidR="00612663" w:rsidRDefault="00612663">
      <w:pPr>
        <w:pStyle w:val="Ttulo2"/>
      </w:pPr>
      <w:r>
        <w:t>Preparación</w:t>
      </w:r>
    </w:p>
    <w:p w14:paraId="272D9043" w14:textId="77777777" w:rsidR="00612663" w:rsidRDefault="00612663">
      <w:pPr>
        <w:pStyle w:val="NormalTema9"/>
      </w:pPr>
      <w:r>
        <w:t>Recuperar la ficha 28 seca y reconstruir brevemente la primera parte. Preparar el gran pez, la orilla y la figura de Jonás; cortar piezas grandes de plástico de burbujas y aplicar sobre ellas poca pintura con esponja o rodillo.</w:t>
      </w:r>
    </w:p>
    <w:p w14:paraId="1A040F9E" w14:textId="77777777" w:rsidR="00612663" w:rsidRDefault="00612663">
      <w:pPr>
        <w:pStyle w:val="NormalTema9"/>
        <w:pageBreakBefore/>
      </w:pPr>
    </w:p>
    <w:p w14:paraId="28D7D97F" w14:textId="77777777" w:rsidR="00612663" w:rsidRDefault="00612663">
      <w:pPr>
        <w:pStyle w:val="Ttulo2"/>
        <w:spacing w:before="0" w:after="100"/>
      </w:pPr>
      <w:r>
        <w:t>Desarrollo orientativo</w:t>
      </w:r>
    </w:p>
    <w:p w14:paraId="7BBFA058" w14:textId="77777777" w:rsidR="00612663" w:rsidRDefault="00612663">
      <w:pPr>
        <w:pStyle w:val="NormalTema9"/>
      </w:pPr>
      <w:r>
        <w:rPr>
          <w:b/>
          <w:color w:val="1F4D78"/>
        </w:rPr>
        <w:t xml:space="preserve">Recordamos · 4-5 min  </w:t>
      </w:r>
      <w:r>
        <w:t>Ordenar con objetos: Jonás, barco y tormenta. Preguntar qué podría ayudarle ahora.</w:t>
      </w:r>
    </w:p>
    <w:p w14:paraId="01774D8D" w14:textId="77777777" w:rsidR="00612663" w:rsidRDefault="00612663">
      <w:pPr>
        <w:pStyle w:val="NormalTema9"/>
      </w:pPr>
      <w:r>
        <w:rPr>
          <w:b/>
          <w:color w:val="1F4D78"/>
        </w:rPr>
        <w:t xml:space="preserve">Narramos · 8-10 min  </w:t>
      </w:r>
      <w:r>
        <w:t>Presentar el gran pez como cuidado de Dios. Hacer una pausa de calma y terminar con la orilla, la vuelta a Nínive y la nueva oportunidad.</w:t>
      </w:r>
    </w:p>
    <w:p w14:paraId="58E6DE2E" w14:textId="77777777" w:rsidR="00612663" w:rsidRDefault="00612663">
      <w:pPr>
        <w:pStyle w:val="NormalTema9"/>
      </w:pPr>
      <w:r>
        <w:rPr>
          <w:b/>
          <w:color w:val="1F4D78"/>
        </w:rPr>
        <w:t xml:space="preserve">Exploramos · 3-5 min  </w:t>
      </w:r>
      <w:r>
        <w:t>Tocar el plástico seco, escuchar su sonido y comparar sus marcas con las del cartón ondulado.</w:t>
      </w:r>
    </w:p>
    <w:p w14:paraId="2BE68140" w14:textId="77777777" w:rsidR="00612663" w:rsidRDefault="00612663">
      <w:pPr>
        <w:pStyle w:val="NormalTema9"/>
      </w:pPr>
      <w:r>
        <w:rPr>
          <w:b/>
          <w:color w:val="1F4D78"/>
        </w:rPr>
        <w:t xml:space="preserve">Ficha · 15-20 min  </w:t>
      </w:r>
      <w:r>
        <w:t>Aplicar pintura sobre las burbujas y estampar en el cuerpo blanco del pez, sin cubrir la ventana de Jonás. Levantar despacio para descubrir la huella.</w:t>
      </w:r>
    </w:p>
    <w:p w14:paraId="44F940D4" w14:textId="77777777" w:rsidR="00612663" w:rsidRDefault="00612663">
      <w:pPr>
        <w:pStyle w:val="NormalTema9"/>
      </w:pPr>
      <w:r>
        <w:rPr>
          <w:b/>
          <w:color w:val="1F4D78"/>
        </w:rPr>
        <w:t xml:space="preserve">Oración · 1 min  </w:t>
      </w:r>
      <w:r>
        <w:t>«Dios, gracias porque me acompañas y me ayudas a volver a empezar».</w:t>
      </w:r>
    </w:p>
    <w:tbl>
      <w:tblPr>
        <w:tblW w:w="10080" w:type="dxa"/>
        <w:tblInd w:w="120" w:type="dxa"/>
        <w:tblLayout w:type="fixed"/>
        <w:tblLook w:val="04A0" w:firstRow="1" w:lastRow="0" w:firstColumn="1" w:lastColumn="0" w:noHBand="0" w:noVBand="1"/>
      </w:tblPr>
      <w:tblGrid>
        <w:gridCol w:w="1944"/>
        <w:gridCol w:w="3096"/>
        <w:gridCol w:w="5040"/>
      </w:tblGrid>
      <w:tr w:rsidR="00865B4A" w14:paraId="1F73682A" w14:textId="77777777">
        <w:trPr>
          <w:tblHeader/>
        </w:trPr>
        <w:tc>
          <w:tcPr>
            <w:tcW w:w="1944" w:type="dxa"/>
            <w:shd w:val="clear" w:color="auto" w:fill="E8EEF5"/>
            <w:tcMar>
              <w:top w:w="80" w:type="dxa"/>
              <w:left w:w="120" w:type="dxa"/>
              <w:bottom w:w="80" w:type="dxa"/>
              <w:right w:w="120" w:type="dxa"/>
            </w:tcMar>
            <w:vAlign w:val="center"/>
          </w:tcPr>
          <w:p w14:paraId="2938D0EB" w14:textId="77777777" w:rsidR="00612663" w:rsidRDefault="00612663">
            <w:pPr>
              <w:pStyle w:val="NormalTema9"/>
              <w:jc w:val="center"/>
            </w:pPr>
            <w:r>
              <w:rPr>
                <w:b/>
                <w:color w:val="1F4D78"/>
                <w:sz w:val="20"/>
              </w:rPr>
              <w:t>Espacio</w:t>
            </w:r>
          </w:p>
        </w:tc>
        <w:tc>
          <w:tcPr>
            <w:tcW w:w="3096" w:type="dxa"/>
            <w:shd w:val="clear" w:color="auto" w:fill="E8EEF5"/>
            <w:tcMar>
              <w:top w:w="80" w:type="dxa"/>
              <w:left w:w="120" w:type="dxa"/>
              <w:bottom w:w="80" w:type="dxa"/>
              <w:right w:w="120" w:type="dxa"/>
            </w:tcMar>
            <w:vAlign w:val="center"/>
          </w:tcPr>
          <w:p w14:paraId="03B3A14A" w14:textId="77777777" w:rsidR="00612663" w:rsidRDefault="00612663">
            <w:pPr>
              <w:pStyle w:val="NormalTema9"/>
              <w:jc w:val="center"/>
            </w:pPr>
            <w:r>
              <w:rPr>
                <w:b/>
                <w:color w:val="1F4D78"/>
                <w:sz w:val="20"/>
              </w:rPr>
              <w:t>Material</w:t>
            </w:r>
          </w:p>
        </w:tc>
        <w:tc>
          <w:tcPr>
            <w:tcW w:w="5040" w:type="dxa"/>
            <w:shd w:val="clear" w:color="auto" w:fill="E8EEF5"/>
            <w:tcMar>
              <w:top w:w="80" w:type="dxa"/>
              <w:left w:w="120" w:type="dxa"/>
              <w:bottom w:w="80" w:type="dxa"/>
              <w:right w:w="120" w:type="dxa"/>
            </w:tcMar>
            <w:vAlign w:val="center"/>
          </w:tcPr>
          <w:p w14:paraId="1D3F462A" w14:textId="77777777" w:rsidR="00612663" w:rsidRDefault="00612663">
            <w:pPr>
              <w:pStyle w:val="NormalTema9"/>
              <w:jc w:val="center"/>
            </w:pPr>
            <w:r>
              <w:rPr>
                <w:b/>
                <w:color w:val="1F4D78"/>
                <w:sz w:val="20"/>
              </w:rPr>
              <w:t>Propuesta</w:t>
            </w:r>
          </w:p>
        </w:tc>
      </w:tr>
      <w:tr w:rsidR="00865B4A" w14:paraId="3F7C66AC" w14:textId="77777777">
        <w:tc>
          <w:tcPr>
            <w:tcW w:w="1944" w:type="dxa"/>
            <w:tcMar>
              <w:top w:w="80" w:type="dxa"/>
              <w:left w:w="120" w:type="dxa"/>
              <w:bottom w:w="80" w:type="dxa"/>
              <w:right w:w="120" w:type="dxa"/>
            </w:tcMar>
            <w:vAlign w:val="center"/>
          </w:tcPr>
          <w:p w14:paraId="296FE1DC" w14:textId="77777777" w:rsidR="00612663" w:rsidRDefault="00612663">
            <w:pPr>
              <w:pStyle w:val="NormalTema9"/>
            </w:pPr>
            <w:r>
              <w:rPr>
                <w:b/>
                <w:color w:val="1F4D78"/>
                <w:sz w:val="19"/>
              </w:rPr>
              <w:t>Asamblea</w:t>
            </w:r>
          </w:p>
        </w:tc>
        <w:tc>
          <w:tcPr>
            <w:tcW w:w="3096" w:type="dxa"/>
            <w:tcMar>
              <w:top w:w="80" w:type="dxa"/>
              <w:left w:w="120" w:type="dxa"/>
              <w:bottom w:w="80" w:type="dxa"/>
              <w:right w:w="120" w:type="dxa"/>
            </w:tcMar>
            <w:vAlign w:val="center"/>
          </w:tcPr>
          <w:p w14:paraId="44387D27" w14:textId="77777777" w:rsidR="00612663" w:rsidRDefault="00612663">
            <w:pPr>
              <w:pStyle w:val="NormalTema9"/>
            </w:pPr>
            <w:r>
              <w:rPr>
                <w:sz w:val="19"/>
              </w:rPr>
              <w:t>Figuras del relato.</w:t>
            </w:r>
          </w:p>
        </w:tc>
        <w:tc>
          <w:tcPr>
            <w:tcW w:w="5040" w:type="dxa"/>
            <w:tcMar>
              <w:top w:w="80" w:type="dxa"/>
              <w:left w:w="120" w:type="dxa"/>
              <w:bottom w:w="80" w:type="dxa"/>
              <w:right w:w="120" w:type="dxa"/>
            </w:tcMar>
            <w:vAlign w:val="center"/>
          </w:tcPr>
          <w:p w14:paraId="46261EE7" w14:textId="77777777" w:rsidR="00612663" w:rsidRDefault="00612663">
            <w:pPr>
              <w:pStyle w:val="NormalTema9"/>
            </w:pPr>
            <w:r>
              <w:rPr>
                <w:sz w:val="19"/>
              </w:rPr>
              <w:t>Completar y ordenar la historia.</w:t>
            </w:r>
          </w:p>
        </w:tc>
      </w:tr>
      <w:tr w:rsidR="00865B4A" w14:paraId="5C9A04FE" w14:textId="77777777">
        <w:tc>
          <w:tcPr>
            <w:tcW w:w="1944" w:type="dxa"/>
            <w:tcMar>
              <w:top w:w="80" w:type="dxa"/>
              <w:left w:w="120" w:type="dxa"/>
              <w:bottom w:w="80" w:type="dxa"/>
              <w:right w:w="120" w:type="dxa"/>
            </w:tcMar>
            <w:vAlign w:val="center"/>
          </w:tcPr>
          <w:p w14:paraId="227BBDC3" w14:textId="77777777" w:rsidR="00612663" w:rsidRDefault="00612663">
            <w:pPr>
              <w:pStyle w:val="NormalTema9"/>
            </w:pPr>
            <w:r>
              <w:rPr>
                <w:b/>
                <w:color w:val="1F4D78"/>
                <w:sz w:val="19"/>
              </w:rPr>
              <w:t>Minimundo</w:t>
            </w:r>
          </w:p>
        </w:tc>
        <w:tc>
          <w:tcPr>
            <w:tcW w:w="3096" w:type="dxa"/>
            <w:tcMar>
              <w:top w:w="80" w:type="dxa"/>
              <w:left w:w="120" w:type="dxa"/>
              <w:bottom w:w="80" w:type="dxa"/>
              <w:right w:w="120" w:type="dxa"/>
            </w:tcMar>
            <w:vAlign w:val="center"/>
          </w:tcPr>
          <w:p w14:paraId="002B9D30" w14:textId="77777777" w:rsidR="00612663" w:rsidRDefault="00612663">
            <w:pPr>
              <w:pStyle w:val="NormalTema9"/>
            </w:pPr>
            <w:r>
              <w:rPr>
                <w:sz w:val="19"/>
              </w:rPr>
              <w:t>Pez, Jonás y orilla.</w:t>
            </w:r>
          </w:p>
        </w:tc>
        <w:tc>
          <w:tcPr>
            <w:tcW w:w="5040" w:type="dxa"/>
            <w:tcMar>
              <w:top w:w="80" w:type="dxa"/>
              <w:left w:w="120" w:type="dxa"/>
              <w:bottom w:w="80" w:type="dxa"/>
              <w:right w:w="120" w:type="dxa"/>
            </w:tcMar>
            <w:vAlign w:val="center"/>
          </w:tcPr>
          <w:p w14:paraId="2439E885" w14:textId="77777777" w:rsidR="00612663" w:rsidRDefault="00612663">
            <w:pPr>
              <w:pStyle w:val="NormalTema9"/>
            </w:pPr>
            <w:r>
              <w:rPr>
                <w:sz w:val="19"/>
              </w:rPr>
              <w:t>Representar cuidado y nuevo comienzo.</w:t>
            </w:r>
          </w:p>
        </w:tc>
      </w:tr>
      <w:tr w:rsidR="00865B4A" w14:paraId="2D3A6462" w14:textId="77777777">
        <w:tc>
          <w:tcPr>
            <w:tcW w:w="1944" w:type="dxa"/>
            <w:tcMar>
              <w:top w:w="80" w:type="dxa"/>
              <w:left w:w="120" w:type="dxa"/>
              <w:bottom w:w="80" w:type="dxa"/>
              <w:right w:w="120" w:type="dxa"/>
            </w:tcMar>
            <w:vAlign w:val="center"/>
          </w:tcPr>
          <w:p w14:paraId="1BBE61DD" w14:textId="77777777" w:rsidR="00612663" w:rsidRDefault="00612663">
            <w:pPr>
              <w:pStyle w:val="NormalTema9"/>
            </w:pPr>
            <w:r>
              <w:rPr>
                <w:b/>
                <w:color w:val="1F4D78"/>
                <w:sz w:val="19"/>
              </w:rPr>
              <w:t>Biblioteca</w:t>
            </w:r>
          </w:p>
        </w:tc>
        <w:tc>
          <w:tcPr>
            <w:tcW w:w="3096" w:type="dxa"/>
            <w:tcMar>
              <w:top w:w="80" w:type="dxa"/>
              <w:left w:w="120" w:type="dxa"/>
              <w:bottom w:w="80" w:type="dxa"/>
              <w:right w:w="120" w:type="dxa"/>
            </w:tcMar>
            <w:vAlign w:val="center"/>
          </w:tcPr>
          <w:p w14:paraId="71BD09BD" w14:textId="77777777" w:rsidR="00612663" w:rsidRDefault="00612663">
            <w:pPr>
              <w:pStyle w:val="NormalTema9"/>
            </w:pPr>
            <w:r>
              <w:rPr>
                <w:sz w:val="19"/>
              </w:rPr>
              <w:t>Biblia infantil.</w:t>
            </w:r>
          </w:p>
        </w:tc>
        <w:tc>
          <w:tcPr>
            <w:tcW w:w="5040" w:type="dxa"/>
            <w:tcMar>
              <w:top w:w="80" w:type="dxa"/>
              <w:left w:w="120" w:type="dxa"/>
              <w:bottom w:w="80" w:type="dxa"/>
              <w:right w:w="120" w:type="dxa"/>
            </w:tcMar>
            <w:vAlign w:val="center"/>
          </w:tcPr>
          <w:p w14:paraId="7C2B892C" w14:textId="77777777" w:rsidR="00612663" w:rsidRDefault="00612663">
            <w:pPr>
              <w:pStyle w:val="NormalTema9"/>
            </w:pPr>
            <w:r>
              <w:rPr>
                <w:sz w:val="19"/>
              </w:rPr>
              <w:t>Buscar la imagen de Jonás.</w:t>
            </w:r>
          </w:p>
        </w:tc>
      </w:tr>
      <w:tr w:rsidR="00865B4A" w14:paraId="4615C683" w14:textId="77777777">
        <w:tc>
          <w:tcPr>
            <w:tcW w:w="1944" w:type="dxa"/>
            <w:tcMar>
              <w:top w:w="80" w:type="dxa"/>
              <w:left w:w="120" w:type="dxa"/>
              <w:bottom w:w="80" w:type="dxa"/>
              <w:right w:w="120" w:type="dxa"/>
            </w:tcMar>
            <w:vAlign w:val="center"/>
          </w:tcPr>
          <w:p w14:paraId="3429BFC5" w14:textId="77777777" w:rsidR="00612663" w:rsidRDefault="00612663">
            <w:pPr>
              <w:pStyle w:val="NormalTema9"/>
            </w:pPr>
            <w:r>
              <w:rPr>
                <w:b/>
                <w:color w:val="1F4D78"/>
                <w:sz w:val="19"/>
              </w:rPr>
              <w:t>Sensorial</w:t>
            </w:r>
          </w:p>
        </w:tc>
        <w:tc>
          <w:tcPr>
            <w:tcW w:w="3096" w:type="dxa"/>
            <w:tcMar>
              <w:top w:w="80" w:type="dxa"/>
              <w:left w:w="120" w:type="dxa"/>
              <w:bottom w:w="80" w:type="dxa"/>
              <w:right w:w="120" w:type="dxa"/>
            </w:tcMar>
            <w:vAlign w:val="center"/>
          </w:tcPr>
          <w:p w14:paraId="40AEBCF0" w14:textId="77777777" w:rsidR="00612663" w:rsidRDefault="00612663">
            <w:pPr>
              <w:pStyle w:val="NormalTema9"/>
            </w:pPr>
            <w:r>
              <w:rPr>
                <w:sz w:val="19"/>
              </w:rPr>
              <w:t>Cartón y burbujas.</w:t>
            </w:r>
          </w:p>
        </w:tc>
        <w:tc>
          <w:tcPr>
            <w:tcW w:w="5040" w:type="dxa"/>
            <w:tcMar>
              <w:top w:w="80" w:type="dxa"/>
              <w:left w:w="120" w:type="dxa"/>
              <w:bottom w:w="80" w:type="dxa"/>
              <w:right w:w="120" w:type="dxa"/>
            </w:tcMar>
            <w:vAlign w:val="center"/>
          </w:tcPr>
          <w:p w14:paraId="0A930AE6" w14:textId="77777777" w:rsidR="00612663" w:rsidRDefault="00612663">
            <w:pPr>
              <w:pStyle w:val="NormalTema9"/>
            </w:pPr>
            <w:r>
              <w:rPr>
                <w:sz w:val="19"/>
              </w:rPr>
              <w:t>Comparar textura, sonido y huella.</w:t>
            </w:r>
          </w:p>
        </w:tc>
      </w:tr>
    </w:tbl>
    <w:p w14:paraId="4C6D68D4" w14:textId="77777777" w:rsidR="00612663" w:rsidRDefault="00612663">
      <w:pPr>
        <w:pStyle w:val="Ttulo2"/>
      </w:pPr>
      <w:r>
        <w:t>Qué observar</w:t>
      </w:r>
    </w:p>
    <w:p w14:paraId="1C5B73AB" w14:textId="77777777" w:rsidR="00612663" w:rsidRDefault="00612663">
      <w:pPr>
        <w:pStyle w:val="NormalTema9"/>
      </w:pPr>
      <w:r>
        <w:t>Si reconoce al gran pez y a Jonás, expresa con palabras o gestos que Dios lo cuida, diferencia miedo y calma, ordena algún momento, explora la nueva textura y evita cubrir la figura central con apoyo.</w:t>
      </w:r>
    </w:p>
    <w:tbl>
      <w:tblPr>
        <w:tblW w:w="10080" w:type="dxa"/>
        <w:tblInd w:w="120" w:type="dxa"/>
        <w:tblLayout w:type="fixed"/>
        <w:tblLook w:val="04A0" w:firstRow="1" w:lastRow="0" w:firstColumn="1" w:lastColumn="0" w:noHBand="0" w:noVBand="1"/>
      </w:tblPr>
      <w:tblGrid>
        <w:gridCol w:w="10080"/>
      </w:tblGrid>
      <w:tr w:rsidR="00865B4A" w14:paraId="41F5B920" w14:textId="77777777">
        <w:tc>
          <w:tcPr>
            <w:tcW w:w="10080" w:type="dxa"/>
            <w:shd w:val="clear" w:color="auto" w:fill="FFF2CC"/>
            <w:tcMar>
              <w:top w:w="80" w:type="dxa"/>
              <w:left w:w="120" w:type="dxa"/>
              <w:bottom w:w="80" w:type="dxa"/>
              <w:right w:w="120" w:type="dxa"/>
            </w:tcMar>
            <w:vAlign w:val="center"/>
          </w:tcPr>
          <w:p w14:paraId="7B713B1D" w14:textId="77777777" w:rsidR="00612663" w:rsidRDefault="00612663">
            <w:pPr>
              <w:pStyle w:val="NormalTema9"/>
            </w:pPr>
            <w:r>
              <w:rPr>
                <w:b/>
                <w:color w:val="1F4D78"/>
                <w:sz w:val="21"/>
              </w:rPr>
              <w:t xml:space="preserve">Sin exigir memorización  </w:t>
            </w:r>
            <w:r>
              <w:rPr>
                <w:sz w:val="21"/>
              </w:rPr>
              <w:t>A los 3 años basta con reconocer personajes y reconstruir dos o tres momentos mediante objetos. Se valora la comprensión del cuidado y del nuevo comienzo, no repetir el relato literalmente.</w:t>
            </w:r>
          </w:p>
        </w:tc>
      </w:tr>
      <w:tr w:rsidR="00865B4A" w14:paraId="4BA54097" w14:textId="77777777">
        <w:tc>
          <w:tcPr>
            <w:tcW w:w="10080" w:type="dxa"/>
            <w:shd w:val="clear" w:color="auto" w:fill="E8EEF5"/>
            <w:tcMar>
              <w:top w:w="80" w:type="dxa"/>
              <w:left w:w="120" w:type="dxa"/>
              <w:bottom w:w="80" w:type="dxa"/>
              <w:right w:w="120" w:type="dxa"/>
            </w:tcMar>
            <w:vAlign w:val="center"/>
          </w:tcPr>
          <w:p w14:paraId="0ACBE88E" w14:textId="77777777" w:rsidR="00612663" w:rsidRDefault="00612663">
            <w:pPr>
              <w:pStyle w:val="NormalTema9"/>
            </w:pPr>
            <w:r>
              <w:rPr>
                <w:b/>
                <w:color w:val="1F4D78"/>
                <w:sz w:val="21"/>
              </w:rPr>
              <w:t xml:space="preserve">Grupo conjunto de 3 y 4 años  </w:t>
            </w:r>
            <w:r>
              <w:rPr>
                <w:sz w:val="21"/>
              </w:rPr>
              <w:t>3 años: señalar, colocar al personaje a salvo y estampar con ayuda. 4 años: completar más momentos, incluir Nínive y explicar con una frase qué aprende Jonás.</w:t>
            </w:r>
          </w:p>
        </w:tc>
      </w:tr>
    </w:tbl>
    <w:p w14:paraId="1DABB2C1" w14:textId="77777777" w:rsidR="00612663" w:rsidRDefault="00612663">
      <w:pPr>
        <w:pStyle w:val="NormalTema9"/>
      </w:pPr>
      <w:r>
        <w:br w:type="page"/>
      </w:r>
    </w:p>
    <w:p w14:paraId="5EF55E0B" w14:textId="77777777" w:rsidR="00612663" w:rsidRDefault="00612663">
      <w:pPr>
        <w:pStyle w:val="Ttulo1"/>
      </w:pPr>
      <w:r>
        <w:lastRenderedPageBreak/>
        <w:t>5. Organización acumulativa de los espacios</w:t>
      </w:r>
    </w:p>
    <w:tbl>
      <w:tblPr>
        <w:tblW w:w="10080" w:type="dxa"/>
        <w:tblInd w:w="120" w:type="dxa"/>
        <w:tblLayout w:type="fixed"/>
        <w:tblLook w:val="04A0" w:firstRow="1" w:lastRow="0" w:firstColumn="1" w:lastColumn="0" w:noHBand="0" w:noVBand="1"/>
      </w:tblPr>
      <w:tblGrid>
        <w:gridCol w:w="1440"/>
        <w:gridCol w:w="3888"/>
        <w:gridCol w:w="4752"/>
      </w:tblGrid>
      <w:tr w:rsidR="00865B4A" w14:paraId="0F16CFCA" w14:textId="77777777">
        <w:trPr>
          <w:tblHeader/>
        </w:trPr>
        <w:tc>
          <w:tcPr>
            <w:tcW w:w="1440" w:type="dxa"/>
            <w:shd w:val="clear" w:color="auto" w:fill="E8EEF5"/>
            <w:tcMar>
              <w:top w:w="80" w:type="dxa"/>
              <w:left w:w="120" w:type="dxa"/>
              <w:bottom w:w="80" w:type="dxa"/>
              <w:right w:w="120" w:type="dxa"/>
            </w:tcMar>
            <w:vAlign w:val="center"/>
          </w:tcPr>
          <w:p w14:paraId="0625B43A" w14:textId="77777777" w:rsidR="00612663" w:rsidRDefault="00612663">
            <w:pPr>
              <w:pStyle w:val="NormalTema9"/>
              <w:jc w:val="center"/>
            </w:pPr>
            <w:r>
              <w:rPr>
                <w:b/>
                <w:color w:val="1F4D78"/>
                <w:sz w:val="20"/>
              </w:rPr>
              <w:t>Sesión</w:t>
            </w:r>
          </w:p>
        </w:tc>
        <w:tc>
          <w:tcPr>
            <w:tcW w:w="3888" w:type="dxa"/>
            <w:shd w:val="clear" w:color="auto" w:fill="E8EEF5"/>
            <w:tcMar>
              <w:top w:w="80" w:type="dxa"/>
              <w:left w:w="120" w:type="dxa"/>
              <w:bottom w:w="80" w:type="dxa"/>
              <w:right w:w="120" w:type="dxa"/>
            </w:tcMar>
            <w:vAlign w:val="center"/>
          </w:tcPr>
          <w:p w14:paraId="6F7FBB95" w14:textId="77777777" w:rsidR="00612663" w:rsidRDefault="00612663">
            <w:pPr>
              <w:pStyle w:val="NormalTema9"/>
              <w:jc w:val="center"/>
            </w:pPr>
            <w:r>
              <w:rPr>
                <w:b/>
                <w:color w:val="1F4D78"/>
                <w:sz w:val="20"/>
              </w:rPr>
              <w:t>Permanece</w:t>
            </w:r>
          </w:p>
        </w:tc>
        <w:tc>
          <w:tcPr>
            <w:tcW w:w="4752" w:type="dxa"/>
            <w:shd w:val="clear" w:color="auto" w:fill="E8EEF5"/>
            <w:tcMar>
              <w:top w:w="80" w:type="dxa"/>
              <w:left w:w="120" w:type="dxa"/>
              <w:bottom w:w="80" w:type="dxa"/>
              <w:right w:w="120" w:type="dxa"/>
            </w:tcMar>
            <w:vAlign w:val="center"/>
          </w:tcPr>
          <w:p w14:paraId="124C2AE8" w14:textId="77777777" w:rsidR="00612663" w:rsidRDefault="00612663">
            <w:pPr>
              <w:pStyle w:val="NormalTema9"/>
              <w:jc w:val="center"/>
            </w:pPr>
            <w:r>
              <w:rPr>
                <w:b/>
                <w:color w:val="1F4D78"/>
                <w:sz w:val="20"/>
              </w:rPr>
              <w:t>Novedad</w:t>
            </w:r>
          </w:p>
        </w:tc>
      </w:tr>
      <w:tr w:rsidR="00865B4A" w14:paraId="7C993A82" w14:textId="77777777">
        <w:tc>
          <w:tcPr>
            <w:tcW w:w="1440" w:type="dxa"/>
            <w:tcMar>
              <w:top w:w="80" w:type="dxa"/>
              <w:left w:w="120" w:type="dxa"/>
              <w:bottom w:w="80" w:type="dxa"/>
              <w:right w:w="120" w:type="dxa"/>
            </w:tcMar>
            <w:vAlign w:val="center"/>
          </w:tcPr>
          <w:p w14:paraId="792E3320" w14:textId="77777777" w:rsidR="00612663" w:rsidRDefault="00612663">
            <w:pPr>
              <w:pStyle w:val="NormalTema9"/>
            </w:pPr>
            <w:r>
              <w:rPr>
                <w:b/>
                <w:color w:val="1F4D78"/>
                <w:sz w:val="19"/>
              </w:rPr>
              <w:t>1</w:t>
            </w:r>
          </w:p>
        </w:tc>
        <w:tc>
          <w:tcPr>
            <w:tcW w:w="3888" w:type="dxa"/>
            <w:tcMar>
              <w:top w:w="80" w:type="dxa"/>
              <w:left w:w="120" w:type="dxa"/>
              <w:bottom w:w="80" w:type="dxa"/>
              <w:right w:w="120" w:type="dxa"/>
            </w:tcMar>
            <w:vAlign w:val="center"/>
          </w:tcPr>
          <w:p w14:paraId="7C6C3C0C" w14:textId="77777777" w:rsidR="00612663" w:rsidRDefault="00612663">
            <w:pPr>
              <w:pStyle w:val="NormalTema9"/>
            </w:pPr>
            <w:r>
              <w:rPr>
                <w:sz w:val="19"/>
              </w:rPr>
              <w:t>Tela azul, barco y Jonás.</w:t>
            </w:r>
          </w:p>
        </w:tc>
        <w:tc>
          <w:tcPr>
            <w:tcW w:w="4752" w:type="dxa"/>
            <w:tcMar>
              <w:top w:w="80" w:type="dxa"/>
              <w:left w:w="120" w:type="dxa"/>
              <w:bottom w:w="80" w:type="dxa"/>
              <w:right w:w="120" w:type="dxa"/>
            </w:tcMar>
            <w:vAlign w:val="center"/>
          </w:tcPr>
          <w:p w14:paraId="5F488813" w14:textId="77777777" w:rsidR="00612663" w:rsidRDefault="00612663">
            <w:pPr>
              <w:pStyle w:val="NormalTema9"/>
            </w:pPr>
            <w:r>
              <w:rPr>
                <w:sz w:val="19"/>
              </w:rPr>
              <w:t>Tormenta, emociones y cartón ondulado.</w:t>
            </w:r>
          </w:p>
        </w:tc>
      </w:tr>
      <w:tr w:rsidR="00865B4A" w14:paraId="50C71E0D" w14:textId="77777777">
        <w:tc>
          <w:tcPr>
            <w:tcW w:w="1440" w:type="dxa"/>
            <w:tcMar>
              <w:top w:w="80" w:type="dxa"/>
              <w:left w:w="120" w:type="dxa"/>
              <w:bottom w:w="80" w:type="dxa"/>
              <w:right w:w="120" w:type="dxa"/>
            </w:tcMar>
            <w:vAlign w:val="center"/>
          </w:tcPr>
          <w:p w14:paraId="1D6685DD" w14:textId="77777777" w:rsidR="00612663" w:rsidRDefault="00612663">
            <w:pPr>
              <w:pStyle w:val="NormalTema9"/>
            </w:pPr>
            <w:r>
              <w:rPr>
                <w:b/>
                <w:color w:val="1F4D78"/>
                <w:sz w:val="19"/>
              </w:rPr>
              <w:t>2</w:t>
            </w:r>
          </w:p>
        </w:tc>
        <w:tc>
          <w:tcPr>
            <w:tcW w:w="3888" w:type="dxa"/>
            <w:tcMar>
              <w:top w:w="80" w:type="dxa"/>
              <w:left w:w="120" w:type="dxa"/>
              <w:bottom w:w="80" w:type="dxa"/>
              <w:right w:w="120" w:type="dxa"/>
            </w:tcMar>
            <w:vAlign w:val="center"/>
          </w:tcPr>
          <w:p w14:paraId="012A33D9" w14:textId="77777777" w:rsidR="00612663" w:rsidRDefault="00612663">
            <w:pPr>
              <w:pStyle w:val="NormalTema9"/>
            </w:pPr>
            <w:r>
              <w:rPr>
                <w:sz w:val="19"/>
              </w:rPr>
              <w:t>Relato y ficha 28.</w:t>
            </w:r>
          </w:p>
        </w:tc>
        <w:tc>
          <w:tcPr>
            <w:tcW w:w="4752" w:type="dxa"/>
            <w:tcMar>
              <w:top w:w="80" w:type="dxa"/>
              <w:left w:w="120" w:type="dxa"/>
              <w:bottom w:w="80" w:type="dxa"/>
              <w:right w:w="120" w:type="dxa"/>
            </w:tcMar>
            <w:vAlign w:val="center"/>
          </w:tcPr>
          <w:p w14:paraId="4B13C706" w14:textId="77777777" w:rsidR="00612663" w:rsidRDefault="00612663">
            <w:pPr>
              <w:pStyle w:val="NormalTema9"/>
            </w:pPr>
            <w:r>
              <w:rPr>
                <w:sz w:val="19"/>
              </w:rPr>
              <w:t>Gran pez, orilla, burbujas y nuevo comienzo.</w:t>
            </w:r>
          </w:p>
        </w:tc>
      </w:tr>
    </w:tbl>
    <w:p w14:paraId="01D8BB1C" w14:textId="77777777" w:rsidR="00612663" w:rsidRDefault="00612663">
      <w:pPr>
        <w:pStyle w:val="Ttulo1"/>
      </w:pPr>
      <w:r>
        <w:t>6. Evaluación del tema</w:t>
      </w:r>
    </w:p>
    <w:p w14:paraId="728EC13D" w14:textId="77777777" w:rsidR="00612663" w:rsidRDefault="00612663">
      <w:pPr>
        <w:pStyle w:val="NormalTema9"/>
      </w:pPr>
      <w:r>
        <w:t>La evaluación es global, continua y basada en la observación. Se atiende a la comprensión progresiva, la expresión emocional, la participación, la experimentación y el cuidado de los materiales; no a la perfección de las estampaciones.</w:t>
      </w:r>
    </w:p>
    <w:tbl>
      <w:tblPr>
        <w:tblW w:w="10080" w:type="dxa"/>
        <w:tblInd w:w="120" w:type="dxa"/>
        <w:tblLayout w:type="fixed"/>
        <w:tblLook w:val="04A0" w:firstRow="1" w:lastRow="0" w:firstColumn="1" w:lastColumn="0" w:noHBand="0" w:noVBand="1"/>
      </w:tblPr>
      <w:tblGrid>
        <w:gridCol w:w="2160"/>
        <w:gridCol w:w="7920"/>
      </w:tblGrid>
      <w:tr w:rsidR="00865B4A" w14:paraId="6328669F" w14:textId="77777777">
        <w:tc>
          <w:tcPr>
            <w:tcW w:w="2160" w:type="dxa"/>
            <w:shd w:val="clear" w:color="auto" w:fill="E8EEF5"/>
            <w:tcMar>
              <w:top w:w="80" w:type="dxa"/>
              <w:left w:w="120" w:type="dxa"/>
              <w:bottom w:w="80" w:type="dxa"/>
              <w:right w:w="120" w:type="dxa"/>
            </w:tcMar>
            <w:vAlign w:val="center"/>
          </w:tcPr>
          <w:p w14:paraId="69983779" w14:textId="77777777" w:rsidR="00612663" w:rsidRDefault="00612663">
            <w:pPr>
              <w:pStyle w:val="NormalTema9"/>
            </w:pPr>
            <w:r>
              <w:rPr>
                <w:b/>
                <w:color w:val="1F4D78"/>
                <w:sz w:val="20"/>
              </w:rPr>
              <w:t>Relato</w:t>
            </w:r>
          </w:p>
        </w:tc>
        <w:tc>
          <w:tcPr>
            <w:tcW w:w="7920" w:type="dxa"/>
            <w:tcMar>
              <w:top w:w="80" w:type="dxa"/>
              <w:left w:w="120" w:type="dxa"/>
              <w:bottom w:w="80" w:type="dxa"/>
              <w:right w:w="120" w:type="dxa"/>
            </w:tcMar>
            <w:vAlign w:val="center"/>
          </w:tcPr>
          <w:p w14:paraId="0F950689" w14:textId="77777777" w:rsidR="00612663" w:rsidRDefault="00612663">
            <w:pPr>
              <w:pStyle w:val="NormalTema9"/>
            </w:pPr>
            <w:r>
              <w:rPr>
                <w:sz w:val="20"/>
              </w:rPr>
              <w:t>Reconoce a Jonás, el barco, la tormenta y el gran pez.</w:t>
            </w:r>
          </w:p>
        </w:tc>
      </w:tr>
      <w:tr w:rsidR="00865B4A" w14:paraId="17AE8ABD" w14:textId="77777777">
        <w:tc>
          <w:tcPr>
            <w:tcW w:w="2160" w:type="dxa"/>
            <w:shd w:val="clear" w:color="auto" w:fill="E8EEF5"/>
            <w:tcMar>
              <w:top w:w="80" w:type="dxa"/>
              <w:left w:w="120" w:type="dxa"/>
              <w:bottom w:w="80" w:type="dxa"/>
              <w:right w:w="120" w:type="dxa"/>
            </w:tcMar>
            <w:vAlign w:val="center"/>
          </w:tcPr>
          <w:p w14:paraId="1FF5CC16" w14:textId="77777777" w:rsidR="00612663" w:rsidRDefault="00612663">
            <w:pPr>
              <w:pStyle w:val="NormalTema9"/>
            </w:pPr>
            <w:r>
              <w:rPr>
                <w:b/>
                <w:color w:val="1F4D78"/>
                <w:sz w:val="20"/>
              </w:rPr>
              <w:t>Secuencia</w:t>
            </w:r>
          </w:p>
        </w:tc>
        <w:tc>
          <w:tcPr>
            <w:tcW w:w="7920" w:type="dxa"/>
            <w:tcMar>
              <w:top w:w="80" w:type="dxa"/>
              <w:left w:w="120" w:type="dxa"/>
              <w:bottom w:w="80" w:type="dxa"/>
              <w:right w:w="120" w:type="dxa"/>
            </w:tcMar>
            <w:vAlign w:val="center"/>
          </w:tcPr>
          <w:p w14:paraId="33A3382B" w14:textId="77777777" w:rsidR="00612663" w:rsidRDefault="00612663">
            <w:pPr>
              <w:pStyle w:val="NormalTema9"/>
            </w:pPr>
            <w:r>
              <w:rPr>
                <w:sz w:val="20"/>
              </w:rPr>
              <w:t>Ordena dos o más momentos con objetos o imágenes.</w:t>
            </w:r>
          </w:p>
        </w:tc>
      </w:tr>
      <w:tr w:rsidR="00865B4A" w14:paraId="3E2D39FE" w14:textId="77777777">
        <w:tc>
          <w:tcPr>
            <w:tcW w:w="2160" w:type="dxa"/>
            <w:shd w:val="clear" w:color="auto" w:fill="E8EEF5"/>
            <w:tcMar>
              <w:top w:w="80" w:type="dxa"/>
              <w:left w:w="120" w:type="dxa"/>
              <w:bottom w:w="80" w:type="dxa"/>
              <w:right w:w="120" w:type="dxa"/>
            </w:tcMar>
            <w:vAlign w:val="center"/>
          </w:tcPr>
          <w:p w14:paraId="1E0D2238" w14:textId="77777777" w:rsidR="00612663" w:rsidRDefault="00612663">
            <w:pPr>
              <w:pStyle w:val="NormalTema9"/>
            </w:pPr>
            <w:r>
              <w:rPr>
                <w:b/>
                <w:color w:val="1F4D78"/>
                <w:sz w:val="20"/>
              </w:rPr>
              <w:t>Sentido</w:t>
            </w:r>
          </w:p>
        </w:tc>
        <w:tc>
          <w:tcPr>
            <w:tcW w:w="7920" w:type="dxa"/>
            <w:tcMar>
              <w:top w:w="80" w:type="dxa"/>
              <w:left w:w="120" w:type="dxa"/>
              <w:bottom w:w="80" w:type="dxa"/>
              <w:right w:w="120" w:type="dxa"/>
            </w:tcMar>
            <w:vAlign w:val="center"/>
          </w:tcPr>
          <w:p w14:paraId="78E6829A" w14:textId="77777777" w:rsidR="00612663" w:rsidRDefault="00612663">
            <w:pPr>
              <w:pStyle w:val="NormalTema9"/>
            </w:pPr>
            <w:r>
              <w:rPr>
                <w:sz w:val="20"/>
              </w:rPr>
              <w:t>Comprende mediante palabra, gesto o acción que Dios cuida y ofrece otra oportunidad.</w:t>
            </w:r>
          </w:p>
        </w:tc>
      </w:tr>
      <w:tr w:rsidR="00865B4A" w14:paraId="08CBFF95" w14:textId="77777777">
        <w:tc>
          <w:tcPr>
            <w:tcW w:w="2160" w:type="dxa"/>
            <w:shd w:val="clear" w:color="auto" w:fill="E8EEF5"/>
            <w:tcMar>
              <w:top w:w="80" w:type="dxa"/>
              <w:left w:w="120" w:type="dxa"/>
              <w:bottom w:w="80" w:type="dxa"/>
              <w:right w:w="120" w:type="dxa"/>
            </w:tcMar>
            <w:vAlign w:val="center"/>
          </w:tcPr>
          <w:p w14:paraId="68169C6A" w14:textId="77777777" w:rsidR="00612663" w:rsidRDefault="00612663">
            <w:pPr>
              <w:pStyle w:val="NormalTema9"/>
            </w:pPr>
            <w:r>
              <w:rPr>
                <w:b/>
                <w:color w:val="1F4D78"/>
                <w:sz w:val="20"/>
              </w:rPr>
              <w:t>Emociones</w:t>
            </w:r>
          </w:p>
        </w:tc>
        <w:tc>
          <w:tcPr>
            <w:tcW w:w="7920" w:type="dxa"/>
            <w:tcMar>
              <w:top w:w="80" w:type="dxa"/>
              <w:left w:w="120" w:type="dxa"/>
              <w:bottom w:w="80" w:type="dxa"/>
              <w:right w:w="120" w:type="dxa"/>
            </w:tcMar>
            <w:vAlign w:val="center"/>
          </w:tcPr>
          <w:p w14:paraId="467B71DD" w14:textId="77777777" w:rsidR="00612663" w:rsidRDefault="00612663">
            <w:pPr>
              <w:pStyle w:val="NormalTema9"/>
            </w:pPr>
            <w:r>
              <w:rPr>
                <w:sz w:val="20"/>
              </w:rPr>
              <w:t>Identifica o comunica miedo, calma, confianza o alegría.</w:t>
            </w:r>
          </w:p>
        </w:tc>
      </w:tr>
      <w:tr w:rsidR="00865B4A" w14:paraId="2B7B2639" w14:textId="77777777">
        <w:tc>
          <w:tcPr>
            <w:tcW w:w="2160" w:type="dxa"/>
            <w:shd w:val="clear" w:color="auto" w:fill="E8EEF5"/>
            <w:tcMar>
              <w:top w:w="80" w:type="dxa"/>
              <w:left w:w="120" w:type="dxa"/>
              <w:bottom w:w="80" w:type="dxa"/>
              <w:right w:w="120" w:type="dxa"/>
            </w:tcMar>
            <w:vAlign w:val="center"/>
          </w:tcPr>
          <w:p w14:paraId="1518B7DF" w14:textId="77777777" w:rsidR="00612663" w:rsidRDefault="00612663">
            <w:pPr>
              <w:pStyle w:val="NormalTema9"/>
            </w:pPr>
            <w:r>
              <w:rPr>
                <w:b/>
                <w:color w:val="1F4D78"/>
                <w:sz w:val="20"/>
              </w:rPr>
              <w:t>Expresión</w:t>
            </w:r>
          </w:p>
        </w:tc>
        <w:tc>
          <w:tcPr>
            <w:tcW w:w="7920" w:type="dxa"/>
            <w:tcMar>
              <w:top w:w="80" w:type="dxa"/>
              <w:left w:w="120" w:type="dxa"/>
              <w:bottom w:w="80" w:type="dxa"/>
              <w:right w:w="120" w:type="dxa"/>
            </w:tcMar>
            <w:vAlign w:val="center"/>
          </w:tcPr>
          <w:p w14:paraId="70529716" w14:textId="77777777" w:rsidR="00612663" w:rsidRDefault="00612663">
            <w:pPr>
              <w:pStyle w:val="NormalTema9"/>
            </w:pPr>
            <w:r>
              <w:rPr>
                <w:sz w:val="20"/>
              </w:rPr>
              <w:t>Explora cartón y plástico de burbujas y produce huellas diferentes.</w:t>
            </w:r>
          </w:p>
        </w:tc>
      </w:tr>
      <w:tr w:rsidR="00865B4A" w14:paraId="3E16D0B9" w14:textId="77777777">
        <w:tc>
          <w:tcPr>
            <w:tcW w:w="2160" w:type="dxa"/>
            <w:shd w:val="clear" w:color="auto" w:fill="E8EEF5"/>
            <w:tcMar>
              <w:top w:w="80" w:type="dxa"/>
              <w:left w:w="120" w:type="dxa"/>
              <w:bottom w:w="80" w:type="dxa"/>
              <w:right w:w="120" w:type="dxa"/>
            </w:tcMar>
            <w:vAlign w:val="center"/>
          </w:tcPr>
          <w:p w14:paraId="2E761CAB" w14:textId="77777777" w:rsidR="00612663" w:rsidRDefault="00612663">
            <w:pPr>
              <w:pStyle w:val="NormalTema9"/>
            </w:pPr>
            <w:r>
              <w:rPr>
                <w:b/>
                <w:color w:val="1F4D78"/>
                <w:sz w:val="20"/>
              </w:rPr>
              <w:t>Autonomía</w:t>
            </w:r>
          </w:p>
        </w:tc>
        <w:tc>
          <w:tcPr>
            <w:tcW w:w="7920" w:type="dxa"/>
            <w:tcMar>
              <w:top w:w="80" w:type="dxa"/>
              <w:left w:w="120" w:type="dxa"/>
              <w:bottom w:w="80" w:type="dxa"/>
              <w:right w:w="120" w:type="dxa"/>
            </w:tcMar>
            <w:vAlign w:val="center"/>
          </w:tcPr>
          <w:p w14:paraId="04369C4C" w14:textId="77777777" w:rsidR="00612663" w:rsidRDefault="00612663">
            <w:pPr>
              <w:pStyle w:val="NormalTema9"/>
            </w:pPr>
            <w:r>
              <w:rPr>
                <w:sz w:val="20"/>
              </w:rPr>
              <w:t>Sigue indicaciones, pide ayuda y recoge según sus posibilidades.</w:t>
            </w:r>
          </w:p>
        </w:tc>
      </w:tr>
      <w:tr w:rsidR="00865B4A" w14:paraId="006B3FF0" w14:textId="77777777">
        <w:tc>
          <w:tcPr>
            <w:tcW w:w="2160" w:type="dxa"/>
            <w:shd w:val="clear" w:color="auto" w:fill="E8EEF5"/>
            <w:tcMar>
              <w:top w:w="80" w:type="dxa"/>
              <w:left w:w="120" w:type="dxa"/>
              <w:bottom w:w="80" w:type="dxa"/>
              <w:right w:w="120" w:type="dxa"/>
            </w:tcMar>
            <w:vAlign w:val="center"/>
          </w:tcPr>
          <w:p w14:paraId="0C521D21" w14:textId="77777777" w:rsidR="00612663" w:rsidRDefault="00612663">
            <w:pPr>
              <w:pStyle w:val="NormalTema9"/>
            </w:pPr>
            <w:r>
              <w:rPr>
                <w:b/>
                <w:color w:val="1F4D78"/>
                <w:sz w:val="20"/>
              </w:rPr>
              <w:t>Interioridad</w:t>
            </w:r>
          </w:p>
        </w:tc>
        <w:tc>
          <w:tcPr>
            <w:tcW w:w="7920" w:type="dxa"/>
            <w:tcMar>
              <w:top w:w="80" w:type="dxa"/>
              <w:left w:w="120" w:type="dxa"/>
              <w:bottom w:w="80" w:type="dxa"/>
              <w:right w:w="120" w:type="dxa"/>
            </w:tcMar>
            <w:vAlign w:val="center"/>
          </w:tcPr>
          <w:p w14:paraId="45343F3F" w14:textId="77777777" w:rsidR="00612663" w:rsidRDefault="00612663">
            <w:pPr>
              <w:pStyle w:val="NormalTema9"/>
            </w:pPr>
            <w:r>
              <w:rPr>
                <w:sz w:val="20"/>
              </w:rPr>
              <w:t>Participa libremente en una pausa, gesto o frase religiosa.</w:t>
            </w:r>
          </w:p>
        </w:tc>
      </w:tr>
    </w:tbl>
    <w:p w14:paraId="2D808AD1" w14:textId="77777777" w:rsidR="00612663" w:rsidRDefault="00612663">
      <w:pPr>
        <w:pStyle w:val="Ttulo2"/>
      </w:pPr>
      <w:r>
        <w:t>Cierre del tema</w:t>
      </w:r>
    </w:p>
    <w:p w14:paraId="375A4959" w14:textId="77777777" w:rsidR="00612663" w:rsidRDefault="00612663">
      <w:pPr>
        <w:pStyle w:val="NormalTema9"/>
      </w:pPr>
      <w:r>
        <w:t>Colocar las fichas 28 y 29 juntas, reconstruir el relato con cuatro objetos y pedir que cada niño elija el momento que más le gusta. Finalizar diciendo: «Dios nos acompaña y siempre podemos volver a empezar».</w:t>
      </w:r>
    </w:p>
    <w:p w14:paraId="1DBC9D02" w14:textId="77777777" w:rsidR="00612663" w:rsidRDefault="00612663">
      <w:pPr>
        <w:pStyle w:val="NormalTema9"/>
      </w:pPr>
      <w:r>
        <w:br w:type="page"/>
      </w:r>
    </w:p>
    <w:p w14:paraId="67E02466" w14:textId="77777777" w:rsidR="00612663" w:rsidRDefault="00612663">
      <w:pPr>
        <w:pStyle w:val="Ttulo1"/>
        <w:spacing w:before="0" w:after="60"/>
      </w:pPr>
      <w:r>
        <w:lastRenderedPageBreak/>
        <w:t>Registro breve de observación</w:t>
      </w:r>
    </w:p>
    <w:p w14:paraId="1CE1529F" w14:textId="77777777" w:rsidR="00612663" w:rsidRDefault="00612663">
      <w:pPr>
        <w:pStyle w:val="NormalTema9"/>
        <w:spacing w:after="160"/>
      </w:pPr>
      <w:r>
        <w:t>Marcar con una fecha, palabra breve o signo propio. No es necesario completar todas las casillas en una sola sesión.</w:t>
      </w:r>
    </w:p>
    <w:tbl>
      <w:tblPr>
        <w:tblW w:w="10076" w:type="dxa"/>
        <w:tblInd w:w="120" w:type="dxa"/>
        <w:tblBorders>
          <w:top w:val="single" w:sz="6" w:space="0" w:color="C9D9E8"/>
          <w:left w:val="single" w:sz="6" w:space="0" w:color="C9D9E8"/>
          <w:bottom w:val="single" w:sz="6" w:space="0" w:color="C9D9E8"/>
          <w:right w:val="single" w:sz="6" w:space="0" w:color="C9D9E8"/>
          <w:insideH w:val="single" w:sz="6" w:space="0" w:color="C9D9E8"/>
          <w:insideV w:val="single" w:sz="6" w:space="0" w:color="C9D9E8"/>
        </w:tblBorders>
        <w:tblLayout w:type="fixed"/>
        <w:tblLook w:val="04A0" w:firstRow="1" w:lastRow="0" w:firstColumn="1" w:lastColumn="0" w:noHBand="0" w:noVBand="1"/>
      </w:tblPr>
      <w:tblGrid>
        <w:gridCol w:w="1800"/>
        <w:gridCol w:w="1036"/>
        <w:gridCol w:w="1123"/>
        <w:gridCol w:w="1036"/>
        <w:gridCol w:w="1036"/>
        <w:gridCol w:w="1036"/>
        <w:gridCol w:w="1123"/>
        <w:gridCol w:w="1886"/>
      </w:tblGrid>
      <w:tr w:rsidR="00865B4A" w14:paraId="58F2A265" w14:textId="77777777">
        <w:trPr>
          <w:tblHeader/>
        </w:trPr>
        <w:tc>
          <w:tcPr>
            <w:tcW w:w="1800" w:type="dxa"/>
            <w:shd w:val="clear" w:color="auto" w:fill="E8EEF5"/>
            <w:tcMar>
              <w:top w:w="80" w:type="dxa"/>
              <w:left w:w="120" w:type="dxa"/>
              <w:bottom w:w="80" w:type="dxa"/>
              <w:right w:w="120" w:type="dxa"/>
            </w:tcMar>
            <w:vAlign w:val="center"/>
          </w:tcPr>
          <w:p w14:paraId="0B2B5104" w14:textId="77777777" w:rsidR="00612663" w:rsidRDefault="00612663">
            <w:pPr>
              <w:pStyle w:val="NormalTema9"/>
              <w:jc w:val="center"/>
            </w:pPr>
            <w:r>
              <w:rPr>
                <w:b/>
                <w:color w:val="1F4D78"/>
                <w:sz w:val="16"/>
              </w:rPr>
              <w:t>Alumno/a</w:t>
            </w:r>
          </w:p>
        </w:tc>
        <w:tc>
          <w:tcPr>
            <w:tcW w:w="1036" w:type="dxa"/>
            <w:shd w:val="clear" w:color="auto" w:fill="E8EEF5"/>
            <w:tcMar>
              <w:top w:w="80" w:type="dxa"/>
              <w:left w:w="120" w:type="dxa"/>
              <w:bottom w:w="80" w:type="dxa"/>
              <w:right w:w="120" w:type="dxa"/>
            </w:tcMar>
            <w:vAlign w:val="center"/>
          </w:tcPr>
          <w:p w14:paraId="17CFC339" w14:textId="77777777" w:rsidR="00612663" w:rsidRDefault="00612663">
            <w:pPr>
              <w:pStyle w:val="NormalTema9"/>
              <w:jc w:val="center"/>
            </w:pPr>
            <w:r>
              <w:rPr>
                <w:b/>
                <w:color w:val="1F4D78"/>
                <w:sz w:val="16"/>
              </w:rPr>
              <w:t>Relato</w:t>
            </w:r>
          </w:p>
        </w:tc>
        <w:tc>
          <w:tcPr>
            <w:tcW w:w="1123" w:type="dxa"/>
            <w:shd w:val="clear" w:color="auto" w:fill="E8EEF5"/>
            <w:tcMar>
              <w:top w:w="80" w:type="dxa"/>
              <w:left w:w="120" w:type="dxa"/>
              <w:bottom w:w="80" w:type="dxa"/>
              <w:right w:w="120" w:type="dxa"/>
            </w:tcMar>
            <w:vAlign w:val="center"/>
          </w:tcPr>
          <w:p w14:paraId="18812119" w14:textId="77777777" w:rsidR="00612663" w:rsidRDefault="00612663">
            <w:pPr>
              <w:pStyle w:val="NormalTema9"/>
              <w:jc w:val="center"/>
            </w:pPr>
            <w:r>
              <w:rPr>
                <w:b/>
                <w:color w:val="1F4D78"/>
                <w:sz w:val="16"/>
              </w:rPr>
              <w:t>Secuencia</w:t>
            </w:r>
          </w:p>
        </w:tc>
        <w:tc>
          <w:tcPr>
            <w:tcW w:w="1036" w:type="dxa"/>
            <w:shd w:val="clear" w:color="auto" w:fill="E8EEF5"/>
            <w:tcMar>
              <w:top w:w="80" w:type="dxa"/>
              <w:left w:w="120" w:type="dxa"/>
              <w:bottom w:w="80" w:type="dxa"/>
              <w:right w:w="120" w:type="dxa"/>
            </w:tcMar>
            <w:vAlign w:val="center"/>
          </w:tcPr>
          <w:p w14:paraId="2CDF892F" w14:textId="77777777" w:rsidR="00612663" w:rsidRDefault="00612663">
            <w:pPr>
              <w:pStyle w:val="NormalTema9"/>
              <w:jc w:val="center"/>
            </w:pPr>
            <w:r>
              <w:rPr>
                <w:b/>
                <w:color w:val="1F4D78"/>
                <w:sz w:val="16"/>
              </w:rPr>
              <w:t>Emoción</w:t>
            </w:r>
          </w:p>
        </w:tc>
        <w:tc>
          <w:tcPr>
            <w:tcW w:w="1036" w:type="dxa"/>
            <w:shd w:val="clear" w:color="auto" w:fill="E8EEF5"/>
            <w:tcMar>
              <w:top w:w="80" w:type="dxa"/>
              <w:left w:w="120" w:type="dxa"/>
              <w:bottom w:w="80" w:type="dxa"/>
              <w:right w:w="120" w:type="dxa"/>
            </w:tcMar>
            <w:vAlign w:val="center"/>
          </w:tcPr>
          <w:p w14:paraId="169EA665" w14:textId="77777777" w:rsidR="00612663" w:rsidRDefault="00612663">
            <w:pPr>
              <w:pStyle w:val="NormalTema9"/>
              <w:jc w:val="center"/>
            </w:pPr>
            <w:r>
              <w:rPr>
                <w:b/>
                <w:color w:val="1F4D78"/>
                <w:sz w:val="16"/>
              </w:rPr>
              <w:t>Cuidado</w:t>
            </w:r>
          </w:p>
        </w:tc>
        <w:tc>
          <w:tcPr>
            <w:tcW w:w="1036" w:type="dxa"/>
            <w:shd w:val="clear" w:color="auto" w:fill="E8EEF5"/>
            <w:tcMar>
              <w:top w:w="80" w:type="dxa"/>
              <w:left w:w="120" w:type="dxa"/>
              <w:bottom w:w="80" w:type="dxa"/>
              <w:right w:w="120" w:type="dxa"/>
            </w:tcMar>
            <w:vAlign w:val="center"/>
          </w:tcPr>
          <w:p w14:paraId="5F622DC2" w14:textId="77777777" w:rsidR="00612663" w:rsidRDefault="00612663">
            <w:pPr>
              <w:pStyle w:val="NormalTema9"/>
              <w:jc w:val="center"/>
            </w:pPr>
            <w:r>
              <w:rPr>
                <w:b/>
                <w:color w:val="1F4D78"/>
                <w:sz w:val="16"/>
              </w:rPr>
              <w:t>Texturas</w:t>
            </w:r>
          </w:p>
        </w:tc>
        <w:tc>
          <w:tcPr>
            <w:tcW w:w="1123" w:type="dxa"/>
            <w:shd w:val="clear" w:color="auto" w:fill="E8EEF5"/>
            <w:tcMar>
              <w:top w:w="80" w:type="dxa"/>
              <w:left w:w="120" w:type="dxa"/>
              <w:bottom w:w="80" w:type="dxa"/>
              <w:right w:w="120" w:type="dxa"/>
            </w:tcMar>
            <w:vAlign w:val="center"/>
          </w:tcPr>
          <w:p w14:paraId="548246BD" w14:textId="77777777" w:rsidR="00612663" w:rsidRDefault="00612663">
            <w:pPr>
              <w:pStyle w:val="NormalTema9"/>
              <w:jc w:val="center"/>
            </w:pPr>
            <w:r>
              <w:rPr>
                <w:b/>
                <w:color w:val="1F4D78"/>
                <w:sz w:val="16"/>
              </w:rPr>
              <w:t>Autonomía</w:t>
            </w:r>
          </w:p>
        </w:tc>
        <w:tc>
          <w:tcPr>
            <w:tcW w:w="1886" w:type="dxa"/>
            <w:shd w:val="clear" w:color="auto" w:fill="E8EEF5"/>
            <w:tcMar>
              <w:top w:w="80" w:type="dxa"/>
              <w:left w:w="120" w:type="dxa"/>
              <w:bottom w:w="80" w:type="dxa"/>
              <w:right w:w="120" w:type="dxa"/>
            </w:tcMar>
            <w:vAlign w:val="center"/>
          </w:tcPr>
          <w:p w14:paraId="24E0A3A4" w14:textId="77777777" w:rsidR="00612663" w:rsidRDefault="00612663">
            <w:pPr>
              <w:pStyle w:val="NormalTema9"/>
              <w:jc w:val="center"/>
            </w:pPr>
            <w:r>
              <w:rPr>
                <w:b/>
                <w:color w:val="1F4D78"/>
                <w:sz w:val="16"/>
              </w:rPr>
              <w:t>Observaciones</w:t>
            </w:r>
          </w:p>
        </w:tc>
      </w:tr>
      <w:tr w:rsidR="00865B4A" w14:paraId="5F0AF7B5" w14:textId="77777777">
        <w:trPr>
          <w:trHeight w:val="806"/>
        </w:trPr>
        <w:tc>
          <w:tcPr>
            <w:tcW w:w="1800" w:type="dxa"/>
            <w:tcMar>
              <w:top w:w="80" w:type="dxa"/>
              <w:left w:w="120" w:type="dxa"/>
              <w:bottom w:w="80" w:type="dxa"/>
              <w:right w:w="120" w:type="dxa"/>
            </w:tcMar>
            <w:vAlign w:val="center"/>
          </w:tcPr>
          <w:p w14:paraId="6F4CD208"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712278D6"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5282945D"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76829FE7"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0C3D653F"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2A61CCF9"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050130F2"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19BF6824" w14:textId="77777777" w:rsidR="00612663" w:rsidRDefault="00612663">
            <w:pPr>
              <w:pStyle w:val="NormalTema9"/>
              <w:spacing w:after="0"/>
            </w:pPr>
          </w:p>
        </w:tc>
      </w:tr>
      <w:tr w:rsidR="00865B4A" w14:paraId="02AA18EB" w14:textId="77777777">
        <w:trPr>
          <w:trHeight w:val="806"/>
        </w:trPr>
        <w:tc>
          <w:tcPr>
            <w:tcW w:w="1800" w:type="dxa"/>
            <w:tcMar>
              <w:top w:w="80" w:type="dxa"/>
              <w:left w:w="120" w:type="dxa"/>
              <w:bottom w:w="80" w:type="dxa"/>
              <w:right w:w="120" w:type="dxa"/>
            </w:tcMar>
            <w:vAlign w:val="center"/>
          </w:tcPr>
          <w:p w14:paraId="42CDB14C"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8178294"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68F95D07"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4172B9A6"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948E28E"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2C2845D7"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200C244C"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0CD92D43" w14:textId="77777777" w:rsidR="00612663" w:rsidRDefault="00612663">
            <w:pPr>
              <w:pStyle w:val="NormalTema9"/>
              <w:spacing w:after="0"/>
            </w:pPr>
          </w:p>
        </w:tc>
      </w:tr>
      <w:tr w:rsidR="00865B4A" w14:paraId="1F623D54" w14:textId="77777777">
        <w:trPr>
          <w:trHeight w:val="806"/>
        </w:trPr>
        <w:tc>
          <w:tcPr>
            <w:tcW w:w="1800" w:type="dxa"/>
            <w:tcMar>
              <w:top w:w="80" w:type="dxa"/>
              <w:left w:w="120" w:type="dxa"/>
              <w:bottom w:w="80" w:type="dxa"/>
              <w:right w:w="120" w:type="dxa"/>
            </w:tcMar>
            <w:vAlign w:val="center"/>
          </w:tcPr>
          <w:p w14:paraId="528A9DFA"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2ADB58EA"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3BEED25D"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4090CF4"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7A42DE4E"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7257453A"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1907BBAE"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58B7D48E" w14:textId="77777777" w:rsidR="00612663" w:rsidRDefault="00612663">
            <w:pPr>
              <w:pStyle w:val="NormalTema9"/>
              <w:spacing w:after="0"/>
            </w:pPr>
          </w:p>
        </w:tc>
      </w:tr>
      <w:tr w:rsidR="00865B4A" w14:paraId="68961E8D" w14:textId="77777777">
        <w:trPr>
          <w:trHeight w:val="806"/>
        </w:trPr>
        <w:tc>
          <w:tcPr>
            <w:tcW w:w="1800" w:type="dxa"/>
            <w:tcMar>
              <w:top w:w="80" w:type="dxa"/>
              <w:left w:w="120" w:type="dxa"/>
              <w:bottom w:w="80" w:type="dxa"/>
              <w:right w:w="120" w:type="dxa"/>
            </w:tcMar>
            <w:vAlign w:val="center"/>
          </w:tcPr>
          <w:p w14:paraId="16D78F04"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6965B93"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31440F6A"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1B101666"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3380612"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274DB12A"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6A925CD1"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0BFF9F7C" w14:textId="77777777" w:rsidR="00612663" w:rsidRDefault="00612663">
            <w:pPr>
              <w:pStyle w:val="NormalTema9"/>
              <w:spacing w:after="0"/>
            </w:pPr>
          </w:p>
        </w:tc>
      </w:tr>
      <w:tr w:rsidR="00865B4A" w14:paraId="639065EF" w14:textId="77777777">
        <w:trPr>
          <w:trHeight w:val="806"/>
        </w:trPr>
        <w:tc>
          <w:tcPr>
            <w:tcW w:w="1800" w:type="dxa"/>
            <w:tcMar>
              <w:top w:w="80" w:type="dxa"/>
              <w:left w:w="120" w:type="dxa"/>
              <w:bottom w:w="80" w:type="dxa"/>
              <w:right w:w="120" w:type="dxa"/>
            </w:tcMar>
            <w:vAlign w:val="center"/>
          </w:tcPr>
          <w:p w14:paraId="621F0480"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AFC9750"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2745B8B9"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38CC50D2"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11456A4C"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2F0BAF91"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6E5B0BDD"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35E31459" w14:textId="77777777" w:rsidR="00612663" w:rsidRDefault="00612663">
            <w:pPr>
              <w:pStyle w:val="NormalTema9"/>
              <w:spacing w:after="0"/>
            </w:pPr>
          </w:p>
        </w:tc>
      </w:tr>
      <w:tr w:rsidR="00865B4A" w14:paraId="579F92C3" w14:textId="77777777">
        <w:trPr>
          <w:trHeight w:val="806"/>
        </w:trPr>
        <w:tc>
          <w:tcPr>
            <w:tcW w:w="1800" w:type="dxa"/>
            <w:tcMar>
              <w:top w:w="80" w:type="dxa"/>
              <w:left w:w="120" w:type="dxa"/>
              <w:bottom w:w="80" w:type="dxa"/>
              <w:right w:w="120" w:type="dxa"/>
            </w:tcMar>
            <w:vAlign w:val="center"/>
          </w:tcPr>
          <w:p w14:paraId="35A3663B"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895A832"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006259F0"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8210282"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056A2985"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54C79195"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0728D8CC"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4511D184" w14:textId="77777777" w:rsidR="00612663" w:rsidRDefault="00612663">
            <w:pPr>
              <w:pStyle w:val="NormalTema9"/>
              <w:spacing w:after="0"/>
            </w:pPr>
          </w:p>
        </w:tc>
      </w:tr>
      <w:tr w:rsidR="00865B4A" w14:paraId="4CBAE76D" w14:textId="77777777">
        <w:trPr>
          <w:trHeight w:val="806"/>
        </w:trPr>
        <w:tc>
          <w:tcPr>
            <w:tcW w:w="1800" w:type="dxa"/>
            <w:tcMar>
              <w:top w:w="80" w:type="dxa"/>
              <w:left w:w="120" w:type="dxa"/>
              <w:bottom w:w="80" w:type="dxa"/>
              <w:right w:w="120" w:type="dxa"/>
            </w:tcMar>
            <w:vAlign w:val="center"/>
          </w:tcPr>
          <w:p w14:paraId="1FCE2C91"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43907577"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17F73850"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023825FD"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3F1614FB"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4D2FB242"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39D66CFD"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721FE5AC" w14:textId="77777777" w:rsidR="00612663" w:rsidRDefault="00612663">
            <w:pPr>
              <w:pStyle w:val="NormalTema9"/>
              <w:spacing w:after="0"/>
            </w:pPr>
          </w:p>
        </w:tc>
      </w:tr>
      <w:tr w:rsidR="00865B4A" w14:paraId="690011D3" w14:textId="77777777">
        <w:trPr>
          <w:trHeight w:val="806"/>
        </w:trPr>
        <w:tc>
          <w:tcPr>
            <w:tcW w:w="1800" w:type="dxa"/>
            <w:tcMar>
              <w:top w:w="80" w:type="dxa"/>
              <w:left w:w="120" w:type="dxa"/>
              <w:bottom w:w="80" w:type="dxa"/>
              <w:right w:w="120" w:type="dxa"/>
            </w:tcMar>
            <w:vAlign w:val="center"/>
          </w:tcPr>
          <w:p w14:paraId="394D28D3"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023F387"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5E4269D1"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34E266B8"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C8B7AFB"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3DF9DCBB"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3595BAFD"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4C335992" w14:textId="77777777" w:rsidR="00612663" w:rsidRDefault="00612663">
            <w:pPr>
              <w:pStyle w:val="NormalTema9"/>
              <w:spacing w:after="0"/>
            </w:pPr>
          </w:p>
        </w:tc>
      </w:tr>
      <w:tr w:rsidR="00865B4A" w14:paraId="515171E6" w14:textId="77777777">
        <w:trPr>
          <w:trHeight w:val="806"/>
        </w:trPr>
        <w:tc>
          <w:tcPr>
            <w:tcW w:w="1800" w:type="dxa"/>
            <w:tcMar>
              <w:top w:w="80" w:type="dxa"/>
              <w:left w:w="120" w:type="dxa"/>
              <w:bottom w:w="80" w:type="dxa"/>
              <w:right w:w="120" w:type="dxa"/>
            </w:tcMar>
            <w:vAlign w:val="center"/>
          </w:tcPr>
          <w:p w14:paraId="42B8B90C"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439FE2B1"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67C87844"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10BAABFC"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6464AFDF" w14:textId="77777777" w:rsidR="00612663" w:rsidRDefault="00612663">
            <w:pPr>
              <w:pStyle w:val="NormalTema9"/>
              <w:spacing w:after="0"/>
            </w:pPr>
          </w:p>
        </w:tc>
        <w:tc>
          <w:tcPr>
            <w:tcW w:w="1036" w:type="dxa"/>
            <w:tcMar>
              <w:top w:w="80" w:type="dxa"/>
              <w:left w:w="120" w:type="dxa"/>
              <w:bottom w:w="80" w:type="dxa"/>
              <w:right w:w="120" w:type="dxa"/>
            </w:tcMar>
            <w:vAlign w:val="center"/>
          </w:tcPr>
          <w:p w14:paraId="05BBE93D" w14:textId="77777777" w:rsidR="00612663" w:rsidRDefault="00612663">
            <w:pPr>
              <w:pStyle w:val="NormalTema9"/>
              <w:spacing w:after="0"/>
            </w:pPr>
          </w:p>
        </w:tc>
        <w:tc>
          <w:tcPr>
            <w:tcW w:w="1123" w:type="dxa"/>
            <w:tcMar>
              <w:top w:w="80" w:type="dxa"/>
              <w:left w:w="120" w:type="dxa"/>
              <w:bottom w:w="80" w:type="dxa"/>
              <w:right w:w="120" w:type="dxa"/>
            </w:tcMar>
            <w:vAlign w:val="center"/>
          </w:tcPr>
          <w:p w14:paraId="14EF79DE" w14:textId="77777777" w:rsidR="00612663" w:rsidRDefault="00612663">
            <w:pPr>
              <w:pStyle w:val="NormalTema9"/>
              <w:spacing w:after="0"/>
            </w:pPr>
          </w:p>
        </w:tc>
        <w:tc>
          <w:tcPr>
            <w:tcW w:w="1886" w:type="dxa"/>
            <w:tcMar>
              <w:top w:w="80" w:type="dxa"/>
              <w:left w:w="120" w:type="dxa"/>
              <w:bottom w:w="80" w:type="dxa"/>
              <w:right w:w="120" w:type="dxa"/>
            </w:tcMar>
            <w:vAlign w:val="center"/>
          </w:tcPr>
          <w:p w14:paraId="4222EFAC" w14:textId="77777777" w:rsidR="00612663" w:rsidRDefault="00612663">
            <w:pPr>
              <w:pStyle w:val="NormalTema9"/>
              <w:spacing w:after="0"/>
            </w:pPr>
          </w:p>
        </w:tc>
      </w:tr>
    </w:tbl>
    <w:p w14:paraId="3C8B6B48" w14:textId="77777777" w:rsidR="00612663" w:rsidRDefault="00612663">
      <w:pPr>
        <w:pStyle w:val="NormalTema9"/>
      </w:pPr>
    </w:p>
    <w:p w14:paraId="4B9F841E" w14:textId="77777777" w:rsidR="00612663" w:rsidRDefault="00612663">
      <w:pPr>
        <w:pStyle w:val="NormalTema10"/>
        <w:pageBreakBefore/>
        <w:spacing w:after="80"/>
      </w:pPr>
      <w:r>
        <w:rPr>
          <w:b/>
          <w:color w:val="2E74B5"/>
        </w:rPr>
        <w:lastRenderedPageBreak/>
        <w:t>GUÍA DOCENTE</w:t>
      </w:r>
    </w:p>
    <w:p w14:paraId="419C605E" w14:textId="77777777" w:rsidR="00612663" w:rsidRDefault="00612663">
      <w:pPr>
        <w:pStyle w:val="NormalTema10"/>
        <w:spacing w:after="160"/>
      </w:pPr>
      <w:r>
        <w:rPr>
          <w:b/>
          <w:color w:val="1F4D78"/>
          <w:sz w:val="56"/>
        </w:rPr>
        <w:t>TEMA 10</w:t>
      </w:r>
    </w:p>
    <w:p w14:paraId="2729DE73" w14:textId="77777777" w:rsidR="00612663" w:rsidRDefault="00612663">
      <w:pPr>
        <w:pStyle w:val="NormalTema10"/>
      </w:pPr>
      <w:r>
        <w:rPr>
          <w:b/>
          <w:sz w:val="48"/>
        </w:rPr>
        <w:t>He crecido con Jesús</w:t>
      </w:r>
    </w:p>
    <w:p w14:paraId="0C47B5A0" w14:textId="77777777" w:rsidR="00612663" w:rsidRDefault="00612663">
      <w:pPr>
        <w:pStyle w:val="NormalTema10"/>
        <w:spacing w:after="400"/>
      </w:pPr>
      <w:r>
        <w:rPr>
          <w:color w:val="667788"/>
          <w:sz w:val="26"/>
        </w:rPr>
        <w:t>Educación Infantil · 3 años · Una sesión de cierre</w:t>
      </w:r>
    </w:p>
    <w:tbl>
      <w:tblPr>
        <w:tblW w:w="10080" w:type="dxa"/>
        <w:tblInd w:w="120" w:type="dxa"/>
        <w:tblLayout w:type="fixed"/>
        <w:tblLook w:val="04A0" w:firstRow="1" w:lastRow="0" w:firstColumn="1" w:lastColumn="0" w:noHBand="0" w:noVBand="1"/>
      </w:tblPr>
      <w:tblGrid>
        <w:gridCol w:w="2520"/>
        <w:gridCol w:w="2520"/>
        <w:gridCol w:w="2520"/>
        <w:gridCol w:w="2520"/>
      </w:tblGrid>
      <w:tr w:rsidR="008608E5" w14:paraId="6CFBC5C3" w14:textId="77777777">
        <w:tc>
          <w:tcPr>
            <w:tcW w:w="2520" w:type="dxa"/>
            <w:shd w:val="clear" w:color="auto" w:fill="E8F3EF"/>
            <w:tcMar>
              <w:top w:w="80" w:type="dxa"/>
              <w:left w:w="120" w:type="dxa"/>
              <w:bottom w:w="80" w:type="dxa"/>
              <w:right w:w="120" w:type="dxa"/>
            </w:tcMar>
            <w:vAlign w:val="center"/>
          </w:tcPr>
          <w:p w14:paraId="360F786B" w14:textId="77777777" w:rsidR="00612663" w:rsidRDefault="00612663">
            <w:pPr>
              <w:pStyle w:val="NormalTema10"/>
              <w:jc w:val="center"/>
            </w:pPr>
            <w:r>
              <w:rPr>
                <w:b/>
                <w:color w:val="1F4D78"/>
                <w:sz w:val="21"/>
              </w:rPr>
              <w:t>MIRAR</w:t>
            </w:r>
          </w:p>
        </w:tc>
        <w:tc>
          <w:tcPr>
            <w:tcW w:w="2520" w:type="dxa"/>
            <w:shd w:val="clear" w:color="auto" w:fill="E8EEF5"/>
            <w:tcMar>
              <w:top w:w="80" w:type="dxa"/>
              <w:left w:w="120" w:type="dxa"/>
              <w:bottom w:w="80" w:type="dxa"/>
              <w:right w:w="120" w:type="dxa"/>
            </w:tcMar>
            <w:vAlign w:val="center"/>
          </w:tcPr>
          <w:p w14:paraId="0A8B6AAE" w14:textId="77777777" w:rsidR="00612663" w:rsidRDefault="00612663">
            <w:pPr>
              <w:pStyle w:val="NormalTema10"/>
              <w:jc w:val="center"/>
            </w:pPr>
            <w:r>
              <w:rPr>
                <w:b/>
                <w:color w:val="1F4D78"/>
                <w:sz w:val="21"/>
              </w:rPr>
              <w:t>RECORDAR</w:t>
            </w:r>
          </w:p>
        </w:tc>
        <w:tc>
          <w:tcPr>
            <w:tcW w:w="2520" w:type="dxa"/>
            <w:shd w:val="clear" w:color="auto" w:fill="FFF2CC"/>
            <w:tcMar>
              <w:top w:w="80" w:type="dxa"/>
              <w:left w:w="120" w:type="dxa"/>
              <w:bottom w:w="80" w:type="dxa"/>
              <w:right w:w="120" w:type="dxa"/>
            </w:tcMar>
            <w:vAlign w:val="center"/>
          </w:tcPr>
          <w:p w14:paraId="21884578" w14:textId="77777777" w:rsidR="00612663" w:rsidRDefault="00612663">
            <w:pPr>
              <w:pStyle w:val="NormalTema10"/>
              <w:jc w:val="center"/>
            </w:pPr>
            <w:r>
              <w:rPr>
                <w:b/>
                <w:color w:val="1F4D78"/>
                <w:sz w:val="21"/>
              </w:rPr>
              <w:t>DIBUJAR</w:t>
            </w:r>
          </w:p>
        </w:tc>
        <w:tc>
          <w:tcPr>
            <w:tcW w:w="2520" w:type="dxa"/>
            <w:shd w:val="clear" w:color="auto" w:fill="E8F3EF"/>
            <w:tcMar>
              <w:top w:w="80" w:type="dxa"/>
              <w:left w:w="120" w:type="dxa"/>
              <w:bottom w:w="80" w:type="dxa"/>
              <w:right w:w="120" w:type="dxa"/>
            </w:tcMar>
            <w:vAlign w:val="center"/>
          </w:tcPr>
          <w:p w14:paraId="03DDBF2D" w14:textId="77777777" w:rsidR="00612663" w:rsidRDefault="00612663">
            <w:pPr>
              <w:pStyle w:val="NormalTema10"/>
              <w:jc w:val="center"/>
            </w:pPr>
            <w:r>
              <w:rPr>
                <w:b/>
                <w:color w:val="1F4D78"/>
                <w:sz w:val="21"/>
              </w:rPr>
              <w:t>AGRADECER</w:t>
            </w:r>
          </w:p>
        </w:tc>
      </w:tr>
      <w:tr w:rsidR="008608E5" w14:paraId="1836B86E" w14:textId="77777777">
        <w:tc>
          <w:tcPr>
            <w:tcW w:w="2520" w:type="dxa"/>
            <w:shd w:val="clear" w:color="auto" w:fill="E8F3EF"/>
            <w:tcMar>
              <w:top w:w="80" w:type="dxa"/>
              <w:left w:w="120" w:type="dxa"/>
              <w:bottom w:w="80" w:type="dxa"/>
              <w:right w:w="120" w:type="dxa"/>
            </w:tcMar>
            <w:vAlign w:val="center"/>
          </w:tcPr>
          <w:p w14:paraId="11DEAE52" w14:textId="77777777" w:rsidR="00612663" w:rsidRDefault="00612663">
            <w:pPr>
              <w:pStyle w:val="NormalTema10"/>
              <w:jc w:val="center"/>
            </w:pPr>
            <w:r>
              <w:rPr>
                <w:sz w:val="20"/>
              </w:rPr>
              <w:t>Me reconozco</w:t>
            </w:r>
          </w:p>
        </w:tc>
        <w:tc>
          <w:tcPr>
            <w:tcW w:w="2520" w:type="dxa"/>
            <w:shd w:val="clear" w:color="auto" w:fill="E8EEF5"/>
            <w:tcMar>
              <w:top w:w="80" w:type="dxa"/>
              <w:left w:w="120" w:type="dxa"/>
              <w:bottom w:w="80" w:type="dxa"/>
              <w:right w:w="120" w:type="dxa"/>
            </w:tcMar>
            <w:vAlign w:val="center"/>
          </w:tcPr>
          <w:p w14:paraId="26D24998" w14:textId="77777777" w:rsidR="00612663" w:rsidRDefault="00612663">
            <w:pPr>
              <w:pStyle w:val="NormalTema10"/>
              <w:jc w:val="center"/>
            </w:pPr>
            <w:r>
              <w:rPr>
                <w:sz w:val="20"/>
              </w:rPr>
              <w:t>Lo vivido</w:t>
            </w:r>
          </w:p>
        </w:tc>
        <w:tc>
          <w:tcPr>
            <w:tcW w:w="2520" w:type="dxa"/>
            <w:shd w:val="clear" w:color="auto" w:fill="FFF2CC"/>
            <w:tcMar>
              <w:top w:w="80" w:type="dxa"/>
              <w:left w:w="120" w:type="dxa"/>
              <w:bottom w:w="80" w:type="dxa"/>
              <w:right w:w="120" w:type="dxa"/>
            </w:tcMar>
            <w:vAlign w:val="center"/>
          </w:tcPr>
          <w:p w14:paraId="6C5E22D5" w14:textId="77777777" w:rsidR="00612663" w:rsidRDefault="00612663">
            <w:pPr>
              <w:pStyle w:val="NormalTema10"/>
              <w:jc w:val="center"/>
            </w:pPr>
            <w:r>
              <w:rPr>
                <w:sz w:val="20"/>
              </w:rPr>
              <w:t>Como soy ahora</w:t>
            </w:r>
          </w:p>
        </w:tc>
        <w:tc>
          <w:tcPr>
            <w:tcW w:w="2520" w:type="dxa"/>
            <w:shd w:val="clear" w:color="auto" w:fill="E8F3EF"/>
            <w:tcMar>
              <w:top w:w="80" w:type="dxa"/>
              <w:left w:w="120" w:type="dxa"/>
              <w:bottom w:w="80" w:type="dxa"/>
              <w:right w:w="120" w:type="dxa"/>
            </w:tcMar>
            <w:vAlign w:val="center"/>
          </w:tcPr>
          <w:p w14:paraId="726B44AE" w14:textId="77777777" w:rsidR="00612663" w:rsidRDefault="00612663">
            <w:pPr>
              <w:pStyle w:val="NormalTema10"/>
              <w:jc w:val="center"/>
            </w:pPr>
            <w:r>
              <w:rPr>
                <w:sz w:val="20"/>
              </w:rPr>
              <w:t>Crecemos juntos</w:t>
            </w:r>
          </w:p>
        </w:tc>
      </w:tr>
      <w:tr w:rsidR="008608E5" w14:paraId="7D2686D6" w14:textId="77777777">
        <w:tc>
          <w:tcPr>
            <w:tcW w:w="10080" w:type="dxa"/>
            <w:gridSpan w:val="4"/>
            <w:shd w:val="clear" w:color="auto" w:fill="E8F3EF"/>
            <w:tcMar>
              <w:top w:w="80" w:type="dxa"/>
              <w:left w:w="120" w:type="dxa"/>
              <w:bottom w:w="80" w:type="dxa"/>
              <w:right w:w="120" w:type="dxa"/>
            </w:tcMar>
            <w:vAlign w:val="center"/>
          </w:tcPr>
          <w:p w14:paraId="064E1920" w14:textId="77777777" w:rsidR="00612663" w:rsidRDefault="00612663">
            <w:pPr>
              <w:pStyle w:val="NormalTema10"/>
            </w:pPr>
            <w:r>
              <w:rPr>
                <w:b/>
                <w:color w:val="1F4D78"/>
                <w:sz w:val="21"/>
              </w:rPr>
              <w:t xml:space="preserve">Idea central  </w:t>
            </w:r>
            <w:r>
              <w:rPr>
                <w:sz w:val="21"/>
              </w:rPr>
              <w:t>Cada niño ha crecido a su ritmo. El autorretrato final permite reconocer el camino recorrido y agradecer que Jesús nos ha acompañado durante el curso.</w:t>
            </w:r>
          </w:p>
        </w:tc>
      </w:tr>
    </w:tbl>
    <w:p w14:paraId="4A0FB202" w14:textId="77777777" w:rsidR="00612663" w:rsidRDefault="00612663">
      <w:pPr>
        <w:pStyle w:val="Ttulo2"/>
      </w:pPr>
      <w:r>
        <w:t>Cómo utilizar esta guía</w:t>
      </w:r>
    </w:p>
    <w:p w14:paraId="572CD0B7" w14:textId="77777777" w:rsidR="00612663" w:rsidRDefault="00612663">
      <w:pPr>
        <w:pStyle w:val="NormalTema10"/>
      </w:pPr>
      <w:r>
        <w:t>La ficha 30 cierra el itinerario iniciado con la ficha 1. Ambas producciones se observan juntas para documentar la evolución personal del esquema corporal, el trazo, el lenguaje y la intención representativa. Nunca se comparan niños entre sí ni se corrige el dibujo para que parezca más completo.</w:t>
      </w:r>
    </w:p>
    <w:tbl>
      <w:tblPr>
        <w:tblW w:w="10080" w:type="dxa"/>
        <w:tblInd w:w="120" w:type="dxa"/>
        <w:tblLayout w:type="fixed"/>
        <w:tblLook w:val="04A0" w:firstRow="1" w:lastRow="0" w:firstColumn="1" w:lastColumn="0" w:noHBand="0" w:noVBand="1"/>
      </w:tblPr>
      <w:tblGrid>
        <w:gridCol w:w="2300"/>
        <w:gridCol w:w="7780"/>
      </w:tblGrid>
      <w:tr w:rsidR="008608E5" w14:paraId="471A36EA" w14:textId="77777777">
        <w:tc>
          <w:tcPr>
            <w:tcW w:w="2300" w:type="dxa"/>
            <w:shd w:val="clear" w:color="auto" w:fill="E8EEF5"/>
            <w:tcMar>
              <w:top w:w="80" w:type="dxa"/>
              <w:left w:w="120" w:type="dxa"/>
              <w:bottom w:w="80" w:type="dxa"/>
              <w:right w:w="120" w:type="dxa"/>
            </w:tcMar>
            <w:vAlign w:val="center"/>
          </w:tcPr>
          <w:p w14:paraId="6D4FDC16" w14:textId="77777777" w:rsidR="00612663" w:rsidRDefault="00612663">
            <w:pPr>
              <w:pStyle w:val="NormalTema10"/>
              <w:spacing w:after="40" w:line="252" w:lineRule="auto"/>
            </w:pPr>
            <w:r>
              <w:rPr>
                <w:b/>
                <w:color w:val="1F4D78"/>
                <w:sz w:val="21"/>
              </w:rPr>
              <w:t>Duración</w:t>
            </w:r>
          </w:p>
        </w:tc>
        <w:tc>
          <w:tcPr>
            <w:tcW w:w="7780" w:type="dxa"/>
            <w:tcMar>
              <w:top w:w="80" w:type="dxa"/>
              <w:left w:w="120" w:type="dxa"/>
              <w:bottom w:w="80" w:type="dxa"/>
              <w:right w:w="120" w:type="dxa"/>
            </w:tcMar>
            <w:vAlign w:val="center"/>
          </w:tcPr>
          <w:p w14:paraId="2BBB2F81" w14:textId="77777777" w:rsidR="00612663" w:rsidRDefault="00612663">
            <w:pPr>
              <w:pStyle w:val="NormalTema10"/>
              <w:spacing w:after="40" w:line="252" w:lineRule="auto"/>
            </w:pPr>
            <w:r>
              <w:rPr>
                <w:sz w:val="21"/>
              </w:rPr>
              <w:t>1 sesión de 45-60 minutos.</w:t>
            </w:r>
          </w:p>
        </w:tc>
      </w:tr>
      <w:tr w:rsidR="008608E5" w14:paraId="797406EA" w14:textId="77777777">
        <w:tc>
          <w:tcPr>
            <w:tcW w:w="2300" w:type="dxa"/>
            <w:shd w:val="clear" w:color="auto" w:fill="E8EEF5"/>
            <w:tcMar>
              <w:top w:w="80" w:type="dxa"/>
              <w:left w:w="120" w:type="dxa"/>
              <w:bottom w:w="80" w:type="dxa"/>
              <w:right w:w="120" w:type="dxa"/>
            </w:tcMar>
            <w:vAlign w:val="center"/>
          </w:tcPr>
          <w:p w14:paraId="53B97AAF" w14:textId="77777777" w:rsidR="00612663" w:rsidRDefault="00612663">
            <w:pPr>
              <w:pStyle w:val="NormalTema10"/>
              <w:spacing w:after="40" w:line="252" w:lineRule="auto"/>
            </w:pPr>
            <w:r>
              <w:rPr>
                <w:b/>
                <w:color w:val="1F4D78"/>
                <w:sz w:val="21"/>
              </w:rPr>
              <w:t>Producto</w:t>
            </w:r>
          </w:p>
        </w:tc>
        <w:tc>
          <w:tcPr>
            <w:tcW w:w="7780" w:type="dxa"/>
            <w:tcMar>
              <w:top w:w="80" w:type="dxa"/>
              <w:left w:w="120" w:type="dxa"/>
              <w:bottom w:w="80" w:type="dxa"/>
              <w:right w:w="120" w:type="dxa"/>
            </w:tcMar>
            <w:vAlign w:val="center"/>
          </w:tcPr>
          <w:p w14:paraId="0DA476F3" w14:textId="77777777" w:rsidR="00612663" w:rsidRDefault="00612663">
            <w:pPr>
              <w:pStyle w:val="NormalTema10"/>
              <w:spacing w:after="40" w:line="252" w:lineRule="auto"/>
            </w:pPr>
            <w:r>
              <w:rPr>
                <w:sz w:val="21"/>
              </w:rPr>
              <w:t>Ficha 30: autorretrato libre del final de curso.</w:t>
            </w:r>
          </w:p>
        </w:tc>
      </w:tr>
      <w:tr w:rsidR="008608E5" w14:paraId="49A07C87" w14:textId="77777777">
        <w:tc>
          <w:tcPr>
            <w:tcW w:w="2300" w:type="dxa"/>
            <w:shd w:val="clear" w:color="auto" w:fill="E8EEF5"/>
            <w:tcMar>
              <w:top w:w="80" w:type="dxa"/>
              <w:left w:w="120" w:type="dxa"/>
              <w:bottom w:w="80" w:type="dxa"/>
              <w:right w:w="120" w:type="dxa"/>
            </w:tcMar>
            <w:vAlign w:val="center"/>
          </w:tcPr>
          <w:p w14:paraId="733A3983" w14:textId="77777777" w:rsidR="00612663" w:rsidRDefault="00612663">
            <w:pPr>
              <w:pStyle w:val="NormalTema10"/>
              <w:spacing w:after="40" w:line="252" w:lineRule="auto"/>
            </w:pPr>
            <w:r>
              <w:rPr>
                <w:b/>
                <w:color w:val="1F4D78"/>
                <w:sz w:val="21"/>
              </w:rPr>
              <w:t>Evidencia</w:t>
            </w:r>
          </w:p>
        </w:tc>
        <w:tc>
          <w:tcPr>
            <w:tcW w:w="7780" w:type="dxa"/>
            <w:tcMar>
              <w:top w:w="80" w:type="dxa"/>
              <w:left w:w="120" w:type="dxa"/>
              <w:bottom w:w="80" w:type="dxa"/>
              <w:right w:w="120" w:type="dxa"/>
            </w:tcMar>
            <w:vAlign w:val="center"/>
          </w:tcPr>
          <w:p w14:paraId="1BBD5632" w14:textId="77777777" w:rsidR="00612663" w:rsidRDefault="00612663">
            <w:pPr>
              <w:pStyle w:val="NormalTema10"/>
              <w:spacing w:after="40" w:line="252" w:lineRule="auto"/>
            </w:pPr>
            <w:r>
              <w:rPr>
                <w:sz w:val="21"/>
              </w:rPr>
              <w:t>Pareja ficha 1-ficha 30, explicación del niño y registro docente.</w:t>
            </w:r>
          </w:p>
        </w:tc>
      </w:tr>
      <w:tr w:rsidR="008608E5" w14:paraId="08F96CAF" w14:textId="77777777">
        <w:tc>
          <w:tcPr>
            <w:tcW w:w="2300" w:type="dxa"/>
            <w:shd w:val="clear" w:color="auto" w:fill="E8EEF5"/>
            <w:tcMar>
              <w:top w:w="80" w:type="dxa"/>
              <w:left w:w="120" w:type="dxa"/>
              <w:bottom w:w="80" w:type="dxa"/>
              <w:right w:w="120" w:type="dxa"/>
            </w:tcMar>
            <w:vAlign w:val="center"/>
          </w:tcPr>
          <w:p w14:paraId="2CD62202" w14:textId="77777777" w:rsidR="00612663" w:rsidRDefault="00612663">
            <w:pPr>
              <w:pStyle w:val="NormalTema10"/>
              <w:spacing w:after="40" w:line="252" w:lineRule="auto"/>
            </w:pPr>
            <w:r>
              <w:rPr>
                <w:b/>
                <w:color w:val="1F4D78"/>
                <w:sz w:val="21"/>
              </w:rPr>
              <w:t>Metodología</w:t>
            </w:r>
          </w:p>
        </w:tc>
        <w:tc>
          <w:tcPr>
            <w:tcW w:w="7780" w:type="dxa"/>
            <w:tcMar>
              <w:top w:w="80" w:type="dxa"/>
              <w:left w:w="120" w:type="dxa"/>
              <w:bottom w:w="80" w:type="dxa"/>
              <w:right w:w="120" w:type="dxa"/>
            </w:tcMar>
            <w:vAlign w:val="center"/>
          </w:tcPr>
          <w:p w14:paraId="2DE36DD6" w14:textId="77777777" w:rsidR="00612663" w:rsidRDefault="00612663">
            <w:pPr>
              <w:pStyle w:val="NormalTema10"/>
              <w:spacing w:after="40" w:line="252" w:lineRule="auto"/>
            </w:pPr>
            <w:r>
              <w:rPr>
                <w:sz w:val="21"/>
              </w:rPr>
              <w:t>Asamblea, memoria visual, observación en espejo, creación libre y agradecimiento.</w:t>
            </w:r>
          </w:p>
        </w:tc>
      </w:tr>
    </w:tbl>
    <w:p w14:paraId="63CB230E" w14:textId="77777777" w:rsidR="00612663" w:rsidRDefault="00612663">
      <w:pPr>
        <w:pStyle w:val="NormalTema10"/>
      </w:pPr>
      <w:r>
        <w:br w:type="page"/>
      </w:r>
    </w:p>
    <w:p w14:paraId="030CB3BF" w14:textId="77777777" w:rsidR="00612663" w:rsidRDefault="00612663">
      <w:pPr>
        <w:pStyle w:val="Ttulo1"/>
        <w:spacing w:before="0"/>
      </w:pPr>
      <w:r>
        <w:lastRenderedPageBreak/>
        <w:t>1. Antes de empezar</w:t>
      </w:r>
    </w:p>
    <w:tbl>
      <w:tblPr>
        <w:tblW w:w="10080" w:type="dxa"/>
        <w:tblInd w:w="120" w:type="dxa"/>
        <w:tblLayout w:type="fixed"/>
        <w:tblLook w:val="04A0" w:firstRow="1" w:lastRow="0" w:firstColumn="1" w:lastColumn="0" w:noHBand="0" w:noVBand="1"/>
      </w:tblPr>
      <w:tblGrid>
        <w:gridCol w:w="10080"/>
      </w:tblGrid>
      <w:tr w:rsidR="008608E5" w14:paraId="6B1520A2" w14:textId="77777777">
        <w:tc>
          <w:tcPr>
            <w:tcW w:w="10080" w:type="dxa"/>
            <w:shd w:val="clear" w:color="auto" w:fill="FFF2CC"/>
            <w:tcMar>
              <w:top w:w="80" w:type="dxa"/>
              <w:left w:w="120" w:type="dxa"/>
              <w:bottom w:w="80" w:type="dxa"/>
              <w:right w:w="120" w:type="dxa"/>
            </w:tcMar>
            <w:vAlign w:val="center"/>
          </w:tcPr>
          <w:p w14:paraId="195849D5" w14:textId="77777777" w:rsidR="00612663" w:rsidRDefault="00612663">
            <w:pPr>
              <w:pStyle w:val="NormalTema10"/>
            </w:pPr>
            <w:r>
              <w:rPr>
                <w:b/>
                <w:color w:val="1F4D78"/>
                <w:sz w:val="21"/>
              </w:rPr>
              <w:t xml:space="preserve">Enfoque para 3 años  </w:t>
            </w:r>
            <w:r>
              <w:rPr>
                <w:sz w:val="21"/>
              </w:rPr>
              <w:t>El cierre debe ser alegre, seguro y no competitivo. Se celebra el proceso, aunque el cambio gráfico sea pequeño o no resulte evidente a primera vista.</w:t>
            </w:r>
          </w:p>
        </w:tc>
      </w:tr>
    </w:tbl>
    <w:p w14:paraId="2491D6CC" w14:textId="77777777" w:rsidR="00612663" w:rsidRDefault="00612663">
      <w:pPr>
        <w:pStyle w:val="Ttulo2"/>
      </w:pPr>
      <w:r>
        <w:t>Material y organización</w:t>
      </w:r>
    </w:p>
    <w:tbl>
      <w:tblPr>
        <w:tblW w:w="10080" w:type="dxa"/>
        <w:tblInd w:w="120" w:type="dxa"/>
        <w:tblLayout w:type="fixed"/>
        <w:tblLook w:val="04A0" w:firstRow="1" w:lastRow="0" w:firstColumn="1" w:lastColumn="0" w:noHBand="0" w:noVBand="1"/>
      </w:tblPr>
      <w:tblGrid>
        <w:gridCol w:w="2300"/>
        <w:gridCol w:w="7780"/>
      </w:tblGrid>
      <w:tr w:rsidR="008608E5" w14:paraId="32F086A8" w14:textId="77777777">
        <w:tc>
          <w:tcPr>
            <w:tcW w:w="2300" w:type="dxa"/>
            <w:shd w:val="clear" w:color="auto" w:fill="E8EEF5"/>
            <w:tcMar>
              <w:top w:w="80" w:type="dxa"/>
              <w:left w:w="120" w:type="dxa"/>
              <w:bottom w:w="80" w:type="dxa"/>
              <w:right w:w="120" w:type="dxa"/>
            </w:tcMar>
            <w:vAlign w:val="center"/>
          </w:tcPr>
          <w:p w14:paraId="09EA11FA" w14:textId="77777777" w:rsidR="00612663" w:rsidRDefault="00612663">
            <w:pPr>
              <w:pStyle w:val="NormalTema10"/>
              <w:spacing w:after="40" w:line="252" w:lineRule="auto"/>
            </w:pPr>
            <w:r>
              <w:rPr>
                <w:b/>
                <w:color w:val="1F4D78"/>
                <w:sz w:val="21"/>
              </w:rPr>
              <w:t>Producciones</w:t>
            </w:r>
          </w:p>
        </w:tc>
        <w:tc>
          <w:tcPr>
            <w:tcW w:w="7780" w:type="dxa"/>
            <w:tcMar>
              <w:top w:w="80" w:type="dxa"/>
              <w:left w:w="120" w:type="dxa"/>
              <w:bottom w:w="80" w:type="dxa"/>
              <w:right w:w="120" w:type="dxa"/>
            </w:tcMar>
            <w:vAlign w:val="center"/>
          </w:tcPr>
          <w:p w14:paraId="73C04A55" w14:textId="77777777" w:rsidR="00612663" w:rsidRDefault="00612663">
            <w:pPr>
              <w:pStyle w:val="NormalTema10"/>
              <w:spacing w:after="40" w:line="252" w:lineRule="auto"/>
            </w:pPr>
            <w:r>
              <w:rPr>
                <w:sz w:val="21"/>
              </w:rPr>
              <w:t>Ficha 30 y ficha 1 de cada niño, guardada sin mostrarla al inicio.</w:t>
            </w:r>
          </w:p>
        </w:tc>
      </w:tr>
      <w:tr w:rsidR="008608E5" w14:paraId="269006CD" w14:textId="77777777">
        <w:tc>
          <w:tcPr>
            <w:tcW w:w="2300" w:type="dxa"/>
            <w:shd w:val="clear" w:color="auto" w:fill="E8EEF5"/>
            <w:tcMar>
              <w:top w:w="80" w:type="dxa"/>
              <w:left w:w="120" w:type="dxa"/>
              <w:bottom w:w="80" w:type="dxa"/>
              <w:right w:w="120" w:type="dxa"/>
            </w:tcMar>
            <w:vAlign w:val="center"/>
          </w:tcPr>
          <w:p w14:paraId="506AA489" w14:textId="77777777" w:rsidR="00612663" w:rsidRDefault="00612663">
            <w:pPr>
              <w:pStyle w:val="NormalTema10"/>
              <w:spacing w:after="40" w:line="252" w:lineRule="auto"/>
            </w:pPr>
            <w:r>
              <w:rPr>
                <w:b/>
                <w:color w:val="1F4D78"/>
                <w:sz w:val="21"/>
              </w:rPr>
              <w:t>Observación</w:t>
            </w:r>
          </w:p>
        </w:tc>
        <w:tc>
          <w:tcPr>
            <w:tcW w:w="7780" w:type="dxa"/>
            <w:tcMar>
              <w:top w:w="80" w:type="dxa"/>
              <w:left w:w="120" w:type="dxa"/>
              <w:bottom w:w="80" w:type="dxa"/>
              <w:right w:w="120" w:type="dxa"/>
            </w:tcMar>
            <w:vAlign w:val="center"/>
          </w:tcPr>
          <w:p w14:paraId="2636FCE1" w14:textId="77777777" w:rsidR="00612663" w:rsidRDefault="00612663">
            <w:pPr>
              <w:pStyle w:val="NormalTema10"/>
              <w:spacing w:after="40" w:line="252" w:lineRule="auto"/>
            </w:pPr>
            <w:r>
              <w:rPr>
                <w:sz w:val="21"/>
              </w:rPr>
              <w:t>Espejo irrompible de cuerpo entero o espejos de mano supervisados.</w:t>
            </w:r>
          </w:p>
        </w:tc>
      </w:tr>
      <w:tr w:rsidR="008608E5" w14:paraId="147631ED" w14:textId="77777777">
        <w:tc>
          <w:tcPr>
            <w:tcW w:w="2300" w:type="dxa"/>
            <w:shd w:val="clear" w:color="auto" w:fill="E8EEF5"/>
            <w:tcMar>
              <w:top w:w="80" w:type="dxa"/>
              <w:left w:w="120" w:type="dxa"/>
              <w:bottom w:w="80" w:type="dxa"/>
              <w:right w:w="120" w:type="dxa"/>
            </w:tcMar>
            <w:vAlign w:val="center"/>
          </w:tcPr>
          <w:p w14:paraId="7E61AFC0" w14:textId="77777777" w:rsidR="00612663" w:rsidRDefault="00612663">
            <w:pPr>
              <w:pStyle w:val="NormalTema10"/>
              <w:spacing w:after="40" w:line="252" w:lineRule="auto"/>
            </w:pPr>
            <w:r>
              <w:rPr>
                <w:b/>
                <w:color w:val="1F4D78"/>
                <w:sz w:val="21"/>
              </w:rPr>
              <w:t>Dibujo</w:t>
            </w:r>
          </w:p>
        </w:tc>
        <w:tc>
          <w:tcPr>
            <w:tcW w:w="7780" w:type="dxa"/>
            <w:tcMar>
              <w:top w:w="80" w:type="dxa"/>
              <w:left w:w="120" w:type="dxa"/>
              <w:bottom w:w="80" w:type="dxa"/>
              <w:right w:w="120" w:type="dxa"/>
            </w:tcMar>
            <w:vAlign w:val="center"/>
          </w:tcPr>
          <w:p w14:paraId="04A04B52" w14:textId="77777777" w:rsidR="00612663" w:rsidRDefault="00612663">
            <w:pPr>
              <w:pStyle w:val="NormalTema10"/>
              <w:spacing w:after="40" w:line="252" w:lineRule="auto"/>
            </w:pPr>
            <w:r>
              <w:rPr>
                <w:sz w:val="21"/>
              </w:rPr>
              <w:t>Ceras o rotuladores gruesos, con variedad de tonos de piel, pelo y ropa.</w:t>
            </w:r>
          </w:p>
        </w:tc>
      </w:tr>
      <w:tr w:rsidR="008608E5" w14:paraId="307A4CF3" w14:textId="77777777">
        <w:tc>
          <w:tcPr>
            <w:tcW w:w="2300" w:type="dxa"/>
            <w:shd w:val="clear" w:color="auto" w:fill="E8EEF5"/>
            <w:tcMar>
              <w:top w:w="80" w:type="dxa"/>
              <w:left w:w="120" w:type="dxa"/>
              <w:bottom w:w="80" w:type="dxa"/>
              <w:right w:w="120" w:type="dxa"/>
            </w:tcMar>
            <w:vAlign w:val="center"/>
          </w:tcPr>
          <w:p w14:paraId="1566203A" w14:textId="77777777" w:rsidR="00612663" w:rsidRDefault="00612663">
            <w:pPr>
              <w:pStyle w:val="NormalTema10"/>
              <w:spacing w:after="40" w:line="252" w:lineRule="auto"/>
            </w:pPr>
            <w:r>
              <w:rPr>
                <w:b/>
                <w:color w:val="1F4D78"/>
                <w:sz w:val="21"/>
              </w:rPr>
              <w:t>Memoria</w:t>
            </w:r>
          </w:p>
        </w:tc>
        <w:tc>
          <w:tcPr>
            <w:tcW w:w="7780" w:type="dxa"/>
            <w:tcMar>
              <w:top w:w="80" w:type="dxa"/>
              <w:left w:w="120" w:type="dxa"/>
              <w:bottom w:w="80" w:type="dxa"/>
              <w:right w:w="120" w:type="dxa"/>
            </w:tcMar>
            <w:vAlign w:val="center"/>
          </w:tcPr>
          <w:p w14:paraId="09EEFD5B" w14:textId="77777777" w:rsidR="00612663" w:rsidRDefault="00612663">
            <w:pPr>
              <w:pStyle w:val="NormalTema10"/>
              <w:spacing w:after="40" w:line="252" w:lineRule="auto"/>
            </w:pPr>
            <w:r>
              <w:rPr>
                <w:sz w:val="21"/>
              </w:rPr>
              <w:t>Objetos, imágenes, canciones o materiales de los temas trabajados.</w:t>
            </w:r>
          </w:p>
        </w:tc>
      </w:tr>
      <w:tr w:rsidR="008608E5" w14:paraId="627A9592" w14:textId="77777777">
        <w:tc>
          <w:tcPr>
            <w:tcW w:w="2300" w:type="dxa"/>
            <w:shd w:val="clear" w:color="auto" w:fill="E8EEF5"/>
            <w:tcMar>
              <w:top w:w="80" w:type="dxa"/>
              <w:left w:w="120" w:type="dxa"/>
              <w:bottom w:w="80" w:type="dxa"/>
              <w:right w:w="120" w:type="dxa"/>
            </w:tcMar>
            <w:vAlign w:val="center"/>
          </w:tcPr>
          <w:p w14:paraId="5EE6C54A" w14:textId="77777777" w:rsidR="00612663" w:rsidRDefault="00612663">
            <w:pPr>
              <w:pStyle w:val="NormalTema10"/>
              <w:spacing w:after="40" w:line="252" w:lineRule="auto"/>
            </w:pPr>
            <w:r>
              <w:rPr>
                <w:b/>
                <w:color w:val="1F4D78"/>
                <w:sz w:val="21"/>
              </w:rPr>
              <w:t>Documentación</w:t>
            </w:r>
          </w:p>
        </w:tc>
        <w:tc>
          <w:tcPr>
            <w:tcW w:w="7780" w:type="dxa"/>
            <w:tcMar>
              <w:top w:w="80" w:type="dxa"/>
              <w:left w:w="120" w:type="dxa"/>
              <w:bottom w:w="80" w:type="dxa"/>
              <w:right w:w="120" w:type="dxa"/>
            </w:tcMar>
            <w:vAlign w:val="center"/>
          </w:tcPr>
          <w:p w14:paraId="562B9EDE" w14:textId="77777777" w:rsidR="00612663" w:rsidRDefault="00612663">
            <w:pPr>
              <w:pStyle w:val="NormalTema10"/>
              <w:spacing w:after="40" w:line="252" w:lineRule="auto"/>
            </w:pPr>
            <w:r>
              <w:rPr>
                <w:sz w:val="21"/>
              </w:rPr>
              <w:t>Carpeta individual y registro breve de observación.</w:t>
            </w:r>
          </w:p>
        </w:tc>
      </w:tr>
    </w:tbl>
    <w:p w14:paraId="13C8E399" w14:textId="77777777" w:rsidR="00612663" w:rsidRDefault="00612663">
      <w:pPr>
        <w:pStyle w:val="Ttulo2"/>
      </w:pPr>
      <w:r>
        <w:t>Cuidado, intimidad y lenguaje docente</w:t>
      </w:r>
    </w:p>
    <w:p w14:paraId="1CD02B18" w14:textId="77777777" w:rsidR="00612663" w:rsidRDefault="00612663">
      <w:pPr>
        <w:pStyle w:val="NormalTema10"/>
      </w:pPr>
      <w:r>
        <w:t>Comprobar que los espejos son seguros y están bien apoyados. No fotografiar, exponer ni compartir las producciones sin seguir los acuerdos del centro y de las familias. Si se realiza una exposición temporal, colocar las parejas de trabajos a una altura accesible y evitar comentarios comparativos.</w:t>
      </w:r>
    </w:p>
    <w:tbl>
      <w:tblPr>
        <w:tblW w:w="10080" w:type="dxa"/>
        <w:tblInd w:w="120" w:type="dxa"/>
        <w:tblLayout w:type="fixed"/>
        <w:tblLook w:val="04A0" w:firstRow="1" w:lastRow="0" w:firstColumn="1" w:lastColumn="0" w:noHBand="0" w:noVBand="1"/>
      </w:tblPr>
      <w:tblGrid>
        <w:gridCol w:w="10080"/>
      </w:tblGrid>
      <w:tr w:rsidR="008608E5" w14:paraId="3F0893E1" w14:textId="77777777">
        <w:tc>
          <w:tcPr>
            <w:tcW w:w="10080" w:type="dxa"/>
            <w:shd w:val="clear" w:color="auto" w:fill="E8F3EF"/>
            <w:tcMar>
              <w:top w:w="80" w:type="dxa"/>
              <w:left w:w="120" w:type="dxa"/>
              <w:bottom w:w="80" w:type="dxa"/>
              <w:right w:w="120" w:type="dxa"/>
            </w:tcMar>
            <w:vAlign w:val="center"/>
          </w:tcPr>
          <w:p w14:paraId="7911E845" w14:textId="77777777" w:rsidR="00612663" w:rsidRDefault="00612663">
            <w:pPr>
              <w:pStyle w:val="NormalTema10"/>
            </w:pPr>
            <w:r>
              <w:rPr>
                <w:b/>
                <w:color w:val="1F4D78"/>
                <w:sz w:val="21"/>
              </w:rPr>
              <w:t xml:space="preserve">Frases que ayudan  </w:t>
            </w:r>
            <w:r>
              <w:rPr>
                <w:sz w:val="21"/>
              </w:rPr>
              <w:t>«Mírate con calma», «Cuéntame qué has dibujado», «¿Quieres volver a mirar el espejo?» y «Este dibujo muestra cómo te ves hoy». Evitar «te falta…», «así no» o «mira cómo lo ha hecho…».</w:t>
            </w:r>
          </w:p>
        </w:tc>
      </w:tr>
    </w:tbl>
    <w:p w14:paraId="471DFF78" w14:textId="77777777" w:rsidR="00612663" w:rsidRDefault="00612663">
      <w:pPr>
        <w:pStyle w:val="Ttulo2"/>
      </w:pPr>
      <w:r>
        <w:t>Secuencia visible</w:t>
      </w:r>
    </w:p>
    <w:tbl>
      <w:tblPr>
        <w:tblW w:w="10080" w:type="dxa"/>
        <w:tblInd w:w="120" w:type="dxa"/>
        <w:tblLayout w:type="fixed"/>
        <w:tblLook w:val="04A0" w:firstRow="1" w:lastRow="0" w:firstColumn="1" w:lastColumn="0" w:noHBand="0" w:noVBand="1"/>
      </w:tblPr>
      <w:tblGrid>
        <w:gridCol w:w="1100"/>
        <w:gridCol w:w="3700"/>
        <w:gridCol w:w="5280"/>
      </w:tblGrid>
      <w:tr w:rsidR="008608E5" w14:paraId="5D1D3179" w14:textId="77777777">
        <w:trPr>
          <w:tblHeader/>
        </w:trPr>
        <w:tc>
          <w:tcPr>
            <w:tcW w:w="1100" w:type="dxa"/>
            <w:shd w:val="clear" w:color="auto" w:fill="E8EEF5"/>
            <w:tcMar>
              <w:top w:w="80" w:type="dxa"/>
              <w:left w:w="120" w:type="dxa"/>
              <w:bottom w:w="80" w:type="dxa"/>
              <w:right w:w="120" w:type="dxa"/>
            </w:tcMar>
            <w:vAlign w:val="center"/>
          </w:tcPr>
          <w:p w14:paraId="64DE8B8A" w14:textId="77777777" w:rsidR="00612663" w:rsidRDefault="00612663">
            <w:pPr>
              <w:pStyle w:val="NormalTema10"/>
              <w:spacing w:after="20" w:line="252" w:lineRule="auto"/>
              <w:jc w:val="center"/>
            </w:pPr>
            <w:r>
              <w:rPr>
                <w:b/>
                <w:color w:val="1F4D78"/>
                <w:sz w:val="20"/>
              </w:rPr>
              <w:t>Momento</w:t>
            </w:r>
          </w:p>
        </w:tc>
        <w:tc>
          <w:tcPr>
            <w:tcW w:w="3700" w:type="dxa"/>
            <w:shd w:val="clear" w:color="auto" w:fill="E8EEF5"/>
            <w:tcMar>
              <w:top w:w="80" w:type="dxa"/>
              <w:left w:w="120" w:type="dxa"/>
              <w:bottom w:w="80" w:type="dxa"/>
              <w:right w:w="120" w:type="dxa"/>
            </w:tcMar>
            <w:vAlign w:val="center"/>
          </w:tcPr>
          <w:p w14:paraId="489C0B05" w14:textId="77777777" w:rsidR="00612663" w:rsidRDefault="00612663">
            <w:pPr>
              <w:pStyle w:val="NormalTema10"/>
              <w:spacing w:after="20" w:line="252" w:lineRule="auto"/>
              <w:jc w:val="center"/>
            </w:pPr>
            <w:r>
              <w:rPr>
                <w:b/>
                <w:color w:val="1F4D78"/>
                <w:sz w:val="20"/>
              </w:rPr>
              <w:t>Objeto o acción</w:t>
            </w:r>
          </w:p>
        </w:tc>
        <w:tc>
          <w:tcPr>
            <w:tcW w:w="5280" w:type="dxa"/>
            <w:shd w:val="clear" w:color="auto" w:fill="E8EEF5"/>
            <w:tcMar>
              <w:top w:w="80" w:type="dxa"/>
              <w:left w:w="120" w:type="dxa"/>
              <w:bottom w:w="80" w:type="dxa"/>
              <w:right w:w="120" w:type="dxa"/>
            </w:tcMar>
            <w:vAlign w:val="center"/>
          </w:tcPr>
          <w:p w14:paraId="255F8926" w14:textId="77777777" w:rsidR="00612663" w:rsidRDefault="00612663">
            <w:pPr>
              <w:pStyle w:val="NormalTema10"/>
              <w:spacing w:after="20" w:line="252" w:lineRule="auto"/>
              <w:jc w:val="center"/>
            </w:pPr>
            <w:r>
              <w:rPr>
                <w:b/>
                <w:color w:val="1F4D78"/>
                <w:sz w:val="20"/>
              </w:rPr>
              <w:t>Mensaje sencillo</w:t>
            </w:r>
          </w:p>
        </w:tc>
      </w:tr>
      <w:tr w:rsidR="008608E5" w14:paraId="0A778EE8" w14:textId="77777777">
        <w:tc>
          <w:tcPr>
            <w:tcW w:w="1100" w:type="dxa"/>
            <w:tcMar>
              <w:top w:w="80" w:type="dxa"/>
              <w:left w:w="120" w:type="dxa"/>
              <w:bottom w:w="80" w:type="dxa"/>
              <w:right w:w="120" w:type="dxa"/>
            </w:tcMar>
            <w:vAlign w:val="center"/>
          </w:tcPr>
          <w:p w14:paraId="43FFD16A" w14:textId="77777777" w:rsidR="00612663" w:rsidRDefault="00612663">
            <w:pPr>
              <w:pStyle w:val="NormalTema10"/>
              <w:spacing w:after="20" w:line="252" w:lineRule="auto"/>
            </w:pPr>
            <w:r>
              <w:rPr>
                <w:b/>
                <w:color w:val="1F4D78"/>
                <w:sz w:val="19"/>
              </w:rPr>
              <w:t>1</w:t>
            </w:r>
          </w:p>
        </w:tc>
        <w:tc>
          <w:tcPr>
            <w:tcW w:w="3700" w:type="dxa"/>
            <w:tcMar>
              <w:top w:w="80" w:type="dxa"/>
              <w:left w:w="120" w:type="dxa"/>
              <w:bottom w:w="80" w:type="dxa"/>
              <w:right w:w="120" w:type="dxa"/>
            </w:tcMar>
            <w:vAlign w:val="center"/>
          </w:tcPr>
          <w:p w14:paraId="48119CE9" w14:textId="77777777" w:rsidR="00612663" w:rsidRDefault="00612663">
            <w:pPr>
              <w:pStyle w:val="NormalTema10"/>
              <w:spacing w:after="20" w:line="252" w:lineRule="auto"/>
            </w:pPr>
            <w:r>
              <w:rPr>
                <w:sz w:val="19"/>
              </w:rPr>
              <w:t>Recuerdos del curso.</w:t>
            </w:r>
          </w:p>
        </w:tc>
        <w:tc>
          <w:tcPr>
            <w:tcW w:w="5280" w:type="dxa"/>
            <w:tcMar>
              <w:top w:w="80" w:type="dxa"/>
              <w:left w:w="120" w:type="dxa"/>
              <w:bottom w:w="80" w:type="dxa"/>
              <w:right w:w="120" w:type="dxa"/>
            </w:tcMar>
            <w:vAlign w:val="center"/>
          </w:tcPr>
          <w:p w14:paraId="66BD6278" w14:textId="77777777" w:rsidR="00612663" w:rsidRDefault="00612663">
            <w:pPr>
              <w:pStyle w:val="NormalTema10"/>
              <w:spacing w:after="20" w:line="252" w:lineRule="auto"/>
            </w:pPr>
            <w:r>
              <w:rPr>
                <w:sz w:val="19"/>
              </w:rPr>
              <w:t>Hemos vivido muchas cosas juntos.</w:t>
            </w:r>
          </w:p>
        </w:tc>
      </w:tr>
      <w:tr w:rsidR="008608E5" w14:paraId="26ED484D" w14:textId="77777777">
        <w:tc>
          <w:tcPr>
            <w:tcW w:w="1100" w:type="dxa"/>
            <w:tcMar>
              <w:top w:w="80" w:type="dxa"/>
              <w:left w:w="120" w:type="dxa"/>
              <w:bottom w:w="80" w:type="dxa"/>
              <w:right w:w="120" w:type="dxa"/>
            </w:tcMar>
            <w:vAlign w:val="center"/>
          </w:tcPr>
          <w:p w14:paraId="27B210AE" w14:textId="77777777" w:rsidR="00612663" w:rsidRDefault="00612663">
            <w:pPr>
              <w:pStyle w:val="NormalTema10"/>
              <w:spacing w:after="20" w:line="252" w:lineRule="auto"/>
            </w:pPr>
            <w:r>
              <w:rPr>
                <w:b/>
                <w:color w:val="1F4D78"/>
                <w:sz w:val="19"/>
              </w:rPr>
              <w:t>2</w:t>
            </w:r>
          </w:p>
        </w:tc>
        <w:tc>
          <w:tcPr>
            <w:tcW w:w="3700" w:type="dxa"/>
            <w:tcMar>
              <w:top w:w="80" w:type="dxa"/>
              <w:left w:w="120" w:type="dxa"/>
              <w:bottom w:w="80" w:type="dxa"/>
              <w:right w:w="120" w:type="dxa"/>
            </w:tcMar>
            <w:vAlign w:val="center"/>
          </w:tcPr>
          <w:p w14:paraId="7536B81A" w14:textId="77777777" w:rsidR="00612663" w:rsidRDefault="00612663">
            <w:pPr>
              <w:pStyle w:val="NormalTema10"/>
              <w:spacing w:after="20" w:line="252" w:lineRule="auto"/>
            </w:pPr>
            <w:r>
              <w:rPr>
                <w:sz w:val="19"/>
              </w:rPr>
              <w:t>Espejo y gesto corporal.</w:t>
            </w:r>
          </w:p>
        </w:tc>
        <w:tc>
          <w:tcPr>
            <w:tcW w:w="5280" w:type="dxa"/>
            <w:tcMar>
              <w:top w:w="80" w:type="dxa"/>
              <w:left w:w="120" w:type="dxa"/>
              <w:bottom w:w="80" w:type="dxa"/>
              <w:right w:w="120" w:type="dxa"/>
            </w:tcMar>
            <w:vAlign w:val="center"/>
          </w:tcPr>
          <w:p w14:paraId="4F41B5EE" w14:textId="77777777" w:rsidR="00612663" w:rsidRDefault="00612663">
            <w:pPr>
              <w:pStyle w:val="NormalTema10"/>
              <w:spacing w:after="20" w:line="252" w:lineRule="auto"/>
            </w:pPr>
            <w:r>
              <w:rPr>
                <w:sz w:val="19"/>
              </w:rPr>
              <w:t>Este soy yo ahora.</w:t>
            </w:r>
          </w:p>
        </w:tc>
      </w:tr>
      <w:tr w:rsidR="008608E5" w14:paraId="70306431" w14:textId="77777777">
        <w:tc>
          <w:tcPr>
            <w:tcW w:w="1100" w:type="dxa"/>
            <w:tcMar>
              <w:top w:w="80" w:type="dxa"/>
              <w:left w:w="120" w:type="dxa"/>
              <w:bottom w:w="80" w:type="dxa"/>
              <w:right w:w="120" w:type="dxa"/>
            </w:tcMar>
            <w:vAlign w:val="center"/>
          </w:tcPr>
          <w:p w14:paraId="77FB6778" w14:textId="77777777" w:rsidR="00612663" w:rsidRDefault="00612663">
            <w:pPr>
              <w:pStyle w:val="NormalTema10"/>
              <w:spacing w:after="20" w:line="252" w:lineRule="auto"/>
            </w:pPr>
            <w:r>
              <w:rPr>
                <w:b/>
                <w:color w:val="1F4D78"/>
                <w:sz w:val="19"/>
              </w:rPr>
              <w:t>3</w:t>
            </w:r>
          </w:p>
        </w:tc>
        <w:tc>
          <w:tcPr>
            <w:tcW w:w="3700" w:type="dxa"/>
            <w:tcMar>
              <w:top w:w="80" w:type="dxa"/>
              <w:left w:w="120" w:type="dxa"/>
              <w:bottom w:w="80" w:type="dxa"/>
              <w:right w:w="120" w:type="dxa"/>
            </w:tcMar>
            <w:vAlign w:val="center"/>
          </w:tcPr>
          <w:p w14:paraId="02BD5AF6" w14:textId="77777777" w:rsidR="00612663" w:rsidRDefault="00612663">
            <w:pPr>
              <w:pStyle w:val="NormalTema10"/>
              <w:spacing w:after="20" w:line="252" w:lineRule="auto"/>
            </w:pPr>
            <w:r>
              <w:rPr>
                <w:sz w:val="19"/>
              </w:rPr>
              <w:t>Ficha 30 y dibujo libre.</w:t>
            </w:r>
          </w:p>
        </w:tc>
        <w:tc>
          <w:tcPr>
            <w:tcW w:w="5280" w:type="dxa"/>
            <w:tcMar>
              <w:top w:w="80" w:type="dxa"/>
              <w:left w:w="120" w:type="dxa"/>
              <w:bottom w:w="80" w:type="dxa"/>
              <w:right w:w="120" w:type="dxa"/>
            </w:tcMar>
            <w:vAlign w:val="center"/>
          </w:tcPr>
          <w:p w14:paraId="3557464A" w14:textId="77777777" w:rsidR="00612663" w:rsidRDefault="00612663">
            <w:pPr>
              <w:pStyle w:val="NormalTema10"/>
              <w:spacing w:after="20" w:line="252" w:lineRule="auto"/>
            </w:pPr>
            <w:r>
              <w:rPr>
                <w:sz w:val="19"/>
              </w:rPr>
              <w:t>Me dibujo a mi manera.</w:t>
            </w:r>
          </w:p>
        </w:tc>
      </w:tr>
      <w:tr w:rsidR="008608E5" w14:paraId="6E7C7EB3" w14:textId="77777777">
        <w:tc>
          <w:tcPr>
            <w:tcW w:w="1100" w:type="dxa"/>
            <w:tcMar>
              <w:top w:w="80" w:type="dxa"/>
              <w:left w:w="120" w:type="dxa"/>
              <w:bottom w:w="80" w:type="dxa"/>
              <w:right w:w="120" w:type="dxa"/>
            </w:tcMar>
            <w:vAlign w:val="center"/>
          </w:tcPr>
          <w:p w14:paraId="0B809E72" w14:textId="77777777" w:rsidR="00612663" w:rsidRDefault="00612663">
            <w:pPr>
              <w:pStyle w:val="NormalTema10"/>
              <w:spacing w:after="20" w:line="252" w:lineRule="auto"/>
            </w:pPr>
            <w:r>
              <w:rPr>
                <w:b/>
                <w:color w:val="1F4D78"/>
                <w:sz w:val="19"/>
              </w:rPr>
              <w:t>4</w:t>
            </w:r>
          </w:p>
        </w:tc>
        <w:tc>
          <w:tcPr>
            <w:tcW w:w="3700" w:type="dxa"/>
            <w:tcMar>
              <w:top w:w="80" w:type="dxa"/>
              <w:left w:w="120" w:type="dxa"/>
              <w:bottom w:w="80" w:type="dxa"/>
              <w:right w:w="120" w:type="dxa"/>
            </w:tcMar>
            <w:vAlign w:val="center"/>
          </w:tcPr>
          <w:p w14:paraId="604B2B97" w14:textId="77777777" w:rsidR="00612663" w:rsidRDefault="00612663">
            <w:pPr>
              <w:pStyle w:val="NormalTema10"/>
              <w:spacing w:after="20" w:line="252" w:lineRule="auto"/>
            </w:pPr>
            <w:r>
              <w:rPr>
                <w:sz w:val="19"/>
              </w:rPr>
              <w:t>Ficha 1 junto a la 30.</w:t>
            </w:r>
          </w:p>
        </w:tc>
        <w:tc>
          <w:tcPr>
            <w:tcW w:w="5280" w:type="dxa"/>
            <w:tcMar>
              <w:top w:w="80" w:type="dxa"/>
              <w:left w:w="120" w:type="dxa"/>
              <w:bottom w:w="80" w:type="dxa"/>
              <w:right w:w="120" w:type="dxa"/>
            </w:tcMar>
            <w:vAlign w:val="center"/>
          </w:tcPr>
          <w:p w14:paraId="3ED43831" w14:textId="77777777" w:rsidR="00612663" w:rsidRDefault="00612663">
            <w:pPr>
              <w:pStyle w:val="NormalTema10"/>
              <w:spacing w:after="20" w:line="252" w:lineRule="auto"/>
            </w:pPr>
            <w:r>
              <w:rPr>
                <w:sz w:val="19"/>
              </w:rPr>
              <w:t>He aprendido y he crecido.</w:t>
            </w:r>
          </w:p>
        </w:tc>
      </w:tr>
      <w:tr w:rsidR="008608E5" w14:paraId="0E26D5B8" w14:textId="77777777">
        <w:tc>
          <w:tcPr>
            <w:tcW w:w="1100" w:type="dxa"/>
            <w:tcMar>
              <w:top w:w="80" w:type="dxa"/>
              <w:left w:w="120" w:type="dxa"/>
              <w:bottom w:w="80" w:type="dxa"/>
              <w:right w:w="120" w:type="dxa"/>
            </w:tcMar>
            <w:vAlign w:val="center"/>
          </w:tcPr>
          <w:p w14:paraId="39157D22" w14:textId="77777777" w:rsidR="00612663" w:rsidRDefault="00612663">
            <w:pPr>
              <w:pStyle w:val="NormalTema10"/>
              <w:spacing w:after="20" w:line="252" w:lineRule="auto"/>
            </w:pPr>
            <w:r>
              <w:rPr>
                <w:b/>
                <w:color w:val="1F4D78"/>
                <w:sz w:val="19"/>
              </w:rPr>
              <w:t>5</w:t>
            </w:r>
          </w:p>
        </w:tc>
        <w:tc>
          <w:tcPr>
            <w:tcW w:w="3700" w:type="dxa"/>
            <w:tcMar>
              <w:top w:w="80" w:type="dxa"/>
              <w:left w:w="120" w:type="dxa"/>
              <w:bottom w:w="80" w:type="dxa"/>
              <w:right w:w="120" w:type="dxa"/>
            </w:tcMar>
            <w:vAlign w:val="center"/>
          </w:tcPr>
          <w:p w14:paraId="086E4E9B" w14:textId="77777777" w:rsidR="00612663" w:rsidRDefault="00612663">
            <w:pPr>
              <w:pStyle w:val="NormalTema10"/>
              <w:spacing w:after="20" w:line="252" w:lineRule="auto"/>
            </w:pPr>
            <w:r>
              <w:rPr>
                <w:sz w:val="19"/>
              </w:rPr>
              <w:t>Gesto de agradecimiento.</w:t>
            </w:r>
          </w:p>
        </w:tc>
        <w:tc>
          <w:tcPr>
            <w:tcW w:w="5280" w:type="dxa"/>
            <w:tcMar>
              <w:top w:w="80" w:type="dxa"/>
              <w:left w:w="120" w:type="dxa"/>
              <w:bottom w:w="80" w:type="dxa"/>
              <w:right w:w="120" w:type="dxa"/>
            </w:tcMar>
            <w:vAlign w:val="center"/>
          </w:tcPr>
          <w:p w14:paraId="0ACA4E34" w14:textId="77777777" w:rsidR="00612663" w:rsidRDefault="00612663">
            <w:pPr>
              <w:pStyle w:val="NormalTema10"/>
              <w:spacing w:after="20" w:line="252" w:lineRule="auto"/>
            </w:pPr>
            <w:r>
              <w:rPr>
                <w:sz w:val="19"/>
              </w:rPr>
              <w:t>Gracias, Jesús, por este curso.</w:t>
            </w:r>
          </w:p>
        </w:tc>
      </w:tr>
    </w:tbl>
    <w:p w14:paraId="02E1A97F" w14:textId="77777777" w:rsidR="00612663" w:rsidRDefault="00612663">
      <w:pPr>
        <w:pStyle w:val="NormalTema10"/>
      </w:pPr>
      <w:r>
        <w:br w:type="page"/>
      </w:r>
    </w:p>
    <w:p w14:paraId="263022B6" w14:textId="77777777" w:rsidR="00612663" w:rsidRDefault="00612663">
      <w:pPr>
        <w:pStyle w:val="Ttulo1"/>
        <w:spacing w:before="0"/>
      </w:pPr>
      <w:r>
        <w:lastRenderedPageBreak/>
        <w:t>2. Concreción curricular</w:t>
      </w:r>
    </w:p>
    <w:tbl>
      <w:tblPr>
        <w:tblW w:w="10080" w:type="dxa"/>
        <w:tblInd w:w="120" w:type="dxa"/>
        <w:tblLayout w:type="fixed"/>
        <w:tblLook w:val="04A0" w:firstRow="1" w:lastRow="0" w:firstColumn="1" w:lastColumn="0" w:noHBand="0" w:noVBand="1"/>
      </w:tblPr>
      <w:tblGrid>
        <w:gridCol w:w="10080"/>
      </w:tblGrid>
      <w:tr w:rsidR="008608E5" w14:paraId="4F88BD16" w14:textId="77777777">
        <w:tc>
          <w:tcPr>
            <w:tcW w:w="10080" w:type="dxa"/>
            <w:shd w:val="clear" w:color="auto" w:fill="E8F3EF"/>
            <w:tcMar>
              <w:top w:w="80" w:type="dxa"/>
              <w:left w:w="120" w:type="dxa"/>
              <w:bottom w:w="80" w:type="dxa"/>
              <w:right w:w="120" w:type="dxa"/>
            </w:tcMar>
            <w:vAlign w:val="center"/>
          </w:tcPr>
          <w:p w14:paraId="1FB07517" w14:textId="77777777" w:rsidR="00612663" w:rsidRDefault="00612663">
            <w:pPr>
              <w:pStyle w:val="NormalTema10"/>
            </w:pPr>
            <w:r>
              <w:rPr>
                <w:b/>
                <w:color w:val="1F4D78"/>
                <w:sz w:val="21"/>
              </w:rPr>
              <w:t xml:space="preserve">Situación de aprendizaje  </w:t>
            </w:r>
            <w:r>
              <w:rPr>
                <w:sz w:val="21"/>
              </w:rPr>
              <w:t>A partir de sus vivencias y de dos autorretratos realizados en momentos diferentes, el alumnado se observa, se representa, reconoce cambios personales y expresa agradecimiento por el camino compartido con Jesús.</w:t>
            </w:r>
          </w:p>
        </w:tc>
      </w:tr>
    </w:tbl>
    <w:p w14:paraId="4BCAC4A4" w14:textId="77777777" w:rsidR="00612663" w:rsidRDefault="00612663">
      <w:pPr>
        <w:pStyle w:val="Ttulo2"/>
      </w:pPr>
      <w:r>
        <w:t>Competencias clave</w:t>
      </w:r>
    </w:p>
    <w:p w14:paraId="3CE6A4A4" w14:textId="77777777" w:rsidR="00612663" w:rsidRDefault="00612663">
      <w:pPr>
        <w:pStyle w:val="NormalTema10"/>
      </w:pPr>
      <w:r>
        <w:t>CCL · Comunicación lingüística. CPSAA · Personal, social y aprender a aprender. CC · Ciudadana. CCEC · Conciencia y expresión culturales.</w:t>
      </w:r>
    </w:p>
    <w:p w14:paraId="7746F1FB" w14:textId="77777777" w:rsidR="00612663" w:rsidRDefault="00612663">
      <w:pPr>
        <w:pStyle w:val="Ttulo2"/>
      </w:pPr>
      <w:r>
        <w:t>Competencias específicas y criterios seleccionados</w:t>
      </w:r>
    </w:p>
    <w:tbl>
      <w:tblPr>
        <w:tblW w:w="10080" w:type="dxa"/>
        <w:tblInd w:w="120" w:type="dxa"/>
        <w:tblLayout w:type="fixed"/>
        <w:tblLook w:val="04A0" w:firstRow="1" w:lastRow="0" w:firstColumn="1" w:lastColumn="0" w:noHBand="0" w:noVBand="1"/>
      </w:tblPr>
      <w:tblGrid>
        <w:gridCol w:w="1900"/>
        <w:gridCol w:w="8180"/>
      </w:tblGrid>
      <w:tr w:rsidR="008608E5" w14:paraId="2B7450FF" w14:textId="77777777">
        <w:tc>
          <w:tcPr>
            <w:tcW w:w="1900" w:type="dxa"/>
            <w:shd w:val="clear" w:color="auto" w:fill="E8EEF5"/>
            <w:tcMar>
              <w:top w:w="80" w:type="dxa"/>
              <w:left w:w="120" w:type="dxa"/>
              <w:bottom w:w="80" w:type="dxa"/>
              <w:right w:w="120" w:type="dxa"/>
            </w:tcMar>
            <w:vAlign w:val="center"/>
          </w:tcPr>
          <w:p w14:paraId="77BE122E" w14:textId="77777777" w:rsidR="00612663" w:rsidRDefault="00612663">
            <w:pPr>
              <w:pStyle w:val="NormalTema10"/>
              <w:spacing w:after="20" w:line="252" w:lineRule="auto"/>
            </w:pPr>
            <w:r>
              <w:rPr>
                <w:b/>
                <w:color w:val="1F4D78"/>
                <w:sz w:val="19"/>
              </w:rPr>
              <w:t>CE1 · 1.1</w:t>
            </w:r>
          </w:p>
        </w:tc>
        <w:tc>
          <w:tcPr>
            <w:tcW w:w="8180" w:type="dxa"/>
            <w:tcMar>
              <w:top w:w="80" w:type="dxa"/>
              <w:left w:w="120" w:type="dxa"/>
              <w:bottom w:w="80" w:type="dxa"/>
              <w:right w:w="120" w:type="dxa"/>
            </w:tcMar>
            <w:vAlign w:val="center"/>
          </w:tcPr>
          <w:p w14:paraId="51CC7368" w14:textId="77777777" w:rsidR="00612663" w:rsidRDefault="00612663">
            <w:pPr>
              <w:pStyle w:val="NormalTema10"/>
              <w:spacing w:after="20" w:line="252" w:lineRule="auto"/>
            </w:pPr>
            <w:r>
              <w:rPr>
                <w:sz w:val="19"/>
              </w:rPr>
              <w:t>Actuar con autonomía progresiva en el cuidado corporal, el uso del espejo y la realización de la actividad.</w:t>
            </w:r>
          </w:p>
        </w:tc>
      </w:tr>
      <w:tr w:rsidR="008608E5" w14:paraId="7C19CC13" w14:textId="77777777">
        <w:tc>
          <w:tcPr>
            <w:tcW w:w="1900" w:type="dxa"/>
            <w:shd w:val="clear" w:color="auto" w:fill="E8EEF5"/>
            <w:tcMar>
              <w:top w:w="80" w:type="dxa"/>
              <w:left w:w="120" w:type="dxa"/>
              <w:bottom w:w="80" w:type="dxa"/>
              <w:right w:w="120" w:type="dxa"/>
            </w:tcMar>
            <w:vAlign w:val="center"/>
          </w:tcPr>
          <w:p w14:paraId="285415EA" w14:textId="77777777" w:rsidR="00612663" w:rsidRDefault="00612663">
            <w:pPr>
              <w:pStyle w:val="NormalTema10"/>
              <w:spacing w:after="20" w:line="252" w:lineRule="auto"/>
            </w:pPr>
            <w:r>
              <w:rPr>
                <w:b/>
                <w:color w:val="1F4D78"/>
                <w:sz w:val="19"/>
              </w:rPr>
              <w:t>CE1 · 1.3</w:t>
            </w:r>
          </w:p>
        </w:tc>
        <w:tc>
          <w:tcPr>
            <w:tcW w:w="8180" w:type="dxa"/>
            <w:tcMar>
              <w:top w:w="80" w:type="dxa"/>
              <w:left w:w="120" w:type="dxa"/>
              <w:bottom w:w="80" w:type="dxa"/>
              <w:right w:w="120" w:type="dxa"/>
            </w:tcMar>
            <w:vAlign w:val="center"/>
          </w:tcPr>
          <w:p w14:paraId="3CD96C3A" w14:textId="77777777" w:rsidR="00612663" w:rsidRDefault="00612663">
            <w:pPr>
              <w:pStyle w:val="NormalTema10"/>
              <w:spacing w:after="20" w:line="252" w:lineRule="auto"/>
            </w:pPr>
            <w:r>
              <w:rPr>
                <w:sz w:val="19"/>
              </w:rPr>
              <w:t>Expresar cualidades, posibilidades, emociones y vivencias al reconocerse y explicar su producción.</w:t>
            </w:r>
          </w:p>
        </w:tc>
      </w:tr>
      <w:tr w:rsidR="008608E5" w14:paraId="27B3A404" w14:textId="77777777">
        <w:tc>
          <w:tcPr>
            <w:tcW w:w="1900" w:type="dxa"/>
            <w:shd w:val="clear" w:color="auto" w:fill="E8EEF5"/>
            <w:tcMar>
              <w:top w:w="80" w:type="dxa"/>
              <w:left w:w="120" w:type="dxa"/>
              <w:bottom w:w="80" w:type="dxa"/>
              <w:right w:w="120" w:type="dxa"/>
            </w:tcMar>
            <w:vAlign w:val="center"/>
          </w:tcPr>
          <w:p w14:paraId="04B70166" w14:textId="77777777" w:rsidR="00612663" w:rsidRDefault="00612663">
            <w:pPr>
              <w:pStyle w:val="NormalTema10"/>
              <w:spacing w:after="20" w:line="252" w:lineRule="auto"/>
            </w:pPr>
            <w:r>
              <w:rPr>
                <w:b/>
                <w:color w:val="1F4D78"/>
                <w:sz w:val="19"/>
              </w:rPr>
              <w:t>CE2 · 2.2</w:t>
            </w:r>
          </w:p>
        </w:tc>
        <w:tc>
          <w:tcPr>
            <w:tcW w:w="8180" w:type="dxa"/>
            <w:tcMar>
              <w:top w:w="80" w:type="dxa"/>
              <w:left w:w="120" w:type="dxa"/>
              <w:bottom w:w="80" w:type="dxa"/>
              <w:right w:w="120" w:type="dxa"/>
            </w:tcMar>
            <w:vAlign w:val="center"/>
          </w:tcPr>
          <w:p w14:paraId="7BBD4958" w14:textId="77777777" w:rsidR="00612663" w:rsidRDefault="00612663">
            <w:pPr>
              <w:pStyle w:val="NormalTema10"/>
              <w:spacing w:after="20" w:line="252" w:lineRule="auto"/>
            </w:pPr>
            <w:r>
              <w:rPr>
                <w:sz w:val="19"/>
              </w:rPr>
              <w:t>Practicar la escucha y el agradecimiento en la despedida y en las relaciones cercanas del grupo.</w:t>
            </w:r>
          </w:p>
        </w:tc>
      </w:tr>
      <w:tr w:rsidR="008608E5" w14:paraId="4EC73ACF" w14:textId="77777777">
        <w:tc>
          <w:tcPr>
            <w:tcW w:w="1900" w:type="dxa"/>
            <w:shd w:val="clear" w:color="auto" w:fill="E8EEF5"/>
            <w:tcMar>
              <w:top w:w="80" w:type="dxa"/>
              <w:left w:w="120" w:type="dxa"/>
              <w:bottom w:w="80" w:type="dxa"/>
              <w:right w:w="120" w:type="dxa"/>
            </w:tcMar>
            <w:vAlign w:val="center"/>
          </w:tcPr>
          <w:p w14:paraId="31A7E86C" w14:textId="77777777" w:rsidR="00612663" w:rsidRDefault="00612663">
            <w:pPr>
              <w:pStyle w:val="NormalTema10"/>
              <w:spacing w:after="20" w:line="252" w:lineRule="auto"/>
            </w:pPr>
            <w:r>
              <w:rPr>
                <w:b/>
                <w:color w:val="1F4D78"/>
                <w:sz w:val="19"/>
              </w:rPr>
              <w:t>CE4 · 4.3</w:t>
            </w:r>
          </w:p>
        </w:tc>
        <w:tc>
          <w:tcPr>
            <w:tcW w:w="8180" w:type="dxa"/>
            <w:tcMar>
              <w:top w:w="80" w:type="dxa"/>
              <w:left w:w="120" w:type="dxa"/>
              <w:bottom w:w="80" w:type="dxa"/>
              <w:right w:w="120" w:type="dxa"/>
            </w:tcMar>
            <w:vAlign w:val="center"/>
          </w:tcPr>
          <w:p w14:paraId="118C4F34" w14:textId="77777777" w:rsidR="00612663" w:rsidRDefault="00612663">
            <w:pPr>
              <w:pStyle w:val="NormalTema10"/>
              <w:spacing w:after="20" w:line="252" w:lineRule="auto"/>
            </w:pPr>
            <w:r>
              <w:rPr>
                <w:sz w:val="19"/>
              </w:rPr>
              <w:t>Desarrollar la expresión artística en armonía con la propia identidad mediante un autorretrato libre.</w:t>
            </w:r>
          </w:p>
        </w:tc>
      </w:tr>
      <w:tr w:rsidR="008608E5" w14:paraId="36AC1BFC" w14:textId="77777777">
        <w:tc>
          <w:tcPr>
            <w:tcW w:w="1900" w:type="dxa"/>
            <w:shd w:val="clear" w:color="auto" w:fill="E8EEF5"/>
            <w:tcMar>
              <w:top w:w="80" w:type="dxa"/>
              <w:left w:w="120" w:type="dxa"/>
              <w:bottom w:w="80" w:type="dxa"/>
              <w:right w:w="120" w:type="dxa"/>
            </w:tcMar>
            <w:vAlign w:val="center"/>
          </w:tcPr>
          <w:p w14:paraId="4C27E486" w14:textId="77777777" w:rsidR="00612663" w:rsidRDefault="00612663">
            <w:pPr>
              <w:pStyle w:val="NormalTema10"/>
              <w:spacing w:after="20" w:line="252" w:lineRule="auto"/>
            </w:pPr>
            <w:r>
              <w:rPr>
                <w:b/>
                <w:color w:val="1F4D78"/>
                <w:sz w:val="19"/>
              </w:rPr>
              <w:t>CE5 · 5.1</w:t>
            </w:r>
          </w:p>
        </w:tc>
        <w:tc>
          <w:tcPr>
            <w:tcW w:w="8180" w:type="dxa"/>
            <w:tcMar>
              <w:top w:w="80" w:type="dxa"/>
              <w:left w:w="120" w:type="dxa"/>
              <w:bottom w:w="80" w:type="dxa"/>
              <w:right w:w="120" w:type="dxa"/>
            </w:tcMar>
            <w:vAlign w:val="center"/>
          </w:tcPr>
          <w:p w14:paraId="3176D3E7" w14:textId="77777777" w:rsidR="00612663" w:rsidRDefault="00612663">
            <w:pPr>
              <w:pStyle w:val="NormalTema10"/>
              <w:spacing w:after="20" w:line="252" w:lineRule="auto"/>
            </w:pPr>
            <w:r>
              <w:rPr>
                <w:sz w:val="19"/>
              </w:rPr>
              <w:t>Reconocer emociones y vivencias en un breve momento de mirada interior y reflexión guiada.</w:t>
            </w:r>
          </w:p>
        </w:tc>
      </w:tr>
      <w:tr w:rsidR="008608E5" w14:paraId="576FCDE3" w14:textId="77777777">
        <w:tc>
          <w:tcPr>
            <w:tcW w:w="1900" w:type="dxa"/>
            <w:shd w:val="clear" w:color="auto" w:fill="E8EEF5"/>
            <w:tcMar>
              <w:top w:w="80" w:type="dxa"/>
              <w:left w:w="120" w:type="dxa"/>
              <w:bottom w:w="80" w:type="dxa"/>
              <w:right w:w="120" w:type="dxa"/>
            </w:tcMar>
            <w:vAlign w:val="center"/>
          </w:tcPr>
          <w:p w14:paraId="03BA6EF0" w14:textId="77777777" w:rsidR="00612663" w:rsidRDefault="00612663">
            <w:pPr>
              <w:pStyle w:val="NormalTema10"/>
              <w:spacing w:after="20" w:line="252" w:lineRule="auto"/>
            </w:pPr>
            <w:r>
              <w:rPr>
                <w:b/>
                <w:color w:val="1F4D78"/>
                <w:sz w:val="19"/>
              </w:rPr>
              <w:t>CE5 · 5.2</w:t>
            </w:r>
          </w:p>
        </w:tc>
        <w:tc>
          <w:tcPr>
            <w:tcW w:w="8180" w:type="dxa"/>
            <w:tcMar>
              <w:top w:w="80" w:type="dxa"/>
              <w:left w:w="120" w:type="dxa"/>
              <w:bottom w:w="80" w:type="dxa"/>
              <w:right w:w="120" w:type="dxa"/>
            </w:tcMar>
            <w:vAlign w:val="center"/>
          </w:tcPr>
          <w:p w14:paraId="223E9F3E" w14:textId="77777777" w:rsidR="00612663" w:rsidRDefault="00612663">
            <w:pPr>
              <w:pStyle w:val="NormalTema10"/>
              <w:spacing w:after="20" w:line="252" w:lineRule="auto"/>
            </w:pPr>
            <w:r>
              <w:rPr>
                <w:sz w:val="19"/>
              </w:rPr>
              <w:t>Expresar sentimientos y acoger libremente una oración o frase de agradecimiento.</w:t>
            </w:r>
          </w:p>
        </w:tc>
      </w:tr>
      <w:tr w:rsidR="008608E5" w14:paraId="2469E38E" w14:textId="77777777">
        <w:tc>
          <w:tcPr>
            <w:tcW w:w="1900" w:type="dxa"/>
            <w:shd w:val="clear" w:color="auto" w:fill="E8EEF5"/>
            <w:tcMar>
              <w:top w:w="80" w:type="dxa"/>
              <w:left w:w="120" w:type="dxa"/>
              <w:bottom w:w="80" w:type="dxa"/>
              <w:right w:w="120" w:type="dxa"/>
            </w:tcMar>
            <w:vAlign w:val="center"/>
          </w:tcPr>
          <w:p w14:paraId="773A586D" w14:textId="77777777" w:rsidR="00612663" w:rsidRDefault="00612663">
            <w:pPr>
              <w:pStyle w:val="NormalTema10"/>
              <w:spacing w:after="20" w:line="252" w:lineRule="auto"/>
            </w:pPr>
            <w:r>
              <w:rPr>
                <w:b/>
                <w:color w:val="1F4D78"/>
                <w:sz w:val="19"/>
              </w:rPr>
              <w:t>CE6 · 6.1</w:t>
            </w:r>
          </w:p>
        </w:tc>
        <w:tc>
          <w:tcPr>
            <w:tcW w:w="8180" w:type="dxa"/>
            <w:tcMar>
              <w:top w:w="80" w:type="dxa"/>
              <w:left w:w="120" w:type="dxa"/>
              <w:bottom w:w="80" w:type="dxa"/>
              <w:right w:w="120" w:type="dxa"/>
            </w:tcMar>
            <w:vAlign w:val="center"/>
          </w:tcPr>
          <w:p w14:paraId="145F3B12" w14:textId="77777777" w:rsidR="00612663" w:rsidRDefault="00612663">
            <w:pPr>
              <w:pStyle w:val="NormalTema10"/>
              <w:spacing w:after="20" w:line="252" w:lineRule="auto"/>
            </w:pPr>
            <w:r>
              <w:rPr>
                <w:sz w:val="19"/>
              </w:rPr>
              <w:t>Reconocer a Jesús como figura central del recorrido cristiano vivido durante el curso.</w:t>
            </w:r>
          </w:p>
        </w:tc>
      </w:tr>
    </w:tbl>
    <w:p w14:paraId="0D4B730A" w14:textId="77777777" w:rsidR="00612663" w:rsidRDefault="00612663">
      <w:pPr>
        <w:pStyle w:val="Ttulo2"/>
      </w:pPr>
      <w:r>
        <w:t>Saberes básicos movilizados</w:t>
      </w:r>
    </w:p>
    <w:p w14:paraId="2288FFCE" w14:textId="77777777" w:rsidR="00612663" w:rsidRDefault="00612663">
      <w:pPr>
        <w:pStyle w:val="NormalTema10"/>
      </w:pPr>
      <w:r>
        <w:t>A · Cuidado y respeto del cuerpo; valor de la persona con sus límites y posibilidades; dignidad de todos; respeto a la expresión de emociones; creatividad para comunicar el mundo interior; silencio y calma. B · Comunicación emocional, escucha, amistad y gratitud. C · Jesús de Nazaret como figura clave del cristianismo; oraciones y prácticas cristianas cercanas.</w:t>
      </w:r>
    </w:p>
    <w:p w14:paraId="7CCA4C03" w14:textId="77777777" w:rsidR="00612663" w:rsidRDefault="00612663">
      <w:pPr>
        <w:pStyle w:val="Ttulo2"/>
      </w:pPr>
      <w:r>
        <w:t>Evidencias e instrumentos</w:t>
      </w:r>
    </w:p>
    <w:p w14:paraId="77D3088C" w14:textId="77777777" w:rsidR="00612663" w:rsidRDefault="00612663">
      <w:pPr>
        <w:pStyle w:val="NormalTema10"/>
      </w:pPr>
      <w:r>
        <w:t>1.1 y 1.3 · Observación ante el espejo, autonomía, explicación y comparación personal: registro y conversación. 2.2 · Escucha y agradecimiento: lista de cotejo flexible. 4.3 · Ficha 30 y pareja ficha 1-30: porfolio. 5.1-5.2 y 6.1 · Recuerdo, emoción, gesto u oración: observación directa.</w:t>
      </w:r>
    </w:p>
    <w:p w14:paraId="75FBCDA1" w14:textId="77777777" w:rsidR="00612663" w:rsidRDefault="00612663">
      <w:pPr>
        <w:pStyle w:val="NormalTema10"/>
      </w:pPr>
      <w:r>
        <w:br w:type="page"/>
      </w:r>
    </w:p>
    <w:p w14:paraId="580C938C" w14:textId="77777777" w:rsidR="00612663" w:rsidRDefault="00612663">
      <w:pPr>
        <w:pStyle w:val="Ttulo1"/>
        <w:spacing w:before="0"/>
      </w:pPr>
      <w:r>
        <w:lastRenderedPageBreak/>
        <w:t>3. Memoria del recorrido</w:t>
      </w:r>
    </w:p>
    <w:p w14:paraId="758537A6" w14:textId="77777777" w:rsidR="00612663" w:rsidRDefault="00612663">
      <w:pPr>
        <w:pStyle w:val="NormalTema10"/>
      </w:pPr>
      <w:r>
        <w:t>No es necesario repasar todas las fichas ni comprobar recuerdos exactos. Se eligen algunos objetos significativos y se deja que cada niño conecte con aquello que reconoce, le gustó o le produjo curiosidad.</w:t>
      </w:r>
    </w:p>
    <w:tbl>
      <w:tblPr>
        <w:tblW w:w="10080" w:type="dxa"/>
        <w:tblInd w:w="120" w:type="dxa"/>
        <w:tblLayout w:type="fixed"/>
        <w:tblLook w:val="04A0" w:firstRow="1" w:lastRow="0" w:firstColumn="1" w:lastColumn="0" w:noHBand="0" w:noVBand="1"/>
      </w:tblPr>
      <w:tblGrid>
        <w:gridCol w:w="2200"/>
        <w:gridCol w:w="3300"/>
        <w:gridCol w:w="4580"/>
      </w:tblGrid>
      <w:tr w:rsidR="008608E5" w14:paraId="5F11A2E8" w14:textId="77777777">
        <w:trPr>
          <w:tblHeader/>
        </w:trPr>
        <w:tc>
          <w:tcPr>
            <w:tcW w:w="2200" w:type="dxa"/>
            <w:shd w:val="clear" w:color="auto" w:fill="E8EEF5"/>
            <w:tcMar>
              <w:top w:w="80" w:type="dxa"/>
              <w:left w:w="120" w:type="dxa"/>
              <w:bottom w:w="80" w:type="dxa"/>
              <w:right w:w="120" w:type="dxa"/>
            </w:tcMar>
            <w:vAlign w:val="center"/>
          </w:tcPr>
          <w:p w14:paraId="12B4DAB0" w14:textId="77777777" w:rsidR="00612663" w:rsidRDefault="00612663">
            <w:pPr>
              <w:pStyle w:val="NormalTema10"/>
              <w:spacing w:after="20" w:line="252" w:lineRule="auto"/>
              <w:jc w:val="center"/>
            </w:pPr>
            <w:r>
              <w:rPr>
                <w:b/>
                <w:color w:val="1F4D78"/>
                <w:sz w:val="20"/>
              </w:rPr>
              <w:t>Tema</w:t>
            </w:r>
          </w:p>
        </w:tc>
        <w:tc>
          <w:tcPr>
            <w:tcW w:w="3300" w:type="dxa"/>
            <w:shd w:val="clear" w:color="auto" w:fill="E8EEF5"/>
            <w:tcMar>
              <w:top w:w="80" w:type="dxa"/>
              <w:left w:w="120" w:type="dxa"/>
              <w:bottom w:w="80" w:type="dxa"/>
              <w:right w:w="120" w:type="dxa"/>
            </w:tcMar>
            <w:vAlign w:val="center"/>
          </w:tcPr>
          <w:p w14:paraId="3F363D52" w14:textId="77777777" w:rsidR="00612663" w:rsidRDefault="00612663">
            <w:pPr>
              <w:pStyle w:val="NormalTema10"/>
              <w:spacing w:after="20" w:line="252" w:lineRule="auto"/>
              <w:jc w:val="center"/>
            </w:pPr>
            <w:r>
              <w:rPr>
                <w:b/>
                <w:color w:val="1F4D78"/>
                <w:sz w:val="20"/>
              </w:rPr>
              <w:t>Objeto o imagen</w:t>
            </w:r>
          </w:p>
        </w:tc>
        <w:tc>
          <w:tcPr>
            <w:tcW w:w="4580" w:type="dxa"/>
            <w:shd w:val="clear" w:color="auto" w:fill="E8EEF5"/>
            <w:tcMar>
              <w:top w:w="80" w:type="dxa"/>
              <w:left w:w="120" w:type="dxa"/>
              <w:bottom w:w="80" w:type="dxa"/>
              <w:right w:w="120" w:type="dxa"/>
            </w:tcMar>
            <w:vAlign w:val="center"/>
          </w:tcPr>
          <w:p w14:paraId="1EDB5326" w14:textId="77777777" w:rsidR="00612663" w:rsidRDefault="00612663">
            <w:pPr>
              <w:pStyle w:val="NormalTema10"/>
              <w:spacing w:after="20" w:line="252" w:lineRule="auto"/>
              <w:jc w:val="center"/>
            </w:pPr>
            <w:r>
              <w:rPr>
                <w:b/>
                <w:color w:val="1F4D78"/>
                <w:sz w:val="20"/>
              </w:rPr>
              <w:t>Pregunta o frase breve</w:t>
            </w:r>
          </w:p>
        </w:tc>
      </w:tr>
      <w:tr w:rsidR="008608E5" w14:paraId="0BD6DEEB" w14:textId="77777777">
        <w:tc>
          <w:tcPr>
            <w:tcW w:w="2200" w:type="dxa"/>
            <w:tcMar>
              <w:top w:w="80" w:type="dxa"/>
              <w:left w:w="120" w:type="dxa"/>
              <w:bottom w:w="80" w:type="dxa"/>
              <w:right w:w="120" w:type="dxa"/>
            </w:tcMar>
            <w:vAlign w:val="center"/>
          </w:tcPr>
          <w:p w14:paraId="42A390C6" w14:textId="77777777" w:rsidR="00612663" w:rsidRDefault="00612663">
            <w:pPr>
              <w:pStyle w:val="NormalTema10"/>
              <w:spacing w:after="20" w:line="252" w:lineRule="auto"/>
            </w:pPr>
            <w:r>
              <w:rPr>
                <w:b/>
                <w:color w:val="1F4D78"/>
                <w:sz w:val="18"/>
              </w:rPr>
              <w:t>1 · Yo y mi familia</w:t>
            </w:r>
          </w:p>
        </w:tc>
        <w:tc>
          <w:tcPr>
            <w:tcW w:w="3300" w:type="dxa"/>
            <w:tcMar>
              <w:top w:w="80" w:type="dxa"/>
              <w:left w:w="120" w:type="dxa"/>
              <w:bottom w:w="80" w:type="dxa"/>
              <w:right w:w="120" w:type="dxa"/>
            </w:tcMar>
            <w:vAlign w:val="center"/>
          </w:tcPr>
          <w:p w14:paraId="17F5C463" w14:textId="77777777" w:rsidR="00612663" w:rsidRDefault="00612663">
            <w:pPr>
              <w:pStyle w:val="NormalTema10"/>
              <w:spacing w:after="20" w:line="252" w:lineRule="auto"/>
            </w:pPr>
            <w:r>
              <w:rPr>
                <w:sz w:val="18"/>
              </w:rPr>
              <w:t>Espejo, corazón o casa.</w:t>
            </w:r>
          </w:p>
        </w:tc>
        <w:tc>
          <w:tcPr>
            <w:tcW w:w="4580" w:type="dxa"/>
            <w:tcMar>
              <w:top w:w="80" w:type="dxa"/>
              <w:left w:w="120" w:type="dxa"/>
              <w:bottom w:w="80" w:type="dxa"/>
              <w:right w:w="120" w:type="dxa"/>
            </w:tcMar>
            <w:vAlign w:val="center"/>
          </w:tcPr>
          <w:p w14:paraId="4A7BD63E" w14:textId="77777777" w:rsidR="00612663" w:rsidRDefault="00612663">
            <w:pPr>
              <w:pStyle w:val="NormalTema10"/>
              <w:spacing w:after="20" w:line="252" w:lineRule="auto"/>
            </w:pPr>
            <w:r>
              <w:rPr>
                <w:sz w:val="18"/>
              </w:rPr>
              <w:t>¿Quiénes te quieren y te cuidan?</w:t>
            </w:r>
          </w:p>
        </w:tc>
      </w:tr>
      <w:tr w:rsidR="008608E5" w14:paraId="410FD4A6" w14:textId="77777777">
        <w:tc>
          <w:tcPr>
            <w:tcW w:w="2200" w:type="dxa"/>
            <w:tcMar>
              <w:top w:w="80" w:type="dxa"/>
              <w:left w:w="120" w:type="dxa"/>
              <w:bottom w:w="80" w:type="dxa"/>
              <w:right w:w="120" w:type="dxa"/>
            </w:tcMar>
            <w:vAlign w:val="center"/>
          </w:tcPr>
          <w:p w14:paraId="4D32A168" w14:textId="77777777" w:rsidR="00612663" w:rsidRDefault="00612663">
            <w:pPr>
              <w:pStyle w:val="NormalTema10"/>
              <w:spacing w:after="20" w:line="252" w:lineRule="auto"/>
            </w:pPr>
            <w:r>
              <w:rPr>
                <w:b/>
                <w:color w:val="1F4D78"/>
                <w:sz w:val="18"/>
              </w:rPr>
              <w:t>2 · Creación</w:t>
            </w:r>
          </w:p>
        </w:tc>
        <w:tc>
          <w:tcPr>
            <w:tcW w:w="3300" w:type="dxa"/>
            <w:tcMar>
              <w:top w:w="80" w:type="dxa"/>
              <w:left w:w="120" w:type="dxa"/>
              <w:bottom w:w="80" w:type="dxa"/>
              <w:right w:w="120" w:type="dxa"/>
            </w:tcMar>
            <w:vAlign w:val="center"/>
          </w:tcPr>
          <w:p w14:paraId="2A66E9ED" w14:textId="77777777" w:rsidR="00612663" w:rsidRDefault="00612663">
            <w:pPr>
              <w:pStyle w:val="NormalTema10"/>
              <w:spacing w:after="20" w:line="252" w:lineRule="auto"/>
            </w:pPr>
            <w:r>
              <w:rPr>
                <w:sz w:val="18"/>
              </w:rPr>
              <w:t>Tela de día/noche, animal o planta.</w:t>
            </w:r>
          </w:p>
        </w:tc>
        <w:tc>
          <w:tcPr>
            <w:tcW w:w="4580" w:type="dxa"/>
            <w:tcMar>
              <w:top w:w="80" w:type="dxa"/>
              <w:left w:w="120" w:type="dxa"/>
              <w:bottom w:w="80" w:type="dxa"/>
              <w:right w:w="120" w:type="dxa"/>
            </w:tcMar>
            <w:vAlign w:val="center"/>
          </w:tcPr>
          <w:p w14:paraId="4928E617" w14:textId="77777777" w:rsidR="00612663" w:rsidRDefault="00612663">
            <w:pPr>
              <w:pStyle w:val="NormalTema10"/>
              <w:spacing w:after="20" w:line="252" w:lineRule="auto"/>
            </w:pPr>
            <w:r>
              <w:rPr>
                <w:sz w:val="18"/>
              </w:rPr>
              <w:t>¿Qué te gustó descubrir?</w:t>
            </w:r>
          </w:p>
        </w:tc>
      </w:tr>
      <w:tr w:rsidR="008608E5" w14:paraId="43D14E36" w14:textId="77777777">
        <w:tc>
          <w:tcPr>
            <w:tcW w:w="2200" w:type="dxa"/>
            <w:tcMar>
              <w:top w:w="80" w:type="dxa"/>
              <w:left w:w="120" w:type="dxa"/>
              <w:bottom w:w="80" w:type="dxa"/>
              <w:right w:w="120" w:type="dxa"/>
            </w:tcMar>
            <w:vAlign w:val="center"/>
          </w:tcPr>
          <w:p w14:paraId="175DCB69" w14:textId="77777777" w:rsidR="00612663" w:rsidRDefault="00612663">
            <w:pPr>
              <w:pStyle w:val="NormalTema10"/>
              <w:spacing w:after="20" w:line="252" w:lineRule="auto"/>
            </w:pPr>
            <w:r>
              <w:rPr>
                <w:b/>
                <w:color w:val="1F4D78"/>
                <w:sz w:val="18"/>
              </w:rPr>
              <w:t>3 · Navidad</w:t>
            </w:r>
          </w:p>
        </w:tc>
        <w:tc>
          <w:tcPr>
            <w:tcW w:w="3300" w:type="dxa"/>
            <w:tcMar>
              <w:top w:w="80" w:type="dxa"/>
              <w:left w:w="120" w:type="dxa"/>
              <w:bottom w:w="80" w:type="dxa"/>
              <w:right w:w="120" w:type="dxa"/>
            </w:tcMar>
            <w:vAlign w:val="center"/>
          </w:tcPr>
          <w:p w14:paraId="04512C3A" w14:textId="77777777" w:rsidR="00612663" w:rsidRDefault="00612663">
            <w:pPr>
              <w:pStyle w:val="NormalTema10"/>
              <w:spacing w:after="20" w:line="252" w:lineRule="auto"/>
            </w:pPr>
            <w:r>
              <w:rPr>
                <w:sz w:val="18"/>
              </w:rPr>
              <w:t>Estrella, burra o figura del Belén.</w:t>
            </w:r>
          </w:p>
        </w:tc>
        <w:tc>
          <w:tcPr>
            <w:tcW w:w="4580" w:type="dxa"/>
            <w:tcMar>
              <w:top w:w="80" w:type="dxa"/>
              <w:left w:w="120" w:type="dxa"/>
              <w:bottom w:w="80" w:type="dxa"/>
              <w:right w:w="120" w:type="dxa"/>
            </w:tcMar>
            <w:vAlign w:val="center"/>
          </w:tcPr>
          <w:p w14:paraId="391A5F93" w14:textId="77777777" w:rsidR="00612663" w:rsidRDefault="00612663">
            <w:pPr>
              <w:pStyle w:val="NormalTema10"/>
              <w:spacing w:after="20" w:line="252" w:lineRule="auto"/>
            </w:pPr>
            <w:r>
              <w:rPr>
                <w:sz w:val="18"/>
              </w:rPr>
              <w:t>Jesús nació y fue acogido.</w:t>
            </w:r>
          </w:p>
        </w:tc>
      </w:tr>
      <w:tr w:rsidR="008608E5" w14:paraId="17A4C0D5" w14:textId="77777777">
        <w:tc>
          <w:tcPr>
            <w:tcW w:w="2200" w:type="dxa"/>
            <w:tcMar>
              <w:top w:w="80" w:type="dxa"/>
              <w:left w:w="120" w:type="dxa"/>
              <w:bottom w:w="80" w:type="dxa"/>
              <w:right w:w="120" w:type="dxa"/>
            </w:tcMar>
            <w:vAlign w:val="center"/>
          </w:tcPr>
          <w:p w14:paraId="4FB25637" w14:textId="77777777" w:rsidR="00612663" w:rsidRDefault="00612663">
            <w:pPr>
              <w:pStyle w:val="NormalTema10"/>
              <w:spacing w:after="20" w:line="252" w:lineRule="auto"/>
            </w:pPr>
            <w:r>
              <w:rPr>
                <w:b/>
                <w:color w:val="1F4D78"/>
                <w:sz w:val="18"/>
              </w:rPr>
              <w:t>4 · San Francisco</w:t>
            </w:r>
          </w:p>
        </w:tc>
        <w:tc>
          <w:tcPr>
            <w:tcW w:w="3300" w:type="dxa"/>
            <w:tcMar>
              <w:top w:w="80" w:type="dxa"/>
              <w:left w:w="120" w:type="dxa"/>
              <w:bottom w:w="80" w:type="dxa"/>
              <w:right w:w="120" w:type="dxa"/>
            </w:tcMar>
            <w:vAlign w:val="center"/>
          </w:tcPr>
          <w:p w14:paraId="07A26BB4" w14:textId="77777777" w:rsidR="00612663" w:rsidRDefault="00612663">
            <w:pPr>
              <w:pStyle w:val="NormalTema10"/>
              <w:spacing w:after="20" w:line="252" w:lineRule="auto"/>
            </w:pPr>
            <w:r>
              <w:rPr>
                <w:sz w:val="18"/>
              </w:rPr>
              <w:t>Animal, planta o imagen del santo.</w:t>
            </w:r>
          </w:p>
        </w:tc>
        <w:tc>
          <w:tcPr>
            <w:tcW w:w="4580" w:type="dxa"/>
            <w:tcMar>
              <w:top w:w="80" w:type="dxa"/>
              <w:left w:w="120" w:type="dxa"/>
              <w:bottom w:w="80" w:type="dxa"/>
              <w:right w:w="120" w:type="dxa"/>
            </w:tcMar>
            <w:vAlign w:val="center"/>
          </w:tcPr>
          <w:p w14:paraId="7D0A8532" w14:textId="77777777" w:rsidR="00612663" w:rsidRDefault="00612663">
            <w:pPr>
              <w:pStyle w:val="NormalTema10"/>
              <w:spacing w:after="20" w:line="252" w:lineRule="auto"/>
            </w:pPr>
            <w:r>
              <w:rPr>
                <w:sz w:val="18"/>
              </w:rPr>
              <w:t>Cuidamos la creación.</w:t>
            </w:r>
          </w:p>
        </w:tc>
      </w:tr>
      <w:tr w:rsidR="008608E5" w14:paraId="2579870F" w14:textId="77777777">
        <w:tc>
          <w:tcPr>
            <w:tcW w:w="2200" w:type="dxa"/>
            <w:tcMar>
              <w:top w:w="80" w:type="dxa"/>
              <w:left w:w="120" w:type="dxa"/>
              <w:bottom w:w="80" w:type="dxa"/>
              <w:right w:w="120" w:type="dxa"/>
            </w:tcMar>
            <w:vAlign w:val="center"/>
          </w:tcPr>
          <w:p w14:paraId="268673FC" w14:textId="77777777" w:rsidR="00612663" w:rsidRDefault="00612663">
            <w:pPr>
              <w:pStyle w:val="NormalTema10"/>
              <w:spacing w:after="20" w:line="252" w:lineRule="auto"/>
            </w:pPr>
            <w:r>
              <w:rPr>
                <w:b/>
                <w:color w:val="1F4D78"/>
                <w:sz w:val="18"/>
              </w:rPr>
              <w:t>5 · Oveja perdida</w:t>
            </w:r>
          </w:p>
        </w:tc>
        <w:tc>
          <w:tcPr>
            <w:tcW w:w="3300" w:type="dxa"/>
            <w:tcMar>
              <w:top w:w="80" w:type="dxa"/>
              <w:left w:w="120" w:type="dxa"/>
              <w:bottom w:w="80" w:type="dxa"/>
              <w:right w:w="120" w:type="dxa"/>
            </w:tcMar>
            <w:vAlign w:val="center"/>
          </w:tcPr>
          <w:p w14:paraId="0F1C64C4" w14:textId="77777777" w:rsidR="00612663" w:rsidRDefault="00612663">
            <w:pPr>
              <w:pStyle w:val="NormalTema10"/>
              <w:spacing w:after="20" w:line="252" w:lineRule="auto"/>
            </w:pPr>
            <w:r>
              <w:rPr>
                <w:sz w:val="18"/>
              </w:rPr>
              <w:t>Oveja, pastor o camino.</w:t>
            </w:r>
          </w:p>
        </w:tc>
        <w:tc>
          <w:tcPr>
            <w:tcW w:w="4580" w:type="dxa"/>
            <w:tcMar>
              <w:top w:w="80" w:type="dxa"/>
              <w:left w:w="120" w:type="dxa"/>
              <w:bottom w:w="80" w:type="dxa"/>
              <w:right w:w="120" w:type="dxa"/>
            </w:tcMar>
            <w:vAlign w:val="center"/>
          </w:tcPr>
          <w:p w14:paraId="4F525AFD" w14:textId="77777777" w:rsidR="00612663" w:rsidRDefault="00612663">
            <w:pPr>
              <w:pStyle w:val="NormalTema10"/>
              <w:spacing w:after="20" w:line="252" w:lineRule="auto"/>
            </w:pPr>
            <w:r>
              <w:rPr>
                <w:sz w:val="18"/>
              </w:rPr>
              <w:t>Jesús busca y cuida.</w:t>
            </w:r>
          </w:p>
        </w:tc>
      </w:tr>
      <w:tr w:rsidR="008608E5" w14:paraId="2A0006B0" w14:textId="77777777">
        <w:tc>
          <w:tcPr>
            <w:tcW w:w="2200" w:type="dxa"/>
            <w:tcMar>
              <w:top w:w="80" w:type="dxa"/>
              <w:left w:w="120" w:type="dxa"/>
              <w:bottom w:w="80" w:type="dxa"/>
              <w:right w:w="120" w:type="dxa"/>
            </w:tcMar>
            <w:vAlign w:val="center"/>
          </w:tcPr>
          <w:p w14:paraId="423F1A8C" w14:textId="77777777" w:rsidR="00612663" w:rsidRDefault="00612663">
            <w:pPr>
              <w:pStyle w:val="NormalTema10"/>
              <w:spacing w:after="20" w:line="252" w:lineRule="auto"/>
            </w:pPr>
            <w:r>
              <w:rPr>
                <w:b/>
                <w:color w:val="1F4D78"/>
                <w:sz w:val="18"/>
              </w:rPr>
              <w:t>6 · Pan y Eucaristía</w:t>
            </w:r>
          </w:p>
        </w:tc>
        <w:tc>
          <w:tcPr>
            <w:tcW w:w="3300" w:type="dxa"/>
            <w:tcMar>
              <w:top w:w="80" w:type="dxa"/>
              <w:left w:w="120" w:type="dxa"/>
              <w:bottom w:w="80" w:type="dxa"/>
              <w:right w:w="120" w:type="dxa"/>
            </w:tcMar>
            <w:vAlign w:val="center"/>
          </w:tcPr>
          <w:p w14:paraId="09EA4D5F" w14:textId="77777777" w:rsidR="00612663" w:rsidRDefault="00612663">
            <w:pPr>
              <w:pStyle w:val="NormalTema10"/>
              <w:spacing w:after="20" w:line="252" w:lineRule="auto"/>
            </w:pPr>
            <w:r>
              <w:rPr>
                <w:sz w:val="18"/>
              </w:rPr>
              <w:t>Pan, espiga o mantel.</w:t>
            </w:r>
          </w:p>
        </w:tc>
        <w:tc>
          <w:tcPr>
            <w:tcW w:w="4580" w:type="dxa"/>
            <w:tcMar>
              <w:top w:w="80" w:type="dxa"/>
              <w:left w:w="120" w:type="dxa"/>
              <w:bottom w:w="80" w:type="dxa"/>
              <w:right w:w="120" w:type="dxa"/>
            </w:tcMar>
            <w:vAlign w:val="center"/>
          </w:tcPr>
          <w:p w14:paraId="7CA6E730" w14:textId="77777777" w:rsidR="00612663" w:rsidRDefault="00612663">
            <w:pPr>
              <w:pStyle w:val="NormalTema10"/>
              <w:spacing w:after="20" w:line="252" w:lineRule="auto"/>
            </w:pPr>
            <w:r>
              <w:rPr>
                <w:sz w:val="18"/>
              </w:rPr>
              <w:t>Jesús comparte y permanece con nosotros.</w:t>
            </w:r>
          </w:p>
        </w:tc>
      </w:tr>
      <w:tr w:rsidR="008608E5" w14:paraId="2CF3CDE1" w14:textId="77777777">
        <w:tc>
          <w:tcPr>
            <w:tcW w:w="2200" w:type="dxa"/>
            <w:tcMar>
              <w:top w:w="80" w:type="dxa"/>
              <w:left w:w="120" w:type="dxa"/>
              <w:bottom w:w="80" w:type="dxa"/>
              <w:right w:w="120" w:type="dxa"/>
            </w:tcMar>
            <w:vAlign w:val="center"/>
          </w:tcPr>
          <w:p w14:paraId="5E0D574A" w14:textId="77777777" w:rsidR="00612663" w:rsidRDefault="00612663">
            <w:pPr>
              <w:pStyle w:val="NormalTema10"/>
              <w:spacing w:after="20" w:line="252" w:lineRule="auto"/>
            </w:pPr>
            <w:r>
              <w:rPr>
                <w:b/>
                <w:color w:val="1F4D78"/>
                <w:sz w:val="18"/>
              </w:rPr>
              <w:t>7 · La Virgen</w:t>
            </w:r>
          </w:p>
        </w:tc>
        <w:tc>
          <w:tcPr>
            <w:tcW w:w="3300" w:type="dxa"/>
            <w:tcMar>
              <w:top w:w="80" w:type="dxa"/>
              <w:left w:w="120" w:type="dxa"/>
              <w:bottom w:w="80" w:type="dxa"/>
              <w:right w:w="120" w:type="dxa"/>
            </w:tcMar>
            <w:vAlign w:val="center"/>
          </w:tcPr>
          <w:p w14:paraId="40DAAB6B" w14:textId="77777777" w:rsidR="00612663" w:rsidRDefault="00612663">
            <w:pPr>
              <w:pStyle w:val="NormalTema10"/>
              <w:spacing w:after="20" w:line="252" w:lineRule="auto"/>
            </w:pPr>
            <w:r>
              <w:rPr>
                <w:sz w:val="18"/>
              </w:rPr>
              <w:t>Corona, flor o manto.</w:t>
            </w:r>
          </w:p>
        </w:tc>
        <w:tc>
          <w:tcPr>
            <w:tcW w:w="4580" w:type="dxa"/>
            <w:tcMar>
              <w:top w:w="80" w:type="dxa"/>
              <w:left w:w="120" w:type="dxa"/>
              <w:bottom w:w="80" w:type="dxa"/>
              <w:right w:w="120" w:type="dxa"/>
            </w:tcMar>
            <w:vAlign w:val="center"/>
          </w:tcPr>
          <w:p w14:paraId="1FEEF32D" w14:textId="77777777" w:rsidR="00612663" w:rsidRDefault="00612663">
            <w:pPr>
              <w:pStyle w:val="NormalTema10"/>
              <w:spacing w:after="20" w:line="252" w:lineRule="auto"/>
            </w:pPr>
            <w:r>
              <w:rPr>
                <w:sz w:val="18"/>
              </w:rPr>
              <w:t>María acompaña a Jesús.</w:t>
            </w:r>
          </w:p>
        </w:tc>
      </w:tr>
      <w:tr w:rsidR="008608E5" w14:paraId="75177EA5" w14:textId="77777777">
        <w:tc>
          <w:tcPr>
            <w:tcW w:w="2200" w:type="dxa"/>
            <w:tcMar>
              <w:top w:w="80" w:type="dxa"/>
              <w:left w:w="120" w:type="dxa"/>
              <w:bottom w:w="80" w:type="dxa"/>
              <w:right w:w="120" w:type="dxa"/>
            </w:tcMar>
            <w:vAlign w:val="center"/>
          </w:tcPr>
          <w:p w14:paraId="202E03FC" w14:textId="77777777" w:rsidR="00612663" w:rsidRDefault="00612663">
            <w:pPr>
              <w:pStyle w:val="NormalTema10"/>
              <w:spacing w:after="20" w:line="252" w:lineRule="auto"/>
            </w:pPr>
            <w:r>
              <w:rPr>
                <w:b/>
                <w:color w:val="1F4D78"/>
                <w:sz w:val="18"/>
              </w:rPr>
              <w:t>8 · La Iglesia</w:t>
            </w:r>
          </w:p>
        </w:tc>
        <w:tc>
          <w:tcPr>
            <w:tcW w:w="3300" w:type="dxa"/>
            <w:tcMar>
              <w:top w:w="80" w:type="dxa"/>
              <w:left w:w="120" w:type="dxa"/>
              <w:bottom w:w="80" w:type="dxa"/>
              <w:right w:w="120" w:type="dxa"/>
            </w:tcMar>
            <w:vAlign w:val="center"/>
          </w:tcPr>
          <w:p w14:paraId="205BACD2" w14:textId="77777777" w:rsidR="00612663" w:rsidRDefault="00612663">
            <w:pPr>
              <w:pStyle w:val="NormalTema10"/>
              <w:spacing w:after="20" w:line="252" w:lineRule="auto"/>
            </w:pPr>
            <w:r>
              <w:rPr>
                <w:sz w:val="18"/>
              </w:rPr>
              <w:t>Puerta, cruz, cáliz o Biblia.</w:t>
            </w:r>
          </w:p>
        </w:tc>
        <w:tc>
          <w:tcPr>
            <w:tcW w:w="4580" w:type="dxa"/>
            <w:tcMar>
              <w:top w:w="80" w:type="dxa"/>
              <w:left w:w="120" w:type="dxa"/>
              <w:bottom w:w="80" w:type="dxa"/>
              <w:right w:w="120" w:type="dxa"/>
            </w:tcMar>
            <w:vAlign w:val="center"/>
          </w:tcPr>
          <w:p w14:paraId="7801B8B2" w14:textId="77777777" w:rsidR="00612663" w:rsidRDefault="00612663">
            <w:pPr>
              <w:pStyle w:val="NormalTema10"/>
              <w:spacing w:after="20" w:line="252" w:lineRule="auto"/>
            </w:pPr>
            <w:r>
              <w:rPr>
                <w:sz w:val="18"/>
              </w:rPr>
              <w:t>La iglesia es un lugar de encuentro.</w:t>
            </w:r>
          </w:p>
        </w:tc>
      </w:tr>
      <w:tr w:rsidR="008608E5" w14:paraId="51DDB034" w14:textId="77777777">
        <w:tc>
          <w:tcPr>
            <w:tcW w:w="2200" w:type="dxa"/>
            <w:tcMar>
              <w:top w:w="80" w:type="dxa"/>
              <w:left w:w="120" w:type="dxa"/>
              <w:bottom w:w="80" w:type="dxa"/>
              <w:right w:w="120" w:type="dxa"/>
            </w:tcMar>
            <w:vAlign w:val="center"/>
          </w:tcPr>
          <w:p w14:paraId="2162750E" w14:textId="77777777" w:rsidR="00612663" w:rsidRDefault="00612663">
            <w:pPr>
              <w:pStyle w:val="NormalTema10"/>
              <w:spacing w:after="20" w:line="252" w:lineRule="auto"/>
            </w:pPr>
            <w:r>
              <w:rPr>
                <w:b/>
                <w:color w:val="1F4D78"/>
                <w:sz w:val="18"/>
              </w:rPr>
              <w:t>9 · Jonás</w:t>
            </w:r>
          </w:p>
        </w:tc>
        <w:tc>
          <w:tcPr>
            <w:tcW w:w="3300" w:type="dxa"/>
            <w:tcMar>
              <w:top w:w="80" w:type="dxa"/>
              <w:left w:w="120" w:type="dxa"/>
              <w:bottom w:w="80" w:type="dxa"/>
              <w:right w:w="120" w:type="dxa"/>
            </w:tcMar>
            <w:vAlign w:val="center"/>
          </w:tcPr>
          <w:p w14:paraId="59317054" w14:textId="77777777" w:rsidR="00612663" w:rsidRDefault="00612663">
            <w:pPr>
              <w:pStyle w:val="NormalTema10"/>
              <w:spacing w:after="20" w:line="252" w:lineRule="auto"/>
            </w:pPr>
            <w:r>
              <w:rPr>
                <w:sz w:val="18"/>
              </w:rPr>
              <w:t>Barco, tela azul o gran pez.</w:t>
            </w:r>
          </w:p>
        </w:tc>
        <w:tc>
          <w:tcPr>
            <w:tcW w:w="4580" w:type="dxa"/>
            <w:tcMar>
              <w:top w:w="80" w:type="dxa"/>
              <w:left w:w="120" w:type="dxa"/>
              <w:bottom w:w="80" w:type="dxa"/>
              <w:right w:w="120" w:type="dxa"/>
            </w:tcMar>
            <w:vAlign w:val="center"/>
          </w:tcPr>
          <w:p w14:paraId="58AF22FA" w14:textId="77777777" w:rsidR="00612663" w:rsidRDefault="00612663">
            <w:pPr>
              <w:pStyle w:val="NormalTema10"/>
              <w:spacing w:after="20" w:line="252" w:lineRule="auto"/>
            </w:pPr>
            <w:r>
              <w:rPr>
                <w:sz w:val="18"/>
              </w:rPr>
              <w:t>Dios cuida y ofrece otra oportunidad.</w:t>
            </w:r>
          </w:p>
        </w:tc>
      </w:tr>
    </w:tbl>
    <w:p w14:paraId="40BD9D7F" w14:textId="77777777" w:rsidR="00612663" w:rsidRDefault="00612663">
      <w:pPr>
        <w:pStyle w:val="Ttulo2"/>
      </w:pPr>
      <w:r>
        <w:t>Dinámica breve: elijo un recuerdo</w:t>
      </w:r>
    </w:p>
    <w:p w14:paraId="454FEC79" w14:textId="77777777" w:rsidR="00612663" w:rsidRDefault="00612663">
      <w:pPr>
        <w:pStyle w:val="NormalTema10"/>
      </w:pPr>
      <w:r>
        <w:rPr>
          <w:b/>
          <w:color w:val="1F4D78"/>
        </w:rPr>
        <w:t xml:space="preserve">1 · Mirar  </w:t>
      </w:r>
      <w:r>
        <w:t>Colocar seis u ocho objetos, sin saturar el espacio.</w:t>
      </w:r>
    </w:p>
    <w:p w14:paraId="262FC7E8" w14:textId="77777777" w:rsidR="00612663" w:rsidRDefault="00612663">
      <w:pPr>
        <w:pStyle w:val="NormalTema10"/>
      </w:pPr>
      <w:r>
        <w:rPr>
          <w:b/>
          <w:color w:val="1F4D78"/>
        </w:rPr>
        <w:t xml:space="preserve">2 · Elegir  </w:t>
      </w:r>
      <w:r>
        <w:t>Cada niño señala o toma uno que recuerde. También puede no elegir.</w:t>
      </w:r>
    </w:p>
    <w:p w14:paraId="1214E2FB" w14:textId="77777777" w:rsidR="00612663" w:rsidRDefault="00612663">
      <w:pPr>
        <w:pStyle w:val="NormalTema10"/>
      </w:pPr>
      <w:r>
        <w:rPr>
          <w:b/>
          <w:color w:val="1F4D78"/>
        </w:rPr>
        <w:t xml:space="preserve">3 · Comunicar  </w:t>
      </w:r>
      <w:r>
        <w:t>Aceptar una palabra, gesto, sonido, movimiento o explicación.</w:t>
      </w:r>
    </w:p>
    <w:p w14:paraId="4654668A" w14:textId="77777777" w:rsidR="00612663" w:rsidRDefault="00612663">
      <w:pPr>
        <w:pStyle w:val="NormalTema10"/>
      </w:pPr>
      <w:r>
        <w:rPr>
          <w:b/>
          <w:color w:val="1F4D78"/>
        </w:rPr>
        <w:t xml:space="preserve">4 · Relacionar  </w:t>
      </w:r>
      <w:r>
        <w:t>La docente nombra el sentido religioso con una frase sencilla, sin convertirlo en interrogatorio.</w:t>
      </w:r>
    </w:p>
    <w:tbl>
      <w:tblPr>
        <w:tblW w:w="10080" w:type="dxa"/>
        <w:tblInd w:w="120" w:type="dxa"/>
        <w:tblLayout w:type="fixed"/>
        <w:tblLook w:val="04A0" w:firstRow="1" w:lastRow="0" w:firstColumn="1" w:lastColumn="0" w:noHBand="0" w:noVBand="1"/>
      </w:tblPr>
      <w:tblGrid>
        <w:gridCol w:w="10080"/>
      </w:tblGrid>
      <w:tr w:rsidR="008608E5" w14:paraId="10D15095" w14:textId="77777777">
        <w:tc>
          <w:tcPr>
            <w:tcW w:w="10080" w:type="dxa"/>
            <w:shd w:val="clear" w:color="auto" w:fill="FFF2CC"/>
            <w:tcMar>
              <w:top w:w="80" w:type="dxa"/>
              <w:left w:w="120" w:type="dxa"/>
              <w:bottom w:w="80" w:type="dxa"/>
              <w:right w:w="120" w:type="dxa"/>
            </w:tcMar>
            <w:vAlign w:val="center"/>
          </w:tcPr>
          <w:p w14:paraId="2EEE8E2E" w14:textId="77777777" w:rsidR="00612663" w:rsidRDefault="00612663">
            <w:pPr>
              <w:pStyle w:val="NormalTema10"/>
            </w:pPr>
            <w:r>
              <w:rPr>
                <w:b/>
                <w:color w:val="1F4D78"/>
                <w:sz w:val="21"/>
              </w:rPr>
              <w:t xml:space="preserve">Clave pedagógica  </w:t>
            </w:r>
            <w:r>
              <w:rPr>
                <w:sz w:val="21"/>
              </w:rPr>
              <w:t>Recordar no significa repetir contenidos de memoria. A los 3 años se valora la familiaridad, la emoción, la elección y la capacidad de relacionar una experiencia con un objeto o gesto.</w:t>
            </w:r>
          </w:p>
        </w:tc>
      </w:tr>
    </w:tbl>
    <w:p w14:paraId="490D1DC0" w14:textId="77777777" w:rsidR="00612663" w:rsidRDefault="00612663">
      <w:pPr>
        <w:pStyle w:val="NormalTema10"/>
      </w:pPr>
      <w:r>
        <w:br w:type="page"/>
      </w:r>
    </w:p>
    <w:p w14:paraId="173B1C61" w14:textId="77777777" w:rsidR="00612663" w:rsidRDefault="00612663">
      <w:pPr>
        <w:pStyle w:val="Ttulo1"/>
        <w:spacing w:before="0"/>
      </w:pPr>
      <w:r>
        <w:lastRenderedPageBreak/>
        <w:t>4. Sesión final · He crecido con Jesús</w:t>
      </w:r>
    </w:p>
    <w:p w14:paraId="51BC6F9B" w14:textId="77777777" w:rsidR="00612663" w:rsidRDefault="00612663">
      <w:pPr>
        <w:pStyle w:val="NormalTema10"/>
        <w:spacing w:after="80"/>
        <w:jc w:val="center"/>
      </w:pPr>
      <w:r>
        <w:rPr>
          <w:noProof/>
        </w:rPr>
        <w:drawing>
          <wp:inline distT="0" distB="0" distL="0" distR="0" wp14:anchorId="77F18A4E" wp14:editId="0853D996">
            <wp:extent cx="5897880" cy="4169539"/>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61.jpg"/>
                    <pic:cNvPicPr/>
                  </pic:nvPicPr>
                  <pic:blipFill>
                    <a:blip r:embed="rId37"/>
                    <a:stretch>
                      <a:fillRect/>
                    </a:stretch>
                  </pic:blipFill>
                  <pic:spPr>
                    <a:xfrm>
                      <a:off x="0" y="0"/>
                      <a:ext cx="5897880" cy="4169539"/>
                    </a:xfrm>
                    <a:prstGeom prst="rect">
                      <a:avLst/>
                    </a:prstGeom>
                  </pic:spPr>
                </pic:pic>
              </a:graphicData>
            </a:graphic>
          </wp:inline>
        </w:drawing>
      </w:r>
    </w:p>
    <w:p w14:paraId="45127A41" w14:textId="77777777" w:rsidR="00612663" w:rsidRDefault="00612663">
      <w:pPr>
        <w:pStyle w:val="NormalTema10"/>
        <w:keepNext/>
        <w:jc w:val="center"/>
      </w:pPr>
      <w:r>
        <w:rPr>
          <w:i/>
          <w:color w:val="667788"/>
          <w:sz w:val="19"/>
        </w:rPr>
        <w:t>Ficha 30 · Dibújate como eres ahora. Mira cuánto has crecido.</w:t>
      </w:r>
    </w:p>
    <w:tbl>
      <w:tblPr>
        <w:tblW w:w="10080" w:type="dxa"/>
        <w:tblInd w:w="120" w:type="dxa"/>
        <w:tblLayout w:type="fixed"/>
        <w:tblLook w:val="04A0" w:firstRow="1" w:lastRow="0" w:firstColumn="1" w:lastColumn="0" w:noHBand="0" w:noVBand="1"/>
      </w:tblPr>
      <w:tblGrid>
        <w:gridCol w:w="10080"/>
      </w:tblGrid>
      <w:tr w:rsidR="008608E5" w14:paraId="32EC11D4" w14:textId="77777777">
        <w:tc>
          <w:tcPr>
            <w:tcW w:w="10080" w:type="dxa"/>
            <w:shd w:val="clear" w:color="auto" w:fill="E8F3EF"/>
            <w:tcMar>
              <w:top w:w="80" w:type="dxa"/>
              <w:left w:w="120" w:type="dxa"/>
              <w:bottom w:w="80" w:type="dxa"/>
              <w:right w:w="120" w:type="dxa"/>
            </w:tcMar>
            <w:vAlign w:val="center"/>
          </w:tcPr>
          <w:p w14:paraId="70E8ED7F" w14:textId="77777777" w:rsidR="00612663" w:rsidRDefault="00612663">
            <w:pPr>
              <w:pStyle w:val="NormalTema10"/>
            </w:pPr>
            <w:r>
              <w:rPr>
                <w:b/>
                <w:color w:val="1F4D78"/>
                <w:sz w:val="21"/>
              </w:rPr>
              <w:t xml:space="preserve">Aprendizaje  </w:t>
            </w:r>
            <w:r>
              <w:rPr>
                <w:sz w:val="21"/>
              </w:rPr>
              <w:t>Nos observamos, realizamos un autorretrato libre, reconocemos el camino personal recorrido y agradecemos que Jesús nos ha acompañado.</w:t>
            </w:r>
          </w:p>
        </w:tc>
      </w:tr>
    </w:tbl>
    <w:p w14:paraId="2574D30D" w14:textId="77777777" w:rsidR="00612663" w:rsidRDefault="00612663">
      <w:pPr>
        <w:pStyle w:val="Ttulo2"/>
      </w:pPr>
      <w:r>
        <w:t>Preparación</w:t>
      </w:r>
    </w:p>
    <w:p w14:paraId="0DD155D2" w14:textId="77777777" w:rsidR="00612663" w:rsidRDefault="00612663">
      <w:pPr>
        <w:pStyle w:val="NormalTema10"/>
      </w:pPr>
      <w:r>
        <w:t>Guardar la ficha 1 de cada niño fuera de su vista hasta terminar el nuevo dibujo. Preparar el espejo y los materiales en un ambiente tranquilo. Dejar un espacio amplio para trabajar y otro para conversar individualmente con las dos producciones.</w:t>
      </w:r>
    </w:p>
    <w:tbl>
      <w:tblPr>
        <w:tblW w:w="10080" w:type="dxa"/>
        <w:tblInd w:w="120" w:type="dxa"/>
        <w:tblLayout w:type="fixed"/>
        <w:tblLook w:val="04A0" w:firstRow="1" w:lastRow="0" w:firstColumn="1" w:lastColumn="0" w:noHBand="0" w:noVBand="1"/>
      </w:tblPr>
      <w:tblGrid>
        <w:gridCol w:w="10080"/>
      </w:tblGrid>
      <w:tr w:rsidR="008608E5" w14:paraId="56D76258" w14:textId="77777777">
        <w:tc>
          <w:tcPr>
            <w:tcW w:w="10080" w:type="dxa"/>
            <w:shd w:val="clear" w:color="auto" w:fill="FFF2CC"/>
            <w:tcMar>
              <w:top w:w="80" w:type="dxa"/>
              <w:left w:w="120" w:type="dxa"/>
              <w:bottom w:w="80" w:type="dxa"/>
              <w:right w:w="120" w:type="dxa"/>
            </w:tcMar>
            <w:vAlign w:val="center"/>
          </w:tcPr>
          <w:p w14:paraId="32D60054" w14:textId="77777777" w:rsidR="00612663" w:rsidRDefault="00612663">
            <w:pPr>
              <w:pStyle w:val="NormalTema10"/>
            </w:pPr>
            <w:r>
              <w:rPr>
                <w:b/>
                <w:color w:val="1F4D78"/>
                <w:sz w:val="21"/>
              </w:rPr>
              <w:t xml:space="preserve">Consigna exacta del libro  </w:t>
            </w:r>
            <w:r>
              <w:rPr>
                <w:sz w:val="21"/>
              </w:rPr>
              <w:t>DIBÚJATE COMO ERES AHORA. MIRA CUÁNTO HAS CRECIDO.</w:t>
            </w:r>
          </w:p>
        </w:tc>
      </w:tr>
    </w:tbl>
    <w:p w14:paraId="1FE49CEB" w14:textId="77777777" w:rsidR="00612663" w:rsidRDefault="00612663">
      <w:pPr>
        <w:pStyle w:val="NormalTema10"/>
      </w:pPr>
      <w:r>
        <w:br w:type="page"/>
      </w:r>
    </w:p>
    <w:p w14:paraId="206499C5" w14:textId="77777777" w:rsidR="00612663" w:rsidRDefault="00612663">
      <w:pPr>
        <w:pStyle w:val="Ttulo1"/>
        <w:spacing w:before="0"/>
      </w:pPr>
      <w:r>
        <w:lastRenderedPageBreak/>
        <w:t>Desarrollo orientativo</w:t>
      </w:r>
    </w:p>
    <w:p w14:paraId="4E6BEF76" w14:textId="77777777" w:rsidR="00612663" w:rsidRDefault="00612663">
      <w:pPr>
        <w:pStyle w:val="NormalTema10"/>
      </w:pPr>
      <w:r>
        <w:rPr>
          <w:b/>
          <w:color w:val="1F4D78"/>
        </w:rPr>
        <w:t xml:space="preserve">Recordamos · 8-10 min  </w:t>
      </w:r>
      <w:r>
        <w:t>Evocar el curso con algunos objetos, imágenes o canciones. Permitir que el grupo señale, nombre o represente lo que reconoce.</w:t>
      </w:r>
    </w:p>
    <w:p w14:paraId="1DCE53FE" w14:textId="77777777" w:rsidR="00612663" w:rsidRDefault="00612663">
      <w:pPr>
        <w:pStyle w:val="NormalTema10"/>
      </w:pPr>
      <w:r>
        <w:rPr>
          <w:b/>
          <w:color w:val="1F4D78"/>
        </w:rPr>
        <w:t xml:space="preserve">Nos miramos · 5-7 min  </w:t>
      </w:r>
      <w:r>
        <w:t>Observar cara, pelo, cuello, tronco, brazos, manos, piernas, pies y ropa. Acompañar con preguntas abiertas, sin dictar una lista de partes.</w:t>
      </w:r>
    </w:p>
    <w:p w14:paraId="0F78EDC0" w14:textId="77777777" w:rsidR="00612663" w:rsidRDefault="00612663">
      <w:pPr>
        <w:pStyle w:val="NormalTema10"/>
      </w:pPr>
      <w:r>
        <w:rPr>
          <w:b/>
          <w:color w:val="1F4D78"/>
        </w:rPr>
        <w:t xml:space="preserve">Ficha · 20-25 min  </w:t>
      </w:r>
      <w:r>
        <w:t>Presentar la lámina y dejar que cada niño se dibuje libremente. No completar, borrar, corregir ni añadir elementos en su nombre. Escribir detrás sus propias palabras si ayudan a documentar la intención.</w:t>
      </w:r>
    </w:p>
    <w:p w14:paraId="2D459440" w14:textId="77777777" w:rsidR="00612663" w:rsidRDefault="00612663">
      <w:pPr>
        <w:pStyle w:val="NormalTema10"/>
      </w:pPr>
      <w:r>
        <w:rPr>
          <w:b/>
          <w:color w:val="1F4D78"/>
        </w:rPr>
        <w:t xml:space="preserve">Comparamos · 5-8 min  </w:t>
      </w:r>
      <w:r>
        <w:t>Mostrar la ficha 1 al terminar. Mirar ambas en privado o en pequeño grupo y preguntar: «¿Qué ves?», «¿Qué has aprendido a dibujar?» o «¿Qué te gusta de cada una?».</w:t>
      </w:r>
    </w:p>
    <w:p w14:paraId="61552940" w14:textId="77777777" w:rsidR="00612663" w:rsidRDefault="00612663">
      <w:pPr>
        <w:pStyle w:val="NormalTema10"/>
      </w:pPr>
      <w:r>
        <w:rPr>
          <w:b/>
          <w:color w:val="1F4D78"/>
        </w:rPr>
        <w:t xml:space="preserve">Agradecemos · 2 min  </w:t>
      </w:r>
      <w:r>
        <w:t>Cerrar con una frase libre: «Gracias, Jesús, por este curso y por todo lo que hemos crecido». Se puede acompañar con manos en el corazón, una respiración o una canción conocida.</w:t>
      </w:r>
    </w:p>
    <w:p w14:paraId="1B1C5977" w14:textId="77777777" w:rsidR="00612663" w:rsidRDefault="00612663">
      <w:pPr>
        <w:pStyle w:val="Ttulo2"/>
      </w:pPr>
      <w:r>
        <w:t>Espacios Montessori</w:t>
      </w:r>
    </w:p>
    <w:tbl>
      <w:tblPr>
        <w:tblW w:w="10080" w:type="dxa"/>
        <w:tblInd w:w="120" w:type="dxa"/>
        <w:tblLayout w:type="fixed"/>
        <w:tblLook w:val="04A0" w:firstRow="1" w:lastRow="0" w:firstColumn="1" w:lastColumn="0" w:noHBand="0" w:noVBand="1"/>
      </w:tblPr>
      <w:tblGrid>
        <w:gridCol w:w="1800"/>
        <w:gridCol w:w="3100"/>
        <w:gridCol w:w="5180"/>
      </w:tblGrid>
      <w:tr w:rsidR="008608E5" w14:paraId="49BFB414" w14:textId="77777777">
        <w:trPr>
          <w:tblHeader/>
        </w:trPr>
        <w:tc>
          <w:tcPr>
            <w:tcW w:w="1800" w:type="dxa"/>
            <w:shd w:val="clear" w:color="auto" w:fill="E8EEF5"/>
            <w:tcMar>
              <w:top w:w="80" w:type="dxa"/>
              <w:left w:w="120" w:type="dxa"/>
              <w:bottom w:w="80" w:type="dxa"/>
              <w:right w:w="120" w:type="dxa"/>
            </w:tcMar>
            <w:vAlign w:val="center"/>
          </w:tcPr>
          <w:p w14:paraId="29A0DC36" w14:textId="77777777" w:rsidR="00612663" w:rsidRDefault="00612663">
            <w:pPr>
              <w:pStyle w:val="NormalTema10"/>
              <w:spacing w:after="20" w:line="252" w:lineRule="auto"/>
              <w:jc w:val="center"/>
            </w:pPr>
            <w:r>
              <w:rPr>
                <w:b/>
                <w:color w:val="1F4D78"/>
                <w:sz w:val="20"/>
              </w:rPr>
              <w:t>Espacio</w:t>
            </w:r>
          </w:p>
        </w:tc>
        <w:tc>
          <w:tcPr>
            <w:tcW w:w="3100" w:type="dxa"/>
            <w:shd w:val="clear" w:color="auto" w:fill="E8EEF5"/>
            <w:tcMar>
              <w:top w:w="80" w:type="dxa"/>
              <w:left w:w="120" w:type="dxa"/>
              <w:bottom w:w="80" w:type="dxa"/>
              <w:right w:w="120" w:type="dxa"/>
            </w:tcMar>
            <w:vAlign w:val="center"/>
          </w:tcPr>
          <w:p w14:paraId="1B2CBD04" w14:textId="77777777" w:rsidR="00612663" w:rsidRDefault="00612663">
            <w:pPr>
              <w:pStyle w:val="NormalTema10"/>
              <w:spacing w:after="20" w:line="252" w:lineRule="auto"/>
              <w:jc w:val="center"/>
            </w:pPr>
            <w:r>
              <w:rPr>
                <w:b/>
                <w:color w:val="1F4D78"/>
                <w:sz w:val="20"/>
              </w:rPr>
              <w:t>Material</w:t>
            </w:r>
          </w:p>
        </w:tc>
        <w:tc>
          <w:tcPr>
            <w:tcW w:w="5180" w:type="dxa"/>
            <w:shd w:val="clear" w:color="auto" w:fill="E8EEF5"/>
            <w:tcMar>
              <w:top w:w="80" w:type="dxa"/>
              <w:left w:w="120" w:type="dxa"/>
              <w:bottom w:w="80" w:type="dxa"/>
              <w:right w:w="120" w:type="dxa"/>
            </w:tcMar>
            <w:vAlign w:val="center"/>
          </w:tcPr>
          <w:p w14:paraId="1E5BFB2D" w14:textId="77777777" w:rsidR="00612663" w:rsidRDefault="00612663">
            <w:pPr>
              <w:pStyle w:val="NormalTema10"/>
              <w:spacing w:after="20" w:line="252" w:lineRule="auto"/>
              <w:jc w:val="center"/>
            </w:pPr>
            <w:r>
              <w:rPr>
                <w:b/>
                <w:color w:val="1F4D78"/>
                <w:sz w:val="20"/>
              </w:rPr>
              <w:t>Propuesta</w:t>
            </w:r>
          </w:p>
        </w:tc>
      </w:tr>
      <w:tr w:rsidR="008608E5" w14:paraId="62D3B5CA" w14:textId="77777777">
        <w:tc>
          <w:tcPr>
            <w:tcW w:w="1800" w:type="dxa"/>
            <w:tcMar>
              <w:top w:w="80" w:type="dxa"/>
              <w:left w:w="120" w:type="dxa"/>
              <w:bottom w:w="80" w:type="dxa"/>
              <w:right w:w="120" w:type="dxa"/>
            </w:tcMar>
            <w:vAlign w:val="center"/>
          </w:tcPr>
          <w:p w14:paraId="5A6C4F16" w14:textId="77777777" w:rsidR="00612663" w:rsidRDefault="00612663">
            <w:pPr>
              <w:pStyle w:val="NormalTema10"/>
              <w:spacing w:after="20" w:line="252" w:lineRule="auto"/>
            </w:pPr>
            <w:r>
              <w:rPr>
                <w:b/>
                <w:color w:val="1F4D78"/>
                <w:sz w:val="18"/>
              </w:rPr>
              <w:t>Asamblea</w:t>
            </w:r>
          </w:p>
        </w:tc>
        <w:tc>
          <w:tcPr>
            <w:tcW w:w="3100" w:type="dxa"/>
            <w:tcMar>
              <w:top w:w="80" w:type="dxa"/>
              <w:left w:w="120" w:type="dxa"/>
              <w:bottom w:w="80" w:type="dxa"/>
              <w:right w:w="120" w:type="dxa"/>
            </w:tcMar>
            <w:vAlign w:val="center"/>
          </w:tcPr>
          <w:p w14:paraId="0822E772" w14:textId="77777777" w:rsidR="00612663" w:rsidRDefault="00612663">
            <w:pPr>
              <w:pStyle w:val="NormalTema10"/>
              <w:spacing w:after="20" w:line="252" w:lineRule="auto"/>
            </w:pPr>
            <w:r>
              <w:rPr>
                <w:sz w:val="18"/>
              </w:rPr>
              <w:t>Objetos y canciones.</w:t>
            </w:r>
          </w:p>
        </w:tc>
        <w:tc>
          <w:tcPr>
            <w:tcW w:w="5180" w:type="dxa"/>
            <w:tcMar>
              <w:top w:w="80" w:type="dxa"/>
              <w:left w:w="120" w:type="dxa"/>
              <w:bottom w:w="80" w:type="dxa"/>
              <w:right w:w="120" w:type="dxa"/>
            </w:tcMar>
            <w:vAlign w:val="center"/>
          </w:tcPr>
          <w:p w14:paraId="3E15BBD5" w14:textId="77777777" w:rsidR="00612663" w:rsidRDefault="00612663">
            <w:pPr>
              <w:pStyle w:val="NormalTema10"/>
              <w:spacing w:after="20" w:line="252" w:lineRule="auto"/>
            </w:pPr>
            <w:r>
              <w:rPr>
                <w:sz w:val="18"/>
              </w:rPr>
              <w:t>Recordar y agradecer lo vivido.</w:t>
            </w:r>
          </w:p>
        </w:tc>
      </w:tr>
      <w:tr w:rsidR="008608E5" w14:paraId="6AE462E8" w14:textId="77777777">
        <w:tc>
          <w:tcPr>
            <w:tcW w:w="1800" w:type="dxa"/>
            <w:tcMar>
              <w:top w:w="80" w:type="dxa"/>
              <w:left w:w="120" w:type="dxa"/>
              <w:bottom w:w="80" w:type="dxa"/>
              <w:right w:w="120" w:type="dxa"/>
            </w:tcMar>
            <w:vAlign w:val="center"/>
          </w:tcPr>
          <w:p w14:paraId="6EF1F74C" w14:textId="77777777" w:rsidR="00612663" w:rsidRDefault="00612663">
            <w:pPr>
              <w:pStyle w:val="NormalTema10"/>
              <w:spacing w:after="20" w:line="252" w:lineRule="auto"/>
            </w:pPr>
            <w:r>
              <w:rPr>
                <w:b/>
                <w:color w:val="1F4D78"/>
                <w:sz w:val="18"/>
              </w:rPr>
              <w:t>Vida práctica</w:t>
            </w:r>
          </w:p>
        </w:tc>
        <w:tc>
          <w:tcPr>
            <w:tcW w:w="3100" w:type="dxa"/>
            <w:tcMar>
              <w:top w:w="80" w:type="dxa"/>
              <w:left w:w="120" w:type="dxa"/>
              <w:bottom w:w="80" w:type="dxa"/>
              <w:right w:w="120" w:type="dxa"/>
            </w:tcMar>
            <w:vAlign w:val="center"/>
          </w:tcPr>
          <w:p w14:paraId="53A9148C" w14:textId="77777777" w:rsidR="00612663" w:rsidRDefault="00612663">
            <w:pPr>
              <w:pStyle w:val="NormalTema10"/>
              <w:spacing w:after="20" w:line="252" w:lineRule="auto"/>
            </w:pPr>
            <w:r>
              <w:rPr>
                <w:sz w:val="18"/>
              </w:rPr>
              <w:t>Espejo y bandejas.</w:t>
            </w:r>
          </w:p>
        </w:tc>
        <w:tc>
          <w:tcPr>
            <w:tcW w:w="5180" w:type="dxa"/>
            <w:tcMar>
              <w:top w:w="80" w:type="dxa"/>
              <w:left w:w="120" w:type="dxa"/>
              <w:bottom w:w="80" w:type="dxa"/>
              <w:right w:w="120" w:type="dxa"/>
            </w:tcMar>
            <w:vAlign w:val="center"/>
          </w:tcPr>
          <w:p w14:paraId="1886151B" w14:textId="77777777" w:rsidR="00612663" w:rsidRDefault="00612663">
            <w:pPr>
              <w:pStyle w:val="NormalTema10"/>
              <w:spacing w:after="20" w:line="252" w:lineRule="auto"/>
            </w:pPr>
            <w:r>
              <w:rPr>
                <w:sz w:val="18"/>
              </w:rPr>
              <w:t>Usar, trasladar y recoger con cuidado.</w:t>
            </w:r>
          </w:p>
        </w:tc>
      </w:tr>
      <w:tr w:rsidR="008608E5" w14:paraId="2368251A" w14:textId="77777777">
        <w:tc>
          <w:tcPr>
            <w:tcW w:w="1800" w:type="dxa"/>
            <w:tcMar>
              <w:top w:w="80" w:type="dxa"/>
              <w:left w:w="120" w:type="dxa"/>
              <w:bottom w:w="80" w:type="dxa"/>
              <w:right w:w="120" w:type="dxa"/>
            </w:tcMar>
            <w:vAlign w:val="center"/>
          </w:tcPr>
          <w:p w14:paraId="56B33DAA" w14:textId="77777777" w:rsidR="00612663" w:rsidRDefault="00612663">
            <w:pPr>
              <w:pStyle w:val="NormalTema10"/>
              <w:spacing w:after="20" w:line="252" w:lineRule="auto"/>
            </w:pPr>
            <w:r>
              <w:rPr>
                <w:b/>
                <w:color w:val="1F4D78"/>
                <w:sz w:val="18"/>
              </w:rPr>
              <w:t>Creativo</w:t>
            </w:r>
          </w:p>
        </w:tc>
        <w:tc>
          <w:tcPr>
            <w:tcW w:w="3100" w:type="dxa"/>
            <w:tcMar>
              <w:top w:w="80" w:type="dxa"/>
              <w:left w:w="120" w:type="dxa"/>
              <w:bottom w:w="80" w:type="dxa"/>
              <w:right w:w="120" w:type="dxa"/>
            </w:tcMar>
            <w:vAlign w:val="center"/>
          </w:tcPr>
          <w:p w14:paraId="35518570" w14:textId="77777777" w:rsidR="00612663" w:rsidRDefault="00612663">
            <w:pPr>
              <w:pStyle w:val="NormalTema10"/>
              <w:spacing w:after="20" w:line="252" w:lineRule="auto"/>
            </w:pPr>
            <w:r>
              <w:rPr>
                <w:sz w:val="18"/>
              </w:rPr>
              <w:t>Ficha y útiles gruesos.</w:t>
            </w:r>
          </w:p>
        </w:tc>
        <w:tc>
          <w:tcPr>
            <w:tcW w:w="5180" w:type="dxa"/>
            <w:tcMar>
              <w:top w:w="80" w:type="dxa"/>
              <w:left w:w="120" w:type="dxa"/>
              <w:bottom w:w="80" w:type="dxa"/>
              <w:right w:w="120" w:type="dxa"/>
            </w:tcMar>
            <w:vAlign w:val="center"/>
          </w:tcPr>
          <w:p w14:paraId="1378FBFF" w14:textId="77777777" w:rsidR="00612663" w:rsidRDefault="00612663">
            <w:pPr>
              <w:pStyle w:val="NormalTema10"/>
              <w:spacing w:after="20" w:line="252" w:lineRule="auto"/>
            </w:pPr>
            <w:r>
              <w:rPr>
                <w:sz w:val="18"/>
              </w:rPr>
              <w:t>Realizar el autorretrato libre.</w:t>
            </w:r>
          </w:p>
        </w:tc>
      </w:tr>
      <w:tr w:rsidR="008608E5" w14:paraId="7914F548" w14:textId="77777777">
        <w:tc>
          <w:tcPr>
            <w:tcW w:w="1800" w:type="dxa"/>
            <w:tcMar>
              <w:top w:w="80" w:type="dxa"/>
              <w:left w:w="120" w:type="dxa"/>
              <w:bottom w:w="80" w:type="dxa"/>
              <w:right w:w="120" w:type="dxa"/>
            </w:tcMar>
            <w:vAlign w:val="center"/>
          </w:tcPr>
          <w:p w14:paraId="6D642A83" w14:textId="77777777" w:rsidR="00612663" w:rsidRDefault="00612663">
            <w:pPr>
              <w:pStyle w:val="NormalTema10"/>
              <w:spacing w:after="20" w:line="252" w:lineRule="auto"/>
            </w:pPr>
            <w:r>
              <w:rPr>
                <w:b/>
                <w:color w:val="1F4D78"/>
                <w:sz w:val="18"/>
              </w:rPr>
              <w:t>Biblioteca</w:t>
            </w:r>
          </w:p>
        </w:tc>
        <w:tc>
          <w:tcPr>
            <w:tcW w:w="3100" w:type="dxa"/>
            <w:tcMar>
              <w:top w:w="80" w:type="dxa"/>
              <w:left w:w="120" w:type="dxa"/>
              <w:bottom w:w="80" w:type="dxa"/>
              <w:right w:w="120" w:type="dxa"/>
            </w:tcMar>
            <w:vAlign w:val="center"/>
          </w:tcPr>
          <w:p w14:paraId="36BFDC26" w14:textId="77777777" w:rsidR="00612663" w:rsidRDefault="00612663">
            <w:pPr>
              <w:pStyle w:val="NormalTema10"/>
              <w:spacing w:after="20" w:line="252" w:lineRule="auto"/>
            </w:pPr>
            <w:r>
              <w:rPr>
                <w:sz w:val="18"/>
              </w:rPr>
              <w:t>Cuentos y Biblias del curso.</w:t>
            </w:r>
          </w:p>
        </w:tc>
        <w:tc>
          <w:tcPr>
            <w:tcW w:w="5180" w:type="dxa"/>
            <w:tcMar>
              <w:top w:w="80" w:type="dxa"/>
              <w:left w:w="120" w:type="dxa"/>
              <w:bottom w:w="80" w:type="dxa"/>
              <w:right w:w="120" w:type="dxa"/>
            </w:tcMar>
            <w:vAlign w:val="center"/>
          </w:tcPr>
          <w:p w14:paraId="796D81AE" w14:textId="77777777" w:rsidR="00612663" w:rsidRDefault="00612663">
            <w:pPr>
              <w:pStyle w:val="NormalTema10"/>
              <w:spacing w:after="20" w:line="252" w:lineRule="auto"/>
            </w:pPr>
            <w:r>
              <w:rPr>
                <w:sz w:val="18"/>
              </w:rPr>
              <w:t>Reconocer relatos e imágenes.</w:t>
            </w:r>
          </w:p>
        </w:tc>
      </w:tr>
      <w:tr w:rsidR="008608E5" w14:paraId="3684541D" w14:textId="77777777">
        <w:tc>
          <w:tcPr>
            <w:tcW w:w="1800" w:type="dxa"/>
            <w:tcMar>
              <w:top w:w="80" w:type="dxa"/>
              <w:left w:w="120" w:type="dxa"/>
              <w:bottom w:w="80" w:type="dxa"/>
              <w:right w:w="120" w:type="dxa"/>
            </w:tcMar>
            <w:vAlign w:val="center"/>
          </w:tcPr>
          <w:p w14:paraId="3412BBC6" w14:textId="77777777" w:rsidR="00612663" w:rsidRDefault="00612663">
            <w:pPr>
              <w:pStyle w:val="NormalTema10"/>
              <w:spacing w:after="20" w:line="252" w:lineRule="auto"/>
            </w:pPr>
            <w:r>
              <w:rPr>
                <w:b/>
                <w:color w:val="1F4D78"/>
                <w:sz w:val="18"/>
              </w:rPr>
              <w:t>Exposición</w:t>
            </w:r>
          </w:p>
        </w:tc>
        <w:tc>
          <w:tcPr>
            <w:tcW w:w="3100" w:type="dxa"/>
            <w:tcMar>
              <w:top w:w="80" w:type="dxa"/>
              <w:left w:w="120" w:type="dxa"/>
              <w:bottom w:w="80" w:type="dxa"/>
              <w:right w:w="120" w:type="dxa"/>
            </w:tcMar>
            <w:vAlign w:val="center"/>
          </w:tcPr>
          <w:p w14:paraId="4DBA7511" w14:textId="77777777" w:rsidR="00612663" w:rsidRDefault="00612663">
            <w:pPr>
              <w:pStyle w:val="NormalTema10"/>
              <w:spacing w:after="20" w:line="252" w:lineRule="auto"/>
            </w:pPr>
            <w:r>
              <w:rPr>
                <w:sz w:val="18"/>
              </w:rPr>
              <w:t>Fichas 1 y 30.</w:t>
            </w:r>
          </w:p>
        </w:tc>
        <w:tc>
          <w:tcPr>
            <w:tcW w:w="5180" w:type="dxa"/>
            <w:tcMar>
              <w:top w:w="80" w:type="dxa"/>
              <w:left w:w="120" w:type="dxa"/>
              <w:bottom w:w="80" w:type="dxa"/>
              <w:right w:w="120" w:type="dxa"/>
            </w:tcMar>
            <w:vAlign w:val="center"/>
          </w:tcPr>
          <w:p w14:paraId="0529FABA" w14:textId="77777777" w:rsidR="00612663" w:rsidRDefault="00612663">
            <w:pPr>
              <w:pStyle w:val="NormalTema10"/>
              <w:spacing w:after="20" w:line="252" w:lineRule="auto"/>
            </w:pPr>
            <w:r>
              <w:rPr>
                <w:sz w:val="18"/>
              </w:rPr>
              <w:t>Observar la propia evolución con respeto.</w:t>
            </w:r>
          </w:p>
        </w:tc>
      </w:tr>
    </w:tbl>
    <w:p w14:paraId="0D9BAC43" w14:textId="77777777" w:rsidR="00612663" w:rsidRDefault="00612663">
      <w:pPr>
        <w:pStyle w:val="Ttulo2"/>
      </w:pPr>
      <w:r>
        <w:t>Qué observar durante la sesión</w:t>
      </w:r>
    </w:p>
    <w:p w14:paraId="282C4402" w14:textId="77777777" w:rsidR="00612663" w:rsidRDefault="00612663">
      <w:pPr>
        <w:pStyle w:val="NormalTema10"/>
      </w:pPr>
      <w:r>
        <w:t>Interés por mirarse; reconocimiento corporal; intención representativa; elección y uso de materiales; comunicación verbal o gestual; recuerdo de alguna experiencia; autonomía; reacción al ver la ficha inicial; participación libre en el agradecimiento.</w:t>
      </w:r>
    </w:p>
    <w:p w14:paraId="4539C702" w14:textId="77777777" w:rsidR="00612663" w:rsidRDefault="00612663">
      <w:pPr>
        <w:pStyle w:val="NormalTema10"/>
      </w:pPr>
      <w:r>
        <w:br w:type="page"/>
      </w:r>
    </w:p>
    <w:p w14:paraId="5494801A" w14:textId="77777777" w:rsidR="00612663" w:rsidRDefault="00612663">
      <w:pPr>
        <w:pStyle w:val="Ttulo1"/>
        <w:spacing w:before="0"/>
      </w:pPr>
      <w:r>
        <w:lastRenderedPageBreak/>
        <w:t>5. Comparación pedagógica: ficha 1 y ficha 30</w:t>
      </w:r>
    </w:p>
    <w:tbl>
      <w:tblPr>
        <w:tblW w:w="10080" w:type="dxa"/>
        <w:tblInd w:w="120" w:type="dxa"/>
        <w:tblLayout w:type="fixed"/>
        <w:tblLook w:val="04A0" w:firstRow="1" w:lastRow="0" w:firstColumn="1" w:lastColumn="0" w:noHBand="0" w:noVBand="1"/>
      </w:tblPr>
      <w:tblGrid>
        <w:gridCol w:w="5040"/>
        <w:gridCol w:w="5040"/>
      </w:tblGrid>
      <w:tr w:rsidR="008608E5" w14:paraId="0D4207D6" w14:textId="77777777">
        <w:tc>
          <w:tcPr>
            <w:tcW w:w="5040" w:type="dxa"/>
            <w:tcMar>
              <w:top w:w="80" w:type="dxa"/>
              <w:left w:w="120" w:type="dxa"/>
              <w:bottom w:w="80" w:type="dxa"/>
              <w:right w:w="120" w:type="dxa"/>
            </w:tcMar>
            <w:vAlign w:val="center"/>
          </w:tcPr>
          <w:p w14:paraId="60034042" w14:textId="77777777" w:rsidR="00612663" w:rsidRDefault="00612663">
            <w:pPr>
              <w:pStyle w:val="NormalTema10"/>
              <w:jc w:val="center"/>
            </w:pPr>
            <w:r>
              <w:rPr>
                <w:noProof/>
              </w:rPr>
              <w:drawing>
                <wp:inline distT="0" distB="0" distL="0" distR="0" wp14:anchorId="13CEFDBA" wp14:editId="06E87ED2">
                  <wp:extent cx="2788920" cy="1971642"/>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1-03.jpg"/>
                          <pic:cNvPicPr/>
                        </pic:nvPicPr>
                        <pic:blipFill>
                          <a:blip r:embed="rId38"/>
                          <a:stretch>
                            <a:fillRect/>
                          </a:stretch>
                        </pic:blipFill>
                        <pic:spPr>
                          <a:xfrm>
                            <a:off x="0" y="0"/>
                            <a:ext cx="2788920" cy="1971642"/>
                          </a:xfrm>
                          <a:prstGeom prst="rect">
                            <a:avLst/>
                          </a:prstGeom>
                        </pic:spPr>
                      </pic:pic>
                    </a:graphicData>
                  </a:graphic>
                </wp:inline>
              </w:drawing>
            </w:r>
          </w:p>
          <w:p w14:paraId="77C50382" w14:textId="77777777" w:rsidR="00612663" w:rsidRDefault="00612663">
            <w:pPr>
              <w:pStyle w:val="NormalTema10"/>
              <w:jc w:val="center"/>
            </w:pPr>
            <w:r>
              <w:rPr>
                <w:i/>
                <w:color w:val="667788"/>
                <w:sz w:val="18"/>
              </w:rPr>
              <w:t>Ficha 1 · Inicio del curso</w:t>
            </w:r>
          </w:p>
        </w:tc>
        <w:tc>
          <w:tcPr>
            <w:tcW w:w="5040" w:type="dxa"/>
            <w:tcMar>
              <w:top w:w="80" w:type="dxa"/>
              <w:left w:w="120" w:type="dxa"/>
              <w:bottom w:w="80" w:type="dxa"/>
              <w:right w:w="120" w:type="dxa"/>
            </w:tcMar>
            <w:vAlign w:val="center"/>
          </w:tcPr>
          <w:p w14:paraId="5C2482C4" w14:textId="77777777" w:rsidR="00612663" w:rsidRDefault="00612663">
            <w:pPr>
              <w:pStyle w:val="NormalTema10"/>
              <w:jc w:val="center"/>
            </w:pPr>
            <w:r>
              <w:rPr>
                <w:noProof/>
              </w:rPr>
              <w:drawing>
                <wp:inline distT="0" distB="0" distL="0" distR="0" wp14:anchorId="20560540" wp14:editId="1F141C41">
                  <wp:extent cx="2788920" cy="1971642"/>
                  <wp:effectExtent l="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61.jpg"/>
                          <pic:cNvPicPr/>
                        </pic:nvPicPr>
                        <pic:blipFill>
                          <a:blip r:embed="rId37"/>
                          <a:stretch>
                            <a:fillRect/>
                          </a:stretch>
                        </pic:blipFill>
                        <pic:spPr>
                          <a:xfrm>
                            <a:off x="0" y="0"/>
                            <a:ext cx="2788920" cy="1971642"/>
                          </a:xfrm>
                          <a:prstGeom prst="rect">
                            <a:avLst/>
                          </a:prstGeom>
                        </pic:spPr>
                      </pic:pic>
                    </a:graphicData>
                  </a:graphic>
                </wp:inline>
              </w:drawing>
            </w:r>
          </w:p>
          <w:p w14:paraId="7FB992CF" w14:textId="77777777" w:rsidR="00612663" w:rsidRDefault="00612663">
            <w:pPr>
              <w:pStyle w:val="NormalTema10"/>
              <w:jc w:val="center"/>
            </w:pPr>
            <w:r>
              <w:rPr>
                <w:i/>
                <w:color w:val="667788"/>
                <w:sz w:val="18"/>
              </w:rPr>
              <w:t>Ficha 30 · Final del curso</w:t>
            </w:r>
          </w:p>
        </w:tc>
      </w:tr>
      <w:tr w:rsidR="008608E5" w14:paraId="0328A889" w14:textId="77777777">
        <w:tc>
          <w:tcPr>
            <w:tcW w:w="10080" w:type="dxa"/>
            <w:gridSpan w:val="2"/>
            <w:shd w:val="clear" w:color="auto" w:fill="E8F3EF"/>
            <w:tcMar>
              <w:top w:w="80" w:type="dxa"/>
              <w:left w:w="120" w:type="dxa"/>
              <w:bottom w:w="80" w:type="dxa"/>
              <w:right w:w="120" w:type="dxa"/>
            </w:tcMar>
            <w:vAlign w:val="center"/>
          </w:tcPr>
          <w:p w14:paraId="3933614D" w14:textId="77777777" w:rsidR="00612663" w:rsidRDefault="00612663">
            <w:pPr>
              <w:pStyle w:val="NormalTema10"/>
            </w:pPr>
            <w:r>
              <w:rPr>
                <w:b/>
                <w:color w:val="1F4D78"/>
                <w:sz w:val="21"/>
              </w:rPr>
              <w:t xml:space="preserve">Principio  </w:t>
            </w:r>
            <w:r>
              <w:rPr>
                <w:sz w:val="21"/>
              </w:rPr>
              <w:t>La comparación se hace siempre con la producción anterior del mismo niño. Sirve para documentar procesos, no para calificar el resultado artístico ni establecer un nivel esperado único.</w:t>
            </w:r>
          </w:p>
        </w:tc>
      </w:tr>
    </w:tbl>
    <w:p w14:paraId="49D62FEA" w14:textId="77777777" w:rsidR="00612663" w:rsidRDefault="00612663">
      <w:pPr>
        <w:pStyle w:val="Ttulo2"/>
      </w:pPr>
      <w:r>
        <w:t>Indicadores posibles de evolución</w:t>
      </w:r>
    </w:p>
    <w:tbl>
      <w:tblPr>
        <w:tblW w:w="10080" w:type="dxa"/>
        <w:tblInd w:w="120" w:type="dxa"/>
        <w:tblLayout w:type="fixed"/>
        <w:tblLook w:val="04A0" w:firstRow="1" w:lastRow="0" w:firstColumn="1" w:lastColumn="0" w:noHBand="0" w:noVBand="1"/>
      </w:tblPr>
      <w:tblGrid>
        <w:gridCol w:w="1900"/>
        <w:gridCol w:w="8180"/>
      </w:tblGrid>
      <w:tr w:rsidR="008608E5" w14:paraId="3D5C67D0" w14:textId="77777777">
        <w:tc>
          <w:tcPr>
            <w:tcW w:w="1900" w:type="dxa"/>
            <w:shd w:val="clear" w:color="auto" w:fill="E8EEF5"/>
            <w:tcMar>
              <w:top w:w="80" w:type="dxa"/>
              <w:left w:w="120" w:type="dxa"/>
              <w:bottom w:w="80" w:type="dxa"/>
              <w:right w:w="120" w:type="dxa"/>
            </w:tcMar>
            <w:vAlign w:val="center"/>
          </w:tcPr>
          <w:p w14:paraId="38F8FAED" w14:textId="77777777" w:rsidR="00612663" w:rsidRDefault="00612663">
            <w:pPr>
              <w:pStyle w:val="NormalTema10"/>
              <w:spacing w:after="20" w:line="252" w:lineRule="auto"/>
            </w:pPr>
            <w:r>
              <w:rPr>
                <w:b/>
                <w:color w:val="1F4D78"/>
                <w:sz w:val="19"/>
              </w:rPr>
              <w:t>Figura</w:t>
            </w:r>
          </w:p>
        </w:tc>
        <w:tc>
          <w:tcPr>
            <w:tcW w:w="8180" w:type="dxa"/>
            <w:tcMar>
              <w:top w:w="80" w:type="dxa"/>
              <w:left w:w="120" w:type="dxa"/>
              <w:bottom w:w="80" w:type="dxa"/>
              <w:right w:w="120" w:type="dxa"/>
            </w:tcMar>
            <w:vAlign w:val="center"/>
          </w:tcPr>
          <w:p w14:paraId="42BF3B8D" w14:textId="77777777" w:rsidR="00612663" w:rsidRDefault="00612663">
            <w:pPr>
              <w:pStyle w:val="NormalTema10"/>
              <w:spacing w:after="20" w:line="252" w:lineRule="auto"/>
            </w:pPr>
            <w:r>
              <w:rPr>
                <w:sz w:val="19"/>
              </w:rPr>
              <w:t>Aparición de intención humana; diferenciación de cabeza y tronco; ubicación de brazos y piernas.</w:t>
            </w:r>
          </w:p>
        </w:tc>
      </w:tr>
      <w:tr w:rsidR="008608E5" w14:paraId="041667D5" w14:textId="77777777">
        <w:tc>
          <w:tcPr>
            <w:tcW w:w="1900" w:type="dxa"/>
            <w:shd w:val="clear" w:color="auto" w:fill="E8EEF5"/>
            <w:tcMar>
              <w:top w:w="80" w:type="dxa"/>
              <w:left w:w="120" w:type="dxa"/>
              <w:bottom w:w="80" w:type="dxa"/>
              <w:right w:w="120" w:type="dxa"/>
            </w:tcMar>
            <w:vAlign w:val="center"/>
          </w:tcPr>
          <w:p w14:paraId="1D077D5E" w14:textId="77777777" w:rsidR="00612663" w:rsidRDefault="00612663">
            <w:pPr>
              <w:pStyle w:val="NormalTema10"/>
              <w:spacing w:after="20" w:line="252" w:lineRule="auto"/>
            </w:pPr>
            <w:r>
              <w:rPr>
                <w:b/>
                <w:color w:val="1F4D78"/>
                <w:sz w:val="19"/>
              </w:rPr>
              <w:t>Detalles</w:t>
            </w:r>
          </w:p>
        </w:tc>
        <w:tc>
          <w:tcPr>
            <w:tcW w:w="8180" w:type="dxa"/>
            <w:tcMar>
              <w:top w:w="80" w:type="dxa"/>
              <w:left w:w="120" w:type="dxa"/>
              <w:bottom w:w="80" w:type="dxa"/>
              <w:right w:w="120" w:type="dxa"/>
            </w:tcMar>
            <w:vAlign w:val="center"/>
          </w:tcPr>
          <w:p w14:paraId="43613AB7" w14:textId="77777777" w:rsidR="00612663" w:rsidRDefault="00612663">
            <w:pPr>
              <w:pStyle w:val="NormalTema10"/>
              <w:spacing w:after="20" w:line="252" w:lineRule="auto"/>
            </w:pPr>
            <w:r>
              <w:rPr>
                <w:sz w:val="19"/>
              </w:rPr>
              <w:t>Ojos, boca, nariz, pelo, manos, pies, ropa u otros elementos significativos.</w:t>
            </w:r>
          </w:p>
        </w:tc>
      </w:tr>
      <w:tr w:rsidR="008608E5" w14:paraId="2DE7DF2D" w14:textId="77777777">
        <w:tc>
          <w:tcPr>
            <w:tcW w:w="1900" w:type="dxa"/>
            <w:shd w:val="clear" w:color="auto" w:fill="E8EEF5"/>
            <w:tcMar>
              <w:top w:w="80" w:type="dxa"/>
              <w:left w:w="120" w:type="dxa"/>
              <w:bottom w:w="80" w:type="dxa"/>
              <w:right w:w="120" w:type="dxa"/>
            </w:tcMar>
            <w:vAlign w:val="center"/>
          </w:tcPr>
          <w:p w14:paraId="6A9A18B0" w14:textId="77777777" w:rsidR="00612663" w:rsidRDefault="00612663">
            <w:pPr>
              <w:pStyle w:val="NormalTema10"/>
              <w:spacing w:after="20" w:line="252" w:lineRule="auto"/>
            </w:pPr>
            <w:r>
              <w:rPr>
                <w:b/>
                <w:color w:val="1F4D78"/>
                <w:sz w:val="19"/>
              </w:rPr>
              <w:t>Trazo y espacio</w:t>
            </w:r>
          </w:p>
        </w:tc>
        <w:tc>
          <w:tcPr>
            <w:tcW w:w="8180" w:type="dxa"/>
            <w:tcMar>
              <w:top w:w="80" w:type="dxa"/>
              <w:left w:w="120" w:type="dxa"/>
              <w:bottom w:w="80" w:type="dxa"/>
              <w:right w:w="120" w:type="dxa"/>
            </w:tcMar>
            <w:vAlign w:val="center"/>
          </w:tcPr>
          <w:p w14:paraId="34B20EA0" w14:textId="77777777" w:rsidR="00612663" w:rsidRDefault="00612663">
            <w:pPr>
              <w:pStyle w:val="NormalTema10"/>
              <w:spacing w:after="20" w:line="252" w:lineRule="auto"/>
            </w:pPr>
            <w:r>
              <w:rPr>
                <w:sz w:val="19"/>
              </w:rPr>
              <w:t>Mayor control, variedad de formas, presión, continuidad o uso más intencional de la superficie.</w:t>
            </w:r>
          </w:p>
        </w:tc>
      </w:tr>
      <w:tr w:rsidR="008608E5" w14:paraId="7A25A839" w14:textId="77777777">
        <w:tc>
          <w:tcPr>
            <w:tcW w:w="1900" w:type="dxa"/>
            <w:shd w:val="clear" w:color="auto" w:fill="E8EEF5"/>
            <w:tcMar>
              <w:top w:w="80" w:type="dxa"/>
              <w:left w:w="120" w:type="dxa"/>
              <w:bottom w:w="80" w:type="dxa"/>
              <w:right w:w="120" w:type="dxa"/>
            </w:tcMar>
            <w:vAlign w:val="center"/>
          </w:tcPr>
          <w:p w14:paraId="33698D07" w14:textId="77777777" w:rsidR="00612663" w:rsidRDefault="00612663">
            <w:pPr>
              <w:pStyle w:val="NormalTema10"/>
              <w:spacing w:after="20" w:line="252" w:lineRule="auto"/>
            </w:pPr>
            <w:r>
              <w:rPr>
                <w:b/>
                <w:color w:val="1F4D78"/>
                <w:sz w:val="19"/>
              </w:rPr>
              <w:t>Identidad</w:t>
            </w:r>
          </w:p>
        </w:tc>
        <w:tc>
          <w:tcPr>
            <w:tcW w:w="8180" w:type="dxa"/>
            <w:tcMar>
              <w:top w:w="80" w:type="dxa"/>
              <w:left w:w="120" w:type="dxa"/>
              <w:bottom w:w="80" w:type="dxa"/>
              <w:right w:w="120" w:type="dxa"/>
            </w:tcMar>
            <w:vAlign w:val="center"/>
          </w:tcPr>
          <w:p w14:paraId="73540A8D" w14:textId="77777777" w:rsidR="00612663" w:rsidRDefault="00612663">
            <w:pPr>
              <w:pStyle w:val="NormalTema10"/>
              <w:spacing w:after="20" w:line="252" w:lineRule="auto"/>
            </w:pPr>
            <w:r>
              <w:rPr>
                <w:sz w:val="19"/>
              </w:rPr>
              <w:t>Elección de colores, rasgos, prendas, tamaño o postura con significado personal.</w:t>
            </w:r>
          </w:p>
        </w:tc>
      </w:tr>
      <w:tr w:rsidR="008608E5" w14:paraId="3B3B5AFF" w14:textId="77777777">
        <w:tc>
          <w:tcPr>
            <w:tcW w:w="1900" w:type="dxa"/>
            <w:shd w:val="clear" w:color="auto" w:fill="E8EEF5"/>
            <w:tcMar>
              <w:top w:w="80" w:type="dxa"/>
              <w:left w:w="120" w:type="dxa"/>
              <w:bottom w:w="80" w:type="dxa"/>
              <w:right w:w="120" w:type="dxa"/>
            </w:tcMar>
            <w:vAlign w:val="center"/>
          </w:tcPr>
          <w:p w14:paraId="11B38D38" w14:textId="77777777" w:rsidR="00612663" w:rsidRDefault="00612663">
            <w:pPr>
              <w:pStyle w:val="NormalTema10"/>
              <w:spacing w:after="20" w:line="252" w:lineRule="auto"/>
            </w:pPr>
            <w:r>
              <w:rPr>
                <w:b/>
                <w:color w:val="1F4D78"/>
                <w:sz w:val="19"/>
              </w:rPr>
              <w:t>Lenguaje</w:t>
            </w:r>
          </w:p>
        </w:tc>
        <w:tc>
          <w:tcPr>
            <w:tcW w:w="8180" w:type="dxa"/>
            <w:tcMar>
              <w:top w:w="80" w:type="dxa"/>
              <w:left w:w="120" w:type="dxa"/>
              <w:bottom w:w="80" w:type="dxa"/>
              <w:right w:w="120" w:type="dxa"/>
            </w:tcMar>
            <w:vAlign w:val="center"/>
          </w:tcPr>
          <w:p w14:paraId="303D5039" w14:textId="77777777" w:rsidR="00612663" w:rsidRDefault="00612663">
            <w:pPr>
              <w:pStyle w:val="NormalTema10"/>
              <w:spacing w:after="20" w:line="252" w:lineRule="auto"/>
            </w:pPr>
            <w:r>
              <w:rPr>
                <w:sz w:val="19"/>
              </w:rPr>
              <w:t>Palabras, gestos o relato empleado para explicar quién aparece y qué está haciendo.</w:t>
            </w:r>
          </w:p>
        </w:tc>
      </w:tr>
      <w:tr w:rsidR="008608E5" w14:paraId="2C210D31" w14:textId="77777777">
        <w:tc>
          <w:tcPr>
            <w:tcW w:w="1900" w:type="dxa"/>
            <w:shd w:val="clear" w:color="auto" w:fill="E8EEF5"/>
            <w:tcMar>
              <w:top w:w="80" w:type="dxa"/>
              <w:left w:w="120" w:type="dxa"/>
              <w:bottom w:w="80" w:type="dxa"/>
              <w:right w:w="120" w:type="dxa"/>
            </w:tcMar>
            <w:vAlign w:val="center"/>
          </w:tcPr>
          <w:p w14:paraId="6F1EBCA1" w14:textId="77777777" w:rsidR="00612663" w:rsidRDefault="00612663">
            <w:pPr>
              <w:pStyle w:val="NormalTema10"/>
              <w:spacing w:after="20" w:line="252" w:lineRule="auto"/>
            </w:pPr>
            <w:r>
              <w:rPr>
                <w:b/>
                <w:color w:val="1F4D78"/>
                <w:sz w:val="19"/>
              </w:rPr>
              <w:t>Autonomía</w:t>
            </w:r>
          </w:p>
        </w:tc>
        <w:tc>
          <w:tcPr>
            <w:tcW w:w="8180" w:type="dxa"/>
            <w:tcMar>
              <w:top w:w="80" w:type="dxa"/>
              <w:left w:w="120" w:type="dxa"/>
              <w:bottom w:w="80" w:type="dxa"/>
              <w:right w:w="120" w:type="dxa"/>
            </w:tcMar>
            <w:vAlign w:val="center"/>
          </w:tcPr>
          <w:p w14:paraId="09375E15" w14:textId="77777777" w:rsidR="00612663" w:rsidRDefault="00612663">
            <w:pPr>
              <w:pStyle w:val="NormalTema10"/>
              <w:spacing w:after="20" w:line="252" w:lineRule="auto"/>
            </w:pPr>
            <w:r>
              <w:rPr>
                <w:sz w:val="19"/>
              </w:rPr>
              <w:t>Inicio, elección de útiles, persistencia, petición de ayuda y recogida.</w:t>
            </w:r>
          </w:p>
        </w:tc>
      </w:tr>
      <w:tr w:rsidR="008608E5" w14:paraId="2FEE8B85" w14:textId="77777777">
        <w:tc>
          <w:tcPr>
            <w:tcW w:w="10080" w:type="dxa"/>
            <w:gridSpan w:val="2"/>
            <w:shd w:val="clear" w:color="auto" w:fill="FFF2CC"/>
            <w:tcMar>
              <w:top w:w="80" w:type="dxa"/>
              <w:left w:w="120" w:type="dxa"/>
              <w:bottom w:w="80" w:type="dxa"/>
              <w:right w:w="120" w:type="dxa"/>
            </w:tcMar>
            <w:vAlign w:val="center"/>
          </w:tcPr>
          <w:p w14:paraId="0B03E82C" w14:textId="77777777" w:rsidR="00612663" w:rsidRDefault="00612663">
            <w:pPr>
              <w:pStyle w:val="NormalTema10"/>
            </w:pPr>
            <w:r>
              <w:rPr>
                <w:b/>
                <w:color w:val="1F4D78"/>
                <w:sz w:val="21"/>
              </w:rPr>
              <w:t xml:space="preserve">No interpretar de más  </w:t>
            </w:r>
            <w:r>
              <w:rPr>
                <w:sz w:val="21"/>
              </w:rPr>
              <w:t>Una omisión, un dibujo pequeño o un trazo menos controlado pueden depender del cansancio, el interés o el momento. Si el cambio gráfico es escaso, valorar también intención, lenguaje, autonomía, recuerdo y disfrute.</w:t>
            </w:r>
          </w:p>
        </w:tc>
      </w:tr>
    </w:tbl>
    <w:p w14:paraId="6D6B353F" w14:textId="77777777" w:rsidR="00612663" w:rsidRDefault="00612663">
      <w:pPr>
        <w:pStyle w:val="NormalTema10"/>
      </w:pPr>
      <w:r>
        <w:br w:type="page"/>
      </w:r>
    </w:p>
    <w:p w14:paraId="44E69A1D" w14:textId="77777777" w:rsidR="00612663" w:rsidRDefault="00612663">
      <w:pPr>
        <w:pStyle w:val="Ttulo1"/>
        <w:spacing w:before="0"/>
      </w:pPr>
      <w:r>
        <w:lastRenderedPageBreak/>
        <w:t>6. Inclusión, apoyos y agrupamiento</w:t>
      </w:r>
    </w:p>
    <w:p w14:paraId="5DB3177C" w14:textId="77777777" w:rsidR="00612663" w:rsidRDefault="00612663">
      <w:pPr>
        <w:pStyle w:val="Ttulo2"/>
      </w:pPr>
      <w:r>
        <w:t>Acceso y participación (DUA)</w:t>
      </w:r>
    </w:p>
    <w:tbl>
      <w:tblPr>
        <w:tblW w:w="10080" w:type="dxa"/>
        <w:tblInd w:w="120" w:type="dxa"/>
        <w:tblLayout w:type="fixed"/>
        <w:tblLook w:val="04A0" w:firstRow="1" w:lastRow="0" w:firstColumn="1" w:lastColumn="0" w:noHBand="0" w:noVBand="1"/>
      </w:tblPr>
      <w:tblGrid>
        <w:gridCol w:w="2200"/>
        <w:gridCol w:w="7880"/>
      </w:tblGrid>
      <w:tr w:rsidR="008608E5" w14:paraId="62F20E99" w14:textId="77777777">
        <w:tc>
          <w:tcPr>
            <w:tcW w:w="2200" w:type="dxa"/>
            <w:shd w:val="clear" w:color="auto" w:fill="E8EEF5"/>
            <w:tcMar>
              <w:top w:w="80" w:type="dxa"/>
              <w:left w:w="120" w:type="dxa"/>
              <w:bottom w:w="80" w:type="dxa"/>
              <w:right w:w="120" w:type="dxa"/>
            </w:tcMar>
            <w:vAlign w:val="center"/>
          </w:tcPr>
          <w:p w14:paraId="3A98DECB" w14:textId="77777777" w:rsidR="00612663" w:rsidRDefault="00612663">
            <w:pPr>
              <w:pStyle w:val="NormalTema10"/>
              <w:spacing w:after="20" w:line="252" w:lineRule="auto"/>
            </w:pPr>
            <w:r>
              <w:rPr>
                <w:b/>
                <w:color w:val="1F4D78"/>
                <w:sz w:val="20"/>
              </w:rPr>
              <w:t>Representación</w:t>
            </w:r>
          </w:p>
        </w:tc>
        <w:tc>
          <w:tcPr>
            <w:tcW w:w="7880" w:type="dxa"/>
            <w:tcMar>
              <w:top w:w="80" w:type="dxa"/>
              <w:left w:w="120" w:type="dxa"/>
              <w:bottom w:w="80" w:type="dxa"/>
              <w:right w:w="120" w:type="dxa"/>
            </w:tcMar>
            <w:vAlign w:val="center"/>
          </w:tcPr>
          <w:p w14:paraId="15A7D70F" w14:textId="77777777" w:rsidR="00612663" w:rsidRDefault="00612663">
            <w:pPr>
              <w:pStyle w:val="NormalTema10"/>
              <w:spacing w:after="20" w:line="252" w:lineRule="auto"/>
            </w:pPr>
            <w:r>
              <w:rPr>
                <w:sz w:val="20"/>
              </w:rPr>
              <w:t>Espejo, fotografía reciente, señalamiento corporal, objetos, imágenes, canciones y frases breves.</w:t>
            </w:r>
          </w:p>
        </w:tc>
      </w:tr>
      <w:tr w:rsidR="008608E5" w14:paraId="13CE7B35" w14:textId="77777777">
        <w:tc>
          <w:tcPr>
            <w:tcW w:w="2200" w:type="dxa"/>
            <w:shd w:val="clear" w:color="auto" w:fill="E8EEF5"/>
            <w:tcMar>
              <w:top w:w="80" w:type="dxa"/>
              <w:left w:w="120" w:type="dxa"/>
              <w:bottom w:w="80" w:type="dxa"/>
              <w:right w:w="120" w:type="dxa"/>
            </w:tcMar>
            <w:vAlign w:val="center"/>
          </w:tcPr>
          <w:p w14:paraId="7B26ED9A" w14:textId="77777777" w:rsidR="00612663" w:rsidRDefault="00612663">
            <w:pPr>
              <w:pStyle w:val="NormalTema10"/>
              <w:spacing w:after="20" w:line="252" w:lineRule="auto"/>
            </w:pPr>
            <w:r>
              <w:rPr>
                <w:b/>
                <w:color w:val="1F4D78"/>
                <w:sz w:val="20"/>
              </w:rPr>
              <w:t>Acción</w:t>
            </w:r>
          </w:p>
        </w:tc>
        <w:tc>
          <w:tcPr>
            <w:tcW w:w="7880" w:type="dxa"/>
            <w:tcMar>
              <w:top w:w="80" w:type="dxa"/>
              <w:left w:w="120" w:type="dxa"/>
              <w:bottom w:w="80" w:type="dxa"/>
              <w:right w:w="120" w:type="dxa"/>
            </w:tcMar>
            <w:vAlign w:val="center"/>
          </w:tcPr>
          <w:p w14:paraId="1F762DF9" w14:textId="77777777" w:rsidR="00612663" w:rsidRDefault="00612663">
            <w:pPr>
              <w:pStyle w:val="NormalTema10"/>
              <w:spacing w:after="20" w:line="252" w:lineRule="auto"/>
            </w:pPr>
            <w:r>
              <w:rPr>
                <w:sz w:val="20"/>
              </w:rPr>
              <w:t>Dibujar sentado, de pie, en plano horizontal o vertical; elegir útiles; realizar pausas; usar agarre adaptado.</w:t>
            </w:r>
          </w:p>
        </w:tc>
      </w:tr>
      <w:tr w:rsidR="008608E5" w14:paraId="733B5642" w14:textId="77777777">
        <w:tc>
          <w:tcPr>
            <w:tcW w:w="2200" w:type="dxa"/>
            <w:shd w:val="clear" w:color="auto" w:fill="E8EEF5"/>
            <w:tcMar>
              <w:top w:w="80" w:type="dxa"/>
              <w:left w:w="120" w:type="dxa"/>
              <w:bottom w:w="80" w:type="dxa"/>
              <w:right w:w="120" w:type="dxa"/>
            </w:tcMar>
            <w:vAlign w:val="center"/>
          </w:tcPr>
          <w:p w14:paraId="73595A3F" w14:textId="77777777" w:rsidR="00612663" w:rsidRDefault="00612663">
            <w:pPr>
              <w:pStyle w:val="NormalTema10"/>
              <w:spacing w:after="20" w:line="252" w:lineRule="auto"/>
            </w:pPr>
            <w:r>
              <w:rPr>
                <w:b/>
                <w:color w:val="1F4D78"/>
                <w:sz w:val="20"/>
              </w:rPr>
              <w:t>Expresión</w:t>
            </w:r>
          </w:p>
        </w:tc>
        <w:tc>
          <w:tcPr>
            <w:tcW w:w="7880" w:type="dxa"/>
            <w:tcMar>
              <w:top w:w="80" w:type="dxa"/>
              <w:left w:w="120" w:type="dxa"/>
              <w:bottom w:w="80" w:type="dxa"/>
              <w:right w:w="120" w:type="dxa"/>
            </w:tcMar>
            <w:vAlign w:val="center"/>
          </w:tcPr>
          <w:p w14:paraId="45E8135B" w14:textId="77777777" w:rsidR="00612663" w:rsidRDefault="00612663">
            <w:pPr>
              <w:pStyle w:val="NormalTema10"/>
              <w:spacing w:after="20" w:line="252" w:lineRule="auto"/>
            </w:pPr>
            <w:r>
              <w:rPr>
                <w:sz w:val="20"/>
              </w:rPr>
              <w:t>Dibujo, color, mirada, gesto, pictograma, palabra, sonido, elección o explicación oral.</w:t>
            </w:r>
          </w:p>
        </w:tc>
      </w:tr>
      <w:tr w:rsidR="008608E5" w14:paraId="42B2DA30" w14:textId="77777777">
        <w:tc>
          <w:tcPr>
            <w:tcW w:w="2200" w:type="dxa"/>
            <w:shd w:val="clear" w:color="auto" w:fill="E8EEF5"/>
            <w:tcMar>
              <w:top w:w="80" w:type="dxa"/>
              <w:left w:w="120" w:type="dxa"/>
              <w:bottom w:w="80" w:type="dxa"/>
              <w:right w:w="120" w:type="dxa"/>
            </w:tcMar>
            <w:vAlign w:val="center"/>
          </w:tcPr>
          <w:p w14:paraId="466917C4" w14:textId="77777777" w:rsidR="00612663" w:rsidRDefault="00612663">
            <w:pPr>
              <w:pStyle w:val="NormalTema10"/>
              <w:spacing w:after="20" w:line="252" w:lineRule="auto"/>
            </w:pPr>
            <w:r>
              <w:rPr>
                <w:b/>
                <w:color w:val="1F4D78"/>
                <w:sz w:val="20"/>
              </w:rPr>
              <w:t>Implicación</w:t>
            </w:r>
          </w:p>
        </w:tc>
        <w:tc>
          <w:tcPr>
            <w:tcW w:w="7880" w:type="dxa"/>
            <w:tcMar>
              <w:top w:w="80" w:type="dxa"/>
              <w:left w:w="120" w:type="dxa"/>
              <w:bottom w:w="80" w:type="dxa"/>
              <w:right w:w="120" w:type="dxa"/>
            </w:tcMar>
            <w:vAlign w:val="center"/>
          </w:tcPr>
          <w:p w14:paraId="48C1825C" w14:textId="77777777" w:rsidR="00612663" w:rsidRDefault="00612663">
            <w:pPr>
              <w:pStyle w:val="NormalTema10"/>
              <w:spacing w:after="20" w:line="252" w:lineRule="auto"/>
            </w:pPr>
            <w:r>
              <w:rPr>
                <w:sz w:val="20"/>
              </w:rPr>
              <w:t>Elegir recuerdos, decidir si muestra su trabajo, trabajar con acompañamiento individual y cerrar de forma voluntaria.</w:t>
            </w:r>
          </w:p>
        </w:tc>
      </w:tr>
    </w:tbl>
    <w:p w14:paraId="62694A50" w14:textId="77777777" w:rsidR="00612663" w:rsidRDefault="00612663">
      <w:pPr>
        <w:pStyle w:val="Ttulo2"/>
      </w:pPr>
      <w:r>
        <w:t>Necesidades concretas</w:t>
      </w:r>
    </w:p>
    <w:p w14:paraId="7C54C7F5" w14:textId="77777777" w:rsidR="00612663" w:rsidRDefault="00612663">
      <w:pPr>
        <w:pStyle w:val="NormalTema10"/>
      </w:pPr>
      <w:r>
        <w:rPr>
          <w:b/>
          <w:color w:val="1F4D78"/>
        </w:rPr>
        <w:t xml:space="preserve">Motricidad  </w:t>
      </w:r>
      <w:r>
        <w:t>Útiles de mayor grosor, adaptador, papel fijado, plano vertical y apoyo del antebrazo. La ayuda estabiliza el material, no dirige el trazo.</w:t>
      </w:r>
    </w:p>
    <w:p w14:paraId="5B880D98" w14:textId="77777777" w:rsidR="00612663" w:rsidRDefault="00612663">
      <w:pPr>
        <w:pStyle w:val="NormalTema10"/>
      </w:pPr>
      <w:r>
        <w:rPr>
          <w:b/>
          <w:color w:val="1F4D78"/>
        </w:rPr>
        <w:t xml:space="preserve">Comunicación  </w:t>
      </w:r>
      <w:r>
        <w:t>Preguntas de elección, pictogramas, espera suficiente y aceptación de respuestas no verbales.</w:t>
      </w:r>
    </w:p>
    <w:p w14:paraId="0D7E6959" w14:textId="77777777" w:rsidR="00612663" w:rsidRDefault="00612663">
      <w:pPr>
        <w:pStyle w:val="NormalTema10"/>
      </w:pPr>
      <w:r>
        <w:rPr>
          <w:b/>
          <w:color w:val="1F4D78"/>
        </w:rPr>
        <w:t xml:space="preserve">Procesamiento sensorial  </w:t>
      </w:r>
      <w:r>
        <w:t>Espejo pequeño, luz suave, menos objetos, rincón tranquilo y posibilidad de mirar una fotografía en lugar de sostener la mirada en el espejo.</w:t>
      </w:r>
    </w:p>
    <w:p w14:paraId="459C28BD" w14:textId="77777777" w:rsidR="00612663" w:rsidRDefault="00612663">
      <w:pPr>
        <w:pStyle w:val="NormalTema10"/>
      </w:pPr>
      <w:r>
        <w:rPr>
          <w:b/>
          <w:color w:val="1F4D78"/>
        </w:rPr>
        <w:t xml:space="preserve">Vulnerabilidad emocional  </w:t>
      </w:r>
      <w:r>
        <w:t>Comparación individual, sin exposición obligatoria. Si la ficha inicial provoca rechazo, se guarda y se conversa otro día.</w:t>
      </w:r>
    </w:p>
    <w:p w14:paraId="12D3B759" w14:textId="77777777" w:rsidR="00612663" w:rsidRDefault="00612663">
      <w:pPr>
        <w:pStyle w:val="Ttulo2"/>
      </w:pPr>
      <w:r>
        <w:t>Grupo conjunto de 3 y 4 años</w:t>
      </w:r>
    </w:p>
    <w:tbl>
      <w:tblPr>
        <w:tblW w:w="10080" w:type="dxa"/>
        <w:tblInd w:w="120" w:type="dxa"/>
        <w:tblLayout w:type="fixed"/>
        <w:tblLook w:val="04A0" w:firstRow="1" w:lastRow="0" w:firstColumn="1" w:lastColumn="0" w:noHBand="0" w:noVBand="1"/>
      </w:tblPr>
      <w:tblGrid>
        <w:gridCol w:w="10080"/>
      </w:tblGrid>
      <w:tr w:rsidR="008608E5" w14:paraId="74437D37" w14:textId="77777777">
        <w:tc>
          <w:tcPr>
            <w:tcW w:w="10080" w:type="dxa"/>
            <w:shd w:val="clear" w:color="auto" w:fill="E8F3EF"/>
            <w:tcMar>
              <w:top w:w="80" w:type="dxa"/>
              <w:left w:w="120" w:type="dxa"/>
              <w:bottom w:w="80" w:type="dxa"/>
              <w:right w:w="120" w:type="dxa"/>
            </w:tcMar>
            <w:vAlign w:val="center"/>
          </w:tcPr>
          <w:p w14:paraId="5F2D9F42" w14:textId="77777777" w:rsidR="00612663" w:rsidRDefault="00612663">
            <w:pPr>
              <w:pStyle w:val="NormalTema10"/>
            </w:pPr>
            <w:r>
              <w:rPr>
                <w:b/>
                <w:color w:val="1F4D78"/>
                <w:sz w:val="21"/>
              </w:rPr>
              <w:t xml:space="preserve">3 años  </w:t>
            </w:r>
            <w:r>
              <w:rPr>
                <w:sz w:val="21"/>
              </w:rPr>
              <w:t>Priorizar mirarse, señalar algunas partes, dibujarse libremente y reconocer que las dos producciones son propias. Aceptar una comparación muy breve y concreta.</w:t>
            </w:r>
          </w:p>
        </w:tc>
      </w:tr>
      <w:tr w:rsidR="008608E5" w14:paraId="78AA235E" w14:textId="77777777">
        <w:tc>
          <w:tcPr>
            <w:tcW w:w="10080" w:type="dxa"/>
            <w:shd w:val="clear" w:color="auto" w:fill="E8EEF5"/>
            <w:tcMar>
              <w:top w:w="80" w:type="dxa"/>
              <w:left w:w="120" w:type="dxa"/>
              <w:bottom w:w="80" w:type="dxa"/>
              <w:right w:w="120" w:type="dxa"/>
            </w:tcMar>
            <w:vAlign w:val="center"/>
          </w:tcPr>
          <w:p w14:paraId="5C27A9CE" w14:textId="77777777" w:rsidR="00612663" w:rsidRDefault="00612663">
            <w:pPr>
              <w:pStyle w:val="NormalTema10"/>
            </w:pPr>
            <w:r>
              <w:rPr>
                <w:b/>
                <w:color w:val="1F4D78"/>
                <w:sz w:val="21"/>
              </w:rPr>
              <w:t xml:space="preserve">4 años  </w:t>
            </w:r>
            <w:r>
              <w:rPr>
                <w:sz w:val="21"/>
              </w:rPr>
              <w:t>Invitar a explicar decisiones, ordenar varios recuerdos del curso, identificar cambios y expresar con una frase qué ha aprendido o qué desea seguir aprendiendo.</w:t>
            </w:r>
          </w:p>
        </w:tc>
      </w:tr>
    </w:tbl>
    <w:p w14:paraId="321BBDB1" w14:textId="77777777" w:rsidR="00612663" w:rsidRDefault="00612663">
      <w:pPr>
        <w:pStyle w:val="Ttulo2"/>
      </w:pPr>
      <w:r>
        <w:t>Ampliación opcional</w:t>
      </w:r>
    </w:p>
    <w:p w14:paraId="6D49028B" w14:textId="77777777" w:rsidR="00612663" w:rsidRDefault="00612663">
      <w:pPr>
        <w:pStyle w:val="NormalTema10"/>
      </w:pPr>
      <w:r>
        <w:t>Crear una pequeña galería «Así crecimos» con una frase dictada por cada niño. Exponer solo con los permisos y acuerdos del centro, durante un tiempo limitado y sin ordenar los trabajos por nivel o calidad.</w:t>
      </w:r>
    </w:p>
    <w:p w14:paraId="24F38722" w14:textId="77777777" w:rsidR="00612663" w:rsidRDefault="00612663">
      <w:pPr>
        <w:pStyle w:val="NormalTema10"/>
      </w:pPr>
      <w:r>
        <w:br w:type="page"/>
      </w:r>
    </w:p>
    <w:p w14:paraId="2D93E7EA" w14:textId="77777777" w:rsidR="00612663" w:rsidRDefault="00612663">
      <w:pPr>
        <w:pStyle w:val="Ttulo1"/>
        <w:spacing w:before="0"/>
      </w:pPr>
      <w:r>
        <w:lastRenderedPageBreak/>
        <w:t>7. Evaluación del tema y cierre del curso</w:t>
      </w:r>
    </w:p>
    <w:p w14:paraId="1E34B734" w14:textId="77777777" w:rsidR="00612663" w:rsidRDefault="00612663">
      <w:pPr>
        <w:pStyle w:val="NormalTema10"/>
      </w:pPr>
      <w:r>
        <w:t>La evaluación es global, continua y basada en la observación. Se valora el proceso de autoconocimiento, expresión, memoria, autonomía y agradecimiento; no la semejanza realista ni la cantidad de partes dibujadas.</w:t>
      </w:r>
    </w:p>
    <w:tbl>
      <w:tblPr>
        <w:tblW w:w="10080" w:type="dxa"/>
        <w:tblInd w:w="120" w:type="dxa"/>
        <w:tblLayout w:type="fixed"/>
        <w:tblLook w:val="04A0" w:firstRow="1" w:lastRow="0" w:firstColumn="1" w:lastColumn="0" w:noHBand="0" w:noVBand="1"/>
      </w:tblPr>
      <w:tblGrid>
        <w:gridCol w:w="2300"/>
        <w:gridCol w:w="7780"/>
      </w:tblGrid>
      <w:tr w:rsidR="008608E5" w14:paraId="5D35CDE8" w14:textId="77777777">
        <w:tc>
          <w:tcPr>
            <w:tcW w:w="2300" w:type="dxa"/>
            <w:shd w:val="clear" w:color="auto" w:fill="E8EEF5"/>
            <w:tcMar>
              <w:top w:w="80" w:type="dxa"/>
              <w:left w:w="120" w:type="dxa"/>
              <w:bottom w:w="80" w:type="dxa"/>
              <w:right w:w="120" w:type="dxa"/>
            </w:tcMar>
            <w:vAlign w:val="center"/>
          </w:tcPr>
          <w:p w14:paraId="67650C65" w14:textId="77777777" w:rsidR="00612663" w:rsidRDefault="00612663">
            <w:pPr>
              <w:pStyle w:val="NormalTema10"/>
              <w:spacing w:after="20" w:line="252" w:lineRule="auto"/>
            </w:pPr>
            <w:r>
              <w:rPr>
                <w:b/>
                <w:color w:val="1F4D78"/>
                <w:sz w:val="19"/>
              </w:rPr>
              <w:t>Cuerpo e identidad</w:t>
            </w:r>
          </w:p>
        </w:tc>
        <w:tc>
          <w:tcPr>
            <w:tcW w:w="7780" w:type="dxa"/>
            <w:tcMar>
              <w:top w:w="80" w:type="dxa"/>
              <w:left w:w="120" w:type="dxa"/>
              <w:bottom w:w="80" w:type="dxa"/>
              <w:right w:w="120" w:type="dxa"/>
            </w:tcMar>
            <w:vAlign w:val="center"/>
          </w:tcPr>
          <w:p w14:paraId="2A997BF9" w14:textId="77777777" w:rsidR="00612663" w:rsidRDefault="00612663">
            <w:pPr>
              <w:pStyle w:val="NormalTema10"/>
              <w:spacing w:after="20" w:line="252" w:lineRule="auto"/>
            </w:pPr>
            <w:r>
              <w:rPr>
                <w:sz w:val="19"/>
              </w:rPr>
              <w:t>Se observa con interés y reconoce o comunica algunos rasgos o partes de su cuerpo.</w:t>
            </w:r>
          </w:p>
        </w:tc>
      </w:tr>
      <w:tr w:rsidR="008608E5" w14:paraId="6E523B56" w14:textId="77777777">
        <w:tc>
          <w:tcPr>
            <w:tcW w:w="2300" w:type="dxa"/>
            <w:shd w:val="clear" w:color="auto" w:fill="E8EEF5"/>
            <w:tcMar>
              <w:top w:w="80" w:type="dxa"/>
              <w:left w:w="120" w:type="dxa"/>
              <w:bottom w:w="80" w:type="dxa"/>
              <w:right w:w="120" w:type="dxa"/>
            </w:tcMar>
            <w:vAlign w:val="center"/>
          </w:tcPr>
          <w:p w14:paraId="74291DF0" w14:textId="77777777" w:rsidR="00612663" w:rsidRDefault="00612663">
            <w:pPr>
              <w:pStyle w:val="NormalTema10"/>
              <w:spacing w:after="20" w:line="252" w:lineRule="auto"/>
            </w:pPr>
            <w:r>
              <w:rPr>
                <w:b/>
                <w:color w:val="1F4D78"/>
                <w:sz w:val="19"/>
              </w:rPr>
              <w:t>Expresión artística</w:t>
            </w:r>
          </w:p>
        </w:tc>
        <w:tc>
          <w:tcPr>
            <w:tcW w:w="7780" w:type="dxa"/>
            <w:tcMar>
              <w:top w:w="80" w:type="dxa"/>
              <w:left w:w="120" w:type="dxa"/>
              <w:bottom w:w="80" w:type="dxa"/>
              <w:right w:w="120" w:type="dxa"/>
            </w:tcMar>
            <w:vAlign w:val="center"/>
          </w:tcPr>
          <w:p w14:paraId="686E662A" w14:textId="77777777" w:rsidR="00612663" w:rsidRDefault="00612663">
            <w:pPr>
              <w:pStyle w:val="NormalTema10"/>
              <w:spacing w:after="20" w:line="252" w:lineRule="auto"/>
            </w:pPr>
            <w:r>
              <w:rPr>
                <w:sz w:val="19"/>
              </w:rPr>
              <w:t>Realiza una representación personal con intención propia y utiliza los materiales según sus posibilidades.</w:t>
            </w:r>
          </w:p>
        </w:tc>
      </w:tr>
      <w:tr w:rsidR="008608E5" w14:paraId="6A193964" w14:textId="77777777">
        <w:tc>
          <w:tcPr>
            <w:tcW w:w="2300" w:type="dxa"/>
            <w:shd w:val="clear" w:color="auto" w:fill="E8EEF5"/>
            <w:tcMar>
              <w:top w:w="80" w:type="dxa"/>
              <w:left w:w="120" w:type="dxa"/>
              <w:bottom w:w="80" w:type="dxa"/>
              <w:right w:w="120" w:type="dxa"/>
            </w:tcMar>
            <w:vAlign w:val="center"/>
          </w:tcPr>
          <w:p w14:paraId="63BB4987" w14:textId="77777777" w:rsidR="00612663" w:rsidRDefault="00612663">
            <w:pPr>
              <w:pStyle w:val="NormalTema10"/>
              <w:spacing w:after="20" w:line="252" w:lineRule="auto"/>
            </w:pPr>
            <w:r>
              <w:rPr>
                <w:b/>
                <w:color w:val="1F4D78"/>
                <w:sz w:val="19"/>
              </w:rPr>
              <w:t>Metacognición inicial</w:t>
            </w:r>
          </w:p>
        </w:tc>
        <w:tc>
          <w:tcPr>
            <w:tcW w:w="7780" w:type="dxa"/>
            <w:tcMar>
              <w:top w:w="80" w:type="dxa"/>
              <w:left w:w="120" w:type="dxa"/>
              <w:bottom w:w="80" w:type="dxa"/>
              <w:right w:w="120" w:type="dxa"/>
            </w:tcMar>
            <w:vAlign w:val="center"/>
          </w:tcPr>
          <w:p w14:paraId="2300A07A" w14:textId="77777777" w:rsidR="00612663" w:rsidRDefault="00612663">
            <w:pPr>
              <w:pStyle w:val="NormalTema10"/>
              <w:spacing w:after="20" w:line="252" w:lineRule="auto"/>
            </w:pPr>
            <w:r>
              <w:rPr>
                <w:sz w:val="19"/>
              </w:rPr>
              <w:t>Reconoce algún cambio, aprendizaje o diferencia entre sus dos producciones.</w:t>
            </w:r>
          </w:p>
        </w:tc>
      </w:tr>
      <w:tr w:rsidR="008608E5" w14:paraId="1645E6AE" w14:textId="77777777">
        <w:tc>
          <w:tcPr>
            <w:tcW w:w="2300" w:type="dxa"/>
            <w:shd w:val="clear" w:color="auto" w:fill="E8EEF5"/>
            <w:tcMar>
              <w:top w:w="80" w:type="dxa"/>
              <w:left w:w="120" w:type="dxa"/>
              <w:bottom w:w="80" w:type="dxa"/>
              <w:right w:w="120" w:type="dxa"/>
            </w:tcMar>
            <w:vAlign w:val="center"/>
          </w:tcPr>
          <w:p w14:paraId="64BB9FB2" w14:textId="77777777" w:rsidR="00612663" w:rsidRDefault="00612663">
            <w:pPr>
              <w:pStyle w:val="NormalTema10"/>
              <w:spacing w:after="20" w:line="252" w:lineRule="auto"/>
            </w:pPr>
            <w:r>
              <w:rPr>
                <w:b/>
                <w:color w:val="1F4D78"/>
                <w:sz w:val="19"/>
              </w:rPr>
              <w:t>Memoria</w:t>
            </w:r>
          </w:p>
        </w:tc>
        <w:tc>
          <w:tcPr>
            <w:tcW w:w="7780" w:type="dxa"/>
            <w:tcMar>
              <w:top w:w="80" w:type="dxa"/>
              <w:left w:w="120" w:type="dxa"/>
              <w:bottom w:w="80" w:type="dxa"/>
              <w:right w:w="120" w:type="dxa"/>
            </w:tcMar>
            <w:vAlign w:val="center"/>
          </w:tcPr>
          <w:p w14:paraId="0CEA5EDC" w14:textId="77777777" w:rsidR="00612663" w:rsidRDefault="00612663">
            <w:pPr>
              <w:pStyle w:val="NormalTema10"/>
              <w:spacing w:after="20" w:line="252" w:lineRule="auto"/>
            </w:pPr>
            <w:r>
              <w:rPr>
                <w:sz w:val="19"/>
              </w:rPr>
              <w:t>Relaciona un objeto, imagen, gesto o canción con alguna experiencia del curso.</w:t>
            </w:r>
          </w:p>
        </w:tc>
      </w:tr>
      <w:tr w:rsidR="008608E5" w14:paraId="58DCFC2D" w14:textId="77777777">
        <w:tc>
          <w:tcPr>
            <w:tcW w:w="2300" w:type="dxa"/>
            <w:shd w:val="clear" w:color="auto" w:fill="E8EEF5"/>
            <w:tcMar>
              <w:top w:w="80" w:type="dxa"/>
              <w:left w:w="120" w:type="dxa"/>
              <w:bottom w:w="80" w:type="dxa"/>
              <w:right w:w="120" w:type="dxa"/>
            </w:tcMar>
            <w:vAlign w:val="center"/>
          </w:tcPr>
          <w:p w14:paraId="12AF6300" w14:textId="77777777" w:rsidR="00612663" w:rsidRDefault="00612663">
            <w:pPr>
              <w:pStyle w:val="NormalTema10"/>
              <w:spacing w:after="20" w:line="252" w:lineRule="auto"/>
            </w:pPr>
            <w:r>
              <w:rPr>
                <w:b/>
                <w:color w:val="1F4D78"/>
                <w:sz w:val="19"/>
              </w:rPr>
              <w:t>Autonomía</w:t>
            </w:r>
          </w:p>
        </w:tc>
        <w:tc>
          <w:tcPr>
            <w:tcW w:w="7780" w:type="dxa"/>
            <w:tcMar>
              <w:top w:w="80" w:type="dxa"/>
              <w:left w:w="120" w:type="dxa"/>
              <w:bottom w:w="80" w:type="dxa"/>
              <w:right w:w="120" w:type="dxa"/>
            </w:tcMar>
            <w:vAlign w:val="center"/>
          </w:tcPr>
          <w:p w14:paraId="6D75BCE8" w14:textId="77777777" w:rsidR="00612663" w:rsidRDefault="00612663">
            <w:pPr>
              <w:pStyle w:val="NormalTema10"/>
              <w:spacing w:after="20" w:line="252" w:lineRule="auto"/>
            </w:pPr>
            <w:r>
              <w:rPr>
                <w:sz w:val="19"/>
              </w:rPr>
              <w:t>Elige, inicia, pide ayuda, mantiene la actividad y recoge con apoyo ajustado.</w:t>
            </w:r>
          </w:p>
        </w:tc>
      </w:tr>
      <w:tr w:rsidR="008608E5" w14:paraId="2FCA8713" w14:textId="77777777">
        <w:tc>
          <w:tcPr>
            <w:tcW w:w="2300" w:type="dxa"/>
            <w:shd w:val="clear" w:color="auto" w:fill="E8EEF5"/>
            <w:tcMar>
              <w:top w:w="80" w:type="dxa"/>
              <w:left w:w="120" w:type="dxa"/>
              <w:bottom w:w="80" w:type="dxa"/>
              <w:right w:w="120" w:type="dxa"/>
            </w:tcMar>
            <w:vAlign w:val="center"/>
          </w:tcPr>
          <w:p w14:paraId="30C339C4" w14:textId="77777777" w:rsidR="00612663" w:rsidRDefault="00612663">
            <w:pPr>
              <w:pStyle w:val="NormalTema10"/>
              <w:spacing w:after="20" w:line="252" w:lineRule="auto"/>
            </w:pPr>
            <w:r>
              <w:rPr>
                <w:b/>
                <w:color w:val="1F4D78"/>
                <w:sz w:val="19"/>
              </w:rPr>
              <w:t>Interioridad</w:t>
            </w:r>
          </w:p>
        </w:tc>
        <w:tc>
          <w:tcPr>
            <w:tcW w:w="7780" w:type="dxa"/>
            <w:tcMar>
              <w:top w:w="80" w:type="dxa"/>
              <w:left w:w="120" w:type="dxa"/>
              <w:bottom w:w="80" w:type="dxa"/>
              <w:right w:w="120" w:type="dxa"/>
            </w:tcMar>
            <w:vAlign w:val="center"/>
          </w:tcPr>
          <w:p w14:paraId="4C8BF1DD" w14:textId="77777777" w:rsidR="00612663" w:rsidRDefault="00612663">
            <w:pPr>
              <w:pStyle w:val="NormalTema10"/>
              <w:spacing w:after="20" w:line="252" w:lineRule="auto"/>
            </w:pPr>
            <w:r>
              <w:rPr>
                <w:sz w:val="19"/>
              </w:rPr>
              <w:t>Expresa una emoción y participa libremente en un gesto, silencio, canción u oración de agradecimiento.</w:t>
            </w:r>
          </w:p>
        </w:tc>
      </w:tr>
      <w:tr w:rsidR="008608E5" w14:paraId="0C42FA80" w14:textId="77777777">
        <w:tc>
          <w:tcPr>
            <w:tcW w:w="2300" w:type="dxa"/>
            <w:shd w:val="clear" w:color="auto" w:fill="E8EEF5"/>
            <w:tcMar>
              <w:top w:w="80" w:type="dxa"/>
              <w:left w:w="120" w:type="dxa"/>
              <w:bottom w:w="80" w:type="dxa"/>
              <w:right w:w="120" w:type="dxa"/>
            </w:tcMar>
            <w:vAlign w:val="center"/>
          </w:tcPr>
          <w:p w14:paraId="07ACAAF0" w14:textId="77777777" w:rsidR="00612663" w:rsidRDefault="00612663">
            <w:pPr>
              <w:pStyle w:val="NormalTema10"/>
              <w:spacing w:after="20" w:line="252" w:lineRule="auto"/>
            </w:pPr>
            <w:r>
              <w:rPr>
                <w:b/>
                <w:color w:val="1F4D78"/>
                <w:sz w:val="19"/>
              </w:rPr>
              <w:t>Jesús</w:t>
            </w:r>
          </w:p>
        </w:tc>
        <w:tc>
          <w:tcPr>
            <w:tcW w:w="7780" w:type="dxa"/>
            <w:tcMar>
              <w:top w:w="80" w:type="dxa"/>
              <w:left w:w="120" w:type="dxa"/>
              <w:bottom w:w="80" w:type="dxa"/>
              <w:right w:w="120" w:type="dxa"/>
            </w:tcMar>
            <w:vAlign w:val="center"/>
          </w:tcPr>
          <w:p w14:paraId="06267429" w14:textId="77777777" w:rsidR="00612663" w:rsidRDefault="00612663">
            <w:pPr>
              <w:pStyle w:val="NormalTema10"/>
              <w:spacing w:after="20" w:line="252" w:lineRule="auto"/>
            </w:pPr>
            <w:r>
              <w:rPr>
                <w:sz w:val="19"/>
              </w:rPr>
              <w:t>Reconoce a Jesús como figura presente en algunos relatos y experiencias trabajados.</w:t>
            </w:r>
          </w:p>
        </w:tc>
      </w:tr>
    </w:tbl>
    <w:p w14:paraId="0090BD6C" w14:textId="77777777" w:rsidR="00612663" w:rsidRDefault="00612663">
      <w:pPr>
        <w:pStyle w:val="Ttulo2"/>
      </w:pPr>
      <w:r>
        <w:t>Instrumentos</w:t>
      </w:r>
    </w:p>
    <w:p w14:paraId="4BBF7F32" w14:textId="77777777" w:rsidR="00612663" w:rsidRDefault="00612663">
      <w:pPr>
        <w:pStyle w:val="NormalTema10"/>
      </w:pPr>
      <w:r>
        <w:t>Observación directa, conversación breve, registro de aula, ficha 30, pareja ficha 1-30, palabras dictadas por el niño y porfolio. No es necesario completar todos los indicadores en una sola sesión.</w:t>
      </w:r>
    </w:p>
    <w:p w14:paraId="0C7F8C64" w14:textId="77777777" w:rsidR="00612663" w:rsidRDefault="00612663">
      <w:pPr>
        <w:pStyle w:val="Ttulo2"/>
      </w:pPr>
      <w:r>
        <w:t>Devolución a las familias</w:t>
      </w:r>
    </w:p>
    <w:tbl>
      <w:tblPr>
        <w:tblW w:w="10080" w:type="dxa"/>
        <w:tblInd w:w="120" w:type="dxa"/>
        <w:tblLayout w:type="fixed"/>
        <w:tblLook w:val="04A0" w:firstRow="1" w:lastRow="0" w:firstColumn="1" w:lastColumn="0" w:noHBand="0" w:noVBand="1"/>
      </w:tblPr>
      <w:tblGrid>
        <w:gridCol w:w="10080"/>
      </w:tblGrid>
      <w:tr w:rsidR="008608E5" w14:paraId="0002A083" w14:textId="77777777">
        <w:tc>
          <w:tcPr>
            <w:tcW w:w="10080" w:type="dxa"/>
            <w:shd w:val="clear" w:color="auto" w:fill="E8F3EF"/>
            <w:tcMar>
              <w:top w:w="80" w:type="dxa"/>
              <w:left w:w="120" w:type="dxa"/>
              <w:bottom w:w="80" w:type="dxa"/>
              <w:right w:w="120" w:type="dxa"/>
            </w:tcMar>
            <w:vAlign w:val="center"/>
          </w:tcPr>
          <w:p w14:paraId="14399480" w14:textId="77777777" w:rsidR="00612663" w:rsidRDefault="00612663">
            <w:pPr>
              <w:pStyle w:val="NormalTema10"/>
            </w:pPr>
            <w:r>
              <w:rPr>
                <w:b/>
                <w:color w:val="1F4D78"/>
                <w:sz w:val="21"/>
              </w:rPr>
              <w:t xml:space="preserve">Mensaje sugerido  </w:t>
            </w:r>
            <w:r>
              <w:rPr>
                <w:sz w:val="21"/>
              </w:rPr>
              <w:t>«Estas dos producciones muestran dos momentos del proceso de vuestro hijo o hija. Miradlas juntos y dejad que os cuente qué ve. Celebramos su manera personal de crecer, expresarse y recordar lo vivido».</w:t>
            </w:r>
          </w:p>
        </w:tc>
      </w:tr>
    </w:tbl>
    <w:p w14:paraId="7FD462EE" w14:textId="77777777" w:rsidR="00612663" w:rsidRDefault="00612663">
      <w:pPr>
        <w:pStyle w:val="Ttulo2"/>
      </w:pPr>
      <w:r>
        <w:t>Autoevaluación docente</w:t>
      </w:r>
    </w:p>
    <w:p w14:paraId="11E43E26" w14:textId="77777777" w:rsidR="00612663" w:rsidRDefault="00612663">
      <w:pPr>
        <w:pStyle w:val="NormalTema10"/>
      </w:pPr>
      <w:r>
        <w:t>¿La comparación fue respetuosa y privada? ¿Las preguntas ayudaron sin dirigir? ¿Los apoyos permitieron participar sin sustituir la producción? ¿El cierre recogió el sentido cristiano con libertad? ¿Qué materiales y experiencias conviene conservar o ajustar para 4 años?</w:t>
      </w:r>
    </w:p>
    <w:tbl>
      <w:tblPr>
        <w:tblW w:w="10080" w:type="dxa"/>
        <w:tblInd w:w="120" w:type="dxa"/>
        <w:tblLayout w:type="fixed"/>
        <w:tblLook w:val="04A0" w:firstRow="1" w:lastRow="0" w:firstColumn="1" w:lastColumn="0" w:noHBand="0" w:noVBand="1"/>
      </w:tblPr>
      <w:tblGrid>
        <w:gridCol w:w="10080"/>
      </w:tblGrid>
      <w:tr w:rsidR="008608E5" w14:paraId="7DBEA3CE" w14:textId="77777777">
        <w:tc>
          <w:tcPr>
            <w:tcW w:w="10080" w:type="dxa"/>
            <w:shd w:val="clear" w:color="auto" w:fill="FFF2CC"/>
            <w:tcMar>
              <w:top w:w="80" w:type="dxa"/>
              <w:left w:w="120" w:type="dxa"/>
              <w:bottom w:w="80" w:type="dxa"/>
              <w:right w:w="120" w:type="dxa"/>
            </w:tcMar>
            <w:vAlign w:val="center"/>
          </w:tcPr>
          <w:p w14:paraId="7C30F89D" w14:textId="77777777" w:rsidR="00612663" w:rsidRDefault="00612663">
            <w:pPr>
              <w:pStyle w:val="NormalTema10"/>
            </w:pPr>
            <w:r>
              <w:rPr>
                <w:b/>
                <w:color w:val="1F4D78"/>
                <w:sz w:val="21"/>
              </w:rPr>
              <w:t xml:space="preserve">Cierre  </w:t>
            </w:r>
            <w:r>
              <w:rPr>
                <w:sz w:val="21"/>
              </w:rPr>
              <w:t>Guardar juntas las fichas 1 y 30 como evidencia del proceso. La evolución puede aparecer en los detalles, la intención, el lenguaje, la autonomía o la relación con los recuerdos, aunque el cambio gráfico sea pequeño.</w:t>
            </w:r>
          </w:p>
        </w:tc>
      </w:tr>
    </w:tbl>
    <w:p w14:paraId="159F10F2" w14:textId="77777777" w:rsidR="00612663" w:rsidRDefault="00612663">
      <w:pPr>
        <w:pStyle w:val="NormalTema10"/>
      </w:pPr>
      <w:r>
        <w:br w:type="page"/>
      </w:r>
    </w:p>
    <w:p w14:paraId="1259D82D" w14:textId="77777777" w:rsidR="00612663" w:rsidRDefault="00612663">
      <w:pPr>
        <w:pStyle w:val="Ttulo1"/>
        <w:spacing w:before="0"/>
      </w:pPr>
      <w:r>
        <w:lastRenderedPageBreak/>
        <w:t>Registro breve de observación</w:t>
      </w:r>
    </w:p>
    <w:p w14:paraId="1BC6FC09" w14:textId="77777777" w:rsidR="00612663" w:rsidRDefault="00612663">
      <w:pPr>
        <w:pStyle w:val="NormalTema10"/>
        <w:spacing w:after="200"/>
      </w:pPr>
      <w:r>
        <w:t>Marcar con una fecha, palabra breve o signo propio. No es necesario completar todas las casillas en una sola sesión.</w:t>
      </w:r>
    </w:p>
    <w:tbl>
      <w:tblPr>
        <w:tblW w:w="10080" w:type="dxa"/>
        <w:tblInd w:w="120" w:type="dxa"/>
        <w:tblBorders>
          <w:top w:val="single" w:sz="6" w:space="0" w:color="C9D9E8"/>
          <w:left w:val="single" w:sz="6" w:space="0" w:color="C9D9E8"/>
          <w:bottom w:val="single" w:sz="6" w:space="0" w:color="C9D9E8"/>
          <w:right w:val="single" w:sz="6" w:space="0" w:color="C9D9E8"/>
          <w:insideH w:val="single" w:sz="6" w:space="0" w:color="C9D9E8"/>
          <w:insideV w:val="single" w:sz="6" w:space="0" w:color="C9D9E8"/>
        </w:tblBorders>
        <w:tblLayout w:type="fixed"/>
        <w:tblLook w:val="04A0" w:firstRow="1" w:lastRow="0" w:firstColumn="1" w:lastColumn="0" w:noHBand="0" w:noVBand="1"/>
      </w:tblPr>
      <w:tblGrid>
        <w:gridCol w:w="1500"/>
        <w:gridCol w:w="1100"/>
        <w:gridCol w:w="1350"/>
        <w:gridCol w:w="1000"/>
        <w:gridCol w:w="1150"/>
        <w:gridCol w:w="1250"/>
        <w:gridCol w:w="1400"/>
        <w:gridCol w:w="1330"/>
      </w:tblGrid>
      <w:tr w:rsidR="008608E5" w14:paraId="480AC02C" w14:textId="77777777">
        <w:trPr>
          <w:tblHeader/>
        </w:trPr>
        <w:tc>
          <w:tcPr>
            <w:tcW w:w="1500" w:type="dxa"/>
            <w:shd w:val="clear" w:color="auto" w:fill="E8EEF5"/>
            <w:tcMar>
              <w:top w:w="80" w:type="dxa"/>
              <w:left w:w="120" w:type="dxa"/>
              <w:bottom w:w="80" w:type="dxa"/>
              <w:right w:w="120" w:type="dxa"/>
            </w:tcMar>
            <w:vAlign w:val="center"/>
          </w:tcPr>
          <w:p w14:paraId="3BBF95E6" w14:textId="77777777" w:rsidR="00612663" w:rsidRDefault="00612663">
            <w:pPr>
              <w:pStyle w:val="NormalTema10"/>
              <w:jc w:val="center"/>
            </w:pPr>
            <w:r>
              <w:rPr>
                <w:b/>
                <w:color w:val="1F4D78"/>
                <w:sz w:val="17"/>
              </w:rPr>
              <w:t>Alumno/a</w:t>
            </w:r>
          </w:p>
        </w:tc>
        <w:tc>
          <w:tcPr>
            <w:tcW w:w="1100" w:type="dxa"/>
            <w:shd w:val="clear" w:color="auto" w:fill="E8EEF5"/>
            <w:tcMar>
              <w:top w:w="80" w:type="dxa"/>
              <w:left w:w="120" w:type="dxa"/>
              <w:bottom w:w="80" w:type="dxa"/>
              <w:right w:w="120" w:type="dxa"/>
            </w:tcMar>
            <w:vAlign w:val="center"/>
          </w:tcPr>
          <w:p w14:paraId="3FE66DF9" w14:textId="77777777" w:rsidR="00612663" w:rsidRDefault="00612663">
            <w:pPr>
              <w:pStyle w:val="NormalTema10"/>
              <w:jc w:val="center"/>
            </w:pPr>
            <w:r>
              <w:rPr>
                <w:b/>
                <w:color w:val="1F4D78"/>
                <w:sz w:val="17"/>
              </w:rPr>
              <w:t>Cuerpo</w:t>
            </w:r>
          </w:p>
        </w:tc>
        <w:tc>
          <w:tcPr>
            <w:tcW w:w="1350" w:type="dxa"/>
            <w:shd w:val="clear" w:color="auto" w:fill="E8EEF5"/>
            <w:tcMar>
              <w:top w:w="80" w:type="dxa"/>
              <w:left w:w="120" w:type="dxa"/>
              <w:bottom w:w="80" w:type="dxa"/>
              <w:right w:w="120" w:type="dxa"/>
            </w:tcMar>
            <w:vAlign w:val="center"/>
          </w:tcPr>
          <w:p w14:paraId="0615C5FF" w14:textId="77777777" w:rsidR="00612663" w:rsidRDefault="00612663">
            <w:pPr>
              <w:pStyle w:val="NormalTema10"/>
              <w:jc w:val="center"/>
            </w:pPr>
            <w:r>
              <w:rPr>
                <w:b/>
                <w:color w:val="1F4D78"/>
                <w:sz w:val="17"/>
              </w:rPr>
              <w:t>Autorretrato</w:t>
            </w:r>
          </w:p>
        </w:tc>
        <w:tc>
          <w:tcPr>
            <w:tcW w:w="1000" w:type="dxa"/>
            <w:shd w:val="clear" w:color="auto" w:fill="E8EEF5"/>
            <w:tcMar>
              <w:top w:w="80" w:type="dxa"/>
              <w:left w:w="120" w:type="dxa"/>
              <w:bottom w:w="80" w:type="dxa"/>
              <w:right w:w="120" w:type="dxa"/>
            </w:tcMar>
            <w:vAlign w:val="center"/>
          </w:tcPr>
          <w:p w14:paraId="0C5987A1" w14:textId="77777777" w:rsidR="00612663" w:rsidRDefault="00612663">
            <w:pPr>
              <w:pStyle w:val="NormalTema10"/>
              <w:jc w:val="center"/>
            </w:pPr>
            <w:r>
              <w:rPr>
                <w:b/>
                <w:color w:val="1F4D78"/>
                <w:sz w:val="17"/>
              </w:rPr>
              <w:t>Cambio</w:t>
            </w:r>
          </w:p>
        </w:tc>
        <w:tc>
          <w:tcPr>
            <w:tcW w:w="1150" w:type="dxa"/>
            <w:shd w:val="clear" w:color="auto" w:fill="E8EEF5"/>
            <w:tcMar>
              <w:top w:w="80" w:type="dxa"/>
              <w:left w:w="120" w:type="dxa"/>
              <w:bottom w:w="80" w:type="dxa"/>
              <w:right w:w="120" w:type="dxa"/>
            </w:tcMar>
            <w:vAlign w:val="center"/>
          </w:tcPr>
          <w:p w14:paraId="61B4E39C" w14:textId="77777777" w:rsidR="00612663" w:rsidRDefault="00612663">
            <w:pPr>
              <w:pStyle w:val="NormalTema10"/>
              <w:jc w:val="center"/>
            </w:pPr>
            <w:r>
              <w:rPr>
                <w:b/>
                <w:color w:val="1F4D78"/>
                <w:sz w:val="17"/>
              </w:rPr>
              <w:t>Recuerdo</w:t>
            </w:r>
          </w:p>
        </w:tc>
        <w:tc>
          <w:tcPr>
            <w:tcW w:w="1250" w:type="dxa"/>
            <w:shd w:val="clear" w:color="auto" w:fill="E8EEF5"/>
            <w:tcMar>
              <w:top w:w="80" w:type="dxa"/>
              <w:left w:w="120" w:type="dxa"/>
              <w:bottom w:w="80" w:type="dxa"/>
              <w:right w:w="120" w:type="dxa"/>
            </w:tcMar>
            <w:vAlign w:val="center"/>
          </w:tcPr>
          <w:p w14:paraId="738CB362" w14:textId="77777777" w:rsidR="00612663" w:rsidRDefault="00612663">
            <w:pPr>
              <w:pStyle w:val="NormalTema10"/>
              <w:jc w:val="center"/>
            </w:pPr>
            <w:r>
              <w:rPr>
                <w:b/>
                <w:color w:val="1F4D78"/>
                <w:sz w:val="17"/>
              </w:rPr>
              <w:t>Autonomía</w:t>
            </w:r>
          </w:p>
        </w:tc>
        <w:tc>
          <w:tcPr>
            <w:tcW w:w="1400" w:type="dxa"/>
            <w:shd w:val="clear" w:color="auto" w:fill="E8EEF5"/>
            <w:tcMar>
              <w:top w:w="80" w:type="dxa"/>
              <w:left w:w="120" w:type="dxa"/>
              <w:bottom w:w="80" w:type="dxa"/>
              <w:right w:w="120" w:type="dxa"/>
            </w:tcMar>
            <w:vAlign w:val="center"/>
          </w:tcPr>
          <w:p w14:paraId="77CA9D07" w14:textId="77777777" w:rsidR="00612663" w:rsidRDefault="00612663">
            <w:pPr>
              <w:pStyle w:val="NormalTema10"/>
              <w:jc w:val="center"/>
            </w:pPr>
            <w:r>
              <w:rPr>
                <w:b/>
                <w:color w:val="1F4D78"/>
                <w:sz w:val="17"/>
              </w:rPr>
              <w:t>Agradecimiento</w:t>
            </w:r>
          </w:p>
        </w:tc>
        <w:tc>
          <w:tcPr>
            <w:tcW w:w="1330" w:type="dxa"/>
            <w:shd w:val="clear" w:color="auto" w:fill="E8EEF5"/>
            <w:tcMar>
              <w:top w:w="80" w:type="dxa"/>
              <w:left w:w="120" w:type="dxa"/>
              <w:bottom w:w="80" w:type="dxa"/>
              <w:right w:w="120" w:type="dxa"/>
            </w:tcMar>
            <w:vAlign w:val="center"/>
          </w:tcPr>
          <w:p w14:paraId="32F6FB12" w14:textId="77777777" w:rsidR="00612663" w:rsidRDefault="00612663">
            <w:pPr>
              <w:pStyle w:val="NormalTema10"/>
              <w:jc w:val="center"/>
            </w:pPr>
            <w:r>
              <w:rPr>
                <w:b/>
                <w:color w:val="1F4D78"/>
                <w:sz w:val="17"/>
              </w:rPr>
              <w:t>Observaciones</w:t>
            </w:r>
          </w:p>
        </w:tc>
      </w:tr>
      <w:tr w:rsidR="008608E5" w14:paraId="671C60D5" w14:textId="77777777">
        <w:tc>
          <w:tcPr>
            <w:tcW w:w="1500" w:type="dxa"/>
            <w:tcMar>
              <w:top w:w="80" w:type="dxa"/>
              <w:left w:w="120" w:type="dxa"/>
              <w:bottom w:w="80" w:type="dxa"/>
              <w:right w:w="120" w:type="dxa"/>
            </w:tcMar>
            <w:vAlign w:val="center"/>
          </w:tcPr>
          <w:p w14:paraId="5F7B41A2" w14:textId="77777777" w:rsidR="00612663" w:rsidRDefault="00612663">
            <w:pPr>
              <w:pStyle w:val="NormalTema10"/>
            </w:pPr>
          </w:p>
        </w:tc>
        <w:tc>
          <w:tcPr>
            <w:tcW w:w="1100" w:type="dxa"/>
            <w:tcMar>
              <w:top w:w="80" w:type="dxa"/>
              <w:left w:w="120" w:type="dxa"/>
              <w:bottom w:w="80" w:type="dxa"/>
              <w:right w:w="120" w:type="dxa"/>
            </w:tcMar>
            <w:vAlign w:val="center"/>
          </w:tcPr>
          <w:p w14:paraId="1691C20A" w14:textId="77777777" w:rsidR="00612663" w:rsidRDefault="00612663">
            <w:pPr>
              <w:pStyle w:val="NormalTema10"/>
            </w:pPr>
          </w:p>
        </w:tc>
        <w:tc>
          <w:tcPr>
            <w:tcW w:w="1350" w:type="dxa"/>
            <w:tcMar>
              <w:top w:w="80" w:type="dxa"/>
              <w:left w:w="120" w:type="dxa"/>
              <w:bottom w:w="80" w:type="dxa"/>
              <w:right w:w="120" w:type="dxa"/>
            </w:tcMar>
            <w:vAlign w:val="center"/>
          </w:tcPr>
          <w:p w14:paraId="70CDB978" w14:textId="77777777" w:rsidR="00612663" w:rsidRDefault="00612663">
            <w:pPr>
              <w:pStyle w:val="NormalTema10"/>
            </w:pPr>
          </w:p>
        </w:tc>
        <w:tc>
          <w:tcPr>
            <w:tcW w:w="1000" w:type="dxa"/>
            <w:tcMar>
              <w:top w:w="80" w:type="dxa"/>
              <w:left w:w="120" w:type="dxa"/>
              <w:bottom w:w="80" w:type="dxa"/>
              <w:right w:w="120" w:type="dxa"/>
            </w:tcMar>
            <w:vAlign w:val="center"/>
          </w:tcPr>
          <w:p w14:paraId="1F512782" w14:textId="77777777" w:rsidR="00612663" w:rsidRDefault="00612663">
            <w:pPr>
              <w:pStyle w:val="NormalTema10"/>
            </w:pPr>
          </w:p>
        </w:tc>
        <w:tc>
          <w:tcPr>
            <w:tcW w:w="1150" w:type="dxa"/>
            <w:tcMar>
              <w:top w:w="80" w:type="dxa"/>
              <w:left w:w="120" w:type="dxa"/>
              <w:bottom w:w="80" w:type="dxa"/>
              <w:right w:w="120" w:type="dxa"/>
            </w:tcMar>
            <w:vAlign w:val="center"/>
          </w:tcPr>
          <w:p w14:paraId="076563E5" w14:textId="77777777" w:rsidR="00612663" w:rsidRDefault="00612663">
            <w:pPr>
              <w:pStyle w:val="NormalTema10"/>
            </w:pPr>
          </w:p>
        </w:tc>
        <w:tc>
          <w:tcPr>
            <w:tcW w:w="1250" w:type="dxa"/>
            <w:tcMar>
              <w:top w:w="80" w:type="dxa"/>
              <w:left w:w="120" w:type="dxa"/>
              <w:bottom w:w="80" w:type="dxa"/>
              <w:right w:w="120" w:type="dxa"/>
            </w:tcMar>
            <w:vAlign w:val="center"/>
          </w:tcPr>
          <w:p w14:paraId="57B60E79" w14:textId="77777777" w:rsidR="00612663" w:rsidRDefault="00612663">
            <w:pPr>
              <w:pStyle w:val="NormalTema10"/>
            </w:pPr>
          </w:p>
        </w:tc>
        <w:tc>
          <w:tcPr>
            <w:tcW w:w="1400" w:type="dxa"/>
            <w:tcMar>
              <w:top w:w="80" w:type="dxa"/>
              <w:left w:w="120" w:type="dxa"/>
              <w:bottom w:w="80" w:type="dxa"/>
              <w:right w:w="120" w:type="dxa"/>
            </w:tcMar>
            <w:vAlign w:val="center"/>
          </w:tcPr>
          <w:p w14:paraId="7E562054" w14:textId="77777777" w:rsidR="00612663" w:rsidRDefault="00612663">
            <w:pPr>
              <w:pStyle w:val="NormalTema10"/>
            </w:pPr>
          </w:p>
        </w:tc>
        <w:tc>
          <w:tcPr>
            <w:tcW w:w="1330" w:type="dxa"/>
            <w:tcMar>
              <w:top w:w="80" w:type="dxa"/>
              <w:left w:w="120" w:type="dxa"/>
              <w:bottom w:w="80" w:type="dxa"/>
              <w:right w:w="120" w:type="dxa"/>
            </w:tcMar>
            <w:vAlign w:val="center"/>
          </w:tcPr>
          <w:p w14:paraId="492337B1" w14:textId="77777777" w:rsidR="00612663" w:rsidRDefault="00612663">
            <w:pPr>
              <w:pStyle w:val="NormalTema10"/>
            </w:pPr>
          </w:p>
        </w:tc>
      </w:tr>
      <w:tr w:rsidR="008608E5" w14:paraId="4BE0E962" w14:textId="77777777">
        <w:tc>
          <w:tcPr>
            <w:tcW w:w="1500" w:type="dxa"/>
            <w:tcMar>
              <w:top w:w="80" w:type="dxa"/>
              <w:left w:w="120" w:type="dxa"/>
              <w:bottom w:w="80" w:type="dxa"/>
              <w:right w:w="120" w:type="dxa"/>
            </w:tcMar>
            <w:vAlign w:val="center"/>
          </w:tcPr>
          <w:p w14:paraId="46BBBBEC" w14:textId="77777777" w:rsidR="00612663" w:rsidRDefault="00612663">
            <w:pPr>
              <w:pStyle w:val="NormalTema10"/>
            </w:pPr>
          </w:p>
        </w:tc>
        <w:tc>
          <w:tcPr>
            <w:tcW w:w="1100" w:type="dxa"/>
            <w:tcMar>
              <w:top w:w="80" w:type="dxa"/>
              <w:left w:w="120" w:type="dxa"/>
              <w:bottom w:w="80" w:type="dxa"/>
              <w:right w:w="120" w:type="dxa"/>
            </w:tcMar>
            <w:vAlign w:val="center"/>
          </w:tcPr>
          <w:p w14:paraId="2B251FD5" w14:textId="77777777" w:rsidR="00612663" w:rsidRDefault="00612663">
            <w:pPr>
              <w:pStyle w:val="NormalTema10"/>
            </w:pPr>
          </w:p>
        </w:tc>
        <w:tc>
          <w:tcPr>
            <w:tcW w:w="1350" w:type="dxa"/>
            <w:tcMar>
              <w:top w:w="80" w:type="dxa"/>
              <w:left w:w="120" w:type="dxa"/>
              <w:bottom w:w="80" w:type="dxa"/>
              <w:right w:w="120" w:type="dxa"/>
            </w:tcMar>
            <w:vAlign w:val="center"/>
          </w:tcPr>
          <w:p w14:paraId="4A42F2B7" w14:textId="77777777" w:rsidR="00612663" w:rsidRDefault="00612663">
            <w:pPr>
              <w:pStyle w:val="NormalTema10"/>
            </w:pPr>
          </w:p>
        </w:tc>
        <w:tc>
          <w:tcPr>
            <w:tcW w:w="1000" w:type="dxa"/>
            <w:tcMar>
              <w:top w:w="80" w:type="dxa"/>
              <w:left w:w="120" w:type="dxa"/>
              <w:bottom w:w="80" w:type="dxa"/>
              <w:right w:w="120" w:type="dxa"/>
            </w:tcMar>
            <w:vAlign w:val="center"/>
          </w:tcPr>
          <w:p w14:paraId="05662323" w14:textId="77777777" w:rsidR="00612663" w:rsidRDefault="00612663">
            <w:pPr>
              <w:pStyle w:val="NormalTema10"/>
            </w:pPr>
          </w:p>
        </w:tc>
        <w:tc>
          <w:tcPr>
            <w:tcW w:w="1150" w:type="dxa"/>
            <w:tcMar>
              <w:top w:w="80" w:type="dxa"/>
              <w:left w:w="120" w:type="dxa"/>
              <w:bottom w:w="80" w:type="dxa"/>
              <w:right w:w="120" w:type="dxa"/>
            </w:tcMar>
            <w:vAlign w:val="center"/>
          </w:tcPr>
          <w:p w14:paraId="3A5EA239" w14:textId="77777777" w:rsidR="00612663" w:rsidRDefault="00612663">
            <w:pPr>
              <w:pStyle w:val="NormalTema10"/>
            </w:pPr>
          </w:p>
        </w:tc>
        <w:tc>
          <w:tcPr>
            <w:tcW w:w="1250" w:type="dxa"/>
            <w:tcMar>
              <w:top w:w="80" w:type="dxa"/>
              <w:left w:w="120" w:type="dxa"/>
              <w:bottom w:w="80" w:type="dxa"/>
              <w:right w:w="120" w:type="dxa"/>
            </w:tcMar>
            <w:vAlign w:val="center"/>
          </w:tcPr>
          <w:p w14:paraId="5B823A80" w14:textId="77777777" w:rsidR="00612663" w:rsidRDefault="00612663">
            <w:pPr>
              <w:pStyle w:val="NormalTema10"/>
            </w:pPr>
          </w:p>
        </w:tc>
        <w:tc>
          <w:tcPr>
            <w:tcW w:w="1400" w:type="dxa"/>
            <w:tcMar>
              <w:top w:w="80" w:type="dxa"/>
              <w:left w:w="120" w:type="dxa"/>
              <w:bottom w:w="80" w:type="dxa"/>
              <w:right w:w="120" w:type="dxa"/>
            </w:tcMar>
            <w:vAlign w:val="center"/>
          </w:tcPr>
          <w:p w14:paraId="2E0B1984" w14:textId="77777777" w:rsidR="00612663" w:rsidRDefault="00612663">
            <w:pPr>
              <w:pStyle w:val="NormalTema10"/>
            </w:pPr>
          </w:p>
        </w:tc>
        <w:tc>
          <w:tcPr>
            <w:tcW w:w="1330" w:type="dxa"/>
            <w:tcMar>
              <w:top w:w="80" w:type="dxa"/>
              <w:left w:w="120" w:type="dxa"/>
              <w:bottom w:w="80" w:type="dxa"/>
              <w:right w:w="120" w:type="dxa"/>
            </w:tcMar>
            <w:vAlign w:val="center"/>
          </w:tcPr>
          <w:p w14:paraId="7ADEAEB2" w14:textId="77777777" w:rsidR="00612663" w:rsidRDefault="00612663">
            <w:pPr>
              <w:pStyle w:val="NormalTema10"/>
            </w:pPr>
          </w:p>
        </w:tc>
      </w:tr>
      <w:tr w:rsidR="008608E5" w14:paraId="67ACCE11" w14:textId="77777777">
        <w:tc>
          <w:tcPr>
            <w:tcW w:w="1500" w:type="dxa"/>
            <w:tcMar>
              <w:top w:w="80" w:type="dxa"/>
              <w:left w:w="120" w:type="dxa"/>
              <w:bottom w:w="80" w:type="dxa"/>
              <w:right w:w="120" w:type="dxa"/>
            </w:tcMar>
            <w:vAlign w:val="center"/>
          </w:tcPr>
          <w:p w14:paraId="0E664539" w14:textId="77777777" w:rsidR="00612663" w:rsidRDefault="00612663">
            <w:pPr>
              <w:pStyle w:val="NormalTema10"/>
            </w:pPr>
          </w:p>
        </w:tc>
        <w:tc>
          <w:tcPr>
            <w:tcW w:w="1100" w:type="dxa"/>
            <w:tcMar>
              <w:top w:w="80" w:type="dxa"/>
              <w:left w:w="120" w:type="dxa"/>
              <w:bottom w:w="80" w:type="dxa"/>
              <w:right w:w="120" w:type="dxa"/>
            </w:tcMar>
            <w:vAlign w:val="center"/>
          </w:tcPr>
          <w:p w14:paraId="047A4F69" w14:textId="77777777" w:rsidR="00612663" w:rsidRDefault="00612663">
            <w:pPr>
              <w:pStyle w:val="NormalTema10"/>
            </w:pPr>
          </w:p>
        </w:tc>
        <w:tc>
          <w:tcPr>
            <w:tcW w:w="1350" w:type="dxa"/>
            <w:tcMar>
              <w:top w:w="80" w:type="dxa"/>
              <w:left w:w="120" w:type="dxa"/>
              <w:bottom w:w="80" w:type="dxa"/>
              <w:right w:w="120" w:type="dxa"/>
            </w:tcMar>
            <w:vAlign w:val="center"/>
          </w:tcPr>
          <w:p w14:paraId="63452F5B" w14:textId="77777777" w:rsidR="00612663" w:rsidRDefault="00612663">
            <w:pPr>
              <w:pStyle w:val="NormalTema10"/>
            </w:pPr>
          </w:p>
        </w:tc>
        <w:tc>
          <w:tcPr>
            <w:tcW w:w="1000" w:type="dxa"/>
            <w:tcMar>
              <w:top w:w="80" w:type="dxa"/>
              <w:left w:w="120" w:type="dxa"/>
              <w:bottom w:w="80" w:type="dxa"/>
              <w:right w:w="120" w:type="dxa"/>
            </w:tcMar>
            <w:vAlign w:val="center"/>
          </w:tcPr>
          <w:p w14:paraId="7036A972" w14:textId="77777777" w:rsidR="00612663" w:rsidRDefault="00612663">
            <w:pPr>
              <w:pStyle w:val="NormalTema10"/>
            </w:pPr>
          </w:p>
        </w:tc>
        <w:tc>
          <w:tcPr>
            <w:tcW w:w="1150" w:type="dxa"/>
            <w:tcMar>
              <w:top w:w="80" w:type="dxa"/>
              <w:left w:w="120" w:type="dxa"/>
              <w:bottom w:w="80" w:type="dxa"/>
              <w:right w:w="120" w:type="dxa"/>
            </w:tcMar>
            <w:vAlign w:val="center"/>
          </w:tcPr>
          <w:p w14:paraId="7C0F7020" w14:textId="77777777" w:rsidR="00612663" w:rsidRDefault="00612663">
            <w:pPr>
              <w:pStyle w:val="NormalTema10"/>
            </w:pPr>
          </w:p>
        </w:tc>
        <w:tc>
          <w:tcPr>
            <w:tcW w:w="1250" w:type="dxa"/>
            <w:tcMar>
              <w:top w:w="80" w:type="dxa"/>
              <w:left w:w="120" w:type="dxa"/>
              <w:bottom w:w="80" w:type="dxa"/>
              <w:right w:w="120" w:type="dxa"/>
            </w:tcMar>
            <w:vAlign w:val="center"/>
          </w:tcPr>
          <w:p w14:paraId="774D633F" w14:textId="77777777" w:rsidR="00612663" w:rsidRDefault="00612663">
            <w:pPr>
              <w:pStyle w:val="NormalTema10"/>
            </w:pPr>
          </w:p>
        </w:tc>
        <w:tc>
          <w:tcPr>
            <w:tcW w:w="1400" w:type="dxa"/>
            <w:tcMar>
              <w:top w:w="80" w:type="dxa"/>
              <w:left w:w="120" w:type="dxa"/>
              <w:bottom w:w="80" w:type="dxa"/>
              <w:right w:w="120" w:type="dxa"/>
            </w:tcMar>
            <w:vAlign w:val="center"/>
          </w:tcPr>
          <w:p w14:paraId="6EE5702E" w14:textId="77777777" w:rsidR="00612663" w:rsidRDefault="00612663">
            <w:pPr>
              <w:pStyle w:val="NormalTema10"/>
            </w:pPr>
          </w:p>
        </w:tc>
        <w:tc>
          <w:tcPr>
            <w:tcW w:w="1330" w:type="dxa"/>
            <w:tcMar>
              <w:top w:w="80" w:type="dxa"/>
              <w:left w:w="120" w:type="dxa"/>
              <w:bottom w:w="80" w:type="dxa"/>
              <w:right w:w="120" w:type="dxa"/>
            </w:tcMar>
            <w:vAlign w:val="center"/>
          </w:tcPr>
          <w:p w14:paraId="730D7E22" w14:textId="77777777" w:rsidR="00612663" w:rsidRDefault="00612663">
            <w:pPr>
              <w:pStyle w:val="NormalTema10"/>
            </w:pPr>
          </w:p>
        </w:tc>
      </w:tr>
      <w:tr w:rsidR="008608E5" w14:paraId="47E7FD87" w14:textId="77777777">
        <w:tc>
          <w:tcPr>
            <w:tcW w:w="1500" w:type="dxa"/>
            <w:tcMar>
              <w:top w:w="80" w:type="dxa"/>
              <w:left w:w="120" w:type="dxa"/>
              <w:bottom w:w="80" w:type="dxa"/>
              <w:right w:w="120" w:type="dxa"/>
            </w:tcMar>
            <w:vAlign w:val="center"/>
          </w:tcPr>
          <w:p w14:paraId="6B6A5BC8" w14:textId="77777777" w:rsidR="00612663" w:rsidRDefault="00612663">
            <w:pPr>
              <w:pStyle w:val="NormalTema10"/>
            </w:pPr>
          </w:p>
        </w:tc>
        <w:tc>
          <w:tcPr>
            <w:tcW w:w="1100" w:type="dxa"/>
            <w:tcMar>
              <w:top w:w="80" w:type="dxa"/>
              <w:left w:w="120" w:type="dxa"/>
              <w:bottom w:w="80" w:type="dxa"/>
              <w:right w:w="120" w:type="dxa"/>
            </w:tcMar>
            <w:vAlign w:val="center"/>
          </w:tcPr>
          <w:p w14:paraId="6A50004A" w14:textId="77777777" w:rsidR="00612663" w:rsidRDefault="00612663">
            <w:pPr>
              <w:pStyle w:val="NormalTema10"/>
            </w:pPr>
          </w:p>
        </w:tc>
        <w:tc>
          <w:tcPr>
            <w:tcW w:w="1350" w:type="dxa"/>
            <w:tcMar>
              <w:top w:w="80" w:type="dxa"/>
              <w:left w:w="120" w:type="dxa"/>
              <w:bottom w:w="80" w:type="dxa"/>
              <w:right w:w="120" w:type="dxa"/>
            </w:tcMar>
            <w:vAlign w:val="center"/>
          </w:tcPr>
          <w:p w14:paraId="1A2801CF" w14:textId="77777777" w:rsidR="00612663" w:rsidRDefault="00612663">
            <w:pPr>
              <w:pStyle w:val="NormalTema10"/>
            </w:pPr>
          </w:p>
        </w:tc>
        <w:tc>
          <w:tcPr>
            <w:tcW w:w="1000" w:type="dxa"/>
            <w:tcMar>
              <w:top w:w="80" w:type="dxa"/>
              <w:left w:w="120" w:type="dxa"/>
              <w:bottom w:w="80" w:type="dxa"/>
              <w:right w:w="120" w:type="dxa"/>
            </w:tcMar>
            <w:vAlign w:val="center"/>
          </w:tcPr>
          <w:p w14:paraId="0BDA1D65" w14:textId="77777777" w:rsidR="00612663" w:rsidRDefault="00612663">
            <w:pPr>
              <w:pStyle w:val="NormalTema10"/>
            </w:pPr>
          </w:p>
        </w:tc>
        <w:tc>
          <w:tcPr>
            <w:tcW w:w="1150" w:type="dxa"/>
            <w:tcMar>
              <w:top w:w="80" w:type="dxa"/>
              <w:left w:w="120" w:type="dxa"/>
              <w:bottom w:w="80" w:type="dxa"/>
              <w:right w:w="120" w:type="dxa"/>
            </w:tcMar>
            <w:vAlign w:val="center"/>
          </w:tcPr>
          <w:p w14:paraId="49A67233" w14:textId="77777777" w:rsidR="00612663" w:rsidRDefault="00612663">
            <w:pPr>
              <w:pStyle w:val="NormalTema10"/>
            </w:pPr>
          </w:p>
        </w:tc>
        <w:tc>
          <w:tcPr>
            <w:tcW w:w="1250" w:type="dxa"/>
            <w:tcMar>
              <w:top w:w="80" w:type="dxa"/>
              <w:left w:w="120" w:type="dxa"/>
              <w:bottom w:w="80" w:type="dxa"/>
              <w:right w:w="120" w:type="dxa"/>
            </w:tcMar>
            <w:vAlign w:val="center"/>
          </w:tcPr>
          <w:p w14:paraId="1177E573" w14:textId="77777777" w:rsidR="00612663" w:rsidRDefault="00612663">
            <w:pPr>
              <w:pStyle w:val="NormalTema10"/>
            </w:pPr>
          </w:p>
        </w:tc>
        <w:tc>
          <w:tcPr>
            <w:tcW w:w="1400" w:type="dxa"/>
            <w:tcMar>
              <w:top w:w="80" w:type="dxa"/>
              <w:left w:w="120" w:type="dxa"/>
              <w:bottom w:w="80" w:type="dxa"/>
              <w:right w:w="120" w:type="dxa"/>
            </w:tcMar>
            <w:vAlign w:val="center"/>
          </w:tcPr>
          <w:p w14:paraId="3FAA14DD" w14:textId="77777777" w:rsidR="00612663" w:rsidRDefault="00612663">
            <w:pPr>
              <w:pStyle w:val="NormalTema10"/>
            </w:pPr>
          </w:p>
        </w:tc>
        <w:tc>
          <w:tcPr>
            <w:tcW w:w="1330" w:type="dxa"/>
            <w:tcMar>
              <w:top w:w="80" w:type="dxa"/>
              <w:left w:w="120" w:type="dxa"/>
              <w:bottom w:w="80" w:type="dxa"/>
              <w:right w:w="120" w:type="dxa"/>
            </w:tcMar>
            <w:vAlign w:val="center"/>
          </w:tcPr>
          <w:p w14:paraId="7AEF42F0" w14:textId="77777777" w:rsidR="00612663" w:rsidRDefault="00612663">
            <w:pPr>
              <w:pStyle w:val="NormalTema10"/>
            </w:pPr>
          </w:p>
        </w:tc>
      </w:tr>
      <w:tr w:rsidR="008608E5" w14:paraId="7972DD51" w14:textId="77777777">
        <w:tc>
          <w:tcPr>
            <w:tcW w:w="1500" w:type="dxa"/>
            <w:tcMar>
              <w:top w:w="80" w:type="dxa"/>
              <w:left w:w="120" w:type="dxa"/>
              <w:bottom w:w="80" w:type="dxa"/>
              <w:right w:w="120" w:type="dxa"/>
            </w:tcMar>
            <w:vAlign w:val="center"/>
          </w:tcPr>
          <w:p w14:paraId="29F60620" w14:textId="77777777" w:rsidR="00612663" w:rsidRDefault="00612663">
            <w:pPr>
              <w:pStyle w:val="NormalTema10"/>
            </w:pPr>
          </w:p>
        </w:tc>
        <w:tc>
          <w:tcPr>
            <w:tcW w:w="1100" w:type="dxa"/>
            <w:tcMar>
              <w:top w:w="80" w:type="dxa"/>
              <w:left w:w="120" w:type="dxa"/>
              <w:bottom w:w="80" w:type="dxa"/>
              <w:right w:w="120" w:type="dxa"/>
            </w:tcMar>
            <w:vAlign w:val="center"/>
          </w:tcPr>
          <w:p w14:paraId="5E55CA8C" w14:textId="77777777" w:rsidR="00612663" w:rsidRDefault="00612663">
            <w:pPr>
              <w:pStyle w:val="NormalTema10"/>
            </w:pPr>
          </w:p>
        </w:tc>
        <w:tc>
          <w:tcPr>
            <w:tcW w:w="1350" w:type="dxa"/>
            <w:tcMar>
              <w:top w:w="80" w:type="dxa"/>
              <w:left w:w="120" w:type="dxa"/>
              <w:bottom w:w="80" w:type="dxa"/>
              <w:right w:w="120" w:type="dxa"/>
            </w:tcMar>
            <w:vAlign w:val="center"/>
          </w:tcPr>
          <w:p w14:paraId="1C483D4B" w14:textId="77777777" w:rsidR="00612663" w:rsidRDefault="00612663">
            <w:pPr>
              <w:pStyle w:val="NormalTema10"/>
            </w:pPr>
          </w:p>
        </w:tc>
        <w:tc>
          <w:tcPr>
            <w:tcW w:w="1000" w:type="dxa"/>
            <w:tcMar>
              <w:top w:w="80" w:type="dxa"/>
              <w:left w:w="120" w:type="dxa"/>
              <w:bottom w:w="80" w:type="dxa"/>
              <w:right w:w="120" w:type="dxa"/>
            </w:tcMar>
            <w:vAlign w:val="center"/>
          </w:tcPr>
          <w:p w14:paraId="1A643752" w14:textId="77777777" w:rsidR="00612663" w:rsidRDefault="00612663">
            <w:pPr>
              <w:pStyle w:val="NormalTema10"/>
            </w:pPr>
          </w:p>
        </w:tc>
        <w:tc>
          <w:tcPr>
            <w:tcW w:w="1150" w:type="dxa"/>
            <w:tcMar>
              <w:top w:w="80" w:type="dxa"/>
              <w:left w:w="120" w:type="dxa"/>
              <w:bottom w:w="80" w:type="dxa"/>
              <w:right w:w="120" w:type="dxa"/>
            </w:tcMar>
            <w:vAlign w:val="center"/>
          </w:tcPr>
          <w:p w14:paraId="11AB0CCC" w14:textId="77777777" w:rsidR="00612663" w:rsidRDefault="00612663">
            <w:pPr>
              <w:pStyle w:val="NormalTema10"/>
            </w:pPr>
          </w:p>
        </w:tc>
        <w:tc>
          <w:tcPr>
            <w:tcW w:w="1250" w:type="dxa"/>
            <w:tcMar>
              <w:top w:w="80" w:type="dxa"/>
              <w:left w:w="120" w:type="dxa"/>
              <w:bottom w:w="80" w:type="dxa"/>
              <w:right w:w="120" w:type="dxa"/>
            </w:tcMar>
            <w:vAlign w:val="center"/>
          </w:tcPr>
          <w:p w14:paraId="6A16B6F0" w14:textId="77777777" w:rsidR="00612663" w:rsidRDefault="00612663">
            <w:pPr>
              <w:pStyle w:val="NormalTema10"/>
            </w:pPr>
          </w:p>
        </w:tc>
        <w:tc>
          <w:tcPr>
            <w:tcW w:w="1400" w:type="dxa"/>
            <w:tcMar>
              <w:top w:w="80" w:type="dxa"/>
              <w:left w:w="120" w:type="dxa"/>
              <w:bottom w:w="80" w:type="dxa"/>
              <w:right w:w="120" w:type="dxa"/>
            </w:tcMar>
            <w:vAlign w:val="center"/>
          </w:tcPr>
          <w:p w14:paraId="0475044F" w14:textId="77777777" w:rsidR="00612663" w:rsidRDefault="00612663">
            <w:pPr>
              <w:pStyle w:val="NormalTema10"/>
            </w:pPr>
          </w:p>
        </w:tc>
        <w:tc>
          <w:tcPr>
            <w:tcW w:w="1330" w:type="dxa"/>
            <w:tcMar>
              <w:top w:w="80" w:type="dxa"/>
              <w:left w:w="120" w:type="dxa"/>
              <w:bottom w:w="80" w:type="dxa"/>
              <w:right w:w="120" w:type="dxa"/>
            </w:tcMar>
            <w:vAlign w:val="center"/>
          </w:tcPr>
          <w:p w14:paraId="18330C7D" w14:textId="77777777" w:rsidR="00612663" w:rsidRDefault="00612663">
            <w:pPr>
              <w:pStyle w:val="NormalTema10"/>
            </w:pPr>
          </w:p>
        </w:tc>
      </w:tr>
      <w:tr w:rsidR="008608E5" w14:paraId="0FC6D20B" w14:textId="77777777">
        <w:tc>
          <w:tcPr>
            <w:tcW w:w="1500" w:type="dxa"/>
            <w:tcMar>
              <w:top w:w="80" w:type="dxa"/>
              <w:left w:w="120" w:type="dxa"/>
              <w:bottom w:w="80" w:type="dxa"/>
              <w:right w:w="120" w:type="dxa"/>
            </w:tcMar>
            <w:vAlign w:val="center"/>
          </w:tcPr>
          <w:p w14:paraId="46A15853" w14:textId="77777777" w:rsidR="00612663" w:rsidRDefault="00612663">
            <w:pPr>
              <w:pStyle w:val="NormalTema10"/>
            </w:pPr>
          </w:p>
        </w:tc>
        <w:tc>
          <w:tcPr>
            <w:tcW w:w="1100" w:type="dxa"/>
            <w:tcMar>
              <w:top w:w="80" w:type="dxa"/>
              <w:left w:w="120" w:type="dxa"/>
              <w:bottom w:w="80" w:type="dxa"/>
              <w:right w:w="120" w:type="dxa"/>
            </w:tcMar>
            <w:vAlign w:val="center"/>
          </w:tcPr>
          <w:p w14:paraId="36C63135" w14:textId="77777777" w:rsidR="00612663" w:rsidRDefault="00612663">
            <w:pPr>
              <w:pStyle w:val="NormalTema10"/>
            </w:pPr>
          </w:p>
        </w:tc>
        <w:tc>
          <w:tcPr>
            <w:tcW w:w="1350" w:type="dxa"/>
            <w:tcMar>
              <w:top w:w="80" w:type="dxa"/>
              <w:left w:w="120" w:type="dxa"/>
              <w:bottom w:w="80" w:type="dxa"/>
              <w:right w:w="120" w:type="dxa"/>
            </w:tcMar>
            <w:vAlign w:val="center"/>
          </w:tcPr>
          <w:p w14:paraId="6C5A9BE9" w14:textId="77777777" w:rsidR="00612663" w:rsidRDefault="00612663">
            <w:pPr>
              <w:pStyle w:val="NormalTema10"/>
            </w:pPr>
          </w:p>
        </w:tc>
        <w:tc>
          <w:tcPr>
            <w:tcW w:w="1000" w:type="dxa"/>
            <w:tcMar>
              <w:top w:w="80" w:type="dxa"/>
              <w:left w:w="120" w:type="dxa"/>
              <w:bottom w:w="80" w:type="dxa"/>
              <w:right w:w="120" w:type="dxa"/>
            </w:tcMar>
            <w:vAlign w:val="center"/>
          </w:tcPr>
          <w:p w14:paraId="6B1C3BCB" w14:textId="77777777" w:rsidR="00612663" w:rsidRDefault="00612663">
            <w:pPr>
              <w:pStyle w:val="NormalTema10"/>
            </w:pPr>
          </w:p>
        </w:tc>
        <w:tc>
          <w:tcPr>
            <w:tcW w:w="1150" w:type="dxa"/>
            <w:tcMar>
              <w:top w:w="80" w:type="dxa"/>
              <w:left w:w="120" w:type="dxa"/>
              <w:bottom w:w="80" w:type="dxa"/>
              <w:right w:w="120" w:type="dxa"/>
            </w:tcMar>
            <w:vAlign w:val="center"/>
          </w:tcPr>
          <w:p w14:paraId="352EC838" w14:textId="77777777" w:rsidR="00612663" w:rsidRDefault="00612663">
            <w:pPr>
              <w:pStyle w:val="NormalTema10"/>
            </w:pPr>
          </w:p>
        </w:tc>
        <w:tc>
          <w:tcPr>
            <w:tcW w:w="1250" w:type="dxa"/>
            <w:tcMar>
              <w:top w:w="80" w:type="dxa"/>
              <w:left w:w="120" w:type="dxa"/>
              <w:bottom w:w="80" w:type="dxa"/>
              <w:right w:w="120" w:type="dxa"/>
            </w:tcMar>
            <w:vAlign w:val="center"/>
          </w:tcPr>
          <w:p w14:paraId="5EC3CE5B" w14:textId="77777777" w:rsidR="00612663" w:rsidRDefault="00612663">
            <w:pPr>
              <w:pStyle w:val="NormalTema10"/>
            </w:pPr>
          </w:p>
        </w:tc>
        <w:tc>
          <w:tcPr>
            <w:tcW w:w="1400" w:type="dxa"/>
            <w:tcMar>
              <w:top w:w="80" w:type="dxa"/>
              <w:left w:w="120" w:type="dxa"/>
              <w:bottom w:w="80" w:type="dxa"/>
              <w:right w:w="120" w:type="dxa"/>
            </w:tcMar>
            <w:vAlign w:val="center"/>
          </w:tcPr>
          <w:p w14:paraId="18D053E0" w14:textId="77777777" w:rsidR="00612663" w:rsidRDefault="00612663">
            <w:pPr>
              <w:pStyle w:val="NormalTema10"/>
            </w:pPr>
          </w:p>
        </w:tc>
        <w:tc>
          <w:tcPr>
            <w:tcW w:w="1330" w:type="dxa"/>
            <w:tcMar>
              <w:top w:w="80" w:type="dxa"/>
              <w:left w:w="120" w:type="dxa"/>
              <w:bottom w:w="80" w:type="dxa"/>
              <w:right w:w="120" w:type="dxa"/>
            </w:tcMar>
            <w:vAlign w:val="center"/>
          </w:tcPr>
          <w:p w14:paraId="0B2E718D" w14:textId="77777777" w:rsidR="00612663" w:rsidRDefault="00612663">
            <w:pPr>
              <w:pStyle w:val="NormalTema10"/>
            </w:pPr>
          </w:p>
        </w:tc>
      </w:tr>
      <w:tr w:rsidR="008608E5" w14:paraId="090831EC" w14:textId="77777777">
        <w:tc>
          <w:tcPr>
            <w:tcW w:w="1500" w:type="dxa"/>
            <w:tcMar>
              <w:top w:w="80" w:type="dxa"/>
              <w:left w:w="120" w:type="dxa"/>
              <w:bottom w:w="80" w:type="dxa"/>
              <w:right w:w="120" w:type="dxa"/>
            </w:tcMar>
            <w:vAlign w:val="center"/>
          </w:tcPr>
          <w:p w14:paraId="59749CBA" w14:textId="77777777" w:rsidR="00612663" w:rsidRDefault="00612663">
            <w:pPr>
              <w:pStyle w:val="NormalTema10"/>
            </w:pPr>
          </w:p>
        </w:tc>
        <w:tc>
          <w:tcPr>
            <w:tcW w:w="1100" w:type="dxa"/>
            <w:tcMar>
              <w:top w:w="80" w:type="dxa"/>
              <w:left w:w="120" w:type="dxa"/>
              <w:bottom w:w="80" w:type="dxa"/>
              <w:right w:w="120" w:type="dxa"/>
            </w:tcMar>
            <w:vAlign w:val="center"/>
          </w:tcPr>
          <w:p w14:paraId="69AD7644" w14:textId="77777777" w:rsidR="00612663" w:rsidRDefault="00612663">
            <w:pPr>
              <w:pStyle w:val="NormalTema10"/>
            </w:pPr>
          </w:p>
        </w:tc>
        <w:tc>
          <w:tcPr>
            <w:tcW w:w="1350" w:type="dxa"/>
            <w:tcMar>
              <w:top w:w="80" w:type="dxa"/>
              <w:left w:w="120" w:type="dxa"/>
              <w:bottom w:w="80" w:type="dxa"/>
              <w:right w:w="120" w:type="dxa"/>
            </w:tcMar>
            <w:vAlign w:val="center"/>
          </w:tcPr>
          <w:p w14:paraId="3E9F01B8" w14:textId="77777777" w:rsidR="00612663" w:rsidRDefault="00612663">
            <w:pPr>
              <w:pStyle w:val="NormalTema10"/>
            </w:pPr>
          </w:p>
        </w:tc>
        <w:tc>
          <w:tcPr>
            <w:tcW w:w="1000" w:type="dxa"/>
            <w:tcMar>
              <w:top w:w="80" w:type="dxa"/>
              <w:left w:w="120" w:type="dxa"/>
              <w:bottom w:w="80" w:type="dxa"/>
              <w:right w:w="120" w:type="dxa"/>
            </w:tcMar>
            <w:vAlign w:val="center"/>
          </w:tcPr>
          <w:p w14:paraId="7511C2B6" w14:textId="77777777" w:rsidR="00612663" w:rsidRDefault="00612663">
            <w:pPr>
              <w:pStyle w:val="NormalTema10"/>
            </w:pPr>
          </w:p>
        </w:tc>
        <w:tc>
          <w:tcPr>
            <w:tcW w:w="1150" w:type="dxa"/>
            <w:tcMar>
              <w:top w:w="80" w:type="dxa"/>
              <w:left w:w="120" w:type="dxa"/>
              <w:bottom w:w="80" w:type="dxa"/>
              <w:right w:w="120" w:type="dxa"/>
            </w:tcMar>
            <w:vAlign w:val="center"/>
          </w:tcPr>
          <w:p w14:paraId="4567BC46" w14:textId="77777777" w:rsidR="00612663" w:rsidRDefault="00612663">
            <w:pPr>
              <w:pStyle w:val="NormalTema10"/>
            </w:pPr>
          </w:p>
        </w:tc>
        <w:tc>
          <w:tcPr>
            <w:tcW w:w="1250" w:type="dxa"/>
            <w:tcMar>
              <w:top w:w="80" w:type="dxa"/>
              <w:left w:w="120" w:type="dxa"/>
              <w:bottom w:w="80" w:type="dxa"/>
              <w:right w:w="120" w:type="dxa"/>
            </w:tcMar>
            <w:vAlign w:val="center"/>
          </w:tcPr>
          <w:p w14:paraId="37AEA285" w14:textId="77777777" w:rsidR="00612663" w:rsidRDefault="00612663">
            <w:pPr>
              <w:pStyle w:val="NormalTema10"/>
            </w:pPr>
          </w:p>
        </w:tc>
        <w:tc>
          <w:tcPr>
            <w:tcW w:w="1400" w:type="dxa"/>
            <w:tcMar>
              <w:top w:w="80" w:type="dxa"/>
              <w:left w:w="120" w:type="dxa"/>
              <w:bottom w:w="80" w:type="dxa"/>
              <w:right w:w="120" w:type="dxa"/>
            </w:tcMar>
            <w:vAlign w:val="center"/>
          </w:tcPr>
          <w:p w14:paraId="419DA108" w14:textId="77777777" w:rsidR="00612663" w:rsidRDefault="00612663">
            <w:pPr>
              <w:pStyle w:val="NormalTema10"/>
            </w:pPr>
          </w:p>
        </w:tc>
        <w:tc>
          <w:tcPr>
            <w:tcW w:w="1330" w:type="dxa"/>
            <w:tcMar>
              <w:top w:w="80" w:type="dxa"/>
              <w:left w:w="120" w:type="dxa"/>
              <w:bottom w:w="80" w:type="dxa"/>
              <w:right w:w="120" w:type="dxa"/>
            </w:tcMar>
            <w:vAlign w:val="center"/>
          </w:tcPr>
          <w:p w14:paraId="57378C24" w14:textId="77777777" w:rsidR="00612663" w:rsidRDefault="00612663">
            <w:pPr>
              <w:pStyle w:val="NormalTema10"/>
            </w:pPr>
          </w:p>
        </w:tc>
      </w:tr>
      <w:tr w:rsidR="008608E5" w14:paraId="04666351" w14:textId="77777777">
        <w:tc>
          <w:tcPr>
            <w:tcW w:w="1500" w:type="dxa"/>
            <w:tcMar>
              <w:top w:w="80" w:type="dxa"/>
              <w:left w:w="120" w:type="dxa"/>
              <w:bottom w:w="80" w:type="dxa"/>
              <w:right w:w="120" w:type="dxa"/>
            </w:tcMar>
            <w:vAlign w:val="center"/>
          </w:tcPr>
          <w:p w14:paraId="1A6FF358" w14:textId="77777777" w:rsidR="00612663" w:rsidRDefault="00612663">
            <w:pPr>
              <w:pStyle w:val="NormalTema10"/>
            </w:pPr>
          </w:p>
        </w:tc>
        <w:tc>
          <w:tcPr>
            <w:tcW w:w="1100" w:type="dxa"/>
            <w:tcMar>
              <w:top w:w="80" w:type="dxa"/>
              <w:left w:w="120" w:type="dxa"/>
              <w:bottom w:w="80" w:type="dxa"/>
              <w:right w:w="120" w:type="dxa"/>
            </w:tcMar>
            <w:vAlign w:val="center"/>
          </w:tcPr>
          <w:p w14:paraId="53D72AD1" w14:textId="77777777" w:rsidR="00612663" w:rsidRDefault="00612663">
            <w:pPr>
              <w:pStyle w:val="NormalTema10"/>
            </w:pPr>
          </w:p>
        </w:tc>
        <w:tc>
          <w:tcPr>
            <w:tcW w:w="1350" w:type="dxa"/>
            <w:tcMar>
              <w:top w:w="80" w:type="dxa"/>
              <w:left w:w="120" w:type="dxa"/>
              <w:bottom w:w="80" w:type="dxa"/>
              <w:right w:w="120" w:type="dxa"/>
            </w:tcMar>
            <w:vAlign w:val="center"/>
          </w:tcPr>
          <w:p w14:paraId="00928872" w14:textId="77777777" w:rsidR="00612663" w:rsidRDefault="00612663">
            <w:pPr>
              <w:pStyle w:val="NormalTema10"/>
            </w:pPr>
          </w:p>
        </w:tc>
        <w:tc>
          <w:tcPr>
            <w:tcW w:w="1000" w:type="dxa"/>
            <w:tcMar>
              <w:top w:w="80" w:type="dxa"/>
              <w:left w:w="120" w:type="dxa"/>
              <w:bottom w:w="80" w:type="dxa"/>
              <w:right w:w="120" w:type="dxa"/>
            </w:tcMar>
            <w:vAlign w:val="center"/>
          </w:tcPr>
          <w:p w14:paraId="10891BD7" w14:textId="77777777" w:rsidR="00612663" w:rsidRDefault="00612663">
            <w:pPr>
              <w:pStyle w:val="NormalTema10"/>
            </w:pPr>
          </w:p>
        </w:tc>
        <w:tc>
          <w:tcPr>
            <w:tcW w:w="1150" w:type="dxa"/>
            <w:tcMar>
              <w:top w:w="80" w:type="dxa"/>
              <w:left w:w="120" w:type="dxa"/>
              <w:bottom w:w="80" w:type="dxa"/>
              <w:right w:w="120" w:type="dxa"/>
            </w:tcMar>
            <w:vAlign w:val="center"/>
          </w:tcPr>
          <w:p w14:paraId="76FDB0D7" w14:textId="77777777" w:rsidR="00612663" w:rsidRDefault="00612663">
            <w:pPr>
              <w:pStyle w:val="NormalTema10"/>
            </w:pPr>
          </w:p>
        </w:tc>
        <w:tc>
          <w:tcPr>
            <w:tcW w:w="1250" w:type="dxa"/>
            <w:tcMar>
              <w:top w:w="80" w:type="dxa"/>
              <w:left w:w="120" w:type="dxa"/>
              <w:bottom w:w="80" w:type="dxa"/>
              <w:right w:w="120" w:type="dxa"/>
            </w:tcMar>
            <w:vAlign w:val="center"/>
          </w:tcPr>
          <w:p w14:paraId="7D76141C" w14:textId="77777777" w:rsidR="00612663" w:rsidRDefault="00612663">
            <w:pPr>
              <w:pStyle w:val="NormalTema10"/>
            </w:pPr>
          </w:p>
        </w:tc>
        <w:tc>
          <w:tcPr>
            <w:tcW w:w="1400" w:type="dxa"/>
            <w:tcMar>
              <w:top w:w="80" w:type="dxa"/>
              <w:left w:w="120" w:type="dxa"/>
              <w:bottom w:w="80" w:type="dxa"/>
              <w:right w:w="120" w:type="dxa"/>
            </w:tcMar>
            <w:vAlign w:val="center"/>
          </w:tcPr>
          <w:p w14:paraId="35EE8343" w14:textId="77777777" w:rsidR="00612663" w:rsidRDefault="00612663">
            <w:pPr>
              <w:pStyle w:val="NormalTema10"/>
            </w:pPr>
          </w:p>
        </w:tc>
        <w:tc>
          <w:tcPr>
            <w:tcW w:w="1330" w:type="dxa"/>
            <w:tcMar>
              <w:top w:w="80" w:type="dxa"/>
              <w:left w:w="120" w:type="dxa"/>
              <w:bottom w:w="80" w:type="dxa"/>
              <w:right w:w="120" w:type="dxa"/>
            </w:tcMar>
            <w:vAlign w:val="center"/>
          </w:tcPr>
          <w:p w14:paraId="1A2E7C61" w14:textId="77777777" w:rsidR="00612663" w:rsidRDefault="00612663">
            <w:pPr>
              <w:pStyle w:val="NormalTema10"/>
            </w:pPr>
          </w:p>
        </w:tc>
      </w:tr>
    </w:tbl>
    <w:p w14:paraId="66FCD83D" w14:textId="77777777" w:rsidR="00612663" w:rsidRDefault="00612663">
      <w:pPr>
        <w:pStyle w:val="NormalTema10"/>
        <w:spacing w:after="0"/>
      </w:pPr>
      <w:r>
        <w:rPr>
          <w:sz w:val="18"/>
        </w:rPr>
        <w:t>Sugerencia de códigos: I = inicia · P = en proceso · A = con apoyo · E = evidencia observada. Añadir una palabra del niño cuando sea significativa.</w:t>
      </w:r>
    </w:p>
    <w:sectPr w:rsidR="008608E5" w:rsidSect="00034616">
      <w:headerReference w:type="default" r:id="rId39"/>
      <w:footerReference w:type="default" r:id="rId40"/>
      <w:headerReference w:type="first" r:id="rId41"/>
      <w:footerReference w:type="first" r:id="rId42"/>
      <w:pgSz w:w="11909" w:h="16834"/>
      <w:pgMar w:top="1037" w:right="1080" w:bottom="1037" w:left="1080" w:header="432" w:footer="4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44C0" w14:textId="77777777" w:rsidR="00612663" w:rsidRDefault="00612663">
      <w:pPr>
        <w:spacing w:after="0" w:line="240" w:lineRule="auto"/>
      </w:pPr>
      <w:r>
        <w:separator/>
      </w:r>
    </w:p>
  </w:endnote>
  <w:endnote w:type="continuationSeparator" w:id="0">
    <w:p w14:paraId="549F31D7" w14:textId="77777777" w:rsidR="00612663" w:rsidRDefault="0061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33E7" w14:textId="77777777" w:rsidR="007C0FAB" w:rsidRPr="00A14CC8" w:rsidRDefault="00612663">
    <w:pPr>
      <w:tabs>
        <w:tab w:val="right" w:pos="9504"/>
      </w:tabs>
      <w:spacing w:after="0"/>
      <w:rPr>
        <w:lang w:val="es-ES"/>
      </w:rPr>
    </w:pPr>
    <w:r w:rsidRPr="00A14CC8">
      <w:rPr>
        <w:color w:val="667784"/>
        <w:sz w:val="17"/>
        <w:lang w:val="es-ES"/>
      </w:rPr>
      <w:t>Guía docente anual · Educación Infantil · 3 años</w:t>
    </w:r>
    <w:r w:rsidRPr="00A14CC8">
      <w:rPr>
        <w:lang w:val="es-ES"/>
      </w:rPr>
      <w:tab/>
    </w:r>
    <w:r>
      <w:rPr>
        <w:color w:val="667784"/>
        <w:sz w:val="17"/>
      </w:rPr>
      <w:fldChar w:fldCharType="begin"/>
    </w:r>
    <w:r w:rsidRPr="00A14CC8">
      <w:rPr>
        <w:color w:val="667784"/>
        <w:sz w:val="17"/>
        <w:lang w:val="es-ES"/>
      </w:rPr>
      <w:instrText xml:space="preserve"> PAGE </w:instrText>
    </w:r>
    <w:r>
      <w:rPr>
        <w:color w:val="667784"/>
        <w:sz w:val="17"/>
      </w:rPr>
      <w:fldChar w:fldCharType="separate"/>
    </w:r>
    <w:r w:rsidRPr="00A14CC8">
      <w:rPr>
        <w:color w:val="667784"/>
        <w:sz w:val="17"/>
        <w:lang w:val="es-ES"/>
      </w:rPr>
      <w:t>1</w:t>
    </w:r>
    <w:r>
      <w:rPr>
        <w:color w:val="667784"/>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015F" w14:textId="77777777" w:rsidR="007C0FAB" w:rsidRDefault="007C0F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230D" w14:textId="77777777" w:rsidR="00612663" w:rsidRDefault="00612663">
      <w:pPr>
        <w:spacing w:after="0" w:line="240" w:lineRule="auto"/>
      </w:pPr>
      <w:r>
        <w:separator/>
      </w:r>
    </w:p>
  </w:footnote>
  <w:footnote w:type="continuationSeparator" w:id="0">
    <w:p w14:paraId="41AD2CA2" w14:textId="77777777" w:rsidR="00612663" w:rsidRDefault="00612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4EA3" w14:textId="77777777" w:rsidR="007C0FAB" w:rsidRDefault="00612663">
    <w:pPr>
      <w:spacing w:after="0"/>
    </w:pPr>
    <w:r>
      <w:rPr>
        <w:b/>
        <w:color w:val="667784"/>
        <w:sz w:val="17"/>
      </w:rPr>
      <w:t>RELIGIÓN CATÓLICA · EDUCACIÓN INFANTIL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D84D" w14:textId="77777777" w:rsidR="007C0FAB" w:rsidRDefault="007C0F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524901213">
    <w:abstractNumId w:val="5"/>
  </w:num>
  <w:num w:numId="2" w16cid:durableId="898977588">
    <w:abstractNumId w:val="3"/>
  </w:num>
  <w:num w:numId="3" w16cid:durableId="1446457818">
    <w:abstractNumId w:val="2"/>
  </w:num>
  <w:num w:numId="4" w16cid:durableId="688871644">
    <w:abstractNumId w:val="4"/>
  </w:num>
  <w:num w:numId="5" w16cid:durableId="39716256">
    <w:abstractNumId w:val="1"/>
  </w:num>
  <w:num w:numId="6" w16cid:durableId="19582377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B5D67"/>
    <w:rsid w:val="003F3865"/>
    <w:rsid w:val="00612663"/>
    <w:rsid w:val="006136D8"/>
    <w:rsid w:val="007C0FAB"/>
    <w:rsid w:val="00A14CC8"/>
    <w:rsid w:val="00AA1D8D"/>
    <w:rsid w:val="00B47730"/>
    <w:rsid w:val="00BB64A0"/>
    <w:rsid w:val="00CB0664"/>
    <w:rsid w:val="00D45C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1228B6"/>
  <w14:defaultImageDpi w14:val="300"/>
  <w15:docId w15:val="{F0616010-377F-491D-9D05-0586C764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243746"/>
    </w:rPr>
  </w:style>
  <w:style w:type="paragraph" w:styleId="Ttulo1">
    <w:name w:val="heading 1"/>
    <w:basedOn w:val="Normal"/>
    <w:next w:val="Normal"/>
    <w:link w:val="Ttulo1C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Ttulo2">
    <w:name w:val="heading 2"/>
    <w:basedOn w:val="Normal"/>
    <w:next w:val="Normal"/>
    <w:link w:val="Ttulo2C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Ttulo3">
    <w:name w:val="heading 3"/>
    <w:basedOn w:val="Normal"/>
    <w:next w:val="Normal"/>
    <w:link w:val="Ttulo3C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4"/>
      </w:numPr>
      <w:contextualSpacing/>
    </w:pPr>
  </w:style>
  <w:style w:type="paragraph" w:styleId="Listaconnmeros2">
    <w:name w:val="List Number 2"/>
    <w:basedOn w:val="Normal"/>
    <w:uiPriority w:val="99"/>
    <w:unhideWhenUsed/>
    <w:rsid w:val="0029639D"/>
    <w:pPr>
      <w:numPr>
        <w:numId w:val="5"/>
      </w:numPr>
      <w:contextualSpacing/>
    </w:pPr>
  </w:style>
  <w:style w:type="paragraph" w:styleId="Listaconnmeros3">
    <w:name w:val="List Number 3"/>
    <w:basedOn w:val="Normal"/>
    <w:uiPriority w:val="99"/>
    <w:unhideWhenUsed/>
    <w:rsid w:val="0029639D"/>
    <w:pPr>
      <w:numPr>
        <w:numId w:val="6"/>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Tema9">
    <w:name w:val="Normal (Tema 9)"/>
    <w:qFormat/>
    <w:rsid w:val="00FC693F"/>
    <w:pPr>
      <w:spacing w:after="120" w:line="300" w:lineRule="auto"/>
    </w:pPr>
    <w:rPr>
      <w:rFonts w:ascii="Aptos" w:hAnsi="Aptos"/>
      <w:color w:val="333E40"/>
    </w:rPr>
  </w:style>
  <w:style w:type="paragraph" w:customStyle="1" w:styleId="NormalTema10">
    <w:name w:val="Normal (Tema 10)"/>
    <w:qFormat/>
    <w:rsid w:val="00FC693F"/>
    <w:pPr>
      <w:spacing w:after="120" w:line="300" w:lineRule="auto"/>
    </w:pPr>
    <w:rPr>
      <w:rFonts w:ascii="Aptos" w:hAnsi="Aptos"/>
      <w:color w:val="333E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22978</Words>
  <Characters>126382</Characters>
  <Application>Microsoft Office Word</Application>
  <DocSecurity>0</DocSecurity>
  <Lines>1053</Lines>
  <Paragraphs>298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docente anual de Religión Católica · Educación Infantil · 3 años</dc:title>
  <dc:subject>Programación y orientaciones docentes para el curso 2026–2027</dc:subject>
  <dc:creator>Mari Carmen Alfocea</dc:creator>
  <cp:keywords>Religión Católica, Educación Infantil, 3 años, guía docente, Montessori</cp:keywords>
  <dc:description>generated by python-docx</dc:description>
  <cp:lastModifiedBy>Mari Carmen Alfocea</cp:lastModifiedBy>
  <cp:revision>2</cp:revision>
  <dcterms:created xsi:type="dcterms:W3CDTF">2026-08-14T19:44:00Z</dcterms:created>
  <dcterms:modified xsi:type="dcterms:W3CDTF">2026-08-14T19:44:00Z</dcterms:modified>
  <cp:category/>
</cp:coreProperties>
</file>