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047" w:rsidRPr="001C2FEA" w:rsidRDefault="00D429B0">
      <w:pPr>
        <w:jc w:val="center"/>
      </w:pPr>
      <w:r w:rsidRPr="001C2FEA">
        <w:rPr>
          <w:b/>
        </w:rPr>
        <w:t>KẾ HOẠCH BÀI DẠY MÔN HOẠT ĐỘNG TRẢI NGHIỆM LỚP 2</w:t>
      </w:r>
    </w:p>
    <w:p w:rsidR="00703047" w:rsidRPr="001C2FEA" w:rsidRDefault="00D429B0">
      <w:pPr>
        <w:jc w:val="center"/>
      </w:pPr>
      <w:r w:rsidRPr="001C2FEA">
        <w:rPr>
          <w:b/>
        </w:rPr>
        <w:t>CHỦ ĐỀ 4: TỰ PHỤC VỤ BẢN THÂN</w:t>
      </w:r>
    </w:p>
    <w:p w:rsidR="00703047" w:rsidRPr="001C2FEA" w:rsidRDefault="00D429B0">
      <w:pPr>
        <w:jc w:val="center"/>
      </w:pPr>
      <w:r w:rsidRPr="001C2FEA">
        <w:rPr>
          <w:b/>
        </w:rPr>
        <w:t>TUẦN 13: TIẾT 1</w:t>
      </w:r>
    </w:p>
    <w:p w:rsidR="00703047" w:rsidRPr="001C2FEA" w:rsidRDefault="00D429B0">
      <w:pPr>
        <w:jc w:val="center"/>
      </w:pPr>
      <w:r w:rsidRPr="001C2FEA">
        <w:rPr>
          <w:b/>
        </w:rPr>
        <w:t>SINH HOẠT DƯỚI CỜ: XEM TIỂU PHẨM “TỰ PHỤC VỤ BẢN THÂN”</w:t>
      </w:r>
    </w:p>
    <w:p w:rsidR="00703047" w:rsidRPr="001C2FEA" w:rsidRDefault="00D429B0">
      <w:pPr>
        <w:jc w:val="center"/>
      </w:pPr>
      <w:r w:rsidRPr="001C2FEA">
        <w:rPr>
          <w:b/>
        </w:rPr>
        <w:t>Thời gian thực hiện: ...</w:t>
      </w:r>
    </w:p>
    <w:p w:rsidR="00703047" w:rsidRPr="001C2FEA" w:rsidRDefault="00D429B0">
      <w:r w:rsidRPr="001C2FEA">
        <w:rPr>
          <w:b/>
        </w:rPr>
        <w:t>I. YÊU CẦU CẦN ĐẠT:</w:t>
      </w:r>
    </w:p>
    <w:p w:rsidR="00703047" w:rsidRPr="001C2FEA" w:rsidRDefault="00D429B0">
      <w:r w:rsidRPr="001C2FEA">
        <w:rPr>
          <w:b/>
          <w:i/>
        </w:rPr>
        <w:t>1. Năng lực đặc thù</w:t>
      </w:r>
    </w:p>
    <w:p w:rsidR="00703047" w:rsidRPr="001C2FEA" w:rsidRDefault="00D429B0">
      <w:r w:rsidRPr="001C2FEA">
        <w:t>- HS theo dõi tiểu phẩm và nhận biết việc nào trẻ em lớp 2 có thể tự làm.</w:t>
      </w:r>
    </w:p>
    <w:p w:rsidR="00703047" w:rsidRPr="001C2FEA" w:rsidRDefault="00D429B0">
      <w:r w:rsidRPr="001C2FEA">
        <w:t>- HS nêu được lợi ích của tự phục vụ và biết cổ vũ, học tập hành vi tích cực.</w:t>
      </w:r>
    </w:p>
    <w:p w:rsidR="00703047" w:rsidRPr="001C2FEA" w:rsidRDefault="00D429B0">
      <w:r w:rsidRPr="001C2FEA">
        <w:rPr>
          <w:b/>
          <w:i/>
        </w:rPr>
        <w:t>2. Năng lực chung</w:t>
      </w:r>
    </w:p>
    <w:p w:rsidR="00703047" w:rsidRPr="001C2FEA" w:rsidRDefault="00D429B0">
      <w:r w:rsidRPr="001C2FEA">
        <w:t>- Năng lực tự chủ và tự học: Biết quan sát, tự liên hệ khả năng bản thân.</w:t>
      </w:r>
    </w:p>
    <w:p w:rsidR="00703047" w:rsidRPr="001C2FEA" w:rsidRDefault="00D429B0">
      <w:r w:rsidRPr="001C2FEA">
        <w:t>- Năng lực giao tiếp và hợp tác: Biết lắng nghe, phản hồi và tham gia tương tác.</w:t>
      </w:r>
    </w:p>
    <w:p w:rsidR="00703047" w:rsidRPr="001C2FEA" w:rsidRDefault="00D429B0">
      <w:r w:rsidRPr="001C2FEA">
        <w:t>- Năng lực giải quyết vấn đề và sáng tạo: Biết đề xuất cách tự làm việc vừa sức.</w:t>
      </w:r>
    </w:p>
    <w:p w:rsidR="00703047" w:rsidRDefault="00D429B0">
      <w:r>
        <w:rPr>
          <w:b/>
          <w:i/>
        </w:rPr>
        <w:t>3. Phẩm chất</w:t>
      </w:r>
    </w:p>
    <w:p w:rsidR="00703047" w:rsidRDefault="00D429B0">
      <w:r>
        <w:t>- Chăm chỉ: Có ý thức luyện tập việc cá nhân.</w:t>
      </w:r>
    </w:p>
    <w:p w:rsidR="00703047" w:rsidRDefault="00D429B0">
      <w:r>
        <w:t>- Trách nhiệm: Không ỷ lại, biết giữ an toàn và nhờ hỗ trợ khi cần.</w:t>
      </w:r>
    </w:p>
    <w:p w:rsidR="00703047" w:rsidRDefault="00D429B0">
      <w:r>
        <w:rPr>
          <w:b/>
          <w:color w:val="FF0000"/>
        </w:rPr>
        <w:t>II. CHUẨN BỊ:</w:t>
      </w:r>
    </w:p>
    <w:p w:rsidR="00703047" w:rsidRDefault="00D429B0">
      <w:r>
        <w:t>- GV: Kịch bản tiểu phẩm; đạo cụ: balô, giày, áo mưa, cốc nước, đồ dùng cá nhân; sân khấu, âm thanh; tranh SGK.</w:t>
      </w:r>
    </w:p>
    <w:p w:rsidR="00703047" w:rsidRDefault="00D429B0">
      <w:r>
        <w:t>- HS: Trang phục gọn gàng; chuẩn bị một việc mình đã tự làm để chia sẻ.</w:t>
      </w:r>
    </w:p>
    <w:p w:rsidR="00703047" w:rsidRDefault="00D429B0">
      <w:r>
        <w:rPr>
          <w:b/>
          <w:color w:val="FF0000"/>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703047" w:rsidTr="001C2FEA">
        <w:trPr>
          <w:cantSplit/>
          <w:tblHeader/>
          <w:jc w:val="center"/>
        </w:trPr>
        <w:tc>
          <w:tcPr>
            <w:tcW w:w="4513" w:type="dxa"/>
            <w:tcBorders>
              <w:bottom w:val="single" w:sz="6" w:space="0" w:color="000000"/>
            </w:tcBorders>
            <w:shd w:val="clear" w:color="auto" w:fill="auto"/>
            <w:tcMar>
              <w:top w:w="70" w:type="dxa"/>
              <w:left w:w="90" w:type="dxa"/>
              <w:bottom w:w="70" w:type="dxa"/>
              <w:right w:w="90" w:type="dxa"/>
            </w:tcMar>
          </w:tcPr>
          <w:p w:rsidR="00703047" w:rsidRDefault="00D429B0">
            <w:pPr>
              <w:jc w:val="center"/>
            </w:pPr>
            <w:r>
              <w:rPr>
                <w:b/>
              </w:rPr>
              <w:t>HOẠT ĐỘNG CỦA GIÁO VIÊN</w:t>
            </w:r>
          </w:p>
        </w:tc>
        <w:tc>
          <w:tcPr>
            <w:tcW w:w="4513" w:type="dxa"/>
            <w:tcBorders>
              <w:bottom w:val="single" w:sz="6" w:space="0" w:color="000000"/>
            </w:tcBorders>
            <w:shd w:val="clear" w:color="auto" w:fill="auto"/>
            <w:tcMar>
              <w:top w:w="70" w:type="dxa"/>
              <w:left w:w="90" w:type="dxa"/>
              <w:bottom w:w="70" w:type="dxa"/>
              <w:right w:w="90" w:type="dxa"/>
            </w:tcMar>
          </w:tcPr>
          <w:p w:rsidR="00703047" w:rsidRDefault="00D429B0">
            <w:pPr>
              <w:jc w:val="center"/>
            </w:pPr>
            <w:r>
              <w:rPr>
                <w:b/>
              </w:rPr>
              <w:t>HOẠT ĐỘNG CỦA HỌC SINH</w:t>
            </w:r>
          </w:p>
        </w:tc>
      </w:tr>
      <w:tr w:rsidR="00703047" w:rsidTr="001C2FEA">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703047" w:rsidRDefault="00D429B0">
            <w:r>
              <w:rPr>
                <w:b/>
              </w:rPr>
              <w:t>1. TRƯỚC BUỔI TRẢI NGHIỆM</w:t>
            </w:r>
          </w:p>
          <w:p w:rsidR="00703047" w:rsidRDefault="00D429B0">
            <w:r>
              <w:rPr>
                <w:b/>
              </w:rPr>
              <w:t xml:space="preserve">- Mục tiêu: </w:t>
            </w:r>
            <w:r>
              <w:t>Chuẩn bị đầy đủ nội dung, phương tiện và tâm thế để tham gia hoạt động sinh hoạt dưới cờ theo quy mô toàn trường.</w:t>
            </w:r>
          </w:p>
          <w:p w:rsidR="00703047" w:rsidRDefault="00D429B0">
            <w:r>
              <w:rPr>
                <w:b/>
                <w:i/>
              </w:rPr>
              <w:t>* Cách tiến hành:</w:t>
            </w:r>
          </w:p>
        </w:tc>
      </w:tr>
      <w:tr w:rsidR="00703047" w:rsidTr="001C2FEA">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703047" w:rsidRDefault="00D429B0">
            <w:r>
              <w:t>- GV lựa chọn tình huống gần gũi: chuẩn bị đi học, cất đồ, buộc giày, tự lấy nước, giữ vệ sinh.</w:t>
            </w:r>
          </w:p>
        </w:tc>
        <w:tc>
          <w:tcPr>
            <w:tcW w:w="4586" w:type="dxa"/>
            <w:tcBorders>
              <w:top w:val="single" w:sz="6" w:space="0" w:color="000000"/>
            </w:tcBorders>
            <w:shd w:val="clear" w:color="auto" w:fill="auto"/>
            <w:tcMar>
              <w:top w:w="70" w:type="dxa"/>
              <w:left w:w="90" w:type="dxa"/>
              <w:bottom w:w="70" w:type="dxa"/>
              <w:right w:w="90" w:type="dxa"/>
            </w:tcMar>
            <w:vAlign w:val="center"/>
          </w:tcPr>
          <w:p w:rsidR="00703047" w:rsidRDefault="00D429B0">
            <w:r>
              <w:t>- HS được phân công luyện tiểu phẩm, lời thoại và cách xử lí tình huống.</w:t>
            </w:r>
          </w:p>
        </w:tc>
      </w:tr>
      <w:tr w:rsidR="00703047" w:rsidTr="001C2FEA">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703047" w:rsidRDefault="00D429B0">
            <w:r>
              <w:t>- GV phân vai, hướng dẫn diễn xuất và kiểm tra đạo cụ an toàn.</w:t>
            </w:r>
          </w:p>
        </w:tc>
        <w:tc>
          <w:tcPr>
            <w:tcW w:w="4586" w:type="dxa"/>
            <w:tcBorders>
              <w:bottom w:val="single" w:sz="6" w:space="0" w:color="000000"/>
            </w:tcBorders>
            <w:shd w:val="clear" w:color="auto" w:fill="auto"/>
            <w:tcMar>
              <w:top w:w="70" w:type="dxa"/>
              <w:left w:w="90" w:type="dxa"/>
              <w:bottom w:w="70" w:type="dxa"/>
              <w:right w:w="90" w:type="dxa"/>
            </w:tcMar>
            <w:vAlign w:val="center"/>
          </w:tcPr>
          <w:p w:rsidR="00703047" w:rsidRDefault="00D429B0">
            <w:r>
              <w:t>- HS toàn trường ổn định vị trí, chuẩn bị quan sát và trả lời câu hỏi.</w:t>
            </w:r>
          </w:p>
        </w:tc>
      </w:tr>
      <w:tr w:rsidR="00703047" w:rsidTr="001C2FEA">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703047" w:rsidRDefault="00D429B0">
            <w:r>
              <w:rPr>
                <w:b/>
              </w:rPr>
              <w:t>2. TRONG BUỔI TRẢI NGHIỆM</w:t>
            </w:r>
          </w:p>
          <w:p w:rsidR="00703047" w:rsidRDefault="00D429B0">
            <w:r>
              <w:rPr>
                <w:b/>
              </w:rPr>
              <w:t xml:space="preserve">- Mục tiêu: </w:t>
            </w:r>
            <w:r>
              <w:t>HS theo dõi tiểu phẩm, phân tích hành vi và nhận ra những việc tự phục vụ phù hợp với lứa tuổi.</w:t>
            </w:r>
          </w:p>
          <w:p w:rsidR="00703047" w:rsidRDefault="00D429B0">
            <w:r>
              <w:rPr>
                <w:b/>
                <w:i/>
              </w:rPr>
              <w:t>* Cách tiến hành:</w:t>
            </w:r>
          </w:p>
        </w:tc>
      </w:tr>
      <w:tr w:rsidR="00703047" w:rsidTr="001C2FEA">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703047" w:rsidRDefault="00D429B0">
            <w:r>
              <w:rPr>
                <w:b/>
              </w:rPr>
              <w:t>Dẫn dắt</w:t>
            </w:r>
          </w:p>
          <w:p w:rsidR="00703047" w:rsidRDefault="00D429B0">
            <w:r>
              <w:t>- GV hỏi: Mỗi sáng trước khi đến trường, em có thể tự làm những việc gì mà không cần người lớn nhắc?</w:t>
            </w:r>
          </w:p>
        </w:tc>
        <w:tc>
          <w:tcPr>
            <w:tcW w:w="4586" w:type="dxa"/>
            <w:tcBorders>
              <w:top w:val="single" w:sz="6" w:space="0" w:color="000000"/>
            </w:tcBorders>
            <w:shd w:val="clear" w:color="auto" w:fill="auto"/>
            <w:tcMar>
              <w:top w:w="70" w:type="dxa"/>
              <w:left w:w="90" w:type="dxa"/>
              <w:bottom w:w="70" w:type="dxa"/>
              <w:right w:w="90" w:type="dxa"/>
            </w:tcMar>
            <w:vAlign w:val="center"/>
          </w:tcPr>
          <w:p w:rsidR="00703047" w:rsidRDefault="00D429B0">
            <w:r>
              <w:t>- HS nêu nhanh: vệ sinh cá nhân, mặc quần áo, kiểm tra cặp, đi giày, mang bình nước.</w:t>
            </w:r>
          </w:p>
        </w:tc>
      </w:tr>
      <w:tr w:rsidR="00703047" w:rsidTr="001C2FEA">
        <w:trPr>
          <w:cantSplit/>
          <w:jc w:val="center"/>
        </w:trPr>
        <w:tc>
          <w:tcPr>
            <w:tcW w:w="5187" w:type="dxa"/>
            <w:shd w:val="clear" w:color="auto" w:fill="auto"/>
            <w:tcMar>
              <w:top w:w="70" w:type="dxa"/>
              <w:left w:w="90" w:type="dxa"/>
              <w:bottom w:w="70" w:type="dxa"/>
              <w:right w:w="90" w:type="dxa"/>
            </w:tcMar>
            <w:vAlign w:val="center"/>
          </w:tcPr>
          <w:p w:rsidR="00703047" w:rsidRDefault="00D429B0">
            <w:r>
              <w:rPr>
                <w:b/>
              </w:rPr>
              <w:lastRenderedPageBreak/>
              <w:t>Biểu diễn tiểu phẩm</w:t>
            </w:r>
          </w:p>
          <w:p w:rsidR="00703047" w:rsidRDefault="00D429B0">
            <w:r>
              <w:t>- GV giới thiệu tiểu phẩm “Tự phục vụ bản thân” và mời nhóm HS biểu diễn.</w:t>
            </w:r>
          </w:p>
          <w:p w:rsidR="00703047" w:rsidRDefault="00703047">
            <w:pPr>
              <w:jc w:val="center"/>
            </w:pPr>
          </w:p>
        </w:tc>
        <w:tc>
          <w:tcPr>
            <w:tcW w:w="4586" w:type="dxa"/>
            <w:shd w:val="clear" w:color="auto" w:fill="auto"/>
            <w:tcMar>
              <w:top w:w="70" w:type="dxa"/>
              <w:left w:w="90" w:type="dxa"/>
              <w:bottom w:w="70" w:type="dxa"/>
              <w:right w:w="90" w:type="dxa"/>
            </w:tcMar>
            <w:vAlign w:val="center"/>
          </w:tcPr>
          <w:p w:rsidR="00703047" w:rsidRDefault="00D429B0">
            <w:r>
              <w:t>- HS theo dõi, chú ý lời nói và hành động của nhân vật.</w:t>
            </w:r>
          </w:p>
        </w:tc>
      </w:tr>
      <w:tr w:rsidR="00703047" w:rsidTr="001C2FEA">
        <w:trPr>
          <w:cantSplit/>
          <w:jc w:val="center"/>
        </w:trPr>
        <w:tc>
          <w:tcPr>
            <w:tcW w:w="5187" w:type="dxa"/>
            <w:shd w:val="clear" w:color="auto" w:fill="auto"/>
            <w:tcMar>
              <w:top w:w="70" w:type="dxa"/>
              <w:left w:w="90" w:type="dxa"/>
              <w:bottom w:w="70" w:type="dxa"/>
              <w:right w:w="90" w:type="dxa"/>
            </w:tcMar>
            <w:vAlign w:val="center"/>
          </w:tcPr>
          <w:p w:rsidR="00703047" w:rsidRDefault="00D429B0">
            <w:r>
              <w:t>- GV dừng ở một số tình huống và hỏi khán giả: Nhân vật nên tự làm gì? Khi nào cần nhờ người lớn?</w:t>
            </w:r>
          </w:p>
        </w:tc>
        <w:tc>
          <w:tcPr>
            <w:tcW w:w="4586" w:type="dxa"/>
            <w:shd w:val="clear" w:color="auto" w:fill="auto"/>
            <w:tcMar>
              <w:top w:w="70" w:type="dxa"/>
              <w:left w:w="90" w:type="dxa"/>
              <w:bottom w:w="70" w:type="dxa"/>
              <w:right w:w="90" w:type="dxa"/>
            </w:tcMar>
            <w:vAlign w:val="center"/>
          </w:tcPr>
          <w:p w:rsidR="00703047" w:rsidRDefault="00D429B0">
            <w:r>
              <w:t>- HS nêu phương án, giải thích việc vừa sức và tình huống cần trợ giúp.</w:t>
            </w:r>
          </w:p>
        </w:tc>
      </w:tr>
      <w:tr w:rsidR="00703047" w:rsidTr="001C2FEA">
        <w:trPr>
          <w:cantSplit/>
          <w:jc w:val="center"/>
        </w:trPr>
        <w:tc>
          <w:tcPr>
            <w:tcW w:w="5187" w:type="dxa"/>
            <w:shd w:val="clear" w:color="auto" w:fill="auto"/>
            <w:tcMar>
              <w:top w:w="70" w:type="dxa"/>
              <w:left w:w="90" w:type="dxa"/>
              <w:bottom w:w="70" w:type="dxa"/>
              <w:right w:w="90" w:type="dxa"/>
            </w:tcMar>
            <w:vAlign w:val="center"/>
          </w:tcPr>
          <w:p w:rsidR="00703047" w:rsidRDefault="00D429B0">
            <w:r>
              <w:rPr>
                <w:b/>
              </w:rPr>
              <w:t>Giao lưu sau tiểu phẩm</w:t>
            </w:r>
          </w:p>
          <w:p w:rsidR="00703047" w:rsidRDefault="00D429B0">
            <w:r>
              <w:t>- GV mời diễn viên chia sẻ điều khó nhất khi luyện vai và một việc tự phục vụ các bạn đang làm tốt.</w:t>
            </w:r>
          </w:p>
        </w:tc>
        <w:tc>
          <w:tcPr>
            <w:tcW w:w="4586" w:type="dxa"/>
            <w:shd w:val="clear" w:color="auto" w:fill="auto"/>
            <w:tcMar>
              <w:top w:w="70" w:type="dxa"/>
              <w:left w:w="90" w:type="dxa"/>
              <w:bottom w:w="70" w:type="dxa"/>
              <w:right w:w="90" w:type="dxa"/>
            </w:tcMar>
            <w:vAlign w:val="center"/>
          </w:tcPr>
          <w:p w:rsidR="00703047" w:rsidRDefault="00D429B0">
            <w:r>
              <w:t>- HS diễn viên chia sẻ; HS bên dưới kể thêm việc mình đã tự làm.</w:t>
            </w:r>
          </w:p>
        </w:tc>
      </w:tr>
      <w:tr w:rsidR="00703047" w:rsidTr="001C2FEA">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703047" w:rsidRDefault="00D429B0">
            <w:r>
              <w:rPr>
                <w:b/>
              </w:rPr>
              <w:t>Kết luận</w:t>
            </w:r>
          </w:p>
          <w:p w:rsidR="00703047" w:rsidRDefault="00D429B0">
            <w:r>
              <w:t>- GV chốt thông điệp: “Biết tự lo – là đã lớn”; tự lập không có nghĩa là làm việc nguy hiểm một mình.</w:t>
            </w:r>
          </w:p>
        </w:tc>
        <w:tc>
          <w:tcPr>
            <w:tcW w:w="4586" w:type="dxa"/>
            <w:tcBorders>
              <w:bottom w:val="single" w:sz="6" w:space="0" w:color="000000"/>
            </w:tcBorders>
            <w:shd w:val="clear" w:color="auto" w:fill="auto"/>
            <w:tcMar>
              <w:top w:w="70" w:type="dxa"/>
              <w:left w:w="90" w:type="dxa"/>
              <w:bottom w:w="70" w:type="dxa"/>
              <w:right w:w="90" w:type="dxa"/>
            </w:tcMar>
            <w:vAlign w:val="center"/>
          </w:tcPr>
          <w:p w:rsidR="00703047" w:rsidRDefault="00D429B0">
            <w:r>
              <w:t>- HS đọc to thông điệp, ghi nhớ cần quan sát, luyện tập và nhờ hỗ trợ đúng lúc.</w:t>
            </w:r>
          </w:p>
        </w:tc>
      </w:tr>
      <w:tr w:rsidR="00703047" w:rsidTr="001C2FEA">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703047" w:rsidRDefault="00D429B0">
            <w:r>
              <w:rPr>
                <w:b/>
              </w:rPr>
              <w:t>3. SAU BUỔI TRẢI NGHIỆM</w:t>
            </w:r>
          </w:p>
          <w:p w:rsidR="00703047" w:rsidRDefault="00D429B0">
            <w:r>
              <w:rPr>
                <w:b/>
              </w:rPr>
              <w:t xml:space="preserve">- Mục tiêu: </w:t>
            </w:r>
            <w:r>
              <w:t>HS ghi nhớ thông điệp, lựa chọn một hành động cụ thể và thực hiện sau buổi sinh hoạt dưới cờ.</w:t>
            </w:r>
          </w:p>
          <w:p w:rsidR="00703047" w:rsidRDefault="00D429B0">
            <w:r>
              <w:rPr>
                <w:b/>
                <w:i/>
              </w:rPr>
              <w:t>* Cách tiến hành:</w:t>
            </w:r>
          </w:p>
        </w:tc>
      </w:tr>
      <w:tr w:rsidR="00703047" w:rsidTr="001C2FEA">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703047" w:rsidRDefault="00D429B0">
            <w:r>
              <w:t>- GV đề nghị HS lựa chọn một việc tự phục vụ muốn rèn trong tuần.</w:t>
            </w:r>
          </w:p>
        </w:tc>
        <w:tc>
          <w:tcPr>
            <w:tcW w:w="4586" w:type="dxa"/>
            <w:tcBorders>
              <w:top w:val="single" w:sz="6" w:space="0" w:color="000000"/>
            </w:tcBorders>
            <w:shd w:val="clear" w:color="auto" w:fill="auto"/>
            <w:tcMar>
              <w:top w:w="70" w:type="dxa"/>
              <w:left w:w="90" w:type="dxa"/>
              <w:bottom w:w="70" w:type="dxa"/>
              <w:right w:w="90" w:type="dxa"/>
            </w:tcMar>
            <w:vAlign w:val="center"/>
          </w:tcPr>
          <w:p w:rsidR="00703047" w:rsidRDefault="00D429B0">
            <w:r>
              <w:t>- HS lựa chọn việc phù hợp và ghi nhớ.</w:t>
            </w:r>
          </w:p>
        </w:tc>
      </w:tr>
      <w:tr w:rsidR="00703047" w:rsidTr="001C2FEA">
        <w:trPr>
          <w:cantSplit/>
          <w:jc w:val="center"/>
        </w:trPr>
        <w:tc>
          <w:tcPr>
            <w:tcW w:w="5187" w:type="dxa"/>
            <w:shd w:val="clear" w:color="auto" w:fill="auto"/>
            <w:tcMar>
              <w:top w:w="70" w:type="dxa"/>
              <w:left w:w="90" w:type="dxa"/>
              <w:bottom w:w="70" w:type="dxa"/>
              <w:right w:w="90" w:type="dxa"/>
            </w:tcMar>
            <w:vAlign w:val="center"/>
          </w:tcPr>
          <w:p w:rsidR="00703047" w:rsidRDefault="00D429B0">
            <w:r>
              <w:t>- GV dặn HS trao đổi với bố mẹ để được hướng dẫn đúng cách.</w:t>
            </w:r>
          </w:p>
        </w:tc>
        <w:tc>
          <w:tcPr>
            <w:tcW w:w="4586" w:type="dxa"/>
            <w:shd w:val="clear" w:color="auto" w:fill="auto"/>
            <w:tcMar>
              <w:top w:w="70" w:type="dxa"/>
              <w:left w:w="90" w:type="dxa"/>
              <w:bottom w:w="70" w:type="dxa"/>
              <w:right w:w="90" w:type="dxa"/>
            </w:tcMar>
            <w:vAlign w:val="center"/>
          </w:tcPr>
          <w:p w:rsidR="00703047" w:rsidRDefault="00D429B0">
            <w:r>
              <w:t>- HS thực hiện cùng gia đình, chuẩn bị chia sẻ ở Tiết 2.</w:t>
            </w:r>
          </w:p>
        </w:tc>
      </w:tr>
    </w:tbl>
    <w:p w:rsidR="00703047" w:rsidRDefault="00D429B0">
      <w:r>
        <w:rPr>
          <w:b/>
          <w:color w:val="FF0000"/>
        </w:rPr>
        <w:t>IV. ĐIỀU CHỈNH SAU BÀI DẠY:</w:t>
      </w:r>
    </w:p>
    <w:p w:rsidR="00703047" w:rsidRDefault="00D429B0">
      <w:r>
        <w:t>................................................................................................................</w:t>
      </w:r>
    </w:p>
    <w:p w:rsidR="00703047" w:rsidRDefault="00D429B0">
      <w:r>
        <w:t>................................................................................................................</w:t>
      </w:r>
    </w:p>
    <w:p w:rsidR="00703047" w:rsidRPr="001C2FEA" w:rsidRDefault="00D429B0">
      <w:pPr>
        <w:pageBreakBefore/>
        <w:jc w:val="center"/>
      </w:pPr>
      <w:r w:rsidRPr="001C2FEA">
        <w:rPr>
          <w:b/>
        </w:rPr>
        <w:lastRenderedPageBreak/>
        <w:t>KẾ HOẠCH BÀI DẠY MÔN HOẠT ĐỘNG TRẢI NGHIỆM LỚP 2</w:t>
      </w:r>
    </w:p>
    <w:p w:rsidR="00703047" w:rsidRPr="001C2FEA" w:rsidRDefault="00D429B0">
      <w:pPr>
        <w:jc w:val="center"/>
      </w:pPr>
      <w:r w:rsidRPr="001C2FEA">
        <w:rPr>
          <w:b/>
        </w:rPr>
        <w:t>CHỦ ĐỀ 4: TỰ PHỤC VỤ BẢN THÂN</w:t>
      </w:r>
    </w:p>
    <w:p w:rsidR="00703047" w:rsidRPr="001C2FEA" w:rsidRDefault="00D429B0">
      <w:pPr>
        <w:jc w:val="center"/>
      </w:pPr>
      <w:r w:rsidRPr="001C2FEA">
        <w:rPr>
          <w:b/>
        </w:rPr>
        <w:t>TUẦN 13: TIẾT 2</w:t>
      </w:r>
    </w:p>
    <w:p w:rsidR="00703047" w:rsidRPr="001C2FEA" w:rsidRDefault="00D429B0">
      <w:pPr>
        <w:jc w:val="center"/>
      </w:pPr>
      <w:r w:rsidRPr="001C2FEA">
        <w:rPr>
          <w:b/>
        </w:rPr>
        <w:t>HOẠT ĐỘNG GIÁO DỤC THEO CHỦ ĐỀ: EM TỰ LÀM LẤY VIỆC CỦA MÌNH</w:t>
      </w:r>
    </w:p>
    <w:p w:rsidR="00703047" w:rsidRPr="001C2FEA" w:rsidRDefault="00D429B0">
      <w:pPr>
        <w:jc w:val="center"/>
      </w:pPr>
      <w:r w:rsidRPr="001C2FEA">
        <w:rPr>
          <w:b/>
        </w:rPr>
        <w:t>Thời gian thực hiện: ...</w:t>
      </w:r>
    </w:p>
    <w:p w:rsidR="00703047" w:rsidRPr="001C2FEA" w:rsidRDefault="00D429B0">
      <w:r w:rsidRPr="001C2FEA">
        <w:rPr>
          <w:b/>
        </w:rPr>
        <w:t>I. YÊU CẦU CẦN ĐẠT:</w:t>
      </w:r>
    </w:p>
    <w:p w:rsidR="00703047" w:rsidRPr="001C2FEA" w:rsidRDefault="00D429B0">
      <w:r w:rsidRPr="001C2FEA">
        <w:rPr>
          <w:b/>
          <w:i/>
        </w:rPr>
        <w:t>1. Năng lực đặc thù</w:t>
      </w:r>
    </w:p>
    <w:p w:rsidR="00703047" w:rsidRPr="001C2FEA" w:rsidRDefault="00D429B0">
      <w:r w:rsidRPr="001C2FEA">
        <w:t>- HS kể được những việc cần tự làm để phục vụ bản thân và nêu cách thực hiện.</w:t>
      </w:r>
    </w:p>
    <w:p w:rsidR="00703047" w:rsidRPr="001C2FEA" w:rsidRDefault="00D429B0">
      <w:r w:rsidRPr="001C2FEA">
        <w:t>- HS thực hiện, chia sẻ một số việc phù hợp lứa tuổi.</w:t>
      </w:r>
    </w:p>
    <w:p w:rsidR="00703047" w:rsidRPr="001C2FEA" w:rsidRDefault="00D429B0">
      <w:r w:rsidRPr="001C2FEA">
        <w:rPr>
          <w:b/>
          <w:i/>
        </w:rPr>
        <w:t>2. Năng lực chung</w:t>
      </w:r>
    </w:p>
    <w:p w:rsidR="00703047" w:rsidRPr="001C2FEA" w:rsidRDefault="00D429B0">
      <w:r w:rsidRPr="001C2FEA">
        <w:t>- Năng lực tự chủ và tự học: Chủ động quan sát, luyện tập và tự hoàn thành việc cá nhân.</w:t>
      </w:r>
    </w:p>
    <w:p w:rsidR="00703047" w:rsidRPr="001C2FEA" w:rsidRDefault="00D429B0">
      <w:r w:rsidRPr="001C2FEA">
        <w:t>- Năng lực giao tiếp và hợp tác: Biết hỏi, nghe hướng dẫn và chia sẻ kinh nghiệm.</w:t>
      </w:r>
    </w:p>
    <w:p w:rsidR="00703047" w:rsidRDefault="00D429B0">
      <w:r>
        <w:t>- Năng lực giải quyết vấn đề và sáng tạo: Biết lựa chọn cách làm an toàn, phù hợp.</w:t>
      </w:r>
    </w:p>
    <w:p w:rsidR="00703047" w:rsidRDefault="00D429B0">
      <w:r>
        <w:rPr>
          <w:b/>
          <w:i/>
        </w:rPr>
        <w:t>3. Phẩm chất</w:t>
      </w:r>
    </w:p>
    <w:p w:rsidR="00703047" w:rsidRDefault="00D429B0">
      <w:r>
        <w:t>- Chăm chỉ: Kiên trì luyện tập.</w:t>
      </w:r>
    </w:p>
    <w:p w:rsidR="00703047" w:rsidRDefault="00D429B0">
      <w:r>
        <w:t>- Trách nhiệm: Tự lo việc cá nhân, giữ vệ sinh và đồ dùng.</w:t>
      </w:r>
    </w:p>
    <w:p w:rsidR="00703047" w:rsidRDefault="00D429B0">
      <w:r>
        <w:t>- Nhân ái: Biết chia sẻ việc vừa sức với gia đình.</w:t>
      </w:r>
    </w:p>
    <w:p w:rsidR="00703047" w:rsidRDefault="00D429B0">
      <w:r>
        <w:rPr>
          <w:b/>
          <w:i/>
          <w:color w:val="FF0000"/>
        </w:rPr>
        <w:t>4. Tích hợp</w:t>
      </w:r>
    </w:p>
    <w:p w:rsidR="00703047" w:rsidRDefault="00D429B0">
      <w:r>
        <w:rPr>
          <w:color w:val="FF0000"/>
        </w:rPr>
        <w:t>- Giáo dục kĩ năng sống: Rèn kĩ năng tự phục vụ, tự chăm sóc bản thân, quan sát – thực hành và tổ chức công việc cá nhân.</w:t>
      </w:r>
    </w:p>
    <w:p w:rsidR="00703047" w:rsidRDefault="00D429B0">
      <w:r>
        <w:rPr>
          <w:color w:val="FF0000"/>
        </w:rPr>
        <w:t>- Tích hợp AI - YCCĐ 2.A2.1: Biết mục đích của AI là hỗ trợ tiết kiệm thời gian; con người vẫn cần tự lập trong các việc cá nhân để trưởng thành.</w:t>
      </w:r>
    </w:p>
    <w:p w:rsidR="00703047" w:rsidRDefault="00D429B0">
      <w:r>
        <w:rPr>
          <w:b/>
          <w:color w:val="FF0000"/>
        </w:rPr>
        <w:t>II. CHUẨN BỊ:</w:t>
      </w:r>
    </w:p>
    <w:p w:rsidR="00703047" w:rsidRDefault="00D429B0">
      <w:r>
        <w:t>- GV: Tranh tình huống, video ngắn về robot hút bụi hoặc thiết bị hỗ trợ việc nhà; thẻ việc làm; tranh SGK.</w:t>
      </w:r>
    </w:p>
    <w:p w:rsidR="00703047" w:rsidRDefault="00D429B0">
      <w:r>
        <w:t>- HS: SGK, giấy, bút; một câu chuyện về việc em đã tự làm.</w:t>
      </w:r>
    </w:p>
    <w:p w:rsidR="00703047" w:rsidRDefault="00D429B0">
      <w:r>
        <w:rPr>
          <w:b/>
          <w:color w:val="FF0000"/>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703047" w:rsidTr="000E4727">
        <w:trPr>
          <w:cantSplit/>
          <w:tblHeader/>
          <w:jc w:val="center"/>
        </w:trPr>
        <w:tc>
          <w:tcPr>
            <w:tcW w:w="4513" w:type="dxa"/>
            <w:tcBorders>
              <w:bottom w:val="single" w:sz="6" w:space="0" w:color="000000"/>
            </w:tcBorders>
            <w:shd w:val="clear" w:color="auto" w:fill="auto"/>
            <w:tcMar>
              <w:top w:w="70" w:type="dxa"/>
              <w:left w:w="90" w:type="dxa"/>
              <w:bottom w:w="70" w:type="dxa"/>
              <w:right w:w="90" w:type="dxa"/>
            </w:tcMar>
          </w:tcPr>
          <w:p w:rsidR="00703047" w:rsidRDefault="00D429B0">
            <w:pPr>
              <w:jc w:val="center"/>
            </w:pPr>
            <w:r>
              <w:rPr>
                <w:b/>
              </w:rPr>
              <w:t>HOẠT ĐỘNG CỦA GIÁO VIÊN</w:t>
            </w:r>
          </w:p>
        </w:tc>
        <w:tc>
          <w:tcPr>
            <w:tcW w:w="4513" w:type="dxa"/>
            <w:tcBorders>
              <w:bottom w:val="single" w:sz="6" w:space="0" w:color="000000"/>
            </w:tcBorders>
            <w:shd w:val="clear" w:color="auto" w:fill="auto"/>
            <w:tcMar>
              <w:top w:w="70" w:type="dxa"/>
              <w:left w:w="90" w:type="dxa"/>
              <w:bottom w:w="70" w:type="dxa"/>
              <w:right w:w="90" w:type="dxa"/>
            </w:tcMar>
          </w:tcPr>
          <w:p w:rsidR="00703047" w:rsidRDefault="00D429B0">
            <w:pPr>
              <w:jc w:val="center"/>
            </w:pPr>
            <w:r>
              <w:rPr>
                <w:b/>
              </w:rPr>
              <w:t>HOẠT ĐỘNG CỦA HỌC SINH</w:t>
            </w:r>
          </w:p>
        </w:tc>
      </w:tr>
      <w:tr w:rsidR="00703047" w:rsidTr="000E4727">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703047" w:rsidRDefault="00D429B0">
            <w:r>
              <w:rPr>
                <w:b/>
              </w:rPr>
              <w:t>1. KHỞI ĐỘNG</w:t>
            </w:r>
          </w:p>
          <w:p w:rsidR="00703047" w:rsidRDefault="00D429B0">
            <w:r>
              <w:rPr>
                <w:b/>
              </w:rPr>
              <w:t xml:space="preserve">- Mục tiêu: </w:t>
            </w:r>
            <w:r>
              <w:t>Gợi kinh nghiệm và giúp HS nhận ra sự bất tiện khi phụ thuộc vào người lớn trong mọi việc.</w:t>
            </w:r>
          </w:p>
          <w:p w:rsidR="00703047" w:rsidRDefault="00D429B0">
            <w:r>
              <w:rPr>
                <w:b/>
                <w:i/>
              </w:rPr>
              <w:t>* Cách tiến hành:</w:t>
            </w:r>
          </w:p>
        </w:tc>
      </w:tr>
      <w:tr w:rsidR="00703047" w:rsidTr="000E4727">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703047" w:rsidRDefault="00D429B0">
            <w:r>
              <w:t>- GV kể câu chuyện “Bạn nhỏ hay gọi: Mẹ ơi!” và đưa thêm tình huống mất khăn, khát nước, muốn buộc giày, mặc áo mưa.</w:t>
            </w:r>
          </w:p>
        </w:tc>
        <w:tc>
          <w:tcPr>
            <w:tcW w:w="4586" w:type="dxa"/>
            <w:tcBorders>
              <w:top w:val="single" w:sz="6" w:space="0" w:color="000000"/>
            </w:tcBorders>
            <w:shd w:val="clear" w:color="auto" w:fill="auto"/>
            <w:tcMar>
              <w:top w:w="70" w:type="dxa"/>
              <w:left w:w="90" w:type="dxa"/>
              <w:bottom w:w="70" w:type="dxa"/>
              <w:right w:w="90" w:type="dxa"/>
            </w:tcMar>
            <w:vAlign w:val="center"/>
          </w:tcPr>
          <w:p w:rsidR="00703047" w:rsidRDefault="00D429B0">
            <w:r>
              <w:t>- HS đóng vai bé Kẹo, tương tác và dự đoán cảm xúc của mẹ.</w:t>
            </w:r>
          </w:p>
        </w:tc>
      </w:tr>
      <w:tr w:rsidR="00703047" w:rsidTr="000E4727">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703047" w:rsidRDefault="00D429B0">
            <w:r>
              <w:t>- GV mời HS đưa lời khuyên để bé Kẹo tự lập hơn.</w:t>
            </w:r>
          </w:p>
        </w:tc>
        <w:tc>
          <w:tcPr>
            <w:tcW w:w="4586" w:type="dxa"/>
            <w:tcBorders>
              <w:bottom w:val="single" w:sz="6" w:space="0" w:color="000000"/>
            </w:tcBorders>
            <w:shd w:val="clear" w:color="auto" w:fill="auto"/>
            <w:tcMar>
              <w:top w:w="70" w:type="dxa"/>
              <w:left w:w="90" w:type="dxa"/>
              <w:bottom w:w="70" w:type="dxa"/>
              <w:right w:w="90" w:type="dxa"/>
            </w:tcMar>
            <w:vAlign w:val="center"/>
          </w:tcPr>
          <w:p w:rsidR="00703047" w:rsidRDefault="00D429B0">
            <w:r>
              <w:t>- HS nêu: quan sát, tự thử, nhờ hướng dẫn một lần, luyện tập nhiều lần.</w:t>
            </w:r>
          </w:p>
        </w:tc>
      </w:tr>
      <w:tr w:rsidR="00703047" w:rsidTr="000E4727">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703047" w:rsidRDefault="00D429B0">
            <w:r>
              <w:rPr>
                <w:b/>
              </w:rPr>
              <w:lastRenderedPageBreak/>
              <w:t>2. KHÁM PHÁ CHỦ ĐỀ</w:t>
            </w:r>
            <w:r>
              <w:rPr>
                <w:b/>
              </w:rPr>
              <w:br/>
              <w:t>Kể về những việc em nên tự làm để phục vụ bản thân</w:t>
            </w:r>
          </w:p>
          <w:p w:rsidR="00703047" w:rsidRDefault="00D429B0">
            <w:r>
              <w:rPr>
                <w:b/>
              </w:rPr>
              <w:t xml:space="preserve">- Mục tiêu: </w:t>
            </w:r>
            <w:r>
              <w:t>HS nêu được việc tự phục vụ ở lớp, ở nhà và cách thực hiện an toàn.</w:t>
            </w:r>
          </w:p>
          <w:p w:rsidR="00703047" w:rsidRDefault="00D429B0">
            <w:r>
              <w:rPr>
                <w:b/>
                <w:color w:val="FF0000"/>
              </w:rPr>
              <w:t xml:space="preserve">Mục tiêu tích hợp: </w:t>
            </w:r>
            <w:r>
              <w:rPr>
                <w:color w:val="FF0000"/>
              </w:rPr>
              <w:t>HS biết quan sát, thực hành theo từng bước, tổ chức đồ dùng và hình thành thói quen tự chăm sóc.</w:t>
            </w:r>
          </w:p>
          <w:p w:rsidR="00703047" w:rsidRDefault="00D429B0">
            <w:r>
              <w:rPr>
                <w:b/>
                <w:i/>
              </w:rPr>
              <w:t>* Cách tiến hành:</w:t>
            </w:r>
          </w:p>
        </w:tc>
      </w:tr>
      <w:tr w:rsidR="00703047" w:rsidTr="000E4727">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703047" w:rsidRDefault="00D429B0">
            <w:r>
              <w:t>- GV gợi hỏi: Áo, mũ để đâu? Tự lấy nước thế nào? Làm sao không quên đồ? Đi giày, buộc tóc, mặc áo mưa, xới cơm, giữ vệ sinh nhà vệ sinh ra sao?</w:t>
            </w:r>
          </w:p>
          <w:p w:rsidR="00703047" w:rsidRDefault="00703047">
            <w:pPr>
              <w:jc w:val="center"/>
            </w:pPr>
          </w:p>
        </w:tc>
        <w:tc>
          <w:tcPr>
            <w:tcW w:w="4586" w:type="dxa"/>
            <w:tcBorders>
              <w:top w:val="single" w:sz="6" w:space="0" w:color="000000"/>
            </w:tcBorders>
            <w:shd w:val="clear" w:color="auto" w:fill="auto"/>
            <w:tcMar>
              <w:top w:w="70" w:type="dxa"/>
              <w:left w:w="90" w:type="dxa"/>
              <w:bottom w:w="70" w:type="dxa"/>
              <w:right w:w="90" w:type="dxa"/>
            </w:tcMar>
            <w:vAlign w:val="center"/>
          </w:tcPr>
          <w:p w:rsidR="00703047" w:rsidRDefault="00D429B0">
            <w:r>
              <w:t>- HS trả lời theo trải nghiệm, nêu cách làm và nơi cất đồ phù hợp.</w:t>
            </w:r>
          </w:p>
        </w:tc>
      </w:tr>
      <w:tr w:rsidR="00703047" w:rsidTr="000E4727">
        <w:trPr>
          <w:cantSplit/>
          <w:jc w:val="center"/>
        </w:trPr>
        <w:tc>
          <w:tcPr>
            <w:tcW w:w="5187" w:type="dxa"/>
            <w:shd w:val="clear" w:color="auto" w:fill="auto"/>
            <w:tcMar>
              <w:top w:w="70" w:type="dxa"/>
              <w:left w:w="90" w:type="dxa"/>
              <w:bottom w:w="70" w:type="dxa"/>
              <w:right w:w="90" w:type="dxa"/>
            </w:tcMar>
            <w:vAlign w:val="center"/>
          </w:tcPr>
          <w:p w:rsidR="00703047" w:rsidRDefault="00D429B0">
            <w:r>
              <w:t>- GV sửa những cách làm chưa an toàn, hướng dẫn HS quan sát người lớn, chia nhỏ thao tác và luyện nhiều lần.</w:t>
            </w:r>
          </w:p>
        </w:tc>
        <w:tc>
          <w:tcPr>
            <w:tcW w:w="4586" w:type="dxa"/>
            <w:shd w:val="clear" w:color="auto" w:fill="auto"/>
            <w:tcMar>
              <w:top w:w="70" w:type="dxa"/>
              <w:left w:w="90" w:type="dxa"/>
              <w:bottom w:w="70" w:type="dxa"/>
              <w:right w:w="90" w:type="dxa"/>
            </w:tcMar>
            <w:vAlign w:val="center"/>
          </w:tcPr>
          <w:p w:rsidR="00703047" w:rsidRDefault="00D429B0">
            <w:r>
              <w:t>- HS lắng nghe, thực hành mô phỏng và đặt câu hỏi khi chưa rõ.</w:t>
            </w:r>
          </w:p>
        </w:tc>
      </w:tr>
      <w:tr w:rsidR="00703047" w:rsidTr="000E4727">
        <w:trPr>
          <w:cantSplit/>
          <w:jc w:val="center"/>
        </w:trPr>
        <w:tc>
          <w:tcPr>
            <w:tcW w:w="5187" w:type="dxa"/>
            <w:shd w:val="clear" w:color="auto" w:fill="auto"/>
            <w:tcMar>
              <w:top w:w="70" w:type="dxa"/>
              <w:left w:w="90" w:type="dxa"/>
              <w:bottom w:w="70" w:type="dxa"/>
              <w:right w:w="90" w:type="dxa"/>
            </w:tcMar>
            <w:vAlign w:val="center"/>
          </w:tcPr>
          <w:p w:rsidR="00703047" w:rsidRDefault="00D429B0">
            <w:r>
              <w:rPr>
                <w:b/>
                <w:color w:val="FF0000"/>
              </w:rPr>
              <w:t xml:space="preserve">Câu hỏi dẫn tích hợp: </w:t>
            </w:r>
            <w:r>
              <w:rPr>
                <w:color w:val="FF0000"/>
              </w:rPr>
              <w:t>Muốn tự làm tốt một việc, vì sao em cần quan sát, chuẩn bị đủ đồ dùng và thực hiện theo từng bước? Khi nào em cần dừng lại để nhờ người lớn?</w:t>
            </w:r>
          </w:p>
        </w:tc>
        <w:tc>
          <w:tcPr>
            <w:tcW w:w="4586" w:type="dxa"/>
            <w:shd w:val="clear" w:color="auto" w:fill="auto"/>
            <w:tcMar>
              <w:top w:w="70" w:type="dxa"/>
              <w:left w:w="90" w:type="dxa"/>
              <w:bottom w:w="70" w:type="dxa"/>
              <w:right w:w="90" w:type="dxa"/>
            </w:tcMar>
            <w:vAlign w:val="center"/>
          </w:tcPr>
          <w:p w:rsidR="00703047" w:rsidRDefault="00D429B0">
            <w:r>
              <w:t>- HS nêu: để tránh quên, tránh sai, bảo đảm an toàn; cần nhờ khi có dao, điện, nước nóng, vật nặng hoặc chưa biết cách.</w:t>
            </w:r>
          </w:p>
        </w:tc>
      </w:tr>
      <w:tr w:rsidR="00703047" w:rsidTr="000E4727">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703047" w:rsidRDefault="00D429B0">
            <w:r>
              <w:rPr>
                <w:b/>
                <w:color w:val="FF0000"/>
              </w:rPr>
              <w:t xml:space="preserve">Diễn giải tích hợp: </w:t>
            </w:r>
            <w:r>
              <w:rPr>
                <w:color w:val="FF0000"/>
              </w:rPr>
              <w:t>GV giúp HS hiểu tự phục vụ là khả năng chủ động chăm sóc bản thân bằng những việc vừa sức. Trước khi làm, HS cần xác định việc gì, chuẩn bị gì, làm theo thứ tự nào và kiểm tra kết quả. Việc tự cất đồ, mặc áo mưa, buộc tóc, đi giày, lấy nước, dọn chỗ ăn hoặc giữ vệ sinh chung giúp các em tự tin, ít phụ thuộc và có trách nhiệm hơn. Tuy nhiên, tự lập luôn đi cùng an toàn: không tự dùng dao sắc, bếp, ổ điện, nước nóng hoặc hóa chất; cần báo người lớn khi gặp khó khăn.</w:t>
            </w:r>
          </w:p>
        </w:tc>
        <w:tc>
          <w:tcPr>
            <w:tcW w:w="4586" w:type="dxa"/>
            <w:tcBorders>
              <w:bottom w:val="single" w:sz="6" w:space="0" w:color="000000"/>
            </w:tcBorders>
            <w:shd w:val="clear" w:color="auto" w:fill="auto"/>
            <w:tcMar>
              <w:top w:w="70" w:type="dxa"/>
              <w:left w:w="90" w:type="dxa"/>
              <w:bottom w:w="70" w:type="dxa"/>
              <w:right w:w="90" w:type="dxa"/>
            </w:tcMar>
            <w:vAlign w:val="center"/>
          </w:tcPr>
          <w:p w:rsidR="00703047" w:rsidRDefault="00D429B0">
            <w:r>
              <w:t>- HS ghi nhớ, chọn một việc muốn luyện tập và nêu các bước thực hiện.</w:t>
            </w:r>
          </w:p>
        </w:tc>
      </w:tr>
      <w:tr w:rsidR="00703047" w:rsidTr="000E4727">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703047" w:rsidRDefault="00D429B0">
            <w:r>
              <w:rPr>
                <w:b/>
              </w:rPr>
              <w:t>3. THỰC HÀNH</w:t>
            </w:r>
            <w:r>
              <w:rPr>
                <w:b/>
              </w:rPr>
              <w:br/>
              <w:t>HOẠT ĐỘNG MỞ RỘNG VÀ TỔNG KẾT CHỦ ĐỀ</w:t>
            </w:r>
            <w:r>
              <w:rPr>
                <w:b/>
              </w:rPr>
              <w:br/>
              <w:t>Trò chơi “Ai biết tự phục vụ?”</w:t>
            </w:r>
          </w:p>
          <w:p w:rsidR="00703047" w:rsidRDefault="00D429B0">
            <w:r>
              <w:rPr>
                <w:b/>
              </w:rPr>
              <w:t xml:space="preserve">- Mục tiêu: </w:t>
            </w:r>
            <w:r>
              <w:t>HS chia sẻ việc đã làm, tự hào về tiến bộ và hiểu vai trò hỗ trợ của công nghệ.</w:t>
            </w:r>
          </w:p>
          <w:p w:rsidR="00703047" w:rsidRDefault="00D429B0">
            <w:r>
              <w:rPr>
                <w:b/>
                <w:color w:val="FF0000"/>
              </w:rPr>
              <w:t xml:space="preserve">Mục tiêu tích hợp: </w:t>
            </w:r>
            <w:r>
              <w:rPr>
                <w:color w:val="FF0000"/>
              </w:rPr>
              <w:t>HS nhận biết AI/robot có thể hỗ trợ một số việc lặp lại, giúp tiết kiệm thời gian nhưng không thay thế trách nhiệm tự chăm sóc và rèn luyện của con người.</w:t>
            </w:r>
          </w:p>
          <w:p w:rsidR="00703047" w:rsidRDefault="00D429B0">
            <w:r>
              <w:rPr>
                <w:b/>
                <w:i/>
              </w:rPr>
              <w:t>* Cách tiến hành:</w:t>
            </w:r>
          </w:p>
        </w:tc>
      </w:tr>
      <w:tr w:rsidR="00703047" w:rsidTr="000E4727">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703047" w:rsidRDefault="00D429B0" w:rsidP="005E5C21">
            <w:pPr>
              <w:jc w:val="both"/>
            </w:pPr>
            <w:r>
              <w:lastRenderedPageBreak/>
              <w:t>- GV tổ chức trò chơi nối tiếp câu “Tớ tự…”, “Mình tự…”, yêu cầu không lặp lại việc của bạn.</w:t>
            </w:r>
          </w:p>
        </w:tc>
        <w:tc>
          <w:tcPr>
            <w:tcW w:w="4586" w:type="dxa"/>
            <w:tcBorders>
              <w:top w:val="single" w:sz="6" w:space="0" w:color="000000"/>
            </w:tcBorders>
            <w:shd w:val="clear" w:color="auto" w:fill="auto"/>
            <w:tcMar>
              <w:top w:w="70" w:type="dxa"/>
              <w:left w:w="90" w:type="dxa"/>
              <w:bottom w:w="70" w:type="dxa"/>
              <w:right w:w="90" w:type="dxa"/>
            </w:tcMar>
            <w:vAlign w:val="center"/>
          </w:tcPr>
          <w:p w:rsidR="00703047" w:rsidRDefault="00D429B0" w:rsidP="005E5C21">
            <w:pPr>
              <w:jc w:val="both"/>
            </w:pPr>
            <w:r>
              <w:t>- HS lần lượt kể: tự buộc tóc, mặc quần áo, dọn bàn, chuẩn bị cặp, rót nước…</w:t>
            </w:r>
          </w:p>
        </w:tc>
      </w:tr>
      <w:tr w:rsidR="00703047" w:rsidTr="000E4727">
        <w:trPr>
          <w:cantSplit/>
          <w:jc w:val="center"/>
        </w:trPr>
        <w:tc>
          <w:tcPr>
            <w:tcW w:w="5187" w:type="dxa"/>
            <w:shd w:val="clear" w:color="auto" w:fill="auto"/>
            <w:tcMar>
              <w:top w:w="70" w:type="dxa"/>
              <w:left w:w="90" w:type="dxa"/>
              <w:bottom w:w="70" w:type="dxa"/>
              <w:right w:w="90" w:type="dxa"/>
            </w:tcMar>
            <w:vAlign w:val="center"/>
          </w:tcPr>
          <w:p w:rsidR="00703047" w:rsidRDefault="00D429B0" w:rsidP="005E5C21">
            <w:pPr>
              <w:jc w:val="both"/>
            </w:pPr>
            <w:r>
              <w:t>- GV cho HS xem video/hình robot hút bụi và hỏi robot hỗ trợ việc gì, con người vẫn phải làm gì.</w:t>
            </w:r>
          </w:p>
        </w:tc>
        <w:tc>
          <w:tcPr>
            <w:tcW w:w="4586" w:type="dxa"/>
            <w:shd w:val="clear" w:color="auto" w:fill="auto"/>
            <w:tcMar>
              <w:top w:w="70" w:type="dxa"/>
              <w:left w:w="90" w:type="dxa"/>
              <w:bottom w:w="70" w:type="dxa"/>
              <w:right w:w="90" w:type="dxa"/>
            </w:tcMar>
            <w:vAlign w:val="center"/>
          </w:tcPr>
          <w:p w:rsidR="00703047" w:rsidRDefault="00D429B0" w:rsidP="005E5C21">
            <w:pPr>
              <w:jc w:val="both"/>
            </w:pPr>
            <w:r>
              <w:t>- HS quan sát, nêu robot hỗ trợ hút bụi; con người vẫn dọn đồ, điều khiển, kiểm tra, tự làm việc cá nhân.</w:t>
            </w:r>
          </w:p>
        </w:tc>
      </w:tr>
      <w:tr w:rsidR="00703047" w:rsidTr="000E4727">
        <w:trPr>
          <w:cantSplit/>
          <w:jc w:val="center"/>
        </w:trPr>
        <w:tc>
          <w:tcPr>
            <w:tcW w:w="5187" w:type="dxa"/>
            <w:shd w:val="clear" w:color="auto" w:fill="auto"/>
            <w:tcMar>
              <w:top w:w="70" w:type="dxa"/>
              <w:left w:w="90" w:type="dxa"/>
              <w:bottom w:w="70" w:type="dxa"/>
              <w:right w:w="90" w:type="dxa"/>
            </w:tcMar>
            <w:vAlign w:val="center"/>
          </w:tcPr>
          <w:p w:rsidR="00703047" w:rsidRDefault="00D429B0" w:rsidP="005E5C21">
            <w:pPr>
              <w:jc w:val="both"/>
            </w:pPr>
            <w:r>
              <w:rPr>
                <w:b/>
                <w:color w:val="FF0000"/>
              </w:rPr>
              <w:t xml:space="preserve">Câu hỏi dẫn tích hợp: </w:t>
            </w:r>
            <w:r>
              <w:rPr>
                <w:color w:val="FF0000"/>
              </w:rPr>
              <w:t>Nếu robot hoặc trợ lí thông minh có thể làm một số việc nhà, vì sao em vẫn cần tự cất đồ, tự chuẩn bị sách vở và tự chăm sóc bản thân?</w:t>
            </w:r>
          </w:p>
        </w:tc>
        <w:tc>
          <w:tcPr>
            <w:tcW w:w="4586" w:type="dxa"/>
            <w:shd w:val="clear" w:color="auto" w:fill="auto"/>
            <w:tcMar>
              <w:top w:w="70" w:type="dxa"/>
              <w:left w:w="90" w:type="dxa"/>
              <w:bottom w:w="70" w:type="dxa"/>
              <w:right w:w="90" w:type="dxa"/>
            </w:tcMar>
            <w:vAlign w:val="center"/>
          </w:tcPr>
          <w:p w:rsidR="00703047" w:rsidRDefault="00D429B0" w:rsidP="005E5C21">
            <w:pPr>
              <w:jc w:val="both"/>
            </w:pPr>
            <w:r>
              <w:t>- HS nêu: công nghệ chỉ hỗ trợ, không biết mọi nhu cầu; tự làm giúp em trưởng thành, chủ động và có kĩ năng.</w:t>
            </w:r>
          </w:p>
        </w:tc>
      </w:tr>
      <w:tr w:rsidR="00703047" w:rsidTr="000E4727">
        <w:trPr>
          <w:cantSplit/>
          <w:jc w:val="center"/>
        </w:trPr>
        <w:tc>
          <w:tcPr>
            <w:tcW w:w="5187" w:type="dxa"/>
            <w:shd w:val="clear" w:color="auto" w:fill="auto"/>
            <w:tcMar>
              <w:top w:w="70" w:type="dxa"/>
              <w:left w:w="90" w:type="dxa"/>
              <w:bottom w:w="70" w:type="dxa"/>
              <w:right w:w="90" w:type="dxa"/>
            </w:tcMar>
            <w:vAlign w:val="center"/>
          </w:tcPr>
          <w:p w:rsidR="00703047" w:rsidRDefault="00D429B0" w:rsidP="005E5C21">
            <w:pPr>
              <w:jc w:val="both"/>
            </w:pPr>
            <w:r>
              <w:rPr>
                <w:b/>
                <w:color w:val="FF0000"/>
              </w:rPr>
              <w:t xml:space="preserve">Diễn giải tích hợp: </w:t>
            </w:r>
            <w:r>
              <w:rPr>
                <w:color w:val="FF0000"/>
              </w:rPr>
              <w:t>GV giải thích AI và robot được tạo ra để hỗ trợ con người trong một số nhiệm vụ như hút bụi, nhắc lịch, bật tắt thiết bị. Nhờ đó, con người có thể tiết kiệm thời gian cho học tập, nghỉ ngơi và chăm sóc nhau. Tuy nhiên, máy cần con người cài đặt, kiểm tra và sử dụng đúng cách; không thể thay em tự chuẩn bị cặp, giữ vệ sinh, ăn uống, mặc quần áo hay biết chịu trách nhiệm. HS không tự ý điều khiển thiết bị lạ, không chạm bộ phận điện và luôn làm theo hướng dẫn của người lớn.</w:t>
            </w:r>
          </w:p>
        </w:tc>
        <w:tc>
          <w:tcPr>
            <w:tcW w:w="4586" w:type="dxa"/>
            <w:shd w:val="clear" w:color="auto" w:fill="auto"/>
            <w:tcMar>
              <w:top w:w="70" w:type="dxa"/>
              <w:left w:w="90" w:type="dxa"/>
              <w:bottom w:w="70" w:type="dxa"/>
              <w:right w:w="90" w:type="dxa"/>
            </w:tcMar>
            <w:vAlign w:val="center"/>
          </w:tcPr>
          <w:p w:rsidR="00703047" w:rsidRDefault="00D429B0" w:rsidP="005E5C21">
            <w:pPr>
              <w:jc w:val="both"/>
            </w:pPr>
            <w:r>
              <w:t>- HS lắng nghe, nêu một việc công nghệ có thể hỗ trợ và một việc bản thân phải tự làm.</w:t>
            </w:r>
          </w:p>
        </w:tc>
      </w:tr>
      <w:tr w:rsidR="00703047" w:rsidTr="000E4727">
        <w:trPr>
          <w:cantSplit/>
          <w:jc w:val="center"/>
        </w:trPr>
        <w:tc>
          <w:tcPr>
            <w:tcW w:w="9773" w:type="dxa"/>
            <w:gridSpan w:val="2"/>
            <w:shd w:val="clear" w:color="auto" w:fill="auto"/>
            <w:tcMar>
              <w:top w:w="70" w:type="dxa"/>
              <w:left w:w="90" w:type="dxa"/>
              <w:bottom w:w="70" w:type="dxa"/>
              <w:right w:w="90" w:type="dxa"/>
            </w:tcMar>
          </w:tcPr>
          <w:p w:rsidR="00703047" w:rsidRDefault="00D429B0" w:rsidP="005E5C21">
            <w:pPr>
              <w:jc w:val="both"/>
            </w:pPr>
            <w:r>
              <w:rPr>
                <w:b/>
              </w:rPr>
              <w:t>4. VẬN DỤNG</w:t>
            </w:r>
            <w:r>
              <w:rPr>
                <w:b/>
              </w:rPr>
              <w:br/>
              <w:t>HOẠT ĐỘNG SAU GIỜ HỌC (CAM KẾT HÀNH ĐỘNG)</w:t>
            </w:r>
          </w:p>
          <w:p w:rsidR="00703047" w:rsidRDefault="00D429B0" w:rsidP="005E5C21">
            <w:pPr>
              <w:jc w:val="both"/>
            </w:pPr>
            <w:r>
              <w:rPr>
                <w:b/>
              </w:rPr>
              <w:t xml:space="preserve">- Mục tiêu: </w:t>
            </w:r>
            <w:r>
              <w:t>HS lựa chọn một việc chưa biết làm, nhờ hướng dẫn và luyện tập đến khi thành thạo.</w:t>
            </w:r>
          </w:p>
          <w:p w:rsidR="00703047" w:rsidRDefault="00D429B0" w:rsidP="005E5C21">
            <w:pPr>
              <w:jc w:val="both"/>
            </w:pPr>
            <w:r>
              <w:rPr>
                <w:b/>
                <w:i/>
              </w:rPr>
              <w:t>* Cách tiến hành:</w:t>
            </w:r>
          </w:p>
        </w:tc>
      </w:tr>
      <w:tr w:rsidR="00703047" w:rsidTr="000E4727">
        <w:trPr>
          <w:cantSplit/>
          <w:jc w:val="center"/>
        </w:trPr>
        <w:tc>
          <w:tcPr>
            <w:tcW w:w="5187" w:type="dxa"/>
            <w:shd w:val="clear" w:color="auto" w:fill="auto"/>
            <w:tcMar>
              <w:top w:w="70" w:type="dxa"/>
              <w:left w:w="90" w:type="dxa"/>
              <w:bottom w:w="70" w:type="dxa"/>
              <w:right w:w="90" w:type="dxa"/>
            </w:tcMar>
            <w:vAlign w:val="center"/>
          </w:tcPr>
          <w:p w:rsidR="00703047" w:rsidRDefault="00D429B0">
            <w:r>
              <w:t>- GV đề nghị HS bàn với bố mẹ chọn một việc: dọn phòng, sắp quần áo, xếp giày dép, cất bát sau ăn hoặc việc phù hợp khác.</w:t>
            </w:r>
          </w:p>
        </w:tc>
        <w:tc>
          <w:tcPr>
            <w:tcW w:w="4586" w:type="dxa"/>
            <w:shd w:val="clear" w:color="auto" w:fill="auto"/>
            <w:tcMar>
              <w:top w:w="70" w:type="dxa"/>
              <w:left w:w="90" w:type="dxa"/>
              <w:bottom w:w="70" w:type="dxa"/>
              <w:right w:w="90" w:type="dxa"/>
            </w:tcMar>
            <w:vAlign w:val="center"/>
          </w:tcPr>
          <w:p w:rsidR="00703047" w:rsidRDefault="00D429B0">
            <w:r>
              <w:t>- HS lựa chọn, ghi nhớ lời nhắn: “Bố mẹ hướng dẫn con; con sẽ tự làm!”.</w:t>
            </w:r>
          </w:p>
        </w:tc>
      </w:tr>
      <w:tr w:rsidR="00703047" w:rsidTr="000E4727">
        <w:trPr>
          <w:cantSplit/>
          <w:jc w:val="center"/>
        </w:trPr>
        <w:tc>
          <w:tcPr>
            <w:tcW w:w="5187" w:type="dxa"/>
            <w:shd w:val="clear" w:color="auto" w:fill="auto"/>
            <w:tcMar>
              <w:top w:w="70" w:type="dxa"/>
              <w:left w:w="90" w:type="dxa"/>
              <w:bottom w:w="70" w:type="dxa"/>
              <w:right w:w="90" w:type="dxa"/>
            </w:tcMar>
            <w:vAlign w:val="center"/>
          </w:tcPr>
          <w:p w:rsidR="00703047" w:rsidRDefault="00D429B0">
            <w:r>
              <w:t>- GV dặn HS ghi lại niềm vui, khó khăn và điều đã học khi tự thực hiện.</w:t>
            </w:r>
          </w:p>
        </w:tc>
        <w:tc>
          <w:tcPr>
            <w:tcW w:w="4586" w:type="dxa"/>
            <w:shd w:val="clear" w:color="auto" w:fill="auto"/>
            <w:tcMar>
              <w:top w:w="70" w:type="dxa"/>
              <w:left w:w="90" w:type="dxa"/>
              <w:bottom w:w="70" w:type="dxa"/>
              <w:right w:w="90" w:type="dxa"/>
            </w:tcMar>
            <w:vAlign w:val="center"/>
          </w:tcPr>
          <w:p w:rsidR="00703047" w:rsidRDefault="00D429B0">
            <w:r>
              <w:t>- HS thực hành ở nhà, chuẩn bị chia sẻ trong Tiết 3.</w:t>
            </w:r>
          </w:p>
        </w:tc>
      </w:tr>
    </w:tbl>
    <w:p w:rsidR="00703047" w:rsidRDefault="00D429B0">
      <w:r>
        <w:rPr>
          <w:b/>
          <w:color w:val="FF0000"/>
        </w:rPr>
        <w:t>IV. ĐIỀU CHỈNH SAU BÀI DẠY:</w:t>
      </w:r>
    </w:p>
    <w:p w:rsidR="00703047" w:rsidRDefault="00D429B0">
      <w:r>
        <w:t>................................................................................................................</w:t>
      </w:r>
    </w:p>
    <w:p w:rsidR="00703047" w:rsidRDefault="00D429B0">
      <w:r>
        <w:t>................................................................................................................</w:t>
      </w:r>
    </w:p>
    <w:p w:rsidR="00703047" w:rsidRPr="000E4727" w:rsidRDefault="00D429B0">
      <w:pPr>
        <w:pageBreakBefore/>
        <w:jc w:val="center"/>
      </w:pPr>
      <w:r w:rsidRPr="000E4727">
        <w:rPr>
          <w:b/>
        </w:rPr>
        <w:lastRenderedPageBreak/>
        <w:t>KẾ HOẠCH BÀI DẠY MÔN HOẠT ĐỘNG TRẢI NGHIỆM LỚP 2</w:t>
      </w:r>
    </w:p>
    <w:p w:rsidR="00703047" w:rsidRPr="000E4727" w:rsidRDefault="00D429B0">
      <w:pPr>
        <w:jc w:val="center"/>
      </w:pPr>
      <w:r w:rsidRPr="000E4727">
        <w:rPr>
          <w:b/>
        </w:rPr>
        <w:t>CHỦ ĐỀ 4: TỰ PHỤC VỤ BẢN THÂN</w:t>
      </w:r>
    </w:p>
    <w:p w:rsidR="00703047" w:rsidRPr="000E4727" w:rsidRDefault="00D429B0">
      <w:pPr>
        <w:jc w:val="center"/>
      </w:pPr>
      <w:r w:rsidRPr="000E4727">
        <w:rPr>
          <w:b/>
        </w:rPr>
        <w:t>TUẦN 13: TIẾT 3</w:t>
      </w:r>
    </w:p>
    <w:p w:rsidR="00703047" w:rsidRPr="000E4727" w:rsidRDefault="00D429B0">
      <w:pPr>
        <w:jc w:val="center"/>
      </w:pPr>
      <w:r w:rsidRPr="000E4727">
        <w:rPr>
          <w:b/>
        </w:rPr>
        <w:t>SINH HOẠT LỚP: TRÒ CHƠI “QUANH MÂM CƠM”</w:t>
      </w:r>
    </w:p>
    <w:p w:rsidR="00703047" w:rsidRPr="000E4727" w:rsidRDefault="00D429B0">
      <w:pPr>
        <w:jc w:val="center"/>
      </w:pPr>
      <w:r w:rsidRPr="000E4727">
        <w:rPr>
          <w:b/>
        </w:rPr>
        <w:t>Thời gian thực hiện: ...</w:t>
      </w:r>
    </w:p>
    <w:p w:rsidR="00703047" w:rsidRPr="000E4727" w:rsidRDefault="00D429B0">
      <w:r w:rsidRPr="000E4727">
        <w:rPr>
          <w:b/>
        </w:rPr>
        <w:t>I. YÊU CẦU CẦN ĐẠT:</w:t>
      </w:r>
    </w:p>
    <w:p w:rsidR="00703047" w:rsidRPr="000E4727" w:rsidRDefault="00D429B0">
      <w:r w:rsidRPr="000E4727">
        <w:rPr>
          <w:b/>
          <w:i/>
        </w:rPr>
        <w:t>1. Năng lực đặc thù</w:t>
      </w:r>
    </w:p>
    <w:p w:rsidR="00703047" w:rsidRPr="000E4727" w:rsidRDefault="00D429B0">
      <w:r w:rsidRPr="000E4727">
        <w:t>- HS tự đánh giá hoạt động tuần 13, xác định phương hướng tuần 14.</w:t>
      </w:r>
    </w:p>
    <w:p w:rsidR="00703047" w:rsidRPr="000E4727" w:rsidRDefault="00D429B0">
      <w:r w:rsidRPr="000E4727">
        <w:t>- HS chia sẻ việc tự phục vụ đã thực hiện và rèn hành động chuẩn bị bữa cơm phù hợp.</w:t>
      </w:r>
    </w:p>
    <w:p w:rsidR="00703047" w:rsidRPr="000E4727" w:rsidRDefault="00D429B0">
      <w:r w:rsidRPr="000E4727">
        <w:rPr>
          <w:b/>
          <w:i/>
        </w:rPr>
        <w:t>2. Năng lực chung</w:t>
      </w:r>
    </w:p>
    <w:p w:rsidR="00703047" w:rsidRPr="000E4727" w:rsidRDefault="00D429B0">
      <w:r w:rsidRPr="000E4727">
        <w:t>- Năng lực tự chủ và tự học: Tự đánh giá và thực hiện việc vừa sức.</w:t>
      </w:r>
    </w:p>
    <w:p w:rsidR="00703047" w:rsidRPr="000E4727" w:rsidRDefault="00D429B0">
      <w:r w:rsidRPr="000E4727">
        <w:t>- Năng lực giao tiếp và hợp tác: Phối hợp sắp xếp mâm cơm, chia sẻ kinh nghiệm.</w:t>
      </w:r>
    </w:p>
    <w:p w:rsidR="00703047" w:rsidRPr="000E4727" w:rsidRDefault="00D429B0">
      <w:r w:rsidRPr="000E4727">
        <w:t>- Năng lực giải quyết vấn đề và sáng tạo: Biết bố trí vật dụng, xử lí tình huống trong bữa ăn.</w:t>
      </w:r>
    </w:p>
    <w:p w:rsidR="00703047" w:rsidRPr="000E4727" w:rsidRDefault="00D429B0">
      <w:r w:rsidRPr="000E4727">
        <w:rPr>
          <w:b/>
          <w:i/>
        </w:rPr>
        <w:t>3. Phẩm chất</w:t>
      </w:r>
    </w:p>
    <w:p w:rsidR="00703047" w:rsidRPr="000E4727" w:rsidRDefault="00D429B0">
      <w:r w:rsidRPr="000E4727">
        <w:t>- Trách nhiệm: Biết giúp gia đình, giữ vệ sinh và phép lịch sự.</w:t>
      </w:r>
    </w:p>
    <w:p w:rsidR="00703047" w:rsidRPr="000E4727" w:rsidRDefault="00D429B0">
      <w:r w:rsidRPr="000E4727">
        <w:t>- Đoàn kết: Phối hợp với bạn.</w:t>
      </w:r>
    </w:p>
    <w:p w:rsidR="00703047" w:rsidRPr="000E4727" w:rsidRDefault="00D429B0">
      <w:r w:rsidRPr="000E4727">
        <w:t>- Chăm chỉ: Tích cực luyện tập.</w:t>
      </w:r>
    </w:p>
    <w:p w:rsidR="00703047" w:rsidRDefault="00D429B0">
      <w:r>
        <w:rPr>
          <w:b/>
          <w:color w:val="FF0000"/>
        </w:rPr>
        <w:t>II. CHUẨN BỊ:</w:t>
      </w:r>
    </w:p>
    <w:p w:rsidR="00703047" w:rsidRDefault="00D429B0">
      <w:r>
        <w:t>- GV: Mâm, bát, đĩa, đũa nhựa; giấy màu, bút; thẻ từ sắp bát, so đũa, xới cơm.</w:t>
      </w:r>
    </w:p>
    <w:p w:rsidR="00703047" w:rsidRDefault="00D429B0">
      <w:r>
        <w:t>- HS: Giấy màu, bút; câu chuyện về việc tự làm ở nhà.</w:t>
      </w:r>
    </w:p>
    <w:p w:rsidR="00703047" w:rsidRDefault="00D429B0">
      <w:r>
        <w:rPr>
          <w:b/>
          <w:color w:val="FF0000"/>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703047" w:rsidTr="000E4727">
        <w:trPr>
          <w:cantSplit/>
          <w:tblHeader/>
          <w:jc w:val="center"/>
        </w:trPr>
        <w:tc>
          <w:tcPr>
            <w:tcW w:w="4513" w:type="dxa"/>
            <w:tcBorders>
              <w:bottom w:val="single" w:sz="6" w:space="0" w:color="000000"/>
            </w:tcBorders>
            <w:shd w:val="clear" w:color="auto" w:fill="auto"/>
            <w:tcMar>
              <w:top w:w="70" w:type="dxa"/>
              <w:left w:w="90" w:type="dxa"/>
              <w:bottom w:w="70" w:type="dxa"/>
              <w:right w:w="90" w:type="dxa"/>
            </w:tcMar>
          </w:tcPr>
          <w:p w:rsidR="00703047" w:rsidRDefault="00D429B0">
            <w:pPr>
              <w:jc w:val="center"/>
            </w:pPr>
            <w:r>
              <w:rPr>
                <w:b/>
              </w:rPr>
              <w:t>HOẠT ĐỘNG CỦA GIÁO VIÊN</w:t>
            </w:r>
          </w:p>
        </w:tc>
        <w:tc>
          <w:tcPr>
            <w:tcW w:w="4513" w:type="dxa"/>
            <w:tcBorders>
              <w:bottom w:val="single" w:sz="6" w:space="0" w:color="000000"/>
            </w:tcBorders>
            <w:shd w:val="clear" w:color="auto" w:fill="auto"/>
            <w:tcMar>
              <w:top w:w="70" w:type="dxa"/>
              <w:left w:w="90" w:type="dxa"/>
              <w:bottom w:w="70" w:type="dxa"/>
              <w:right w:w="90" w:type="dxa"/>
            </w:tcMar>
          </w:tcPr>
          <w:p w:rsidR="00703047" w:rsidRDefault="00D429B0">
            <w:pPr>
              <w:jc w:val="center"/>
            </w:pPr>
            <w:r>
              <w:rPr>
                <w:b/>
              </w:rPr>
              <w:t>HOẠT ĐỘNG CỦA HỌC SINH</w:t>
            </w:r>
          </w:p>
        </w:tc>
      </w:tr>
      <w:tr w:rsidR="00703047" w:rsidTr="000E4727">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703047" w:rsidRDefault="00D429B0" w:rsidP="005E5C21">
            <w:pPr>
              <w:jc w:val="both"/>
            </w:pPr>
            <w:bookmarkStart w:id="0" w:name="_GoBack" w:colFirst="0" w:colLast="1"/>
            <w:r>
              <w:rPr>
                <w:b/>
              </w:rPr>
              <w:t>1. KHỞI ĐỘNG</w:t>
            </w:r>
          </w:p>
          <w:p w:rsidR="00703047" w:rsidRDefault="00D429B0" w:rsidP="005E5C21">
            <w:pPr>
              <w:jc w:val="both"/>
            </w:pPr>
            <w:r>
              <w:rPr>
                <w:b/>
              </w:rPr>
              <w:t xml:space="preserve">- Mục tiêu: </w:t>
            </w:r>
            <w:r>
              <w:t>Tạo không khí vui vẻ và gợi nhớ các việc tự phục vụ hằng ngày.</w:t>
            </w:r>
          </w:p>
          <w:p w:rsidR="00703047" w:rsidRDefault="00D429B0" w:rsidP="005E5C21">
            <w:pPr>
              <w:jc w:val="both"/>
            </w:pPr>
            <w:r>
              <w:rPr>
                <w:b/>
                <w:i/>
              </w:rPr>
              <w:t>* Cách tiến hành:</w:t>
            </w:r>
          </w:p>
        </w:tc>
      </w:tr>
      <w:tr w:rsidR="00703047" w:rsidTr="000E4727">
        <w:trPr>
          <w:cantSplit/>
          <w:jc w:val="center"/>
        </w:trPr>
        <w:tc>
          <w:tcPr>
            <w:tcW w:w="5187" w:type="dxa"/>
            <w:tcBorders>
              <w:top w:val="single" w:sz="6" w:space="0" w:color="000000"/>
              <w:bottom w:val="single" w:sz="6" w:space="0" w:color="000000"/>
            </w:tcBorders>
            <w:shd w:val="clear" w:color="auto" w:fill="auto"/>
            <w:tcMar>
              <w:top w:w="70" w:type="dxa"/>
              <w:left w:w="90" w:type="dxa"/>
              <w:bottom w:w="70" w:type="dxa"/>
              <w:right w:w="90" w:type="dxa"/>
            </w:tcMar>
            <w:vAlign w:val="center"/>
          </w:tcPr>
          <w:p w:rsidR="00703047" w:rsidRDefault="00D429B0" w:rsidP="005E5C21">
            <w:pPr>
              <w:jc w:val="both"/>
            </w:pPr>
            <w:r>
              <w:t>- GV tổ chức trò chơi “Kể nhanh một việc em tự làm”.</w:t>
            </w:r>
          </w:p>
        </w:tc>
        <w:tc>
          <w:tcPr>
            <w:tcW w:w="4586" w:type="dxa"/>
            <w:tcBorders>
              <w:top w:val="single" w:sz="6" w:space="0" w:color="000000"/>
              <w:bottom w:val="single" w:sz="6" w:space="0" w:color="000000"/>
            </w:tcBorders>
            <w:shd w:val="clear" w:color="auto" w:fill="auto"/>
            <w:tcMar>
              <w:top w:w="70" w:type="dxa"/>
              <w:left w:w="90" w:type="dxa"/>
              <w:bottom w:w="70" w:type="dxa"/>
              <w:right w:w="90" w:type="dxa"/>
            </w:tcMar>
            <w:vAlign w:val="center"/>
          </w:tcPr>
          <w:p w:rsidR="00703047" w:rsidRDefault="00D429B0" w:rsidP="005E5C21">
            <w:pPr>
              <w:jc w:val="both"/>
            </w:pPr>
            <w:r>
              <w:t>- HS nối tiếp kể, không lặp lại việc của bạn.</w:t>
            </w:r>
          </w:p>
        </w:tc>
      </w:tr>
      <w:tr w:rsidR="00703047" w:rsidTr="000E4727">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703047" w:rsidRDefault="00D429B0" w:rsidP="005E5C21">
            <w:pPr>
              <w:jc w:val="both"/>
            </w:pPr>
            <w:r>
              <w:rPr>
                <w:b/>
              </w:rPr>
              <w:t>2. HOẠT ĐỘNG TỔNG KẾT TUẦN</w:t>
            </w:r>
          </w:p>
          <w:p w:rsidR="00703047" w:rsidRDefault="00D429B0" w:rsidP="005E5C21">
            <w:pPr>
              <w:jc w:val="both"/>
            </w:pPr>
            <w:r>
              <w:rPr>
                <w:b/>
              </w:rPr>
              <w:t>- Mục tiêu:</w:t>
            </w:r>
          </w:p>
          <w:p w:rsidR="00703047" w:rsidRDefault="00D429B0" w:rsidP="005E5C21">
            <w:pPr>
              <w:jc w:val="both"/>
            </w:pPr>
            <w:r>
              <w:t>- HS nhận xét được kết quả hoạt động trong tuần 13.</w:t>
            </w:r>
          </w:p>
          <w:p w:rsidR="00703047" w:rsidRDefault="00D429B0" w:rsidP="005E5C21">
            <w:pPr>
              <w:jc w:val="both"/>
            </w:pPr>
            <w:r>
              <w:t>- HS xác định được phương hướng và những việc cần thực hiện trong tuần 14.</w:t>
            </w:r>
          </w:p>
          <w:p w:rsidR="00703047" w:rsidRDefault="00D429B0" w:rsidP="005E5C21">
            <w:pPr>
              <w:jc w:val="both"/>
            </w:pPr>
            <w:r>
              <w:rPr>
                <w:b/>
                <w:i/>
              </w:rPr>
              <w:t>* Cách tiến hành:</w:t>
            </w:r>
          </w:p>
        </w:tc>
      </w:tr>
      <w:tr w:rsidR="00703047" w:rsidTr="000E4727">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703047" w:rsidRDefault="00D429B0" w:rsidP="005E5C21">
            <w:pPr>
              <w:jc w:val="both"/>
            </w:pPr>
            <w:r>
              <w:rPr>
                <w:b/>
              </w:rPr>
              <w:t>2.1. Tổng kết các hoạt động trong tuần 13</w:t>
            </w:r>
          </w:p>
        </w:tc>
        <w:tc>
          <w:tcPr>
            <w:tcW w:w="4586" w:type="dxa"/>
            <w:tcBorders>
              <w:top w:val="single" w:sz="6" w:space="0" w:color="000000"/>
            </w:tcBorders>
            <w:shd w:val="clear" w:color="auto" w:fill="auto"/>
            <w:tcMar>
              <w:top w:w="70" w:type="dxa"/>
              <w:left w:w="90" w:type="dxa"/>
              <w:bottom w:w="70" w:type="dxa"/>
              <w:right w:w="90" w:type="dxa"/>
            </w:tcMar>
            <w:vAlign w:val="center"/>
          </w:tcPr>
          <w:p w:rsidR="00703047" w:rsidRDefault="00D429B0" w:rsidP="005E5C21">
            <w:pPr>
              <w:jc w:val="both"/>
            </w:pPr>
            <w:r>
              <w:t>- HS chuẩn bị báo cáo kết quả hoạt động tuần 13.</w:t>
            </w:r>
          </w:p>
        </w:tc>
      </w:tr>
      <w:tr w:rsidR="00703047" w:rsidTr="000E4727">
        <w:trPr>
          <w:cantSplit/>
          <w:jc w:val="center"/>
        </w:trPr>
        <w:tc>
          <w:tcPr>
            <w:tcW w:w="5187" w:type="dxa"/>
            <w:shd w:val="clear" w:color="auto" w:fill="auto"/>
            <w:tcMar>
              <w:top w:w="70" w:type="dxa"/>
              <w:left w:w="90" w:type="dxa"/>
              <w:bottom w:w="70" w:type="dxa"/>
              <w:right w:w="90" w:type="dxa"/>
            </w:tcMar>
            <w:vAlign w:val="center"/>
          </w:tcPr>
          <w:p w:rsidR="00703047" w:rsidRDefault="00D429B0" w:rsidP="005E5C21">
            <w:pPr>
              <w:jc w:val="both"/>
            </w:pPr>
            <w:r>
              <w:t>- GV mời lớp trưởng điều hành phần tổng kết tuần.</w:t>
            </w:r>
          </w:p>
        </w:tc>
        <w:tc>
          <w:tcPr>
            <w:tcW w:w="4586" w:type="dxa"/>
            <w:shd w:val="clear" w:color="auto" w:fill="auto"/>
            <w:tcMar>
              <w:top w:w="70" w:type="dxa"/>
              <w:left w:w="90" w:type="dxa"/>
              <w:bottom w:w="70" w:type="dxa"/>
              <w:right w:w="90" w:type="dxa"/>
            </w:tcMar>
            <w:vAlign w:val="center"/>
          </w:tcPr>
          <w:p w:rsidR="00703047" w:rsidRDefault="00D429B0" w:rsidP="005E5C21">
            <w:pPr>
              <w:jc w:val="both"/>
            </w:pPr>
            <w:r>
              <w:t>- Lớp trưởng lên trước lớp, nhận nhiệm vụ điều hành.</w:t>
            </w:r>
          </w:p>
        </w:tc>
      </w:tr>
      <w:tr w:rsidR="00703047" w:rsidTr="000E4727">
        <w:trPr>
          <w:cantSplit/>
          <w:jc w:val="center"/>
        </w:trPr>
        <w:tc>
          <w:tcPr>
            <w:tcW w:w="5187" w:type="dxa"/>
            <w:shd w:val="clear" w:color="auto" w:fill="auto"/>
            <w:tcMar>
              <w:top w:w="70" w:type="dxa"/>
              <w:left w:w="90" w:type="dxa"/>
              <w:bottom w:w="70" w:type="dxa"/>
              <w:right w:w="90" w:type="dxa"/>
            </w:tcMar>
            <w:vAlign w:val="center"/>
          </w:tcPr>
          <w:p w:rsidR="00703047" w:rsidRDefault="00D429B0" w:rsidP="005E5C21">
            <w:pPr>
              <w:jc w:val="both"/>
            </w:pPr>
            <w:r>
              <w:lastRenderedPageBreak/>
              <w:t>- GV theo dõi, hỗ trợ lớp trưởng và các tổ khi cần.</w:t>
            </w:r>
          </w:p>
        </w:tc>
        <w:tc>
          <w:tcPr>
            <w:tcW w:w="4586" w:type="dxa"/>
            <w:shd w:val="clear" w:color="auto" w:fill="auto"/>
            <w:tcMar>
              <w:top w:w="70" w:type="dxa"/>
              <w:left w:w="90" w:type="dxa"/>
              <w:bottom w:w="70" w:type="dxa"/>
              <w:right w:w="90" w:type="dxa"/>
            </w:tcMar>
            <w:vAlign w:val="center"/>
          </w:tcPr>
          <w:p w:rsidR="00703047" w:rsidRDefault="00D429B0" w:rsidP="005E5C21">
            <w:pPr>
              <w:jc w:val="both"/>
            </w:pPr>
            <w:r>
              <w:t>- Lớp trưởng mời các tổ thảo luận, tự đánh giá việc thực hiện nền nếp, học tập, phong trào và nhiệm vụ được giao.</w:t>
            </w:r>
          </w:p>
        </w:tc>
      </w:tr>
      <w:tr w:rsidR="00703047" w:rsidTr="000E4727">
        <w:trPr>
          <w:cantSplit/>
          <w:jc w:val="center"/>
        </w:trPr>
        <w:tc>
          <w:tcPr>
            <w:tcW w:w="5187" w:type="dxa"/>
            <w:shd w:val="clear" w:color="auto" w:fill="auto"/>
            <w:tcMar>
              <w:top w:w="70" w:type="dxa"/>
              <w:left w:w="90" w:type="dxa"/>
              <w:bottom w:w="70" w:type="dxa"/>
              <w:right w:w="90" w:type="dxa"/>
            </w:tcMar>
            <w:vAlign w:val="center"/>
          </w:tcPr>
          <w:p w:rsidR="00703047" w:rsidRDefault="00D429B0" w:rsidP="005E5C21">
            <w:pPr>
              <w:jc w:val="both"/>
            </w:pPr>
            <w:r>
              <w:t>- GV mời các tổ trưởng lần lượt báo cáo, nêu rõ việc làm tốt và nội dung cần khắc phục.</w:t>
            </w:r>
          </w:p>
        </w:tc>
        <w:tc>
          <w:tcPr>
            <w:tcW w:w="4586" w:type="dxa"/>
            <w:shd w:val="clear" w:color="auto" w:fill="auto"/>
            <w:tcMar>
              <w:top w:w="70" w:type="dxa"/>
              <w:left w:w="90" w:type="dxa"/>
              <w:bottom w:w="70" w:type="dxa"/>
              <w:right w:w="90" w:type="dxa"/>
            </w:tcMar>
            <w:vAlign w:val="center"/>
          </w:tcPr>
          <w:p w:rsidR="00703047" w:rsidRDefault="00D429B0" w:rsidP="005E5C21">
            <w:pPr>
              <w:jc w:val="both"/>
            </w:pPr>
            <w:r>
              <w:t>- Tổ trưởng báo cáo; các thành viên lắng nghe, bổ sung và tự đối chiếu với việc làm của bản thân.</w:t>
            </w:r>
          </w:p>
        </w:tc>
      </w:tr>
      <w:tr w:rsidR="00703047" w:rsidTr="000E4727">
        <w:trPr>
          <w:cantSplit/>
          <w:jc w:val="center"/>
        </w:trPr>
        <w:tc>
          <w:tcPr>
            <w:tcW w:w="5187" w:type="dxa"/>
            <w:shd w:val="clear" w:color="auto" w:fill="auto"/>
            <w:tcMar>
              <w:top w:w="70" w:type="dxa"/>
              <w:left w:w="90" w:type="dxa"/>
              <w:bottom w:w="70" w:type="dxa"/>
              <w:right w:w="90" w:type="dxa"/>
            </w:tcMar>
            <w:vAlign w:val="center"/>
          </w:tcPr>
          <w:p w:rsidR="00703047" w:rsidRDefault="00D429B0" w:rsidP="005E5C21">
            <w:pPr>
              <w:jc w:val="both"/>
            </w:pPr>
            <w:r>
              <w:t>- GV mời lớp trưởng tổng hợp, nêu nhận xét chung về tình hình lớp.</w:t>
            </w:r>
          </w:p>
        </w:tc>
        <w:tc>
          <w:tcPr>
            <w:tcW w:w="4586" w:type="dxa"/>
            <w:shd w:val="clear" w:color="auto" w:fill="auto"/>
            <w:tcMar>
              <w:top w:w="70" w:type="dxa"/>
              <w:left w:w="90" w:type="dxa"/>
              <w:bottom w:w="70" w:type="dxa"/>
              <w:right w:w="90" w:type="dxa"/>
            </w:tcMar>
            <w:vAlign w:val="center"/>
          </w:tcPr>
          <w:p w:rsidR="00703047" w:rsidRDefault="00D429B0" w:rsidP="005E5C21">
            <w:pPr>
              <w:jc w:val="both"/>
            </w:pPr>
            <w:r>
              <w:t>- Lớp trưởng tổng hợp, tuyên dương việc làm tốt và nhắc lại những tồn tại cần khắc phục.</w:t>
            </w:r>
          </w:p>
        </w:tc>
      </w:tr>
      <w:tr w:rsidR="00703047" w:rsidTr="000E4727">
        <w:trPr>
          <w:cantSplit/>
          <w:jc w:val="center"/>
        </w:trPr>
        <w:tc>
          <w:tcPr>
            <w:tcW w:w="5187" w:type="dxa"/>
            <w:shd w:val="clear" w:color="auto" w:fill="auto"/>
            <w:tcMar>
              <w:top w:w="70" w:type="dxa"/>
              <w:left w:w="90" w:type="dxa"/>
              <w:bottom w:w="70" w:type="dxa"/>
              <w:right w:w="90" w:type="dxa"/>
            </w:tcMar>
            <w:vAlign w:val="center"/>
          </w:tcPr>
          <w:p w:rsidR="00703047" w:rsidRDefault="00D429B0" w:rsidP="005E5C21">
            <w:pPr>
              <w:jc w:val="both"/>
            </w:pPr>
            <w:r>
              <w:t>- GV nhận xét chung, biểu dương HS tiến bộ và nhắc nhở những nội dung cần điều chỉnh.</w:t>
            </w:r>
          </w:p>
        </w:tc>
        <w:tc>
          <w:tcPr>
            <w:tcW w:w="4586" w:type="dxa"/>
            <w:shd w:val="clear" w:color="auto" w:fill="auto"/>
            <w:tcMar>
              <w:top w:w="70" w:type="dxa"/>
              <w:left w:w="90" w:type="dxa"/>
              <w:bottom w:w="70" w:type="dxa"/>
              <w:right w:w="90" w:type="dxa"/>
            </w:tcMar>
            <w:vAlign w:val="center"/>
          </w:tcPr>
          <w:p w:rsidR="00703047" w:rsidRDefault="00D429B0" w:rsidP="005E5C21">
            <w:pPr>
              <w:jc w:val="both"/>
            </w:pPr>
            <w:r>
              <w:t>- HS lắng nghe, rút kinh nghiệm và xác định việc bản thân cần cố gắng.</w:t>
            </w:r>
          </w:p>
        </w:tc>
      </w:tr>
      <w:tr w:rsidR="00703047" w:rsidTr="000E4727">
        <w:trPr>
          <w:cantSplit/>
          <w:jc w:val="center"/>
        </w:trPr>
        <w:tc>
          <w:tcPr>
            <w:tcW w:w="5187" w:type="dxa"/>
            <w:shd w:val="clear" w:color="auto" w:fill="auto"/>
            <w:tcMar>
              <w:top w:w="70" w:type="dxa"/>
              <w:left w:w="90" w:type="dxa"/>
              <w:bottom w:w="70" w:type="dxa"/>
              <w:right w:w="90" w:type="dxa"/>
            </w:tcMar>
            <w:vAlign w:val="center"/>
          </w:tcPr>
          <w:p w:rsidR="00703047" w:rsidRDefault="00D429B0" w:rsidP="005E5C21">
            <w:pPr>
              <w:jc w:val="both"/>
            </w:pPr>
            <w:r>
              <w:rPr>
                <w:b/>
              </w:rPr>
              <w:t>2.2. Phương hướng hoạt động tuần 14</w:t>
            </w:r>
          </w:p>
        </w:tc>
        <w:tc>
          <w:tcPr>
            <w:tcW w:w="4586" w:type="dxa"/>
            <w:shd w:val="clear" w:color="auto" w:fill="auto"/>
            <w:tcMar>
              <w:top w:w="70" w:type="dxa"/>
              <w:left w:w="90" w:type="dxa"/>
              <w:bottom w:w="70" w:type="dxa"/>
              <w:right w:w="90" w:type="dxa"/>
            </w:tcMar>
            <w:vAlign w:val="center"/>
          </w:tcPr>
          <w:p w:rsidR="00703047" w:rsidRDefault="00D429B0" w:rsidP="005E5C21">
            <w:pPr>
              <w:jc w:val="both"/>
            </w:pPr>
            <w:r>
              <w:t>- HS chuẩn bị đề xuất biện pháp thực hiện nhiệm vụ tuần 14.</w:t>
            </w:r>
          </w:p>
        </w:tc>
      </w:tr>
      <w:tr w:rsidR="00703047" w:rsidTr="000E4727">
        <w:trPr>
          <w:cantSplit/>
          <w:jc w:val="center"/>
        </w:trPr>
        <w:tc>
          <w:tcPr>
            <w:tcW w:w="5187" w:type="dxa"/>
            <w:shd w:val="clear" w:color="auto" w:fill="auto"/>
            <w:tcMar>
              <w:top w:w="70" w:type="dxa"/>
              <w:left w:w="90" w:type="dxa"/>
              <w:bottom w:w="70" w:type="dxa"/>
              <w:right w:w="90" w:type="dxa"/>
            </w:tcMar>
            <w:vAlign w:val="center"/>
          </w:tcPr>
          <w:p w:rsidR="00703047" w:rsidRDefault="00D429B0" w:rsidP="005E5C21">
            <w:pPr>
              <w:jc w:val="both"/>
            </w:pPr>
            <w:r>
              <w:t>- GV yêu cầu HS nhắc lại những tồn tại trong tuần 13.</w:t>
            </w:r>
          </w:p>
        </w:tc>
        <w:tc>
          <w:tcPr>
            <w:tcW w:w="4586" w:type="dxa"/>
            <w:shd w:val="clear" w:color="auto" w:fill="auto"/>
            <w:tcMar>
              <w:top w:w="70" w:type="dxa"/>
              <w:left w:w="90" w:type="dxa"/>
              <w:bottom w:w="70" w:type="dxa"/>
              <w:right w:w="90" w:type="dxa"/>
            </w:tcMar>
            <w:vAlign w:val="center"/>
          </w:tcPr>
          <w:p w:rsidR="00703047" w:rsidRDefault="00D429B0" w:rsidP="005E5C21">
            <w:pPr>
              <w:jc w:val="both"/>
            </w:pPr>
            <w:r>
              <w:t>- HS lần lượt nêu những nội dung lớp hoặc bản thân cần khắc phục trong tuần 14.</w:t>
            </w:r>
          </w:p>
        </w:tc>
      </w:tr>
      <w:tr w:rsidR="00703047" w:rsidTr="000E4727">
        <w:trPr>
          <w:cantSplit/>
          <w:jc w:val="center"/>
        </w:trPr>
        <w:tc>
          <w:tcPr>
            <w:tcW w:w="5187" w:type="dxa"/>
            <w:shd w:val="clear" w:color="auto" w:fill="auto"/>
            <w:tcMar>
              <w:top w:w="70" w:type="dxa"/>
              <w:left w:w="90" w:type="dxa"/>
              <w:bottom w:w="70" w:type="dxa"/>
              <w:right w:w="90" w:type="dxa"/>
            </w:tcMar>
            <w:vAlign w:val="center"/>
          </w:tcPr>
          <w:p w:rsidR="00703047" w:rsidRDefault="00D429B0" w:rsidP="005E5C21">
            <w:pPr>
              <w:jc w:val="both"/>
            </w:pPr>
            <w:r>
              <w:t>- GV hỏi: Trong tuần 14, chúng ta cần làm gì để thực hiện tốt nền nếp, học tập và các phong trào của lớp?</w:t>
            </w:r>
          </w:p>
        </w:tc>
        <w:tc>
          <w:tcPr>
            <w:tcW w:w="4586" w:type="dxa"/>
            <w:shd w:val="clear" w:color="auto" w:fill="auto"/>
            <w:tcMar>
              <w:top w:w="70" w:type="dxa"/>
              <w:left w:w="90" w:type="dxa"/>
              <w:bottom w:w="70" w:type="dxa"/>
              <w:right w:w="90" w:type="dxa"/>
            </w:tcMar>
            <w:vAlign w:val="center"/>
          </w:tcPr>
          <w:p w:rsidR="00703047" w:rsidRDefault="00D429B0" w:rsidP="005E5C21">
            <w:pPr>
              <w:jc w:val="both"/>
            </w:pPr>
            <w:r>
              <w:t>- HS thảo luận, nêu biện pháp: đi học đúng giờ, chuẩn bị đủ đồ dùng, giữ trật tự, học tập tích cực, đoàn kết và hoàn thành nhiệm vụ.</w:t>
            </w:r>
          </w:p>
        </w:tc>
      </w:tr>
      <w:tr w:rsidR="00703047" w:rsidTr="000E4727">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703047" w:rsidRDefault="00D429B0" w:rsidP="005E5C21">
            <w:pPr>
              <w:jc w:val="both"/>
            </w:pPr>
            <w:r>
              <w:t>- GV tổng hợp ý kiến, chốt phương hướng hoạt động tuần 14 và mời cả lớp biểu quyết.</w:t>
            </w:r>
          </w:p>
        </w:tc>
        <w:tc>
          <w:tcPr>
            <w:tcW w:w="4586" w:type="dxa"/>
            <w:tcBorders>
              <w:bottom w:val="single" w:sz="6" w:space="0" w:color="000000"/>
            </w:tcBorders>
            <w:shd w:val="clear" w:color="auto" w:fill="auto"/>
            <w:tcMar>
              <w:top w:w="70" w:type="dxa"/>
              <w:left w:w="90" w:type="dxa"/>
              <w:bottom w:w="70" w:type="dxa"/>
              <w:right w:w="90" w:type="dxa"/>
            </w:tcMar>
            <w:vAlign w:val="center"/>
          </w:tcPr>
          <w:p w:rsidR="00703047" w:rsidRDefault="00D429B0" w:rsidP="005E5C21">
            <w:pPr>
              <w:jc w:val="both"/>
            </w:pPr>
            <w:r>
              <w:t>- HS ghi nhớ phương hướng và biểu quyết thực hiện bằng cách giơ tay.</w:t>
            </w:r>
          </w:p>
        </w:tc>
      </w:tr>
      <w:tr w:rsidR="00703047" w:rsidTr="000E4727">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703047" w:rsidRDefault="00D429B0" w:rsidP="005E5C21">
            <w:pPr>
              <w:jc w:val="both"/>
            </w:pPr>
            <w:r>
              <w:rPr>
                <w:b/>
              </w:rPr>
              <w:t>3. CHIA SẺ THU HOẠCH SAU TRẢI NGHIỆM LẦN TRƯỚC</w:t>
            </w:r>
          </w:p>
          <w:p w:rsidR="00703047" w:rsidRDefault="00D429B0" w:rsidP="005E5C21">
            <w:pPr>
              <w:jc w:val="both"/>
            </w:pPr>
            <w:r>
              <w:rPr>
                <w:b/>
              </w:rPr>
              <w:t xml:space="preserve">- Mục tiêu: </w:t>
            </w:r>
            <w:r>
              <w:t>HS chia sẻ niềm vui, khó khăn và cách khắc phục khi tự làm một việc.</w:t>
            </w:r>
          </w:p>
          <w:p w:rsidR="00703047" w:rsidRDefault="00D429B0" w:rsidP="005E5C21">
            <w:pPr>
              <w:jc w:val="both"/>
            </w:pPr>
            <w:r>
              <w:rPr>
                <w:b/>
                <w:i/>
              </w:rPr>
              <w:t>* Cách tiến hành:</w:t>
            </w:r>
          </w:p>
        </w:tc>
      </w:tr>
      <w:tr w:rsidR="00703047" w:rsidTr="000E4727">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703047" w:rsidRDefault="00D429B0" w:rsidP="005E5C21">
            <w:pPr>
              <w:jc w:val="both"/>
            </w:pPr>
            <w:r>
              <w:t>- GV mời HS thảo luận cặp đôi: Em đã tự làm việc gì? Lúc đầu khó ở đâu? Ai hướng dẫn? Em cảm thấy thế nào?</w:t>
            </w:r>
          </w:p>
        </w:tc>
        <w:tc>
          <w:tcPr>
            <w:tcW w:w="4586" w:type="dxa"/>
            <w:tcBorders>
              <w:top w:val="single" w:sz="6" w:space="0" w:color="000000"/>
            </w:tcBorders>
            <w:shd w:val="clear" w:color="auto" w:fill="auto"/>
            <w:tcMar>
              <w:top w:w="70" w:type="dxa"/>
              <w:left w:w="90" w:type="dxa"/>
              <w:bottom w:w="70" w:type="dxa"/>
              <w:right w:w="90" w:type="dxa"/>
            </w:tcMar>
            <w:vAlign w:val="center"/>
          </w:tcPr>
          <w:p w:rsidR="00703047" w:rsidRDefault="00D429B0" w:rsidP="005E5C21">
            <w:pPr>
              <w:jc w:val="both"/>
            </w:pPr>
            <w:r>
              <w:t>- HS kể cho bạn nghe, lắng nghe và nêu lời động viên.</w:t>
            </w:r>
          </w:p>
        </w:tc>
      </w:tr>
      <w:tr w:rsidR="00703047" w:rsidTr="000E4727">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703047" w:rsidRDefault="00D429B0" w:rsidP="005E5C21">
            <w:pPr>
              <w:jc w:val="both"/>
            </w:pPr>
            <w:r>
              <w:t>- GV kết luận: Quyết tâm luyện tập giúp việc khó trở nên quen và tạo niềm vui cho cả gia đình.</w:t>
            </w:r>
          </w:p>
        </w:tc>
        <w:tc>
          <w:tcPr>
            <w:tcW w:w="4586" w:type="dxa"/>
            <w:tcBorders>
              <w:bottom w:val="single" w:sz="6" w:space="0" w:color="000000"/>
            </w:tcBorders>
            <w:shd w:val="clear" w:color="auto" w:fill="auto"/>
            <w:tcMar>
              <w:top w:w="70" w:type="dxa"/>
              <w:left w:w="90" w:type="dxa"/>
              <w:bottom w:w="70" w:type="dxa"/>
              <w:right w:w="90" w:type="dxa"/>
            </w:tcMar>
            <w:vAlign w:val="center"/>
          </w:tcPr>
          <w:p w:rsidR="00703047" w:rsidRDefault="00D429B0" w:rsidP="005E5C21">
            <w:pPr>
              <w:jc w:val="both"/>
            </w:pPr>
            <w:r>
              <w:t>- HS ghi nhớ, tự hào về tiến bộ của mình.</w:t>
            </w:r>
          </w:p>
        </w:tc>
      </w:tr>
      <w:tr w:rsidR="00703047" w:rsidTr="000E4727">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703047" w:rsidRDefault="00D429B0" w:rsidP="005E5C21">
            <w:pPr>
              <w:jc w:val="both"/>
            </w:pPr>
            <w:r>
              <w:rPr>
                <w:b/>
              </w:rPr>
              <w:lastRenderedPageBreak/>
              <w:t>4. HOẠT ĐỘNG NHÓM</w:t>
            </w:r>
            <w:r>
              <w:rPr>
                <w:b/>
              </w:rPr>
              <w:br/>
              <w:t>Trò chơi “Quanh mâm cơm”</w:t>
            </w:r>
          </w:p>
          <w:p w:rsidR="00703047" w:rsidRDefault="00D429B0" w:rsidP="005E5C21">
            <w:pPr>
              <w:jc w:val="both"/>
            </w:pPr>
            <w:r>
              <w:rPr>
                <w:b/>
              </w:rPr>
              <w:t xml:space="preserve">- Mục tiêu: </w:t>
            </w:r>
            <w:r>
              <w:t>HS rèn một số hành động tự phục vụ và phép lịch sự trong bữa cơm gia đình.</w:t>
            </w:r>
          </w:p>
          <w:p w:rsidR="00703047" w:rsidRDefault="00D429B0" w:rsidP="005E5C21">
            <w:pPr>
              <w:jc w:val="both"/>
            </w:pPr>
            <w:r>
              <w:rPr>
                <w:b/>
                <w:i/>
              </w:rPr>
              <w:t>* Cách tiến hành:</w:t>
            </w:r>
          </w:p>
        </w:tc>
      </w:tr>
      <w:tr w:rsidR="00703047" w:rsidTr="000E4727">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703047" w:rsidRDefault="00D429B0" w:rsidP="005E5C21">
            <w:pPr>
              <w:jc w:val="both"/>
            </w:pPr>
            <w:r>
              <w:t>- GV trò chuyện: Mâm cơm có món gì? Cần chuẩn bị những đồ dùng nào?</w:t>
            </w:r>
          </w:p>
        </w:tc>
        <w:tc>
          <w:tcPr>
            <w:tcW w:w="4586" w:type="dxa"/>
            <w:tcBorders>
              <w:top w:val="single" w:sz="6" w:space="0" w:color="000000"/>
            </w:tcBorders>
            <w:shd w:val="clear" w:color="auto" w:fill="auto"/>
            <w:tcMar>
              <w:top w:w="70" w:type="dxa"/>
              <w:left w:w="90" w:type="dxa"/>
              <w:bottom w:w="70" w:type="dxa"/>
              <w:right w:w="90" w:type="dxa"/>
            </w:tcMar>
            <w:vAlign w:val="center"/>
          </w:tcPr>
          <w:p w:rsidR="00703047" w:rsidRDefault="00D429B0" w:rsidP="005E5C21">
            <w:pPr>
              <w:jc w:val="both"/>
            </w:pPr>
            <w:r>
              <w:t>- HS nêu món ăn, bát, đũa, thìa, khăn giấy và vật dụng cần thiết.</w:t>
            </w:r>
          </w:p>
        </w:tc>
      </w:tr>
      <w:tr w:rsidR="00703047" w:rsidTr="000E4727">
        <w:trPr>
          <w:cantSplit/>
          <w:jc w:val="center"/>
        </w:trPr>
        <w:tc>
          <w:tcPr>
            <w:tcW w:w="5187" w:type="dxa"/>
            <w:shd w:val="clear" w:color="auto" w:fill="auto"/>
            <w:tcMar>
              <w:top w:w="70" w:type="dxa"/>
              <w:left w:w="90" w:type="dxa"/>
              <w:bottom w:w="70" w:type="dxa"/>
              <w:right w:w="90" w:type="dxa"/>
            </w:tcMar>
            <w:vAlign w:val="center"/>
          </w:tcPr>
          <w:p w:rsidR="00703047" w:rsidRDefault="00D429B0" w:rsidP="005E5C21">
            <w:pPr>
              <w:jc w:val="both"/>
            </w:pPr>
            <w:r>
              <w:t>- GV hướng dẫn mỗi tổ làm món ăn mô phỏng bằng giấy, sau đó cử bạn sắp mâm: đặt nước chấm giữa, món ăn xung quanh, bát đũa đúng vị trí.</w:t>
            </w:r>
          </w:p>
          <w:p w:rsidR="00703047" w:rsidRDefault="00703047" w:rsidP="005E5C21">
            <w:pPr>
              <w:jc w:val="both"/>
            </w:pPr>
          </w:p>
        </w:tc>
        <w:tc>
          <w:tcPr>
            <w:tcW w:w="4586" w:type="dxa"/>
            <w:shd w:val="clear" w:color="auto" w:fill="auto"/>
            <w:tcMar>
              <w:top w:w="70" w:type="dxa"/>
              <w:left w:w="90" w:type="dxa"/>
              <w:bottom w:w="70" w:type="dxa"/>
              <w:right w:w="90" w:type="dxa"/>
            </w:tcMar>
            <w:vAlign w:val="center"/>
          </w:tcPr>
          <w:p w:rsidR="00703047" w:rsidRDefault="00D429B0" w:rsidP="005E5C21">
            <w:pPr>
              <w:jc w:val="both"/>
            </w:pPr>
            <w:r>
              <w:t>- HS làm việc theo tổ, phân công và sắp xếp mâm cơm.</w:t>
            </w:r>
          </w:p>
        </w:tc>
      </w:tr>
      <w:tr w:rsidR="00703047" w:rsidTr="000E4727">
        <w:trPr>
          <w:cantSplit/>
          <w:jc w:val="center"/>
        </w:trPr>
        <w:tc>
          <w:tcPr>
            <w:tcW w:w="5187" w:type="dxa"/>
            <w:shd w:val="clear" w:color="auto" w:fill="auto"/>
            <w:tcMar>
              <w:top w:w="70" w:type="dxa"/>
              <w:left w:w="90" w:type="dxa"/>
              <w:bottom w:w="70" w:type="dxa"/>
              <w:right w:w="90" w:type="dxa"/>
            </w:tcMar>
            <w:vAlign w:val="center"/>
          </w:tcPr>
          <w:p w:rsidR="00703047" w:rsidRDefault="00D429B0" w:rsidP="005E5C21">
            <w:pPr>
              <w:jc w:val="both"/>
            </w:pPr>
            <w:r>
              <w:t>- GV hỏi: Em có thể giúp bố mẹ việc gì? Sử dụng đũa thế nào lịch sự và an toàn?</w:t>
            </w:r>
          </w:p>
        </w:tc>
        <w:tc>
          <w:tcPr>
            <w:tcW w:w="4586" w:type="dxa"/>
            <w:shd w:val="clear" w:color="auto" w:fill="auto"/>
            <w:tcMar>
              <w:top w:w="70" w:type="dxa"/>
              <w:left w:w="90" w:type="dxa"/>
              <w:bottom w:w="70" w:type="dxa"/>
              <w:right w:w="90" w:type="dxa"/>
            </w:tcMar>
            <w:vAlign w:val="center"/>
          </w:tcPr>
          <w:p w:rsidR="00703047" w:rsidRDefault="00D429B0" w:rsidP="005E5C21">
            <w:pPr>
              <w:jc w:val="both"/>
            </w:pPr>
            <w:r>
              <w:t>- HS nêu: sắp bát, so đũa, xới cơm; mời người lớn, gắp vừa đủ, không ngoáy đũa, đặt đũa đúng chỗ.</w:t>
            </w:r>
          </w:p>
        </w:tc>
      </w:tr>
      <w:tr w:rsidR="00703047" w:rsidTr="000E4727">
        <w:trPr>
          <w:cantSplit/>
          <w:jc w:val="center"/>
        </w:trPr>
        <w:tc>
          <w:tcPr>
            <w:tcW w:w="5187" w:type="dxa"/>
            <w:shd w:val="clear" w:color="auto" w:fill="auto"/>
            <w:tcMar>
              <w:top w:w="70" w:type="dxa"/>
              <w:left w:w="90" w:type="dxa"/>
              <w:bottom w:w="70" w:type="dxa"/>
              <w:right w:w="90" w:type="dxa"/>
            </w:tcMar>
            <w:vAlign w:val="center"/>
          </w:tcPr>
          <w:p w:rsidR="00703047" w:rsidRDefault="00D429B0" w:rsidP="005E5C21">
            <w:pPr>
              <w:jc w:val="both"/>
            </w:pPr>
            <w:r>
              <w:t>- GV mời các tổ nhận xét cách sắp xếp và phối hợp.</w:t>
            </w:r>
          </w:p>
        </w:tc>
        <w:tc>
          <w:tcPr>
            <w:tcW w:w="4586" w:type="dxa"/>
            <w:shd w:val="clear" w:color="auto" w:fill="auto"/>
            <w:tcMar>
              <w:top w:w="70" w:type="dxa"/>
              <w:left w:w="90" w:type="dxa"/>
              <w:bottom w:w="70" w:type="dxa"/>
              <w:right w:w="90" w:type="dxa"/>
            </w:tcMar>
            <w:vAlign w:val="center"/>
          </w:tcPr>
          <w:p w:rsidR="00703047" w:rsidRDefault="00D429B0" w:rsidP="005E5C21">
            <w:pPr>
              <w:jc w:val="both"/>
            </w:pPr>
            <w:r>
              <w:t>- HS nhận xét bằng lời lịch sự, nêu điểm tốt và gợi ý điều chỉnh.</w:t>
            </w:r>
          </w:p>
        </w:tc>
      </w:tr>
      <w:tr w:rsidR="00703047" w:rsidTr="000E4727">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703047" w:rsidRDefault="00D429B0" w:rsidP="005E5C21">
            <w:pPr>
              <w:jc w:val="both"/>
            </w:pPr>
            <w:r>
              <w:t>- GV kết luận: Em có thể tự làm nhiều việc trong bữa cơm gia đình.</w:t>
            </w:r>
          </w:p>
        </w:tc>
        <w:tc>
          <w:tcPr>
            <w:tcW w:w="4586" w:type="dxa"/>
            <w:tcBorders>
              <w:bottom w:val="single" w:sz="6" w:space="0" w:color="000000"/>
            </w:tcBorders>
            <w:shd w:val="clear" w:color="auto" w:fill="auto"/>
            <w:tcMar>
              <w:top w:w="70" w:type="dxa"/>
              <w:left w:w="90" w:type="dxa"/>
              <w:bottom w:w="70" w:type="dxa"/>
              <w:right w:w="90" w:type="dxa"/>
            </w:tcMar>
            <w:vAlign w:val="center"/>
          </w:tcPr>
          <w:p w:rsidR="00703047" w:rsidRDefault="00D429B0" w:rsidP="005E5C21">
            <w:pPr>
              <w:jc w:val="both"/>
            </w:pPr>
            <w:r>
              <w:t>- HS đọc to ba từ khóa: “Sắp bát – So đũa – Xới cơm”.</w:t>
            </w:r>
          </w:p>
        </w:tc>
      </w:tr>
      <w:tr w:rsidR="00703047" w:rsidTr="000E4727">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703047" w:rsidRDefault="00D429B0" w:rsidP="005E5C21">
            <w:pPr>
              <w:jc w:val="both"/>
            </w:pPr>
            <w:r>
              <w:rPr>
                <w:b/>
              </w:rPr>
              <w:t>5. HOẠT ĐỘNG SAU GIỜ HỌC</w:t>
            </w:r>
          </w:p>
          <w:p w:rsidR="00703047" w:rsidRDefault="00D429B0" w:rsidP="005E5C21">
            <w:pPr>
              <w:jc w:val="both"/>
            </w:pPr>
            <w:r>
              <w:rPr>
                <w:b/>
              </w:rPr>
              <w:t xml:space="preserve">- Mục tiêu: </w:t>
            </w:r>
            <w:r>
              <w:t>HS duy trì thói quen tự phục vụ bằng hình thức theo dõi đơn giản.</w:t>
            </w:r>
          </w:p>
          <w:p w:rsidR="00703047" w:rsidRDefault="00D429B0" w:rsidP="005E5C21">
            <w:pPr>
              <w:jc w:val="both"/>
            </w:pPr>
            <w:r>
              <w:rPr>
                <w:b/>
                <w:i/>
              </w:rPr>
              <w:t>* Cách tiến hành:</w:t>
            </w:r>
          </w:p>
        </w:tc>
      </w:tr>
      <w:tr w:rsidR="00703047" w:rsidTr="000E4727">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703047" w:rsidRDefault="00D429B0" w:rsidP="005E5C21">
            <w:pPr>
              <w:jc w:val="both"/>
            </w:pPr>
            <w:r>
              <w:t>- GV đề nghị HS chuẩn bị một chiếc lọ và hạt đậu; mỗi lần tự làm được một việc, bỏ một hạt vào lọ để tự khen mình.</w:t>
            </w:r>
          </w:p>
        </w:tc>
        <w:tc>
          <w:tcPr>
            <w:tcW w:w="4586" w:type="dxa"/>
            <w:tcBorders>
              <w:top w:val="single" w:sz="6" w:space="0" w:color="000000"/>
            </w:tcBorders>
            <w:shd w:val="clear" w:color="auto" w:fill="auto"/>
            <w:tcMar>
              <w:top w:w="70" w:type="dxa"/>
              <w:left w:w="90" w:type="dxa"/>
              <w:bottom w:w="70" w:type="dxa"/>
              <w:right w:w="90" w:type="dxa"/>
            </w:tcMar>
            <w:vAlign w:val="center"/>
          </w:tcPr>
          <w:p w:rsidR="00703047" w:rsidRDefault="00D429B0" w:rsidP="005E5C21">
            <w:pPr>
              <w:jc w:val="both"/>
            </w:pPr>
            <w:r>
              <w:t>- HS nhận nhiệm vụ, xin phép bố mẹ và thực hiện.</w:t>
            </w:r>
          </w:p>
        </w:tc>
      </w:tr>
      <w:tr w:rsidR="00703047" w:rsidTr="000E4727">
        <w:trPr>
          <w:cantSplit/>
          <w:jc w:val="center"/>
        </w:trPr>
        <w:tc>
          <w:tcPr>
            <w:tcW w:w="5187" w:type="dxa"/>
            <w:shd w:val="clear" w:color="auto" w:fill="auto"/>
            <w:tcMar>
              <w:top w:w="70" w:type="dxa"/>
              <w:left w:w="90" w:type="dxa"/>
              <w:bottom w:w="70" w:type="dxa"/>
              <w:right w:w="90" w:type="dxa"/>
            </w:tcMar>
            <w:vAlign w:val="center"/>
          </w:tcPr>
          <w:p w:rsidR="00703047" w:rsidRDefault="00D429B0" w:rsidP="005E5C21">
            <w:pPr>
              <w:jc w:val="both"/>
            </w:pPr>
            <w:r>
              <w:t>- GV nhắc HS không dùng hạt nhỏ khi không có người lớn nếu có em bé trong nhà; bảo quản lọ an toàn.</w:t>
            </w:r>
          </w:p>
        </w:tc>
        <w:tc>
          <w:tcPr>
            <w:tcW w:w="4586" w:type="dxa"/>
            <w:shd w:val="clear" w:color="auto" w:fill="auto"/>
            <w:tcMar>
              <w:top w:w="70" w:type="dxa"/>
              <w:left w:w="90" w:type="dxa"/>
              <w:bottom w:w="70" w:type="dxa"/>
              <w:right w:w="90" w:type="dxa"/>
            </w:tcMar>
            <w:vAlign w:val="center"/>
          </w:tcPr>
          <w:p w:rsidR="00703047" w:rsidRDefault="00D429B0" w:rsidP="005E5C21">
            <w:pPr>
              <w:jc w:val="both"/>
            </w:pPr>
            <w:r>
              <w:t>- HS lắng nghe, thực hiện đúng hướng dẫn.</w:t>
            </w:r>
          </w:p>
        </w:tc>
      </w:tr>
    </w:tbl>
    <w:bookmarkEnd w:id="0"/>
    <w:p w:rsidR="00703047" w:rsidRDefault="00D429B0">
      <w:r>
        <w:rPr>
          <w:b/>
          <w:color w:val="FF0000"/>
        </w:rPr>
        <w:t>IV. ĐIỀU CHỈNH SAU BÀI DẠY:</w:t>
      </w:r>
    </w:p>
    <w:p w:rsidR="00703047" w:rsidRDefault="00D429B0">
      <w:r>
        <w:t>................................................................................................................</w:t>
      </w:r>
    </w:p>
    <w:p w:rsidR="00703047" w:rsidRDefault="00D429B0">
      <w:r>
        <w:t>................................................................................................................</w:t>
      </w:r>
    </w:p>
    <w:sectPr w:rsidR="00703047" w:rsidSect="0003461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E4727"/>
    <w:rsid w:val="0015074B"/>
    <w:rsid w:val="001C2FEA"/>
    <w:rsid w:val="0029639D"/>
    <w:rsid w:val="00326F90"/>
    <w:rsid w:val="005E5C21"/>
    <w:rsid w:val="00703047"/>
    <w:rsid w:val="00AA1D8D"/>
    <w:rsid w:val="00B47730"/>
    <w:rsid w:val="00CB0664"/>
    <w:rsid w:val="00D429B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1C2FEA"/>
    <w:rPr>
      <w:rFonts w:ascii="Tahoma" w:hAnsi="Tahoma" w:cs="Tahoma"/>
      <w:sz w:val="16"/>
      <w:szCs w:val="16"/>
    </w:rPr>
  </w:style>
  <w:style w:type="character" w:customStyle="1" w:styleId="BalloonTextChar">
    <w:name w:val="Balloon Text Char"/>
    <w:basedOn w:val="DefaultParagraphFont"/>
    <w:link w:val="BalloonText"/>
    <w:uiPriority w:val="99"/>
    <w:semiHidden/>
    <w:rsid w:val="001C2FE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1C2FEA"/>
    <w:rPr>
      <w:rFonts w:ascii="Tahoma" w:hAnsi="Tahoma" w:cs="Tahoma"/>
      <w:sz w:val="16"/>
      <w:szCs w:val="16"/>
    </w:rPr>
  </w:style>
  <w:style w:type="character" w:customStyle="1" w:styleId="BalloonTextChar">
    <w:name w:val="Balloon Text Char"/>
    <w:basedOn w:val="DefaultParagraphFont"/>
    <w:link w:val="BalloonText"/>
    <w:uiPriority w:val="99"/>
    <w:semiHidden/>
    <w:rsid w:val="001C2FE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425FA-4A1C-40D5-A0E6-7CD9EAD09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8</Pages>
  <Words>2042</Words>
  <Characters>11644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HĐTN 2 KNTT Tuần 13</vt:lpstr>
    </vt:vector>
  </TitlesOfParts>
  <Manager/>
  <Company/>
  <LinksUpToDate>false</LinksUpToDate>
  <CharactersWithSpaces>13659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HĐTN 2 KNTT Tuần 13</dc:title>
  <dc:subject>Kế hoạch bài dạy đủ 3 tiết</dc:subject>
  <dc:creator>Nguyễn Bảo Trân</dc:creator>
  <cp:keywords/>
  <dc:description>generated by python-docx</dc:description>
  <cp:lastModifiedBy>Administrator</cp:lastModifiedBy>
  <cp:revision>4</cp:revision>
  <dcterms:created xsi:type="dcterms:W3CDTF">2026-06-12T19:34:00Z</dcterms:created>
  <dcterms:modified xsi:type="dcterms:W3CDTF">2026-08-17T13:56:00Z</dcterms:modified>
  <cp:category/>
</cp:coreProperties>
</file>