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1"/>
        </w:rPr>
        <w:t xml:space="preserve">عقد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كراء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محل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سكني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1"/>
        </w:rPr>
        <w:t xml:space="preserve">الطرف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الأول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المكري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السيد</w:t>
      </w:r>
      <w:r w:rsidDel="00000000" w:rsidR="00000000" w:rsidRPr="00000000">
        <w:rPr>
          <w:rtl w:val="1"/>
        </w:rPr>
        <w:t xml:space="preserve"> .................... 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رقم</w:t>
      </w:r>
      <w:r w:rsidDel="00000000" w:rsidR="00000000" w:rsidRPr="00000000">
        <w:rPr>
          <w:rtl w:val="0"/>
        </w:rPr>
        <w:t xml:space="preserve"> ....................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1"/>
        </w:rPr>
        <w:t xml:space="preserve">الطرف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الثاني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المكتري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السيد</w:t>
      </w:r>
      <w:r w:rsidDel="00000000" w:rsidR="00000000" w:rsidRPr="00000000">
        <w:rPr>
          <w:rtl w:val="1"/>
        </w:rPr>
        <w:t xml:space="preserve"> .................... 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رقم</w:t>
      </w:r>
      <w:r w:rsidDel="00000000" w:rsidR="00000000" w:rsidRPr="00000000">
        <w:rPr>
          <w:rtl w:val="0"/>
        </w:rPr>
        <w:t xml:space="preserve"> ....................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1"/>
        </w:rPr>
        <w:t xml:space="preserve">موضوع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الكراء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شقة</w:t>
      </w:r>
      <w:r w:rsidDel="00000000" w:rsidR="00000000" w:rsidRPr="00000000">
        <w:rPr>
          <w:rtl w:val="1"/>
        </w:rPr>
        <w:t xml:space="preserve"> / </w:t>
      </w:r>
      <w:r w:rsidDel="00000000" w:rsidR="00000000" w:rsidRPr="00000000">
        <w:rPr>
          <w:rtl w:val="1"/>
        </w:rPr>
        <w:t xml:space="preserve">محل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مساحتها</w:t>
      </w:r>
      <w:r w:rsidDel="00000000" w:rsidR="00000000" w:rsidRPr="00000000">
        <w:rPr>
          <w:rtl w:val="1"/>
        </w:rPr>
        <w:t xml:space="preserve"> .................... </w:t>
      </w:r>
      <w:r w:rsidDel="00000000" w:rsidR="00000000" w:rsidRPr="00000000">
        <w:rPr>
          <w:rtl w:val="1"/>
        </w:rPr>
        <w:t xml:space="preserve">الكائن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بـ</w:t>
      </w:r>
      <w:r w:rsidDel="00000000" w:rsidR="00000000" w:rsidRPr="00000000">
        <w:rPr>
          <w:rtl w:val="0"/>
        </w:rPr>
        <w:t xml:space="preserve"> ....................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1"/>
        </w:rPr>
        <w:t xml:space="preserve">مدة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الكراء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سنة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واحدة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ابتداء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....................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0"/>
        </w:rPr>
        <w:t xml:space="preserve"> ....................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1"/>
        </w:rPr>
        <w:t xml:space="preserve">مبلغ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الكراء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الشهري</w:t>
      </w:r>
      <w:r w:rsidDel="00000000" w:rsidR="00000000" w:rsidRPr="00000000">
        <w:rPr>
          <w:rtl w:val="1"/>
        </w:rPr>
        <w:t xml:space="preserve">: .................... </w:t>
      </w:r>
      <w:r w:rsidDel="00000000" w:rsidR="00000000" w:rsidRPr="00000000">
        <w:rPr>
          <w:rtl w:val="1"/>
        </w:rPr>
        <w:t xml:space="preserve">درهم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1"/>
        </w:rPr>
        <w:t xml:space="preserve">التسبيق</w:t>
      </w:r>
      <w:r w:rsidDel="00000000" w:rsidR="00000000" w:rsidRPr="00000000">
        <w:rPr>
          <w:rtl w:val="1"/>
        </w:rPr>
        <w:t xml:space="preserve">: .................... </w:t>
      </w:r>
      <w:r w:rsidDel="00000000" w:rsidR="00000000" w:rsidRPr="00000000">
        <w:rPr>
          <w:rtl w:val="1"/>
        </w:rPr>
        <w:t xml:space="preserve">درهم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TQrmH0b1ZSdDo08zztSjk8fxiQ==">CgMxLjA4AHIhMVZfUzNQMEJIc0xIQzBmZE5SOFJEVXNpY1l5bElRaWd0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