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3EABA" w14:textId="69D47CB1" w:rsidR="00B8287F" w:rsidRPr="004841EE" w:rsidRDefault="00000000" w:rsidP="000261FA">
      <w:pPr>
        <w:pStyle w:val="Titredelarticle"/>
        <w:rPr>
          <w:b w:val="0"/>
          <w:bCs/>
          <w:sz w:val="44"/>
          <w:szCs w:val="32"/>
          <w:lang w:val="fr-FR"/>
        </w:rPr>
      </w:pPr>
      <w:r>
        <w:rPr>
          <w:lang w:val="fr-FR" w:eastAsia="fr-FR" w:bidi="fr-FR"/>
        </w:rPr>
        <w:t>Titre de l’article en français : clair, précis et direct</w:t>
      </w:r>
    </w:p>
    <w:p w14:paraId="7A20A8D3" w14:textId="77777777" w:rsidR="00B8287F" w:rsidRPr="004841EE" w:rsidRDefault="00000000">
      <w:pPr>
        <w:pStyle w:val="Informationssurlesauteurs"/>
        <w:rPr>
          <w:bCs/>
          <w:sz w:val="28"/>
          <w:szCs w:val="24"/>
          <w:lang w:val="fr-FR"/>
        </w:rPr>
      </w:pPr>
      <w:r>
        <w:rPr>
          <w:b/>
          <w:sz w:val="24"/>
          <w:lang w:val="fr-FR" w:eastAsia="fr-FR" w:bidi="fr-FR"/>
        </w:rPr>
        <w:t>Nom du premier auteur¹*, nom du deuxième auteur², nom du troisième auteur³</w:t>
      </w:r>
    </w:p>
    <w:p w14:paraId="51F99CE3" w14:textId="77777777" w:rsidR="00B8287F" w:rsidRPr="004841EE" w:rsidRDefault="00000000">
      <w:pPr>
        <w:pStyle w:val="Informationssurlesauteurs"/>
        <w:rPr>
          <w:lang w:val="fr-FR"/>
        </w:rPr>
      </w:pPr>
      <w:r>
        <w:rPr>
          <w:sz w:val="21"/>
          <w:lang w:val="fr-FR" w:eastAsia="fr-FR" w:bidi="fr-FR"/>
        </w:rPr>
        <w:t>¹ Grade universitaire, département, faculté/institut, université/pays. Courriel : author1@example.com</w:t>
      </w:r>
    </w:p>
    <w:p w14:paraId="7004A294" w14:textId="77777777" w:rsidR="00B8287F" w:rsidRPr="004841EE" w:rsidRDefault="00000000">
      <w:pPr>
        <w:pStyle w:val="Informationssurlesauteurs"/>
        <w:rPr>
          <w:lang w:val="fr-FR"/>
        </w:rPr>
      </w:pPr>
      <w:r>
        <w:rPr>
          <w:sz w:val="21"/>
          <w:lang w:val="fr-FR" w:eastAsia="fr-FR" w:bidi="fr-FR"/>
        </w:rPr>
        <w:t>² Grade universitaire, département, faculté/institut, université/pays. Courriel : author2@example.com</w:t>
      </w:r>
    </w:p>
    <w:p w14:paraId="7CDDFA1A" w14:textId="77777777" w:rsidR="00B8287F" w:rsidRPr="004841EE" w:rsidRDefault="00000000" w:rsidP="00721A96">
      <w:pPr>
        <w:pStyle w:val="Informationssurlesauteurs"/>
        <w:rPr>
          <w:lang w:val="fr-FR"/>
        </w:rPr>
      </w:pPr>
      <w:r>
        <w:rPr>
          <w:sz w:val="21"/>
          <w:lang w:val="fr-FR" w:eastAsia="fr-FR" w:bidi="fr-FR"/>
        </w:rPr>
        <w:t>³ Grade universitaire, département, faculté/institut, université/pays. Courriel : author3@example.com</w:t>
      </w:r>
    </w:p>
    <w:p w14:paraId="653620A2" w14:textId="77777777" w:rsidR="006C1877" w:rsidRDefault="006C1877" w:rsidP="00343BB0">
      <w:pPr>
        <w:pStyle w:val="Titreprincipal"/>
        <w:spacing w:before="0" w:after="0"/>
        <w:jc w:val="both"/>
        <w:rPr>
          <w:b w:val="0"/>
          <w:bCs/>
          <w:sz w:val="24"/>
          <w:szCs w:val="24"/>
          <w:rtl/>
        </w:rPr>
      </w:pPr>
    </w:p>
    <w:p w14:paraId="688EE1A8" w14:textId="00E84982" w:rsidR="00C0074F" w:rsidRPr="004841EE" w:rsidRDefault="00C0074F" w:rsidP="00C0074F">
      <w:pPr>
        <w:pBdr>
          <w:bottom w:val="single" w:sz="18" w:space="1" w:color="FFC000"/>
        </w:pBdr>
        <w:spacing w:after="0"/>
        <w:jc w:val="center"/>
        <w:rPr>
          <w:rFonts w:asciiTheme="majorBidi" w:hAnsiTheme="majorBidi" w:cstheme="majorBidi"/>
          <w:sz w:val="22"/>
          <w:lang w:val="fr-FR" w:bidi="ar-TN"/>
        </w:rPr>
      </w:pPr>
      <w:r>
        <w:rPr>
          <w:rFonts w:ascii="Times New Roman" w:eastAsia="Times New Roman" w:hAnsi="Times New Roman" w:cs="Times New Roman"/>
          <w:sz w:val="21"/>
          <w:lang w:val="fr-FR" w:eastAsia="fr-FR" w:bidi="fr-FR"/>
        </w:rPr>
        <w:t>Reçu le :</w:t>
      </w:r>
      <w:proofErr w:type="gramStart"/>
      <w:r>
        <w:rPr>
          <w:rFonts w:ascii="Times New Roman" w:eastAsia="Times New Roman" w:hAnsi="Times New Roman" w:cs="Times New Roman"/>
          <w:sz w:val="21"/>
          <w:lang w:val="fr-FR" w:eastAsia="fr-FR" w:bidi="fr-FR"/>
        </w:rPr>
        <w:t xml:space="preserve"> </w:t>
      </w:r>
      <w:r w:rsidR="00B12517">
        <w:rPr>
          <w:rFonts w:ascii="Times New Roman" w:eastAsia="Times New Roman" w:hAnsi="Times New Roman" w:cs="Times New Roman" w:hint="cs"/>
          <w:sz w:val="21"/>
          <w:rtl/>
          <w:lang w:val="fr-FR" w:eastAsia="fr-FR" w:bidi="ar-TN"/>
        </w:rPr>
        <w:t>....</w:t>
      </w:r>
      <w:proofErr w:type="gramEnd"/>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 xml:space="preserve"> ; accepté le : </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 xml:space="preserve"> ; publié le : </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r>
        <w:rPr>
          <w:rFonts w:ascii="Times New Roman" w:eastAsia="Times New Roman" w:hAnsi="Times New Roman" w:cs="Times New Roman"/>
          <w:sz w:val="21"/>
          <w:lang w:val="fr-FR" w:eastAsia="fr-FR" w:bidi="fr-FR"/>
        </w:rPr>
        <w:t>-</w:t>
      </w:r>
      <w:r w:rsidR="00B12517">
        <w:rPr>
          <w:rFonts w:ascii="Times New Roman" w:eastAsia="Times New Roman" w:hAnsi="Times New Roman" w:cs="Times New Roman" w:hint="cs"/>
          <w:sz w:val="21"/>
          <w:rtl/>
          <w:lang w:val="fr-FR" w:eastAsia="fr-FR" w:bidi="ar-TN"/>
        </w:rPr>
        <w:t>.....</w:t>
      </w:r>
    </w:p>
    <w:p w14:paraId="4C73DF12" w14:textId="77777777" w:rsidR="00B4461F" w:rsidRPr="00B4461F" w:rsidRDefault="00B4461F" w:rsidP="00343BB0">
      <w:pPr>
        <w:pStyle w:val="Titreprincipal"/>
        <w:spacing w:before="0" w:after="0"/>
        <w:jc w:val="both"/>
        <w:rPr>
          <w:b w:val="0"/>
          <w:bCs/>
          <w:sz w:val="24"/>
          <w:szCs w:val="24"/>
          <w:rtl/>
          <w:cs/>
        </w:rPr>
      </w:pPr>
    </w:p>
    <w:p w14:paraId="144184BE" w14:textId="656C0F29" w:rsidR="00B8287F" w:rsidRPr="004841EE" w:rsidRDefault="00000000" w:rsidP="00343BB0">
      <w:pPr>
        <w:pStyle w:val="Titreprincipal"/>
        <w:spacing w:before="0" w:after="0"/>
        <w:rPr>
          <w:b w:val="0"/>
          <w:bCs/>
          <w:sz w:val="24"/>
          <w:szCs w:val="24"/>
          <w:lang w:val="fr-FR"/>
        </w:rPr>
      </w:pPr>
      <w:r>
        <w:rPr>
          <w:sz w:val="24"/>
          <w:lang w:val="fr-FR" w:eastAsia="fr-FR" w:bidi="fr-FR"/>
        </w:rPr>
        <w:t>Résumé (</w:t>
      </w:r>
      <w:r w:rsidR="00FC0DB4">
        <w:rPr>
          <w:sz w:val="24"/>
          <w:lang w:val="fr-FR" w:eastAsia="fr-FR" w:bidi="fr-FR"/>
        </w:rPr>
        <w:t>20</w:t>
      </w:r>
      <w:r>
        <w:rPr>
          <w:sz w:val="24"/>
          <w:lang w:val="fr-FR" w:eastAsia="fr-FR" w:bidi="fr-FR"/>
        </w:rPr>
        <w:t>0 mots au max)</w:t>
      </w:r>
    </w:p>
    <w:p w14:paraId="308E2047" w14:textId="5B35D650" w:rsidR="005027E1" w:rsidRPr="004841EE" w:rsidRDefault="005027E1" w:rsidP="00343BB0">
      <w:pPr>
        <w:pStyle w:val="Rsum"/>
        <w:rPr>
          <w:sz w:val="24"/>
          <w:szCs w:val="24"/>
          <w:lang w:val="fr-FR"/>
        </w:rPr>
      </w:pPr>
      <w:r>
        <w:rPr>
          <w:color w:val="5A5A5A"/>
          <w:lang w:val="fr-FR" w:eastAsia="fr-FR" w:bidi="fr-FR"/>
        </w:rPr>
        <w:t>Le résumé doit être rédigé en un seul paragraphe concis. Il présente brièvement le sujet ou la problématique de la recherche, ses objectifs, sa méthode ou son approche, ainsi que ses principaux résultats et conclusions, sans références bibliographiques superflues. Le résumé doit être rédigé en un seul paragraphe concis. Il présente brièvement le sujet ou la problématique de la recherche, ses objectifs, sa méthode ou son approche, ainsi que ses principaux résultats et conclusions, sans références bibliographiques superflues. Le résumé doit être rédigé en un seul paragraphe concis. Il présente brièvement le sujet ou la problématique de la recherche, ses objectifs, sa méthode ou son approche, ainsi que ses principaux résultats et conclusions, sans références bibliographiques superflues. Le résumé doit être rédigé en un seul paragraphe concis. Il présente brièvement le sujet ou la problématique de la recherche, ses objectifs, sa méthode ou son approche, ainsi que ses principaux résultats et conclusions, sans références bibliographiques superflues.</w:t>
      </w:r>
    </w:p>
    <w:p w14:paraId="5779008F" w14:textId="3B6B96B3" w:rsidR="006C1877" w:rsidRDefault="0049001A" w:rsidP="0049001A">
      <w:pPr>
        <w:pBdr>
          <w:bottom w:val="single" w:sz="18" w:space="1" w:color="FFC000"/>
        </w:pBdr>
        <w:spacing w:after="0"/>
        <w:rPr>
          <w:rFonts w:ascii="Times New Roman" w:eastAsia="Times New Roman" w:hAnsi="Times New Roman" w:cs="Times New Roman"/>
          <w:sz w:val="22"/>
          <w:rtl/>
          <w:lang w:val="fr-FR" w:eastAsia="fr-FR" w:bidi="ar-TN"/>
        </w:rPr>
      </w:pPr>
      <w:r>
        <w:rPr>
          <w:rFonts w:ascii="Times New Roman" w:eastAsia="Times New Roman" w:hAnsi="Times New Roman" w:cs="Times New Roman"/>
          <w:b/>
          <w:sz w:val="22"/>
          <w:lang w:val="fr-FR" w:eastAsia="fr-FR" w:bidi="fr-FR"/>
        </w:rPr>
        <w:t xml:space="preserve">Mots-clés : </w:t>
      </w:r>
      <w:r>
        <w:rPr>
          <w:rFonts w:ascii="Times New Roman" w:eastAsia="Times New Roman" w:hAnsi="Times New Roman" w:cs="Times New Roman"/>
          <w:sz w:val="22"/>
          <w:lang w:val="fr-FR" w:eastAsia="fr-FR" w:bidi="fr-FR"/>
        </w:rPr>
        <w:t>mot-clé ; mot-clé ; mot-clé ; … (3 à 7 mots-clés)</w:t>
      </w:r>
    </w:p>
    <w:p w14:paraId="5898D705" w14:textId="77777777" w:rsidR="00B12517" w:rsidRDefault="00B12517" w:rsidP="0049001A">
      <w:pPr>
        <w:pBdr>
          <w:bottom w:val="single" w:sz="18" w:space="1" w:color="FFC000"/>
        </w:pBdr>
        <w:spacing w:after="0"/>
        <w:rPr>
          <w:rFonts w:ascii="Times New Roman" w:eastAsia="Times New Roman" w:hAnsi="Times New Roman" w:cs="Times New Roman"/>
          <w:sz w:val="22"/>
          <w:rtl/>
          <w:lang w:val="fr-FR" w:eastAsia="fr-FR" w:bidi="ar-TN"/>
        </w:rPr>
      </w:pPr>
    </w:p>
    <w:p w14:paraId="44A009EF" w14:textId="77777777" w:rsidR="00B12517" w:rsidRPr="004841EE" w:rsidRDefault="00B12517" w:rsidP="00B12517">
      <w:pPr>
        <w:pStyle w:val="Titretraduit"/>
        <w:rPr>
          <w:lang w:val="fr-FR"/>
        </w:rPr>
      </w:pPr>
      <w:r>
        <w:rPr>
          <w:lang w:val="fr-FR" w:eastAsia="fr-FR" w:bidi="fr-FR"/>
        </w:rPr>
        <w:t>Titre traduit en arabe ou en anglais</w:t>
      </w:r>
    </w:p>
    <w:p w14:paraId="4AA9FBE0" w14:textId="77777777" w:rsidR="00B12517" w:rsidRPr="00E24C92" w:rsidRDefault="00B12517" w:rsidP="00B12517">
      <w:pPr>
        <w:pStyle w:val="Textetraduit"/>
        <w:jc w:val="left"/>
        <w:rPr>
          <w:color w:val="5A5A5A"/>
          <w:rtl/>
        </w:rPr>
      </w:pPr>
      <w:r>
        <w:rPr>
          <w:b/>
          <w:color w:val="5A5A5A"/>
          <w:lang w:val="fr-FR" w:eastAsia="fr-FR" w:bidi="fr-FR"/>
        </w:rPr>
        <w:t xml:space="preserve">Résumé traduit / Abstract : </w:t>
      </w:r>
      <w:r>
        <w:rPr>
          <w:color w:val="5A5A5A"/>
          <w:lang w:val="fr-FR" w:eastAsia="fr-FR" w:bidi="fr-FR"/>
        </w:rPr>
        <w:t>(150 mots au maximum)</w:t>
      </w:r>
    </w:p>
    <w:p w14:paraId="7630A959" w14:textId="77777777" w:rsidR="00B12517" w:rsidRPr="004841EE" w:rsidRDefault="00B12517" w:rsidP="00B12517">
      <w:pPr>
        <w:pStyle w:val="Textetraduit"/>
        <w:rPr>
          <w:color w:val="5A5A5A"/>
          <w:lang w:val="fr-FR"/>
        </w:rPr>
      </w:pPr>
      <w:r>
        <w:rPr>
          <w:color w:val="5A5A5A"/>
          <w:lang w:val="fr-FR" w:eastAsia="fr-FR" w:bidi="fr-FR"/>
        </w:rPr>
        <w:t>Fournissez une traduction exacte du titre, du résumé et des mots-clés dans l’une des autres langues acceptées par la revue. Le résumé traduit doit être concis et fidèle à la version française. Fournissez une traduction exacte du titre, du résumé et des mots-clés dans l’une des autres langues acceptées par la revue. Le résumé traduit doit être concis et fidèle à la version française. Fournissez une traduction exacte du titre, du résumé et des mots-clés dans l’une des autres langues acceptées par la revue. Le résumé traduit doit être concis et fidèle à la version française. Fournissez une traduction exacte du titre, du résumé et des mots-clés dans l’une des autres langues acceptées par la revue. Le résumé traduit doit être concis et fidèle à la version française.</w:t>
      </w:r>
    </w:p>
    <w:p w14:paraId="4409BCE2" w14:textId="2970CAF9" w:rsidR="00B12517" w:rsidRPr="00B12517" w:rsidRDefault="00B12517" w:rsidP="00B12517">
      <w:pPr>
        <w:pStyle w:val="Textetraduit"/>
        <w:jc w:val="left"/>
        <w:rPr>
          <w:color w:val="5A5A5A"/>
          <w:rtl/>
        </w:rPr>
      </w:pPr>
      <w:r>
        <w:rPr>
          <w:b/>
          <w:lang w:val="fr-FR" w:eastAsia="fr-FR" w:bidi="fr-FR"/>
        </w:rPr>
        <w:t xml:space="preserve">Mots-clés traduits / Keywords : </w:t>
      </w:r>
      <w:r>
        <w:rPr>
          <w:lang w:val="fr-FR" w:eastAsia="fr-FR" w:bidi="fr-FR"/>
        </w:rPr>
        <w:t>mot-clé ; mot-clé ; mot-clé ; … (3 à 7 mots-clés)</w:t>
      </w:r>
    </w:p>
    <w:p w14:paraId="2029AD6E" w14:textId="77777777" w:rsidR="00B12517" w:rsidRDefault="00B12517" w:rsidP="0049001A">
      <w:pPr>
        <w:pBdr>
          <w:bottom w:val="single" w:sz="18" w:space="1" w:color="FFC000"/>
        </w:pBdr>
        <w:spacing w:after="0"/>
        <w:rPr>
          <w:rFonts w:asciiTheme="majorBidi" w:hAnsiTheme="majorBidi" w:cstheme="majorBidi"/>
          <w:sz w:val="22"/>
          <w:rtl/>
          <w:lang w:val="fr-FR" w:bidi="ar-TN"/>
        </w:rPr>
      </w:pPr>
    </w:p>
    <w:p w14:paraId="74CD0BD3" w14:textId="6172D4A7" w:rsidR="00B12517" w:rsidRPr="00B12517" w:rsidRDefault="00B12517" w:rsidP="00B12517">
      <w:pPr>
        <w:pStyle w:val="Informationssurlesauteurs"/>
        <w:jc w:val="left"/>
        <w:rPr>
          <w:lang w:val="fr-FR"/>
        </w:rPr>
      </w:pPr>
      <w:r>
        <w:rPr>
          <w:sz w:val="21"/>
          <w:lang w:val="fr-FR" w:eastAsia="fr-FR" w:bidi="fr-FR"/>
        </w:rPr>
        <w:t>* Auteur correspondant : nom complet | Courriel : corresponding@example.com</w:t>
      </w:r>
    </w:p>
    <w:p w14:paraId="67277FA2" w14:textId="77777777" w:rsidR="00B12517" w:rsidRPr="000261FA" w:rsidRDefault="00B12517">
      <w:pPr>
        <w:pStyle w:val="Textetraduit"/>
        <w:rPr>
          <w:color w:val="5A5A5A"/>
          <w:szCs w:val="24"/>
          <w:lang w:val="fr-FR"/>
        </w:rPr>
        <w:sectPr w:rsidR="00B12517" w:rsidRPr="000261FA" w:rsidSect="00034616">
          <w:headerReference w:type="even" r:id="rId8"/>
          <w:headerReference w:type="default" r:id="rId9"/>
          <w:footerReference w:type="even" r:id="rId10"/>
          <w:footerReference w:type="default" r:id="rId11"/>
          <w:pgSz w:w="11906" w:h="16838"/>
          <w:pgMar w:top="1417" w:right="1417" w:bottom="1417" w:left="1417" w:header="454" w:footer="567" w:gutter="0"/>
          <w:cols w:space="720"/>
          <w:docGrid w:linePitch="360"/>
        </w:sectPr>
      </w:pPr>
    </w:p>
    <w:p w14:paraId="66484345" w14:textId="77777777" w:rsidR="00B8287F" w:rsidRPr="004841EE" w:rsidRDefault="00000000" w:rsidP="000261FA">
      <w:pPr>
        <w:pStyle w:val="Titreprincipal"/>
        <w:spacing w:before="0"/>
        <w:rPr>
          <w:b w:val="0"/>
          <w:bCs/>
          <w:szCs w:val="32"/>
          <w:lang w:val="fr-FR"/>
        </w:rPr>
      </w:pPr>
      <w:r>
        <w:rPr>
          <w:lang w:val="fr-FR" w:eastAsia="fr-FR" w:bidi="fr-FR"/>
        </w:rPr>
        <w:lastRenderedPageBreak/>
        <w:t>Introduction</w:t>
      </w:r>
    </w:p>
    <w:p w14:paraId="7D49A187" w14:textId="77777777" w:rsidR="00CE3462" w:rsidRPr="004841EE" w:rsidRDefault="00000000" w:rsidP="00CE3462">
      <w:pPr>
        <w:pStyle w:val="Corpsdutexte"/>
        <w:rPr>
          <w:color w:val="5A5A5A"/>
          <w:sz w:val="36"/>
          <w:szCs w:val="28"/>
          <w:lang w:val="fr-FR"/>
        </w:rPr>
      </w:pPr>
      <w:r>
        <w:rPr>
          <w:color w:val="5A5A5A"/>
          <w:lang w:val="fr-FR" w:eastAsia="fr-FR" w:bidi="fr-FR"/>
        </w:rPr>
        <w:t>L’introduction présente le sujet et son contexte, précise la problématique ou la question principale, les objectifs, la méthode ou l’approche retenue, et expose l’importance de l’étude ainsi que son rapport avec les travaux pertinents, selon la nature de la discipline. L’introduction présente le sujet et son contexte, précise la problématique ou la question principale, les objectifs, la méthode ou l’approche retenue, et expose l’importance de l’étude ainsi que son rapport avec les travaux pertinents, selon la nature de la discipline.</w:t>
      </w:r>
    </w:p>
    <w:p w14:paraId="0CC6B4BA" w14:textId="77777777" w:rsidR="00B8287F" w:rsidRPr="004841EE" w:rsidRDefault="00000000" w:rsidP="00090925">
      <w:pPr>
        <w:pStyle w:val="Titreprincipal"/>
        <w:rPr>
          <w:b w:val="0"/>
          <w:bCs/>
          <w:szCs w:val="32"/>
          <w:lang w:val="fr-FR"/>
        </w:rPr>
      </w:pPr>
      <w:r>
        <w:rPr>
          <w:lang w:val="fr-FR" w:eastAsia="fr-FR" w:bidi="fr-FR"/>
        </w:rPr>
        <w:t>Premier titre principal</w:t>
      </w:r>
    </w:p>
    <w:p w14:paraId="06F5487B" w14:textId="68AEE382" w:rsidR="00CE3462" w:rsidRPr="00FC0DB4" w:rsidRDefault="00000000" w:rsidP="00FC0DB4">
      <w:pPr>
        <w:pStyle w:val="Corpsdutexte"/>
        <w:rPr>
          <w:color w:val="5A5A5A"/>
          <w:sz w:val="36"/>
          <w:szCs w:val="28"/>
          <w:lang w:val="fr-FR" w:bidi="ar-TN"/>
        </w:rPr>
      </w:pPr>
      <w:r>
        <w:rPr>
          <w:color w:val="5A5A5A"/>
          <w:lang w:val="fr-FR" w:eastAsia="fr-FR" w:bidi="fr-FR"/>
        </w:rPr>
        <w:t>Rédigez ici la première section de l’article. Les titres et l’ordre des sections peuvent être adaptés à la nature de l’étude : théorique, critique, historique, empirique, linguistique, littéraire, sociale, géographique ou autre. Rédigez ici la première section de l’article. Les titres et l’ordre des sections peuvent être adaptés à la nature de l’étude : théorique, critique, historique, empirique, linguistique, littéraire, sociale, géographique ou autre.</w:t>
      </w:r>
    </w:p>
    <w:p w14:paraId="0AEA534E" w14:textId="77777777" w:rsidR="00B8287F" w:rsidRPr="004841EE" w:rsidRDefault="00000000" w:rsidP="00090925">
      <w:pPr>
        <w:pStyle w:val="Sous-titre1"/>
        <w:rPr>
          <w:b w:val="0"/>
          <w:bCs/>
          <w:sz w:val="36"/>
          <w:szCs w:val="28"/>
          <w:lang w:val="fr-FR"/>
        </w:rPr>
      </w:pPr>
      <w:r>
        <w:rPr>
          <w:lang w:val="fr-FR" w:eastAsia="fr-FR" w:bidi="fr-FR"/>
        </w:rPr>
        <w:t>Premier sous-titre</w:t>
      </w:r>
    </w:p>
    <w:p w14:paraId="5A8A88CA" w14:textId="45890A8A" w:rsidR="00CE3462" w:rsidRPr="004841EE" w:rsidRDefault="00CE3462" w:rsidP="00CE3462">
      <w:pPr>
        <w:pStyle w:val="Corpsdutexte"/>
        <w:rPr>
          <w:sz w:val="36"/>
          <w:szCs w:val="28"/>
          <w:lang w:val="fr-FR"/>
        </w:rPr>
      </w:pPr>
      <w:r>
        <w:rPr>
          <w:color w:val="5A5A5A"/>
          <w:lang w:val="fr-FR" w:eastAsia="fr-FR" w:bidi="fr-FR"/>
        </w:rPr>
        <w:t>Texte… texte… texte… texte… texte… texte… texte… texte… texte… texte… texte… texte… Texte… texte… texte… texte… texte… texte… texte… texte… texte… texte…</w:t>
      </w:r>
    </w:p>
    <w:p w14:paraId="0FAE82BB" w14:textId="77777777" w:rsidR="00B8287F" w:rsidRPr="004841EE" w:rsidRDefault="00B8287F" w:rsidP="00090925">
      <w:pPr>
        <w:pStyle w:val="Corpsdutexte"/>
        <w:rPr>
          <w:sz w:val="36"/>
          <w:szCs w:val="28"/>
          <w:lang w:val="fr-FR"/>
        </w:rPr>
      </w:pPr>
    </w:p>
    <w:p w14:paraId="34D9EF24" w14:textId="77777777" w:rsidR="00B8287F" w:rsidRPr="004841EE" w:rsidRDefault="00000000" w:rsidP="00090925">
      <w:pPr>
        <w:pStyle w:val="Sous-titre1"/>
        <w:rPr>
          <w:b w:val="0"/>
          <w:bCs/>
          <w:sz w:val="36"/>
          <w:szCs w:val="28"/>
          <w:lang w:val="fr-FR"/>
        </w:rPr>
      </w:pPr>
      <w:r>
        <w:rPr>
          <w:lang w:val="fr-FR" w:eastAsia="fr-FR" w:bidi="fr-FR"/>
        </w:rPr>
        <w:t>Deuxième sous-titre</w:t>
      </w:r>
    </w:p>
    <w:p w14:paraId="27B7FC31" w14:textId="35663B6E" w:rsidR="00CE3462" w:rsidRPr="004841EE" w:rsidRDefault="00CE3462" w:rsidP="00CE3462">
      <w:pPr>
        <w:pStyle w:val="Corpsdutexte"/>
        <w:rPr>
          <w:sz w:val="36"/>
          <w:szCs w:val="28"/>
          <w:lang w:val="fr-FR"/>
        </w:rPr>
      </w:pPr>
      <w:r>
        <w:rPr>
          <w:color w:val="5A5A5A"/>
          <w:lang w:val="fr-FR" w:eastAsia="fr-FR" w:bidi="fr-FR"/>
        </w:rPr>
        <w:t>Texte… texte… texte… texte… texte… texte… texte… texte… texte… texte… texte… texte…</w:t>
      </w:r>
    </w:p>
    <w:p w14:paraId="58529B8C" w14:textId="77777777" w:rsidR="00B8287F" w:rsidRPr="004841EE" w:rsidRDefault="00000000" w:rsidP="00090925">
      <w:pPr>
        <w:pStyle w:val="Titreprincipal"/>
        <w:rPr>
          <w:b w:val="0"/>
          <w:bCs/>
          <w:szCs w:val="32"/>
          <w:lang w:val="fr-FR"/>
        </w:rPr>
      </w:pPr>
      <w:r>
        <w:rPr>
          <w:lang w:val="fr-FR" w:eastAsia="fr-FR" w:bidi="fr-FR"/>
        </w:rPr>
        <w:t>Deuxième titre principal</w:t>
      </w:r>
    </w:p>
    <w:p w14:paraId="74262917" w14:textId="76A694B4" w:rsidR="00CE3462" w:rsidRPr="004841EE" w:rsidRDefault="00CE3462" w:rsidP="00CE3462">
      <w:pPr>
        <w:pStyle w:val="Corpsdutexte"/>
        <w:rPr>
          <w:sz w:val="36"/>
          <w:szCs w:val="28"/>
          <w:lang w:val="fr-FR"/>
        </w:rPr>
      </w:pPr>
      <w:r>
        <w:rPr>
          <w:color w:val="5A5A5A"/>
          <w:lang w:val="fr-FR" w:eastAsia="fr-FR" w:bidi="fr-FR"/>
        </w:rPr>
        <w:t>Rédigez ici la deuxième section en maintenant une progression logique et une articulation cohérente entre les différentes parties de l’article. Rédigez ici la deuxième section en maintenant une progression logique et une articulation cohérente entre les différentes parties de l’article. Rédigez ici la deuxième section en maintenant une progression logique et une articulation cohérente entre les différentes parties de l’article.</w:t>
      </w:r>
    </w:p>
    <w:p w14:paraId="77035262" w14:textId="6FA3C6F5" w:rsidR="00B8287F" w:rsidRDefault="00000000">
      <w:pPr>
        <w:pStyle w:val="Lgende1"/>
      </w:pPr>
      <w:r>
        <w:rPr>
          <w:lang w:val="fr-FR" w:eastAsia="fr-FR" w:bidi="fr-FR"/>
        </w:rPr>
        <w:t>Tableau (1) : Titre du tableau</w:t>
      </w:r>
    </w:p>
    <w:tbl>
      <w:tblPr>
        <w:tblStyle w:val="Grilledutableau"/>
        <w:tblW w:w="0" w:type="auto"/>
        <w:jc w:val="center"/>
        <w:tblLook w:val="04A0" w:firstRow="1" w:lastRow="0" w:firstColumn="1" w:lastColumn="0" w:noHBand="0" w:noVBand="1"/>
      </w:tblPr>
      <w:tblGrid>
        <w:gridCol w:w="3021"/>
        <w:gridCol w:w="3020"/>
        <w:gridCol w:w="3021"/>
      </w:tblGrid>
      <w:tr w:rsidR="00B8287F" w14:paraId="6F2E5147" w14:textId="77777777">
        <w:trPr>
          <w:tblHeader/>
          <w:jc w:val="center"/>
        </w:trPr>
        <w:tc>
          <w:tcPr>
            <w:tcW w:w="3024" w:type="dxa"/>
            <w:shd w:val="clear" w:color="auto" w:fill="EDEDED"/>
            <w:vAlign w:val="center"/>
          </w:tcPr>
          <w:p w14:paraId="557C83B2" w14:textId="77777777" w:rsidR="00B8287F" w:rsidRDefault="00000000">
            <w:pPr>
              <w:jc w:val="center"/>
            </w:pPr>
            <w:r>
              <w:rPr>
                <w:rFonts w:ascii="Times New Roman" w:eastAsia="Times New Roman" w:hAnsi="Times New Roman" w:cs="Times New Roman"/>
                <w:b/>
                <w:sz w:val="22"/>
                <w:lang w:val="fr-FR" w:eastAsia="fr-FR" w:bidi="fr-FR"/>
              </w:rPr>
              <w:t>Variable</w:t>
            </w:r>
          </w:p>
        </w:tc>
        <w:tc>
          <w:tcPr>
            <w:tcW w:w="3024" w:type="dxa"/>
            <w:shd w:val="clear" w:color="auto" w:fill="EDEDED"/>
            <w:vAlign w:val="center"/>
          </w:tcPr>
          <w:p w14:paraId="24D51484" w14:textId="77777777" w:rsidR="00B8287F" w:rsidRDefault="00000000">
            <w:pPr>
              <w:jc w:val="center"/>
            </w:pPr>
            <w:r>
              <w:rPr>
                <w:rFonts w:ascii="Times New Roman" w:eastAsia="Times New Roman" w:hAnsi="Times New Roman" w:cs="Times New Roman"/>
                <w:b/>
                <w:sz w:val="22"/>
                <w:lang w:val="fr-FR" w:eastAsia="fr-FR" w:bidi="fr-FR"/>
              </w:rPr>
              <w:t>Valeur</w:t>
            </w:r>
          </w:p>
        </w:tc>
        <w:tc>
          <w:tcPr>
            <w:tcW w:w="3024" w:type="dxa"/>
            <w:shd w:val="clear" w:color="auto" w:fill="EDEDED"/>
            <w:vAlign w:val="center"/>
          </w:tcPr>
          <w:p w14:paraId="1D80BF0F" w14:textId="77777777" w:rsidR="00B8287F" w:rsidRDefault="00000000">
            <w:pPr>
              <w:jc w:val="center"/>
            </w:pPr>
            <w:r>
              <w:rPr>
                <w:rFonts w:ascii="Times New Roman" w:eastAsia="Times New Roman" w:hAnsi="Times New Roman" w:cs="Times New Roman"/>
                <w:b/>
                <w:sz w:val="22"/>
                <w:lang w:val="fr-FR" w:eastAsia="fr-FR" w:bidi="fr-FR"/>
              </w:rPr>
              <w:t>Remarque</w:t>
            </w:r>
          </w:p>
        </w:tc>
      </w:tr>
      <w:tr w:rsidR="00B8287F" w14:paraId="5AE6A74F" w14:textId="77777777">
        <w:trPr>
          <w:jc w:val="center"/>
        </w:trPr>
        <w:tc>
          <w:tcPr>
            <w:tcW w:w="3024" w:type="dxa"/>
            <w:vAlign w:val="center"/>
          </w:tcPr>
          <w:p w14:paraId="5EF0FEC9" w14:textId="791491B9" w:rsidR="00B8287F" w:rsidRDefault="00000000">
            <w:pPr>
              <w:jc w:val="center"/>
            </w:pPr>
            <w:r>
              <w:rPr>
                <w:rFonts w:ascii="Times New Roman" w:eastAsia="Times New Roman" w:hAnsi="Times New Roman" w:cs="Times New Roman"/>
                <w:color w:val="646464"/>
                <w:sz w:val="22"/>
                <w:lang w:val="fr-FR" w:eastAsia="fr-FR" w:bidi="fr-FR"/>
              </w:rPr>
              <w:t>Donnée</w:t>
            </w:r>
          </w:p>
        </w:tc>
        <w:tc>
          <w:tcPr>
            <w:tcW w:w="3024" w:type="dxa"/>
            <w:vAlign w:val="center"/>
          </w:tcPr>
          <w:p w14:paraId="5E6B57BC" w14:textId="252755A1" w:rsidR="00B8287F" w:rsidRDefault="00000000">
            <w:pPr>
              <w:jc w:val="center"/>
            </w:pPr>
            <w:r>
              <w:rPr>
                <w:rFonts w:ascii="Times New Roman" w:eastAsia="Times New Roman" w:hAnsi="Times New Roman" w:cs="Times New Roman"/>
                <w:color w:val="646464"/>
                <w:sz w:val="22"/>
                <w:lang w:val="fr-FR" w:eastAsia="fr-FR" w:bidi="fr-FR"/>
              </w:rPr>
              <w:t>Valeur</w:t>
            </w:r>
          </w:p>
        </w:tc>
        <w:tc>
          <w:tcPr>
            <w:tcW w:w="3024" w:type="dxa"/>
            <w:vAlign w:val="center"/>
          </w:tcPr>
          <w:p w14:paraId="5711A4A8" w14:textId="710CB8DC" w:rsidR="00B8287F" w:rsidRDefault="00000000">
            <w:pPr>
              <w:jc w:val="center"/>
            </w:pPr>
            <w:r>
              <w:rPr>
                <w:rFonts w:ascii="Times New Roman" w:eastAsia="Times New Roman" w:hAnsi="Times New Roman" w:cs="Times New Roman"/>
                <w:color w:val="646464"/>
                <w:sz w:val="22"/>
                <w:lang w:val="fr-FR" w:eastAsia="fr-FR" w:bidi="fr-FR"/>
              </w:rPr>
              <w:t>Remarque</w:t>
            </w:r>
          </w:p>
        </w:tc>
      </w:tr>
      <w:tr w:rsidR="00B8287F" w14:paraId="1E941F03" w14:textId="77777777">
        <w:trPr>
          <w:jc w:val="center"/>
        </w:trPr>
        <w:tc>
          <w:tcPr>
            <w:tcW w:w="3024" w:type="dxa"/>
            <w:vAlign w:val="center"/>
          </w:tcPr>
          <w:p w14:paraId="5DAD5937" w14:textId="101CB2AE" w:rsidR="00B8287F" w:rsidRDefault="00000000">
            <w:pPr>
              <w:jc w:val="center"/>
            </w:pPr>
            <w:r>
              <w:rPr>
                <w:rFonts w:ascii="Times New Roman" w:eastAsia="Times New Roman" w:hAnsi="Times New Roman" w:cs="Times New Roman"/>
                <w:color w:val="646464"/>
                <w:sz w:val="22"/>
                <w:lang w:val="fr-FR" w:eastAsia="fr-FR" w:bidi="fr-FR"/>
              </w:rPr>
              <w:t>Donnée</w:t>
            </w:r>
          </w:p>
        </w:tc>
        <w:tc>
          <w:tcPr>
            <w:tcW w:w="3024" w:type="dxa"/>
            <w:vAlign w:val="center"/>
          </w:tcPr>
          <w:p w14:paraId="5E4472D0" w14:textId="37FF8046" w:rsidR="00B8287F" w:rsidRDefault="00000000">
            <w:pPr>
              <w:jc w:val="center"/>
            </w:pPr>
            <w:r>
              <w:rPr>
                <w:rFonts w:ascii="Times New Roman" w:eastAsia="Times New Roman" w:hAnsi="Times New Roman" w:cs="Times New Roman"/>
                <w:color w:val="646464"/>
                <w:sz w:val="22"/>
                <w:lang w:val="fr-FR" w:eastAsia="fr-FR" w:bidi="fr-FR"/>
              </w:rPr>
              <w:t>Valeur</w:t>
            </w:r>
          </w:p>
        </w:tc>
        <w:tc>
          <w:tcPr>
            <w:tcW w:w="3024" w:type="dxa"/>
            <w:vAlign w:val="center"/>
          </w:tcPr>
          <w:p w14:paraId="02F57B9E" w14:textId="5FE8C6B5" w:rsidR="00B8287F" w:rsidRDefault="00000000">
            <w:pPr>
              <w:jc w:val="center"/>
            </w:pPr>
            <w:r>
              <w:rPr>
                <w:rFonts w:ascii="Times New Roman" w:eastAsia="Times New Roman" w:hAnsi="Times New Roman" w:cs="Times New Roman"/>
                <w:color w:val="646464"/>
                <w:sz w:val="22"/>
                <w:lang w:val="fr-FR" w:eastAsia="fr-FR" w:bidi="fr-FR"/>
              </w:rPr>
              <w:t>Remarque</w:t>
            </w:r>
          </w:p>
        </w:tc>
      </w:tr>
    </w:tbl>
    <w:p w14:paraId="33767BED" w14:textId="001C0053" w:rsidR="00B8287F" w:rsidRPr="004841EE" w:rsidRDefault="00000000">
      <w:pPr>
        <w:pStyle w:val="Sourceetnote"/>
        <w:rPr>
          <w:lang w:val="fr-FR"/>
        </w:rPr>
      </w:pPr>
      <w:r>
        <w:rPr>
          <w:color w:val="5A5A5A"/>
          <w:lang w:val="fr-FR" w:eastAsia="fr-FR" w:bidi="fr-FR"/>
        </w:rPr>
        <w:t>Source : Indiquez la source sous le tableau en cas de citation ou d’utilisation de données publiées.</w:t>
      </w:r>
    </w:p>
    <w:p w14:paraId="637D08AA" w14:textId="4D451936" w:rsidR="00B8287F" w:rsidRPr="004841EE" w:rsidRDefault="00000000">
      <w:pPr>
        <w:pStyle w:val="Lgende1"/>
        <w:rPr>
          <w:lang w:val="fr-FR"/>
        </w:rPr>
      </w:pPr>
      <w:r>
        <w:rPr>
          <w:lang w:val="fr-FR" w:eastAsia="fr-FR" w:bidi="fr-FR"/>
        </w:rPr>
        <w:t>Figure (1) : Titre de la figure/carte/image</w:t>
      </w:r>
    </w:p>
    <w:tbl>
      <w:tblPr>
        <w:tblStyle w:val="Grilledutableau"/>
        <w:tblW w:w="0" w:type="auto"/>
        <w:jc w:val="center"/>
        <w:tblLook w:val="04A0" w:firstRow="1" w:lastRow="0" w:firstColumn="1" w:lastColumn="0" w:noHBand="0" w:noVBand="1"/>
      </w:tblPr>
      <w:tblGrid>
        <w:gridCol w:w="9062"/>
      </w:tblGrid>
      <w:tr w:rsidR="00B8287F" w:rsidRPr="000261FA" w14:paraId="0EF3518C" w14:textId="77777777">
        <w:trPr>
          <w:trHeight w:val="2041"/>
          <w:jc w:val="center"/>
        </w:trPr>
        <w:tc>
          <w:tcPr>
            <w:tcW w:w="9072" w:type="dxa"/>
            <w:shd w:val="clear" w:color="auto" w:fill="FAFAFA"/>
            <w:vAlign w:val="center"/>
          </w:tcPr>
          <w:p w14:paraId="4EC24C3B" w14:textId="6EE51B23" w:rsidR="00B8287F" w:rsidRPr="004841EE" w:rsidRDefault="00000000">
            <w:pPr>
              <w:jc w:val="center"/>
              <w:rPr>
                <w:lang w:val="fr-FR"/>
              </w:rPr>
            </w:pPr>
            <w:r>
              <w:rPr>
                <w:rFonts w:ascii="Times New Roman" w:eastAsia="Times New Roman" w:hAnsi="Times New Roman" w:cs="Times New Roman"/>
                <w:color w:val="7D7D7D"/>
                <w:sz w:val="22"/>
                <w:lang w:val="fr-FR" w:eastAsia="fr-FR" w:bidi="fr-FR"/>
              </w:rPr>
              <w:t>Insérez ici la figure, la carte ou l’image, en bonne résolution et à l’endroit approprié dans le texte</w:t>
            </w:r>
          </w:p>
        </w:tc>
      </w:tr>
    </w:tbl>
    <w:p w14:paraId="278C20BB" w14:textId="664EF2DE" w:rsidR="00B8287F" w:rsidRPr="004841EE" w:rsidRDefault="00000000">
      <w:pPr>
        <w:pStyle w:val="Sourceetnote"/>
        <w:rPr>
          <w:lang w:val="fr-FR"/>
        </w:rPr>
      </w:pPr>
      <w:r>
        <w:rPr>
          <w:color w:val="5A5A5A"/>
          <w:lang w:val="fr-FR" w:eastAsia="fr-FR" w:bidi="fr-FR"/>
        </w:rPr>
        <w:t>Source : Indiquez la source lorsque cela est nécessaire.</w:t>
      </w:r>
    </w:p>
    <w:p w14:paraId="45D07A9A" w14:textId="77777777" w:rsidR="00B8287F" w:rsidRPr="004841EE" w:rsidRDefault="00000000" w:rsidP="00090925">
      <w:pPr>
        <w:pStyle w:val="Titreprincipal"/>
        <w:rPr>
          <w:b w:val="0"/>
          <w:bCs/>
          <w:szCs w:val="32"/>
          <w:lang w:val="fr-FR"/>
        </w:rPr>
      </w:pPr>
      <w:r>
        <w:rPr>
          <w:lang w:val="fr-FR" w:eastAsia="fr-FR" w:bidi="fr-FR"/>
        </w:rPr>
        <w:lastRenderedPageBreak/>
        <w:t>Résultats, analyse et discussion</w:t>
      </w:r>
    </w:p>
    <w:p w14:paraId="69FC4986" w14:textId="7DC810E0" w:rsidR="00B8287F" w:rsidRPr="004841EE" w:rsidRDefault="00000000">
      <w:pPr>
        <w:pStyle w:val="Corpsdutexte"/>
        <w:rPr>
          <w:lang w:val="fr-FR"/>
        </w:rPr>
      </w:pPr>
      <w:r>
        <w:rPr>
          <w:color w:val="5A5A5A"/>
          <w:lang w:val="fr-FR" w:eastAsia="fr-FR" w:bidi="fr-FR"/>
        </w:rPr>
        <w:t>Présentez, analysez et discutez les résultats selon la nature de l’étude. Les résultats et la discussion peuvent être séparés ou regroupés ; ce titre n’est pas obligatoire si les usages de la discipline imposent une autre organisation.</w:t>
      </w:r>
    </w:p>
    <w:p w14:paraId="0E9D82E2" w14:textId="77777777" w:rsidR="00B8287F" w:rsidRPr="004841EE" w:rsidRDefault="00000000" w:rsidP="00090925">
      <w:pPr>
        <w:pStyle w:val="Titreprincipal"/>
        <w:rPr>
          <w:b w:val="0"/>
          <w:bCs/>
          <w:szCs w:val="32"/>
          <w:lang w:val="fr-FR"/>
        </w:rPr>
      </w:pPr>
      <w:r>
        <w:rPr>
          <w:lang w:val="fr-FR" w:eastAsia="fr-FR" w:bidi="fr-FR"/>
        </w:rPr>
        <w:t>Conclusion</w:t>
      </w:r>
    </w:p>
    <w:p w14:paraId="4BB2CC7A" w14:textId="7F3C6698" w:rsidR="00B8287F" w:rsidRPr="004841EE" w:rsidRDefault="00000000">
      <w:pPr>
        <w:pStyle w:val="Corpsdutexte"/>
        <w:rPr>
          <w:lang w:val="fr-FR"/>
        </w:rPr>
      </w:pPr>
      <w:r>
        <w:rPr>
          <w:color w:val="5A5A5A"/>
          <w:lang w:val="fr-FR" w:eastAsia="fr-FR" w:bidi="fr-FR"/>
        </w:rPr>
        <w:t>La conclusion présente les principaux résultats et enseignements de l’étude, ainsi que les recommandations ou perspectives de recherche pertinentes, sans répéter longuement le corps de l’article.</w:t>
      </w:r>
    </w:p>
    <w:p w14:paraId="255B3CE3" w14:textId="77777777" w:rsidR="00B8287F" w:rsidRPr="004841EE" w:rsidRDefault="00000000" w:rsidP="00CE3462">
      <w:pPr>
        <w:pStyle w:val="Sous-titre1"/>
        <w:rPr>
          <w:lang w:val="fr-FR"/>
        </w:rPr>
      </w:pPr>
      <w:r>
        <w:rPr>
          <w:lang w:val="fr-FR" w:eastAsia="fr-FR" w:bidi="fr-FR"/>
        </w:rPr>
        <w:t>Remerciements et financement (facultatif)</w:t>
      </w:r>
    </w:p>
    <w:p w14:paraId="383B9EC4" w14:textId="4B38D3EC" w:rsidR="00B8287F" w:rsidRPr="004841EE" w:rsidRDefault="00000000">
      <w:pPr>
        <w:pStyle w:val="Corpsdutexte"/>
        <w:rPr>
          <w:lang w:val="fr-FR"/>
        </w:rPr>
      </w:pPr>
      <w:r>
        <w:rPr>
          <w:color w:val="5A5A5A"/>
          <w:lang w:val="fr-FR" w:eastAsia="fr-FR" w:bidi="fr-FR"/>
        </w:rPr>
        <w:t>Mentionnez brièvement, le cas échéant, l’appui reçu, le financement ou les remerciements scientifiques.</w:t>
      </w:r>
    </w:p>
    <w:p w14:paraId="624697EC" w14:textId="77777777" w:rsidR="00B8287F" w:rsidRPr="004841EE" w:rsidRDefault="00000000" w:rsidP="00090925">
      <w:pPr>
        <w:pStyle w:val="Titreprincipal"/>
        <w:rPr>
          <w:b w:val="0"/>
          <w:bCs/>
          <w:szCs w:val="32"/>
          <w:lang w:val="fr-FR"/>
        </w:rPr>
      </w:pPr>
      <w:r>
        <w:rPr>
          <w:lang w:val="fr-FR" w:eastAsia="fr-FR" w:bidi="fr-FR"/>
        </w:rPr>
        <w:t>Références bibliographiques</w:t>
      </w:r>
    </w:p>
    <w:p w14:paraId="493F26F4" w14:textId="5E26E491" w:rsidR="00B8287F" w:rsidRDefault="00000000">
      <w:pPr>
        <w:pStyle w:val="Rfrence"/>
        <w:rPr>
          <w:color w:val="FF0000"/>
          <w:rtl/>
          <w:cs/>
        </w:rPr>
      </w:pPr>
      <w:r>
        <w:rPr>
          <w:color w:val="FF0000"/>
          <w:lang w:val="fr-FR" w:eastAsia="fr-FR" w:bidi="fr-FR"/>
        </w:rPr>
        <w:t>Classez les références selon la 7e édition de l’APA lorsque ce style convient à la discipline, ou selon un autre système scientifique exigé par le domaine, à condition de l’appliquer uniformément dans l’article. Toutes les citations doivent correspondre à la liste des références, les données de publication doivent être complètes et le DOI doit être indiqué lorsqu’il est disponible, ou l’URL à défaut.</w:t>
      </w:r>
    </w:p>
    <w:p w14:paraId="16C63FE6" w14:textId="77777777" w:rsidR="009C0433" w:rsidRPr="00512960" w:rsidRDefault="009C0433" w:rsidP="009C0433">
      <w:pPr>
        <w:spacing w:after="0"/>
        <w:ind w:left="576" w:hanging="576"/>
        <w:jc w:val="both"/>
        <w:rPr>
          <w:rFonts w:asciiTheme="majorBidi" w:eastAsia="Calibri" w:hAnsiTheme="majorBidi" w:cstheme="majorBidi"/>
          <w:b/>
          <w:bCs/>
          <w:snapToGrid w:val="0"/>
          <w:w w:val="0"/>
          <w:sz w:val="24"/>
          <w:szCs w:val="24"/>
          <w:rtl/>
          <w:lang w:eastAsia="it-IT" w:bidi="ar-JO"/>
        </w:rPr>
      </w:pPr>
      <w:r>
        <w:rPr>
          <w:rFonts w:ascii="Times New Roman" w:eastAsia="Times New Roman" w:hAnsi="Times New Roman" w:cs="Times New Roman"/>
          <w:b/>
          <w:sz w:val="22"/>
          <w:lang w:val="fr-FR" w:eastAsia="fr-FR" w:bidi="fr-FR"/>
        </w:rPr>
        <w:t xml:space="preserve">Remarque : </w:t>
      </w:r>
      <w:r>
        <w:rPr>
          <w:rFonts w:ascii="Times New Roman" w:eastAsia="Times New Roman" w:hAnsi="Times New Roman" w:cs="Times New Roman"/>
          <w:sz w:val="22"/>
          <w:lang w:val="fr-FR" w:eastAsia="fr-FR" w:bidi="fr-FR"/>
        </w:rPr>
        <w:t>les titres et grades académiques doivent être supprimés des notes et des références bibliographiques.</w:t>
      </w:r>
    </w:p>
    <w:p w14:paraId="4E8E2B8D" w14:textId="77777777" w:rsidR="009C0433" w:rsidRPr="004841EE" w:rsidRDefault="009C0433">
      <w:pPr>
        <w:pStyle w:val="Rfrence"/>
        <w:rPr>
          <w:color w:val="FF0000"/>
          <w:lang w:val="fr-FR" w:bidi="ar-JO"/>
        </w:rPr>
      </w:pPr>
    </w:p>
    <w:p w14:paraId="3F29A7A0" w14:textId="151B74BB" w:rsidR="00B8287F" w:rsidRPr="004841EE" w:rsidRDefault="00000000">
      <w:pPr>
        <w:pStyle w:val="Rfrence"/>
        <w:rPr>
          <w:lang w:val="fr-FR"/>
        </w:rPr>
      </w:pPr>
      <w:r>
        <w:rPr>
          <w:color w:val="6E6E6E"/>
          <w:sz w:val="21"/>
          <w:lang w:val="fr-FR" w:eastAsia="fr-FR" w:bidi="fr-FR"/>
        </w:rPr>
        <w:t>Exemple de référence selon APA 7 : Nom, P. (Année). Titre de l’ouvrage ou de l’article. Maison d’édition/Nom de la revue, volume(numéro), pages. DOI/URL.</w:t>
      </w:r>
    </w:p>
    <w:p w14:paraId="3C107214" w14:textId="77777777" w:rsidR="00B8287F" w:rsidRPr="004841EE" w:rsidRDefault="00000000">
      <w:pPr>
        <w:pStyle w:val="Rfrencecomplmentaire"/>
        <w:rPr>
          <w:lang w:val="fr-FR"/>
        </w:rPr>
      </w:pPr>
      <w:r>
        <w:rPr>
          <w:color w:val="6E6E6E"/>
          <w:sz w:val="21"/>
          <w:lang w:val="fr-FR" w:eastAsia="fr-FR" w:bidi="fr-FR"/>
        </w:rPr>
        <w:t>Exemple : Nom, P. (Année). Titre de l’article. Titre de la revue, 00(0), 00–00. https://doi.org/xxxxx</w:t>
      </w:r>
    </w:p>
    <w:p w14:paraId="5DF531A5" w14:textId="77777777" w:rsidR="00B8287F" w:rsidRPr="004841EE" w:rsidRDefault="00000000" w:rsidP="005E2B3E">
      <w:pPr>
        <w:pStyle w:val="Titreprincipal"/>
        <w:rPr>
          <w:b w:val="0"/>
          <w:bCs/>
          <w:sz w:val="44"/>
          <w:szCs w:val="32"/>
          <w:lang w:val="fr-FR"/>
        </w:rPr>
      </w:pPr>
      <w:r>
        <w:rPr>
          <w:lang w:val="fr-FR" w:eastAsia="fr-FR" w:bidi="fr-FR"/>
        </w:rPr>
        <w:t>Annexes et documents complémentaires (le cas échéant)</w:t>
      </w:r>
    </w:p>
    <w:p w14:paraId="227E729E" w14:textId="5959EC8B" w:rsidR="00B8287F" w:rsidRPr="004841EE" w:rsidRDefault="00000000" w:rsidP="005E2B3E">
      <w:pPr>
        <w:pStyle w:val="Corpsdutexte"/>
        <w:rPr>
          <w:lang w:val="fr-FR"/>
        </w:rPr>
      </w:pPr>
      <w:r>
        <w:rPr>
          <w:color w:val="5A5A5A"/>
          <w:lang w:val="fr-FR" w:eastAsia="fr-FR" w:bidi="fr-FR"/>
        </w:rPr>
        <w:t>Insérez uniquement les annexes ou documents complémentaires nécessaires. Le nombre total de pages de l’article, y compris les figures, tableaux et annexes, doit être compris entre 15 et 30 pages.</w:t>
      </w:r>
    </w:p>
    <w:p w14:paraId="67FFCB8C" w14:textId="77777777" w:rsidR="00A80FFA" w:rsidRDefault="00A80FFA" w:rsidP="005E2B3E">
      <w:pPr>
        <w:pStyle w:val="Titreprincipal"/>
        <w:jc w:val="both"/>
        <w:rPr>
          <w:b w:val="0"/>
          <w:bCs/>
          <w:u w:val="single"/>
          <w:rtl/>
          <w:cs/>
        </w:rPr>
      </w:pPr>
    </w:p>
    <w:p w14:paraId="5B30A3E2" w14:textId="77777777" w:rsidR="00B8287F" w:rsidRPr="004841EE" w:rsidRDefault="00A80FFA" w:rsidP="004D6B25">
      <w:pPr>
        <w:pStyle w:val="Sourceetnote"/>
        <w:jc w:val="both"/>
        <w:rPr>
          <w:color w:val="FF0000"/>
          <w:lang w:val="fr-FR"/>
        </w:rPr>
      </w:pPr>
      <w:r>
        <w:rPr>
          <w:b/>
          <w:color w:val="FF0000"/>
          <w:lang w:val="fr-FR" w:eastAsia="fr-FR" w:bidi="fr-FR"/>
        </w:rPr>
        <w:t>Guide rapide (à supprimer avant soumission) : le corps de l’article en français doit être en Times New Roman, 12 pt ; les titres principaux en 14 pt gras ; le résumé et les notes en 10 pt ; les marges de page de 2,5 cm ; l’interligne simple (1,0) ; et la longueur totale comprise entre 15 et 30 pages. Les tableaux et figures doivent être insérés à l’endroit approprié dans le texte.</w:t>
      </w:r>
    </w:p>
    <w:sectPr w:rsidR="00B8287F" w:rsidRPr="004841EE" w:rsidSect="00034616">
      <w:pgSz w:w="11906" w:h="16838"/>
      <w:pgMar w:top="1417" w:right="1417" w:bottom="141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A979F" w14:textId="77777777" w:rsidR="007F62A6" w:rsidRDefault="007F62A6">
      <w:pPr>
        <w:spacing w:after="0"/>
      </w:pPr>
      <w:r>
        <w:separator/>
      </w:r>
    </w:p>
  </w:endnote>
  <w:endnote w:type="continuationSeparator" w:id="0">
    <w:p w14:paraId="32C52368" w14:textId="77777777" w:rsidR="007F62A6" w:rsidRDefault="007F62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2E16" w14:textId="77777777" w:rsidR="00B8287F" w:rsidRDefault="00000000">
    <w:pPr>
      <w:pStyle w:val="Pieddepage"/>
      <w:jc w:val="center"/>
    </w:pPr>
    <w:r>
      <w:rPr>
        <w:rFonts w:ascii="Times New Roman" w:eastAsia="Times New Roman" w:hAnsi="Times New Roman" w:cs="Times New Roman"/>
        <w:sz w:val="20"/>
        <w:cs/>
        <w:lang w:val="fr-FR" w:eastAsia="fr-FR" w:bidi="fr-FR"/>
      </w:rPr>
      <w:t xml:space="preserve">p. </w:t>
    </w:r>
    <w:r>
      <w:rPr>
        <w:rFonts w:ascii="Times New Roman" w:eastAsia="Times New Roman" w:hAnsi="Times New Roman" w:cs="Times New Roman"/>
        <w:sz w:val="20"/>
        <w:cs/>
        <w:lang w:val="fr-FR" w:eastAsia="fr-FR" w:bidi="fr-FR"/>
      </w:rPr>
      <w:fldChar w:fldCharType="begin"/>
    </w:r>
    <w:r>
      <w:rPr>
        <w:rFonts w:ascii="Times New Roman" w:eastAsia="Times New Roman" w:hAnsi="Times New Roman" w:cs="Times New Roman"/>
        <w:sz w:val="20"/>
        <w:cs/>
        <w:lang w:val="fr-FR" w:eastAsia="fr-FR" w:bidi="fr-FR"/>
      </w:rPr>
      <w:instrText xml:space="preserve"> PAGE </w:instrText>
    </w:r>
    <w:r>
      <w:rPr>
        <w:rFonts w:ascii="Times New Roman" w:eastAsia="Times New Roman" w:hAnsi="Times New Roman" w:cs="Times New Roman"/>
        <w:sz w:val="20"/>
        <w:cs/>
        <w:lang w:val="fr-FR" w:eastAsia="fr-FR" w:bidi="fr-FR"/>
      </w:rPr>
      <w:fldChar w:fldCharType="separate"/>
    </w:r>
    <w:r w:rsidR="00090925">
      <w:rPr>
        <w:rFonts w:ascii="Times New Roman" w:eastAsia="Times New Roman" w:hAnsi="Times New Roman" w:cs="Times New Roman"/>
        <w:noProof/>
        <w:sz w:val="20"/>
        <w:lang w:val="fr-FR" w:eastAsia="fr-FR" w:bidi="fr-FR"/>
      </w:rPr>
      <w:t>1</w:t>
    </w:r>
    <w:r>
      <w:rPr>
        <w:rFonts w:ascii="Times New Roman" w:eastAsia="Times New Roman" w:hAnsi="Times New Roman" w:cs="Times New Roman"/>
        <w:sz w:val="20"/>
        <w:cs/>
        <w:lang w:val="fr-FR" w:eastAsia="fr-FR" w:bidi="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8752" w14:textId="77777777" w:rsidR="00B8287F" w:rsidRDefault="00000000">
    <w:pPr>
      <w:pStyle w:val="Pieddepage"/>
      <w:jc w:val="center"/>
    </w:pPr>
    <w:r>
      <w:rPr>
        <w:rFonts w:ascii="Times New Roman" w:eastAsia="Times New Roman" w:hAnsi="Times New Roman" w:cs="Times New Roman"/>
        <w:sz w:val="20"/>
        <w:cs/>
        <w:lang w:val="fr-FR" w:eastAsia="fr-FR" w:bidi="fr-FR"/>
      </w:rPr>
      <w:t xml:space="preserve">p. </w:t>
    </w:r>
    <w:r>
      <w:rPr>
        <w:rFonts w:ascii="Times New Roman" w:eastAsia="Times New Roman" w:hAnsi="Times New Roman" w:cs="Times New Roman"/>
        <w:sz w:val="20"/>
        <w:cs/>
        <w:lang w:val="fr-FR" w:eastAsia="fr-FR" w:bidi="fr-FR"/>
      </w:rPr>
      <w:fldChar w:fldCharType="begin"/>
    </w:r>
    <w:r>
      <w:rPr>
        <w:rFonts w:ascii="Times New Roman" w:eastAsia="Times New Roman" w:hAnsi="Times New Roman" w:cs="Times New Roman"/>
        <w:sz w:val="20"/>
        <w:cs/>
        <w:lang w:val="fr-FR" w:eastAsia="fr-FR" w:bidi="fr-FR"/>
      </w:rPr>
      <w:instrText xml:space="preserve"> PAGE </w:instrText>
    </w:r>
    <w:r>
      <w:rPr>
        <w:rFonts w:ascii="Times New Roman" w:eastAsia="Times New Roman" w:hAnsi="Times New Roman" w:cs="Times New Roman"/>
        <w:sz w:val="20"/>
        <w:cs/>
        <w:lang w:val="fr-FR" w:eastAsia="fr-FR" w:bidi="fr-FR"/>
      </w:rPr>
      <w:fldChar w:fldCharType="separate"/>
    </w:r>
    <w:r w:rsidR="00090925">
      <w:rPr>
        <w:rFonts w:ascii="Times New Roman" w:eastAsia="Times New Roman" w:hAnsi="Times New Roman" w:cs="Times New Roman"/>
        <w:noProof/>
        <w:sz w:val="20"/>
        <w:lang w:val="fr-FR" w:eastAsia="fr-FR" w:bidi="fr-FR"/>
      </w:rPr>
      <w:t>1</w:t>
    </w:r>
    <w:r>
      <w:rPr>
        <w:rFonts w:ascii="Times New Roman" w:eastAsia="Times New Roman" w:hAnsi="Times New Roman" w:cs="Times New Roman"/>
        <w:sz w:val="20"/>
        <w:cs/>
        <w:lang w:val="fr-FR" w:eastAsia="fr-FR" w:bidi="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D6CCE" w14:textId="77777777" w:rsidR="007F62A6" w:rsidRDefault="007F62A6">
      <w:pPr>
        <w:spacing w:after="0"/>
      </w:pPr>
      <w:r>
        <w:separator/>
      </w:r>
    </w:p>
  </w:footnote>
  <w:footnote w:type="continuationSeparator" w:id="0">
    <w:p w14:paraId="70F09A80" w14:textId="77777777" w:rsidR="007F62A6" w:rsidRDefault="007F62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D8E81" w14:textId="77777777" w:rsidR="00BA4C9B" w:rsidRDefault="00000000">
    <w:pPr>
      <w:pStyle w:val="En-tte"/>
      <w:shd w:val="clear" w:color="auto" w:fill="FFCC66"/>
      <w:jc w:val="center"/>
      <w:rPr>
        <w:rFonts w:eastAsia="Simplified Arabic" w:cs="Simplified Arabic"/>
        <w:b/>
        <w:sz w:val="22"/>
        <w:rtl/>
      </w:rPr>
    </w:pPr>
    <w:r>
      <w:rPr>
        <w:rFonts w:ascii="Times New Roman" w:eastAsia="Times New Roman" w:hAnsi="Times New Roman" w:cs="Times New Roman"/>
        <w:b/>
        <w:sz w:val="19"/>
        <w:lang w:val="fr-FR" w:eastAsia="fr-FR" w:bidi="fr-FR"/>
      </w:rPr>
      <w:t>Annales de la Faculté des Lettres et des Sciences humaines – Université de Nouakchott | N° 21 (2026) | pp.</w:t>
    </w:r>
    <w:proofErr w:type="gramStart"/>
    <w:r>
      <w:rPr>
        <w:rFonts w:ascii="Times New Roman" w:eastAsia="Times New Roman" w:hAnsi="Times New Roman" w:cs="Times New Roman"/>
        <w:b/>
        <w:sz w:val="19"/>
        <w:lang w:val="fr-FR" w:eastAsia="fr-FR" w:bidi="fr-FR"/>
      </w:rPr>
      <w:t xml:space="preserve"> ..</w:t>
    </w:r>
    <w:proofErr w:type="gramEnd"/>
    <w:r>
      <w:rPr>
        <w:rFonts w:ascii="Times New Roman" w:eastAsia="Times New Roman" w:hAnsi="Times New Roman" w:cs="Times New Roman"/>
        <w:b/>
        <w:sz w:val="19"/>
        <w:lang w:val="fr-FR" w:eastAsia="fr-FR" w:bidi="fr-FR"/>
      </w:rPr>
      <w:t>–..</w:t>
    </w:r>
  </w:p>
  <w:p w14:paraId="3700C78D" w14:textId="77777777" w:rsidR="00BA4C9B" w:rsidRPr="004841EE" w:rsidRDefault="00000000" w:rsidP="00B12517">
    <w:pPr>
      <w:pBdr>
        <w:bottom w:val="single" w:sz="6" w:space="1" w:color="888888"/>
      </w:pBdr>
      <w:shd w:val="clear" w:color="auto" w:fill="FFCC66"/>
      <w:spacing w:after="0"/>
      <w:jc w:val="center"/>
      <w:rPr>
        <w:rFonts w:ascii="Times New Roman" w:eastAsia="Times New Roman" w:hAnsi="Times New Roman" w:cs="Times New Roman"/>
        <w:sz w:val="16"/>
        <w:lang w:val="fr-FR"/>
      </w:rPr>
    </w:pPr>
    <w:r>
      <w:rPr>
        <w:rFonts w:ascii="Times New Roman" w:eastAsia="Times New Roman" w:hAnsi="Times New Roman" w:cs="Times New Roman"/>
        <w:sz w:val="16"/>
        <w:lang w:val="fr-FR" w:eastAsia="fr-FR" w:bidi="fr-FR"/>
      </w:rPr>
      <w:t xml:space="preserve">ISSN : 2523-1863 (imprimé) | e-ISSN : ....-.... (en ligne) | Site web : </w:t>
    </w:r>
    <w:hyperlink r:id="rId1">
      <w:r w:rsidRPr="004841EE">
        <w:rPr>
          <w:rFonts w:ascii="Times New Roman" w:eastAsia="Times New Roman" w:hAnsi="Times New Roman" w:cs="Times New Roman"/>
          <w:color w:val="0563C1"/>
          <w:sz w:val="16"/>
          <w:szCs w:val="16"/>
          <w:u w:val="single"/>
          <w:lang w:val="fr-FR"/>
        </w:rPr>
        <w:t>https://ejournals.univ-nkc.mr/index.php/AFLSH</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79A0C" w14:textId="5C3352C6" w:rsidR="00247DBA" w:rsidRPr="0013701B" w:rsidRDefault="00000000" w:rsidP="00667B73">
    <w:pPr>
      <w:pStyle w:val="En-tte"/>
      <w:shd w:val="clear" w:color="auto" w:fill="FFCC66"/>
      <w:jc w:val="center"/>
      <w:rPr>
        <w:rFonts w:eastAsia="Simplified Arabic" w:cs="Simplified Arabic"/>
        <w:b/>
        <w:sz w:val="22"/>
        <w:rtl/>
      </w:rPr>
    </w:pPr>
    <w:r>
      <w:rPr>
        <w:rFonts w:ascii="Times New Roman" w:eastAsia="Times New Roman" w:hAnsi="Times New Roman" w:cs="Times New Roman"/>
        <w:b/>
        <w:sz w:val="19"/>
        <w:lang w:val="fr-FR" w:eastAsia="fr-FR" w:bidi="fr-FR"/>
      </w:rPr>
      <w:t>Annales de la Faculté des Lettres et Sciences humaines – Université de Nouakchott | N° 21 (2026) | pp.</w:t>
    </w:r>
    <w:proofErr w:type="gramStart"/>
    <w:r>
      <w:rPr>
        <w:rFonts w:ascii="Times New Roman" w:eastAsia="Times New Roman" w:hAnsi="Times New Roman" w:cs="Times New Roman"/>
        <w:b/>
        <w:sz w:val="19"/>
        <w:lang w:val="fr-FR" w:eastAsia="fr-FR" w:bidi="fr-FR"/>
      </w:rPr>
      <w:t xml:space="preserve"> ..</w:t>
    </w:r>
    <w:proofErr w:type="gramEnd"/>
    <w:r>
      <w:rPr>
        <w:rFonts w:ascii="Times New Roman" w:eastAsia="Times New Roman" w:hAnsi="Times New Roman" w:cs="Times New Roman"/>
        <w:b/>
        <w:sz w:val="19"/>
        <w:lang w:val="fr-FR" w:eastAsia="fr-FR" w:bidi="fr-FR"/>
      </w:rPr>
      <w:t>–..</w:t>
    </w:r>
  </w:p>
  <w:p w14:paraId="108D9AD3" w14:textId="352F9FDC" w:rsidR="009C0433" w:rsidRPr="004841EE" w:rsidRDefault="00A26074" w:rsidP="000261FA">
    <w:pPr>
      <w:pBdr>
        <w:bottom w:val="single" w:sz="6" w:space="1" w:color="888888"/>
      </w:pBdr>
      <w:shd w:val="clear" w:color="auto" w:fill="FFCC66"/>
      <w:spacing w:after="0"/>
      <w:jc w:val="center"/>
      <w:rPr>
        <w:rFonts w:ascii="Times New Roman" w:eastAsia="Times New Roman" w:hAnsi="Times New Roman" w:cs="Times New Roman"/>
        <w:sz w:val="16"/>
      </w:rPr>
    </w:pPr>
    <w:r w:rsidRPr="004841EE">
      <w:rPr>
        <w:rFonts w:ascii="Times New Roman" w:eastAsia="Times New Roman" w:hAnsi="Times New Roman" w:cs="Times New Roman"/>
        <w:sz w:val="16"/>
        <w:lang w:eastAsia="fr-FR" w:bidi="fr-FR"/>
      </w:rPr>
      <w:t>ISSN : 2523-1863</w:t>
    </w:r>
    <w:r w:rsidR="004841EE">
      <w:rPr>
        <w:rFonts w:ascii="Times New Roman" w:eastAsia="Times New Roman" w:hAnsi="Times New Roman" w:cs="Times New Roman"/>
        <w:sz w:val="16"/>
        <w:lang w:eastAsia="fr-FR" w:bidi="fr-FR"/>
      </w:rPr>
      <w:t xml:space="preserve"> </w:t>
    </w:r>
    <w:r w:rsidRPr="004841EE">
      <w:rPr>
        <w:rFonts w:ascii="Times New Roman" w:eastAsia="Times New Roman" w:hAnsi="Times New Roman" w:cs="Times New Roman"/>
        <w:sz w:val="16"/>
        <w:lang w:eastAsia="fr-FR" w:bidi="fr-FR"/>
      </w:rPr>
      <w:t>|</w:t>
    </w:r>
    <w:r w:rsidR="000261FA">
      <w:rPr>
        <w:rFonts w:ascii="Times New Roman" w:eastAsia="Times New Roman" w:hAnsi="Times New Roman" w:cs="Times New Roman"/>
        <w:sz w:val="16"/>
        <w:lang w:eastAsia="fr-FR" w:bidi="fr-FR"/>
      </w:rPr>
      <w:t xml:space="preserve"> </w:t>
    </w:r>
    <w:r w:rsidRPr="004841EE">
      <w:rPr>
        <w:rFonts w:ascii="Times New Roman" w:eastAsia="Times New Roman" w:hAnsi="Times New Roman" w:cs="Times New Roman"/>
        <w:sz w:val="16"/>
        <w:lang w:eastAsia="fr-FR" w:bidi="fr-FR"/>
      </w:rPr>
      <w:t xml:space="preserve">e-ISSN : </w:t>
    </w:r>
    <w:r w:rsidR="00B12517" w:rsidRPr="00B12517">
      <w:rPr>
        <w:rFonts w:ascii="Times New Roman" w:eastAsia="Times New Roman" w:hAnsi="Times New Roman" w:cs="Times New Roman"/>
        <w:sz w:val="16"/>
        <w:lang w:eastAsia="fr-FR" w:bidi="fr-FR"/>
      </w:rPr>
      <w:t>3136-8085</w:t>
    </w:r>
    <w:r w:rsidRPr="004841EE">
      <w:rPr>
        <w:rFonts w:ascii="Times New Roman" w:eastAsia="Times New Roman" w:hAnsi="Times New Roman" w:cs="Times New Roman"/>
        <w:sz w:val="16"/>
        <w:lang w:eastAsia="fr-FR" w:bidi="fr-FR"/>
      </w:rPr>
      <w:t xml:space="preserve"> | Site web : </w:t>
    </w:r>
    <w:hyperlink r:id="rId1">
      <w:r w:rsidRPr="004841EE">
        <w:rPr>
          <w:rFonts w:ascii="Times New Roman" w:eastAsia="Times New Roman" w:hAnsi="Times New Roman" w:cs="Times New Roman"/>
          <w:color w:val="0563C1"/>
          <w:sz w:val="16"/>
          <w:szCs w:val="16"/>
          <w:u w:val="single"/>
        </w:rPr>
        <w:t>https://ejournals.univ-nkc.mr/index.php/AFLSH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45787564">
    <w:abstractNumId w:val="8"/>
  </w:num>
  <w:num w:numId="2" w16cid:durableId="1981496303">
    <w:abstractNumId w:val="6"/>
  </w:num>
  <w:num w:numId="3" w16cid:durableId="1658873589">
    <w:abstractNumId w:val="5"/>
  </w:num>
  <w:num w:numId="4" w16cid:durableId="2133400524">
    <w:abstractNumId w:val="4"/>
  </w:num>
  <w:num w:numId="5" w16cid:durableId="1368405471">
    <w:abstractNumId w:val="7"/>
  </w:num>
  <w:num w:numId="6" w16cid:durableId="1738935901">
    <w:abstractNumId w:val="3"/>
  </w:num>
  <w:num w:numId="7" w16cid:durableId="1885016235">
    <w:abstractNumId w:val="2"/>
  </w:num>
  <w:num w:numId="8" w16cid:durableId="1366828318">
    <w:abstractNumId w:val="1"/>
  </w:num>
  <w:num w:numId="9" w16cid:durableId="421533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1FA"/>
    <w:rsid w:val="00034616"/>
    <w:rsid w:val="0006063C"/>
    <w:rsid w:val="00090925"/>
    <w:rsid w:val="000D2D74"/>
    <w:rsid w:val="000E7408"/>
    <w:rsid w:val="0013701B"/>
    <w:rsid w:val="001400AD"/>
    <w:rsid w:val="0015074B"/>
    <w:rsid w:val="001A39BD"/>
    <w:rsid w:val="001B5D5A"/>
    <w:rsid w:val="001D2EF3"/>
    <w:rsid w:val="001D5B4F"/>
    <w:rsid w:val="00221191"/>
    <w:rsid w:val="00227393"/>
    <w:rsid w:val="00236712"/>
    <w:rsid w:val="00243F6B"/>
    <w:rsid w:val="00247DBA"/>
    <w:rsid w:val="0029639D"/>
    <w:rsid w:val="00326F90"/>
    <w:rsid w:val="00343BB0"/>
    <w:rsid w:val="00397A68"/>
    <w:rsid w:val="003E68CF"/>
    <w:rsid w:val="004201B7"/>
    <w:rsid w:val="0048352E"/>
    <w:rsid w:val="004841EE"/>
    <w:rsid w:val="0049001A"/>
    <w:rsid w:val="00492434"/>
    <w:rsid w:val="004933B7"/>
    <w:rsid w:val="004A3E78"/>
    <w:rsid w:val="004B5708"/>
    <w:rsid w:val="004C735F"/>
    <w:rsid w:val="004D384C"/>
    <w:rsid w:val="004D6B25"/>
    <w:rsid w:val="004F79E9"/>
    <w:rsid w:val="005027E1"/>
    <w:rsid w:val="00505A57"/>
    <w:rsid w:val="00553D53"/>
    <w:rsid w:val="005E2B3E"/>
    <w:rsid w:val="00617F2A"/>
    <w:rsid w:val="00667B73"/>
    <w:rsid w:val="00691090"/>
    <w:rsid w:val="006A7687"/>
    <w:rsid w:val="006C1877"/>
    <w:rsid w:val="006F17B4"/>
    <w:rsid w:val="00721A96"/>
    <w:rsid w:val="007A0612"/>
    <w:rsid w:val="007B1A5C"/>
    <w:rsid w:val="007C7504"/>
    <w:rsid w:val="007F62A6"/>
    <w:rsid w:val="0085656D"/>
    <w:rsid w:val="00886A43"/>
    <w:rsid w:val="009217B8"/>
    <w:rsid w:val="009709AE"/>
    <w:rsid w:val="009C0433"/>
    <w:rsid w:val="009C0951"/>
    <w:rsid w:val="009E3D10"/>
    <w:rsid w:val="00A122D8"/>
    <w:rsid w:val="00A26074"/>
    <w:rsid w:val="00A30895"/>
    <w:rsid w:val="00A653F2"/>
    <w:rsid w:val="00A7204D"/>
    <w:rsid w:val="00A80FFA"/>
    <w:rsid w:val="00A93034"/>
    <w:rsid w:val="00AA1D8D"/>
    <w:rsid w:val="00B12517"/>
    <w:rsid w:val="00B4461F"/>
    <w:rsid w:val="00B47730"/>
    <w:rsid w:val="00B551F6"/>
    <w:rsid w:val="00B8287F"/>
    <w:rsid w:val="00B930B2"/>
    <w:rsid w:val="00BA4C9B"/>
    <w:rsid w:val="00C0074F"/>
    <w:rsid w:val="00C17EFB"/>
    <w:rsid w:val="00C2242F"/>
    <w:rsid w:val="00C52A08"/>
    <w:rsid w:val="00C72387"/>
    <w:rsid w:val="00C764BE"/>
    <w:rsid w:val="00C858F4"/>
    <w:rsid w:val="00C8716C"/>
    <w:rsid w:val="00C97750"/>
    <w:rsid w:val="00CB0664"/>
    <w:rsid w:val="00CE3462"/>
    <w:rsid w:val="00D0720C"/>
    <w:rsid w:val="00D4342B"/>
    <w:rsid w:val="00D75B1F"/>
    <w:rsid w:val="00DE7858"/>
    <w:rsid w:val="00E14B61"/>
    <w:rsid w:val="00E24C92"/>
    <w:rsid w:val="00EE0283"/>
    <w:rsid w:val="00F9274D"/>
    <w:rsid w:val="00FC0D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217A72"/>
  <w14:defaultImageDpi w14:val="300"/>
  <w15:docId w15:val="{44548BE6-95F4-45B0-833C-69787AD3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Simplified Arabic" w:hAnsi="Simplified Arabic"/>
      <w:sz w:val="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rpsdutexte">
    <w:name w:val="Corps du texte"/>
    <w:pPr>
      <w:spacing w:after="0" w:line="240" w:lineRule="auto"/>
      <w:ind w:firstLine="425"/>
      <w:jc w:val="both"/>
    </w:pPr>
    <w:rPr>
      <w:rFonts w:ascii="Times New Roman" w:eastAsia="Times New Roman" w:hAnsi="Times New Roman" w:cs="Times New Roman"/>
      <w:sz w:val="24"/>
    </w:rPr>
  </w:style>
  <w:style w:type="paragraph" w:customStyle="1" w:styleId="Titredelarticle">
    <w:name w:val="Titre de l’article"/>
    <w:pPr>
      <w:keepNext/>
      <w:spacing w:after="160" w:line="240" w:lineRule="auto"/>
      <w:jc w:val="center"/>
    </w:pPr>
    <w:rPr>
      <w:rFonts w:ascii="Times New Roman" w:eastAsia="Times New Roman" w:hAnsi="Times New Roman" w:cs="Times New Roman"/>
      <w:b/>
      <w:sz w:val="32"/>
    </w:rPr>
  </w:style>
  <w:style w:type="paragraph" w:customStyle="1" w:styleId="Informationssurlesauteurs">
    <w:name w:val="Informations sur les auteurs"/>
    <w:pPr>
      <w:spacing w:after="0" w:line="240" w:lineRule="auto"/>
      <w:jc w:val="center"/>
    </w:pPr>
    <w:rPr>
      <w:rFonts w:ascii="Times New Roman" w:eastAsia="Times New Roman" w:hAnsi="Times New Roman" w:cs="Times New Roman"/>
    </w:rPr>
  </w:style>
  <w:style w:type="paragraph" w:customStyle="1" w:styleId="Titreprincipal">
    <w:name w:val="Titre principal"/>
    <w:pPr>
      <w:keepNext/>
      <w:spacing w:before="200" w:after="80" w:line="240" w:lineRule="auto"/>
    </w:pPr>
    <w:rPr>
      <w:rFonts w:ascii="Times New Roman" w:eastAsia="Times New Roman" w:hAnsi="Times New Roman" w:cs="Times New Roman"/>
      <w:b/>
      <w:sz w:val="28"/>
    </w:rPr>
  </w:style>
  <w:style w:type="paragraph" w:customStyle="1" w:styleId="Sous-titre1">
    <w:name w:val="Sous-titre1"/>
    <w:pPr>
      <w:keepNext/>
      <w:spacing w:before="120" w:after="40" w:line="240" w:lineRule="auto"/>
    </w:pPr>
    <w:rPr>
      <w:rFonts w:ascii="Times New Roman" w:eastAsia="Times New Roman" w:hAnsi="Times New Roman" w:cs="Times New Roman"/>
      <w:b/>
      <w:sz w:val="24"/>
    </w:rPr>
  </w:style>
  <w:style w:type="paragraph" w:customStyle="1" w:styleId="Rsum">
    <w:name w:val="Résumé"/>
    <w:pPr>
      <w:spacing w:after="0" w:line="240" w:lineRule="auto"/>
      <w:jc w:val="both"/>
    </w:pPr>
    <w:rPr>
      <w:rFonts w:ascii="Times New Roman" w:eastAsia="Times New Roman" w:hAnsi="Times New Roman" w:cs="Times New Roman"/>
    </w:rPr>
  </w:style>
  <w:style w:type="paragraph" w:customStyle="1" w:styleId="Titretraduit">
    <w:name w:val="Titre traduit"/>
    <w:pPr>
      <w:keepNext/>
      <w:spacing w:before="160" w:after="80" w:line="240" w:lineRule="auto"/>
      <w:jc w:val="center"/>
    </w:pPr>
    <w:rPr>
      <w:rFonts w:ascii="Times New Roman" w:eastAsia="Times New Roman" w:hAnsi="Times New Roman" w:cs="Times New Roman"/>
      <w:b/>
      <w:sz w:val="28"/>
    </w:rPr>
  </w:style>
  <w:style w:type="paragraph" w:customStyle="1" w:styleId="Textetraduit">
    <w:name w:val="Texte traduit"/>
    <w:pPr>
      <w:spacing w:after="0" w:line="240" w:lineRule="auto"/>
      <w:jc w:val="both"/>
    </w:pPr>
    <w:rPr>
      <w:rFonts w:ascii="Times New Roman" w:eastAsia="Times New Roman" w:hAnsi="Times New Roman" w:cs="Times New Roman"/>
    </w:rPr>
  </w:style>
  <w:style w:type="paragraph" w:customStyle="1" w:styleId="Rfrence">
    <w:name w:val="Référence"/>
    <w:pPr>
      <w:spacing w:after="40" w:line="240" w:lineRule="auto"/>
      <w:jc w:val="both"/>
    </w:pPr>
    <w:rPr>
      <w:rFonts w:ascii="Times New Roman" w:eastAsia="Times New Roman" w:hAnsi="Times New Roman" w:cs="Times New Roman"/>
    </w:rPr>
  </w:style>
  <w:style w:type="paragraph" w:customStyle="1" w:styleId="Rfrencecomplmentaire">
    <w:name w:val="Référence complémentaire"/>
    <w:pPr>
      <w:spacing w:after="40" w:line="240" w:lineRule="auto"/>
      <w:jc w:val="both"/>
    </w:pPr>
    <w:rPr>
      <w:rFonts w:ascii="Times New Roman" w:eastAsia="Times New Roman" w:hAnsi="Times New Roman" w:cs="Times New Roman"/>
    </w:rPr>
  </w:style>
  <w:style w:type="paragraph" w:customStyle="1" w:styleId="Sourceetnote">
    <w:name w:val="Source et note"/>
    <w:pPr>
      <w:spacing w:before="40" w:after="40" w:line="240" w:lineRule="auto"/>
      <w:jc w:val="center"/>
    </w:pPr>
    <w:rPr>
      <w:rFonts w:ascii="Times New Roman" w:eastAsia="Times New Roman" w:hAnsi="Times New Roman" w:cs="Times New Roman"/>
      <w:sz w:val="20"/>
    </w:rPr>
  </w:style>
  <w:style w:type="paragraph" w:customStyle="1" w:styleId="Lgende1">
    <w:name w:val="Légende1"/>
    <w:pPr>
      <w:keepNext/>
      <w:spacing w:before="100" w:after="40" w:line="240" w:lineRule="auto"/>
      <w:jc w:val="center"/>
    </w:pPr>
    <w:rPr>
      <w:rFonts w:ascii="Times New Roman" w:eastAsia="Times New Roman" w:hAnsi="Times New Roman" w:cs="Times New Roman"/>
      <w:b/>
    </w:rPr>
  </w:style>
  <w:style w:type="character" w:styleId="Lienhypertexte">
    <w:name w:val="Hyperlink"/>
    <w:uiPriority w:val="99"/>
    <w:unhideWhenUsed/>
    <w:rsid w:val="009C0433"/>
    <w:rPr>
      <w:color w:val="0000FF"/>
      <w:u w:val="single"/>
    </w:rPr>
  </w:style>
  <w:style w:type="character" w:styleId="Mentionnonrsolue">
    <w:name w:val="Unresolved Mention"/>
    <w:basedOn w:val="Policepardfaut"/>
    <w:uiPriority w:val="99"/>
    <w:semiHidden/>
    <w:unhideWhenUsed/>
    <w:rsid w:val="009C0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ejournals.univ-nkc.mr/index.php/AFLSH"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s.univ-nkc.mr/index.php/AFL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1066</Words>
  <Characters>5869</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قالب كتابة المقال باللغة العربية - حوليات كلية الآداب والعلوم الإنسانية</vt:lpstr>
      <vt:lpstr/>
    </vt:vector>
  </TitlesOfParts>
  <Manager/>
  <Company/>
  <LinksUpToDate>false</LinksUpToDate>
  <CharactersWithSpaces>6922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d’article – Annales de la Faculté des Lettres et des Sciences humaines</dc:title>
  <dc:subject>Modèle de soumission d’un article en français</dc:subject>
  <dc:creator>Annales de la Faculté des Lettres et des Sciences humaines – Université de Nouakchott</dc:creator>
  <cp:keywords>modèle, article, revue, Université de Nouakchott, APA 7</cp:keywords>
  <dc:description>generated by python-docx</dc:description>
  <cp:lastModifiedBy>DALY .</cp:lastModifiedBy>
  <cp:revision>14</cp:revision>
  <cp:lastPrinted>2026-08-15T17:07:00Z</cp:lastPrinted>
  <dcterms:created xsi:type="dcterms:W3CDTF">2026-09-04T22:23:00Z</dcterms:created>
  <dcterms:modified xsi:type="dcterms:W3CDTF">2026-10-22T19:46:00Z</dcterms:modified>
  <cp:category/>
</cp:coreProperties>
</file>