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16F7" w14:textId="3733B5A6" w:rsidR="00C319B7" w:rsidRPr="0092606E" w:rsidRDefault="00000000" w:rsidP="0092606E">
      <w:pPr>
        <w:jc w:val="center"/>
        <w:rPr>
          <w:b/>
          <w:bCs/>
        </w:rPr>
      </w:pPr>
      <w:r w:rsidRPr="0092606E">
        <w:rPr>
          <w:b/>
          <w:bCs/>
          <w:sz w:val="28"/>
          <w:szCs w:val="28"/>
        </w:rPr>
        <w:t xml:space="preserve">ओम कार्गो एण्ड कुरियर सेवा प्रा. </w:t>
      </w:r>
      <w:proofErr w:type="spellStart"/>
      <w:r w:rsidRPr="0092606E">
        <w:rPr>
          <w:b/>
          <w:bCs/>
          <w:sz w:val="28"/>
          <w:szCs w:val="28"/>
        </w:rPr>
        <w:t>लि</w:t>
      </w:r>
      <w:proofErr w:type="spellEnd"/>
      <w:r w:rsidRPr="0092606E">
        <w:rPr>
          <w:b/>
          <w:bCs/>
          <w:sz w:val="28"/>
          <w:szCs w:val="28"/>
        </w:rPr>
        <w:t>.</w:t>
      </w:r>
      <w:r w:rsidR="0092606E" w:rsidRPr="0092606E">
        <w:rPr>
          <w:b/>
          <w:bCs/>
        </w:rPr>
        <w:br/>
      </w:r>
      <w:proofErr w:type="spellStart"/>
      <w:r w:rsidRPr="0092606E">
        <w:rPr>
          <w:b/>
          <w:bCs/>
        </w:rPr>
        <w:t>भरतपुर</w:t>
      </w:r>
      <w:proofErr w:type="spellEnd"/>
      <w:r w:rsidRPr="0092606E">
        <w:rPr>
          <w:b/>
          <w:bCs/>
        </w:rPr>
        <w:t xml:space="preserve"> </w:t>
      </w:r>
      <w:proofErr w:type="spellStart"/>
      <w:r w:rsidRPr="0092606E">
        <w:rPr>
          <w:b/>
          <w:bCs/>
        </w:rPr>
        <w:t>महानगरपालिका</w:t>
      </w:r>
      <w:proofErr w:type="spellEnd"/>
      <w:r w:rsidRPr="0092606E">
        <w:rPr>
          <w:b/>
          <w:bCs/>
        </w:rPr>
        <w:t xml:space="preserve">–२०, </w:t>
      </w:r>
      <w:proofErr w:type="spellStart"/>
      <w:r w:rsidRPr="0092606E">
        <w:rPr>
          <w:b/>
          <w:bCs/>
        </w:rPr>
        <w:t>चितवन</w:t>
      </w:r>
      <w:proofErr w:type="spellEnd"/>
      <w:r w:rsidR="0092606E" w:rsidRPr="0092606E">
        <w:rPr>
          <w:b/>
          <w:bCs/>
        </w:rPr>
        <w:br/>
      </w:r>
      <w:proofErr w:type="spellStart"/>
      <w:r w:rsidRPr="0092606E">
        <w:rPr>
          <w:b/>
          <w:bCs/>
        </w:rPr>
        <w:t>दर्ता</w:t>
      </w:r>
      <w:proofErr w:type="spellEnd"/>
      <w:r w:rsidRPr="0092606E">
        <w:rPr>
          <w:b/>
          <w:bCs/>
        </w:rPr>
        <w:t xml:space="preserve"> </w:t>
      </w:r>
      <w:proofErr w:type="spellStart"/>
      <w:r w:rsidRPr="0092606E">
        <w:rPr>
          <w:b/>
          <w:bCs/>
        </w:rPr>
        <w:t>नं</w:t>
      </w:r>
      <w:proofErr w:type="spellEnd"/>
      <w:r w:rsidRPr="0092606E">
        <w:rPr>
          <w:b/>
          <w:bCs/>
        </w:rPr>
        <w:t>.: ३६३</w:t>
      </w:r>
      <w:r w:rsidR="006A37F8">
        <w:rPr>
          <w:b/>
          <w:bCs/>
        </w:rPr>
        <w:t>000</w:t>
      </w:r>
    </w:p>
    <w:p w14:paraId="7E2DBA26" w14:textId="77777777" w:rsidR="00C319B7" w:rsidRDefault="00C319B7"/>
    <w:p w14:paraId="50324145" w14:textId="47F0427E" w:rsidR="00C319B7" w:rsidRDefault="00000000">
      <w:pPr>
        <w:rPr>
          <w:cs/>
          <w:lang w:bidi="ne-NP"/>
        </w:rPr>
      </w:pPr>
      <w:proofErr w:type="spellStart"/>
      <w:r>
        <w:t>मिति</w:t>
      </w:r>
      <w:proofErr w:type="spellEnd"/>
      <w:r w:rsidR="0092606E">
        <w:t xml:space="preserve">: </w:t>
      </w:r>
      <w:r w:rsidR="0092606E">
        <w:rPr>
          <w:rFonts w:hint="cs"/>
          <w:cs/>
          <w:lang w:bidi="ne-NP"/>
        </w:rPr>
        <w:t>११/१०/२०८२</w:t>
      </w:r>
    </w:p>
    <w:p w14:paraId="4025FAAE" w14:textId="16036D55" w:rsidR="00C319B7" w:rsidRDefault="00000000">
      <w:proofErr w:type="spellStart"/>
      <w:r>
        <w:t>श्रीमान्</w:t>
      </w:r>
      <w:proofErr w:type="spellEnd"/>
      <w:r w:rsidR="0092606E">
        <w:br/>
      </w:r>
      <w:proofErr w:type="spellStart"/>
      <w:r>
        <w:t>कार्यालय</w:t>
      </w:r>
      <w:proofErr w:type="spellEnd"/>
      <w:r>
        <w:t xml:space="preserve"> </w:t>
      </w:r>
      <w:proofErr w:type="spellStart"/>
      <w:r>
        <w:t>प्रमुखज्यू</w:t>
      </w:r>
      <w:proofErr w:type="spellEnd"/>
      <w:r w:rsidR="0092606E">
        <w:br/>
      </w:r>
      <w:proofErr w:type="spellStart"/>
      <w:r>
        <w:t>कम्पनी</w:t>
      </w:r>
      <w:proofErr w:type="spellEnd"/>
      <w:r>
        <w:t xml:space="preserve"> </w:t>
      </w:r>
      <w:proofErr w:type="spellStart"/>
      <w:r>
        <w:t>रजिस्ट्रारको</w:t>
      </w:r>
      <w:proofErr w:type="spellEnd"/>
      <w:r>
        <w:t xml:space="preserve"> </w:t>
      </w:r>
      <w:proofErr w:type="spellStart"/>
      <w:r>
        <w:t>कार्यालय</w:t>
      </w:r>
      <w:proofErr w:type="spellEnd"/>
      <w:r w:rsidR="0092606E">
        <w:br/>
      </w:r>
      <w:proofErr w:type="spellStart"/>
      <w:r>
        <w:t>त्रिपुरेश्वर</w:t>
      </w:r>
      <w:proofErr w:type="spellEnd"/>
      <w:r>
        <w:t xml:space="preserve">, </w:t>
      </w:r>
      <w:proofErr w:type="spellStart"/>
      <w:r>
        <w:t>काठमाडौं</w:t>
      </w:r>
      <w:proofErr w:type="spellEnd"/>
    </w:p>
    <w:p w14:paraId="51036627" w14:textId="50F046C1" w:rsidR="00C319B7" w:rsidRDefault="00000000">
      <w:proofErr w:type="spellStart"/>
      <w:r>
        <w:t>विषय</w:t>
      </w:r>
      <w:proofErr w:type="spellEnd"/>
      <w:r>
        <w:t xml:space="preserve">: OCR Login User ID </w:t>
      </w:r>
      <w:proofErr w:type="spellStart"/>
      <w:r>
        <w:t>तथा</w:t>
      </w:r>
      <w:proofErr w:type="spellEnd"/>
      <w:r>
        <w:t xml:space="preserve"> Password </w:t>
      </w:r>
      <w:proofErr w:type="spellStart"/>
      <w:r>
        <w:t>पुनःसेट</w:t>
      </w:r>
      <w:proofErr w:type="spellEnd"/>
      <w:r w:rsidR="0092606E">
        <w:rPr>
          <w:rFonts w:hint="cs"/>
          <w:cs/>
          <w:lang w:bidi="ne-NP"/>
        </w:rPr>
        <w:t xml:space="preserve"> (</w:t>
      </w:r>
      <w:r w:rsidR="0092606E">
        <w:rPr>
          <w:lang w:bidi="ne-NP"/>
        </w:rPr>
        <w:t>Reset)</w:t>
      </w:r>
      <w:r>
        <w:t xml:space="preserve"> </w:t>
      </w:r>
      <w:proofErr w:type="spellStart"/>
      <w:r>
        <w:t>गरिदिन</w:t>
      </w:r>
      <w:proofErr w:type="spellEnd"/>
      <w:r>
        <w:t xml:space="preserve"> </w:t>
      </w:r>
      <w:proofErr w:type="spellStart"/>
      <w:r>
        <w:t>सम्बन्धमा</w:t>
      </w:r>
      <w:proofErr w:type="spellEnd"/>
      <w:r>
        <w:t>।</w:t>
      </w:r>
      <w:r>
        <w:br/>
      </w:r>
      <w:r w:rsidR="0092606E">
        <w:br/>
      </w:r>
      <w:proofErr w:type="spellStart"/>
      <w:r>
        <w:t>महोदय</w:t>
      </w:r>
      <w:proofErr w:type="spellEnd"/>
      <w:r>
        <w:t>,</w:t>
      </w:r>
      <w:r>
        <w:br/>
      </w:r>
      <w:proofErr w:type="spellStart"/>
      <w:r>
        <w:t>उपरोक्त</w:t>
      </w:r>
      <w:proofErr w:type="spellEnd"/>
      <w:r>
        <w:t xml:space="preserve"> </w:t>
      </w:r>
      <w:proofErr w:type="spellStart"/>
      <w:r>
        <w:t>विषयमा</w:t>
      </w:r>
      <w:proofErr w:type="spellEnd"/>
      <w:r>
        <w:t xml:space="preserve"> </w:t>
      </w:r>
      <w:proofErr w:type="spellStart"/>
      <w:r>
        <w:t>यस</w:t>
      </w:r>
      <w:proofErr w:type="spellEnd"/>
      <w:r>
        <w:t xml:space="preserve"> </w:t>
      </w:r>
      <w:proofErr w:type="spellStart"/>
      <w:r>
        <w:t>ओम</w:t>
      </w:r>
      <w:proofErr w:type="spellEnd"/>
      <w:r>
        <w:t xml:space="preserve"> </w:t>
      </w:r>
      <w:proofErr w:type="spellStart"/>
      <w:r>
        <w:t>कार्गो</w:t>
      </w:r>
      <w:proofErr w:type="spellEnd"/>
      <w:r>
        <w:t xml:space="preserve"> एण्ड कुरियर सेवा प्रा. लि. (दर्ता नं. ३६३</w:t>
      </w:r>
      <w:r w:rsidR="006A37F8">
        <w:t>000</w:t>
      </w:r>
      <w:r>
        <w:t xml:space="preserve">) </w:t>
      </w:r>
      <w:proofErr w:type="spellStart"/>
      <w:r>
        <w:t>को</w:t>
      </w:r>
      <w:proofErr w:type="spellEnd"/>
      <w:r>
        <w:t xml:space="preserve"> </w:t>
      </w:r>
      <w:proofErr w:type="spellStart"/>
      <w:r>
        <w:t>नाममा</w:t>
      </w:r>
      <w:proofErr w:type="spellEnd"/>
      <w:r>
        <w:t xml:space="preserve"> </w:t>
      </w:r>
      <w:proofErr w:type="spellStart"/>
      <w:r>
        <w:t>कम्पनी</w:t>
      </w:r>
      <w:proofErr w:type="spellEnd"/>
      <w:r>
        <w:t xml:space="preserve"> </w:t>
      </w:r>
      <w:proofErr w:type="spellStart"/>
      <w:r>
        <w:t>रजिस्ट्रारको</w:t>
      </w:r>
      <w:proofErr w:type="spellEnd"/>
      <w:r>
        <w:t xml:space="preserve"> </w:t>
      </w:r>
      <w:proofErr w:type="spellStart"/>
      <w:r>
        <w:t>कार्यालयको</w:t>
      </w:r>
      <w:proofErr w:type="spellEnd"/>
      <w:r>
        <w:t xml:space="preserve"> CAMIS </w:t>
      </w:r>
      <w:proofErr w:type="spellStart"/>
      <w:r>
        <w:t>अनलाइन</w:t>
      </w:r>
      <w:proofErr w:type="spellEnd"/>
      <w:r>
        <w:t xml:space="preserve"> </w:t>
      </w:r>
      <w:proofErr w:type="spellStart"/>
      <w:r>
        <w:t>प्रणालीमा</w:t>
      </w:r>
      <w:proofErr w:type="spellEnd"/>
      <w:r>
        <w:t xml:space="preserve"> </w:t>
      </w:r>
      <w:proofErr w:type="spellStart"/>
      <w:r>
        <w:t>रहेको</w:t>
      </w:r>
      <w:proofErr w:type="spellEnd"/>
      <w:r>
        <w:t xml:space="preserve"> Login User ID </w:t>
      </w:r>
      <w:proofErr w:type="spellStart"/>
      <w:r>
        <w:t>तथा</w:t>
      </w:r>
      <w:proofErr w:type="spellEnd"/>
      <w:r>
        <w:t xml:space="preserve"> Password </w:t>
      </w:r>
      <w:proofErr w:type="spellStart"/>
      <w:r>
        <w:t>हाल</w:t>
      </w:r>
      <w:proofErr w:type="spellEnd"/>
      <w:r>
        <w:t xml:space="preserve"> </w:t>
      </w:r>
      <w:proofErr w:type="spellStart"/>
      <w:r>
        <w:t>प्रयोग</w:t>
      </w:r>
      <w:proofErr w:type="spellEnd"/>
      <w:r>
        <w:t xml:space="preserve"> </w:t>
      </w:r>
      <w:proofErr w:type="spellStart"/>
      <w:r>
        <w:t>गर्न</w:t>
      </w:r>
      <w:proofErr w:type="spellEnd"/>
      <w:r>
        <w:t xml:space="preserve"> </w:t>
      </w:r>
      <w:proofErr w:type="spellStart"/>
      <w:r>
        <w:t>असमर्थ</w:t>
      </w:r>
      <w:proofErr w:type="spellEnd"/>
      <w:r>
        <w:t xml:space="preserve"> </w:t>
      </w:r>
      <w:proofErr w:type="spellStart"/>
      <w:r>
        <w:t>रहेको</w:t>
      </w:r>
      <w:proofErr w:type="spellEnd"/>
      <w:r>
        <w:t xml:space="preserve"> </w:t>
      </w:r>
      <w:proofErr w:type="spellStart"/>
      <w:r>
        <w:t>व्यहोरा</w:t>
      </w:r>
      <w:proofErr w:type="spellEnd"/>
      <w:r>
        <w:t xml:space="preserve"> </w:t>
      </w:r>
      <w:proofErr w:type="spellStart"/>
      <w:r>
        <w:t>जानकारी</w:t>
      </w:r>
      <w:proofErr w:type="spellEnd"/>
      <w:r>
        <w:t xml:space="preserve"> </w:t>
      </w:r>
      <w:proofErr w:type="spellStart"/>
      <w:r>
        <w:t>गराउन</w:t>
      </w:r>
      <w:proofErr w:type="spellEnd"/>
      <w:r>
        <w:t xml:space="preserve"> </w:t>
      </w:r>
      <w:proofErr w:type="spellStart"/>
      <w:r>
        <w:t>चाहन्छौं</w:t>
      </w:r>
      <w:proofErr w:type="spellEnd"/>
      <w:r>
        <w:t>।</w:t>
      </w:r>
      <w:r>
        <w:br/>
      </w:r>
      <w:proofErr w:type="spellStart"/>
      <w:r>
        <w:t>उक्त</w:t>
      </w:r>
      <w:proofErr w:type="spellEnd"/>
      <w:r>
        <w:t xml:space="preserve"> Login </w:t>
      </w:r>
      <w:proofErr w:type="spellStart"/>
      <w:r>
        <w:t>विवरण</w:t>
      </w:r>
      <w:proofErr w:type="spellEnd"/>
      <w:r>
        <w:t xml:space="preserve"> </w:t>
      </w:r>
      <w:proofErr w:type="spellStart"/>
      <w:r>
        <w:t>हरू</w:t>
      </w:r>
      <w:proofErr w:type="spellEnd"/>
      <w:r>
        <w:t xml:space="preserve"> </w:t>
      </w:r>
      <w:proofErr w:type="spellStart"/>
      <w:r>
        <w:t>पुनःप्राप्ति</w:t>
      </w:r>
      <w:proofErr w:type="spellEnd"/>
      <w:r>
        <w:t xml:space="preserve"> (Reset) </w:t>
      </w:r>
      <w:proofErr w:type="spellStart"/>
      <w:r>
        <w:t>गरी</w:t>
      </w:r>
      <w:proofErr w:type="spellEnd"/>
      <w:r>
        <w:t xml:space="preserve"> </w:t>
      </w:r>
      <w:proofErr w:type="spellStart"/>
      <w:r>
        <w:t>कम्पनीलाई</w:t>
      </w:r>
      <w:proofErr w:type="spellEnd"/>
      <w:r>
        <w:t xml:space="preserve"> </w:t>
      </w:r>
      <w:proofErr w:type="spellStart"/>
      <w:r>
        <w:t>डिजिटल</w:t>
      </w:r>
      <w:proofErr w:type="spellEnd"/>
      <w:r>
        <w:t xml:space="preserve"> </w:t>
      </w:r>
      <w:proofErr w:type="spellStart"/>
      <w:r>
        <w:t>प्रणालीमा</w:t>
      </w:r>
      <w:proofErr w:type="spellEnd"/>
      <w:r>
        <w:t xml:space="preserve"> </w:t>
      </w:r>
      <w:proofErr w:type="spellStart"/>
      <w:r>
        <w:t>पुनः</w:t>
      </w:r>
      <w:proofErr w:type="spellEnd"/>
      <w:r>
        <w:t xml:space="preserve"> </w:t>
      </w:r>
      <w:proofErr w:type="spellStart"/>
      <w:r>
        <w:t>पहुँच</w:t>
      </w:r>
      <w:proofErr w:type="spellEnd"/>
      <w:r>
        <w:t xml:space="preserve"> (Digital Access) </w:t>
      </w:r>
      <w:proofErr w:type="spellStart"/>
      <w:r>
        <w:t>उपलब्ध</w:t>
      </w:r>
      <w:proofErr w:type="spellEnd"/>
      <w:r>
        <w:t xml:space="preserve"> </w:t>
      </w:r>
      <w:proofErr w:type="spellStart"/>
      <w:r>
        <w:t>गराइदिनुहुन</w:t>
      </w:r>
      <w:proofErr w:type="spellEnd"/>
      <w:r>
        <w:t xml:space="preserve"> </w:t>
      </w:r>
      <w:proofErr w:type="spellStart"/>
      <w:r>
        <w:t>विनम्र</w:t>
      </w:r>
      <w:proofErr w:type="spellEnd"/>
      <w:r>
        <w:t xml:space="preserve"> </w:t>
      </w:r>
      <w:proofErr w:type="spellStart"/>
      <w:r>
        <w:t>अनुरोध</w:t>
      </w:r>
      <w:proofErr w:type="spellEnd"/>
      <w:r>
        <w:t xml:space="preserve"> </w:t>
      </w:r>
      <w:proofErr w:type="spellStart"/>
      <w:r>
        <w:t>गर्दछौं</w:t>
      </w:r>
      <w:proofErr w:type="spellEnd"/>
      <w:r>
        <w:t xml:space="preserve">। </w:t>
      </w:r>
      <w:proofErr w:type="spellStart"/>
      <w:r>
        <w:t>यस</w:t>
      </w:r>
      <w:proofErr w:type="spellEnd"/>
      <w:r>
        <w:t xml:space="preserve"> </w:t>
      </w:r>
      <w:proofErr w:type="spellStart"/>
      <w:r>
        <w:t>सम्बन्धमा</w:t>
      </w:r>
      <w:proofErr w:type="spellEnd"/>
      <w:r>
        <w:t xml:space="preserve"> </w:t>
      </w:r>
      <w:proofErr w:type="spellStart"/>
      <w:r>
        <w:t>सञ्चालक</w:t>
      </w:r>
      <w:proofErr w:type="spellEnd"/>
      <w:r>
        <w:t xml:space="preserve"> </w:t>
      </w:r>
      <w:proofErr w:type="spellStart"/>
      <w:r>
        <w:t>समितिको</w:t>
      </w:r>
      <w:proofErr w:type="spellEnd"/>
      <w:r>
        <w:t xml:space="preserve"> </w:t>
      </w:r>
      <w:proofErr w:type="spellStart"/>
      <w:r>
        <w:t>निर्णय</w:t>
      </w:r>
      <w:proofErr w:type="spellEnd"/>
      <w:r>
        <w:t xml:space="preserve"> </w:t>
      </w:r>
      <w:proofErr w:type="spellStart"/>
      <w:r>
        <w:t>संलग्न</w:t>
      </w:r>
      <w:proofErr w:type="spellEnd"/>
      <w:r>
        <w:t xml:space="preserve"> </w:t>
      </w:r>
      <w:proofErr w:type="spellStart"/>
      <w:r>
        <w:t>गरिएको</w:t>
      </w:r>
      <w:proofErr w:type="spellEnd"/>
      <w:r>
        <w:t xml:space="preserve"> छ।</w:t>
      </w:r>
      <w:r w:rsidR="00AC2273">
        <w:t xml:space="preserve"> </w:t>
      </w:r>
      <w:proofErr w:type="spellStart"/>
      <w:r>
        <w:t>आवश्यक</w:t>
      </w:r>
      <w:proofErr w:type="spellEnd"/>
      <w:r>
        <w:t xml:space="preserve"> </w:t>
      </w:r>
      <w:proofErr w:type="spellStart"/>
      <w:r>
        <w:t>कागजात</w:t>
      </w:r>
      <w:proofErr w:type="spellEnd"/>
      <w:r>
        <w:t xml:space="preserve"> </w:t>
      </w:r>
      <w:proofErr w:type="spellStart"/>
      <w:r>
        <w:t>तथा</w:t>
      </w:r>
      <w:proofErr w:type="spellEnd"/>
      <w:r>
        <w:t xml:space="preserve"> </w:t>
      </w:r>
      <w:proofErr w:type="spellStart"/>
      <w:r>
        <w:t>विवरण</w:t>
      </w:r>
      <w:proofErr w:type="spellEnd"/>
      <w:r>
        <w:t xml:space="preserve"> </w:t>
      </w:r>
      <w:proofErr w:type="spellStart"/>
      <w:r>
        <w:t>संलग्न</w:t>
      </w:r>
      <w:proofErr w:type="spellEnd"/>
      <w:r>
        <w:t xml:space="preserve"> </w:t>
      </w:r>
      <w:proofErr w:type="spellStart"/>
      <w:r>
        <w:t>गरिएको</w:t>
      </w:r>
      <w:proofErr w:type="spellEnd"/>
      <w:r>
        <w:t xml:space="preserve"> छ। </w:t>
      </w:r>
      <w:proofErr w:type="spellStart"/>
      <w:r>
        <w:t>थप</w:t>
      </w:r>
      <w:proofErr w:type="spellEnd"/>
      <w:r>
        <w:t xml:space="preserve"> </w:t>
      </w:r>
      <w:proofErr w:type="spellStart"/>
      <w:r>
        <w:t>कुनै</w:t>
      </w:r>
      <w:proofErr w:type="spellEnd"/>
      <w:r>
        <w:t xml:space="preserve"> </w:t>
      </w:r>
      <w:proofErr w:type="spellStart"/>
      <w:r>
        <w:t>कागजात</w:t>
      </w:r>
      <w:proofErr w:type="spellEnd"/>
      <w:r>
        <w:t xml:space="preserve"> </w:t>
      </w:r>
      <w:proofErr w:type="spellStart"/>
      <w:r>
        <w:t>आवश्यक</w:t>
      </w:r>
      <w:proofErr w:type="spellEnd"/>
      <w:r>
        <w:t xml:space="preserve"> </w:t>
      </w:r>
      <w:proofErr w:type="spellStart"/>
      <w:r>
        <w:t>भएमा</w:t>
      </w:r>
      <w:proofErr w:type="spellEnd"/>
      <w:r>
        <w:t xml:space="preserve"> </w:t>
      </w:r>
      <w:proofErr w:type="spellStart"/>
      <w:r>
        <w:t>उपलब्ध</w:t>
      </w:r>
      <w:proofErr w:type="spellEnd"/>
      <w:r>
        <w:t xml:space="preserve"> </w:t>
      </w:r>
      <w:proofErr w:type="spellStart"/>
      <w:r>
        <w:t>गराउन</w:t>
      </w:r>
      <w:proofErr w:type="spellEnd"/>
      <w:r>
        <w:t xml:space="preserve"> </w:t>
      </w:r>
      <w:proofErr w:type="spellStart"/>
      <w:r>
        <w:t>हामी</w:t>
      </w:r>
      <w:proofErr w:type="spellEnd"/>
      <w:r>
        <w:t xml:space="preserve"> </w:t>
      </w:r>
      <w:proofErr w:type="spellStart"/>
      <w:r>
        <w:t>प्रतिबद्ध</w:t>
      </w:r>
      <w:proofErr w:type="spellEnd"/>
      <w:r>
        <w:t xml:space="preserve"> </w:t>
      </w:r>
      <w:proofErr w:type="spellStart"/>
      <w:r>
        <w:t>छौं</w:t>
      </w:r>
      <w:proofErr w:type="spellEnd"/>
      <w:r>
        <w:t>।</w:t>
      </w:r>
      <w:r w:rsidR="00AC2273">
        <w:t xml:space="preserve"> </w:t>
      </w:r>
      <w:proofErr w:type="spellStart"/>
      <w:r>
        <w:t>यस</w:t>
      </w:r>
      <w:proofErr w:type="spellEnd"/>
      <w:r>
        <w:t xml:space="preserve"> </w:t>
      </w:r>
      <w:proofErr w:type="spellStart"/>
      <w:r>
        <w:t>सम्बन्धमा</w:t>
      </w:r>
      <w:proofErr w:type="spellEnd"/>
      <w:r>
        <w:t xml:space="preserve"> </w:t>
      </w:r>
      <w:proofErr w:type="spellStart"/>
      <w:r>
        <w:t>आवश्यक</w:t>
      </w:r>
      <w:proofErr w:type="spellEnd"/>
      <w:r>
        <w:t xml:space="preserve"> </w:t>
      </w:r>
      <w:proofErr w:type="spellStart"/>
      <w:r>
        <w:t>प्रक्रिया</w:t>
      </w:r>
      <w:proofErr w:type="spellEnd"/>
      <w:r>
        <w:t xml:space="preserve"> </w:t>
      </w:r>
      <w:proofErr w:type="spellStart"/>
      <w:r>
        <w:t>अगाडि</w:t>
      </w:r>
      <w:proofErr w:type="spellEnd"/>
      <w:r>
        <w:t xml:space="preserve"> </w:t>
      </w:r>
      <w:proofErr w:type="spellStart"/>
      <w:r>
        <w:t>बढाई</w:t>
      </w:r>
      <w:proofErr w:type="spellEnd"/>
      <w:r>
        <w:t xml:space="preserve"> </w:t>
      </w:r>
      <w:proofErr w:type="spellStart"/>
      <w:r>
        <w:t>सहयोग</w:t>
      </w:r>
      <w:proofErr w:type="spellEnd"/>
      <w:r>
        <w:t xml:space="preserve"> </w:t>
      </w:r>
      <w:proofErr w:type="spellStart"/>
      <w:r>
        <w:t>गरिदिनुहुन</w:t>
      </w:r>
      <w:proofErr w:type="spellEnd"/>
      <w:r>
        <w:t xml:space="preserve"> </w:t>
      </w:r>
      <w:proofErr w:type="spellStart"/>
      <w:r>
        <w:t>अनुरोध</w:t>
      </w:r>
      <w:proofErr w:type="spellEnd"/>
      <w:r>
        <w:t xml:space="preserve"> </w:t>
      </w:r>
      <w:proofErr w:type="spellStart"/>
      <w:r>
        <w:t>गर्दछौं</w:t>
      </w:r>
      <w:proofErr w:type="spellEnd"/>
      <w:r>
        <w:t>।</w:t>
      </w:r>
      <w:r>
        <w:br/>
      </w:r>
      <w:r>
        <w:br/>
      </w:r>
      <w:proofErr w:type="spellStart"/>
      <w:r>
        <w:t>धन्यवाद</w:t>
      </w:r>
      <w:proofErr w:type="spellEnd"/>
      <w:r>
        <w:t>।</w:t>
      </w:r>
      <w:r w:rsidR="0092606E">
        <w:br/>
      </w:r>
      <w:proofErr w:type="spellStart"/>
      <w:r>
        <w:t>भवदीय</w:t>
      </w:r>
      <w:proofErr w:type="spellEnd"/>
      <w:r>
        <w:t>,</w:t>
      </w:r>
    </w:p>
    <w:p w14:paraId="0A72CF12" w14:textId="77777777" w:rsidR="00C319B7" w:rsidRDefault="00000000">
      <w:r>
        <w:t>_________________________</w:t>
      </w:r>
    </w:p>
    <w:p w14:paraId="38D2B73E" w14:textId="421BE6E7" w:rsidR="00C319B7" w:rsidRDefault="006A37F8">
      <w:r>
        <w:t>….</w:t>
      </w:r>
      <w:r w:rsidR="00000000">
        <w:t xml:space="preserve"> </w:t>
      </w:r>
      <w:proofErr w:type="spellStart"/>
      <w:r w:rsidR="00000000">
        <w:t>सुवेदी</w:t>
      </w:r>
      <w:proofErr w:type="spellEnd"/>
      <w:r w:rsidR="0092606E">
        <w:br/>
      </w:r>
      <w:proofErr w:type="spellStart"/>
      <w:r w:rsidR="00000000">
        <w:t>अध्यक्ष</w:t>
      </w:r>
      <w:proofErr w:type="spellEnd"/>
      <w:r w:rsidR="0092606E">
        <w:br/>
      </w:r>
      <w:proofErr w:type="spellStart"/>
      <w:r w:rsidR="00000000">
        <w:t>ओम</w:t>
      </w:r>
      <w:proofErr w:type="spellEnd"/>
      <w:r w:rsidR="00000000">
        <w:t xml:space="preserve"> </w:t>
      </w:r>
      <w:proofErr w:type="spellStart"/>
      <w:r w:rsidR="00000000">
        <w:t>कार्गो</w:t>
      </w:r>
      <w:proofErr w:type="spellEnd"/>
      <w:r w:rsidR="00000000">
        <w:t xml:space="preserve"> </w:t>
      </w:r>
      <w:proofErr w:type="spellStart"/>
      <w:r w:rsidR="00000000">
        <w:t>एण्ड</w:t>
      </w:r>
      <w:proofErr w:type="spellEnd"/>
      <w:r w:rsidR="00000000">
        <w:t xml:space="preserve"> </w:t>
      </w:r>
      <w:proofErr w:type="spellStart"/>
      <w:r w:rsidR="00000000">
        <w:t>कुरियर</w:t>
      </w:r>
      <w:proofErr w:type="spellEnd"/>
      <w:r w:rsidR="00000000">
        <w:t xml:space="preserve"> </w:t>
      </w:r>
      <w:proofErr w:type="spellStart"/>
      <w:r w:rsidR="00000000">
        <w:t>सेवा</w:t>
      </w:r>
      <w:proofErr w:type="spellEnd"/>
      <w:r w:rsidR="00000000">
        <w:t xml:space="preserve"> प्रा. </w:t>
      </w:r>
      <w:proofErr w:type="spellStart"/>
      <w:r w:rsidR="00000000">
        <w:t>लि</w:t>
      </w:r>
      <w:proofErr w:type="spellEnd"/>
      <w:r w:rsidR="00000000">
        <w:t>.</w:t>
      </w:r>
      <w:r w:rsidR="0092606E">
        <w:br/>
      </w:r>
      <w:proofErr w:type="spellStart"/>
      <w:r w:rsidR="00000000">
        <w:t>सम्पर्क</w:t>
      </w:r>
      <w:proofErr w:type="spellEnd"/>
      <w:r w:rsidR="00000000">
        <w:t xml:space="preserve"> </w:t>
      </w:r>
      <w:proofErr w:type="spellStart"/>
      <w:r w:rsidR="00000000">
        <w:t>नं</w:t>
      </w:r>
      <w:proofErr w:type="spellEnd"/>
      <w:r w:rsidR="00000000">
        <w:t>.: __________</w:t>
      </w:r>
      <w:r w:rsidR="0092606E">
        <w:br/>
        <w:t xml:space="preserve">Email: </w:t>
      </w:r>
    </w:p>
    <w:p w14:paraId="06CC8AD6" w14:textId="77777777" w:rsidR="00C319B7" w:rsidRDefault="00C319B7"/>
    <w:sectPr w:rsidR="00C319B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7843522">
    <w:abstractNumId w:val="8"/>
  </w:num>
  <w:num w:numId="2" w16cid:durableId="645086701">
    <w:abstractNumId w:val="6"/>
  </w:num>
  <w:num w:numId="3" w16cid:durableId="1361710729">
    <w:abstractNumId w:val="5"/>
  </w:num>
  <w:num w:numId="4" w16cid:durableId="1510291306">
    <w:abstractNumId w:val="4"/>
  </w:num>
  <w:num w:numId="5" w16cid:durableId="1233613604">
    <w:abstractNumId w:val="7"/>
  </w:num>
  <w:num w:numId="6" w16cid:durableId="1108238912">
    <w:abstractNumId w:val="3"/>
  </w:num>
  <w:num w:numId="7" w16cid:durableId="939020817">
    <w:abstractNumId w:val="2"/>
  </w:num>
  <w:num w:numId="8" w16cid:durableId="175389202">
    <w:abstractNumId w:val="1"/>
  </w:num>
  <w:num w:numId="9" w16cid:durableId="295986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814"/>
    <w:rsid w:val="006A37F8"/>
    <w:rsid w:val="0092606E"/>
    <w:rsid w:val="00AA1D8D"/>
    <w:rsid w:val="00AC2273"/>
    <w:rsid w:val="00B47730"/>
    <w:rsid w:val="00C319B7"/>
    <w:rsid w:val="00CB0664"/>
    <w:rsid w:val="00E86D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7D3177"/>
  <w14:defaultImageDpi w14:val="300"/>
  <w15:docId w15:val="{21AB9928-54BE-49ED-A7CF-37B68A4D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Subodh Shah</cp:lastModifiedBy>
  <cp:revision>2</cp:revision>
  <dcterms:created xsi:type="dcterms:W3CDTF">2026-03-25T18:24:00Z</dcterms:created>
  <dcterms:modified xsi:type="dcterms:W3CDTF">2026-03-25T18:24:00Z</dcterms:modified>
  <cp:category/>
</cp:coreProperties>
</file>