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91E" w:rsidRDefault="0000384F">
      <w:pPr>
        <w:jc w:val="center"/>
      </w:pPr>
      <w:r>
        <w:rPr>
          <w:b/>
          <w:color w:val="000000"/>
        </w:rPr>
        <w:t>KẾ HOẠCH BÀI DẠY MÔN TOÁN LỚP 2 - TUẦN 17</w:t>
      </w:r>
      <w:r>
        <w:rPr>
          <w:b/>
          <w:color w:val="000000"/>
        </w:rPr>
        <w:br/>
        <w:t>CHỦ ĐỀ 7: ÔN TẬP HỌC KÌ I</w:t>
      </w:r>
      <w:r>
        <w:rPr>
          <w:b/>
          <w:color w:val="000000"/>
        </w:rPr>
        <w:br/>
        <w:t>BÀI 33. ÔN TẬP PHÉP CỘNG, PHÉP TRỪ TRONG PHẠM VI 20, 100</w:t>
      </w:r>
      <w:r>
        <w:rPr>
          <w:b/>
          <w:color w:val="000000"/>
        </w:rPr>
        <w:br/>
        <w:t>TIẾT 1: ÔN TẬP PHÉP CỘNG, PHÉP TRỪ TRONG PHẠM VI 20</w:t>
      </w:r>
      <w:r>
        <w:rPr>
          <w:b/>
          <w:color w:val="000000"/>
        </w:rPr>
        <w:br/>
      </w:r>
    </w:p>
    <w:p w:rsidR="0042291E" w:rsidRDefault="0000384F">
      <w:r>
        <w:rPr>
          <w:b/>
          <w:color w:val="000000"/>
        </w:rPr>
        <w:t>I. YÊU CẦU CẦN ĐẠT</w:t>
      </w:r>
    </w:p>
    <w:p w:rsidR="0042291E" w:rsidRDefault="0000384F">
      <w:r>
        <w:rPr>
          <w:b/>
          <w:color w:val="000000"/>
        </w:rPr>
        <w:t>1. Năng lực đặc thù:</w:t>
      </w:r>
    </w:p>
    <w:p w:rsidR="0042291E" w:rsidRDefault="0000384F">
      <w:r>
        <w:rPr>
          <w:color w:val="000000"/>
        </w:rPr>
        <w:t>- Ôn tập, củng cố phép cộng, phép trừ qua 10 trong phạm vi 20.</w:t>
      </w:r>
    </w:p>
    <w:p w:rsidR="0042291E" w:rsidRDefault="0000384F">
      <w:r>
        <w:rPr>
          <w:color w:val="000000"/>
        </w:rPr>
        <w:t>- Biết nối phép tính với kết quả, thực hiện dãy tính và giải bài toán có lời văn.</w:t>
      </w:r>
    </w:p>
    <w:p w:rsidR="0042291E" w:rsidRDefault="0000384F">
      <w:r>
        <w:rPr>
          <w:color w:val="000000"/>
        </w:rPr>
        <w:t>- Vận dụng kiến thức đã học để tự kiểm tra, giải thích kết quả trong các bài tập ôn tập.</w:t>
      </w:r>
    </w:p>
    <w:p w:rsidR="0042291E" w:rsidRDefault="0000384F">
      <w:r>
        <w:rPr>
          <w:b/>
          <w:color w:val="000000"/>
        </w:rPr>
        <w:t>2. Năng lực chung:</w:t>
      </w:r>
    </w:p>
    <w:p w:rsidR="0042291E" w:rsidRDefault="0000384F">
      <w:r>
        <w:rPr>
          <w:color w:val="000000"/>
        </w:rPr>
        <w:t>- Tự chủ và tự học: Chủ động thực hiện nhiệm vụ học tập, tự kiểm tra kết quả bài làm.</w:t>
      </w:r>
    </w:p>
    <w:p w:rsidR="0042291E" w:rsidRDefault="0000384F">
      <w:r>
        <w:rPr>
          <w:color w:val="000000"/>
        </w:rPr>
        <w:t>- Giao tiếp và hợp tác: Biết trao đổi, thảo luận, lắng nghe và phối hợp với bạn trong hoạt động nhóm.</w:t>
      </w:r>
    </w:p>
    <w:p w:rsidR="0042291E" w:rsidRDefault="0000384F">
      <w:r>
        <w:rPr>
          <w:color w:val="000000"/>
        </w:rPr>
        <w:t>- Giải quyết vấn đề và sáng tạo: Biết vận dụng kiến thức đã học để giải quyết tình huống toán học trong học tập và thực tế.</w:t>
      </w:r>
    </w:p>
    <w:p w:rsidR="0042291E" w:rsidRDefault="0000384F">
      <w:r>
        <w:rPr>
          <w:b/>
          <w:color w:val="000000"/>
        </w:rPr>
        <w:t>3. Phẩm chất:</w:t>
      </w:r>
    </w:p>
    <w:p w:rsidR="0042291E" w:rsidRDefault="0000384F">
      <w:r>
        <w:rPr>
          <w:color w:val="000000"/>
        </w:rPr>
        <w:t>- Chăm chỉ: Tích cực luyện tập, kiên trì khi thực hiện các bài toán ôn tập.</w:t>
      </w:r>
    </w:p>
    <w:p w:rsidR="0042291E" w:rsidRDefault="0000384F">
      <w:r>
        <w:rPr>
          <w:color w:val="000000"/>
        </w:rPr>
        <w:t>- Trách nhiệm: Có ý thức hoàn thành nhiệm vụ, hợp tác với bạn và tự điều chỉnh khi làm sai.</w:t>
      </w:r>
    </w:p>
    <w:p w:rsidR="0042291E" w:rsidRDefault="0000384F">
      <w:r>
        <w:rPr>
          <w:b/>
          <w:color w:val="DC0000"/>
        </w:rPr>
        <w:t>4. Tích hợp</w:t>
      </w:r>
    </w:p>
    <w:p w:rsidR="0042291E" w:rsidRDefault="0000384F">
      <w:r>
        <w:rPr>
          <w:color w:val="DC0000"/>
        </w:rPr>
        <w:t>- Tích hợp AI - YCCĐ 2.A1.2: HS hiểu AI/công cụ số có thể tạo câu ôn tập nhanh, nhưng HS phải tự làm, tự kiểm tra bằng tính nhẩm hoặc đặt tính, không chép kết quả máy móc.</w:t>
      </w:r>
    </w:p>
    <w:p w:rsidR="0042291E" w:rsidRDefault="0000384F">
      <w:r>
        <w:rPr>
          <w:b/>
          <w:color w:val="000000"/>
        </w:rPr>
        <w:t>II. ĐỒ DÙNG DẠY HỌC</w:t>
      </w:r>
    </w:p>
    <w:p w:rsidR="0042291E" w:rsidRDefault="0000384F">
      <w:r>
        <w:rPr>
          <w:color w:val="000000"/>
        </w:rPr>
        <w:t>- GV: Máy tính, ti vi/máy chiếu, máy soi, bảng phụ, phiếu học tập, hình SGK phóng to.</w:t>
      </w:r>
    </w:p>
    <w:p w:rsidR="0042291E" w:rsidRDefault="0000384F">
      <w:r>
        <w:rPr>
          <w:color w:val="000000"/>
        </w:rPr>
        <w:t>- HS: SGK, vở ô li, bảng con, bút chì, thước kẻ, bộ đồ dùng học Toán.</w:t>
      </w:r>
    </w:p>
    <w:p w:rsidR="0042291E" w:rsidRDefault="0000384F">
      <w:r>
        <w:rPr>
          <w:b/>
          <w:color w:val="000000"/>
        </w:rPr>
        <w:t>III. CÁC HOẠT ĐỘNG DẠY HỌC CHỦ YẾU</w:t>
      </w:r>
    </w:p>
    <w:tbl>
      <w:tblPr>
        <w:tblW w:w="0" w:type="auto"/>
        <w:jc w:val="center"/>
        <w:tblBorders>
          <w:top w:val="single" w:sz="6" w:space="0" w:color="808080"/>
          <w:left w:val="single" w:sz="6" w:space="0" w:color="808080"/>
          <w:bottom w:val="single" w:sz="6" w:space="0" w:color="808080"/>
          <w:right w:val="single" w:sz="6" w:space="0" w:color="808080"/>
          <w:insideV w:val="single" w:sz="6" w:space="0" w:color="808080"/>
        </w:tblBorders>
        <w:tblLayout w:type="fixed"/>
        <w:tblLook w:val="04A0" w:firstRow="1" w:lastRow="0" w:firstColumn="1" w:lastColumn="0" w:noHBand="0" w:noVBand="1"/>
      </w:tblPr>
      <w:tblGrid>
        <w:gridCol w:w="5273"/>
        <w:gridCol w:w="5273"/>
      </w:tblGrid>
      <w:tr w:rsidR="0042291E" w:rsidTr="000A435A">
        <w:trPr>
          <w:jc w:val="center"/>
        </w:trPr>
        <w:tc>
          <w:tcPr>
            <w:tcW w:w="5273" w:type="dxa"/>
            <w:tcBorders>
              <w:bottom w:val="single" w:sz="6" w:space="0" w:color="808080"/>
            </w:tcBorders>
            <w:shd w:val="clear" w:color="auto" w:fill="auto"/>
            <w:tcMar>
              <w:top w:w="50" w:type="dxa"/>
              <w:left w:w="60" w:type="dxa"/>
              <w:bottom w:w="50" w:type="dxa"/>
              <w:right w:w="60" w:type="dxa"/>
            </w:tcMar>
          </w:tcPr>
          <w:p w:rsidR="0042291E" w:rsidRDefault="0000384F">
            <w:pPr>
              <w:jc w:val="center"/>
            </w:pPr>
            <w:r>
              <w:rPr>
                <w:b/>
                <w:color w:val="000000"/>
              </w:rPr>
              <w:t>Hoạt động của giáo viên</w:t>
            </w:r>
          </w:p>
        </w:tc>
        <w:tc>
          <w:tcPr>
            <w:tcW w:w="5273" w:type="dxa"/>
            <w:tcBorders>
              <w:bottom w:val="single" w:sz="6" w:space="0" w:color="808080"/>
            </w:tcBorders>
            <w:shd w:val="clear" w:color="auto" w:fill="auto"/>
            <w:tcMar>
              <w:top w:w="50" w:type="dxa"/>
              <w:left w:w="60" w:type="dxa"/>
              <w:bottom w:w="50" w:type="dxa"/>
              <w:right w:w="60" w:type="dxa"/>
            </w:tcMar>
          </w:tcPr>
          <w:p w:rsidR="0042291E" w:rsidRDefault="0000384F">
            <w:pPr>
              <w:jc w:val="center"/>
            </w:pPr>
            <w:r>
              <w:rPr>
                <w:b/>
                <w:color w:val="000000"/>
              </w:rPr>
              <w:t>Hoạt động của học sinh</w:t>
            </w:r>
          </w:p>
        </w:tc>
      </w:tr>
      <w:tr w:rsidR="0042291E" w:rsidTr="000A435A">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t>1. KHỞI ĐỘNG (5 phút)</w:t>
            </w:r>
          </w:p>
          <w:p w:rsidR="0042291E" w:rsidRDefault="0000384F">
            <w:r>
              <w:rPr>
                <w:color w:val="000000"/>
              </w:rPr>
              <w:t>Mục tiêu: Tạo tâm thế vui tươi, giúp HS nhớ lại bảng cộng, bảng trừ đã học.</w:t>
            </w:r>
          </w:p>
        </w:tc>
      </w:tr>
      <w:tr w:rsidR="0042291E" w:rsidTr="000A435A">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GV tổ chức trò chơi “Truyền điện”: HS nối tiếp nêu nhanh phép cộng, phép trừ qua 10 trong phạm vi 20.</w:t>
            </w: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tham gia trò chơi, nêu nhanh kết quả các phép tính theo lượt.</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Khi nhẩm 12 - 7, em có thể dựa vào phép cộng nào để kiểm tra?</w:t>
            </w:r>
          </w:p>
        </w:tc>
        <w:tc>
          <w:tcPr>
            <w:tcW w:w="4932" w:type="dxa"/>
            <w:shd w:val="clear" w:color="auto" w:fill="auto"/>
            <w:tcMar>
              <w:top w:w="50" w:type="dxa"/>
              <w:left w:w="60" w:type="dxa"/>
              <w:bottom w:w="50" w:type="dxa"/>
              <w:right w:w="60" w:type="dxa"/>
            </w:tcMar>
          </w:tcPr>
          <w:p w:rsidR="0042291E" w:rsidRDefault="0000384F">
            <w:r>
              <w:rPr>
                <w:color w:val="000000"/>
              </w:rPr>
              <w:t>- HS trả lời: Có thể dựa vào 7 + 5 = 12 nên 12 - 7 = 5.</w:t>
            </w:r>
          </w:p>
        </w:tc>
      </w:tr>
      <w:tr w:rsidR="0042291E" w:rsidTr="000A435A">
        <w:trPr>
          <w:jc w:val="center"/>
        </w:trPr>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GV nhận xét, tuyên dương và giới thiệu bài ôn tập.</w:t>
            </w:r>
          </w:p>
        </w:tc>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HS lắng nghe, ghi nhớ tên bài học.</w:t>
            </w:r>
          </w:p>
        </w:tc>
      </w:tr>
      <w:tr w:rsidR="0042291E" w:rsidTr="000A435A">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t>2. LUYỆN TẬP, THỰC HÀNH (28 phút)</w:t>
            </w:r>
          </w:p>
          <w:p w:rsidR="0042291E" w:rsidRDefault="0000384F">
            <w:r>
              <w:rPr>
                <w:color w:val="000000"/>
              </w:rPr>
              <w:t>Mục tiêu: HS củng cố phép cộng, phép trừ trong phạm vi 20, thực hiện dãy tính và giải toán có lời văn.</w:t>
            </w:r>
          </w:p>
          <w:p w:rsidR="0042291E" w:rsidRDefault="0000384F">
            <w:r>
              <w:rPr>
                <w:color w:val="DC0000"/>
              </w:rPr>
              <w:t>Mục tiêu tích hợp AI: HS biết xem bài tập/kết quả do công cụ số gợi ý là thông tin tham khảo, cần tự tính và tự kiểm tra bằng kiến thức đã học.</w:t>
            </w:r>
          </w:p>
        </w:tc>
      </w:tr>
      <w:tr w:rsidR="0042291E" w:rsidTr="000A435A">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EE5389" w:rsidP="00EE5389">
            <w:r>
              <w:rPr>
                <w:b/>
                <w:color w:val="000000"/>
              </w:rPr>
              <w:t>Bài 1: Tính nhẩm</w:t>
            </w: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đọc yêu cầu và quan sát các phép tính trong SGK.</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cá nhân vào vở ô li, sau đó đổi vở kiểm tra theo nhóm đôi.</w:t>
            </w:r>
          </w:p>
        </w:tc>
        <w:tc>
          <w:tcPr>
            <w:tcW w:w="4932" w:type="dxa"/>
            <w:shd w:val="clear" w:color="auto" w:fill="auto"/>
            <w:tcMar>
              <w:top w:w="50" w:type="dxa"/>
              <w:left w:w="60" w:type="dxa"/>
              <w:bottom w:w="50" w:type="dxa"/>
              <w:right w:w="60" w:type="dxa"/>
            </w:tcMar>
          </w:tcPr>
          <w:p w:rsidR="0042291E" w:rsidRDefault="0000384F">
            <w:r>
              <w:rPr>
                <w:color w:val="000000"/>
              </w:rPr>
              <w:t>- HS làm bài cá nhân, đổi vở với bạn cùng bàn để kiểm tra kết quả.</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Các phép tính trong bài thuộc phạm vi nào?</w:t>
            </w:r>
          </w:p>
        </w:tc>
        <w:tc>
          <w:tcPr>
            <w:tcW w:w="4932" w:type="dxa"/>
            <w:shd w:val="clear" w:color="auto" w:fill="auto"/>
            <w:tcMar>
              <w:top w:w="50" w:type="dxa"/>
              <w:left w:w="60" w:type="dxa"/>
              <w:bottom w:w="50" w:type="dxa"/>
              <w:right w:w="60" w:type="dxa"/>
            </w:tcMar>
          </w:tcPr>
          <w:p w:rsidR="0042291E" w:rsidRDefault="0000384F">
            <w:r>
              <w:rPr>
                <w:color w:val="000000"/>
              </w:rPr>
              <w:t>- HS trả lời: Các phép tính thuộc phạm vi 20, có phép cộng và phép trừ qua 10.</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Em nhẩm 15 - 6 như thế nào?</w:t>
            </w:r>
          </w:p>
        </w:tc>
        <w:tc>
          <w:tcPr>
            <w:tcW w:w="4932" w:type="dxa"/>
            <w:shd w:val="clear" w:color="auto" w:fill="auto"/>
            <w:tcMar>
              <w:top w:w="50" w:type="dxa"/>
              <w:left w:w="60" w:type="dxa"/>
              <w:bottom w:w="50" w:type="dxa"/>
              <w:right w:w="60" w:type="dxa"/>
            </w:tcMar>
          </w:tcPr>
          <w:p w:rsidR="0042291E" w:rsidRDefault="0000384F">
            <w:r>
              <w:rPr>
                <w:color w:val="000000"/>
              </w:rPr>
              <w:t xml:space="preserve">- HS trả lời: Em có thể nhẩm 15 - 5 = 10, 10 - 1 </w:t>
            </w:r>
            <w:r>
              <w:rPr>
                <w:color w:val="000000"/>
              </w:rPr>
              <w:lastRenderedPageBreak/>
              <w:t>= 9 hoặc dựa vào 6 + 9 = 15.</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DC0000"/>
              </w:rPr>
              <w:lastRenderedPageBreak/>
              <w:t xml:space="preserve"> - Tích hợp AI: GV nêu tình huống: “Một công cụ AI có thể tạo rất nhanh một rổ bài ôn tập phép cộng, phép trừ. Tuy nhiên, nếu AI tạo ra kết quả sẵn, các em có được chép ngay không?” GV hướng dẫn HS chọn 2 phép tính trong bài, tự nhẩm trước, sau đó mới đối chiếu với kết quả trên bảng/slide. GV nhấn mạnh: AI chỉ hỗ trợ tạo bài và kiểm tra nhanh; người học phải tự tính, tự giải thích cách nhẩm để biết kết quả đúng hay sai.</w:t>
            </w:r>
          </w:p>
        </w:tc>
        <w:tc>
          <w:tcPr>
            <w:tcW w:w="4932" w:type="dxa"/>
            <w:shd w:val="clear" w:color="auto" w:fill="auto"/>
            <w:tcMar>
              <w:top w:w="50" w:type="dxa"/>
              <w:left w:w="60" w:type="dxa"/>
              <w:bottom w:w="50" w:type="dxa"/>
              <w:right w:w="60" w:type="dxa"/>
            </w:tcMar>
          </w:tcPr>
          <w:p w:rsidR="0042291E" w:rsidRDefault="0000384F">
            <w:r>
              <w:rPr>
                <w:color w:val="000000"/>
              </w:rPr>
              <w:t>- HS trả lời: Không chép ngay; cần tự tính trước, giải thích cách nhẩm rồi mới đối chiếu kết quả.</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chốt: Khi ôn tập, các em cần nhẩm chắc, biết kiểm tra kết quả bằng phép tính ngược.</w:t>
            </w:r>
          </w:p>
        </w:tc>
        <w:tc>
          <w:tcPr>
            <w:tcW w:w="4932" w:type="dxa"/>
            <w:shd w:val="clear" w:color="auto" w:fill="auto"/>
            <w:tcMar>
              <w:top w:w="50" w:type="dxa"/>
              <w:left w:w="60" w:type="dxa"/>
              <w:bottom w:w="50" w:type="dxa"/>
              <w:right w:w="60" w:type="dxa"/>
            </w:tcMar>
          </w:tcPr>
          <w:p w:rsidR="0042291E" w:rsidRDefault="0000384F">
            <w:r>
              <w:rPr>
                <w:color w:val="000000"/>
              </w:rPr>
              <w:t>- HS lắng nghe và sửa bài nếu có sai sót.</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sidP="00EE5389">
            <w:r>
              <w:rPr>
                <w:b/>
                <w:color w:val="000000"/>
              </w:rPr>
              <w:t>Bài 2: Mỗi số 7, 5, 11, 13 là kết quả của những phép tính nào?</w:t>
            </w:r>
          </w:p>
        </w:tc>
        <w:tc>
          <w:tcPr>
            <w:tcW w:w="4932" w:type="dxa"/>
            <w:shd w:val="clear" w:color="auto" w:fill="auto"/>
            <w:tcMar>
              <w:top w:w="50" w:type="dxa"/>
              <w:left w:w="60" w:type="dxa"/>
              <w:bottom w:w="50" w:type="dxa"/>
              <w:right w:w="60" w:type="dxa"/>
            </w:tcMar>
          </w:tcPr>
          <w:p w:rsidR="0042291E" w:rsidRDefault="0000384F">
            <w:r>
              <w:rPr>
                <w:color w:val="000000"/>
              </w:rPr>
              <w:t>- HS đọc yêu cầu, quan sát các phép tính trên hình.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thảo luận nhóm 4: mỗi bạn phụ trách tìm các phép tính cho một số rồi thống nhất kết quả.</w:t>
            </w:r>
          </w:p>
        </w:tc>
        <w:tc>
          <w:tcPr>
            <w:tcW w:w="4932" w:type="dxa"/>
            <w:shd w:val="clear" w:color="auto" w:fill="auto"/>
            <w:tcMar>
              <w:top w:w="50" w:type="dxa"/>
              <w:left w:w="60" w:type="dxa"/>
              <w:bottom w:w="50" w:type="dxa"/>
              <w:right w:w="60" w:type="dxa"/>
            </w:tcMar>
          </w:tcPr>
          <w:p w:rsidR="0042291E" w:rsidRDefault="0000384F">
            <w:r>
              <w:rPr>
                <w:color w:val="000000"/>
              </w:rPr>
              <w:t>- HS thảo luận nhóm 4, phân công tính nhẩm và nối kết quả với số tương ứng.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Số 7 là kết quả của những phép tính nào?</w:t>
            </w:r>
          </w:p>
        </w:tc>
        <w:tc>
          <w:tcPr>
            <w:tcW w:w="4932" w:type="dxa"/>
            <w:shd w:val="clear" w:color="auto" w:fill="auto"/>
            <w:tcMar>
              <w:top w:w="50" w:type="dxa"/>
              <w:left w:w="60" w:type="dxa"/>
              <w:bottom w:w="50" w:type="dxa"/>
              <w:right w:w="60" w:type="dxa"/>
            </w:tcMar>
          </w:tcPr>
          <w:p w:rsidR="0042291E" w:rsidRDefault="0000384F">
            <w:r>
              <w:rPr>
                <w:color w:val="000000"/>
              </w:rPr>
              <w:t>- HS trả lời: Số 7 là kết quả của 12 - 5 và 14 - 7.</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Số 5, số 11, số 13 là kết quả của những phép tính nào?</w:t>
            </w:r>
          </w:p>
        </w:tc>
        <w:tc>
          <w:tcPr>
            <w:tcW w:w="4932" w:type="dxa"/>
            <w:shd w:val="clear" w:color="auto" w:fill="auto"/>
            <w:tcMar>
              <w:top w:w="50" w:type="dxa"/>
              <w:left w:w="60" w:type="dxa"/>
              <w:bottom w:w="50" w:type="dxa"/>
              <w:right w:w="60" w:type="dxa"/>
            </w:tcMar>
          </w:tcPr>
          <w:p w:rsidR="0042291E" w:rsidRDefault="0000384F">
            <w:r>
              <w:rPr>
                <w:color w:val="000000"/>
              </w:rPr>
              <w:t>- HS trả lời: 5 là kết quả của 12 - 7 và 14 - 9; 11 là kết quả của 8 + 3 và 9 + 2; 13 là kết quả của 9 + 4 và 8 + 5.</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mời đại diện nhóm trình bày, nhóm khác nhận xét và bổ sung.</w:t>
            </w:r>
          </w:p>
        </w:tc>
        <w:tc>
          <w:tcPr>
            <w:tcW w:w="4932" w:type="dxa"/>
            <w:shd w:val="clear" w:color="auto" w:fill="auto"/>
            <w:tcMar>
              <w:top w:w="50" w:type="dxa"/>
              <w:left w:w="60" w:type="dxa"/>
              <w:bottom w:w="50" w:type="dxa"/>
              <w:right w:w="60" w:type="dxa"/>
            </w:tcMar>
          </w:tcPr>
          <w:p w:rsidR="0042291E" w:rsidRDefault="0000384F">
            <w:r>
              <w:rPr>
                <w:color w:val="000000"/>
              </w:rPr>
              <w:t>- Đại diện nhóm trình bày; nhóm khác nhận xét, bổ sung nếu cần.</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t>Bài 3: Số?</w:t>
            </w: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yêu cầu và quan sát sơ đồ mũi tên.</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cá nhân vào phiếu, thực hiện lần lượt theo chiều mũi tên.</w:t>
            </w:r>
          </w:p>
        </w:tc>
        <w:tc>
          <w:tcPr>
            <w:tcW w:w="4932" w:type="dxa"/>
            <w:shd w:val="clear" w:color="auto" w:fill="auto"/>
            <w:tcMar>
              <w:top w:w="50" w:type="dxa"/>
              <w:left w:w="60" w:type="dxa"/>
              <w:bottom w:w="50" w:type="dxa"/>
              <w:right w:w="60" w:type="dxa"/>
            </w:tcMar>
          </w:tcPr>
          <w:p w:rsidR="0042291E" w:rsidRDefault="0000384F">
            <w:r>
              <w:rPr>
                <w:color w:val="000000"/>
              </w:rPr>
              <w:t>- HS làm cá nhân, điền số còn thiếu theo từng bước tính.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Vì sao ô tròn sau số 8 em điền số 14?</w:t>
            </w:r>
          </w:p>
        </w:tc>
        <w:tc>
          <w:tcPr>
            <w:tcW w:w="4932" w:type="dxa"/>
            <w:shd w:val="clear" w:color="auto" w:fill="auto"/>
            <w:tcMar>
              <w:top w:w="50" w:type="dxa"/>
              <w:left w:w="60" w:type="dxa"/>
              <w:bottom w:w="50" w:type="dxa"/>
              <w:right w:w="60" w:type="dxa"/>
            </w:tcMar>
          </w:tcPr>
          <w:p w:rsidR="0042291E" w:rsidRDefault="0000384F">
            <w:r>
              <w:rPr>
                <w:color w:val="000000"/>
              </w:rPr>
              <w:t>- HS trả lời: Vì 8 + 6 = 14.</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Sau khi có 14, đi theo mũi tên “- 5” thì được số nào?</w:t>
            </w:r>
          </w:p>
        </w:tc>
        <w:tc>
          <w:tcPr>
            <w:tcW w:w="4932" w:type="dxa"/>
            <w:shd w:val="clear" w:color="auto" w:fill="auto"/>
            <w:tcMar>
              <w:top w:w="50" w:type="dxa"/>
              <w:left w:w="60" w:type="dxa"/>
              <w:bottom w:w="50" w:type="dxa"/>
              <w:right w:w="60" w:type="dxa"/>
            </w:tcMar>
          </w:tcPr>
          <w:p w:rsidR="0042291E" w:rsidRDefault="0000384F">
            <w:r>
              <w:rPr>
                <w:color w:val="000000"/>
              </w:rPr>
              <w:t>- HS trả lời: Được 9 vì 14 - 5 = 9.</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nhận xét, chốt cách làm: đi đúng chiều mũi tên, tính lần lượt từng bước.</w:t>
            </w:r>
          </w:p>
        </w:tc>
        <w:tc>
          <w:tcPr>
            <w:tcW w:w="4932" w:type="dxa"/>
            <w:shd w:val="clear" w:color="auto" w:fill="auto"/>
            <w:tcMar>
              <w:top w:w="50" w:type="dxa"/>
              <w:left w:w="60" w:type="dxa"/>
              <w:bottom w:w="50" w:type="dxa"/>
              <w:right w:w="60" w:type="dxa"/>
            </w:tcMar>
          </w:tcPr>
          <w:p w:rsidR="0042291E" w:rsidRDefault="0000384F">
            <w:r>
              <w:rPr>
                <w:color w:val="000000"/>
              </w:rPr>
              <w:t>- HS đối chiếu kết quả và ghi nhớ cách làm dạng bài theo sơ đồ.</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sidP="00EE5389">
            <w:r>
              <w:rPr>
                <w:b/>
                <w:color w:val="000000"/>
              </w:rPr>
              <w:t>Bài 4: Bài toán lớp 2A học hát và học võ.</w:t>
            </w:r>
          </w:p>
        </w:tc>
        <w:tc>
          <w:tcPr>
            <w:tcW w:w="4932" w:type="dxa"/>
            <w:shd w:val="clear" w:color="auto" w:fill="auto"/>
            <w:tcMar>
              <w:top w:w="50" w:type="dxa"/>
              <w:left w:w="60" w:type="dxa"/>
              <w:bottom w:w="50" w:type="dxa"/>
              <w:right w:w="60" w:type="dxa"/>
            </w:tcMar>
          </w:tcPr>
          <w:p w:rsidR="0042291E" w:rsidRDefault="0000384F">
            <w:r>
              <w:rPr>
                <w:color w:val="000000"/>
              </w:rPr>
              <w:t>- HS đọc đề bài, xác định dữ kiện và câu hỏi.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Bài toán cho biết gì?</w:t>
            </w:r>
          </w:p>
        </w:tc>
        <w:tc>
          <w:tcPr>
            <w:tcW w:w="4932" w:type="dxa"/>
            <w:shd w:val="clear" w:color="auto" w:fill="auto"/>
            <w:tcMar>
              <w:top w:w="50" w:type="dxa"/>
              <w:left w:w="60" w:type="dxa"/>
              <w:bottom w:w="50" w:type="dxa"/>
              <w:right w:w="60" w:type="dxa"/>
            </w:tcMar>
          </w:tcPr>
          <w:p w:rsidR="0042291E" w:rsidRDefault="0000384F">
            <w:r>
              <w:rPr>
                <w:color w:val="000000"/>
              </w:rPr>
              <w:t>- HS trả lời: Lớp 2A có 8 bạn học hát, số bạn học võ nhiều hơn số bạn học hát 5 bạn.</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Bài toán hỏi gì?</w:t>
            </w:r>
          </w:p>
        </w:tc>
        <w:tc>
          <w:tcPr>
            <w:tcW w:w="4932" w:type="dxa"/>
            <w:shd w:val="clear" w:color="auto" w:fill="auto"/>
            <w:tcMar>
              <w:top w:w="50" w:type="dxa"/>
              <w:left w:w="60" w:type="dxa"/>
              <w:bottom w:w="50" w:type="dxa"/>
              <w:right w:w="60" w:type="dxa"/>
            </w:tcMar>
          </w:tcPr>
          <w:p w:rsidR="0042291E" w:rsidRDefault="0000384F">
            <w:r>
              <w:rPr>
                <w:color w:val="000000"/>
              </w:rPr>
              <w:t>- HS trả lời: Hỏi lớp 2A có bao nhiêu bạn học võ.</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“Nhiều hơn 5 bạn” thì ta làm phép tính gì?</w:t>
            </w:r>
          </w:p>
        </w:tc>
        <w:tc>
          <w:tcPr>
            <w:tcW w:w="4932" w:type="dxa"/>
            <w:shd w:val="clear" w:color="auto" w:fill="auto"/>
            <w:tcMar>
              <w:top w:w="50" w:type="dxa"/>
              <w:left w:w="60" w:type="dxa"/>
              <w:bottom w:w="50" w:type="dxa"/>
              <w:right w:w="60" w:type="dxa"/>
            </w:tcMar>
          </w:tcPr>
          <w:p w:rsidR="0042291E" w:rsidRDefault="0000384F">
            <w:r>
              <w:rPr>
                <w:color w:val="000000"/>
              </w:rPr>
              <w:t>- HS trả lời: Làm phép cộng, lấy 8 + 5.</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bài vào vở ô li, 1 HS lên bảng trình bày bài giải.</w:t>
            </w:r>
          </w:p>
        </w:tc>
        <w:tc>
          <w:tcPr>
            <w:tcW w:w="4932" w:type="dxa"/>
            <w:shd w:val="clear" w:color="auto" w:fill="auto"/>
            <w:tcMar>
              <w:top w:w="50" w:type="dxa"/>
              <w:left w:w="60" w:type="dxa"/>
              <w:bottom w:w="50" w:type="dxa"/>
              <w:right w:w="60" w:type="dxa"/>
            </w:tcMar>
          </w:tcPr>
          <w:p w:rsidR="0042291E" w:rsidRDefault="0000384F">
            <w:r>
              <w:rPr>
                <w:color w:val="000000"/>
              </w:rPr>
              <w:t>- HS làm bài vào vở; 1 HS trình bày trên bảng.</w:t>
            </w:r>
          </w:p>
        </w:tc>
      </w:tr>
      <w:tr w:rsidR="0042291E" w:rsidTr="008D4EFD">
        <w:trPr>
          <w:jc w:val="center"/>
        </w:trPr>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GV chốt bài giải: Số bạn học võ lớp 2A là: 8 + 5 = 13 (bạn). Đáp số: 13 bạn.</w:t>
            </w:r>
          </w:p>
        </w:tc>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HS đối chiếu, sửa câu lời giải và đơn vị nếu cần.</w:t>
            </w:r>
          </w:p>
        </w:tc>
      </w:tr>
      <w:tr w:rsidR="0042291E" w:rsidTr="008D4EFD">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lastRenderedPageBreak/>
              <w:t>3. VẬN DỤNG TRẢI NGHIỆM (2 phút)</w:t>
            </w:r>
          </w:p>
          <w:p w:rsidR="0042291E" w:rsidRDefault="0000384F">
            <w:r>
              <w:rPr>
                <w:color w:val="000000"/>
              </w:rPr>
              <w:t>Mục tiêu: Khắc sâu cách tự kiểm tra kết quả phép cộng, phép trừ trong phạm vi 20.</w:t>
            </w:r>
          </w:p>
        </w:tc>
      </w:tr>
      <w:tr w:rsidR="0042291E" w:rsidTr="008D4EFD">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GV hỏi: Khi làm bài ôn tập, em cần làm gì trước khi đối chiếu kết quả với bạn hoặc với công cụ số?</w:t>
            </w: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trả lời: Cần tự nhẩm/tự tính trước, sau đó kiểm tra lại và sửa nếu sai.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nhận xét giờ học, dặn HS ôn lại các bảng cộng, bảng trừ qua 10.</w:t>
            </w:r>
          </w:p>
        </w:tc>
        <w:tc>
          <w:tcPr>
            <w:tcW w:w="4932" w:type="dxa"/>
            <w:shd w:val="clear" w:color="auto" w:fill="auto"/>
            <w:tcMar>
              <w:top w:w="50" w:type="dxa"/>
              <w:left w:w="60" w:type="dxa"/>
              <w:bottom w:w="50" w:type="dxa"/>
              <w:right w:w="60" w:type="dxa"/>
            </w:tcMar>
          </w:tcPr>
          <w:p w:rsidR="0042291E" w:rsidRDefault="0000384F">
            <w:r>
              <w:rPr>
                <w:color w:val="000000"/>
              </w:rPr>
              <w:t>- HS lắng nghe và ghi nhớ nhiệm vụ.</w:t>
            </w:r>
          </w:p>
        </w:tc>
      </w:tr>
    </w:tbl>
    <w:p w:rsidR="0042291E" w:rsidRDefault="0000384F">
      <w:r>
        <w:rPr>
          <w:b/>
          <w:color w:val="000000"/>
        </w:rPr>
        <w:t>IV. ĐIỀU CHỈNH TIẾT DẠY (NẾU CÓ)</w:t>
      </w:r>
    </w:p>
    <w:p w:rsidR="0042291E" w:rsidRDefault="0000384F">
      <w:r>
        <w:rPr>
          <w:color w:val="000000"/>
        </w:rPr>
        <w:t>……………………………………………………………………………………………………………………</w:t>
      </w:r>
    </w:p>
    <w:p w:rsidR="0042291E" w:rsidRDefault="0000384F">
      <w:r>
        <w:rPr>
          <w:color w:val="000000"/>
        </w:rPr>
        <w:t>……………………………………………………………………………………………………………………</w:t>
      </w:r>
    </w:p>
    <w:p w:rsidR="0042291E" w:rsidRDefault="0000384F">
      <w:pPr>
        <w:jc w:val="center"/>
      </w:pPr>
      <w:r>
        <w:rPr>
          <w:b/>
          <w:color w:val="000000"/>
        </w:rPr>
        <w:t>KẾ HOẠCH BÀI DẠY MÔN TOÁN LỚP 2 - TUẦN 17</w:t>
      </w:r>
      <w:r>
        <w:rPr>
          <w:b/>
          <w:color w:val="000000"/>
        </w:rPr>
        <w:br/>
        <w:t>CHỦ ĐỀ 7: ÔN TẬP HỌC KÌ I</w:t>
      </w:r>
      <w:r>
        <w:rPr>
          <w:b/>
          <w:color w:val="000000"/>
        </w:rPr>
        <w:br/>
        <w:t>BÀI 33. ÔN TẬP PHÉP CỘNG, PHÉP TRỪ TRONG PHẠM VI 20, 100</w:t>
      </w:r>
      <w:r>
        <w:rPr>
          <w:b/>
          <w:color w:val="000000"/>
        </w:rPr>
        <w:br/>
        <w:t>TIẾT 2: LUYỆN TẬP</w:t>
      </w:r>
      <w:r>
        <w:rPr>
          <w:b/>
          <w:color w:val="000000"/>
        </w:rPr>
        <w:br/>
      </w:r>
    </w:p>
    <w:p w:rsidR="0042291E" w:rsidRDefault="0000384F">
      <w:r>
        <w:rPr>
          <w:b/>
          <w:color w:val="000000"/>
        </w:rPr>
        <w:t>I. YÊU CẦU CẦN ĐẠT</w:t>
      </w:r>
    </w:p>
    <w:p w:rsidR="0042291E" w:rsidRDefault="0000384F">
      <w:r>
        <w:rPr>
          <w:b/>
          <w:color w:val="000000"/>
        </w:rPr>
        <w:t>1. Năng lực đặc thù:</w:t>
      </w:r>
    </w:p>
    <w:p w:rsidR="0042291E" w:rsidRDefault="0000384F">
      <w:r>
        <w:rPr>
          <w:color w:val="000000"/>
        </w:rPr>
        <w:t>- Ôn tập, củng cố phép cộng, phép trừ trong phạm vi 20.</w:t>
      </w:r>
    </w:p>
    <w:p w:rsidR="0042291E" w:rsidRDefault="0000384F">
      <w:r>
        <w:rPr>
          <w:color w:val="000000"/>
        </w:rPr>
        <w:t>- Biết so sánh kết quả phép tính, lựa chọn cặp số phù hợp và giải bài toán có lời văn.</w:t>
      </w:r>
    </w:p>
    <w:p w:rsidR="0042291E" w:rsidRDefault="0000384F">
      <w:r>
        <w:rPr>
          <w:color w:val="000000"/>
        </w:rPr>
        <w:t>- Biết trình bày bài giải có lời văn rõ ràng, đúng phép tính và đơn vị.</w:t>
      </w:r>
    </w:p>
    <w:p w:rsidR="0042291E" w:rsidRDefault="0000384F">
      <w:r>
        <w:rPr>
          <w:b/>
          <w:color w:val="000000"/>
        </w:rPr>
        <w:t>2. Năng lực chung:</w:t>
      </w:r>
    </w:p>
    <w:p w:rsidR="0042291E" w:rsidRDefault="0000384F">
      <w:r>
        <w:rPr>
          <w:color w:val="000000"/>
        </w:rPr>
        <w:t>- Tự chủ và tự học: Chủ động thực hiện nhiệm vụ học tập, tự kiểm tra kết quả bài làm.</w:t>
      </w:r>
    </w:p>
    <w:p w:rsidR="0042291E" w:rsidRDefault="0000384F">
      <w:r>
        <w:rPr>
          <w:color w:val="000000"/>
        </w:rPr>
        <w:t>- Giao tiếp và hợp tác: Biết trao đổi, thảo luận, lắng nghe và phối hợp với bạn trong hoạt động nhóm.</w:t>
      </w:r>
    </w:p>
    <w:p w:rsidR="0042291E" w:rsidRDefault="0000384F">
      <w:r>
        <w:rPr>
          <w:color w:val="000000"/>
        </w:rPr>
        <w:t>- Giải quyết vấn đề và sáng tạo: Biết vận dụng kiến thức đã học để giải quyết tình huống toán học trong học tập và thực tế.</w:t>
      </w:r>
    </w:p>
    <w:p w:rsidR="0042291E" w:rsidRDefault="0000384F">
      <w:r>
        <w:rPr>
          <w:b/>
          <w:color w:val="000000"/>
        </w:rPr>
        <w:t>3. Phẩm chất:</w:t>
      </w:r>
    </w:p>
    <w:p w:rsidR="0042291E" w:rsidRDefault="0000384F">
      <w:r>
        <w:rPr>
          <w:color w:val="000000"/>
        </w:rPr>
        <w:t>- Chăm chỉ: Tích cực luyện tập, kiên trì khi thực hiện các bài toán ôn tập.</w:t>
      </w:r>
    </w:p>
    <w:p w:rsidR="0042291E" w:rsidRDefault="0000384F">
      <w:r>
        <w:rPr>
          <w:color w:val="000000"/>
        </w:rPr>
        <w:t>- Trách nhiệm: Có ý thức hoàn thành nhiệm vụ, hợp tác với bạn và tự điều chỉnh khi làm sai.</w:t>
      </w:r>
    </w:p>
    <w:p w:rsidR="0042291E" w:rsidRDefault="0000384F">
      <w:r>
        <w:rPr>
          <w:b/>
          <w:color w:val="DC0000"/>
        </w:rPr>
        <w:t>4. Tích hợp</w:t>
      </w:r>
    </w:p>
    <w:p w:rsidR="0042291E" w:rsidRDefault="0000384F">
      <w:r>
        <w:rPr>
          <w:color w:val="DC0000"/>
        </w:rPr>
        <w:t>- Tích hợp năng lực số 5.2.CB1a: HS biết sử dụng công cụ số đơn giản để tự luyện tập phép cộng, phép trừ trong phạm vi 20, xem phản hồi và giải thích lại cách làm bằng lời.</w:t>
      </w:r>
    </w:p>
    <w:p w:rsidR="0042291E" w:rsidRDefault="0000384F">
      <w:r>
        <w:rPr>
          <w:b/>
          <w:color w:val="000000"/>
        </w:rPr>
        <w:t>II. ĐỒ DÙNG DẠY HỌC</w:t>
      </w:r>
    </w:p>
    <w:p w:rsidR="0042291E" w:rsidRDefault="0000384F">
      <w:r>
        <w:rPr>
          <w:color w:val="000000"/>
        </w:rPr>
        <w:t>- GV: Máy tính, ti vi/máy chiếu, máy soi, bảng phụ, phiếu học tập, hình SGK phóng to.</w:t>
      </w:r>
    </w:p>
    <w:p w:rsidR="0042291E" w:rsidRDefault="0000384F">
      <w:r>
        <w:rPr>
          <w:color w:val="000000"/>
        </w:rPr>
        <w:t>- HS: SGK, vở ô li, bảng con, bút chì, thước kẻ, bộ đồ dùng học Toán.</w:t>
      </w:r>
    </w:p>
    <w:p w:rsidR="0042291E" w:rsidRDefault="0000384F">
      <w:r>
        <w:rPr>
          <w:b/>
          <w:color w:val="000000"/>
        </w:rPr>
        <w:t>III. CÁC HOẠT ĐỘNG DẠY HỌC CHỦ YẾU</w:t>
      </w:r>
    </w:p>
    <w:tbl>
      <w:tblPr>
        <w:tblW w:w="0" w:type="auto"/>
        <w:jc w:val="center"/>
        <w:tblBorders>
          <w:top w:val="single" w:sz="6" w:space="0" w:color="808080"/>
          <w:left w:val="single" w:sz="6" w:space="0" w:color="808080"/>
          <w:bottom w:val="single" w:sz="6" w:space="0" w:color="808080"/>
          <w:right w:val="single" w:sz="6" w:space="0" w:color="808080"/>
          <w:insideV w:val="single" w:sz="6" w:space="0" w:color="808080"/>
        </w:tblBorders>
        <w:tblLayout w:type="fixed"/>
        <w:tblLook w:val="04A0" w:firstRow="1" w:lastRow="0" w:firstColumn="1" w:lastColumn="0" w:noHBand="0" w:noVBand="1"/>
      </w:tblPr>
      <w:tblGrid>
        <w:gridCol w:w="5273"/>
        <w:gridCol w:w="5273"/>
      </w:tblGrid>
      <w:tr w:rsidR="0042291E" w:rsidTr="008D4EFD">
        <w:trPr>
          <w:jc w:val="center"/>
        </w:trPr>
        <w:tc>
          <w:tcPr>
            <w:tcW w:w="5273" w:type="dxa"/>
            <w:tcBorders>
              <w:bottom w:val="single" w:sz="6" w:space="0" w:color="808080"/>
            </w:tcBorders>
            <w:shd w:val="clear" w:color="auto" w:fill="auto"/>
            <w:tcMar>
              <w:top w:w="50" w:type="dxa"/>
              <w:left w:w="60" w:type="dxa"/>
              <w:bottom w:w="50" w:type="dxa"/>
              <w:right w:w="60" w:type="dxa"/>
            </w:tcMar>
          </w:tcPr>
          <w:p w:rsidR="0042291E" w:rsidRDefault="0000384F">
            <w:pPr>
              <w:jc w:val="center"/>
            </w:pPr>
            <w:r>
              <w:rPr>
                <w:b/>
                <w:color w:val="000000"/>
              </w:rPr>
              <w:t>Hoạt động của giáo viên</w:t>
            </w:r>
          </w:p>
        </w:tc>
        <w:tc>
          <w:tcPr>
            <w:tcW w:w="5273" w:type="dxa"/>
            <w:tcBorders>
              <w:bottom w:val="single" w:sz="6" w:space="0" w:color="808080"/>
            </w:tcBorders>
            <w:shd w:val="clear" w:color="auto" w:fill="auto"/>
            <w:tcMar>
              <w:top w:w="50" w:type="dxa"/>
              <w:left w:w="60" w:type="dxa"/>
              <w:bottom w:w="50" w:type="dxa"/>
              <w:right w:w="60" w:type="dxa"/>
            </w:tcMar>
          </w:tcPr>
          <w:p w:rsidR="0042291E" w:rsidRDefault="0000384F">
            <w:pPr>
              <w:jc w:val="center"/>
            </w:pPr>
            <w:r>
              <w:rPr>
                <w:b/>
                <w:color w:val="000000"/>
              </w:rPr>
              <w:t>Hoạt động của học sinh</w:t>
            </w:r>
          </w:p>
        </w:tc>
      </w:tr>
      <w:tr w:rsidR="0042291E" w:rsidTr="008D4EFD">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t>1. KHỞI ĐỘNG (5 phút)</w:t>
            </w:r>
          </w:p>
          <w:p w:rsidR="0042291E" w:rsidRDefault="0000384F">
            <w:r>
              <w:rPr>
                <w:color w:val="000000"/>
              </w:rPr>
              <w:t>Mục tiêu: Tạo hứng thú và ôn nhanh phép cộng, phép trừ trong phạm vi 20.</w:t>
            </w:r>
          </w:p>
        </w:tc>
      </w:tr>
      <w:tr w:rsidR="0042291E" w:rsidTr="008D4EFD">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GV tổ chức trò chơi “Rung chuông vàng” với 2 phép tính: 18 - 9; 6 + 9.</w:t>
            </w: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ghi đáp án vào bảng con và giơ bảng theo hiệu lệnh.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mời HS giải thích vì sao chọn đáp án 9 và 15.</w:t>
            </w:r>
          </w:p>
        </w:tc>
        <w:tc>
          <w:tcPr>
            <w:tcW w:w="4932" w:type="dxa"/>
            <w:shd w:val="clear" w:color="auto" w:fill="auto"/>
            <w:tcMar>
              <w:top w:w="50" w:type="dxa"/>
              <w:left w:w="60" w:type="dxa"/>
              <w:bottom w:w="50" w:type="dxa"/>
              <w:right w:w="60" w:type="dxa"/>
            </w:tcMar>
          </w:tcPr>
          <w:p w:rsidR="0042291E" w:rsidRDefault="0000384F">
            <w:r>
              <w:rPr>
                <w:color w:val="000000"/>
              </w:rPr>
              <w:t>- HS giải thích dựa vào bảng trừ, bảng cộng đã học.</w:t>
            </w:r>
          </w:p>
        </w:tc>
      </w:tr>
      <w:tr w:rsidR="0042291E" w:rsidTr="008D4EFD">
        <w:trPr>
          <w:jc w:val="center"/>
        </w:trPr>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GV nhận xét, kết nối vào tiết luyện tập.</w:t>
            </w:r>
          </w:p>
        </w:tc>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HS lắng nghe, chuẩn bị vào bài.</w:t>
            </w:r>
          </w:p>
        </w:tc>
      </w:tr>
      <w:tr w:rsidR="0042291E" w:rsidTr="008D4EFD">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t>2. LUYỆN TẬP, THỰC HÀNH (28 phút)</w:t>
            </w:r>
          </w:p>
          <w:p w:rsidR="0042291E" w:rsidRDefault="0000384F">
            <w:r>
              <w:rPr>
                <w:color w:val="000000"/>
              </w:rPr>
              <w:t xml:space="preserve">Mục tiêu: HS củng cố phép cộng, phép trừ trong phạm vi 20, so sánh kết quả và giải toán có lời </w:t>
            </w:r>
            <w:r>
              <w:rPr>
                <w:color w:val="000000"/>
              </w:rPr>
              <w:lastRenderedPageBreak/>
              <w:t>văn.</w:t>
            </w:r>
          </w:p>
          <w:p w:rsidR="0042291E" w:rsidRDefault="0000384F">
            <w:r>
              <w:rPr>
                <w:color w:val="DC0000"/>
              </w:rPr>
              <w:t>Mục tiêu tích hợp năng lực số: HS biết làm bài luyện tập trên bảng tương tác/Wordwall/Quizizz, xem phản hồi của công cụ và nêu lại cách tính để tự sửa lỗi.</w:t>
            </w:r>
          </w:p>
        </w:tc>
      </w:tr>
      <w:tr w:rsidR="0042291E" w:rsidTr="008D4EFD">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b/>
                <w:color w:val="000000"/>
              </w:rPr>
              <w:lastRenderedPageBreak/>
              <w:t>Bài 1: Mỗi sọt sẽ đựng những quả bưởi có ghi số là kết quả của phép tính ghi trên sọt đó.</w:t>
            </w:r>
          </w:p>
          <w:p w:rsidR="0042291E" w:rsidRDefault="0042291E" w:rsidP="00EE5389"/>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đọc yêu cầu, quan sát cây bưởi, các sọt và bảng số quả bưởi.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việc nhóm 4: tính nhẩm phép tính ở từng sọt, tìm các quả bưởi có số tương ứng và ghi kết quả vào phiếu.</w:t>
            </w:r>
          </w:p>
        </w:tc>
        <w:tc>
          <w:tcPr>
            <w:tcW w:w="4932" w:type="dxa"/>
            <w:shd w:val="clear" w:color="auto" w:fill="auto"/>
            <w:tcMar>
              <w:top w:w="50" w:type="dxa"/>
              <w:left w:w="60" w:type="dxa"/>
              <w:bottom w:w="50" w:type="dxa"/>
              <w:right w:w="60" w:type="dxa"/>
            </w:tcMar>
          </w:tcPr>
          <w:p w:rsidR="0042291E" w:rsidRDefault="0000384F">
            <w:r>
              <w:rPr>
                <w:color w:val="000000"/>
              </w:rPr>
              <w:t>- HS làm việc nhóm 4, phân công bạn tính, bạn đếm quả, bạn ghi vào phiếu.</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Sọt A ghi phép tính nào? Kết quả bằng bao nhiêu?</w:t>
            </w:r>
          </w:p>
        </w:tc>
        <w:tc>
          <w:tcPr>
            <w:tcW w:w="4932" w:type="dxa"/>
            <w:shd w:val="clear" w:color="auto" w:fill="auto"/>
            <w:tcMar>
              <w:top w:w="50" w:type="dxa"/>
              <w:left w:w="60" w:type="dxa"/>
              <w:bottom w:w="50" w:type="dxa"/>
              <w:right w:w="60" w:type="dxa"/>
            </w:tcMar>
          </w:tcPr>
          <w:p w:rsidR="0042291E" w:rsidRDefault="0000384F">
            <w:r>
              <w:rPr>
                <w:color w:val="000000"/>
              </w:rPr>
              <w:t>- HS trả lời: Sọt A ghi 8 + 7, kết quả bằng 15.</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Muốn biết một sọt có mấy quả bưởi, em làm thế nào?</w:t>
            </w:r>
          </w:p>
        </w:tc>
        <w:tc>
          <w:tcPr>
            <w:tcW w:w="4932" w:type="dxa"/>
            <w:shd w:val="clear" w:color="auto" w:fill="auto"/>
            <w:tcMar>
              <w:top w:w="50" w:type="dxa"/>
              <w:left w:w="60" w:type="dxa"/>
              <w:bottom w:w="50" w:type="dxa"/>
              <w:right w:w="60" w:type="dxa"/>
            </w:tcMar>
          </w:tcPr>
          <w:p w:rsidR="0042291E" w:rsidRDefault="0000384F">
            <w:r>
              <w:rPr>
                <w:color w:val="000000"/>
              </w:rPr>
              <w:t>- HS trả lời: Tính kết quả phép tính trên sọt rồi đếm các quả bưởi ghi số bằng kết quả đó.</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DC0000"/>
              </w:rPr>
              <w:t xml:space="preserve"> - Tích hợp năng lực số: GV chiếu bài “Hái bưởi” trên bảng tương tác hoặc Wordwall. GV mời một nhóm kéo thả các quả bưởi vào sọt A, B, C, D. Sau mỗi lượt, công cụ hiện đúng/sai, GV yêu cầu HS không chỉ nhìn màu phản hồi mà phải nói rõ phép tính trên sọt và kết quả nhẩm được. GV nhấn mạnh: Công cụ số giúp lớp kiểm tra nhanh, nhưng HS vẫn phải tự tính để hiểu vì sao quả bưởi thuộc sọt đó.</w:t>
            </w:r>
          </w:p>
        </w:tc>
        <w:tc>
          <w:tcPr>
            <w:tcW w:w="4932" w:type="dxa"/>
            <w:shd w:val="clear" w:color="auto" w:fill="auto"/>
            <w:tcMar>
              <w:top w:w="50" w:type="dxa"/>
              <w:left w:w="60" w:type="dxa"/>
              <w:bottom w:w="50" w:type="dxa"/>
              <w:right w:w="60" w:type="dxa"/>
            </w:tcMar>
          </w:tcPr>
          <w:p w:rsidR="0042291E" w:rsidRDefault="0000384F">
            <w:r>
              <w:rPr>
                <w:color w:val="000000"/>
              </w:rPr>
              <w:t>- HS thao tác trên bảng tương tác, nêu cách nhẩm và sửa lại nếu công cụ báo chưa đúng.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chốt: Khi sử dụng công cụ số để ôn tập, các em cần đọc kĩ đề, tự tính và giải thích trước khi chọn đáp án.</w:t>
            </w:r>
          </w:p>
        </w:tc>
        <w:tc>
          <w:tcPr>
            <w:tcW w:w="4932" w:type="dxa"/>
            <w:shd w:val="clear" w:color="auto" w:fill="auto"/>
            <w:tcMar>
              <w:top w:w="50" w:type="dxa"/>
              <w:left w:w="60" w:type="dxa"/>
              <w:bottom w:w="50" w:type="dxa"/>
              <w:right w:w="60" w:type="dxa"/>
            </w:tcMar>
          </w:tcPr>
          <w:p w:rsidR="0042291E" w:rsidRDefault="0000384F">
            <w:r>
              <w:rPr>
                <w:color w:val="000000"/>
              </w:rPr>
              <w:t>- HS lắng nghe, ghi nhớ cách học với công cụ số.</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t>Bài 2: Điền dấu &gt;, &lt;, =.</w:t>
            </w: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yêu cầu và quan sát các phép tính cần so sánh.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cá nhân vào vở, sau đó đổi vở kiểm tra theo nhóm đôi.</w:t>
            </w:r>
          </w:p>
        </w:tc>
        <w:tc>
          <w:tcPr>
            <w:tcW w:w="4932" w:type="dxa"/>
            <w:shd w:val="clear" w:color="auto" w:fill="auto"/>
            <w:tcMar>
              <w:top w:w="50" w:type="dxa"/>
              <w:left w:w="60" w:type="dxa"/>
              <w:bottom w:w="50" w:type="dxa"/>
              <w:right w:w="60" w:type="dxa"/>
            </w:tcMar>
          </w:tcPr>
          <w:p w:rsidR="0042291E" w:rsidRDefault="0000384F">
            <w:r>
              <w:rPr>
                <w:color w:val="000000"/>
              </w:rPr>
              <w:t>- HS làm cá nhân, đổi vở với bạn để kiểm tra kết quả.</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Để điền dấu đúng, em cần làm gì trước?</w:t>
            </w:r>
          </w:p>
        </w:tc>
        <w:tc>
          <w:tcPr>
            <w:tcW w:w="4932" w:type="dxa"/>
            <w:shd w:val="clear" w:color="auto" w:fill="auto"/>
            <w:tcMar>
              <w:top w:w="50" w:type="dxa"/>
              <w:left w:w="60" w:type="dxa"/>
              <w:bottom w:w="50" w:type="dxa"/>
              <w:right w:w="60" w:type="dxa"/>
            </w:tcMar>
          </w:tcPr>
          <w:p w:rsidR="0042291E" w:rsidRDefault="0000384F">
            <w:r>
              <w:rPr>
                <w:color w:val="000000"/>
              </w:rPr>
              <w:t>- HS trả lời: Cần tính kết quả ở từng vế hoặc nhận xét nhanh rồi so sánh.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mời HS chia sẻ một câu và giải thích cách làm.</w:t>
            </w:r>
          </w:p>
        </w:tc>
        <w:tc>
          <w:tcPr>
            <w:tcW w:w="4932" w:type="dxa"/>
            <w:shd w:val="clear" w:color="auto" w:fill="auto"/>
            <w:tcMar>
              <w:top w:w="50" w:type="dxa"/>
              <w:left w:w="60" w:type="dxa"/>
              <w:bottom w:w="50" w:type="dxa"/>
              <w:right w:w="60" w:type="dxa"/>
            </w:tcMar>
          </w:tcPr>
          <w:p w:rsidR="0042291E" w:rsidRDefault="0000384F">
            <w:r>
              <w:rPr>
                <w:color w:val="000000"/>
              </w:rPr>
              <w:t>- HS chia sẻ kết quả, nêu cách tính hoặc cách so sánh.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t>Bài 3: Lấy hai trong ba túi gạo nào đặt lên đĩa bên phải để cân thăng bằng?</w:t>
            </w:r>
          </w:p>
          <w:p w:rsidR="00EE5389" w:rsidRDefault="00EE5389">
            <w:pPr>
              <w:jc w:val="center"/>
              <w:rPr>
                <w:noProof/>
              </w:rPr>
            </w:pP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yêu cầu và quan sát cân, các túi gạo.</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thảo luận nhóm đôi: tính khối lượng bên trái rồi chọn hai túi bên phải có tổng bằng khối lượng đó.</w:t>
            </w:r>
          </w:p>
        </w:tc>
        <w:tc>
          <w:tcPr>
            <w:tcW w:w="4932" w:type="dxa"/>
            <w:shd w:val="clear" w:color="auto" w:fill="auto"/>
            <w:tcMar>
              <w:top w:w="50" w:type="dxa"/>
              <w:left w:w="60" w:type="dxa"/>
              <w:bottom w:w="50" w:type="dxa"/>
              <w:right w:w="60" w:type="dxa"/>
            </w:tcMar>
          </w:tcPr>
          <w:p w:rsidR="0042291E" w:rsidRDefault="0000384F">
            <w:r>
              <w:rPr>
                <w:color w:val="000000"/>
              </w:rPr>
              <w:t>- HS thảo luận nhóm đôi, chọn túi 1 và túi 3.</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Bên trái cân có tất cả bao nhiêu ki-lô-gam gạo?</w:t>
            </w:r>
          </w:p>
        </w:tc>
        <w:tc>
          <w:tcPr>
            <w:tcW w:w="4932" w:type="dxa"/>
            <w:shd w:val="clear" w:color="auto" w:fill="auto"/>
            <w:tcMar>
              <w:top w:w="50" w:type="dxa"/>
              <w:left w:w="60" w:type="dxa"/>
              <w:bottom w:w="50" w:type="dxa"/>
              <w:right w:w="60" w:type="dxa"/>
            </w:tcMar>
          </w:tcPr>
          <w:p w:rsidR="0042291E" w:rsidRDefault="0000384F">
            <w:r>
              <w:rPr>
                <w:color w:val="000000"/>
              </w:rPr>
              <w:t>- HS trả lời: Có 12 kg vì 3 kg + 9 kg = 12 kg.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Vì sao em chọn túi 1 và túi 3?</w:t>
            </w:r>
          </w:p>
        </w:tc>
        <w:tc>
          <w:tcPr>
            <w:tcW w:w="4932" w:type="dxa"/>
            <w:shd w:val="clear" w:color="auto" w:fill="auto"/>
            <w:tcMar>
              <w:top w:w="50" w:type="dxa"/>
              <w:left w:w="60" w:type="dxa"/>
              <w:bottom w:w="50" w:type="dxa"/>
              <w:right w:w="60" w:type="dxa"/>
            </w:tcMar>
          </w:tcPr>
          <w:p w:rsidR="0042291E" w:rsidRDefault="0000384F">
            <w:r>
              <w:rPr>
                <w:color w:val="000000"/>
              </w:rPr>
              <w:t>- HS trả lời: Vì túi 1 là 5 kg, túi 3 là 7 kg, 5 + 7 = 12 kg.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xml:space="preserve">- GV kết luận: Muốn cân thăng bằng, tổng khối </w:t>
            </w:r>
            <w:r>
              <w:rPr>
                <w:color w:val="000000"/>
              </w:rPr>
              <w:lastRenderedPageBreak/>
              <w:t>lượng hai bên phải bằng nhau.</w:t>
            </w:r>
          </w:p>
        </w:tc>
        <w:tc>
          <w:tcPr>
            <w:tcW w:w="4932" w:type="dxa"/>
            <w:shd w:val="clear" w:color="auto" w:fill="auto"/>
            <w:tcMar>
              <w:top w:w="50" w:type="dxa"/>
              <w:left w:w="60" w:type="dxa"/>
              <w:bottom w:w="50" w:type="dxa"/>
              <w:right w:w="60" w:type="dxa"/>
            </w:tcMar>
          </w:tcPr>
          <w:p w:rsidR="0042291E" w:rsidRDefault="0000384F">
            <w:r>
              <w:rPr>
                <w:color w:val="000000"/>
              </w:rPr>
              <w:lastRenderedPageBreak/>
              <w:t>- HS lắng nghe và hoàn thiện bài.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lastRenderedPageBreak/>
              <w:t>Bài 4: Bài toán cửa hàng điện máy.</w:t>
            </w: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đề bài, xác định dữ kiện và câu hỏi.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Bài toán cho biết gì?</w:t>
            </w:r>
          </w:p>
        </w:tc>
        <w:tc>
          <w:tcPr>
            <w:tcW w:w="4932" w:type="dxa"/>
            <w:shd w:val="clear" w:color="auto" w:fill="auto"/>
            <w:tcMar>
              <w:top w:w="50" w:type="dxa"/>
              <w:left w:w="60" w:type="dxa"/>
              <w:bottom w:w="50" w:type="dxa"/>
              <w:right w:w="60" w:type="dxa"/>
            </w:tcMar>
          </w:tcPr>
          <w:p w:rsidR="0042291E" w:rsidRDefault="0000384F">
            <w:r>
              <w:rPr>
                <w:color w:val="000000"/>
              </w:rPr>
              <w:t>- HS trả lời: Buổi sáng cửa hàng bán được 11 máy tính, buổi chiều bán ít hơn buổi sáng 3 máy tính.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Bài toán hỏi gì?</w:t>
            </w:r>
          </w:p>
        </w:tc>
        <w:tc>
          <w:tcPr>
            <w:tcW w:w="4932" w:type="dxa"/>
            <w:shd w:val="clear" w:color="auto" w:fill="auto"/>
            <w:tcMar>
              <w:top w:w="50" w:type="dxa"/>
              <w:left w:w="60" w:type="dxa"/>
              <w:bottom w:w="50" w:type="dxa"/>
              <w:right w:w="60" w:type="dxa"/>
            </w:tcMar>
          </w:tcPr>
          <w:p w:rsidR="0042291E" w:rsidRDefault="0000384F">
            <w:r>
              <w:rPr>
                <w:color w:val="000000"/>
              </w:rPr>
              <w:t>- HS trả lời: Hỏi buổi chiều cửa hàng bán được bao nhiêu máy tính.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“Ít hơn 3 máy tính” thì ta làm phép tính gì?</w:t>
            </w:r>
          </w:p>
        </w:tc>
        <w:tc>
          <w:tcPr>
            <w:tcW w:w="4932" w:type="dxa"/>
            <w:shd w:val="clear" w:color="auto" w:fill="auto"/>
            <w:tcMar>
              <w:top w:w="50" w:type="dxa"/>
              <w:left w:w="60" w:type="dxa"/>
              <w:bottom w:w="50" w:type="dxa"/>
              <w:right w:w="60" w:type="dxa"/>
            </w:tcMar>
          </w:tcPr>
          <w:p w:rsidR="0042291E" w:rsidRDefault="0000384F">
            <w:r>
              <w:rPr>
                <w:color w:val="000000"/>
              </w:rPr>
              <w:t>- HS trả lời: Làm phép trừ, lấy 11 - 3.</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bài vào vở ô li, 1 HS lên bảng trình bày.</w:t>
            </w:r>
          </w:p>
        </w:tc>
        <w:tc>
          <w:tcPr>
            <w:tcW w:w="4932" w:type="dxa"/>
            <w:shd w:val="clear" w:color="auto" w:fill="auto"/>
            <w:tcMar>
              <w:top w:w="50" w:type="dxa"/>
              <w:left w:w="60" w:type="dxa"/>
              <w:bottom w:w="50" w:type="dxa"/>
              <w:right w:w="60" w:type="dxa"/>
            </w:tcMar>
          </w:tcPr>
          <w:p w:rsidR="0042291E" w:rsidRDefault="0000384F">
            <w:r>
              <w:rPr>
                <w:color w:val="000000"/>
              </w:rPr>
              <w:t>- HS làm bài vào vở; 1 HS trình bày bài giải trên bảng.</w:t>
            </w:r>
          </w:p>
        </w:tc>
      </w:tr>
      <w:tr w:rsidR="0042291E" w:rsidTr="008D4EFD">
        <w:trPr>
          <w:jc w:val="center"/>
        </w:trPr>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GV chốt bài giải: Số máy tính buổi chiều cửa hàng bán là: 11 - 3 = 8 (máy tính). Đáp số: 8 máy tính.</w:t>
            </w:r>
          </w:p>
        </w:tc>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HS đối chiếu, sửa bài nếu cần.</w:t>
            </w:r>
          </w:p>
        </w:tc>
      </w:tr>
      <w:tr w:rsidR="0042291E" w:rsidTr="008D4EFD">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t>3. VẬN DỤNG TRẢI NGHIỆM (2 phút)</w:t>
            </w:r>
          </w:p>
          <w:p w:rsidR="0042291E" w:rsidRDefault="0000384F">
            <w:r>
              <w:rPr>
                <w:color w:val="000000"/>
              </w:rPr>
              <w:t>Mục tiêu: Củng cố cách học trên công cụ số và cách tự sửa lỗi.</w:t>
            </w:r>
          </w:p>
        </w:tc>
      </w:tr>
      <w:tr w:rsidR="0042291E" w:rsidTr="008D4EFD">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GV hỏi: Khi làm bài trên bảng tương tác/Quizizz, nếu công cụ báo sai, em cần làm gì?</w:t>
            </w: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trả lời: Cần xem lại phép tính, tự nhẩm/đặt tính lại, sửa đáp án và nêu cách làm đúng.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nhận xét giờ học và tuyên dương HS biết hợp tác trong nhóm.</w:t>
            </w:r>
          </w:p>
        </w:tc>
        <w:tc>
          <w:tcPr>
            <w:tcW w:w="4932" w:type="dxa"/>
            <w:shd w:val="clear" w:color="auto" w:fill="auto"/>
            <w:tcMar>
              <w:top w:w="50" w:type="dxa"/>
              <w:left w:w="60" w:type="dxa"/>
              <w:bottom w:w="50" w:type="dxa"/>
              <w:right w:w="60" w:type="dxa"/>
            </w:tcMar>
          </w:tcPr>
          <w:p w:rsidR="0042291E" w:rsidRDefault="0000384F">
            <w:r>
              <w:rPr>
                <w:color w:val="000000"/>
              </w:rPr>
              <w:t>- HS lắng nghe và ghi nhớ.</w:t>
            </w:r>
          </w:p>
        </w:tc>
      </w:tr>
    </w:tbl>
    <w:p w:rsidR="0042291E" w:rsidRDefault="0000384F">
      <w:r>
        <w:rPr>
          <w:b/>
          <w:color w:val="000000"/>
        </w:rPr>
        <w:t>IV. ĐIỀU CHỈNH TIẾT DẠY (NẾU CÓ)</w:t>
      </w:r>
    </w:p>
    <w:p w:rsidR="0042291E" w:rsidRDefault="0000384F">
      <w:r>
        <w:rPr>
          <w:color w:val="000000"/>
        </w:rPr>
        <w:t>……………………………………………………………………………………………………………………</w:t>
      </w:r>
    </w:p>
    <w:p w:rsidR="0042291E" w:rsidRDefault="0000384F">
      <w:r>
        <w:rPr>
          <w:color w:val="000000"/>
        </w:rPr>
        <w:t>……………………………………………………………………………………………………………………</w:t>
      </w:r>
    </w:p>
    <w:p w:rsidR="0042291E" w:rsidRDefault="0000384F">
      <w:pPr>
        <w:jc w:val="center"/>
      </w:pPr>
      <w:r>
        <w:rPr>
          <w:b/>
          <w:color w:val="000000"/>
        </w:rPr>
        <w:t>KẾ HOẠCH BÀI DẠY MÔN TOÁN LỚP 2 - TUẦN 17</w:t>
      </w:r>
      <w:r>
        <w:rPr>
          <w:b/>
          <w:color w:val="000000"/>
        </w:rPr>
        <w:br/>
        <w:t>CHỦ ĐỀ 7: ÔN TẬP HỌC KÌ I</w:t>
      </w:r>
      <w:r>
        <w:rPr>
          <w:b/>
          <w:color w:val="000000"/>
        </w:rPr>
        <w:br/>
        <w:t>BÀI 33. ÔN TẬP PHÉP CỘNG, PHÉP TRỪ TRONG PHẠM VI 20, 100</w:t>
      </w:r>
      <w:r>
        <w:rPr>
          <w:b/>
          <w:color w:val="000000"/>
        </w:rPr>
        <w:br/>
        <w:t>TIẾT 3: ÔN TẬP PHÉP CỘNG, PHÉP TRỪ TRONG PHẠM VI 100</w:t>
      </w:r>
      <w:r>
        <w:rPr>
          <w:b/>
          <w:color w:val="000000"/>
        </w:rPr>
        <w:br/>
      </w:r>
    </w:p>
    <w:p w:rsidR="0042291E" w:rsidRDefault="0000384F">
      <w:r>
        <w:rPr>
          <w:b/>
          <w:color w:val="000000"/>
        </w:rPr>
        <w:t>I. YÊU CẦU CẦN ĐẠT</w:t>
      </w:r>
    </w:p>
    <w:p w:rsidR="0042291E" w:rsidRDefault="0000384F">
      <w:r>
        <w:rPr>
          <w:b/>
          <w:color w:val="000000"/>
        </w:rPr>
        <w:t>1. Năng lực đặc thù:</w:t>
      </w:r>
    </w:p>
    <w:p w:rsidR="0042291E" w:rsidRDefault="0000384F">
      <w:r>
        <w:rPr>
          <w:color w:val="000000"/>
        </w:rPr>
        <w:t>- Ôn tập, củng cố phép cộng, phép trừ trong phạm vi 100.</w:t>
      </w:r>
    </w:p>
    <w:p w:rsidR="0042291E" w:rsidRDefault="0000384F">
      <w:r>
        <w:rPr>
          <w:color w:val="000000"/>
        </w:rPr>
        <w:t>- Biết đặt tính rồi tính, tìm kết quả phù hợp, giải bài toán có lời văn.</w:t>
      </w:r>
    </w:p>
    <w:p w:rsidR="0042291E" w:rsidRDefault="0000384F">
      <w:r>
        <w:rPr>
          <w:color w:val="000000"/>
        </w:rPr>
        <w:t>- Biết vận dụng mối quan hệ cộng - trừ để kiểm tra kết quả.</w:t>
      </w:r>
    </w:p>
    <w:p w:rsidR="0042291E" w:rsidRDefault="0000384F">
      <w:r>
        <w:rPr>
          <w:b/>
          <w:color w:val="000000"/>
        </w:rPr>
        <w:t>2. Năng lực chung:</w:t>
      </w:r>
    </w:p>
    <w:p w:rsidR="0042291E" w:rsidRDefault="0000384F">
      <w:r>
        <w:rPr>
          <w:color w:val="000000"/>
        </w:rPr>
        <w:t>- Tự chủ và tự học: Chủ động thực hiện nhiệm vụ học tập, tự kiểm tra kết quả bài làm.</w:t>
      </w:r>
    </w:p>
    <w:p w:rsidR="0042291E" w:rsidRDefault="0000384F">
      <w:r>
        <w:rPr>
          <w:color w:val="000000"/>
        </w:rPr>
        <w:t>- Giao tiếp và hợp tác: Biết trao đổi, thảo luận, lắng nghe và phối hợp với bạn trong hoạt động nhóm.</w:t>
      </w:r>
    </w:p>
    <w:p w:rsidR="0042291E" w:rsidRDefault="0000384F">
      <w:r>
        <w:rPr>
          <w:color w:val="000000"/>
        </w:rPr>
        <w:t>- Giải quyết vấn đề và sáng tạo: Biết vận dụng kiến thức đã học để giải quyết tình huống toán học trong học tập và thực tế.</w:t>
      </w:r>
    </w:p>
    <w:p w:rsidR="0042291E" w:rsidRDefault="0000384F">
      <w:r>
        <w:rPr>
          <w:b/>
          <w:color w:val="000000"/>
        </w:rPr>
        <w:t>3. Phẩm chất:</w:t>
      </w:r>
    </w:p>
    <w:p w:rsidR="0042291E" w:rsidRDefault="0000384F">
      <w:r>
        <w:rPr>
          <w:color w:val="000000"/>
        </w:rPr>
        <w:t>- Chăm chỉ: Tích cực luyện tập, kiên trì khi thực hiện các bài toán ôn tập.</w:t>
      </w:r>
    </w:p>
    <w:p w:rsidR="0042291E" w:rsidRDefault="0000384F">
      <w:r>
        <w:rPr>
          <w:color w:val="000000"/>
        </w:rPr>
        <w:t>- Trách nhiệm: Có ý thức hoàn thành nhiệm vụ, hợp tác với bạn và tự điều chỉnh khi làm sai.</w:t>
      </w:r>
    </w:p>
    <w:p w:rsidR="0042291E" w:rsidRDefault="0000384F">
      <w:r>
        <w:rPr>
          <w:b/>
          <w:color w:val="000000"/>
        </w:rPr>
        <w:t>II. ĐỒ DÙNG DẠY HỌC</w:t>
      </w:r>
    </w:p>
    <w:p w:rsidR="0042291E" w:rsidRDefault="0000384F">
      <w:r>
        <w:rPr>
          <w:color w:val="000000"/>
        </w:rPr>
        <w:t>- GV: Máy tính, ti vi/máy chiếu, máy soi, bảng phụ, phiếu học tập, hình SGK phóng to.</w:t>
      </w:r>
    </w:p>
    <w:p w:rsidR="0042291E" w:rsidRDefault="0000384F">
      <w:r>
        <w:rPr>
          <w:color w:val="000000"/>
        </w:rPr>
        <w:t>- HS: SGK, vở ô li, bảng con, bút chì, thước kẻ, bộ đồ dùng học Toán.</w:t>
      </w:r>
    </w:p>
    <w:p w:rsidR="0042291E" w:rsidRDefault="0000384F">
      <w:r>
        <w:rPr>
          <w:b/>
          <w:color w:val="000000"/>
        </w:rPr>
        <w:lastRenderedPageBreak/>
        <w:t>III. CÁC HOẠT ĐỘNG DẠY HỌC CHỦ YẾU</w:t>
      </w:r>
    </w:p>
    <w:tbl>
      <w:tblPr>
        <w:tblW w:w="0" w:type="auto"/>
        <w:jc w:val="center"/>
        <w:tblBorders>
          <w:top w:val="single" w:sz="6" w:space="0" w:color="808080"/>
          <w:left w:val="single" w:sz="6" w:space="0" w:color="808080"/>
          <w:bottom w:val="single" w:sz="6" w:space="0" w:color="808080"/>
          <w:right w:val="single" w:sz="6" w:space="0" w:color="808080"/>
          <w:insideV w:val="single" w:sz="6" w:space="0" w:color="808080"/>
        </w:tblBorders>
        <w:tblLayout w:type="fixed"/>
        <w:tblLook w:val="04A0" w:firstRow="1" w:lastRow="0" w:firstColumn="1" w:lastColumn="0" w:noHBand="0" w:noVBand="1"/>
      </w:tblPr>
      <w:tblGrid>
        <w:gridCol w:w="5273"/>
        <w:gridCol w:w="5273"/>
      </w:tblGrid>
      <w:tr w:rsidR="0042291E" w:rsidTr="008D4EFD">
        <w:trPr>
          <w:jc w:val="center"/>
        </w:trPr>
        <w:tc>
          <w:tcPr>
            <w:tcW w:w="5273" w:type="dxa"/>
            <w:tcBorders>
              <w:bottom w:val="single" w:sz="6" w:space="0" w:color="808080"/>
            </w:tcBorders>
            <w:shd w:val="clear" w:color="auto" w:fill="auto"/>
            <w:tcMar>
              <w:top w:w="50" w:type="dxa"/>
              <w:left w:w="60" w:type="dxa"/>
              <w:bottom w:w="50" w:type="dxa"/>
              <w:right w:w="60" w:type="dxa"/>
            </w:tcMar>
          </w:tcPr>
          <w:p w:rsidR="0042291E" w:rsidRDefault="0000384F">
            <w:pPr>
              <w:jc w:val="center"/>
            </w:pPr>
            <w:r>
              <w:rPr>
                <w:b/>
                <w:color w:val="000000"/>
              </w:rPr>
              <w:t>Hoạt động của giáo viên</w:t>
            </w:r>
          </w:p>
        </w:tc>
        <w:tc>
          <w:tcPr>
            <w:tcW w:w="5273" w:type="dxa"/>
            <w:tcBorders>
              <w:bottom w:val="single" w:sz="6" w:space="0" w:color="808080"/>
            </w:tcBorders>
            <w:shd w:val="clear" w:color="auto" w:fill="auto"/>
            <w:tcMar>
              <w:top w:w="50" w:type="dxa"/>
              <w:left w:w="60" w:type="dxa"/>
              <w:bottom w:w="50" w:type="dxa"/>
              <w:right w:w="60" w:type="dxa"/>
            </w:tcMar>
          </w:tcPr>
          <w:p w:rsidR="0042291E" w:rsidRDefault="0000384F">
            <w:pPr>
              <w:jc w:val="center"/>
            </w:pPr>
            <w:r>
              <w:rPr>
                <w:b/>
                <w:color w:val="000000"/>
              </w:rPr>
              <w:t>Hoạt động của học sinh</w:t>
            </w:r>
          </w:p>
        </w:tc>
      </w:tr>
      <w:tr w:rsidR="0042291E" w:rsidTr="008D4EFD">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t>1. KHỞI ĐỘNG (5 phút)</w:t>
            </w:r>
          </w:p>
          <w:p w:rsidR="0042291E" w:rsidRDefault="0000384F">
            <w:r>
              <w:rPr>
                <w:color w:val="000000"/>
              </w:rPr>
              <w:t>Mục tiêu: Ôn nhanh cách thực hiện dãy tính cộng, trừ.</w:t>
            </w:r>
          </w:p>
        </w:tc>
      </w:tr>
      <w:tr w:rsidR="0042291E" w:rsidTr="008D4EFD">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GV yêu cầu HS làm bảng con: 17 - 8 + 6; 5 + 6 - 7.</w:t>
            </w: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làm bảng con theo yêu cầu.</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Với dãy tính chỉ có cộng và trừ, em thực hiện theo thứ tự nào?</w:t>
            </w:r>
          </w:p>
        </w:tc>
        <w:tc>
          <w:tcPr>
            <w:tcW w:w="4932" w:type="dxa"/>
            <w:shd w:val="clear" w:color="auto" w:fill="auto"/>
            <w:tcMar>
              <w:top w:w="50" w:type="dxa"/>
              <w:left w:w="60" w:type="dxa"/>
              <w:bottom w:w="50" w:type="dxa"/>
              <w:right w:w="60" w:type="dxa"/>
            </w:tcMar>
          </w:tcPr>
          <w:p w:rsidR="0042291E" w:rsidRDefault="0000384F">
            <w:r>
              <w:rPr>
                <w:color w:val="000000"/>
              </w:rPr>
              <w:t>- HS trả lời: Thực hiện lần lượt từ trái sang phải.</w:t>
            </w:r>
          </w:p>
        </w:tc>
      </w:tr>
      <w:tr w:rsidR="0042291E" w:rsidTr="008D4EFD">
        <w:trPr>
          <w:jc w:val="center"/>
        </w:trPr>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GV nhận xét, dẫn dắt vào bài ôn tập phép cộng, phép trừ trong phạm vi 100.</w:t>
            </w:r>
          </w:p>
        </w:tc>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HS lắng nghe.</w:t>
            </w:r>
          </w:p>
        </w:tc>
      </w:tr>
      <w:tr w:rsidR="0042291E" w:rsidTr="008D4EFD">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t>2. LUYỆN TẬP, THỰC HÀNH (28 phút)</w:t>
            </w:r>
          </w:p>
          <w:p w:rsidR="0042291E" w:rsidRDefault="0000384F">
            <w:r>
              <w:rPr>
                <w:color w:val="000000"/>
              </w:rPr>
              <w:t>Mục tiêu: HS củng cố phép cộng, phép trừ trong phạm vi 100, đặt tính, tính và giải toán thực tế.</w:t>
            </w:r>
          </w:p>
        </w:tc>
      </w:tr>
      <w:tr w:rsidR="0042291E" w:rsidTr="008D4EFD">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b/>
                <w:color w:val="000000"/>
              </w:rPr>
              <w:t>Bài 1: Số?</w:t>
            </w:r>
          </w:p>
          <w:p w:rsidR="0042291E" w:rsidRDefault="0042291E">
            <w:pPr>
              <w:jc w:val="center"/>
            </w:pP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đọc yêu cầu, quan sát các toa tàu và bảng kết quả.</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phiếu học tập: tính kết quả phép tính ở từng toa rồi điền vào bảng.</w:t>
            </w:r>
          </w:p>
        </w:tc>
        <w:tc>
          <w:tcPr>
            <w:tcW w:w="4932" w:type="dxa"/>
            <w:shd w:val="clear" w:color="auto" w:fill="auto"/>
            <w:tcMar>
              <w:top w:w="50" w:type="dxa"/>
              <w:left w:w="60" w:type="dxa"/>
              <w:bottom w:w="50" w:type="dxa"/>
              <w:right w:w="60" w:type="dxa"/>
            </w:tcMar>
          </w:tcPr>
          <w:p w:rsidR="0042291E" w:rsidRDefault="0000384F">
            <w:r>
              <w:rPr>
                <w:color w:val="000000"/>
              </w:rPr>
              <w:t>- HS làm bài trong phiếu, tính lần lượt từng toa A, B, C, D, E.</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Các phép tính trong mỗi toa có đặc điểm gì?</w:t>
            </w:r>
          </w:p>
        </w:tc>
        <w:tc>
          <w:tcPr>
            <w:tcW w:w="4932" w:type="dxa"/>
            <w:shd w:val="clear" w:color="auto" w:fill="auto"/>
            <w:tcMar>
              <w:top w:w="50" w:type="dxa"/>
              <w:left w:w="60" w:type="dxa"/>
              <w:bottom w:w="50" w:type="dxa"/>
              <w:right w:w="60" w:type="dxa"/>
            </w:tcMar>
          </w:tcPr>
          <w:p w:rsidR="0042291E" w:rsidRDefault="0000384F">
            <w:r>
              <w:rPr>
                <w:color w:val="000000"/>
              </w:rPr>
              <w:t>- HS trả lời: Là các phép cộng, phép trừ với các số tròn chục trong phạm vi 100.</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Những toa nào ghi phép tính có kết quả bé hơn 60?</w:t>
            </w:r>
          </w:p>
        </w:tc>
        <w:tc>
          <w:tcPr>
            <w:tcW w:w="4932" w:type="dxa"/>
            <w:shd w:val="clear" w:color="auto" w:fill="auto"/>
            <w:tcMar>
              <w:top w:w="50" w:type="dxa"/>
              <w:left w:w="60" w:type="dxa"/>
              <w:bottom w:w="50" w:type="dxa"/>
              <w:right w:w="60" w:type="dxa"/>
            </w:tcMar>
          </w:tcPr>
          <w:p w:rsidR="0042291E" w:rsidRDefault="0000384F">
            <w:r>
              <w:rPr>
                <w:color w:val="000000"/>
              </w:rPr>
              <w:t>- HS trả lời: Toa D và toa E có kết quả bé hơn 60.</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Những toa nào ghi phép tính có kết quả lớn hơn 50 và bé hơn 100?</w:t>
            </w:r>
          </w:p>
        </w:tc>
        <w:tc>
          <w:tcPr>
            <w:tcW w:w="4932" w:type="dxa"/>
            <w:shd w:val="clear" w:color="auto" w:fill="auto"/>
            <w:tcMar>
              <w:top w:w="50" w:type="dxa"/>
              <w:left w:w="60" w:type="dxa"/>
              <w:bottom w:w="50" w:type="dxa"/>
              <w:right w:w="60" w:type="dxa"/>
            </w:tcMar>
          </w:tcPr>
          <w:p w:rsidR="0042291E" w:rsidRDefault="0000384F">
            <w:r>
              <w:rPr>
                <w:color w:val="000000"/>
              </w:rPr>
              <w:t>- HS trả lời: Toa A và toa B có kết quả lớn hơn 50 và bé hơn 100.</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chốt kết quả và nhắc HS kiểm tra lại điều kiện “lớn hơn”, “bé hơn”.</w:t>
            </w:r>
          </w:p>
        </w:tc>
        <w:tc>
          <w:tcPr>
            <w:tcW w:w="4932" w:type="dxa"/>
            <w:shd w:val="clear" w:color="auto" w:fill="auto"/>
            <w:tcMar>
              <w:top w:w="50" w:type="dxa"/>
              <w:left w:w="60" w:type="dxa"/>
              <w:bottom w:w="50" w:type="dxa"/>
              <w:right w:w="60" w:type="dxa"/>
            </w:tcMar>
          </w:tcPr>
          <w:p w:rsidR="0042291E" w:rsidRDefault="0000384F">
            <w:r>
              <w:rPr>
                <w:color w:val="000000"/>
              </w:rPr>
              <w:t>- HS đối chiếu, sửa bài nếu cần.</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t>Bài 2: Đặt tính rồi tính.</w:t>
            </w: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yêu cầu và quan sát các phép tính.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cá nhân vào vở, 2 HS lên bảng đặt tính và tính.</w:t>
            </w:r>
          </w:p>
        </w:tc>
        <w:tc>
          <w:tcPr>
            <w:tcW w:w="4932" w:type="dxa"/>
            <w:shd w:val="clear" w:color="auto" w:fill="auto"/>
            <w:tcMar>
              <w:top w:w="50" w:type="dxa"/>
              <w:left w:w="60" w:type="dxa"/>
              <w:bottom w:w="50" w:type="dxa"/>
              <w:right w:w="60" w:type="dxa"/>
            </w:tcMar>
          </w:tcPr>
          <w:p w:rsidR="0042291E" w:rsidRDefault="0000384F">
            <w:r>
              <w:rPr>
                <w:color w:val="000000"/>
              </w:rPr>
              <w:t>- HS làm bài cá nhân; 2 HS lên bảng trình bày.</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Khi đặt tính 28 + 35, em viết các chữ số như thế nào?</w:t>
            </w:r>
          </w:p>
        </w:tc>
        <w:tc>
          <w:tcPr>
            <w:tcW w:w="4932" w:type="dxa"/>
            <w:shd w:val="clear" w:color="auto" w:fill="auto"/>
            <w:tcMar>
              <w:top w:w="50" w:type="dxa"/>
              <w:left w:w="60" w:type="dxa"/>
              <w:bottom w:w="50" w:type="dxa"/>
              <w:right w:w="60" w:type="dxa"/>
            </w:tcMar>
          </w:tcPr>
          <w:p w:rsidR="0042291E" w:rsidRDefault="0000384F">
            <w:r>
              <w:rPr>
                <w:color w:val="000000"/>
              </w:rPr>
              <w:t>- HS trả lời: Viết số đơn vị thẳng hàng đơn vị, số chục thẳng hàng chục.</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Em có thể dùng phép trừ để kiểm tra phép cộng 28 + 35 = 63 như thế nào?</w:t>
            </w:r>
          </w:p>
        </w:tc>
        <w:tc>
          <w:tcPr>
            <w:tcW w:w="4932" w:type="dxa"/>
            <w:shd w:val="clear" w:color="auto" w:fill="auto"/>
            <w:tcMar>
              <w:top w:w="50" w:type="dxa"/>
              <w:left w:w="60" w:type="dxa"/>
              <w:bottom w:w="50" w:type="dxa"/>
              <w:right w:w="60" w:type="dxa"/>
            </w:tcMar>
          </w:tcPr>
          <w:p w:rsidR="0042291E" w:rsidRDefault="0000384F">
            <w:r>
              <w:rPr>
                <w:color w:val="000000"/>
              </w:rPr>
              <w:t>- HS trả lời: Lấy 63 - 28 = 35 hoặc 63 - 35 = 28 để kiểm tra.</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nhận xét, chốt cách đặt tính và cách kiểm tra bằng phép tính ngược.</w:t>
            </w:r>
          </w:p>
        </w:tc>
        <w:tc>
          <w:tcPr>
            <w:tcW w:w="4932" w:type="dxa"/>
            <w:shd w:val="clear" w:color="auto" w:fill="auto"/>
            <w:tcMar>
              <w:top w:w="50" w:type="dxa"/>
              <w:left w:w="60" w:type="dxa"/>
              <w:bottom w:w="50" w:type="dxa"/>
              <w:right w:w="60" w:type="dxa"/>
            </w:tcMar>
          </w:tcPr>
          <w:p w:rsidR="0042291E" w:rsidRDefault="0000384F">
            <w:r>
              <w:rPr>
                <w:color w:val="000000"/>
              </w:rPr>
              <w:t>- HS lắng nghe, sửa bài nếu sai.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t>Bài 3: Tìm chỗ đỗ cho ô tô.</w:t>
            </w: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yêu cầu và quan sát các ô tô, bến đỗ.</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thảo luận nhóm 4: mỗi nhóm tính các phép tính trên ô tô rồi nối với chỗ đỗ có kết quả đúng.</w:t>
            </w:r>
          </w:p>
        </w:tc>
        <w:tc>
          <w:tcPr>
            <w:tcW w:w="4932" w:type="dxa"/>
            <w:shd w:val="clear" w:color="auto" w:fill="auto"/>
            <w:tcMar>
              <w:top w:w="50" w:type="dxa"/>
              <w:left w:w="60" w:type="dxa"/>
              <w:bottom w:w="50" w:type="dxa"/>
              <w:right w:w="60" w:type="dxa"/>
            </w:tcMar>
          </w:tcPr>
          <w:p w:rsidR="0042291E" w:rsidRDefault="0000384F">
            <w:r>
              <w:rPr>
                <w:color w:val="000000"/>
              </w:rPr>
              <w:t>- HS thảo luận nhóm 4, tính kết quả và thống nhất cách nối.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Ô tô ghi 28 + 15 đỗ vào bến số nào? Vì sao?</w:t>
            </w:r>
          </w:p>
        </w:tc>
        <w:tc>
          <w:tcPr>
            <w:tcW w:w="4932" w:type="dxa"/>
            <w:shd w:val="clear" w:color="auto" w:fill="auto"/>
            <w:tcMar>
              <w:top w:w="50" w:type="dxa"/>
              <w:left w:w="60" w:type="dxa"/>
              <w:bottom w:w="50" w:type="dxa"/>
              <w:right w:w="60" w:type="dxa"/>
            </w:tcMar>
          </w:tcPr>
          <w:p w:rsidR="0042291E" w:rsidRDefault="0000384F">
            <w:r>
              <w:rPr>
                <w:color w:val="000000"/>
              </w:rPr>
              <w:t>- HS trả lời: Đỗ vào bến 43 vì 28 + 15 = 43.</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Có ô tô nào không có chỗ đỗ không?</w:t>
            </w:r>
          </w:p>
        </w:tc>
        <w:tc>
          <w:tcPr>
            <w:tcW w:w="4932" w:type="dxa"/>
            <w:shd w:val="clear" w:color="auto" w:fill="auto"/>
            <w:tcMar>
              <w:top w:w="50" w:type="dxa"/>
              <w:left w:w="60" w:type="dxa"/>
              <w:bottom w:w="50" w:type="dxa"/>
              <w:right w:w="60" w:type="dxa"/>
            </w:tcMar>
          </w:tcPr>
          <w:p w:rsidR="0042291E" w:rsidRDefault="0000384F">
            <w:r>
              <w:rPr>
                <w:color w:val="000000"/>
              </w:rPr>
              <w:t>- HS trả lời theo kết quả quan sát và nêu lí do.</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xml:space="preserve">- GV nhận xét, chốt đáp án và khen nhóm trình </w:t>
            </w:r>
            <w:r>
              <w:rPr>
                <w:color w:val="000000"/>
              </w:rPr>
              <w:lastRenderedPageBreak/>
              <w:t>bày rõ ràng.</w:t>
            </w:r>
          </w:p>
        </w:tc>
        <w:tc>
          <w:tcPr>
            <w:tcW w:w="4932" w:type="dxa"/>
            <w:shd w:val="clear" w:color="auto" w:fill="auto"/>
            <w:tcMar>
              <w:top w:w="50" w:type="dxa"/>
              <w:left w:w="60" w:type="dxa"/>
              <w:bottom w:w="50" w:type="dxa"/>
              <w:right w:w="60" w:type="dxa"/>
            </w:tcMar>
          </w:tcPr>
          <w:p w:rsidR="0042291E" w:rsidRDefault="0000384F">
            <w:r>
              <w:rPr>
                <w:color w:val="000000"/>
              </w:rPr>
              <w:lastRenderedPageBreak/>
              <w:t>- HS lắng nghe và hoàn thiện bài.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lastRenderedPageBreak/>
              <w:t>Bài 4: Bài toán đội đồng diễn thể dục.</w:t>
            </w: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đề bài, xác định dữ kiện và câu hỏi.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Bài toán cho biết gì?</w:t>
            </w:r>
          </w:p>
        </w:tc>
        <w:tc>
          <w:tcPr>
            <w:tcW w:w="4932" w:type="dxa"/>
            <w:shd w:val="clear" w:color="auto" w:fill="auto"/>
            <w:tcMar>
              <w:top w:w="50" w:type="dxa"/>
              <w:left w:w="60" w:type="dxa"/>
              <w:bottom w:w="50" w:type="dxa"/>
              <w:right w:w="60" w:type="dxa"/>
            </w:tcMar>
          </w:tcPr>
          <w:p w:rsidR="0042291E" w:rsidRDefault="0000384F">
            <w:r>
              <w:rPr>
                <w:color w:val="000000"/>
              </w:rPr>
              <w:t>- HS trả lời: Có 56 người mặc áo đỏ và 28 người mặc áo vàng.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Bài toán hỏi gì?</w:t>
            </w:r>
          </w:p>
        </w:tc>
        <w:tc>
          <w:tcPr>
            <w:tcW w:w="4932" w:type="dxa"/>
            <w:shd w:val="clear" w:color="auto" w:fill="auto"/>
            <w:tcMar>
              <w:top w:w="50" w:type="dxa"/>
              <w:left w:w="60" w:type="dxa"/>
              <w:bottom w:w="50" w:type="dxa"/>
              <w:right w:w="60" w:type="dxa"/>
            </w:tcMar>
          </w:tcPr>
          <w:p w:rsidR="0042291E" w:rsidRDefault="0000384F">
            <w:r>
              <w:rPr>
                <w:color w:val="000000"/>
              </w:rPr>
              <w:t>- HS trả lời: Hỏi đội đồng diễn có tất cả bao nhiêu người.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Muốn biết có tất cả bao nhiêu người, ta làm phép tính gì?</w:t>
            </w:r>
          </w:p>
        </w:tc>
        <w:tc>
          <w:tcPr>
            <w:tcW w:w="4932" w:type="dxa"/>
            <w:shd w:val="clear" w:color="auto" w:fill="auto"/>
            <w:tcMar>
              <w:top w:w="50" w:type="dxa"/>
              <w:left w:w="60" w:type="dxa"/>
              <w:bottom w:w="50" w:type="dxa"/>
              <w:right w:w="60" w:type="dxa"/>
            </w:tcMar>
          </w:tcPr>
          <w:p w:rsidR="0042291E" w:rsidRDefault="0000384F">
            <w:r>
              <w:rPr>
                <w:color w:val="000000"/>
              </w:rPr>
              <w:t>- HS trả lời: Làm phép cộng, lấy 56 + 28.</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bài vào vở, 1 HS trình bày trên bảng.</w:t>
            </w:r>
          </w:p>
        </w:tc>
        <w:tc>
          <w:tcPr>
            <w:tcW w:w="4932" w:type="dxa"/>
            <w:shd w:val="clear" w:color="auto" w:fill="auto"/>
            <w:tcMar>
              <w:top w:w="50" w:type="dxa"/>
              <w:left w:w="60" w:type="dxa"/>
              <w:bottom w:w="50" w:type="dxa"/>
              <w:right w:w="60" w:type="dxa"/>
            </w:tcMar>
          </w:tcPr>
          <w:p w:rsidR="0042291E" w:rsidRDefault="0000384F">
            <w:r>
              <w:rPr>
                <w:color w:val="000000"/>
              </w:rPr>
              <w:t>- HS làm bài vào vở; 1 HS trình bày bài giải.</w:t>
            </w:r>
          </w:p>
        </w:tc>
      </w:tr>
      <w:tr w:rsidR="0042291E" w:rsidTr="008D4EFD">
        <w:trPr>
          <w:jc w:val="center"/>
        </w:trPr>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GV chốt bài giải: Số người của đội đồng diễn có tất cả là: 56 + 28 = 84 (người). Đáp số: 84 người.</w:t>
            </w:r>
          </w:p>
        </w:tc>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HS đối chiếu, sửa bài nếu cần.</w:t>
            </w:r>
          </w:p>
        </w:tc>
      </w:tr>
      <w:tr w:rsidR="0042291E" w:rsidTr="008D4EFD">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t>3. VẬN DỤNG TRẢI NGHIỆM (2 phút)</w:t>
            </w:r>
          </w:p>
          <w:p w:rsidR="0042291E" w:rsidRDefault="0000384F">
            <w:r>
              <w:rPr>
                <w:color w:val="000000"/>
              </w:rPr>
              <w:t>Mục tiêu: Củng cố cách đặt tính và kiểm tra bằng phép tính ngược.</w:t>
            </w:r>
          </w:p>
        </w:tc>
      </w:tr>
      <w:tr w:rsidR="0042291E" w:rsidTr="008D4EFD">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GV hỏi: Sau khi làm phép cộng, em có thể dùng phép tính nào để kiểm tra lại?</w:t>
            </w: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trả lời: Có thể dùng phép trừ lấy tổng trừ đi một số hạng để được số hạng còn lại.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nhận xét tiết học, dặn HS ôn lại phép cộng, phép trừ trong phạm vi 100.</w:t>
            </w:r>
          </w:p>
        </w:tc>
        <w:tc>
          <w:tcPr>
            <w:tcW w:w="4932" w:type="dxa"/>
            <w:shd w:val="clear" w:color="auto" w:fill="auto"/>
            <w:tcMar>
              <w:top w:w="50" w:type="dxa"/>
              <w:left w:w="60" w:type="dxa"/>
              <w:bottom w:w="50" w:type="dxa"/>
              <w:right w:w="60" w:type="dxa"/>
            </w:tcMar>
          </w:tcPr>
          <w:p w:rsidR="0042291E" w:rsidRDefault="0000384F">
            <w:r>
              <w:rPr>
                <w:color w:val="000000"/>
              </w:rPr>
              <w:t>- HS lắng nghe và ghi nhớ.</w:t>
            </w:r>
          </w:p>
        </w:tc>
      </w:tr>
    </w:tbl>
    <w:p w:rsidR="0042291E" w:rsidRDefault="0000384F">
      <w:r>
        <w:rPr>
          <w:b/>
          <w:color w:val="000000"/>
        </w:rPr>
        <w:t>IV. ĐIỀU CHỈNH TIẾT DẠY (NẾU CÓ)</w:t>
      </w:r>
    </w:p>
    <w:p w:rsidR="0042291E" w:rsidRDefault="0000384F">
      <w:r>
        <w:rPr>
          <w:color w:val="000000"/>
        </w:rPr>
        <w:t>……………………………………………………………………………………………………………………</w:t>
      </w:r>
    </w:p>
    <w:p w:rsidR="0042291E" w:rsidRDefault="0000384F">
      <w:r>
        <w:rPr>
          <w:color w:val="000000"/>
        </w:rPr>
        <w:t>……………………………………………………………………………………………………………………</w:t>
      </w:r>
    </w:p>
    <w:p w:rsidR="0042291E" w:rsidRDefault="0000384F">
      <w:pPr>
        <w:jc w:val="center"/>
      </w:pPr>
      <w:r>
        <w:rPr>
          <w:b/>
          <w:color w:val="000000"/>
        </w:rPr>
        <w:t>KẾ HOẠCH BÀI DẠY MÔN TOÁN LỚP 2 - TUẦN 17</w:t>
      </w:r>
      <w:r>
        <w:rPr>
          <w:b/>
          <w:color w:val="000000"/>
        </w:rPr>
        <w:br/>
        <w:t>CHỦ ĐỀ 7: ÔN TẬP HỌC KÌ I</w:t>
      </w:r>
      <w:r>
        <w:rPr>
          <w:b/>
          <w:color w:val="000000"/>
        </w:rPr>
        <w:br/>
        <w:t>BÀI 33. ÔN TẬP PHÉP CỘNG, PHÉP TRỪ TRONG PHẠM VI 20, 100</w:t>
      </w:r>
      <w:r>
        <w:rPr>
          <w:b/>
          <w:color w:val="000000"/>
        </w:rPr>
        <w:br/>
        <w:t>TIẾT 4: LUYỆN TẬP</w:t>
      </w:r>
      <w:r>
        <w:rPr>
          <w:b/>
          <w:color w:val="000000"/>
        </w:rPr>
        <w:br/>
      </w:r>
    </w:p>
    <w:p w:rsidR="0042291E" w:rsidRDefault="0000384F">
      <w:r>
        <w:rPr>
          <w:b/>
          <w:color w:val="000000"/>
        </w:rPr>
        <w:t>I. YÊU CẦU CẦN ĐẠT</w:t>
      </w:r>
    </w:p>
    <w:p w:rsidR="0042291E" w:rsidRDefault="0000384F">
      <w:r>
        <w:rPr>
          <w:b/>
          <w:color w:val="000000"/>
        </w:rPr>
        <w:t>1. Năng lực đặc thù:</w:t>
      </w:r>
    </w:p>
    <w:p w:rsidR="0042291E" w:rsidRDefault="0000384F">
      <w:r>
        <w:rPr>
          <w:color w:val="000000"/>
        </w:rPr>
        <w:t>- Ôn tập phép cộng, phép trừ trong phạm vi 100 và dãy tính có hai dấu phép tính.</w:t>
      </w:r>
    </w:p>
    <w:p w:rsidR="0042291E" w:rsidRDefault="0000384F">
      <w:r>
        <w:rPr>
          <w:color w:val="000000"/>
        </w:rPr>
        <w:t>- Biết tìm tổng các số theo điều kiện, giải bài toán thực tế và hoàn thành tháp số.</w:t>
      </w:r>
    </w:p>
    <w:p w:rsidR="0042291E" w:rsidRDefault="0000384F">
      <w:r>
        <w:rPr>
          <w:color w:val="000000"/>
        </w:rPr>
        <w:t>- Biết tự đánh giá mức độ chắc chắn của bài làm để hỏi bạn hoặc GV khi còn phân vân.</w:t>
      </w:r>
    </w:p>
    <w:p w:rsidR="0042291E" w:rsidRDefault="0000384F">
      <w:r>
        <w:rPr>
          <w:b/>
          <w:color w:val="000000"/>
        </w:rPr>
        <w:t>2. Năng lực chung:</w:t>
      </w:r>
    </w:p>
    <w:p w:rsidR="0042291E" w:rsidRDefault="0000384F">
      <w:r>
        <w:rPr>
          <w:color w:val="000000"/>
        </w:rPr>
        <w:t>- Tự chủ và tự học: Chủ động thực hiện nhiệm vụ học tập, tự kiểm tra kết quả bài làm.</w:t>
      </w:r>
    </w:p>
    <w:p w:rsidR="0042291E" w:rsidRDefault="0000384F">
      <w:r>
        <w:rPr>
          <w:color w:val="000000"/>
        </w:rPr>
        <w:t>- Giao tiếp và hợp tác: Biết trao đổi, thảo luận, lắng nghe và phối hợp với bạn trong hoạt động nhóm.</w:t>
      </w:r>
    </w:p>
    <w:p w:rsidR="0042291E" w:rsidRDefault="0000384F">
      <w:r>
        <w:rPr>
          <w:color w:val="000000"/>
        </w:rPr>
        <w:t>- Giải quyết vấn đề và sáng tạo: Biết vận dụng kiến thức đã học để giải quyết tình huống toán học trong học tập và thực tế.</w:t>
      </w:r>
    </w:p>
    <w:p w:rsidR="0042291E" w:rsidRDefault="0000384F">
      <w:r>
        <w:rPr>
          <w:b/>
          <w:color w:val="000000"/>
        </w:rPr>
        <w:t>3. Phẩm chất:</w:t>
      </w:r>
    </w:p>
    <w:p w:rsidR="0042291E" w:rsidRDefault="0000384F">
      <w:r>
        <w:rPr>
          <w:color w:val="000000"/>
        </w:rPr>
        <w:t>- Chăm chỉ: Tích cực luyện tập, kiên trì khi thực hiện các bài toán ôn tập.</w:t>
      </w:r>
    </w:p>
    <w:p w:rsidR="0042291E" w:rsidRDefault="0000384F">
      <w:r>
        <w:rPr>
          <w:color w:val="000000"/>
        </w:rPr>
        <w:t>- Trách nhiệm: Có ý thức hoàn thành nhiệm vụ, hợp tác với bạn và tự điều chỉnh khi làm sai.</w:t>
      </w:r>
    </w:p>
    <w:p w:rsidR="0042291E" w:rsidRDefault="0000384F">
      <w:r>
        <w:rPr>
          <w:b/>
          <w:color w:val="DC0000"/>
        </w:rPr>
        <w:t>4. Tích hợp</w:t>
      </w:r>
    </w:p>
    <w:p w:rsidR="0042291E" w:rsidRDefault="0000384F">
      <w:r>
        <w:rPr>
          <w:color w:val="DC0000"/>
        </w:rPr>
        <w:t>- Kĩ năng tự đánh giá: HS biết đánh dấu câu đã làm chắc, câu còn phân vân để hỏi bạn hoặc GV trong giờ ôn tập học kì; biết sửa lỗi với thái độ tích cực.</w:t>
      </w:r>
    </w:p>
    <w:p w:rsidR="0042291E" w:rsidRDefault="0000384F">
      <w:r>
        <w:rPr>
          <w:b/>
          <w:color w:val="000000"/>
        </w:rPr>
        <w:t>II. ĐỒ DÙNG DẠY HỌC</w:t>
      </w:r>
    </w:p>
    <w:p w:rsidR="0042291E" w:rsidRDefault="0000384F">
      <w:r>
        <w:rPr>
          <w:color w:val="000000"/>
        </w:rPr>
        <w:lastRenderedPageBreak/>
        <w:t>- GV: Máy tính, ti vi/máy chiếu, máy soi, bảng phụ, phiếu học tập, hình SGK phóng to.</w:t>
      </w:r>
    </w:p>
    <w:p w:rsidR="0042291E" w:rsidRDefault="0000384F">
      <w:r>
        <w:rPr>
          <w:color w:val="000000"/>
        </w:rPr>
        <w:t>- HS: SGK, vở ô li, bảng con, bút chì, thước kẻ, bộ đồ dùng học Toán.</w:t>
      </w:r>
    </w:p>
    <w:p w:rsidR="0042291E" w:rsidRDefault="0000384F">
      <w:r>
        <w:rPr>
          <w:b/>
          <w:color w:val="000000"/>
        </w:rPr>
        <w:t>III. CÁC HOẠT ĐỘNG DẠY HỌC CHỦ YẾU</w:t>
      </w:r>
    </w:p>
    <w:tbl>
      <w:tblPr>
        <w:tblW w:w="0" w:type="auto"/>
        <w:jc w:val="center"/>
        <w:tblBorders>
          <w:top w:val="single" w:sz="6" w:space="0" w:color="808080"/>
          <w:left w:val="single" w:sz="6" w:space="0" w:color="808080"/>
          <w:bottom w:val="single" w:sz="6" w:space="0" w:color="808080"/>
          <w:right w:val="single" w:sz="6" w:space="0" w:color="808080"/>
          <w:insideV w:val="single" w:sz="6" w:space="0" w:color="808080"/>
        </w:tblBorders>
        <w:tblLayout w:type="fixed"/>
        <w:tblLook w:val="04A0" w:firstRow="1" w:lastRow="0" w:firstColumn="1" w:lastColumn="0" w:noHBand="0" w:noVBand="1"/>
      </w:tblPr>
      <w:tblGrid>
        <w:gridCol w:w="5273"/>
        <w:gridCol w:w="5273"/>
      </w:tblGrid>
      <w:tr w:rsidR="0042291E" w:rsidTr="008D4EFD">
        <w:trPr>
          <w:jc w:val="center"/>
        </w:trPr>
        <w:tc>
          <w:tcPr>
            <w:tcW w:w="5273" w:type="dxa"/>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pPr>
              <w:jc w:val="center"/>
            </w:pPr>
            <w:r>
              <w:rPr>
                <w:b/>
                <w:color w:val="000000"/>
              </w:rPr>
              <w:t>Hoạt động của giáo viên</w:t>
            </w:r>
          </w:p>
        </w:tc>
        <w:tc>
          <w:tcPr>
            <w:tcW w:w="5273" w:type="dxa"/>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pPr>
              <w:jc w:val="center"/>
            </w:pPr>
            <w:r>
              <w:rPr>
                <w:b/>
                <w:color w:val="000000"/>
              </w:rPr>
              <w:t>Hoạt động của học sinh</w:t>
            </w:r>
          </w:p>
        </w:tc>
      </w:tr>
      <w:tr w:rsidR="0042291E" w:rsidTr="008D4EFD">
        <w:trPr>
          <w:jc w:val="center"/>
        </w:trPr>
        <w:tc>
          <w:tcPr>
            <w:tcW w:w="9864" w:type="dxa"/>
            <w:gridSpan w:val="2"/>
            <w:tcBorders>
              <w:top w:val="single" w:sz="6" w:space="0" w:color="808080"/>
            </w:tcBorders>
            <w:shd w:val="clear" w:color="auto" w:fill="auto"/>
            <w:tcMar>
              <w:top w:w="50" w:type="dxa"/>
              <w:left w:w="60" w:type="dxa"/>
              <w:bottom w:w="50" w:type="dxa"/>
              <w:right w:w="60" w:type="dxa"/>
            </w:tcMar>
          </w:tcPr>
          <w:p w:rsidR="0042291E" w:rsidRDefault="0000384F">
            <w:r>
              <w:rPr>
                <w:b/>
                <w:color w:val="000000"/>
              </w:rPr>
              <w:t>1. KHỞI ĐỘNG (5 phút)</w:t>
            </w:r>
          </w:p>
          <w:p w:rsidR="0042291E" w:rsidRDefault="0000384F">
            <w:r>
              <w:rPr>
                <w:color w:val="000000"/>
              </w:rPr>
              <w:t>Mục tiêu: Tạo hứng thú, ôn cách thực hiện dãy tính.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tổ chức trò chơi “Chiếc hộp bí mật”: HS chọn hộp và tính nhanh dãy tính trong hộp.</w:t>
            </w:r>
          </w:p>
        </w:tc>
        <w:tc>
          <w:tcPr>
            <w:tcW w:w="4932" w:type="dxa"/>
            <w:shd w:val="clear" w:color="auto" w:fill="auto"/>
            <w:tcMar>
              <w:top w:w="50" w:type="dxa"/>
              <w:left w:w="60" w:type="dxa"/>
              <w:bottom w:w="50" w:type="dxa"/>
              <w:right w:w="60" w:type="dxa"/>
            </w:tcMar>
          </w:tcPr>
          <w:p w:rsidR="0042291E" w:rsidRDefault="0000384F">
            <w:r>
              <w:rPr>
                <w:color w:val="000000"/>
              </w:rPr>
              <w:t>- HS tham gia trò chơi, tính nhẩm và nêu kết quả.</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Khi thực hiện dãy tính, em cần chú ý điều gì?</w:t>
            </w:r>
          </w:p>
        </w:tc>
        <w:tc>
          <w:tcPr>
            <w:tcW w:w="4932" w:type="dxa"/>
            <w:shd w:val="clear" w:color="auto" w:fill="auto"/>
            <w:tcMar>
              <w:top w:w="50" w:type="dxa"/>
              <w:left w:w="60" w:type="dxa"/>
              <w:bottom w:w="50" w:type="dxa"/>
              <w:right w:w="60" w:type="dxa"/>
            </w:tcMar>
          </w:tcPr>
          <w:p w:rsidR="0042291E" w:rsidRDefault="0000384F">
            <w:r>
              <w:rPr>
                <w:color w:val="000000"/>
              </w:rPr>
              <w:t>- HS trả lời: Thực hiện lần lượt từ trái sang phải.</w:t>
            </w:r>
          </w:p>
        </w:tc>
      </w:tr>
      <w:tr w:rsidR="0042291E" w:rsidTr="008D4EFD">
        <w:trPr>
          <w:jc w:val="center"/>
        </w:trPr>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GV nhận xét và dẫn dắt vào bài luyện tập.</w:t>
            </w:r>
          </w:p>
        </w:tc>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HS lắng nghe.</w:t>
            </w:r>
          </w:p>
        </w:tc>
      </w:tr>
      <w:tr w:rsidR="0042291E" w:rsidTr="008D4EFD">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t>2. LUYỆN TẬP, THỰC HÀNH (28 phút)</w:t>
            </w:r>
          </w:p>
          <w:p w:rsidR="0042291E" w:rsidRDefault="0000384F">
            <w:r>
              <w:rPr>
                <w:color w:val="000000"/>
              </w:rPr>
              <w:t>Mục tiêu: HS thực hiện dãy tính, tìm tổng, giải toán và hoàn thành tháp số.</w:t>
            </w:r>
          </w:p>
          <w:p w:rsidR="0042291E" w:rsidRDefault="0000384F">
            <w:r>
              <w:rPr>
                <w:color w:val="DC0000"/>
              </w:rPr>
              <w:t>Mục tiêu tích hợp kĩ năng tự đánh giá: HS biết tự nhận diện câu làm chắc, câu còn phân vân, từ đó mạnh dạn hỏi bạn hoặc GV để sửa lỗi.</w:t>
            </w:r>
          </w:p>
        </w:tc>
      </w:tr>
      <w:tr w:rsidR="0042291E" w:rsidTr="008D4EFD">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b/>
                <w:color w:val="000000"/>
              </w:rPr>
              <w:t>Bài 1: Số?</w:t>
            </w:r>
          </w:p>
          <w:p w:rsidR="0042291E" w:rsidRDefault="0042291E">
            <w:pPr>
              <w:jc w:val="center"/>
            </w:pP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đọc yêu cầu, quan sát sơ đồ tính và các phép tính có số hạng bằng nhau.</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hướng dẫn HS thực hiện lần lượt từng phép tính từ trái sang phải theo chiều mũi tên.</w:t>
            </w:r>
          </w:p>
        </w:tc>
        <w:tc>
          <w:tcPr>
            <w:tcW w:w="4932" w:type="dxa"/>
            <w:shd w:val="clear" w:color="auto" w:fill="auto"/>
            <w:tcMar>
              <w:top w:w="50" w:type="dxa"/>
              <w:left w:w="60" w:type="dxa"/>
              <w:bottom w:w="50" w:type="dxa"/>
              <w:right w:w="60" w:type="dxa"/>
            </w:tcMar>
          </w:tcPr>
          <w:p w:rsidR="0042291E" w:rsidRDefault="0000384F">
            <w:r>
              <w:rPr>
                <w:color w:val="000000"/>
              </w:rPr>
              <w:t>- HS làm bài cá nhân vào phiếu, điền số còn thiếu.</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Vì sao ở chỗ “?” thứ nhất em điền số 35?</w:t>
            </w:r>
          </w:p>
        </w:tc>
        <w:tc>
          <w:tcPr>
            <w:tcW w:w="4932" w:type="dxa"/>
            <w:shd w:val="clear" w:color="auto" w:fill="auto"/>
            <w:tcMar>
              <w:top w:w="50" w:type="dxa"/>
              <w:left w:w="60" w:type="dxa"/>
              <w:bottom w:w="50" w:type="dxa"/>
              <w:right w:w="60" w:type="dxa"/>
            </w:tcMar>
          </w:tcPr>
          <w:p w:rsidR="0042291E" w:rsidRDefault="0000384F">
            <w:r>
              <w:rPr>
                <w:color w:val="000000"/>
              </w:rPr>
              <w:t>- HS trả lời: Vì 18 + 17 = 35.</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Chỗ “?” thứ hai điền số nào? Vì sao?</w:t>
            </w:r>
          </w:p>
        </w:tc>
        <w:tc>
          <w:tcPr>
            <w:tcW w:w="4932" w:type="dxa"/>
            <w:shd w:val="clear" w:color="auto" w:fill="auto"/>
            <w:tcMar>
              <w:top w:w="50" w:type="dxa"/>
              <w:left w:w="60" w:type="dxa"/>
              <w:bottom w:w="50" w:type="dxa"/>
              <w:right w:w="60" w:type="dxa"/>
            </w:tcMar>
          </w:tcPr>
          <w:p w:rsidR="0042291E" w:rsidRDefault="0000384F">
            <w:r>
              <w:rPr>
                <w:color w:val="000000"/>
              </w:rPr>
              <w:t>- HS trả lời: Điền 26 vì 35 - 9 = 26.</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Phần b có những số hạng như thế nào?</w:t>
            </w:r>
          </w:p>
        </w:tc>
        <w:tc>
          <w:tcPr>
            <w:tcW w:w="4932" w:type="dxa"/>
            <w:shd w:val="clear" w:color="auto" w:fill="auto"/>
            <w:tcMar>
              <w:top w:w="50" w:type="dxa"/>
              <w:left w:w="60" w:type="dxa"/>
              <w:bottom w:w="50" w:type="dxa"/>
              <w:right w:w="60" w:type="dxa"/>
            </w:tcMar>
          </w:tcPr>
          <w:p w:rsidR="0042291E" w:rsidRDefault="0000384F">
            <w:r>
              <w:rPr>
                <w:color w:val="000000"/>
              </w:rPr>
              <w:t>- HS trả lời: Có các số hạng bằng nhau, ví dụ 24 + 24 + 24.</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DC0000"/>
              </w:rPr>
              <w:t xml:space="preserve"> - Tích hợp kĩ năng tự đánh giá: Sau khi HS làm bài, GV phát thẻ nhỏ gồm hai ô: “Em chắc chắn” và “Em còn phân vân”. GV yêu cầu HS tự đánh dấu từng câu: câu nào đã tính và kiểm tra lại thì đánh vào ô chắc chắn; câu nào chưa chắc vì dễ nhầm thứ tự tính hoặc cộng các số hạng bằng nhau thì đánh vào ô còn phân vân. GV nhấn mạnh: Tự đánh giá không phải để chê mình làm sai mà để biết mình cần hỏi gì, sửa ở đâu và tiến bộ hơn trong giờ ôn tập học kì.</w:t>
            </w:r>
          </w:p>
        </w:tc>
        <w:tc>
          <w:tcPr>
            <w:tcW w:w="4932" w:type="dxa"/>
            <w:shd w:val="clear" w:color="auto" w:fill="auto"/>
            <w:tcMar>
              <w:top w:w="50" w:type="dxa"/>
              <w:left w:w="60" w:type="dxa"/>
              <w:bottom w:w="50" w:type="dxa"/>
              <w:right w:w="60" w:type="dxa"/>
            </w:tcMar>
          </w:tcPr>
          <w:p w:rsidR="0042291E" w:rsidRDefault="0000384F">
            <w:r>
              <w:rPr>
                <w:color w:val="000000"/>
              </w:rPr>
              <w:t>- HS tự đánh dấu mức độ chắc chắn của bài làm, nêu câu còn phân vân để được bạn/GV hỗ trợ.</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chốt: Khi ôn tập, biết tự kiểm tra và tự hỏi lại là một thói quen học tập tốt.</w:t>
            </w:r>
          </w:p>
        </w:tc>
        <w:tc>
          <w:tcPr>
            <w:tcW w:w="4932" w:type="dxa"/>
            <w:shd w:val="clear" w:color="auto" w:fill="auto"/>
            <w:tcMar>
              <w:top w:w="50" w:type="dxa"/>
              <w:left w:w="60" w:type="dxa"/>
              <w:bottom w:w="50" w:type="dxa"/>
              <w:right w:w="60" w:type="dxa"/>
            </w:tcMar>
          </w:tcPr>
          <w:p w:rsidR="0042291E" w:rsidRDefault="0000384F">
            <w:r>
              <w:rPr>
                <w:color w:val="000000"/>
              </w:rPr>
              <w:t>- HS lắng nghe và hoàn thiện bài.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t>Bài 2: Cho bảng sau.</w:t>
            </w: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yêu cầu và quan sát bảng số.</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thảo luận nhóm đôi, một bạn hỏi và một bạn trả lời theo các câu hỏi trong SGK.</w:t>
            </w:r>
          </w:p>
        </w:tc>
        <w:tc>
          <w:tcPr>
            <w:tcW w:w="4932" w:type="dxa"/>
            <w:shd w:val="clear" w:color="auto" w:fill="auto"/>
            <w:tcMar>
              <w:top w:w="50" w:type="dxa"/>
              <w:left w:w="60" w:type="dxa"/>
              <w:bottom w:w="50" w:type="dxa"/>
              <w:right w:w="60" w:type="dxa"/>
            </w:tcMar>
          </w:tcPr>
          <w:p w:rsidR="0042291E" w:rsidRDefault="0000384F">
            <w:r>
              <w:rPr>
                <w:color w:val="000000"/>
              </w:rPr>
              <w:t>- HS thảo luận nhóm đôi, tìm số trong bảng theo yêu cầu.</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Tổng của ba số tròn chục trong bảng là bao nhiêu?</w:t>
            </w:r>
          </w:p>
        </w:tc>
        <w:tc>
          <w:tcPr>
            <w:tcW w:w="4932" w:type="dxa"/>
            <w:shd w:val="clear" w:color="auto" w:fill="auto"/>
            <w:tcMar>
              <w:top w:w="50" w:type="dxa"/>
              <w:left w:w="60" w:type="dxa"/>
              <w:bottom w:w="50" w:type="dxa"/>
              <w:right w:w="60" w:type="dxa"/>
            </w:tcMar>
          </w:tcPr>
          <w:p w:rsidR="0042291E" w:rsidRDefault="0000384F">
            <w:r>
              <w:rPr>
                <w:color w:val="000000"/>
              </w:rPr>
              <w:t>- HS trả lời: 20 + 30 + 40 = 90.</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Hai số nào có tổng bằng 23?</w:t>
            </w:r>
          </w:p>
        </w:tc>
        <w:tc>
          <w:tcPr>
            <w:tcW w:w="4932" w:type="dxa"/>
            <w:shd w:val="clear" w:color="auto" w:fill="auto"/>
            <w:tcMar>
              <w:top w:w="50" w:type="dxa"/>
              <w:left w:w="60" w:type="dxa"/>
              <w:bottom w:w="50" w:type="dxa"/>
              <w:right w:w="60" w:type="dxa"/>
            </w:tcMar>
          </w:tcPr>
          <w:p w:rsidR="0042291E" w:rsidRDefault="0000384F">
            <w:r>
              <w:rPr>
                <w:color w:val="000000"/>
              </w:rPr>
              <w:t>- HS trả lời: 11 và 12 có tổng bằng 23.</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xml:space="preserve">- GV hỏi: Hai số nào trong bảng có tổng lớn </w:t>
            </w:r>
            <w:r>
              <w:rPr>
                <w:color w:val="000000"/>
              </w:rPr>
              <w:lastRenderedPageBreak/>
              <w:t>nhất?</w:t>
            </w:r>
          </w:p>
        </w:tc>
        <w:tc>
          <w:tcPr>
            <w:tcW w:w="4932" w:type="dxa"/>
            <w:shd w:val="clear" w:color="auto" w:fill="auto"/>
            <w:tcMar>
              <w:top w:w="50" w:type="dxa"/>
              <w:left w:w="60" w:type="dxa"/>
              <w:bottom w:w="50" w:type="dxa"/>
              <w:right w:w="60" w:type="dxa"/>
            </w:tcMar>
          </w:tcPr>
          <w:p w:rsidR="0042291E" w:rsidRDefault="0000384F">
            <w:r>
              <w:rPr>
                <w:color w:val="000000"/>
              </w:rPr>
              <w:lastRenderedPageBreak/>
              <w:t xml:space="preserve">- HS trả lời: 44 và 45 có tổng lớn nhất, 44 + 45 = </w:t>
            </w:r>
            <w:r>
              <w:rPr>
                <w:color w:val="000000"/>
              </w:rPr>
              <w:lastRenderedPageBreak/>
              <w:t>89.</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lastRenderedPageBreak/>
              <w:t>- GV nhận xét, chốt kết quả và nhắc HS dò kĩ số trong bảng.</w:t>
            </w:r>
          </w:p>
        </w:tc>
        <w:tc>
          <w:tcPr>
            <w:tcW w:w="4932" w:type="dxa"/>
            <w:shd w:val="clear" w:color="auto" w:fill="auto"/>
            <w:tcMar>
              <w:top w:w="50" w:type="dxa"/>
              <w:left w:w="60" w:type="dxa"/>
              <w:bottom w:w="50" w:type="dxa"/>
              <w:right w:w="60" w:type="dxa"/>
            </w:tcMar>
          </w:tcPr>
          <w:p w:rsidR="0042291E" w:rsidRDefault="0000384F">
            <w:r>
              <w:rPr>
                <w:color w:val="000000"/>
              </w:rPr>
              <w:t>- HS kiểm tra lại câu trả lời.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t>Bài 3: Bài toán thanh gỗ.</w:t>
            </w: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đề bài, xác định dữ kiện và câu hỏi.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Bài toán cho biết gì?</w:t>
            </w:r>
          </w:p>
        </w:tc>
        <w:tc>
          <w:tcPr>
            <w:tcW w:w="4932" w:type="dxa"/>
            <w:shd w:val="clear" w:color="auto" w:fill="auto"/>
            <w:tcMar>
              <w:top w:w="50" w:type="dxa"/>
              <w:left w:w="60" w:type="dxa"/>
              <w:bottom w:w="50" w:type="dxa"/>
              <w:right w:w="60" w:type="dxa"/>
            </w:tcMar>
          </w:tcPr>
          <w:p w:rsidR="0042291E" w:rsidRDefault="0000384F">
            <w:r>
              <w:rPr>
                <w:color w:val="000000"/>
              </w:rPr>
              <w:t>- HS trả lời: Một thanh gỗ dài 92 cm, bác thợ mộc đã cưa đi một đoạn dài 27 cm.</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Bài toán hỏi gì?</w:t>
            </w:r>
          </w:p>
        </w:tc>
        <w:tc>
          <w:tcPr>
            <w:tcW w:w="4932" w:type="dxa"/>
            <w:shd w:val="clear" w:color="auto" w:fill="auto"/>
            <w:tcMar>
              <w:top w:w="50" w:type="dxa"/>
              <w:left w:w="60" w:type="dxa"/>
              <w:bottom w:w="50" w:type="dxa"/>
              <w:right w:w="60" w:type="dxa"/>
            </w:tcMar>
          </w:tcPr>
          <w:p w:rsidR="0042291E" w:rsidRDefault="0000384F">
            <w:r>
              <w:rPr>
                <w:color w:val="000000"/>
              </w:rPr>
              <w:t>- HS trả lời: Hỏi thanh gỗ còn lại dài bao nhiêu xăng-ti-mét.</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Muốn tìm phần còn lại, ta làm phép tính gì?</w:t>
            </w:r>
          </w:p>
        </w:tc>
        <w:tc>
          <w:tcPr>
            <w:tcW w:w="4932" w:type="dxa"/>
            <w:shd w:val="clear" w:color="auto" w:fill="auto"/>
            <w:tcMar>
              <w:top w:w="50" w:type="dxa"/>
              <w:left w:w="60" w:type="dxa"/>
              <w:bottom w:w="50" w:type="dxa"/>
              <w:right w:w="60" w:type="dxa"/>
            </w:tcMar>
          </w:tcPr>
          <w:p w:rsidR="0042291E" w:rsidRDefault="0000384F">
            <w:r>
              <w:rPr>
                <w:color w:val="000000"/>
              </w:rPr>
              <w:t>- HS trả lời: Làm phép trừ, lấy 92 - 27.</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bài vào vở, 1 HS lên bảng trình bày.</w:t>
            </w:r>
          </w:p>
        </w:tc>
        <w:tc>
          <w:tcPr>
            <w:tcW w:w="4932" w:type="dxa"/>
            <w:shd w:val="clear" w:color="auto" w:fill="auto"/>
            <w:tcMar>
              <w:top w:w="50" w:type="dxa"/>
              <w:left w:w="60" w:type="dxa"/>
              <w:bottom w:w="50" w:type="dxa"/>
              <w:right w:w="60" w:type="dxa"/>
            </w:tcMar>
          </w:tcPr>
          <w:p w:rsidR="0042291E" w:rsidRDefault="0000384F">
            <w:r>
              <w:rPr>
                <w:color w:val="000000"/>
              </w:rPr>
              <w:t>- HS làm bài vào vở; 1 HS trình bày trên bảng.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chốt bài giải: Thanh gỗ còn lại dài là: 92 - 27 = 65 (cm). Đáp số: 65 cm.</w:t>
            </w:r>
          </w:p>
        </w:tc>
        <w:tc>
          <w:tcPr>
            <w:tcW w:w="4932" w:type="dxa"/>
            <w:shd w:val="clear" w:color="auto" w:fill="auto"/>
            <w:tcMar>
              <w:top w:w="50" w:type="dxa"/>
              <w:left w:w="60" w:type="dxa"/>
              <w:bottom w:w="50" w:type="dxa"/>
              <w:right w:w="60" w:type="dxa"/>
            </w:tcMar>
          </w:tcPr>
          <w:p w:rsidR="0042291E" w:rsidRDefault="0000384F">
            <w:r>
              <w:rPr>
                <w:color w:val="000000"/>
              </w:rPr>
              <w:t>- HS đối chiếu, sửa bài nếu cần.</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sidP="00EE5389">
            <w:r>
              <w:rPr>
                <w:b/>
                <w:color w:val="000000"/>
              </w:rPr>
              <w:t>Bài 4: Số?</w:t>
            </w:r>
          </w:p>
        </w:tc>
        <w:tc>
          <w:tcPr>
            <w:tcW w:w="4932" w:type="dxa"/>
            <w:shd w:val="clear" w:color="auto" w:fill="auto"/>
            <w:tcMar>
              <w:top w:w="50" w:type="dxa"/>
              <w:left w:w="60" w:type="dxa"/>
              <w:bottom w:w="50" w:type="dxa"/>
              <w:right w:w="60" w:type="dxa"/>
            </w:tcMar>
          </w:tcPr>
          <w:p w:rsidR="0042291E" w:rsidRDefault="0000384F">
            <w:r>
              <w:rPr>
                <w:color w:val="000000"/>
              </w:rPr>
              <w:t>- HS đọc yêu cầu, quan sát tháp số.</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hướng dẫn HS phát hiện quy luật: số ở ô phía trên bằng tổng hai số ở hai ô ngay dưới nó.</w:t>
            </w:r>
          </w:p>
        </w:tc>
        <w:tc>
          <w:tcPr>
            <w:tcW w:w="4932" w:type="dxa"/>
            <w:shd w:val="clear" w:color="auto" w:fill="auto"/>
            <w:tcMar>
              <w:top w:w="50" w:type="dxa"/>
              <w:left w:w="60" w:type="dxa"/>
              <w:bottom w:w="50" w:type="dxa"/>
              <w:right w:w="60" w:type="dxa"/>
            </w:tcMar>
          </w:tcPr>
          <w:p w:rsidR="0042291E" w:rsidRDefault="0000384F">
            <w:r>
              <w:rPr>
                <w:color w:val="000000"/>
              </w:rPr>
              <w:t>- HS quan sát, nêu quy luật theo ví dụ 2 + 3 = 5; 3 + 3 = 6.</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thảo luận nhóm 4 để hoàn thành tháp số.</w:t>
            </w:r>
          </w:p>
        </w:tc>
        <w:tc>
          <w:tcPr>
            <w:tcW w:w="4932" w:type="dxa"/>
            <w:shd w:val="clear" w:color="auto" w:fill="auto"/>
            <w:tcMar>
              <w:top w:w="50" w:type="dxa"/>
              <w:left w:w="60" w:type="dxa"/>
              <w:bottom w:w="50" w:type="dxa"/>
              <w:right w:w="60" w:type="dxa"/>
            </w:tcMar>
          </w:tcPr>
          <w:p w:rsidR="0042291E" w:rsidRDefault="0000384F">
            <w:r>
              <w:rPr>
                <w:color w:val="000000"/>
              </w:rPr>
              <w:t>- HS thảo luận nhóm 4, tính từ hàng dưới lên hàng trên.</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Đỉnh tháp là số nào? Vì sao?</w:t>
            </w:r>
          </w:p>
        </w:tc>
        <w:tc>
          <w:tcPr>
            <w:tcW w:w="4932" w:type="dxa"/>
            <w:shd w:val="clear" w:color="auto" w:fill="auto"/>
            <w:tcMar>
              <w:top w:w="50" w:type="dxa"/>
              <w:left w:w="60" w:type="dxa"/>
              <w:bottom w:w="50" w:type="dxa"/>
              <w:right w:w="60" w:type="dxa"/>
            </w:tcMar>
          </w:tcPr>
          <w:p w:rsidR="0042291E" w:rsidRDefault="0000384F">
            <w:r>
              <w:rPr>
                <w:color w:val="000000"/>
              </w:rPr>
              <w:t>- HS trả lời: Đỉnh tháp là 52 vì 24 + 28 = 52.</w:t>
            </w:r>
          </w:p>
        </w:tc>
      </w:tr>
      <w:tr w:rsidR="0042291E" w:rsidTr="008D4EFD">
        <w:trPr>
          <w:jc w:val="center"/>
        </w:trPr>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GV nhận xét, tuyên dương nhóm làm đúng và biết giải thích quy luật.</w:t>
            </w:r>
          </w:p>
        </w:tc>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HS lắng nghe, hoàn thiện bài.</w:t>
            </w:r>
          </w:p>
        </w:tc>
      </w:tr>
      <w:tr w:rsidR="0042291E" w:rsidTr="008D4EFD">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t>3. VẬN DỤNG TRẢI NGHIỆM (2 phút)</w:t>
            </w:r>
          </w:p>
          <w:p w:rsidR="0042291E" w:rsidRDefault="0000384F">
            <w:r>
              <w:rPr>
                <w:color w:val="000000"/>
              </w:rPr>
              <w:t>Mục tiêu: Củng cố kĩ năng tự đánh giá trong giờ ôn tập.</w:t>
            </w:r>
          </w:p>
        </w:tc>
      </w:tr>
      <w:tr w:rsidR="0042291E" w:rsidTr="008D4EFD">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GV hỏi: Sau tiết học hôm nay, em còn phân vân nhất ở dạng bài nào?</w:t>
            </w: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chia sẻ: dãy tính, bảng số, bài toán có lời văn hoặc tháp số.</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dặn HS về nhà đánh dấu lại 1 bài đã chắc và 1 bài cần luyện thêm để tiết sau trao đổi với bạn.</w:t>
            </w:r>
          </w:p>
        </w:tc>
        <w:tc>
          <w:tcPr>
            <w:tcW w:w="4932" w:type="dxa"/>
            <w:shd w:val="clear" w:color="auto" w:fill="auto"/>
            <w:tcMar>
              <w:top w:w="50" w:type="dxa"/>
              <w:left w:w="60" w:type="dxa"/>
              <w:bottom w:w="50" w:type="dxa"/>
              <w:right w:w="60" w:type="dxa"/>
            </w:tcMar>
          </w:tcPr>
          <w:p w:rsidR="0042291E" w:rsidRDefault="0000384F">
            <w:r>
              <w:rPr>
                <w:color w:val="000000"/>
              </w:rPr>
              <w:t>- HS lắng nghe và ghi nhớ nhiệm vụ.</w:t>
            </w:r>
          </w:p>
        </w:tc>
      </w:tr>
    </w:tbl>
    <w:p w:rsidR="0042291E" w:rsidRDefault="0000384F">
      <w:r>
        <w:rPr>
          <w:b/>
          <w:color w:val="000000"/>
        </w:rPr>
        <w:t>IV. ĐIỀU CHỈNH TIẾT DẠY (NẾU CÓ)</w:t>
      </w:r>
    </w:p>
    <w:p w:rsidR="0042291E" w:rsidRDefault="0000384F">
      <w:r>
        <w:rPr>
          <w:color w:val="000000"/>
        </w:rPr>
        <w:t>……………………………………………………………………………………………………………………</w:t>
      </w:r>
    </w:p>
    <w:p w:rsidR="0042291E" w:rsidRDefault="0000384F">
      <w:r>
        <w:rPr>
          <w:color w:val="000000"/>
        </w:rPr>
        <w:t>……………………………………………………………………………………………………………………</w:t>
      </w:r>
    </w:p>
    <w:p w:rsidR="0042291E" w:rsidRDefault="0000384F">
      <w:r>
        <w:br w:type="page"/>
      </w:r>
    </w:p>
    <w:p w:rsidR="0042291E" w:rsidRDefault="0000384F">
      <w:pPr>
        <w:jc w:val="center"/>
      </w:pPr>
      <w:r>
        <w:rPr>
          <w:b/>
          <w:color w:val="000000"/>
        </w:rPr>
        <w:lastRenderedPageBreak/>
        <w:t>KẾ HOẠCH BÀI DẠY MÔN TOÁN LỚP 2 - TUẦN 17</w:t>
      </w:r>
      <w:r>
        <w:rPr>
          <w:b/>
          <w:color w:val="000000"/>
        </w:rPr>
        <w:br/>
        <w:t>CHỦ ĐỀ 7: ÔN TẬP HỌC KÌ I</w:t>
      </w:r>
      <w:r>
        <w:rPr>
          <w:b/>
          <w:color w:val="000000"/>
        </w:rPr>
        <w:br/>
        <w:t>BÀI 34. ÔN TẬP HÌNH PHẲNG</w:t>
      </w:r>
      <w:r>
        <w:rPr>
          <w:b/>
          <w:color w:val="000000"/>
        </w:rPr>
        <w:br/>
        <w:t>TIẾT 1: LUYỆN TẬP</w:t>
      </w:r>
      <w:r>
        <w:rPr>
          <w:b/>
          <w:color w:val="000000"/>
        </w:rPr>
        <w:br/>
      </w:r>
    </w:p>
    <w:p w:rsidR="0042291E" w:rsidRDefault="0000384F">
      <w:r>
        <w:rPr>
          <w:b/>
          <w:color w:val="000000"/>
        </w:rPr>
        <w:t>I. YÊU CẦU CẦN ĐẠT</w:t>
      </w:r>
    </w:p>
    <w:p w:rsidR="0042291E" w:rsidRDefault="0000384F">
      <w:r>
        <w:rPr>
          <w:b/>
          <w:color w:val="000000"/>
        </w:rPr>
        <w:t>1. Năng lực đặc thù:</w:t>
      </w:r>
    </w:p>
    <w:p w:rsidR="0042291E" w:rsidRDefault="0000384F">
      <w:r>
        <w:rPr>
          <w:color w:val="000000"/>
        </w:rPr>
        <w:t>- Ôn tập, củng cố nhận dạng đoạn thẳng, hình tứ giác, ba điểm thẳng hàng.</w:t>
      </w:r>
    </w:p>
    <w:p w:rsidR="0042291E" w:rsidRDefault="0000384F">
      <w:r>
        <w:rPr>
          <w:color w:val="000000"/>
        </w:rPr>
        <w:t>- Biết đo độ dài đoạn thẳng, so sánh đoạn thẳng dài nhất, ngắn nhất.</w:t>
      </w:r>
    </w:p>
    <w:p w:rsidR="0042291E" w:rsidRDefault="0000384F">
      <w:r>
        <w:rPr>
          <w:color w:val="000000"/>
        </w:rPr>
        <w:t>- Biết quan sát hình mẫu và vẽ hình trên giấy ô vuông theo các bước phù hợp.</w:t>
      </w:r>
    </w:p>
    <w:p w:rsidR="0042291E" w:rsidRDefault="0000384F">
      <w:r>
        <w:rPr>
          <w:b/>
          <w:color w:val="000000"/>
        </w:rPr>
        <w:t>2. Năng lực chung:</w:t>
      </w:r>
    </w:p>
    <w:p w:rsidR="0042291E" w:rsidRDefault="0000384F">
      <w:r>
        <w:rPr>
          <w:color w:val="000000"/>
        </w:rPr>
        <w:t>- Tự chủ và tự học: Chủ động thực hiện nhiệm vụ học tập, tự kiểm tra kết quả bài làm.</w:t>
      </w:r>
    </w:p>
    <w:p w:rsidR="0042291E" w:rsidRDefault="0000384F">
      <w:r>
        <w:rPr>
          <w:color w:val="000000"/>
        </w:rPr>
        <w:t>- Giao tiếp và hợp tác: Biết trao đổi, thảo luận, lắng nghe và phối hợp với bạn trong hoạt động nhóm.</w:t>
      </w:r>
    </w:p>
    <w:p w:rsidR="0042291E" w:rsidRDefault="0000384F">
      <w:r>
        <w:rPr>
          <w:color w:val="000000"/>
        </w:rPr>
        <w:t>- Giải quyết vấn đề và sáng tạo: Biết vận dụng kiến thức đã học để giải quyết tình huống toán học trong học tập và thực tế.</w:t>
      </w:r>
    </w:p>
    <w:p w:rsidR="0042291E" w:rsidRDefault="0000384F">
      <w:r>
        <w:rPr>
          <w:b/>
          <w:color w:val="000000"/>
        </w:rPr>
        <w:t>3. Phẩm chất:</w:t>
      </w:r>
    </w:p>
    <w:p w:rsidR="0042291E" w:rsidRDefault="0000384F">
      <w:r>
        <w:rPr>
          <w:color w:val="000000"/>
        </w:rPr>
        <w:t>- Chăm chỉ: Tích cực luyện tập, kiên trì khi thực hiện các bài toán ôn tập.</w:t>
      </w:r>
    </w:p>
    <w:p w:rsidR="0042291E" w:rsidRDefault="0000384F">
      <w:r>
        <w:rPr>
          <w:color w:val="000000"/>
        </w:rPr>
        <w:t>- Trách nhiệm: Có ý thức hoàn thành nhiệm vụ, hợp tác với bạn và tự điều chỉnh khi làm sai.</w:t>
      </w:r>
    </w:p>
    <w:p w:rsidR="0042291E" w:rsidRDefault="0000384F">
      <w:r>
        <w:rPr>
          <w:b/>
          <w:color w:val="000000"/>
        </w:rPr>
        <w:t>II. ĐỒ DÙNG DẠY HỌC</w:t>
      </w:r>
    </w:p>
    <w:p w:rsidR="0042291E" w:rsidRDefault="0000384F">
      <w:r>
        <w:rPr>
          <w:color w:val="000000"/>
        </w:rPr>
        <w:t>- GV: Máy tính, ti vi/máy chiếu, máy soi, bảng phụ, phiếu học tập, hình SGK phóng to.</w:t>
      </w:r>
    </w:p>
    <w:p w:rsidR="0042291E" w:rsidRDefault="0000384F">
      <w:r>
        <w:rPr>
          <w:color w:val="000000"/>
        </w:rPr>
        <w:t>- HS: SGK, vở ô li, bảng con, bút chì, thước kẻ, bộ đồ dùng học Toán.</w:t>
      </w:r>
    </w:p>
    <w:p w:rsidR="0042291E" w:rsidRDefault="0000384F">
      <w:r>
        <w:rPr>
          <w:b/>
          <w:color w:val="000000"/>
        </w:rPr>
        <w:t>III. CÁC HOẠT ĐỘNG DẠY HỌC CHỦ YẾU</w:t>
      </w:r>
    </w:p>
    <w:tbl>
      <w:tblPr>
        <w:tblW w:w="0" w:type="auto"/>
        <w:jc w:val="center"/>
        <w:tblBorders>
          <w:top w:val="single" w:sz="6" w:space="0" w:color="808080"/>
          <w:left w:val="single" w:sz="6" w:space="0" w:color="808080"/>
          <w:bottom w:val="single" w:sz="6" w:space="0" w:color="808080"/>
          <w:right w:val="single" w:sz="6" w:space="0" w:color="808080"/>
          <w:insideV w:val="single" w:sz="6" w:space="0" w:color="808080"/>
        </w:tblBorders>
        <w:tblLayout w:type="fixed"/>
        <w:tblLook w:val="04A0" w:firstRow="1" w:lastRow="0" w:firstColumn="1" w:lastColumn="0" w:noHBand="0" w:noVBand="1"/>
      </w:tblPr>
      <w:tblGrid>
        <w:gridCol w:w="5273"/>
        <w:gridCol w:w="5273"/>
      </w:tblGrid>
      <w:tr w:rsidR="0042291E" w:rsidTr="008D4EFD">
        <w:trPr>
          <w:jc w:val="center"/>
        </w:trPr>
        <w:tc>
          <w:tcPr>
            <w:tcW w:w="5273" w:type="dxa"/>
            <w:tcBorders>
              <w:bottom w:val="single" w:sz="6" w:space="0" w:color="808080"/>
            </w:tcBorders>
            <w:shd w:val="clear" w:color="auto" w:fill="auto"/>
            <w:tcMar>
              <w:top w:w="50" w:type="dxa"/>
              <w:left w:w="60" w:type="dxa"/>
              <w:bottom w:w="50" w:type="dxa"/>
              <w:right w:w="60" w:type="dxa"/>
            </w:tcMar>
          </w:tcPr>
          <w:p w:rsidR="0042291E" w:rsidRDefault="0000384F">
            <w:pPr>
              <w:jc w:val="center"/>
            </w:pPr>
            <w:r>
              <w:rPr>
                <w:b/>
                <w:color w:val="000000"/>
              </w:rPr>
              <w:t>Hoạt động của giáo viên</w:t>
            </w:r>
          </w:p>
        </w:tc>
        <w:tc>
          <w:tcPr>
            <w:tcW w:w="5273" w:type="dxa"/>
            <w:tcBorders>
              <w:bottom w:val="single" w:sz="6" w:space="0" w:color="808080"/>
            </w:tcBorders>
            <w:shd w:val="clear" w:color="auto" w:fill="auto"/>
            <w:tcMar>
              <w:top w:w="50" w:type="dxa"/>
              <w:left w:w="60" w:type="dxa"/>
              <w:bottom w:w="50" w:type="dxa"/>
              <w:right w:w="60" w:type="dxa"/>
            </w:tcMar>
          </w:tcPr>
          <w:p w:rsidR="0042291E" w:rsidRDefault="0000384F">
            <w:pPr>
              <w:jc w:val="center"/>
            </w:pPr>
            <w:r>
              <w:rPr>
                <w:b/>
                <w:color w:val="000000"/>
              </w:rPr>
              <w:t>Hoạt động của học sinh</w:t>
            </w:r>
          </w:p>
        </w:tc>
      </w:tr>
      <w:tr w:rsidR="0042291E" w:rsidTr="008D4EFD">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t>1. KHỞI ĐỘNG (5 phút)</w:t>
            </w:r>
          </w:p>
          <w:p w:rsidR="0042291E" w:rsidRDefault="0000384F">
            <w:r>
              <w:rPr>
                <w:color w:val="000000"/>
              </w:rPr>
              <w:t>Mục tiêu: Tạo hứng thú, gợi nhớ các hình phẳng đã học.</w:t>
            </w:r>
          </w:p>
        </w:tc>
      </w:tr>
      <w:tr w:rsidR="0042291E" w:rsidTr="008D4EFD">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GV cho lớp vận động theo nhạc bài hát ngắn, sau đó nêu nhanh tên một số hình phẳng đã học.</w:t>
            </w: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vận động theo nhạc và nêu: đoạn thẳng, hình tứ giác, đường gấp khúc, hình tam giác...</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vẽ nhanh vài hình trên bảng và hỏi: Hình nào có đoạn thẳng? Hình nào là hình tứ giác?</w:t>
            </w:r>
          </w:p>
        </w:tc>
        <w:tc>
          <w:tcPr>
            <w:tcW w:w="4932" w:type="dxa"/>
            <w:shd w:val="clear" w:color="auto" w:fill="auto"/>
            <w:tcMar>
              <w:top w:w="50" w:type="dxa"/>
              <w:left w:w="60" w:type="dxa"/>
              <w:bottom w:w="50" w:type="dxa"/>
              <w:right w:w="60" w:type="dxa"/>
            </w:tcMar>
          </w:tcPr>
          <w:p w:rsidR="0042291E" w:rsidRDefault="0000384F">
            <w:r>
              <w:rPr>
                <w:color w:val="000000"/>
              </w:rPr>
              <w:t>- HS quan sát, trả lời theo hình GV vẽ.</w:t>
            </w:r>
          </w:p>
        </w:tc>
      </w:tr>
      <w:tr w:rsidR="0042291E" w:rsidTr="008D4EFD">
        <w:trPr>
          <w:jc w:val="center"/>
        </w:trPr>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GV nhận xét, giới thiệu bài ôn tập hình phẳng.</w:t>
            </w:r>
          </w:p>
        </w:tc>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HS lắng nghe.</w:t>
            </w:r>
          </w:p>
        </w:tc>
      </w:tr>
      <w:tr w:rsidR="0042291E" w:rsidTr="008D4EFD">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r>
              <w:rPr>
                <w:b/>
                <w:color w:val="000000"/>
              </w:rPr>
              <w:t>2. LUYỆN TẬP, THỰC HÀNH (28 phút)</w:t>
            </w:r>
          </w:p>
          <w:p w:rsidR="0042291E" w:rsidRDefault="0000384F">
            <w:r>
              <w:rPr>
                <w:color w:val="000000"/>
              </w:rPr>
              <w:t>Mục tiêu: HS nhận dạng, đo, so sánh đoạn thẳng; nhận biết hình tứ giác, ba điểm thẳng hàng và vẽ hình theo mẫu.</w:t>
            </w:r>
          </w:p>
        </w:tc>
      </w:tr>
      <w:tr w:rsidR="0042291E" w:rsidTr="008D4EFD">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sidP="00EE5389">
            <w:r>
              <w:rPr>
                <w:b/>
                <w:color w:val="000000"/>
              </w:rPr>
              <w:t>Bài 1: Số?</w:t>
            </w: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đọc yêu cầu và quan sát các hình a, b, c, d.</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cá nhân: đếm số đoạn thẳng trong từng hình, ghi kết quả vào SGK bằng bút chì.</w:t>
            </w:r>
          </w:p>
        </w:tc>
        <w:tc>
          <w:tcPr>
            <w:tcW w:w="4932" w:type="dxa"/>
            <w:shd w:val="clear" w:color="auto" w:fill="auto"/>
            <w:tcMar>
              <w:top w:w="50" w:type="dxa"/>
              <w:left w:w="60" w:type="dxa"/>
              <w:bottom w:w="50" w:type="dxa"/>
              <w:right w:w="60" w:type="dxa"/>
            </w:tcMar>
          </w:tcPr>
          <w:p w:rsidR="0042291E" w:rsidRDefault="0000384F">
            <w:r>
              <w:rPr>
                <w:color w:val="000000"/>
              </w:rPr>
              <w:t>- HS làm cá nhân, đếm đoạn thẳng trong từng hình.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Hình a có mấy đoạn thẳng? Hình b có mấy đoạn thẳng?</w:t>
            </w:r>
          </w:p>
        </w:tc>
        <w:tc>
          <w:tcPr>
            <w:tcW w:w="4932" w:type="dxa"/>
            <w:shd w:val="clear" w:color="auto" w:fill="auto"/>
            <w:tcMar>
              <w:top w:w="50" w:type="dxa"/>
              <w:left w:w="60" w:type="dxa"/>
              <w:bottom w:w="50" w:type="dxa"/>
              <w:right w:w="60" w:type="dxa"/>
            </w:tcMar>
          </w:tcPr>
          <w:p w:rsidR="0042291E" w:rsidRDefault="0000384F">
            <w:r>
              <w:rPr>
                <w:color w:val="000000"/>
              </w:rPr>
              <w:t>- HS trả lời: Hình a có 3 đoạn thẳng; hình b có 3 đoạn thẳng.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Hình c, hình d có mấy đoạn thẳng?</w:t>
            </w:r>
          </w:p>
        </w:tc>
        <w:tc>
          <w:tcPr>
            <w:tcW w:w="4932" w:type="dxa"/>
            <w:shd w:val="clear" w:color="auto" w:fill="auto"/>
            <w:tcMar>
              <w:top w:w="50" w:type="dxa"/>
              <w:left w:w="60" w:type="dxa"/>
              <w:bottom w:w="50" w:type="dxa"/>
              <w:right w:w="60" w:type="dxa"/>
            </w:tcMar>
          </w:tcPr>
          <w:p w:rsidR="0042291E" w:rsidRDefault="0000384F">
            <w:r>
              <w:rPr>
                <w:color w:val="000000"/>
              </w:rPr>
              <w:t>- HS trả lời: Hình c có 4 đoạn thẳng; hình d có 5 đoạn thẳng.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chốt: Khi đếm đoạn thẳng, cần quan sát từng nét thẳng nối giữa hai điểm.</w:t>
            </w:r>
          </w:p>
        </w:tc>
        <w:tc>
          <w:tcPr>
            <w:tcW w:w="4932" w:type="dxa"/>
            <w:shd w:val="clear" w:color="auto" w:fill="auto"/>
            <w:tcMar>
              <w:top w:w="50" w:type="dxa"/>
              <w:left w:w="60" w:type="dxa"/>
              <w:bottom w:w="50" w:type="dxa"/>
              <w:right w:w="60" w:type="dxa"/>
            </w:tcMar>
          </w:tcPr>
          <w:p w:rsidR="0042291E" w:rsidRDefault="0000384F">
            <w:r>
              <w:rPr>
                <w:color w:val="000000"/>
              </w:rPr>
              <w:t>- HS lắng nghe và sửa bài nếu cần.</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t>Bài 2: Cho các đoạn thẳng sau.</w:t>
            </w: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yêu cầu, quan sát các đoạn thẳng AB, CD, PQ, MN.</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xml:space="preserve">- GV yêu cầu HS thảo luận nhóm đôi: dùng </w:t>
            </w:r>
            <w:r>
              <w:rPr>
                <w:color w:val="000000"/>
              </w:rPr>
              <w:lastRenderedPageBreak/>
              <w:t>thước đo từng đoạn thẳng, ghi kết quả vào vở nháp.</w:t>
            </w:r>
          </w:p>
        </w:tc>
        <w:tc>
          <w:tcPr>
            <w:tcW w:w="4932" w:type="dxa"/>
            <w:shd w:val="clear" w:color="auto" w:fill="auto"/>
            <w:tcMar>
              <w:top w:w="50" w:type="dxa"/>
              <w:left w:w="60" w:type="dxa"/>
              <w:bottom w:w="50" w:type="dxa"/>
              <w:right w:w="60" w:type="dxa"/>
            </w:tcMar>
          </w:tcPr>
          <w:p w:rsidR="0042291E" w:rsidRDefault="0000384F">
            <w:r>
              <w:rPr>
                <w:color w:val="000000"/>
              </w:rPr>
              <w:lastRenderedPageBreak/>
              <w:t xml:space="preserve">- HS thảo luận nhóm đôi, đo độ dài từng đoạn </w:t>
            </w:r>
            <w:r>
              <w:rPr>
                <w:color w:val="000000"/>
              </w:rPr>
              <w:lastRenderedPageBreak/>
              <w:t>thẳng.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lastRenderedPageBreak/>
              <w:t>- GV hỏi: Đoạn thẳng AB, CD, PQ, MN dài bao nhiêu xăng-ti-mét?</w:t>
            </w:r>
          </w:p>
        </w:tc>
        <w:tc>
          <w:tcPr>
            <w:tcW w:w="4932" w:type="dxa"/>
            <w:shd w:val="clear" w:color="auto" w:fill="auto"/>
            <w:tcMar>
              <w:top w:w="50" w:type="dxa"/>
              <w:left w:w="60" w:type="dxa"/>
              <w:bottom w:w="50" w:type="dxa"/>
              <w:right w:w="60" w:type="dxa"/>
            </w:tcMar>
          </w:tcPr>
          <w:p w:rsidR="0042291E" w:rsidRDefault="0000384F">
            <w:r>
              <w:rPr>
                <w:color w:val="000000"/>
              </w:rPr>
              <w:t>- HS trả lời: AB = 5 cm; CD = 7 cm; PQ = 7 cm; MN = 9 cm.</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Hai đoạn thẳng nào dài bằng nhau?</w:t>
            </w:r>
          </w:p>
        </w:tc>
        <w:tc>
          <w:tcPr>
            <w:tcW w:w="4932" w:type="dxa"/>
            <w:shd w:val="clear" w:color="auto" w:fill="auto"/>
            <w:tcMar>
              <w:top w:w="50" w:type="dxa"/>
              <w:left w:w="60" w:type="dxa"/>
              <w:bottom w:w="50" w:type="dxa"/>
              <w:right w:w="60" w:type="dxa"/>
            </w:tcMar>
          </w:tcPr>
          <w:p w:rsidR="0042291E" w:rsidRDefault="0000384F">
            <w:r>
              <w:rPr>
                <w:color w:val="000000"/>
              </w:rPr>
              <w:t>- HS trả lời: Hai đoạn thẳng CD và PQ dài bằng nhau.</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Đoạn thẳng nào dài nhất, đoạn thẳng nào ngắn nhất?</w:t>
            </w:r>
          </w:p>
        </w:tc>
        <w:tc>
          <w:tcPr>
            <w:tcW w:w="4932" w:type="dxa"/>
            <w:shd w:val="clear" w:color="auto" w:fill="auto"/>
            <w:tcMar>
              <w:top w:w="50" w:type="dxa"/>
              <w:left w:w="60" w:type="dxa"/>
              <w:bottom w:w="50" w:type="dxa"/>
              <w:right w:w="60" w:type="dxa"/>
            </w:tcMar>
          </w:tcPr>
          <w:p w:rsidR="0042291E" w:rsidRDefault="0000384F">
            <w:r>
              <w:rPr>
                <w:color w:val="000000"/>
              </w:rPr>
              <w:t>- HS trả lời: MN dài nhất, AB ngắn nhất.</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nhận xét, nhắc HS đặt thước đúng vạch 0 khi đo.</w:t>
            </w:r>
          </w:p>
        </w:tc>
        <w:tc>
          <w:tcPr>
            <w:tcW w:w="4932" w:type="dxa"/>
            <w:shd w:val="clear" w:color="auto" w:fill="auto"/>
            <w:tcMar>
              <w:top w:w="50" w:type="dxa"/>
              <w:left w:w="60" w:type="dxa"/>
              <w:bottom w:w="50" w:type="dxa"/>
              <w:right w:w="60" w:type="dxa"/>
            </w:tcMar>
          </w:tcPr>
          <w:p w:rsidR="0042291E" w:rsidRDefault="0000384F">
            <w:r>
              <w:rPr>
                <w:color w:val="000000"/>
              </w:rPr>
              <w:t>- HS lắng nghe và ghi nhớ.</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t>Bài 3: Những hình nào dưới đây là hình tứ giác?</w:t>
            </w: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yêu cầu và quan sát các hình A, B, C, D.</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cá nhân, khoanh các hình là hình tứ giác.</w:t>
            </w:r>
          </w:p>
        </w:tc>
        <w:tc>
          <w:tcPr>
            <w:tcW w:w="4932" w:type="dxa"/>
            <w:shd w:val="clear" w:color="auto" w:fill="auto"/>
            <w:tcMar>
              <w:top w:w="50" w:type="dxa"/>
              <w:left w:w="60" w:type="dxa"/>
              <w:bottom w:w="50" w:type="dxa"/>
              <w:right w:w="60" w:type="dxa"/>
            </w:tcMar>
          </w:tcPr>
          <w:p w:rsidR="0042291E" w:rsidRDefault="0000384F">
            <w:r>
              <w:rPr>
                <w:color w:val="000000"/>
              </w:rPr>
              <w:t>- HS làm cá nhân, xác định hình tứ giác.</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Hình tứ giác có đặc điểm gì?</w:t>
            </w:r>
          </w:p>
        </w:tc>
        <w:tc>
          <w:tcPr>
            <w:tcW w:w="4932" w:type="dxa"/>
            <w:shd w:val="clear" w:color="auto" w:fill="auto"/>
            <w:tcMar>
              <w:top w:w="50" w:type="dxa"/>
              <w:left w:w="60" w:type="dxa"/>
              <w:bottom w:w="50" w:type="dxa"/>
              <w:right w:w="60" w:type="dxa"/>
            </w:tcMar>
          </w:tcPr>
          <w:p w:rsidR="0042291E" w:rsidRDefault="0000384F">
            <w:r>
              <w:rPr>
                <w:color w:val="000000"/>
              </w:rPr>
              <w:t>- HS trả lời: Hình tứ giác có 4 cạnh, 4 đỉnh.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mời HS nêu hình chọn và giải thích.</w:t>
            </w:r>
          </w:p>
        </w:tc>
        <w:tc>
          <w:tcPr>
            <w:tcW w:w="4932" w:type="dxa"/>
            <w:shd w:val="clear" w:color="auto" w:fill="auto"/>
            <w:tcMar>
              <w:top w:w="50" w:type="dxa"/>
              <w:left w:w="60" w:type="dxa"/>
              <w:bottom w:w="50" w:type="dxa"/>
              <w:right w:w="60" w:type="dxa"/>
            </w:tcMar>
          </w:tcPr>
          <w:p w:rsidR="0042291E" w:rsidRDefault="0000384F">
            <w:r>
              <w:rPr>
                <w:color w:val="000000"/>
              </w:rPr>
              <w:t>- HS nêu hình là tứ giác và giải thích dựa vào số cạnh, số đỉnh.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nhận xét, chốt đáp án đúng.</w:t>
            </w:r>
          </w:p>
        </w:tc>
        <w:tc>
          <w:tcPr>
            <w:tcW w:w="4932" w:type="dxa"/>
            <w:shd w:val="clear" w:color="auto" w:fill="auto"/>
            <w:tcMar>
              <w:top w:w="50" w:type="dxa"/>
              <w:left w:w="60" w:type="dxa"/>
              <w:bottom w:w="50" w:type="dxa"/>
              <w:right w:w="60" w:type="dxa"/>
            </w:tcMar>
          </w:tcPr>
          <w:p w:rsidR="0042291E" w:rsidRDefault="0000384F">
            <w:r>
              <w:rPr>
                <w:color w:val="000000"/>
              </w:rPr>
              <w:t>- HS sửa bài nếu cần.</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t>Bài 4: Tìm ba điểm thẳng hàng có trong hình dưới đây.</w:t>
            </w: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yêu cầu và quan sát hình có các điểm M, N, R, S, Q, P, O.</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thảo luận nhóm 4: dùng thước đặt qua các điểm để tìm ba điểm thẳng hàng.</w:t>
            </w:r>
          </w:p>
        </w:tc>
        <w:tc>
          <w:tcPr>
            <w:tcW w:w="4932" w:type="dxa"/>
            <w:shd w:val="clear" w:color="auto" w:fill="auto"/>
            <w:tcMar>
              <w:top w:w="50" w:type="dxa"/>
              <w:left w:w="60" w:type="dxa"/>
              <w:bottom w:w="50" w:type="dxa"/>
              <w:right w:w="60" w:type="dxa"/>
            </w:tcMar>
          </w:tcPr>
          <w:p w:rsidR="0042291E" w:rsidRDefault="0000384F">
            <w:r>
              <w:rPr>
                <w:color w:val="000000"/>
              </w:rPr>
              <w:t>- HS thảo luận nhóm 4, dùng thước kiểm tra và ghi kết quả.</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hỏi: Muốn biết ba điểm có thẳng hàng không, em làm thế nào?</w:t>
            </w:r>
          </w:p>
        </w:tc>
        <w:tc>
          <w:tcPr>
            <w:tcW w:w="4932" w:type="dxa"/>
            <w:shd w:val="clear" w:color="auto" w:fill="auto"/>
            <w:tcMar>
              <w:top w:w="50" w:type="dxa"/>
              <w:left w:w="60" w:type="dxa"/>
              <w:bottom w:w="50" w:type="dxa"/>
              <w:right w:w="60" w:type="dxa"/>
            </w:tcMar>
          </w:tcPr>
          <w:p w:rsidR="0042291E" w:rsidRDefault="0000384F">
            <w:r>
              <w:rPr>
                <w:color w:val="000000"/>
              </w:rPr>
              <w:t>- HS trả lời: Dùng thước đặt qua ba điểm; nếu ba điểm cùng nằm trên một đường thẳng thì ba điểm thẳng hàng.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mời đại diện nhóm trình bày các bộ ba điểm thẳng hàng tìm được.</w:t>
            </w:r>
          </w:p>
        </w:tc>
        <w:tc>
          <w:tcPr>
            <w:tcW w:w="4932" w:type="dxa"/>
            <w:shd w:val="clear" w:color="auto" w:fill="auto"/>
            <w:tcMar>
              <w:top w:w="50" w:type="dxa"/>
              <w:left w:w="60" w:type="dxa"/>
              <w:bottom w:w="50" w:type="dxa"/>
              <w:right w:w="60" w:type="dxa"/>
            </w:tcMar>
          </w:tcPr>
          <w:p w:rsidR="0042291E" w:rsidRDefault="0000384F">
            <w:r>
              <w:rPr>
                <w:color w:val="000000"/>
              </w:rPr>
              <w:t>- Đại diện nhóm trình bày, nhóm khác nhận xét, bổ sung.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nhận xét, chốt kết quả và nhấn mạnh cách kiểm tra bằng thước.</w:t>
            </w:r>
          </w:p>
        </w:tc>
        <w:tc>
          <w:tcPr>
            <w:tcW w:w="4932" w:type="dxa"/>
            <w:shd w:val="clear" w:color="auto" w:fill="auto"/>
            <w:tcMar>
              <w:top w:w="50" w:type="dxa"/>
              <w:left w:w="60" w:type="dxa"/>
              <w:bottom w:w="50" w:type="dxa"/>
              <w:right w:w="60" w:type="dxa"/>
            </w:tcMar>
          </w:tcPr>
          <w:p w:rsidR="0042291E" w:rsidRDefault="0000384F">
            <w:r>
              <w:rPr>
                <w:color w:val="000000"/>
              </w:rPr>
              <w:t>- HS lắng nghe và hoàn thiện bài.</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b/>
                <w:color w:val="000000"/>
              </w:rPr>
              <w:t>Bài 5: Vẽ theo mẫu.</w:t>
            </w:r>
          </w:p>
          <w:p w:rsidR="0042291E" w:rsidRDefault="0042291E">
            <w:pPr>
              <w:jc w:val="center"/>
            </w:pPr>
          </w:p>
        </w:tc>
        <w:tc>
          <w:tcPr>
            <w:tcW w:w="4932" w:type="dxa"/>
            <w:shd w:val="clear" w:color="auto" w:fill="auto"/>
            <w:tcMar>
              <w:top w:w="50" w:type="dxa"/>
              <w:left w:w="60" w:type="dxa"/>
              <w:bottom w:w="50" w:type="dxa"/>
              <w:right w:w="60" w:type="dxa"/>
            </w:tcMar>
          </w:tcPr>
          <w:p w:rsidR="0042291E" w:rsidRDefault="0000384F">
            <w:r>
              <w:rPr>
                <w:color w:val="000000"/>
              </w:rPr>
              <w:t>- HS đọc yêu cầu, quan sát các hình mẫu trên giấy ô vuông.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hướng dẫn HS các bước: quan sát hình mẫu, chấm các điểm là đỉnh của hình, nối các điểm theo đúng thứ tự.</w:t>
            </w:r>
          </w:p>
        </w:tc>
        <w:tc>
          <w:tcPr>
            <w:tcW w:w="4932" w:type="dxa"/>
            <w:shd w:val="clear" w:color="auto" w:fill="auto"/>
            <w:tcMar>
              <w:top w:w="50" w:type="dxa"/>
              <w:left w:w="60" w:type="dxa"/>
              <w:bottom w:w="50" w:type="dxa"/>
              <w:right w:w="60" w:type="dxa"/>
            </w:tcMar>
          </w:tcPr>
          <w:p w:rsidR="0042291E" w:rsidRDefault="0000384F">
            <w:r>
              <w:rPr>
                <w:color w:val="000000"/>
              </w:rPr>
              <w:t>- HS lắng nghe các bước vẽ hình.</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yêu cầu HS làm cá nhân vào vở ô li hoặc giấy ô vuông.</w:t>
            </w:r>
          </w:p>
        </w:tc>
        <w:tc>
          <w:tcPr>
            <w:tcW w:w="4932" w:type="dxa"/>
            <w:shd w:val="clear" w:color="auto" w:fill="auto"/>
            <w:tcMar>
              <w:top w:w="50" w:type="dxa"/>
              <w:left w:w="60" w:type="dxa"/>
              <w:bottom w:w="50" w:type="dxa"/>
              <w:right w:w="60" w:type="dxa"/>
            </w:tcMar>
          </w:tcPr>
          <w:p w:rsidR="0042291E" w:rsidRDefault="0000384F">
            <w:r>
              <w:rPr>
                <w:color w:val="000000"/>
              </w:rPr>
              <w:t>- HS vẽ hình theo mẫu vào vở/giấy ô vuông.</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quan sát, hỗ trợ HS còn lúng túng khi xác định vị trí các đỉnh.</w:t>
            </w:r>
          </w:p>
        </w:tc>
        <w:tc>
          <w:tcPr>
            <w:tcW w:w="4932" w:type="dxa"/>
            <w:shd w:val="clear" w:color="auto" w:fill="auto"/>
            <w:tcMar>
              <w:top w:w="50" w:type="dxa"/>
              <w:left w:w="60" w:type="dxa"/>
              <w:bottom w:w="50" w:type="dxa"/>
              <w:right w:w="60" w:type="dxa"/>
            </w:tcMar>
          </w:tcPr>
          <w:p w:rsidR="0042291E" w:rsidRDefault="0000384F">
            <w:r>
              <w:rPr>
                <w:color w:val="000000"/>
              </w:rPr>
              <w:t>- HS điều chỉnh hình vẽ theo góp ý của GV.</w:t>
            </w:r>
          </w:p>
        </w:tc>
      </w:tr>
      <w:tr w:rsidR="0042291E" w:rsidTr="008D4EFD">
        <w:trPr>
          <w:jc w:val="center"/>
        </w:trPr>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GV mời một số HS trưng bày bài vẽ, nhận xét về độ thẳng của nét vẽ và sự giống mẫu.</w:t>
            </w:r>
          </w:p>
        </w:tc>
        <w:tc>
          <w:tcPr>
            <w:tcW w:w="4932" w:type="dxa"/>
            <w:tcBorders>
              <w:bottom w:val="single" w:sz="6" w:space="0" w:color="808080"/>
            </w:tcBorders>
            <w:shd w:val="clear" w:color="auto" w:fill="auto"/>
            <w:tcMar>
              <w:top w:w="50" w:type="dxa"/>
              <w:left w:w="60" w:type="dxa"/>
              <w:bottom w:w="50" w:type="dxa"/>
              <w:right w:w="60" w:type="dxa"/>
            </w:tcMar>
          </w:tcPr>
          <w:p w:rsidR="0042291E" w:rsidRDefault="0000384F">
            <w:r>
              <w:rPr>
                <w:color w:val="000000"/>
              </w:rPr>
              <w:t>- HS trưng bày bài, nhận xét và sửa bài nếu cần.</w:t>
            </w:r>
          </w:p>
        </w:tc>
      </w:tr>
      <w:tr w:rsidR="0042291E" w:rsidTr="008D4EFD">
        <w:trPr>
          <w:jc w:val="center"/>
        </w:trPr>
        <w:tc>
          <w:tcPr>
            <w:tcW w:w="9864" w:type="dxa"/>
            <w:gridSpan w:val="2"/>
            <w:tcBorders>
              <w:top w:val="single" w:sz="6" w:space="0" w:color="808080"/>
              <w:bottom w:val="single" w:sz="6" w:space="0" w:color="808080"/>
            </w:tcBorders>
            <w:shd w:val="clear" w:color="auto" w:fill="auto"/>
            <w:tcMar>
              <w:top w:w="50" w:type="dxa"/>
              <w:left w:w="60" w:type="dxa"/>
              <w:bottom w:w="50" w:type="dxa"/>
              <w:right w:w="60" w:type="dxa"/>
            </w:tcMar>
          </w:tcPr>
          <w:p w:rsidR="0042291E" w:rsidRDefault="0000384F">
            <w:bookmarkStart w:id="0" w:name="_GoBack"/>
            <w:r>
              <w:rPr>
                <w:b/>
                <w:color w:val="000000"/>
              </w:rPr>
              <w:t>3. VẬN DỤNG TRẢI NGHIỆM (2 phút)</w:t>
            </w:r>
          </w:p>
          <w:p w:rsidR="0042291E" w:rsidRDefault="0000384F">
            <w:r>
              <w:rPr>
                <w:color w:val="000000"/>
              </w:rPr>
              <w:t>Mục tiêu: Khắc sâu nội dung ôn tập hình phẳng.</w:t>
            </w:r>
          </w:p>
        </w:tc>
      </w:tr>
      <w:bookmarkEnd w:id="0"/>
      <w:tr w:rsidR="0042291E" w:rsidTr="008D4EFD">
        <w:trPr>
          <w:jc w:val="center"/>
        </w:trPr>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lastRenderedPageBreak/>
              <w:t>- GV hỏi: Hôm nay em ôn lại những nội dung hình học nào?</w:t>
            </w:r>
          </w:p>
        </w:tc>
        <w:tc>
          <w:tcPr>
            <w:tcW w:w="4932" w:type="dxa"/>
            <w:tcBorders>
              <w:top w:val="single" w:sz="6" w:space="0" w:color="808080"/>
            </w:tcBorders>
            <w:shd w:val="clear" w:color="auto" w:fill="auto"/>
            <w:tcMar>
              <w:top w:w="50" w:type="dxa"/>
              <w:left w:w="60" w:type="dxa"/>
              <w:bottom w:w="50" w:type="dxa"/>
              <w:right w:w="60" w:type="dxa"/>
            </w:tcMar>
          </w:tcPr>
          <w:p w:rsidR="0042291E" w:rsidRDefault="0000384F">
            <w:r>
              <w:rPr>
                <w:color w:val="000000"/>
              </w:rPr>
              <w:t>- HS trả lời: Đếm đoạn thẳng, đo đoạn thẳng, nhận biết hình tứ giác, ba điểm thẳng hàng và vẽ hình theo mẫu.</w:t>
            </w:r>
          </w:p>
        </w:tc>
      </w:tr>
      <w:tr w:rsidR="0042291E" w:rsidTr="000A435A">
        <w:trPr>
          <w:jc w:val="center"/>
        </w:trPr>
        <w:tc>
          <w:tcPr>
            <w:tcW w:w="4932" w:type="dxa"/>
            <w:shd w:val="clear" w:color="auto" w:fill="auto"/>
            <w:tcMar>
              <w:top w:w="50" w:type="dxa"/>
              <w:left w:w="60" w:type="dxa"/>
              <w:bottom w:w="50" w:type="dxa"/>
              <w:right w:w="60" w:type="dxa"/>
            </w:tcMar>
          </w:tcPr>
          <w:p w:rsidR="0042291E" w:rsidRDefault="0000384F">
            <w:r>
              <w:rPr>
                <w:color w:val="000000"/>
              </w:rPr>
              <w:t>- GV nhận xét giờ học, dặn HS quan sát các đồ vật có dạng hình tứ giác trong lớp học hoặc ở nhà.</w:t>
            </w:r>
          </w:p>
        </w:tc>
        <w:tc>
          <w:tcPr>
            <w:tcW w:w="4932" w:type="dxa"/>
            <w:shd w:val="clear" w:color="auto" w:fill="auto"/>
            <w:tcMar>
              <w:top w:w="50" w:type="dxa"/>
              <w:left w:w="60" w:type="dxa"/>
              <w:bottom w:w="50" w:type="dxa"/>
              <w:right w:w="60" w:type="dxa"/>
            </w:tcMar>
          </w:tcPr>
          <w:p w:rsidR="0042291E" w:rsidRDefault="0000384F">
            <w:r>
              <w:rPr>
                <w:color w:val="000000"/>
              </w:rPr>
              <w:t>- HS lắng nghe và ghi nhớ nhiệm vụ.</w:t>
            </w:r>
          </w:p>
        </w:tc>
      </w:tr>
    </w:tbl>
    <w:p w:rsidR="0042291E" w:rsidRDefault="0000384F">
      <w:r>
        <w:rPr>
          <w:b/>
          <w:color w:val="000000"/>
        </w:rPr>
        <w:t>IV. ĐIỀU CHỈNH TIẾT DẠY (NẾU CÓ)</w:t>
      </w:r>
    </w:p>
    <w:p w:rsidR="0042291E" w:rsidRDefault="0000384F">
      <w:r>
        <w:rPr>
          <w:color w:val="000000"/>
        </w:rPr>
        <w:t>……………………………………………………………………………………………………………………</w:t>
      </w:r>
    </w:p>
    <w:p w:rsidR="0042291E" w:rsidRDefault="0000384F">
      <w:r>
        <w:rPr>
          <w:color w:val="000000"/>
        </w:rPr>
        <w:t>……………………………………………………………………………………………………………………</w:t>
      </w:r>
    </w:p>
    <w:sectPr w:rsidR="0042291E" w:rsidSect="00034616">
      <w:pgSz w:w="11906" w:h="16838"/>
      <w:pgMar w:top="794"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384F"/>
    <w:rsid w:val="00034616"/>
    <w:rsid w:val="0006063C"/>
    <w:rsid w:val="000A435A"/>
    <w:rsid w:val="0015074B"/>
    <w:rsid w:val="0029639D"/>
    <w:rsid w:val="00326F90"/>
    <w:rsid w:val="0042291E"/>
    <w:rsid w:val="008D4EFD"/>
    <w:rsid w:val="00AA1D8D"/>
    <w:rsid w:val="00B47730"/>
    <w:rsid w:val="00CB0664"/>
    <w:rsid w:val="00EE53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E5389"/>
    <w:rPr>
      <w:rFonts w:ascii="Tahoma" w:hAnsi="Tahoma" w:cs="Tahoma"/>
      <w:sz w:val="16"/>
      <w:szCs w:val="16"/>
    </w:rPr>
  </w:style>
  <w:style w:type="character" w:customStyle="1" w:styleId="BalloonTextChar">
    <w:name w:val="Balloon Text Char"/>
    <w:basedOn w:val="DefaultParagraphFont"/>
    <w:link w:val="BalloonText"/>
    <w:uiPriority w:val="99"/>
    <w:semiHidden/>
    <w:rsid w:val="00EE538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E5389"/>
    <w:rPr>
      <w:rFonts w:ascii="Tahoma" w:hAnsi="Tahoma" w:cs="Tahoma"/>
      <w:sz w:val="16"/>
      <w:szCs w:val="16"/>
    </w:rPr>
  </w:style>
  <w:style w:type="character" w:customStyle="1" w:styleId="BalloonTextChar">
    <w:name w:val="Balloon Text Char"/>
    <w:basedOn w:val="DefaultParagraphFont"/>
    <w:link w:val="BalloonText"/>
    <w:uiPriority w:val="99"/>
    <w:semiHidden/>
    <w:rsid w:val="00EE538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90901-D909-485C-A178-410FF51B5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3933</Words>
  <Characters>22421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26302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2026-06-09T20:03:00Z</dcterms:created>
  <dcterms:modified xsi:type="dcterms:W3CDTF">2026-08-17T15:32:00Z</dcterms:modified>
  <cp:category/>
</cp:coreProperties>
</file>