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34"/>
        <w:gridCol w:w="1871"/>
      </w:tblGrid>
      <w:tr>
        <w:tc>
          <w:tcPr>
            <w:tcW w:type="dxa" w:w="8334"/>
            <w:shd w:fill="1F4E78"/>
            <w:tcBorders>
              <w:top w:val="single" w:sz="0" w:color="1F4E78"/>
              <w:left w:val="single" w:sz="0" w:color="1F4E78"/>
              <w:bottom w:val="single" w:sz="0" w:color="1F4E78"/>
              <w:right w:val="single" w:sz="0" w:color="1F4E78"/>
              <w:insideH w:val="single" w:sz="0" w:color="1F4E78"/>
              <w:insideV w:val="single" w:sz="0" w:color="1F4E78"/>
            </w:tcBorders>
            <w:tcMar>
              <w:top w:w="160" w:type="dxa"/>
              <w:start w:w="160" w:type="dxa"/>
              <w:bottom w:w="160" w:type="dxa"/>
              <w:end w:w="160" w:type="dxa"/>
            </w:tcMar>
          </w:tcPr>
          <w:p>
            <w:pPr>
              <w:jc w:val="left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42"/>
              </w:rPr>
              <w:t>경력직 이력서</w:t>
            </w:r>
          </w:p>
          <w:p>
            <w:pPr>
              <w:spacing w:before="60" w:after="0"/>
              <w:jc w:val="left"/>
            </w:pPr>
            <w:r>
              <w:rPr>
                <w:rFonts w:ascii="Arial" w:hAnsi="Arial"/>
                <w:color w:val="D9EAF7"/>
                <w:sz w:val="18"/>
              </w:rPr>
              <w:t>Career Resume</w:t>
            </w:r>
          </w:p>
        </w:tc>
        <w:tc>
          <w:tcPr>
            <w:tcW w:type="dxa" w:w="1871"/>
            <w:shd w:fill="F3F5F7"/>
            <w:tcBorders>
              <w:top w:val="single" w:sz="6" w:color="1F4E78"/>
              <w:left w:val="single" w:sz="6" w:color="1F4E78"/>
              <w:bottom w:val="single" w:sz="6" w:color="1F4E78"/>
              <w:right w:val="single" w:sz="6" w:color="1F4E78"/>
              <w:insideH w:val="single" w:sz="6" w:color="1F4E78"/>
              <w:insideV w:val="single" w:sz="6" w:color="1F4E78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666666"/>
                <w:sz w:val="20"/>
              </w:rPr>
              <w:t>증명사진</w:t>
              <w:br/>
              <w:t>3×4cm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710"/>
      </w:tblGrid>
      <w:tr>
        <w:tc>
          <w:tcPr>
            <w:tcW w:type="dxa" w:w="10710"/>
            <w:shd w:fill="D9EAF7"/>
            <w:tcBorders>
              <w:top w:val="single" w:sz="6" w:color="B4C7E7"/>
              <w:left w:val="single" w:sz="6" w:color="B4C7E7"/>
              <w:bottom w:val="single" w:sz="6" w:color="B4C7E7"/>
              <w:right w:val="single" w:sz="6" w:color="B4C7E7"/>
              <w:insideH w:val="single" w:sz="6" w:color="B4C7E7"/>
              <w:insideV w:val="single" w:sz="6" w:color="B4C7E7"/>
            </w:tcBorders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1F1F1F"/>
                <w:sz w:val="21"/>
              </w:rPr>
              <w:t>기본정보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77"/>
        <w:gridCol w:w="2677"/>
        <w:gridCol w:w="2677"/>
        <w:gridCol w:w="2677"/>
      </w:tblGrid>
      <w:tr>
        <w:trPr>
          <w:cantSplit/>
        </w:trPr>
        <w:tc>
          <w:tcPr>
            <w:tcW w:type="dxa" w:w="141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3F5F7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8"/>
              </w:rPr>
              <w:t>성명</w:t>
            </w:r>
          </w:p>
        </w:tc>
        <w:tc>
          <w:tcPr>
            <w:tcW w:type="dxa" w:w="345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홍길동</w:t>
            </w:r>
          </w:p>
        </w:tc>
        <w:tc>
          <w:tcPr>
            <w:tcW w:type="dxa" w:w="141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3F5F7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8"/>
              </w:rPr>
              <w:t>지원분야</w:t>
            </w:r>
          </w:p>
        </w:tc>
        <w:tc>
          <w:tcPr>
            <w:tcW w:type="dxa" w:w="39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예: 영업관리 / 회계 / 생산관리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3F5F7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8"/>
              </w:rPr>
              <w:t>휴대폰</w:t>
            </w:r>
          </w:p>
        </w:tc>
        <w:tc>
          <w:tcPr>
            <w:tcW w:type="dxa" w:w="345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010-0000-0000</w:t>
            </w:r>
          </w:p>
        </w:tc>
        <w:tc>
          <w:tcPr>
            <w:tcW w:type="dxa" w:w="141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3F5F7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8"/>
              </w:rPr>
              <w:t>이메일</w:t>
            </w:r>
          </w:p>
        </w:tc>
        <w:tc>
          <w:tcPr>
            <w:tcW w:type="dxa" w:w="39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name@example.com</w:t>
            </w:r>
          </w:p>
        </w:tc>
      </w:tr>
      <w:tr>
        <w:trPr>
          <w:cantSplit/>
        </w:trPr>
        <w:tc>
          <w:tcPr>
            <w:tcW w:type="dxa" w:w="141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3F5F7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8"/>
              </w:rPr>
              <w:t>주소</w:t>
            </w:r>
          </w:p>
        </w:tc>
        <w:tc>
          <w:tcPr>
            <w:tcW w:type="dxa" w:w="345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시·도 / 시·군·구 정도로 작성</w:t>
            </w:r>
          </w:p>
        </w:tc>
        <w:tc>
          <w:tcPr>
            <w:tcW w:type="dxa" w:w="141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3F5F7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8"/>
              </w:rPr>
              <w:t>희망근무지</w:t>
            </w:r>
          </w:p>
        </w:tc>
        <w:tc>
          <w:tcPr>
            <w:tcW w:type="dxa" w:w="391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예: 서울 / 인천 / 수도권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710"/>
      </w:tblGrid>
      <w:tr>
        <w:tc>
          <w:tcPr>
            <w:tcW w:type="dxa" w:w="10710"/>
            <w:shd w:fill="D9EAF7"/>
            <w:tcBorders>
              <w:top w:val="single" w:sz="6" w:color="B4C7E7"/>
              <w:left w:val="single" w:sz="6" w:color="B4C7E7"/>
              <w:bottom w:val="single" w:sz="6" w:color="B4C7E7"/>
              <w:right w:val="single" w:sz="6" w:color="B4C7E7"/>
              <w:insideH w:val="single" w:sz="6" w:color="B4C7E7"/>
              <w:insideV w:val="single" w:sz="6" w:color="B4C7E7"/>
            </w:tcBorders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1F1F1F"/>
                <w:sz w:val="21"/>
              </w:rPr>
              <w:t>경력 요약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55"/>
        <w:gridCol w:w="5355"/>
      </w:tblGrid>
      <w:tr>
        <w:tc>
          <w:tcPr>
            <w:tcW w:type="dxa" w:w="181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F3F5F7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8"/>
              </w:rPr>
              <w:t>총 경력</w:t>
            </w:r>
          </w:p>
        </w:tc>
        <w:tc>
          <w:tcPr>
            <w:tcW w:type="dxa" w:w="839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예: 7년 3개월</w:t>
            </w:r>
          </w:p>
        </w:tc>
      </w:tr>
      <w:tr>
        <w:tc>
          <w:tcPr>
            <w:tcW w:type="dxa" w:w="181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F3F5F7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8"/>
              </w:rPr>
              <w:t>핵심 직무</w:t>
            </w:r>
          </w:p>
        </w:tc>
        <w:tc>
          <w:tcPr>
            <w:tcW w:type="dxa" w:w="839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예: 영업관리, 매출분석, 거래처 관리</w:t>
            </w:r>
          </w:p>
        </w:tc>
      </w:tr>
      <w:tr>
        <w:tc>
          <w:tcPr>
            <w:tcW w:type="dxa" w:w="181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F3F5F7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8"/>
              </w:rPr>
              <w:t>핵심 강점</w:t>
            </w:r>
          </w:p>
        </w:tc>
        <w:tc>
          <w:tcPr>
            <w:tcW w:type="dxa" w:w="839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예: 데이터 기반 보고, 일정관리, 협업 커뮤니케이션</w:t>
            </w:r>
          </w:p>
        </w:tc>
      </w:tr>
      <w:tr>
        <w:tc>
          <w:tcPr>
            <w:tcW w:type="dxa" w:w="1814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F3F5F7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8"/>
              </w:rPr>
              <w:t>대표 성과</w:t>
            </w:r>
          </w:p>
        </w:tc>
        <w:tc>
          <w:tcPr>
            <w:tcW w:type="dxa" w:w="839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예: 월 마감시간 30% 단축 / 신규 거래처 15개 확보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710"/>
      </w:tblGrid>
      <w:tr>
        <w:tc>
          <w:tcPr>
            <w:tcW w:type="dxa" w:w="10710"/>
            <w:shd w:fill="D9EAF7"/>
            <w:tcBorders>
              <w:top w:val="single" w:sz="6" w:color="B4C7E7"/>
              <w:left w:val="single" w:sz="6" w:color="B4C7E7"/>
              <w:bottom w:val="single" w:sz="6" w:color="B4C7E7"/>
              <w:right w:val="single" w:sz="6" w:color="B4C7E7"/>
              <w:insideH w:val="single" w:sz="6" w:color="B4C7E7"/>
              <w:insideV w:val="single" w:sz="6" w:color="B4C7E7"/>
            </w:tcBorders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1F1F1F"/>
                <w:sz w:val="21"/>
              </w:rPr>
              <w:t>핵심역량 / 보유스킬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70"/>
        <w:gridCol w:w="3570"/>
        <w:gridCol w:w="3570"/>
      </w:tblGrid>
      <w:tr>
        <w:trPr>
          <w:tblHeader w:val="true"/>
        </w:trPr>
        <w:tc>
          <w:tcPr>
            <w:tcW w:type="dxa" w:w="2438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8"/>
              </w:rPr>
              <w:t>역량/도구</w:t>
            </w:r>
          </w:p>
        </w:tc>
        <w:tc>
          <w:tcPr>
            <w:tcW w:type="dxa" w:w="1701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8"/>
              </w:rPr>
              <w:t>숙련도</w:t>
            </w:r>
          </w:p>
        </w:tc>
        <w:tc>
          <w:tcPr>
            <w:tcW w:type="dxa" w:w="6066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8"/>
              </w:rPr>
              <w:t>활용 내용</w:t>
            </w:r>
          </w:p>
        </w:tc>
      </w:tr>
      <w:tr>
        <w:tc>
          <w:tcPr>
            <w:tcW w:type="dxa" w:w="35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Excel / Sheets</w:t>
            </w:r>
          </w:p>
        </w:tc>
        <w:tc>
          <w:tcPr>
            <w:tcW w:type="dxa" w:w="35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FFF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중급</w:t>
            </w:r>
          </w:p>
        </w:tc>
        <w:tc>
          <w:tcPr>
            <w:tcW w:type="dxa" w:w="35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함수·피벗·리포트 작성</w:t>
            </w:r>
          </w:p>
        </w:tc>
      </w:tr>
      <w:tr>
        <w:tc>
          <w:tcPr>
            <w:tcW w:type="dxa" w:w="35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PowerPoint / 문서작성</w:t>
            </w:r>
          </w:p>
        </w:tc>
        <w:tc>
          <w:tcPr>
            <w:tcW w:type="dxa" w:w="35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FFF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중급</w:t>
            </w:r>
          </w:p>
        </w:tc>
        <w:tc>
          <w:tcPr>
            <w:tcW w:type="dxa" w:w="35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보고서·회의자료 작성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710"/>
      </w:tblGrid>
      <w:tr>
        <w:tc>
          <w:tcPr>
            <w:tcW w:type="dxa" w:w="10710"/>
            <w:shd w:fill="D9EAF7"/>
            <w:tcBorders>
              <w:top w:val="single" w:sz="6" w:color="B4C7E7"/>
              <w:left w:val="single" w:sz="6" w:color="B4C7E7"/>
              <w:bottom w:val="single" w:sz="6" w:color="B4C7E7"/>
              <w:right w:val="single" w:sz="6" w:color="B4C7E7"/>
              <w:insideH w:val="single" w:sz="6" w:color="B4C7E7"/>
              <w:insideV w:val="single" w:sz="6" w:color="B4C7E7"/>
            </w:tcBorders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1F1F1F"/>
                <w:sz w:val="21"/>
              </w:rPr>
              <w:t>경력사항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42"/>
        <w:gridCol w:w="2142"/>
        <w:gridCol w:w="2142"/>
        <w:gridCol w:w="2142"/>
        <w:gridCol w:w="2142"/>
      </w:tblGrid>
      <w:tr>
        <w:trPr>
          <w:tblHeader w:val="true"/>
        </w:trPr>
        <w:tc>
          <w:tcPr>
            <w:tcW w:type="dxa" w:w="1701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근무기간</w:t>
            </w:r>
          </w:p>
        </w:tc>
        <w:tc>
          <w:tcPr>
            <w:tcW w:type="dxa" w:w="2268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회사명</w:t>
            </w:r>
          </w:p>
        </w:tc>
        <w:tc>
          <w:tcPr>
            <w:tcW w:type="dxa" w:w="1871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부서/직급</w:t>
            </w:r>
          </w:p>
        </w:tc>
        <w:tc>
          <w:tcPr>
            <w:tcW w:type="dxa" w:w="1814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고용형태</w:t>
            </w:r>
          </w:p>
        </w:tc>
        <w:tc>
          <w:tcPr>
            <w:tcW w:type="dxa" w:w="2551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주요업무</w:t>
            </w:r>
          </w:p>
        </w:tc>
      </w:tr>
      <w:tr>
        <w:trPr>
          <w:cantSplit/>
        </w:trPr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YYYY.MM~YYYY.MM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회사명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부서 / 직급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정규직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주요 담당업무</w:t>
            </w:r>
          </w:p>
        </w:tc>
      </w:tr>
      <w:tr>
        <w:trPr>
          <w:cantSplit/>
        </w:trPr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YYYY.MM~YYYY.MM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회사명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부서 / 직급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정규직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주요 담당업무</w:t>
            </w:r>
          </w:p>
        </w:tc>
      </w:tr>
      <w:tr>
        <w:trPr>
          <w:cantSplit/>
        </w:trPr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YYYY.MM~YYYY.MM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회사명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부서 / 직급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정규직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주요 담당업무</w:t>
            </w:r>
          </w:p>
        </w:tc>
      </w:tr>
      <w:tr>
        <w:trPr>
          <w:cantSplit/>
        </w:trPr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YYYY.MM~YYYY.MM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회사명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부서 / 직급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정규직</w:t>
            </w:r>
          </w:p>
        </w:tc>
        <w:tc>
          <w:tcPr>
            <w:tcW w:type="dxa" w:w="2142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777777"/>
                <w:sz w:val="17"/>
              </w:rPr>
              <w:t>주요 담당업무</w:t>
            </w:r>
          </w:p>
        </w:tc>
      </w:tr>
    </w:tbl>
    <w:p>
      <w:r>
        <w:rPr>
          <w:rFonts w:ascii="Malgun Gothic" w:hAnsi="Malgun Gothic" w:eastAsia="맑은 고딕"/>
        </w:rP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710"/>
      </w:tblGrid>
      <w:tr>
        <w:tc>
          <w:tcPr>
            <w:tcW w:type="dxa" w:w="10710"/>
            <w:shd w:fill="D9EAF7"/>
            <w:tcBorders>
              <w:top w:val="single" w:sz="6" w:color="B4C7E7"/>
              <w:left w:val="single" w:sz="6" w:color="B4C7E7"/>
              <w:bottom w:val="single" w:sz="6" w:color="B4C7E7"/>
              <w:right w:val="single" w:sz="6" w:color="B4C7E7"/>
              <w:insideH w:val="single" w:sz="6" w:color="B4C7E7"/>
              <w:insideV w:val="single" w:sz="6" w:color="B4C7E7"/>
            </w:tcBorders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1F1F1F"/>
                <w:sz w:val="21"/>
              </w:rPr>
              <w:t>주요 성과 / 프로젝트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77"/>
        <w:gridCol w:w="2677"/>
        <w:gridCol w:w="2677"/>
        <w:gridCol w:w="2677"/>
      </w:tblGrid>
      <w:tr>
        <w:trPr>
          <w:tblHeader w:val="true"/>
        </w:trPr>
        <w:tc>
          <w:tcPr>
            <w:tcW w:type="dxa" w:w="2154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회사/프로젝트</w:t>
            </w:r>
          </w:p>
        </w:tc>
        <w:tc>
          <w:tcPr>
            <w:tcW w:type="dxa" w:w="2268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기간</w:t>
            </w:r>
          </w:p>
        </w:tc>
        <w:tc>
          <w:tcPr>
            <w:tcW w:type="dxa" w:w="3402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주요 역할·성과</w:t>
            </w:r>
          </w:p>
        </w:tc>
        <w:tc>
          <w:tcPr>
            <w:tcW w:type="dxa" w:w="2381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수치/결과</w:t>
            </w:r>
          </w:p>
        </w:tc>
      </w:tr>
      <w:tr>
        <w:trPr>
          <w:cantSplit/>
        </w:trPr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7"/>
              </w:rPr>
              <w:t>○○회사</w:t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7"/>
              </w:rPr>
              <w:t>2024.01~2025.12</w:t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7"/>
              </w:rPr>
              <w:t>월 마감 프로세스 개선, 보고체계 표준화</w:t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7"/>
              </w:rPr>
              <w:t>마감시간 30% 단축</w:t>
            </w:r>
          </w:p>
        </w:tc>
      </w:tr>
      <w:tr>
        <w:trPr>
          <w:cantSplit/>
        </w:trPr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7"/>
              </w:rPr>
              <w:t>○○프로젝트</w:t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7"/>
              </w:rPr>
              <w:t>2023.03~2023.11</w:t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7"/>
              </w:rPr>
              <w:t>고객 데이터 정비 및 영업자료 자동화</w:t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7"/>
              </w:rPr>
              <w:t>업무시간 월 20시간 절감</w:t>
            </w:r>
          </w:p>
        </w:tc>
      </w:tr>
      <w:tr>
        <w:trPr>
          <w:cantSplit/>
        </w:trPr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7"/>
              </w:rPr>
            </w:r>
          </w:p>
        </w:tc>
      </w:tr>
    </w:tbl>
    <w:p>
      <w:pPr>
        <w:spacing w:after="6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710"/>
      </w:tblGrid>
      <w:tr>
        <w:tc>
          <w:tcPr>
            <w:tcW w:type="dxa" w:w="10710"/>
            <w:shd w:fill="D9EAF7"/>
            <w:tcBorders>
              <w:top w:val="single" w:sz="6" w:color="B4C7E7"/>
              <w:left w:val="single" w:sz="6" w:color="B4C7E7"/>
              <w:bottom w:val="single" w:sz="6" w:color="B4C7E7"/>
              <w:right w:val="single" w:sz="6" w:color="B4C7E7"/>
              <w:insideH w:val="single" w:sz="6" w:color="B4C7E7"/>
              <w:insideV w:val="single" w:sz="6" w:color="B4C7E7"/>
            </w:tcBorders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1F1F1F"/>
                <w:sz w:val="21"/>
              </w:rPr>
              <w:t>자격증 / 교육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77"/>
        <w:gridCol w:w="2677"/>
        <w:gridCol w:w="2677"/>
        <w:gridCol w:w="2677"/>
      </w:tblGrid>
      <w:tr>
        <w:tc>
          <w:tcPr>
            <w:tcW w:type="dxa" w:w="1701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취득일</w:t>
            </w:r>
          </w:p>
        </w:tc>
        <w:tc>
          <w:tcPr>
            <w:tcW w:type="dxa" w:w="3118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자격/교육명</w:t>
            </w:r>
          </w:p>
        </w:tc>
        <w:tc>
          <w:tcPr>
            <w:tcW w:type="dxa" w:w="2835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발급기관</w:t>
            </w:r>
          </w:p>
        </w:tc>
        <w:tc>
          <w:tcPr>
            <w:tcW w:type="dxa" w:w="2551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비고/점수</w:t>
            </w:r>
          </w:p>
        </w:tc>
      </w:tr>
      <w:tr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</w:tr>
    </w:tbl>
    <w:p>
      <w:pPr>
        <w:spacing w:after="6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710"/>
      </w:tblGrid>
      <w:tr>
        <w:tc>
          <w:tcPr>
            <w:tcW w:type="dxa" w:w="10710"/>
            <w:shd w:fill="D9EAF7"/>
            <w:tcBorders>
              <w:top w:val="single" w:sz="6" w:color="B4C7E7"/>
              <w:left w:val="single" w:sz="6" w:color="B4C7E7"/>
              <w:bottom w:val="single" w:sz="6" w:color="B4C7E7"/>
              <w:right w:val="single" w:sz="6" w:color="B4C7E7"/>
              <w:insideH w:val="single" w:sz="6" w:color="B4C7E7"/>
              <w:insideV w:val="single" w:sz="6" w:color="B4C7E7"/>
            </w:tcBorders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1F1F1F"/>
                <w:sz w:val="21"/>
              </w:rPr>
              <w:t>학력사항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77"/>
        <w:gridCol w:w="2677"/>
        <w:gridCol w:w="2677"/>
        <w:gridCol w:w="2677"/>
      </w:tblGrid>
      <w:tr>
        <w:tc>
          <w:tcPr>
            <w:tcW w:type="dxa" w:w="1984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기간</w:t>
            </w:r>
          </w:p>
        </w:tc>
        <w:tc>
          <w:tcPr>
            <w:tcW w:type="dxa" w:w="2948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학교명</w:t>
            </w:r>
          </w:p>
        </w:tc>
        <w:tc>
          <w:tcPr>
            <w:tcW w:type="dxa" w:w="2835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전공</w:t>
            </w:r>
          </w:p>
        </w:tc>
        <w:tc>
          <w:tcPr>
            <w:tcW w:type="dxa" w:w="2721"/>
            <w:shd w:fill="5B9BD5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FFFFFF"/>
                <w:sz w:val="17"/>
              </w:rPr>
              <w:t>졸업구분</w:t>
            </w:r>
          </w:p>
        </w:tc>
      </w:tr>
      <w:tr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</w:tr>
      <w:tr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  <w:tc>
          <w:tcPr>
            <w:tcW w:type="dxa" w:w="267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7"/>
              </w:rPr>
            </w:r>
          </w:p>
        </w:tc>
      </w:tr>
    </w:tbl>
    <w:p>
      <w:pPr>
        <w:spacing w:after="6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710"/>
      </w:tblGrid>
      <w:tr>
        <w:tc>
          <w:tcPr>
            <w:tcW w:type="dxa" w:w="10710"/>
            <w:shd w:fill="D9EAF7"/>
            <w:tcBorders>
              <w:top w:val="single" w:sz="6" w:color="B4C7E7"/>
              <w:left w:val="single" w:sz="6" w:color="B4C7E7"/>
              <w:bottom w:val="single" w:sz="6" w:color="B4C7E7"/>
              <w:right w:val="single" w:sz="6" w:color="B4C7E7"/>
              <w:insideH w:val="single" w:sz="6" w:color="B4C7E7"/>
              <w:insideV w:val="single" w:sz="6" w:color="B4C7E7"/>
            </w:tcBorders>
            <w:tcMar>
              <w:top w:w="60" w:type="dxa"/>
              <w:start w:w="90" w:type="dxa"/>
              <w:bottom w:w="60" w:type="dxa"/>
              <w:end w:w="90" w:type="dxa"/>
            </w:tcMar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1F1F1F"/>
                <w:sz w:val="21"/>
              </w:rPr>
              <w:t>경력소개 / 지원동기 요약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710"/>
      </w:tblGrid>
      <w:tr>
        <w:tc>
          <w:tcPr>
            <w:tcW w:type="dxa" w:w="1071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shd w:fill="FFF7D6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before="0" w:after="0" w:line="276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666666"/>
                <w:sz w:val="18"/>
              </w:rPr>
              <w:t>예: 7년간 영업관리와 매출분석 업무를 담당하며 데이터 기반 의사결정과 업무 프로세스 개선을 강점으로 쌓아왔습니다. 현장과 관리부서 사이의 협업 경험을 바탕으로 정확한 실행과 일정 준수를 중요하게 생각합니다.</w:t>
            </w:r>
          </w:p>
        </w:tc>
      </w:tr>
    </w:tbl>
    <w:p>
      <w:pPr>
        <w:spacing w:before="100" w:after="0"/>
      </w:pPr>
      <w:r>
        <w:rPr>
          <w:rFonts w:ascii="Malgun Gothic" w:hAnsi="Malgun Gothic" w:eastAsia="맑은 고딕"/>
          <w:color w:val="6B5B00"/>
          <w:sz w:val="17"/>
        </w:rPr>
        <w:t>작성 팁: 경력직 이력서는 담당업무만 나열하기보다 '무엇을 개선했고 어떤 결과가 있었는지'를 숫자·기간·성과 중심으로 적으면 읽기 쉽습니다.</w:t>
      </w:r>
    </w:p>
    <w:sectPr w:rsidR="00FC693F" w:rsidRPr="0006063C" w:rsidSect="00034616">
      <w:footerReference w:type="default" r:id="rId9"/>
      <w:pgSz w:w="12240" w:h="15840"/>
      <w:pgMar w:top="709" w:right="765" w:bottom="709" w:left="765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algun Gothic" w:hAnsi="Malgun Gothic" w:eastAsia="맑은 고딕"/>
        <w:color w:val="888888"/>
        <w:sz w:val="15"/>
      </w:rPr>
      <w:t>경력직 이력서 양식 | 제출 전 채용공고의 필수항목과 파일 형식을 확인하세요.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