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KẾ HOẠCH BÀI DẠY MÔN TOÁN LỚP 4 - TUẦN 16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BÀI 32: LUYỆN TẬP CHUNG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TIẾT 76: LUYỆN TẬP (TRANG 111)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I. YÊU CẦU CẦN ĐẠT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1. Năng lực đặc thù:</w:t>
      </w:r>
    </w:p>
    <w:p w:rsidR="00F855F3" w:rsidRPr="0016591E" w:rsidRDefault="0076322A">
      <w:pPr>
        <w:spacing w:after="0" w:line="240" w:lineRule="auto"/>
      </w:pPr>
      <w:r w:rsidRPr="0016591E">
        <w:t>- Củng cố kĩ năng nhận biết hai đường thẳng song song, hai đường thẳng vuông góc và các hình đã học.</w:t>
      </w:r>
    </w:p>
    <w:p w:rsidR="00F855F3" w:rsidRPr="0016591E" w:rsidRDefault="0076322A">
      <w:pPr>
        <w:spacing w:after="0" w:line="240" w:lineRule="auto"/>
      </w:pPr>
      <w:r w:rsidRPr="0016591E">
        <w:t>- Biết kiểm tra độ dài bằng thước; biết cắt, ghép hình và di chuyển que tính theo yêu cầu.</w:t>
      </w:r>
    </w:p>
    <w:p w:rsidR="00F855F3" w:rsidRPr="0016591E" w:rsidRDefault="0076322A">
      <w:pPr>
        <w:spacing w:after="0" w:line="240" w:lineRule="auto"/>
      </w:pPr>
      <w:r w:rsidRPr="0016591E">
        <w:t>- Vận dụng kiến thức hình học để giải quyết các tình huống thực hành.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2. Năng lực chung:</w:t>
      </w:r>
    </w:p>
    <w:p w:rsidR="00F855F3" w:rsidRPr="0016591E" w:rsidRDefault="0076322A">
      <w:pPr>
        <w:spacing w:after="0" w:line="240" w:lineRule="auto"/>
      </w:pPr>
      <w:r w:rsidRPr="0016591E">
        <w:t>- Tư duy và lập luận toán học: Phân tích đặc điểm của các đường thẳng và hình học phẳng.</w:t>
      </w:r>
    </w:p>
    <w:p w:rsidR="00F855F3" w:rsidRPr="0016591E" w:rsidRDefault="0076322A">
      <w:pPr>
        <w:spacing w:after="0" w:line="240" w:lineRule="auto"/>
      </w:pPr>
      <w:r w:rsidRPr="0016591E">
        <w:t>- Giải quyết vấn đề và sáng tạo: Lựa chọn cách cắt, ghép, di chuyển que tính phù hợp.</w:t>
      </w:r>
    </w:p>
    <w:p w:rsidR="00F855F3" w:rsidRPr="0016591E" w:rsidRDefault="0076322A">
      <w:pPr>
        <w:spacing w:after="0" w:line="240" w:lineRule="auto"/>
      </w:pPr>
      <w:r w:rsidRPr="0016591E">
        <w:t>- Giao tiếp và hợp tác: Trao đổi, trình bày cách làm khi hoạt động cặp đôi và nhóm.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3. Phẩm chất:</w:t>
      </w:r>
    </w:p>
    <w:p w:rsidR="00F855F3" w:rsidRPr="0016591E" w:rsidRDefault="0076322A">
      <w:pPr>
        <w:spacing w:after="0" w:line="240" w:lineRule="auto"/>
      </w:pPr>
      <w:r w:rsidRPr="0016591E">
        <w:t>- Chăm chỉ: Tích cực luyện tập, thực hành.</w:t>
      </w:r>
    </w:p>
    <w:p w:rsidR="00F855F3" w:rsidRPr="0016591E" w:rsidRDefault="0076322A">
      <w:pPr>
        <w:spacing w:after="0" w:line="240" w:lineRule="auto"/>
      </w:pPr>
      <w:r w:rsidRPr="0016591E">
        <w:t>- Trách nhiệm: Hoàn thành nhiệm vụ, sử dụng dụng cụ học tập an toàn.</w:t>
      </w:r>
    </w:p>
    <w:p w:rsidR="00F855F3" w:rsidRPr="0016591E" w:rsidRDefault="0076322A">
      <w:pPr>
        <w:spacing w:after="0" w:line="240" w:lineRule="auto"/>
      </w:pPr>
      <w:r w:rsidRPr="0016591E">
        <w:t>- Trung thực: Nêu đúng kết quả quan sát và đo đạc.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II. ĐỒ DÙNG DẠY HỌC</w:t>
      </w:r>
    </w:p>
    <w:p w:rsidR="00F855F3" w:rsidRPr="0016591E" w:rsidRDefault="0076322A">
      <w:pPr>
        <w:spacing w:after="0" w:line="240" w:lineRule="auto"/>
      </w:pPr>
      <w:r w:rsidRPr="0016591E">
        <w:t>- GV: SGK Toán 4, kế hoạch bài dạy, máy tính, ti vi, bài giảng điện tử, bảng phụ, phiếu học tập; hình/bài tập SGK được cắt đúng nội dung. Chuẩn bị thêm kéo, giấy kẻ ô vuông, que tính.</w:t>
      </w:r>
    </w:p>
    <w:p w:rsidR="00F855F3" w:rsidRPr="0016591E" w:rsidRDefault="0076322A">
      <w:pPr>
        <w:spacing w:after="0" w:line="240" w:lineRule="auto"/>
      </w:pPr>
      <w:r w:rsidRPr="0016591E">
        <w:t>- HS: SGK, vở ghi, bảng con, bút, thước thẳng, ê ke và đồ dùng học tập cá nhân.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16591E" w:rsidRPr="0016591E" w:rsidTr="0016591E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học sinh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1. Khởi động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Tạo tâm thế phấn khởi và ôn nhanh kiến thức hình học.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Tổ chức HS chơi trò chơi “Ai nhanh, ai đúng”.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 luật chơi, chuẩn bị bảng con.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 rõ cách chơi: mỗi câu có 10 giây suy nghĩ; HS giơ bảng cùng lúc, không giơ trước hiệu lệnh.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quan sát nhanh những đáp án chưa đúng để lưu ý hỗ trợ trong phần luyện tập.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nhắc lại luật chơi, thực hiện theo hiệu lệnh.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tự ghi nhớ nội dung mình còn nhầm để chú ý sửa trong bài học.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 Câu 1: Hai đường thẳng không có điểm chung, kéo dài mãi cũng không cắt nhau gọi là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A. Hai đường thẳng song song.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 Câu 2: Hai đường thẳng cắt nhau và tạo thành góc vuông gọi là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B. Hai đường thẳng vuông góc.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 Câu 3: Đồ vật có dạng hình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C. Hình thoi.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tuyên dương và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tên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2. Luyện tập, thực hành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kĩ năng nhận biết đường thẳng song song, vuông góc; thực hành cắt, ghép và tạo hình.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1: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Điền Đ hoặc S vào mỗi câu.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cho HS làm cá nhân 1 phút, dùng thước hoặc ê ke kiểm tra từng cặp đoạn thẳng trước khi ghi Đ/S.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tổ chức trao đổi nhóm đôi: mỗi bạn giải thích ít nhất một câu bằng đặc điểm song song hoặc vuông góc.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làm cá nhân, kiểm tra hình trước khi ghi kết quả.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trao đổi nhóm đôi, nêu lí do và thống nhất đáp án.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quan sát hình và trả lời câu 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a) Đ: MP song song với DC.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trả lời câu b.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b) Đ: AP song song với DC.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trả lời câu 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c) S: MN không vuông góc với NP.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trả lời câu d.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d) Đ: GH vuông góc với AB.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nhấn mạnh cần quan sát đúng tên đoạn thẳng và dùng đặc điểm song song, vuông góc để giải thích.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đối chiếu và sửa bài nếu cần.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2: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Dự đoán hai đoạn thẳng song song có cùng độ dài hay không rồi kiểm tra bằng thước.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ghi dự đoán “bằng nhau/không bằng nhau” trước khi đo, sau đó đo từng đoạn thẳng hai lần và ghi số đo vào nháp.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mời HS so sánh dự đoán với kết quả đo và giải thích vì sao mắt nhìn có thể bị đánh lừa.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ghi dự đoán, đo hai lần và ghi số đo.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đối chiếu: dự đoán có thể khác kết quả; thước đo cho kết quả đáng tin cậy hơn quan sát bằng mắt.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Yêu cầu HS dự đoán, dùng thước đo từng đoạn thẳng và ghi kết quả.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Hai đoạn thẳng song song có cùng độ dài.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giải thích đây là ảo ảnh thị giác: các đường xiên hai bên làm ta có cảm giác hai đoạn thẳng dài ngắn khác nhau, nhưng kết quả đo cho thấy chúng bằng nhau.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nhớ cần kiểm tra bằng dụng cụ đo.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Bài 3: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Vẽ hình bình hành, kẻ một đường chia hình để cắt và ghép thành hình chữ nhật.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dùng bút chì đánh dấu đường cắt trước khi cắt; dự đoán vị trí ghép phần tam giác để tạo được hai cạnh đối diện song song của hình chữ nhật.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quan sát, hỗ trợ HS còn lúng túng bằng cách gợi ý dịch chuyển mảnh cắt sang phía đối diện.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đánh dấu đường cắt, dự đoán vị trí ghép và trình bày dự đoán với bạn.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điều chỉnh cách ghép theo gợi ý, không làm thay sản phẩm của bạn.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hướng dẫn: Kẻ đoạn thẳng vuông góc từ đỉnh trên bên trái xuống cạnh đáy, cắt phần tam giác bên trái và chuyển sang ghép vào bên phải.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Ghép tam giác vừa cắt sang phía phải, được một hình chữ nhật.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thực hành cá nhân; mời một HS trình bày thao tác trên bảng.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thực hành, hoàn thiện hình chữ nhật và kiểm tra các góc vuông.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4: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Di chuyển 3 que tính để được 3 hình thoi.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giao nhiệm vụ rõ ràng trong cặp: một bạn thao tác di chuyển que, một bạn quan sát số que và số hình tạo được; sau đó đổi vai.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nhắc HS không bẻ que, không thêm hoặc bớt que ngoài yêu cầu.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phân công, luân phiên thao tác và kiểm tra.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thực hiện đúng yêu cầu chỉ di chuyển 3 que tính.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làm việc theo cặp, di chuyển que tính và mô tả cách xếp.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Xếp các que thành một tam giác lớn gồm bốn tam giác nhỏ; ba cặp tam giác kề nhau tạo thành ba hình thoi.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tuyên dương và nhấn mạnh mỗi hình thoi được ghép từ hai tam giác bằng nhau.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đối chiếu sản phẩm, điều chỉnh nếu cần.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từng cặp đặt sản phẩm que tính cạnh nhau, kiểm tra đủ 3 hình thoi và chỉ rõ bốn cạnh của từng hình thoi.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mời một cặp nêu điểm đã điều chỉnh sau khi so sánh với sản phẩm của bạn.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kiểm tra đủ 3 hình thoi, chỉ đúng bốn cạnh của từng hình.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nêu phần đã điều chỉnh và hoàn thiện sản phẩm.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3. Vận dụng, trải nghiệm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kiến thức về góc và hình đã học.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Góc nhọn là góc như thế nào?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Góc nhọn bé hơn góc vuông.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Góc vuông bằng bao nhiêu độ?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Góc vuông bằng 90°.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Góc tù là góc như thế nào so với góc vuông?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Góc tù lớn hơn góc vuông và bé hơn góc bẹt.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Hai hình tam giác giống nhau có thể ghép thành hình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Có thể ghép thành hình thoi, hình bình hành hoặc một hình tam giác lớn tùy cách ghép.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 tiết học.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nghe.</w:t>
            </w:r>
          </w:p>
        </w:tc>
      </w:tr>
    </w:tbl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IV. ĐIỀU CHỈNH SAU BÀI DẠY (nếu có):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keepNext/>
        <w:pageBreakBefore/>
        <w:spacing w:after="0" w:line="240" w:lineRule="auto"/>
        <w:jc w:val="center"/>
      </w:pPr>
      <w:r w:rsidRPr="0016591E">
        <w:rPr>
          <w:b/>
        </w:rPr>
        <w:lastRenderedPageBreak/>
        <w:t>KẾ HOẠCH BÀI DẠY MÔN TOÁN LỚP 4 - TUẦN 16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BÀI 32: LUYỆN TẬP CHUNG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TIẾT 77: LUYỆN TẬP (TRANG 112)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I. YÊU CẦU CẦN ĐẠT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1. Năng lực đặc thù:</w:t>
      </w:r>
    </w:p>
    <w:p w:rsidR="00F855F3" w:rsidRPr="0016591E" w:rsidRDefault="0076322A">
      <w:pPr>
        <w:spacing w:after="0" w:line="240" w:lineRule="auto"/>
      </w:pPr>
      <w:r w:rsidRPr="0016591E">
        <w:t>- Củng cố kĩ năng nhận biết quy luật hình, hai đường thẳng song song và góc vuông.</w:t>
      </w:r>
    </w:p>
    <w:p w:rsidR="00F855F3" w:rsidRPr="0016591E" w:rsidRDefault="0076322A">
      <w:pPr>
        <w:spacing w:after="0" w:line="240" w:lineRule="auto"/>
      </w:pPr>
      <w:r w:rsidRPr="0016591E">
        <w:t>- Biết vận dụng thao tác cắt, ghép để tạo hình bình hành hoặc hình tam giác.</w:t>
      </w:r>
    </w:p>
    <w:p w:rsidR="00F855F3" w:rsidRPr="0016591E" w:rsidRDefault="0076322A">
      <w:pPr>
        <w:spacing w:after="0" w:line="240" w:lineRule="auto"/>
      </w:pPr>
      <w:r w:rsidRPr="0016591E">
        <w:t>- Vận dụng kiến thức hình học vào một số tình huống trực quan.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2. Năng lực chung:</w:t>
      </w:r>
    </w:p>
    <w:p w:rsidR="00F855F3" w:rsidRPr="0016591E" w:rsidRDefault="0076322A">
      <w:pPr>
        <w:spacing w:after="0" w:line="240" w:lineRule="auto"/>
      </w:pPr>
      <w:r w:rsidRPr="0016591E">
        <w:t>- Tư duy và lập luận toán học: Phân tích quy luật, kiểm chứng tính song song và vuông góc.</w:t>
      </w:r>
    </w:p>
    <w:p w:rsidR="00F855F3" w:rsidRPr="0016591E" w:rsidRDefault="0076322A">
      <w:pPr>
        <w:spacing w:after="0" w:line="240" w:lineRule="auto"/>
      </w:pPr>
      <w:r w:rsidRPr="0016591E">
        <w:t>- Giải quyết vấn đề và sáng tạo: Thực hiện nhiều cách ghép hình khác nhau.</w:t>
      </w:r>
    </w:p>
    <w:p w:rsidR="00F855F3" w:rsidRPr="0016591E" w:rsidRDefault="0076322A">
      <w:pPr>
        <w:spacing w:after="0" w:line="240" w:lineRule="auto"/>
      </w:pPr>
      <w:r w:rsidRPr="0016591E">
        <w:t>- Giao tiếp và hợp tác: Trao đổi, nhận xét sản phẩm của bạn.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3. Phẩm chất:</w:t>
      </w:r>
    </w:p>
    <w:p w:rsidR="00F855F3" w:rsidRPr="0016591E" w:rsidRDefault="0076322A">
      <w:pPr>
        <w:spacing w:after="0" w:line="240" w:lineRule="auto"/>
      </w:pPr>
      <w:r w:rsidRPr="0016591E">
        <w:t>- Chăm chỉ: Tích cực thực hành.</w:t>
      </w:r>
    </w:p>
    <w:p w:rsidR="00F855F3" w:rsidRPr="0016591E" w:rsidRDefault="0076322A">
      <w:pPr>
        <w:spacing w:after="0" w:line="240" w:lineRule="auto"/>
      </w:pPr>
      <w:r w:rsidRPr="0016591E">
        <w:t>- Trách nhiệm: Cẩn thận khi sử dụng kéo và giấy.</w:t>
      </w:r>
    </w:p>
    <w:p w:rsidR="00F855F3" w:rsidRPr="0016591E" w:rsidRDefault="0076322A">
      <w:pPr>
        <w:spacing w:after="0" w:line="240" w:lineRule="auto"/>
      </w:pPr>
      <w:r w:rsidRPr="0016591E">
        <w:t>- Trung thực: Nêu đúng kết quả quan sát.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II. ĐỒ DÙNG DẠY HỌC</w:t>
      </w:r>
    </w:p>
    <w:p w:rsidR="00F855F3" w:rsidRPr="0016591E" w:rsidRDefault="0076322A">
      <w:pPr>
        <w:spacing w:after="0" w:line="240" w:lineRule="auto"/>
      </w:pPr>
      <w:r w:rsidRPr="0016591E">
        <w:t>- GV: SGK Toán 4, kế hoạch bài dạy, máy tính, ti vi, bài giảng điện tử, bảng phụ, phiếu học tập; hình/bài tập SGK được cắt đúng nội dung. Chuẩn bị thêm mô hình đồng hồ, giấy màu, kéo.</w:t>
      </w:r>
    </w:p>
    <w:p w:rsidR="00F855F3" w:rsidRPr="0016591E" w:rsidRDefault="0076322A">
      <w:pPr>
        <w:spacing w:after="0" w:line="240" w:lineRule="auto"/>
      </w:pPr>
      <w:r w:rsidRPr="0016591E">
        <w:t>- HS: SGK, vở ghi, bảng con, bút, thước thẳng, ê ke và đồ dùng học tập cá nhân.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16591E" w:rsidRPr="0016591E" w:rsidTr="0016591E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học sinh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1. Khởi động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Ôn nhanh các loại góc đã học.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tổ chức trò chơi “Tiếp sức”, lần lượt chiếu góc nhọn, góc tù, góc vuông; yêu cầu HS viết tên góc.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tham gia; đáp án lần lượt: góc nhọn, góc tù, góc vuông.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chia lớp thành các đội, quy định mỗi lượt một HS viết tên góc rồi chuyển bút cho bạn; đội hoàn thành phải cùng kiểm tra lại trước khi báo hiệu.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ghi nhận lỗi nhầm giữa góc nhọn và góc tù để nhắc lại ngay sau trò chơi.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thực hiện tiếp sức đúng lượt, kiểm tra kết quả của đội.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sửa tên góc nếu phát hiện nhầm.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tuyên dương và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2. Luyện tập, thực hành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Nhận biết quy luật, đường thẳng song song, góc vuông; thực hành cắt ghép hình.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Bài 1: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Chọn hình thích hợp đặt vào ô có dấu hỏi.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hướng dẫn HS lần lượt kiểm tra hàng 1, hàng 2, cột 1, cột 2 để xác định dạng đầu và tư thế còn thiếu.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HS chỉ vào từng ô đã dùng làm căn cứ, tránh chọn theo cảm tính.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quan sát theo thứ tự hàng, cột và loại trừ các phương án không phù hợp.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chỉ rõ căn cứ lựa chọn đáp án B.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quan sát theo hàng và cột, tìm đặc điểm còn thiếu.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B. Nhân vật có đầu hình thoi và hai tay giơ cao.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giải thích: mỗi dạng đầu và mỗi tư thế chỉ xuất hiện một lần trong từng hàng, từng cột.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đối chiếu quy luật và ghi nhớ cách suy luận.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2: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Xác định hai đường màu đỏ trong mỗi hình có song song hay không.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mỗi cặp dự đoán trước khi đặt thước; sau đó đặt thước trùng từng đường đỏ và kéo dài tưởng tượng để kiểm tra chúng có cắt nhau không.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mời một cặp trình bày cách kiểm chứng, không chỉ nêu kết quả.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dự đoán, dùng thước kiểm tra từng hình.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trình bày: hai đường đều thẳng, không cắt nhau nên song song.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Yêu cầu HS thảo luận nhóm đôi, dùng thước kiểm tra.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Trong cả hai hình, hai đường màu đỏ là hai đường thẳng song song.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chốt: các nét xung quanh tạo ảo ảnh làm đường đỏ có vẻ cong hoặc không song song; dùng thước cho thấy chúng thẳng và không cắt nhau.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nhớ cần kiểm chứng bằng dụng cụ.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3: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Tìm một giờ khác mà kim giờ và kim phút vuông góc với nhau.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xác định vị trí kim phút trước, sau đó xoay kim giờ để tạo góc vuông; dùng ê ke hoặc góc vuông của tờ giấy để kiểm tra.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lưu ý ở lớp 4 chỉ xét các vị trí giờ đúng theo mô hình đơn giản trong bài.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xoay kim, kiểm tra bằng góc vuông và xác định vị trí phù hợp.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ghi đáp án đúng theo yêu cầu của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quan sát đồng hồ, xoay kim và kiểm tra góc tạo bởi hai kim.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9 giờ.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GV nhận xét: lúc 3 giờ và 9 giờ, kim giờ và kim phút tạo thành góc vuông.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quan sát, xác nhận kết quả.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4: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Vẽ hình vuông ABCD, cắt theo đường chéo AC và ghép thành hình bình hành hoặc hình tam giác.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 xml:space="preserve">- GV nhắc HS vẽ và đánh dấu đường chéo AC trước khi cắt; thực hiện cắt </w:t>
            </w:r>
            <w:proofErr w:type="gramStart"/>
            <w:r w:rsidRPr="0016591E">
              <w:t>an</w:t>
            </w:r>
            <w:proofErr w:type="gramEnd"/>
            <w:r w:rsidRPr="0016591E">
              <w:t xml:space="preserve"> toàn, giữ hai mảnh tam giác không bị rách.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mỗi cặp thử ít nhất hai cách ghép, kiểm tra các cạnh trùng khít rồi mới dán hoặc đặt cố định.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đánh dấu đường cắt, dùng kéo đúng cách và giữ đủ hai mảnh.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thử hai cách ghép, kiểm tra hình tam giác và hình bình hành.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làm việc theo nhóm đôi, cắt hai tam giác theo đoạn AC và thử các cách ghép.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Hai mảnh tam giác có thể ghép thành một hình tam giác lớn hoặc một hình bình hành.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kiểm tra hình tam giác được ghép có góc vuông hay không.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Hình tam giác ghép được là tam giác vuông cân.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3. Vận dụng, trải nghiệm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nhận biết góc và khả năng tạo hình.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Em hãy tìm một vị trí kim đồng hồ tạo góc nhọn và một vị trí tạo góc tù.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Ví dụ: 1 giờ tạo góc nhọn; 4 giờ tạo góc tù.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Từ một hình vuông, em có thể cắt và ghép thành những hình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Có thể ghép thành hình tam giác hoặc hình bình hành.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 tiết học.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nghe.</w:t>
            </w:r>
          </w:p>
        </w:tc>
      </w:tr>
    </w:tbl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IV. ĐIỀU CHỈNH SAU BÀI DẠY (nếu có):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keepNext/>
        <w:pageBreakBefore/>
        <w:spacing w:after="0" w:line="240" w:lineRule="auto"/>
        <w:jc w:val="center"/>
      </w:pPr>
      <w:r w:rsidRPr="0016591E">
        <w:rPr>
          <w:b/>
        </w:rPr>
        <w:lastRenderedPageBreak/>
        <w:t>KẾ HOẠCH BÀI DẠY MÔN TOÁN LỚP 4 - TUẦN 16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BÀI 33: ÔN TẬP CÁC SỐ ĐẾN LỚP TRIỆU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TIẾT 78: LUYỆN TẬP (TRANG 114)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I. YÊU CẦU CẦN ĐẠT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1. Năng lực đặc thù:</w:t>
      </w:r>
    </w:p>
    <w:p w:rsidR="00F855F3" w:rsidRPr="0016591E" w:rsidRDefault="0076322A">
      <w:pPr>
        <w:spacing w:after="0" w:line="240" w:lineRule="auto"/>
      </w:pPr>
      <w:r w:rsidRPr="0016591E">
        <w:t>- Đọc, viết được các số đến lớp triệu; xác định được các chữ số thuộc từng lớp.</w:t>
      </w:r>
    </w:p>
    <w:p w:rsidR="00F855F3" w:rsidRPr="0016591E" w:rsidRDefault="0076322A">
      <w:pPr>
        <w:spacing w:after="0" w:line="240" w:lineRule="auto"/>
      </w:pPr>
      <w:r w:rsidRPr="0016591E">
        <w:t>- Phân tích được số thành tổng theo giá trị hàng và viết số từ tổng đã cho.</w:t>
      </w:r>
    </w:p>
    <w:p w:rsidR="00F855F3" w:rsidRPr="0016591E" w:rsidRDefault="0076322A">
      <w:pPr>
        <w:spacing w:after="0" w:line="240" w:lineRule="auto"/>
      </w:pPr>
      <w:r w:rsidRPr="0016591E">
        <w:t>- Xác định được giá trị của một chữ số trong số và vận dụng vào bài tập thực tế.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2. Năng lực chung:</w:t>
      </w:r>
    </w:p>
    <w:p w:rsidR="00F855F3" w:rsidRPr="0016591E" w:rsidRDefault="0076322A">
      <w:pPr>
        <w:spacing w:after="0" w:line="240" w:lineRule="auto"/>
      </w:pPr>
      <w:r w:rsidRPr="0016591E">
        <w:t>- Tự chủ và tự học: Chủ động đọc, viết, phân tích số và tự kiểm tra.</w:t>
      </w:r>
    </w:p>
    <w:p w:rsidR="00F855F3" w:rsidRPr="0016591E" w:rsidRDefault="0076322A">
      <w:pPr>
        <w:spacing w:after="0" w:line="240" w:lineRule="auto"/>
      </w:pPr>
      <w:r w:rsidRPr="0016591E">
        <w:t>- Giao tiếp và hợp tác: Trao đổi cách đọc số, trình bày kết quả.</w:t>
      </w:r>
    </w:p>
    <w:p w:rsidR="00F855F3" w:rsidRPr="0016591E" w:rsidRDefault="0076322A">
      <w:pPr>
        <w:spacing w:after="0" w:line="240" w:lineRule="auto"/>
      </w:pPr>
      <w:r w:rsidRPr="0016591E">
        <w:t>- Giải quyết vấn đề và sáng tạo: Vận dụng cấu tạo số để hoàn thành bài toán.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3. Phẩm chất:</w:t>
      </w:r>
    </w:p>
    <w:p w:rsidR="00F855F3" w:rsidRPr="0016591E" w:rsidRDefault="0076322A">
      <w:pPr>
        <w:spacing w:after="0" w:line="240" w:lineRule="auto"/>
      </w:pPr>
      <w:r w:rsidRPr="0016591E">
        <w:t>- Chăm chỉ: Tích cực luyện tập.</w:t>
      </w:r>
    </w:p>
    <w:p w:rsidR="00F855F3" w:rsidRPr="0016591E" w:rsidRDefault="0076322A">
      <w:pPr>
        <w:spacing w:after="0" w:line="240" w:lineRule="auto"/>
      </w:pPr>
      <w:r w:rsidRPr="0016591E">
        <w:t>- Trách nhiệm: Cẩn thận khi đọc, viết và phân tích số.</w:t>
      </w:r>
    </w:p>
    <w:p w:rsidR="00F855F3" w:rsidRPr="0016591E" w:rsidRDefault="0076322A">
      <w:pPr>
        <w:spacing w:after="0" w:line="240" w:lineRule="auto"/>
      </w:pPr>
      <w:r w:rsidRPr="0016591E">
        <w:t>- Trung thực: Báo cáo đúng kết quả.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II. ĐỒ DÙNG DẠY HỌC</w:t>
      </w:r>
    </w:p>
    <w:p w:rsidR="00F855F3" w:rsidRPr="0016591E" w:rsidRDefault="0076322A">
      <w:pPr>
        <w:spacing w:after="0" w:line="240" w:lineRule="auto"/>
      </w:pPr>
      <w:r w:rsidRPr="0016591E">
        <w:t>- GV: SGK Toán 4, kế hoạch bài dạy, máy tính, ti vi, bài giảng điện tử, bảng phụ, phiếu học tập; hình/bài tập SGK được cắt đúng nội dung.</w:t>
      </w:r>
    </w:p>
    <w:p w:rsidR="00F855F3" w:rsidRPr="0016591E" w:rsidRDefault="0076322A">
      <w:pPr>
        <w:spacing w:after="0" w:line="240" w:lineRule="auto"/>
      </w:pPr>
      <w:r w:rsidRPr="0016591E">
        <w:t>- HS: SGK, vở ghi, bảng con, bút, thước thẳng, ê ke và đồ dùng học tập cá nhân.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16591E" w:rsidRPr="0016591E" w:rsidTr="0016591E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học sinh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1. Khởi động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Ôn nhanh cách đọc, viết số có nhiều chữ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Số 1 236 043 đọc thế nào?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Một triệu hai trăm ba mươi sáu nghìn không trăm bốn mươi ba.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giải thích ngắn sau mỗi đáp án: dựa vào cách tách lớp, cấu tạo số hoặc số liền sau.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ghi nhanh lỗi phổ biến để nhắc lại: bỏ quên chữ số 0, nhầm hàng chục nghìn với hàng nghìn.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không chỉ nêu kết quả mà còn nói căn cứ lựa chọn.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chú ý sửa lỗi khi đọc và viết số.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Số gồm 2 triệu, 3 trăm nghìn, 5 nghìn, 6 trăm, 2 chục được viết thế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2 305 620.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Số liền sau của 34 562 123 là số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34 562 124.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2. Luyện tập, thực hành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Đọc, phân tích cấu tạo và xác định giá trị chữ số trong các số đến lớp triệu.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Bài 1: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Đọc số dân của các tỉnh, thành phố trong hình.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nhắc quy trình đọc số: tách lớp từ phải sang trái, đọc từ lớp cao đến lớp thấp, thêm tên lớp sau mỗi nhóm ba chữ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HS đọc thầm trước, sau đó đọc cho bạn nghe và sửa cách đọc “linh/lẻ” khi cần.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tách lớp, đọc thầm rồi đọc cho bạn nghe.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góp ý cách đọc và thống nhất cách đọc đúng.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Hà Giang.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Hà Giang: Tám trăm năm mươi tư nghìn sáu trăm bảy mươi chín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Hà Nội.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Hà Nội: Tám triệu không trăm năm mươi ba nghìn sáu trăm sáu mươi ba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Quảng Trị.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Quảng Trị: Sáu trăm ba mươi hai nghìn ba trăm bảy mươi lăm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Lâm Đồng.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Lâm Đồng: Một triệu hai trăm chín mươi sáu nghìn chín trăm linh sáu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Thành phố Hồ Chí Minh.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Thành phố Hồ Chí Minh: Tám triệu chín trăm chín mươi ba nghìn không trăm tám mươi hai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dân Cà Mau.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Cà Mau: Một triệu một trăm chín mươi tư nghìn bốn trăm bảy mươi sáu người.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2: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xác định các lớp của số 517 906 384.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Lớp triệu: 5, 1, 7; lớp nghìn: 9, 0, 6; lớp đơn vị: 3, 8, 4.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hướng dẫn HS dùng dấu cách tách số thành từng lớp từ phải sang trái, mỗi lớp gồm ba chữ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nhóm đôi: một bạn chỉ từng lớp, một bạn đọc tên lớp và các chữ số thuộc lớp đó; sau đó đổi vai.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tách được số thành 517 | 906 | 384.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lần lượt xác định lớp triệu, lớp nghìn, lớp đơn vị và đổi vai kiểm tra.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số 517 906 384.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Năm trăm mười bảy triệu chín trăm linh sáu nghìn ba trăm tám mươi tư.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3a: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 và mẫu.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viết mỗi số thành tổng.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 và làm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GV làm mẫu lại một số: đọc từ trái sang phải, xác định giá trị của từng chữ số khác 0 rồi viết thành tổng.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HS kiểm tra tổng vừa viết có đủ các hàng và cộng lại có bằng số ban đầu không.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theo dõi mẫu, xác định giá trị từng chữ số khác 0.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tự kiểm tra tổng và sửa nếu thiếu một hàng.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nêu kết quả số 45 703.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- 45 703 = 40 000 + 5 000 + 700 + 3.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nêu kết quả số 608 292.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- 608 292 = 600 000 + 8 000 + 200 + 90 + 2.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nêu kết quả số 815 036.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- 815 036 = 800 000 + 10 000 + 5 000 + 30 + 6.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nêu kết quả số 5 240 601.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- 5 240 601 = 5 000 000 + 200 000 + 40 000 + 600 + 1.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Bài 3b: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HS điền số còn thiếu trong mỗi tổng.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7; 100; 90.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4: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xác định giá tr</w:t>
            </w:r>
            <w:r w:rsidR="0016591E">
              <w:t>ị của chữ số 4 và chữ số 7 trong</w:t>
            </w:r>
            <w:r w:rsidRPr="0016591E">
              <w:t xml:space="preserve"> từng số.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và hoàn thành bảng.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đọc từng số theo lớp, khoanh chữ số 4 và 7 rồi xác định hàng trước khi ghi giá trị.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nhắc: cùng một chữ số nhưng ở vị trí khác nhau thì có giá trị khác nhau.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xác định vị trí từng chữ số rồi hoàn thành bảng.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nêu được mối liên hệ giữa vị trí và giá trị chữ số.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hàng “Giá trị của chữ số 4”.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4; 40 000; 400; 4 000 000.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hàng “Giá trị của chữ số 7”.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700; 70; 700 000; 7 000.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5: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gợi ý: viết thêm chữ số 2 vào trước một số có ba chữ số làm tăng thêm giá trị ở hàng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Chữ số 2 ở hàng nghìn, có giá trị 2 000.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gọi số ban đầu là abc, số mới là 2abc; hướng dẫn HS so sánh để thấy ba chữ số sau không đổi, chỉ thêm 2 000.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mời HS thử với một số cụ thể, chẳng hạn 345 và 2 345, để kiểm chứng.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nhận ra phần abc không đổi, số mới tăng thêm 2 000.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kiểm chứng: 2 345 - 345 = 2 000.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GV yêu cầu HS nêu đáp án.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Số mới lớn hơn số đã cho 2 000 đơn vị.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3. Vận dụng, trải nghiệm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kiến thức về hàng và lớp.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Lớp triệu gồm những hàng nào?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Hàng triệu, hàng chục triệu, hàng trăm triệu.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Lớp nghìn gồm những hàng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Hàng nghìn, hàng chục nghìn, hàng trăm nghìn.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dặn HS cùng người thân đọc thêm các số có từ bốn chữ số trở lên.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thực hiện.</w:t>
            </w:r>
          </w:p>
        </w:tc>
      </w:tr>
    </w:tbl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IV. ĐIỀU CHỈNH SAU BÀI DẠY (nếu có):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keepNext/>
        <w:pageBreakBefore/>
        <w:spacing w:after="0" w:line="240" w:lineRule="auto"/>
        <w:jc w:val="center"/>
      </w:pPr>
      <w:r w:rsidRPr="0016591E">
        <w:rPr>
          <w:b/>
        </w:rPr>
        <w:lastRenderedPageBreak/>
        <w:t>KẾ HOẠCH BÀI DẠY MÔN TOÁN LỚP 4 - TUẦN 16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BÀI 33: ÔN TẬP CÁC SỐ ĐẾN LỚP TRIỆU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TIẾT 79: LUYỆN TẬP (TRANG 115)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I. YÊU CẦU CẦN ĐẠT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1. Năng lực đặc thù:</w:t>
      </w:r>
    </w:p>
    <w:p w:rsidR="00F855F3" w:rsidRPr="0016591E" w:rsidRDefault="0076322A">
      <w:pPr>
        <w:spacing w:after="0" w:line="240" w:lineRule="auto"/>
      </w:pPr>
      <w:r w:rsidRPr="0016591E">
        <w:t>- So sánh được các số đến lớp triệu và các biểu thức có giá trị tương ứng.</w:t>
      </w:r>
    </w:p>
    <w:p w:rsidR="00F855F3" w:rsidRPr="0016591E" w:rsidRDefault="0076322A">
      <w:pPr>
        <w:spacing w:after="0" w:line="240" w:lineRule="auto"/>
      </w:pPr>
      <w:r w:rsidRPr="0016591E">
        <w:t>- Đọc, khai thác được bảng số liệu; làm tròn số đến hàng thích hợp.</w:t>
      </w:r>
    </w:p>
    <w:p w:rsidR="00F855F3" w:rsidRPr="0016591E" w:rsidRDefault="0076322A">
      <w:pPr>
        <w:spacing w:after="0" w:line="240" w:lineRule="auto"/>
      </w:pPr>
      <w:r w:rsidRPr="0016591E">
        <w:t>- Vận dụng thứ tự các số để giải quyết tình huống thực tế.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2. Năng lực chung:</w:t>
      </w:r>
    </w:p>
    <w:p w:rsidR="00F855F3" w:rsidRPr="0016591E" w:rsidRDefault="0076322A">
      <w:pPr>
        <w:spacing w:after="0" w:line="240" w:lineRule="auto"/>
      </w:pPr>
      <w:r w:rsidRPr="0016591E">
        <w:t>- Tự chủ và tự học: Chủ động làm bài, tự kiểm tra kết quả.</w:t>
      </w:r>
    </w:p>
    <w:p w:rsidR="00F855F3" w:rsidRPr="0016591E" w:rsidRDefault="0076322A">
      <w:pPr>
        <w:spacing w:after="0" w:line="240" w:lineRule="auto"/>
      </w:pPr>
      <w:r w:rsidRPr="0016591E">
        <w:t>- Giao tiếp và hợp tác: Trao đổi, trình bày cách so sánh và làm tròn số.</w:t>
      </w:r>
    </w:p>
    <w:p w:rsidR="00F855F3" w:rsidRPr="0016591E" w:rsidRDefault="0076322A">
      <w:pPr>
        <w:spacing w:after="0" w:line="240" w:lineRule="auto"/>
      </w:pPr>
      <w:r w:rsidRPr="0016591E">
        <w:t>- Giải quyết vấn đề và sáng tạo: Vận dụng thứ tự, giá trị số để xử lí tình huống.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3. Phẩm chất:</w:t>
      </w:r>
    </w:p>
    <w:p w:rsidR="00F855F3" w:rsidRPr="0016591E" w:rsidRDefault="0076322A">
      <w:pPr>
        <w:spacing w:after="0" w:line="240" w:lineRule="auto"/>
      </w:pPr>
      <w:r w:rsidRPr="0016591E">
        <w:t>- Chăm chỉ: Tích cực luyện tập.</w:t>
      </w:r>
    </w:p>
    <w:p w:rsidR="00F855F3" w:rsidRPr="0016591E" w:rsidRDefault="0076322A">
      <w:pPr>
        <w:spacing w:after="0" w:line="240" w:lineRule="auto"/>
      </w:pPr>
      <w:r w:rsidRPr="0016591E">
        <w:t>- Trách nhiệm: Cẩn thận khi so sánh, làm tròn số.</w:t>
      </w:r>
    </w:p>
    <w:p w:rsidR="00F855F3" w:rsidRPr="0016591E" w:rsidRDefault="0076322A">
      <w:pPr>
        <w:spacing w:after="0" w:line="240" w:lineRule="auto"/>
      </w:pPr>
      <w:r w:rsidRPr="0016591E">
        <w:t>- Trung thực: Nêu đúng dữ liệu và kết quả.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II. ĐỒ DÙNG DẠY HỌC</w:t>
      </w:r>
    </w:p>
    <w:p w:rsidR="00F855F3" w:rsidRPr="0016591E" w:rsidRDefault="0076322A">
      <w:pPr>
        <w:spacing w:after="0" w:line="240" w:lineRule="auto"/>
      </w:pPr>
      <w:r w:rsidRPr="0016591E">
        <w:t>- GV: SGK Toán 4, kế hoạch bài dạy, máy tính, ti vi, bài giảng điện tử, bảng phụ, phiếu học tập; hình/bài tập SGK được cắt đúng nội dung.</w:t>
      </w:r>
    </w:p>
    <w:p w:rsidR="00F855F3" w:rsidRPr="0016591E" w:rsidRDefault="0076322A">
      <w:pPr>
        <w:spacing w:after="0" w:line="240" w:lineRule="auto"/>
      </w:pPr>
      <w:r w:rsidRPr="0016591E">
        <w:t>- HS: SGK, vở ghi, bảng con, bút, thước thẳng, ê ke và đồ dùng học tập cá nhân.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16591E" w:rsidRPr="0016591E" w:rsidTr="0016591E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học sinh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1. Khởi động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Ôn cách so sánh và phân tích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5 324 567 ... 5 324 667.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5 324 567 &lt; 5 324 667.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lí do chọn dấu, cách viết thành tổng và giá trị chữ số 5; không chỉ giơ đáp án.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nhận xét nhanh cách trình bày số có khoảng cách giữa các lớp.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giải thích căn cứ của từng đáp án.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viết số rõ ràng, tách lớp đúng quy ước.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3 455 080 được viết thành tổng như thế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3 000 000 + 400 000 + 50 000 + 5 000 + 80.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Giá trị của chữ số 5 trong số 456 648 là bao nhiêu?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50 000.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2. Luyện tập, thực hành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So sánh số, đọc bảng số liệu, làm tròn số và giải quyết tình huống thực tế.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Bài 1: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điền dấu thích hợp.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 và làm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quy tắc so sánh số có nhiều chữ số trước khi làm: số có nhiều chữ số hơn lớn hơn; nếu cùng số chữ số thì so sánh từ hàng cao nhất.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cho HS làm cá nhân, sau đó đổi vở kiểm tra từng dấu.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nhắc lại quy tắc so sánh.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làm bài cá nhân, đổi vở và sửa dấu nếu cần.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kết quả phần 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98 979 &lt; 701 352; 651 410 &gt; 639 837; 4 785 696 &lt; 5 460 315.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37 020 = 30 000 + 7 000 + 20; 200 895 &lt; 200 000 + 900 + 5; 8 100 300 &gt; 7 000 000 + 900 000.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2: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quan sát bảng số liệu.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và quan sát bảng.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hướng dẫn HS đọc tên nước và số liệu theo từng hàng, dùng bút chì đánh dấu số lớn nhất, nhỏ nhất và số của Cam-pu-chia.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yêu cầu HS so sánh theo số chữ số rồi so sánh lần lượt từ hàng cao nhất.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bảng, đánh dấu các số liệu cần dùng.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thực hiện so sánh và nêu căn cứ.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Nước nào có số lượt khách du lịch đến Việt Nam nhiều nhất? Nước nào ít nhất?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Nhiều nhất là Ma-lai-xi-a (606 200 lượt); ít nhất là Lào (98 500 lượt).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Số lượt khách của Cam-pu-chia ít hơn những nước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Ít hơn Thái Lan và Ma-lai-xi-a.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Vì sao em biết?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Vì 227 900 &lt; 509 800 và 227 900 &lt; 606 200.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3a: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hỏi: Khi làm tròn đến hàng trăm, cần nhìn chữ số ở hàng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Cần nhìn chữ số hàng chục.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gạch dưới hàng cần làm tròn và khoanh chữ số ngay bên phải; dùng hai bước “quan sát - quyết định” để tránh nhìn nhầm hàng.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cho HS nói thành câu: “Chữ số hàng chục là 4, bé hơn 5 nên giữ nguyên hàng trăm”.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xác định đúng hàng trăm và chữ số hàng chục.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trình bày đầy đủ lí do làm tròn xuống.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Nam nói khoảng 8 891 400; Việt nói khoảng 8 891 300. Bạn nào đúng?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Việt đúng, vì chữ số hàng chục là 4 &lt; 5 nên 8 891 344 làm tròn đến hàng trăm được 8 891 300.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3b: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xác định mỗi bạn đã làm tròn đến hàng nào.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quan sát và trả lời.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 xml:space="preserve">- GV yêu cầu nêu đáp </w:t>
            </w:r>
            <w:proofErr w:type="gramStart"/>
            <w:r w:rsidRPr="0016591E">
              <w:t>án</w:t>
            </w:r>
            <w:proofErr w:type="gramEnd"/>
            <w:r w:rsidRPr="0016591E">
              <w:t xml:space="preserve"> cụ thể.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Nam làm tròn đến hàng trăm nghìn; Mai làm tròn đến hàng nghìn; Việt làm tròn đến hàng chục nghìn.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chốt: Muốn làm tròn đến hàng nào, ta quan sát chữ số ngay bên phải hàng đó; bé hơn 5 thì giữ nguyên, từ 5 trở lên thì tăng 1.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ghi nhớ quy tắc.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4: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sắp xếp bốn mức giá theo điều kiện đã cho.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cầu, thảo luận nhóm đôi.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viết chuỗi quan hệ từ điều kiện đề bài: C thấp nhất; A thấp hơn B; B thấp hơn D.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hướng dẫn ghép bốn mức giá theo thứ tự tăng dần trước khi gắn cho từng máy.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lập được thứ tự C &lt; A &lt; B &lt; D.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sắp xếp các mức giá tăng dần rồi gắn đúng cho từng máy.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đúng giá của mỗi máy tính.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Máy A 18 700 000 đồng; máy B 21 900 000 đồng; máy C 17 800 000 đồng; máy D 22 300 000 đồng.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xét: C có giá thấp nhất; A &lt; B &lt; D nên thứ tự giá là C, A, B, 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đối chiếu và sửa bài nếu cần.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3. Vận dụng, trải nghiệm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cách làm tròn và so sánh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Muốn làm tròn một số, ta cần quan sát chữ số nào?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Quan sát chữ số ngay bên phải hàng cần làm tròn.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dặn HS cùng người thân so sánh các số có từ bốn đến sáu chữ số.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thực hiện.</w:t>
            </w:r>
          </w:p>
        </w:tc>
      </w:tr>
    </w:tbl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IV. ĐIỀU CHỈNH SAU BÀI DẠY (nếu có):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keepNext/>
        <w:pageBreakBefore/>
        <w:spacing w:after="0" w:line="240" w:lineRule="auto"/>
        <w:jc w:val="center"/>
      </w:pPr>
      <w:r w:rsidRPr="0016591E">
        <w:rPr>
          <w:b/>
        </w:rPr>
        <w:lastRenderedPageBreak/>
        <w:t>KẾ HOẠCH BÀI DẠY MÔN TOÁN LỚP 4 - TUẦN 16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BÀI 34: ÔN TẬP PHÉP CỘNG, PHÉP TRỪ</w:t>
      </w:r>
    </w:p>
    <w:p w:rsidR="00F855F3" w:rsidRPr="0016591E" w:rsidRDefault="0076322A">
      <w:pPr>
        <w:keepNext/>
        <w:spacing w:after="0" w:line="240" w:lineRule="auto"/>
        <w:jc w:val="center"/>
      </w:pPr>
      <w:r w:rsidRPr="0016591E">
        <w:rPr>
          <w:b/>
        </w:rPr>
        <w:t>TIẾT 80: LUYỆN TẬP (TRANG 118)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I. YÊU CẦU CẦN ĐẠT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1. Năng lực đặc thù:</w:t>
      </w:r>
    </w:p>
    <w:p w:rsidR="00F855F3" w:rsidRPr="0016591E" w:rsidRDefault="0076322A">
      <w:pPr>
        <w:spacing w:after="0" w:line="240" w:lineRule="auto"/>
      </w:pPr>
      <w:r w:rsidRPr="0016591E">
        <w:t>- Thực hiện được phép cộng, phép trừ các số có nhiều chữ số; tính nhẩm với số tròn chục nghìn, tròn trăm nghìn.</w:t>
      </w:r>
    </w:p>
    <w:p w:rsidR="00F855F3" w:rsidRPr="0016591E" w:rsidRDefault="0076322A">
      <w:pPr>
        <w:spacing w:after="0" w:line="240" w:lineRule="auto"/>
      </w:pPr>
      <w:r w:rsidRPr="0016591E">
        <w:t>- Tính được giá trị biểu thức có phép cộng, phép trừ và dấu ngoặc.</w:t>
      </w:r>
    </w:p>
    <w:p w:rsidR="00F855F3" w:rsidRPr="0016591E" w:rsidRDefault="0076322A">
      <w:pPr>
        <w:spacing w:after="0" w:line="240" w:lineRule="auto"/>
      </w:pPr>
      <w:r w:rsidRPr="0016591E">
        <w:t>- Giải được bài toán thực tế liên quan đến phép cộng, phép trừ.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2. Năng lực chung:</w:t>
      </w:r>
    </w:p>
    <w:p w:rsidR="00F855F3" w:rsidRPr="0016591E" w:rsidRDefault="0076322A">
      <w:pPr>
        <w:spacing w:after="0" w:line="240" w:lineRule="auto"/>
      </w:pPr>
      <w:r w:rsidRPr="0016591E">
        <w:t>- Tự chủ và tự học: Chủ động thực hiện, tự kiểm tra cách đặt tính và tính.</w:t>
      </w:r>
    </w:p>
    <w:p w:rsidR="00F855F3" w:rsidRPr="0016591E" w:rsidRDefault="0076322A">
      <w:pPr>
        <w:spacing w:after="0" w:line="240" w:lineRule="auto"/>
      </w:pPr>
      <w:r w:rsidRPr="0016591E">
        <w:t>- Giao tiếp và hợp tác: Trao đổi, trình bày cách giải.</w:t>
      </w:r>
    </w:p>
    <w:p w:rsidR="00F855F3" w:rsidRPr="0016591E" w:rsidRDefault="0076322A">
      <w:pPr>
        <w:spacing w:after="0" w:line="240" w:lineRule="auto"/>
      </w:pPr>
      <w:r w:rsidRPr="0016591E">
        <w:t>- Giải quyết vấn đề và sáng tạo: Lựa chọn trình tự tính phù hợp để giải bài toán.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3. Phẩm chất:</w:t>
      </w:r>
    </w:p>
    <w:p w:rsidR="00F855F3" w:rsidRPr="0016591E" w:rsidRDefault="0076322A">
      <w:pPr>
        <w:spacing w:after="0" w:line="240" w:lineRule="auto"/>
      </w:pPr>
      <w:r w:rsidRPr="0016591E">
        <w:t>- Chăm chỉ: Tích cực luyện tập.</w:t>
      </w:r>
    </w:p>
    <w:p w:rsidR="00F855F3" w:rsidRPr="0016591E" w:rsidRDefault="0076322A">
      <w:pPr>
        <w:spacing w:after="0" w:line="240" w:lineRule="auto"/>
      </w:pPr>
      <w:r w:rsidRPr="0016591E">
        <w:t>- Trách nhiệm: Cẩn thận, chính xác khi tính toán.</w:t>
      </w:r>
    </w:p>
    <w:p w:rsidR="00F855F3" w:rsidRPr="0016591E" w:rsidRDefault="0076322A">
      <w:pPr>
        <w:spacing w:after="0" w:line="240" w:lineRule="auto"/>
      </w:pPr>
      <w:r w:rsidRPr="0016591E">
        <w:t>- Trung thực: Nêu đúng kết quả và tự sửa sai.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II. ĐỒ DÙNG DẠY HỌC</w:t>
      </w:r>
    </w:p>
    <w:p w:rsidR="00F855F3" w:rsidRPr="0016591E" w:rsidRDefault="0076322A">
      <w:pPr>
        <w:spacing w:after="0" w:line="240" w:lineRule="auto"/>
      </w:pPr>
      <w:r w:rsidRPr="0016591E">
        <w:t>- GV: SGK Toán 4, kế hoạch bài dạy, máy tính, ti vi, bài giảng điện tử, bảng phụ, phiếu học tập; hình/bài tập SGK được cắt đúng nội dung.</w:t>
      </w:r>
    </w:p>
    <w:p w:rsidR="00F855F3" w:rsidRPr="0016591E" w:rsidRDefault="0076322A">
      <w:pPr>
        <w:spacing w:after="0" w:line="240" w:lineRule="auto"/>
      </w:pPr>
      <w:r w:rsidRPr="0016591E">
        <w:t>- HS: SGK, vở ghi, bảng con, bút, thước thẳng, ê ke và đồ dùng học tập cá nhân.</w:t>
      </w:r>
    </w:p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16591E" w:rsidRPr="0016591E" w:rsidTr="0016591E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  <w:jc w:val="center"/>
            </w:pPr>
            <w:r w:rsidRPr="0016591E">
              <w:rPr>
                <w:b/>
              </w:rPr>
              <w:t>Hoạt động của học sinh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1. Khởi động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Ôn nhanh phép tính và so sánh số.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50 000 + 30 000 bằng bao nhiêu?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80 000.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giải thích ngắn cách tính hoặc cách so sánh sau mỗi câu, tạo cơ hội cho HS khác nhận xét.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nhắc HS đọc số 505 là “năm trăm linh năm”, không đọc nhầm “năm trăm linh lăm”.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nêu kết quả kèm cách làm ngắn gọn, nhận xét bài của bạn.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đọc đúng số theo cấu tạo hàng.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Số 57 643 505 đọc thế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Năm mươi bảy triệu sáu trăm bốn mươi ba nghìn năm trăm linh năm.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nêu: Trong các số 45 678; 45 786; 46 578; 46 875, số lớn nhất là số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46 875.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ghi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2. Luyện tập, thực hành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phép cộng, phép trừ, tính giá trị biểu thức và giải toán thực tế.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lastRenderedPageBreak/>
              <w:t>Bài 1: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yêu cầu làm gì?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Tính nhẩm.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cách tính nhẩm với số tròn chục nghìn, tròn trăm nghìn: tạm bỏ các chữ số 0, tính phần còn lại rồi viết lại đủ số 0.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cho HS làm cá nhân trước khi tham gia trò chơi truyền điện.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nêu được cách tính nhẩm.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làm cá nhân, sẵn sàng nêu kết quả khi đến lượt.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kết quả phần 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130 000; 70 000; 1 200 000.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60 000; 120 000; 600 000.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2: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GV yêu cầu HS đặt tính thẳng cột và tính.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và làm bài.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nhắc lại cách đặt tính: viết các chữ số cùng hàng thẳng cột, thực hiện từ phải sang trái.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tổ chức kiểm tra chéo: một bạn đọc từng hàng, một bạn đối chiếu phép tính; đặc biệt kiểm tra lượt nhớ ở phép cộng và lượt mượn ở phép trừ.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đặt tính đúng cột và thực hiện từ phải sang trái.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kiểm tra chéo, phát hiện và sửa lỗi nhớ/mượn nếu có.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kết quả từng phép tính.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9 658 + 6 290 = 15 948; 56 204 + 74 539 = 130 743; 14 709 - 5 234 = 9 475; 159 570 - 81 625 = 77 945.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nhắc HS đặt các chữ số cùng hàng thẳng cột, kiểm tra nhớ và mượn.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đối chiếu, sửa bài nếu cần.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3: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Muốn tìm biểu thức lớn nhất, bé nhất cần làm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yêu cầu.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Tính giá trị từng biểu thức rồi so sánh.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khoanh dấu ngoặc, gạch chân phép tính cần thực hiện trước; với biểu thức không có ngoặc, dùng mũi tên chỉ thứ tự từ trái sang phải.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cho HS tính riêng từng biểu thức rồi mới so sánh, tránh đoán theo các số xuất hiện trong biểu thức.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xác định đúng thứ tự thực hiện phép tính.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tính từng giá trị, ghi kết quả rồi so sánh.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tính giá trị biểu thức A.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A = 90 000 + 30 000 + 5 473 = 125 473.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tính giá trị biểu thức B.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B = 387 568 - (200 000 - 40 000) = 227 568.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lastRenderedPageBreak/>
              <w:t>- GV yêu cầu HS tính giá trị biểu thức C.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C = 456 250 + 200 000 - 500 000 = 156 250.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tính giá trị biểu thức D.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D = 210 000 - 90 000 + 4 975 = 124 975.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so sánh và kết luận.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án: Biểu thức B có giá trị lớn nhất; biểu thức D có giá trị bé nhất.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Bài 4: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Gọi HS đọc yêu cầu.</w:t>
            </w:r>
          </w:p>
          <w:p w:rsidR="00F855F3" w:rsidRPr="0016591E" w:rsidRDefault="0076322A" w:rsidP="0016591E">
            <w:pPr>
              <w:spacing w:after="0" w:line="240" w:lineRule="auto"/>
            </w:pPr>
            <w:r w:rsidRPr="0016591E">
              <w:t>- Bài toán cho biết gì?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đọc và nêu các dữ kiện về tổng tiền bộ đồng phục, giày, tất.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tóm tắt quan hệ giữa ba đồ dùng bằng sơ đồ hoặc câu ngắn trước khi tính.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gợi mở trình tự ba bước: tìm giá đôi tất; tìm giá đôi giày; tìm giá bộ quần áo.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GV kiểm tra đơn vị tiền ở từng phép tính và yêu cầu HS thử lại bằng cách cộng ba giá tiền.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tóm tắt được các dữ kiện và quan hệ giữa các giá tiền.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xác định đúng trình tự ba bước giải.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t>- HS kiểm tra: 191 000 + 115 000 + 8 000 = 314 000 đồng.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hỏi: Trước tiên tính giá tiền của vật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Tính giá tiền đôi tất trước.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giải bài toán vào vở.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Bài giải: Giá tiền đôi tất: 314 000 - 306 000 = 8 000 (đồng); giá tiền đôi giày: 107 000 + 8 000 = 115 000 (đồng); giá tiền bộ quần áo: 306 000 - 115 000 = 191 000 (đồng).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yêu cầu HS nêu đáp số.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Đáp số: Bộ quần áo 191 000 đồng; đôi giày 115 000 đồng; đôi tất 8 000 đồng.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liên hệ: Cần trân trọng, giữ gìn quần áo và đồ dùng được gia đình mua sắm.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có ý thức giữ gìn đồ dùng.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bookmarkStart w:id="0" w:name="_GoBack"/>
            <w:r w:rsidRPr="0016591E">
              <w:rPr>
                <w:b/>
              </w:rPr>
              <w:t>3. Vận dụng, trải nghiệm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Mục tiêu: Củng cố thứ tự thực hiện phép tính.</w:t>
            </w:r>
          </w:p>
          <w:p w:rsidR="00F855F3" w:rsidRPr="0016591E" w:rsidRDefault="0076322A">
            <w:pPr>
              <w:spacing w:after="0" w:line="240" w:lineRule="auto"/>
            </w:pPr>
            <w:r w:rsidRPr="0016591E">
              <w:rPr>
                <w:b/>
              </w:rPr>
              <w:t>- Cách tiến hành:</w:t>
            </w:r>
          </w:p>
        </w:tc>
      </w:tr>
      <w:bookmarkEnd w:id="0"/>
      <w:tr w:rsidR="0016591E" w:rsidRPr="0016591E" w:rsidTr="0016591E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Muốn tính biểu thức chỉ có phép cộng và phép trừ, em thực hiện thế nào?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Thực hiện lần lượt từ trái sang phải.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Với biểu thức có dấu ngoặc, em thực hiện thế nào?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Thực hiện phép tính trong ngoặc trước.</w:t>
            </w:r>
          </w:p>
        </w:tc>
      </w:tr>
      <w:tr w:rsidR="0016591E" w:rsidRPr="0016591E" w:rsidTr="0016591E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GV nhận xét tiết học, dặn HS luyện thêm các phép cộng, trừ.</w:t>
            </w:r>
          </w:p>
        </w:tc>
        <w:tc>
          <w:tcPr>
            <w:tcW w:w="4649" w:type="dxa"/>
            <w:shd w:val="clear" w:color="auto" w:fill="auto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F855F3" w:rsidRPr="0016591E" w:rsidRDefault="0076322A">
            <w:pPr>
              <w:spacing w:after="0" w:line="240" w:lineRule="auto"/>
            </w:pPr>
            <w:r w:rsidRPr="0016591E">
              <w:t>- HS lắng nghe, thực hiện.</w:t>
            </w:r>
          </w:p>
        </w:tc>
      </w:tr>
    </w:tbl>
    <w:p w:rsidR="00F855F3" w:rsidRPr="0016591E" w:rsidRDefault="0076322A">
      <w:pPr>
        <w:keepNext/>
        <w:spacing w:after="0" w:line="240" w:lineRule="auto"/>
      </w:pPr>
      <w:r w:rsidRPr="0016591E">
        <w:rPr>
          <w:b/>
        </w:rPr>
        <w:t>IV. ĐIỀU CHỈNH SAU BÀI DẠY (nếu có):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p w:rsidR="00F855F3" w:rsidRPr="0016591E" w:rsidRDefault="0076322A">
      <w:pPr>
        <w:spacing w:after="0" w:line="240" w:lineRule="auto"/>
      </w:pPr>
      <w:r w:rsidRPr="0016591E">
        <w:t>................................................................................................................................................</w:t>
      </w:r>
    </w:p>
    <w:sectPr w:rsidR="00F855F3" w:rsidRPr="0016591E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591E"/>
    <w:rsid w:val="0029639D"/>
    <w:rsid w:val="00326F90"/>
    <w:rsid w:val="0076322A"/>
    <w:rsid w:val="00AA1D8D"/>
    <w:rsid w:val="00B47730"/>
    <w:rsid w:val="00CB0664"/>
    <w:rsid w:val="00F855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5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91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5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9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4F0926-61F4-4105-AB73-5E48FE2AF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4580</Words>
  <Characters>26111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30630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BAOTRAN</dc:creator>
  <cp:keywords/>
  <dc:description>generated by python-docx</dc:description>
  <cp:lastModifiedBy>Iamp Iamp</cp:lastModifiedBy>
  <cp:revision>3</cp:revision>
  <dcterms:created xsi:type="dcterms:W3CDTF">2026-06-11T13:03:00Z</dcterms:created>
  <dcterms:modified xsi:type="dcterms:W3CDTF">2026-08-28T03:49:00Z</dcterms:modified>
  <cp:category/>
</cp:coreProperties>
</file>