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THERANUR: JOURNAL OF PHYSIOTHERAPY AND NURSING</w:t>
      </w:r>
    </w:p>
    <w:p>
      <w:pPr>
        <w:jc w:val="center"/>
      </w:pPr>
      <w:r>
        <w:rPr>
          <w:rFonts w:ascii="Times New Roman" w:hAnsi="Times New Roman"/>
          <w:b/>
          <w:sz w:val="24"/>
        </w:rPr>
        <w:t>MANUSCRIPT TEMPLATE</w:t>
      </w:r>
    </w:p>
    <w:p>
      <w:pPr>
        <w:jc w:val="center"/>
      </w:pPr>
      <w:r>
        <w:rPr>
          <w:rFonts w:ascii="Times New Roman" w:hAnsi="Times New Roman"/>
          <w:b/>
          <w:sz w:val="24"/>
        </w:rPr>
        <w:t>REVIEW ARTICLE</w:t>
      </w:r>
    </w:p>
    <w:p>
      <w:pPr>
        <w:jc w:val="center"/>
      </w:pPr>
      <w:r>
        <w:rPr>
          <w:rFonts w:ascii="Times New Roman" w:hAnsi="Times New Roman"/>
          <w:b/>
          <w:sz w:val="28"/>
        </w:rPr>
        <w:t>[MANUSCRIPT TITLE IN CAPITALIZE EACH WORD, CONCISE, CLEAR, AND INFORMATIVE]</w:t>
      </w:r>
    </w:p>
    <w:p>
      <w:pPr>
        <w:pStyle w:val="SmallInstruction"/>
        <w:jc w:val="center"/>
      </w:pPr>
      <w:r>
        <w:t>Write a concise and informative title. Avoid uncommon abbreviations. The title should reflect the content of the article.</w:t>
      </w:r>
    </w:p>
    <w:p>
      <w:pPr>
        <w:jc w:val="center"/>
      </w:pPr>
      <w:r>
        <w:rPr>
          <w:rFonts w:ascii="Times New Roman" w:hAnsi="Times New Roman"/>
          <w:sz w:val="24"/>
        </w:rPr>
        <w:t>[First Author Name]1, [Second Author Name]2, [Third Author Name]3</w:t>
      </w:r>
    </w:p>
    <w:p>
      <w:pPr>
        <w:jc w:val="center"/>
      </w:pPr>
      <w:r>
        <w:rPr>
          <w:rFonts w:ascii="Times New Roman" w:hAnsi="Times New Roman"/>
          <w:sz w:val="22"/>
        </w:rPr>
        <w:t>1 [Department/Study Program], [Institution], [City], [Country]</w:t>
        <w:br/>
      </w:r>
      <w:r>
        <w:rPr>
          <w:rFonts w:ascii="Times New Roman" w:hAnsi="Times New Roman"/>
          <w:sz w:val="22"/>
        </w:rPr>
        <w:t>2 [Department/Study Program], [Institution], [City], [Country]</w:t>
        <w:br/>
      </w:r>
      <w:r>
        <w:rPr>
          <w:rFonts w:ascii="Times New Roman" w:hAnsi="Times New Roman"/>
          <w:sz w:val="22"/>
        </w:rPr>
        <w:t>Corresponding author: [Name], Email: [email@example.com]</w:t>
        <w:br/>
      </w:r>
      <w:r>
        <w:rPr>
          <w:rFonts w:ascii="Times New Roman" w:hAnsi="Times New Roman"/>
          <w:sz w:val="22"/>
        </w:rPr>
        <w:t>Article Type: Review Article</w:t>
      </w:r>
    </w:p>
    <w:p>
      <w:pPr>
        <w:pStyle w:val="Heading1"/>
      </w:pPr>
      <w:r>
        <w:t>ABSTRACT IN INDONESIAN</w:t>
      </w:r>
    </w:p>
    <w:p>
      <w:pPr>
        <w:pStyle w:val="SmallInstruction"/>
      </w:pPr>
      <w:r>
        <w:t>Write the abstract in Indonesian. Recommended length: 150-250 words. Include background, objective, methods, main findings, and conclusion.</w:t>
      </w:r>
    </w:p>
    <w:p>
      <w:pPr>
        <w:pStyle w:val="Placeholder"/>
      </w:pPr>
      <w:r>
        <w:t>[Write the Indonesian abstract here. The abstract should be concise and should not contain citations, tables, or figures.]</w:t>
      </w:r>
    </w:p>
    <w:p>
      <w:r>
        <w:rPr>
          <w:b/>
        </w:rPr>
        <w:t xml:space="preserve">Kata kunci: </w:t>
      </w:r>
      <w:r>
        <w:t>[kata kunci 1; kata kunci 2; kata kunci 3; kata kunci 4; kata kunci 5]</w:t>
      </w:r>
    </w:p>
    <w:p>
      <w:pPr>
        <w:pStyle w:val="Heading1"/>
      </w:pPr>
      <w:r>
        <w:t>ABSTRACT IN ENGLISH</w:t>
      </w:r>
    </w:p>
    <w:p>
      <w:pPr>
        <w:pStyle w:val="SmallInstruction"/>
      </w:pPr>
      <w:r>
        <w:t>Write the abstract in English. Recommended length: 150-250 words. Include background, objective, methods, main findings, and conclusion.</w:t>
      </w:r>
    </w:p>
    <w:p>
      <w:pPr>
        <w:pStyle w:val="Placeholder"/>
      </w:pPr>
      <w:r>
        <w:t>[Write the English abstract here. The abstract should be concise and should not contain citations, tables, or figures.]</w:t>
      </w:r>
    </w:p>
    <w:p>
      <w:r>
        <w:rPr>
          <w:b/>
        </w:rPr>
        <w:t xml:space="preserve">Keywords: </w:t>
      </w:r>
      <w:r>
        <w:t>[keyword 1; keyword 2; keyword 3; keyword 4; keyword 5]</w:t>
      </w:r>
    </w:p>
    <w:p>
      <w:pPr>
        <w:pStyle w:val="Heading1"/>
      </w:pPr>
      <w:r>
        <w:t>INTRODUCTION</w:t>
      </w:r>
    </w:p>
    <w:p>
      <w:pPr>
        <w:pStyle w:val="SmallInstruction"/>
      </w:pPr>
      <w:r>
        <w:t>Present the background, rationale, urgency, research gap, and objective of the review.</w:t>
      </w:r>
    </w:p>
    <w:p>
      <w:pPr>
        <w:pStyle w:val="Placeholder"/>
      </w:pPr>
      <w:r>
        <w:t>[Write the introduction here.]</w:t>
      </w:r>
    </w:p>
    <w:p>
      <w:pPr>
        <w:pStyle w:val="Heading1"/>
      </w:pPr>
      <w:r>
        <w:t>REVIEW METHOD OR SEARCH STRATEGY</w:t>
      </w:r>
    </w:p>
    <w:p>
      <w:pPr>
        <w:pStyle w:val="SmallInstruction"/>
      </w:pPr>
      <w:r>
        <w:t>Describe the review design, databases searched, keywords, inclusion criteria, exclusion criteria, screening process, and method of analysis. For systematic or scoping reviews, authors may include a flow diagram when applicable.</w:t>
      </w:r>
    </w:p>
    <w:p>
      <w:pPr>
        <w:pStyle w:val="Placeholder"/>
      </w:pPr>
      <w:r>
        <w:t>[Write the review method or search strategy here.]</w:t>
      </w:r>
    </w:p>
    <w:p>
      <w:r>
        <w:br w:type="page"/>
      </w:r>
    </w:p>
    <w:p>
      <w:pPr>
        <w:pStyle w:val="Heading2"/>
      </w:pPr>
      <w:r>
        <w:t>Example of Search Strategy Table</w:t>
      </w:r>
    </w:p>
    <w:p>
      <w:pPr>
        <w:jc w:val="center"/>
      </w:pPr>
      <w:r>
        <w:rPr>
          <w:b/>
        </w:rPr>
        <w:t>Table 1. Search Strategy and Selection Criteria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blGrid>
        <w:gridCol w:w="4252"/>
        <w:gridCol w:w="4252"/>
      </w:tblGrid>
      <w:tr>
        <w:tc>
          <w:tcPr>
            <w:tcW w:type="dxa" w:w="4252"/>
            <w:vAlign w:val="center"/>
            <w:shd w:fill="D9EAF7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/>
                <w:i w:val="0"/>
                <w:sz w:val="24"/>
              </w:rPr>
              <w:t>Item</w:t>
            </w:r>
          </w:p>
        </w:tc>
        <w:tc>
          <w:tcPr>
            <w:tcW w:type="dxa" w:w="4252"/>
            <w:vAlign w:val="center"/>
            <w:shd w:fill="D9EAF7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/>
                <w:i w:val="0"/>
                <w:sz w:val="24"/>
              </w:rPr>
              <w:t>Description</w:t>
            </w:r>
          </w:p>
        </w:tc>
      </w:tr>
      <w:tr>
        <w:tc>
          <w:tcPr>
            <w:tcW w:type="dxa" w:w="4252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Databases</w:t>
            </w:r>
          </w:p>
        </w:tc>
        <w:tc>
          <w:tcPr>
            <w:tcW w:type="dxa" w:w="4252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[PubMed, Scopus, Google Scholar, ScienceDirect, etc.]</w:t>
            </w:r>
          </w:p>
        </w:tc>
      </w:tr>
      <w:tr>
        <w:tc>
          <w:tcPr>
            <w:tcW w:type="dxa" w:w="4252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Keywords</w:t>
            </w:r>
          </w:p>
        </w:tc>
        <w:tc>
          <w:tcPr>
            <w:tcW w:type="dxa" w:w="4252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[keyword 1 AND keyword 2 OR keyword 3]</w:t>
            </w:r>
          </w:p>
        </w:tc>
      </w:tr>
      <w:tr>
        <w:tc>
          <w:tcPr>
            <w:tcW w:type="dxa" w:w="4252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Inclusion criteria</w:t>
            </w:r>
          </w:p>
        </w:tc>
        <w:tc>
          <w:tcPr>
            <w:tcW w:type="dxa" w:w="4252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[Write inclusion criteria here]</w:t>
            </w:r>
          </w:p>
        </w:tc>
      </w:tr>
      <w:tr>
        <w:tc>
          <w:tcPr>
            <w:tcW w:type="dxa" w:w="4252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Exclusion criteria</w:t>
            </w:r>
          </w:p>
        </w:tc>
        <w:tc>
          <w:tcPr>
            <w:tcW w:type="dxa" w:w="4252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[Write exclusion criteria here]</w:t>
            </w:r>
          </w:p>
        </w:tc>
      </w:tr>
    </w:tbl>
    <w:p>
      <w:pPr>
        <w:pStyle w:val="Heading1"/>
      </w:pPr>
      <w:r>
        <w:t>RESULTS AND DISCUSSION</w:t>
      </w:r>
    </w:p>
    <w:p>
      <w:pPr>
        <w:pStyle w:val="SmallInstruction"/>
      </w:pPr>
      <w:r>
        <w:t>Present the main findings of the reviewed literature and discuss their relevance, similarities, differences, implications, and limitations in relation to physiotherapy and/or nursing.</w:t>
      </w:r>
    </w:p>
    <w:p>
      <w:pPr>
        <w:pStyle w:val="Placeholder"/>
      </w:pPr>
      <w:r>
        <w:t>[Write the results and discussion here.]</w:t>
      </w:r>
    </w:p>
    <w:p>
      <w:pPr>
        <w:pStyle w:val="Heading1"/>
      </w:pPr>
      <w:r>
        <w:t>CONCLUSION</w:t>
      </w:r>
    </w:p>
    <w:p>
      <w:pPr>
        <w:pStyle w:val="SmallInstruction"/>
      </w:pPr>
      <w:r>
        <w:t>Summarize the main conclusions of the review and recommendations when relevant.</w:t>
      </w:r>
    </w:p>
    <w:p>
      <w:pPr>
        <w:pStyle w:val="Placeholder"/>
      </w:pPr>
      <w:r>
        <w:t>[Write the conclusion here.]</w:t>
      </w:r>
    </w:p>
    <w:p>
      <w:pPr>
        <w:pStyle w:val="Heading1"/>
      </w:pPr>
      <w:r>
        <w:t>CONFLICT OF INTEREST STATEMENT</w:t>
      </w:r>
    </w:p>
    <w:p>
      <w:pPr>
        <w:pStyle w:val="Placeholder"/>
      </w:pPr>
      <w:r>
        <w:t>The authors declare that there is no conflict of interest related to this manuscript.</w:t>
      </w:r>
    </w:p>
    <w:p>
      <w:pPr>
        <w:pStyle w:val="Heading1"/>
      </w:pPr>
      <w:r>
        <w:t>FUNDING STATEMENT</w:t>
      </w:r>
    </w:p>
    <w:p>
      <w:pPr>
        <w:pStyle w:val="Placeholder"/>
      </w:pPr>
      <w:r>
        <w:t>This review received no external funding.</w:t>
      </w:r>
    </w:p>
    <w:p>
      <w:pPr>
        <w:pStyle w:val="Heading1"/>
      </w:pPr>
      <w:r>
        <w:t>REFERENCES</w:t>
      </w:r>
    </w:p>
    <w:p>
      <w:pPr>
        <w:pStyle w:val="SmallInstruction"/>
      </w:pPr>
      <w:r>
        <w:t>Use APA Style and manage references with Mendeley. Include only references cited in the manuscript. Ensure all cited references appear in this list.</w:t>
      </w:r>
    </w:p>
    <w:p>
      <w:pPr>
        <w:ind w:hanging="720" w:left="720"/>
      </w:pPr>
      <w:r>
        <w:t xml:space="preserve">Author, A. A., &amp; Author, B. B. (Year). Title of article. </w:t>
      </w:r>
      <w:r>
        <w:rPr>
          <w:i/>
        </w:rPr>
        <w:t>Journal Title, volume</w:t>
      </w:r>
      <w:r>
        <w:t>(issue), page-page. https://doi.org/xxxxx</w:t>
      </w:r>
    </w:p>
    <w:p>
      <w:pPr>
        <w:ind w:hanging="720" w:left="720"/>
      </w:pPr>
      <w:r>
        <w:t xml:space="preserve">Author, A. A. (Year). </w:t>
      </w:r>
      <w:r>
        <w:rPr>
          <w:i/>
        </w:rPr>
        <w:t>Title of book</w:t>
      </w:r>
      <w:r>
        <w:t>. Publisher.</w:t>
      </w:r>
    </w:p>
    <w:p>
      <w:r>
        <w:br w:type="page"/>
      </w:r>
    </w:p>
    <w:p>
      <w:pPr>
        <w:pStyle w:val="Heading1"/>
      </w:pPr>
      <w:r>
        <w:t>Before Submission</w:t>
      </w:r>
    </w:p>
    <w:p>
      <w:r>
        <w:t xml:space="preserve">Authors must ensure that the manuscript is original, has not been previously published, is not under review by another journal, and is relevant to physiotherapy and/or nursing. Community service articles are not accepted by this journal. </w:t>
      </w:r>
      <w:r>
        <w:rPr>
          <w:b/>
        </w:rPr>
        <w:t>All citations and references must follow APA Style and be managed using Mendeley.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blGrid>
        <w:gridCol w:w="4252"/>
        <w:gridCol w:w="4252"/>
      </w:tblGrid>
      <w:tr>
        <w:tc>
          <w:tcPr>
            <w:tcW w:type="dxa" w:w="4252"/>
            <w:vAlign w:val="center"/>
            <w:shd w:fill="D9EAF7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/>
                <w:i w:val="0"/>
                <w:sz w:val="24"/>
              </w:rPr>
              <w:t>Paper size</w:t>
            </w:r>
          </w:p>
        </w:tc>
        <w:tc>
          <w:tcPr>
            <w:tcW w:type="dxa" w:w="4252"/>
            <w:vAlign w:val="center"/>
            <w:shd w:fill="D9EAF7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A4</w:t>
            </w:r>
          </w:p>
        </w:tc>
      </w:tr>
      <w:tr>
        <w:tc>
          <w:tcPr>
            <w:tcW w:type="dxa" w:w="4252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/>
                <w:i w:val="0"/>
                <w:sz w:val="24"/>
              </w:rPr>
              <w:t>Font</w:t>
            </w:r>
          </w:p>
        </w:tc>
        <w:tc>
          <w:tcPr>
            <w:tcW w:type="dxa" w:w="4252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Times New Roman</w:t>
            </w:r>
          </w:p>
        </w:tc>
      </w:tr>
      <w:tr>
        <w:tc>
          <w:tcPr>
            <w:tcW w:type="dxa" w:w="4252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/>
                <w:i w:val="0"/>
                <w:sz w:val="24"/>
              </w:rPr>
              <w:t>Font size</w:t>
            </w:r>
          </w:p>
        </w:tc>
        <w:tc>
          <w:tcPr>
            <w:tcW w:type="dxa" w:w="4252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12 pt</w:t>
            </w:r>
          </w:p>
        </w:tc>
      </w:tr>
      <w:tr>
        <w:tc>
          <w:tcPr>
            <w:tcW w:type="dxa" w:w="4252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/>
                <w:i w:val="0"/>
                <w:sz w:val="24"/>
              </w:rPr>
              <w:t>Line spacing</w:t>
            </w:r>
          </w:p>
        </w:tc>
        <w:tc>
          <w:tcPr>
            <w:tcW w:type="dxa" w:w="4252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1.15 or 1.5</w:t>
            </w:r>
          </w:p>
        </w:tc>
      </w:tr>
      <w:tr>
        <w:tc>
          <w:tcPr>
            <w:tcW w:type="dxa" w:w="4252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/>
                <w:i w:val="0"/>
                <w:sz w:val="24"/>
              </w:rPr>
              <w:t>Margins</w:t>
            </w:r>
          </w:p>
        </w:tc>
        <w:tc>
          <w:tcPr>
            <w:tcW w:type="dxa" w:w="4252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3 cm on all sides</w:t>
            </w:r>
          </w:p>
        </w:tc>
      </w:tr>
      <w:tr>
        <w:tc>
          <w:tcPr>
            <w:tcW w:type="dxa" w:w="4252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/>
                <w:i w:val="0"/>
                <w:sz w:val="24"/>
              </w:rPr>
              <w:t>Manuscript length</w:t>
            </w:r>
          </w:p>
        </w:tc>
        <w:tc>
          <w:tcPr>
            <w:tcW w:type="dxa" w:w="4252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10-15 pages or according to the journal template</w:t>
            </w:r>
          </w:p>
        </w:tc>
      </w:tr>
      <w:tr>
        <w:tc>
          <w:tcPr>
            <w:tcW w:type="dxa" w:w="4252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/>
                <w:i w:val="0"/>
                <w:sz w:val="24"/>
              </w:rPr>
              <w:t>File format</w:t>
            </w:r>
          </w:p>
        </w:tc>
        <w:tc>
          <w:tcPr>
            <w:tcW w:type="dxa" w:w="4252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Microsoft Word or DOCX</w:t>
            </w:r>
          </w:p>
        </w:tc>
      </w:tr>
      <w:tr>
        <w:tc>
          <w:tcPr>
            <w:tcW w:type="dxa" w:w="4252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/>
                <w:i w:val="0"/>
                <w:sz w:val="24"/>
              </w:rPr>
              <w:t>Citation style</w:t>
            </w:r>
          </w:p>
        </w:tc>
        <w:tc>
          <w:tcPr>
            <w:tcW w:type="dxa" w:w="4252"/>
            <w:vAlign w:val="center"/>
          </w:tcPr>
          <w:p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APA Style, managed with Mendeley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701" w:right="1701" w:bottom="1701" w:left="1701" w:header="737" w:footer="73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8"/>
      </w:rPr>
      <w:t xml:space="preserve">Theranur: Journal of Physiotherapy and Nursing | Page </w:t>
    </w:r>
    <w:r>
      <w:rPr>
        <w:rFonts w:ascii="Times New Roman" w:hAnsi="Times New Roman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Times New Roman" w:hAnsi="Times New Roman"/>
        <w:i/>
        <w:sz w:val="18"/>
      </w:rPr>
      <w:t>Theranur: Journal of Physiotherapy and Nursing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  <w:jc w:val="both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76" w:lineRule="auto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76" w:lineRule="auto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laceholder">
    <w:name w:val="Placeholder"/>
    <w:pPr>
      <w:spacing w:line="276" w:lineRule="auto" w:after="120"/>
      <w:jc w:val="both"/>
    </w:pPr>
    <w:rPr>
      <w:rFonts w:ascii="Times New Roman" w:hAnsi="Times New Roman" w:eastAsia="Times New Roman"/>
      <w:i/>
      <w:sz w:val="24"/>
    </w:rPr>
  </w:style>
  <w:style w:type="paragraph" w:customStyle="1" w:styleId="SmallInstruction">
    <w:name w:val="SmallInstruction"/>
    <w:pPr>
      <w:spacing w:line="276" w:lineRule="auto" w:after="80"/>
      <w:jc w:val="both"/>
    </w:pPr>
    <w:rPr>
      <w:rFonts w:ascii="Times New Roman" w:hAnsi="Times New Roman" w:eastAsia="Times New Roman"/>
      <w:i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Theranur Template Review Article</dc:title>
  <dc:subject/>
  <dc:creator>Theranur: Journal of Physiotherapy and Nursing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