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F80" w:rsidRPr="00AD020F" w:rsidRDefault="00BF4EE0">
      <w:pPr>
        <w:spacing w:line="276" w:lineRule="auto"/>
        <w:jc w:val="center"/>
        <w:rPr>
          <w:lang w:val="fr-FR"/>
        </w:rPr>
      </w:pPr>
      <w:r>
        <w:rPr>
          <w:rFonts w:cs="Times New Roman"/>
          <w:b/>
          <w:color w:val="000000"/>
        </w:rPr>
        <w:t>BÀI 4: RUỘNG BẬC THANG Ở SA PA (TIẾT 1 + 2)</w:t>
      </w:r>
    </w:p>
    <w:p w:rsidR="004D5F80" w:rsidRPr="00AD020F" w:rsidRDefault="00BF4EE0">
      <w:pPr>
        <w:spacing w:line="276" w:lineRule="auto"/>
        <w:jc w:val="both"/>
        <w:rPr>
          <w:lang w:val="fr-FR"/>
        </w:rPr>
      </w:pPr>
      <w:r w:rsidRPr="00AD020F">
        <w:rPr>
          <w:rFonts w:cs="Times New Roman"/>
          <w:b/>
          <w:color w:val="000000"/>
          <w:lang w:val="fr-FR"/>
        </w:rPr>
        <w:t>I. YÊU CẦU CẦN ĐẠT</w:t>
      </w:r>
    </w:p>
    <w:p w:rsidR="004D5F80" w:rsidRPr="00AD020F" w:rsidRDefault="00BF4EE0">
      <w:pPr>
        <w:spacing w:line="276" w:lineRule="auto"/>
        <w:jc w:val="both"/>
        <w:rPr>
          <w:lang w:val="fr-FR"/>
        </w:rPr>
      </w:pPr>
      <w:r w:rsidRPr="00AD020F">
        <w:rPr>
          <w:rFonts w:cs="Times New Roman"/>
          <w:b/>
          <w:color w:val="000000"/>
          <w:lang w:val="fr-FR"/>
        </w:rPr>
        <w:t>1. Năng lực đặc thù:</w:t>
      </w:r>
    </w:p>
    <w:p w:rsidR="004D5F80" w:rsidRPr="00AD020F" w:rsidRDefault="00BF4EE0">
      <w:pPr>
        <w:spacing w:line="276" w:lineRule="auto"/>
        <w:jc w:val="both"/>
        <w:rPr>
          <w:lang w:val="fr-FR"/>
        </w:rPr>
      </w:pPr>
      <w:r w:rsidRPr="00AD020F">
        <w:rPr>
          <w:rFonts w:cs="Times New Roman"/>
          <w:color w:val="000000"/>
          <w:lang w:val="fr-FR"/>
        </w:rPr>
        <w:t>- Phát triển kĩ năng đọc thông qua việc đọc đúng, rõ ràng một VB thông tin ngắn và đơn giản, có yếu tố miêu tả; hiểu và trả lời đúng các câu hỏi có liên quan đến VB; quan sát, nhận biết được các chi tiết trong tranh và suy luận từ tranh được quan sát.</w:t>
      </w:r>
    </w:p>
    <w:p w:rsidR="004D5F80" w:rsidRPr="00AD020F" w:rsidRDefault="00BF4EE0">
      <w:pPr>
        <w:spacing w:line="276" w:lineRule="auto"/>
        <w:jc w:val="both"/>
        <w:rPr>
          <w:lang w:val="fr-FR"/>
        </w:rPr>
      </w:pPr>
      <w:r w:rsidRPr="00AD020F">
        <w:rPr>
          <w:rFonts w:cs="Times New Roman"/>
          <w:color w:val="000000"/>
          <w:lang w:val="fr-FR"/>
        </w:rPr>
        <w:t>- Phát triển kĩ năng nói và nghe thông qua trao đổi về nội dung của VB và nội dung được thể hiện trong tranh.</w:t>
      </w:r>
    </w:p>
    <w:p w:rsidR="004D5F80" w:rsidRPr="00AD020F" w:rsidRDefault="00BF4EE0">
      <w:pPr>
        <w:spacing w:line="276" w:lineRule="auto"/>
        <w:jc w:val="both"/>
        <w:rPr>
          <w:lang w:val="fr-FR"/>
        </w:rPr>
      </w:pPr>
      <w:r w:rsidRPr="00AD020F">
        <w:rPr>
          <w:rFonts w:cs="Times New Roman"/>
          <w:b/>
          <w:color w:val="000000"/>
          <w:lang w:val="fr-FR"/>
        </w:rPr>
        <w:t>2. Năng lực chung:</w:t>
      </w:r>
    </w:p>
    <w:p w:rsidR="004D5F80" w:rsidRPr="00AD020F" w:rsidRDefault="00BF4EE0">
      <w:pPr>
        <w:spacing w:line="276" w:lineRule="auto"/>
        <w:jc w:val="both"/>
        <w:rPr>
          <w:lang w:val="fr-FR"/>
        </w:rPr>
      </w:pPr>
      <w:r w:rsidRPr="00AD020F">
        <w:rPr>
          <w:rFonts w:cs="Times New Roman"/>
          <w:color w:val="000000"/>
          <w:lang w:val="fr-FR"/>
        </w:rPr>
        <w:t>- Tự chủ và tự học: HS tự hoàn thành nhiệm vụ học tập, chủ động đọc bài, trả lời câu hỏi và tham gia các hoạt động học tập.</w:t>
      </w:r>
    </w:p>
    <w:p w:rsidR="004D5F80" w:rsidRPr="00AD020F" w:rsidRDefault="00BF4EE0">
      <w:pPr>
        <w:spacing w:line="276" w:lineRule="auto"/>
        <w:jc w:val="both"/>
        <w:rPr>
          <w:lang w:val="fr-FR"/>
        </w:rPr>
      </w:pPr>
      <w:r w:rsidRPr="00AD020F">
        <w:rPr>
          <w:rFonts w:cs="Times New Roman"/>
          <w:color w:val="000000"/>
          <w:lang w:val="fr-FR"/>
        </w:rPr>
        <w:t>- Giao tiếp và hợp tác: HS biết trao đổi với bạn trong nhóm đôi, lắng nghe, nhận xét và trình bày ý kiến của mình.</w:t>
      </w:r>
    </w:p>
    <w:p w:rsidR="004D5F80" w:rsidRPr="00AD020F" w:rsidRDefault="00BF4EE0">
      <w:pPr>
        <w:spacing w:line="276" w:lineRule="auto"/>
        <w:jc w:val="both"/>
        <w:rPr>
          <w:lang w:val="fr-FR"/>
        </w:rPr>
      </w:pPr>
      <w:r w:rsidRPr="00AD020F">
        <w:rPr>
          <w:rFonts w:cs="Times New Roman"/>
          <w:color w:val="000000"/>
          <w:lang w:val="fr-FR"/>
        </w:rPr>
        <w:t>- Giải quyết vấn đề và sáng tạo: HS biết quan sát tranh, tìm thông tin trong bài, nêu cảm nhận về vẻ đẹp của ruộng bậc thang và liên hệ với cảnh đẹp quê hương đất nước.</w:t>
      </w:r>
    </w:p>
    <w:p w:rsidR="004D5F80" w:rsidRPr="00AD020F" w:rsidRDefault="00BF4EE0">
      <w:pPr>
        <w:spacing w:line="276" w:lineRule="auto"/>
        <w:jc w:val="both"/>
        <w:rPr>
          <w:lang w:val="fr-FR"/>
        </w:rPr>
      </w:pPr>
      <w:r w:rsidRPr="00AD020F">
        <w:rPr>
          <w:rFonts w:cs="Times New Roman"/>
          <w:b/>
          <w:color w:val="000000"/>
          <w:lang w:val="fr-FR"/>
        </w:rPr>
        <w:t>3. Phẩm chất:</w:t>
      </w:r>
    </w:p>
    <w:p w:rsidR="004D5F80" w:rsidRPr="00AD020F" w:rsidRDefault="00BF4EE0">
      <w:pPr>
        <w:spacing w:line="276" w:lineRule="auto"/>
        <w:jc w:val="both"/>
        <w:rPr>
          <w:lang w:val="fr-FR"/>
        </w:rPr>
      </w:pPr>
      <w:r w:rsidRPr="00AD020F">
        <w:rPr>
          <w:rFonts w:cs="Times New Roman"/>
          <w:color w:val="000000"/>
          <w:lang w:val="fr-FR"/>
        </w:rPr>
        <w:t>- Yêu nước: Góp phần hình thành cho HS phẩm chất yêu nước thông qua tình yêu đối với vẻ đẹp của quê hương, đất nước.</w:t>
      </w:r>
    </w:p>
    <w:p w:rsidR="004D5F80" w:rsidRPr="00AD020F" w:rsidRDefault="00BF4EE0">
      <w:pPr>
        <w:spacing w:line="276" w:lineRule="auto"/>
        <w:jc w:val="both"/>
        <w:rPr>
          <w:lang w:val="fr-FR"/>
        </w:rPr>
      </w:pPr>
      <w:r w:rsidRPr="00AD020F">
        <w:rPr>
          <w:rFonts w:cs="Times New Roman"/>
          <w:color w:val="000000"/>
          <w:lang w:val="fr-FR"/>
        </w:rPr>
        <w:t>- Chăm chỉ: HS tích cực tham gia các hoạt động đọc, nói, tìm hiểu nội dung bài.</w:t>
      </w:r>
    </w:p>
    <w:p w:rsidR="004D5F80" w:rsidRPr="00AD020F" w:rsidRDefault="00BF4EE0">
      <w:pPr>
        <w:spacing w:line="276" w:lineRule="auto"/>
        <w:jc w:val="both"/>
        <w:rPr>
          <w:lang w:val="fr-FR"/>
        </w:rPr>
      </w:pPr>
      <w:r w:rsidRPr="00AD020F">
        <w:rPr>
          <w:rFonts w:cs="Times New Roman"/>
          <w:color w:val="000000"/>
          <w:lang w:val="fr-FR"/>
        </w:rPr>
        <w:t>- Trách nhiệm: HS biết yêu quý, giữ gìn cảnh đẹp thiên nhiên và trân trọng công sức lao động của con người.</w:t>
      </w:r>
    </w:p>
    <w:p w:rsidR="00F234C1" w:rsidRDefault="00D64EC4">
      <w:pPr>
        <w:spacing w:line="276" w:lineRule="auto"/>
        <w:jc w:val="both"/>
      </w:pPr>
      <w:r>
        <w:rPr>
          <w:rFonts w:cs="Times New Roman"/>
          <w:b/>
          <w:color w:val="FF0000"/>
        </w:rPr>
        <w:t>4. Tích hợp</w:t>
      </w:r>
    </w:p>
    <w:p w:rsidR="00F234C1" w:rsidRDefault="00D64EC4">
      <w:pPr>
        <w:spacing w:line="276" w:lineRule="auto"/>
        <w:jc w:val="both"/>
      </w:pPr>
      <w:r>
        <w:rPr>
          <w:rFonts w:cs="Times New Roman"/>
          <w:color w:val="FF0000"/>
        </w:rPr>
        <w:t>- Quốc phòng và an ninh: Qua tranh ảnh về Sa Pa, giáo dục HS yêu quê hương, trân trọng cảnh đẹp đất nước.</w:t>
      </w:r>
    </w:p>
    <w:p w:rsidR="00F234C1" w:rsidRDefault="00D64EC4">
      <w:pPr>
        <w:spacing w:line="276" w:lineRule="auto"/>
        <w:jc w:val="both"/>
      </w:pPr>
      <w:r>
        <w:rPr>
          <w:rFonts w:cs="Times New Roman"/>
          <w:color w:val="FF0000"/>
        </w:rPr>
        <w:t>- Bảo vệ môi trường: Biết giữ gìn cảnh quan du lịch, không xả rác và quý trọng công sức lao động tạo nên ruộng bậc thang.</w:t>
      </w:r>
    </w:p>
    <w:p w:rsidR="004D5F80" w:rsidRDefault="00BF4EE0">
      <w:pPr>
        <w:spacing w:line="276" w:lineRule="auto"/>
        <w:jc w:val="both"/>
      </w:pPr>
      <w:r>
        <w:rPr>
          <w:rFonts w:cs="Times New Roman"/>
          <w:b/>
          <w:color w:val="000000"/>
        </w:rPr>
        <w:t>II. ĐỒ DÙNG DẠY HỌC</w:t>
      </w:r>
    </w:p>
    <w:p w:rsidR="004D5F80" w:rsidRDefault="00BF4EE0">
      <w:pPr>
        <w:spacing w:line="276" w:lineRule="auto"/>
        <w:jc w:val="both"/>
      </w:pPr>
      <w:r>
        <w:rPr>
          <w:rFonts w:cs="Times New Roman"/>
          <w:color w:val="000000"/>
        </w:rPr>
        <w:t>- Giáo viên: TV.</w:t>
      </w:r>
    </w:p>
    <w:p w:rsidR="004D5F80" w:rsidRDefault="00BF4EE0">
      <w:pPr>
        <w:spacing w:line="276" w:lineRule="auto"/>
        <w:jc w:val="both"/>
      </w:pPr>
      <w:r>
        <w:rPr>
          <w:rFonts w:cs="Times New Roman"/>
          <w:color w:val="000000"/>
        </w:rPr>
        <w:t>- Học sinh: SHS, vở Tập viết 1 (tập 2), bảng con.</w:t>
      </w:r>
    </w:p>
    <w:p w:rsidR="004D5F80" w:rsidRDefault="00BF4EE0">
      <w:pPr>
        <w:spacing w:line="276" w:lineRule="auto"/>
        <w:jc w:val="both"/>
      </w:pPr>
      <w:r>
        <w:rPr>
          <w:rFonts w:cs="Times New Roman"/>
          <w:b/>
          <w:color w:val="000000"/>
        </w:rPr>
        <w:t>III. CÁC HOẠT ĐỘNG DẠY HỌC</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93"/>
        <w:gridCol w:w="5193"/>
      </w:tblGrid>
      <w:tr w:rsidR="004D5F8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học sinh</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TIẾT 1</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1. Khởi động</w:t>
            </w:r>
          </w:p>
          <w:p w:rsidR="004D5F80" w:rsidRDefault="00BF4EE0">
            <w:pPr>
              <w:spacing w:line="276" w:lineRule="auto"/>
              <w:jc w:val="both"/>
            </w:pPr>
            <w:r>
              <w:rPr>
                <w:rFonts w:cs="Times New Roman"/>
                <w:b/>
                <w:color w:val="000000"/>
              </w:rPr>
              <w:t>Mục tiêu: Giúp HS quan sát tranh, bước đầu cảm nhận vẻ đẹp của cảnh vùng cao và tạo hứng thú vào bài học.</w:t>
            </w:r>
          </w:p>
        </w:tc>
      </w:tr>
      <w:tr w:rsidR="004D5F8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yêu cầu HS nhắc lại tên bài học trước và nói một số điều thú vị mà em học được.</w:t>
            </w:r>
          </w:p>
        </w:tc>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nhắc lại bài trước và nêu điều em nhớ.</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yêu cầu HS quan sát tranh và trao đổi nhóm để trả lời các câu hỏi.</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quan sát tranh, trao đổi nhóm.</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hỏi: Hình ảnh nào trong tranh khiến em chú ý nhất?</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Em chú ý nhất những thửa ruộng bậc thang.</w:t>
            </w:r>
          </w:p>
          <w:p w:rsidR="004D5F80" w:rsidRDefault="00BF4EE0">
            <w:pPr>
              <w:spacing w:line="276" w:lineRule="auto"/>
              <w:jc w:val="both"/>
            </w:pPr>
            <w:r>
              <w:rPr>
                <w:rFonts w:cs="Times New Roman"/>
                <w:color w:val="000000"/>
              </w:rPr>
              <w:lastRenderedPageBreak/>
              <w:t>- Em chú ý dòng suối, núi và những người đang đi trên ruộng.</w:t>
            </w:r>
          </w:p>
        </w:tc>
      </w:tr>
      <w:tr w:rsidR="004D5F80" w:rsidTr="00942269">
        <w:trPr>
          <w:jc w:val="center"/>
        </w:trPr>
        <w:tc>
          <w:tcPr>
            <w:tcW w:w="5017" w:type="dxa"/>
            <w:shd w:val="clear" w:color="auto" w:fill="auto"/>
            <w:tcMar>
              <w:top w:w="70" w:type="dxa"/>
              <w:left w:w="90" w:type="dxa"/>
              <w:bottom w:w="70" w:type="dxa"/>
              <w:right w:w="90" w:type="dxa"/>
            </w:tcMar>
            <w:vAlign w:val="center"/>
          </w:tcPr>
          <w:p w:rsidR="008D2446" w:rsidRDefault="00BF4EE0">
            <w:pPr>
              <w:spacing w:line="276" w:lineRule="auto"/>
              <w:jc w:val="both"/>
            </w:pPr>
            <w:r>
              <w:rPr>
                <w:rFonts w:cs="Times New Roman"/>
                <w:color w:val="000000"/>
              </w:rPr>
              <w:lastRenderedPageBreak/>
              <w:t>- GV hỏi: Em có thích cảnh vật trong tranh không? Vì sao?</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Em thích vì cảnh vật rất đẹp.</w:t>
            </w:r>
          </w:p>
          <w:p w:rsidR="004D5F80" w:rsidRDefault="00BF4EE0">
            <w:pPr>
              <w:spacing w:line="276" w:lineRule="auto"/>
              <w:jc w:val="both"/>
            </w:pPr>
            <w:r>
              <w:rPr>
                <w:rFonts w:cs="Times New Roman"/>
                <w:color w:val="000000"/>
              </w:rPr>
              <w:t>- Em thích vì ruộng bậc thang uốn quanh sườn núi rất đặc biệt.</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nhận xét, giới thiệu thêm với HS về ruộng bậc thang ở vùng cao.</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dẫn vào bài đọc Ruộng bậc thang ở Sa Pa.</w:t>
            </w:r>
          </w:p>
          <w:p w:rsidR="004D5F80" w:rsidRDefault="00BF4EE0">
            <w:pPr>
              <w:spacing w:line="276" w:lineRule="auto"/>
              <w:jc w:val="both"/>
            </w:pPr>
            <w:r>
              <w:rPr>
                <w:rFonts w:cs="Times New Roman"/>
                <w:color w:val="000000"/>
              </w:rPr>
              <w:t>- Kết luận: Tranh cho thấy vẻ đẹp rất đặc biệt của vùng núi cao. Bài học hôm nay giúp các em hiểu hơn về ruộng bậc thang ở Sa Pa.</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w:t>
            </w:r>
          </w:p>
        </w:tc>
      </w:tr>
      <w:tr w:rsidR="00F234C1" w:rsidTr="00942269">
        <w:trPr>
          <w:jc w:val="center"/>
        </w:trPr>
        <w:tc>
          <w:tcPr>
            <w:tcW w:w="5156" w:type="dxa"/>
            <w:shd w:val="clear" w:color="auto" w:fill="auto"/>
            <w:vAlign w:val="center"/>
          </w:tcPr>
          <w:p w:rsidR="00F234C1" w:rsidRDefault="00D64EC4">
            <w:pPr>
              <w:spacing w:line="276" w:lineRule="auto"/>
              <w:jc w:val="both"/>
            </w:pPr>
            <w:r>
              <w:rPr>
                <w:rFonts w:cs="Times New Roman"/>
                <w:color w:val="FF0000"/>
              </w:rPr>
              <w:t>- GV hỏi dẫn tích hợp Quốc phòng và an ninh: Qua bức tranh ruộng bậc thang ở Sa Pa, em cảm nhận cảnh đẹp của đất nước ta như thế nào? Em cần có tình cảm gì với mỗi vùng miền của Tổ quốc?</w:t>
            </w:r>
          </w:p>
        </w:tc>
        <w:tc>
          <w:tcPr>
            <w:tcW w:w="5156" w:type="dxa"/>
            <w:shd w:val="clear" w:color="auto" w:fill="auto"/>
            <w:vAlign w:val="center"/>
          </w:tcPr>
          <w:p w:rsidR="00F234C1" w:rsidRDefault="00D64EC4">
            <w:pPr>
              <w:spacing w:line="276" w:lineRule="auto"/>
              <w:jc w:val="both"/>
            </w:pPr>
            <w:r>
              <w:rPr>
                <w:rFonts w:cs="Times New Roman"/>
                <w:color w:val="FF0000"/>
              </w:rPr>
              <w:t>- HS trả lời: Em thấy đất nước ta rất đẹp; em yêu quý, tự hào và trân trọng cảnh đẹp, con người ở mọi vùng miền.</w:t>
            </w:r>
          </w:p>
        </w:tc>
      </w:tr>
      <w:tr w:rsidR="00F234C1" w:rsidTr="00942269">
        <w:trPr>
          <w:jc w:val="center"/>
        </w:trPr>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GV diễn giải tích hợp Quốc phòng và an ninh: GV diễn giải: Sa Pa với ruộng bậc thang là một trong những cảnh đẹp tiêu biểu của Việt Nam, được tạo nên bởi thiên nhiên và bàn tay lao động của đồng bào vùng cao. Tìm hiểu cảnh đẹp quê hương giúp HS thêm yêu đất nước, biết rằng mỗi vùng miền đều đáng quý và cần được trân trọng. Tình yêu Tổ quốc bắt đầu từ việc biết quan sát, giữ gìn cảnh đẹp, tôn trọng con người và văn hóa của các vùng trên đất nước mình.</w:t>
            </w:r>
          </w:p>
        </w:tc>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HS lắng nghe, liên hệ và thực hiện: HS nói một câu thể hiện tình yêu hoặc niềm tự hào về cảnh đẹp Việt Nam.</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2. Khám phá - Hoạt động 1: Luyện đọc</w:t>
            </w:r>
          </w:p>
          <w:p w:rsidR="004D5F80" w:rsidRDefault="00BF4EE0">
            <w:pPr>
              <w:spacing w:line="276" w:lineRule="auto"/>
              <w:jc w:val="both"/>
            </w:pPr>
            <w:r>
              <w:rPr>
                <w:rFonts w:cs="Times New Roman"/>
                <w:b/>
                <w:color w:val="000000"/>
              </w:rPr>
              <w:t>Mục tiêu: Giúp HS đọc đúng, rõ ràng văn bản; biết ngắt nghỉ ở câu dài; hiểu nghĩa một số từ ngữ trong bài.</w:t>
            </w:r>
          </w:p>
        </w:tc>
      </w:tr>
      <w:tr w:rsidR="004D5F8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đọc mẫu toàn văn bản.</w:t>
            </w:r>
          </w:p>
        </w:tc>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 theo dõi SGK.</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hướng dẫn HS luyện phát âm một số từ khó: rực rỡ, Hmông.</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luyện đọc từ khó.</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HS đọc nối tiếp từng câu lần 1.</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đọc nối tiếp từng câu lần 1.</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HS đọc nối tiếp từng câu lần 2.</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đọc nối tiếp từng câu lần 2.</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hướng dẫn HS đọc những câu dài:</w:t>
            </w:r>
          </w:p>
          <w:p w:rsidR="004D5F80" w:rsidRDefault="00BF4EE0">
            <w:pPr>
              <w:spacing w:line="276" w:lineRule="auto"/>
              <w:jc w:val="both"/>
            </w:pPr>
            <w:r>
              <w:rPr>
                <w:rFonts w:cs="Times New Roman"/>
                <w:color w:val="000000"/>
              </w:rPr>
              <w:t>- Nhìn xa,/ chúng giống như những bậc thang khổng lồ.</w:t>
            </w:r>
          </w:p>
          <w:p w:rsidR="004D5F80" w:rsidRDefault="00BF4EE0">
            <w:pPr>
              <w:spacing w:line="276" w:lineRule="auto"/>
              <w:jc w:val="both"/>
            </w:pPr>
            <w:r>
              <w:rPr>
                <w:rFonts w:cs="Times New Roman"/>
                <w:color w:val="000000"/>
              </w:rPr>
              <w:lastRenderedPageBreak/>
              <w:t>- Từng bậc,/ từng bậc/ như nối mặt đất với bầu trời.</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lastRenderedPageBreak/>
              <w:t>- HS luyện đọc câu dài.</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lastRenderedPageBreak/>
              <w:t>- GV chia VB thành 2 đoạn:</w:t>
            </w:r>
          </w:p>
          <w:p w:rsidR="004D5F80" w:rsidRDefault="00BF4EE0">
            <w:pPr>
              <w:spacing w:line="276" w:lineRule="auto"/>
              <w:jc w:val="both"/>
            </w:pPr>
            <w:r>
              <w:rPr>
                <w:rFonts w:cs="Times New Roman"/>
                <w:color w:val="000000"/>
              </w:rPr>
              <w:t>- Đoạn 1: Từ đầu đến ngạt ngào hương lúa.</w:t>
            </w:r>
          </w:p>
          <w:p w:rsidR="004D5F80" w:rsidRDefault="00BF4EE0">
            <w:pPr>
              <w:spacing w:line="276" w:lineRule="auto"/>
              <w:jc w:val="both"/>
            </w:pPr>
            <w:r>
              <w:rPr>
                <w:rFonts w:cs="Times New Roman"/>
                <w:color w:val="000000"/>
              </w:rPr>
              <w:t>- Đoạn 2: Phần còn lại.</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theo dõi.</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HS đọc nối tiếp từng đoạn lần 1.</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đọc nối tiếp từng đoạn.</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kết hợp giải nghĩa từ: ruộng bậc thang, khổng lồ, ngạt ngào, bất tận, cần mẫn.</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 nhắc lại nghĩa từ.</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HS đọc đoạn theo nhóm đôi.</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đọc đoạn theo nhóm đôi.</w:t>
            </w:r>
          </w:p>
        </w:tc>
      </w:tr>
      <w:tr w:rsidR="004D5F8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mời 2 HS đọc lại toàn văn bản.</w:t>
            </w:r>
          </w:p>
          <w:p w:rsidR="004D5F80" w:rsidRDefault="00BF4EE0">
            <w:pPr>
              <w:spacing w:line="276" w:lineRule="auto"/>
              <w:jc w:val="both"/>
            </w:pPr>
            <w:r>
              <w:rPr>
                <w:rFonts w:cs="Times New Roman"/>
                <w:color w:val="000000"/>
              </w:rPr>
              <w:t>- Kết luận: Văn bản giúp các em thấy được vẻ đẹp của ruộng bậc thang và công sức của con người vùng cao. Khi đọc, các em cần đọc rõ tiếng, đúng từ và ngắt nghỉ đúng chỗ.</w:t>
            </w:r>
          </w:p>
        </w:tc>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- 2 HS đọc lại toàn văn bản.</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3. Luyện tập - Thực hành - Hoạt động 2: Trả lời câu hỏi (Bài tập 3)</w:t>
            </w:r>
          </w:p>
          <w:p w:rsidR="004D5F80" w:rsidRDefault="00BF4EE0">
            <w:pPr>
              <w:spacing w:line="276" w:lineRule="auto"/>
              <w:jc w:val="both"/>
            </w:pPr>
            <w:r>
              <w:rPr>
                <w:rFonts w:cs="Times New Roman"/>
                <w:b/>
                <w:color w:val="000000"/>
              </w:rPr>
              <w:t>Mục tiêu: Giúp HS hiểu nội dung văn bản, biết tìm chi tiết trong bài để trả lời câu hỏi và cảm nhận vẻ đẹp của ruộng bậc thang ở Sa Pa.</w:t>
            </w:r>
          </w:p>
        </w:tc>
      </w:tr>
      <w:tr w:rsidR="004D5F8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HS đọc đoạn 1.</w:t>
            </w:r>
          </w:p>
        </w:tc>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đọc đoạn 1.</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hỏi câu a: Vào mùa lúa chín, Sa Pa có gì đặc biệt?</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Vào mùa lúa chín, đến Sa Pa, khách du lịch có dịp ngắm nhìn vẻ đẹp rực rỡ của những khu ruộng bậc thang.</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mời HS khác nhận xét, bổ sung.</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nhận xét, bổ sung.</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HS đọc đoạn 2.</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đọc đoạn 2.</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hỏi câu b: Ruộng bậc thang có từ bao giờ?</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Ruộng bậc thang có từ hàng trăm năm nay.</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hỏi câu c: Ai đã tạo nên những khu ruộng bậc thang?</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Những người Mông, Dao, Hà Nhì đã tạo nên những khu ruộng bậc thang.</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hỏi thêm: Em thấy những người làm ra ruộng bậc thang là những người như thế nào?</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Họ rất chăm chỉ.</w:t>
            </w:r>
          </w:p>
          <w:p w:rsidR="004D5F80" w:rsidRDefault="00BF4EE0">
            <w:pPr>
              <w:spacing w:line="276" w:lineRule="auto"/>
              <w:jc w:val="both"/>
            </w:pPr>
            <w:r>
              <w:rPr>
                <w:rFonts w:cs="Times New Roman"/>
                <w:color w:val="000000"/>
              </w:rPr>
              <w:t>- Họ rất cần mẫn.</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diễn giải: Ruộng bậc thang không chỉ đẹp mà còn thể hiện bàn tay lao động bền bỉ, khéo léo của đồng bào vùng cao qua nhiều thế hệ.</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w:t>
            </w:r>
          </w:p>
        </w:tc>
      </w:tr>
      <w:tr w:rsidR="004D5F8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nhận xét, tuyên dương HS.</w:t>
            </w:r>
          </w:p>
          <w:p w:rsidR="004D5F80" w:rsidRDefault="00BF4EE0">
            <w:pPr>
              <w:spacing w:line="276" w:lineRule="auto"/>
              <w:jc w:val="both"/>
            </w:pPr>
            <w:r>
              <w:rPr>
                <w:rFonts w:cs="Times New Roman"/>
                <w:color w:val="000000"/>
              </w:rPr>
              <w:t xml:space="preserve">- Kết luận: Ruộng bậc thang ở Sa Pa là một </w:t>
            </w:r>
            <w:r>
              <w:rPr>
                <w:rFonts w:cs="Times New Roman"/>
                <w:color w:val="000000"/>
              </w:rPr>
              <w:lastRenderedPageBreak/>
              <w:t>cảnh đẹp độc đáo của đất nước ta, đồng thời cũng là kết quả của sự chăm chỉ, cần mẫn của con người vùng cao.</w:t>
            </w:r>
          </w:p>
        </w:tc>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lastRenderedPageBreak/>
              <w:t>- HS lắng nghe.</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lastRenderedPageBreak/>
              <w:t>TIẾT 2</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1. Khởi động</w:t>
            </w:r>
          </w:p>
          <w:p w:rsidR="004D5F80" w:rsidRDefault="00BF4EE0">
            <w:pPr>
              <w:spacing w:line="276" w:lineRule="auto"/>
              <w:jc w:val="both"/>
            </w:pPr>
            <w:r>
              <w:rPr>
                <w:rFonts w:cs="Times New Roman"/>
                <w:b/>
                <w:color w:val="000000"/>
              </w:rPr>
              <w:t>Mục tiêu: Giúp HS nhớ lại nội dung bài đọc đã học ở tiết trước và tạo không khí vui vẻ trước khi luyện tập.</w:t>
            </w:r>
          </w:p>
        </w:tc>
      </w:tr>
      <w:tr w:rsidR="004D5F8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cả lớp hát vui.</w:t>
            </w:r>
          </w:p>
        </w:tc>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hát.</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hỏi: Tiết trước các em đã học bài gì?</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Bài Ruộng bậc thang ở Sa Pa.</w:t>
            </w:r>
          </w:p>
        </w:tc>
      </w:tr>
      <w:tr w:rsidR="004D5F8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mời 1 HS đọc lại một đoạn em nhớ.</w:t>
            </w:r>
          </w:p>
          <w:p w:rsidR="004D5F80" w:rsidRDefault="00BF4EE0">
            <w:pPr>
              <w:spacing w:line="276" w:lineRule="auto"/>
              <w:jc w:val="both"/>
            </w:pPr>
            <w:r>
              <w:rPr>
                <w:rFonts w:cs="Times New Roman"/>
                <w:color w:val="000000"/>
              </w:rPr>
              <w:t>- Kết luận: Các em đã nhớ lại bài học để tiếp tục luyện tập và vận dụng.</w:t>
            </w:r>
          </w:p>
        </w:tc>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- 1 HS đọc lại một đoạn em nhớ.</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3. Luyện tập - Thực hành - Hoạt động 3: Chọn vần phù hợp thay cho ô vuông (Bài tập 4)</w:t>
            </w:r>
          </w:p>
          <w:p w:rsidR="004D5F80" w:rsidRDefault="00BF4EE0">
            <w:pPr>
              <w:spacing w:line="276" w:lineRule="auto"/>
              <w:jc w:val="both"/>
            </w:pPr>
            <w:r>
              <w:rPr>
                <w:rFonts w:cs="Times New Roman"/>
                <w:b/>
                <w:color w:val="000000"/>
              </w:rPr>
              <w:t>Mục tiêu: Giúp HS củng cố kiến thức về vần, chọn đúng vần để hoàn thiện từ.</w:t>
            </w:r>
          </w:p>
        </w:tc>
      </w:tr>
      <w:tr w:rsidR="004D5F8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yêu cầu HS nêu yêu cầu của bài tập 4.</w:t>
            </w:r>
          </w:p>
        </w:tc>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nêu yêu cầu bài tập.</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hướng dẫn HS cách làm bài: đọc tiếng chưa hoàn chỉnh, chọn vần phù hợp để tạo thành từ đúng.</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HS làm việc nhóm đôi để tìm những vần phù hợp.</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làm việc nhóm đôi.</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mời đại diện vài nhóm trình bày kết quả.</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Đại diện vài nhóm trình bày:</w:t>
            </w:r>
          </w:p>
          <w:p w:rsidR="004D5F80" w:rsidRDefault="00BF4EE0">
            <w:pPr>
              <w:spacing w:line="276" w:lineRule="auto"/>
              <w:jc w:val="both"/>
            </w:pPr>
            <w:r>
              <w:rPr>
                <w:rFonts w:cs="Times New Roman"/>
                <w:color w:val="000000"/>
              </w:rPr>
              <w:t>- tờ lịch</w:t>
            </w:r>
          </w:p>
          <w:p w:rsidR="004D5F80" w:rsidRDefault="00BF4EE0">
            <w:pPr>
              <w:spacing w:line="276" w:lineRule="auto"/>
              <w:jc w:val="both"/>
            </w:pPr>
            <w:r>
              <w:rPr>
                <w:rFonts w:cs="Times New Roman"/>
                <w:color w:val="000000"/>
              </w:rPr>
              <w:t>- yêu thích</w:t>
            </w:r>
          </w:p>
          <w:p w:rsidR="004D5F80" w:rsidRDefault="00BF4EE0">
            <w:pPr>
              <w:spacing w:line="276" w:lineRule="auto"/>
              <w:jc w:val="both"/>
            </w:pPr>
            <w:r>
              <w:rPr>
                <w:rFonts w:cs="Times New Roman"/>
                <w:color w:val="000000"/>
              </w:rPr>
              <w:t>- tối mịt</w:t>
            </w:r>
          </w:p>
          <w:p w:rsidR="004D5F80" w:rsidRDefault="00BF4EE0">
            <w:pPr>
              <w:spacing w:line="276" w:lineRule="auto"/>
              <w:jc w:val="both"/>
            </w:pPr>
            <w:r>
              <w:rPr>
                <w:rFonts w:cs="Times New Roman"/>
                <w:color w:val="000000"/>
              </w:rPr>
              <w:t>- cách xa</w:t>
            </w:r>
          </w:p>
          <w:p w:rsidR="004D5F80" w:rsidRDefault="00BF4EE0">
            <w:pPr>
              <w:spacing w:line="276" w:lineRule="auto"/>
              <w:jc w:val="both"/>
            </w:pPr>
            <w:r>
              <w:rPr>
                <w:rFonts w:cs="Times New Roman"/>
                <w:color w:val="000000"/>
              </w:rPr>
              <w:t>- túi xách</w:t>
            </w:r>
          </w:p>
          <w:p w:rsidR="004D5F80" w:rsidRDefault="00BF4EE0">
            <w:pPr>
              <w:spacing w:line="276" w:lineRule="auto"/>
              <w:jc w:val="both"/>
            </w:pPr>
            <w:r>
              <w:rPr>
                <w:rFonts w:cs="Times New Roman"/>
                <w:color w:val="000000"/>
              </w:rPr>
              <w:t>- chênh chếch</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mời các nhóm khác nhận xét, bổ sung.</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nhận xét lẫn nhau.</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nhận xét, chốt lại các từ đúng: tờ lịch, yêu thích, tối mịt; cách xa, túi xách, chênh chếch.</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 chữa bài.</w:t>
            </w:r>
          </w:p>
        </w:tc>
      </w:tr>
      <w:tr w:rsidR="004D5F8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cho một số HS đọc to các từ ngữ, sau đó cho cả lớp đọc đồng thanh.</w:t>
            </w:r>
          </w:p>
          <w:p w:rsidR="004D5F80" w:rsidRDefault="00BF4EE0">
            <w:pPr>
              <w:spacing w:line="276" w:lineRule="auto"/>
              <w:jc w:val="both"/>
            </w:pPr>
            <w:r>
              <w:rPr>
                <w:rFonts w:cs="Times New Roman"/>
                <w:color w:val="000000"/>
              </w:rPr>
              <w:t>- Kết luận: Muốn chọn đúng vần, các em cần đọc đúng tiếng, nghe rõ âm và nhớ từ đã học.</w:t>
            </w:r>
          </w:p>
        </w:tc>
        <w:tc>
          <w:tcPr>
            <w:tcW w:w="5017" w:type="dxa"/>
            <w:tcBorders>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đọc lại các từ ngữ.</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4. Vận dụng trải nghiệm - Hoạt động 4: Hát một bài hát về quê hương (Bài tập 5)</w:t>
            </w:r>
          </w:p>
          <w:p w:rsidR="004D5F80" w:rsidRDefault="00BF4EE0">
            <w:pPr>
              <w:spacing w:line="276" w:lineRule="auto"/>
              <w:jc w:val="both"/>
            </w:pPr>
            <w:r>
              <w:rPr>
                <w:rFonts w:cs="Times New Roman"/>
                <w:b/>
                <w:color w:val="000000"/>
              </w:rPr>
              <w:t>Mục tiêu: Giúp HS bộc lộ tình cảm yêu quê hương, đất nước qua lời ca, tiếng hát.</w:t>
            </w:r>
          </w:p>
        </w:tc>
      </w:tr>
      <w:tr w:rsidR="004D5F8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lastRenderedPageBreak/>
              <w:t>- GV mở băng hình hoặc gợi ý một bài hát về quê hương cho HS nghe và hát theo.</w:t>
            </w:r>
          </w:p>
        </w:tc>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nghe và hát theo bài hát.</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mời một số HS nêu tên bài hát hoặc nêu cảm xúc khi hát về quê hương.</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Em thấy bài hát rất hay.</w:t>
            </w:r>
          </w:p>
          <w:p w:rsidR="004D5F80" w:rsidRDefault="00BF4EE0">
            <w:pPr>
              <w:spacing w:line="276" w:lineRule="auto"/>
              <w:jc w:val="both"/>
            </w:pPr>
            <w:r>
              <w:rPr>
                <w:rFonts w:cs="Times New Roman"/>
                <w:color w:val="000000"/>
              </w:rPr>
              <w:t>- Em thấy quê hương rất đẹp.</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nhận xét, tuyên dương HS.</w:t>
            </w:r>
          </w:p>
          <w:p w:rsidR="004D5F80" w:rsidRDefault="00BF4EE0">
            <w:pPr>
              <w:spacing w:line="276" w:lineRule="auto"/>
              <w:jc w:val="both"/>
            </w:pPr>
            <w:r>
              <w:rPr>
                <w:rFonts w:cs="Times New Roman"/>
                <w:color w:val="000000"/>
              </w:rPr>
              <w:t>- Kết luận: Yêu quê hương bắt đầu từ việc biết cảm nhận vẻ đẹp của đất nước và biết trân trọng những gì quê hương mình có.</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w:t>
            </w:r>
          </w:p>
        </w:tc>
      </w:tr>
      <w:tr w:rsidR="00F234C1" w:rsidTr="00942269">
        <w:trPr>
          <w:jc w:val="center"/>
        </w:trPr>
        <w:tc>
          <w:tcPr>
            <w:tcW w:w="5156" w:type="dxa"/>
            <w:shd w:val="clear" w:color="auto" w:fill="auto"/>
            <w:vAlign w:val="center"/>
          </w:tcPr>
          <w:p w:rsidR="00F234C1" w:rsidRDefault="00D64EC4">
            <w:pPr>
              <w:spacing w:line="276" w:lineRule="auto"/>
              <w:jc w:val="both"/>
            </w:pPr>
            <w:r>
              <w:rPr>
                <w:rFonts w:cs="Times New Roman"/>
                <w:color w:val="FF0000"/>
              </w:rPr>
              <w:t>- GV hỏi dẫn tích hợp Bảo vệ môi trường: Khi đến tham quan ruộng bậc thang hoặc một cảnh đẹp thiên nhiên, em cần làm gì để cảnh quan không bị hư hại?</w:t>
            </w:r>
          </w:p>
        </w:tc>
        <w:tc>
          <w:tcPr>
            <w:tcW w:w="5156" w:type="dxa"/>
            <w:shd w:val="clear" w:color="auto" w:fill="auto"/>
            <w:vAlign w:val="center"/>
          </w:tcPr>
          <w:p w:rsidR="00F234C1" w:rsidRDefault="00D64EC4">
            <w:pPr>
              <w:spacing w:line="276" w:lineRule="auto"/>
              <w:jc w:val="both"/>
            </w:pPr>
            <w:r>
              <w:rPr>
                <w:rFonts w:cs="Times New Roman"/>
                <w:color w:val="FF0000"/>
              </w:rPr>
              <w:t>- HS trả lời: Em không xả rác, không giẫm đạp cây lúa, không bẻ cây và biết giữ gìn nơi tham quan sạch đẹp.</w:t>
            </w:r>
          </w:p>
        </w:tc>
      </w:tr>
      <w:tr w:rsidR="00F234C1" w:rsidTr="00942269">
        <w:trPr>
          <w:jc w:val="center"/>
        </w:trPr>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GV diễn giải tích hợp Bảo vệ môi trường: GV nhấn mạnh ruộng bậc thang vừa là cảnh đẹp vừa là thành quả lao động vất vả của người dân. Một mẩu rác, một bước giẫm vào ruộng hoặc hành động bẻ cây đều có thể làm xấu cảnh quan và ảnh hưởng công sức của người lao động. Vì vậy, HS cần bỏ rác đúng nơi, đi theo lối hướng dẫn, không làm hỏng cây trồng, biết nhắc người thân cùng giữ vệ sinh khi đi du lịch và thể hiện thái độ lịch sự với người dân địa phương.</w:t>
            </w:r>
          </w:p>
        </w:tc>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HS lắng nghe, liên hệ và thực hiện: HS nêu quy tắc giữ gìn cảnh đẹp khi tham quan và liên hệ với nơi em sống.</w:t>
            </w:r>
          </w:p>
        </w:tc>
      </w:tr>
      <w:tr w:rsidR="004D5F8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b/>
                <w:color w:val="000000"/>
              </w:rPr>
              <w:t>5. Củng cố, dặn dò</w:t>
            </w:r>
          </w:p>
          <w:p w:rsidR="004D5F80" w:rsidRDefault="00BF4EE0">
            <w:pPr>
              <w:spacing w:line="276" w:lineRule="auto"/>
              <w:jc w:val="both"/>
            </w:pPr>
            <w:r>
              <w:rPr>
                <w:rFonts w:cs="Times New Roman"/>
                <w:b/>
                <w:color w:val="000000"/>
              </w:rPr>
              <w:t>Mục tiêu: Giúp HS nhắc lại thông điệp của bài học và chuẩn bị cho bài sau.</w:t>
            </w:r>
          </w:p>
        </w:tc>
      </w:tr>
      <w:tr w:rsidR="004D5F8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mời HS nêu những thông điệp các em biết được qua bài đọc.</w:t>
            </w:r>
          </w:p>
        </w:tc>
        <w:tc>
          <w:tcPr>
            <w:tcW w:w="5017" w:type="dxa"/>
            <w:tcBorders>
              <w:top w:val="single" w:sz="4" w:space="0" w:color="auto"/>
            </w:tcBorders>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trả lời:</w:t>
            </w:r>
          </w:p>
          <w:p w:rsidR="004D5F80" w:rsidRDefault="00BF4EE0">
            <w:pPr>
              <w:spacing w:line="276" w:lineRule="auto"/>
              <w:jc w:val="both"/>
            </w:pPr>
            <w:r>
              <w:rPr>
                <w:rFonts w:cs="Times New Roman"/>
                <w:color w:val="000000"/>
              </w:rPr>
              <w:t>- Ruộng bậc thang ở Sa Pa rất đẹp.</w:t>
            </w:r>
          </w:p>
          <w:p w:rsidR="004D5F80" w:rsidRDefault="00BF4EE0">
            <w:pPr>
              <w:spacing w:line="276" w:lineRule="auto"/>
              <w:jc w:val="both"/>
            </w:pPr>
            <w:r>
              <w:rPr>
                <w:rFonts w:cs="Times New Roman"/>
                <w:color w:val="000000"/>
              </w:rPr>
              <w:t>- Phải biết yêu quê hương đất nước.</w:t>
            </w:r>
          </w:p>
          <w:p w:rsidR="004D5F80" w:rsidRDefault="00BF4EE0">
            <w:pPr>
              <w:spacing w:line="276" w:lineRule="auto"/>
              <w:jc w:val="both"/>
            </w:pPr>
            <w:r>
              <w:rPr>
                <w:rFonts w:cs="Times New Roman"/>
                <w:color w:val="000000"/>
              </w:rPr>
              <w:t>- Phải biết trân trọng công sức lao động của con người.</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nhận xét, tuyên dương HS.</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lắng nghe.</w:t>
            </w:r>
          </w:p>
        </w:tc>
      </w:tr>
      <w:tr w:rsidR="004D5F80" w:rsidTr="00942269">
        <w:trPr>
          <w:jc w:val="center"/>
        </w:trPr>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GV dặn HS chuẩn bị bài sau.</w:t>
            </w:r>
          </w:p>
        </w:tc>
        <w:tc>
          <w:tcPr>
            <w:tcW w:w="5017" w:type="dxa"/>
            <w:shd w:val="clear" w:color="auto" w:fill="auto"/>
            <w:tcMar>
              <w:top w:w="70" w:type="dxa"/>
              <w:left w:w="90" w:type="dxa"/>
              <w:bottom w:w="70" w:type="dxa"/>
              <w:right w:w="90" w:type="dxa"/>
            </w:tcMar>
            <w:vAlign w:val="center"/>
          </w:tcPr>
          <w:p w:rsidR="004D5F80" w:rsidRDefault="00BF4EE0">
            <w:pPr>
              <w:spacing w:line="276" w:lineRule="auto"/>
              <w:jc w:val="both"/>
            </w:pPr>
            <w:r>
              <w:rPr>
                <w:rFonts w:cs="Times New Roman"/>
                <w:color w:val="000000"/>
              </w:rPr>
              <w:t>- HS ghi nhớ.</w:t>
            </w:r>
          </w:p>
        </w:tc>
      </w:tr>
    </w:tbl>
    <w:p w:rsidR="004D5F80" w:rsidRDefault="00BF4EE0">
      <w:pPr>
        <w:spacing w:line="276" w:lineRule="auto"/>
        <w:jc w:val="both"/>
      </w:pPr>
      <w:r>
        <w:rPr>
          <w:rFonts w:cs="Times New Roman"/>
          <w:b/>
          <w:color w:val="000000"/>
        </w:rPr>
        <w:t>IV. ĐIỀU CHỈNH SAU BÀI DẠY</w:t>
      </w:r>
    </w:p>
    <w:p w:rsidR="004D5F80" w:rsidRDefault="00BF4EE0">
      <w:pPr>
        <w:spacing w:line="276" w:lineRule="auto"/>
        <w:jc w:val="both"/>
      </w:pPr>
      <w:r>
        <w:rPr>
          <w:rFonts w:cs="Times New Roman"/>
          <w:color w:val="000000"/>
        </w:rPr>
        <w:t>..............................................................................................................................................</w:t>
      </w:r>
    </w:p>
    <w:p w:rsidR="004D5F80" w:rsidRDefault="00BF4EE0">
      <w:pPr>
        <w:spacing w:line="276" w:lineRule="auto"/>
        <w:jc w:val="both"/>
      </w:pPr>
      <w:r>
        <w:rPr>
          <w:rFonts w:cs="Times New Roman"/>
          <w:color w:val="000000"/>
        </w:rPr>
        <w:t>..............................................................................................................................................</w:t>
      </w:r>
    </w:p>
    <w:p w:rsidR="004D5F80" w:rsidRDefault="00BF4EE0">
      <w:pPr>
        <w:spacing w:line="276" w:lineRule="auto"/>
        <w:jc w:val="both"/>
      </w:pPr>
      <w:r>
        <w:rPr>
          <w:rFonts w:cs="Times New Roman"/>
          <w:color w:val="000000"/>
        </w:rPr>
        <w:t>..............................................................................................................................................</w:t>
      </w:r>
    </w:p>
    <w:p w:rsidR="00AD020F" w:rsidRDefault="00AD020F" w:rsidP="00AD020F">
      <w:pPr>
        <w:spacing w:line="276" w:lineRule="auto"/>
        <w:jc w:val="center"/>
      </w:pPr>
      <w:r>
        <w:rPr>
          <w:rFonts w:cs="Times New Roman"/>
          <w:b/>
          <w:color w:val="000000"/>
        </w:rPr>
        <w:t>BÀI 5: NHỚ ƠN (TIẾT 1 + 2)</w:t>
      </w:r>
    </w:p>
    <w:p w:rsidR="00AD020F" w:rsidRDefault="00AD020F" w:rsidP="00AD020F">
      <w:pPr>
        <w:spacing w:line="276" w:lineRule="auto"/>
        <w:jc w:val="both"/>
      </w:pPr>
      <w:r>
        <w:rPr>
          <w:rFonts w:cs="Times New Roman"/>
          <w:b/>
          <w:color w:val="000000"/>
        </w:rPr>
        <w:t>I. YÊU CẦU CẦN ĐẠT</w:t>
      </w:r>
    </w:p>
    <w:p w:rsidR="00AD020F" w:rsidRDefault="00AD020F" w:rsidP="00AD020F">
      <w:pPr>
        <w:spacing w:line="276" w:lineRule="auto"/>
        <w:jc w:val="both"/>
      </w:pPr>
      <w:r>
        <w:rPr>
          <w:rFonts w:cs="Times New Roman"/>
          <w:b/>
          <w:color w:val="000000"/>
        </w:rPr>
        <w:t>1. Năng lực đặc thù:</w:t>
      </w:r>
    </w:p>
    <w:p w:rsidR="00AD020F" w:rsidRDefault="00AD020F" w:rsidP="00AD020F">
      <w:pPr>
        <w:spacing w:line="276" w:lineRule="auto"/>
        <w:jc w:val="both"/>
      </w:pPr>
      <w:r>
        <w:rPr>
          <w:rFonts w:cs="Times New Roman"/>
          <w:color w:val="000000"/>
        </w:rPr>
        <w:lastRenderedPageBreak/>
        <w:t>- Phát triển kĩ năng đọc thông qua: Đọc đúng, rõ ràng bài thơ; hiểu nghĩa các từ cày ruộng, vun gốc, mò, sang đò, trồng trọt; hiểu và trả lời đúng các câu hỏi có liên quan đến nội dung bài thơ; nhận biết một số tiếng cùng vần với nhau, củng cố kiến thức về vần; thuộc lòng một khổ thơ và cảm nhận được vẻ đẹp của bài thơ qua vần và hình ảnh thơ; quan sát, nhận biết được các chi tiết trong tranh và suy luận từ tranh được quan sát.</w:t>
      </w:r>
    </w:p>
    <w:p w:rsidR="00AD020F" w:rsidRDefault="00AD020F" w:rsidP="00AD020F">
      <w:pPr>
        <w:spacing w:line="276" w:lineRule="auto"/>
        <w:jc w:val="both"/>
      </w:pPr>
      <w:r>
        <w:rPr>
          <w:rFonts w:cs="Times New Roman"/>
          <w:color w:val="000000"/>
        </w:rPr>
        <w:t>- Phát triển kĩ năng nói và nghe thông qua hoạt động trao đổi về nội dung của bài thơ và nội dung được thể hiện trong tranh.</w:t>
      </w:r>
    </w:p>
    <w:p w:rsidR="00AD020F" w:rsidRDefault="00AD020F" w:rsidP="00AD020F">
      <w:pPr>
        <w:spacing w:line="276" w:lineRule="auto"/>
        <w:jc w:val="both"/>
      </w:pPr>
      <w:r>
        <w:rPr>
          <w:rFonts w:cs="Times New Roman"/>
          <w:b/>
          <w:color w:val="000000"/>
        </w:rPr>
        <w:t>2. Năng lực chung:</w:t>
      </w:r>
    </w:p>
    <w:p w:rsidR="00AD020F" w:rsidRDefault="00AD020F" w:rsidP="00AD020F">
      <w:pPr>
        <w:spacing w:line="276" w:lineRule="auto"/>
        <w:jc w:val="both"/>
      </w:pPr>
      <w:r>
        <w:rPr>
          <w:rFonts w:cs="Times New Roman"/>
          <w:color w:val="000000"/>
        </w:rPr>
        <w:t>- Tự chủ và tự học: HS tự hoàn thành nhiệm vụ học tập, chủ động đọc bài, trả lời câu hỏi và tham gia các hoạt động học tập.</w:t>
      </w:r>
    </w:p>
    <w:p w:rsidR="00AD020F" w:rsidRDefault="00AD020F" w:rsidP="00AD020F">
      <w:pPr>
        <w:spacing w:line="276" w:lineRule="auto"/>
        <w:jc w:val="both"/>
      </w:pPr>
      <w:r>
        <w:rPr>
          <w:rFonts w:cs="Times New Roman"/>
          <w:color w:val="000000"/>
        </w:rPr>
        <w:t>- Giao tiếp và hợp tác: HS biết trao đổi với bạn trong nhóm đôi, nhóm nhỏ; lắng nghe, nhận xét và trình bày ý kiến.</w:t>
      </w:r>
    </w:p>
    <w:p w:rsidR="00AD020F" w:rsidRDefault="00AD020F" w:rsidP="00AD020F">
      <w:pPr>
        <w:spacing w:line="276" w:lineRule="auto"/>
        <w:jc w:val="both"/>
      </w:pPr>
      <w:r>
        <w:rPr>
          <w:rFonts w:cs="Times New Roman"/>
          <w:color w:val="000000"/>
        </w:rPr>
        <w:t>- Giải quyết vấn đề và sáng tạo: HS biết liên hệ nội dung bài học với cuộc sống, nêu được việc làm thể hiện lòng biết ơn đối với người thân, thầy cô và những người lao động.</w:t>
      </w:r>
    </w:p>
    <w:p w:rsidR="00AD020F" w:rsidRDefault="00AD020F" w:rsidP="00AD020F">
      <w:pPr>
        <w:spacing w:line="276" w:lineRule="auto"/>
        <w:jc w:val="both"/>
      </w:pPr>
      <w:r>
        <w:rPr>
          <w:rFonts w:cs="Times New Roman"/>
          <w:b/>
          <w:color w:val="000000"/>
        </w:rPr>
        <w:t>3. Phẩm chất:</w:t>
      </w:r>
    </w:p>
    <w:p w:rsidR="00AD020F" w:rsidRDefault="00AD020F" w:rsidP="00AD020F">
      <w:pPr>
        <w:spacing w:line="276" w:lineRule="auto"/>
        <w:jc w:val="both"/>
      </w:pPr>
      <w:r>
        <w:rPr>
          <w:rFonts w:cs="Times New Roman"/>
          <w:color w:val="000000"/>
        </w:rPr>
        <w:t>- Nhân ái: Biết ơn và kính trọng những người đã giúp cho chúng ta có cuộc sống tốt đẹp, ấm no.</w:t>
      </w:r>
    </w:p>
    <w:p w:rsidR="00AD020F" w:rsidRDefault="00AD020F" w:rsidP="00AD020F">
      <w:pPr>
        <w:spacing w:line="276" w:lineRule="auto"/>
        <w:jc w:val="both"/>
      </w:pPr>
      <w:r>
        <w:rPr>
          <w:rFonts w:cs="Times New Roman"/>
          <w:color w:val="000000"/>
        </w:rPr>
        <w:t>- Chăm chỉ: HS tích cực tham gia các hoạt động đọc, học thuộc lòng, thảo luận và trình bày ý kiến.</w:t>
      </w:r>
    </w:p>
    <w:p w:rsidR="00AD020F" w:rsidRDefault="00AD020F" w:rsidP="00AD020F">
      <w:pPr>
        <w:spacing w:line="276" w:lineRule="auto"/>
        <w:jc w:val="both"/>
      </w:pPr>
      <w:r>
        <w:rPr>
          <w:rFonts w:cs="Times New Roman"/>
          <w:color w:val="000000"/>
        </w:rPr>
        <w:t>- Trách nhiệm: HS biết thể hiện lòng biết ơn bằng những việc làm cụ thể, phù hợp với lứa tuổi.</w:t>
      </w:r>
    </w:p>
    <w:p w:rsidR="00F234C1" w:rsidRDefault="00D64EC4">
      <w:pPr>
        <w:spacing w:line="276" w:lineRule="auto"/>
        <w:jc w:val="both"/>
      </w:pPr>
      <w:r>
        <w:rPr>
          <w:rFonts w:cs="Times New Roman"/>
          <w:b/>
          <w:color w:val="FF0000"/>
        </w:rPr>
        <w:t>4. Tích hợp</w:t>
      </w:r>
    </w:p>
    <w:p w:rsidR="00F234C1" w:rsidRDefault="00D64EC4">
      <w:pPr>
        <w:spacing w:line="276" w:lineRule="auto"/>
        <w:jc w:val="both"/>
      </w:pPr>
      <w:r>
        <w:rPr>
          <w:rFonts w:cs="Times New Roman"/>
          <w:color w:val="FF0000"/>
        </w:rPr>
        <w:t>- Lý tưởng cách mạng, đạo đức, lối sống: Giáo dục HS biết sống biết ơn, kính trọng người lao động, người thân, thầy cô và những người đã góp công sức làm nên cuộc sống tốt đẹp.</w:t>
      </w:r>
    </w:p>
    <w:p w:rsidR="00AD020F" w:rsidRDefault="00AD020F" w:rsidP="00AD020F">
      <w:pPr>
        <w:spacing w:line="276" w:lineRule="auto"/>
        <w:jc w:val="both"/>
      </w:pPr>
      <w:r>
        <w:rPr>
          <w:rFonts w:cs="Times New Roman"/>
          <w:b/>
          <w:color w:val="000000"/>
        </w:rPr>
        <w:t>II. ĐỒ DÙNG DẠY HỌC</w:t>
      </w:r>
    </w:p>
    <w:p w:rsidR="00AD020F" w:rsidRDefault="00AD020F" w:rsidP="00AD020F">
      <w:pPr>
        <w:spacing w:line="276" w:lineRule="auto"/>
        <w:jc w:val="both"/>
      </w:pPr>
      <w:r>
        <w:rPr>
          <w:rFonts w:cs="Times New Roman"/>
          <w:color w:val="000000"/>
        </w:rPr>
        <w:t>- Giáo viên: TV.</w:t>
      </w:r>
    </w:p>
    <w:p w:rsidR="00AD020F" w:rsidRDefault="00AD020F" w:rsidP="00AD020F">
      <w:pPr>
        <w:spacing w:line="276" w:lineRule="auto"/>
        <w:jc w:val="both"/>
      </w:pPr>
      <w:r>
        <w:rPr>
          <w:rFonts w:cs="Times New Roman"/>
          <w:color w:val="000000"/>
        </w:rPr>
        <w:t>- Học sinh: SHS, vở Tập viết 1 (tập 2), bảng con.</w:t>
      </w:r>
    </w:p>
    <w:p w:rsidR="00AD020F" w:rsidRDefault="00AD020F" w:rsidP="00AD020F">
      <w:pPr>
        <w:spacing w:line="276" w:lineRule="auto"/>
        <w:jc w:val="both"/>
      </w:pPr>
      <w:r>
        <w:rPr>
          <w:rFonts w:cs="Times New Roman"/>
          <w:b/>
          <w:color w:val="000000"/>
        </w:rPr>
        <w:t>III. CÁC HOẠT ĐỘNG DẠY HỌC</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93"/>
        <w:gridCol w:w="5193"/>
      </w:tblGrid>
      <w:tr w:rsidR="00AD020F"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học sinh</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TIẾT 1</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1. Khởi động</w:t>
            </w:r>
          </w:p>
          <w:p w:rsidR="00AD020F" w:rsidRDefault="00AD020F" w:rsidP="00BF4EE0">
            <w:pPr>
              <w:spacing w:line="276" w:lineRule="auto"/>
              <w:jc w:val="both"/>
            </w:pPr>
            <w:r>
              <w:rPr>
                <w:rFonts w:cs="Times New Roman"/>
                <w:b/>
                <w:color w:val="000000"/>
              </w:rPr>
              <w:t>Mục tiêu: Giúp HS quan sát tranh, bước đầu hiểu nội dung câu “Ăn quả nhớ kẻ trồng cây” và tạo hứng thú vào bài học.</w:t>
            </w:r>
          </w:p>
        </w:tc>
      </w:tr>
      <w:tr w:rsidR="00AD020F"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yêu cầu HS nhắc lại tên bài học trước và nói về một số điều thú vị mà em học được từ bài học đó.</w:t>
            </w:r>
          </w:p>
        </w:tc>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nhắc lại tên bài trước và nêu điều em nhớ.</w:t>
            </w:r>
          </w:p>
        </w:tc>
      </w:tr>
      <w:tr w:rsidR="00AD020F" w:rsidTr="00942269">
        <w:trPr>
          <w:jc w:val="center"/>
        </w:trPr>
        <w:tc>
          <w:tcPr>
            <w:tcW w:w="5017" w:type="dxa"/>
            <w:shd w:val="clear" w:color="auto" w:fill="auto"/>
            <w:tcMar>
              <w:top w:w="70" w:type="dxa"/>
              <w:left w:w="90" w:type="dxa"/>
              <w:bottom w:w="70" w:type="dxa"/>
              <w:right w:w="90" w:type="dxa"/>
            </w:tcMar>
            <w:vAlign w:val="center"/>
          </w:tcPr>
          <w:p w:rsidR="008D2446" w:rsidRDefault="00AD020F" w:rsidP="00BF4EE0">
            <w:pPr>
              <w:spacing w:line="276" w:lineRule="auto"/>
              <w:jc w:val="both"/>
            </w:pPr>
            <w:r>
              <w:rPr>
                <w:rFonts w:cs="Times New Roman"/>
                <w:color w:val="000000"/>
              </w:rPr>
              <w:t>- GV yêu cầu HS quan sát tranh và trao đổi nhóm để trả lời các câu hỏi.</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quan sát tranh, trao đổi nhóm.</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hỏi: Các bạn nhỏ đang làm gì?</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trả lời:</w:t>
            </w:r>
          </w:p>
          <w:p w:rsidR="00AD020F" w:rsidRDefault="00AD020F" w:rsidP="00BF4EE0">
            <w:pPr>
              <w:spacing w:line="276" w:lineRule="auto"/>
              <w:jc w:val="both"/>
            </w:pPr>
            <w:r>
              <w:rPr>
                <w:rFonts w:cs="Times New Roman"/>
                <w:color w:val="000000"/>
              </w:rPr>
              <w:t>- Các bạn nhỏ đang ngồi dưới gốc cây ăn quả.</w:t>
            </w:r>
          </w:p>
          <w:p w:rsidR="00AD020F" w:rsidRDefault="00AD020F" w:rsidP="00BF4EE0">
            <w:pPr>
              <w:spacing w:line="276" w:lineRule="auto"/>
              <w:jc w:val="both"/>
            </w:pPr>
            <w:r>
              <w:rPr>
                <w:rFonts w:cs="Times New Roman"/>
                <w:color w:val="000000"/>
              </w:rPr>
              <w:t>- Các bạn đang ăn đào.</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hỏi: Em hiểu câu “Ăn quả nhớ kẻ trồng cây” ý nói gì?</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trả lời:</w:t>
            </w:r>
          </w:p>
          <w:p w:rsidR="00AD020F" w:rsidRDefault="00AD020F" w:rsidP="00BF4EE0">
            <w:pPr>
              <w:spacing w:line="276" w:lineRule="auto"/>
              <w:jc w:val="both"/>
            </w:pPr>
            <w:r>
              <w:rPr>
                <w:rFonts w:cs="Times New Roman"/>
                <w:color w:val="000000"/>
              </w:rPr>
              <w:t xml:space="preserve">- Khi được hưởng thành quả, chúng ta phải nhớ </w:t>
            </w:r>
            <w:r>
              <w:rPr>
                <w:rFonts w:cs="Times New Roman"/>
                <w:color w:val="000000"/>
              </w:rPr>
              <w:lastRenderedPageBreak/>
              <w:t>ơn người làm ra thành quả đó.</w:t>
            </w:r>
          </w:p>
          <w:p w:rsidR="00AD020F" w:rsidRDefault="00AD020F" w:rsidP="00BF4EE0">
            <w:pPr>
              <w:spacing w:line="276" w:lineRule="auto"/>
              <w:jc w:val="both"/>
            </w:pPr>
            <w:r>
              <w:rPr>
                <w:rFonts w:cs="Times New Roman"/>
                <w:color w:val="000000"/>
              </w:rPr>
              <w:t>- Phải biết ơn người đã giúp mình có cuộc sống tốt đẹp.</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lastRenderedPageBreak/>
              <w:t>- GV mời HS khác nhận xét, bổ sung.</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nhận xét, bổ sung.</w:t>
            </w:r>
          </w:p>
        </w:tc>
      </w:tr>
      <w:tr w:rsidR="00AD020F"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dẫn vào bài học Nhớ ơn.</w:t>
            </w:r>
          </w:p>
          <w:p w:rsidR="00AD020F" w:rsidRDefault="00AD020F" w:rsidP="00BF4EE0">
            <w:pPr>
              <w:spacing w:line="276" w:lineRule="auto"/>
              <w:jc w:val="both"/>
            </w:pPr>
            <w:r>
              <w:rPr>
                <w:rFonts w:cs="Times New Roman"/>
                <w:color w:val="000000"/>
              </w:rPr>
              <w:t>- Kết luận: Câu “Ăn quả nhớ kẻ trồng cây” nhắc chúng ta phải biết ơn những người đã lao động, giúp đỡ để chúng ta có cuộc sống đủ đầy, tốt đẹp hơn.</w:t>
            </w:r>
          </w:p>
        </w:tc>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2. Khám phá - Hoạt động 1: Luyện đọc</w:t>
            </w:r>
          </w:p>
          <w:p w:rsidR="00AD020F" w:rsidRDefault="00AD020F" w:rsidP="00BF4EE0">
            <w:pPr>
              <w:spacing w:line="276" w:lineRule="auto"/>
              <w:jc w:val="both"/>
            </w:pPr>
            <w:r>
              <w:rPr>
                <w:rFonts w:cs="Times New Roman"/>
                <w:b/>
                <w:color w:val="000000"/>
              </w:rPr>
              <w:t>Mục tiêu: Giúp HS đọc đúng, rõ ràng bài thơ; biết ngắt nghỉ đúng giữa các dòng thơ, khổ thơ; hiểu một số từ ngữ trong bài.</w:t>
            </w:r>
          </w:p>
        </w:tc>
      </w:tr>
      <w:tr w:rsidR="00AD020F"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đọc mẫu toàn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 theo dõi bài trong SGK.</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kết hợp hướng dẫn HS đọc từ khó: cày ruộng, trồng trọt, vun gốc, sang đò.</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luyện đọc từ khó.</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HS đọc nối tiếp từng dòng thơ lần 1.</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đọc nối tiếp từng dòng thơ lần 1.</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một số HS đọc nối tiếp từng dòng thơ lần 2, hướng dẫn ngắt nghỉ đúng giữa các dòng thơ, khổ thơ.</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đọc nối tiếp từng dòng thơ lần 2.</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HS nối tiếp nhau đọc từng khổ thơ lần 1.</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nối tiếp nhau đọc từng khổ thơ lần 1.</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giải thích nghĩa của từ: cày ruộng, vun gốc, mò, sang đò, trồng trọt.</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 nhắc lại nghĩa từ.</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HS đọc từng khổ thơ theo nhóm đôi.</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đọc từng khổ thơ theo nhóm đôi.</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3 HS đọc lại toàn bài thơ.</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- 3 HS đọc lại toàn bài thơ.</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lớp đọc đồng thanh cả bài thơ.</w:t>
            </w:r>
          </w:p>
          <w:p w:rsidR="00AD020F" w:rsidRDefault="00AD020F" w:rsidP="00BF4EE0">
            <w:pPr>
              <w:spacing w:line="276" w:lineRule="auto"/>
              <w:jc w:val="both"/>
            </w:pPr>
            <w:r>
              <w:rPr>
                <w:rFonts w:cs="Times New Roman"/>
                <w:color w:val="000000"/>
              </w:rPr>
              <w:t>- Kết luận: Bài đồng dao nhắc nhở chúng ta phải biết ơn những người đã lao động vất vả để làm nên cơm ăn, quả ngọt và cuộc sống tốt đẹp quanh ta.</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Lớp đọc đồng thanh cả bài thơ.</w:t>
            </w:r>
          </w:p>
        </w:tc>
      </w:tr>
      <w:tr w:rsidR="00F234C1" w:rsidTr="00942269">
        <w:trPr>
          <w:jc w:val="center"/>
        </w:trPr>
        <w:tc>
          <w:tcPr>
            <w:tcW w:w="5017" w:type="dxa"/>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color w:val="FF0000"/>
              </w:rPr>
              <w:t>- GV hỏi dẫn tích hợp Lý tưởng cách mạng, đạo đức, lối sống: Bài đồng dao nhắc em nhớ ơn những ai? Em có thể thể hiện lòng biết ơn bằng việc làm nào?</w:t>
            </w:r>
          </w:p>
        </w:tc>
        <w:tc>
          <w:tcPr>
            <w:tcW w:w="5017" w:type="dxa"/>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color w:val="FF0000"/>
              </w:rPr>
              <w:t>- HS trả lời: Em nhớ ơn người lao động, người thân, thầy cô; em nói lời cảm ơn, giúp đỡ và chăm ngoan.</w:t>
            </w:r>
          </w:p>
        </w:tc>
      </w:tr>
      <w:tr w:rsidR="00F234C1"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color w:val="FF0000"/>
              </w:rPr>
              <w:t xml:space="preserve">- GV diễn giải tích hợp Lý tưởng cách mạng, đạo đức, lối sống: Sống biết ơn là kính trọng người lao động, yêu quý người thân, thầy cô và </w:t>
            </w:r>
            <w:r>
              <w:rPr>
                <w:rFonts w:cs="Times New Roman"/>
                <w:color w:val="FF0000"/>
              </w:rPr>
              <w:lastRenderedPageBreak/>
              <w:t>thể hiện bằng lời nói, việc làm phù hợp mỗi ngày. GV liên hệ với đời sống của HS: điều hay trong bài cần được thể hiện bằng lời nói lễ phép, hành động tử tế, thái độ biết yêu thương, biết ơn, trung thực hoặc chăm chỉ tùy tình huống. Mỗi việc tốt nhỏ ở lớp và ở nhà đều góp phần hình thành lối sống đẹp, biết tôn trọng bản thân và mọi người xung quanh.</w:t>
            </w:r>
          </w:p>
        </w:tc>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color w:val="FF0000"/>
              </w:rPr>
              <w:lastRenderedPageBreak/>
              <w:t>- HS thực hành nói một lời cảm ơn chân thành. HS liên hệ và nêu một việc làm phù hợp với nội dung tích hợp.</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lastRenderedPageBreak/>
              <w:t>3. Luyện tập - Thực hành - Hoạt động 2: Tìm ở cuối dòng thơ những tiếng cùng vần với nhau (Bài tập 3)</w:t>
            </w:r>
          </w:p>
          <w:p w:rsidR="00AD020F" w:rsidRDefault="00AD020F" w:rsidP="00BF4EE0">
            <w:pPr>
              <w:spacing w:line="276" w:lineRule="auto"/>
              <w:jc w:val="both"/>
            </w:pPr>
            <w:r>
              <w:rPr>
                <w:rFonts w:cs="Times New Roman"/>
                <w:b/>
                <w:color w:val="000000"/>
              </w:rPr>
              <w:t>Mục tiêu: Giúp HS nhận biết được những tiếng cùng vần trong bài thơ và củng cố kiến thức về vần.</w:t>
            </w:r>
          </w:p>
        </w:tc>
      </w:tr>
      <w:tr w:rsidR="00AD020F"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nêu yêu cầu của bài tập 3.</w:t>
            </w:r>
          </w:p>
        </w:tc>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hướng dẫn HS cách làm bài: đọc kĩ cuối các dòng thơ để tìm tiếng có vần giống nhau.</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HS làm việc theo nhóm bốn.</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làm việc theo nhóm bốn.</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đại diện vài nhóm trình bày.</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Đại diện vài nhóm trình bày:</w:t>
            </w:r>
          </w:p>
          <w:p w:rsidR="00AD020F" w:rsidRDefault="00AD020F" w:rsidP="00BF4EE0">
            <w:pPr>
              <w:spacing w:line="276" w:lineRule="auto"/>
              <w:jc w:val="both"/>
            </w:pPr>
            <w:r>
              <w:rPr>
                <w:rFonts w:cs="Times New Roman"/>
                <w:color w:val="000000"/>
              </w:rPr>
              <w:t>- ruộng - muống</w:t>
            </w:r>
          </w:p>
          <w:p w:rsidR="00AD020F" w:rsidRDefault="00AD020F" w:rsidP="00BF4EE0">
            <w:pPr>
              <w:spacing w:line="276" w:lineRule="auto"/>
              <w:jc w:val="both"/>
            </w:pPr>
            <w:r>
              <w:rPr>
                <w:rFonts w:cs="Times New Roman"/>
                <w:color w:val="000000"/>
              </w:rPr>
              <w:t>- ao - đào</w:t>
            </w:r>
          </w:p>
          <w:p w:rsidR="00AD020F" w:rsidRDefault="00AD020F" w:rsidP="00BF4EE0">
            <w:pPr>
              <w:spacing w:line="276" w:lineRule="auto"/>
              <w:jc w:val="both"/>
            </w:pPr>
            <w:r>
              <w:rPr>
                <w:rFonts w:cs="Times New Roman"/>
                <w:color w:val="000000"/>
              </w:rPr>
              <w:t>- gốc - ốc</w:t>
            </w:r>
          </w:p>
          <w:p w:rsidR="00AD020F" w:rsidRDefault="00AD020F" w:rsidP="00BF4EE0">
            <w:pPr>
              <w:spacing w:line="276" w:lineRule="auto"/>
              <w:jc w:val="both"/>
            </w:pPr>
            <w:r>
              <w:rPr>
                <w:rFonts w:cs="Times New Roman"/>
                <w:color w:val="000000"/>
              </w:rPr>
              <w:t>- mò - đò</w:t>
            </w:r>
          </w:p>
          <w:p w:rsidR="00AD020F" w:rsidRDefault="00AD020F" w:rsidP="00BF4EE0">
            <w:pPr>
              <w:spacing w:line="276" w:lineRule="auto"/>
              <w:jc w:val="both"/>
            </w:pPr>
            <w:r>
              <w:rPr>
                <w:rFonts w:cs="Times New Roman"/>
                <w:color w:val="000000"/>
              </w:rPr>
              <w:t>- dây - cây</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các nhóm khác nhận xét, bổ sung.</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Các nhóm nhận xét bạn.</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nhận xét, chốt lại câu trả lời đúng: ruộng - muống, ao - đào, gốc - ốc, mò - đò, dây - cây.</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 đối chiếu kết quả.</w:t>
            </w:r>
          </w:p>
        </w:tc>
      </w:tr>
      <w:tr w:rsidR="00AD020F"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HS đọc lại các tiếng cùng vần vừa tìm.</w:t>
            </w:r>
          </w:p>
          <w:p w:rsidR="00AD020F" w:rsidRDefault="00AD020F" w:rsidP="00BF4EE0">
            <w:pPr>
              <w:spacing w:line="276" w:lineRule="auto"/>
              <w:jc w:val="both"/>
            </w:pPr>
            <w:r>
              <w:rPr>
                <w:rFonts w:cs="Times New Roman"/>
                <w:color w:val="000000"/>
              </w:rPr>
              <w:t>- Kết luận: Những tiếng cùng vần làm cho bài đồng dao dễ đọc, dễ thuộc và nghe rất gần gũi, tha thiết.</w:t>
            </w:r>
          </w:p>
        </w:tc>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đọc lại các tiếng cùng vần.</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TIẾT 2</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3. Thực hành - Hoạt động 3: Trả lời câu hỏi (Bài tập 4)</w:t>
            </w:r>
          </w:p>
          <w:p w:rsidR="00AD020F" w:rsidRDefault="00AD020F" w:rsidP="00BF4EE0">
            <w:pPr>
              <w:spacing w:line="276" w:lineRule="auto"/>
              <w:jc w:val="both"/>
            </w:pPr>
            <w:r>
              <w:rPr>
                <w:rFonts w:cs="Times New Roman"/>
                <w:b/>
                <w:color w:val="000000"/>
              </w:rPr>
              <w:t>Mục tiêu: Giúp HS hiểu nội dung bài thơ, biết tìm chi tiết trong bài để trả lời câu hỏi và nhận ra ý nghĩa của lòng biết ơn.</w:t>
            </w:r>
          </w:p>
        </w:tc>
      </w:tr>
      <w:tr w:rsidR="00AD020F"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yêu cầu HS đọc lại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đọc lại bài thơ.</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hỏi câu a: Bài đồng dao nhắc chúng ta cần nhớ ơn những ai?</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trả lời:</w:t>
            </w:r>
          </w:p>
          <w:p w:rsidR="00AD020F" w:rsidRDefault="00AD020F" w:rsidP="00BF4EE0">
            <w:pPr>
              <w:spacing w:line="276" w:lineRule="auto"/>
              <w:jc w:val="both"/>
            </w:pPr>
            <w:r>
              <w:rPr>
                <w:rFonts w:cs="Times New Roman"/>
                <w:color w:val="000000"/>
              </w:rPr>
              <w:t xml:space="preserve">- Bài đồng dao nhắc chúng ta cần nhớ ơn người cày ruộng, người đào ao, người vun gốc, người </w:t>
            </w:r>
            <w:r>
              <w:rPr>
                <w:rFonts w:cs="Times New Roman"/>
                <w:color w:val="000000"/>
              </w:rPr>
              <w:lastRenderedPageBreak/>
              <w:t>đi mò, người chèo chống, người mắc dây, người trồng trọt.</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lastRenderedPageBreak/>
              <w:t>- GV hỏi câu b: Vì sao chúng ta cần nhớ ơn họ?</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trả lời:</w:t>
            </w:r>
          </w:p>
          <w:p w:rsidR="00AD020F" w:rsidRDefault="00AD020F" w:rsidP="00BF4EE0">
            <w:pPr>
              <w:spacing w:line="276" w:lineRule="auto"/>
              <w:jc w:val="both"/>
            </w:pPr>
            <w:r>
              <w:rPr>
                <w:rFonts w:cs="Times New Roman"/>
                <w:color w:val="000000"/>
              </w:rPr>
              <w:t>- Chúng ta cần nhớ ơn họ vì họ giúp chúng ta có cơm, rau, ốc, quả để ăn; có bóng mát để trú nắng; có võng để nằm; có thể sang đò.</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diễn giải: Những điều tưởng như quen thuộc hằng ngày đều có công sức của rất nhiều người làm ra. Vì thế, chúng ta phải biết quý trọng và biết ơn.</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hỏi câu c: Còn em, em nhớ ơn những ai? Vì sao?</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trả lời:</w:t>
            </w:r>
          </w:p>
          <w:p w:rsidR="00AD020F" w:rsidRDefault="00AD020F" w:rsidP="00BF4EE0">
            <w:pPr>
              <w:spacing w:line="276" w:lineRule="auto"/>
              <w:jc w:val="both"/>
            </w:pPr>
            <w:r>
              <w:rPr>
                <w:rFonts w:cs="Times New Roman"/>
                <w:color w:val="000000"/>
              </w:rPr>
              <w:t>- Em nhớ ơn bố mẹ vì bố mẹ chăm sóc em.</w:t>
            </w:r>
          </w:p>
          <w:p w:rsidR="00AD020F" w:rsidRDefault="00AD020F" w:rsidP="00BF4EE0">
            <w:pPr>
              <w:spacing w:line="276" w:lineRule="auto"/>
              <w:jc w:val="both"/>
            </w:pPr>
            <w:r>
              <w:rPr>
                <w:rFonts w:cs="Times New Roman"/>
                <w:color w:val="000000"/>
              </w:rPr>
              <w:t>- Em nhớ ơn thầy cô vì thầy cô dạy em học.</w:t>
            </w:r>
          </w:p>
          <w:p w:rsidR="00AD020F" w:rsidRDefault="00AD020F" w:rsidP="00BF4EE0">
            <w:pPr>
              <w:spacing w:line="276" w:lineRule="auto"/>
              <w:jc w:val="both"/>
            </w:pPr>
            <w:r>
              <w:rPr>
                <w:rFonts w:cs="Times New Roman"/>
                <w:color w:val="000000"/>
              </w:rPr>
              <w:t>- Em nhớ ơn ông bà vì ông bà yêu thương em.</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HS khác nhận xét, bổ sung.</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nhận xét, bổ sung.</w:t>
            </w:r>
          </w:p>
        </w:tc>
      </w:tr>
      <w:tr w:rsidR="00AD020F"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nhận xét, tuyên dương HS.</w:t>
            </w:r>
          </w:p>
          <w:p w:rsidR="00AD020F" w:rsidRDefault="00AD020F" w:rsidP="00BF4EE0">
            <w:pPr>
              <w:spacing w:line="276" w:lineRule="auto"/>
              <w:jc w:val="both"/>
            </w:pPr>
            <w:r>
              <w:rPr>
                <w:rFonts w:cs="Times New Roman"/>
                <w:color w:val="000000"/>
              </w:rPr>
              <w:t>- Kết luận: Bài đồng dao nhắc chúng ta phải biết nhớ ơn những người đã lao động, hi sinh và chăm lo cho cuộc sống của mình.</w:t>
            </w:r>
          </w:p>
        </w:tc>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3. Thực hành - Hoạt động 4: Học thuộc lòng bài đồng dao (Bài tập 5)</w:t>
            </w:r>
          </w:p>
          <w:p w:rsidR="00AD020F" w:rsidRDefault="00AD020F" w:rsidP="00BF4EE0">
            <w:pPr>
              <w:spacing w:line="276" w:lineRule="auto"/>
              <w:jc w:val="both"/>
            </w:pPr>
            <w:r>
              <w:rPr>
                <w:rFonts w:cs="Times New Roman"/>
                <w:b/>
                <w:color w:val="000000"/>
              </w:rPr>
              <w:t>Mục tiêu: Giúp HS học thuộc lòng bài đồng dao, đọc diễn cảm và cảm nhận được vẻ đẹp mộc mạc của lời thơ.</w:t>
            </w:r>
          </w:p>
        </w:tc>
      </w:tr>
      <w:tr w:rsidR="00AD020F"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nêu yêu cầu học thuộc lòng bài đồng dao.</w:t>
            </w:r>
          </w:p>
        </w:tc>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treo bài thơ lên bảng, hướng dẫn HS học thuộc lòng bằng cách xóa dần bảng.</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học thuộc lòng theo hình thức xóa dần bảng.</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cho HS đọc cá nhân, đồng thanh.</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đọc cá nhân, đồng thanh.</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vài HS thi đọc thuộc lòng.</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Vài HS thi đọc.</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HS nhận xét bạn đọc.</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nhận xét.</w:t>
            </w:r>
          </w:p>
        </w:tc>
      </w:tr>
      <w:tr w:rsidR="00AD020F"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nhận xét, tuyên dương HS.</w:t>
            </w:r>
          </w:p>
          <w:p w:rsidR="00AD020F" w:rsidRDefault="00AD020F" w:rsidP="00BF4EE0">
            <w:pPr>
              <w:spacing w:line="276" w:lineRule="auto"/>
              <w:jc w:val="both"/>
            </w:pPr>
            <w:r>
              <w:rPr>
                <w:rFonts w:cs="Times New Roman"/>
                <w:color w:val="000000"/>
              </w:rPr>
              <w:t>- Kết luận: Muốn học thuộc tốt, các em cần đọc nhiều lần, nhớ ý từng câu thơ và đọc bằng giọng nhẹ nhàng, chân thành.</w:t>
            </w:r>
          </w:p>
        </w:tc>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4. Vận dụng trải nghiệm - Hoạt động 5: Nói việc em cần làm để thể hiện lòng biết ơn (Bài tập 6)</w:t>
            </w:r>
          </w:p>
          <w:p w:rsidR="00AD020F" w:rsidRDefault="00AD020F" w:rsidP="00BF4EE0">
            <w:pPr>
              <w:spacing w:line="276" w:lineRule="auto"/>
              <w:jc w:val="both"/>
            </w:pPr>
            <w:r>
              <w:rPr>
                <w:rFonts w:cs="Times New Roman"/>
                <w:b/>
                <w:color w:val="000000"/>
              </w:rPr>
              <w:t>Mục tiêu: Giúp HS liên hệ thực tế, biết nêu việc làm cụ thể để thể hiện lòng biết ơn đối với người thân, thầy cô và mọi người xung quanh.</w:t>
            </w:r>
          </w:p>
        </w:tc>
      </w:tr>
      <w:tr w:rsidR="00AD020F"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AD020F" w:rsidP="00BF4EE0">
            <w:pPr>
              <w:spacing w:line="276" w:lineRule="auto"/>
              <w:jc w:val="both"/>
            </w:pPr>
            <w:r>
              <w:rPr>
                <w:rFonts w:cs="Times New Roman"/>
                <w:color w:val="000000"/>
              </w:rPr>
              <w:t xml:space="preserve">- GV cho HS quan sát tranh và nói về bức </w:t>
            </w:r>
            <w:r w:rsidR="00942269">
              <w:rPr>
                <w:rFonts w:cs="Times New Roman"/>
                <w:color w:val="000000"/>
              </w:rPr>
              <w:t>tranh</w:t>
            </w:r>
          </w:p>
        </w:tc>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trả lời:</w:t>
            </w:r>
          </w:p>
          <w:p w:rsidR="00AD020F" w:rsidRDefault="00AD020F" w:rsidP="00BF4EE0">
            <w:pPr>
              <w:spacing w:line="276" w:lineRule="auto"/>
              <w:jc w:val="both"/>
            </w:pPr>
            <w:r>
              <w:rPr>
                <w:rFonts w:cs="Times New Roman"/>
                <w:color w:val="000000"/>
              </w:rPr>
              <w:lastRenderedPageBreak/>
              <w:t>- Một bạn nhỏ đang dìu bà lên bậc thang vào nhà.</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lastRenderedPageBreak/>
              <w:t>- GV tổ chức cho HS trao đổi nhóm về những việc các em cần làm để thể hiện lòng biết ơn đối với người thân hoặc thầy cô.</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trao đổi nhóm.</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gợi ý:</w:t>
            </w:r>
          </w:p>
          <w:p w:rsidR="00AD020F" w:rsidRDefault="00AD020F" w:rsidP="00BF4EE0">
            <w:pPr>
              <w:spacing w:line="276" w:lineRule="auto"/>
              <w:jc w:val="both"/>
            </w:pPr>
            <w:r>
              <w:rPr>
                <w:rFonts w:cs="Times New Roman"/>
                <w:color w:val="000000"/>
              </w:rPr>
              <w:t>- Giúp đỡ ông bà, bố mẹ việc nhỏ trong nhà.</w:t>
            </w:r>
          </w:p>
          <w:p w:rsidR="00AD020F" w:rsidRDefault="00AD020F" w:rsidP="00BF4EE0">
            <w:pPr>
              <w:spacing w:line="276" w:lineRule="auto"/>
              <w:jc w:val="both"/>
            </w:pPr>
            <w:r>
              <w:rPr>
                <w:rFonts w:cs="Times New Roman"/>
                <w:color w:val="000000"/>
              </w:rPr>
              <w:t>- Lễ phép với thầy cô.</w:t>
            </w:r>
          </w:p>
          <w:p w:rsidR="00AD020F" w:rsidRDefault="00AD020F" w:rsidP="00BF4EE0">
            <w:pPr>
              <w:spacing w:line="276" w:lineRule="auto"/>
              <w:jc w:val="both"/>
            </w:pPr>
            <w:r>
              <w:rPr>
                <w:rFonts w:cs="Times New Roman"/>
                <w:color w:val="000000"/>
              </w:rPr>
              <w:t>- Chăm ngoan, học giỏi.</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 gợi ý.</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đại diện một số nhóm trình bày kết quả trước lớp.</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Đại diện nhóm trình bày:</w:t>
            </w:r>
          </w:p>
          <w:p w:rsidR="00AD020F" w:rsidRDefault="00AD020F" w:rsidP="00BF4EE0">
            <w:pPr>
              <w:spacing w:line="276" w:lineRule="auto"/>
              <w:jc w:val="both"/>
            </w:pPr>
            <w:r>
              <w:rPr>
                <w:rFonts w:cs="Times New Roman"/>
                <w:color w:val="000000"/>
              </w:rPr>
              <w:t>- Em sẽ giúp mẹ quét nhà.</w:t>
            </w:r>
          </w:p>
          <w:p w:rsidR="00AD020F" w:rsidRDefault="00AD020F" w:rsidP="00BF4EE0">
            <w:pPr>
              <w:spacing w:line="276" w:lineRule="auto"/>
              <w:jc w:val="both"/>
            </w:pPr>
            <w:r>
              <w:rPr>
                <w:rFonts w:cs="Times New Roman"/>
                <w:color w:val="000000"/>
              </w:rPr>
              <w:t>- Em sẽ lễ phép với ông bà.</w:t>
            </w:r>
          </w:p>
          <w:p w:rsidR="00AD020F" w:rsidRDefault="00AD020F" w:rsidP="00BF4EE0">
            <w:pPr>
              <w:spacing w:line="276" w:lineRule="auto"/>
              <w:jc w:val="both"/>
            </w:pPr>
            <w:r>
              <w:rPr>
                <w:rFonts w:cs="Times New Roman"/>
                <w:color w:val="000000"/>
              </w:rPr>
              <w:t>- Em sẽ chăm ngoan, học giỏi để làm vui lòng thầy cô, bố mẹ.</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và HS nhận xét.</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nhận xét, bổ sung.</w:t>
            </w:r>
          </w:p>
        </w:tc>
      </w:tr>
      <w:tr w:rsidR="00AD020F"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nhận xét, khen ngợi HS.</w:t>
            </w:r>
          </w:p>
          <w:p w:rsidR="00AD020F" w:rsidRDefault="00AD020F" w:rsidP="00BF4EE0">
            <w:pPr>
              <w:spacing w:line="276" w:lineRule="auto"/>
              <w:jc w:val="both"/>
            </w:pPr>
            <w:r>
              <w:rPr>
                <w:rFonts w:cs="Times New Roman"/>
                <w:color w:val="000000"/>
              </w:rPr>
              <w:t>- Kết luận: Lòng biết ơn được thể hiện từ những việc làm nhỏ mỗi ngày. Khi biết sống biết ơn, các em sẽ trở thành người có đạo đức và được mọi người yêu quý.</w:t>
            </w:r>
          </w:p>
        </w:tc>
        <w:tc>
          <w:tcPr>
            <w:tcW w:w="5017" w:type="dxa"/>
            <w:tcBorders>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b/>
                <w:color w:val="000000"/>
              </w:rPr>
              <w:t>5. Củng cố, dặn dò</w:t>
            </w:r>
          </w:p>
          <w:p w:rsidR="00AD020F" w:rsidRDefault="00AD020F" w:rsidP="00BF4EE0">
            <w:pPr>
              <w:spacing w:line="276" w:lineRule="auto"/>
              <w:jc w:val="both"/>
            </w:pPr>
            <w:r>
              <w:rPr>
                <w:rFonts w:cs="Times New Roman"/>
                <w:b/>
                <w:color w:val="000000"/>
              </w:rPr>
              <w:t>Mục tiêu: Giúp HS nhắc lại thông điệp của bài học và thực hiện trong cuộc sống hằng ngày.</w:t>
            </w:r>
          </w:p>
        </w:tc>
      </w:tr>
      <w:tr w:rsidR="00AD020F"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2 HS thi đọc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- 2 HS thi đọc bài thơ.</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mời HS nhận xét bạn đọc.</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nhận xét.</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nhận xét, khen ngợi HS.</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hỏi: Em rút ra điều gì từ bài học hôm nay?</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trả lời:</w:t>
            </w:r>
          </w:p>
          <w:p w:rsidR="00AD020F" w:rsidRDefault="00AD020F" w:rsidP="00BF4EE0">
            <w:pPr>
              <w:spacing w:line="276" w:lineRule="auto"/>
              <w:jc w:val="both"/>
            </w:pPr>
            <w:r>
              <w:rPr>
                <w:rFonts w:cs="Times New Roman"/>
                <w:color w:val="000000"/>
              </w:rPr>
              <w:t>- Phải biết nhớ ơn mọi người.</w:t>
            </w:r>
          </w:p>
          <w:p w:rsidR="00AD020F" w:rsidRDefault="00AD020F" w:rsidP="00BF4EE0">
            <w:pPr>
              <w:spacing w:line="276" w:lineRule="auto"/>
              <w:jc w:val="both"/>
            </w:pPr>
            <w:r>
              <w:rPr>
                <w:rFonts w:cs="Times New Roman"/>
                <w:color w:val="000000"/>
              </w:rPr>
              <w:t>- Phải biết kính trọng người lao động.</w:t>
            </w:r>
          </w:p>
        </w:tc>
      </w:tr>
      <w:tr w:rsidR="00AD020F" w:rsidTr="00942269">
        <w:trPr>
          <w:jc w:val="center"/>
        </w:trPr>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GV nhận xét tiết học, dặn HS thực hiện những việc làm thể hiện lòng biết ơn trong cuộc sống hằng ngày.</w:t>
            </w:r>
          </w:p>
        </w:tc>
        <w:tc>
          <w:tcPr>
            <w:tcW w:w="5017" w:type="dxa"/>
            <w:shd w:val="clear" w:color="auto" w:fill="auto"/>
            <w:tcMar>
              <w:top w:w="70" w:type="dxa"/>
              <w:left w:w="90" w:type="dxa"/>
              <w:bottom w:w="70" w:type="dxa"/>
              <w:right w:w="90" w:type="dxa"/>
            </w:tcMar>
            <w:vAlign w:val="center"/>
          </w:tcPr>
          <w:p w:rsidR="00AD020F" w:rsidRDefault="00AD020F" w:rsidP="00BF4EE0">
            <w:pPr>
              <w:spacing w:line="276" w:lineRule="auto"/>
              <w:jc w:val="both"/>
            </w:pPr>
            <w:r>
              <w:rPr>
                <w:rFonts w:cs="Times New Roman"/>
                <w:color w:val="000000"/>
              </w:rPr>
              <w:t>- HS lắng nghe, thực hiện.</w:t>
            </w:r>
          </w:p>
        </w:tc>
      </w:tr>
    </w:tbl>
    <w:p w:rsidR="00AD020F" w:rsidRDefault="00AD020F" w:rsidP="00AD020F">
      <w:pPr>
        <w:spacing w:line="276" w:lineRule="auto"/>
        <w:jc w:val="both"/>
      </w:pPr>
      <w:r>
        <w:rPr>
          <w:rFonts w:cs="Times New Roman"/>
          <w:b/>
          <w:color w:val="000000"/>
        </w:rPr>
        <w:t>IV. ĐIỀU CHỈNH SAU BÀI DẠY</w:t>
      </w:r>
    </w:p>
    <w:p w:rsidR="00AD020F" w:rsidRPr="00BF4EE0" w:rsidRDefault="00AD020F" w:rsidP="00AD020F">
      <w:pPr>
        <w:spacing w:line="276" w:lineRule="auto"/>
        <w:jc w:val="both"/>
        <w:rPr>
          <w:lang w:val="fr-FR"/>
        </w:rPr>
      </w:pPr>
      <w:r w:rsidRPr="00BF4EE0">
        <w:rPr>
          <w:rFonts w:cs="Times New Roman"/>
          <w:color w:val="000000"/>
          <w:lang w:val="fr-FR"/>
        </w:rPr>
        <w:t>..............................................................................................................................................</w:t>
      </w:r>
    </w:p>
    <w:p w:rsidR="00AD020F" w:rsidRPr="00BF4EE0" w:rsidRDefault="00AD020F" w:rsidP="00AD020F">
      <w:pPr>
        <w:spacing w:line="276" w:lineRule="auto"/>
        <w:jc w:val="both"/>
        <w:rPr>
          <w:lang w:val="fr-FR"/>
        </w:rPr>
      </w:pPr>
      <w:r w:rsidRPr="00BF4EE0">
        <w:rPr>
          <w:rFonts w:cs="Times New Roman"/>
          <w:color w:val="000000"/>
          <w:lang w:val="fr-FR"/>
        </w:rPr>
        <w:t>..............................................................................................................................................</w:t>
      </w:r>
    </w:p>
    <w:p w:rsidR="00AD020F" w:rsidRPr="00BF4EE0" w:rsidRDefault="00AD020F" w:rsidP="00AD020F">
      <w:pPr>
        <w:spacing w:line="276" w:lineRule="auto"/>
        <w:jc w:val="both"/>
        <w:rPr>
          <w:lang w:val="fr-FR"/>
        </w:rPr>
      </w:pPr>
      <w:r w:rsidRPr="00BF4EE0">
        <w:rPr>
          <w:rFonts w:cs="Times New Roman"/>
          <w:color w:val="000000"/>
          <w:lang w:val="fr-FR"/>
        </w:rPr>
        <w:t>..............................................................................................................................................</w:t>
      </w:r>
    </w:p>
    <w:p w:rsidR="00BF4EE0" w:rsidRPr="00BF4EE0" w:rsidRDefault="00BF4EE0" w:rsidP="00BF4EE0">
      <w:pPr>
        <w:spacing w:line="276" w:lineRule="auto"/>
        <w:jc w:val="center"/>
        <w:rPr>
          <w:lang w:val="fr-FR"/>
        </w:rPr>
      </w:pPr>
      <w:r>
        <w:rPr>
          <w:rFonts w:cs="Times New Roman"/>
          <w:b/>
          <w:color w:val="000000"/>
        </w:rPr>
        <w:t>BÀI 6: DU LỊCH BIỂN VIỆT NAM (TIẾT 1 + 2)</w:t>
      </w:r>
    </w:p>
    <w:p w:rsidR="00BF4EE0" w:rsidRPr="00BF4EE0" w:rsidRDefault="00BF4EE0" w:rsidP="00BF4EE0">
      <w:pPr>
        <w:spacing w:line="276" w:lineRule="auto"/>
        <w:jc w:val="both"/>
        <w:rPr>
          <w:lang w:val="fr-FR"/>
        </w:rPr>
      </w:pPr>
      <w:r w:rsidRPr="00BF4EE0">
        <w:rPr>
          <w:rFonts w:cs="Times New Roman"/>
          <w:b/>
          <w:color w:val="000000"/>
          <w:lang w:val="fr-FR"/>
        </w:rPr>
        <w:t>I. YÊU CẦU CẦN ĐẠT</w:t>
      </w:r>
    </w:p>
    <w:p w:rsidR="00BF4EE0" w:rsidRPr="00BF4EE0" w:rsidRDefault="00BF4EE0" w:rsidP="00BF4EE0">
      <w:pPr>
        <w:spacing w:line="276" w:lineRule="auto"/>
        <w:jc w:val="both"/>
        <w:rPr>
          <w:lang w:val="fr-FR"/>
        </w:rPr>
      </w:pPr>
      <w:r w:rsidRPr="00BF4EE0">
        <w:rPr>
          <w:rFonts w:cs="Times New Roman"/>
          <w:b/>
          <w:color w:val="000000"/>
          <w:lang w:val="fr-FR"/>
        </w:rPr>
        <w:t>1. Năng lực đặc thù:</w:t>
      </w:r>
    </w:p>
    <w:p w:rsidR="00BF4EE0" w:rsidRPr="00BF4EE0" w:rsidRDefault="00BF4EE0" w:rsidP="00BF4EE0">
      <w:pPr>
        <w:spacing w:line="276" w:lineRule="auto"/>
        <w:jc w:val="both"/>
        <w:rPr>
          <w:lang w:val="fr-FR"/>
        </w:rPr>
      </w:pPr>
      <w:r w:rsidRPr="00BF4EE0">
        <w:rPr>
          <w:rFonts w:cs="Times New Roman"/>
          <w:color w:val="000000"/>
          <w:lang w:val="fr-FR"/>
        </w:rPr>
        <w:lastRenderedPageBreak/>
        <w:t>- Phát triển kĩ năng đọc thông qua: Đọc đúng, rõ ràng một VB thông tin ngắn và đơn giản; hiểu và trả lời đúng các câu hỏi có liên quan đến VB; quan sát, nhận biết được các chi tiết trong tranh và suy luận từ tranh được quan sát.</w:t>
      </w:r>
    </w:p>
    <w:p w:rsidR="00BF4EE0" w:rsidRPr="00BF4EE0" w:rsidRDefault="00BF4EE0" w:rsidP="00BF4EE0">
      <w:pPr>
        <w:spacing w:line="276" w:lineRule="auto"/>
        <w:jc w:val="both"/>
        <w:rPr>
          <w:lang w:val="fr-FR"/>
        </w:rPr>
      </w:pPr>
      <w:r w:rsidRPr="00BF4EE0">
        <w:rPr>
          <w:rFonts w:cs="Times New Roman"/>
          <w:color w:val="000000"/>
          <w:lang w:val="fr-FR"/>
        </w:rPr>
        <w:t>- Phát triển kĩ năng viết thông qua hoạt động viết lại đúng câu trả lời cho câu hỏi trong VB đọc; hoàn thiện câu dựa vào những từ ngữ cho sẵn và viết lại đúng câu đã hoàn thiện; nghe viết một đoạn ngắn.</w:t>
      </w:r>
    </w:p>
    <w:p w:rsidR="00BF4EE0" w:rsidRPr="00BF4EE0" w:rsidRDefault="00BF4EE0" w:rsidP="00BF4EE0">
      <w:pPr>
        <w:spacing w:line="276" w:lineRule="auto"/>
        <w:jc w:val="both"/>
        <w:rPr>
          <w:lang w:val="fr-FR"/>
        </w:rPr>
      </w:pPr>
      <w:r w:rsidRPr="00BF4EE0">
        <w:rPr>
          <w:rFonts w:cs="Times New Roman"/>
          <w:color w:val="000000"/>
          <w:lang w:val="fr-FR"/>
        </w:rPr>
        <w:t>- Phát triển kĩ năng nói và nghe thông qua trao đổi về nội dung của VB và nội dung được thể hiện trong tranh.</w:t>
      </w:r>
    </w:p>
    <w:p w:rsidR="00BF4EE0" w:rsidRPr="00BF4EE0" w:rsidRDefault="00BF4EE0" w:rsidP="00BF4EE0">
      <w:pPr>
        <w:spacing w:line="276" w:lineRule="auto"/>
        <w:jc w:val="both"/>
        <w:rPr>
          <w:lang w:val="fr-FR"/>
        </w:rPr>
      </w:pPr>
      <w:r w:rsidRPr="00BF4EE0">
        <w:rPr>
          <w:rFonts w:cs="Times New Roman"/>
          <w:b/>
          <w:color w:val="000000"/>
          <w:lang w:val="fr-FR"/>
        </w:rPr>
        <w:t>2. Năng lực chung:</w:t>
      </w:r>
    </w:p>
    <w:p w:rsidR="00BF4EE0" w:rsidRPr="00BF4EE0" w:rsidRDefault="00BF4EE0" w:rsidP="00BF4EE0">
      <w:pPr>
        <w:spacing w:line="276" w:lineRule="auto"/>
        <w:jc w:val="both"/>
        <w:rPr>
          <w:lang w:val="fr-FR"/>
        </w:rPr>
      </w:pPr>
      <w:r w:rsidRPr="00BF4EE0">
        <w:rPr>
          <w:rFonts w:cs="Times New Roman"/>
          <w:color w:val="000000"/>
          <w:lang w:val="fr-FR"/>
        </w:rPr>
        <w:t>- Giao tiếp và hợp tác: HS có khả năng làm việc nhóm, biết trao đổi với bạn, lắng nghe và trình bày ý kiến rõ ràng.</w:t>
      </w:r>
    </w:p>
    <w:p w:rsidR="00BF4EE0" w:rsidRPr="00BF4EE0" w:rsidRDefault="00BF4EE0" w:rsidP="00BF4EE0">
      <w:pPr>
        <w:spacing w:line="276" w:lineRule="auto"/>
        <w:jc w:val="both"/>
        <w:rPr>
          <w:lang w:val="fr-FR"/>
        </w:rPr>
      </w:pPr>
      <w:r w:rsidRPr="00BF4EE0">
        <w:rPr>
          <w:rFonts w:cs="Times New Roman"/>
          <w:color w:val="000000"/>
          <w:lang w:val="fr-FR"/>
        </w:rPr>
        <w:t>- Tự chủ và tự học: HS chủ động hoàn thành nhiệm vụ học tập, biết tự đọc, tự suy nghĩ và tự thực hiện yêu cầu học tập.</w:t>
      </w:r>
    </w:p>
    <w:p w:rsidR="00BF4EE0" w:rsidRPr="00BF4EE0" w:rsidRDefault="00BF4EE0" w:rsidP="00BF4EE0">
      <w:pPr>
        <w:spacing w:line="276" w:lineRule="auto"/>
        <w:jc w:val="both"/>
        <w:rPr>
          <w:lang w:val="fr-FR"/>
        </w:rPr>
      </w:pPr>
      <w:r w:rsidRPr="00BF4EE0">
        <w:rPr>
          <w:rFonts w:cs="Times New Roman"/>
          <w:color w:val="000000"/>
          <w:lang w:val="fr-FR"/>
        </w:rPr>
        <w:t>- Giải quyết vấn đề và sáng tạo: HS biết quan sát tranh, trả lời câu hỏi, viết câu và nêu cảm nhận về biển Việt Nam.</w:t>
      </w:r>
    </w:p>
    <w:p w:rsidR="00BF4EE0" w:rsidRPr="00BF4EE0" w:rsidRDefault="00BF4EE0" w:rsidP="00BF4EE0">
      <w:pPr>
        <w:spacing w:line="276" w:lineRule="auto"/>
        <w:jc w:val="both"/>
        <w:rPr>
          <w:lang w:val="fr-FR"/>
        </w:rPr>
      </w:pPr>
      <w:r w:rsidRPr="00BF4EE0">
        <w:rPr>
          <w:rFonts w:cs="Times New Roman"/>
          <w:b/>
          <w:color w:val="000000"/>
          <w:lang w:val="fr-FR"/>
        </w:rPr>
        <w:t>3. Phẩm chất:</w:t>
      </w:r>
    </w:p>
    <w:p w:rsidR="00BF4EE0" w:rsidRPr="00BF4EE0" w:rsidRDefault="00BF4EE0" w:rsidP="00BF4EE0">
      <w:pPr>
        <w:spacing w:line="276" w:lineRule="auto"/>
        <w:jc w:val="both"/>
        <w:rPr>
          <w:lang w:val="fr-FR"/>
        </w:rPr>
      </w:pPr>
      <w:r w:rsidRPr="00BF4EE0">
        <w:rPr>
          <w:rFonts w:cs="Times New Roman"/>
          <w:color w:val="000000"/>
          <w:lang w:val="fr-FR"/>
        </w:rPr>
        <w:t>- Yêu nước: Biết yêu quý những gì mà thiên nhiên đã ban tặng cho đất nước mình.</w:t>
      </w:r>
    </w:p>
    <w:p w:rsidR="00BF4EE0" w:rsidRPr="00BF4EE0" w:rsidRDefault="00BF4EE0" w:rsidP="00BF4EE0">
      <w:pPr>
        <w:spacing w:line="276" w:lineRule="auto"/>
        <w:jc w:val="both"/>
        <w:rPr>
          <w:lang w:val="fr-FR"/>
        </w:rPr>
      </w:pPr>
      <w:r w:rsidRPr="00BF4EE0">
        <w:rPr>
          <w:rFonts w:cs="Times New Roman"/>
          <w:color w:val="000000"/>
          <w:lang w:val="fr-FR"/>
        </w:rPr>
        <w:t>- Trách nhiệm: Có ý thức bảo vệ cảnh đẹp thiên nhiên, nhất là biển đảo quê hương.</w:t>
      </w:r>
    </w:p>
    <w:p w:rsidR="00F234C1" w:rsidRDefault="00D64EC4">
      <w:pPr>
        <w:spacing w:line="276" w:lineRule="auto"/>
        <w:jc w:val="both"/>
      </w:pPr>
      <w:r>
        <w:rPr>
          <w:rFonts w:cs="Times New Roman"/>
          <w:b/>
          <w:color w:val="FF0000"/>
        </w:rPr>
        <w:t>4. Tích hợp</w:t>
      </w:r>
    </w:p>
    <w:p w:rsidR="00F234C1" w:rsidRDefault="00D64EC4">
      <w:pPr>
        <w:spacing w:line="276" w:lineRule="auto"/>
        <w:jc w:val="both"/>
      </w:pPr>
      <w:r>
        <w:rPr>
          <w:rFonts w:cs="Times New Roman"/>
          <w:color w:val="FF0000"/>
        </w:rPr>
        <w:t>- Tích hợp AI: 1.A2.2 - Nhận biết ứng dụng dịch ngôn ngữ bằng AI có thể hỗ trợ khách du lịch giao tiếp khi tham quan biển Việt Nam.</w:t>
      </w:r>
    </w:p>
    <w:p w:rsidR="00F234C1" w:rsidRDefault="00D64EC4">
      <w:pPr>
        <w:spacing w:line="276" w:lineRule="auto"/>
        <w:jc w:val="both"/>
      </w:pPr>
      <w:r>
        <w:rPr>
          <w:rFonts w:cs="Times New Roman"/>
          <w:color w:val="FF0000"/>
        </w:rPr>
        <w:t>- Quốc phòng và an ninh: Giúp HS yêu quê hương, biết biển đảo Việt Nam là phần lãnh thổ của đất nước và có ý thức trân trọng chủ quyền.</w:t>
      </w:r>
    </w:p>
    <w:p w:rsidR="00F234C1" w:rsidRDefault="00D64EC4">
      <w:pPr>
        <w:spacing w:line="276" w:lineRule="auto"/>
        <w:jc w:val="both"/>
      </w:pPr>
      <w:r>
        <w:rPr>
          <w:rFonts w:cs="Times New Roman"/>
          <w:color w:val="FF0000"/>
        </w:rPr>
        <w:t>- Bảo vệ môi trường: Có ý thức giữ gìn biển đảo sạch đẹp, không xả rác khi tham quan hoặc vui chơi ở biển.</w:t>
      </w:r>
    </w:p>
    <w:p w:rsidR="00BF4EE0" w:rsidRPr="00BF4EE0" w:rsidRDefault="00BF4EE0" w:rsidP="00BF4EE0">
      <w:pPr>
        <w:spacing w:line="276" w:lineRule="auto"/>
        <w:jc w:val="both"/>
        <w:rPr>
          <w:lang w:val="fr-FR"/>
        </w:rPr>
      </w:pPr>
      <w:r>
        <w:rPr>
          <w:rFonts w:cs="Times New Roman"/>
          <w:b/>
          <w:color w:val="000000"/>
        </w:rPr>
        <w:t>II. ĐỒ DÙNG DẠY HỌC</w:t>
      </w:r>
    </w:p>
    <w:p w:rsidR="00BF4EE0" w:rsidRPr="00BF4EE0" w:rsidRDefault="00BF4EE0" w:rsidP="00BF4EE0">
      <w:pPr>
        <w:spacing w:line="276" w:lineRule="auto"/>
        <w:jc w:val="both"/>
        <w:rPr>
          <w:lang w:val="fr-FR"/>
        </w:rPr>
      </w:pPr>
      <w:r w:rsidRPr="00BF4EE0">
        <w:rPr>
          <w:rFonts w:cs="Times New Roman"/>
          <w:color w:val="000000"/>
          <w:lang w:val="fr-FR"/>
        </w:rPr>
        <w:t>- Giáo viên: TV.</w:t>
      </w:r>
    </w:p>
    <w:p w:rsidR="00BF4EE0" w:rsidRPr="00BF4EE0" w:rsidRDefault="00BF4EE0" w:rsidP="00BF4EE0">
      <w:pPr>
        <w:spacing w:line="276" w:lineRule="auto"/>
        <w:jc w:val="both"/>
        <w:rPr>
          <w:lang w:val="fr-FR"/>
        </w:rPr>
      </w:pPr>
      <w:r w:rsidRPr="00BF4EE0">
        <w:rPr>
          <w:rFonts w:cs="Times New Roman"/>
          <w:color w:val="000000"/>
          <w:lang w:val="fr-FR"/>
        </w:rPr>
        <w:t>- Học sinh: SHS, vở Tập viết 1 (tập 2), bảng con.</w:t>
      </w:r>
    </w:p>
    <w:p w:rsidR="00BF4EE0" w:rsidRPr="00BF4EE0" w:rsidRDefault="00BF4EE0" w:rsidP="00BF4EE0">
      <w:pPr>
        <w:spacing w:line="276" w:lineRule="auto"/>
        <w:jc w:val="both"/>
        <w:rPr>
          <w:lang w:val="fr-FR"/>
        </w:rPr>
      </w:pPr>
      <w:r>
        <w:rPr>
          <w:rFonts w:cs="Times New Roman"/>
          <w:b/>
          <w:color w:val="000000"/>
        </w:rPr>
        <w:t>III. CÁC HOẠT ĐỘNG DẠY HỌC</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93"/>
        <w:gridCol w:w="5193"/>
      </w:tblGrid>
      <w:tr w:rsidR="00BF4EE0" w:rsidRP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học sinh</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TIẾT 1</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1. Khởi động</w:t>
            </w:r>
          </w:p>
          <w:p w:rsidR="00BF4EE0" w:rsidRDefault="00BF4EE0" w:rsidP="00BF4EE0">
            <w:pPr>
              <w:spacing w:line="276" w:lineRule="auto"/>
              <w:jc w:val="both"/>
            </w:pPr>
            <w:r>
              <w:rPr>
                <w:rFonts w:cs="Times New Roman"/>
                <w:b/>
                <w:color w:val="000000"/>
              </w:rPr>
              <w:t>Mục tiêu: Giúp HS quan sát tranh, nói được những gì em thấy trong tranh và tạo hứng thú vào bài học.</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nhắc lại tên bài học trước và nói về một số điều thú vị mà em học được từ bài học đó.</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nhắc lại tên bài học trước và nêu điều em nhớ.</w:t>
            </w:r>
          </w:p>
        </w:tc>
      </w:tr>
      <w:tr w:rsidR="00BF4EE0" w:rsidTr="00942269">
        <w:trPr>
          <w:jc w:val="center"/>
        </w:trPr>
        <w:tc>
          <w:tcPr>
            <w:tcW w:w="5017" w:type="dxa"/>
            <w:shd w:val="clear" w:color="auto" w:fill="auto"/>
            <w:tcMar>
              <w:top w:w="70" w:type="dxa"/>
              <w:left w:w="90" w:type="dxa"/>
              <w:bottom w:w="70" w:type="dxa"/>
              <w:right w:w="90" w:type="dxa"/>
            </w:tcMar>
            <w:vAlign w:val="center"/>
          </w:tcPr>
          <w:p w:rsidR="008D2446" w:rsidRDefault="00BF4EE0" w:rsidP="00BF4EE0">
            <w:pPr>
              <w:spacing w:line="276" w:lineRule="auto"/>
              <w:jc w:val="both"/>
            </w:pPr>
            <w:r>
              <w:rPr>
                <w:rFonts w:cs="Times New Roman"/>
                <w:color w:val="000000"/>
              </w:rPr>
              <w:t>- GV yêu cầu HS quan sát tranh và trao đổi nhóm để nói về những gì em thấy trong tranh.</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quan sát tranh, trao đổi nhóm.</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hỏi: Em thấy những gì trong tranh?</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w:t>
            </w:r>
          </w:p>
          <w:p w:rsidR="00BF4EE0" w:rsidRDefault="00BF4EE0" w:rsidP="00BF4EE0">
            <w:pPr>
              <w:spacing w:line="276" w:lineRule="auto"/>
              <w:jc w:val="both"/>
            </w:pPr>
            <w:r>
              <w:rPr>
                <w:rFonts w:cs="Times New Roman"/>
                <w:color w:val="000000"/>
              </w:rPr>
              <w:t xml:space="preserve">- Em thấy bãi biển, nước biển, cát, cây dừa, </w:t>
            </w:r>
            <w:r>
              <w:rPr>
                <w:rFonts w:cs="Times New Roman"/>
                <w:color w:val="000000"/>
              </w:rPr>
              <w:lastRenderedPageBreak/>
              <w:t>người đang vui chơi.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lastRenderedPageBreak/>
              <w:t>- GV mời HS khác nhận xét, bổ sung.</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nhận xét, bổ sung.</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và HS thống nhất nội dung câu trả lời, sau đó dẫn vào bài đọc Du lịch biển Việt Nam.</w:t>
            </w:r>
          </w:p>
          <w:p w:rsidR="00BF4EE0" w:rsidRDefault="00BF4EE0" w:rsidP="00BF4EE0">
            <w:pPr>
              <w:spacing w:line="276" w:lineRule="auto"/>
              <w:jc w:val="both"/>
            </w:pPr>
            <w:r>
              <w:rPr>
                <w:rFonts w:cs="Times New Roman"/>
                <w:color w:val="000000"/>
              </w:rPr>
              <w:t>- Kết luận: Tranh cho thấy biển nước ta rất đẹp và có nhiều hoạt động thú vị. Bài học hôm nay giúp các em hiểu thêm về biển Việt Nam.</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F234C1" w:rsidTr="00942269">
        <w:trPr>
          <w:jc w:val="center"/>
        </w:trPr>
        <w:tc>
          <w:tcPr>
            <w:tcW w:w="5156" w:type="dxa"/>
            <w:shd w:val="clear" w:color="auto" w:fill="auto"/>
            <w:vAlign w:val="center"/>
          </w:tcPr>
          <w:p w:rsidR="00F234C1" w:rsidRDefault="00D64EC4">
            <w:pPr>
              <w:spacing w:line="276" w:lineRule="auto"/>
              <w:jc w:val="both"/>
            </w:pPr>
            <w:r>
              <w:rPr>
                <w:rFonts w:cs="Times New Roman"/>
                <w:color w:val="FF0000"/>
              </w:rPr>
              <w:t>- GV hỏi dẫn tích hợp AI 1.A2.2: Khi khách du lịch đến biển Việt Nam nhưng không nói cùng ngôn ngữ, công nghệ thông minh có thể hỗ trợ họ giao tiếp như thế nào?</w:t>
            </w:r>
          </w:p>
        </w:tc>
        <w:tc>
          <w:tcPr>
            <w:tcW w:w="5156" w:type="dxa"/>
            <w:shd w:val="clear" w:color="auto" w:fill="auto"/>
            <w:vAlign w:val="center"/>
          </w:tcPr>
          <w:p w:rsidR="00F234C1" w:rsidRDefault="00D64EC4">
            <w:pPr>
              <w:spacing w:line="276" w:lineRule="auto"/>
              <w:jc w:val="both"/>
            </w:pPr>
            <w:r>
              <w:rPr>
                <w:rFonts w:cs="Times New Roman"/>
                <w:color w:val="FF0000"/>
              </w:rPr>
              <w:t>- HS trả lời: Ứng dụng dịch ngôn ngữ bằng AI có thể giúp chuyển lời nói hoặc câu chữ sang ngôn ngữ dễ hiểu hơn.</w:t>
            </w:r>
          </w:p>
        </w:tc>
      </w:tr>
      <w:tr w:rsidR="00F234C1" w:rsidTr="00942269">
        <w:trPr>
          <w:jc w:val="center"/>
        </w:trPr>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GV diễn giải tích hợp AI 1.A2.2: GV giới thiệu ở mức đơn giản: khi đi du lịch, người nước ngoài có thể cần hỏi đường, hỏi tên món ăn hoặc đọc bảng chỉ dẫn; ứng dụng dịch ngôn ngữ dùng AI có thể hỗ trợ dịch câu ngắn để mọi người dễ hiểu nhau hơn. GV nhắc HS công nghệ cần được dùng lịch sự và đúng mục đích: không dùng điện thoại để trêu chọc người khác, không tự ý nhập thông tin cá nhân, và khi cần sử dụng thiết bị phải có sự hướng dẫn của người lớn.</w:t>
            </w:r>
          </w:p>
        </w:tc>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HS lắng nghe, liên hệ và thực hiện: HS nêu một tình huống du lịch mà ứng dụng dịch ngôn ngữ có thể hỗ trợ.</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2. Khám phá - Hoạt động 1: Luyện đọc</w:t>
            </w:r>
          </w:p>
          <w:p w:rsidR="00BF4EE0" w:rsidRDefault="00BF4EE0" w:rsidP="00BF4EE0">
            <w:pPr>
              <w:spacing w:line="276" w:lineRule="auto"/>
              <w:jc w:val="both"/>
            </w:pPr>
            <w:r>
              <w:rPr>
                <w:rFonts w:cs="Times New Roman"/>
                <w:b/>
                <w:color w:val="000000"/>
              </w:rPr>
              <w:t>Mục tiêu: Giúp HS đọc đúng, rõ ràng văn bản; biết ngắt nghỉ ở câu dài; hiểu một số từ ngữ trong bài.</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đọc mẫu toàn văn bản.</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 theo dõi SGK.</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hướng dẫn HS luyện phát âm một số từ ngữ khó: hoang sơ, thỏa sức.</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luyện đọc từ khó.</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nối tiếp từng câu lần 1.</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nối tiếp từng câu lần 1.</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nối tiếp từng câu lần 2.</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nối tiếp từng câu lần 2.</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hướng dẫn HS đọc những câu dài: Thanh Hóa, Đà Nẵng, Khánh Hòa,.../ có những bãi biển nổi tiếng,/ được du khách yêu thích./ Nhưng suốt chiều dài đất nước/ cũng có nhiều bãi biển còn hoang sơ.</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luyện đọc câu dài.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chia VB thành 2 đoạn:</w:t>
            </w:r>
          </w:p>
          <w:p w:rsidR="00BF4EE0" w:rsidRDefault="00BF4EE0" w:rsidP="00BF4EE0">
            <w:pPr>
              <w:spacing w:line="276" w:lineRule="auto"/>
              <w:jc w:val="both"/>
            </w:pPr>
            <w:r>
              <w:rPr>
                <w:rFonts w:cs="Times New Roman"/>
                <w:color w:val="000000"/>
              </w:rPr>
              <w:t>- Đoạn 1: Từ đầu đến hoang sơ.</w:t>
            </w:r>
          </w:p>
          <w:p w:rsidR="00BF4EE0" w:rsidRDefault="00BF4EE0" w:rsidP="00BF4EE0">
            <w:pPr>
              <w:spacing w:line="276" w:lineRule="auto"/>
              <w:jc w:val="both"/>
            </w:pPr>
            <w:r>
              <w:rPr>
                <w:rFonts w:cs="Times New Roman"/>
                <w:color w:val="000000"/>
              </w:rPr>
              <w:t>- Đoạn 2: Phần còn lại.</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theo dõi.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nối tiếp nhau đọc từng đoạn lần 1.</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từng đoạn.</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lastRenderedPageBreak/>
              <w:t>- GV cho HS đọc nối tiếp từng đoạn lần 2, kết hợp giải thích nghĩa của từ: hoang sơ, kì diệu.</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đoạn, lắng nghe giải nghĩa từ.</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đoạn theo nhóm đôi.</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đoạn theo nhóm đôi.</w:t>
            </w:r>
          </w:p>
        </w:tc>
      </w:tr>
      <w:tr w:rsid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2 HS đọc lại toàn văn bản.</w:t>
            </w:r>
          </w:p>
          <w:p w:rsidR="00BF4EE0" w:rsidRDefault="00BF4EE0" w:rsidP="00BF4EE0">
            <w:pPr>
              <w:spacing w:line="276" w:lineRule="auto"/>
              <w:jc w:val="both"/>
            </w:pPr>
            <w:r>
              <w:rPr>
                <w:rFonts w:cs="Times New Roman"/>
                <w:color w:val="000000"/>
              </w:rPr>
              <w:t>- Kết luận: Bài đọc cho thấy biển Việt Nam rất đẹp, phong phú và hấp dẫn. Khi đọc, các em cần đọc rõ tiếng, đúng từ và ngắt nghỉ đúng chỗ.</w:t>
            </w:r>
          </w:p>
        </w:tc>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- 2 HS đọc lại toàn văn bản.</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TIẾT 2</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3. Luyện tập - Thực hành - Hoạt động 2: Trả lời câu hỏi (Bài tập 3)</w:t>
            </w:r>
          </w:p>
          <w:p w:rsidR="00BF4EE0" w:rsidRDefault="00BF4EE0" w:rsidP="00BF4EE0">
            <w:pPr>
              <w:spacing w:line="276" w:lineRule="auto"/>
              <w:jc w:val="both"/>
            </w:pPr>
            <w:r>
              <w:rPr>
                <w:rFonts w:cs="Times New Roman"/>
                <w:b/>
                <w:color w:val="000000"/>
              </w:rPr>
              <w:t>Mục tiêu: Giúp HS hiểu nội dung bài đọc, biết tìm thông tin trong bài để trả lời câu hỏi, cảm nhận được vẻ đẹp của biển Việt Nam và hình thành ý thức yêu biển, giữ gìn biển đảo quê hương.</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đọc lại toàn bài Du lịch biển Việt Nam.</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lại toàn bài.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chia lớp thành nhóm đôi hoặc nhóm 4, giao nhiệm vụ cho các nhóm thảo luận 3 câu hỏi ở mục 3.</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thảo luận theo nhóm đôi hoặc nhóm 4.</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đọc câu hỏi a: Trong bài đọc, những bãi biển nổi tiếng của nước ta có ở đâu?</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câu hỏi a.</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đại diện nhóm trình bày.</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w:t>
            </w:r>
          </w:p>
          <w:p w:rsidR="00BF4EE0" w:rsidRDefault="00BF4EE0" w:rsidP="00BF4EE0">
            <w:pPr>
              <w:spacing w:line="276" w:lineRule="auto"/>
              <w:jc w:val="both"/>
            </w:pPr>
            <w:r>
              <w:rPr>
                <w:rFonts w:cs="Times New Roman"/>
                <w:color w:val="000000"/>
              </w:rPr>
              <w:t>- Trong bài đọc, những bãi biển nổi tiếng của nước ta có ở Thanh Hóa, Đà Nẵng, Khánh Hòa,...</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hỏi thêm: Những nơi này đều thuộc nước nào?</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w:t>
            </w:r>
          </w:p>
          <w:p w:rsidR="00BF4EE0" w:rsidRDefault="00BF4EE0" w:rsidP="00BF4EE0">
            <w:pPr>
              <w:spacing w:line="276" w:lineRule="auto"/>
              <w:jc w:val="both"/>
            </w:pPr>
            <w:r>
              <w:rPr>
                <w:rFonts w:cs="Times New Roman"/>
                <w:color w:val="000000"/>
              </w:rPr>
              <w:t>- Những nơi này đều thuộc nước Việt Nam.</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diễn giải: Nước ta có rất nhiều bãi biển đẹp, trải dài từ Bắc vào Nam. Mỗi vùng biển đều có nét đẹp riêng và là cảnh đẹp quý giá của đất nước.</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đọc câu hỏi b: Chúng ta có thể làm gì khi đi biển?</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câu hỏi b.</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đại diện nhóm khác trình bày.</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w:t>
            </w:r>
          </w:p>
          <w:p w:rsidR="00BF4EE0" w:rsidRDefault="00BF4EE0" w:rsidP="00BF4EE0">
            <w:pPr>
              <w:spacing w:line="276" w:lineRule="auto"/>
              <w:jc w:val="both"/>
            </w:pPr>
            <w:r>
              <w:rPr>
                <w:rFonts w:cs="Times New Roman"/>
                <w:color w:val="000000"/>
              </w:rPr>
              <w:t>- Khi đi biển, chúng ta có thể bơi lội, nô đùa trên sóng, nhặt vỏ sò, xây lâu đài cát.</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hỏi thêm: Trong những hoạt động đó, em thích hoạt động nào nhất? Vì sao?</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w:t>
            </w:r>
          </w:p>
          <w:p w:rsidR="00BF4EE0" w:rsidRDefault="00BF4EE0" w:rsidP="00BF4EE0">
            <w:pPr>
              <w:spacing w:line="276" w:lineRule="auto"/>
              <w:jc w:val="both"/>
            </w:pPr>
            <w:r>
              <w:rPr>
                <w:rFonts w:cs="Times New Roman"/>
                <w:color w:val="000000"/>
              </w:rPr>
              <w:t>- Em thích bơi lội vì rất vui.</w:t>
            </w:r>
          </w:p>
          <w:p w:rsidR="00BF4EE0" w:rsidRDefault="00BF4EE0" w:rsidP="00BF4EE0">
            <w:pPr>
              <w:spacing w:line="276" w:lineRule="auto"/>
              <w:jc w:val="both"/>
            </w:pPr>
            <w:r>
              <w:rPr>
                <w:rFonts w:cs="Times New Roman"/>
                <w:color w:val="000000"/>
              </w:rPr>
              <w:t>- Em thích xây lâu đài cát vì thú vị.</w:t>
            </w:r>
          </w:p>
          <w:p w:rsidR="00BF4EE0" w:rsidRDefault="00BF4EE0" w:rsidP="00BF4EE0">
            <w:pPr>
              <w:spacing w:line="276" w:lineRule="auto"/>
              <w:jc w:val="both"/>
            </w:pPr>
            <w:r>
              <w:rPr>
                <w:rFonts w:cs="Times New Roman"/>
                <w:color w:val="000000"/>
              </w:rPr>
              <w:lastRenderedPageBreak/>
              <w:t>- Em thích nhặt vỏ sò vì được ngắm nhiều vỏ đẹp.</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lastRenderedPageBreak/>
              <w:t>- GV diễn giải: Biển không chỉ đẹp mà còn đem đến cho con người nhiều niềm vui, sự thư giãn và những trải nghiệm thú vị.</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đọc câu hỏi c: Vì sao hình dạng của những đồi cát luôn thay đổi?</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câu hỏi c.</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đại diện nhóm tiếp theo trình bày.</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w:t>
            </w:r>
          </w:p>
          <w:p w:rsidR="00BF4EE0" w:rsidRDefault="00BF4EE0" w:rsidP="00BF4EE0">
            <w:pPr>
              <w:spacing w:line="276" w:lineRule="auto"/>
              <w:jc w:val="both"/>
            </w:pPr>
            <w:r>
              <w:rPr>
                <w:rFonts w:cs="Times New Roman"/>
                <w:color w:val="000000"/>
              </w:rPr>
              <w:t>- Hình dạng của những đồi cát luôn thay đổi vì cát bay.</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hỏi thêm: Điều đó cho thấy thiên nhiên ở biển như thế nào?</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w:t>
            </w:r>
          </w:p>
          <w:p w:rsidR="00BF4EE0" w:rsidRDefault="00BF4EE0" w:rsidP="00BF4EE0">
            <w:pPr>
              <w:spacing w:line="276" w:lineRule="auto"/>
              <w:jc w:val="both"/>
            </w:pPr>
            <w:r>
              <w:rPr>
                <w:rFonts w:cs="Times New Roman"/>
                <w:color w:val="000000"/>
              </w:rPr>
              <w:t>- Thiên nhiên ở biển rất thú vị.</w:t>
            </w:r>
          </w:p>
          <w:p w:rsidR="00BF4EE0" w:rsidRDefault="00BF4EE0" w:rsidP="00BF4EE0">
            <w:pPr>
              <w:spacing w:line="276" w:lineRule="auto"/>
              <w:jc w:val="both"/>
            </w:pPr>
            <w:r>
              <w:rPr>
                <w:rFonts w:cs="Times New Roman"/>
                <w:color w:val="000000"/>
              </w:rPr>
              <w:t>- Thiên nhiên ở biển luôn thay đổi.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diễn giải: Những đồi cát ven biển luôn đổi hình dạng do gió thổi làm cát bay đi, dồn lại thành những hình khác nhau. Điều đó làm cho cảnh biển thêm hấp dẫn và kì diệu.</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HS khác nhận xét, bổ sung câu trả lời của bạn.</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nhận xét, bổ sung.</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tuyên dương HS.</w:t>
            </w:r>
          </w:p>
          <w:p w:rsidR="00BF4EE0" w:rsidRDefault="00BF4EE0" w:rsidP="00BF4EE0">
            <w:pPr>
              <w:spacing w:line="276" w:lineRule="auto"/>
              <w:jc w:val="both"/>
            </w:pPr>
            <w:r>
              <w:rPr>
                <w:rFonts w:cs="Times New Roman"/>
                <w:color w:val="000000"/>
              </w:rPr>
              <w:t>- Kết luận: Bài đọc giúp các em thấy biển Việt Nam rất đẹp, rất thú vị và giàu có. Vì vậy, mỗi chúng ta cần yêu quý, giữ gìn và bảo vệ biển đảo quê hương.</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F234C1" w:rsidTr="00942269">
        <w:trPr>
          <w:jc w:val="center"/>
        </w:trPr>
        <w:tc>
          <w:tcPr>
            <w:tcW w:w="5156" w:type="dxa"/>
            <w:shd w:val="clear" w:color="auto" w:fill="auto"/>
            <w:vAlign w:val="center"/>
          </w:tcPr>
          <w:p w:rsidR="00F234C1" w:rsidRDefault="00D64EC4">
            <w:pPr>
              <w:spacing w:line="276" w:lineRule="auto"/>
              <w:jc w:val="both"/>
            </w:pPr>
            <w:r>
              <w:rPr>
                <w:rFonts w:cs="Times New Roman"/>
                <w:color w:val="FF0000"/>
              </w:rPr>
              <w:t>- GV hỏi dẫn tích hợp Quốc phòng và an ninh: Các bãi biển trong bài đọc thuộc đất nước nào? Biển đảo có ý nghĩa như thế nào đối với quê hương Việt Nam?</w:t>
            </w:r>
          </w:p>
        </w:tc>
        <w:tc>
          <w:tcPr>
            <w:tcW w:w="5156" w:type="dxa"/>
            <w:shd w:val="clear" w:color="auto" w:fill="auto"/>
            <w:vAlign w:val="center"/>
          </w:tcPr>
          <w:p w:rsidR="00F234C1" w:rsidRDefault="00D64EC4">
            <w:pPr>
              <w:spacing w:line="276" w:lineRule="auto"/>
              <w:jc w:val="both"/>
            </w:pPr>
            <w:r>
              <w:rPr>
                <w:rFonts w:cs="Times New Roman"/>
                <w:color w:val="FF0000"/>
              </w:rPr>
              <w:t>- HS trả lời: Các bãi biển thuộc Việt Nam; biển đảo là phần lãnh thổ quý giá của đất nước, cần được yêu quý và trân trọng.</w:t>
            </w:r>
          </w:p>
        </w:tc>
      </w:tr>
      <w:tr w:rsidR="00F234C1" w:rsidTr="00942269">
        <w:trPr>
          <w:jc w:val="center"/>
        </w:trPr>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GV diễn giải tích hợp Quốc phòng và an ninh: GV diễn giải: nước ta có đường bờ biển dài với nhiều bãi biển đẹp, là một phần của quê hương Việt Nam. Yêu biển đảo không chỉ là thích đi tắm biển mà còn là biết trân trọng chủ quyền, tự hào về vẻ đẹp đất nước và có thái độ nghiêm túc khi nói về biển đảo Tổ quốc. Với HS lớp 1, tình yêu ấy được hình thành qua việc học bài, quan sát tranh, nói lời tự hào và thực hiện những việc nhỏ để giữ gìn cảnh biển.</w:t>
            </w:r>
          </w:p>
        </w:tc>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HS lắng nghe, liên hệ và thực hiện: HS nói một câu: Em yêu biển Việt Nam và biết giữ gìn cảnh đẹp của đất nước.</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3. Luyện tập - Thực hành - Hoạt động 3: Viết vào vở câu trả lời cho câu hỏi b và c ở mục 3 (Bài tập 4)</w:t>
            </w:r>
          </w:p>
          <w:p w:rsidR="00BF4EE0" w:rsidRDefault="00BF4EE0" w:rsidP="00BF4EE0">
            <w:pPr>
              <w:spacing w:line="276" w:lineRule="auto"/>
              <w:jc w:val="both"/>
            </w:pPr>
            <w:r>
              <w:rPr>
                <w:rFonts w:cs="Times New Roman"/>
                <w:b/>
                <w:color w:val="000000"/>
              </w:rPr>
              <w:lastRenderedPageBreak/>
              <w:t>Mục tiêu: Giúp HS viết đúng câu trả lời ngắn, biết viết hoa đầu câu và đặt dấu chấm cuối câu.</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lastRenderedPageBreak/>
              <w:t>- GV nêu yêu cầu của bài tập.</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lại câu hỏi b và c.</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lại câu hỏi b và c.</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HS trả lời miệng trước khi viết.</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 miệng.</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nhắc HS chữ đầu câu cần viết hoa, cuối câu có dấu chấm.</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viết câu trả lời vào vở.</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viết vào vở.</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kiểm tra và nhận xét bài viết của HS.</w:t>
            </w:r>
          </w:p>
          <w:p w:rsidR="00BF4EE0" w:rsidRDefault="00BF4EE0" w:rsidP="00BF4EE0">
            <w:pPr>
              <w:spacing w:line="276" w:lineRule="auto"/>
              <w:jc w:val="both"/>
            </w:pPr>
            <w:r>
              <w:rPr>
                <w:rFonts w:cs="Times New Roman"/>
                <w:color w:val="000000"/>
              </w:rPr>
              <w:t>- Kết luận: Khi viết câu trả lời, các em cần viết đủ câu, đúng nội dung, viết hoa đầu câu và đặt dấu chấm cuối câu.</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F234C1" w:rsidTr="00942269">
        <w:trPr>
          <w:jc w:val="center"/>
        </w:trPr>
        <w:tc>
          <w:tcPr>
            <w:tcW w:w="5156" w:type="dxa"/>
            <w:shd w:val="clear" w:color="auto" w:fill="auto"/>
            <w:vAlign w:val="center"/>
          </w:tcPr>
          <w:p w:rsidR="00F234C1" w:rsidRDefault="00D64EC4">
            <w:pPr>
              <w:spacing w:line="276" w:lineRule="auto"/>
              <w:jc w:val="both"/>
            </w:pPr>
            <w:r>
              <w:rPr>
                <w:rFonts w:cs="Times New Roman"/>
                <w:color w:val="FF0000"/>
              </w:rPr>
              <w:t>- GV hỏi dẫn tích hợp Bảo vệ môi trường: Khi vui chơi hoặc tham quan ở biển, em và gia đình cần làm gì để nước biển, bãi cát luôn sạch đẹp và an toàn cho các loài vật?</w:t>
            </w:r>
          </w:p>
        </w:tc>
        <w:tc>
          <w:tcPr>
            <w:tcW w:w="5156" w:type="dxa"/>
            <w:shd w:val="clear" w:color="auto" w:fill="auto"/>
            <w:vAlign w:val="center"/>
          </w:tcPr>
          <w:p w:rsidR="00F234C1" w:rsidRDefault="00D64EC4">
            <w:pPr>
              <w:spacing w:line="276" w:lineRule="auto"/>
              <w:jc w:val="both"/>
            </w:pPr>
            <w:r>
              <w:rPr>
                <w:rFonts w:cs="Times New Roman"/>
                <w:color w:val="FF0000"/>
              </w:rPr>
              <w:t>- HS trả lời: Em không xả rác, thu gom rác đúng nơi, không làm hại sinh vật biển và nhắc người thân cùng giữ bãi biển sạch.</w:t>
            </w:r>
          </w:p>
        </w:tc>
      </w:tr>
      <w:tr w:rsidR="00F234C1" w:rsidTr="00942269">
        <w:trPr>
          <w:jc w:val="center"/>
        </w:trPr>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GV diễn giải tích hợp Bảo vệ môi trường: GV diễn giải: chai nhựa, túi ni-lông, thức ăn bỏ lại trên cát có thể làm bãi biển bẩn, gây nguy hiểm cho cá, rùa, chim biển và làm mất vẻ đẹp của nơi du lịch. Mỗi HS có thể góp phần bằng cách sử dụng thùng rác, không ném đồ xuống nước, không bắt con vật nhỏ mang về, biết thu dọn sau khi vui chơi và cùng gia đình thực hiện thói quen du lịch văn minh, bảo vệ môi trường biển.</w:t>
            </w:r>
          </w:p>
        </w:tc>
        <w:tc>
          <w:tcPr>
            <w:tcW w:w="5156" w:type="dxa"/>
            <w:tcBorders>
              <w:bottom w:val="single" w:sz="4" w:space="0" w:color="auto"/>
            </w:tcBorders>
            <w:shd w:val="clear" w:color="auto" w:fill="auto"/>
            <w:vAlign w:val="center"/>
          </w:tcPr>
          <w:p w:rsidR="00F234C1" w:rsidRDefault="00D64EC4">
            <w:pPr>
              <w:spacing w:line="276" w:lineRule="auto"/>
              <w:jc w:val="both"/>
            </w:pPr>
            <w:r>
              <w:rPr>
                <w:rFonts w:cs="Times New Roman"/>
                <w:color w:val="FF0000"/>
              </w:rPr>
              <w:t>- HS lắng nghe, liên hệ và thực hiện: HS nêu hai việc em sẽ thực hiện khi đi biển để bảo vệ môi trường.</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4. Củng cố, dặn dò</w:t>
            </w:r>
          </w:p>
          <w:p w:rsidR="00BF4EE0" w:rsidRDefault="00BF4EE0" w:rsidP="00BF4EE0">
            <w:pPr>
              <w:spacing w:line="276" w:lineRule="auto"/>
              <w:jc w:val="both"/>
            </w:pPr>
            <w:r>
              <w:rPr>
                <w:rFonts w:cs="Times New Roman"/>
                <w:b/>
                <w:color w:val="000000"/>
              </w:rPr>
              <w:t>Mục tiêu: Giúp HS nêu điều thú vị sau bài học và ghi nhớ nội dung cần thiết.</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HS nêu điều thú vị sau khi học bài.</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nêu điều thú vị.</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góp ý câu trả lời của HS.</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ưu, khuyết điểm của tiết học.</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bl>
    <w:p w:rsidR="00BF4EE0" w:rsidRDefault="00BF4EE0" w:rsidP="00BF4EE0">
      <w:pPr>
        <w:spacing w:line="276" w:lineRule="auto"/>
        <w:jc w:val="both"/>
      </w:pPr>
      <w:r>
        <w:rPr>
          <w:rFonts w:cs="Times New Roman"/>
          <w:b/>
          <w:color w:val="000000"/>
        </w:rPr>
        <w:t>IV. ĐIỀU CHỈNH SAU BÀI DẠY</w:t>
      </w:r>
    </w:p>
    <w:p w:rsidR="00BF4EE0" w:rsidRPr="00BF4EE0" w:rsidRDefault="00BF4EE0" w:rsidP="00BF4EE0">
      <w:pPr>
        <w:spacing w:line="276" w:lineRule="auto"/>
        <w:jc w:val="both"/>
        <w:rPr>
          <w:lang w:val="fr-FR"/>
        </w:rPr>
      </w:pPr>
      <w:r w:rsidRPr="00BF4EE0">
        <w:rPr>
          <w:rFonts w:cs="Times New Roman"/>
          <w:color w:val="000000"/>
          <w:lang w:val="fr-FR"/>
        </w:rPr>
        <w:t>..............................................................................................................................................</w:t>
      </w:r>
    </w:p>
    <w:p w:rsidR="00BF4EE0" w:rsidRPr="00BF4EE0" w:rsidRDefault="00BF4EE0" w:rsidP="00BF4EE0">
      <w:pPr>
        <w:spacing w:line="276" w:lineRule="auto"/>
        <w:jc w:val="both"/>
        <w:rPr>
          <w:lang w:val="fr-FR"/>
        </w:rPr>
      </w:pPr>
      <w:r w:rsidRPr="00BF4EE0">
        <w:rPr>
          <w:rFonts w:cs="Times New Roman"/>
          <w:color w:val="000000"/>
          <w:lang w:val="fr-FR"/>
        </w:rPr>
        <w:t>..............................................................................................................................................</w:t>
      </w:r>
    </w:p>
    <w:p w:rsidR="00BF4EE0" w:rsidRPr="00BF4EE0" w:rsidRDefault="00BF4EE0" w:rsidP="00BF4EE0">
      <w:pPr>
        <w:spacing w:line="276" w:lineRule="auto"/>
        <w:jc w:val="both"/>
        <w:rPr>
          <w:lang w:val="fr-FR"/>
        </w:rPr>
      </w:pPr>
      <w:r w:rsidRPr="00BF4EE0">
        <w:rPr>
          <w:rFonts w:cs="Times New Roman"/>
          <w:color w:val="000000"/>
          <w:lang w:val="fr-FR"/>
        </w:rPr>
        <w:t>..............................................................................................................................................</w:t>
      </w:r>
    </w:p>
    <w:p w:rsidR="00BF4EE0" w:rsidRPr="00BF4EE0" w:rsidRDefault="00BF4EE0" w:rsidP="00BF4EE0">
      <w:pPr>
        <w:spacing w:line="276" w:lineRule="auto"/>
        <w:jc w:val="center"/>
        <w:rPr>
          <w:lang w:val="fr-FR"/>
        </w:rPr>
      </w:pPr>
      <w:r>
        <w:rPr>
          <w:rFonts w:cs="Times New Roman"/>
          <w:b/>
          <w:color w:val="000000"/>
        </w:rPr>
        <w:t>BÀI 6: DU LỊCH BIỂN VIỆT NAM (TIẾT 3 + 4)</w:t>
      </w:r>
    </w:p>
    <w:p w:rsidR="00BF4EE0" w:rsidRPr="00BF4EE0" w:rsidRDefault="00BF4EE0" w:rsidP="00BF4EE0">
      <w:pPr>
        <w:spacing w:line="276" w:lineRule="auto"/>
        <w:jc w:val="both"/>
        <w:rPr>
          <w:lang w:val="fr-FR"/>
        </w:rPr>
      </w:pPr>
      <w:r w:rsidRPr="00BF4EE0">
        <w:rPr>
          <w:rFonts w:cs="Times New Roman"/>
          <w:b/>
          <w:color w:val="000000"/>
          <w:lang w:val="fr-FR"/>
        </w:rPr>
        <w:t>I. YÊU CẦU CẦN ĐẠT</w:t>
      </w:r>
    </w:p>
    <w:p w:rsidR="00BF4EE0" w:rsidRPr="00BF4EE0" w:rsidRDefault="00BF4EE0" w:rsidP="00BF4EE0">
      <w:pPr>
        <w:spacing w:line="276" w:lineRule="auto"/>
        <w:jc w:val="both"/>
        <w:rPr>
          <w:lang w:val="fr-FR"/>
        </w:rPr>
      </w:pPr>
      <w:r w:rsidRPr="00BF4EE0">
        <w:rPr>
          <w:rFonts w:cs="Times New Roman"/>
          <w:b/>
          <w:color w:val="000000"/>
          <w:lang w:val="fr-FR"/>
        </w:rPr>
        <w:t>1. Năng lực đặc thù:</w:t>
      </w:r>
    </w:p>
    <w:p w:rsidR="00BF4EE0" w:rsidRPr="00BF4EE0" w:rsidRDefault="00BF4EE0" w:rsidP="00BF4EE0">
      <w:pPr>
        <w:spacing w:line="276" w:lineRule="auto"/>
        <w:jc w:val="both"/>
        <w:rPr>
          <w:lang w:val="fr-FR"/>
        </w:rPr>
      </w:pPr>
      <w:r w:rsidRPr="00BF4EE0">
        <w:rPr>
          <w:rFonts w:cs="Times New Roman"/>
          <w:color w:val="000000"/>
          <w:lang w:val="fr-FR"/>
        </w:rPr>
        <w:lastRenderedPageBreak/>
        <w:t>- Phát triển kĩ năng đọc thông qua: Đọc đúng, rõ ràng một VB thông tin ngắn và đơn giản; hiểu và trả lời đúng các câu hỏi có liên quan đến VB; quan sát, nhận biết được các chi tiết trong tranh và suy luận từ tranh được quan sát.</w:t>
      </w:r>
    </w:p>
    <w:p w:rsidR="00BF4EE0" w:rsidRPr="00BF4EE0" w:rsidRDefault="00BF4EE0" w:rsidP="00BF4EE0">
      <w:pPr>
        <w:spacing w:line="276" w:lineRule="auto"/>
        <w:jc w:val="both"/>
        <w:rPr>
          <w:lang w:val="fr-FR"/>
        </w:rPr>
      </w:pPr>
      <w:r w:rsidRPr="00BF4EE0">
        <w:rPr>
          <w:rFonts w:cs="Times New Roman"/>
          <w:color w:val="000000"/>
          <w:lang w:val="fr-FR"/>
        </w:rPr>
        <w:t>- Phát triển kĩ năng viết thông qua hoạt động viết lại đúng câu trả lời cho câu hỏi trong VB đọc; hoàn thiện câu dựa vào những từ ngữ cho sẵn và viết lại đúng câu đã hoàn thiện; nghe viết một đoạn ngắn.</w:t>
      </w:r>
    </w:p>
    <w:p w:rsidR="00BF4EE0" w:rsidRPr="00BF4EE0" w:rsidRDefault="00BF4EE0" w:rsidP="00BF4EE0">
      <w:pPr>
        <w:spacing w:line="276" w:lineRule="auto"/>
        <w:jc w:val="both"/>
        <w:rPr>
          <w:lang w:val="fr-FR"/>
        </w:rPr>
      </w:pPr>
      <w:r w:rsidRPr="00BF4EE0">
        <w:rPr>
          <w:rFonts w:cs="Times New Roman"/>
          <w:color w:val="000000"/>
          <w:lang w:val="fr-FR"/>
        </w:rPr>
        <w:t>- Phát triển kĩ năng nói và nghe thông qua trao đổi về nội dung của VB và nội dung được thể hiện trong tranh.</w:t>
      </w:r>
    </w:p>
    <w:p w:rsidR="00BF4EE0" w:rsidRPr="00BF4EE0" w:rsidRDefault="00BF4EE0" w:rsidP="00BF4EE0">
      <w:pPr>
        <w:spacing w:line="276" w:lineRule="auto"/>
        <w:jc w:val="both"/>
        <w:rPr>
          <w:lang w:val="fr-FR"/>
        </w:rPr>
      </w:pPr>
      <w:r w:rsidRPr="00BF4EE0">
        <w:rPr>
          <w:rFonts w:cs="Times New Roman"/>
          <w:b/>
          <w:color w:val="000000"/>
          <w:lang w:val="fr-FR"/>
        </w:rPr>
        <w:t>2. Năng lực chung:</w:t>
      </w:r>
    </w:p>
    <w:p w:rsidR="00BF4EE0" w:rsidRPr="00BF4EE0" w:rsidRDefault="00BF4EE0" w:rsidP="00BF4EE0">
      <w:pPr>
        <w:spacing w:line="276" w:lineRule="auto"/>
        <w:jc w:val="both"/>
        <w:rPr>
          <w:lang w:val="fr-FR"/>
        </w:rPr>
      </w:pPr>
      <w:r w:rsidRPr="00BF4EE0">
        <w:rPr>
          <w:rFonts w:cs="Times New Roman"/>
          <w:color w:val="000000"/>
          <w:lang w:val="fr-FR"/>
        </w:rPr>
        <w:t>- Giao tiếp và hợp tác: HS có khả năng làm việc nhóm, biết trao đổi với bạn, lắng nghe và trình bày ý kiến rõ ràng.</w:t>
      </w:r>
    </w:p>
    <w:p w:rsidR="00BF4EE0" w:rsidRPr="00BF4EE0" w:rsidRDefault="00BF4EE0" w:rsidP="00BF4EE0">
      <w:pPr>
        <w:spacing w:line="276" w:lineRule="auto"/>
        <w:jc w:val="both"/>
        <w:rPr>
          <w:lang w:val="fr-FR"/>
        </w:rPr>
      </w:pPr>
      <w:r w:rsidRPr="00BF4EE0">
        <w:rPr>
          <w:rFonts w:cs="Times New Roman"/>
          <w:color w:val="000000"/>
          <w:lang w:val="fr-FR"/>
        </w:rPr>
        <w:t>- Tự chủ và tự học: HS chủ động hoàn thành nhiệm vụ học tập, biết tự đọc, tự suy nghĩ và tự thực hiện yêu cầu học tập.</w:t>
      </w:r>
    </w:p>
    <w:p w:rsidR="00BF4EE0" w:rsidRPr="00BF4EE0" w:rsidRDefault="00BF4EE0" w:rsidP="00BF4EE0">
      <w:pPr>
        <w:spacing w:line="276" w:lineRule="auto"/>
        <w:jc w:val="both"/>
        <w:rPr>
          <w:lang w:val="fr-FR"/>
        </w:rPr>
      </w:pPr>
      <w:r w:rsidRPr="00BF4EE0">
        <w:rPr>
          <w:rFonts w:cs="Times New Roman"/>
          <w:color w:val="000000"/>
          <w:lang w:val="fr-FR"/>
        </w:rPr>
        <w:t>- Giải quyết vấn đề và sáng tạo: HS biết quan sát tranh, trả lời câu hỏi, viết câu và nêu cảm nhận về biển Việt Nam.</w:t>
      </w:r>
    </w:p>
    <w:p w:rsidR="00BF4EE0" w:rsidRPr="00BF4EE0" w:rsidRDefault="00BF4EE0" w:rsidP="00BF4EE0">
      <w:pPr>
        <w:spacing w:line="276" w:lineRule="auto"/>
        <w:jc w:val="both"/>
        <w:rPr>
          <w:lang w:val="fr-FR"/>
        </w:rPr>
      </w:pPr>
      <w:r w:rsidRPr="00BF4EE0">
        <w:rPr>
          <w:rFonts w:cs="Times New Roman"/>
          <w:b/>
          <w:color w:val="000000"/>
          <w:lang w:val="fr-FR"/>
        </w:rPr>
        <w:t>3. Phẩm chất:</w:t>
      </w:r>
    </w:p>
    <w:p w:rsidR="00BF4EE0" w:rsidRPr="00BF4EE0" w:rsidRDefault="00BF4EE0" w:rsidP="00BF4EE0">
      <w:pPr>
        <w:spacing w:line="276" w:lineRule="auto"/>
        <w:jc w:val="both"/>
        <w:rPr>
          <w:lang w:val="fr-FR"/>
        </w:rPr>
      </w:pPr>
      <w:r w:rsidRPr="00BF4EE0">
        <w:rPr>
          <w:rFonts w:cs="Times New Roman"/>
          <w:color w:val="000000"/>
          <w:lang w:val="fr-FR"/>
        </w:rPr>
        <w:t>- Yêu nước: Biết yêu quý những gì mà thiên nhiên đã ban tặng cho đất nước mình.</w:t>
      </w:r>
    </w:p>
    <w:p w:rsidR="00BF4EE0" w:rsidRPr="00BF4EE0" w:rsidRDefault="00BF4EE0" w:rsidP="00BF4EE0">
      <w:pPr>
        <w:spacing w:line="276" w:lineRule="auto"/>
        <w:jc w:val="both"/>
        <w:rPr>
          <w:lang w:val="fr-FR"/>
        </w:rPr>
      </w:pPr>
      <w:r w:rsidRPr="00BF4EE0">
        <w:rPr>
          <w:rFonts w:cs="Times New Roman"/>
          <w:color w:val="000000"/>
          <w:lang w:val="fr-FR"/>
        </w:rPr>
        <w:t>- Trách nhiệm: Có ý thức bảo vệ cảnh đẹp thiên nhiên, nhất là biển đảo quê hương.</w:t>
      </w:r>
    </w:p>
    <w:p w:rsidR="00BF4EE0" w:rsidRPr="00BF4EE0" w:rsidRDefault="00BF4EE0" w:rsidP="00BF4EE0">
      <w:pPr>
        <w:spacing w:line="276" w:lineRule="auto"/>
        <w:jc w:val="both"/>
        <w:rPr>
          <w:lang w:val="fr-FR"/>
        </w:rPr>
      </w:pPr>
      <w:r>
        <w:rPr>
          <w:rFonts w:cs="Times New Roman"/>
          <w:b/>
          <w:color w:val="000000"/>
        </w:rPr>
        <w:t>II. ĐỒ DÙNG DẠY HỌC</w:t>
      </w:r>
    </w:p>
    <w:p w:rsidR="00BF4EE0" w:rsidRPr="00BF4EE0" w:rsidRDefault="00BF4EE0" w:rsidP="00BF4EE0">
      <w:pPr>
        <w:spacing w:line="276" w:lineRule="auto"/>
        <w:jc w:val="both"/>
        <w:rPr>
          <w:lang w:val="fr-FR"/>
        </w:rPr>
      </w:pPr>
      <w:r w:rsidRPr="00BF4EE0">
        <w:rPr>
          <w:rFonts w:cs="Times New Roman"/>
          <w:color w:val="000000"/>
          <w:lang w:val="fr-FR"/>
        </w:rPr>
        <w:t>- Giáo viên: TV.</w:t>
      </w:r>
    </w:p>
    <w:p w:rsidR="00BF4EE0" w:rsidRPr="00BF4EE0" w:rsidRDefault="00BF4EE0" w:rsidP="00BF4EE0">
      <w:pPr>
        <w:spacing w:line="276" w:lineRule="auto"/>
        <w:jc w:val="both"/>
        <w:rPr>
          <w:lang w:val="fr-FR"/>
        </w:rPr>
      </w:pPr>
      <w:r w:rsidRPr="00BF4EE0">
        <w:rPr>
          <w:rFonts w:cs="Times New Roman"/>
          <w:color w:val="000000"/>
          <w:lang w:val="fr-FR"/>
        </w:rPr>
        <w:t>- Học sinh: SHS, vở Tập viết 1 (tập 2), bảng con.</w:t>
      </w:r>
    </w:p>
    <w:p w:rsidR="00BF4EE0" w:rsidRPr="00BF4EE0" w:rsidRDefault="00BF4EE0" w:rsidP="00BF4EE0">
      <w:pPr>
        <w:spacing w:line="276" w:lineRule="auto"/>
        <w:jc w:val="both"/>
        <w:rPr>
          <w:lang w:val="fr-FR"/>
        </w:rPr>
      </w:pPr>
      <w:r>
        <w:rPr>
          <w:rFonts w:cs="Times New Roman"/>
          <w:b/>
          <w:color w:val="000000"/>
        </w:rPr>
        <w:t>III. CÁC HOẠT ĐỘNG DẠY HỌC</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93"/>
        <w:gridCol w:w="5193"/>
      </w:tblGrid>
      <w:tr w:rsidR="00BF4EE0" w:rsidRP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học sinh</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TIẾT 3</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1. Khởi động</w:t>
            </w:r>
          </w:p>
          <w:p w:rsidR="00BF4EE0" w:rsidRDefault="00BF4EE0" w:rsidP="00BF4EE0">
            <w:pPr>
              <w:spacing w:line="276" w:lineRule="auto"/>
              <w:jc w:val="both"/>
            </w:pPr>
            <w:r>
              <w:rPr>
                <w:rFonts w:cs="Times New Roman"/>
                <w:b/>
                <w:color w:val="000000"/>
              </w:rPr>
              <w:t>Mục tiêu: Giúp HS tạo không khí vui vẻ trước giờ học và nhớ lại nội dung bài đọc.</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hát.</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hát.</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hỏi: Em nhớ điều gì về biển Việt Nam sau bài học trước?</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trả lời theo ý hiểu.</w:t>
            </w:r>
          </w:p>
        </w:tc>
      </w:tr>
      <w:tr w:rsid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dẫn vào tiết luyện tập.</w:t>
            </w:r>
          </w:p>
          <w:p w:rsidR="00BF4EE0" w:rsidRDefault="00BF4EE0" w:rsidP="00BF4EE0">
            <w:pPr>
              <w:spacing w:line="276" w:lineRule="auto"/>
              <w:jc w:val="both"/>
            </w:pPr>
            <w:r>
              <w:rPr>
                <w:rFonts w:cs="Times New Roman"/>
                <w:color w:val="000000"/>
              </w:rPr>
              <w:t>- Kết luận: Các em đã nhớ lại nội dung bài học để tiếp tục thực hành.</w:t>
            </w:r>
          </w:p>
        </w:tc>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3. Luyện tập - Thực hành - Hoạt động 4: Chọn từ ngữ để hoàn thiện câu và viết câu vào vở (Bài tập 5)</w:t>
            </w:r>
          </w:p>
          <w:p w:rsidR="00BF4EE0" w:rsidRDefault="00BF4EE0" w:rsidP="00BF4EE0">
            <w:pPr>
              <w:spacing w:line="276" w:lineRule="auto"/>
              <w:jc w:val="both"/>
            </w:pPr>
            <w:r>
              <w:rPr>
                <w:rFonts w:cs="Times New Roman"/>
                <w:b/>
                <w:color w:val="000000"/>
              </w:rPr>
              <w:t>Mục tiêu: Giúp HS chọn đúng từ ngữ để hoàn thiện câu và viết câu đúng, đủ ý.</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BF4EE0" w:rsidP="00BF4EE0">
            <w:pPr>
              <w:spacing w:line="276" w:lineRule="auto"/>
              <w:jc w:val="both"/>
            </w:pPr>
            <w:r>
              <w:rPr>
                <w:rFonts w:cs="Times New Roman"/>
                <w:color w:val="000000"/>
              </w:rPr>
              <w:t>- GV nêu yêu cầu của bài tập 5.</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các từ: nổi tiếng, thay đổi, mênh mông, đồi cát, chiều dài.</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các từ.</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các câu cần điền.</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các câu.</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lastRenderedPageBreak/>
              <w:t>- GV cho HS làm việc theo nhóm đôi, chọn từ thích hợp để điền.</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làm việc theo nhóm đôi.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đại diện nhóm trình bày kết quả.</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Đại diện nhóm trình bày.</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chốt lại câu đúng:</w:t>
            </w:r>
          </w:p>
          <w:p w:rsidR="00BF4EE0" w:rsidRDefault="00BF4EE0" w:rsidP="00BF4EE0">
            <w:pPr>
              <w:spacing w:line="276" w:lineRule="auto"/>
              <w:jc w:val="both"/>
            </w:pPr>
            <w:r>
              <w:rPr>
                <w:rFonts w:cs="Times New Roman"/>
                <w:color w:val="000000"/>
              </w:rPr>
              <w:t>- Dọc bờ biển nước ta có nhiều khu du lịch đẹp nổi tiếng.</w:t>
            </w:r>
          </w:p>
          <w:p w:rsidR="00BF4EE0" w:rsidRDefault="00BF4EE0" w:rsidP="00BF4EE0">
            <w:pPr>
              <w:spacing w:line="276" w:lineRule="auto"/>
              <w:jc w:val="both"/>
            </w:pPr>
            <w:r>
              <w:rPr>
                <w:rFonts w:cs="Times New Roman"/>
                <w:color w:val="000000"/>
              </w:rPr>
              <w:t>- Miền Nam nước ta có những cánh đồng lúa rộng mênh mông.</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 chữa bài.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viết câu hoàn chỉnh vào vở.</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viết câu vào vở.</w:t>
            </w:r>
          </w:p>
        </w:tc>
      </w:tr>
      <w:tr w:rsid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theo dõi, nhận xét, nhắc HS viết hoa đầu câu, cuối câu đặt dấu chấm.</w:t>
            </w:r>
          </w:p>
          <w:p w:rsidR="00BF4EE0" w:rsidRDefault="00BF4EE0" w:rsidP="00BF4EE0">
            <w:pPr>
              <w:spacing w:line="276" w:lineRule="auto"/>
              <w:jc w:val="both"/>
            </w:pPr>
            <w:r>
              <w:rPr>
                <w:rFonts w:cs="Times New Roman"/>
                <w:color w:val="000000"/>
              </w:rPr>
              <w:t>- Kết luận: Muốn viết đúng câu, các em cần chọn đúng từ, viết đúng chính tả và đủ dấu câu.</w:t>
            </w:r>
          </w:p>
        </w:tc>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3. Luyện tập - Thực hành - Hoạt động 5: Quan sát tranh và dùng từ ngữ trong khung để nói theo tranh (Bài tập 6)</w:t>
            </w:r>
          </w:p>
          <w:p w:rsidR="00BF4EE0" w:rsidRDefault="00BF4EE0" w:rsidP="00BF4EE0">
            <w:pPr>
              <w:spacing w:line="276" w:lineRule="auto"/>
              <w:jc w:val="both"/>
            </w:pPr>
            <w:r>
              <w:rPr>
                <w:rFonts w:cs="Times New Roman"/>
                <w:b/>
                <w:color w:val="000000"/>
              </w:rPr>
              <w:t>Mục tiêu: Giúp HS nói được về các hoạt động trên bãi biển và bày tỏ điều em thích.</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BF4EE0" w:rsidP="00BF4EE0">
            <w:pPr>
              <w:spacing w:line="276" w:lineRule="auto"/>
              <w:jc w:val="both"/>
            </w:pPr>
            <w:r>
              <w:rPr>
                <w:rFonts w:cs="Times New Roman"/>
                <w:color w:val="000000"/>
              </w:rPr>
              <w:t>- GV giới thiệu tranh và hướng dẫn HS quan sát tranh.</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quan sát tranh.</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hướng dẫn HS hoạt động theo nhóm, xác định những trò chơi ở biển mà em thích.</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hoạt động theo nhóm.</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một số HS trình bày.</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trình bày:</w:t>
            </w:r>
          </w:p>
          <w:p w:rsidR="00BF4EE0" w:rsidRDefault="00BF4EE0" w:rsidP="00BF4EE0">
            <w:pPr>
              <w:spacing w:line="276" w:lineRule="auto"/>
              <w:jc w:val="both"/>
            </w:pPr>
            <w:r>
              <w:rPr>
                <w:rFonts w:cs="Times New Roman"/>
                <w:color w:val="000000"/>
              </w:rPr>
              <w:t>- Em thích bơi lội.</w:t>
            </w:r>
          </w:p>
          <w:p w:rsidR="00BF4EE0" w:rsidRDefault="00BF4EE0" w:rsidP="00BF4EE0">
            <w:pPr>
              <w:spacing w:line="276" w:lineRule="auto"/>
              <w:jc w:val="both"/>
            </w:pPr>
            <w:r>
              <w:rPr>
                <w:rFonts w:cs="Times New Roman"/>
                <w:color w:val="000000"/>
              </w:rPr>
              <w:t>- Em thích xây lâu đài cát.</w:t>
            </w:r>
          </w:p>
          <w:p w:rsidR="00BF4EE0" w:rsidRDefault="00BF4EE0" w:rsidP="00BF4EE0">
            <w:pPr>
              <w:spacing w:line="276" w:lineRule="auto"/>
              <w:jc w:val="both"/>
            </w:pPr>
            <w:r>
              <w:rPr>
                <w:rFonts w:cs="Times New Roman"/>
                <w:color w:val="000000"/>
              </w:rPr>
              <w:t>- Em thích nhặt vỏ sò, vỏ ốc.</w:t>
            </w:r>
          </w:p>
        </w:tc>
      </w:tr>
      <w:tr w:rsid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chỉnh sửa câu nói cho HS.</w:t>
            </w:r>
          </w:p>
        </w:tc>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TIẾT 4</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3. Luyện tập - Thực hành - Hoạt động 6: Nghe viết (Bài tập 7)</w:t>
            </w:r>
          </w:p>
          <w:p w:rsidR="00BF4EE0" w:rsidRDefault="00BF4EE0" w:rsidP="00BF4EE0">
            <w:pPr>
              <w:spacing w:line="276" w:lineRule="auto"/>
              <w:jc w:val="both"/>
            </w:pPr>
            <w:r>
              <w:rPr>
                <w:rFonts w:cs="Times New Roman"/>
                <w:b/>
                <w:color w:val="000000"/>
              </w:rPr>
              <w:t>Mục tiêu: Giúp HS nghe - viết đúng đoạn văn ngắn, viết đúng từ khó, trình bày bài sạch đẹp.</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nêu yêu cầu sắp viết.</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8D2446" w:rsidRDefault="00BF4EE0" w:rsidP="00BF4EE0">
            <w:pPr>
              <w:spacing w:line="276" w:lineRule="auto"/>
              <w:jc w:val="both"/>
            </w:pPr>
            <w:r>
              <w:rPr>
                <w:rFonts w:cs="Times New Roman"/>
                <w:color w:val="000000"/>
              </w:rPr>
              <w:t>- GV đọc đoạn văn cần viết: Đi biển, bạn sẽ thỏa sức bơi lội, nô đùa trên sóng hoặc nhặt vỏ sò, xây lâu đài cát. Biển là món quà kì diệu mà thiên nhiên ban tặng cho chúng ta.</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2 HS đọc lại đoạn văn.</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- 2 HS đọc lại đoạn văn.</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hướng dẫn HS viết từ khó: thỏa sức.</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viết từ khó vào bảng con.</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lastRenderedPageBreak/>
              <w:t>- GV nhận xét, lưu ý HS cách trình bày.</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đọc chậm rãi từng cụm từ cho HS viết vào vở.</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viết bài vào vở.</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đọc lại cho HS soát bài.</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soát bài.</w:t>
            </w:r>
          </w:p>
        </w:tc>
      </w:tr>
      <w:tr w:rsid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kiểm tra và nhận xét bài viết của HS.</w:t>
            </w:r>
          </w:p>
          <w:p w:rsidR="00BF4EE0" w:rsidRDefault="00BF4EE0" w:rsidP="00BF4EE0">
            <w:pPr>
              <w:spacing w:line="276" w:lineRule="auto"/>
              <w:jc w:val="both"/>
            </w:pPr>
            <w:r>
              <w:rPr>
                <w:rFonts w:cs="Times New Roman"/>
                <w:color w:val="000000"/>
              </w:rPr>
              <w:t>- Kết luận: Khi nghe viết, các em cần nghe kĩ, viết đúng chính tả, trình bày sạch đẹp.</w:t>
            </w:r>
          </w:p>
        </w:tc>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3. Luyện tập - Thực hành - Hoạt động 7: Tìm trong hoặc ngoài bài đọc Du lịch biển Việt Nam từ ngữ có tiếng chứa vần anh, ach, ươt, ươp (Bài tập 8)</w:t>
            </w:r>
          </w:p>
          <w:p w:rsidR="00BF4EE0" w:rsidRDefault="00BF4EE0" w:rsidP="00BF4EE0">
            <w:pPr>
              <w:spacing w:line="276" w:lineRule="auto"/>
              <w:jc w:val="both"/>
            </w:pPr>
            <w:r>
              <w:rPr>
                <w:rFonts w:cs="Times New Roman"/>
                <w:b/>
                <w:color w:val="000000"/>
              </w:rPr>
              <w:t>Mục tiêu: Giúp HS củng cố kiến thức về vần thông qua tìm từ ngữ phù hợp.</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nêu yêu cầu của bài.</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các vần: anh, ach, ươt, ươp.</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các vần.</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đọc lại bài, tìm từ theo nhóm đôi.</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làm việc theo nhóm đôi.</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vài nhóm lên trình bày.</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Vài nhóm lên trình bày.</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chốt lại các tiếng chứa vần phù hợp.</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 chữa bài.</w:t>
            </w:r>
          </w:p>
        </w:tc>
      </w:tr>
      <w:tr w:rsid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đọc lại các tiếng vừa tìm được.</w:t>
            </w:r>
          </w:p>
          <w:p w:rsidR="00BF4EE0" w:rsidRDefault="00BF4EE0" w:rsidP="00BF4EE0">
            <w:pPr>
              <w:spacing w:line="276" w:lineRule="auto"/>
              <w:jc w:val="both"/>
            </w:pPr>
            <w:r>
              <w:rPr>
                <w:rFonts w:cs="Times New Roman"/>
                <w:color w:val="000000"/>
              </w:rPr>
              <w:t>- Kết luận: Muốn tìm đúng tiếng chứa vần, các em cần đọc kĩ và nhận ra phần vần trong tiếng.</w:t>
            </w:r>
          </w:p>
        </w:tc>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lại các tiếng.</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4. Vận dụng trải nghiệm - Hoạt động 8: Đặt tên cho tranh (Bài tập 9)</w:t>
            </w:r>
          </w:p>
          <w:p w:rsidR="00BF4EE0" w:rsidRDefault="00BF4EE0" w:rsidP="00BF4EE0">
            <w:pPr>
              <w:spacing w:line="276" w:lineRule="auto"/>
              <w:jc w:val="both"/>
            </w:pPr>
            <w:r>
              <w:rPr>
                <w:rFonts w:cs="Times New Roman"/>
                <w:b/>
                <w:color w:val="000000"/>
              </w:rPr>
              <w:t>Mục tiêu: Giúp HS quan sát tranh, đặt tên phù hợp và bày tỏ cảm nhận về nội dung tranh.</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BF4EE0" w:rsidP="00BF4EE0">
            <w:pPr>
              <w:spacing w:line="276" w:lineRule="auto"/>
              <w:jc w:val="both"/>
            </w:pPr>
            <w:r>
              <w:rPr>
                <w:rFonts w:cs="Times New Roman"/>
                <w:color w:val="000000"/>
              </w:rPr>
              <w:t>- GV yêu cầu HS làm việc nhóm, quan sát tranh và trao đổi về nội dung bức tranh.</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quan sát và trao đổi nhóm.</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đề xuất tên cho bức tranh và nói lí do.</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đề xuất tên tranh và nêu lí do.</w:t>
            </w:r>
          </w:p>
        </w:tc>
      </w:tr>
      <w:tr w:rsidR="00BF4EE0"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HS nhận xét bạn.</w:t>
            </w:r>
          </w:p>
        </w:tc>
        <w:tc>
          <w:tcPr>
            <w:tcW w:w="5017"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nhận xét bạn.</w:t>
            </w:r>
          </w:p>
        </w:tc>
      </w:tr>
      <w:tr w:rsidR="00BF4EE0"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5. Củng cố, dặn dò</w:t>
            </w:r>
          </w:p>
          <w:p w:rsidR="00BF4EE0" w:rsidRDefault="00BF4EE0" w:rsidP="00BF4EE0">
            <w:pPr>
              <w:spacing w:line="276" w:lineRule="auto"/>
              <w:jc w:val="both"/>
            </w:pPr>
            <w:r>
              <w:rPr>
                <w:rFonts w:cs="Times New Roman"/>
                <w:b/>
                <w:color w:val="000000"/>
              </w:rPr>
              <w:t>Mục tiêu: Giúp HS nêu điều thú vị sau bài học và ghi nhớ nội dung cần thiết.</w:t>
            </w:r>
          </w:p>
        </w:tc>
      </w:tr>
      <w:tr w:rsidR="00BF4EE0"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HS nêu điều thú vị sau khi học bài.</w:t>
            </w:r>
          </w:p>
        </w:tc>
        <w:tc>
          <w:tcPr>
            <w:tcW w:w="5017"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nêu điều thú vị.</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góp ý câu trả lời của HS.</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ưu, khuyết điểm của tiết học.</w:t>
            </w:r>
          </w:p>
        </w:tc>
        <w:tc>
          <w:tcPr>
            <w:tcW w:w="5017"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bl>
    <w:p w:rsidR="00BF4EE0" w:rsidRDefault="00BF4EE0" w:rsidP="00BF4EE0">
      <w:pPr>
        <w:spacing w:line="276" w:lineRule="auto"/>
        <w:jc w:val="both"/>
      </w:pPr>
      <w:r>
        <w:rPr>
          <w:rFonts w:cs="Times New Roman"/>
          <w:b/>
          <w:color w:val="000000"/>
        </w:rPr>
        <w:t>IV. ĐIỀU CHỈNH SAU BÀI DẠY</w:t>
      </w:r>
    </w:p>
    <w:p w:rsidR="00BF4EE0" w:rsidRDefault="00BF4EE0" w:rsidP="00BF4EE0">
      <w:pPr>
        <w:spacing w:line="276" w:lineRule="auto"/>
        <w:jc w:val="both"/>
      </w:pPr>
      <w:r>
        <w:rPr>
          <w:rFonts w:cs="Times New Roman"/>
          <w:color w:val="000000"/>
        </w:rPr>
        <w:t>..............................................................................................................................................</w:t>
      </w:r>
    </w:p>
    <w:p w:rsidR="00BF4EE0" w:rsidRDefault="00BF4EE0" w:rsidP="00BF4EE0">
      <w:pPr>
        <w:spacing w:line="276" w:lineRule="auto"/>
        <w:jc w:val="both"/>
      </w:pPr>
      <w:r>
        <w:rPr>
          <w:rFonts w:cs="Times New Roman"/>
          <w:color w:val="000000"/>
        </w:rPr>
        <w:t>..............................................................................................................................................</w:t>
      </w:r>
    </w:p>
    <w:p w:rsidR="00BF4EE0" w:rsidRDefault="00BF4EE0" w:rsidP="00BF4EE0">
      <w:pPr>
        <w:spacing w:line="276" w:lineRule="auto"/>
        <w:jc w:val="both"/>
      </w:pPr>
      <w:r>
        <w:rPr>
          <w:rFonts w:cs="Times New Roman"/>
          <w:color w:val="000000"/>
        </w:rPr>
        <w:t>..............................................................................................................................................</w:t>
      </w:r>
    </w:p>
    <w:p w:rsidR="00BF4EE0" w:rsidRDefault="00BF4EE0" w:rsidP="00BF4EE0">
      <w:pPr>
        <w:spacing w:line="276" w:lineRule="auto"/>
        <w:jc w:val="center"/>
      </w:pPr>
      <w:r>
        <w:rPr>
          <w:rFonts w:cs="Times New Roman"/>
          <w:b/>
          <w:color w:val="000000"/>
        </w:rPr>
        <w:lastRenderedPageBreak/>
        <w:t>ÔN TẬP (TIẾT 1 + 2)</w:t>
      </w:r>
    </w:p>
    <w:p w:rsidR="00BF4EE0" w:rsidRDefault="00BF4EE0" w:rsidP="00BF4EE0">
      <w:pPr>
        <w:spacing w:line="276" w:lineRule="auto"/>
        <w:jc w:val="both"/>
        <w:rPr>
          <w:b/>
        </w:rPr>
      </w:pPr>
      <w:r>
        <w:rPr>
          <w:rFonts w:cs="Times New Roman"/>
          <w:b/>
          <w:color w:val="000000"/>
        </w:rPr>
        <w:t>I. YÊU CẦU CẦN ĐẠT</w:t>
      </w:r>
    </w:p>
    <w:p w:rsidR="008D2446" w:rsidRDefault="008D2446" w:rsidP="00BF4EE0">
      <w:pPr>
        <w:spacing w:line="276" w:lineRule="auto"/>
        <w:jc w:val="both"/>
      </w:pPr>
      <w:r>
        <w:rPr>
          <w:rFonts w:cs="Times New Roman"/>
          <w:b/>
          <w:color w:val="000000"/>
        </w:rPr>
        <w:t>1. Năng lực đặc thù</w:t>
      </w:r>
    </w:p>
    <w:p w:rsidR="00BF4EE0" w:rsidRDefault="00BF4EE0" w:rsidP="00BF4EE0">
      <w:pPr>
        <w:spacing w:line="276" w:lineRule="auto"/>
        <w:jc w:val="both"/>
      </w:pPr>
      <w:r>
        <w:rPr>
          <w:rFonts w:cs="Times New Roman"/>
          <w:color w:val="000000"/>
        </w:rPr>
        <w:t>- Củng cố và nâng cao một số kiến thức, kĩ năng đã học trong chủ điểm Đất nước và con người thông qua thực hành đọc một đoạn thơ và nhận biết tên riêng, cách viết tên riêng; thực hành nói về quê hương hoặc nơi HS đang sống và viết sáng tạo trên cơ sở nội dung đã nói; thực hành kĩ năng viết đúng chính tả; thực hành đọc một văn bản tự chọn hay quan sát tranh về đất nước, con người Việt Nam, nói cảm nghĩ về văn bản đã đọc hoặc tranh đã quan sát.</w:t>
      </w:r>
    </w:p>
    <w:p w:rsidR="00BF4EE0" w:rsidRDefault="00BF4EE0" w:rsidP="00BF4EE0">
      <w:pPr>
        <w:spacing w:line="276" w:lineRule="auto"/>
        <w:jc w:val="both"/>
      </w:pPr>
      <w:r>
        <w:rPr>
          <w:rFonts w:cs="Times New Roman"/>
          <w:color w:val="000000"/>
        </w:rPr>
        <w:t>- Bước đầu có khả năng khái quát hóa những gì đã học thông qua một số nội dung được kết nối từ các văn bản đã được học trong bài.</w:t>
      </w:r>
    </w:p>
    <w:p w:rsidR="00BF4EE0" w:rsidRDefault="00BF4EE0" w:rsidP="00BF4EE0">
      <w:pPr>
        <w:spacing w:line="276" w:lineRule="auto"/>
        <w:jc w:val="both"/>
      </w:pPr>
      <w:r>
        <w:rPr>
          <w:rFonts w:cs="Times New Roman"/>
          <w:b/>
          <w:color w:val="000000"/>
        </w:rPr>
        <w:t>2. Năng lực chung:</w:t>
      </w:r>
    </w:p>
    <w:p w:rsidR="00BF4EE0" w:rsidRDefault="00BF4EE0" w:rsidP="00BF4EE0">
      <w:pPr>
        <w:spacing w:line="276" w:lineRule="auto"/>
        <w:jc w:val="both"/>
      </w:pPr>
      <w:r>
        <w:rPr>
          <w:rFonts w:cs="Times New Roman"/>
          <w:color w:val="000000"/>
        </w:rPr>
        <w:t>- Tự chủ và tự học: HS chủ động thực hiện nhiệm vụ học tập.</w:t>
      </w:r>
    </w:p>
    <w:p w:rsidR="00BF4EE0" w:rsidRDefault="00BF4EE0" w:rsidP="00BF4EE0">
      <w:pPr>
        <w:spacing w:line="276" w:lineRule="auto"/>
        <w:jc w:val="both"/>
      </w:pPr>
      <w:r>
        <w:rPr>
          <w:rFonts w:cs="Times New Roman"/>
          <w:color w:val="000000"/>
        </w:rPr>
        <w:t>- Giao tiếp và hợp tác: HS biết làm việc nhóm, trao đổi, trình bày ý kiến.</w:t>
      </w:r>
    </w:p>
    <w:p w:rsidR="00BF4EE0" w:rsidRDefault="00BF4EE0" w:rsidP="00BF4EE0">
      <w:pPr>
        <w:spacing w:line="276" w:lineRule="auto"/>
        <w:jc w:val="both"/>
      </w:pPr>
      <w:r>
        <w:rPr>
          <w:rFonts w:cs="Times New Roman"/>
          <w:color w:val="000000"/>
        </w:rPr>
        <w:t>- Giải quyết vấn đề và sáng tạo: HS biết nói, viết và chia sẻ cảm nghĩ của bản thân.</w:t>
      </w:r>
    </w:p>
    <w:p w:rsidR="00BF4EE0" w:rsidRDefault="00BF4EE0" w:rsidP="00BF4EE0">
      <w:pPr>
        <w:spacing w:line="276" w:lineRule="auto"/>
        <w:jc w:val="both"/>
      </w:pPr>
      <w:r>
        <w:rPr>
          <w:rFonts w:cs="Times New Roman"/>
          <w:color w:val="000000"/>
        </w:rPr>
        <w:t>- Năng lực số 1.1.CB1a: Xác định được thông tin, tìm kiếm dữ liệu, thông tin và nội dung thông qua tìm kiếm đơn giản trong môi trường số; biết chọn lọc thông tin phù hợp.</w:t>
      </w:r>
    </w:p>
    <w:p w:rsidR="00BF4EE0" w:rsidRDefault="00BF4EE0" w:rsidP="00BF4EE0">
      <w:pPr>
        <w:spacing w:line="276" w:lineRule="auto"/>
        <w:jc w:val="both"/>
      </w:pPr>
      <w:r>
        <w:rPr>
          <w:rFonts w:cs="Times New Roman"/>
          <w:b/>
          <w:color w:val="000000"/>
        </w:rPr>
        <w:t>3. Phẩm chất:</w:t>
      </w:r>
    </w:p>
    <w:p w:rsidR="00BF4EE0" w:rsidRDefault="00BF4EE0" w:rsidP="00BF4EE0">
      <w:pPr>
        <w:spacing w:line="276" w:lineRule="auto"/>
        <w:jc w:val="both"/>
      </w:pPr>
      <w:r>
        <w:rPr>
          <w:rFonts w:cs="Times New Roman"/>
          <w:color w:val="000000"/>
        </w:rPr>
        <w:t>- Yêu nước: Biết yêu quê hương, đất nước, yêu vẻ đẹp của con người Việt Nam.</w:t>
      </w:r>
    </w:p>
    <w:p w:rsidR="00BF4EE0" w:rsidRDefault="00BF4EE0" w:rsidP="00BF4EE0">
      <w:pPr>
        <w:spacing w:line="276" w:lineRule="auto"/>
        <w:jc w:val="both"/>
      </w:pPr>
      <w:r>
        <w:rPr>
          <w:rFonts w:cs="Times New Roman"/>
          <w:color w:val="000000"/>
        </w:rPr>
        <w:t>- Chăm chỉ: Tích cực tham gia các hoạt động ôn tập.</w:t>
      </w:r>
    </w:p>
    <w:p w:rsidR="00BF4EE0" w:rsidRDefault="00BF4EE0" w:rsidP="00BF4EE0">
      <w:pPr>
        <w:spacing w:line="276" w:lineRule="auto"/>
        <w:jc w:val="both"/>
      </w:pPr>
      <w:r>
        <w:rPr>
          <w:rFonts w:cs="Times New Roman"/>
          <w:color w:val="000000"/>
        </w:rPr>
        <w:t>- Trách nhiệm: Có ý thức giữ gìn tiếng Việt, viết đúng chính tả, trân trọng cảnh đẹp quê hương.</w:t>
      </w:r>
    </w:p>
    <w:p w:rsidR="00BF4EE0" w:rsidRDefault="00BF4EE0" w:rsidP="00BF4EE0">
      <w:pPr>
        <w:spacing w:line="276" w:lineRule="auto"/>
        <w:jc w:val="both"/>
      </w:pPr>
      <w:r>
        <w:rPr>
          <w:rFonts w:cs="Times New Roman"/>
          <w:b/>
          <w:color w:val="000000"/>
        </w:rPr>
        <w:t>II. ĐỒ DÙNG DẠY HỌC</w:t>
      </w:r>
    </w:p>
    <w:p w:rsidR="00BF4EE0" w:rsidRDefault="00BF4EE0" w:rsidP="00BF4EE0">
      <w:pPr>
        <w:spacing w:line="276" w:lineRule="auto"/>
        <w:jc w:val="both"/>
      </w:pPr>
      <w:r>
        <w:rPr>
          <w:rFonts w:cs="Times New Roman"/>
          <w:color w:val="000000"/>
        </w:rPr>
        <w:t>- GV: Chuẩn bị một số bài đồng dao.</w:t>
      </w:r>
    </w:p>
    <w:p w:rsidR="00BF4EE0" w:rsidRDefault="00BF4EE0" w:rsidP="00BF4EE0">
      <w:pPr>
        <w:spacing w:line="276" w:lineRule="auto"/>
        <w:jc w:val="both"/>
      </w:pPr>
      <w:r>
        <w:rPr>
          <w:rFonts w:cs="Times New Roman"/>
          <w:color w:val="000000"/>
        </w:rPr>
        <w:t>- HS: SGK.</w:t>
      </w:r>
    </w:p>
    <w:p w:rsidR="00BF4EE0" w:rsidRDefault="00BF4EE0" w:rsidP="00BF4EE0">
      <w:pPr>
        <w:spacing w:line="276" w:lineRule="auto"/>
        <w:jc w:val="both"/>
      </w:pPr>
      <w:r>
        <w:rPr>
          <w:rFonts w:cs="Times New Roman"/>
          <w:b/>
          <w:color w:val="000000"/>
        </w:rPr>
        <w:t>III. CÁC HOẠT ĐỘNG DẠY HỌC</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93"/>
        <w:gridCol w:w="5193"/>
      </w:tblGrid>
      <w:tr w:rsidR="00BF4EE0" w:rsidTr="00942269">
        <w:trPr>
          <w:jc w:val="center"/>
        </w:trPr>
        <w:tc>
          <w:tcPr>
            <w:tcW w:w="5193"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giáo viên</w:t>
            </w:r>
          </w:p>
        </w:tc>
        <w:tc>
          <w:tcPr>
            <w:tcW w:w="5193"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học sinh</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TIẾT 1</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1. Khởi động</w:t>
            </w:r>
          </w:p>
          <w:p w:rsidR="00BF4EE0" w:rsidRDefault="00BF4EE0" w:rsidP="00BF4EE0">
            <w:pPr>
              <w:spacing w:line="276" w:lineRule="auto"/>
              <w:jc w:val="both"/>
            </w:pPr>
            <w:r>
              <w:rPr>
                <w:rFonts w:cs="Times New Roman"/>
                <w:b/>
                <w:color w:val="000000"/>
              </w:rPr>
              <w:t>Mục tiêu: Giúp HS tạo tâm thế vui vẻ trước giờ ôn tập.</w:t>
            </w:r>
          </w:p>
        </w:tc>
      </w:tr>
      <w:tr w:rsidR="00BF4EE0" w:rsidTr="00942269">
        <w:trPr>
          <w:jc w:val="center"/>
        </w:trPr>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hát vui.</w:t>
            </w:r>
          </w:p>
        </w:tc>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hát vui.</w:t>
            </w:r>
          </w:p>
        </w:tc>
      </w:tr>
      <w:tr w:rsidR="00BF4EE0" w:rsidTr="00942269">
        <w:trPr>
          <w:jc w:val="center"/>
        </w:trPr>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Kết luận: Các em sẵn sàng bước vào giờ ôn tập.</w:t>
            </w:r>
          </w:p>
        </w:tc>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2. Luyện tập - Thực hành - Hoạt động 1: Đọc bài thơ và trả lời câu hỏi (Bài tập 1, 2)</w:t>
            </w:r>
          </w:p>
          <w:p w:rsidR="00BF4EE0" w:rsidRDefault="00BF4EE0" w:rsidP="00BF4EE0">
            <w:pPr>
              <w:spacing w:line="276" w:lineRule="auto"/>
              <w:jc w:val="both"/>
            </w:pPr>
            <w:r>
              <w:rPr>
                <w:rFonts w:cs="Times New Roman"/>
                <w:b/>
                <w:color w:val="000000"/>
              </w:rPr>
              <w:t>Mục tiêu: Giúp HS đọc đúng bài thơ, nhận biết tên riêng và nhớ quy tắc viết tên riêng.</w:t>
            </w:r>
          </w:p>
        </w:tc>
      </w:tr>
      <w:tr w:rsidR="00BF4EE0" w:rsidTr="00942269">
        <w:trPr>
          <w:jc w:val="center"/>
        </w:trPr>
        <w:tc>
          <w:tcPr>
            <w:tcW w:w="5193" w:type="dxa"/>
            <w:tcBorders>
              <w:top w:val="single" w:sz="4" w:space="0" w:color="auto"/>
            </w:tcBorders>
            <w:shd w:val="clear" w:color="auto" w:fill="auto"/>
            <w:tcMar>
              <w:top w:w="70" w:type="dxa"/>
              <w:left w:w="90" w:type="dxa"/>
              <w:bottom w:w="70" w:type="dxa"/>
              <w:right w:w="90" w:type="dxa"/>
            </w:tcMar>
            <w:vAlign w:val="center"/>
          </w:tcPr>
          <w:p w:rsidR="008D2446" w:rsidRDefault="00BF4EE0" w:rsidP="00BF4EE0">
            <w:pPr>
              <w:spacing w:line="276" w:lineRule="auto"/>
              <w:jc w:val="both"/>
            </w:pPr>
            <w:r>
              <w:rPr>
                <w:rFonts w:cs="Times New Roman"/>
                <w:color w:val="000000"/>
              </w:rPr>
              <w:t>- GV cho HS đọc bài thơ Việt Nam quê hương ta.</w:t>
            </w:r>
          </w:p>
        </w:tc>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đọc bài thơ.</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làm việc nhóm đôi, xác định:</w:t>
            </w:r>
          </w:p>
          <w:p w:rsidR="00BF4EE0" w:rsidRDefault="00BF4EE0" w:rsidP="00BF4EE0">
            <w:pPr>
              <w:spacing w:line="276" w:lineRule="auto"/>
              <w:jc w:val="both"/>
            </w:pPr>
            <w:r>
              <w:rPr>
                <w:rFonts w:cs="Times New Roman"/>
                <w:color w:val="000000"/>
              </w:rPr>
              <w:t>- Những từ ngữ nào là tên riêng?</w:t>
            </w:r>
          </w:p>
          <w:p w:rsidR="00BF4EE0" w:rsidRDefault="00BF4EE0" w:rsidP="00BF4EE0">
            <w:pPr>
              <w:spacing w:line="276" w:lineRule="auto"/>
              <w:jc w:val="both"/>
            </w:pPr>
            <w:r>
              <w:rPr>
                <w:rFonts w:cs="Times New Roman"/>
                <w:color w:val="000000"/>
              </w:rPr>
              <w:t>- Em còn biết những tên riêng nào trong các bài đã học?</w:t>
            </w:r>
          </w:p>
          <w:p w:rsidR="00BF4EE0" w:rsidRDefault="00BF4EE0" w:rsidP="00BF4EE0">
            <w:pPr>
              <w:spacing w:line="276" w:lineRule="auto"/>
              <w:jc w:val="both"/>
            </w:pPr>
            <w:r>
              <w:rPr>
                <w:rFonts w:cs="Times New Roman"/>
                <w:color w:val="000000"/>
              </w:rPr>
              <w:t>- Điều gì cần nhớ khi viết tên riêng?</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làm việc nhóm đôi.</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lastRenderedPageBreak/>
              <w:t>- GV mời HS trình bày kết quả trước lớp.</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trình bày kết quả trước lớp.</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đánh giá và thống nhất câu trả lời phù hợp.</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nhấn mạnh: Cần viết hoa tên riêng.</w:t>
            </w:r>
          </w:p>
          <w:p w:rsidR="00BF4EE0" w:rsidRDefault="00BF4EE0" w:rsidP="00BF4EE0">
            <w:pPr>
              <w:spacing w:line="276" w:lineRule="auto"/>
              <w:jc w:val="both"/>
            </w:pPr>
            <w:r>
              <w:rPr>
                <w:rFonts w:cs="Times New Roman"/>
                <w:color w:val="000000"/>
              </w:rPr>
              <w:t>- Kết luận: Khi viết tên riêng, các em cần viết hoa đúng để thể hiện sự chính xác và tôn trọng.</w:t>
            </w:r>
          </w:p>
        </w:tc>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ghi nhớ.</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2. Luyện tập - Thực hành - Hoạt động 2: Nói về quê em hoặc nơi em đang sống (Bài tập 3)</w:t>
            </w:r>
          </w:p>
          <w:p w:rsidR="00BF4EE0" w:rsidRDefault="00BF4EE0" w:rsidP="00BF4EE0">
            <w:pPr>
              <w:spacing w:line="276" w:lineRule="auto"/>
              <w:jc w:val="both"/>
            </w:pPr>
            <w:r>
              <w:rPr>
                <w:rFonts w:cs="Times New Roman"/>
                <w:b/>
                <w:color w:val="000000"/>
              </w:rPr>
              <w:t>Mục tiêu: Giúp HS nói được về quê hương hoặc nơi mình đang sống bằng lời nói chân thành, rõ ý.</w:t>
            </w:r>
          </w:p>
        </w:tc>
      </w:tr>
      <w:tr w:rsidR="00BF4EE0" w:rsidTr="00942269">
        <w:trPr>
          <w:jc w:val="center"/>
        </w:trPr>
        <w:tc>
          <w:tcPr>
            <w:tcW w:w="5193" w:type="dxa"/>
            <w:tcBorders>
              <w:top w:val="single" w:sz="4" w:space="0" w:color="auto"/>
            </w:tcBorders>
            <w:shd w:val="clear" w:color="auto" w:fill="auto"/>
            <w:tcMar>
              <w:top w:w="70" w:type="dxa"/>
              <w:left w:w="90" w:type="dxa"/>
              <w:bottom w:w="70" w:type="dxa"/>
              <w:right w:w="90" w:type="dxa"/>
            </w:tcMar>
            <w:vAlign w:val="center"/>
          </w:tcPr>
          <w:p w:rsidR="008D2446" w:rsidRDefault="00BF4EE0" w:rsidP="00BF4EE0">
            <w:pPr>
              <w:spacing w:line="276" w:lineRule="auto"/>
              <w:jc w:val="both"/>
            </w:pPr>
            <w:r>
              <w:rPr>
                <w:rFonts w:cs="Times New Roman"/>
                <w:color w:val="000000"/>
              </w:rPr>
              <w:t>- GV nêu nhiệm vụ và yêu cầu HS làm việc nhóm đôi.</w:t>
            </w:r>
          </w:p>
        </w:tc>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làm việc nhóm đôi.</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gợi ý:</w:t>
            </w:r>
          </w:p>
          <w:p w:rsidR="00BF4EE0" w:rsidRDefault="00BF4EE0" w:rsidP="00BF4EE0">
            <w:pPr>
              <w:spacing w:line="276" w:lineRule="auto"/>
              <w:jc w:val="both"/>
            </w:pPr>
            <w:r>
              <w:rPr>
                <w:rFonts w:cs="Times New Roman"/>
                <w:color w:val="000000"/>
              </w:rPr>
              <w:t>- Quê em ở đâu?</w:t>
            </w:r>
          </w:p>
          <w:p w:rsidR="00BF4EE0" w:rsidRDefault="00BF4EE0" w:rsidP="00BF4EE0">
            <w:pPr>
              <w:spacing w:line="276" w:lineRule="auto"/>
              <w:jc w:val="both"/>
            </w:pPr>
            <w:r>
              <w:rPr>
                <w:rFonts w:cs="Times New Roman"/>
                <w:color w:val="000000"/>
              </w:rPr>
              <w:t>- Em đang sống ở đâu?</w:t>
            </w:r>
          </w:p>
          <w:p w:rsidR="00BF4EE0" w:rsidRDefault="00BF4EE0" w:rsidP="00BF4EE0">
            <w:pPr>
              <w:spacing w:line="276" w:lineRule="auto"/>
              <w:jc w:val="both"/>
            </w:pPr>
            <w:r>
              <w:rPr>
                <w:rFonts w:cs="Times New Roman"/>
                <w:color w:val="000000"/>
              </w:rPr>
              <w:t>- Quê em, nơi em sống có gì đáng chú ý?</w:t>
            </w:r>
          </w:p>
          <w:p w:rsidR="00BF4EE0" w:rsidRDefault="00BF4EE0" w:rsidP="00BF4EE0">
            <w:pPr>
              <w:spacing w:line="276" w:lineRule="auto"/>
              <w:jc w:val="both"/>
            </w:pPr>
            <w:r>
              <w:rPr>
                <w:rFonts w:cs="Times New Roman"/>
                <w:color w:val="000000"/>
              </w:rPr>
              <w:t>- Tình cảm của em đối với quê hương như thế nào?</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trao đổi theo gợi ý.</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một số HS trình bày trước lớp.</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Một số HS trình bày trước lớp.</w:t>
            </w:r>
          </w:p>
        </w:tc>
      </w:tr>
      <w:tr w:rsidR="00BF4EE0" w:rsidTr="00942269">
        <w:trPr>
          <w:jc w:val="center"/>
        </w:trPr>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đánh giá chung và khen ngợi những HS có cảm nghĩ chân thành, ý tưởng sáng tạo.</w:t>
            </w:r>
          </w:p>
          <w:p w:rsidR="00BF4EE0" w:rsidRDefault="00BF4EE0" w:rsidP="00BF4EE0">
            <w:pPr>
              <w:spacing w:line="276" w:lineRule="auto"/>
              <w:jc w:val="both"/>
            </w:pPr>
            <w:r>
              <w:rPr>
                <w:rFonts w:cs="Times New Roman"/>
                <w:color w:val="000000"/>
              </w:rPr>
              <w:t>- Kết luận: Quê hương hay nơi em đang sống đều rất đáng yêu và đáng nhớ. Các em cần biết yêu quý nơi mình sống.</w:t>
            </w:r>
          </w:p>
        </w:tc>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2. Luyện tập - Thực hành - Hoạt động 3: Viết 1 - 2 câu đã nói ở mục trên (Bài tập 4)</w:t>
            </w:r>
          </w:p>
          <w:p w:rsidR="00BF4EE0" w:rsidRDefault="00BF4EE0" w:rsidP="00BF4EE0">
            <w:pPr>
              <w:spacing w:line="276" w:lineRule="auto"/>
              <w:jc w:val="both"/>
            </w:pPr>
            <w:r>
              <w:rPr>
                <w:rFonts w:cs="Times New Roman"/>
                <w:b/>
                <w:color w:val="000000"/>
              </w:rPr>
              <w:t>Mục tiêu: Giúp HS viết được 1 - 2 câu đúng nội dung, đúng chính tả về quê hương hoặc nơi em đang sống.</w:t>
            </w:r>
          </w:p>
        </w:tc>
      </w:tr>
      <w:tr w:rsidR="00BF4EE0" w:rsidTr="00942269">
        <w:trPr>
          <w:jc w:val="center"/>
        </w:trPr>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hướng dẫn từng HS tự viết 1 - 2 câu về quê hương hoặc nơi mình đang sống.</w:t>
            </w:r>
          </w:p>
        </w:tc>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viết vào vở.</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nhắc HS có thể dựa vào điều mình đã nói trong nhóm đôi.</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thực hiện.</w:t>
            </w:r>
          </w:p>
        </w:tc>
      </w:tr>
      <w:tr w:rsidR="00BF4EE0" w:rsidTr="00942269">
        <w:trPr>
          <w:jc w:val="center"/>
        </w:trPr>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một số bài, khen ngợi HS viết hay, sáng tạo.</w:t>
            </w:r>
          </w:p>
          <w:p w:rsidR="00BF4EE0" w:rsidRDefault="00BF4EE0" w:rsidP="00BF4EE0">
            <w:pPr>
              <w:spacing w:line="276" w:lineRule="auto"/>
              <w:jc w:val="both"/>
            </w:pPr>
            <w:r>
              <w:rPr>
                <w:rFonts w:cs="Times New Roman"/>
                <w:color w:val="000000"/>
              </w:rPr>
              <w:t>- Kết luận: Khi viết, các em cần viết đúng nội dung mình muốn nói, viết đủ câu, đúng chính tả.</w:t>
            </w:r>
          </w:p>
        </w:tc>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TIẾT 2</w:t>
            </w:r>
          </w:p>
        </w:tc>
      </w:tr>
    </w:tbl>
    <w:p w:rsidR="00942269" w:rsidRDefault="00942269" w:rsidP="00BF4EE0">
      <w:pPr>
        <w:spacing w:line="276" w:lineRule="auto"/>
        <w:jc w:val="both"/>
        <w:rPr>
          <w:rFonts w:cs="Times New Roman"/>
          <w:b/>
          <w:color w:val="000000"/>
        </w:rPr>
        <w:sectPr w:rsidR="00942269" w:rsidSect="00034616">
          <w:pgSz w:w="11906" w:h="16838"/>
          <w:pgMar w:top="850" w:right="850" w:bottom="850" w:left="850" w:header="720" w:footer="720"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93"/>
        <w:gridCol w:w="5193"/>
      </w:tblGrid>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lastRenderedPageBreak/>
              <w:t>3. Luyện tập - Thực hành - Hoạt động 4: Viết lại đúng chính tả những câu sau (Bài tập 5)</w:t>
            </w:r>
          </w:p>
          <w:p w:rsidR="00BF4EE0" w:rsidRDefault="00BF4EE0" w:rsidP="00BF4EE0">
            <w:pPr>
              <w:spacing w:line="276" w:lineRule="auto"/>
              <w:jc w:val="both"/>
            </w:pPr>
            <w:r>
              <w:rPr>
                <w:rFonts w:cs="Times New Roman"/>
                <w:b/>
                <w:color w:val="000000"/>
              </w:rPr>
              <w:t>Mục tiêu: Giúp HS phát hiện và sửa lỗi viết hoa, dấu câu trong câu.</w:t>
            </w:r>
          </w:p>
        </w:tc>
      </w:tr>
      <w:tr w:rsidR="00BF4EE0" w:rsidTr="00942269">
        <w:trPr>
          <w:jc w:val="center"/>
        </w:trPr>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nêu nhiệm vụ và cho HS làm việc nhóm đôi, xác định lỗi trong hai câu.</w:t>
            </w:r>
          </w:p>
        </w:tc>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làm việc nhóm đôi.</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đưa hai câu:</w:t>
            </w:r>
          </w:p>
          <w:p w:rsidR="00BF4EE0" w:rsidRDefault="00BF4EE0" w:rsidP="00BF4EE0">
            <w:pPr>
              <w:spacing w:line="276" w:lineRule="auto"/>
              <w:jc w:val="both"/>
            </w:pPr>
            <w:r>
              <w:rPr>
                <w:rFonts w:cs="Times New Roman"/>
                <w:color w:val="000000"/>
              </w:rPr>
              <w:t>- nam và hà là học sinh lớp 1.</w:t>
            </w:r>
          </w:p>
          <w:p w:rsidR="00BF4EE0" w:rsidRDefault="00BF4EE0" w:rsidP="00BF4EE0">
            <w:pPr>
              <w:spacing w:line="276" w:lineRule="auto"/>
              <w:jc w:val="both"/>
            </w:pPr>
            <w:r>
              <w:rPr>
                <w:rFonts w:cs="Times New Roman"/>
                <w:color w:val="000000"/>
              </w:rPr>
              <w:t>- những người lính cứu hỏa rất dũng cảm.</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quan sát.</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yêu cầu HS viết lại cho đúng.</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viết lại câu đúng vào vở.</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thống nhất với HS phương án đúng.</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chữa bài.</w:t>
            </w:r>
          </w:p>
        </w:tc>
      </w:tr>
      <w:tr w:rsidR="00BF4EE0" w:rsidTr="00942269">
        <w:trPr>
          <w:jc w:val="center"/>
        </w:trPr>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nhấn mạnh: Cần viết hoa chữ cái đầu câu, viết hoa chữ cái đầu trong mỗi tiếng tạo nên tên riêng; nhớ dùng dấu câu kết thúc câu.</w:t>
            </w:r>
          </w:p>
          <w:p w:rsidR="00BF4EE0" w:rsidRDefault="00BF4EE0" w:rsidP="00BF4EE0">
            <w:pPr>
              <w:spacing w:line="276" w:lineRule="auto"/>
              <w:jc w:val="both"/>
            </w:pPr>
            <w:r>
              <w:rPr>
                <w:rFonts w:cs="Times New Roman"/>
                <w:color w:val="000000"/>
              </w:rPr>
              <w:t>- Kết luận: Viết đúng chính tả giúp câu văn rõ ràng, đẹp và đúng quy tắc tiếng Việt.</w:t>
            </w:r>
          </w:p>
        </w:tc>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4. Đọc mở rộng - Hoạt động 5: Đọc mở rộng (Bài tập 6)</w:t>
            </w:r>
          </w:p>
          <w:p w:rsidR="00BF4EE0" w:rsidRDefault="00BF4EE0" w:rsidP="00BF4EE0">
            <w:pPr>
              <w:spacing w:line="276" w:lineRule="auto"/>
              <w:jc w:val="both"/>
            </w:pPr>
            <w:r>
              <w:rPr>
                <w:rFonts w:cs="Times New Roman"/>
                <w:b/>
                <w:color w:val="000000"/>
              </w:rPr>
              <w:t>Mục tiêu: Giúp HS đọc thêm về đất nước, con người Việt Nam; biết chia sẻ điều em biết thêm và bước đầu hình thành năng lực số trong việc tìm kiếm thông tin đơn giản, phù hợp.</w:t>
            </w:r>
          </w:p>
        </w:tc>
      </w:tr>
      <w:tr w:rsidR="00BF4EE0" w:rsidTr="00942269">
        <w:trPr>
          <w:jc w:val="center"/>
        </w:trPr>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phát bài đồng dao hoặc gợi ý sách cho HS đọc.</w:t>
            </w:r>
          </w:p>
        </w:tc>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nhận tài liệu và đọc.</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cho HS làm việc nhóm 4, nói với bạn về những điều em biết thêm từ những gì đã đọc.</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làm việc nhóm 4.</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gợi ý câu hỏi:</w:t>
            </w:r>
          </w:p>
          <w:p w:rsidR="00BF4EE0" w:rsidRDefault="00BF4EE0" w:rsidP="00BF4EE0">
            <w:pPr>
              <w:spacing w:line="276" w:lineRule="auto"/>
              <w:jc w:val="both"/>
            </w:pPr>
            <w:r>
              <w:rPr>
                <w:rFonts w:cs="Times New Roman"/>
                <w:color w:val="000000"/>
              </w:rPr>
              <w:t>- Bài đồng dao viết về cái gì?</w:t>
            </w:r>
          </w:p>
          <w:p w:rsidR="00BF4EE0" w:rsidRDefault="00BF4EE0" w:rsidP="00BF4EE0">
            <w:pPr>
              <w:spacing w:line="276" w:lineRule="auto"/>
              <w:jc w:val="both"/>
            </w:pPr>
            <w:r>
              <w:rPr>
                <w:rFonts w:cs="Times New Roman"/>
                <w:color w:val="000000"/>
              </w:rPr>
              <w:t>- Có gì thú vị, đáng chú ý trong cuốn sách em vừa đọc?</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trao đổi theo gợi ý.</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mời vài HS trình bày trước lớp về những điều các em biết thêm được nhờ đọc sách.</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Vài HS trình bày trước lớp.</w:t>
            </w:r>
          </w:p>
        </w:tc>
      </w:tr>
      <w:tr w:rsidR="00BF4EE0" w:rsidTr="00942269">
        <w:trPr>
          <w:jc w:val="center"/>
        </w:trPr>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đánh giá chung và khen ngợi những HS chia sẻ được ý tưởng thú vị.</w:t>
            </w:r>
          </w:p>
          <w:p w:rsidR="00BF4EE0" w:rsidRDefault="00BF4EE0" w:rsidP="00BF4EE0">
            <w:pPr>
              <w:spacing w:line="276" w:lineRule="auto"/>
              <w:jc w:val="both"/>
            </w:pPr>
            <w:r>
              <w:rPr>
                <w:rFonts w:cs="Times New Roman"/>
                <w:color w:val="000000"/>
              </w:rPr>
              <w:t>- Kết luận: Đọc mở rộng giúp các em biết thêm nhiều điều hay về quê hương, đất nước và biết lựa chọn thông tin phù hợp để học tập.</w:t>
            </w:r>
          </w:p>
        </w:tc>
        <w:tc>
          <w:tcPr>
            <w:tcW w:w="5193" w:type="dxa"/>
            <w:tcBorders>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10386"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b/>
                <w:color w:val="000000"/>
              </w:rPr>
              <w:t>5. Củng cố, dặn dò</w:t>
            </w:r>
          </w:p>
          <w:p w:rsidR="00BF4EE0" w:rsidRDefault="00BF4EE0" w:rsidP="00BF4EE0">
            <w:pPr>
              <w:spacing w:line="276" w:lineRule="auto"/>
              <w:jc w:val="both"/>
            </w:pPr>
            <w:r>
              <w:rPr>
                <w:rFonts w:cs="Times New Roman"/>
                <w:b/>
                <w:color w:val="000000"/>
              </w:rPr>
              <w:t>Mục tiêu: Giúp HS nhắc lại nội dung ôn tập và chuẩn bị cho bài sau.</w:t>
            </w:r>
          </w:p>
        </w:tc>
      </w:tr>
      <w:tr w:rsidR="00BF4EE0" w:rsidTr="00942269">
        <w:trPr>
          <w:jc w:val="center"/>
        </w:trPr>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ôn lại kiến thức đã học.</w:t>
            </w:r>
          </w:p>
        </w:tc>
        <w:tc>
          <w:tcPr>
            <w:tcW w:w="5193" w:type="dxa"/>
            <w:tcBorders>
              <w:top w:val="single" w:sz="4" w:space="0" w:color="auto"/>
            </w:tcBorders>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dặn HS chuẩn bị bài sau.</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ghi nhớ.</w:t>
            </w:r>
          </w:p>
        </w:tc>
      </w:tr>
      <w:tr w:rsidR="00BF4EE0" w:rsidTr="00942269">
        <w:trPr>
          <w:jc w:val="center"/>
        </w:trPr>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GV nhận xét tiết học.</w:t>
            </w:r>
          </w:p>
        </w:tc>
        <w:tc>
          <w:tcPr>
            <w:tcW w:w="5193" w:type="dxa"/>
            <w:shd w:val="clear" w:color="auto" w:fill="auto"/>
            <w:tcMar>
              <w:top w:w="70" w:type="dxa"/>
              <w:left w:w="90" w:type="dxa"/>
              <w:bottom w:w="70" w:type="dxa"/>
              <w:right w:w="90" w:type="dxa"/>
            </w:tcMar>
            <w:vAlign w:val="center"/>
          </w:tcPr>
          <w:p w:rsidR="00BF4EE0" w:rsidRDefault="00BF4EE0" w:rsidP="00BF4EE0">
            <w:pPr>
              <w:spacing w:line="276" w:lineRule="auto"/>
              <w:jc w:val="both"/>
            </w:pPr>
            <w:r>
              <w:rPr>
                <w:rFonts w:cs="Times New Roman"/>
                <w:color w:val="000000"/>
              </w:rPr>
              <w:t>- HS lắng nghe.</w:t>
            </w:r>
          </w:p>
        </w:tc>
      </w:tr>
    </w:tbl>
    <w:p w:rsidR="00BF4EE0" w:rsidRDefault="00BF4EE0" w:rsidP="00BF4EE0">
      <w:pPr>
        <w:spacing w:line="276" w:lineRule="auto"/>
        <w:jc w:val="both"/>
      </w:pPr>
      <w:r>
        <w:rPr>
          <w:rFonts w:cs="Times New Roman"/>
          <w:b/>
          <w:color w:val="000000"/>
        </w:rPr>
        <w:lastRenderedPageBreak/>
        <w:t>IV. ĐIỀU CHỈNH SAU BÀI DẠY</w:t>
      </w:r>
    </w:p>
    <w:p w:rsidR="00BF4EE0" w:rsidRDefault="00BF4EE0" w:rsidP="00BF4EE0">
      <w:pPr>
        <w:spacing w:line="276" w:lineRule="auto"/>
        <w:jc w:val="both"/>
      </w:pPr>
      <w:r>
        <w:rPr>
          <w:rFonts w:cs="Times New Roman"/>
          <w:color w:val="000000"/>
        </w:rPr>
        <w:t>..............................................................................................................................................</w:t>
      </w:r>
    </w:p>
    <w:p w:rsidR="00BF4EE0" w:rsidRDefault="00BF4EE0" w:rsidP="00BF4EE0">
      <w:pPr>
        <w:spacing w:line="276" w:lineRule="auto"/>
        <w:jc w:val="both"/>
      </w:pPr>
      <w:r>
        <w:rPr>
          <w:rFonts w:cs="Times New Roman"/>
          <w:color w:val="000000"/>
        </w:rPr>
        <w:t>..............................................................................................................................................</w:t>
      </w:r>
    </w:p>
    <w:p w:rsidR="00BF4EE0" w:rsidRDefault="00BF4EE0" w:rsidP="00BF4EE0">
      <w:pPr>
        <w:spacing w:line="276" w:lineRule="auto"/>
        <w:jc w:val="both"/>
      </w:pPr>
      <w:r>
        <w:rPr>
          <w:rFonts w:cs="Times New Roman"/>
          <w:color w:val="000000"/>
        </w:rPr>
        <w:t>..............................................................................................................................................</w:t>
      </w:r>
    </w:p>
    <w:p w:rsidR="008D2446" w:rsidRDefault="008D2446" w:rsidP="008D2446">
      <w:pPr>
        <w:spacing w:line="276" w:lineRule="auto"/>
        <w:jc w:val="center"/>
      </w:pPr>
      <w:r>
        <w:rPr>
          <w:rFonts w:cs="Times New Roman"/>
          <w:b/>
          <w:color w:val="000000"/>
        </w:rPr>
        <w:t>LUYỆN TẬP TUẦN 34 (TIẾT 1 + 2)</w:t>
      </w:r>
    </w:p>
    <w:p w:rsidR="008D2446" w:rsidRDefault="008D2446" w:rsidP="008D2446">
      <w:pPr>
        <w:spacing w:line="276" w:lineRule="auto"/>
        <w:jc w:val="both"/>
      </w:pPr>
      <w:r>
        <w:rPr>
          <w:rFonts w:cs="Times New Roman"/>
          <w:b/>
          <w:color w:val="000000"/>
        </w:rPr>
        <w:t>I. YÊU CẦU CẦN ĐẠT</w:t>
      </w:r>
    </w:p>
    <w:p w:rsidR="008D2446" w:rsidRDefault="008D2446" w:rsidP="008D2446">
      <w:pPr>
        <w:spacing w:line="276" w:lineRule="auto"/>
        <w:jc w:val="both"/>
      </w:pPr>
      <w:r>
        <w:rPr>
          <w:rFonts w:cs="Times New Roman"/>
          <w:b/>
          <w:color w:val="000000"/>
        </w:rPr>
        <w:t>1. Năng lực đặc thù:</w:t>
      </w:r>
    </w:p>
    <w:p w:rsidR="008D2446" w:rsidRDefault="008D2446" w:rsidP="008D2446">
      <w:pPr>
        <w:spacing w:line="276" w:lineRule="auto"/>
        <w:jc w:val="both"/>
      </w:pPr>
      <w:r>
        <w:rPr>
          <w:rFonts w:cs="Times New Roman"/>
          <w:color w:val="000000"/>
        </w:rPr>
        <w:t>- Đọc đúng, rõ ràng các từ ngữ, câu, đoạn văn, khổ thơ đã học trong tuần 34; hiểu và trả lời đúng các câu hỏi liên quan đến nội dung các bài Ruộng bậc thang ở Sa Pa, Nhớ ơn, Du lịch biển Việt Nam.</w:t>
      </w:r>
    </w:p>
    <w:p w:rsidR="008D2446" w:rsidRDefault="008D2446" w:rsidP="008D2446">
      <w:pPr>
        <w:spacing w:line="276" w:lineRule="auto"/>
        <w:jc w:val="both"/>
      </w:pPr>
      <w:r>
        <w:rPr>
          <w:rFonts w:cs="Times New Roman"/>
          <w:color w:val="000000"/>
        </w:rPr>
        <w:t>- Củng cố kĩ năng nhận biết tiếng cùng vần, chọn từ ngữ thích hợp để hoàn thiện câu, viết câu đúng nội dung và đúng chính tả.</w:t>
      </w:r>
    </w:p>
    <w:p w:rsidR="008D2446" w:rsidRDefault="008D2446" w:rsidP="008D2446">
      <w:pPr>
        <w:spacing w:line="276" w:lineRule="auto"/>
        <w:jc w:val="both"/>
      </w:pPr>
      <w:r>
        <w:rPr>
          <w:rFonts w:cs="Times New Roman"/>
          <w:color w:val="000000"/>
        </w:rPr>
        <w:t>- Phát triển kĩ năng nói và nghe thông qua quan sát tranh, trao đổi nhóm, trình bày cảm nghĩ về quê hương đất nước, về lòng biết ơn và về vẻ đẹp của biển Việt Nam.</w:t>
      </w:r>
    </w:p>
    <w:p w:rsidR="008D2446" w:rsidRDefault="008D2446" w:rsidP="008D2446">
      <w:pPr>
        <w:spacing w:line="276" w:lineRule="auto"/>
        <w:jc w:val="both"/>
      </w:pPr>
      <w:r>
        <w:rPr>
          <w:rFonts w:cs="Times New Roman"/>
          <w:b/>
          <w:color w:val="000000"/>
        </w:rPr>
        <w:t>2. Năng lực chung:</w:t>
      </w:r>
    </w:p>
    <w:p w:rsidR="008D2446" w:rsidRDefault="008D2446" w:rsidP="008D2446">
      <w:pPr>
        <w:spacing w:line="276" w:lineRule="auto"/>
        <w:jc w:val="both"/>
      </w:pPr>
      <w:r>
        <w:rPr>
          <w:rFonts w:cs="Times New Roman"/>
          <w:color w:val="000000"/>
        </w:rPr>
        <w:t>- Tự chủ và tự học: HS chủ động hoàn thành nhiệm vụ học tập, tự đọc, tự suy nghĩ và tự thực hiện yêu cầu học tập.</w:t>
      </w:r>
    </w:p>
    <w:p w:rsidR="008D2446" w:rsidRDefault="008D2446" w:rsidP="008D2446">
      <w:pPr>
        <w:spacing w:line="276" w:lineRule="auto"/>
        <w:jc w:val="both"/>
      </w:pPr>
      <w:r>
        <w:rPr>
          <w:rFonts w:cs="Times New Roman"/>
          <w:color w:val="000000"/>
        </w:rPr>
        <w:t>- Giao tiếp và hợp tác: HS biết làm việc nhóm đôi, nhóm nhỏ; biết lắng nghe, nhận xét và trình bày ý kiến rõ ràng.</w:t>
      </w:r>
    </w:p>
    <w:p w:rsidR="008D2446" w:rsidRDefault="008D2446" w:rsidP="008D2446">
      <w:pPr>
        <w:spacing w:line="276" w:lineRule="auto"/>
        <w:jc w:val="both"/>
      </w:pPr>
      <w:r>
        <w:rPr>
          <w:rFonts w:cs="Times New Roman"/>
          <w:color w:val="000000"/>
        </w:rPr>
        <w:t>- Giải quyết vấn đề và sáng tạo: HS biết vận dụng điều đã học để giải quyết bài tập, liên hệ thực tế và nêu suy nghĩ của bản thân.</w:t>
      </w:r>
    </w:p>
    <w:p w:rsidR="008D2446" w:rsidRDefault="008D2446" w:rsidP="008D2446">
      <w:pPr>
        <w:spacing w:line="276" w:lineRule="auto"/>
        <w:jc w:val="both"/>
      </w:pPr>
      <w:r>
        <w:rPr>
          <w:rFonts w:cs="Times New Roman"/>
          <w:b/>
          <w:color w:val="000000"/>
        </w:rPr>
        <w:t>3. Phẩm chất:</w:t>
      </w:r>
    </w:p>
    <w:p w:rsidR="008D2446" w:rsidRDefault="008D2446" w:rsidP="008D2446">
      <w:pPr>
        <w:spacing w:line="276" w:lineRule="auto"/>
        <w:jc w:val="both"/>
      </w:pPr>
      <w:r>
        <w:rPr>
          <w:rFonts w:cs="Times New Roman"/>
          <w:color w:val="000000"/>
        </w:rPr>
        <w:t>- Yêu nước: HS thêm yêu quê hương, đất nước qua vẻ đẹp của ruộng bậc thang, biển Việt Nam và những giá trị tốt đẹp của cuộc sống.</w:t>
      </w:r>
    </w:p>
    <w:p w:rsidR="008D2446" w:rsidRDefault="008D2446" w:rsidP="008D2446">
      <w:pPr>
        <w:spacing w:line="276" w:lineRule="auto"/>
        <w:jc w:val="both"/>
      </w:pPr>
      <w:r>
        <w:rPr>
          <w:rFonts w:cs="Times New Roman"/>
          <w:color w:val="000000"/>
        </w:rPr>
        <w:t>- Nhân ái: HS biết nhớ ơn người lao động, người thân, thầy cô và những người đã mang lại cuộc sống tốt đẹp cho mình.</w:t>
      </w:r>
    </w:p>
    <w:p w:rsidR="008D2446" w:rsidRDefault="008D2446" w:rsidP="008D2446">
      <w:pPr>
        <w:spacing w:line="276" w:lineRule="auto"/>
        <w:jc w:val="both"/>
      </w:pPr>
      <w:r>
        <w:rPr>
          <w:rFonts w:cs="Times New Roman"/>
          <w:color w:val="000000"/>
        </w:rPr>
        <w:t>- Trách nhiệm: HS có ý thức giữ gìn cảnh đẹp thiên nhiên, bảo vệ môi trường biển đảo và biết thể hiện lòng biết ơn bằng hành động phù hợp.</w:t>
      </w:r>
    </w:p>
    <w:p w:rsidR="008D2446" w:rsidRDefault="008D2446" w:rsidP="008D2446">
      <w:pPr>
        <w:spacing w:line="276" w:lineRule="auto"/>
        <w:jc w:val="both"/>
      </w:pPr>
      <w:r>
        <w:rPr>
          <w:rFonts w:cs="Times New Roman"/>
          <w:b/>
          <w:color w:val="000000"/>
        </w:rPr>
        <w:t>II. ĐỒ DÙNG DẠY HỌC</w:t>
      </w:r>
    </w:p>
    <w:p w:rsidR="008D2446" w:rsidRDefault="008D2446" w:rsidP="008D2446">
      <w:pPr>
        <w:spacing w:line="276" w:lineRule="auto"/>
        <w:jc w:val="both"/>
      </w:pPr>
      <w:r>
        <w:rPr>
          <w:rFonts w:cs="Times New Roman"/>
          <w:color w:val="000000"/>
        </w:rPr>
        <w:t>- Giáo viên: TV, tranh minh họa, bảng phụ, phiếu học tập.</w:t>
      </w:r>
    </w:p>
    <w:p w:rsidR="008D2446" w:rsidRDefault="008D2446" w:rsidP="008D2446">
      <w:pPr>
        <w:spacing w:line="276" w:lineRule="auto"/>
        <w:jc w:val="both"/>
      </w:pPr>
      <w:r>
        <w:rPr>
          <w:rFonts w:cs="Times New Roman"/>
          <w:color w:val="000000"/>
        </w:rPr>
        <w:t>- Học sinh: SHS, vở ô li, bảng con.</w:t>
      </w:r>
    </w:p>
    <w:p w:rsidR="008D2446" w:rsidRDefault="008D2446" w:rsidP="008D2446">
      <w:pPr>
        <w:spacing w:line="276" w:lineRule="auto"/>
        <w:jc w:val="both"/>
      </w:pPr>
      <w:r>
        <w:rPr>
          <w:rFonts w:cs="Times New Roman"/>
          <w:b/>
          <w:color w:val="000000"/>
        </w:rPr>
        <w:t>III. CÁC HOẠT ĐỘNG DẠY HỌC</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93"/>
        <w:gridCol w:w="5193"/>
      </w:tblGrid>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F234C1" w:rsidRDefault="00D64EC4">
            <w:pPr>
              <w:spacing w:line="276" w:lineRule="auto"/>
              <w:jc w:val="both"/>
            </w:pPr>
            <w:r>
              <w:rPr>
                <w:rFonts w:cs="Times New Roman"/>
                <w:b/>
                <w:color w:val="000000"/>
              </w:rPr>
              <w:t>Hoạt động của học sinh</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TIẾT 1</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1. Khởi động</w:t>
            </w:r>
          </w:p>
          <w:p w:rsidR="008D2446" w:rsidRDefault="008D2446" w:rsidP="00220EA7">
            <w:pPr>
              <w:spacing w:line="276" w:lineRule="auto"/>
              <w:jc w:val="both"/>
            </w:pPr>
            <w:r>
              <w:rPr>
                <w:rFonts w:cs="Times New Roman"/>
                <w:b/>
                <w:color w:val="000000"/>
              </w:rPr>
              <w:t>Mục tiêu: Giúp HS nhớ lại các bài đã học trong tuần 34, tạo tâm thế vui vẻ trước khi vào bài luyện tập.</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cho cả lớp hát hoặc chơi trò chơi ngắn.</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hát hoặc tham gia trò chơi.</w:t>
            </w:r>
          </w:p>
        </w:tc>
      </w:tr>
      <w:tr w:rsidR="008D2446" w:rsidRP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Trong tuần 34, các em đã học những bài nào?</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Ruộng bậc thang ở Sa Pa.</w:t>
            </w:r>
          </w:p>
          <w:p w:rsidR="008D2446" w:rsidRPr="008D2446" w:rsidRDefault="008D2446" w:rsidP="00220EA7">
            <w:pPr>
              <w:spacing w:line="276" w:lineRule="auto"/>
              <w:jc w:val="both"/>
              <w:rPr>
                <w:lang w:val="fr-FR"/>
              </w:rPr>
            </w:pPr>
            <w:r w:rsidRPr="008D2446">
              <w:rPr>
                <w:rFonts w:cs="Times New Roman"/>
                <w:color w:val="000000"/>
                <w:lang w:val="fr-FR"/>
              </w:rPr>
              <w:t>- Nhớ ơn.</w:t>
            </w:r>
          </w:p>
          <w:p w:rsidR="008D2446" w:rsidRPr="008D2446" w:rsidRDefault="008D2446" w:rsidP="00220EA7">
            <w:pPr>
              <w:spacing w:line="276" w:lineRule="auto"/>
              <w:jc w:val="both"/>
              <w:rPr>
                <w:lang w:val="fr-FR"/>
              </w:rPr>
            </w:pPr>
            <w:r w:rsidRPr="008D2446">
              <w:rPr>
                <w:rFonts w:cs="Times New Roman"/>
                <w:color w:val="000000"/>
                <w:lang w:val="fr-FR"/>
              </w:rPr>
              <w:lastRenderedPageBreak/>
              <w:t>- Du lịch biển Việt Nam.</w:t>
            </w:r>
          </w:p>
        </w:tc>
      </w:tr>
      <w:tr w:rsidR="008D2446" w:rsidRPr="008D2446" w:rsidTr="00942269">
        <w:trPr>
          <w:jc w:val="center"/>
        </w:trPr>
        <w:tc>
          <w:tcPr>
            <w:tcW w:w="5017" w:type="dxa"/>
            <w:shd w:val="clear" w:color="auto" w:fill="auto"/>
            <w:tcMar>
              <w:top w:w="70" w:type="dxa"/>
              <w:left w:w="90" w:type="dxa"/>
              <w:bottom w:w="70" w:type="dxa"/>
              <w:right w:w="90" w:type="dxa"/>
            </w:tcMar>
            <w:vAlign w:val="center"/>
          </w:tcPr>
          <w:p w:rsidR="008D2446" w:rsidRPr="008D2446" w:rsidRDefault="008D2446" w:rsidP="00220EA7">
            <w:pPr>
              <w:spacing w:line="276" w:lineRule="auto"/>
              <w:jc w:val="both"/>
              <w:rPr>
                <w:lang w:val="fr-FR"/>
              </w:rPr>
            </w:pPr>
            <w:r w:rsidRPr="008D2446">
              <w:rPr>
                <w:rFonts w:cs="Times New Roman"/>
                <w:color w:val="000000"/>
                <w:lang w:val="fr-FR"/>
              </w:rPr>
              <w:lastRenderedPageBreak/>
              <w:t>- GV mời HS nêu một điều em nhớ nhất trong một bài đã học.</w:t>
            </w:r>
          </w:p>
        </w:tc>
        <w:tc>
          <w:tcPr>
            <w:tcW w:w="5017" w:type="dxa"/>
            <w:shd w:val="clear" w:color="auto" w:fill="auto"/>
            <w:tcMar>
              <w:top w:w="70" w:type="dxa"/>
              <w:left w:w="90" w:type="dxa"/>
              <w:bottom w:w="70" w:type="dxa"/>
              <w:right w:w="90" w:type="dxa"/>
            </w:tcMar>
            <w:vAlign w:val="center"/>
          </w:tcPr>
          <w:p w:rsidR="008D2446" w:rsidRPr="008D2446" w:rsidRDefault="008D2446" w:rsidP="00220EA7">
            <w:pPr>
              <w:spacing w:line="276" w:lineRule="auto"/>
              <w:jc w:val="both"/>
              <w:rPr>
                <w:lang w:val="fr-FR"/>
              </w:rPr>
            </w:pPr>
            <w:r w:rsidRPr="008D2446">
              <w:rPr>
                <w:rFonts w:cs="Times New Roman"/>
                <w:color w:val="000000"/>
                <w:lang w:val="fr-FR"/>
              </w:rPr>
              <w:t>- HS trả lời:</w:t>
            </w:r>
          </w:p>
          <w:p w:rsidR="008D2446" w:rsidRPr="008D2446" w:rsidRDefault="008D2446" w:rsidP="00220EA7">
            <w:pPr>
              <w:spacing w:line="276" w:lineRule="auto"/>
              <w:jc w:val="both"/>
              <w:rPr>
                <w:lang w:val="fr-FR"/>
              </w:rPr>
            </w:pPr>
            <w:r w:rsidRPr="008D2446">
              <w:rPr>
                <w:rFonts w:cs="Times New Roman"/>
                <w:color w:val="000000"/>
                <w:lang w:val="fr-FR"/>
              </w:rPr>
              <w:t>- Em nhớ ruộng bậc thang ở Sa Pa rất đẹp.</w:t>
            </w:r>
          </w:p>
          <w:p w:rsidR="008D2446" w:rsidRPr="008D2446" w:rsidRDefault="008D2446" w:rsidP="00220EA7">
            <w:pPr>
              <w:spacing w:line="276" w:lineRule="auto"/>
              <w:jc w:val="both"/>
              <w:rPr>
                <w:lang w:val="fr-FR"/>
              </w:rPr>
            </w:pPr>
            <w:r w:rsidRPr="008D2446">
              <w:rPr>
                <w:rFonts w:cs="Times New Roman"/>
                <w:color w:val="000000"/>
                <w:lang w:val="fr-FR"/>
              </w:rPr>
              <w:t>- Em nhớ phải biết ơn mọi người.</w:t>
            </w:r>
          </w:p>
          <w:p w:rsidR="008D2446" w:rsidRPr="008D2446" w:rsidRDefault="008D2446" w:rsidP="00220EA7">
            <w:pPr>
              <w:spacing w:line="276" w:lineRule="auto"/>
              <w:jc w:val="both"/>
              <w:rPr>
                <w:lang w:val="fr-FR"/>
              </w:rPr>
            </w:pPr>
            <w:r w:rsidRPr="008D2446">
              <w:rPr>
                <w:rFonts w:cs="Times New Roman"/>
                <w:color w:val="000000"/>
                <w:lang w:val="fr-FR"/>
              </w:rPr>
              <w:t>- Em nhớ biển Việt Nam rất đẹp và thú vị.</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Pr="008D2446" w:rsidRDefault="008D2446" w:rsidP="00220EA7">
            <w:pPr>
              <w:spacing w:line="276" w:lineRule="auto"/>
              <w:jc w:val="both"/>
              <w:rPr>
                <w:lang w:val="fr-FR"/>
              </w:rPr>
            </w:pPr>
            <w:r w:rsidRPr="008D2446">
              <w:rPr>
                <w:rFonts w:cs="Times New Roman"/>
                <w:color w:val="000000"/>
                <w:lang w:val="fr-FR"/>
              </w:rPr>
              <w:t>- GV nhận xét, dẫn vào bài luyện tập tuần 34.</w:t>
            </w:r>
          </w:p>
          <w:p w:rsidR="008D2446" w:rsidRPr="008D2446" w:rsidRDefault="008D2446" w:rsidP="00220EA7">
            <w:pPr>
              <w:spacing w:line="276" w:lineRule="auto"/>
              <w:jc w:val="both"/>
              <w:rPr>
                <w:lang w:val="fr-FR"/>
              </w:rPr>
            </w:pPr>
            <w:r w:rsidRPr="008D2446">
              <w:rPr>
                <w:rFonts w:cs="Times New Roman"/>
                <w:color w:val="000000"/>
                <w:lang w:val="fr-FR"/>
              </w:rPr>
              <w:t>- Kết luận: Các em đã nhớ lại những nội dung chính trong tuần để tiếp tục luyện tập và củng cố kiến thức.</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2. Luyện tập - Thực hành - Hoạt động 1: Trả lời câu hỏi ngắn về bài đã học</w:t>
            </w:r>
          </w:p>
          <w:p w:rsidR="008D2446" w:rsidRDefault="008D2446" w:rsidP="00220EA7">
            <w:pPr>
              <w:spacing w:line="276" w:lineRule="auto"/>
              <w:jc w:val="both"/>
            </w:pPr>
            <w:r>
              <w:rPr>
                <w:rFonts w:cs="Times New Roman"/>
                <w:b/>
                <w:color w:val="000000"/>
              </w:rPr>
              <w:t>Mục tiêu: Giúp HS nhớ nội dung các bài trong tuần và biết trả lời câu hỏi rõ ý, đủ ý.</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Vào mùa lúa chín, Sa Pa có gì đặc biệt?</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Vào mùa lúa chín, Sa Pa có vẻ đẹp rực rỡ của những khu ruộng bậc thang.</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Bài đồng dao Nhớ ơn nhắc chúng ta cần nhớ ơn những ai?</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Bài đồng dao nhắc chúng ta cần nhớ ơn những người lao động như người cày ruộng, người đào ao, người trồng trọt,...</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Chúng ta có thể làm gì khi đi biển?</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Chúng ta có thể bơi lội, nô đùa trên sóng, nhặt vỏ sò, xây lâu đài cát.</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HS khác nhận xét, bổ sung.</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nhận xét, bổ sung.</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tuyên dương HS.</w:t>
            </w:r>
          </w:p>
          <w:p w:rsidR="008D2446" w:rsidRDefault="008D2446" w:rsidP="00220EA7">
            <w:pPr>
              <w:spacing w:line="276" w:lineRule="auto"/>
              <w:jc w:val="both"/>
            </w:pPr>
            <w:r>
              <w:rPr>
                <w:rFonts w:cs="Times New Roman"/>
                <w:color w:val="000000"/>
              </w:rPr>
              <w:t>- Kết luận: Các em đã nhớ và trả lời được những nội dung chính của các bài học trong tuần.</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2. Luyện tập - Thực hành - Hoạt động 2: Chọn từ ngữ thích hợp để hoàn thiện câu</w:t>
            </w:r>
          </w:p>
          <w:p w:rsidR="008D2446" w:rsidRDefault="008D2446" w:rsidP="00220EA7">
            <w:pPr>
              <w:spacing w:line="276" w:lineRule="auto"/>
              <w:jc w:val="both"/>
            </w:pPr>
            <w:r>
              <w:rPr>
                <w:rFonts w:cs="Times New Roman"/>
                <w:b/>
                <w:color w:val="000000"/>
              </w:rPr>
              <w:t>Mục tiêu: Giúp HS hiểu nghĩa từ và biết dùng từ thích hợp để hoàn thiện câu.</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nêu yêu cầu: Chọn từ thích hợp để điền vào chỗ trống.</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cho HS đọc các từ gợi ý: rực rỡ, cần mẫn, biết ơn, mênh mông, nổi tiếng.</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đọc các từ gợi ý.</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đưa các câu:</w:t>
            </w:r>
          </w:p>
          <w:p w:rsidR="008D2446" w:rsidRDefault="008D2446" w:rsidP="00220EA7">
            <w:pPr>
              <w:spacing w:line="276" w:lineRule="auto"/>
              <w:jc w:val="both"/>
            </w:pPr>
            <w:r>
              <w:rPr>
                <w:rFonts w:cs="Times New Roman"/>
                <w:color w:val="000000"/>
              </w:rPr>
              <w:t>- a. Ruộng bậc thang ở Sa Pa vào mùa lúa chín rất (...).</w:t>
            </w:r>
          </w:p>
          <w:p w:rsidR="008D2446" w:rsidRDefault="008D2446" w:rsidP="00220EA7">
            <w:pPr>
              <w:spacing w:line="276" w:lineRule="auto"/>
              <w:jc w:val="both"/>
            </w:pPr>
            <w:r>
              <w:rPr>
                <w:rFonts w:cs="Times New Roman"/>
                <w:color w:val="000000"/>
              </w:rPr>
              <w:t>- b. Đồng bào vùng cao rất (...).</w:t>
            </w:r>
          </w:p>
          <w:p w:rsidR="008D2446" w:rsidRDefault="008D2446" w:rsidP="00220EA7">
            <w:pPr>
              <w:spacing w:line="276" w:lineRule="auto"/>
              <w:jc w:val="both"/>
            </w:pPr>
            <w:r>
              <w:rPr>
                <w:rFonts w:cs="Times New Roman"/>
                <w:color w:val="000000"/>
              </w:rPr>
              <w:t>- c. Chúng em phải (...) người lao động.</w:t>
            </w:r>
          </w:p>
          <w:p w:rsidR="008D2446" w:rsidRPr="008D2446" w:rsidRDefault="008D2446" w:rsidP="00220EA7">
            <w:pPr>
              <w:spacing w:line="276" w:lineRule="auto"/>
              <w:jc w:val="both"/>
              <w:rPr>
                <w:lang w:val="fr-FR"/>
              </w:rPr>
            </w:pPr>
            <w:r w:rsidRPr="008D2446">
              <w:rPr>
                <w:rFonts w:cs="Times New Roman"/>
                <w:color w:val="000000"/>
                <w:lang w:val="fr-FR"/>
              </w:rPr>
              <w:t>- d. Biển nước ta rộng (...).</w:t>
            </w:r>
          </w:p>
          <w:p w:rsidR="008D2446" w:rsidRPr="008D2446" w:rsidRDefault="008D2446" w:rsidP="00220EA7">
            <w:pPr>
              <w:spacing w:line="276" w:lineRule="auto"/>
              <w:jc w:val="both"/>
              <w:rPr>
                <w:lang w:val="fr-FR"/>
              </w:rPr>
            </w:pPr>
            <w:r w:rsidRPr="008D2446">
              <w:rPr>
                <w:rFonts w:cs="Times New Roman"/>
                <w:color w:val="000000"/>
                <w:lang w:val="fr-FR"/>
              </w:rPr>
              <w:lastRenderedPageBreak/>
              <w:t>- e. Nước ta có nhiều bãi biển (...).</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lastRenderedPageBreak/>
              <w:t>- HS đọc các câu.</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lastRenderedPageBreak/>
              <w:t>- GV cho HS làm việc theo nhóm đôi.</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làm việc theo nhóm đôi.</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đại diện vài nhóm trình bày.</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Đại diện nhóm trình bày:</w:t>
            </w:r>
          </w:p>
          <w:p w:rsidR="008D2446" w:rsidRDefault="008D2446" w:rsidP="00220EA7">
            <w:pPr>
              <w:spacing w:line="276" w:lineRule="auto"/>
              <w:jc w:val="both"/>
            </w:pPr>
            <w:r>
              <w:rPr>
                <w:rFonts w:cs="Times New Roman"/>
                <w:color w:val="000000"/>
              </w:rPr>
              <w:t>- a. rực rỡ</w:t>
            </w:r>
          </w:p>
          <w:p w:rsidR="008D2446" w:rsidRDefault="008D2446" w:rsidP="00220EA7">
            <w:pPr>
              <w:spacing w:line="276" w:lineRule="auto"/>
              <w:jc w:val="both"/>
            </w:pPr>
            <w:r>
              <w:rPr>
                <w:rFonts w:cs="Times New Roman"/>
                <w:color w:val="000000"/>
              </w:rPr>
              <w:t>- b. cần mẫn</w:t>
            </w:r>
          </w:p>
          <w:p w:rsidR="008D2446" w:rsidRDefault="008D2446" w:rsidP="00220EA7">
            <w:pPr>
              <w:spacing w:line="276" w:lineRule="auto"/>
              <w:jc w:val="both"/>
            </w:pPr>
            <w:r>
              <w:rPr>
                <w:rFonts w:cs="Times New Roman"/>
                <w:color w:val="000000"/>
              </w:rPr>
              <w:t>- c. biết ơn</w:t>
            </w:r>
          </w:p>
          <w:p w:rsidR="008D2446" w:rsidRDefault="008D2446" w:rsidP="00220EA7">
            <w:pPr>
              <w:spacing w:line="276" w:lineRule="auto"/>
              <w:jc w:val="both"/>
            </w:pPr>
            <w:r>
              <w:rPr>
                <w:rFonts w:cs="Times New Roman"/>
                <w:color w:val="000000"/>
              </w:rPr>
              <w:t>- d. mênh mông</w:t>
            </w:r>
          </w:p>
          <w:p w:rsidR="008D2446" w:rsidRDefault="008D2446" w:rsidP="00220EA7">
            <w:pPr>
              <w:spacing w:line="276" w:lineRule="auto"/>
              <w:jc w:val="both"/>
            </w:pPr>
            <w:r>
              <w:rPr>
                <w:rFonts w:cs="Times New Roman"/>
                <w:color w:val="000000"/>
              </w:rPr>
              <w:t>- e. nổi tiếng</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các nhóm khác nhận xét, bổ sung.</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Các nhóm khác nhận xét, bổ sung.</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chốt đáp án.</w:t>
            </w:r>
          </w:p>
          <w:p w:rsidR="008D2446" w:rsidRDefault="008D2446" w:rsidP="00220EA7">
            <w:pPr>
              <w:spacing w:line="276" w:lineRule="auto"/>
              <w:jc w:val="both"/>
            </w:pPr>
            <w:r>
              <w:rPr>
                <w:rFonts w:cs="Times New Roman"/>
                <w:color w:val="000000"/>
              </w:rPr>
              <w:t>- Kết luận: Muốn điền đúng từ, các em cần hiểu nghĩa của từ và đọc kĩ nội dung câu.</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 chữa bài.</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2. Luyện tập - Thực hành - Hoạt động 3: Viết 1 - 2 câu về cảnh đẹp em thích hoặc người em biết ơn</w:t>
            </w:r>
          </w:p>
          <w:p w:rsidR="008D2446" w:rsidRDefault="008D2446" w:rsidP="00220EA7">
            <w:pPr>
              <w:spacing w:line="276" w:lineRule="auto"/>
              <w:jc w:val="both"/>
            </w:pPr>
            <w:r>
              <w:rPr>
                <w:rFonts w:cs="Times New Roman"/>
                <w:b/>
                <w:color w:val="000000"/>
              </w:rPr>
              <w:t>Mục tiêu: Giúp HS biết viết câu ngắn, rõ ý về cảnh đẹp quê hương đất nước hoặc về lòng biết ơn.</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nêu yêu cầu: Viết 1 - 2 câu về cảnh đẹp em thích hoặc người em biết ơn.</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gợi ý:</w:t>
            </w:r>
          </w:p>
          <w:p w:rsidR="008D2446" w:rsidRDefault="008D2446" w:rsidP="00220EA7">
            <w:pPr>
              <w:spacing w:line="276" w:lineRule="auto"/>
              <w:jc w:val="both"/>
            </w:pPr>
            <w:r>
              <w:rPr>
                <w:rFonts w:cs="Times New Roman"/>
                <w:color w:val="000000"/>
              </w:rPr>
              <w:t>- Em thích biển Việt Nam.</w:t>
            </w:r>
          </w:p>
          <w:p w:rsidR="008D2446" w:rsidRDefault="008D2446" w:rsidP="00220EA7">
            <w:pPr>
              <w:spacing w:line="276" w:lineRule="auto"/>
              <w:jc w:val="both"/>
            </w:pPr>
            <w:r>
              <w:rPr>
                <w:rFonts w:cs="Times New Roman"/>
                <w:color w:val="000000"/>
              </w:rPr>
              <w:t>- Em thích ruộng bậc thang ở Sa Pa.</w:t>
            </w:r>
          </w:p>
          <w:p w:rsidR="008D2446" w:rsidRDefault="008D2446" w:rsidP="00220EA7">
            <w:pPr>
              <w:spacing w:line="276" w:lineRule="auto"/>
              <w:jc w:val="both"/>
            </w:pPr>
            <w:r>
              <w:rPr>
                <w:rFonts w:cs="Times New Roman"/>
                <w:color w:val="000000"/>
              </w:rPr>
              <w:t>- Em biết ơn bố mẹ, thầy cô, người lao động.</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 gợi ý.</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cho HS viết vào vở.</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viết vào vở.</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một số HS đọc bài viết.</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đọc bài viết của mình.</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sửa lỗi nếu cần.</w:t>
            </w:r>
          </w:p>
          <w:p w:rsidR="008D2446" w:rsidRDefault="008D2446" w:rsidP="00220EA7">
            <w:pPr>
              <w:spacing w:line="276" w:lineRule="auto"/>
              <w:jc w:val="both"/>
            </w:pPr>
            <w:r>
              <w:rPr>
                <w:rFonts w:cs="Times New Roman"/>
                <w:color w:val="000000"/>
              </w:rPr>
              <w:t>- Kết luận: Khi viết, các em cần viết đủ câu, đúng ý, viết hoa đầu câu và đặt dấu chấm cuối câu.</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 sửa bài.</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5. Củng cố, dặn dò</w:t>
            </w:r>
          </w:p>
          <w:p w:rsidR="008D2446" w:rsidRDefault="008D2446" w:rsidP="00220EA7">
            <w:pPr>
              <w:spacing w:line="276" w:lineRule="auto"/>
              <w:jc w:val="both"/>
            </w:pPr>
            <w:r>
              <w:rPr>
                <w:rFonts w:cs="Times New Roman"/>
                <w:b/>
                <w:color w:val="000000"/>
              </w:rPr>
              <w:t>Mục tiêu: Giúp HS khắc sâu nội dung ôn luyện trong tiết 1.</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Em thích bài nào nhất trong tuần 34?</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 theo ý thích.</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tiết học.</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dặn HS chuẩn bị cho tiết luyện tập tiếp theo.</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ghi nhớ.</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TIẾT 2</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1. Khởi động</w:t>
            </w:r>
          </w:p>
          <w:p w:rsidR="008D2446" w:rsidRDefault="008D2446" w:rsidP="00220EA7">
            <w:pPr>
              <w:spacing w:line="276" w:lineRule="auto"/>
              <w:jc w:val="both"/>
            </w:pPr>
            <w:r>
              <w:rPr>
                <w:rFonts w:cs="Times New Roman"/>
                <w:b/>
                <w:color w:val="000000"/>
              </w:rPr>
              <w:lastRenderedPageBreak/>
              <w:t>Mục tiêu: Giúp HS tạo tâm thế vui vẻ, nhớ lại nội dung đã luyện ở tiết 1.</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lastRenderedPageBreak/>
              <w:t>- GV cho HS đọc lại một số từ hoặc câu đã luyện ở tiết 1.</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đọc lại.</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Tiết trước chúng ta đã luyện những gì?</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Luyện trả lời câu hỏi.</w:t>
            </w:r>
          </w:p>
          <w:p w:rsidR="008D2446" w:rsidRDefault="008D2446" w:rsidP="00220EA7">
            <w:pPr>
              <w:spacing w:line="276" w:lineRule="auto"/>
              <w:jc w:val="both"/>
            </w:pPr>
            <w:r>
              <w:rPr>
                <w:rFonts w:cs="Times New Roman"/>
                <w:color w:val="000000"/>
              </w:rPr>
              <w:t>- Luyện điền từ.</w:t>
            </w:r>
          </w:p>
          <w:p w:rsidR="008D2446" w:rsidRDefault="008D2446" w:rsidP="00220EA7">
            <w:pPr>
              <w:spacing w:line="276" w:lineRule="auto"/>
              <w:jc w:val="both"/>
            </w:pPr>
            <w:r>
              <w:rPr>
                <w:rFonts w:cs="Times New Roman"/>
                <w:color w:val="000000"/>
              </w:rPr>
              <w:t>- Luyện viết câu.</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chuyển sang tiết 2.</w:t>
            </w:r>
          </w:p>
          <w:p w:rsidR="008D2446" w:rsidRDefault="008D2446" w:rsidP="00220EA7">
            <w:pPr>
              <w:spacing w:line="276" w:lineRule="auto"/>
              <w:jc w:val="both"/>
            </w:pPr>
            <w:r>
              <w:rPr>
                <w:rFonts w:cs="Times New Roman"/>
                <w:color w:val="000000"/>
              </w:rPr>
              <w:t>- Kết luận: Các em đã nhớ lại nội dung tiết trước để tiếp tục luyện tập.</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3. Luyện tập - Thực hành - Hoạt động 4: Tìm tiếng cùng vần hoặc chứa vần phù hợp</w:t>
            </w:r>
          </w:p>
          <w:p w:rsidR="008D2446" w:rsidRDefault="008D2446" w:rsidP="00220EA7">
            <w:pPr>
              <w:spacing w:line="276" w:lineRule="auto"/>
              <w:jc w:val="both"/>
            </w:pPr>
            <w:r>
              <w:rPr>
                <w:rFonts w:cs="Times New Roman"/>
                <w:b/>
                <w:color w:val="000000"/>
              </w:rPr>
              <w:t>Mục tiêu: Giúp HS củng cố kiến thức về vần qua các tiếng đã học trong tuần.</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nêu yêu cầu: Tìm các tiếng cùng vần hoặc có chứa vần đã học trong tuần.</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gợi ý các tiếng trong bài: ruộng - muống, ao - đào, gốc - ốc, mò - đò, dây - cây; hoặc các tiếng có vần trong bài Du lịch biển Việt Nam.</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làm việc theo nhóm đôi.</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đại diện vài nhóm trình bày.</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Đại diện nhóm trình bày kết quả.</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nhóm khác nhận xét, bổ sung.</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Các nhóm khác nhận xét, bổ sung.</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chốt kết quả đúng.</w:t>
            </w:r>
          </w:p>
          <w:p w:rsidR="008D2446" w:rsidRDefault="008D2446" w:rsidP="00220EA7">
            <w:pPr>
              <w:spacing w:line="276" w:lineRule="auto"/>
              <w:jc w:val="both"/>
            </w:pPr>
            <w:r>
              <w:rPr>
                <w:rFonts w:cs="Times New Roman"/>
                <w:color w:val="000000"/>
              </w:rPr>
              <w:t>- Kết luận: Muốn tìm đúng tiếng cùng vần, các em cần đọc kĩ tiếng và nhận ra phần vần giống nhau.</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3. Luyện tập - Thực hành - Hoạt động 5: Nói về việc em cần làm để giữ gìn biển, quê hương và thể hiện lòng biết ơn</w:t>
            </w:r>
          </w:p>
          <w:p w:rsidR="008D2446" w:rsidRDefault="008D2446" w:rsidP="00220EA7">
            <w:pPr>
              <w:spacing w:line="276" w:lineRule="auto"/>
              <w:jc w:val="both"/>
            </w:pPr>
            <w:r>
              <w:rPr>
                <w:rFonts w:cs="Times New Roman"/>
                <w:b/>
                <w:color w:val="000000"/>
              </w:rPr>
              <w:t>Mục tiêu: Giúp HS biết nêu việc làm phù hợp để bảo vệ thiên nhiên, môi trường và thể hiện lòng biết ơn trong cuộc sống.</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Khi đi biển, em cần làm gì để giữ gìn môi trường biển?</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Không xả rác xuống biển.</w:t>
            </w:r>
          </w:p>
          <w:p w:rsidR="008D2446" w:rsidRDefault="008D2446" w:rsidP="00220EA7">
            <w:pPr>
              <w:spacing w:line="276" w:lineRule="auto"/>
              <w:jc w:val="both"/>
            </w:pPr>
            <w:r>
              <w:rPr>
                <w:rFonts w:cs="Times New Roman"/>
                <w:color w:val="000000"/>
              </w:rPr>
              <w:t>- Giữ vệ sinh bãi biển.</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Em cần làm gì để thể hiện lòng biết ơn với ông bà, bố mẹ, thầy cô?</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Lễ phép, vâng lời.</w:t>
            </w:r>
          </w:p>
          <w:p w:rsidR="008D2446" w:rsidRDefault="008D2446" w:rsidP="00220EA7">
            <w:pPr>
              <w:spacing w:line="276" w:lineRule="auto"/>
              <w:jc w:val="both"/>
            </w:pPr>
            <w:r>
              <w:rPr>
                <w:rFonts w:cs="Times New Roman"/>
                <w:color w:val="000000"/>
              </w:rPr>
              <w:t>- Chăm ngoan, học giỏi.</w:t>
            </w:r>
          </w:p>
          <w:p w:rsidR="008D2446" w:rsidRDefault="008D2446" w:rsidP="00220EA7">
            <w:pPr>
              <w:spacing w:line="276" w:lineRule="auto"/>
              <w:jc w:val="both"/>
            </w:pPr>
            <w:r>
              <w:rPr>
                <w:rFonts w:cs="Times New Roman"/>
                <w:color w:val="000000"/>
              </w:rPr>
              <w:t>- Giúp đỡ việc nhà.</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Em cần làm gì để thể hiện tình yêu quê hương đất nước?</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w:t>
            </w:r>
          </w:p>
          <w:p w:rsidR="008D2446" w:rsidRDefault="008D2446" w:rsidP="00220EA7">
            <w:pPr>
              <w:spacing w:line="276" w:lineRule="auto"/>
              <w:jc w:val="both"/>
            </w:pPr>
            <w:r>
              <w:rPr>
                <w:rFonts w:cs="Times New Roman"/>
                <w:color w:val="000000"/>
              </w:rPr>
              <w:t>- Giữ gìn cảnh đẹp quê hương.</w:t>
            </w:r>
          </w:p>
          <w:p w:rsidR="008D2446" w:rsidRDefault="008D2446" w:rsidP="00220EA7">
            <w:pPr>
              <w:spacing w:line="276" w:lineRule="auto"/>
              <w:jc w:val="both"/>
            </w:pPr>
            <w:r>
              <w:rPr>
                <w:rFonts w:cs="Times New Roman"/>
                <w:color w:val="000000"/>
              </w:rPr>
              <w:t>- Yêu biển, yêu núi, yêu đồng ruộng.</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lastRenderedPageBreak/>
              <w:t>- GV nhận xét, tuyên dương HS.</w:t>
            </w:r>
          </w:p>
          <w:p w:rsidR="008D2446" w:rsidRDefault="008D2446" w:rsidP="00220EA7">
            <w:pPr>
              <w:spacing w:line="276" w:lineRule="auto"/>
              <w:jc w:val="both"/>
            </w:pPr>
            <w:r>
              <w:rPr>
                <w:rFonts w:cs="Times New Roman"/>
                <w:color w:val="000000"/>
              </w:rPr>
              <w:t>- Kết luận: Biết yêu quê hương, giữ gìn môi trường và sống biết ơn là những việc làm rất đẹp mà mỗi học sinh cần thực hiện hằng ngày.</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4. Vận dụng trải nghiệm - Hoạt động 6: Nói về nơi em thích nhất ở Việt Nam</w:t>
            </w:r>
          </w:p>
          <w:p w:rsidR="008D2446" w:rsidRDefault="008D2446" w:rsidP="00220EA7">
            <w:pPr>
              <w:spacing w:line="276" w:lineRule="auto"/>
              <w:jc w:val="both"/>
            </w:pPr>
            <w:r>
              <w:rPr>
                <w:rFonts w:cs="Times New Roman"/>
                <w:b/>
                <w:color w:val="000000"/>
              </w:rPr>
              <w:t>Mục tiêu: Giúp HS mạnh dạn nói về cảnh đẹp em thích và bày tỏ tình cảm với quê hương đất nước.</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cho HS thảo luận nhóm 4: Em thích nhất nơi nào ở Việt Nam? Vì sao?</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thảo luận nhóm 4.</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gợi ý:</w:t>
            </w:r>
          </w:p>
          <w:p w:rsidR="008D2446" w:rsidRDefault="008D2446" w:rsidP="00220EA7">
            <w:pPr>
              <w:spacing w:line="276" w:lineRule="auto"/>
              <w:jc w:val="both"/>
            </w:pPr>
            <w:r>
              <w:rPr>
                <w:rFonts w:cs="Times New Roman"/>
                <w:color w:val="000000"/>
              </w:rPr>
              <w:t>- Em thích biển.</w:t>
            </w:r>
          </w:p>
          <w:p w:rsidR="008D2446" w:rsidRDefault="008D2446" w:rsidP="00220EA7">
            <w:pPr>
              <w:spacing w:line="276" w:lineRule="auto"/>
              <w:jc w:val="both"/>
            </w:pPr>
            <w:r>
              <w:rPr>
                <w:rFonts w:cs="Times New Roman"/>
                <w:color w:val="000000"/>
              </w:rPr>
              <w:t>- Em thích ruộng bậc thang.</w:t>
            </w:r>
          </w:p>
          <w:p w:rsidR="008D2446" w:rsidRDefault="008D2446" w:rsidP="00220EA7">
            <w:pPr>
              <w:spacing w:line="276" w:lineRule="auto"/>
              <w:jc w:val="both"/>
            </w:pPr>
            <w:r>
              <w:rPr>
                <w:rFonts w:cs="Times New Roman"/>
                <w:color w:val="000000"/>
              </w:rPr>
              <w:t>- Em thích quê em.</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 gợi ý.</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đại diện một số nhóm trình bày.</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Đại diện nhóm trình bày:</w:t>
            </w:r>
          </w:p>
          <w:p w:rsidR="008D2446" w:rsidRDefault="008D2446" w:rsidP="00220EA7">
            <w:pPr>
              <w:spacing w:line="276" w:lineRule="auto"/>
              <w:jc w:val="both"/>
            </w:pPr>
            <w:r>
              <w:rPr>
                <w:rFonts w:cs="Times New Roman"/>
                <w:color w:val="000000"/>
              </w:rPr>
              <w:t>- Em thích biển vì biển rất đẹp.</w:t>
            </w:r>
          </w:p>
          <w:p w:rsidR="008D2446" w:rsidRDefault="008D2446" w:rsidP="00220EA7">
            <w:pPr>
              <w:spacing w:line="276" w:lineRule="auto"/>
              <w:jc w:val="both"/>
            </w:pPr>
            <w:r>
              <w:rPr>
                <w:rFonts w:cs="Times New Roman"/>
                <w:color w:val="000000"/>
              </w:rPr>
              <w:t>- Em thích ruộng bậc thang vì rất đặc biệt.</w:t>
            </w:r>
          </w:p>
          <w:p w:rsidR="008D2446" w:rsidRDefault="008D2446" w:rsidP="00220EA7">
            <w:pPr>
              <w:spacing w:line="276" w:lineRule="auto"/>
              <w:jc w:val="both"/>
            </w:pPr>
            <w:r>
              <w:rPr>
                <w:rFonts w:cs="Times New Roman"/>
                <w:color w:val="000000"/>
              </w:rPr>
              <w:t>- Em thích quê em vì có nhiều cây xanh và cánh đồng đẹp.</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mời HS khác nhận xét, bổ sung.</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nhận xét, bổ sung.</w:t>
            </w:r>
          </w:p>
        </w:tc>
      </w:tr>
      <w:tr w:rsidR="008D2446" w:rsidTr="00942269">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khuyến khích HS biết yêu quý cảnh đẹp đất nước.</w:t>
            </w:r>
          </w:p>
          <w:p w:rsidR="008D2446" w:rsidRDefault="008D2446" w:rsidP="00220EA7">
            <w:pPr>
              <w:spacing w:line="276" w:lineRule="auto"/>
              <w:jc w:val="both"/>
            </w:pPr>
            <w:r>
              <w:rPr>
                <w:rFonts w:cs="Times New Roman"/>
                <w:color w:val="000000"/>
              </w:rPr>
              <w:t>- Kết luận: Đất nước ta có rất nhiều cảnh đẹp. Biết yêu vẻ đẹp ấy chính là một cách thể hiện tình yêu quê hương, đất nước.</w:t>
            </w:r>
          </w:p>
        </w:tc>
        <w:tc>
          <w:tcPr>
            <w:tcW w:w="5017" w:type="dxa"/>
            <w:tcBorders>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b/>
                <w:color w:val="000000"/>
              </w:rPr>
              <w:t>5. Củng cố, dặn dò</w:t>
            </w:r>
          </w:p>
          <w:p w:rsidR="008D2446" w:rsidRDefault="008D2446" w:rsidP="00220EA7">
            <w:pPr>
              <w:spacing w:line="276" w:lineRule="auto"/>
              <w:jc w:val="both"/>
            </w:pPr>
            <w:r>
              <w:rPr>
                <w:rFonts w:cs="Times New Roman"/>
                <w:b/>
                <w:color w:val="000000"/>
              </w:rPr>
              <w:t>Mục tiêu: Giúp HS khắc sâu nội dung luyện tập tuần 34 và có ý thức vận dụng vào cuộc sống.</w:t>
            </w:r>
          </w:p>
        </w:tc>
      </w:tr>
      <w:tr w:rsidR="008D2446" w:rsidTr="00942269">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hỏi: Qua bài luyện tập tuần 34, em nhớ nhất điều gì?</w:t>
            </w:r>
          </w:p>
        </w:tc>
        <w:tc>
          <w:tcPr>
            <w:tcW w:w="5017" w:type="dxa"/>
            <w:tcBorders>
              <w:top w:val="single" w:sz="4" w:space="0" w:color="auto"/>
            </w:tcBorders>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trả lời theo ý hiểu.</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nhận xét ưu, khuyết điểm của hai tiết học.</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lắng nghe.</w:t>
            </w:r>
          </w:p>
        </w:tc>
      </w:tr>
      <w:tr w:rsidR="008D2446" w:rsidTr="00942269">
        <w:trPr>
          <w:jc w:val="center"/>
        </w:trPr>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GV dặn HS biết yêu quê hương, biết giữ gìn môi trường và sống biết ơn.</w:t>
            </w:r>
          </w:p>
        </w:tc>
        <w:tc>
          <w:tcPr>
            <w:tcW w:w="5017" w:type="dxa"/>
            <w:shd w:val="clear" w:color="auto" w:fill="auto"/>
            <w:tcMar>
              <w:top w:w="70" w:type="dxa"/>
              <w:left w:w="90" w:type="dxa"/>
              <w:bottom w:w="70" w:type="dxa"/>
              <w:right w:w="90" w:type="dxa"/>
            </w:tcMar>
            <w:vAlign w:val="center"/>
          </w:tcPr>
          <w:p w:rsidR="008D2446" w:rsidRDefault="008D2446" w:rsidP="00220EA7">
            <w:pPr>
              <w:spacing w:line="276" w:lineRule="auto"/>
              <w:jc w:val="both"/>
            </w:pPr>
            <w:r>
              <w:rPr>
                <w:rFonts w:cs="Times New Roman"/>
                <w:color w:val="000000"/>
              </w:rPr>
              <w:t>- HS ghi nhớ.</w:t>
            </w:r>
          </w:p>
        </w:tc>
      </w:tr>
    </w:tbl>
    <w:p w:rsidR="008D2446" w:rsidRDefault="008D2446" w:rsidP="008D2446">
      <w:pPr>
        <w:spacing w:line="276" w:lineRule="auto"/>
        <w:jc w:val="both"/>
      </w:pPr>
      <w:r>
        <w:rPr>
          <w:rFonts w:cs="Times New Roman"/>
          <w:b/>
          <w:color w:val="000000"/>
        </w:rPr>
        <w:t>IV. ĐIỀU CHỈNH SAU BÀI DẠY</w:t>
      </w:r>
    </w:p>
    <w:p w:rsidR="008D2446" w:rsidRDefault="008D2446" w:rsidP="008D2446">
      <w:pPr>
        <w:spacing w:line="276" w:lineRule="auto"/>
        <w:jc w:val="both"/>
      </w:pPr>
      <w:r>
        <w:rPr>
          <w:rFonts w:cs="Times New Roman"/>
          <w:color w:val="000000"/>
        </w:rPr>
        <w:t>..............................................................................................................................................</w:t>
      </w:r>
    </w:p>
    <w:p w:rsidR="008D2446" w:rsidRDefault="008D2446" w:rsidP="008D2446">
      <w:pPr>
        <w:spacing w:line="276" w:lineRule="auto"/>
        <w:jc w:val="both"/>
      </w:pPr>
      <w:r>
        <w:rPr>
          <w:rFonts w:cs="Times New Roman"/>
          <w:color w:val="000000"/>
        </w:rPr>
        <w:t>..............................................................................................................................................</w:t>
      </w:r>
    </w:p>
    <w:p w:rsidR="008D2446" w:rsidRDefault="008D2446" w:rsidP="00BF4EE0">
      <w:pPr>
        <w:spacing w:line="276" w:lineRule="auto"/>
        <w:jc w:val="both"/>
      </w:pPr>
      <w:r>
        <w:rPr>
          <w:rFonts w:cs="Times New Roman"/>
          <w:color w:val="000000"/>
        </w:rPr>
        <w:t>..............................................................................................................................................</w:t>
      </w:r>
      <w:bookmarkStart w:id="0" w:name="_GoBack"/>
      <w:bookmarkEnd w:id="0"/>
    </w:p>
    <w:p w:rsidR="00BF4EE0" w:rsidRDefault="00BF4EE0" w:rsidP="00BF4EE0">
      <w:pPr>
        <w:spacing w:line="276" w:lineRule="auto"/>
        <w:jc w:val="both"/>
      </w:pPr>
    </w:p>
    <w:p w:rsidR="00BF4EE0" w:rsidRDefault="00BF4EE0" w:rsidP="00BF4EE0">
      <w:pPr>
        <w:spacing w:line="276" w:lineRule="auto"/>
        <w:jc w:val="both"/>
      </w:pPr>
    </w:p>
    <w:p w:rsidR="00AD020F" w:rsidRDefault="00AD020F">
      <w:pPr>
        <w:spacing w:line="276" w:lineRule="auto"/>
        <w:jc w:val="both"/>
      </w:pPr>
    </w:p>
    <w:sectPr w:rsidR="00AD020F"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D5F80"/>
    <w:rsid w:val="0055263E"/>
    <w:rsid w:val="008D2446"/>
    <w:rsid w:val="00942269"/>
    <w:rsid w:val="00AA1D8D"/>
    <w:rsid w:val="00AD020F"/>
    <w:rsid w:val="00B47730"/>
    <w:rsid w:val="00BF4EE0"/>
    <w:rsid w:val="00CB0664"/>
    <w:rsid w:val="00D64EC4"/>
    <w:rsid w:val="00F234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42269"/>
    <w:rPr>
      <w:rFonts w:ascii="Tahoma" w:hAnsi="Tahoma" w:cs="Tahoma"/>
      <w:sz w:val="16"/>
      <w:szCs w:val="16"/>
    </w:rPr>
  </w:style>
  <w:style w:type="character" w:customStyle="1" w:styleId="BalloonTextChar">
    <w:name w:val="Balloon Text Char"/>
    <w:basedOn w:val="DefaultParagraphFont"/>
    <w:link w:val="BalloonText"/>
    <w:uiPriority w:val="99"/>
    <w:semiHidden/>
    <w:rsid w:val="0094226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42269"/>
    <w:rPr>
      <w:rFonts w:ascii="Tahoma" w:hAnsi="Tahoma" w:cs="Tahoma"/>
      <w:sz w:val="16"/>
      <w:szCs w:val="16"/>
    </w:rPr>
  </w:style>
  <w:style w:type="character" w:customStyle="1" w:styleId="BalloonTextChar">
    <w:name w:val="Balloon Text Char"/>
    <w:basedOn w:val="DefaultParagraphFont"/>
    <w:link w:val="BalloonText"/>
    <w:uiPriority w:val="99"/>
    <w:semiHidden/>
    <w:rsid w:val="0094226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3E592-8A5E-447B-8619-410DC9D5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7428</Words>
  <Characters>42346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Iamp Iamp</cp:lastModifiedBy>
  <cp:revision>5</cp:revision>
  <dcterms:created xsi:type="dcterms:W3CDTF">2026-06-03T20:32:00Z</dcterms:created>
  <dcterms:modified xsi:type="dcterms:W3CDTF">2026-08-19T03:32:00Z</dcterms:modified>
  <cp:category/>
</cp:coreProperties>
</file>