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DD6" w:rsidRDefault="00A669BC">
      <w:pPr>
        <w:jc w:val="center"/>
      </w:pPr>
      <w:r>
        <w:rPr>
          <w:b/>
        </w:rPr>
        <w:t>KẾ HOẠCH BÀI DẠY MÔN HOẠT ĐỘNG TRẢI NGHIỆM LỚP 2</w:t>
      </w:r>
    </w:p>
    <w:p w:rsidR="00BD1DD6" w:rsidRDefault="00A669BC">
      <w:pPr>
        <w:jc w:val="center"/>
      </w:pPr>
      <w:r>
        <w:rPr>
          <w:b/>
        </w:rPr>
        <w:t>CHỦ ĐỀ 8: MÔI TRƯỜNG QUANH EM</w:t>
      </w:r>
    </w:p>
    <w:p w:rsidR="00BD1DD6" w:rsidRDefault="00A669BC">
      <w:pPr>
        <w:jc w:val="center"/>
      </w:pPr>
      <w:r>
        <w:rPr>
          <w:b/>
        </w:rPr>
        <w:t>TUẦN 29: TIẾT 1</w:t>
      </w:r>
    </w:p>
    <w:p w:rsidR="00BD1DD6" w:rsidRDefault="00A669BC">
      <w:pPr>
        <w:jc w:val="center"/>
      </w:pPr>
      <w:r>
        <w:rPr>
          <w:b/>
        </w:rPr>
        <w:t>SINH HOẠT DƯỚI CỜ: NGÀY HỘI “CHUNG TAY BẢO VỆ CẢNH QUAN QUÊ HƯƠNG”</w:t>
      </w:r>
    </w:p>
    <w:p w:rsidR="00BD1DD6" w:rsidRDefault="00A669BC">
      <w:r>
        <w:t>Thời gian thực hiện: ...</w:t>
      </w:r>
    </w:p>
    <w:p w:rsidR="00BD1DD6" w:rsidRDefault="00A669BC">
      <w:r>
        <w:rPr>
          <w:b/>
        </w:rPr>
        <w:t>I. YÊU CẦU CẦN ĐẠT:</w:t>
      </w:r>
    </w:p>
    <w:p w:rsidR="00BD1DD6" w:rsidRDefault="00A669BC">
      <w:r>
        <w:rPr>
          <w:b/>
        </w:rPr>
        <w:t>1. Năng lực đặc thù</w:t>
      </w:r>
    </w:p>
    <w:p w:rsidR="00BD1DD6" w:rsidRDefault="00A669BC">
      <w:r>
        <w:t>- HS hiểu cảnh quan là tài sản chung cần được chăm sóc, bảo vệ.</w:t>
      </w:r>
    </w:p>
    <w:p w:rsidR="00BD1DD6" w:rsidRDefault="00A669BC">
      <w:r>
        <w:t>- HS tham gia ngày hội theo các góc trải nghiệm và đề xuất việc làm bảo vệ cảnh quan.</w:t>
      </w:r>
    </w:p>
    <w:p w:rsidR="00BD1DD6" w:rsidRDefault="00A669BC">
      <w:r>
        <w:t>- HS biết phối hợp, giữ an toàn, vệ sinh và giao tiếp văn minh.</w:t>
      </w:r>
    </w:p>
    <w:p w:rsidR="00BD1DD6" w:rsidRDefault="00A669BC">
      <w:r>
        <w:rPr>
          <w:b/>
        </w:rPr>
        <w:t>2. Năng lực chung</w:t>
      </w:r>
    </w:p>
    <w:p w:rsidR="00BD1DD6" w:rsidRDefault="00A669BC">
      <w:r>
        <w:t>- Biết tự điều chỉnh hành vi, cảm xúc và chủ động thực hiện nhiệm vụ được giao.</w:t>
      </w:r>
    </w:p>
    <w:p w:rsidR="00BD1DD6" w:rsidRDefault="00A669BC">
      <w:r>
        <w:t>- Biết lắng nghe, trao đổi, phối hợp và tôn trọng ý kiến của bạn.</w:t>
      </w:r>
    </w:p>
    <w:p w:rsidR="00BD1DD6" w:rsidRDefault="00A669BC">
      <w:r>
        <w:t>- Biết lựa chọn cách xử lí phù hợp, đề xuất việc làm vừa sức và an toàn.</w:t>
      </w:r>
    </w:p>
    <w:p w:rsidR="00BD1DD6" w:rsidRDefault="00A669BC">
      <w:r>
        <w:rPr>
          <w:b/>
        </w:rPr>
        <w:t>3. Phẩm chất</w:t>
      </w:r>
    </w:p>
    <w:p w:rsidR="00BD1DD6" w:rsidRDefault="00A669BC">
      <w:r>
        <w:t>- Yêu nước: Yêu quý và có trách nhiệm với cảnh đẹp quê hương.</w:t>
      </w:r>
    </w:p>
    <w:p w:rsidR="00BD1DD6" w:rsidRDefault="00A669BC">
      <w:r>
        <w:t>- Trách nhiệm: Tự giác thực hiện nội quy, bảo vệ của chung.</w:t>
      </w:r>
    </w:p>
    <w:p w:rsidR="00BD1DD6" w:rsidRDefault="00A669BC">
      <w:r>
        <w:rPr>
          <w:b/>
        </w:rPr>
        <w:t>II. CHUẨN BỊ:</w:t>
      </w:r>
    </w:p>
    <w:p w:rsidR="00BD1DD6" w:rsidRDefault="00A669BC">
      <w:r>
        <w:t>- GV: Kế hoạch ngày hội; sân khấu; góc phân loại rác, chăm cây, thông điệp xanh; dụng cụ an toàn; tranh ảnh cảnh quan.</w:t>
      </w:r>
    </w:p>
    <w:p w:rsidR="00BD1DD6" w:rsidRDefault="00A669BC">
      <w:r>
        <w:t>- HS: Găng tay/dụng cụ theo phân công; bưu thiếp cảnh đẹp; một thông điệp bảo vệ cảnh quan.</w:t>
      </w:r>
    </w:p>
    <w:p w:rsidR="00BD1DD6" w:rsidRDefault="00A669BC">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907"/>
        <w:gridCol w:w="4721"/>
      </w:tblGrid>
      <w:tr w:rsidR="00BD1DD6" w:rsidTr="002139AE">
        <w:trPr>
          <w:cantSplit/>
          <w:tblHeader/>
          <w:jc w:val="center"/>
        </w:trPr>
        <w:tc>
          <w:tcPr>
            <w:tcW w:w="4907"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GIÁO VIÊN</w:t>
            </w:r>
          </w:p>
        </w:tc>
        <w:tc>
          <w:tcPr>
            <w:tcW w:w="4721"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HỌC SINH</w:t>
            </w:r>
          </w:p>
        </w:tc>
      </w:tr>
      <w:tr w:rsidR="00BD1DD6" w:rsidTr="002139AE">
        <w:trPr>
          <w:cantSplit/>
          <w:jc w:val="center"/>
        </w:trPr>
        <w:tc>
          <w:tcPr>
            <w:tcW w:w="9628"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1. TRƯỚC BUỔI TRẢI NGHIỆM (THỰC HIỆN TRƯỚC BUỔI SINH HOẠT)</w:t>
            </w:r>
          </w:p>
          <w:p w:rsidR="00BD1DD6" w:rsidRDefault="00A669BC">
            <w:r>
              <w:rPr>
                <w:b/>
              </w:rPr>
              <w:t xml:space="preserve">- Mục tiêu: </w:t>
            </w:r>
            <w:r>
              <w:t>Chuẩn bị các góc hoạt động, phân công nhân sự, dụng cụ, nội quy và phương án an toàn.</w:t>
            </w:r>
          </w:p>
          <w:p w:rsidR="00BD1DD6" w:rsidRDefault="00A669BC">
            <w:r>
              <w:rPr>
                <w:b/>
                <w:i/>
              </w:rPr>
              <w:t>* Cách tiến hành:</w:t>
            </w:r>
          </w:p>
        </w:tc>
      </w:tr>
      <w:tr w:rsidR="00BD1DD6" w:rsidTr="002139AE">
        <w:trPr>
          <w:cantSplit/>
          <w:jc w:val="center"/>
        </w:trPr>
        <w:tc>
          <w:tcPr>
            <w:tcW w:w="4907" w:type="dxa"/>
            <w:tcBorders>
              <w:top w:val="single" w:sz="6" w:space="0" w:color="000000"/>
            </w:tcBorders>
            <w:shd w:val="clear" w:color="auto" w:fill="auto"/>
            <w:tcMar>
              <w:top w:w="40" w:type="dxa"/>
              <w:left w:w="70" w:type="dxa"/>
              <w:bottom w:w="40" w:type="dxa"/>
              <w:right w:w="70" w:type="dxa"/>
            </w:tcMar>
          </w:tcPr>
          <w:p w:rsidR="00BD1DD6" w:rsidRDefault="00A669BC">
            <w:r>
              <w:t>- Nhà trường thiết kế ngày hội theo ba góc: “Phân loại đúng”, “Chăm cây an toàn”, “Thông điệp xanh”.</w:t>
            </w:r>
          </w:p>
        </w:tc>
        <w:tc>
          <w:tcPr>
            <w:tcW w:w="4721" w:type="dxa"/>
            <w:tcBorders>
              <w:top w:val="single" w:sz="6" w:space="0" w:color="000000"/>
            </w:tcBorders>
            <w:shd w:val="clear" w:color="auto" w:fill="auto"/>
            <w:tcMar>
              <w:top w:w="40" w:type="dxa"/>
              <w:left w:w="70" w:type="dxa"/>
              <w:bottom w:w="40" w:type="dxa"/>
              <w:right w:w="70" w:type="dxa"/>
            </w:tcMar>
          </w:tcPr>
          <w:p w:rsidR="00BD1DD6" w:rsidRDefault="00A669BC">
            <w:r>
              <w:t>- Các lớp nhận góc phụ trách, chuẩn bị sản phẩm và dụng cụ.</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GV hướng dẫn sử dụng dụng cụ vừa sức; loại bỏ vật sắc nhọn, hóa chất và công việc nguy hiểm.</w:t>
            </w:r>
          </w:p>
        </w:tc>
        <w:tc>
          <w:tcPr>
            <w:tcW w:w="4721" w:type="dxa"/>
            <w:shd w:val="clear" w:color="auto" w:fill="auto"/>
            <w:tcMar>
              <w:top w:w="40" w:type="dxa"/>
              <w:left w:w="70" w:type="dxa"/>
              <w:bottom w:w="40" w:type="dxa"/>
              <w:right w:w="70" w:type="dxa"/>
            </w:tcMar>
          </w:tcPr>
          <w:p w:rsidR="00BD1DD6" w:rsidRDefault="00A669BC">
            <w:r>
              <w:t>- HS ghi nhớ chỉ thực hiện nhiệm vụ được phân công.</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GV thống nhất cách luân phiên giữa các góc, vị trí xếp hàng và nơi bỏ rác.</w:t>
            </w:r>
          </w:p>
        </w:tc>
        <w:tc>
          <w:tcPr>
            <w:tcW w:w="4721" w:type="dxa"/>
            <w:shd w:val="clear" w:color="auto" w:fill="auto"/>
            <w:tcMar>
              <w:top w:w="40" w:type="dxa"/>
              <w:left w:w="70" w:type="dxa"/>
              <w:bottom w:w="40" w:type="dxa"/>
              <w:right w:w="70" w:type="dxa"/>
            </w:tcMar>
          </w:tcPr>
          <w:p w:rsidR="00BD1DD6" w:rsidRDefault="00A669BC">
            <w:r>
              <w:t>- HS chuẩn bị thẻ nhóm, ghi nhớ lộ trình.</w:t>
            </w:r>
          </w:p>
        </w:tc>
      </w:tr>
      <w:tr w:rsidR="00BD1DD6" w:rsidTr="002139AE">
        <w:trPr>
          <w:cantSplit/>
          <w:jc w:val="center"/>
        </w:trPr>
        <w:tc>
          <w:tcPr>
            <w:tcW w:w="4907" w:type="dxa"/>
            <w:tcBorders>
              <w:bottom w:val="single" w:sz="6" w:space="0" w:color="000000"/>
            </w:tcBorders>
            <w:shd w:val="clear" w:color="auto" w:fill="auto"/>
            <w:tcMar>
              <w:top w:w="40" w:type="dxa"/>
              <w:left w:w="70" w:type="dxa"/>
              <w:bottom w:w="40" w:type="dxa"/>
              <w:right w:w="70" w:type="dxa"/>
            </w:tcMar>
          </w:tcPr>
          <w:p w:rsidR="00BD1DD6" w:rsidRDefault="00A669BC">
            <w:r>
              <w:t>- GV chọn bưu thiếp, tranh hoặc thông điệp tiêu biểu để trưng bày trên sân khấu.</w:t>
            </w:r>
          </w:p>
        </w:tc>
        <w:tc>
          <w:tcPr>
            <w:tcW w:w="4721" w:type="dxa"/>
            <w:tcBorders>
              <w:bottom w:val="single" w:sz="6" w:space="0" w:color="000000"/>
            </w:tcBorders>
            <w:shd w:val="clear" w:color="auto" w:fill="auto"/>
            <w:tcMar>
              <w:top w:w="40" w:type="dxa"/>
              <w:left w:w="70" w:type="dxa"/>
              <w:bottom w:w="40" w:type="dxa"/>
              <w:right w:w="70" w:type="dxa"/>
            </w:tcMar>
          </w:tcPr>
          <w:p w:rsidR="00BD1DD6" w:rsidRDefault="00A669BC">
            <w:r>
              <w:t>- HS hoàn thiện sản phẩm và tập giới thiệu ngắn.</w:t>
            </w:r>
          </w:p>
        </w:tc>
      </w:tr>
      <w:tr w:rsidR="00BD1DD6" w:rsidTr="002139AE">
        <w:trPr>
          <w:cantSplit/>
          <w:jc w:val="center"/>
        </w:trPr>
        <w:tc>
          <w:tcPr>
            <w:tcW w:w="9628"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2. TRONG BUỔI TRẢI NGHIỆM (35 PHÚT)</w:t>
            </w:r>
          </w:p>
          <w:p w:rsidR="00BD1DD6" w:rsidRDefault="00A669BC">
            <w:r>
              <w:rPr>
                <w:b/>
              </w:rPr>
              <w:t xml:space="preserve">- Mục tiêu: </w:t>
            </w:r>
            <w:r>
              <w:t>HS tham gia ngày hội, thực hành việc làm bảo vệ cảnh quan và cam kết hành động.</w:t>
            </w:r>
          </w:p>
          <w:p w:rsidR="00BD1DD6" w:rsidRDefault="00A669BC">
            <w:r>
              <w:rPr>
                <w:b/>
                <w:i/>
              </w:rPr>
              <w:t>* Cách tiến hành:</w:t>
            </w:r>
          </w:p>
        </w:tc>
      </w:tr>
      <w:tr w:rsidR="00BD1DD6" w:rsidTr="002139AE">
        <w:trPr>
          <w:cantSplit/>
          <w:jc w:val="center"/>
        </w:trPr>
        <w:tc>
          <w:tcPr>
            <w:tcW w:w="4907" w:type="dxa"/>
            <w:tcBorders>
              <w:top w:val="single" w:sz="6" w:space="0" w:color="000000"/>
            </w:tcBorders>
            <w:shd w:val="clear" w:color="auto" w:fill="auto"/>
            <w:tcMar>
              <w:top w:w="40" w:type="dxa"/>
              <w:left w:w="70" w:type="dxa"/>
              <w:bottom w:w="40" w:type="dxa"/>
              <w:right w:w="70" w:type="dxa"/>
            </w:tcMar>
          </w:tcPr>
          <w:p w:rsidR="00BD1DD6" w:rsidRDefault="00A669BC">
            <w:r>
              <w:t>Nghi lễ – Dẫn dắt (7 phút)</w:t>
            </w:r>
            <w:r>
              <w:br/>
              <w:t>- GV/TPT tổ chức chào cờ, nhận xét thi đua và giới thiệu ngày hội.</w:t>
            </w:r>
          </w:p>
        </w:tc>
        <w:tc>
          <w:tcPr>
            <w:tcW w:w="4721" w:type="dxa"/>
            <w:tcBorders>
              <w:top w:val="single" w:sz="6" w:space="0" w:color="000000"/>
            </w:tcBorders>
            <w:shd w:val="clear" w:color="auto" w:fill="auto"/>
            <w:tcMar>
              <w:top w:w="40" w:type="dxa"/>
              <w:left w:w="70" w:type="dxa"/>
              <w:bottom w:w="40" w:type="dxa"/>
              <w:right w:w="70" w:type="dxa"/>
            </w:tcMar>
          </w:tcPr>
          <w:p w:rsidR="00BD1DD6" w:rsidRDefault="00A669BC">
            <w:r>
              <w:t>- HS thực hiện nghi lễ, lắng nghe và tập trung theo nhóm.</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lastRenderedPageBreak/>
              <w:t>- GV hỏi: “Cảnh quan nào là của chung? Điều gì sẽ xảy ra nếu ai cũng xả rác, bẻ cây?”.</w:t>
            </w:r>
          </w:p>
        </w:tc>
        <w:tc>
          <w:tcPr>
            <w:tcW w:w="4721" w:type="dxa"/>
            <w:shd w:val="clear" w:color="auto" w:fill="auto"/>
            <w:tcMar>
              <w:top w:w="40" w:type="dxa"/>
              <w:left w:w="70" w:type="dxa"/>
              <w:bottom w:w="40" w:type="dxa"/>
              <w:right w:w="70" w:type="dxa"/>
            </w:tcMar>
          </w:tcPr>
          <w:p w:rsidR="00BD1DD6" w:rsidRDefault="00A669BC">
            <w:r>
              <w:t>- HS trả lời, nêu hậu quả và trách nhiệm của mỗi người.</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Hoạt động sân khấu (8 phút)</w:t>
            </w:r>
            <w:r>
              <w:br/>
              <w:t>- GV/HS giới thiệu tranh, bưu thiếp và tiểu phẩm ngắn về hành vi đúng – sai khi tham quan.</w:t>
            </w:r>
          </w:p>
          <w:p w:rsidR="00BD1DD6" w:rsidRDefault="00BD1DD6">
            <w:pPr>
              <w:jc w:val="center"/>
            </w:pPr>
          </w:p>
        </w:tc>
        <w:tc>
          <w:tcPr>
            <w:tcW w:w="4721" w:type="dxa"/>
            <w:shd w:val="clear" w:color="auto" w:fill="auto"/>
            <w:tcMar>
              <w:top w:w="40" w:type="dxa"/>
              <w:left w:w="70" w:type="dxa"/>
              <w:bottom w:w="40" w:type="dxa"/>
              <w:right w:w="70" w:type="dxa"/>
            </w:tcMar>
          </w:tcPr>
          <w:p w:rsidR="00BD1DD6" w:rsidRDefault="00A669BC">
            <w:r>
              <w:t>- HS theo dõi, nhận xét và nêu cách sửa hành vi.</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Hoạt động góc – Ngày hội (15 phút)</w:t>
            </w:r>
            <w:r>
              <w:br/>
              <w:t>- GV điều phối nhóm luân phiên qua góc phân loại rác, chăm cây và viết thông điệp.</w:t>
            </w:r>
          </w:p>
        </w:tc>
        <w:tc>
          <w:tcPr>
            <w:tcW w:w="4721" w:type="dxa"/>
            <w:shd w:val="clear" w:color="auto" w:fill="auto"/>
            <w:tcMar>
              <w:top w:w="40" w:type="dxa"/>
              <w:left w:w="70" w:type="dxa"/>
              <w:bottom w:w="40" w:type="dxa"/>
              <w:right w:w="70" w:type="dxa"/>
            </w:tcMar>
          </w:tcPr>
          <w:p w:rsidR="00BD1DD6" w:rsidRDefault="00A669BC">
            <w:r>
              <w:t>- HS xếp hàng, thực hiện nhiệm vụ, hợp tác và giữ an toàn.</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Tại góc phân loại rác, GV yêu cầu HS chọn thùng phù hợp và giải thích.</w:t>
            </w:r>
          </w:p>
        </w:tc>
        <w:tc>
          <w:tcPr>
            <w:tcW w:w="4721" w:type="dxa"/>
            <w:shd w:val="clear" w:color="auto" w:fill="auto"/>
            <w:tcMar>
              <w:top w:w="40" w:type="dxa"/>
              <w:left w:w="70" w:type="dxa"/>
              <w:bottom w:w="40" w:type="dxa"/>
              <w:right w:w="70" w:type="dxa"/>
            </w:tcMar>
          </w:tcPr>
          <w:p w:rsidR="00BD1DD6" w:rsidRDefault="00A669BC">
            <w:r>
              <w:t>- HS phân loại, nêu lí do và sửa nếu nhầm.</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Tại góc chăm cây, GV hướng dẫn tưới vừa đủ, nhặt lá khô, không giẫm bồn cây.</w:t>
            </w:r>
          </w:p>
        </w:tc>
        <w:tc>
          <w:tcPr>
            <w:tcW w:w="4721" w:type="dxa"/>
            <w:shd w:val="clear" w:color="auto" w:fill="auto"/>
            <w:tcMar>
              <w:top w:w="40" w:type="dxa"/>
              <w:left w:w="70" w:type="dxa"/>
              <w:bottom w:w="40" w:type="dxa"/>
              <w:right w:w="70" w:type="dxa"/>
            </w:tcMar>
          </w:tcPr>
          <w:p w:rsidR="00BD1DD6" w:rsidRDefault="00A669BC">
            <w:r>
              <w:t>- HS thực hành theo nhóm, cất dụng cụ đúng nơi.</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Tại góc thông điệp xanh, GV yêu cầu viết một câu ngắn, tích cực và dễ thực hiện.</w:t>
            </w:r>
          </w:p>
        </w:tc>
        <w:tc>
          <w:tcPr>
            <w:tcW w:w="4721" w:type="dxa"/>
            <w:shd w:val="clear" w:color="auto" w:fill="auto"/>
            <w:tcMar>
              <w:top w:w="40" w:type="dxa"/>
              <w:left w:w="70" w:type="dxa"/>
              <w:bottom w:w="40" w:type="dxa"/>
              <w:right w:w="70" w:type="dxa"/>
            </w:tcMar>
          </w:tcPr>
          <w:p w:rsidR="00BD1DD6" w:rsidRDefault="00A669BC">
            <w:r>
              <w:t>- HS viết, đọc thông điệp và dán lên cây cam kết.</w:t>
            </w:r>
          </w:p>
        </w:tc>
      </w:tr>
      <w:tr w:rsidR="00BD1DD6" w:rsidTr="002139AE">
        <w:trPr>
          <w:cantSplit/>
          <w:jc w:val="center"/>
        </w:trPr>
        <w:tc>
          <w:tcPr>
            <w:tcW w:w="4907" w:type="dxa"/>
            <w:tcBorders>
              <w:bottom w:val="single" w:sz="6" w:space="0" w:color="000000"/>
            </w:tcBorders>
            <w:shd w:val="clear" w:color="auto" w:fill="auto"/>
            <w:tcMar>
              <w:top w:w="40" w:type="dxa"/>
              <w:left w:w="70" w:type="dxa"/>
              <w:bottom w:w="40" w:type="dxa"/>
              <w:right w:w="70" w:type="dxa"/>
            </w:tcMar>
          </w:tcPr>
          <w:p w:rsidR="00BD1DD6" w:rsidRDefault="00A669BC">
            <w:r>
              <w:t>Kết luận (5 phút)</w:t>
            </w:r>
            <w:r>
              <w:br/>
              <w:t>- GV phát động một tuần “Mỗi ngày một việc vì cảnh quan”, mời đại diện lớp nêu cam kết.</w:t>
            </w:r>
          </w:p>
        </w:tc>
        <w:tc>
          <w:tcPr>
            <w:tcW w:w="4721" w:type="dxa"/>
            <w:tcBorders>
              <w:bottom w:val="single" w:sz="6" w:space="0" w:color="000000"/>
            </w:tcBorders>
            <w:shd w:val="clear" w:color="auto" w:fill="auto"/>
            <w:tcMar>
              <w:top w:w="40" w:type="dxa"/>
              <w:left w:w="70" w:type="dxa"/>
              <w:bottom w:w="40" w:type="dxa"/>
              <w:right w:w="70" w:type="dxa"/>
            </w:tcMar>
          </w:tcPr>
          <w:p w:rsidR="00BD1DD6" w:rsidRDefault="00A669BC">
            <w:r>
              <w:t>- HS đồng thanh hưởng ứng, chọn một việc sẽ làm.</w:t>
            </w:r>
          </w:p>
        </w:tc>
      </w:tr>
      <w:tr w:rsidR="00BD1DD6" w:rsidTr="002139AE">
        <w:trPr>
          <w:cantSplit/>
          <w:jc w:val="center"/>
        </w:trPr>
        <w:tc>
          <w:tcPr>
            <w:tcW w:w="9628"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3. SAU BUỔI TRẢI NGHIỆM (THỰC HIỆN SAU BUỔI SINH HOẠT)</w:t>
            </w:r>
          </w:p>
          <w:p w:rsidR="00BD1DD6" w:rsidRDefault="00A669BC">
            <w:r>
              <w:rPr>
                <w:b/>
              </w:rPr>
              <w:t xml:space="preserve">- Mục tiêu: </w:t>
            </w:r>
            <w:r>
              <w:t>HS duy trì hành động bảo vệ cảnh quan và chuẩn bị chia sẻ ở Tiết 2.</w:t>
            </w:r>
          </w:p>
          <w:p w:rsidR="00BD1DD6" w:rsidRDefault="00A669BC">
            <w:r>
              <w:rPr>
                <w:b/>
                <w:i/>
              </w:rPr>
              <w:t>* Cách tiến hành:</w:t>
            </w:r>
          </w:p>
        </w:tc>
      </w:tr>
      <w:tr w:rsidR="00BD1DD6" w:rsidTr="002139AE">
        <w:trPr>
          <w:cantSplit/>
          <w:jc w:val="center"/>
        </w:trPr>
        <w:tc>
          <w:tcPr>
            <w:tcW w:w="4907" w:type="dxa"/>
            <w:tcBorders>
              <w:top w:val="single" w:sz="6" w:space="0" w:color="000000"/>
            </w:tcBorders>
            <w:shd w:val="clear" w:color="auto" w:fill="auto"/>
            <w:tcMar>
              <w:top w:w="40" w:type="dxa"/>
              <w:left w:w="70" w:type="dxa"/>
              <w:bottom w:w="40" w:type="dxa"/>
              <w:right w:w="70" w:type="dxa"/>
            </w:tcMar>
          </w:tcPr>
          <w:p w:rsidR="00BD1DD6" w:rsidRDefault="00A669BC">
            <w:r>
              <w:t>- GV yêu cầu lớp theo dõi một khu vực chung trong tuần và ghi nhận thay đổi.</w:t>
            </w:r>
          </w:p>
        </w:tc>
        <w:tc>
          <w:tcPr>
            <w:tcW w:w="4721" w:type="dxa"/>
            <w:tcBorders>
              <w:top w:val="single" w:sz="6" w:space="0" w:color="000000"/>
            </w:tcBorders>
            <w:shd w:val="clear" w:color="auto" w:fill="auto"/>
            <w:tcMar>
              <w:top w:w="40" w:type="dxa"/>
              <w:left w:w="70" w:type="dxa"/>
              <w:bottom w:w="40" w:type="dxa"/>
              <w:right w:w="70" w:type="dxa"/>
            </w:tcMar>
          </w:tcPr>
          <w:p w:rsidR="00BD1DD6" w:rsidRDefault="00A669BC">
            <w:r>
              <w:t>- HS thực hiện theo tổ, ghi chép ngắn.</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GV dặn HS quan sát cảnh quan gần nhà, xác định một việc cần làm và xin phép người lớn.</w:t>
            </w:r>
          </w:p>
        </w:tc>
        <w:tc>
          <w:tcPr>
            <w:tcW w:w="4721" w:type="dxa"/>
            <w:shd w:val="clear" w:color="auto" w:fill="auto"/>
            <w:tcMar>
              <w:top w:w="40" w:type="dxa"/>
              <w:left w:w="70" w:type="dxa"/>
              <w:bottom w:w="40" w:type="dxa"/>
              <w:right w:w="70" w:type="dxa"/>
            </w:tcMar>
          </w:tcPr>
          <w:p w:rsidR="00BD1DD6" w:rsidRDefault="00A669BC">
            <w:r>
              <w:t>- HS lựa chọn việc vừa sức, an toàn.</w:t>
            </w:r>
          </w:p>
        </w:tc>
      </w:tr>
      <w:tr w:rsidR="00BD1DD6" w:rsidTr="002139AE">
        <w:trPr>
          <w:cantSplit/>
          <w:jc w:val="center"/>
        </w:trPr>
        <w:tc>
          <w:tcPr>
            <w:tcW w:w="4907" w:type="dxa"/>
            <w:shd w:val="clear" w:color="auto" w:fill="auto"/>
            <w:tcMar>
              <w:top w:w="40" w:type="dxa"/>
              <w:left w:w="70" w:type="dxa"/>
              <w:bottom w:w="40" w:type="dxa"/>
              <w:right w:w="70" w:type="dxa"/>
            </w:tcMar>
          </w:tcPr>
          <w:p w:rsidR="00BD1DD6" w:rsidRDefault="00A669BC">
            <w:r>
              <w:t>- GV nhắc mang bưu thiếp hoặc ảnh chuyến tham quan để dùng trong Tiết 2.</w:t>
            </w:r>
          </w:p>
        </w:tc>
        <w:tc>
          <w:tcPr>
            <w:tcW w:w="4721" w:type="dxa"/>
            <w:shd w:val="clear" w:color="auto" w:fill="auto"/>
            <w:tcMar>
              <w:top w:w="40" w:type="dxa"/>
              <w:left w:w="70" w:type="dxa"/>
              <w:bottom w:w="40" w:type="dxa"/>
              <w:right w:w="70" w:type="dxa"/>
            </w:tcMar>
          </w:tcPr>
          <w:p w:rsidR="00BD1DD6" w:rsidRDefault="00A669BC">
            <w:r>
              <w:t>- HS chuẩn bị sản phẩm.</w:t>
            </w:r>
          </w:p>
        </w:tc>
      </w:tr>
    </w:tbl>
    <w:p w:rsidR="00BD1DD6" w:rsidRDefault="00A669BC">
      <w:r>
        <w:rPr>
          <w:b/>
        </w:rPr>
        <w:t>IV. ĐIỀU CHỈNH SAU BÀI DẠY:</w:t>
      </w:r>
    </w:p>
    <w:p w:rsidR="00BD1DD6" w:rsidRDefault="00A669BC">
      <w:r>
        <w:t>................................................................................................................</w:t>
      </w:r>
    </w:p>
    <w:p w:rsidR="00BD1DD6" w:rsidRDefault="00A669BC">
      <w:r>
        <w:t>................................................................................................................</w:t>
      </w:r>
    </w:p>
    <w:p w:rsidR="00BD1DD6" w:rsidRDefault="00A669BC">
      <w:r>
        <w:br w:type="page"/>
      </w:r>
    </w:p>
    <w:p w:rsidR="00BD1DD6" w:rsidRDefault="00A669BC">
      <w:pPr>
        <w:jc w:val="center"/>
      </w:pPr>
      <w:r>
        <w:rPr>
          <w:b/>
        </w:rPr>
        <w:lastRenderedPageBreak/>
        <w:t>KẾ HOẠCH BÀI DẠY MÔN HOẠT ĐỘNG TRẢI NGHIỆM LỚP 2</w:t>
      </w:r>
    </w:p>
    <w:p w:rsidR="00BD1DD6" w:rsidRDefault="00A669BC">
      <w:pPr>
        <w:jc w:val="center"/>
      </w:pPr>
      <w:r>
        <w:rPr>
          <w:b/>
        </w:rPr>
        <w:t>CHỦ ĐỀ 8: MÔI TRƯỜNG QUANH EM</w:t>
      </w:r>
    </w:p>
    <w:p w:rsidR="00BD1DD6" w:rsidRDefault="00A669BC">
      <w:pPr>
        <w:jc w:val="center"/>
      </w:pPr>
      <w:r>
        <w:rPr>
          <w:b/>
        </w:rPr>
        <w:t>TUẦN 29: TIẾT 2</w:t>
      </w:r>
    </w:p>
    <w:p w:rsidR="00BD1DD6" w:rsidRDefault="00A669BC">
      <w:pPr>
        <w:jc w:val="center"/>
      </w:pPr>
      <w:r>
        <w:rPr>
          <w:b/>
        </w:rPr>
        <w:t>HOẠT ĐỘNG GIÁO DỤC THEO CHỦ ĐỀ: BẢO VỆ CẢNH QUAN QUÊ EM</w:t>
      </w:r>
    </w:p>
    <w:p w:rsidR="00BD1DD6" w:rsidRDefault="00A669BC">
      <w:r>
        <w:t>Thời gian thực hiện: ...</w:t>
      </w:r>
    </w:p>
    <w:p w:rsidR="00BD1DD6" w:rsidRDefault="00A669BC">
      <w:r>
        <w:rPr>
          <w:b/>
        </w:rPr>
        <w:t>I. YÊU CẦU CẦN ĐẠT:</w:t>
      </w:r>
    </w:p>
    <w:p w:rsidR="00BD1DD6" w:rsidRDefault="00A669BC">
      <w:r>
        <w:rPr>
          <w:b/>
        </w:rPr>
        <w:t>1. Năng lực đặc thù</w:t>
      </w:r>
    </w:p>
    <w:p w:rsidR="00BD1DD6" w:rsidRDefault="00A669BC">
      <w:r>
        <w:t>- HS nhận biết cảnh quan chung và những hành vi cần thực hiện để bảo vệ.</w:t>
      </w:r>
    </w:p>
    <w:p w:rsidR="00BD1DD6" w:rsidRDefault="00A669BC">
      <w:r>
        <w:t>- HS biết phân tích tình huống, đưa ra lời khuyên và lập kế hoạch việc làm nhỏ.</w:t>
      </w:r>
    </w:p>
    <w:p w:rsidR="00BD1DD6" w:rsidRDefault="00A669BC">
      <w:r>
        <w:t>- HS biết tham gia chăm sóc cây xanh, giữ vệ sinh phù hợp với lứa tuổi.</w:t>
      </w:r>
    </w:p>
    <w:p w:rsidR="00BD1DD6" w:rsidRDefault="00A669BC">
      <w:r>
        <w:rPr>
          <w:b/>
        </w:rPr>
        <w:t>2. Năng lực chung</w:t>
      </w:r>
    </w:p>
    <w:p w:rsidR="00BD1DD6" w:rsidRDefault="00A669BC">
      <w:r>
        <w:t>- Biết tự điều chỉnh hành vi, cảm xúc và chủ động thực hiện nhiệm vụ được giao.</w:t>
      </w:r>
    </w:p>
    <w:p w:rsidR="00BD1DD6" w:rsidRDefault="00A669BC">
      <w:r>
        <w:t>- Biết lắng nghe, trao đổi, phối hợp và tôn trọng ý kiến của bạn.</w:t>
      </w:r>
    </w:p>
    <w:p w:rsidR="00BD1DD6" w:rsidRDefault="00A669BC">
      <w:r>
        <w:t>- Biết lựa chọn cách xử lí phù hợp, đề xuất việc làm vừa sức và an toàn.</w:t>
      </w:r>
    </w:p>
    <w:p w:rsidR="00BD1DD6" w:rsidRDefault="00A669BC">
      <w:r>
        <w:rPr>
          <w:b/>
        </w:rPr>
        <w:t>3. Phẩm chất</w:t>
      </w:r>
    </w:p>
    <w:p w:rsidR="00BD1DD6" w:rsidRDefault="00A669BC">
      <w:r>
        <w:t>- Yêu nước: Trân trọng cảnh quan quê hương.</w:t>
      </w:r>
    </w:p>
    <w:p w:rsidR="00BD1DD6" w:rsidRDefault="00A669BC">
      <w:r>
        <w:t>- Chăm chỉ: Tích cực thực hiện việc chăm sóc, vệ sinh.</w:t>
      </w:r>
    </w:p>
    <w:p w:rsidR="00BD1DD6" w:rsidRDefault="00A669BC">
      <w:r>
        <w:t>- Trách nhiệm: Giữ gìn của chung.</w:t>
      </w:r>
    </w:p>
    <w:p w:rsidR="00BD1DD6" w:rsidRDefault="00A669BC">
      <w:r>
        <w:rPr>
          <w:b/>
          <w:color w:val="FF0000"/>
        </w:rPr>
        <w:t>4. Tích hợp</w:t>
      </w:r>
    </w:p>
    <w:p w:rsidR="00BD1DD6" w:rsidRDefault="00A669BC">
      <w:r>
        <w:rPr>
          <w:color w:val="FF0000"/>
        </w:rPr>
        <w:t>- Tích hợp bảo vệ môi trường: Giáo dục ý thức giữ môi trường xanh - sạch - đẹp; không xả rác, biết nhặt rác bỏ đúng nơi, chăm sóc cây xanh, tiết kiệm nước; nhận thức cảnh quan chung là của mọi người và có trách nhiệm cùng giữ gìn.</w:t>
      </w:r>
    </w:p>
    <w:p w:rsidR="00BD1DD6" w:rsidRDefault="00A669BC">
      <w:r>
        <w:rPr>
          <w:color w:val="FF0000"/>
        </w:rPr>
        <w:t>- Tích hợp quyền con người: HS hiểu quyền được sống trong môi trường trong lành luôn gắn với trách nhiệm giữ gìn của chung, không xả rác và không làm hư hại cảnh quan quê hương.</w:t>
      </w:r>
    </w:p>
    <w:p w:rsidR="00BD1DD6" w:rsidRDefault="00A669BC">
      <w:r>
        <w:rPr>
          <w:b/>
        </w:rPr>
        <w:t>II. CHUẨN BỊ:</w:t>
      </w:r>
    </w:p>
    <w:p w:rsidR="00BD1DD6" w:rsidRDefault="00A669BC">
      <w:r>
        <w:t>- GV: Tranh SGK; phiếu tình huống; thẻ “Nên/Không nên”; dụng cụ chăm sóc cây an toàn.</w:t>
      </w:r>
    </w:p>
    <w:p w:rsidR="00BD1DD6" w:rsidRDefault="00A669BC">
      <w:r>
        <w:t>- HS: SGK, bưu thiếp cảnh đẹp, bút.</w:t>
      </w:r>
    </w:p>
    <w:p w:rsidR="00BD1DD6" w:rsidRDefault="00A669BC">
      <w:r>
        <w:rPr>
          <w:b/>
        </w:rPr>
        <w:t>III. CÁC HOẠT ĐỘNG DẠY HỌC CHỦ YẾU:</w:t>
      </w:r>
    </w:p>
    <w:tbl>
      <w:tblPr>
        <w:tblW w:w="9842"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051"/>
        <w:gridCol w:w="4791"/>
      </w:tblGrid>
      <w:tr w:rsidR="00BD1DD6" w:rsidTr="002139AE">
        <w:trPr>
          <w:cantSplit/>
          <w:tblHeader/>
          <w:jc w:val="center"/>
        </w:trPr>
        <w:tc>
          <w:tcPr>
            <w:tcW w:w="5051"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GIÁO VIÊN</w:t>
            </w:r>
          </w:p>
        </w:tc>
        <w:tc>
          <w:tcPr>
            <w:tcW w:w="4791"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HỌC SINH</w:t>
            </w:r>
          </w:p>
        </w:tc>
      </w:tr>
      <w:tr w:rsidR="00BD1DD6" w:rsidTr="002139AE">
        <w:trPr>
          <w:cantSplit/>
          <w:jc w:val="center"/>
        </w:trPr>
        <w:tc>
          <w:tcPr>
            <w:tcW w:w="9842"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1. KHỞI ĐỘNG (5 PHÚT)</w:t>
            </w:r>
          </w:p>
          <w:p w:rsidR="00BD1DD6" w:rsidRDefault="00A669BC">
            <w:r>
              <w:rPr>
                <w:b/>
              </w:rPr>
              <w:t xml:space="preserve">- Mục tiêu: </w:t>
            </w:r>
            <w:r>
              <w:t>Gợi lại trải nghiệm tham quan và khái niệm “của chung”.</w:t>
            </w:r>
          </w:p>
          <w:p w:rsidR="00BD1DD6" w:rsidRDefault="00A669BC">
            <w:r>
              <w:rPr>
                <w:b/>
                <w:i/>
              </w:rPr>
              <w:t>* Cách tiến hành:</w:t>
            </w:r>
          </w:p>
        </w:tc>
      </w:tr>
      <w:tr w:rsidR="00BD1DD6" w:rsidTr="002139AE">
        <w:trPr>
          <w:cantSplit/>
          <w:jc w:val="center"/>
        </w:trPr>
        <w:tc>
          <w:tcPr>
            <w:tcW w:w="5051" w:type="dxa"/>
            <w:tcBorders>
              <w:top w:val="single" w:sz="6" w:space="0" w:color="000000"/>
            </w:tcBorders>
            <w:shd w:val="clear" w:color="auto" w:fill="auto"/>
            <w:tcMar>
              <w:top w:w="40" w:type="dxa"/>
              <w:left w:w="70" w:type="dxa"/>
              <w:bottom w:w="40" w:type="dxa"/>
              <w:right w:w="70" w:type="dxa"/>
            </w:tcMar>
          </w:tcPr>
          <w:p w:rsidR="00BD1DD6" w:rsidRDefault="00A669BC">
            <w:r>
              <w:t>- GV cho HS hát bài “Ra chơi vườn hoa”.</w:t>
            </w:r>
          </w:p>
        </w:tc>
        <w:tc>
          <w:tcPr>
            <w:tcW w:w="4791" w:type="dxa"/>
            <w:tcBorders>
              <w:top w:val="single" w:sz="6" w:space="0" w:color="000000"/>
            </w:tcBorders>
            <w:shd w:val="clear" w:color="auto" w:fill="auto"/>
            <w:tcMar>
              <w:top w:w="40" w:type="dxa"/>
              <w:left w:w="70" w:type="dxa"/>
              <w:bottom w:w="40" w:type="dxa"/>
              <w:right w:w="70" w:type="dxa"/>
            </w:tcMar>
          </w:tcPr>
          <w:p w:rsidR="00BD1DD6" w:rsidRDefault="00A669BC">
            <w:r>
              <w:t>- HS hát, vận động nhẹ nhàng.</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mời HS giơ bưu thiếp cảnh đẹp, nêu một điều em muốn mọi người cùng giữ gìn.</w:t>
            </w:r>
          </w:p>
        </w:tc>
        <w:tc>
          <w:tcPr>
            <w:tcW w:w="4791" w:type="dxa"/>
            <w:shd w:val="clear" w:color="auto" w:fill="auto"/>
            <w:tcMar>
              <w:top w:w="40" w:type="dxa"/>
              <w:left w:w="70" w:type="dxa"/>
              <w:bottom w:w="40" w:type="dxa"/>
              <w:right w:w="70" w:type="dxa"/>
            </w:tcMar>
          </w:tcPr>
          <w:p w:rsidR="00BD1DD6" w:rsidRDefault="00A669BC">
            <w:r>
              <w:t>- HS chia sẻ ngắn gọn.</w:t>
            </w:r>
          </w:p>
        </w:tc>
      </w:tr>
      <w:tr w:rsidR="00BD1DD6" w:rsidTr="002139AE">
        <w:trPr>
          <w:cantSplit/>
          <w:jc w:val="center"/>
        </w:trPr>
        <w:tc>
          <w:tcPr>
            <w:tcW w:w="5051" w:type="dxa"/>
            <w:tcBorders>
              <w:bottom w:val="single" w:sz="6" w:space="0" w:color="000000"/>
            </w:tcBorders>
            <w:shd w:val="clear" w:color="auto" w:fill="auto"/>
            <w:tcMar>
              <w:top w:w="40" w:type="dxa"/>
              <w:left w:w="70" w:type="dxa"/>
              <w:bottom w:w="40" w:type="dxa"/>
              <w:right w:w="70" w:type="dxa"/>
            </w:tcMar>
          </w:tcPr>
          <w:p w:rsidR="00BD1DD6" w:rsidRDefault="00A669BC">
            <w:r>
              <w:t>- GV hỏi: “Vì sao công viên, sân trường, bồn hoa là của chung?”.</w:t>
            </w:r>
          </w:p>
        </w:tc>
        <w:tc>
          <w:tcPr>
            <w:tcW w:w="4791" w:type="dxa"/>
            <w:tcBorders>
              <w:bottom w:val="single" w:sz="6" w:space="0" w:color="000000"/>
            </w:tcBorders>
            <w:shd w:val="clear" w:color="auto" w:fill="auto"/>
            <w:tcMar>
              <w:top w:w="40" w:type="dxa"/>
              <w:left w:w="70" w:type="dxa"/>
              <w:bottom w:w="40" w:type="dxa"/>
              <w:right w:w="70" w:type="dxa"/>
            </w:tcMar>
          </w:tcPr>
          <w:p w:rsidR="00BD1DD6" w:rsidRDefault="00A669BC">
            <w:r>
              <w:t>- HS nêu: mọi người cùng sử dụng và cùng có trách nhiệm bảo vệ.</w:t>
            </w:r>
          </w:p>
        </w:tc>
      </w:tr>
      <w:tr w:rsidR="00BD1DD6" w:rsidTr="002139AE">
        <w:trPr>
          <w:cantSplit/>
          <w:jc w:val="center"/>
        </w:trPr>
        <w:tc>
          <w:tcPr>
            <w:tcW w:w="9842"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2. KHÁM PHÁ CHỦ ĐỀ (15 PHÚT)</w:t>
            </w:r>
          </w:p>
          <w:p w:rsidR="00BD1DD6" w:rsidRDefault="00A669BC">
            <w:r>
              <w:rPr>
                <w:b/>
              </w:rPr>
              <w:t xml:space="preserve">- Mục tiêu: </w:t>
            </w:r>
            <w:r>
              <w:t>HS xác định cảnh quan cần bảo vệ, hành vi tốt và hậu quả của hành vi chưa phù hợp.</w:t>
            </w:r>
          </w:p>
          <w:p w:rsidR="00BD1DD6" w:rsidRDefault="00A669BC">
            <w:r>
              <w:rPr>
                <w:color w:val="FF0000"/>
              </w:rPr>
              <w:t>Mục tiêu tích hợp: HS hiểu quyền được sống trong môi trường trong lành gắn với trách nhiệm giữ gìn của chung, không xả rác và không làm hư hại cảnh quan.</w:t>
            </w:r>
          </w:p>
          <w:p w:rsidR="00BD1DD6" w:rsidRDefault="00A669BC">
            <w:r>
              <w:rPr>
                <w:b/>
                <w:i/>
              </w:rPr>
              <w:t>* Cách tiến hành:</w:t>
            </w:r>
          </w:p>
        </w:tc>
      </w:tr>
      <w:tr w:rsidR="00BD1DD6" w:rsidTr="002139AE">
        <w:trPr>
          <w:cantSplit/>
          <w:jc w:val="center"/>
        </w:trPr>
        <w:tc>
          <w:tcPr>
            <w:tcW w:w="5051" w:type="dxa"/>
            <w:tcBorders>
              <w:top w:val="single" w:sz="6" w:space="0" w:color="000000"/>
            </w:tcBorders>
            <w:shd w:val="clear" w:color="auto" w:fill="auto"/>
            <w:tcMar>
              <w:top w:w="40" w:type="dxa"/>
              <w:left w:w="70" w:type="dxa"/>
              <w:bottom w:w="40" w:type="dxa"/>
              <w:right w:w="70" w:type="dxa"/>
            </w:tcMar>
          </w:tcPr>
          <w:p w:rsidR="00BD1DD6" w:rsidRDefault="00A669BC">
            <w:r>
              <w:lastRenderedPageBreak/>
              <w:t>- GV cho HS quan sát tranh về chăm cây, nhặt rác và một số cảnh quan chung.</w:t>
            </w:r>
          </w:p>
          <w:p w:rsidR="00BD1DD6" w:rsidRDefault="00BD1DD6">
            <w:pPr>
              <w:jc w:val="center"/>
            </w:pPr>
          </w:p>
        </w:tc>
        <w:tc>
          <w:tcPr>
            <w:tcW w:w="4791" w:type="dxa"/>
            <w:tcBorders>
              <w:top w:val="single" w:sz="6" w:space="0" w:color="000000"/>
            </w:tcBorders>
            <w:shd w:val="clear" w:color="auto" w:fill="auto"/>
            <w:tcMar>
              <w:top w:w="40" w:type="dxa"/>
              <w:left w:w="70" w:type="dxa"/>
              <w:bottom w:w="40" w:type="dxa"/>
              <w:right w:w="70" w:type="dxa"/>
            </w:tcMar>
          </w:tcPr>
          <w:p w:rsidR="00BD1DD6" w:rsidRDefault="00A669BC">
            <w:r>
              <w:t>- HS mô tả hành động, nêu nơi diễn ra.</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chia nhóm, yêu cầu liệt kê cảnh quan gần nhà, gần trường cần chăm sóc.</w:t>
            </w:r>
          </w:p>
        </w:tc>
        <w:tc>
          <w:tcPr>
            <w:tcW w:w="4791" w:type="dxa"/>
            <w:shd w:val="clear" w:color="auto" w:fill="auto"/>
            <w:tcMar>
              <w:top w:w="40" w:type="dxa"/>
              <w:left w:w="70" w:type="dxa"/>
              <w:bottom w:w="40" w:type="dxa"/>
              <w:right w:w="70" w:type="dxa"/>
            </w:tcMar>
          </w:tcPr>
          <w:p w:rsidR="00BD1DD6" w:rsidRDefault="00A669BC">
            <w:r>
              <w:t>- HS ghi: sân trường, công viên, đường làng, bờ kênh, vườn hoa…</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phát thẻ hành vi: bẻ cành, hái hoa, tưới cây, vẽ bậy, nhặt rác, tiết kiệm nước.</w:t>
            </w:r>
          </w:p>
        </w:tc>
        <w:tc>
          <w:tcPr>
            <w:tcW w:w="4791" w:type="dxa"/>
            <w:shd w:val="clear" w:color="auto" w:fill="auto"/>
            <w:tcMar>
              <w:top w:w="40" w:type="dxa"/>
              <w:left w:w="70" w:type="dxa"/>
              <w:bottom w:w="40" w:type="dxa"/>
              <w:right w:w="70" w:type="dxa"/>
            </w:tcMar>
          </w:tcPr>
          <w:p w:rsidR="00BD1DD6" w:rsidRDefault="00A669BC">
            <w:r>
              <w:t>- HS xếp vào “Nên/Không nên” và giải thích.</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hỏi: “Nếu không ai bảo vệ của chung, điều gì sẽ xảy ra?”.</w:t>
            </w:r>
          </w:p>
        </w:tc>
        <w:tc>
          <w:tcPr>
            <w:tcW w:w="4791" w:type="dxa"/>
            <w:shd w:val="clear" w:color="auto" w:fill="auto"/>
            <w:tcMar>
              <w:top w:w="40" w:type="dxa"/>
              <w:left w:w="70" w:type="dxa"/>
              <w:bottom w:w="40" w:type="dxa"/>
              <w:right w:w="70" w:type="dxa"/>
            </w:tcMar>
          </w:tcPr>
          <w:p w:rsidR="00BD1DD6" w:rsidRDefault="00A669BC">
            <w:r>
              <w:t>- HS nêu: cảnh quan bẩn, hư hỏng, mất an toàn và mọi người không còn được hưởng.</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mời nhóm nêu một hành vi chưa tốt từng thấy và cách nhắc nhở lịch sự.</w:t>
            </w:r>
          </w:p>
        </w:tc>
        <w:tc>
          <w:tcPr>
            <w:tcW w:w="4791" w:type="dxa"/>
            <w:shd w:val="clear" w:color="auto" w:fill="auto"/>
            <w:tcMar>
              <w:top w:w="40" w:type="dxa"/>
              <w:left w:w="70" w:type="dxa"/>
              <w:bottom w:w="40" w:type="dxa"/>
              <w:right w:w="70" w:type="dxa"/>
            </w:tcMar>
          </w:tcPr>
          <w:p w:rsidR="00BD1DD6" w:rsidRDefault="00A669BC">
            <w:r>
              <w:t>- HS thực hành lời nhắc nhẹ nhàng, không quát mắng.</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kết luận: bảo vệ cảnh quan bắt đầu từ việc nhỏ, làm thường xuyên và cùng nhau.</w:t>
            </w:r>
          </w:p>
        </w:tc>
        <w:tc>
          <w:tcPr>
            <w:tcW w:w="4791" w:type="dxa"/>
            <w:shd w:val="clear" w:color="auto" w:fill="auto"/>
            <w:tcMar>
              <w:top w:w="40" w:type="dxa"/>
              <w:left w:w="70" w:type="dxa"/>
              <w:bottom w:w="40" w:type="dxa"/>
              <w:right w:w="70" w:type="dxa"/>
            </w:tcMar>
          </w:tcPr>
          <w:p w:rsidR="00BD1DD6" w:rsidRDefault="00A669BC">
            <w:r>
              <w:t>- HS lắng nghe, ghi nhớ.</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rPr>
                <w:b/>
                <w:color w:val="FF0000"/>
              </w:rPr>
              <w:t>Câu hỏi dẫn tích hợp: Vì sao mọi người đều có quyền được ngắm, sử dụng cảnh quan sạch đẹp nhưng cũng phải có trách nhiệm bảo vệ của chung?</w:t>
            </w:r>
          </w:p>
        </w:tc>
        <w:tc>
          <w:tcPr>
            <w:tcW w:w="4791" w:type="dxa"/>
            <w:shd w:val="clear" w:color="auto" w:fill="auto"/>
            <w:tcMar>
              <w:top w:w="40" w:type="dxa"/>
              <w:left w:w="70" w:type="dxa"/>
              <w:bottom w:w="40" w:type="dxa"/>
              <w:right w:w="70" w:type="dxa"/>
            </w:tcMar>
          </w:tcPr>
          <w:p w:rsidR="00BD1DD6" w:rsidRDefault="00A669BC">
            <w:r>
              <w:rPr>
                <w:color w:val="FF0000"/>
              </w:rPr>
              <w:t>- HS nêu: cảnh quan phục vụ mọi người; nếu một người làm hỏng hoặc xả rác thì quyền của nhiều người bị ảnh hưởng.</w:t>
            </w:r>
          </w:p>
        </w:tc>
      </w:tr>
      <w:tr w:rsidR="00BD1DD6" w:rsidTr="002139AE">
        <w:trPr>
          <w:cantSplit/>
          <w:jc w:val="center"/>
        </w:trPr>
        <w:tc>
          <w:tcPr>
            <w:tcW w:w="5051" w:type="dxa"/>
            <w:tcBorders>
              <w:bottom w:val="single" w:sz="6" w:space="0" w:color="000000"/>
            </w:tcBorders>
            <w:shd w:val="clear" w:color="auto" w:fill="auto"/>
            <w:tcMar>
              <w:top w:w="40" w:type="dxa"/>
              <w:left w:w="70" w:type="dxa"/>
              <w:bottom w:w="40" w:type="dxa"/>
              <w:right w:w="70" w:type="dxa"/>
            </w:tcMar>
          </w:tcPr>
          <w:p w:rsidR="00BD1DD6" w:rsidRDefault="00A669BC">
            <w:r>
              <w:rPr>
                <w:b/>
                <w:color w:val="FF0000"/>
              </w:rPr>
              <w:t>Diễn giải tích hợp quyền con người:</w:t>
            </w:r>
          </w:p>
          <w:p w:rsidR="00BD1DD6" w:rsidRDefault="00A669BC">
            <w:r>
              <w:rPr>
                <w:color w:val="FF0000"/>
              </w:rPr>
              <w:t>- GV giải thích quyền được sống trong môi trường trong lành giúp mọi người được học tập, vui chơi và nghỉ ngơi an toàn.</w:t>
            </w:r>
          </w:p>
          <w:p w:rsidR="00BD1DD6" w:rsidRDefault="00A669BC">
            <w:r>
              <w:rPr>
                <w:color w:val="FF0000"/>
              </w:rPr>
              <w:t>- Quyền này gắn với trách nhiệm không xả rác, không bẻ cây, không phá hỏng công trình, biết tiết kiệm nước và cùng chăm sóc khu vực chung.</w:t>
            </w:r>
          </w:p>
          <w:p w:rsidR="00BD1DD6" w:rsidRDefault="00A669BC">
            <w:r>
              <w:rPr>
                <w:color w:val="FF0000"/>
              </w:rPr>
              <w:t>- Khi thấy hành vi làm hại cảnh quan, HS cần nhắc nhẹ nhàng hoặc báo người lớn; không tranh cãi, xô xát.</w:t>
            </w:r>
          </w:p>
        </w:tc>
        <w:tc>
          <w:tcPr>
            <w:tcW w:w="4791" w:type="dxa"/>
            <w:tcBorders>
              <w:bottom w:val="single" w:sz="6" w:space="0" w:color="000000"/>
            </w:tcBorders>
            <w:shd w:val="clear" w:color="auto" w:fill="auto"/>
            <w:tcMar>
              <w:top w:w="40" w:type="dxa"/>
              <w:left w:w="70" w:type="dxa"/>
              <w:bottom w:w="40" w:type="dxa"/>
              <w:right w:w="70" w:type="dxa"/>
            </w:tcMar>
          </w:tcPr>
          <w:p w:rsidR="00BD1DD6" w:rsidRDefault="00A669BC">
            <w:r>
              <w:rPr>
                <w:color w:val="FF0000"/>
              </w:rPr>
              <w:t>- HS nêu một quyền và một trách nhiệm đối với cảnh quan chung.</w:t>
            </w:r>
          </w:p>
          <w:p w:rsidR="00BD1DD6" w:rsidRDefault="00A669BC">
            <w:r>
              <w:rPr>
                <w:color w:val="FF0000"/>
              </w:rPr>
              <w:t>- HS ghi nhớ cách nhắc bạn văn minh.</w:t>
            </w:r>
          </w:p>
        </w:tc>
      </w:tr>
      <w:tr w:rsidR="00BD1DD6" w:rsidTr="002139AE">
        <w:trPr>
          <w:cantSplit/>
          <w:jc w:val="center"/>
        </w:trPr>
        <w:tc>
          <w:tcPr>
            <w:tcW w:w="9842"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3. THỰC HÀNH (13 PHÚT)</w:t>
            </w:r>
            <w:r>
              <w:rPr>
                <w:b/>
              </w:rPr>
              <w:br/>
              <w:t>HOẠT ĐỘNG MỞ RỘNG VÀ TỔNG KẾT CHỦ ĐỀ</w:t>
            </w:r>
          </w:p>
          <w:p w:rsidR="00BD1DD6" w:rsidRDefault="00A669BC">
            <w:r>
              <w:rPr>
                <w:b/>
              </w:rPr>
              <w:t xml:space="preserve">- Mục tiêu: </w:t>
            </w:r>
            <w:r>
              <w:t>HS xử lí tình huống và lập kế hoạch bảo vệ một khu vực chung.</w:t>
            </w:r>
          </w:p>
          <w:p w:rsidR="00BD1DD6" w:rsidRDefault="00A669BC">
            <w:r>
              <w:rPr>
                <w:color w:val="FF0000"/>
              </w:rPr>
              <w:t>Mục tiêu tích hợp: HS hình thành thói quen không xả rác, chăm sóc cây, tiết kiệm nước; biết nhắc bạn văn minh và thực hiện công việc bảo vệ môi trường an toàn.</w:t>
            </w:r>
          </w:p>
          <w:p w:rsidR="00BD1DD6" w:rsidRDefault="00A669BC">
            <w:r>
              <w:rPr>
                <w:b/>
                <w:i/>
              </w:rPr>
              <w:t>* Cách tiến hành:</w:t>
            </w:r>
          </w:p>
        </w:tc>
      </w:tr>
      <w:tr w:rsidR="00BD1DD6" w:rsidTr="002139AE">
        <w:trPr>
          <w:cantSplit/>
          <w:jc w:val="center"/>
        </w:trPr>
        <w:tc>
          <w:tcPr>
            <w:tcW w:w="5051" w:type="dxa"/>
            <w:tcBorders>
              <w:top w:val="single" w:sz="6" w:space="0" w:color="000000"/>
            </w:tcBorders>
            <w:shd w:val="clear" w:color="auto" w:fill="auto"/>
            <w:tcMar>
              <w:top w:w="40" w:type="dxa"/>
              <w:left w:w="70" w:type="dxa"/>
              <w:bottom w:w="40" w:type="dxa"/>
              <w:right w:w="70" w:type="dxa"/>
            </w:tcMar>
          </w:tcPr>
          <w:p w:rsidR="00BD1DD6" w:rsidRDefault="00A669BC">
            <w:r>
              <w:t>- GV phát tình huống: bạn định hái hoa; vòi nước chảy; rác sau buổi sinh hoạt; nhóm giẫm lên cỏ để chụp ảnh.</w:t>
            </w:r>
          </w:p>
        </w:tc>
        <w:tc>
          <w:tcPr>
            <w:tcW w:w="4791" w:type="dxa"/>
            <w:tcBorders>
              <w:top w:val="single" w:sz="6" w:space="0" w:color="000000"/>
            </w:tcBorders>
            <w:shd w:val="clear" w:color="auto" w:fill="auto"/>
            <w:tcMar>
              <w:top w:w="40" w:type="dxa"/>
              <w:left w:w="70" w:type="dxa"/>
              <w:bottom w:w="40" w:type="dxa"/>
              <w:right w:w="70" w:type="dxa"/>
            </w:tcMar>
          </w:tcPr>
          <w:p w:rsidR="00BD1DD6" w:rsidRDefault="00A669BC">
            <w:r>
              <w:t>- HS thảo luận theo nhóm 4, chọn cách xử lí và lời khuyên.</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mời nhóm sắm vai; yêu cầu dùng lời nói lịch sự, rõ lí do.</w:t>
            </w:r>
          </w:p>
        </w:tc>
        <w:tc>
          <w:tcPr>
            <w:tcW w:w="4791" w:type="dxa"/>
            <w:shd w:val="clear" w:color="auto" w:fill="auto"/>
            <w:tcMar>
              <w:top w:w="40" w:type="dxa"/>
              <w:left w:w="70" w:type="dxa"/>
              <w:bottom w:w="40" w:type="dxa"/>
              <w:right w:w="70" w:type="dxa"/>
            </w:tcMar>
          </w:tcPr>
          <w:p w:rsidR="00BD1DD6" w:rsidRDefault="00A669BC">
            <w:r>
              <w:t>- HS sắm vai, nhóm khác nhận xét.</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phát phiếu kế hoạch: khu vực – việc cần làm – dụng cụ – người phụ trách – thời gian – an toàn.</w:t>
            </w:r>
          </w:p>
        </w:tc>
        <w:tc>
          <w:tcPr>
            <w:tcW w:w="4791" w:type="dxa"/>
            <w:shd w:val="clear" w:color="auto" w:fill="auto"/>
            <w:tcMar>
              <w:top w:w="40" w:type="dxa"/>
              <w:left w:w="70" w:type="dxa"/>
              <w:bottom w:w="40" w:type="dxa"/>
              <w:right w:w="70" w:type="dxa"/>
            </w:tcMar>
          </w:tcPr>
          <w:p w:rsidR="00BD1DD6" w:rsidRDefault="00A669BC">
            <w:r>
              <w:t>- HS chọn một khu vực trong trường hoặc gần nhà và lập kế hoạch.</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rPr>
                <w:color w:val="FF0000"/>
              </w:rPr>
              <w:lastRenderedPageBreak/>
              <w:t>Câu hỏi dẫn tích hợp: Khi thấy rác hoặc cây bị héo, em có thể làm gì ngay và việc nào cần nhờ người lớn?</w:t>
            </w:r>
          </w:p>
        </w:tc>
        <w:tc>
          <w:tcPr>
            <w:tcW w:w="4791" w:type="dxa"/>
            <w:shd w:val="clear" w:color="auto" w:fill="auto"/>
            <w:tcMar>
              <w:top w:w="40" w:type="dxa"/>
              <w:left w:w="70" w:type="dxa"/>
              <w:bottom w:w="40" w:type="dxa"/>
              <w:right w:w="70" w:type="dxa"/>
            </w:tcMar>
          </w:tcPr>
          <w:p w:rsidR="00BD1DD6" w:rsidRDefault="00A669BC">
            <w:r>
              <w:rPr>
                <w:color w:val="FF0000"/>
              </w:rPr>
              <w:t>- HS phân biệt việc vừa sức với việc cần người lớn hỗ trợ.</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rPr>
                <w:color w:val="FF0000"/>
              </w:rPr>
              <w:t>Diễn giải tích hợp bảo vệ môi trường: GV nhấn mạnh bảo vệ môi trường không chỉ là nhặt rác mà còn giữ gìn cây xanh, tiết kiệm nước, sử dụng đúng thùng rác và hạn chế làm hỏng của chung. HS chỉ dùng dụng cụ an toàn, đeo găng khi cần, không chạm vật sắc nhọn hoặc rác nguy hiểm; gặp tình huống vượt khả năng phải báo người lớn. Khi nhắc bạn, cần nói nhẹ nhàng, nêu lí do và cùng đề xuất cách làm đúng.</w:t>
            </w:r>
          </w:p>
        </w:tc>
        <w:tc>
          <w:tcPr>
            <w:tcW w:w="4791" w:type="dxa"/>
            <w:shd w:val="clear" w:color="auto" w:fill="auto"/>
            <w:tcMar>
              <w:top w:w="40" w:type="dxa"/>
              <w:left w:w="70" w:type="dxa"/>
              <w:bottom w:w="40" w:type="dxa"/>
              <w:right w:w="70" w:type="dxa"/>
            </w:tcMar>
          </w:tcPr>
          <w:p w:rsidR="00BD1DD6" w:rsidRDefault="00A669BC">
            <w:r>
              <w:rPr>
                <w:color w:val="FF0000"/>
              </w:rPr>
              <w:t>- HS nêu một việc làm xanh và một nguyên tắc an toàn.</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mời nhóm trình bày kế hoạch; nhóm khác kiểm tra tính thiết thực và an toàn.</w:t>
            </w:r>
          </w:p>
        </w:tc>
        <w:tc>
          <w:tcPr>
            <w:tcW w:w="4791" w:type="dxa"/>
            <w:shd w:val="clear" w:color="auto" w:fill="auto"/>
            <w:tcMar>
              <w:top w:w="40" w:type="dxa"/>
              <w:left w:w="70" w:type="dxa"/>
              <w:bottom w:w="40" w:type="dxa"/>
              <w:right w:w="70" w:type="dxa"/>
            </w:tcMar>
          </w:tcPr>
          <w:p w:rsidR="00BD1DD6" w:rsidRDefault="00A669BC">
            <w:r>
              <w:t>- Đại diện nhóm trình bày, tiếp nhận góp ý.</w:t>
            </w:r>
          </w:p>
        </w:tc>
      </w:tr>
      <w:tr w:rsidR="00BD1DD6" w:rsidTr="002139AE">
        <w:trPr>
          <w:cantSplit/>
          <w:jc w:val="center"/>
        </w:trPr>
        <w:tc>
          <w:tcPr>
            <w:tcW w:w="5051" w:type="dxa"/>
            <w:tcBorders>
              <w:bottom w:val="single" w:sz="6" w:space="0" w:color="000000"/>
            </w:tcBorders>
            <w:shd w:val="clear" w:color="auto" w:fill="auto"/>
            <w:tcMar>
              <w:top w:w="40" w:type="dxa"/>
              <w:left w:w="70" w:type="dxa"/>
              <w:bottom w:w="40" w:type="dxa"/>
              <w:right w:w="70" w:type="dxa"/>
            </w:tcMar>
          </w:tcPr>
          <w:p w:rsidR="00BD1DD6" w:rsidRDefault="00A669BC">
            <w:r>
              <w:t>- GV chốt tiêu chí: đúng việc – đúng cách – an toàn – tiết kiệm – duy trì thường xuyên.</w:t>
            </w:r>
          </w:p>
        </w:tc>
        <w:tc>
          <w:tcPr>
            <w:tcW w:w="4791" w:type="dxa"/>
            <w:tcBorders>
              <w:bottom w:val="single" w:sz="6" w:space="0" w:color="000000"/>
            </w:tcBorders>
            <w:shd w:val="clear" w:color="auto" w:fill="auto"/>
            <w:tcMar>
              <w:top w:w="40" w:type="dxa"/>
              <w:left w:w="70" w:type="dxa"/>
              <w:bottom w:w="40" w:type="dxa"/>
              <w:right w:w="70" w:type="dxa"/>
            </w:tcMar>
          </w:tcPr>
          <w:p w:rsidR="00BD1DD6" w:rsidRDefault="00A669BC">
            <w:r>
              <w:t>- HS điều chỉnh kế hoạch.</w:t>
            </w:r>
          </w:p>
        </w:tc>
      </w:tr>
      <w:tr w:rsidR="00BD1DD6" w:rsidTr="002139AE">
        <w:trPr>
          <w:cantSplit/>
          <w:jc w:val="center"/>
        </w:trPr>
        <w:tc>
          <w:tcPr>
            <w:tcW w:w="9842"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4. VẬN DỤNG (2 PHÚT)</w:t>
            </w:r>
            <w:r>
              <w:rPr>
                <w:b/>
              </w:rPr>
              <w:br/>
              <w:t>HOẠT ĐỘNG SAU GIỜ HỌC (CAM KẾT HÀNH ĐỘNG)</w:t>
            </w:r>
          </w:p>
          <w:p w:rsidR="00BD1DD6" w:rsidRDefault="00A669BC">
            <w:r>
              <w:rPr>
                <w:b/>
              </w:rPr>
              <w:t xml:space="preserve">- Mục tiêu: </w:t>
            </w:r>
            <w:r>
              <w:t>HS thực hiện một việc bảo vệ cảnh quan và ghi lại kết quả.</w:t>
            </w:r>
          </w:p>
          <w:p w:rsidR="00BD1DD6" w:rsidRDefault="00A669BC">
            <w:r>
              <w:rPr>
                <w:b/>
                <w:i/>
              </w:rPr>
              <w:t>* Cách tiến hành:</w:t>
            </w:r>
          </w:p>
        </w:tc>
      </w:tr>
      <w:tr w:rsidR="00BD1DD6" w:rsidTr="002139AE">
        <w:trPr>
          <w:cantSplit/>
          <w:jc w:val="center"/>
        </w:trPr>
        <w:tc>
          <w:tcPr>
            <w:tcW w:w="5051" w:type="dxa"/>
            <w:tcBorders>
              <w:top w:val="single" w:sz="6" w:space="0" w:color="000000"/>
            </w:tcBorders>
            <w:shd w:val="clear" w:color="auto" w:fill="auto"/>
            <w:tcMar>
              <w:top w:w="40" w:type="dxa"/>
              <w:left w:w="70" w:type="dxa"/>
              <w:bottom w:w="40" w:type="dxa"/>
              <w:right w:w="70" w:type="dxa"/>
            </w:tcMar>
          </w:tcPr>
          <w:p w:rsidR="00BD1DD6" w:rsidRDefault="00A669BC">
            <w:r>
              <w:t>- GV yêu cầu HS chọn một việc: nhặt rác, tưới cây, nhắc tắt vòi nước, giữ sạch khu vực chung.</w:t>
            </w:r>
          </w:p>
        </w:tc>
        <w:tc>
          <w:tcPr>
            <w:tcW w:w="4791" w:type="dxa"/>
            <w:tcBorders>
              <w:top w:val="single" w:sz="6" w:space="0" w:color="000000"/>
            </w:tcBorders>
            <w:shd w:val="clear" w:color="auto" w:fill="auto"/>
            <w:tcMar>
              <w:top w:w="40" w:type="dxa"/>
              <w:left w:w="70" w:type="dxa"/>
              <w:bottom w:w="40" w:type="dxa"/>
              <w:right w:w="70" w:type="dxa"/>
            </w:tcMar>
          </w:tcPr>
          <w:p w:rsidR="00BD1DD6" w:rsidRDefault="00A669BC">
            <w:r>
              <w:t>- HS nêu kế hoạch, thời gian và người cùng thực hiện.</w:t>
            </w:r>
          </w:p>
        </w:tc>
      </w:tr>
      <w:tr w:rsidR="00BD1DD6" w:rsidTr="002139AE">
        <w:trPr>
          <w:cantSplit/>
          <w:jc w:val="center"/>
        </w:trPr>
        <w:tc>
          <w:tcPr>
            <w:tcW w:w="5051" w:type="dxa"/>
            <w:shd w:val="clear" w:color="auto" w:fill="auto"/>
            <w:tcMar>
              <w:top w:w="40" w:type="dxa"/>
              <w:left w:w="70" w:type="dxa"/>
              <w:bottom w:w="40" w:type="dxa"/>
              <w:right w:w="70" w:type="dxa"/>
            </w:tcMar>
          </w:tcPr>
          <w:p w:rsidR="00BD1DD6" w:rsidRDefault="00A669BC">
            <w:r>
              <w:t>- GV dặn không tự xử lí rác nguy hiểm, không đi nơi vắng hoặc làm việc nặng.</w:t>
            </w:r>
          </w:p>
        </w:tc>
        <w:tc>
          <w:tcPr>
            <w:tcW w:w="4791" w:type="dxa"/>
            <w:shd w:val="clear" w:color="auto" w:fill="auto"/>
            <w:tcMar>
              <w:top w:w="40" w:type="dxa"/>
              <w:left w:w="70" w:type="dxa"/>
              <w:bottom w:w="40" w:type="dxa"/>
              <w:right w:w="70" w:type="dxa"/>
            </w:tcMar>
          </w:tcPr>
          <w:p w:rsidR="00BD1DD6" w:rsidRDefault="00A669BC">
            <w:r>
              <w:t>- HS ghi nhớ, thực hiện cùng người lớn.</w:t>
            </w:r>
          </w:p>
        </w:tc>
      </w:tr>
    </w:tbl>
    <w:p w:rsidR="00BD1DD6" w:rsidRDefault="00A669BC">
      <w:r>
        <w:rPr>
          <w:b/>
        </w:rPr>
        <w:t>IV. ĐIỀU CHỈNH SAU BÀI DẠY:</w:t>
      </w:r>
    </w:p>
    <w:p w:rsidR="00BD1DD6" w:rsidRDefault="00A669BC">
      <w:r>
        <w:t>................................................................................................................</w:t>
      </w:r>
    </w:p>
    <w:p w:rsidR="00BD1DD6" w:rsidRDefault="00A669BC">
      <w:r>
        <w:t>................................................................................................................</w:t>
      </w:r>
    </w:p>
    <w:p w:rsidR="00BD1DD6" w:rsidRDefault="00A669BC">
      <w:r>
        <w:br w:type="page"/>
      </w:r>
    </w:p>
    <w:p w:rsidR="00BD1DD6" w:rsidRDefault="00A669BC">
      <w:pPr>
        <w:jc w:val="center"/>
      </w:pPr>
      <w:r>
        <w:rPr>
          <w:b/>
        </w:rPr>
        <w:lastRenderedPageBreak/>
        <w:t>KẾ HOẠCH BÀI DẠY MÔN HOẠT ĐỘNG TRẢI NGHIỆM LỚP 2</w:t>
      </w:r>
    </w:p>
    <w:p w:rsidR="00BD1DD6" w:rsidRDefault="00A669BC">
      <w:pPr>
        <w:jc w:val="center"/>
      </w:pPr>
      <w:r>
        <w:rPr>
          <w:b/>
        </w:rPr>
        <w:t>CHỦ ĐỀ 8: MÔI TRƯỜNG QUANH EM</w:t>
      </w:r>
    </w:p>
    <w:p w:rsidR="00BD1DD6" w:rsidRDefault="00A669BC">
      <w:pPr>
        <w:jc w:val="center"/>
      </w:pPr>
      <w:r>
        <w:rPr>
          <w:b/>
        </w:rPr>
        <w:t>TUẦN 29: TIẾT 3</w:t>
      </w:r>
    </w:p>
    <w:p w:rsidR="00BD1DD6" w:rsidRDefault="00A669BC">
      <w:pPr>
        <w:jc w:val="center"/>
      </w:pPr>
      <w:r>
        <w:rPr>
          <w:b/>
        </w:rPr>
        <w:t>SINH HOẠT LỚP: CHĂM SÓC CẢNH QUAN TRƯỜNG EM</w:t>
      </w:r>
    </w:p>
    <w:p w:rsidR="00BD1DD6" w:rsidRDefault="00A669BC">
      <w:r>
        <w:t>Thời gian thực hiện: ...</w:t>
      </w:r>
    </w:p>
    <w:p w:rsidR="00BD1DD6" w:rsidRDefault="00A669BC">
      <w:r>
        <w:rPr>
          <w:b/>
        </w:rPr>
        <w:t>I. YÊU CẦU CẦN ĐẠT:</w:t>
      </w:r>
    </w:p>
    <w:p w:rsidR="00BD1DD6" w:rsidRDefault="00A669BC">
      <w:r>
        <w:rPr>
          <w:b/>
        </w:rPr>
        <w:t>1. Năng lực đặc thù</w:t>
      </w:r>
    </w:p>
    <w:p w:rsidR="00BD1DD6" w:rsidRDefault="00A669BC">
      <w:r>
        <w:t>- HS tự đánh giá hoạt động tuần 29 và nắm phương hướng tuần 30.</w:t>
      </w:r>
    </w:p>
    <w:p w:rsidR="00BD1DD6" w:rsidRDefault="00A669BC">
      <w:r>
        <w:t>- HS chia sẻ kết quả bảo vệ cảnh quan đã thực hiện.</w:t>
      </w:r>
    </w:p>
    <w:p w:rsidR="00BD1DD6" w:rsidRDefault="00A669BC">
      <w:r>
        <w:t>- HS phối hợp chăm sóc một khu vực trường học an toàn, hiệu quả.</w:t>
      </w:r>
    </w:p>
    <w:p w:rsidR="00BD1DD6" w:rsidRDefault="00A669BC">
      <w:r>
        <w:rPr>
          <w:b/>
        </w:rPr>
        <w:t>2. Năng lực chung</w:t>
      </w:r>
    </w:p>
    <w:p w:rsidR="00BD1DD6" w:rsidRDefault="00A669BC">
      <w:r>
        <w:t>- Biết tự điều chỉnh hành vi, cảm xúc và chủ động thực hiện nhiệm vụ được giao.</w:t>
      </w:r>
    </w:p>
    <w:p w:rsidR="00BD1DD6" w:rsidRDefault="00A669BC">
      <w:r>
        <w:t>- Biết lắng nghe, trao đổi, phối hợp và tôn trọng ý kiến của bạn.</w:t>
      </w:r>
    </w:p>
    <w:p w:rsidR="00BD1DD6" w:rsidRDefault="00A669BC">
      <w:r>
        <w:t>- Biết lựa chọn cách xử lí phù hợp, đề xuất việc làm vừa sức và an toàn.</w:t>
      </w:r>
    </w:p>
    <w:p w:rsidR="00BD1DD6" w:rsidRDefault="00A669BC">
      <w:r>
        <w:rPr>
          <w:b/>
        </w:rPr>
        <w:t>3. Phẩm chất</w:t>
      </w:r>
    </w:p>
    <w:p w:rsidR="00BD1DD6" w:rsidRDefault="00A669BC">
      <w:r>
        <w:t>- Yêu nước: Yêu trường, yêu cảnh quan quê hương.</w:t>
      </w:r>
    </w:p>
    <w:p w:rsidR="00BD1DD6" w:rsidRDefault="00A669BC">
      <w:r>
        <w:t>- Đoàn kết: Phối hợp và hỗ trợ bạn.</w:t>
      </w:r>
    </w:p>
    <w:p w:rsidR="00BD1DD6" w:rsidRDefault="00A669BC">
      <w:r>
        <w:t>- Trách nhiệm: Hoàn thành nhiệm vụ, cất dụng cụ đúng nơi.</w:t>
      </w:r>
    </w:p>
    <w:p w:rsidR="00BD1DD6" w:rsidRDefault="00A669BC">
      <w:r>
        <w:rPr>
          <w:b/>
        </w:rPr>
        <w:t>II. CHUẨN BỊ:</w:t>
      </w:r>
    </w:p>
    <w:p w:rsidR="00BD1DD6" w:rsidRDefault="00A669BC">
      <w:r>
        <w:t>- GV: Bảng tổng kết tuần; dụng cụ an toàn: chổi, kẹp rác, bình tưới; bảng phân công.</w:t>
      </w:r>
    </w:p>
    <w:p w:rsidR="00BD1DD6" w:rsidRDefault="00A669BC">
      <w:r>
        <w:t>- HS: Găng tay nếu có; bưu thiếp/sản phẩm; nước uống.</w:t>
      </w:r>
    </w:p>
    <w:p w:rsidR="00BD1DD6" w:rsidRDefault="00A669BC">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871"/>
        <w:gridCol w:w="4770"/>
      </w:tblGrid>
      <w:tr w:rsidR="00BD1DD6" w:rsidTr="002139AE">
        <w:trPr>
          <w:cantSplit/>
          <w:tblHeader/>
          <w:jc w:val="center"/>
        </w:trPr>
        <w:tc>
          <w:tcPr>
            <w:tcW w:w="4871"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GIÁO VIÊN</w:t>
            </w:r>
          </w:p>
        </w:tc>
        <w:tc>
          <w:tcPr>
            <w:tcW w:w="4770" w:type="dxa"/>
            <w:tcBorders>
              <w:bottom w:val="single" w:sz="6" w:space="0" w:color="000000"/>
            </w:tcBorders>
            <w:shd w:val="clear" w:color="auto" w:fill="auto"/>
            <w:tcMar>
              <w:top w:w="40" w:type="dxa"/>
              <w:left w:w="70" w:type="dxa"/>
              <w:bottom w:w="40" w:type="dxa"/>
              <w:right w:w="70" w:type="dxa"/>
            </w:tcMar>
            <w:vAlign w:val="center"/>
          </w:tcPr>
          <w:p w:rsidR="00BD1DD6" w:rsidRDefault="00A669BC">
            <w:pPr>
              <w:jc w:val="center"/>
            </w:pPr>
            <w:r>
              <w:rPr>
                <w:b/>
              </w:rPr>
              <w:t>HOẠT ĐỘNG CỦA HỌC SINH</w:t>
            </w:r>
          </w:p>
        </w:tc>
      </w:tr>
      <w:tr w:rsidR="00BD1DD6" w:rsidTr="002139AE">
        <w:trPr>
          <w:cantSplit/>
          <w:jc w:val="center"/>
        </w:trPr>
        <w:tc>
          <w:tcPr>
            <w:tcW w:w="9641"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1. KHỞI ĐỘNG (3 PHÚT)</w:t>
            </w:r>
          </w:p>
          <w:p w:rsidR="00BD1DD6" w:rsidRDefault="00A669BC">
            <w:r>
              <w:rPr>
                <w:b/>
              </w:rPr>
              <w:t xml:space="preserve">- Mục tiêu: </w:t>
            </w:r>
            <w:r>
              <w:t>Tạo tâm thế vui vẻ và chuẩn bị cho hoạt động chăm sóc cảnh quan.</w:t>
            </w:r>
          </w:p>
          <w:p w:rsidR="00BD1DD6" w:rsidRDefault="00A669BC">
            <w:r>
              <w:rPr>
                <w:b/>
                <w:i/>
              </w:rPr>
              <w:t>* Cách tiến hành:</w:t>
            </w:r>
          </w:p>
        </w:tc>
      </w:tr>
      <w:tr w:rsidR="00BD1DD6" w:rsidTr="002139AE">
        <w:trPr>
          <w:cantSplit/>
          <w:jc w:val="center"/>
        </w:trPr>
        <w:tc>
          <w:tcPr>
            <w:tcW w:w="4871" w:type="dxa"/>
            <w:tcBorders>
              <w:top w:val="single" w:sz="6" w:space="0" w:color="000000"/>
            </w:tcBorders>
            <w:shd w:val="clear" w:color="auto" w:fill="auto"/>
            <w:tcMar>
              <w:top w:w="40" w:type="dxa"/>
              <w:left w:w="70" w:type="dxa"/>
              <w:bottom w:w="40" w:type="dxa"/>
              <w:right w:w="70" w:type="dxa"/>
            </w:tcMar>
          </w:tcPr>
          <w:p w:rsidR="00BD1DD6" w:rsidRDefault="00A669BC">
            <w:r>
              <w:t>- GV tổ chức động tác mô phỏng quét sân, nhặt rác, tưới cây theo nhạc.</w:t>
            </w:r>
          </w:p>
        </w:tc>
        <w:tc>
          <w:tcPr>
            <w:tcW w:w="4770" w:type="dxa"/>
            <w:tcBorders>
              <w:top w:val="single" w:sz="6" w:space="0" w:color="000000"/>
            </w:tcBorders>
            <w:shd w:val="clear" w:color="auto" w:fill="auto"/>
            <w:tcMar>
              <w:top w:w="40" w:type="dxa"/>
              <w:left w:w="70" w:type="dxa"/>
              <w:bottom w:w="40" w:type="dxa"/>
              <w:right w:w="70" w:type="dxa"/>
            </w:tcMar>
          </w:tcPr>
          <w:p w:rsidR="00BD1DD6" w:rsidRDefault="00A669BC">
            <w:r>
              <w:t>- HS vận động tại chỗ, không vung tay quá rộng.</w:t>
            </w:r>
          </w:p>
        </w:tc>
      </w:tr>
      <w:tr w:rsidR="00BD1DD6" w:rsidTr="002139AE">
        <w:trPr>
          <w:cantSplit/>
          <w:jc w:val="center"/>
        </w:trPr>
        <w:tc>
          <w:tcPr>
            <w:tcW w:w="4871" w:type="dxa"/>
            <w:tcBorders>
              <w:bottom w:val="single" w:sz="6" w:space="0" w:color="000000"/>
            </w:tcBorders>
            <w:shd w:val="clear" w:color="auto" w:fill="auto"/>
            <w:tcMar>
              <w:top w:w="40" w:type="dxa"/>
              <w:left w:w="70" w:type="dxa"/>
              <w:bottom w:w="40" w:type="dxa"/>
              <w:right w:w="70" w:type="dxa"/>
            </w:tcMar>
          </w:tcPr>
          <w:p w:rsidR="00BD1DD6" w:rsidRDefault="00A669BC">
            <w:r>
              <w:t>- GV nhắc quy tắc sử dụng dụng cụ và rửa tay sau hoạt động.</w:t>
            </w:r>
          </w:p>
        </w:tc>
        <w:tc>
          <w:tcPr>
            <w:tcW w:w="4770" w:type="dxa"/>
            <w:tcBorders>
              <w:bottom w:val="single" w:sz="6" w:space="0" w:color="000000"/>
            </w:tcBorders>
            <w:shd w:val="clear" w:color="auto" w:fill="auto"/>
            <w:tcMar>
              <w:top w:w="40" w:type="dxa"/>
              <w:left w:w="70" w:type="dxa"/>
              <w:bottom w:w="40" w:type="dxa"/>
              <w:right w:w="70" w:type="dxa"/>
            </w:tcMar>
          </w:tcPr>
          <w:p w:rsidR="00BD1DD6" w:rsidRDefault="00A669BC">
            <w:r>
              <w:t>- HS lắng nghe, kiểm tra trang phục và dụng cụ.</w:t>
            </w:r>
          </w:p>
        </w:tc>
      </w:tr>
      <w:tr w:rsidR="00BD1DD6" w:rsidTr="002139AE">
        <w:trPr>
          <w:cantSplit/>
          <w:jc w:val="center"/>
        </w:trPr>
        <w:tc>
          <w:tcPr>
            <w:tcW w:w="9641"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2. HOẠT ĐỘNG TỔNG KẾT TUẦN (8 PHÚT)</w:t>
            </w:r>
          </w:p>
          <w:p w:rsidR="00BD1DD6" w:rsidRDefault="00A669BC">
            <w:r>
              <w:rPr>
                <w:b/>
              </w:rPr>
              <w:t xml:space="preserve">- Mục tiêu: </w:t>
            </w:r>
            <w:r>
              <w:t>HS đánh giá tuần 29 và thống nhất phương hướng tuần 30.</w:t>
            </w:r>
          </w:p>
          <w:p w:rsidR="00BD1DD6" w:rsidRDefault="00A669BC">
            <w:r>
              <w:rPr>
                <w:b/>
                <w:i/>
              </w:rPr>
              <w:t>* Cách tiến hành:</w:t>
            </w:r>
          </w:p>
        </w:tc>
      </w:tr>
      <w:tr w:rsidR="00BD1DD6" w:rsidTr="002139AE">
        <w:trPr>
          <w:cantSplit/>
          <w:jc w:val="center"/>
        </w:trPr>
        <w:tc>
          <w:tcPr>
            <w:tcW w:w="4871" w:type="dxa"/>
            <w:tcBorders>
              <w:top w:val="single" w:sz="6" w:space="0" w:color="000000"/>
            </w:tcBorders>
            <w:shd w:val="clear" w:color="auto" w:fill="auto"/>
            <w:tcMar>
              <w:top w:w="40" w:type="dxa"/>
              <w:left w:w="70" w:type="dxa"/>
              <w:bottom w:w="40" w:type="dxa"/>
              <w:right w:w="70" w:type="dxa"/>
            </w:tcMar>
          </w:tcPr>
          <w:p w:rsidR="00BD1DD6" w:rsidRDefault="00A669BC">
            <w:r>
              <w:rPr>
                <w:b/>
              </w:rPr>
              <w:t>2.1. Tổng kết các hoạt động trong tuần 29</w:t>
            </w:r>
          </w:p>
        </w:tc>
        <w:tc>
          <w:tcPr>
            <w:tcW w:w="4770" w:type="dxa"/>
            <w:tcBorders>
              <w:top w:val="single" w:sz="6" w:space="0" w:color="000000"/>
            </w:tcBorders>
            <w:shd w:val="clear" w:color="auto" w:fill="auto"/>
            <w:tcMar>
              <w:top w:w="40" w:type="dxa"/>
              <w:left w:w="70" w:type="dxa"/>
              <w:bottom w:w="40" w:type="dxa"/>
              <w:right w:w="70" w:type="dxa"/>
            </w:tcMar>
          </w:tcPr>
          <w:p w:rsidR="00BD1DD6" w:rsidRDefault="00A669BC">
            <w:r>
              <w:t>- HS chuẩn bị báo cáo tuần 29.</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mời tổ trưởng báo cáo nền nếp, học tập, vệ sinh và phong trào bảo vệ cảnh quan.</w:t>
            </w:r>
          </w:p>
        </w:tc>
        <w:tc>
          <w:tcPr>
            <w:tcW w:w="4770" w:type="dxa"/>
            <w:shd w:val="clear" w:color="auto" w:fill="auto"/>
            <w:tcMar>
              <w:top w:w="40" w:type="dxa"/>
              <w:left w:w="70" w:type="dxa"/>
              <w:bottom w:w="40" w:type="dxa"/>
              <w:right w:w="70" w:type="dxa"/>
            </w:tcMar>
          </w:tcPr>
          <w:p w:rsidR="00BD1DD6" w:rsidRDefault="00A669BC">
            <w:r>
              <w:t>- Tổ trưởng báo cáo, nêu việc làm tốt và hạn chế.</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nhận xét, tuyên dương và hướng dẫn tự đánh giá.</w:t>
            </w:r>
          </w:p>
        </w:tc>
        <w:tc>
          <w:tcPr>
            <w:tcW w:w="4770" w:type="dxa"/>
            <w:shd w:val="clear" w:color="auto" w:fill="auto"/>
            <w:tcMar>
              <w:top w:w="40" w:type="dxa"/>
              <w:left w:w="70" w:type="dxa"/>
              <w:bottom w:w="40" w:type="dxa"/>
              <w:right w:w="70" w:type="dxa"/>
            </w:tcMar>
          </w:tcPr>
          <w:p w:rsidR="00BD1DD6" w:rsidRDefault="00A669BC">
            <w:r>
              <w:t>- HS tự đánh giá, nêu một việc cần điều chỉnh.</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rPr>
                <w:b/>
              </w:rPr>
              <w:t>2.2. Phương hướng hoạt động tuần 30</w:t>
            </w:r>
          </w:p>
        </w:tc>
        <w:tc>
          <w:tcPr>
            <w:tcW w:w="4770" w:type="dxa"/>
            <w:shd w:val="clear" w:color="auto" w:fill="auto"/>
            <w:tcMar>
              <w:top w:w="40" w:type="dxa"/>
              <w:left w:w="70" w:type="dxa"/>
              <w:bottom w:w="40" w:type="dxa"/>
              <w:right w:w="70" w:type="dxa"/>
            </w:tcMar>
          </w:tcPr>
          <w:p w:rsidR="00BD1DD6" w:rsidRDefault="00A669BC">
            <w:r>
              <w:t>- HS chuẩn bị đề xuất biện pháp.</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nêu nhiệm vụ trọng tâm: giữ vệ sinh, chuẩn bị học tập, thực hiện cam kết bảo vệ môi trường.</w:t>
            </w:r>
          </w:p>
        </w:tc>
        <w:tc>
          <w:tcPr>
            <w:tcW w:w="4770" w:type="dxa"/>
            <w:shd w:val="clear" w:color="auto" w:fill="auto"/>
            <w:tcMar>
              <w:top w:w="40" w:type="dxa"/>
              <w:left w:w="70" w:type="dxa"/>
              <w:bottom w:w="40" w:type="dxa"/>
              <w:right w:w="70" w:type="dxa"/>
            </w:tcMar>
          </w:tcPr>
          <w:p w:rsidR="00BD1DD6" w:rsidRDefault="00A669BC">
            <w:r>
              <w:t>- HS thảo luận, nhận nhiệm vụ.</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chốt phương hướng và mời lớp cam kết.</w:t>
            </w:r>
          </w:p>
        </w:tc>
        <w:tc>
          <w:tcPr>
            <w:tcW w:w="4770" w:type="dxa"/>
            <w:shd w:val="clear" w:color="auto" w:fill="auto"/>
            <w:tcMar>
              <w:top w:w="40" w:type="dxa"/>
              <w:left w:w="70" w:type="dxa"/>
              <w:bottom w:w="40" w:type="dxa"/>
              <w:right w:w="70" w:type="dxa"/>
            </w:tcMar>
          </w:tcPr>
          <w:p w:rsidR="00BD1DD6" w:rsidRDefault="00A669BC">
            <w:r>
              <w:t>- HS nhắc lại và giơ tay thể hiện quyết tâm.</w:t>
            </w:r>
          </w:p>
        </w:tc>
      </w:tr>
      <w:tr w:rsidR="00BD1DD6" w:rsidTr="002139AE">
        <w:trPr>
          <w:cantSplit/>
          <w:jc w:val="center"/>
        </w:trPr>
        <w:tc>
          <w:tcPr>
            <w:tcW w:w="9641" w:type="dxa"/>
            <w:gridSpan w:val="2"/>
            <w:shd w:val="clear" w:color="auto" w:fill="auto"/>
            <w:tcMar>
              <w:top w:w="40" w:type="dxa"/>
              <w:left w:w="70" w:type="dxa"/>
              <w:bottom w:w="40" w:type="dxa"/>
              <w:right w:w="70" w:type="dxa"/>
            </w:tcMar>
          </w:tcPr>
          <w:p w:rsidR="00BD1DD6" w:rsidRDefault="00A669BC">
            <w:r>
              <w:rPr>
                <w:b/>
              </w:rPr>
              <w:lastRenderedPageBreak/>
              <w:t>3. CHIA SẺ THU HOẠCH SAU TRẢI NGHIỆM LẦN TRƯỚC (5 PHÚT)</w:t>
            </w:r>
          </w:p>
          <w:p w:rsidR="00BD1DD6" w:rsidRDefault="00A669BC">
            <w:r>
              <w:rPr>
                <w:b/>
              </w:rPr>
              <w:t xml:space="preserve">- Mục tiêu: </w:t>
            </w:r>
            <w:r>
              <w:t>HS chia sẻ việc đã làm, kết quả và điều cần duy trì.</w:t>
            </w:r>
          </w:p>
          <w:p w:rsidR="00BD1DD6" w:rsidRDefault="00A669BC">
            <w:r>
              <w:rPr>
                <w:b/>
                <w:i/>
              </w:rPr>
              <w:t>* Cách tiến hành:</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cho HS chia sẻ theo nhóm: việc đã làm – nơi thực hiện – người cùng làm – kết quả.</w:t>
            </w:r>
          </w:p>
        </w:tc>
        <w:tc>
          <w:tcPr>
            <w:tcW w:w="4770" w:type="dxa"/>
            <w:shd w:val="clear" w:color="auto" w:fill="auto"/>
            <w:tcMar>
              <w:top w:w="40" w:type="dxa"/>
              <w:left w:w="70" w:type="dxa"/>
              <w:bottom w:w="40" w:type="dxa"/>
              <w:right w:w="70" w:type="dxa"/>
            </w:tcMar>
          </w:tcPr>
          <w:p w:rsidR="00BD1DD6" w:rsidRDefault="00A669BC">
            <w:r>
              <w:t>- HS lần lượt kể, trưng bày bưu thiếp hoặc ghi chép.</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mời HS nêu một khó khăn và cách giải quyết.</w:t>
            </w:r>
          </w:p>
        </w:tc>
        <w:tc>
          <w:tcPr>
            <w:tcW w:w="4770" w:type="dxa"/>
            <w:shd w:val="clear" w:color="auto" w:fill="auto"/>
            <w:tcMar>
              <w:top w:w="40" w:type="dxa"/>
              <w:left w:w="70" w:type="dxa"/>
              <w:bottom w:w="40" w:type="dxa"/>
              <w:right w:w="70" w:type="dxa"/>
            </w:tcMar>
          </w:tcPr>
          <w:p w:rsidR="00BD1DD6" w:rsidRDefault="00A669BC">
            <w:r>
              <w:t>- HS chia sẻ, bạn góp ý.</w:t>
            </w:r>
          </w:p>
        </w:tc>
      </w:tr>
      <w:tr w:rsidR="00BD1DD6" w:rsidTr="002139AE">
        <w:trPr>
          <w:cantSplit/>
          <w:jc w:val="center"/>
        </w:trPr>
        <w:tc>
          <w:tcPr>
            <w:tcW w:w="4871" w:type="dxa"/>
            <w:tcBorders>
              <w:bottom w:val="single" w:sz="6" w:space="0" w:color="000000"/>
            </w:tcBorders>
            <w:shd w:val="clear" w:color="auto" w:fill="auto"/>
            <w:tcMar>
              <w:top w:w="40" w:type="dxa"/>
              <w:left w:w="70" w:type="dxa"/>
              <w:bottom w:w="40" w:type="dxa"/>
              <w:right w:w="70" w:type="dxa"/>
            </w:tcMar>
          </w:tcPr>
          <w:p w:rsidR="00BD1DD6" w:rsidRDefault="00A669BC">
            <w:r>
              <w:t>- GV nhắc không chụp ảnh người khác hoặc khu vực riêng tư khi chưa được phép.</w:t>
            </w:r>
          </w:p>
        </w:tc>
        <w:tc>
          <w:tcPr>
            <w:tcW w:w="4770" w:type="dxa"/>
            <w:tcBorders>
              <w:bottom w:val="single" w:sz="6" w:space="0" w:color="000000"/>
            </w:tcBorders>
            <w:shd w:val="clear" w:color="auto" w:fill="auto"/>
            <w:tcMar>
              <w:top w:w="40" w:type="dxa"/>
              <w:left w:w="70" w:type="dxa"/>
              <w:bottom w:w="40" w:type="dxa"/>
              <w:right w:w="70" w:type="dxa"/>
            </w:tcMar>
          </w:tcPr>
          <w:p w:rsidR="00BD1DD6" w:rsidRDefault="00A669BC">
            <w:r>
              <w:t>- HS ghi nhớ.</w:t>
            </w:r>
          </w:p>
        </w:tc>
      </w:tr>
      <w:tr w:rsidR="00BD1DD6" w:rsidTr="002139AE">
        <w:trPr>
          <w:cantSplit/>
          <w:jc w:val="center"/>
        </w:trPr>
        <w:tc>
          <w:tcPr>
            <w:tcW w:w="9641"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r>
              <w:rPr>
                <w:b/>
              </w:rPr>
              <w:t>4. HOẠT ĐỘNG NHÓM (16 PHÚT)</w:t>
            </w:r>
          </w:p>
          <w:p w:rsidR="00BD1DD6" w:rsidRDefault="00A669BC">
            <w:r>
              <w:rPr>
                <w:b/>
              </w:rPr>
              <w:t xml:space="preserve">- Mục tiêu: </w:t>
            </w:r>
            <w:r>
              <w:t>HS thực hành chăm sóc cảnh quan trường học theo phân công, bảo đảm an toàn và vệ sinh.</w:t>
            </w:r>
          </w:p>
          <w:p w:rsidR="00BD1DD6" w:rsidRDefault="00A669BC">
            <w:r>
              <w:rPr>
                <w:b/>
                <w:i/>
              </w:rPr>
              <w:t>* Cách tiến hành:</w:t>
            </w:r>
          </w:p>
        </w:tc>
      </w:tr>
      <w:tr w:rsidR="00BD1DD6" w:rsidTr="002139AE">
        <w:trPr>
          <w:cantSplit/>
          <w:jc w:val="center"/>
        </w:trPr>
        <w:tc>
          <w:tcPr>
            <w:tcW w:w="4871" w:type="dxa"/>
            <w:tcBorders>
              <w:top w:val="single" w:sz="6" w:space="0" w:color="000000"/>
            </w:tcBorders>
            <w:shd w:val="clear" w:color="auto" w:fill="auto"/>
            <w:tcMar>
              <w:top w:w="40" w:type="dxa"/>
              <w:left w:w="70" w:type="dxa"/>
              <w:bottom w:w="40" w:type="dxa"/>
              <w:right w:w="70" w:type="dxa"/>
            </w:tcMar>
          </w:tcPr>
          <w:p w:rsidR="00BD1DD6" w:rsidRDefault="00A669BC">
            <w:r>
              <w:t>- GV chia tổ, giao khu vực: bồn hoa, sân lớp, góc cây, khu vực bảng tin; nêu giới hạn rõ ràng.</w:t>
            </w:r>
          </w:p>
          <w:p w:rsidR="00BD1DD6" w:rsidRDefault="00BD1DD6">
            <w:pPr>
              <w:jc w:val="center"/>
            </w:pPr>
          </w:p>
        </w:tc>
        <w:tc>
          <w:tcPr>
            <w:tcW w:w="4770" w:type="dxa"/>
            <w:tcBorders>
              <w:top w:val="single" w:sz="6" w:space="0" w:color="000000"/>
            </w:tcBorders>
            <w:shd w:val="clear" w:color="auto" w:fill="auto"/>
            <w:tcMar>
              <w:top w:w="40" w:type="dxa"/>
              <w:left w:w="70" w:type="dxa"/>
              <w:bottom w:w="40" w:type="dxa"/>
              <w:right w:w="70" w:type="dxa"/>
            </w:tcMar>
          </w:tcPr>
          <w:p w:rsidR="00BD1DD6" w:rsidRDefault="00A669BC">
            <w:r>
              <w:t>- HS về khu vực, kiểm tra thành viên và dụng cụ.</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phân công từng việc: nhặt rác bằng kẹp, quét lá, tưới vừa đủ, sắp xếp đồ dùng.</w:t>
            </w:r>
          </w:p>
        </w:tc>
        <w:tc>
          <w:tcPr>
            <w:tcW w:w="4770" w:type="dxa"/>
            <w:shd w:val="clear" w:color="auto" w:fill="auto"/>
            <w:tcMar>
              <w:top w:w="40" w:type="dxa"/>
              <w:left w:w="70" w:type="dxa"/>
              <w:bottom w:w="40" w:type="dxa"/>
              <w:right w:w="70" w:type="dxa"/>
            </w:tcMar>
          </w:tcPr>
          <w:p w:rsidR="00BD1DD6" w:rsidRDefault="00A669BC">
            <w:r>
              <w:t>- HS nhận việc, làm theo thứ tự, không tranh dụng cụ.</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nhắc không chạm thủy tinh vỡ, kim loại sắc, hóa chất hoặc sinh vật lạ; phải báo ngay.</w:t>
            </w:r>
          </w:p>
        </w:tc>
        <w:tc>
          <w:tcPr>
            <w:tcW w:w="4770" w:type="dxa"/>
            <w:shd w:val="clear" w:color="auto" w:fill="auto"/>
            <w:tcMar>
              <w:top w:w="40" w:type="dxa"/>
              <w:left w:w="70" w:type="dxa"/>
              <w:bottom w:w="40" w:type="dxa"/>
              <w:right w:w="70" w:type="dxa"/>
            </w:tcMar>
          </w:tcPr>
          <w:p w:rsidR="00BD1DD6" w:rsidRDefault="00A669BC">
            <w:r>
              <w:t>- HS dừng lại, báo GV khi gặp vật nguy hiểm.</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quan sát, điều chỉnh cách quét, tưới và thu gom; nhắc tiết kiệm nước.</w:t>
            </w:r>
          </w:p>
        </w:tc>
        <w:tc>
          <w:tcPr>
            <w:tcW w:w="4770" w:type="dxa"/>
            <w:shd w:val="clear" w:color="auto" w:fill="auto"/>
            <w:tcMar>
              <w:top w:w="40" w:type="dxa"/>
              <w:left w:w="70" w:type="dxa"/>
              <w:bottom w:w="40" w:type="dxa"/>
              <w:right w:w="70" w:type="dxa"/>
            </w:tcMar>
          </w:tcPr>
          <w:p w:rsidR="00BD1DD6" w:rsidRDefault="00A669BC">
            <w:r>
              <w:t>- HS thực hiện đúng thao tác, hỗ trợ bạn khi cần.</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yêu cầu nhóm kiểm tra khu vực theo ba tiêu chí: sạch – gọn – không làm hỏng cây/của chung.</w:t>
            </w:r>
          </w:p>
        </w:tc>
        <w:tc>
          <w:tcPr>
            <w:tcW w:w="4770" w:type="dxa"/>
            <w:shd w:val="clear" w:color="auto" w:fill="auto"/>
            <w:tcMar>
              <w:top w:w="40" w:type="dxa"/>
              <w:left w:w="70" w:type="dxa"/>
              <w:bottom w:w="40" w:type="dxa"/>
              <w:right w:w="70" w:type="dxa"/>
            </w:tcMar>
          </w:tcPr>
          <w:p w:rsidR="00BD1DD6" w:rsidRDefault="00A669BC">
            <w:r>
              <w:t>- HS kiểm tra chéo, hoàn thiện phần việc.</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tổ chức rửa tay, cất dụng cụ, tập trung và báo cáo.</w:t>
            </w:r>
          </w:p>
        </w:tc>
        <w:tc>
          <w:tcPr>
            <w:tcW w:w="4770" w:type="dxa"/>
            <w:shd w:val="clear" w:color="auto" w:fill="auto"/>
            <w:tcMar>
              <w:top w:w="40" w:type="dxa"/>
              <w:left w:w="70" w:type="dxa"/>
              <w:bottom w:w="40" w:type="dxa"/>
              <w:right w:w="70" w:type="dxa"/>
            </w:tcMar>
          </w:tcPr>
          <w:p w:rsidR="00BD1DD6" w:rsidRDefault="00A669BC">
            <w:r>
              <w:t>- HS vệ sinh cá nhân, cất dụng cụ và nêu kết quả.</w:t>
            </w:r>
          </w:p>
        </w:tc>
      </w:tr>
      <w:tr w:rsidR="00BD1DD6" w:rsidTr="002139AE">
        <w:trPr>
          <w:cantSplit/>
          <w:jc w:val="center"/>
        </w:trPr>
        <w:tc>
          <w:tcPr>
            <w:tcW w:w="4871" w:type="dxa"/>
            <w:tcBorders>
              <w:bottom w:val="single" w:sz="6" w:space="0" w:color="000000"/>
            </w:tcBorders>
            <w:shd w:val="clear" w:color="auto" w:fill="auto"/>
            <w:tcMar>
              <w:top w:w="40" w:type="dxa"/>
              <w:left w:w="70" w:type="dxa"/>
              <w:bottom w:w="40" w:type="dxa"/>
              <w:right w:w="70" w:type="dxa"/>
            </w:tcMar>
          </w:tcPr>
          <w:p w:rsidR="00BD1DD6" w:rsidRDefault="00A669BC">
            <w:r>
              <w:t>- GV tuyên dương nhóm hợp tác tốt, nhắc việc cần duy trì hằng ngày.</w:t>
            </w:r>
          </w:p>
        </w:tc>
        <w:tc>
          <w:tcPr>
            <w:tcW w:w="4770" w:type="dxa"/>
            <w:tcBorders>
              <w:bottom w:val="single" w:sz="6" w:space="0" w:color="000000"/>
            </w:tcBorders>
            <w:shd w:val="clear" w:color="auto" w:fill="auto"/>
            <w:tcMar>
              <w:top w:w="40" w:type="dxa"/>
              <w:left w:w="70" w:type="dxa"/>
              <w:bottom w:w="40" w:type="dxa"/>
              <w:right w:w="70" w:type="dxa"/>
            </w:tcMar>
          </w:tcPr>
          <w:p w:rsidR="00BD1DD6" w:rsidRDefault="00A669BC">
            <w:r>
              <w:t>- HS nêu một thói quen sẽ tiếp tục.</w:t>
            </w:r>
          </w:p>
        </w:tc>
      </w:tr>
      <w:tr w:rsidR="00BD1DD6" w:rsidTr="002139AE">
        <w:trPr>
          <w:cantSplit/>
          <w:jc w:val="center"/>
        </w:trPr>
        <w:tc>
          <w:tcPr>
            <w:tcW w:w="9641" w:type="dxa"/>
            <w:gridSpan w:val="2"/>
            <w:tcBorders>
              <w:top w:val="single" w:sz="6" w:space="0" w:color="000000"/>
              <w:bottom w:val="single" w:sz="6" w:space="0" w:color="000000"/>
            </w:tcBorders>
            <w:shd w:val="clear" w:color="auto" w:fill="auto"/>
            <w:tcMar>
              <w:top w:w="40" w:type="dxa"/>
              <w:left w:w="70" w:type="dxa"/>
              <w:bottom w:w="40" w:type="dxa"/>
              <w:right w:w="70" w:type="dxa"/>
            </w:tcMar>
          </w:tcPr>
          <w:p w:rsidR="00BD1DD6" w:rsidRDefault="00A669BC">
            <w:bookmarkStart w:id="0" w:name="_GoBack"/>
            <w:r>
              <w:rPr>
                <w:b/>
              </w:rPr>
              <w:t>5. HOẠT ĐỘNG SAU GIỜ HỌC (3 PHÚT)</w:t>
            </w:r>
          </w:p>
          <w:p w:rsidR="00BD1DD6" w:rsidRDefault="00A669BC">
            <w:r>
              <w:rPr>
                <w:b/>
              </w:rPr>
              <w:t xml:space="preserve">- Mục tiêu: </w:t>
            </w:r>
            <w:r>
              <w:t>HS duy trì việc chăm sóc cảnh quan ở nhà hoặc khu phố cùng gia đình.</w:t>
            </w:r>
          </w:p>
          <w:p w:rsidR="00BD1DD6" w:rsidRDefault="00A669BC">
            <w:r>
              <w:rPr>
                <w:b/>
                <w:i/>
              </w:rPr>
              <w:t>* Cách tiến hành:</w:t>
            </w:r>
          </w:p>
        </w:tc>
      </w:tr>
      <w:bookmarkEnd w:id="0"/>
      <w:tr w:rsidR="00BD1DD6" w:rsidTr="002139AE">
        <w:trPr>
          <w:cantSplit/>
          <w:jc w:val="center"/>
        </w:trPr>
        <w:tc>
          <w:tcPr>
            <w:tcW w:w="4871" w:type="dxa"/>
            <w:tcBorders>
              <w:top w:val="single" w:sz="6" w:space="0" w:color="000000"/>
            </w:tcBorders>
            <w:shd w:val="clear" w:color="auto" w:fill="auto"/>
            <w:tcMar>
              <w:top w:w="40" w:type="dxa"/>
              <w:left w:w="70" w:type="dxa"/>
              <w:bottom w:w="40" w:type="dxa"/>
              <w:right w:w="70" w:type="dxa"/>
            </w:tcMar>
          </w:tcPr>
          <w:p w:rsidR="00BD1DD6" w:rsidRDefault="00A669BC">
            <w:r>
              <w:t>- GV giao nhiệm vụ chọn một khu vực nhỏ ở nhà để chăm sóc trong tuần.</w:t>
            </w:r>
          </w:p>
        </w:tc>
        <w:tc>
          <w:tcPr>
            <w:tcW w:w="4770" w:type="dxa"/>
            <w:tcBorders>
              <w:top w:val="single" w:sz="6" w:space="0" w:color="000000"/>
            </w:tcBorders>
            <w:shd w:val="clear" w:color="auto" w:fill="auto"/>
            <w:tcMar>
              <w:top w:w="40" w:type="dxa"/>
              <w:left w:w="70" w:type="dxa"/>
              <w:bottom w:w="40" w:type="dxa"/>
              <w:right w:w="70" w:type="dxa"/>
            </w:tcMar>
          </w:tcPr>
          <w:p w:rsidR="00BD1DD6" w:rsidRDefault="00A669BC">
            <w:r>
              <w:t>- HS thực hiện cùng người thân và ghi lại kết quả.</w:t>
            </w:r>
          </w:p>
        </w:tc>
      </w:tr>
      <w:tr w:rsidR="00BD1DD6" w:rsidTr="002139AE">
        <w:trPr>
          <w:cantSplit/>
          <w:jc w:val="center"/>
        </w:trPr>
        <w:tc>
          <w:tcPr>
            <w:tcW w:w="4871" w:type="dxa"/>
            <w:shd w:val="clear" w:color="auto" w:fill="auto"/>
            <w:tcMar>
              <w:top w:w="40" w:type="dxa"/>
              <w:left w:w="70" w:type="dxa"/>
              <w:bottom w:w="40" w:type="dxa"/>
              <w:right w:w="70" w:type="dxa"/>
            </w:tcMar>
          </w:tcPr>
          <w:p w:rsidR="00BD1DD6" w:rsidRDefault="00A669BC">
            <w:r>
              <w:t>- GV nhắc chuẩn bị quan sát thực trạng vệ sinh trường cho tuần 30.</w:t>
            </w:r>
          </w:p>
        </w:tc>
        <w:tc>
          <w:tcPr>
            <w:tcW w:w="4770" w:type="dxa"/>
            <w:shd w:val="clear" w:color="auto" w:fill="auto"/>
            <w:tcMar>
              <w:top w:w="40" w:type="dxa"/>
              <w:left w:w="70" w:type="dxa"/>
              <w:bottom w:w="40" w:type="dxa"/>
              <w:right w:w="70" w:type="dxa"/>
            </w:tcMar>
          </w:tcPr>
          <w:p w:rsidR="00BD1DD6" w:rsidRDefault="00A669BC">
            <w:r>
              <w:t>- HS chuẩn bị bút, sổ và tinh thần khảo sát.</w:t>
            </w:r>
          </w:p>
        </w:tc>
      </w:tr>
    </w:tbl>
    <w:p w:rsidR="00BD1DD6" w:rsidRDefault="00A669BC">
      <w:r>
        <w:rPr>
          <w:b/>
        </w:rPr>
        <w:t>IV. ĐIỀU CHỈNH SAU BÀI DẠY:</w:t>
      </w:r>
    </w:p>
    <w:p w:rsidR="00BD1DD6" w:rsidRDefault="00A669BC">
      <w:r>
        <w:t>................................................................................................................</w:t>
      </w:r>
    </w:p>
    <w:p w:rsidR="00BD1DD6" w:rsidRDefault="00A669BC">
      <w:r>
        <w:t>................................................................................................................</w:t>
      </w:r>
    </w:p>
    <w:sectPr w:rsidR="00BD1DD6"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139AE"/>
    <w:rsid w:val="0029639D"/>
    <w:rsid w:val="00326F90"/>
    <w:rsid w:val="00A669BC"/>
    <w:rsid w:val="00AA1D8D"/>
    <w:rsid w:val="00B47730"/>
    <w:rsid w:val="00BD1DD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139AE"/>
    <w:rPr>
      <w:rFonts w:ascii="Tahoma" w:hAnsi="Tahoma" w:cs="Tahoma"/>
      <w:sz w:val="16"/>
      <w:szCs w:val="16"/>
    </w:rPr>
  </w:style>
  <w:style w:type="character" w:customStyle="1" w:styleId="BalloonTextChar">
    <w:name w:val="Balloon Text Char"/>
    <w:basedOn w:val="DefaultParagraphFont"/>
    <w:link w:val="BalloonText"/>
    <w:uiPriority w:val="99"/>
    <w:semiHidden/>
    <w:rsid w:val="002139A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139AE"/>
    <w:rPr>
      <w:rFonts w:ascii="Tahoma" w:hAnsi="Tahoma" w:cs="Tahoma"/>
      <w:sz w:val="16"/>
      <w:szCs w:val="16"/>
    </w:rPr>
  </w:style>
  <w:style w:type="character" w:customStyle="1" w:styleId="BalloonTextChar">
    <w:name w:val="Balloon Text Char"/>
    <w:basedOn w:val="DefaultParagraphFont"/>
    <w:link w:val="BalloonText"/>
    <w:uiPriority w:val="99"/>
    <w:semiHidden/>
    <w:rsid w:val="002139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4D32E-7F0F-4F69-82A0-9D4FD523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2026-06-12T21:39:00Z</dcterms:created>
  <dcterms:modified xsi:type="dcterms:W3CDTF">2026-08-17T14:07:00Z</dcterms:modified>
  <cp:category/>
</cp:coreProperties>
</file>