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B4770" w:rsidRPr="00D200D6" w:rsidRDefault="00920D7A" w:rsidP="00D200D6">
      <w:pPr>
        <w:spacing w:after="0" w:line="240" w:lineRule="auto"/>
        <w:jc w:val="center"/>
      </w:pPr>
      <w:r w:rsidRPr="00D200D6">
        <w:rPr>
          <w:rFonts w:ascii="Times New Roman" w:eastAsia="Times New Roman" w:hAnsi="Times New Roman"/>
          <w:b/>
          <w:sz w:val="28"/>
        </w:rPr>
        <w:t>TUẦN 29</w:t>
      </w:r>
    </w:p>
    <w:p w:rsidR="00AB4770" w:rsidRPr="00D200D6" w:rsidRDefault="00920D7A" w:rsidP="00D200D6">
      <w:pPr>
        <w:spacing w:after="0" w:line="240" w:lineRule="auto"/>
        <w:jc w:val="center"/>
      </w:pPr>
      <w:r w:rsidRPr="00D200D6">
        <w:rPr>
          <w:rFonts w:ascii="Times New Roman" w:eastAsia="Times New Roman" w:hAnsi="Times New Roman"/>
          <w:b/>
          <w:sz w:val="28"/>
        </w:rPr>
        <w:t>KẾ HOẠCH BÀI DẠY MÔN TOÁN 3</w:t>
      </w:r>
    </w:p>
    <w:p w:rsidR="00AB4770" w:rsidRPr="00D200D6" w:rsidRDefault="00920D7A" w:rsidP="00D200D6">
      <w:pPr>
        <w:spacing w:after="0" w:line="240" w:lineRule="auto"/>
        <w:jc w:val="center"/>
      </w:pPr>
      <w:r w:rsidRPr="00D200D6">
        <w:rPr>
          <w:rFonts w:ascii="Times New Roman" w:eastAsia="Times New Roman" w:hAnsi="Times New Roman"/>
          <w:b/>
          <w:sz w:val="26"/>
        </w:rPr>
        <w:t>CHỦ ĐỀ 13: XEM ĐỒNG HỒ, THÁNG - NĂM, TIỀN VIỆT NAM</w:t>
      </w:r>
    </w:p>
    <w:p w:rsidR="00AB4770" w:rsidRPr="00D200D6" w:rsidRDefault="00920D7A" w:rsidP="00D200D6">
      <w:pPr>
        <w:spacing w:after="0" w:line="240" w:lineRule="auto"/>
        <w:jc w:val="center"/>
      </w:pPr>
      <w:r w:rsidRPr="00D200D6">
        <w:rPr>
          <w:rFonts w:ascii="Times New Roman" w:eastAsia="Times New Roman" w:hAnsi="Times New Roman"/>
          <w:b/>
          <w:sz w:val="26"/>
        </w:rPr>
        <w:t>Bài 66: Xem đồng hồ. Tháng - năm (Tiết 1) - Trang 77, 78</w:t>
      </w:r>
    </w:p>
    <w:p w:rsidR="00AB4770" w:rsidRPr="00D200D6" w:rsidRDefault="00920D7A" w:rsidP="00D200D6">
      <w:pPr>
        <w:spacing w:after="0" w:line="240" w:lineRule="auto"/>
      </w:pPr>
      <w:r w:rsidRPr="00D200D6">
        <w:rPr>
          <w:rFonts w:ascii="Times New Roman" w:eastAsia="Times New Roman" w:hAnsi="Times New Roman"/>
          <w:b/>
          <w:sz w:val="26"/>
        </w:rPr>
        <w:t>I. YÊU CẦU CẦN ĐẠT:</w:t>
      </w:r>
    </w:p>
    <w:p w:rsidR="00AB4770" w:rsidRPr="00D200D6" w:rsidRDefault="00920D7A" w:rsidP="00D200D6">
      <w:pPr>
        <w:spacing w:after="0" w:line="240" w:lineRule="auto"/>
      </w:pPr>
      <w:r w:rsidRPr="00D200D6">
        <w:rPr>
          <w:rFonts w:ascii="Times New Roman" w:eastAsia="Times New Roman" w:hAnsi="Times New Roman"/>
          <w:b/>
          <w:sz w:val="26"/>
        </w:rPr>
        <w:t>1. Năng lực đặc thù:</w:t>
      </w:r>
    </w:p>
    <w:p w:rsidR="00AB4770" w:rsidRPr="00D200D6" w:rsidRDefault="00920D7A" w:rsidP="00D200D6">
      <w:pPr>
        <w:spacing w:after="0" w:line="240" w:lineRule="auto"/>
      </w:pPr>
      <w:r w:rsidRPr="00D200D6">
        <w:rPr>
          <w:rFonts w:ascii="Times New Roman" w:eastAsia="Times New Roman" w:hAnsi="Times New Roman"/>
          <w:sz w:val="26"/>
        </w:rPr>
        <w:t>- Đọc được giờ, phút trên đồng hồ kim và đồng hồ điện tử.</w:t>
      </w:r>
    </w:p>
    <w:p w:rsidR="00AB4770" w:rsidRPr="00D200D6" w:rsidRDefault="00920D7A" w:rsidP="00D200D6">
      <w:pPr>
        <w:spacing w:after="0" w:line="240" w:lineRule="auto"/>
      </w:pPr>
      <w:r w:rsidRPr="00D200D6">
        <w:rPr>
          <w:rFonts w:ascii="Times New Roman" w:eastAsia="Times New Roman" w:hAnsi="Times New Roman"/>
          <w:sz w:val="26"/>
        </w:rPr>
        <w:t>- Nhận biết một giờ có 60 phút, một ngày có 24 giờ.</w:t>
      </w:r>
    </w:p>
    <w:p w:rsidR="00AB4770" w:rsidRPr="00D200D6" w:rsidRDefault="00920D7A" w:rsidP="00D200D6">
      <w:pPr>
        <w:spacing w:after="0" w:line="240" w:lineRule="auto"/>
      </w:pPr>
      <w:r w:rsidRPr="00D200D6">
        <w:rPr>
          <w:rFonts w:ascii="Times New Roman" w:eastAsia="Times New Roman" w:hAnsi="Times New Roman"/>
          <w:sz w:val="26"/>
        </w:rPr>
        <w:t>- Chọn được đồng hồ chỉ cùng thời gian vào buổi chiều.</w:t>
      </w:r>
    </w:p>
    <w:p w:rsidR="00AB4770" w:rsidRPr="00D200D6" w:rsidRDefault="00920D7A" w:rsidP="00D200D6">
      <w:pPr>
        <w:spacing w:after="0" w:line="240" w:lineRule="auto"/>
      </w:pPr>
      <w:r w:rsidRPr="00D200D6">
        <w:rPr>
          <w:rFonts w:ascii="Times New Roman" w:eastAsia="Times New Roman" w:hAnsi="Times New Roman"/>
          <w:sz w:val="26"/>
        </w:rPr>
        <w:t>- Thực hiện được phép tính đơn giản với giờ, phút.</w:t>
      </w:r>
    </w:p>
    <w:p w:rsidR="00AB4770" w:rsidRPr="00D200D6" w:rsidRDefault="00920D7A" w:rsidP="00D200D6">
      <w:pPr>
        <w:spacing w:after="0" w:line="240" w:lineRule="auto"/>
      </w:pPr>
      <w:r w:rsidRPr="00D200D6">
        <w:rPr>
          <w:rFonts w:ascii="Times New Roman" w:eastAsia="Times New Roman" w:hAnsi="Times New Roman"/>
          <w:b/>
          <w:sz w:val="26"/>
        </w:rPr>
        <w:t>2. Năng lực chung:</w:t>
      </w:r>
    </w:p>
    <w:p w:rsidR="00AB4770" w:rsidRPr="00D200D6" w:rsidRDefault="00920D7A" w:rsidP="00D200D6">
      <w:pPr>
        <w:spacing w:after="0" w:line="240" w:lineRule="auto"/>
      </w:pPr>
      <w:r w:rsidRPr="00D200D6">
        <w:rPr>
          <w:rFonts w:ascii="Times New Roman" w:eastAsia="Times New Roman" w:hAnsi="Times New Roman"/>
          <w:sz w:val="26"/>
        </w:rPr>
        <w:t>- Tự chủ, tự học: tự đọc giờ, phút trên đồng hồ và kiểm tra kết quả.</w:t>
      </w:r>
    </w:p>
    <w:p w:rsidR="00AB4770" w:rsidRPr="00D200D6" w:rsidRDefault="00920D7A" w:rsidP="00D200D6">
      <w:pPr>
        <w:spacing w:after="0" w:line="240" w:lineRule="auto"/>
      </w:pPr>
      <w:r w:rsidRPr="00D200D6">
        <w:rPr>
          <w:rFonts w:ascii="Times New Roman" w:eastAsia="Times New Roman" w:hAnsi="Times New Roman"/>
          <w:sz w:val="26"/>
        </w:rPr>
        <w:t>- Giao tiếp, hợp tác: trao đổi nhóm 2 khi ghép đồng hồ kim với đồng hồ điện tử.</w:t>
      </w:r>
    </w:p>
    <w:p w:rsidR="00AB4770" w:rsidRPr="00D200D6" w:rsidRDefault="00920D7A" w:rsidP="00D200D6">
      <w:pPr>
        <w:spacing w:after="0" w:line="240" w:lineRule="auto"/>
      </w:pPr>
      <w:r w:rsidRPr="00D200D6">
        <w:rPr>
          <w:rFonts w:ascii="Times New Roman" w:eastAsia="Times New Roman" w:hAnsi="Times New Roman"/>
          <w:sz w:val="26"/>
        </w:rPr>
        <w:t>- Giải quyết vấn đề: vận dụng giờ, phút vào tình huống sinh hoạt hằng ngày.</w:t>
      </w:r>
    </w:p>
    <w:p w:rsidR="00AB4770" w:rsidRPr="00D200D6" w:rsidRDefault="00920D7A" w:rsidP="00D200D6">
      <w:pPr>
        <w:spacing w:after="0" w:line="240" w:lineRule="auto"/>
      </w:pPr>
      <w:r w:rsidRPr="00D200D6">
        <w:rPr>
          <w:rFonts w:ascii="Times New Roman" w:eastAsia="Times New Roman" w:hAnsi="Times New Roman"/>
          <w:b/>
          <w:sz w:val="26"/>
        </w:rPr>
        <w:t>3. Phẩm chất:</w:t>
      </w:r>
    </w:p>
    <w:p w:rsidR="00AB4770" w:rsidRPr="00D200D6" w:rsidRDefault="00920D7A" w:rsidP="00D200D6">
      <w:pPr>
        <w:spacing w:after="0" w:line="240" w:lineRule="auto"/>
      </w:pPr>
      <w:r w:rsidRPr="00D200D6">
        <w:rPr>
          <w:rFonts w:ascii="Times New Roman" w:eastAsia="Times New Roman" w:hAnsi="Times New Roman"/>
          <w:sz w:val="26"/>
        </w:rPr>
        <w:t>- Chăm chỉ: luyện đọc giờ, phút chính xác.</w:t>
      </w:r>
    </w:p>
    <w:p w:rsidR="00AB4770" w:rsidRPr="00D200D6" w:rsidRDefault="00920D7A" w:rsidP="00D200D6">
      <w:pPr>
        <w:spacing w:after="0" w:line="240" w:lineRule="auto"/>
      </w:pPr>
      <w:r w:rsidRPr="00D200D6">
        <w:rPr>
          <w:rFonts w:ascii="Times New Roman" w:eastAsia="Times New Roman" w:hAnsi="Times New Roman"/>
          <w:sz w:val="26"/>
        </w:rPr>
        <w:t>- Trung thực: tự sửa lỗi khi đọc nhầm giờ sáng, giờ chiều.</w:t>
      </w:r>
    </w:p>
    <w:p w:rsidR="00AB4770" w:rsidRPr="00D200D6" w:rsidRDefault="00920D7A" w:rsidP="00D200D6">
      <w:pPr>
        <w:spacing w:after="0" w:line="240" w:lineRule="auto"/>
      </w:pPr>
      <w:r w:rsidRPr="00D200D6">
        <w:rPr>
          <w:rFonts w:ascii="Times New Roman" w:eastAsia="Times New Roman" w:hAnsi="Times New Roman"/>
          <w:sz w:val="26"/>
        </w:rPr>
        <w:t>- Trách nhiệm: biết dùng công cụ số để quản lí thời gian học tập.</w:t>
      </w:r>
    </w:p>
    <w:p w:rsidR="00AB4770" w:rsidRPr="00D200D6" w:rsidRDefault="00920D7A" w:rsidP="00D200D6">
      <w:pPr>
        <w:spacing w:after="0" w:line="240" w:lineRule="auto"/>
      </w:pPr>
      <w:r w:rsidRPr="00D200D6">
        <w:rPr>
          <w:rFonts w:ascii="Times New Roman" w:eastAsia="Times New Roman" w:hAnsi="Times New Roman"/>
          <w:b/>
          <w:sz w:val="26"/>
        </w:rPr>
        <w:t>4. Tích hợp:</w:t>
      </w:r>
    </w:p>
    <w:p w:rsidR="00AB4770" w:rsidRPr="00D200D6" w:rsidRDefault="00920D7A" w:rsidP="00D200D6">
      <w:pPr>
        <w:spacing w:after="0" w:line="240" w:lineRule="auto"/>
      </w:pPr>
      <w:r w:rsidRPr="00D200D6">
        <w:rPr>
          <w:rFonts w:ascii="Times New Roman" w:eastAsia="Times New Roman" w:hAnsi="Times New Roman"/>
          <w:sz w:val="26"/>
        </w:rPr>
        <w:t>- Tích hợp NLS 1.1.CB1a: GV dùng đồng hồ số trực tuyến và Wordwall dạng ghép đồng hồ - giờ; HS đọc giờ, ngày, tháng và đối chiếu với đồng hồ, lịch trong SGK.</w:t>
      </w:r>
    </w:p>
    <w:p w:rsidR="00AB4770" w:rsidRPr="00D200D6" w:rsidRDefault="00920D7A" w:rsidP="00D200D6">
      <w:pPr>
        <w:spacing w:after="0" w:line="240" w:lineRule="auto"/>
      </w:pPr>
      <w:r w:rsidRPr="00D200D6">
        <w:rPr>
          <w:rFonts w:ascii="Times New Roman" w:eastAsia="Times New Roman" w:hAnsi="Times New Roman"/>
          <w:sz w:val="26"/>
        </w:rPr>
        <w:t>- Tích hợp AI (Khung 3439) - 3.A2.1: HS nhận biết AI hỗ trợ nhắc lịch và quản lí thời gian cá nhân.</w:t>
      </w:r>
    </w:p>
    <w:p w:rsidR="00AB4770" w:rsidRPr="00D200D6" w:rsidRDefault="00920D7A" w:rsidP="00D200D6">
      <w:pPr>
        <w:spacing w:after="0" w:line="240" w:lineRule="auto"/>
      </w:pPr>
      <w:r w:rsidRPr="00D200D6">
        <w:rPr>
          <w:rFonts w:ascii="Times New Roman" w:eastAsia="Times New Roman" w:hAnsi="Times New Roman"/>
          <w:b/>
          <w:sz w:val="26"/>
        </w:rPr>
        <w:t>II. ĐỒ DÙNG DẠY HỌC</w:t>
      </w:r>
    </w:p>
    <w:p w:rsidR="00AB4770" w:rsidRPr="00D200D6" w:rsidRDefault="00920D7A" w:rsidP="00D200D6">
      <w:pPr>
        <w:spacing w:after="0" w:line="240" w:lineRule="auto"/>
      </w:pPr>
      <w:r w:rsidRPr="00D200D6">
        <w:rPr>
          <w:rFonts w:ascii="Times New Roman" w:eastAsia="Times New Roman" w:hAnsi="Times New Roman"/>
          <w:sz w:val="26"/>
        </w:rPr>
        <w:t>- Kế hoạch bài dạy, SGK Toán 3 tập hai, bài giảng PowerPoint.</w:t>
      </w:r>
    </w:p>
    <w:p w:rsidR="00AB4770" w:rsidRPr="00D200D6" w:rsidRDefault="00920D7A" w:rsidP="00D200D6">
      <w:pPr>
        <w:spacing w:after="0" w:line="240" w:lineRule="auto"/>
      </w:pPr>
      <w:r w:rsidRPr="00D200D6">
        <w:rPr>
          <w:rFonts w:ascii="Times New Roman" w:eastAsia="Times New Roman" w:hAnsi="Times New Roman"/>
          <w:sz w:val="26"/>
        </w:rPr>
        <w:t>- Đồng hồ số trực tuyến, Wordwall ghép đồng hồ - giờ, bảng con.</w:t>
      </w:r>
    </w:p>
    <w:p w:rsidR="00AB4770" w:rsidRPr="00D200D6" w:rsidRDefault="00920D7A" w:rsidP="00D200D6">
      <w:pPr>
        <w:spacing w:after="0" w:line="240" w:lineRule="auto"/>
      </w:pPr>
      <w:r w:rsidRPr="00D200D6">
        <w:rPr>
          <w:rFonts w:ascii="Times New Roman" w:eastAsia="Times New Roman" w:hAnsi="Times New Roman"/>
          <w:sz w:val="26"/>
        </w:rPr>
        <w:t>- Hình cắt từ SGK trang 77, 78.</w:t>
      </w:r>
    </w:p>
    <w:p w:rsidR="00AB4770" w:rsidRPr="00D200D6" w:rsidRDefault="00920D7A" w:rsidP="00D200D6">
      <w:pPr>
        <w:spacing w:after="0" w:line="240" w:lineRule="auto"/>
      </w:pPr>
      <w:r w:rsidRPr="00D200D6">
        <w:rPr>
          <w:rFonts w:ascii="Times New Roman" w:eastAsia="Times New Roman" w:hAnsi="Times New Roman"/>
          <w:b/>
          <w:sz w:val="26"/>
        </w:rPr>
        <w:t>III. HOẠT ĐỘNG DẠY HỌC</w:t>
      </w:r>
    </w:p>
    <w:tbl>
      <w:tblPr>
        <w:tblW w:w="0" w:type="auto"/>
        <w:jc w:val="center"/>
        <w:tblBorders>
          <w:top w:val="single" w:sz="4" w:space="0" w:color="auto"/>
          <w:left w:val="single" w:sz="4" w:space="0" w:color="auto"/>
          <w:bottom w:val="single" w:sz="4" w:space="0" w:color="auto"/>
          <w:right w:val="single" w:sz="4" w:space="0" w:color="auto"/>
          <w:insideV w:val="single" w:sz="4" w:space="0" w:color="auto"/>
        </w:tblBorders>
        <w:tblLook w:val="04A0" w:firstRow="1" w:lastRow="0" w:firstColumn="1" w:lastColumn="0" w:noHBand="0" w:noVBand="1"/>
      </w:tblPr>
      <w:tblGrid>
        <w:gridCol w:w="5040"/>
        <w:gridCol w:w="5040"/>
      </w:tblGrid>
      <w:tr w:rsidR="00D200D6" w:rsidRPr="00D200D6" w:rsidTr="00D200D6">
        <w:trPr>
          <w:jc w:val="center"/>
        </w:trPr>
        <w:tc>
          <w:tcPr>
            <w:tcW w:w="5040" w:type="dxa"/>
            <w:shd w:val="clear" w:color="auto" w:fill="auto"/>
          </w:tcPr>
          <w:p w:rsidR="00AB4770" w:rsidRPr="00D200D6" w:rsidRDefault="00920D7A" w:rsidP="00D200D6">
            <w:pPr>
              <w:spacing w:after="0" w:line="240" w:lineRule="auto"/>
              <w:jc w:val="center"/>
            </w:pPr>
            <w:r w:rsidRPr="00D200D6">
              <w:rPr>
                <w:rFonts w:ascii="Times New Roman" w:eastAsia="Times New Roman" w:hAnsi="Times New Roman"/>
                <w:b/>
                <w:sz w:val="26"/>
              </w:rPr>
              <w:t>Hoạt động của giáo viên</w:t>
            </w:r>
          </w:p>
        </w:tc>
        <w:tc>
          <w:tcPr>
            <w:tcW w:w="5040" w:type="dxa"/>
            <w:shd w:val="clear" w:color="auto" w:fill="auto"/>
          </w:tcPr>
          <w:p w:rsidR="00AB4770" w:rsidRPr="00D200D6" w:rsidRDefault="00920D7A" w:rsidP="00D200D6">
            <w:pPr>
              <w:spacing w:after="0" w:line="240" w:lineRule="auto"/>
              <w:jc w:val="center"/>
            </w:pPr>
            <w:r w:rsidRPr="00D200D6">
              <w:rPr>
                <w:rFonts w:ascii="Times New Roman" w:eastAsia="Times New Roman" w:hAnsi="Times New Roman"/>
                <w:b/>
                <w:sz w:val="26"/>
              </w:rPr>
              <w:t>Hoạt động của học sinh</w:t>
            </w:r>
          </w:p>
        </w:tc>
      </w:tr>
      <w:tr w:rsidR="00D200D6" w:rsidRPr="00D200D6" w:rsidTr="00D200D6">
        <w:trPr>
          <w:jc w:val="center"/>
        </w:trPr>
        <w:tc>
          <w:tcPr>
            <w:tcW w:w="10080" w:type="dxa"/>
            <w:gridSpan w:val="2"/>
            <w:shd w:val="clear" w:color="auto" w:fill="auto"/>
          </w:tcPr>
          <w:p w:rsidR="00AB4770" w:rsidRPr="00D200D6" w:rsidRDefault="00920D7A" w:rsidP="00D200D6">
            <w:pPr>
              <w:spacing w:after="0" w:line="240" w:lineRule="auto"/>
            </w:pPr>
            <w:r w:rsidRPr="00D200D6">
              <w:rPr>
                <w:rFonts w:ascii="Times New Roman" w:eastAsia="Times New Roman" w:hAnsi="Times New Roman"/>
                <w:b/>
                <w:sz w:val="26"/>
              </w:rPr>
              <w:t>1. Khởi động (5 phút):</w:t>
            </w:r>
          </w:p>
          <w:p w:rsidR="00AB4770" w:rsidRPr="00D200D6" w:rsidRDefault="00920D7A" w:rsidP="00D200D6">
            <w:pPr>
              <w:spacing w:after="0" w:line="240" w:lineRule="auto"/>
            </w:pPr>
            <w:r w:rsidRPr="00D200D6">
              <w:rPr>
                <w:rFonts w:ascii="Times New Roman" w:eastAsia="Times New Roman" w:hAnsi="Times New Roman"/>
                <w:sz w:val="26"/>
              </w:rPr>
              <w:t>- Mục tiêu: Ôn đọc giờ đúng, giờ hơn và tạo hứng thú học xem đồng hồ.</w:t>
            </w:r>
          </w:p>
          <w:p w:rsidR="00AB4770" w:rsidRPr="00D200D6" w:rsidRDefault="00920D7A" w:rsidP="00D200D6">
            <w:pPr>
              <w:spacing w:after="0" w:line="240" w:lineRule="auto"/>
            </w:pPr>
            <w:r w:rsidRPr="00D200D6">
              <w:rPr>
                <w:rFonts w:ascii="Times New Roman" w:eastAsia="Times New Roman" w:hAnsi="Times New Roman"/>
                <w:sz w:val="26"/>
              </w:rPr>
              <w:t>*Cách tiến hành:</w:t>
            </w:r>
          </w:p>
        </w:tc>
      </w:tr>
      <w:tr w:rsidR="00D200D6" w:rsidRPr="00D200D6" w:rsidTr="00D200D6">
        <w:trPr>
          <w:jc w:val="center"/>
        </w:trPr>
        <w:tc>
          <w:tcPr>
            <w:tcW w:w="5040" w:type="dxa"/>
            <w:shd w:val="clear" w:color="auto" w:fill="auto"/>
          </w:tcPr>
          <w:p w:rsidR="00AB4770" w:rsidRPr="00D200D6" w:rsidRDefault="00920D7A" w:rsidP="00D200D6">
            <w:pPr>
              <w:spacing w:after="0" w:line="240" w:lineRule="auto"/>
            </w:pPr>
            <w:r w:rsidRPr="00D200D6">
              <w:rPr>
                <w:rFonts w:ascii="Times New Roman" w:eastAsia="Times New Roman" w:hAnsi="Times New Roman"/>
                <w:sz w:val="26"/>
              </w:rPr>
              <w:t>- GV tổ chức trò chơi “Đồng hồ reo”: GV giơ đồng hồ chỉ 3 giờ, 5 giờ, 9 giờ 30 phút.</w:t>
            </w:r>
          </w:p>
        </w:tc>
        <w:tc>
          <w:tcPr>
            <w:tcW w:w="5040" w:type="dxa"/>
            <w:shd w:val="clear" w:color="auto" w:fill="auto"/>
          </w:tcPr>
          <w:p w:rsidR="00AB4770" w:rsidRPr="00D200D6" w:rsidRDefault="00920D7A" w:rsidP="00D200D6">
            <w:pPr>
              <w:spacing w:after="0" w:line="240" w:lineRule="auto"/>
            </w:pPr>
            <w:r w:rsidRPr="00D200D6">
              <w:rPr>
                <w:rFonts w:ascii="Times New Roman" w:eastAsia="Times New Roman" w:hAnsi="Times New Roman"/>
                <w:sz w:val="26"/>
              </w:rPr>
              <w:t>- HS đọc nhanh giờ trên đồng hồ.</w:t>
            </w:r>
          </w:p>
        </w:tc>
      </w:tr>
      <w:tr w:rsidR="00D200D6" w:rsidRPr="00D200D6" w:rsidTr="00D200D6">
        <w:trPr>
          <w:jc w:val="center"/>
        </w:trPr>
        <w:tc>
          <w:tcPr>
            <w:tcW w:w="5040" w:type="dxa"/>
            <w:shd w:val="clear" w:color="auto" w:fill="auto"/>
          </w:tcPr>
          <w:p w:rsidR="00AB4770" w:rsidRPr="00D200D6" w:rsidRDefault="00920D7A" w:rsidP="00D200D6">
            <w:pPr>
              <w:spacing w:after="0" w:line="240" w:lineRule="auto"/>
            </w:pPr>
            <w:r w:rsidRPr="00D200D6">
              <w:rPr>
                <w:rFonts w:ascii="Times New Roman" w:eastAsia="Times New Roman" w:hAnsi="Times New Roman"/>
                <w:sz w:val="26"/>
              </w:rPr>
              <w:t>- GV hỏi: Một giờ có bao nhiêu phút?</w:t>
            </w:r>
          </w:p>
        </w:tc>
        <w:tc>
          <w:tcPr>
            <w:tcW w:w="5040" w:type="dxa"/>
            <w:shd w:val="clear" w:color="auto" w:fill="auto"/>
          </w:tcPr>
          <w:p w:rsidR="00AB4770" w:rsidRPr="00D200D6" w:rsidRDefault="00920D7A" w:rsidP="00D200D6">
            <w:pPr>
              <w:spacing w:after="0" w:line="240" w:lineRule="auto"/>
            </w:pPr>
            <w:r w:rsidRPr="00D200D6">
              <w:rPr>
                <w:rFonts w:ascii="Times New Roman" w:eastAsia="Times New Roman" w:hAnsi="Times New Roman"/>
                <w:sz w:val="26"/>
              </w:rPr>
              <w:t>- HS trả lời: Một giờ có 60 phút.</w:t>
            </w:r>
          </w:p>
        </w:tc>
      </w:tr>
      <w:tr w:rsidR="00D200D6" w:rsidRPr="00D200D6" w:rsidTr="00D200D6">
        <w:trPr>
          <w:jc w:val="center"/>
        </w:trPr>
        <w:tc>
          <w:tcPr>
            <w:tcW w:w="5040" w:type="dxa"/>
            <w:shd w:val="clear" w:color="auto" w:fill="auto"/>
          </w:tcPr>
          <w:p w:rsidR="00AB4770" w:rsidRPr="00D200D6" w:rsidRDefault="00920D7A" w:rsidP="00D200D6">
            <w:pPr>
              <w:spacing w:after="0" w:line="240" w:lineRule="auto"/>
            </w:pPr>
            <w:r w:rsidRPr="00D200D6">
              <w:rPr>
                <w:rFonts w:ascii="Times New Roman" w:eastAsia="Times New Roman" w:hAnsi="Times New Roman"/>
                <w:sz w:val="26"/>
              </w:rPr>
              <w:t>- GV dẫn dắt vào bài xem đồng hồ, tháng - năm.</w:t>
            </w:r>
          </w:p>
        </w:tc>
        <w:tc>
          <w:tcPr>
            <w:tcW w:w="5040" w:type="dxa"/>
            <w:shd w:val="clear" w:color="auto" w:fill="auto"/>
          </w:tcPr>
          <w:p w:rsidR="00AB4770" w:rsidRPr="00D200D6" w:rsidRDefault="00920D7A" w:rsidP="00D200D6">
            <w:pPr>
              <w:spacing w:after="0" w:line="240" w:lineRule="auto"/>
            </w:pPr>
            <w:r w:rsidRPr="00D200D6">
              <w:rPr>
                <w:rFonts w:ascii="Times New Roman" w:eastAsia="Times New Roman" w:hAnsi="Times New Roman"/>
                <w:sz w:val="26"/>
              </w:rPr>
              <w:t>- HS lắng nghe và ghi tên bài.</w:t>
            </w:r>
          </w:p>
        </w:tc>
      </w:tr>
      <w:tr w:rsidR="00D200D6" w:rsidRPr="00D200D6" w:rsidTr="00D200D6">
        <w:trPr>
          <w:jc w:val="center"/>
        </w:trPr>
        <w:tc>
          <w:tcPr>
            <w:tcW w:w="10080" w:type="dxa"/>
            <w:gridSpan w:val="2"/>
            <w:shd w:val="clear" w:color="auto" w:fill="auto"/>
          </w:tcPr>
          <w:p w:rsidR="00AB4770" w:rsidRPr="00D200D6" w:rsidRDefault="00920D7A" w:rsidP="00D200D6">
            <w:pPr>
              <w:spacing w:after="0" w:line="240" w:lineRule="auto"/>
            </w:pPr>
            <w:r w:rsidRPr="00D200D6">
              <w:rPr>
                <w:rFonts w:ascii="Times New Roman" w:eastAsia="Times New Roman" w:hAnsi="Times New Roman"/>
                <w:b/>
                <w:sz w:val="26"/>
              </w:rPr>
              <w:t>2. Khám phá (10 phút):</w:t>
            </w:r>
          </w:p>
          <w:p w:rsidR="00AB4770" w:rsidRPr="00D200D6" w:rsidRDefault="00920D7A" w:rsidP="00D200D6">
            <w:pPr>
              <w:spacing w:after="0" w:line="240" w:lineRule="auto"/>
            </w:pPr>
            <w:r w:rsidRPr="00D200D6">
              <w:rPr>
                <w:rFonts w:ascii="Times New Roman" w:eastAsia="Times New Roman" w:hAnsi="Times New Roman"/>
                <w:sz w:val="26"/>
              </w:rPr>
              <w:t>- Mục tiêu: Biết đọc giờ, phút trên đồng hồ kim và hiểu mỗi phần được đánh dấu ứng với 1 phút.</w:t>
            </w:r>
          </w:p>
          <w:p w:rsidR="00AB4770" w:rsidRPr="00D200D6" w:rsidRDefault="00920D7A" w:rsidP="00D200D6">
            <w:pPr>
              <w:spacing w:after="0" w:line="240" w:lineRule="auto"/>
            </w:pPr>
            <w:r w:rsidRPr="00D200D6">
              <w:rPr>
                <w:rFonts w:ascii="Times New Roman" w:eastAsia="Times New Roman" w:hAnsi="Times New Roman"/>
                <w:sz w:val="26"/>
              </w:rPr>
              <w:t>*Cách tiến hành:</w:t>
            </w:r>
          </w:p>
        </w:tc>
      </w:tr>
      <w:tr w:rsidR="00D200D6" w:rsidRPr="00D200D6" w:rsidTr="00D200D6">
        <w:trPr>
          <w:jc w:val="center"/>
        </w:trPr>
        <w:tc>
          <w:tcPr>
            <w:tcW w:w="5040" w:type="dxa"/>
            <w:shd w:val="clear" w:color="auto" w:fill="auto"/>
          </w:tcPr>
          <w:p w:rsidR="00AB4770" w:rsidRPr="00D200D6" w:rsidRDefault="00920D7A" w:rsidP="00D200D6">
            <w:pPr>
              <w:spacing w:after="0" w:line="240" w:lineRule="auto"/>
            </w:pPr>
            <w:r w:rsidRPr="00D200D6">
              <w:rPr>
                <w:rFonts w:ascii="Times New Roman" w:eastAsia="Times New Roman" w:hAnsi="Times New Roman"/>
                <w:b/>
                <w:sz w:val="26"/>
              </w:rPr>
              <w:t>Khám phá. Đọc giờ, phút trên đồng hồ kim. (Làm việc cá nhân, cả lớp)</w:t>
            </w:r>
          </w:p>
          <w:p w:rsidR="00AB4770" w:rsidRPr="00D200D6" w:rsidRDefault="00920D7A" w:rsidP="00D200D6">
            <w:pPr>
              <w:spacing w:after="0" w:line="240" w:lineRule="auto"/>
            </w:pPr>
            <w:r w:rsidRPr="00D200D6">
              <w:rPr>
                <w:rFonts w:ascii="Times New Roman" w:eastAsia="Times New Roman" w:hAnsi="Times New Roman"/>
                <w:sz w:val="26"/>
              </w:rPr>
              <w:t>- HS quan sát hình SGK.</w:t>
            </w:r>
          </w:p>
          <w:p w:rsidR="00AB4770" w:rsidRPr="00D200D6" w:rsidRDefault="00AB4770" w:rsidP="00D200D6">
            <w:pPr>
              <w:spacing w:after="0" w:line="240" w:lineRule="auto"/>
              <w:jc w:val="center"/>
            </w:pPr>
          </w:p>
        </w:tc>
        <w:tc>
          <w:tcPr>
            <w:tcW w:w="5040" w:type="dxa"/>
            <w:shd w:val="clear" w:color="auto" w:fill="auto"/>
          </w:tcPr>
          <w:p w:rsidR="00AB4770" w:rsidRPr="00D200D6" w:rsidRDefault="00920D7A" w:rsidP="00D200D6">
            <w:pPr>
              <w:spacing w:after="0" w:line="240" w:lineRule="auto"/>
            </w:pPr>
            <w:r w:rsidRPr="00D200D6">
              <w:rPr>
                <w:rFonts w:ascii="Times New Roman" w:eastAsia="Times New Roman" w:hAnsi="Times New Roman"/>
                <w:sz w:val="26"/>
              </w:rPr>
              <w:t>- HS quan sát bài trong SGK.</w:t>
            </w:r>
          </w:p>
        </w:tc>
      </w:tr>
      <w:tr w:rsidR="00D200D6" w:rsidRPr="00D200D6" w:rsidTr="00D200D6">
        <w:trPr>
          <w:jc w:val="center"/>
        </w:trPr>
        <w:tc>
          <w:tcPr>
            <w:tcW w:w="5040" w:type="dxa"/>
            <w:shd w:val="clear" w:color="auto" w:fill="auto"/>
          </w:tcPr>
          <w:p w:rsidR="00AB4770" w:rsidRPr="00D200D6" w:rsidRDefault="00920D7A" w:rsidP="00D200D6">
            <w:pPr>
              <w:spacing w:after="0" w:line="240" w:lineRule="auto"/>
            </w:pPr>
            <w:r w:rsidRPr="00D200D6">
              <w:rPr>
                <w:rFonts w:ascii="Times New Roman" w:eastAsia="Times New Roman" w:hAnsi="Times New Roman"/>
                <w:sz w:val="26"/>
              </w:rPr>
              <w:t xml:space="preserve">- GV cho HS quan sát hai đồng hồ trong </w:t>
            </w:r>
            <w:r w:rsidRPr="00D200D6">
              <w:rPr>
                <w:rFonts w:ascii="Times New Roman" w:eastAsia="Times New Roman" w:hAnsi="Times New Roman"/>
                <w:sz w:val="26"/>
              </w:rPr>
              <w:lastRenderedPageBreak/>
              <w:t>SGK.</w:t>
            </w:r>
          </w:p>
        </w:tc>
        <w:tc>
          <w:tcPr>
            <w:tcW w:w="5040" w:type="dxa"/>
            <w:shd w:val="clear" w:color="auto" w:fill="auto"/>
          </w:tcPr>
          <w:p w:rsidR="00AB4770" w:rsidRPr="00D200D6" w:rsidRDefault="00920D7A" w:rsidP="00D200D6">
            <w:pPr>
              <w:spacing w:after="0" w:line="240" w:lineRule="auto"/>
            </w:pPr>
            <w:r w:rsidRPr="00D200D6">
              <w:rPr>
                <w:rFonts w:ascii="Times New Roman" w:eastAsia="Times New Roman" w:hAnsi="Times New Roman"/>
                <w:sz w:val="26"/>
              </w:rPr>
              <w:lastRenderedPageBreak/>
              <w:t xml:space="preserve">- HS quan sát hai đồng hồ chỉ 3 giờ 5 phút và </w:t>
            </w:r>
            <w:r w:rsidRPr="00D200D6">
              <w:rPr>
                <w:rFonts w:ascii="Times New Roman" w:eastAsia="Times New Roman" w:hAnsi="Times New Roman"/>
                <w:sz w:val="26"/>
              </w:rPr>
              <w:lastRenderedPageBreak/>
              <w:t>5 giờ 43 phút.</w:t>
            </w:r>
          </w:p>
        </w:tc>
      </w:tr>
      <w:tr w:rsidR="00D200D6" w:rsidRPr="00D200D6" w:rsidTr="00D200D6">
        <w:trPr>
          <w:jc w:val="center"/>
        </w:trPr>
        <w:tc>
          <w:tcPr>
            <w:tcW w:w="5040" w:type="dxa"/>
            <w:shd w:val="clear" w:color="auto" w:fill="auto"/>
          </w:tcPr>
          <w:p w:rsidR="00AB4770" w:rsidRPr="00D200D6" w:rsidRDefault="00920D7A" w:rsidP="00D200D6">
            <w:pPr>
              <w:spacing w:after="0" w:line="240" w:lineRule="auto"/>
            </w:pPr>
            <w:r w:rsidRPr="00D200D6">
              <w:rPr>
                <w:rFonts w:ascii="Times New Roman" w:eastAsia="Times New Roman" w:hAnsi="Times New Roman"/>
                <w:sz w:val="26"/>
              </w:rPr>
              <w:lastRenderedPageBreak/>
              <w:t>- GV hỏi: Đồng hồ thứ nhất có kim giờ chỉ gần số nào, kim phút chỉ ở đâu?</w:t>
            </w:r>
          </w:p>
        </w:tc>
        <w:tc>
          <w:tcPr>
            <w:tcW w:w="5040" w:type="dxa"/>
            <w:shd w:val="clear" w:color="auto" w:fill="auto"/>
          </w:tcPr>
          <w:p w:rsidR="00AB4770" w:rsidRPr="00D200D6" w:rsidRDefault="00920D7A" w:rsidP="00D200D6">
            <w:pPr>
              <w:spacing w:after="0" w:line="240" w:lineRule="auto"/>
            </w:pPr>
            <w:r w:rsidRPr="00D200D6">
              <w:rPr>
                <w:rFonts w:ascii="Times New Roman" w:eastAsia="Times New Roman" w:hAnsi="Times New Roman"/>
                <w:sz w:val="26"/>
              </w:rPr>
              <w:t>- HS trả lời: Kim giờ chỉ gần số 3, kim phút chỉ số 1 nên là 3 giờ 5 phút.</w:t>
            </w:r>
          </w:p>
        </w:tc>
      </w:tr>
      <w:tr w:rsidR="00D200D6" w:rsidRPr="00D200D6" w:rsidTr="00D200D6">
        <w:trPr>
          <w:jc w:val="center"/>
        </w:trPr>
        <w:tc>
          <w:tcPr>
            <w:tcW w:w="5040" w:type="dxa"/>
            <w:shd w:val="clear" w:color="auto" w:fill="auto"/>
          </w:tcPr>
          <w:p w:rsidR="00AB4770" w:rsidRPr="00D200D6" w:rsidRDefault="00920D7A" w:rsidP="00D200D6">
            <w:pPr>
              <w:spacing w:after="0" w:line="240" w:lineRule="auto"/>
            </w:pPr>
            <w:r w:rsidRPr="00D200D6">
              <w:rPr>
                <w:rFonts w:ascii="Times New Roman" w:eastAsia="Times New Roman" w:hAnsi="Times New Roman"/>
                <w:sz w:val="26"/>
              </w:rPr>
              <w:t>- GV hỏi: Đồng hồ thứ hai đọc là mấy giờ mấy phút?</w:t>
            </w:r>
          </w:p>
        </w:tc>
        <w:tc>
          <w:tcPr>
            <w:tcW w:w="5040" w:type="dxa"/>
            <w:shd w:val="clear" w:color="auto" w:fill="auto"/>
          </w:tcPr>
          <w:p w:rsidR="00AB4770" w:rsidRPr="00D200D6" w:rsidRDefault="00920D7A" w:rsidP="00D200D6">
            <w:pPr>
              <w:spacing w:after="0" w:line="240" w:lineRule="auto"/>
            </w:pPr>
            <w:r w:rsidRPr="00D200D6">
              <w:rPr>
                <w:rFonts w:ascii="Times New Roman" w:eastAsia="Times New Roman" w:hAnsi="Times New Roman"/>
                <w:sz w:val="26"/>
              </w:rPr>
              <w:t>- HS trả lời: 5 giờ 43 phút.</w:t>
            </w:r>
          </w:p>
        </w:tc>
      </w:tr>
      <w:tr w:rsidR="00D200D6" w:rsidRPr="00D200D6" w:rsidTr="00D200D6">
        <w:trPr>
          <w:jc w:val="center"/>
        </w:trPr>
        <w:tc>
          <w:tcPr>
            <w:tcW w:w="5040" w:type="dxa"/>
            <w:shd w:val="clear" w:color="auto" w:fill="auto"/>
          </w:tcPr>
          <w:p w:rsidR="00AB4770" w:rsidRPr="00D200D6" w:rsidRDefault="00920D7A" w:rsidP="00D200D6">
            <w:pPr>
              <w:spacing w:after="0" w:line="240" w:lineRule="auto"/>
            </w:pPr>
            <w:r w:rsidRPr="00D200D6">
              <w:rPr>
                <w:rFonts w:ascii="Times New Roman" w:eastAsia="Times New Roman" w:hAnsi="Times New Roman"/>
                <w:sz w:val="26"/>
              </w:rPr>
              <w:t>- GV nhấn mạnh: Một giờ có 60 phút, mặt đồng hồ có 60 phần.</w:t>
            </w:r>
          </w:p>
        </w:tc>
        <w:tc>
          <w:tcPr>
            <w:tcW w:w="5040" w:type="dxa"/>
            <w:shd w:val="clear" w:color="auto" w:fill="auto"/>
          </w:tcPr>
          <w:p w:rsidR="00AB4770" w:rsidRPr="00D200D6" w:rsidRDefault="00920D7A" w:rsidP="00D200D6">
            <w:pPr>
              <w:spacing w:after="0" w:line="240" w:lineRule="auto"/>
            </w:pPr>
            <w:r w:rsidRPr="00D200D6">
              <w:rPr>
                <w:rFonts w:ascii="Times New Roman" w:eastAsia="Times New Roman" w:hAnsi="Times New Roman"/>
                <w:sz w:val="26"/>
              </w:rPr>
              <w:t>- HS nhắc lại: Một giờ có 60 phút.</w:t>
            </w:r>
          </w:p>
        </w:tc>
      </w:tr>
      <w:tr w:rsidR="00D200D6" w:rsidRPr="00D200D6" w:rsidTr="00D200D6">
        <w:trPr>
          <w:jc w:val="center"/>
        </w:trPr>
        <w:tc>
          <w:tcPr>
            <w:tcW w:w="5040" w:type="dxa"/>
            <w:shd w:val="clear" w:color="auto" w:fill="auto"/>
          </w:tcPr>
          <w:p w:rsidR="00AB4770" w:rsidRPr="00D200D6" w:rsidRDefault="00920D7A" w:rsidP="00D200D6">
            <w:pPr>
              <w:spacing w:after="0" w:line="240" w:lineRule="auto"/>
            </w:pPr>
            <w:r w:rsidRPr="00D200D6">
              <w:rPr>
                <w:rFonts w:ascii="Times New Roman" w:eastAsia="Times New Roman" w:hAnsi="Times New Roman"/>
                <w:sz w:val="26"/>
              </w:rPr>
              <w:t>- GV cho HS làm bảng con: viết 3 giờ 5 phút và 5 giờ 43 phút.</w:t>
            </w:r>
          </w:p>
        </w:tc>
        <w:tc>
          <w:tcPr>
            <w:tcW w:w="5040" w:type="dxa"/>
            <w:shd w:val="clear" w:color="auto" w:fill="auto"/>
          </w:tcPr>
          <w:p w:rsidR="00AB4770" w:rsidRPr="00D200D6" w:rsidRDefault="00920D7A" w:rsidP="00D200D6">
            <w:pPr>
              <w:spacing w:after="0" w:line="240" w:lineRule="auto"/>
            </w:pPr>
            <w:r w:rsidRPr="00D200D6">
              <w:rPr>
                <w:rFonts w:ascii="Times New Roman" w:eastAsia="Times New Roman" w:hAnsi="Times New Roman"/>
                <w:sz w:val="26"/>
              </w:rPr>
              <w:t>- HS viết bảng con: 3 giờ 5 phút; 5 giờ 43 phút.</w:t>
            </w:r>
          </w:p>
        </w:tc>
      </w:tr>
      <w:tr w:rsidR="00D200D6" w:rsidRPr="00D200D6" w:rsidTr="00D200D6">
        <w:trPr>
          <w:jc w:val="center"/>
        </w:trPr>
        <w:tc>
          <w:tcPr>
            <w:tcW w:w="5040" w:type="dxa"/>
            <w:shd w:val="clear" w:color="auto" w:fill="auto"/>
          </w:tcPr>
          <w:p w:rsidR="00AB4770" w:rsidRPr="00D200D6" w:rsidRDefault="00920D7A" w:rsidP="00D200D6">
            <w:pPr>
              <w:spacing w:after="0" w:line="240" w:lineRule="auto"/>
            </w:pPr>
            <w:r w:rsidRPr="00D200D6">
              <w:rPr>
                <w:rFonts w:ascii="Times New Roman" w:eastAsia="Times New Roman" w:hAnsi="Times New Roman"/>
                <w:sz w:val="26"/>
              </w:rPr>
              <w:t>- GV kết luận: Muốn đọc giờ, phút, cần quan sát kim giờ, kim phút và đếm theo vạch phút.</w:t>
            </w:r>
          </w:p>
        </w:tc>
        <w:tc>
          <w:tcPr>
            <w:tcW w:w="5040" w:type="dxa"/>
            <w:shd w:val="clear" w:color="auto" w:fill="auto"/>
          </w:tcPr>
          <w:p w:rsidR="00AB4770" w:rsidRPr="00D200D6" w:rsidRDefault="00920D7A" w:rsidP="00D200D6">
            <w:pPr>
              <w:spacing w:after="0" w:line="240" w:lineRule="auto"/>
            </w:pPr>
            <w:r w:rsidRPr="00D200D6">
              <w:rPr>
                <w:rFonts w:ascii="Times New Roman" w:eastAsia="Times New Roman" w:hAnsi="Times New Roman"/>
                <w:sz w:val="26"/>
              </w:rPr>
              <w:t>- HS lắng nghe và ghi nhớ.</w:t>
            </w:r>
          </w:p>
        </w:tc>
      </w:tr>
      <w:tr w:rsidR="00D200D6" w:rsidRPr="00D200D6" w:rsidTr="00D200D6">
        <w:trPr>
          <w:jc w:val="center"/>
        </w:trPr>
        <w:tc>
          <w:tcPr>
            <w:tcW w:w="10080" w:type="dxa"/>
            <w:gridSpan w:val="2"/>
            <w:shd w:val="clear" w:color="auto" w:fill="auto"/>
          </w:tcPr>
          <w:p w:rsidR="00AB4770" w:rsidRPr="00D200D6" w:rsidRDefault="00920D7A" w:rsidP="00D200D6">
            <w:pPr>
              <w:spacing w:after="0" w:line="240" w:lineRule="auto"/>
            </w:pPr>
            <w:r w:rsidRPr="00D200D6">
              <w:rPr>
                <w:rFonts w:ascii="Times New Roman" w:eastAsia="Times New Roman" w:hAnsi="Times New Roman"/>
                <w:b/>
                <w:sz w:val="26"/>
              </w:rPr>
              <w:t>3. Hoạt động (15 phút):</w:t>
            </w:r>
          </w:p>
          <w:p w:rsidR="00AB4770" w:rsidRPr="00D200D6" w:rsidRDefault="00920D7A" w:rsidP="00D200D6">
            <w:pPr>
              <w:spacing w:after="0" w:line="240" w:lineRule="auto"/>
            </w:pPr>
            <w:r w:rsidRPr="00D200D6">
              <w:rPr>
                <w:rFonts w:ascii="Times New Roman" w:eastAsia="Times New Roman" w:hAnsi="Times New Roman"/>
                <w:sz w:val="26"/>
              </w:rPr>
              <w:t>- Mục tiêu: Luyện đọc giờ, chọn đồng hồ cùng thời gian và tính với giờ, phút.</w:t>
            </w:r>
          </w:p>
          <w:p w:rsidR="00AB4770" w:rsidRPr="00D200D6" w:rsidRDefault="00920D7A" w:rsidP="00D200D6">
            <w:pPr>
              <w:spacing w:after="0" w:line="240" w:lineRule="auto"/>
            </w:pPr>
            <w:r w:rsidRPr="00D200D6">
              <w:rPr>
                <w:rFonts w:ascii="Times New Roman" w:eastAsia="Times New Roman" w:hAnsi="Times New Roman"/>
                <w:sz w:val="26"/>
              </w:rPr>
              <w:t>- Mục tiêu tích hợp NLS 1.1.CB1a: HS dùng đồng hồ số trực tuyến, Wordwall để ghép đồng hồ với giờ tương ứng.</w:t>
            </w:r>
          </w:p>
          <w:p w:rsidR="00AB4770" w:rsidRPr="00D200D6" w:rsidRDefault="00920D7A" w:rsidP="00D200D6">
            <w:pPr>
              <w:spacing w:after="0" w:line="240" w:lineRule="auto"/>
            </w:pPr>
            <w:r w:rsidRPr="00D200D6">
              <w:rPr>
                <w:rFonts w:ascii="Times New Roman" w:eastAsia="Times New Roman" w:hAnsi="Times New Roman"/>
                <w:sz w:val="26"/>
              </w:rPr>
              <w:t>- Mục tiêu tích hợp AI 3.A2.1: HS biết trợ lí AI có thể hỗ trợ nhắc lịch, nhắc giờ học nhưng cần đặt lệnh rõ ràng.</w:t>
            </w:r>
          </w:p>
          <w:p w:rsidR="00AB4770" w:rsidRPr="00D200D6" w:rsidRDefault="00920D7A" w:rsidP="00D200D6">
            <w:pPr>
              <w:spacing w:after="0" w:line="240" w:lineRule="auto"/>
            </w:pPr>
            <w:r w:rsidRPr="00D200D6">
              <w:rPr>
                <w:rFonts w:ascii="Times New Roman" w:eastAsia="Times New Roman" w:hAnsi="Times New Roman"/>
                <w:sz w:val="26"/>
              </w:rPr>
              <w:t>*Cách tiến hành:</w:t>
            </w:r>
          </w:p>
        </w:tc>
      </w:tr>
      <w:tr w:rsidR="00D200D6" w:rsidRPr="00D200D6" w:rsidTr="00D200D6">
        <w:trPr>
          <w:jc w:val="center"/>
        </w:trPr>
        <w:tc>
          <w:tcPr>
            <w:tcW w:w="5040" w:type="dxa"/>
            <w:shd w:val="clear" w:color="auto" w:fill="auto"/>
          </w:tcPr>
          <w:p w:rsidR="00AB4770" w:rsidRPr="00D200D6" w:rsidRDefault="00920D7A" w:rsidP="00D200D6">
            <w:pPr>
              <w:spacing w:after="0" w:line="240" w:lineRule="auto"/>
            </w:pPr>
            <w:r w:rsidRPr="00D200D6">
              <w:rPr>
                <w:rFonts w:ascii="Times New Roman" w:eastAsia="Times New Roman" w:hAnsi="Times New Roman"/>
                <w:b/>
                <w:sz w:val="26"/>
              </w:rPr>
              <w:t>Bài 1. Số? (Làm việc cá nhân vào vở)</w:t>
            </w:r>
          </w:p>
          <w:p w:rsidR="00AB4770" w:rsidRPr="00D200D6" w:rsidRDefault="00920D7A" w:rsidP="00D200D6">
            <w:pPr>
              <w:spacing w:after="0" w:line="240" w:lineRule="auto"/>
            </w:pPr>
            <w:r w:rsidRPr="00D200D6">
              <w:rPr>
                <w:rFonts w:ascii="Times New Roman" w:eastAsia="Times New Roman" w:hAnsi="Times New Roman"/>
                <w:sz w:val="26"/>
              </w:rPr>
              <w:t>- HS quan sát hình SGK.</w:t>
            </w:r>
          </w:p>
          <w:p w:rsidR="00AB4770" w:rsidRPr="00D200D6" w:rsidRDefault="00AB4770" w:rsidP="00D200D6">
            <w:pPr>
              <w:spacing w:after="0" w:line="240" w:lineRule="auto"/>
            </w:pPr>
          </w:p>
        </w:tc>
        <w:tc>
          <w:tcPr>
            <w:tcW w:w="5040" w:type="dxa"/>
            <w:shd w:val="clear" w:color="auto" w:fill="auto"/>
          </w:tcPr>
          <w:p w:rsidR="00AB4770" w:rsidRPr="00D200D6" w:rsidRDefault="00920D7A" w:rsidP="00D200D6">
            <w:pPr>
              <w:spacing w:after="0" w:line="240" w:lineRule="auto"/>
            </w:pPr>
            <w:r w:rsidRPr="00D200D6">
              <w:rPr>
                <w:rFonts w:ascii="Times New Roman" w:eastAsia="Times New Roman" w:hAnsi="Times New Roman"/>
                <w:sz w:val="26"/>
              </w:rPr>
              <w:t>- HS quan sát bài trong SGK.</w:t>
            </w:r>
          </w:p>
        </w:tc>
      </w:tr>
      <w:tr w:rsidR="00D200D6" w:rsidRPr="00D200D6" w:rsidTr="00D200D6">
        <w:trPr>
          <w:jc w:val="center"/>
        </w:trPr>
        <w:tc>
          <w:tcPr>
            <w:tcW w:w="5040" w:type="dxa"/>
            <w:shd w:val="clear" w:color="auto" w:fill="auto"/>
          </w:tcPr>
          <w:p w:rsidR="00AB4770" w:rsidRPr="00D200D6" w:rsidRDefault="00920D7A" w:rsidP="00D200D6">
            <w:pPr>
              <w:spacing w:after="0" w:line="240" w:lineRule="auto"/>
            </w:pPr>
            <w:r w:rsidRPr="00D200D6">
              <w:rPr>
                <w:rFonts w:ascii="Times New Roman" w:eastAsia="Times New Roman" w:hAnsi="Times New Roman"/>
                <w:sz w:val="26"/>
              </w:rPr>
              <w:t>- GV cho HS đọc yêu cầu Bài 1.</w:t>
            </w:r>
          </w:p>
        </w:tc>
        <w:tc>
          <w:tcPr>
            <w:tcW w:w="5040" w:type="dxa"/>
            <w:shd w:val="clear" w:color="auto" w:fill="auto"/>
          </w:tcPr>
          <w:p w:rsidR="00AB4770" w:rsidRPr="00D200D6" w:rsidRDefault="00920D7A" w:rsidP="00D200D6">
            <w:pPr>
              <w:spacing w:after="0" w:line="240" w:lineRule="auto"/>
            </w:pPr>
            <w:r w:rsidRPr="00D200D6">
              <w:rPr>
                <w:rFonts w:ascii="Times New Roman" w:eastAsia="Times New Roman" w:hAnsi="Times New Roman"/>
                <w:sz w:val="26"/>
              </w:rPr>
              <w:t>- HS đọc: Số?</w:t>
            </w:r>
          </w:p>
        </w:tc>
      </w:tr>
      <w:tr w:rsidR="00D200D6" w:rsidRPr="00D200D6" w:rsidTr="00D200D6">
        <w:trPr>
          <w:jc w:val="center"/>
        </w:trPr>
        <w:tc>
          <w:tcPr>
            <w:tcW w:w="5040" w:type="dxa"/>
            <w:shd w:val="clear" w:color="auto" w:fill="auto"/>
          </w:tcPr>
          <w:p w:rsidR="00AB4770" w:rsidRPr="00D200D6" w:rsidRDefault="00920D7A" w:rsidP="00D200D6">
            <w:pPr>
              <w:spacing w:after="0" w:line="240" w:lineRule="auto"/>
            </w:pPr>
            <w:r w:rsidRPr="00D200D6">
              <w:rPr>
                <w:rFonts w:ascii="Times New Roman" w:eastAsia="Times New Roman" w:hAnsi="Times New Roman"/>
                <w:sz w:val="26"/>
              </w:rPr>
              <w:t>- GV hướng dẫn HS đọc từng đồng hồ trong tranh.</w:t>
            </w:r>
          </w:p>
        </w:tc>
        <w:tc>
          <w:tcPr>
            <w:tcW w:w="5040" w:type="dxa"/>
            <w:shd w:val="clear" w:color="auto" w:fill="auto"/>
          </w:tcPr>
          <w:p w:rsidR="00AB4770" w:rsidRPr="00D200D6" w:rsidRDefault="00920D7A" w:rsidP="00D200D6">
            <w:pPr>
              <w:spacing w:after="0" w:line="240" w:lineRule="auto"/>
            </w:pPr>
            <w:r w:rsidRPr="00D200D6">
              <w:rPr>
                <w:rFonts w:ascii="Times New Roman" w:eastAsia="Times New Roman" w:hAnsi="Times New Roman"/>
                <w:sz w:val="26"/>
              </w:rPr>
              <w:t>- HS quan sát kim giờ, kim phút ở từng tranh.</w:t>
            </w:r>
          </w:p>
        </w:tc>
      </w:tr>
      <w:tr w:rsidR="00D200D6" w:rsidRPr="00D200D6" w:rsidTr="00D200D6">
        <w:trPr>
          <w:jc w:val="center"/>
        </w:trPr>
        <w:tc>
          <w:tcPr>
            <w:tcW w:w="5040" w:type="dxa"/>
            <w:shd w:val="clear" w:color="auto" w:fill="auto"/>
          </w:tcPr>
          <w:p w:rsidR="00AB4770" w:rsidRPr="00D200D6" w:rsidRDefault="00920D7A" w:rsidP="00D200D6">
            <w:pPr>
              <w:spacing w:after="0" w:line="240" w:lineRule="auto"/>
            </w:pPr>
            <w:r w:rsidRPr="00D200D6">
              <w:rPr>
                <w:rFonts w:ascii="Times New Roman" w:eastAsia="Times New Roman" w:hAnsi="Times New Roman"/>
                <w:sz w:val="26"/>
              </w:rPr>
              <w:t>- GV hỏi: Nam học Toán lúc mấy giờ?</w:t>
            </w:r>
          </w:p>
        </w:tc>
        <w:tc>
          <w:tcPr>
            <w:tcW w:w="5040" w:type="dxa"/>
            <w:shd w:val="clear" w:color="auto" w:fill="auto"/>
          </w:tcPr>
          <w:p w:rsidR="00AB4770" w:rsidRPr="00D200D6" w:rsidRDefault="00920D7A" w:rsidP="00D200D6">
            <w:pPr>
              <w:spacing w:after="0" w:line="240" w:lineRule="auto"/>
            </w:pPr>
            <w:r w:rsidRPr="00D200D6">
              <w:rPr>
                <w:rFonts w:ascii="Times New Roman" w:eastAsia="Times New Roman" w:hAnsi="Times New Roman"/>
                <w:sz w:val="26"/>
              </w:rPr>
              <w:t>- HS trả lời: Nam học Toán lúc 7 giờ 25 phút sáng.</w:t>
            </w:r>
          </w:p>
        </w:tc>
      </w:tr>
      <w:tr w:rsidR="00D200D6" w:rsidRPr="00D200D6" w:rsidTr="00D200D6">
        <w:trPr>
          <w:jc w:val="center"/>
        </w:trPr>
        <w:tc>
          <w:tcPr>
            <w:tcW w:w="5040" w:type="dxa"/>
            <w:shd w:val="clear" w:color="auto" w:fill="auto"/>
          </w:tcPr>
          <w:p w:rsidR="00AB4770" w:rsidRPr="00D200D6" w:rsidRDefault="00920D7A" w:rsidP="00D200D6">
            <w:pPr>
              <w:spacing w:after="0" w:line="240" w:lineRule="auto"/>
            </w:pPr>
            <w:r w:rsidRPr="00D200D6">
              <w:rPr>
                <w:rFonts w:ascii="Times New Roman" w:eastAsia="Times New Roman" w:hAnsi="Times New Roman"/>
                <w:sz w:val="26"/>
              </w:rPr>
              <w:t>- GV hỏi: Mai học Âm nhạc lúc mấy giờ?</w:t>
            </w:r>
          </w:p>
        </w:tc>
        <w:tc>
          <w:tcPr>
            <w:tcW w:w="5040" w:type="dxa"/>
            <w:shd w:val="clear" w:color="auto" w:fill="auto"/>
          </w:tcPr>
          <w:p w:rsidR="00AB4770" w:rsidRPr="00D200D6" w:rsidRDefault="00920D7A" w:rsidP="00D200D6">
            <w:pPr>
              <w:spacing w:after="0" w:line="240" w:lineRule="auto"/>
            </w:pPr>
            <w:r w:rsidRPr="00D200D6">
              <w:rPr>
                <w:rFonts w:ascii="Times New Roman" w:eastAsia="Times New Roman" w:hAnsi="Times New Roman"/>
                <w:sz w:val="26"/>
              </w:rPr>
              <w:t>- HS trả lời: Mai học Âm nhạc lúc 10 giờ 10 phút sáng.</w:t>
            </w:r>
          </w:p>
        </w:tc>
      </w:tr>
      <w:tr w:rsidR="00D200D6" w:rsidRPr="00D200D6" w:rsidTr="00D200D6">
        <w:trPr>
          <w:jc w:val="center"/>
        </w:trPr>
        <w:tc>
          <w:tcPr>
            <w:tcW w:w="5040" w:type="dxa"/>
            <w:shd w:val="clear" w:color="auto" w:fill="auto"/>
          </w:tcPr>
          <w:p w:rsidR="00AB4770" w:rsidRPr="00D200D6" w:rsidRDefault="00920D7A" w:rsidP="00D200D6">
            <w:pPr>
              <w:spacing w:after="0" w:line="240" w:lineRule="auto"/>
            </w:pPr>
            <w:r w:rsidRPr="00D200D6">
              <w:rPr>
                <w:rFonts w:ascii="Times New Roman" w:eastAsia="Times New Roman" w:hAnsi="Times New Roman"/>
                <w:sz w:val="26"/>
              </w:rPr>
              <w:t>- GV hỏi: Rô-bốt học Mĩ thuật và Việt học Giáo dục thể chất lúc mấy giờ?</w:t>
            </w:r>
          </w:p>
        </w:tc>
        <w:tc>
          <w:tcPr>
            <w:tcW w:w="5040" w:type="dxa"/>
            <w:shd w:val="clear" w:color="auto" w:fill="auto"/>
          </w:tcPr>
          <w:p w:rsidR="00AB4770" w:rsidRPr="00D200D6" w:rsidRDefault="00920D7A" w:rsidP="00D200D6">
            <w:pPr>
              <w:spacing w:after="0" w:line="240" w:lineRule="auto"/>
            </w:pPr>
            <w:r w:rsidRPr="00D200D6">
              <w:rPr>
                <w:rFonts w:ascii="Times New Roman" w:eastAsia="Times New Roman" w:hAnsi="Times New Roman"/>
                <w:sz w:val="26"/>
              </w:rPr>
              <w:t>- HS trả lời: Rô-bốt học Mĩ thuật lúc 6 giờ 10 phút chiều; Việt học Giáo dục thể chất lúc 4 giờ 40 phút chiều.</w:t>
            </w:r>
          </w:p>
        </w:tc>
      </w:tr>
      <w:tr w:rsidR="00D200D6" w:rsidRPr="00D200D6" w:rsidTr="00D200D6">
        <w:trPr>
          <w:jc w:val="center"/>
        </w:trPr>
        <w:tc>
          <w:tcPr>
            <w:tcW w:w="5040" w:type="dxa"/>
            <w:shd w:val="clear" w:color="auto" w:fill="auto"/>
          </w:tcPr>
          <w:p w:rsidR="00AB4770" w:rsidRPr="00D200D6" w:rsidRDefault="00920D7A" w:rsidP="00D200D6">
            <w:pPr>
              <w:spacing w:after="0" w:line="240" w:lineRule="auto"/>
            </w:pPr>
            <w:r w:rsidRPr="00D200D6">
              <w:rPr>
                <w:rFonts w:ascii="Times New Roman" w:eastAsia="Times New Roman" w:hAnsi="Times New Roman"/>
                <w:sz w:val="26"/>
              </w:rPr>
              <w:t>- GV cho HS trình bày kết quả vào vở.</w:t>
            </w:r>
          </w:p>
        </w:tc>
        <w:tc>
          <w:tcPr>
            <w:tcW w:w="5040" w:type="dxa"/>
            <w:shd w:val="clear" w:color="auto" w:fill="auto"/>
          </w:tcPr>
          <w:p w:rsidR="00AB4770" w:rsidRPr="00D200D6" w:rsidRDefault="00920D7A" w:rsidP="00D200D6">
            <w:pPr>
              <w:spacing w:after="0" w:line="240" w:lineRule="auto"/>
            </w:pPr>
            <w:r w:rsidRPr="00D200D6">
              <w:rPr>
                <w:rFonts w:ascii="Times New Roman" w:eastAsia="Times New Roman" w:hAnsi="Times New Roman"/>
                <w:sz w:val="26"/>
              </w:rPr>
              <w:t>- HS viết đủ giờ, phút vào các ô trống.</w:t>
            </w:r>
          </w:p>
        </w:tc>
      </w:tr>
      <w:tr w:rsidR="00D200D6" w:rsidRPr="00D200D6" w:rsidTr="00D200D6">
        <w:trPr>
          <w:jc w:val="center"/>
        </w:trPr>
        <w:tc>
          <w:tcPr>
            <w:tcW w:w="5040" w:type="dxa"/>
            <w:shd w:val="clear" w:color="auto" w:fill="auto"/>
          </w:tcPr>
          <w:p w:rsidR="00AB4770" w:rsidRPr="00D200D6" w:rsidRDefault="00920D7A" w:rsidP="00D200D6">
            <w:pPr>
              <w:spacing w:after="0" w:line="240" w:lineRule="auto"/>
            </w:pPr>
            <w:r w:rsidRPr="00D200D6">
              <w:rPr>
                <w:rFonts w:ascii="Times New Roman" w:eastAsia="Times New Roman" w:hAnsi="Times New Roman"/>
                <w:sz w:val="26"/>
              </w:rPr>
              <w:t>- GV kết luận: Đọc thời gian trong ngày cần chú ý buổi sáng, buổi chiều để diễn đạt chính xác.</w:t>
            </w:r>
          </w:p>
        </w:tc>
        <w:tc>
          <w:tcPr>
            <w:tcW w:w="5040" w:type="dxa"/>
            <w:shd w:val="clear" w:color="auto" w:fill="auto"/>
          </w:tcPr>
          <w:p w:rsidR="00AB4770" w:rsidRPr="00D200D6" w:rsidRDefault="00920D7A" w:rsidP="00D200D6">
            <w:pPr>
              <w:spacing w:after="0" w:line="240" w:lineRule="auto"/>
            </w:pPr>
            <w:r w:rsidRPr="00D200D6">
              <w:rPr>
                <w:rFonts w:ascii="Times New Roman" w:eastAsia="Times New Roman" w:hAnsi="Times New Roman"/>
                <w:sz w:val="26"/>
              </w:rPr>
              <w:t>- HS lắng nghe.</w:t>
            </w:r>
          </w:p>
        </w:tc>
      </w:tr>
      <w:tr w:rsidR="00D200D6" w:rsidRPr="00D200D6" w:rsidTr="00D200D6">
        <w:trPr>
          <w:jc w:val="center"/>
        </w:trPr>
        <w:tc>
          <w:tcPr>
            <w:tcW w:w="5040" w:type="dxa"/>
            <w:shd w:val="clear" w:color="auto" w:fill="auto"/>
          </w:tcPr>
          <w:p w:rsidR="00AB4770" w:rsidRPr="00D200D6" w:rsidRDefault="00920D7A" w:rsidP="00D200D6">
            <w:pPr>
              <w:spacing w:after="0" w:line="240" w:lineRule="auto"/>
            </w:pPr>
            <w:r w:rsidRPr="00D200D6">
              <w:rPr>
                <w:rFonts w:ascii="Times New Roman" w:eastAsia="Times New Roman" w:hAnsi="Times New Roman"/>
                <w:b/>
                <w:sz w:val="26"/>
              </w:rPr>
              <w:t>Bài 2. Hai đồng hồ nào chỉ cùng thời gian vào buổi chiều? (Làm việc nhóm 2)</w:t>
            </w:r>
          </w:p>
          <w:p w:rsidR="00AB4770" w:rsidRPr="00D200D6" w:rsidRDefault="00920D7A" w:rsidP="00D200D6">
            <w:pPr>
              <w:spacing w:after="0" w:line="240" w:lineRule="auto"/>
            </w:pPr>
            <w:r w:rsidRPr="00D200D6">
              <w:rPr>
                <w:rFonts w:ascii="Times New Roman" w:eastAsia="Times New Roman" w:hAnsi="Times New Roman"/>
                <w:sz w:val="26"/>
              </w:rPr>
              <w:t>- HS quan sát hình SGK.</w:t>
            </w:r>
          </w:p>
          <w:p w:rsidR="00AB4770" w:rsidRPr="00D200D6" w:rsidRDefault="00AB4770" w:rsidP="00D200D6">
            <w:pPr>
              <w:spacing w:after="0" w:line="240" w:lineRule="auto"/>
              <w:jc w:val="center"/>
            </w:pPr>
          </w:p>
        </w:tc>
        <w:tc>
          <w:tcPr>
            <w:tcW w:w="5040" w:type="dxa"/>
            <w:shd w:val="clear" w:color="auto" w:fill="auto"/>
          </w:tcPr>
          <w:p w:rsidR="00AB4770" w:rsidRPr="00D200D6" w:rsidRDefault="00920D7A" w:rsidP="00D200D6">
            <w:pPr>
              <w:spacing w:after="0" w:line="240" w:lineRule="auto"/>
            </w:pPr>
            <w:r w:rsidRPr="00D200D6">
              <w:rPr>
                <w:rFonts w:ascii="Times New Roman" w:eastAsia="Times New Roman" w:hAnsi="Times New Roman"/>
                <w:sz w:val="26"/>
              </w:rPr>
              <w:t>- HS quan sát bài trong SGK.</w:t>
            </w:r>
          </w:p>
        </w:tc>
      </w:tr>
      <w:tr w:rsidR="00D200D6" w:rsidRPr="00D200D6" w:rsidTr="00D200D6">
        <w:trPr>
          <w:jc w:val="center"/>
        </w:trPr>
        <w:tc>
          <w:tcPr>
            <w:tcW w:w="5040" w:type="dxa"/>
            <w:shd w:val="clear" w:color="auto" w:fill="auto"/>
          </w:tcPr>
          <w:p w:rsidR="00AB4770" w:rsidRPr="00D200D6" w:rsidRDefault="00920D7A" w:rsidP="00D200D6">
            <w:pPr>
              <w:spacing w:after="0" w:line="240" w:lineRule="auto"/>
            </w:pPr>
            <w:r w:rsidRPr="00D200D6">
              <w:rPr>
                <w:rFonts w:ascii="Times New Roman" w:eastAsia="Times New Roman" w:hAnsi="Times New Roman"/>
                <w:sz w:val="26"/>
              </w:rPr>
              <w:t>- GV cho HS đọc yêu cầu Bài 2.</w:t>
            </w:r>
          </w:p>
        </w:tc>
        <w:tc>
          <w:tcPr>
            <w:tcW w:w="5040" w:type="dxa"/>
            <w:shd w:val="clear" w:color="auto" w:fill="auto"/>
          </w:tcPr>
          <w:p w:rsidR="00AB4770" w:rsidRPr="00D200D6" w:rsidRDefault="00920D7A" w:rsidP="00D200D6">
            <w:pPr>
              <w:spacing w:after="0" w:line="240" w:lineRule="auto"/>
            </w:pPr>
            <w:r w:rsidRPr="00D200D6">
              <w:rPr>
                <w:rFonts w:ascii="Times New Roman" w:eastAsia="Times New Roman" w:hAnsi="Times New Roman"/>
                <w:sz w:val="26"/>
              </w:rPr>
              <w:t>- HS đọc: Hai đồng hồ nào chỉ cùng thời gian vào buổi chiều?</w:t>
            </w:r>
          </w:p>
        </w:tc>
      </w:tr>
      <w:tr w:rsidR="00D200D6" w:rsidRPr="00D200D6" w:rsidTr="00D200D6">
        <w:trPr>
          <w:jc w:val="center"/>
        </w:trPr>
        <w:tc>
          <w:tcPr>
            <w:tcW w:w="5040" w:type="dxa"/>
            <w:shd w:val="clear" w:color="auto" w:fill="auto"/>
          </w:tcPr>
          <w:p w:rsidR="00AB4770" w:rsidRPr="00D200D6" w:rsidRDefault="00920D7A" w:rsidP="00D200D6">
            <w:pPr>
              <w:spacing w:after="0" w:line="240" w:lineRule="auto"/>
            </w:pPr>
            <w:r w:rsidRPr="00D200D6">
              <w:rPr>
                <w:rFonts w:ascii="Times New Roman" w:eastAsia="Times New Roman" w:hAnsi="Times New Roman"/>
                <w:sz w:val="26"/>
              </w:rPr>
              <w:t>- Tích hợp NLS - Công cụ Wordwall, đồng hồ số trực tuyến: GV giới thiệu trò chơi ghép đồng hồ kim với đồng hồ điện tử; HS ghép xong xem phản hồi và giải thích vì sao đồng hồ kim chỉ cùng thời gian buổi chiều.</w:t>
            </w:r>
          </w:p>
        </w:tc>
        <w:tc>
          <w:tcPr>
            <w:tcW w:w="5040" w:type="dxa"/>
            <w:shd w:val="clear" w:color="auto" w:fill="auto"/>
          </w:tcPr>
          <w:p w:rsidR="00AB4770" w:rsidRPr="00D200D6" w:rsidRDefault="00920D7A" w:rsidP="00D200D6">
            <w:pPr>
              <w:spacing w:after="0" w:line="240" w:lineRule="auto"/>
            </w:pPr>
            <w:r w:rsidRPr="00D200D6">
              <w:rPr>
                <w:rFonts w:ascii="Times New Roman" w:eastAsia="Times New Roman" w:hAnsi="Times New Roman"/>
                <w:sz w:val="26"/>
              </w:rPr>
              <w:t>- HS thao tác Wordwall, đối chiếu với đồng hồ số và sửa lỗi nếu nhầm giờ buổi chiều.</w:t>
            </w:r>
          </w:p>
        </w:tc>
      </w:tr>
      <w:tr w:rsidR="00D200D6" w:rsidRPr="00D200D6" w:rsidTr="00D200D6">
        <w:trPr>
          <w:jc w:val="center"/>
        </w:trPr>
        <w:tc>
          <w:tcPr>
            <w:tcW w:w="5040" w:type="dxa"/>
            <w:shd w:val="clear" w:color="auto" w:fill="auto"/>
          </w:tcPr>
          <w:p w:rsidR="00AB4770" w:rsidRPr="00D200D6" w:rsidRDefault="00920D7A" w:rsidP="00D200D6">
            <w:pPr>
              <w:spacing w:after="0" w:line="240" w:lineRule="auto"/>
            </w:pPr>
            <w:r w:rsidRPr="00D200D6">
              <w:rPr>
                <w:rFonts w:ascii="Times New Roman" w:eastAsia="Times New Roman" w:hAnsi="Times New Roman"/>
                <w:sz w:val="26"/>
              </w:rPr>
              <w:t xml:space="preserve">- GV cho HS làm nhóm 2, đọc từng đồng hồ </w:t>
            </w:r>
            <w:r w:rsidRPr="00D200D6">
              <w:rPr>
                <w:rFonts w:ascii="Times New Roman" w:eastAsia="Times New Roman" w:hAnsi="Times New Roman"/>
                <w:sz w:val="26"/>
              </w:rPr>
              <w:lastRenderedPageBreak/>
              <w:t>kim và đồng hồ điện tử.</w:t>
            </w:r>
          </w:p>
        </w:tc>
        <w:tc>
          <w:tcPr>
            <w:tcW w:w="5040" w:type="dxa"/>
            <w:shd w:val="clear" w:color="auto" w:fill="auto"/>
          </w:tcPr>
          <w:p w:rsidR="00AB4770" w:rsidRPr="00D200D6" w:rsidRDefault="00920D7A" w:rsidP="00D200D6">
            <w:pPr>
              <w:spacing w:after="0" w:line="240" w:lineRule="auto"/>
            </w:pPr>
            <w:r w:rsidRPr="00D200D6">
              <w:rPr>
                <w:rFonts w:ascii="Times New Roman" w:eastAsia="Times New Roman" w:hAnsi="Times New Roman"/>
                <w:sz w:val="26"/>
              </w:rPr>
              <w:lastRenderedPageBreak/>
              <w:t xml:space="preserve">- HS trao đổi nhóm 2, đọc thời gian từng đồng </w:t>
            </w:r>
            <w:r w:rsidRPr="00D200D6">
              <w:rPr>
                <w:rFonts w:ascii="Times New Roman" w:eastAsia="Times New Roman" w:hAnsi="Times New Roman"/>
                <w:sz w:val="26"/>
              </w:rPr>
              <w:lastRenderedPageBreak/>
              <w:t>hồ.</w:t>
            </w:r>
          </w:p>
        </w:tc>
      </w:tr>
      <w:tr w:rsidR="00D200D6" w:rsidRPr="00D200D6" w:rsidTr="00D200D6">
        <w:trPr>
          <w:jc w:val="center"/>
        </w:trPr>
        <w:tc>
          <w:tcPr>
            <w:tcW w:w="5040" w:type="dxa"/>
            <w:shd w:val="clear" w:color="auto" w:fill="auto"/>
          </w:tcPr>
          <w:p w:rsidR="00AB4770" w:rsidRPr="00D200D6" w:rsidRDefault="00920D7A" w:rsidP="00D200D6">
            <w:pPr>
              <w:spacing w:after="0" w:line="240" w:lineRule="auto"/>
            </w:pPr>
            <w:r w:rsidRPr="00D200D6">
              <w:rPr>
                <w:rFonts w:ascii="Times New Roman" w:eastAsia="Times New Roman" w:hAnsi="Times New Roman"/>
                <w:sz w:val="26"/>
              </w:rPr>
              <w:lastRenderedPageBreak/>
              <w:t>- GV hỏi: Đồng hồ A chỉ cùng thời gian với đồng hồ nào?</w:t>
            </w:r>
          </w:p>
        </w:tc>
        <w:tc>
          <w:tcPr>
            <w:tcW w:w="5040" w:type="dxa"/>
            <w:shd w:val="clear" w:color="auto" w:fill="auto"/>
          </w:tcPr>
          <w:p w:rsidR="00AB4770" w:rsidRPr="00D200D6" w:rsidRDefault="00920D7A" w:rsidP="00D200D6">
            <w:pPr>
              <w:spacing w:after="0" w:line="240" w:lineRule="auto"/>
            </w:pPr>
            <w:r w:rsidRPr="00D200D6">
              <w:rPr>
                <w:rFonts w:ascii="Times New Roman" w:eastAsia="Times New Roman" w:hAnsi="Times New Roman"/>
                <w:sz w:val="26"/>
              </w:rPr>
              <w:t>- HS trả lời: Đồng hồ A cùng thời gian với đồng hồ E: 16 giờ 20 phút.</w:t>
            </w:r>
          </w:p>
        </w:tc>
      </w:tr>
      <w:tr w:rsidR="00D200D6" w:rsidRPr="00D200D6" w:rsidTr="00D200D6">
        <w:trPr>
          <w:jc w:val="center"/>
        </w:trPr>
        <w:tc>
          <w:tcPr>
            <w:tcW w:w="5040" w:type="dxa"/>
            <w:shd w:val="clear" w:color="auto" w:fill="auto"/>
          </w:tcPr>
          <w:p w:rsidR="00AB4770" w:rsidRPr="00D200D6" w:rsidRDefault="00920D7A" w:rsidP="00D200D6">
            <w:pPr>
              <w:spacing w:after="0" w:line="240" w:lineRule="auto"/>
            </w:pPr>
            <w:r w:rsidRPr="00D200D6">
              <w:rPr>
                <w:rFonts w:ascii="Times New Roman" w:eastAsia="Times New Roman" w:hAnsi="Times New Roman"/>
                <w:sz w:val="26"/>
              </w:rPr>
              <w:t>- GV hỏi: Đồng hồ B, C, D lần lượt cùng thời gian với đồng hồ nào?</w:t>
            </w:r>
          </w:p>
        </w:tc>
        <w:tc>
          <w:tcPr>
            <w:tcW w:w="5040" w:type="dxa"/>
            <w:shd w:val="clear" w:color="auto" w:fill="auto"/>
          </w:tcPr>
          <w:p w:rsidR="00AB4770" w:rsidRPr="00D200D6" w:rsidRDefault="00920D7A" w:rsidP="00D200D6">
            <w:pPr>
              <w:spacing w:after="0" w:line="240" w:lineRule="auto"/>
            </w:pPr>
            <w:r w:rsidRPr="00D200D6">
              <w:rPr>
                <w:rFonts w:ascii="Times New Roman" w:eastAsia="Times New Roman" w:hAnsi="Times New Roman"/>
                <w:sz w:val="26"/>
              </w:rPr>
              <w:t>- HS trả lời: B cùng G: 16 giờ 56 phút; C cùng H: 14 giờ 55 phút; D cùng K: 13 giờ 16 phút.</w:t>
            </w:r>
          </w:p>
        </w:tc>
      </w:tr>
      <w:tr w:rsidR="00D200D6" w:rsidRPr="00D200D6" w:rsidTr="00D200D6">
        <w:trPr>
          <w:jc w:val="center"/>
        </w:trPr>
        <w:tc>
          <w:tcPr>
            <w:tcW w:w="5040" w:type="dxa"/>
            <w:shd w:val="clear" w:color="auto" w:fill="auto"/>
          </w:tcPr>
          <w:p w:rsidR="00AB4770" w:rsidRPr="00D200D6" w:rsidRDefault="00920D7A" w:rsidP="00D200D6">
            <w:pPr>
              <w:spacing w:after="0" w:line="240" w:lineRule="auto"/>
            </w:pPr>
            <w:r w:rsidRPr="00D200D6">
              <w:rPr>
                <w:rFonts w:ascii="Times New Roman" w:eastAsia="Times New Roman" w:hAnsi="Times New Roman"/>
                <w:sz w:val="26"/>
              </w:rPr>
              <w:t>- GV cho HS trình bày các cặp đồng hồ.</w:t>
            </w:r>
          </w:p>
        </w:tc>
        <w:tc>
          <w:tcPr>
            <w:tcW w:w="5040" w:type="dxa"/>
            <w:shd w:val="clear" w:color="auto" w:fill="auto"/>
          </w:tcPr>
          <w:p w:rsidR="00AB4770" w:rsidRPr="00D200D6" w:rsidRDefault="00920D7A" w:rsidP="00D200D6">
            <w:pPr>
              <w:spacing w:after="0" w:line="240" w:lineRule="auto"/>
            </w:pPr>
            <w:r w:rsidRPr="00D200D6">
              <w:rPr>
                <w:rFonts w:ascii="Times New Roman" w:eastAsia="Times New Roman" w:hAnsi="Times New Roman"/>
                <w:sz w:val="26"/>
              </w:rPr>
              <w:t>- HS trình bày: A - E, B - G, C - H, D - K.</w:t>
            </w:r>
          </w:p>
        </w:tc>
      </w:tr>
      <w:tr w:rsidR="00D200D6" w:rsidRPr="00D200D6" w:rsidTr="00D200D6">
        <w:trPr>
          <w:jc w:val="center"/>
        </w:trPr>
        <w:tc>
          <w:tcPr>
            <w:tcW w:w="5040" w:type="dxa"/>
            <w:shd w:val="clear" w:color="auto" w:fill="auto"/>
          </w:tcPr>
          <w:p w:rsidR="00AB4770" w:rsidRPr="00D200D6" w:rsidRDefault="00920D7A" w:rsidP="00D200D6">
            <w:pPr>
              <w:spacing w:after="0" w:line="240" w:lineRule="auto"/>
            </w:pPr>
            <w:r w:rsidRPr="00D200D6">
              <w:rPr>
                <w:rFonts w:ascii="Times New Roman" w:eastAsia="Times New Roman" w:hAnsi="Times New Roman"/>
                <w:sz w:val="26"/>
              </w:rPr>
              <w:t>- GV kết luận: Thời gian buổi chiều có thể viết theo dạng 13 giờ, 14 giờ, 16 giờ thay cho 1 giờ, 2 giờ, 4 giờ chiều.</w:t>
            </w:r>
          </w:p>
        </w:tc>
        <w:tc>
          <w:tcPr>
            <w:tcW w:w="5040" w:type="dxa"/>
            <w:shd w:val="clear" w:color="auto" w:fill="auto"/>
          </w:tcPr>
          <w:p w:rsidR="00AB4770" w:rsidRPr="00D200D6" w:rsidRDefault="00920D7A" w:rsidP="00D200D6">
            <w:pPr>
              <w:spacing w:after="0" w:line="240" w:lineRule="auto"/>
            </w:pPr>
            <w:r w:rsidRPr="00D200D6">
              <w:rPr>
                <w:rFonts w:ascii="Times New Roman" w:eastAsia="Times New Roman" w:hAnsi="Times New Roman"/>
                <w:sz w:val="26"/>
              </w:rPr>
              <w:t>- HS lắng nghe.</w:t>
            </w:r>
          </w:p>
        </w:tc>
      </w:tr>
      <w:tr w:rsidR="00D200D6" w:rsidRPr="00D200D6" w:rsidTr="00D200D6">
        <w:trPr>
          <w:jc w:val="center"/>
        </w:trPr>
        <w:tc>
          <w:tcPr>
            <w:tcW w:w="5040" w:type="dxa"/>
            <w:shd w:val="clear" w:color="auto" w:fill="auto"/>
          </w:tcPr>
          <w:p w:rsidR="00AB4770" w:rsidRPr="00D200D6" w:rsidRDefault="00920D7A" w:rsidP="00D200D6">
            <w:pPr>
              <w:spacing w:after="0" w:line="240" w:lineRule="auto"/>
            </w:pPr>
            <w:r w:rsidRPr="00D200D6">
              <w:rPr>
                <w:rFonts w:ascii="Times New Roman" w:eastAsia="Times New Roman" w:hAnsi="Times New Roman"/>
                <w:b/>
                <w:sz w:val="26"/>
              </w:rPr>
              <w:t>Bài 3. Chọn đồng hồ thích hợp với mỗi bức tranh. (Làm việc cá nhân)</w:t>
            </w:r>
          </w:p>
          <w:p w:rsidR="00AB4770" w:rsidRPr="00D200D6" w:rsidRDefault="00920D7A" w:rsidP="00D200D6">
            <w:pPr>
              <w:spacing w:after="0" w:line="240" w:lineRule="auto"/>
            </w:pPr>
            <w:r w:rsidRPr="00D200D6">
              <w:rPr>
                <w:rFonts w:ascii="Times New Roman" w:eastAsia="Times New Roman" w:hAnsi="Times New Roman"/>
                <w:sz w:val="26"/>
              </w:rPr>
              <w:t>- HS quan sát hình SGK.</w:t>
            </w:r>
          </w:p>
          <w:p w:rsidR="00AB4770" w:rsidRPr="00D200D6" w:rsidRDefault="00AB4770" w:rsidP="00D200D6">
            <w:pPr>
              <w:spacing w:after="0" w:line="240" w:lineRule="auto"/>
              <w:jc w:val="center"/>
            </w:pPr>
          </w:p>
        </w:tc>
        <w:tc>
          <w:tcPr>
            <w:tcW w:w="5040" w:type="dxa"/>
            <w:shd w:val="clear" w:color="auto" w:fill="auto"/>
          </w:tcPr>
          <w:p w:rsidR="00AB4770" w:rsidRPr="00D200D6" w:rsidRDefault="00920D7A" w:rsidP="00D200D6">
            <w:pPr>
              <w:spacing w:after="0" w:line="240" w:lineRule="auto"/>
            </w:pPr>
            <w:r w:rsidRPr="00D200D6">
              <w:rPr>
                <w:rFonts w:ascii="Times New Roman" w:eastAsia="Times New Roman" w:hAnsi="Times New Roman"/>
                <w:sz w:val="26"/>
              </w:rPr>
              <w:t>- HS quan sát bài trong SGK.</w:t>
            </w:r>
          </w:p>
        </w:tc>
      </w:tr>
      <w:tr w:rsidR="00D200D6" w:rsidRPr="00D200D6" w:rsidTr="00D200D6">
        <w:trPr>
          <w:jc w:val="center"/>
        </w:trPr>
        <w:tc>
          <w:tcPr>
            <w:tcW w:w="5040" w:type="dxa"/>
            <w:shd w:val="clear" w:color="auto" w:fill="auto"/>
          </w:tcPr>
          <w:p w:rsidR="00AB4770" w:rsidRPr="00D200D6" w:rsidRDefault="00920D7A" w:rsidP="00D200D6">
            <w:pPr>
              <w:spacing w:after="0" w:line="240" w:lineRule="auto"/>
            </w:pPr>
            <w:r w:rsidRPr="00D200D6">
              <w:rPr>
                <w:rFonts w:ascii="Times New Roman" w:eastAsia="Times New Roman" w:hAnsi="Times New Roman"/>
                <w:sz w:val="26"/>
              </w:rPr>
              <w:t>- GV cho HS đọc yêu cầu Bài 3.</w:t>
            </w:r>
          </w:p>
        </w:tc>
        <w:tc>
          <w:tcPr>
            <w:tcW w:w="5040" w:type="dxa"/>
            <w:shd w:val="clear" w:color="auto" w:fill="auto"/>
          </w:tcPr>
          <w:p w:rsidR="00AB4770" w:rsidRPr="00D200D6" w:rsidRDefault="00920D7A" w:rsidP="00D200D6">
            <w:pPr>
              <w:spacing w:after="0" w:line="240" w:lineRule="auto"/>
            </w:pPr>
            <w:r w:rsidRPr="00D200D6">
              <w:rPr>
                <w:rFonts w:ascii="Times New Roman" w:eastAsia="Times New Roman" w:hAnsi="Times New Roman"/>
                <w:sz w:val="26"/>
              </w:rPr>
              <w:t>- HS đọc: Chọn đồng hồ thích hợp với mỗi bức tranh.</w:t>
            </w:r>
          </w:p>
        </w:tc>
      </w:tr>
      <w:tr w:rsidR="00D200D6" w:rsidRPr="00D200D6" w:rsidTr="00D200D6">
        <w:trPr>
          <w:jc w:val="center"/>
        </w:trPr>
        <w:tc>
          <w:tcPr>
            <w:tcW w:w="5040" w:type="dxa"/>
            <w:shd w:val="clear" w:color="auto" w:fill="auto"/>
          </w:tcPr>
          <w:p w:rsidR="00AB4770" w:rsidRPr="00D200D6" w:rsidRDefault="00920D7A" w:rsidP="00D200D6">
            <w:pPr>
              <w:spacing w:after="0" w:line="240" w:lineRule="auto"/>
            </w:pPr>
            <w:r w:rsidRPr="00D200D6">
              <w:rPr>
                <w:rFonts w:ascii="Times New Roman" w:eastAsia="Times New Roman" w:hAnsi="Times New Roman"/>
                <w:sz w:val="26"/>
              </w:rPr>
              <w:t>- GV hỏi: Mai cùng mẹ làm bánh vào buổi nào?</w:t>
            </w:r>
          </w:p>
        </w:tc>
        <w:tc>
          <w:tcPr>
            <w:tcW w:w="5040" w:type="dxa"/>
            <w:shd w:val="clear" w:color="auto" w:fill="auto"/>
          </w:tcPr>
          <w:p w:rsidR="00AB4770" w:rsidRPr="00D200D6" w:rsidRDefault="00920D7A" w:rsidP="00D200D6">
            <w:pPr>
              <w:spacing w:after="0" w:line="240" w:lineRule="auto"/>
            </w:pPr>
            <w:r w:rsidRPr="00D200D6">
              <w:rPr>
                <w:rFonts w:ascii="Times New Roman" w:eastAsia="Times New Roman" w:hAnsi="Times New Roman"/>
                <w:sz w:val="26"/>
              </w:rPr>
              <w:t>- HS trả lời: Buổi chiều.</w:t>
            </w:r>
          </w:p>
        </w:tc>
      </w:tr>
      <w:tr w:rsidR="00D200D6" w:rsidRPr="00D200D6" w:rsidTr="00D200D6">
        <w:trPr>
          <w:jc w:val="center"/>
        </w:trPr>
        <w:tc>
          <w:tcPr>
            <w:tcW w:w="5040" w:type="dxa"/>
            <w:shd w:val="clear" w:color="auto" w:fill="auto"/>
          </w:tcPr>
          <w:p w:rsidR="00AB4770" w:rsidRPr="00D200D6" w:rsidRDefault="00920D7A" w:rsidP="00D200D6">
            <w:pPr>
              <w:spacing w:after="0" w:line="240" w:lineRule="auto"/>
            </w:pPr>
            <w:r w:rsidRPr="00D200D6">
              <w:rPr>
                <w:rFonts w:ascii="Times New Roman" w:eastAsia="Times New Roman" w:hAnsi="Times New Roman"/>
                <w:sz w:val="26"/>
              </w:rPr>
              <w:t>- GV hỏi: 16 giờ 22 phút và 22 giờ 15 phút, thời gian nào phù hợp với làm bánh buổi chiều?</w:t>
            </w:r>
          </w:p>
        </w:tc>
        <w:tc>
          <w:tcPr>
            <w:tcW w:w="5040" w:type="dxa"/>
            <w:shd w:val="clear" w:color="auto" w:fill="auto"/>
          </w:tcPr>
          <w:p w:rsidR="00AB4770" w:rsidRPr="00D200D6" w:rsidRDefault="00920D7A" w:rsidP="00D200D6">
            <w:pPr>
              <w:spacing w:after="0" w:line="240" w:lineRule="auto"/>
            </w:pPr>
            <w:r w:rsidRPr="00D200D6">
              <w:rPr>
                <w:rFonts w:ascii="Times New Roman" w:eastAsia="Times New Roman" w:hAnsi="Times New Roman"/>
                <w:sz w:val="26"/>
              </w:rPr>
              <w:t>- HS trả lời: 16 giờ 22 phút, chọn A.</w:t>
            </w:r>
          </w:p>
        </w:tc>
      </w:tr>
      <w:tr w:rsidR="00D200D6" w:rsidRPr="00D200D6" w:rsidTr="00D200D6">
        <w:trPr>
          <w:jc w:val="center"/>
        </w:trPr>
        <w:tc>
          <w:tcPr>
            <w:tcW w:w="5040" w:type="dxa"/>
            <w:shd w:val="clear" w:color="auto" w:fill="auto"/>
          </w:tcPr>
          <w:p w:rsidR="00AB4770" w:rsidRPr="00D200D6" w:rsidRDefault="00920D7A" w:rsidP="00D200D6">
            <w:pPr>
              <w:spacing w:after="0" w:line="240" w:lineRule="auto"/>
            </w:pPr>
            <w:r w:rsidRPr="00D200D6">
              <w:rPr>
                <w:rFonts w:ascii="Times New Roman" w:eastAsia="Times New Roman" w:hAnsi="Times New Roman"/>
                <w:sz w:val="26"/>
              </w:rPr>
              <w:t>- GV hỏi: Mi cùng bố hút bụi vào thời gian nào phù hợp?</w:t>
            </w:r>
          </w:p>
        </w:tc>
        <w:tc>
          <w:tcPr>
            <w:tcW w:w="5040" w:type="dxa"/>
            <w:shd w:val="clear" w:color="auto" w:fill="auto"/>
          </w:tcPr>
          <w:p w:rsidR="00AB4770" w:rsidRPr="00D200D6" w:rsidRDefault="00920D7A" w:rsidP="00D200D6">
            <w:pPr>
              <w:spacing w:after="0" w:line="240" w:lineRule="auto"/>
            </w:pPr>
            <w:r w:rsidRPr="00D200D6">
              <w:rPr>
                <w:rFonts w:ascii="Times New Roman" w:eastAsia="Times New Roman" w:hAnsi="Times New Roman"/>
                <w:sz w:val="26"/>
              </w:rPr>
              <w:t>- HS trả lời: 10 giờ 02 phút, chọn B.</w:t>
            </w:r>
          </w:p>
        </w:tc>
      </w:tr>
      <w:tr w:rsidR="00D200D6" w:rsidRPr="00D200D6" w:rsidTr="00D200D6">
        <w:trPr>
          <w:jc w:val="center"/>
        </w:trPr>
        <w:tc>
          <w:tcPr>
            <w:tcW w:w="5040" w:type="dxa"/>
            <w:shd w:val="clear" w:color="auto" w:fill="auto"/>
          </w:tcPr>
          <w:p w:rsidR="00AB4770" w:rsidRPr="00D200D6" w:rsidRDefault="00920D7A" w:rsidP="00D200D6">
            <w:pPr>
              <w:spacing w:after="0" w:line="240" w:lineRule="auto"/>
            </w:pPr>
            <w:r w:rsidRPr="00D200D6">
              <w:rPr>
                <w:rFonts w:ascii="Times New Roman" w:eastAsia="Times New Roman" w:hAnsi="Times New Roman"/>
                <w:sz w:val="26"/>
              </w:rPr>
              <w:t>- GV cho HS làm cá nhân vào vở.</w:t>
            </w:r>
          </w:p>
        </w:tc>
        <w:tc>
          <w:tcPr>
            <w:tcW w:w="5040" w:type="dxa"/>
            <w:shd w:val="clear" w:color="auto" w:fill="auto"/>
          </w:tcPr>
          <w:p w:rsidR="00AB4770" w:rsidRPr="00D200D6" w:rsidRDefault="00920D7A" w:rsidP="00D200D6">
            <w:pPr>
              <w:spacing w:after="0" w:line="240" w:lineRule="auto"/>
            </w:pPr>
            <w:r w:rsidRPr="00D200D6">
              <w:rPr>
                <w:rFonts w:ascii="Times New Roman" w:eastAsia="Times New Roman" w:hAnsi="Times New Roman"/>
                <w:sz w:val="26"/>
              </w:rPr>
              <w:t>- HS ghi: a) A; b) B.</w:t>
            </w:r>
          </w:p>
        </w:tc>
      </w:tr>
      <w:tr w:rsidR="00D200D6" w:rsidRPr="00D200D6" w:rsidTr="00D200D6">
        <w:trPr>
          <w:jc w:val="center"/>
        </w:trPr>
        <w:tc>
          <w:tcPr>
            <w:tcW w:w="5040" w:type="dxa"/>
            <w:shd w:val="clear" w:color="auto" w:fill="auto"/>
          </w:tcPr>
          <w:p w:rsidR="00AB4770" w:rsidRPr="00D200D6" w:rsidRDefault="00920D7A" w:rsidP="00D200D6">
            <w:pPr>
              <w:spacing w:after="0" w:line="240" w:lineRule="auto"/>
            </w:pPr>
            <w:r w:rsidRPr="00D200D6">
              <w:rPr>
                <w:rFonts w:ascii="Times New Roman" w:eastAsia="Times New Roman" w:hAnsi="Times New Roman"/>
                <w:sz w:val="26"/>
              </w:rPr>
              <w:t>- GV cho HS trình bày lí do chọn.</w:t>
            </w:r>
          </w:p>
        </w:tc>
        <w:tc>
          <w:tcPr>
            <w:tcW w:w="5040" w:type="dxa"/>
            <w:shd w:val="clear" w:color="auto" w:fill="auto"/>
          </w:tcPr>
          <w:p w:rsidR="00AB4770" w:rsidRPr="00D200D6" w:rsidRDefault="00920D7A" w:rsidP="00D200D6">
            <w:pPr>
              <w:spacing w:after="0" w:line="240" w:lineRule="auto"/>
            </w:pPr>
            <w:r w:rsidRPr="00D200D6">
              <w:rPr>
                <w:rFonts w:ascii="Times New Roman" w:eastAsia="Times New Roman" w:hAnsi="Times New Roman"/>
                <w:sz w:val="26"/>
              </w:rPr>
              <w:t>- HS trình bày: Vì 16:22 là buổi chiều; 10:02 là thời gian hợp lí để hút bụi ban ngày.</w:t>
            </w:r>
          </w:p>
        </w:tc>
      </w:tr>
      <w:tr w:rsidR="00D200D6" w:rsidRPr="00D200D6" w:rsidTr="00D200D6">
        <w:trPr>
          <w:jc w:val="center"/>
        </w:trPr>
        <w:tc>
          <w:tcPr>
            <w:tcW w:w="5040" w:type="dxa"/>
            <w:shd w:val="clear" w:color="auto" w:fill="auto"/>
          </w:tcPr>
          <w:p w:rsidR="00AB4770" w:rsidRPr="00D200D6" w:rsidRDefault="00920D7A" w:rsidP="00D200D6">
            <w:pPr>
              <w:spacing w:after="0" w:line="240" w:lineRule="auto"/>
            </w:pPr>
            <w:r w:rsidRPr="00D200D6">
              <w:rPr>
                <w:rFonts w:ascii="Times New Roman" w:eastAsia="Times New Roman" w:hAnsi="Times New Roman"/>
                <w:sz w:val="26"/>
              </w:rPr>
              <w:t>- GV kết luận: Khi chọn thời gian, cần xét cả giờ và tình huống trong ngày.</w:t>
            </w:r>
          </w:p>
        </w:tc>
        <w:tc>
          <w:tcPr>
            <w:tcW w:w="5040" w:type="dxa"/>
            <w:shd w:val="clear" w:color="auto" w:fill="auto"/>
          </w:tcPr>
          <w:p w:rsidR="00AB4770" w:rsidRPr="00D200D6" w:rsidRDefault="00920D7A" w:rsidP="00D200D6">
            <w:pPr>
              <w:spacing w:after="0" w:line="240" w:lineRule="auto"/>
            </w:pPr>
            <w:r w:rsidRPr="00D200D6">
              <w:rPr>
                <w:rFonts w:ascii="Times New Roman" w:eastAsia="Times New Roman" w:hAnsi="Times New Roman"/>
                <w:sz w:val="26"/>
              </w:rPr>
              <w:t>- HS lắng nghe.</w:t>
            </w:r>
          </w:p>
        </w:tc>
      </w:tr>
      <w:tr w:rsidR="00D200D6" w:rsidRPr="00D200D6" w:rsidTr="00D200D6">
        <w:trPr>
          <w:jc w:val="center"/>
        </w:trPr>
        <w:tc>
          <w:tcPr>
            <w:tcW w:w="5040" w:type="dxa"/>
            <w:shd w:val="clear" w:color="auto" w:fill="auto"/>
          </w:tcPr>
          <w:p w:rsidR="00AB4770" w:rsidRPr="00D200D6" w:rsidRDefault="00920D7A" w:rsidP="00D200D6">
            <w:pPr>
              <w:spacing w:after="0" w:line="240" w:lineRule="auto"/>
            </w:pPr>
            <w:r w:rsidRPr="00D200D6">
              <w:rPr>
                <w:rFonts w:ascii="Times New Roman" w:eastAsia="Times New Roman" w:hAnsi="Times New Roman"/>
                <w:b/>
                <w:sz w:val="26"/>
              </w:rPr>
              <w:t>Bài 4. Số? (Làm việc cá nhân vào vở)</w:t>
            </w:r>
          </w:p>
          <w:p w:rsidR="00AB4770" w:rsidRPr="00D200D6" w:rsidRDefault="00920D7A" w:rsidP="00D200D6">
            <w:pPr>
              <w:spacing w:after="0" w:line="240" w:lineRule="auto"/>
            </w:pPr>
            <w:r w:rsidRPr="00D200D6">
              <w:rPr>
                <w:rFonts w:ascii="Times New Roman" w:eastAsia="Times New Roman" w:hAnsi="Times New Roman"/>
                <w:sz w:val="26"/>
              </w:rPr>
              <w:t>- HS quan sát hình SGK.</w:t>
            </w:r>
          </w:p>
          <w:p w:rsidR="00AB4770" w:rsidRPr="00D200D6" w:rsidRDefault="00AB4770" w:rsidP="00D200D6">
            <w:pPr>
              <w:spacing w:after="0" w:line="240" w:lineRule="auto"/>
              <w:jc w:val="center"/>
            </w:pPr>
          </w:p>
        </w:tc>
        <w:tc>
          <w:tcPr>
            <w:tcW w:w="5040" w:type="dxa"/>
            <w:shd w:val="clear" w:color="auto" w:fill="auto"/>
          </w:tcPr>
          <w:p w:rsidR="00AB4770" w:rsidRPr="00D200D6" w:rsidRDefault="00920D7A" w:rsidP="00D200D6">
            <w:pPr>
              <w:spacing w:after="0" w:line="240" w:lineRule="auto"/>
            </w:pPr>
            <w:r w:rsidRPr="00D200D6">
              <w:rPr>
                <w:rFonts w:ascii="Times New Roman" w:eastAsia="Times New Roman" w:hAnsi="Times New Roman"/>
                <w:sz w:val="26"/>
              </w:rPr>
              <w:t>- HS quan sát bài trong SGK.</w:t>
            </w:r>
          </w:p>
        </w:tc>
      </w:tr>
      <w:tr w:rsidR="00D200D6" w:rsidRPr="00D200D6" w:rsidTr="00D200D6">
        <w:trPr>
          <w:jc w:val="center"/>
        </w:trPr>
        <w:tc>
          <w:tcPr>
            <w:tcW w:w="5040" w:type="dxa"/>
            <w:shd w:val="clear" w:color="auto" w:fill="auto"/>
          </w:tcPr>
          <w:p w:rsidR="00AB4770" w:rsidRPr="00D200D6" w:rsidRDefault="00920D7A" w:rsidP="00D200D6">
            <w:pPr>
              <w:spacing w:after="0" w:line="240" w:lineRule="auto"/>
            </w:pPr>
            <w:r w:rsidRPr="00D200D6">
              <w:rPr>
                <w:rFonts w:ascii="Times New Roman" w:eastAsia="Times New Roman" w:hAnsi="Times New Roman"/>
                <w:sz w:val="26"/>
              </w:rPr>
              <w:t>- GV cho HS đọc yêu cầu Bài 4.</w:t>
            </w:r>
          </w:p>
        </w:tc>
        <w:tc>
          <w:tcPr>
            <w:tcW w:w="5040" w:type="dxa"/>
            <w:shd w:val="clear" w:color="auto" w:fill="auto"/>
          </w:tcPr>
          <w:p w:rsidR="00AB4770" w:rsidRPr="00D200D6" w:rsidRDefault="00920D7A" w:rsidP="00D200D6">
            <w:pPr>
              <w:spacing w:after="0" w:line="240" w:lineRule="auto"/>
            </w:pPr>
            <w:r w:rsidRPr="00D200D6">
              <w:rPr>
                <w:rFonts w:ascii="Times New Roman" w:eastAsia="Times New Roman" w:hAnsi="Times New Roman"/>
                <w:sz w:val="26"/>
              </w:rPr>
              <w:t>- HS đọc: Số?</w:t>
            </w:r>
          </w:p>
        </w:tc>
      </w:tr>
      <w:tr w:rsidR="00D200D6" w:rsidRPr="00D200D6" w:rsidTr="00D200D6">
        <w:trPr>
          <w:jc w:val="center"/>
        </w:trPr>
        <w:tc>
          <w:tcPr>
            <w:tcW w:w="5040" w:type="dxa"/>
            <w:shd w:val="clear" w:color="auto" w:fill="auto"/>
          </w:tcPr>
          <w:p w:rsidR="00AB4770" w:rsidRPr="00D200D6" w:rsidRDefault="00920D7A" w:rsidP="00D200D6">
            <w:pPr>
              <w:spacing w:after="0" w:line="240" w:lineRule="auto"/>
            </w:pPr>
            <w:r w:rsidRPr="00D200D6">
              <w:rPr>
                <w:rFonts w:ascii="Times New Roman" w:eastAsia="Times New Roman" w:hAnsi="Times New Roman"/>
                <w:sz w:val="26"/>
              </w:rPr>
              <w:t>- GV hướng dẫn mẫu: 1 giờ + 2 giờ = 3 giờ; 30 phút - 10 phút = 20 phút.</w:t>
            </w:r>
          </w:p>
        </w:tc>
        <w:tc>
          <w:tcPr>
            <w:tcW w:w="5040" w:type="dxa"/>
            <w:shd w:val="clear" w:color="auto" w:fill="auto"/>
          </w:tcPr>
          <w:p w:rsidR="00AB4770" w:rsidRPr="00D200D6" w:rsidRDefault="00920D7A" w:rsidP="00D200D6">
            <w:pPr>
              <w:spacing w:after="0" w:line="240" w:lineRule="auto"/>
            </w:pPr>
            <w:r w:rsidRPr="00D200D6">
              <w:rPr>
                <w:rFonts w:ascii="Times New Roman" w:eastAsia="Times New Roman" w:hAnsi="Times New Roman"/>
                <w:sz w:val="26"/>
              </w:rPr>
              <w:t>- HS theo dõi mẫu.</w:t>
            </w:r>
          </w:p>
        </w:tc>
      </w:tr>
      <w:tr w:rsidR="00D200D6" w:rsidRPr="00D200D6" w:rsidTr="00D200D6">
        <w:trPr>
          <w:jc w:val="center"/>
        </w:trPr>
        <w:tc>
          <w:tcPr>
            <w:tcW w:w="5040" w:type="dxa"/>
            <w:shd w:val="clear" w:color="auto" w:fill="auto"/>
          </w:tcPr>
          <w:p w:rsidR="00AB4770" w:rsidRPr="00D200D6" w:rsidRDefault="00920D7A" w:rsidP="00D200D6">
            <w:pPr>
              <w:spacing w:after="0" w:line="240" w:lineRule="auto"/>
            </w:pPr>
            <w:r w:rsidRPr="00D200D6">
              <w:rPr>
                <w:rFonts w:ascii="Times New Roman" w:eastAsia="Times New Roman" w:hAnsi="Times New Roman"/>
                <w:sz w:val="26"/>
              </w:rPr>
              <w:t>- GV cho HS làm cá nhân vào vở.</w:t>
            </w:r>
          </w:p>
        </w:tc>
        <w:tc>
          <w:tcPr>
            <w:tcW w:w="5040" w:type="dxa"/>
            <w:shd w:val="clear" w:color="auto" w:fill="auto"/>
          </w:tcPr>
          <w:p w:rsidR="00AB4770" w:rsidRPr="00D200D6" w:rsidRDefault="00920D7A" w:rsidP="00D200D6">
            <w:pPr>
              <w:spacing w:after="0" w:line="240" w:lineRule="auto"/>
            </w:pPr>
            <w:r w:rsidRPr="00D200D6">
              <w:rPr>
                <w:rFonts w:ascii="Times New Roman" w:eastAsia="Times New Roman" w:hAnsi="Times New Roman"/>
                <w:sz w:val="26"/>
              </w:rPr>
              <w:t>- HS làm bốn câu a, b, c, d.</w:t>
            </w:r>
          </w:p>
        </w:tc>
      </w:tr>
      <w:tr w:rsidR="00D200D6" w:rsidRPr="00D200D6" w:rsidTr="00D200D6">
        <w:trPr>
          <w:jc w:val="center"/>
        </w:trPr>
        <w:tc>
          <w:tcPr>
            <w:tcW w:w="5040" w:type="dxa"/>
            <w:shd w:val="clear" w:color="auto" w:fill="auto"/>
          </w:tcPr>
          <w:p w:rsidR="00AB4770" w:rsidRPr="00D200D6" w:rsidRDefault="00920D7A" w:rsidP="00D200D6">
            <w:pPr>
              <w:spacing w:after="0" w:line="240" w:lineRule="auto"/>
            </w:pPr>
            <w:r w:rsidRPr="00D200D6">
              <w:rPr>
                <w:rFonts w:ascii="Times New Roman" w:eastAsia="Times New Roman" w:hAnsi="Times New Roman"/>
                <w:sz w:val="26"/>
              </w:rPr>
              <w:t>- GV hỏi: 10 phút + 25 phút bằng bao nhiêu phút?</w:t>
            </w:r>
          </w:p>
        </w:tc>
        <w:tc>
          <w:tcPr>
            <w:tcW w:w="5040" w:type="dxa"/>
            <w:shd w:val="clear" w:color="auto" w:fill="auto"/>
          </w:tcPr>
          <w:p w:rsidR="00AB4770" w:rsidRPr="00D200D6" w:rsidRDefault="00920D7A" w:rsidP="00D200D6">
            <w:pPr>
              <w:spacing w:after="0" w:line="240" w:lineRule="auto"/>
            </w:pPr>
            <w:r w:rsidRPr="00D200D6">
              <w:rPr>
                <w:rFonts w:ascii="Times New Roman" w:eastAsia="Times New Roman" w:hAnsi="Times New Roman"/>
                <w:sz w:val="26"/>
              </w:rPr>
              <w:t>- HS trả lời: 35 phút.</w:t>
            </w:r>
          </w:p>
        </w:tc>
      </w:tr>
      <w:tr w:rsidR="00D200D6" w:rsidRPr="00D200D6" w:rsidTr="00D200D6">
        <w:trPr>
          <w:jc w:val="center"/>
        </w:trPr>
        <w:tc>
          <w:tcPr>
            <w:tcW w:w="5040" w:type="dxa"/>
            <w:shd w:val="clear" w:color="auto" w:fill="auto"/>
          </w:tcPr>
          <w:p w:rsidR="00AB4770" w:rsidRPr="00D200D6" w:rsidRDefault="00920D7A" w:rsidP="00D200D6">
            <w:pPr>
              <w:spacing w:after="0" w:line="240" w:lineRule="auto"/>
            </w:pPr>
            <w:r w:rsidRPr="00D200D6">
              <w:rPr>
                <w:rFonts w:ascii="Times New Roman" w:eastAsia="Times New Roman" w:hAnsi="Times New Roman"/>
                <w:sz w:val="26"/>
              </w:rPr>
              <w:t>- GV hỏi: 24 giờ - 8 giờ và 24 giờ x 2 bằng bao nhiêu?</w:t>
            </w:r>
          </w:p>
        </w:tc>
        <w:tc>
          <w:tcPr>
            <w:tcW w:w="5040" w:type="dxa"/>
            <w:shd w:val="clear" w:color="auto" w:fill="auto"/>
          </w:tcPr>
          <w:p w:rsidR="00AB4770" w:rsidRPr="00D200D6" w:rsidRDefault="00920D7A" w:rsidP="00D200D6">
            <w:pPr>
              <w:spacing w:after="0" w:line="240" w:lineRule="auto"/>
            </w:pPr>
            <w:r w:rsidRPr="00D200D6">
              <w:rPr>
                <w:rFonts w:ascii="Times New Roman" w:eastAsia="Times New Roman" w:hAnsi="Times New Roman"/>
                <w:sz w:val="26"/>
              </w:rPr>
              <w:t>- HS trả lời: 16 giờ; 48 giờ.</w:t>
            </w:r>
          </w:p>
        </w:tc>
      </w:tr>
      <w:tr w:rsidR="00D200D6" w:rsidRPr="00D200D6" w:rsidTr="00D200D6">
        <w:trPr>
          <w:jc w:val="center"/>
        </w:trPr>
        <w:tc>
          <w:tcPr>
            <w:tcW w:w="5040" w:type="dxa"/>
            <w:shd w:val="clear" w:color="auto" w:fill="auto"/>
          </w:tcPr>
          <w:p w:rsidR="00AB4770" w:rsidRPr="00D200D6" w:rsidRDefault="00920D7A" w:rsidP="00D200D6">
            <w:pPr>
              <w:spacing w:after="0" w:line="240" w:lineRule="auto"/>
            </w:pPr>
            <w:r w:rsidRPr="00D200D6">
              <w:rPr>
                <w:rFonts w:ascii="Times New Roman" w:eastAsia="Times New Roman" w:hAnsi="Times New Roman"/>
                <w:sz w:val="26"/>
              </w:rPr>
              <w:t>- GV hỏi: 60 phút : 6 bằng bao nhiêu phút?</w:t>
            </w:r>
          </w:p>
        </w:tc>
        <w:tc>
          <w:tcPr>
            <w:tcW w:w="5040" w:type="dxa"/>
            <w:shd w:val="clear" w:color="auto" w:fill="auto"/>
          </w:tcPr>
          <w:p w:rsidR="00AB4770" w:rsidRPr="00D200D6" w:rsidRDefault="00920D7A" w:rsidP="00D200D6">
            <w:pPr>
              <w:spacing w:after="0" w:line="240" w:lineRule="auto"/>
            </w:pPr>
            <w:r w:rsidRPr="00D200D6">
              <w:rPr>
                <w:rFonts w:ascii="Times New Roman" w:eastAsia="Times New Roman" w:hAnsi="Times New Roman"/>
                <w:sz w:val="26"/>
              </w:rPr>
              <w:t>- HS trả lời: 10 phút.</w:t>
            </w:r>
          </w:p>
        </w:tc>
      </w:tr>
      <w:tr w:rsidR="00D200D6" w:rsidRPr="00D200D6" w:rsidTr="00D200D6">
        <w:trPr>
          <w:jc w:val="center"/>
        </w:trPr>
        <w:tc>
          <w:tcPr>
            <w:tcW w:w="5040" w:type="dxa"/>
            <w:shd w:val="clear" w:color="auto" w:fill="auto"/>
          </w:tcPr>
          <w:p w:rsidR="00AB4770" w:rsidRPr="00D200D6" w:rsidRDefault="00920D7A" w:rsidP="00D200D6">
            <w:pPr>
              <w:spacing w:after="0" w:line="240" w:lineRule="auto"/>
            </w:pPr>
            <w:r w:rsidRPr="00D200D6">
              <w:rPr>
                <w:rFonts w:ascii="Times New Roman" w:eastAsia="Times New Roman" w:hAnsi="Times New Roman"/>
                <w:sz w:val="26"/>
              </w:rPr>
              <w:t>- Tích hợp AI - Trợ lí nhắc lịch: GV diễn giải nếu muốn AI hoặc trợ lí ảo nhắc “học Toán lúc 7 giờ 25 phút sáng”, ta phải nói rõ giờ, phút và buổi; nếu nói thiếu, công cụ có thể nhắc sai thời điểm.</w:t>
            </w:r>
          </w:p>
        </w:tc>
        <w:tc>
          <w:tcPr>
            <w:tcW w:w="5040" w:type="dxa"/>
            <w:shd w:val="clear" w:color="auto" w:fill="auto"/>
          </w:tcPr>
          <w:p w:rsidR="00AB4770" w:rsidRPr="00D200D6" w:rsidRDefault="00920D7A" w:rsidP="00D200D6">
            <w:pPr>
              <w:spacing w:after="0" w:line="240" w:lineRule="auto"/>
            </w:pPr>
            <w:r w:rsidRPr="00D200D6">
              <w:rPr>
                <w:rFonts w:ascii="Times New Roman" w:eastAsia="Times New Roman" w:hAnsi="Times New Roman"/>
                <w:sz w:val="26"/>
              </w:rPr>
              <w:t>- HS lắng nghe và nêu: Cần đặt lệnh rõ giờ, phút, buổi sáng hoặc chiều.</w:t>
            </w:r>
          </w:p>
        </w:tc>
      </w:tr>
      <w:tr w:rsidR="00D200D6" w:rsidRPr="00D200D6" w:rsidTr="00D200D6">
        <w:trPr>
          <w:jc w:val="center"/>
        </w:trPr>
        <w:tc>
          <w:tcPr>
            <w:tcW w:w="5040" w:type="dxa"/>
            <w:shd w:val="clear" w:color="auto" w:fill="auto"/>
          </w:tcPr>
          <w:p w:rsidR="00AB4770" w:rsidRPr="00D200D6" w:rsidRDefault="00920D7A" w:rsidP="00D200D6">
            <w:pPr>
              <w:spacing w:after="0" w:line="240" w:lineRule="auto"/>
            </w:pPr>
            <w:r w:rsidRPr="00D200D6">
              <w:rPr>
                <w:rFonts w:ascii="Times New Roman" w:eastAsia="Times New Roman" w:hAnsi="Times New Roman"/>
                <w:sz w:val="26"/>
              </w:rPr>
              <w:t>- GV kết luận: Khi tính với giờ, phút, cần giữ đúng đơn vị giờ hoặc phút.</w:t>
            </w:r>
          </w:p>
        </w:tc>
        <w:tc>
          <w:tcPr>
            <w:tcW w:w="5040" w:type="dxa"/>
            <w:shd w:val="clear" w:color="auto" w:fill="auto"/>
          </w:tcPr>
          <w:p w:rsidR="00AB4770" w:rsidRPr="00D200D6" w:rsidRDefault="00920D7A" w:rsidP="00D200D6">
            <w:pPr>
              <w:spacing w:after="0" w:line="240" w:lineRule="auto"/>
            </w:pPr>
            <w:r w:rsidRPr="00D200D6">
              <w:rPr>
                <w:rFonts w:ascii="Times New Roman" w:eastAsia="Times New Roman" w:hAnsi="Times New Roman"/>
                <w:sz w:val="26"/>
              </w:rPr>
              <w:t>- HS lắng nghe.</w:t>
            </w:r>
          </w:p>
        </w:tc>
      </w:tr>
      <w:tr w:rsidR="00D200D6" w:rsidRPr="00D200D6" w:rsidTr="00D200D6">
        <w:trPr>
          <w:jc w:val="center"/>
        </w:trPr>
        <w:tc>
          <w:tcPr>
            <w:tcW w:w="10080" w:type="dxa"/>
            <w:gridSpan w:val="2"/>
            <w:shd w:val="clear" w:color="auto" w:fill="auto"/>
          </w:tcPr>
          <w:p w:rsidR="00AB4770" w:rsidRPr="00D200D6" w:rsidRDefault="00920D7A" w:rsidP="00D200D6">
            <w:pPr>
              <w:spacing w:after="0" w:line="240" w:lineRule="auto"/>
            </w:pPr>
            <w:r w:rsidRPr="00D200D6">
              <w:rPr>
                <w:rFonts w:ascii="Times New Roman" w:eastAsia="Times New Roman" w:hAnsi="Times New Roman"/>
                <w:b/>
                <w:sz w:val="26"/>
              </w:rPr>
              <w:lastRenderedPageBreak/>
              <w:t>4. Vận dụng - Trải nghiệm (5 phút):</w:t>
            </w:r>
          </w:p>
          <w:p w:rsidR="00AB4770" w:rsidRPr="00D200D6" w:rsidRDefault="00920D7A" w:rsidP="00D200D6">
            <w:pPr>
              <w:spacing w:after="0" w:line="240" w:lineRule="auto"/>
            </w:pPr>
            <w:r w:rsidRPr="00D200D6">
              <w:rPr>
                <w:rFonts w:ascii="Times New Roman" w:eastAsia="Times New Roman" w:hAnsi="Times New Roman"/>
                <w:sz w:val="26"/>
              </w:rPr>
              <w:t>- Mục tiêu: Củng cố đọc giờ, phút và liên hệ quản lí thời gian cá nhân.</w:t>
            </w:r>
          </w:p>
          <w:p w:rsidR="00AB4770" w:rsidRPr="00D200D6" w:rsidRDefault="00920D7A" w:rsidP="00D200D6">
            <w:pPr>
              <w:spacing w:after="0" w:line="240" w:lineRule="auto"/>
            </w:pPr>
            <w:r w:rsidRPr="00D200D6">
              <w:rPr>
                <w:rFonts w:ascii="Times New Roman" w:eastAsia="Times New Roman" w:hAnsi="Times New Roman"/>
                <w:sz w:val="26"/>
              </w:rPr>
              <w:t>*Cách tiến hành:</w:t>
            </w:r>
          </w:p>
        </w:tc>
      </w:tr>
      <w:tr w:rsidR="00D200D6" w:rsidRPr="00D200D6" w:rsidTr="00D200D6">
        <w:trPr>
          <w:jc w:val="center"/>
        </w:trPr>
        <w:tc>
          <w:tcPr>
            <w:tcW w:w="5040" w:type="dxa"/>
            <w:shd w:val="clear" w:color="auto" w:fill="auto"/>
          </w:tcPr>
          <w:p w:rsidR="00AB4770" w:rsidRPr="00D200D6" w:rsidRDefault="00920D7A" w:rsidP="00D200D6">
            <w:pPr>
              <w:spacing w:after="0" w:line="240" w:lineRule="auto"/>
            </w:pPr>
            <w:r w:rsidRPr="00D200D6">
              <w:rPr>
                <w:rFonts w:ascii="Times New Roman" w:eastAsia="Times New Roman" w:hAnsi="Times New Roman"/>
                <w:sz w:val="26"/>
              </w:rPr>
              <w:t>- GV hỏi: Một giờ có bao nhiêu phút?</w:t>
            </w:r>
          </w:p>
        </w:tc>
        <w:tc>
          <w:tcPr>
            <w:tcW w:w="5040" w:type="dxa"/>
            <w:shd w:val="clear" w:color="auto" w:fill="auto"/>
          </w:tcPr>
          <w:p w:rsidR="00AB4770" w:rsidRPr="00D200D6" w:rsidRDefault="00920D7A" w:rsidP="00D200D6">
            <w:pPr>
              <w:spacing w:after="0" w:line="240" w:lineRule="auto"/>
            </w:pPr>
            <w:r w:rsidRPr="00D200D6">
              <w:rPr>
                <w:rFonts w:ascii="Times New Roman" w:eastAsia="Times New Roman" w:hAnsi="Times New Roman"/>
                <w:sz w:val="26"/>
              </w:rPr>
              <w:t>- HS trả lời: Một giờ có 60 phút.</w:t>
            </w:r>
          </w:p>
        </w:tc>
      </w:tr>
      <w:tr w:rsidR="00D200D6" w:rsidRPr="00D200D6" w:rsidTr="00D200D6">
        <w:trPr>
          <w:jc w:val="center"/>
        </w:trPr>
        <w:tc>
          <w:tcPr>
            <w:tcW w:w="5040" w:type="dxa"/>
            <w:shd w:val="clear" w:color="auto" w:fill="auto"/>
          </w:tcPr>
          <w:p w:rsidR="00AB4770" w:rsidRPr="00D200D6" w:rsidRDefault="00920D7A" w:rsidP="00D200D6">
            <w:pPr>
              <w:spacing w:after="0" w:line="240" w:lineRule="auto"/>
            </w:pPr>
            <w:r w:rsidRPr="00D200D6">
              <w:rPr>
                <w:rFonts w:ascii="Times New Roman" w:eastAsia="Times New Roman" w:hAnsi="Times New Roman"/>
                <w:sz w:val="26"/>
              </w:rPr>
              <w:t>- GV hỏi: 16 giờ 20 phút còn có thể gọi là mấy giờ mấy phút chiều?</w:t>
            </w:r>
          </w:p>
        </w:tc>
        <w:tc>
          <w:tcPr>
            <w:tcW w:w="5040" w:type="dxa"/>
            <w:shd w:val="clear" w:color="auto" w:fill="auto"/>
          </w:tcPr>
          <w:p w:rsidR="00AB4770" w:rsidRPr="00D200D6" w:rsidRDefault="00920D7A" w:rsidP="00D200D6">
            <w:pPr>
              <w:spacing w:after="0" w:line="240" w:lineRule="auto"/>
            </w:pPr>
            <w:r w:rsidRPr="00D200D6">
              <w:rPr>
                <w:rFonts w:ascii="Times New Roman" w:eastAsia="Times New Roman" w:hAnsi="Times New Roman"/>
                <w:sz w:val="26"/>
              </w:rPr>
              <w:t>- HS trả lời: 4 giờ 20 phút chiều.</w:t>
            </w:r>
          </w:p>
        </w:tc>
      </w:tr>
      <w:tr w:rsidR="00D200D6" w:rsidRPr="00D200D6" w:rsidTr="00D200D6">
        <w:trPr>
          <w:jc w:val="center"/>
        </w:trPr>
        <w:tc>
          <w:tcPr>
            <w:tcW w:w="5040" w:type="dxa"/>
            <w:shd w:val="clear" w:color="auto" w:fill="auto"/>
          </w:tcPr>
          <w:p w:rsidR="00AB4770" w:rsidRPr="00D200D6" w:rsidRDefault="00920D7A" w:rsidP="00D200D6">
            <w:pPr>
              <w:spacing w:after="0" w:line="240" w:lineRule="auto"/>
            </w:pPr>
            <w:r w:rsidRPr="00D200D6">
              <w:rPr>
                <w:rFonts w:ascii="Times New Roman" w:eastAsia="Times New Roman" w:hAnsi="Times New Roman"/>
                <w:sz w:val="26"/>
              </w:rPr>
              <w:t>- GV liên hệ: Em có thể dùng đồng hồ số hoặc trợ lí nhắc lịch để đi học, làm bài đúng giờ.</w:t>
            </w:r>
          </w:p>
        </w:tc>
        <w:tc>
          <w:tcPr>
            <w:tcW w:w="5040" w:type="dxa"/>
            <w:shd w:val="clear" w:color="auto" w:fill="auto"/>
          </w:tcPr>
          <w:p w:rsidR="00AB4770" w:rsidRPr="00D200D6" w:rsidRDefault="00920D7A" w:rsidP="00D200D6">
            <w:pPr>
              <w:spacing w:after="0" w:line="240" w:lineRule="auto"/>
            </w:pPr>
            <w:r w:rsidRPr="00D200D6">
              <w:rPr>
                <w:rFonts w:ascii="Times New Roman" w:eastAsia="Times New Roman" w:hAnsi="Times New Roman"/>
                <w:sz w:val="26"/>
              </w:rPr>
              <w:t>- HS lắng nghe và nêu việc cần nhắc.</w:t>
            </w:r>
          </w:p>
        </w:tc>
      </w:tr>
      <w:tr w:rsidR="00D200D6" w:rsidRPr="00D200D6" w:rsidTr="00D200D6">
        <w:trPr>
          <w:jc w:val="center"/>
        </w:trPr>
        <w:tc>
          <w:tcPr>
            <w:tcW w:w="5040" w:type="dxa"/>
            <w:shd w:val="clear" w:color="auto" w:fill="auto"/>
          </w:tcPr>
          <w:p w:rsidR="00AB4770" w:rsidRPr="00D200D6" w:rsidRDefault="00920D7A" w:rsidP="00D200D6">
            <w:pPr>
              <w:spacing w:after="0" w:line="240" w:lineRule="auto"/>
            </w:pPr>
            <w:r w:rsidRPr="00D200D6">
              <w:rPr>
                <w:rFonts w:ascii="Times New Roman" w:eastAsia="Times New Roman" w:hAnsi="Times New Roman"/>
                <w:sz w:val="26"/>
              </w:rPr>
              <w:t>- GV nhận xét tiết học, tuyên dương HS đọc giờ chính xác.</w:t>
            </w:r>
          </w:p>
        </w:tc>
        <w:tc>
          <w:tcPr>
            <w:tcW w:w="5040" w:type="dxa"/>
            <w:shd w:val="clear" w:color="auto" w:fill="auto"/>
          </w:tcPr>
          <w:p w:rsidR="00AB4770" w:rsidRPr="00D200D6" w:rsidRDefault="00920D7A" w:rsidP="00D200D6">
            <w:pPr>
              <w:spacing w:after="0" w:line="240" w:lineRule="auto"/>
            </w:pPr>
            <w:r w:rsidRPr="00D200D6">
              <w:rPr>
                <w:rFonts w:ascii="Times New Roman" w:eastAsia="Times New Roman" w:hAnsi="Times New Roman"/>
                <w:sz w:val="26"/>
              </w:rPr>
              <w:t>- HS lắng nghe.</w:t>
            </w:r>
          </w:p>
        </w:tc>
      </w:tr>
      <w:tr w:rsidR="00D200D6" w:rsidRPr="00D200D6" w:rsidTr="00D200D6">
        <w:trPr>
          <w:jc w:val="center"/>
        </w:trPr>
        <w:tc>
          <w:tcPr>
            <w:tcW w:w="5040" w:type="dxa"/>
            <w:shd w:val="clear" w:color="auto" w:fill="auto"/>
          </w:tcPr>
          <w:p w:rsidR="00AB4770" w:rsidRPr="00D200D6" w:rsidRDefault="00920D7A" w:rsidP="00D200D6">
            <w:pPr>
              <w:spacing w:after="0" w:line="240" w:lineRule="auto"/>
            </w:pPr>
            <w:r w:rsidRPr="00D200D6">
              <w:rPr>
                <w:rFonts w:ascii="Times New Roman" w:eastAsia="Times New Roman" w:hAnsi="Times New Roman"/>
                <w:sz w:val="26"/>
              </w:rPr>
              <w:t>- GV dặn dò HS về nhà luyện đọc giờ trên đồng hồ và chuẩn bị tiết 2.</w:t>
            </w:r>
          </w:p>
        </w:tc>
        <w:tc>
          <w:tcPr>
            <w:tcW w:w="5040" w:type="dxa"/>
            <w:shd w:val="clear" w:color="auto" w:fill="auto"/>
          </w:tcPr>
          <w:p w:rsidR="00AB4770" w:rsidRPr="00D200D6" w:rsidRDefault="00920D7A" w:rsidP="00D200D6">
            <w:pPr>
              <w:spacing w:after="0" w:line="240" w:lineRule="auto"/>
            </w:pPr>
            <w:r w:rsidRPr="00D200D6">
              <w:rPr>
                <w:rFonts w:ascii="Times New Roman" w:eastAsia="Times New Roman" w:hAnsi="Times New Roman"/>
                <w:sz w:val="26"/>
              </w:rPr>
              <w:t>- HS ghi nhớ nhiệm vụ.</w:t>
            </w:r>
          </w:p>
        </w:tc>
      </w:tr>
    </w:tbl>
    <w:p w:rsidR="00AB4770" w:rsidRPr="00D200D6" w:rsidRDefault="00920D7A" w:rsidP="00D200D6">
      <w:pPr>
        <w:spacing w:after="0" w:line="240" w:lineRule="auto"/>
      </w:pPr>
      <w:r w:rsidRPr="00D200D6">
        <w:rPr>
          <w:rFonts w:ascii="Times New Roman" w:eastAsia="Times New Roman" w:hAnsi="Times New Roman"/>
          <w:b/>
          <w:sz w:val="26"/>
        </w:rPr>
        <w:t>IV. ĐIỀU CHỈNH SAU BÀI DẠY:</w:t>
      </w:r>
    </w:p>
    <w:p w:rsidR="00AB4770" w:rsidRPr="00D200D6" w:rsidRDefault="00920D7A" w:rsidP="00D200D6">
      <w:pPr>
        <w:spacing w:after="0" w:line="240" w:lineRule="auto"/>
      </w:pPr>
      <w:r w:rsidRPr="00D200D6">
        <w:rPr>
          <w:rFonts w:ascii="Times New Roman" w:eastAsia="Times New Roman" w:hAnsi="Times New Roman"/>
          <w:sz w:val="26"/>
        </w:rPr>
        <w:t>.......................................................................................................................................</w:t>
      </w:r>
    </w:p>
    <w:p w:rsidR="00AB4770" w:rsidRPr="00D200D6" w:rsidRDefault="00920D7A" w:rsidP="00D200D6">
      <w:pPr>
        <w:spacing w:after="0" w:line="240" w:lineRule="auto"/>
      </w:pPr>
      <w:r w:rsidRPr="00D200D6">
        <w:rPr>
          <w:rFonts w:ascii="Times New Roman" w:eastAsia="Times New Roman" w:hAnsi="Times New Roman"/>
          <w:sz w:val="26"/>
        </w:rPr>
        <w:t>.......................................................................................................................................</w:t>
      </w:r>
    </w:p>
    <w:p w:rsidR="00AB4770" w:rsidRPr="00D200D6" w:rsidRDefault="00920D7A" w:rsidP="00D200D6">
      <w:pPr>
        <w:spacing w:after="0" w:line="240" w:lineRule="auto"/>
      </w:pPr>
      <w:r w:rsidRPr="00D200D6">
        <w:rPr>
          <w:rFonts w:ascii="Times New Roman" w:eastAsia="Times New Roman" w:hAnsi="Times New Roman"/>
          <w:sz w:val="26"/>
        </w:rPr>
        <w:br w:type="page"/>
      </w:r>
    </w:p>
    <w:p w:rsidR="00AB4770" w:rsidRPr="00D200D6" w:rsidRDefault="00920D7A" w:rsidP="00D200D6">
      <w:pPr>
        <w:spacing w:after="0" w:line="240" w:lineRule="auto"/>
        <w:jc w:val="center"/>
      </w:pPr>
      <w:r w:rsidRPr="00D200D6">
        <w:rPr>
          <w:rFonts w:ascii="Times New Roman" w:eastAsia="Times New Roman" w:hAnsi="Times New Roman"/>
          <w:b/>
          <w:sz w:val="28"/>
        </w:rPr>
        <w:lastRenderedPageBreak/>
        <w:t>TUẦN 29</w:t>
      </w:r>
    </w:p>
    <w:p w:rsidR="00AB4770" w:rsidRPr="00D200D6" w:rsidRDefault="00920D7A" w:rsidP="00D200D6">
      <w:pPr>
        <w:spacing w:after="0" w:line="240" w:lineRule="auto"/>
        <w:jc w:val="center"/>
      </w:pPr>
      <w:r w:rsidRPr="00D200D6">
        <w:rPr>
          <w:rFonts w:ascii="Times New Roman" w:eastAsia="Times New Roman" w:hAnsi="Times New Roman"/>
          <w:b/>
          <w:sz w:val="28"/>
        </w:rPr>
        <w:t>KẾ HOẠCH BÀI DẠY MÔN TOÁN 3</w:t>
      </w:r>
    </w:p>
    <w:p w:rsidR="00AB4770" w:rsidRPr="00D200D6" w:rsidRDefault="00920D7A" w:rsidP="00D200D6">
      <w:pPr>
        <w:spacing w:after="0" w:line="240" w:lineRule="auto"/>
        <w:jc w:val="center"/>
      </w:pPr>
      <w:r w:rsidRPr="00D200D6">
        <w:rPr>
          <w:rFonts w:ascii="Times New Roman" w:eastAsia="Times New Roman" w:hAnsi="Times New Roman"/>
          <w:b/>
          <w:sz w:val="26"/>
        </w:rPr>
        <w:t>CHỦ ĐỀ 13: XEM ĐỒNG HỒ, THÁNG - NĂM, TIỀN VIỆT NAM</w:t>
      </w:r>
    </w:p>
    <w:p w:rsidR="00AB4770" w:rsidRPr="00D200D6" w:rsidRDefault="00920D7A" w:rsidP="00D200D6">
      <w:pPr>
        <w:spacing w:after="0" w:line="240" w:lineRule="auto"/>
        <w:jc w:val="center"/>
      </w:pPr>
      <w:r w:rsidRPr="00D200D6">
        <w:rPr>
          <w:rFonts w:ascii="Times New Roman" w:eastAsia="Times New Roman" w:hAnsi="Times New Roman"/>
          <w:b/>
          <w:sz w:val="26"/>
        </w:rPr>
        <w:t>Bài 66: Xem đồng hồ. Tháng - năm (Tiết 2) - Trang 79, 80</w:t>
      </w:r>
    </w:p>
    <w:p w:rsidR="00AB4770" w:rsidRPr="00D200D6" w:rsidRDefault="00920D7A" w:rsidP="00D200D6">
      <w:pPr>
        <w:spacing w:after="0" w:line="240" w:lineRule="auto"/>
      </w:pPr>
      <w:r w:rsidRPr="00D200D6">
        <w:rPr>
          <w:rFonts w:ascii="Times New Roman" w:eastAsia="Times New Roman" w:hAnsi="Times New Roman"/>
          <w:b/>
          <w:sz w:val="26"/>
        </w:rPr>
        <w:t>I. YÊU CẦU CẦN ĐẠT:</w:t>
      </w:r>
    </w:p>
    <w:p w:rsidR="00AB4770" w:rsidRPr="00D200D6" w:rsidRDefault="00920D7A" w:rsidP="00D200D6">
      <w:pPr>
        <w:spacing w:after="0" w:line="240" w:lineRule="auto"/>
      </w:pPr>
      <w:r w:rsidRPr="00D200D6">
        <w:rPr>
          <w:rFonts w:ascii="Times New Roman" w:eastAsia="Times New Roman" w:hAnsi="Times New Roman"/>
          <w:b/>
          <w:sz w:val="26"/>
        </w:rPr>
        <w:t>1. Năng lực đặc thù:</w:t>
      </w:r>
    </w:p>
    <w:p w:rsidR="00AB4770" w:rsidRPr="00D200D6" w:rsidRDefault="00920D7A" w:rsidP="00D200D6">
      <w:pPr>
        <w:spacing w:after="0" w:line="240" w:lineRule="auto"/>
      </w:pPr>
      <w:r w:rsidRPr="00D200D6">
        <w:rPr>
          <w:rFonts w:ascii="Times New Roman" w:eastAsia="Times New Roman" w:hAnsi="Times New Roman"/>
          <w:sz w:val="26"/>
        </w:rPr>
        <w:t>- Nhận biết một năm có 12 tháng và số ngày trong từng tháng.</w:t>
      </w:r>
    </w:p>
    <w:p w:rsidR="00AB4770" w:rsidRPr="00D200D6" w:rsidRDefault="00920D7A" w:rsidP="00D200D6">
      <w:pPr>
        <w:spacing w:after="0" w:line="240" w:lineRule="auto"/>
      </w:pPr>
      <w:r w:rsidRPr="00D200D6">
        <w:rPr>
          <w:rFonts w:ascii="Times New Roman" w:eastAsia="Times New Roman" w:hAnsi="Times New Roman"/>
          <w:sz w:val="26"/>
        </w:rPr>
        <w:t>- Xác định được tháng có 30 ngày, 31 ngày và số ngày của tháng 2.</w:t>
      </w:r>
    </w:p>
    <w:p w:rsidR="00AB4770" w:rsidRPr="00D200D6" w:rsidRDefault="00920D7A" w:rsidP="00D200D6">
      <w:pPr>
        <w:spacing w:after="0" w:line="240" w:lineRule="auto"/>
      </w:pPr>
      <w:r w:rsidRPr="00D200D6">
        <w:rPr>
          <w:rFonts w:ascii="Times New Roman" w:eastAsia="Times New Roman" w:hAnsi="Times New Roman"/>
          <w:sz w:val="26"/>
        </w:rPr>
        <w:t>- Đọc được lịch tháng để trả lời câu hỏi về ngày, thứ.</w:t>
      </w:r>
    </w:p>
    <w:p w:rsidR="00AB4770" w:rsidRPr="00D200D6" w:rsidRDefault="00920D7A" w:rsidP="00D200D6">
      <w:pPr>
        <w:spacing w:after="0" w:line="240" w:lineRule="auto"/>
      </w:pPr>
      <w:r w:rsidRPr="00D200D6">
        <w:rPr>
          <w:rFonts w:ascii="Times New Roman" w:eastAsia="Times New Roman" w:hAnsi="Times New Roman"/>
          <w:sz w:val="26"/>
        </w:rPr>
        <w:t>- Tính được số ngày trong một khoảng thời gian ngắn.</w:t>
      </w:r>
    </w:p>
    <w:p w:rsidR="00AB4770" w:rsidRPr="00D200D6" w:rsidRDefault="00920D7A" w:rsidP="00D200D6">
      <w:pPr>
        <w:spacing w:after="0" w:line="240" w:lineRule="auto"/>
      </w:pPr>
      <w:r w:rsidRPr="00D200D6">
        <w:rPr>
          <w:rFonts w:ascii="Times New Roman" w:eastAsia="Times New Roman" w:hAnsi="Times New Roman"/>
          <w:b/>
          <w:sz w:val="26"/>
        </w:rPr>
        <w:t>2. Năng lực chung:</w:t>
      </w:r>
    </w:p>
    <w:p w:rsidR="00AB4770" w:rsidRPr="00D200D6" w:rsidRDefault="00920D7A" w:rsidP="00D200D6">
      <w:pPr>
        <w:spacing w:after="0" w:line="240" w:lineRule="auto"/>
      </w:pPr>
      <w:r w:rsidRPr="00D200D6">
        <w:rPr>
          <w:rFonts w:ascii="Times New Roman" w:eastAsia="Times New Roman" w:hAnsi="Times New Roman"/>
          <w:sz w:val="26"/>
        </w:rPr>
        <w:t>- Tự chủ, tự học: tự xem lịch tháng và trả lời câu hỏi.</w:t>
      </w:r>
    </w:p>
    <w:p w:rsidR="00AB4770" w:rsidRPr="00D200D6" w:rsidRDefault="00920D7A" w:rsidP="00D200D6">
      <w:pPr>
        <w:spacing w:after="0" w:line="240" w:lineRule="auto"/>
      </w:pPr>
      <w:r w:rsidRPr="00D200D6">
        <w:rPr>
          <w:rFonts w:ascii="Times New Roman" w:eastAsia="Times New Roman" w:hAnsi="Times New Roman"/>
          <w:sz w:val="26"/>
        </w:rPr>
        <w:t>- Giao tiếp, hợp tác: trao đổi cách xác định ngày, thứ trên lịch.</w:t>
      </w:r>
    </w:p>
    <w:p w:rsidR="00AB4770" w:rsidRPr="00D200D6" w:rsidRDefault="00920D7A" w:rsidP="00D200D6">
      <w:pPr>
        <w:spacing w:after="0" w:line="240" w:lineRule="auto"/>
      </w:pPr>
      <w:r w:rsidRPr="00D200D6">
        <w:rPr>
          <w:rFonts w:ascii="Times New Roman" w:eastAsia="Times New Roman" w:hAnsi="Times New Roman"/>
          <w:sz w:val="26"/>
        </w:rPr>
        <w:t>- Giải quyết vấn đề: tính số ngày trong chuyến đi, thời hạn đăng kí.</w:t>
      </w:r>
    </w:p>
    <w:p w:rsidR="00AB4770" w:rsidRPr="00D200D6" w:rsidRDefault="00920D7A" w:rsidP="00D200D6">
      <w:pPr>
        <w:spacing w:after="0" w:line="240" w:lineRule="auto"/>
      </w:pPr>
      <w:r w:rsidRPr="00D200D6">
        <w:rPr>
          <w:rFonts w:ascii="Times New Roman" w:eastAsia="Times New Roman" w:hAnsi="Times New Roman"/>
          <w:b/>
          <w:sz w:val="26"/>
        </w:rPr>
        <w:t>3. Phẩm chất:</w:t>
      </w:r>
    </w:p>
    <w:p w:rsidR="00AB4770" w:rsidRPr="00D200D6" w:rsidRDefault="00920D7A" w:rsidP="00D200D6">
      <w:pPr>
        <w:spacing w:after="0" w:line="240" w:lineRule="auto"/>
      </w:pPr>
      <w:r w:rsidRPr="00D200D6">
        <w:rPr>
          <w:rFonts w:ascii="Times New Roman" w:eastAsia="Times New Roman" w:hAnsi="Times New Roman"/>
          <w:sz w:val="26"/>
        </w:rPr>
        <w:t>- Chăm chỉ: luyện xem lịch và ghi nhớ số ngày trong tháng.</w:t>
      </w:r>
    </w:p>
    <w:p w:rsidR="00AB4770" w:rsidRPr="00D200D6" w:rsidRDefault="00920D7A" w:rsidP="00D200D6">
      <w:pPr>
        <w:spacing w:after="0" w:line="240" w:lineRule="auto"/>
      </w:pPr>
      <w:r w:rsidRPr="00D200D6">
        <w:rPr>
          <w:rFonts w:ascii="Times New Roman" w:eastAsia="Times New Roman" w:hAnsi="Times New Roman"/>
          <w:sz w:val="26"/>
        </w:rPr>
        <w:t>- Trung thực: tự sửa lỗi khi đọc sai ngày, thứ.</w:t>
      </w:r>
    </w:p>
    <w:p w:rsidR="00AB4770" w:rsidRPr="00D200D6" w:rsidRDefault="00920D7A" w:rsidP="00D200D6">
      <w:pPr>
        <w:spacing w:after="0" w:line="240" w:lineRule="auto"/>
      </w:pPr>
      <w:r w:rsidRPr="00D200D6">
        <w:rPr>
          <w:rFonts w:ascii="Times New Roman" w:eastAsia="Times New Roman" w:hAnsi="Times New Roman"/>
          <w:sz w:val="26"/>
        </w:rPr>
        <w:t>- Trách nhiệm: dùng Wordwall, Quizizz để tự kiểm tra lịch và thời gian.</w:t>
      </w:r>
    </w:p>
    <w:p w:rsidR="00AB4770" w:rsidRPr="00D200D6" w:rsidRDefault="00920D7A" w:rsidP="00D200D6">
      <w:pPr>
        <w:spacing w:after="0" w:line="240" w:lineRule="auto"/>
      </w:pPr>
      <w:r w:rsidRPr="00D200D6">
        <w:rPr>
          <w:rFonts w:ascii="Times New Roman" w:eastAsia="Times New Roman" w:hAnsi="Times New Roman"/>
          <w:b/>
          <w:sz w:val="26"/>
        </w:rPr>
        <w:t>4. Tích hợp:</w:t>
      </w:r>
    </w:p>
    <w:p w:rsidR="00AB4770" w:rsidRPr="00D200D6" w:rsidRDefault="00920D7A" w:rsidP="00D200D6">
      <w:pPr>
        <w:spacing w:after="0" w:line="240" w:lineRule="auto"/>
      </w:pPr>
      <w:r w:rsidRPr="00D200D6">
        <w:rPr>
          <w:rFonts w:ascii="Times New Roman" w:eastAsia="Times New Roman" w:hAnsi="Times New Roman"/>
          <w:sz w:val="26"/>
        </w:rPr>
        <w:t>- Tích hợp NLS 5.2.CB1a: GV dùng Wordwall dạng ghép đồng hồ - giờ; riêng các câu dạng chọn đáp án hoặc chọn đồng hồ thích hợp trong SGK được đưa lên Quizizz. HS xem phản hồi và sửa lỗi khi nhầm giờ, phút hoặc ngày, tháng.</w:t>
      </w:r>
    </w:p>
    <w:p w:rsidR="00AB4770" w:rsidRPr="00D200D6" w:rsidRDefault="00920D7A" w:rsidP="00D200D6">
      <w:pPr>
        <w:spacing w:after="0" w:line="240" w:lineRule="auto"/>
      </w:pPr>
      <w:r w:rsidRPr="00D200D6">
        <w:rPr>
          <w:rFonts w:ascii="Times New Roman" w:eastAsia="Times New Roman" w:hAnsi="Times New Roman"/>
          <w:b/>
          <w:sz w:val="26"/>
        </w:rPr>
        <w:t>II. ĐỒ DÙNG DẠY HỌC</w:t>
      </w:r>
    </w:p>
    <w:p w:rsidR="00AB4770" w:rsidRPr="00D200D6" w:rsidRDefault="00920D7A" w:rsidP="00D200D6">
      <w:pPr>
        <w:spacing w:after="0" w:line="240" w:lineRule="auto"/>
      </w:pPr>
      <w:r w:rsidRPr="00D200D6">
        <w:rPr>
          <w:rFonts w:ascii="Times New Roman" w:eastAsia="Times New Roman" w:hAnsi="Times New Roman"/>
          <w:sz w:val="26"/>
        </w:rPr>
        <w:t>- Kế hoạch bài dạy, SGK Toán 3 tập hai, bài giảng PowerPoint.</w:t>
      </w:r>
    </w:p>
    <w:p w:rsidR="00AB4770" w:rsidRPr="00D200D6" w:rsidRDefault="00920D7A" w:rsidP="00D200D6">
      <w:pPr>
        <w:spacing w:after="0" w:line="240" w:lineRule="auto"/>
      </w:pPr>
      <w:r w:rsidRPr="00D200D6">
        <w:rPr>
          <w:rFonts w:ascii="Times New Roman" w:eastAsia="Times New Roman" w:hAnsi="Times New Roman"/>
          <w:sz w:val="26"/>
        </w:rPr>
        <w:t>- Wordwall, Quizizz câu hỏi về lịch tháng, lịch mẫu.</w:t>
      </w:r>
    </w:p>
    <w:p w:rsidR="00AB4770" w:rsidRPr="00D200D6" w:rsidRDefault="00920D7A" w:rsidP="00D200D6">
      <w:pPr>
        <w:spacing w:after="0" w:line="240" w:lineRule="auto"/>
      </w:pPr>
      <w:r w:rsidRPr="00D200D6">
        <w:rPr>
          <w:rFonts w:ascii="Times New Roman" w:eastAsia="Times New Roman" w:hAnsi="Times New Roman"/>
          <w:sz w:val="26"/>
        </w:rPr>
        <w:t>- Hình cắt từ SGK trang 79, 80.</w:t>
      </w:r>
    </w:p>
    <w:p w:rsidR="00AB4770" w:rsidRPr="00D200D6" w:rsidRDefault="00920D7A" w:rsidP="00D200D6">
      <w:pPr>
        <w:spacing w:after="0" w:line="240" w:lineRule="auto"/>
      </w:pPr>
      <w:r w:rsidRPr="00D200D6">
        <w:rPr>
          <w:rFonts w:ascii="Times New Roman" w:eastAsia="Times New Roman" w:hAnsi="Times New Roman"/>
          <w:b/>
          <w:sz w:val="26"/>
        </w:rPr>
        <w:t>III. HOẠT ĐỘNG DẠY HỌC</w:t>
      </w:r>
    </w:p>
    <w:tbl>
      <w:tblPr>
        <w:tblW w:w="0" w:type="auto"/>
        <w:jc w:val="center"/>
        <w:tblBorders>
          <w:top w:val="single" w:sz="8" w:space="0" w:color="000000"/>
          <w:left w:val="single" w:sz="8" w:space="0" w:color="000000"/>
          <w:bottom w:val="single" w:sz="8" w:space="0" w:color="000000"/>
          <w:right w:val="single" w:sz="8" w:space="0" w:color="000000"/>
          <w:insideV w:val="single" w:sz="8" w:space="0" w:color="000000"/>
        </w:tblBorders>
        <w:tblLook w:val="04A0" w:firstRow="1" w:lastRow="0" w:firstColumn="1" w:lastColumn="0" w:noHBand="0" w:noVBand="1"/>
      </w:tblPr>
      <w:tblGrid>
        <w:gridCol w:w="5040"/>
        <w:gridCol w:w="5040"/>
      </w:tblGrid>
      <w:tr w:rsidR="00D200D6" w:rsidRPr="00D200D6" w:rsidTr="00D200D6">
        <w:trPr>
          <w:jc w:val="center"/>
        </w:trPr>
        <w:tc>
          <w:tcPr>
            <w:tcW w:w="5040" w:type="dxa"/>
            <w:tcBorders>
              <w:bottom w:val="single" w:sz="8" w:space="0" w:color="000000"/>
            </w:tcBorders>
            <w:shd w:val="clear" w:color="auto" w:fill="auto"/>
          </w:tcPr>
          <w:p w:rsidR="00AB4770" w:rsidRPr="00D200D6" w:rsidRDefault="00920D7A" w:rsidP="00D200D6">
            <w:pPr>
              <w:spacing w:after="0" w:line="240" w:lineRule="auto"/>
              <w:jc w:val="center"/>
            </w:pPr>
            <w:r w:rsidRPr="00D200D6">
              <w:rPr>
                <w:rFonts w:ascii="Times New Roman" w:eastAsia="Times New Roman" w:hAnsi="Times New Roman"/>
                <w:b/>
                <w:sz w:val="26"/>
              </w:rPr>
              <w:t>Hoạt động của giáo viên</w:t>
            </w:r>
          </w:p>
        </w:tc>
        <w:tc>
          <w:tcPr>
            <w:tcW w:w="5040" w:type="dxa"/>
            <w:tcBorders>
              <w:bottom w:val="single" w:sz="8" w:space="0" w:color="000000"/>
            </w:tcBorders>
            <w:shd w:val="clear" w:color="auto" w:fill="auto"/>
          </w:tcPr>
          <w:p w:rsidR="00AB4770" w:rsidRPr="00D200D6" w:rsidRDefault="00920D7A" w:rsidP="00D200D6">
            <w:pPr>
              <w:spacing w:after="0" w:line="240" w:lineRule="auto"/>
              <w:jc w:val="center"/>
            </w:pPr>
            <w:r w:rsidRPr="00D200D6">
              <w:rPr>
                <w:rFonts w:ascii="Times New Roman" w:eastAsia="Times New Roman" w:hAnsi="Times New Roman"/>
                <w:b/>
                <w:sz w:val="26"/>
              </w:rPr>
              <w:t>Hoạt động của học sinh</w:t>
            </w:r>
          </w:p>
        </w:tc>
      </w:tr>
      <w:tr w:rsidR="00D200D6" w:rsidRPr="00D200D6" w:rsidTr="00D200D6">
        <w:trPr>
          <w:jc w:val="center"/>
        </w:trPr>
        <w:tc>
          <w:tcPr>
            <w:tcW w:w="10080" w:type="dxa"/>
            <w:gridSpan w:val="2"/>
            <w:tcBorders>
              <w:top w:val="single" w:sz="8" w:space="0" w:color="000000"/>
              <w:bottom w:val="single" w:sz="8" w:space="0" w:color="000000"/>
            </w:tcBorders>
            <w:shd w:val="clear" w:color="auto" w:fill="auto"/>
          </w:tcPr>
          <w:p w:rsidR="00AB4770" w:rsidRPr="00D200D6" w:rsidRDefault="00920D7A" w:rsidP="00D200D6">
            <w:pPr>
              <w:spacing w:after="0" w:line="240" w:lineRule="auto"/>
            </w:pPr>
            <w:r w:rsidRPr="00D200D6">
              <w:rPr>
                <w:rFonts w:ascii="Times New Roman" w:eastAsia="Times New Roman" w:hAnsi="Times New Roman"/>
                <w:b/>
                <w:sz w:val="26"/>
              </w:rPr>
              <w:t>1. Khởi động (5 phút):</w:t>
            </w:r>
          </w:p>
          <w:p w:rsidR="00AB4770" w:rsidRPr="00D200D6" w:rsidRDefault="00920D7A" w:rsidP="00D200D6">
            <w:pPr>
              <w:spacing w:after="0" w:line="240" w:lineRule="auto"/>
            </w:pPr>
            <w:r w:rsidRPr="00D200D6">
              <w:rPr>
                <w:rFonts w:ascii="Times New Roman" w:eastAsia="Times New Roman" w:hAnsi="Times New Roman"/>
                <w:sz w:val="26"/>
              </w:rPr>
              <w:t>- Mục tiêu: Ôn một ngày có 24 giờ, một giờ có 60 phút và gợi mở xem lịch tháng - năm.</w:t>
            </w:r>
          </w:p>
          <w:p w:rsidR="00AB4770" w:rsidRPr="00D200D6" w:rsidRDefault="00920D7A" w:rsidP="00D200D6">
            <w:pPr>
              <w:spacing w:after="0" w:line="240" w:lineRule="auto"/>
            </w:pPr>
            <w:r w:rsidRPr="00D200D6">
              <w:rPr>
                <w:rFonts w:ascii="Times New Roman" w:eastAsia="Times New Roman" w:hAnsi="Times New Roman"/>
                <w:sz w:val="26"/>
              </w:rPr>
              <w:t>*Cách tiến hành:</w:t>
            </w:r>
          </w:p>
        </w:tc>
      </w:tr>
      <w:tr w:rsidR="00D200D6" w:rsidRPr="00D200D6" w:rsidTr="00D200D6">
        <w:trPr>
          <w:jc w:val="center"/>
        </w:trPr>
        <w:tc>
          <w:tcPr>
            <w:tcW w:w="5040" w:type="dxa"/>
            <w:tcBorders>
              <w:top w:val="single" w:sz="8" w:space="0" w:color="000000"/>
            </w:tcBorders>
            <w:shd w:val="clear" w:color="auto" w:fill="auto"/>
          </w:tcPr>
          <w:p w:rsidR="00AB4770" w:rsidRPr="00D200D6" w:rsidRDefault="00920D7A" w:rsidP="00D200D6">
            <w:pPr>
              <w:spacing w:after="0" w:line="240" w:lineRule="auto"/>
            </w:pPr>
            <w:r w:rsidRPr="00D200D6">
              <w:rPr>
                <w:rFonts w:ascii="Times New Roman" w:eastAsia="Times New Roman" w:hAnsi="Times New Roman"/>
                <w:sz w:val="26"/>
              </w:rPr>
              <w:t>- GV hỏi: Một ngày có bao nhiêu giờ?</w:t>
            </w:r>
          </w:p>
        </w:tc>
        <w:tc>
          <w:tcPr>
            <w:tcW w:w="5040" w:type="dxa"/>
            <w:tcBorders>
              <w:top w:val="single" w:sz="8" w:space="0" w:color="000000"/>
            </w:tcBorders>
            <w:shd w:val="clear" w:color="auto" w:fill="auto"/>
          </w:tcPr>
          <w:p w:rsidR="00AB4770" w:rsidRPr="00D200D6" w:rsidRDefault="00920D7A" w:rsidP="00D200D6">
            <w:pPr>
              <w:spacing w:after="0" w:line="240" w:lineRule="auto"/>
            </w:pPr>
            <w:r w:rsidRPr="00D200D6">
              <w:rPr>
                <w:rFonts w:ascii="Times New Roman" w:eastAsia="Times New Roman" w:hAnsi="Times New Roman"/>
                <w:sz w:val="26"/>
              </w:rPr>
              <w:t>- HS trả lời: Một ngày có 24 giờ.</w:t>
            </w:r>
          </w:p>
        </w:tc>
      </w:tr>
      <w:tr w:rsidR="00D200D6" w:rsidRPr="00D200D6" w:rsidTr="00D200D6">
        <w:trPr>
          <w:jc w:val="center"/>
        </w:trPr>
        <w:tc>
          <w:tcPr>
            <w:tcW w:w="5040" w:type="dxa"/>
            <w:shd w:val="clear" w:color="auto" w:fill="auto"/>
          </w:tcPr>
          <w:p w:rsidR="00AB4770" w:rsidRPr="00D200D6" w:rsidRDefault="00920D7A" w:rsidP="00D200D6">
            <w:pPr>
              <w:spacing w:after="0" w:line="240" w:lineRule="auto"/>
            </w:pPr>
            <w:r w:rsidRPr="00D200D6">
              <w:rPr>
                <w:rFonts w:ascii="Times New Roman" w:eastAsia="Times New Roman" w:hAnsi="Times New Roman"/>
                <w:sz w:val="26"/>
              </w:rPr>
              <w:t>- GV hỏi: Một giờ có bao nhiêu phút?</w:t>
            </w:r>
          </w:p>
        </w:tc>
        <w:tc>
          <w:tcPr>
            <w:tcW w:w="5040" w:type="dxa"/>
            <w:shd w:val="clear" w:color="auto" w:fill="auto"/>
          </w:tcPr>
          <w:p w:rsidR="00AB4770" w:rsidRPr="00D200D6" w:rsidRDefault="00920D7A" w:rsidP="00D200D6">
            <w:pPr>
              <w:spacing w:after="0" w:line="240" w:lineRule="auto"/>
            </w:pPr>
            <w:r w:rsidRPr="00D200D6">
              <w:rPr>
                <w:rFonts w:ascii="Times New Roman" w:eastAsia="Times New Roman" w:hAnsi="Times New Roman"/>
                <w:sz w:val="26"/>
              </w:rPr>
              <w:t>- HS trả lời: Một giờ có 60 phút.</w:t>
            </w:r>
          </w:p>
        </w:tc>
      </w:tr>
      <w:tr w:rsidR="00D200D6" w:rsidRPr="00D200D6" w:rsidTr="00D200D6">
        <w:trPr>
          <w:jc w:val="center"/>
        </w:trPr>
        <w:tc>
          <w:tcPr>
            <w:tcW w:w="5040" w:type="dxa"/>
            <w:tcBorders>
              <w:bottom w:val="single" w:sz="8" w:space="0" w:color="000000"/>
            </w:tcBorders>
            <w:shd w:val="clear" w:color="auto" w:fill="auto"/>
          </w:tcPr>
          <w:p w:rsidR="00AB4770" w:rsidRPr="00D200D6" w:rsidRDefault="00920D7A" w:rsidP="00D200D6">
            <w:pPr>
              <w:spacing w:after="0" w:line="240" w:lineRule="auto"/>
            </w:pPr>
            <w:r w:rsidRPr="00D200D6">
              <w:rPr>
                <w:rFonts w:ascii="Times New Roman" w:eastAsia="Times New Roman" w:hAnsi="Times New Roman"/>
                <w:sz w:val="26"/>
              </w:rPr>
              <w:t>- GV dẫn dắt: Ngoài xem đồng hồ, chúng ta còn cần xem lịch tháng - năm.</w:t>
            </w:r>
          </w:p>
        </w:tc>
        <w:tc>
          <w:tcPr>
            <w:tcW w:w="5040" w:type="dxa"/>
            <w:tcBorders>
              <w:bottom w:val="single" w:sz="8" w:space="0" w:color="000000"/>
            </w:tcBorders>
            <w:shd w:val="clear" w:color="auto" w:fill="auto"/>
          </w:tcPr>
          <w:p w:rsidR="00AB4770" w:rsidRPr="00D200D6" w:rsidRDefault="00920D7A" w:rsidP="00D200D6">
            <w:pPr>
              <w:spacing w:after="0" w:line="240" w:lineRule="auto"/>
            </w:pPr>
            <w:r w:rsidRPr="00D200D6">
              <w:rPr>
                <w:rFonts w:ascii="Times New Roman" w:eastAsia="Times New Roman" w:hAnsi="Times New Roman"/>
                <w:sz w:val="26"/>
              </w:rPr>
              <w:t>- HS lắng nghe.</w:t>
            </w:r>
          </w:p>
        </w:tc>
      </w:tr>
      <w:tr w:rsidR="00D200D6" w:rsidRPr="00D200D6" w:rsidTr="00D200D6">
        <w:trPr>
          <w:jc w:val="center"/>
        </w:trPr>
        <w:tc>
          <w:tcPr>
            <w:tcW w:w="10080" w:type="dxa"/>
            <w:gridSpan w:val="2"/>
            <w:tcBorders>
              <w:top w:val="single" w:sz="8" w:space="0" w:color="000000"/>
              <w:bottom w:val="single" w:sz="8" w:space="0" w:color="000000"/>
            </w:tcBorders>
            <w:shd w:val="clear" w:color="auto" w:fill="auto"/>
          </w:tcPr>
          <w:p w:rsidR="00AB4770" w:rsidRPr="00D200D6" w:rsidRDefault="00920D7A" w:rsidP="00D200D6">
            <w:pPr>
              <w:spacing w:after="0" w:line="240" w:lineRule="auto"/>
            </w:pPr>
            <w:r w:rsidRPr="00D200D6">
              <w:rPr>
                <w:rFonts w:ascii="Times New Roman" w:eastAsia="Times New Roman" w:hAnsi="Times New Roman"/>
                <w:b/>
                <w:sz w:val="26"/>
              </w:rPr>
              <w:t>2. Khám phá (10 phút):</w:t>
            </w:r>
          </w:p>
          <w:p w:rsidR="00AB4770" w:rsidRPr="00D200D6" w:rsidRDefault="00920D7A" w:rsidP="00D200D6">
            <w:pPr>
              <w:spacing w:after="0" w:line="240" w:lineRule="auto"/>
            </w:pPr>
            <w:r w:rsidRPr="00D200D6">
              <w:rPr>
                <w:rFonts w:ascii="Times New Roman" w:eastAsia="Times New Roman" w:hAnsi="Times New Roman"/>
                <w:sz w:val="26"/>
              </w:rPr>
              <w:t>- Mục tiêu: Biết một năm có 12 tháng, nhận biết số ngày trong từng tháng.</w:t>
            </w:r>
          </w:p>
          <w:p w:rsidR="00AB4770" w:rsidRPr="00D200D6" w:rsidRDefault="00920D7A" w:rsidP="00D200D6">
            <w:pPr>
              <w:spacing w:after="0" w:line="240" w:lineRule="auto"/>
            </w:pPr>
            <w:r w:rsidRPr="00D200D6">
              <w:rPr>
                <w:rFonts w:ascii="Times New Roman" w:eastAsia="Times New Roman" w:hAnsi="Times New Roman"/>
                <w:sz w:val="26"/>
              </w:rPr>
              <w:t>*Cách tiến hành:</w:t>
            </w:r>
          </w:p>
        </w:tc>
      </w:tr>
      <w:tr w:rsidR="00D200D6" w:rsidRPr="00D200D6" w:rsidTr="00D200D6">
        <w:trPr>
          <w:jc w:val="center"/>
        </w:trPr>
        <w:tc>
          <w:tcPr>
            <w:tcW w:w="5040" w:type="dxa"/>
            <w:tcBorders>
              <w:top w:val="single" w:sz="8" w:space="0" w:color="000000"/>
            </w:tcBorders>
            <w:shd w:val="clear" w:color="auto" w:fill="auto"/>
          </w:tcPr>
          <w:p w:rsidR="00AB4770" w:rsidRPr="00D200D6" w:rsidRDefault="00920D7A" w:rsidP="00D200D6">
            <w:pPr>
              <w:spacing w:after="0" w:line="240" w:lineRule="auto"/>
            </w:pPr>
            <w:r w:rsidRPr="00D200D6">
              <w:rPr>
                <w:rFonts w:ascii="Times New Roman" w:eastAsia="Times New Roman" w:hAnsi="Times New Roman"/>
                <w:b/>
                <w:sz w:val="26"/>
              </w:rPr>
              <w:t>Khám phá. Tháng - năm. (Làm việc cá nhân, cả lớp)</w:t>
            </w:r>
          </w:p>
          <w:p w:rsidR="00AB4770" w:rsidRPr="00D200D6" w:rsidRDefault="00920D7A" w:rsidP="00D200D6">
            <w:pPr>
              <w:spacing w:after="0" w:line="240" w:lineRule="auto"/>
            </w:pPr>
            <w:r w:rsidRPr="00D200D6">
              <w:rPr>
                <w:rFonts w:ascii="Times New Roman" w:eastAsia="Times New Roman" w:hAnsi="Times New Roman"/>
                <w:sz w:val="26"/>
              </w:rPr>
              <w:t>- HS quan sát hình SGK.</w:t>
            </w:r>
          </w:p>
          <w:p w:rsidR="00AB4770" w:rsidRPr="00D200D6" w:rsidRDefault="00AB4770" w:rsidP="00D200D6">
            <w:pPr>
              <w:spacing w:after="0" w:line="240" w:lineRule="auto"/>
              <w:jc w:val="center"/>
            </w:pPr>
          </w:p>
        </w:tc>
        <w:tc>
          <w:tcPr>
            <w:tcW w:w="5040" w:type="dxa"/>
            <w:tcBorders>
              <w:top w:val="single" w:sz="8" w:space="0" w:color="000000"/>
            </w:tcBorders>
            <w:shd w:val="clear" w:color="auto" w:fill="auto"/>
          </w:tcPr>
          <w:p w:rsidR="00AB4770" w:rsidRPr="00D200D6" w:rsidRDefault="00920D7A" w:rsidP="00D200D6">
            <w:pPr>
              <w:spacing w:after="0" w:line="240" w:lineRule="auto"/>
            </w:pPr>
            <w:r w:rsidRPr="00D200D6">
              <w:rPr>
                <w:rFonts w:ascii="Times New Roman" w:eastAsia="Times New Roman" w:hAnsi="Times New Roman"/>
                <w:sz w:val="26"/>
              </w:rPr>
              <w:t>- HS quan sát bài trong SGK.</w:t>
            </w:r>
          </w:p>
        </w:tc>
      </w:tr>
      <w:tr w:rsidR="00D200D6" w:rsidRPr="00D200D6" w:rsidTr="00D200D6">
        <w:trPr>
          <w:jc w:val="center"/>
        </w:trPr>
        <w:tc>
          <w:tcPr>
            <w:tcW w:w="5040" w:type="dxa"/>
            <w:shd w:val="clear" w:color="auto" w:fill="auto"/>
          </w:tcPr>
          <w:p w:rsidR="00AB4770" w:rsidRPr="00D200D6" w:rsidRDefault="00920D7A" w:rsidP="00D200D6">
            <w:pPr>
              <w:spacing w:after="0" w:line="240" w:lineRule="auto"/>
            </w:pPr>
            <w:r w:rsidRPr="00D200D6">
              <w:rPr>
                <w:rFonts w:ascii="Times New Roman" w:eastAsia="Times New Roman" w:hAnsi="Times New Roman"/>
                <w:sz w:val="26"/>
              </w:rPr>
              <w:t>- GV cho HS quan sát tranh và đọc nội dung trong SGK.</w:t>
            </w:r>
          </w:p>
        </w:tc>
        <w:tc>
          <w:tcPr>
            <w:tcW w:w="5040" w:type="dxa"/>
            <w:shd w:val="clear" w:color="auto" w:fill="auto"/>
          </w:tcPr>
          <w:p w:rsidR="00AB4770" w:rsidRPr="00D200D6" w:rsidRDefault="00920D7A" w:rsidP="00D200D6">
            <w:pPr>
              <w:spacing w:after="0" w:line="240" w:lineRule="auto"/>
            </w:pPr>
            <w:r w:rsidRPr="00D200D6">
              <w:rPr>
                <w:rFonts w:ascii="Times New Roman" w:eastAsia="Times New Roman" w:hAnsi="Times New Roman"/>
                <w:sz w:val="26"/>
              </w:rPr>
              <w:t>- HS quan sát tranh và đọc: Một năm có 12 tháng.</w:t>
            </w:r>
          </w:p>
        </w:tc>
      </w:tr>
      <w:tr w:rsidR="00D200D6" w:rsidRPr="00D200D6" w:rsidTr="00D200D6">
        <w:trPr>
          <w:jc w:val="center"/>
        </w:trPr>
        <w:tc>
          <w:tcPr>
            <w:tcW w:w="5040" w:type="dxa"/>
            <w:shd w:val="clear" w:color="auto" w:fill="auto"/>
          </w:tcPr>
          <w:p w:rsidR="00AB4770" w:rsidRPr="00D200D6" w:rsidRDefault="00920D7A" w:rsidP="00D200D6">
            <w:pPr>
              <w:spacing w:after="0" w:line="240" w:lineRule="auto"/>
            </w:pPr>
            <w:r w:rsidRPr="00D200D6">
              <w:rPr>
                <w:rFonts w:ascii="Times New Roman" w:eastAsia="Times New Roman" w:hAnsi="Times New Roman"/>
                <w:sz w:val="26"/>
              </w:rPr>
              <w:t>- GV hỏi: Một năm có mấy tháng?</w:t>
            </w:r>
          </w:p>
        </w:tc>
        <w:tc>
          <w:tcPr>
            <w:tcW w:w="5040" w:type="dxa"/>
            <w:shd w:val="clear" w:color="auto" w:fill="auto"/>
          </w:tcPr>
          <w:p w:rsidR="00AB4770" w:rsidRPr="00D200D6" w:rsidRDefault="00920D7A" w:rsidP="00D200D6">
            <w:pPr>
              <w:spacing w:after="0" w:line="240" w:lineRule="auto"/>
            </w:pPr>
            <w:r w:rsidRPr="00D200D6">
              <w:rPr>
                <w:rFonts w:ascii="Times New Roman" w:eastAsia="Times New Roman" w:hAnsi="Times New Roman"/>
                <w:sz w:val="26"/>
              </w:rPr>
              <w:t>- HS trả lời: Một năm có 12 tháng.</w:t>
            </w:r>
          </w:p>
        </w:tc>
      </w:tr>
      <w:tr w:rsidR="00D200D6" w:rsidRPr="00D200D6" w:rsidTr="00D200D6">
        <w:trPr>
          <w:jc w:val="center"/>
        </w:trPr>
        <w:tc>
          <w:tcPr>
            <w:tcW w:w="5040" w:type="dxa"/>
            <w:shd w:val="clear" w:color="auto" w:fill="auto"/>
          </w:tcPr>
          <w:p w:rsidR="00AB4770" w:rsidRPr="00D200D6" w:rsidRDefault="00920D7A" w:rsidP="00D200D6">
            <w:pPr>
              <w:spacing w:after="0" w:line="240" w:lineRule="auto"/>
            </w:pPr>
            <w:r w:rsidRPr="00D200D6">
              <w:rPr>
                <w:rFonts w:ascii="Times New Roman" w:eastAsia="Times New Roman" w:hAnsi="Times New Roman"/>
                <w:sz w:val="26"/>
              </w:rPr>
              <w:t xml:space="preserve">- GV yêu cầu HS đọc tên 12 tháng theo thứ </w:t>
            </w:r>
            <w:r w:rsidRPr="00D200D6">
              <w:rPr>
                <w:rFonts w:ascii="Times New Roman" w:eastAsia="Times New Roman" w:hAnsi="Times New Roman"/>
                <w:sz w:val="26"/>
              </w:rPr>
              <w:lastRenderedPageBreak/>
              <w:t>tự.</w:t>
            </w:r>
          </w:p>
        </w:tc>
        <w:tc>
          <w:tcPr>
            <w:tcW w:w="5040" w:type="dxa"/>
            <w:shd w:val="clear" w:color="auto" w:fill="auto"/>
          </w:tcPr>
          <w:p w:rsidR="00AB4770" w:rsidRPr="00D200D6" w:rsidRDefault="00920D7A" w:rsidP="00D200D6">
            <w:pPr>
              <w:spacing w:after="0" w:line="240" w:lineRule="auto"/>
            </w:pPr>
            <w:r w:rsidRPr="00D200D6">
              <w:rPr>
                <w:rFonts w:ascii="Times New Roman" w:eastAsia="Times New Roman" w:hAnsi="Times New Roman"/>
                <w:sz w:val="26"/>
              </w:rPr>
              <w:lastRenderedPageBreak/>
              <w:t xml:space="preserve">- HS đọc: Tháng Một, Hai, Ba, Tư, Năm, Sáu, </w:t>
            </w:r>
            <w:r w:rsidRPr="00D200D6">
              <w:rPr>
                <w:rFonts w:ascii="Times New Roman" w:eastAsia="Times New Roman" w:hAnsi="Times New Roman"/>
                <w:sz w:val="26"/>
              </w:rPr>
              <w:lastRenderedPageBreak/>
              <w:t>Bảy, Tám, Chín, Mười, Mười một, Mười hai.</w:t>
            </w:r>
          </w:p>
        </w:tc>
      </w:tr>
      <w:tr w:rsidR="00D200D6" w:rsidRPr="00D200D6" w:rsidTr="00D200D6">
        <w:trPr>
          <w:jc w:val="center"/>
        </w:trPr>
        <w:tc>
          <w:tcPr>
            <w:tcW w:w="5040" w:type="dxa"/>
            <w:shd w:val="clear" w:color="auto" w:fill="auto"/>
          </w:tcPr>
          <w:p w:rsidR="00AB4770" w:rsidRPr="00D200D6" w:rsidRDefault="00920D7A" w:rsidP="00D200D6">
            <w:pPr>
              <w:spacing w:after="0" w:line="240" w:lineRule="auto"/>
            </w:pPr>
            <w:r w:rsidRPr="00D200D6">
              <w:rPr>
                <w:rFonts w:ascii="Times New Roman" w:eastAsia="Times New Roman" w:hAnsi="Times New Roman"/>
                <w:sz w:val="26"/>
              </w:rPr>
              <w:lastRenderedPageBreak/>
              <w:t>- GV hướng dẫn HS dùng nắm tay để nhận biết tháng có 30 ngày, 31 ngày.</w:t>
            </w:r>
          </w:p>
        </w:tc>
        <w:tc>
          <w:tcPr>
            <w:tcW w:w="5040" w:type="dxa"/>
            <w:shd w:val="clear" w:color="auto" w:fill="auto"/>
          </w:tcPr>
          <w:p w:rsidR="00AB4770" w:rsidRPr="00D200D6" w:rsidRDefault="00920D7A" w:rsidP="00D200D6">
            <w:pPr>
              <w:spacing w:after="0" w:line="240" w:lineRule="auto"/>
            </w:pPr>
            <w:r w:rsidRPr="00D200D6">
              <w:rPr>
                <w:rFonts w:ascii="Times New Roman" w:eastAsia="Times New Roman" w:hAnsi="Times New Roman"/>
                <w:sz w:val="26"/>
              </w:rPr>
              <w:t>- HS quan sát vị trí lồi, lõm trên nắm tay.</w:t>
            </w:r>
          </w:p>
        </w:tc>
      </w:tr>
      <w:tr w:rsidR="00D200D6" w:rsidRPr="00D200D6" w:rsidTr="00D200D6">
        <w:trPr>
          <w:jc w:val="center"/>
        </w:trPr>
        <w:tc>
          <w:tcPr>
            <w:tcW w:w="5040" w:type="dxa"/>
            <w:shd w:val="clear" w:color="auto" w:fill="auto"/>
          </w:tcPr>
          <w:p w:rsidR="00AB4770" w:rsidRPr="00D200D6" w:rsidRDefault="00920D7A" w:rsidP="00D200D6">
            <w:pPr>
              <w:spacing w:after="0" w:line="240" w:lineRule="auto"/>
            </w:pPr>
            <w:r w:rsidRPr="00D200D6">
              <w:rPr>
                <w:rFonts w:ascii="Times New Roman" w:eastAsia="Times New Roman" w:hAnsi="Times New Roman"/>
                <w:sz w:val="26"/>
              </w:rPr>
              <w:t>- GV hỏi: Tháng 2 thường có bao nhiêu ngày?</w:t>
            </w:r>
          </w:p>
        </w:tc>
        <w:tc>
          <w:tcPr>
            <w:tcW w:w="5040" w:type="dxa"/>
            <w:shd w:val="clear" w:color="auto" w:fill="auto"/>
          </w:tcPr>
          <w:p w:rsidR="00AB4770" w:rsidRPr="00D200D6" w:rsidRDefault="00920D7A" w:rsidP="00D200D6">
            <w:pPr>
              <w:spacing w:after="0" w:line="240" w:lineRule="auto"/>
            </w:pPr>
            <w:r w:rsidRPr="00D200D6">
              <w:rPr>
                <w:rFonts w:ascii="Times New Roman" w:eastAsia="Times New Roman" w:hAnsi="Times New Roman"/>
                <w:sz w:val="26"/>
              </w:rPr>
              <w:t>- HS trả lời: Tháng 2 có 28 ngày hoặc 29 ngày.</w:t>
            </w:r>
          </w:p>
        </w:tc>
      </w:tr>
      <w:tr w:rsidR="00D200D6" w:rsidRPr="00D200D6" w:rsidTr="00D200D6">
        <w:trPr>
          <w:jc w:val="center"/>
        </w:trPr>
        <w:tc>
          <w:tcPr>
            <w:tcW w:w="5040" w:type="dxa"/>
            <w:shd w:val="clear" w:color="auto" w:fill="auto"/>
          </w:tcPr>
          <w:p w:rsidR="00AB4770" w:rsidRPr="00D200D6" w:rsidRDefault="00920D7A" w:rsidP="00D200D6">
            <w:pPr>
              <w:spacing w:after="0" w:line="240" w:lineRule="auto"/>
            </w:pPr>
            <w:r w:rsidRPr="00D200D6">
              <w:rPr>
                <w:rFonts w:ascii="Times New Roman" w:eastAsia="Times New Roman" w:hAnsi="Times New Roman"/>
                <w:sz w:val="26"/>
              </w:rPr>
              <w:t>- GV kết luận: Có tháng 30 ngày, có tháng 31 ngày; riêng tháng 2 có 28 hoặc 29 ngày.</w:t>
            </w:r>
          </w:p>
        </w:tc>
        <w:tc>
          <w:tcPr>
            <w:tcW w:w="5040" w:type="dxa"/>
            <w:shd w:val="clear" w:color="auto" w:fill="auto"/>
          </w:tcPr>
          <w:p w:rsidR="00AB4770" w:rsidRPr="00D200D6" w:rsidRDefault="00920D7A" w:rsidP="00D200D6">
            <w:pPr>
              <w:spacing w:after="0" w:line="240" w:lineRule="auto"/>
            </w:pPr>
            <w:r w:rsidRPr="00D200D6">
              <w:rPr>
                <w:rFonts w:ascii="Times New Roman" w:eastAsia="Times New Roman" w:hAnsi="Times New Roman"/>
                <w:sz w:val="26"/>
              </w:rPr>
              <w:t>- HS ghi nhớ kiến thức.</w:t>
            </w:r>
          </w:p>
        </w:tc>
      </w:tr>
      <w:tr w:rsidR="00D200D6" w:rsidRPr="00D200D6" w:rsidTr="00D200D6">
        <w:trPr>
          <w:jc w:val="center"/>
        </w:trPr>
        <w:tc>
          <w:tcPr>
            <w:tcW w:w="10080" w:type="dxa"/>
            <w:gridSpan w:val="2"/>
            <w:shd w:val="clear" w:color="auto" w:fill="auto"/>
          </w:tcPr>
          <w:p w:rsidR="00AB4770" w:rsidRPr="00D200D6" w:rsidRDefault="00920D7A" w:rsidP="00D200D6">
            <w:pPr>
              <w:spacing w:after="0" w:line="240" w:lineRule="auto"/>
            </w:pPr>
            <w:r w:rsidRPr="00D200D6">
              <w:rPr>
                <w:rFonts w:ascii="Times New Roman" w:eastAsia="Times New Roman" w:hAnsi="Times New Roman"/>
                <w:b/>
                <w:sz w:val="26"/>
              </w:rPr>
              <w:t>3. Hoạt động (15 phút):</w:t>
            </w:r>
          </w:p>
          <w:p w:rsidR="00AB4770" w:rsidRPr="00D200D6" w:rsidRDefault="00920D7A" w:rsidP="00D200D6">
            <w:pPr>
              <w:spacing w:after="0" w:line="240" w:lineRule="auto"/>
            </w:pPr>
            <w:r w:rsidRPr="00D200D6">
              <w:rPr>
                <w:rFonts w:ascii="Times New Roman" w:eastAsia="Times New Roman" w:hAnsi="Times New Roman"/>
                <w:sz w:val="26"/>
              </w:rPr>
              <w:t>- Mục tiêu: Luyện xác định tháng có 30 ngày, 31 ngày, xem lịch tháng và tính số ngày.</w:t>
            </w:r>
          </w:p>
          <w:p w:rsidR="00AB4770" w:rsidRPr="00D200D6" w:rsidRDefault="00920D7A" w:rsidP="00D200D6">
            <w:pPr>
              <w:spacing w:after="0" w:line="240" w:lineRule="auto"/>
            </w:pPr>
            <w:r w:rsidRPr="00D200D6">
              <w:rPr>
                <w:rFonts w:ascii="Times New Roman" w:eastAsia="Times New Roman" w:hAnsi="Times New Roman"/>
                <w:sz w:val="26"/>
              </w:rPr>
              <w:t>- Mục tiêu tích hợp NLS 5.2.CB1a: HS làm Quizizz/Wordwall để kiểm tra cách xem lịch, sửa lỗi nhầm ngày, tháng.</w:t>
            </w:r>
          </w:p>
          <w:p w:rsidR="00AB4770" w:rsidRPr="00D200D6" w:rsidRDefault="00920D7A" w:rsidP="00D200D6">
            <w:pPr>
              <w:spacing w:after="0" w:line="240" w:lineRule="auto"/>
            </w:pPr>
            <w:r w:rsidRPr="00D200D6">
              <w:rPr>
                <w:rFonts w:ascii="Times New Roman" w:eastAsia="Times New Roman" w:hAnsi="Times New Roman"/>
                <w:sz w:val="26"/>
              </w:rPr>
              <w:t>*Cách tiến hành:</w:t>
            </w:r>
          </w:p>
        </w:tc>
      </w:tr>
      <w:tr w:rsidR="00D200D6" w:rsidRPr="00D200D6" w:rsidTr="00D200D6">
        <w:trPr>
          <w:jc w:val="center"/>
        </w:trPr>
        <w:tc>
          <w:tcPr>
            <w:tcW w:w="5040" w:type="dxa"/>
            <w:shd w:val="clear" w:color="auto" w:fill="auto"/>
          </w:tcPr>
          <w:p w:rsidR="00AB4770" w:rsidRPr="00D200D6" w:rsidRDefault="00920D7A" w:rsidP="00D200D6">
            <w:pPr>
              <w:spacing w:after="0" w:line="240" w:lineRule="auto"/>
            </w:pPr>
            <w:r w:rsidRPr="00D200D6">
              <w:rPr>
                <w:rFonts w:ascii="Times New Roman" w:eastAsia="Times New Roman" w:hAnsi="Times New Roman"/>
                <w:b/>
                <w:sz w:val="26"/>
              </w:rPr>
              <w:t>Hoạt động. Quan sát tờ lịch năm. (Làm việc cá nhân)</w:t>
            </w:r>
          </w:p>
          <w:p w:rsidR="00AB4770" w:rsidRPr="00D200D6" w:rsidRDefault="00920D7A" w:rsidP="00D200D6">
            <w:pPr>
              <w:spacing w:after="0" w:line="240" w:lineRule="auto"/>
            </w:pPr>
            <w:r w:rsidRPr="00D200D6">
              <w:rPr>
                <w:rFonts w:ascii="Times New Roman" w:eastAsia="Times New Roman" w:hAnsi="Times New Roman"/>
                <w:sz w:val="26"/>
              </w:rPr>
              <w:t>- HS quan sát hình SGK.</w:t>
            </w:r>
          </w:p>
          <w:p w:rsidR="00AB4770" w:rsidRPr="00D200D6" w:rsidRDefault="00AB4770" w:rsidP="00D200D6">
            <w:pPr>
              <w:spacing w:after="0" w:line="240" w:lineRule="auto"/>
              <w:jc w:val="center"/>
            </w:pPr>
          </w:p>
        </w:tc>
        <w:tc>
          <w:tcPr>
            <w:tcW w:w="5040" w:type="dxa"/>
            <w:shd w:val="clear" w:color="auto" w:fill="auto"/>
          </w:tcPr>
          <w:p w:rsidR="00AB4770" w:rsidRPr="00D200D6" w:rsidRDefault="00920D7A" w:rsidP="00D200D6">
            <w:pPr>
              <w:spacing w:after="0" w:line="240" w:lineRule="auto"/>
            </w:pPr>
            <w:r w:rsidRPr="00D200D6">
              <w:rPr>
                <w:rFonts w:ascii="Times New Roman" w:eastAsia="Times New Roman" w:hAnsi="Times New Roman"/>
                <w:sz w:val="26"/>
              </w:rPr>
              <w:t>- HS quan sát bài trong SGK.</w:t>
            </w:r>
          </w:p>
        </w:tc>
      </w:tr>
      <w:tr w:rsidR="00D200D6" w:rsidRPr="00D200D6" w:rsidTr="00D200D6">
        <w:trPr>
          <w:jc w:val="center"/>
        </w:trPr>
        <w:tc>
          <w:tcPr>
            <w:tcW w:w="5040" w:type="dxa"/>
            <w:shd w:val="clear" w:color="auto" w:fill="auto"/>
          </w:tcPr>
          <w:p w:rsidR="00AB4770" w:rsidRPr="00D200D6" w:rsidRDefault="00920D7A" w:rsidP="00D200D6">
            <w:pPr>
              <w:spacing w:after="0" w:line="240" w:lineRule="auto"/>
            </w:pPr>
            <w:r w:rsidRPr="00D200D6">
              <w:rPr>
                <w:rFonts w:ascii="Times New Roman" w:eastAsia="Times New Roman" w:hAnsi="Times New Roman"/>
                <w:sz w:val="26"/>
              </w:rPr>
              <w:t>- GV cho HS đọc yêu cầu phần Hoạt động.</w:t>
            </w:r>
          </w:p>
        </w:tc>
        <w:tc>
          <w:tcPr>
            <w:tcW w:w="5040" w:type="dxa"/>
            <w:shd w:val="clear" w:color="auto" w:fill="auto"/>
          </w:tcPr>
          <w:p w:rsidR="00AB4770" w:rsidRPr="00D200D6" w:rsidRDefault="00920D7A" w:rsidP="00D200D6">
            <w:pPr>
              <w:spacing w:after="0" w:line="240" w:lineRule="auto"/>
            </w:pPr>
            <w:r w:rsidRPr="00D200D6">
              <w:rPr>
                <w:rFonts w:ascii="Times New Roman" w:eastAsia="Times New Roman" w:hAnsi="Times New Roman"/>
                <w:sz w:val="26"/>
              </w:rPr>
              <w:t>- HS đọc: Quan sát tờ lịch năm và cho biết các tháng có 30 ngày, 31 ngày, tháng 2 có bao nhiêu ngày.</w:t>
            </w:r>
          </w:p>
        </w:tc>
      </w:tr>
      <w:tr w:rsidR="00D200D6" w:rsidRPr="00D200D6" w:rsidTr="00D200D6">
        <w:trPr>
          <w:jc w:val="center"/>
        </w:trPr>
        <w:tc>
          <w:tcPr>
            <w:tcW w:w="5040" w:type="dxa"/>
            <w:shd w:val="clear" w:color="auto" w:fill="auto"/>
          </w:tcPr>
          <w:p w:rsidR="00AB4770" w:rsidRPr="00D200D6" w:rsidRDefault="00920D7A" w:rsidP="00D200D6">
            <w:pPr>
              <w:spacing w:after="0" w:line="240" w:lineRule="auto"/>
            </w:pPr>
            <w:r w:rsidRPr="00D200D6">
              <w:rPr>
                <w:rFonts w:ascii="Times New Roman" w:eastAsia="Times New Roman" w:hAnsi="Times New Roman"/>
                <w:sz w:val="26"/>
              </w:rPr>
              <w:t>- GV hỏi: Những tháng nào có 30 ngày?</w:t>
            </w:r>
          </w:p>
        </w:tc>
        <w:tc>
          <w:tcPr>
            <w:tcW w:w="5040" w:type="dxa"/>
            <w:shd w:val="clear" w:color="auto" w:fill="auto"/>
          </w:tcPr>
          <w:p w:rsidR="00AB4770" w:rsidRPr="00D200D6" w:rsidRDefault="00920D7A" w:rsidP="00D200D6">
            <w:pPr>
              <w:spacing w:after="0" w:line="240" w:lineRule="auto"/>
            </w:pPr>
            <w:r w:rsidRPr="00D200D6">
              <w:rPr>
                <w:rFonts w:ascii="Times New Roman" w:eastAsia="Times New Roman" w:hAnsi="Times New Roman"/>
                <w:sz w:val="26"/>
              </w:rPr>
              <w:t>- HS trả lời: Tháng 4, 6, 9, 11 có 30 ngày.</w:t>
            </w:r>
          </w:p>
        </w:tc>
      </w:tr>
      <w:tr w:rsidR="00D200D6" w:rsidRPr="00D200D6" w:rsidTr="00D200D6">
        <w:trPr>
          <w:jc w:val="center"/>
        </w:trPr>
        <w:tc>
          <w:tcPr>
            <w:tcW w:w="5040" w:type="dxa"/>
            <w:shd w:val="clear" w:color="auto" w:fill="auto"/>
          </w:tcPr>
          <w:p w:rsidR="00AB4770" w:rsidRPr="00D200D6" w:rsidRDefault="00920D7A" w:rsidP="00D200D6">
            <w:pPr>
              <w:spacing w:after="0" w:line="240" w:lineRule="auto"/>
            </w:pPr>
            <w:r w:rsidRPr="00D200D6">
              <w:rPr>
                <w:rFonts w:ascii="Times New Roman" w:eastAsia="Times New Roman" w:hAnsi="Times New Roman"/>
                <w:sz w:val="26"/>
              </w:rPr>
              <w:t>- GV hỏi: Những tháng nào có 31 ngày?</w:t>
            </w:r>
          </w:p>
        </w:tc>
        <w:tc>
          <w:tcPr>
            <w:tcW w:w="5040" w:type="dxa"/>
            <w:shd w:val="clear" w:color="auto" w:fill="auto"/>
          </w:tcPr>
          <w:p w:rsidR="00AB4770" w:rsidRPr="00D200D6" w:rsidRDefault="00920D7A" w:rsidP="00D200D6">
            <w:pPr>
              <w:spacing w:after="0" w:line="240" w:lineRule="auto"/>
            </w:pPr>
            <w:r w:rsidRPr="00D200D6">
              <w:rPr>
                <w:rFonts w:ascii="Times New Roman" w:eastAsia="Times New Roman" w:hAnsi="Times New Roman"/>
                <w:sz w:val="26"/>
              </w:rPr>
              <w:t>- HS trả lời: Tháng 1, 3, 5, 7, 8, 10, 12 có 31 ngày.</w:t>
            </w:r>
          </w:p>
        </w:tc>
      </w:tr>
      <w:tr w:rsidR="00D200D6" w:rsidRPr="00D200D6" w:rsidTr="00D200D6">
        <w:trPr>
          <w:jc w:val="center"/>
        </w:trPr>
        <w:tc>
          <w:tcPr>
            <w:tcW w:w="5040" w:type="dxa"/>
            <w:shd w:val="clear" w:color="auto" w:fill="auto"/>
          </w:tcPr>
          <w:p w:rsidR="00AB4770" w:rsidRPr="00D200D6" w:rsidRDefault="00920D7A" w:rsidP="00D200D6">
            <w:pPr>
              <w:spacing w:after="0" w:line="240" w:lineRule="auto"/>
            </w:pPr>
            <w:r w:rsidRPr="00D200D6">
              <w:rPr>
                <w:rFonts w:ascii="Times New Roman" w:eastAsia="Times New Roman" w:hAnsi="Times New Roman"/>
                <w:sz w:val="26"/>
              </w:rPr>
              <w:t>- GV hỏi: Tháng 2 năm đó có bao nhiêu ngày?</w:t>
            </w:r>
          </w:p>
        </w:tc>
        <w:tc>
          <w:tcPr>
            <w:tcW w:w="5040" w:type="dxa"/>
            <w:shd w:val="clear" w:color="auto" w:fill="auto"/>
          </w:tcPr>
          <w:p w:rsidR="00AB4770" w:rsidRPr="00D200D6" w:rsidRDefault="00920D7A" w:rsidP="00D200D6">
            <w:pPr>
              <w:spacing w:after="0" w:line="240" w:lineRule="auto"/>
            </w:pPr>
            <w:r w:rsidRPr="00D200D6">
              <w:rPr>
                <w:rFonts w:ascii="Times New Roman" w:eastAsia="Times New Roman" w:hAnsi="Times New Roman"/>
                <w:sz w:val="26"/>
              </w:rPr>
              <w:t>- HS trả lời: Tháng 2 có 28 ngày hoặc 29 ngày tùy năm.</w:t>
            </w:r>
          </w:p>
        </w:tc>
      </w:tr>
      <w:tr w:rsidR="00D200D6" w:rsidRPr="00D200D6" w:rsidTr="00D200D6">
        <w:trPr>
          <w:jc w:val="center"/>
        </w:trPr>
        <w:tc>
          <w:tcPr>
            <w:tcW w:w="5040" w:type="dxa"/>
            <w:shd w:val="clear" w:color="auto" w:fill="auto"/>
          </w:tcPr>
          <w:p w:rsidR="00AB4770" w:rsidRPr="00D200D6" w:rsidRDefault="00920D7A" w:rsidP="00D200D6">
            <w:pPr>
              <w:spacing w:after="0" w:line="240" w:lineRule="auto"/>
            </w:pPr>
            <w:r w:rsidRPr="00D200D6">
              <w:rPr>
                <w:rFonts w:ascii="Times New Roman" w:eastAsia="Times New Roman" w:hAnsi="Times New Roman"/>
                <w:sz w:val="26"/>
              </w:rPr>
              <w:t>- GV cho HS trình bày kết quả.</w:t>
            </w:r>
          </w:p>
        </w:tc>
        <w:tc>
          <w:tcPr>
            <w:tcW w:w="5040" w:type="dxa"/>
            <w:shd w:val="clear" w:color="auto" w:fill="auto"/>
          </w:tcPr>
          <w:p w:rsidR="00AB4770" w:rsidRPr="00D200D6" w:rsidRDefault="00920D7A" w:rsidP="00D200D6">
            <w:pPr>
              <w:spacing w:after="0" w:line="240" w:lineRule="auto"/>
            </w:pPr>
            <w:r w:rsidRPr="00D200D6">
              <w:rPr>
                <w:rFonts w:ascii="Times New Roman" w:eastAsia="Times New Roman" w:hAnsi="Times New Roman"/>
                <w:sz w:val="26"/>
              </w:rPr>
              <w:t>- HS trình bày và đối chiếu với lịch.</w:t>
            </w:r>
          </w:p>
        </w:tc>
      </w:tr>
      <w:tr w:rsidR="00D200D6" w:rsidRPr="00D200D6" w:rsidTr="00D200D6">
        <w:trPr>
          <w:jc w:val="center"/>
        </w:trPr>
        <w:tc>
          <w:tcPr>
            <w:tcW w:w="5040" w:type="dxa"/>
            <w:shd w:val="clear" w:color="auto" w:fill="auto"/>
          </w:tcPr>
          <w:p w:rsidR="00AB4770" w:rsidRPr="00D200D6" w:rsidRDefault="00920D7A" w:rsidP="00D200D6">
            <w:pPr>
              <w:spacing w:after="0" w:line="240" w:lineRule="auto"/>
            </w:pPr>
            <w:r w:rsidRPr="00D200D6">
              <w:rPr>
                <w:rFonts w:ascii="Times New Roman" w:eastAsia="Times New Roman" w:hAnsi="Times New Roman"/>
                <w:sz w:val="26"/>
              </w:rPr>
              <w:t>- GV kết luận: Xem lịch giúp biết chính xác số ngày của từng tháng trong năm.</w:t>
            </w:r>
          </w:p>
        </w:tc>
        <w:tc>
          <w:tcPr>
            <w:tcW w:w="5040" w:type="dxa"/>
            <w:shd w:val="clear" w:color="auto" w:fill="auto"/>
          </w:tcPr>
          <w:p w:rsidR="00AB4770" w:rsidRPr="00D200D6" w:rsidRDefault="00920D7A" w:rsidP="00D200D6">
            <w:pPr>
              <w:spacing w:after="0" w:line="240" w:lineRule="auto"/>
            </w:pPr>
            <w:r w:rsidRPr="00D200D6">
              <w:rPr>
                <w:rFonts w:ascii="Times New Roman" w:eastAsia="Times New Roman" w:hAnsi="Times New Roman"/>
                <w:sz w:val="26"/>
              </w:rPr>
              <w:t>- HS lắng nghe.</w:t>
            </w:r>
          </w:p>
        </w:tc>
      </w:tr>
      <w:tr w:rsidR="00D200D6" w:rsidRPr="00D200D6" w:rsidTr="00D200D6">
        <w:trPr>
          <w:jc w:val="center"/>
        </w:trPr>
        <w:tc>
          <w:tcPr>
            <w:tcW w:w="5040" w:type="dxa"/>
            <w:shd w:val="clear" w:color="auto" w:fill="auto"/>
          </w:tcPr>
          <w:p w:rsidR="00AB4770" w:rsidRPr="00D200D6" w:rsidRDefault="00920D7A" w:rsidP="00D200D6">
            <w:pPr>
              <w:spacing w:after="0" w:line="240" w:lineRule="auto"/>
            </w:pPr>
            <w:r w:rsidRPr="00D200D6">
              <w:rPr>
                <w:rFonts w:ascii="Times New Roman" w:eastAsia="Times New Roman" w:hAnsi="Times New Roman"/>
                <w:b/>
                <w:sz w:val="26"/>
              </w:rPr>
              <w:t>Bài 1. Xem tờ lịch tháng 3 trả lời câu hỏi. (Làm việc cá nhân vào vở)</w:t>
            </w:r>
          </w:p>
          <w:p w:rsidR="00AB4770" w:rsidRPr="00D200D6" w:rsidRDefault="00920D7A" w:rsidP="00D200D6">
            <w:pPr>
              <w:spacing w:after="0" w:line="240" w:lineRule="auto"/>
            </w:pPr>
            <w:r w:rsidRPr="00D200D6">
              <w:rPr>
                <w:rFonts w:ascii="Times New Roman" w:eastAsia="Times New Roman" w:hAnsi="Times New Roman"/>
                <w:sz w:val="26"/>
              </w:rPr>
              <w:t>- HS quan sát hình SGK.</w:t>
            </w:r>
          </w:p>
          <w:p w:rsidR="00AB4770" w:rsidRPr="00D200D6" w:rsidRDefault="00AB4770" w:rsidP="00D200D6">
            <w:pPr>
              <w:spacing w:after="0" w:line="240" w:lineRule="auto"/>
              <w:jc w:val="center"/>
            </w:pPr>
          </w:p>
        </w:tc>
        <w:tc>
          <w:tcPr>
            <w:tcW w:w="5040" w:type="dxa"/>
            <w:shd w:val="clear" w:color="auto" w:fill="auto"/>
          </w:tcPr>
          <w:p w:rsidR="00AB4770" w:rsidRPr="00D200D6" w:rsidRDefault="00920D7A" w:rsidP="00D200D6">
            <w:pPr>
              <w:spacing w:after="0" w:line="240" w:lineRule="auto"/>
            </w:pPr>
            <w:r w:rsidRPr="00D200D6">
              <w:rPr>
                <w:rFonts w:ascii="Times New Roman" w:eastAsia="Times New Roman" w:hAnsi="Times New Roman"/>
                <w:sz w:val="26"/>
              </w:rPr>
              <w:t>- HS quan sát bài trong SGK.</w:t>
            </w:r>
          </w:p>
        </w:tc>
      </w:tr>
      <w:tr w:rsidR="00D200D6" w:rsidRPr="00D200D6" w:rsidTr="00D200D6">
        <w:trPr>
          <w:jc w:val="center"/>
        </w:trPr>
        <w:tc>
          <w:tcPr>
            <w:tcW w:w="5040" w:type="dxa"/>
            <w:shd w:val="clear" w:color="auto" w:fill="auto"/>
          </w:tcPr>
          <w:p w:rsidR="00AB4770" w:rsidRPr="00D200D6" w:rsidRDefault="00920D7A" w:rsidP="00D200D6">
            <w:pPr>
              <w:spacing w:after="0" w:line="240" w:lineRule="auto"/>
            </w:pPr>
            <w:r w:rsidRPr="00D200D6">
              <w:rPr>
                <w:rFonts w:ascii="Times New Roman" w:eastAsia="Times New Roman" w:hAnsi="Times New Roman"/>
                <w:sz w:val="26"/>
              </w:rPr>
              <w:t>- GV cho HS đọc yêu cầu Bài 1.</w:t>
            </w:r>
          </w:p>
        </w:tc>
        <w:tc>
          <w:tcPr>
            <w:tcW w:w="5040" w:type="dxa"/>
            <w:shd w:val="clear" w:color="auto" w:fill="auto"/>
          </w:tcPr>
          <w:p w:rsidR="00AB4770" w:rsidRPr="00D200D6" w:rsidRDefault="00920D7A" w:rsidP="00D200D6">
            <w:pPr>
              <w:spacing w:after="0" w:line="240" w:lineRule="auto"/>
            </w:pPr>
            <w:r w:rsidRPr="00D200D6">
              <w:rPr>
                <w:rFonts w:ascii="Times New Roman" w:eastAsia="Times New Roman" w:hAnsi="Times New Roman"/>
                <w:sz w:val="26"/>
              </w:rPr>
              <w:t>- HS đọc: Xem tờ lịch tháng 3 trả lời các câu hỏi.</w:t>
            </w:r>
          </w:p>
        </w:tc>
      </w:tr>
      <w:tr w:rsidR="00D200D6" w:rsidRPr="00D200D6" w:rsidTr="00D200D6">
        <w:trPr>
          <w:jc w:val="center"/>
        </w:trPr>
        <w:tc>
          <w:tcPr>
            <w:tcW w:w="5040" w:type="dxa"/>
            <w:shd w:val="clear" w:color="auto" w:fill="auto"/>
          </w:tcPr>
          <w:p w:rsidR="00AB4770" w:rsidRPr="00D200D6" w:rsidRDefault="00920D7A" w:rsidP="00D200D6">
            <w:pPr>
              <w:spacing w:after="0" w:line="240" w:lineRule="auto"/>
            </w:pPr>
            <w:r w:rsidRPr="00D200D6">
              <w:rPr>
                <w:rFonts w:ascii="Times New Roman" w:eastAsia="Times New Roman" w:hAnsi="Times New Roman"/>
                <w:sz w:val="26"/>
              </w:rPr>
              <w:t>- Tích hợp NLS - Công cụ Quizizz: GV đưa câu hỏi chọn đáp án về ngày cuối tháng, Chủ nhật cuối tháng lên Quizizz; HS làm, xem phản hồi và ghi lại lỗi nếu nhầm ngày, thứ.</w:t>
            </w:r>
          </w:p>
        </w:tc>
        <w:tc>
          <w:tcPr>
            <w:tcW w:w="5040" w:type="dxa"/>
            <w:shd w:val="clear" w:color="auto" w:fill="auto"/>
          </w:tcPr>
          <w:p w:rsidR="00AB4770" w:rsidRPr="00D200D6" w:rsidRDefault="00920D7A" w:rsidP="00D200D6">
            <w:pPr>
              <w:spacing w:after="0" w:line="240" w:lineRule="auto"/>
            </w:pPr>
            <w:r w:rsidRPr="00D200D6">
              <w:rPr>
                <w:rFonts w:ascii="Times New Roman" w:eastAsia="Times New Roman" w:hAnsi="Times New Roman"/>
                <w:sz w:val="26"/>
              </w:rPr>
              <w:t>- HS làm Quizizz, xem phản hồi, sửa lỗi.</w:t>
            </w:r>
          </w:p>
        </w:tc>
      </w:tr>
      <w:tr w:rsidR="00D200D6" w:rsidRPr="00D200D6" w:rsidTr="00D200D6">
        <w:trPr>
          <w:jc w:val="center"/>
        </w:trPr>
        <w:tc>
          <w:tcPr>
            <w:tcW w:w="5040" w:type="dxa"/>
            <w:shd w:val="clear" w:color="auto" w:fill="auto"/>
          </w:tcPr>
          <w:p w:rsidR="00AB4770" w:rsidRPr="00D200D6" w:rsidRDefault="00920D7A" w:rsidP="00D200D6">
            <w:pPr>
              <w:spacing w:after="0" w:line="240" w:lineRule="auto"/>
            </w:pPr>
            <w:r w:rsidRPr="00D200D6">
              <w:rPr>
                <w:rFonts w:ascii="Times New Roman" w:eastAsia="Times New Roman" w:hAnsi="Times New Roman"/>
                <w:sz w:val="26"/>
              </w:rPr>
              <w:t>- GV hỏi: Chủ nhật cuối cùng của tháng là ngày nào?</w:t>
            </w:r>
          </w:p>
        </w:tc>
        <w:tc>
          <w:tcPr>
            <w:tcW w:w="5040" w:type="dxa"/>
            <w:shd w:val="clear" w:color="auto" w:fill="auto"/>
          </w:tcPr>
          <w:p w:rsidR="00AB4770" w:rsidRPr="00D200D6" w:rsidRDefault="00920D7A" w:rsidP="00D200D6">
            <w:pPr>
              <w:spacing w:after="0" w:line="240" w:lineRule="auto"/>
            </w:pPr>
            <w:r w:rsidRPr="00D200D6">
              <w:rPr>
                <w:rFonts w:ascii="Times New Roman" w:eastAsia="Times New Roman" w:hAnsi="Times New Roman"/>
                <w:sz w:val="26"/>
              </w:rPr>
              <w:t>- HS trả lời: Ngày 31 tháng 3.</w:t>
            </w:r>
          </w:p>
        </w:tc>
      </w:tr>
      <w:tr w:rsidR="00D200D6" w:rsidRPr="00D200D6" w:rsidTr="00D200D6">
        <w:trPr>
          <w:jc w:val="center"/>
        </w:trPr>
        <w:tc>
          <w:tcPr>
            <w:tcW w:w="5040" w:type="dxa"/>
            <w:shd w:val="clear" w:color="auto" w:fill="auto"/>
          </w:tcPr>
          <w:p w:rsidR="00AB4770" w:rsidRPr="00D200D6" w:rsidRDefault="00920D7A" w:rsidP="00D200D6">
            <w:pPr>
              <w:spacing w:after="0" w:line="240" w:lineRule="auto"/>
            </w:pPr>
            <w:r w:rsidRPr="00D200D6">
              <w:rPr>
                <w:rFonts w:ascii="Times New Roman" w:eastAsia="Times New Roman" w:hAnsi="Times New Roman"/>
                <w:sz w:val="26"/>
              </w:rPr>
              <w:t>- GV hỏi: Ngày cuối cùng của tháng 3 là thứ mấy?</w:t>
            </w:r>
          </w:p>
        </w:tc>
        <w:tc>
          <w:tcPr>
            <w:tcW w:w="5040" w:type="dxa"/>
            <w:shd w:val="clear" w:color="auto" w:fill="auto"/>
          </w:tcPr>
          <w:p w:rsidR="00AB4770" w:rsidRPr="00D200D6" w:rsidRDefault="00920D7A" w:rsidP="00D200D6">
            <w:pPr>
              <w:spacing w:after="0" w:line="240" w:lineRule="auto"/>
            </w:pPr>
            <w:r w:rsidRPr="00D200D6">
              <w:rPr>
                <w:rFonts w:ascii="Times New Roman" w:eastAsia="Times New Roman" w:hAnsi="Times New Roman"/>
                <w:sz w:val="26"/>
              </w:rPr>
              <w:t>- HS trả lời: Chủ nhật.</w:t>
            </w:r>
          </w:p>
        </w:tc>
      </w:tr>
      <w:tr w:rsidR="00D200D6" w:rsidRPr="00D200D6" w:rsidTr="00D200D6">
        <w:trPr>
          <w:jc w:val="center"/>
        </w:trPr>
        <w:tc>
          <w:tcPr>
            <w:tcW w:w="5040" w:type="dxa"/>
            <w:shd w:val="clear" w:color="auto" w:fill="auto"/>
          </w:tcPr>
          <w:p w:rsidR="00AB4770" w:rsidRPr="00D200D6" w:rsidRDefault="00920D7A" w:rsidP="00D200D6">
            <w:pPr>
              <w:spacing w:after="0" w:line="240" w:lineRule="auto"/>
            </w:pPr>
            <w:r w:rsidRPr="00D200D6">
              <w:rPr>
                <w:rFonts w:ascii="Times New Roman" w:eastAsia="Times New Roman" w:hAnsi="Times New Roman"/>
                <w:sz w:val="26"/>
              </w:rPr>
              <w:t>- GV hỏi: Ngày đầu tiên của tháng 4 cùng năm là thứ mấy?</w:t>
            </w:r>
          </w:p>
        </w:tc>
        <w:tc>
          <w:tcPr>
            <w:tcW w:w="5040" w:type="dxa"/>
            <w:shd w:val="clear" w:color="auto" w:fill="auto"/>
          </w:tcPr>
          <w:p w:rsidR="00AB4770" w:rsidRPr="00D200D6" w:rsidRDefault="00920D7A" w:rsidP="00D200D6">
            <w:pPr>
              <w:spacing w:after="0" w:line="240" w:lineRule="auto"/>
            </w:pPr>
            <w:r w:rsidRPr="00D200D6">
              <w:rPr>
                <w:rFonts w:ascii="Times New Roman" w:eastAsia="Times New Roman" w:hAnsi="Times New Roman"/>
                <w:sz w:val="26"/>
              </w:rPr>
              <w:t>- HS trả lời: Thứ Hai.</w:t>
            </w:r>
          </w:p>
        </w:tc>
      </w:tr>
      <w:tr w:rsidR="00D200D6" w:rsidRPr="00D200D6" w:rsidTr="00D200D6">
        <w:trPr>
          <w:jc w:val="center"/>
        </w:trPr>
        <w:tc>
          <w:tcPr>
            <w:tcW w:w="5040" w:type="dxa"/>
            <w:shd w:val="clear" w:color="auto" w:fill="auto"/>
          </w:tcPr>
          <w:p w:rsidR="00AB4770" w:rsidRPr="00D200D6" w:rsidRDefault="00920D7A" w:rsidP="00D200D6">
            <w:pPr>
              <w:spacing w:after="0" w:line="240" w:lineRule="auto"/>
            </w:pPr>
            <w:r w:rsidRPr="00D200D6">
              <w:rPr>
                <w:rFonts w:ascii="Times New Roman" w:eastAsia="Times New Roman" w:hAnsi="Times New Roman"/>
                <w:sz w:val="26"/>
              </w:rPr>
              <w:t>- GV cho HS trình bày cách xem lịch.</w:t>
            </w:r>
          </w:p>
        </w:tc>
        <w:tc>
          <w:tcPr>
            <w:tcW w:w="5040" w:type="dxa"/>
            <w:shd w:val="clear" w:color="auto" w:fill="auto"/>
          </w:tcPr>
          <w:p w:rsidR="00AB4770" w:rsidRPr="00D200D6" w:rsidRDefault="00920D7A" w:rsidP="00D200D6">
            <w:pPr>
              <w:spacing w:after="0" w:line="240" w:lineRule="auto"/>
            </w:pPr>
            <w:r w:rsidRPr="00D200D6">
              <w:rPr>
                <w:rFonts w:ascii="Times New Roman" w:eastAsia="Times New Roman" w:hAnsi="Times New Roman"/>
                <w:sz w:val="26"/>
              </w:rPr>
              <w:t>- HS trình bày: Quan sát cột Chủ nhật và hàng cuối tháng 3.</w:t>
            </w:r>
          </w:p>
        </w:tc>
      </w:tr>
      <w:tr w:rsidR="00D200D6" w:rsidRPr="00D200D6" w:rsidTr="00D200D6">
        <w:trPr>
          <w:jc w:val="center"/>
        </w:trPr>
        <w:tc>
          <w:tcPr>
            <w:tcW w:w="5040" w:type="dxa"/>
            <w:shd w:val="clear" w:color="auto" w:fill="auto"/>
          </w:tcPr>
          <w:p w:rsidR="00AB4770" w:rsidRPr="00D200D6" w:rsidRDefault="00920D7A" w:rsidP="00D200D6">
            <w:pPr>
              <w:spacing w:after="0" w:line="240" w:lineRule="auto"/>
            </w:pPr>
            <w:r w:rsidRPr="00D200D6">
              <w:rPr>
                <w:rFonts w:ascii="Times New Roman" w:eastAsia="Times New Roman" w:hAnsi="Times New Roman"/>
                <w:sz w:val="26"/>
              </w:rPr>
              <w:t>- GV kết luận: Khi xem lịch, cần xác định đúng hàng tuần và cột thứ trong tuần.</w:t>
            </w:r>
          </w:p>
        </w:tc>
        <w:tc>
          <w:tcPr>
            <w:tcW w:w="5040" w:type="dxa"/>
            <w:shd w:val="clear" w:color="auto" w:fill="auto"/>
          </w:tcPr>
          <w:p w:rsidR="00AB4770" w:rsidRPr="00D200D6" w:rsidRDefault="00920D7A" w:rsidP="00D200D6">
            <w:pPr>
              <w:spacing w:after="0" w:line="240" w:lineRule="auto"/>
            </w:pPr>
            <w:r w:rsidRPr="00D200D6">
              <w:rPr>
                <w:rFonts w:ascii="Times New Roman" w:eastAsia="Times New Roman" w:hAnsi="Times New Roman"/>
                <w:sz w:val="26"/>
              </w:rPr>
              <w:t>- HS lắng nghe.</w:t>
            </w:r>
          </w:p>
        </w:tc>
      </w:tr>
      <w:tr w:rsidR="00D200D6" w:rsidRPr="00D200D6" w:rsidTr="00D200D6">
        <w:trPr>
          <w:jc w:val="center"/>
        </w:trPr>
        <w:tc>
          <w:tcPr>
            <w:tcW w:w="5040" w:type="dxa"/>
            <w:shd w:val="clear" w:color="auto" w:fill="auto"/>
          </w:tcPr>
          <w:p w:rsidR="00AB4770" w:rsidRPr="00D200D6" w:rsidRDefault="00920D7A" w:rsidP="00D200D6">
            <w:pPr>
              <w:spacing w:after="0" w:line="240" w:lineRule="auto"/>
            </w:pPr>
            <w:r w:rsidRPr="00D200D6">
              <w:rPr>
                <w:rFonts w:ascii="Times New Roman" w:eastAsia="Times New Roman" w:hAnsi="Times New Roman"/>
                <w:b/>
                <w:sz w:val="26"/>
              </w:rPr>
              <w:lastRenderedPageBreak/>
              <w:t>Bài 2. Chọn câu trả lời đúng. (Làm việc cá nhân)</w:t>
            </w:r>
          </w:p>
          <w:p w:rsidR="00AB4770" w:rsidRPr="00D200D6" w:rsidRDefault="00920D7A" w:rsidP="00D200D6">
            <w:pPr>
              <w:spacing w:after="0" w:line="240" w:lineRule="auto"/>
            </w:pPr>
            <w:r w:rsidRPr="00D200D6">
              <w:rPr>
                <w:rFonts w:ascii="Times New Roman" w:eastAsia="Times New Roman" w:hAnsi="Times New Roman"/>
                <w:sz w:val="26"/>
              </w:rPr>
              <w:t>- HS quan sát hình SGK.</w:t>
            </w:r>
          </w:p>
          <w:p w:rsidR="00AB4770" w:rsidRPr="00D200D6" w:rsidRDefault="00AB4770" w:rsidP="00D200D6">
            <w:pPr>
              <w:spacing w:after="0" w:line="240" w:lineRule="auto"/>
              <w:jc w:val="center"/>
            </w:pPr>
          </w:p>
        </w:tc>
        <w:tc>
          <w:tcPr>
            <w:tcW w:w="5040" w:type="dxa"/>
            <w:shd w:val="clear" w:color="auto" w:fill="auto"/>
          </w:tcPr>
          <w:p w:rsidR="00AB4770" w:rsidRPr="00D200D6" w:rsidRDefault="00920D7A" w:rsidP="00D200D6">
            <w:pPr>
              <w:spacing w:after="0" w:line="240" w:lineRule="auto"/>
            </w:pPr>
            <w:r w:rsidRPr="00D200D6">
              <w:rPr>
                <w:rFonts w:ascii="Times New Roman" w:eastAsia="Times New Roman" w:hAnsi="Times New Roman"/>
                <w:sz w:val="26"/>
              </w:rPr>
              <w:t>- HS quan sát bài trong SGK.</w:t>
            </w:r>
          </w:p>
        </w:tc>
      </w:tr>
      <w:tr w:rsidR="00D200D6" w:rsidRPr="00D200D6" w:rsidTr="00D200D6">
        <w:trPr>
          <w:jc w:val="center"/>
        </w:trPr>
        <w:tc>
          <w:tcPr>
            <w:tcW w:w="5040" w:type="dxa"/>
            <w:shd w:val="clear" w:color="auto" w:fill="auto"/>
          </w:tcPr>
          <w:p w:rsidR="00AB4770" w:rsidRPr="00D200D6" w:rsidRDefault="00920D7A" w:rsidP="00D200D6">
            <w:pPr>
              <w:spacing w:after="0" w:line="240" w:lineRule="auto"/>
            </w:pPr>
            <w:r w:rsidRPr="00D200D6">
              <w:rPr>
                <w:rFonts w:ascii="Times New Roman" w:eastAsia="Times New Roman" w:hAnsi="Times New Roman"/>
                <w:sz w:val="26"/>
              </w:rPr>
              <w:t>- GV cho HS đọc yêu cầu Bài 2.</w:t>
            </w:r>
          </w:p>
        </w:tc>
        <w:tc>
          <w:tcPr>
            <w:tcW w:w="5040" w:type="dxa"/>
            <w:shd w:val="clear" w:color="auto" w:fill="auto"/>
          </w:tcPr>
          <w:p w:rsidR="00AB4770" w:rsidRPr="00D200D6" w:rsidRDefault="00920D7A" w:rsidP="00D200D6">
            <w:pPr>
              <w:spacing w:after="0" w:line="240" w:lineRule="auto"/>
            </w:pPr>
            <w:r w:rsidRPr="00D200D6">
              <w:rPr>
                <w:rFonts w:ascii="Times New Roman" w:eastAsia="Times New Roman" w:hAnsi="Times New Roman"/>
                <w:sz w:val="26"/>
              </w:rPr>
              <w:t>- HS đọc: Rô-bốt có một chuyến đi Tây Nguyên từ ngày 29 tháng 3 đến hết ngày 2 tháng 4 cùng năm. Vậy chuyến đi đó kéo dài bao nhiêu ngày?</w:t>
            </w:r>
          </w:p>
        </w:tc>
      </w:tr>
      <w:tr w:rsidR="00D200D6" w:rsidRPr="00D200D6" w:rsidTr="00D200D6">
        <w:trPr>
          <w:jc w:val="center"/>
        </w:trPr>
        <w:tc>
          <w:tcPr>
            <w:tcW w:w="5040" w:type="dxa"/>
            <w:shd w:val="clear" w:color="auto" w:fill="auto"/>
          </w:tcPr>
          <w:p w:rsidR="00AB4770" w:rsidRPr="00D200D6" w:rsidRDefault="00920D7A" w:rsidP="00D200D6">
            <w:pPr>
              <w:spacing w:after="0" w:line="240" w:lineRule="auto"/>
            </w:pPr>
            <w:r w:rsidRPr="00D200D6">
              <w:rPr>
                <w:rFonts w:ascii="Times New Roman" w:eastAsia="Times New Roman" w:hAnsi="Times New Roman"/>
                <w:sz w:val="26"/>
              </w:rPr>
              <w:t>- GV hỏi: Cần tính những ngày nào?</w:t>
            </w:r>
          </w:p>
        </w:tc>
        <w:tc>
          <w:tcPr>
            <w:tcW w:w="5040" w:type="dxa"/>
            <w:shd w:val="clear" w:color="auto" w:fill="auto"/>
          </w:tcPr>
          <w:p w:rsidR="00AB4770" w:rsidRPr="00D200D6" w:rsidRDefault="00920D7A" w:rsidP="00D200D6">
            <w:pPr>
              <w:spacing w:after="0" w:line="240" w:lineRule="auto"/>
            </w:pPr>
            <w:r w:rsidRPr="00D200D6">
              <w:rPr>
                <w:rFonts w:ascii="Times New Roman" w:eastAsia="Times New Roman" w:hAnsi="Times New Roman"/>
                <w:sz w:val="26"/>
              </w:rPr>
              <w:t>- HS trả lời: Từ 29 tháng 3 đến hết ngày 2 tháng 4.</w:t>
            </w:r>
          </w:p>
        </w:tc>
      </w:tr>
      <w:tr w:rsidR="00D200D6" w:rsidRPr="00D200D6" w:rsidTr="00D200D6">
        <w:trPr>
          <w:jc w:val="center"/>
        </w:trPr>
        <w:tc>
          <w:tcPr>
            <w:tcW w:w="5040" w:type="dxa"/>
            <w:shd w:val="clear" w:color="auto" w:fill="auto"/>
          </w:tcPr>
          <w:p w:rsidR="00AB4770" w:rsidRPr="00D200D6" w:rsidRDefault="00920D7A" w:rsidP="00D200D6">
            <w:pPr>
              <w:spacing w:after="0" w:line="240" w:lineRule="auto"/>
            </w:pPr>
            <w:r w:rsidRPr="00D200D6">
              <w:rPr>
                <w:rFonts w:ascii="Times New Roman" w:eastAsia="Times New Roman" w:hAnsi="Times New Roman"/>
                <w:sz w:val="26"/>
              </w:rPr>
              <w:t>- GV cho HS liệt kê từng ngày.</w:t>
            </w:r>
          </w:p>
        </w:tc>
        <w:tc>
          <w:tcPr>
            <w:tcW w:w="5040" w:type="dxa"/>
            <w:shd w:val="clear" w:color="auto" w:fill="auto"/>
          </w:tcPr>
          <w:p w:rsidR="00AB4770" w:rsidRPr="00D200D6" w:rsidRDefault="00920D7A" w:rsidP="00D200D6">
            <w:pPr>
              <w:spacing w:after="0" w:line="240" w:lineRule="auto"/>
            </w:pPr>
            <w:r w:rsidRPr="00D200D6">
              <w:rPr>
                <w:rFonts w:ascii="Times New Roman" w:eastAsia="Times New Roman" w:hAnsi="Times New Roman"/>
                <w:sz w:val="26"/>
              </w:rPr>
              <w:t>- HS liệt kê: 29/3, 30/3, 31/3, 1/4, 2/4.</w:t>
            </w:r>
          </w:p>
        </w:tc>
      </w:tr>
      <w:tr w:rsidR="00D200D6" w:rsidRPr="00D200D6" w:rsidTr="00D200D6">
        <w:trPr>
          <w:jc w:val="center"/>
        </w:trPr>
        <w:tc>
          <w:tcPr>
            <w:tcW w:w="5040" w:type="dxa"/>
            <w:shd w:val="clear" w:color="auto" w:fill="auto"/>
          </w:tcPr>
          <w:p w:rsidR="00AB4770" w:rsidRPr="00D200D6" w:rsidRDefault="00920D7A" w:rsidP="00D200D6">
            <w:pPr>
              <w:spacing w:after="0" w:line="240" w:lineRule="auto"/>
            </w:pPr>
            <w:r w:rsidRPr="00D200D6">
              <w:rPr>
                <w:rFonts w:ascii="Times New Roman" w:eastAsia="Times New Roman" w:hAnsi="Times New Roman"/>
                <w:sz w:val="26"/>
              </w:rPr>
              <w:t>- GV hỏi: Có tất cả bao nhiêu ngày?</w:t>
            </w:r>
          </w:p>
        </w:tc>
        <w:tc>
          <w:tcPr>
            <w:tcW w:w="5040" w:type="dxa"/>
            <w:shd w:val="clear" w:color="auto" w:fill="auto"/>
          </w:tcPr>
          <w:p w:rsidR="00AB4770" w:rsidRPr="00D200D6" w:rsidRDefault="00920D7A" w:rsidP="00D200D6">
            <w:pPr>
              <w:spacing w:after="0" w:line="240" w:lineRule="auto"/>
            </w:pPr>
            <w:r w:rsidRPr="00D200D6">
              <w:rPr>
                <w:rFonts w:ascii="Times New Roman" w:eastAsia="Times New Roman" w:hAnsi="Times New Roman"/>
                <w:sz w:val="26"/>
              </w:rPr>
              <w:t>- HS trả lời: 5 ngày.</w:t>
            </w:r>
          </w:p>
        </w:tc>
      </w:tr>
      <w:tr w:rsidR="00D200D6" w:rsidRPr="00D200D6" w:rsidTr="00D200D6">
        <w:trPr>
          <w:jc w:val="center"/>
        </w:trPr>
        <w:tc>
          <w:tcPr>
            <w:tcW w:w="5040" w:type="dxa"/>
            <w:shd w:val="clear" w:color="auto" w:fill="auto"/>
          </w:tcPr>
          <w:p w:rsidR="00AB4770" w:rsidRPr="00D200D6" w:rsidRDefault="00920D7A" w:rsidP="00D200D6">
            <w:pPr>
              <w:spacing w:after="0" w:line="240" w:lineRule="auto"/>
            </w:pPr>
            <w:r w:rsidRPr="00D200D6">
              <w:rPr>
                <w:rFonts w:ascii="Times New Roman" w:eastAsia="Times New Roman" w:hAnsi="Times New Roman"/>
                <w:sz w:val="26"/>
              </w:rPr>
              <w:t>- GV cho HS chọn đáp án.</w:t>
            </w:r>
          </w:p>
        </w:tc>
        <w:tc>
          <w:tcPr>
            <w:tcW w:w="5040" w:type="dxa"/>
            <w:shd w:val="clear" w:color="auto" w:fill="auto"/>
          </w:tcPr>
          <w:p w:rsidR="00AB4770" w:rsidRPr="00D200D6" w:rsidRDefault="00920D7A" w:rsidP="00D200D6">
            <w:pPr>
              <w:spacing w:after="0" w:line="240" w:lineRule="auto"/>
            </w:pPr>
            <w:r w:rsidRPr="00D200D6">
              <w:rPr>
                <w:rFonts w:ascii="Times New Roman" w:eastAsia="Times New Roman" w:hAnsi="Times New Roman"/>
                <w:sz w:val="26"/>
              </w:rPr>
              <w:t>- HS chọn đáp án C. 5 ngày.</w:t>
            </w:r>
          </w:p>
        </w:tc>
      </w:tr>
      <w:tr w:rsidR="00D200D6" w:rsidRPr="00D200D6" w:rsidTr="00D200D6">
        <w:trPr>
          <w:jc w:val="center"/>
        </w:trPr>
        <w:tc>
          <w:tcPr>
            <w:tcW w:w="5040" w:type="dxa"/>
            <w:shd w:val="clear" w:color="auto" w:fill="auto"/>
          </w:tcPr>
          <w:p w:rsidR="00AB4770" w:rsidRPr="00D200D6" w:rsidRDefault="00920D7A" w:rsidP="00D200D6">
            <w:pPr>
              <w:spacing w:after="0" w:line="240" w:lineRule="auto"/>
            </w:pPr>
            <w:r w:rsidRPr="00D200D6">
              <w:rPr>
                <w:rFonts w:ascii="Times New Roman" w:eastAsia="Times New Roman" w:hAnsi="Times New Roman"/>
                <w:sz w:val="26"/>
              </w:rPr>
              <w:t>- GV cho HS trình bày cách đếm ngày.</w:t>
            </w:r>
          </w:p>
        </w:tc>
        <w:tc>
          <w:tcPr>
            <w:tcW w:w="5040" w:type="dxa"/>
            <w:shd w:val="clear" w:color="auto" w:fill="auto"/>
          </w:tcPr>
          <w:p w:rsidR="00AB4770" w:rsidRPr="00D200D6" w:rsidRDefault="00920D7A" w:rsidP="00D200D6">
            <w:pPr>
              <w:spacing w:after="0" w:line="240" w:lineRule="auto"/>
            </w:pPr>
            <w:r w:rsidRPr="00D200D6">
              <w:rPr>
                <w:rFonts w:ascii="Times New Roman" w:eastAsia="Times New Roman" w:hAnsi="Times New Roman"/>
                <w:sz w:val="26"/>
              </w:rPr>
              <w:t>- HS trình bày: Vì tính cả ngày 29/3 và ngày 2/4 nên có 5 ngày.</w:t>
            </w:r>
          </w:p>
        </w:tc>
      </w:tr>
      <w:tr w:rsidR="00D200D6" w:rsidRPr="00D200D6" w:rsidTr="00D200D6">
        <w:trPr>
          <w:jc w:val="center"/>
        </w:trPr>
        <w:tc>
          <w:tcPr>
            <w:tcW w:w="5040" w:type="dxa"/>
            <w:tcBorders>
              <w:bottom w:val="single" w:sz="8" w:space="0" w:color="000000"/>
            </w:tcBorders>
            <w:shd w:val="clear" w:color="auto" w:fill="auto"/>
          </w:tcPr>
          <w:p w:rsidR="00AB4770" w:rsidRPr="00D200D6" w:rsidRDefault="00920D7A" w:rsidP="00D200D6">
            <w:pPr>
              <w:spacing w:after="0" w:line="240" w:lineRule="auto"/>
            </w:pPr>
            <w:r w:rsidRPr="00D200D6">
              <w:rPr>
                <w:rFonts w:ascii="Times New Roman" w:eastAsia="Times New Roman" w:hAnsi="Times New Roman"/>
                <w:sz w:val="26"/>
              </w:rPr>
              <w:t>- GV kết luận: Khi tính khoảng ngày “đến hết ngày”, cần tính cả ngày bắt đầu và ngày kết thúc.</w:t>
            </w:r>
          </w:p>
        </w:tc>
        <w:tc>
          <w:tcPr>
            <w:tcW w:w="5040" w:type="dxa"/>
            <w:tcBorders>
              <w:bottom w:val="single" w:sz="8" w:space="0" w:color="000000"/>
            </w:tcBorders>
            <w:shd w:val="clear" w:color="auto" w:fill="auto"/>
          </w:tcPr>
          <w:p w:rsidR="00AB4770" w:rsidRPr="00D200D6" w:rsidRDefault="00920D7A" w:rsidP="00D200D6">
            <w:pPr>
              <w:spacing w:after="0" w:line="240" w:lineRule="auto"/>
            </w:pPr>
            <w:r w:rsidRPr="00D200D6">
              <w:rPr>
                <w:rFonts w:ascii="Times New Roman" w:eastAsia="Times New Roman" w:hAnsi="Times New Roman"/>
                <w:sz w:val="26"/>
              </w:rPr>
              <w:t>- HS lắng nghe.</w:t>
            </w:r>
          </w:p>
        </w:tc>
      </w:tr>
      <w:tr w:rsidR="00D200D6" w:rsidRPr="00D200D6" w:rsidTr="00D200D6">
        <w:trPr>
          <w:jc w:val="center"/>
        </w:trPr>
        <w:tc>
          <w:tcPr>
            <w:tcW w:w="10080" w:type="dxa"/>
            <w:gridSpan w:val="2"/>
            <w:tcBorders>
              <w:top w:val="single" w:sz="8" w:space="0" w:color="000000"/>
              <w:bottom w:val="single" w:sz="8" w:space="0" w:color="000000"/>
            </w:tcBorders>
            <w:shd w:val="clear" w:color="auto" w:fill="auto"/>
          </w:tcPr>
          <w:p w:rsidR="00AB4770" w:rsidRPr="00D200D6" w:rsidRDefault="00920D7A" w:rsidP="00D200D6">
            <w:pPr>
              <w:spacing w:after="0" w:line="240" w:lineRule="auto"/>
            </w:pPr>
            <w:r w:rsidRPr="00D200D6">
              <w:rPr>
                <w:rFonts w:ascii="Times New Roman" w:eastAsia="Times New Roman" w:hAnsi="Times New Roman"/>
                <w:b/>
                <w:sz w:val="26"/>
              </w:rPr>
              <w:t>4. Vận dụng - Trải nghiệm (5 phút):</w:t>
            </w:r>
          </w:p>
          <w:p w:rsidR="00AB4770" w:rsidRPr="00D200D6" w:rsidRDefault="00920D7A" w:rsidP="00D200D6">
            <w:pPr>
              <w:spacing w:after="0" w:line="240" w:lineRule="auto"/>
            </w:pPr>
            <w:r w:rsidRPr="00D200D6">
              <w:rPr>
                <w:rFonts w:ascii="Times New Roman" w:eastAsia="Times New Roman" w:hAnsi="Times New Roman"/>
                <w:sz w:val="26"/>
              </w:rPr>
              <w:t>- Mục tiêu: Củng cố số ngày trong tháng, cách xem lịch và tính số ngày.</w:t>
            </w:r>
          </w:p>
          <w:p w:rsidR="00AB4770" w:rsidRPr="00D200D6" w:rsidRDefault="00920D7A" w:rsidP="00D200D6">
            <w:pPr>
              <w:spacing w:after="0" w:line="240" w:lineRule="auto"/>
            </w:pPr>
            <w:r w:rsidRPr="00D200D6">
              <w:rPr>
                <w:rFonts w:ascii="Times New Roman" w:eastAsia="Times New Roman" w:hAnsi="Times New Roman"/>
                <w:sz w:val="26"/>
              </w:rPr>
              <w:t>*Cách tiến hành:</w:t>
            </w:r>
          </w:p>
        </w:tc>
      </w:tr>
      <w:tr w:rsidR="00D200D6" w:rsidRPr="00D200D6" w:rsidTr="00D200D6">
        <w:trPr>
          <w:jc w:val="center"/>
        </w:trPr>
        <w:tc>
          <w:tcPr>
            <w:tcW w:w="5040" w:type="dxa"/>
            <w:tcBorders>
              <w:top w:val="single" w:sz="8" w:space="0" w:color="000000"/>
            </w:tcBorders>
            <w:shd w:val="clear" w:color="auto" w:fill="auto"/>
          </w:tcPr>
          <w:p w:rsidR="00AB4770" w:rsidRPr="00D200D6" w:rsidRDefault="00920D7A" w:rsidP="00D200D6">
            <w:pPr>
              <w:spacing w:after="0" w:line="240" w:lineRule="auto"/>
            </w:pPr>
            <w:r w:rsidRPr="00D200D6">
              <w:rPr>
                <w:rFonts w:ascii="Times New Roman" w:eastAsia="Times New Roman" w:hAnsi="Times New Roman"/>
                <w:sz w:val="26"/>
              </w:rPr>
              <w:t>- GV hỏi: Một năm có mấy tháng?</w:t>
            </w:r>
          </w:p>
        </w:tc>
        <w:tc>
          <w:tcPr>
            <w:tcW w:w="5040" w:type="dxa"/>
            <w:tcBorders>
              <w:top w:val="single" w:sz="8" w:space="0" w:color="000000"/>
            </w:tcBorders>
            <w:shd w:val="clear" w:color="auto" w:fill="auto"/>
          </w:tcPr>
          <w:p w:rsidR="00AB4770" w:rsidRPr="00D200D6" w:rsidRDefault="00920D7A" w:rsidP="00D200D6">
            <w:pPr>
              <w:spacing w:after="0" w:line="240" w:lineRule="auto"/>
            </w:pPr>
            <w:r w:rsidRPr="00D200D6">
              <w:rPr>
                <w:rFonts w:ascii="Times New Roman" w:eastAsia="Times New Roman" w:hAnsi="Times New Roman"/>
                <w:sz w:val="26"/>
              </w:rPr>
              <w:t>- HS trả lời: Một năm có 12 tháng.</w:t>
            </w:r>
          </w:p>
        </w:tc>
      </w:tr>
      <w:tr w:rsidR="00D200D6" w:rsidRPr="00D200D6" w:rsidTr="00D200D6">
        <w:trPr>
          <w:jc w:val="center"/>
        </w:trPr>
        <w:tc>
          <w:tcPr>
            <w:tcW w:w="5040" w:type="dxa"/>
            <w:shd w:val="clear" w:color="auto" w:fill="auto"/>
          </w:tcPr>
          <w:p w:rsidR="00AB4770" w:rsidRPr="00D200D6" w:rsidRDefault="00920D7A" w:rsidP="00D200D6">
            <w:pPr>
              <w:spacing w:after="0" w:line="240" w:lineRule="auto"/>
            </w:pPr>
            <w:r w:rsidRPr="00D200D6">
              <w:rPr>
                <w:rFonts w:ascii="Times New Roman" w:eastAsia="Times New Roman" w:hAnsi="Times New Roman"/>
                <w:sz w:val="26"/>
              </w:rPr>
              <w:t>- GV hỏi: Những tháng nào có 30 ngày?</w:t>
            </w:r>
          </w:p>
        </w:tc>
        <w:tc>
          <w:tcPr>
            <w:tcW w:w="5040" w:type="dxa"/>
            <w:shd w:val="clear" w:color="auto" w:fill="auto"/>
          </w:tcPr>
          <w:p w:rsidR="00AB4770" w:rsidRPr="00D200D6" w:rsidRDefault="00920D7A" w:rsidP="00D200D6">
            <w:pPr>
              <w:spacing w:after="0" w:line="240" w:lineRule="auto"/>
            </w:pPr>
            <w:r w:rsidRPr="00D200D6">
              <w:rPr>
                <w:rFonts w:ascii="Times New Roman" w:eastAsia="Times New Roman" w:hAnsi="Times New Roman"/>
                <w:sz w:val="26"/>
              </w:rPr>
              <w:t>- HS trả lời: Tháng 4, 6, 9, 11 có 30 ngày.</w:t>
            </w:r>
          </w:p>
        </w:tc>
      </w:tr>
      <w:tr w:rsidR="00D200D6" w:rsidRPr="00D200D6" w:rsidTr="00D200D6">
        <w:trPr>
          <w:jc w:val="center"/>
        </w:trPr>
        <w:tc>
          <w:tcPr>
            <w:tcW w:w="5040" w:type="dxa"/>
            <w:shd w:val="clear" w:color="auto" w:fill="auto"/>
          </w:tcPr>
          <w:p w:rsidR="00AB4770" w:rsidRPr="00D200D6" w:rsidRDefault="00920D7A" w:rsidP="00D200D6">
            <w:pPr>
              <w:spacing w:after="0" w:line="240" w:lineRule="auto"/>
            </w:pPr>
            <w:r w:rsidRPr="00D200D6">
              <w:rPr>
                <w:rFonts w:ascii="Times New Roman" w:eastAsia="Times New Roman" w:hAnsi="Times New Roman"/>
                <w:sz w:val="26"/>
              </w:rPr>
              <w:t>- GV liên hệ: Khi xem lịch để đi chơi, đăng kí thi hoặc dự trại hè, em cần đọc đúng ngày và thứ.</w:t>
            </w:r>
          </w:p>
        </w:tc>
        <w:tc>
          <w:tcPr>
            <w:tcW w:w="5040" w:type="dxa"/>
            <w:shd w:val="clear" w:color="auto" w:fill="auto"/>
          </w:tcPr>
          <w:p w:rsidR="00AB4770" w:rsidRPr="00D200D6" w:rsidRDefault="00920D7A" w:rsidP="00D200D6">
            <w:pPr>
              <w:spacing w:after="0" w:line="240" w:lineRule="auto"/>
            </w:pPr>
            <w:r w:rsidRPr="00D200D6">
              <w:rPr>
                <w:rFonts w:ascii="Times New Roman" w:eastAsia="Times New Roman" w:hAnsi="Times New Roman"/>
                <w:sz w:val="26"/>
              </w:rPr>
              <w:t>- HS lắng nghe.</w:t>
            </w:r>
          </w:p>
        </w:tc>
      </w:tr>
      <w:tr w:rsidR="00D200D6" w:rsidRPr="00D200D6" w:rsidTr="00D200D6">
        <w:trPr>
          <w:jc w:val="center"/>
        </w:trPr>
        <w:tc>
          <w:tcPr>
            <w:tcW w:w="5040" w:type="dxa"/>
            <w:shd w:val="clear" w:color="auto" w:fill="auto"/>
          </w:tcPr>
          <w:p w:rsidR="00AB4770" w:rsidRPr="00D200D6" w:rsidRDefault="00920D7A" w:rsidP="00D200D6">
            <w:pPr>
              <w:spacing w:after="0" w:line="240" w:lineRule="auto"/>
            </w:pPr>
            <w:r w:rsidRPr="00D200D6">
              <w:rPr>
                <w:rFonts w:ascii="Times New Roman" w:eastAsia="Times New Roman" w:hAnsi="Times New Roman"/>
                <w:sz w:val="26"/>
              </w:rPr>
              <w:t>- GV nhận xét tiết học, tuyên dương HS xem lịch cẩn thận.</w:t>
            </w:r>
          </w:p>
        </w:tc>
        <w:tc>
          <w:tcPr>
            <w:tcW w:w="5040" w:type="dxa"/>
            <w:shd w:val="clear" w:color="auto" w:fill="auto"/>
          </w:tcPr>
          <w:p w:rsidR="00AB4770" w:rsidRPr="00D200D6" w:rsidRDefault="00920D7A" w:rsidP="00D200D6">
            <w:pPr>
              <w:spacing w:after="0" w:line="240" w:lineRule="auto"/>
            </w:pPr>
            <w:r w:rsidRPr="00D200D6">
              <w:rPr>
                <w:rFonts w:ascii="Times New Roman" w:eastAsia="Times New Roman" w:hAnsi="Times New Roman"/>
                <w:sz w:val="26"/>
              </w:rPr>
              <w:t>- HS lắng nghe.</w:t>
            </w:r>
          </w:p>
        </w:tc>
      </w:tr>
      <w:tr w:rsidR="00D200D6" w:rsidRPr="00D200D6" w:rsidTr="00D200D6">
        <w:trPr>
          <w:jc w:val="center"/>
        </w:trPr>
        <w:tc>
          <w:tcPr>
            <w:tcW w:w="5040" w:type="dxa"/>
            <w:shd w:val="clear" w:color="auto" w:fill="auto"/>
          </w:tcPr>
          <w:p w:rsidR="00AB4770" w:rsidRPr="00D200D6" w:rsidRDefault="00920D7A" w:rsidP="00D200D6">
            <w:pPr>
              <w:spacing w:after="0" w:line="240" w:lineRule="auto"/>
            </w:pPr>
            <w:r w:rsidRPr="00D200D6">
              <w:rPr>
                <w:rFonts w:ascii="Times New Roman" w:eastAsia="Times New Roman" w:hAnsi="Times New Roman"/>
                <w:sz w:val="26"/>
              </w:rPr>
              <w:t>- GV dặn dò HS xem lịch tháng hiện tại ở nhà và chuẩn bị Bài 67.</w:t>
            </w:r>
          </w:p>
        </w:tc>
        <w:tc>
          <w:tcPr>
            <w:tcW w:w="5040" w:type="dxa"/>
            <w:shd w:val="clear" w:color="auto" w:fill="auto"/>
          </w:tcPr>
          <w:p w:rsidR="00AB4770" w:rsidRPr="00D200D6" w:rsidRDefault="00920D7A" w:rsidP="00D200D6">
            <w:pPr>
              <w:spacing w:after="0" w:line="240" w:lineRule="auto"/>
            </w:pPr>
            <w:r w:rsidRPr="00D200D6">
              <w:rPr>
                <w:rFonts w:ascii="Times New Roman" w:eastAsia="Times New Roman" w:hAnsi="Times New Roman"/>
                <w:sz w:val="26"/>
              </w:rPr>
              <w:t>- HS ghi nhớ nhiệm vụ.</w:t>
            </w:r>
          </w:p>
        </w:tc>
      </w:tr>
    </w:tbl>
    <w:p w:rsidR="00AB4770" w:rsidRPr="00D200D6" w:rsidRDefault="00920D7A" w:rsidP="00D200D6">
      <w:pPr>
        <w:spacing w:after="0" w:line="240" w:lineRule="auto"/>
      </w:pPr>
      <w:r w:rsidRPr="00D200D6">
        <w:rPr>
          <w:rFonts w:ascii="Times New Roman" w:eastAsia="Times New Roman" w:hAnsi="Times New Roman"/>
          <w:b/>
          <w:sz w:val="26"/>
        </w:rPr>
        <w:t>IV. ĐIỀU CHỈNH SAU BÀI DẠY:</w:t>
      </w:r>
    </w:p>
    <w:p w:rsidR="00AB4770" w:rsidRPr="00D200D6" w:rsidRDefault="00920D7A" w:rsidP="00D200D6">
      <w:pPr>
        <w:spacing w:after="0" w:line="240" w:lineRule="auto"/>
      </w:pPr>
      <w:r w:rsidRPr="00D200D6">
        <w:rPr>
          <w:rFonts w:ascii="Times New Roman" w:eastAsia="Times New Roman" w:hAnsi="Times New Roman"/>
          <w:sz w:val="26"/>
        </w:rPr>
        <w:t>.......................................................................................................................................</w:t>
      </w:r>
    </w:p>
    <w:p w:rsidR="00AB4770" w:rsidRPr="00D200D6" w:rsidRDefault="00920D7A" w:rsidP="00D200D6">
      <w:pPr>
        <w:spacing w:after="0" w:line="240" w:lineRule="auto"/>
      </w:pPr>
      <w:r w:rsidRPr="00D200D6">
        <w:rPr>
          <w:rFonts w:ascii="Times New Roman" w:eastAsia="Times New Roman" w:hAnsi="Times New Roman"/>
          <w:sz w:val="26"/>
        </w:rPr>
        <w:t>.......................................................................................................................................</w:t>
      </w:r>
    </w:p>
    <w:p w:rsidR="00AB4770" w:rsidRPr="00D200D6" w:rsidRDefault="00920D7A" w:rsidP="00D200D6">
      <w:pPr>
        <w:spacing w:after="0" w:line="240" w:lineRule="auto"/>
      </w:pPr>
      <w:r w:rsidRPr="00D200D6">
        <w:rPr>
          <w:rFonts w:ascii="Times New Roman" w:eastAsia="Times New Roman" w:hAnsi="Times New Roman"/>
          <w:sz w:val="26"/>
        </w:rPr>
        <w:br w:type="page"/>
      </w:r>
    </w:p>
    <w:p w:rsidR="00AB4770" w:rsidRPr="00D200D6" w:rsidRDefault="00920D7A" w:rsidP="00D200D6">
      <w:pPr>
        <w:spacing w:after="0" w:line="240" w:lineRule="auto"/>
        <w:jc w:val="center"/>
      </w:pPr>
      <w:r w:rsidRPr="00D200D6">
        <w:rPr>
          <w:rFonts w:ascii="Times New Roman" w:eastAsia="Times New Roman" w:hAnsi="Times New Roman"/>
          <w:b/>
          <w:sz w:val="28"/>
        </w:rPr>
        <w:lastRenderedPageBreak/>
        <w:t>TUẦN 29</w:t>
      </w:r>
    </w:p>
    <w:p w:rsidR="00AB4770" w:rsidRPr="00D200D6" w:rsidRDefault="00920D7A" w:rsidP="00D200D6">
      <w:pPr>
        <w:spacing w:after="0" w:line="240" w:lineRule="auto"/>
        <w:jc w:val="center"/>
      </w:pPr>
      <w:r w:rsidRPr="00D200D6">
        <w:rPr>
          <w:rFonts w:ascii="Times New Roman" w:eastAsia="Times New Roman" w:hAnsi="Times New Roman"/>
          <w:b/>
          <w:sz w:val="28"/>
        </w:rPr>
        <w:t>KẾ HOẠCH BÀI DẠY MÔN TOÁN 3</w:t>
      </w:r>
    </w:p>
    <w:p w:rsidR="00AB4770" w:rsidRPr="00D200D6" w:rsidRDefault="00920D7A" w:rsidP="00D200D6">
      <w:pPr>
        <w:spacing w:after="0" w:line="240" w:lineRule="auto"/>
        <w:jc w:val="center"/>
      </w:pPr>
      <w:r w:rsidRPr="00D200D6">
        <w:rPr>
          <w:rFonts w:ascii="Times New Roman" w:eastAsia="Times New Roman" w:hAnsi="Times New Roman"/>
          <w:b/>
          <w:sz w:val="26"/>
        </w:rPr>
        <w:t>CHỦ ĐỀ 13: XEM ĐỒNG HỒ, THÁNG - NĂM, TIỀN VIỆT NAM</w:t>
      </w:r>
    </w:p>
    <w:p w:rsidR="00AB4770" w:rsidRPr="00D200D6" w:rsidRDefault="00920D7A" w:rsidP="00D200D6">
      <w:pPr>
        <w:spacing w:after="0" w:line="240" w:lineRule="auto"/>
        <w:jc w:val="center"/>
      </w:pPr>
      <w:r w:rsidRPr="00D200D6">
        <w:rPr>
          <w:rFonts w:ascii="Times New Roman" w:eastAsia="Times New Roman" w:hAnsi="Times New Roman"/>
          <w:b/>
          <w:sz w:val="26"/>
        </w:rPr>
        <w:t>Bài 67: Thực hành xem đồng hồ, xem lịch (Tiết 1) - Trang 81, 82</w:t>
      </w:r>
    </w:p>
    <w:p w:rsidR="00AB4770" w:rsidRPr="00D200D6" w:rsidRDefault="00920D7A" w:rsidP="00D200D6">
      <w:pPr>
        <w:spacing w:after="0" w:line="240" w:lineRule="auto"/>
      </w:pPr>
      <w:r w:rsidRPr="00D200D6">
        <w:rPr>
          <w:rFonts w:ascii="Times New Roman" w:eastAsia="Times New Roman" w:hAnsi="Times New Roman"/>
          <w:b/>
          <w:sz w:val="26"/>
        </w:rPr>
        <w:t>I. YÊU CẦU CẦN ĐẠT:</w:t>
      </w:r>
    </w:p>
    <w:p w:rsidR="00AB4770" w:rsidRPr="00D200D6" w:rsidRDefault="00920D7A" w:rsidP="00D200D6">
      <w:pPr>
        <w:spacing w:after="0" w:line="240" w:lineRule="auto"/>
      </w:pPr>
      <w:r w:rsidRPr="00D200D6">
        <w:rPr>
          <w:rFonts w:ascii="Times New Roman" w:eastAsia="Times New Roman" w:hAnsi="Times New Roman"/>
          <w:b/>
          <w:sz w:val="26"/>
        </w:rPr>
        <w:t>1. Năng lực đặc thù:</w:t>
      </w:r>
    </w:p>
    <w:p w:rsidR="00AB4770" w:rsidRPr="00D200D6" w:rsidRDefault="00920D7A" w:rsidP="00D200D6">
      <w:pPr>
        <w:spacing w:after="0" w:line="240" w:lineRule="auto"/>
      </w:pPr>
      <w:r w:rsidRPr="00D200D6">
        <w:rPr>
          <w:rFonts w:ascii="Times New Roman" w:eastAsia="Times New Roman" w:hAnsi="Times New Roman"/>
          <w:sz w:val="26"/>
        </w:rPr>
        <w:t>- Thực hành đọc giờ trên đồng hồ và xác định khoảng thời gian.</w:t>
      </w:r>
    </w:p>
    <w:p w:rsidR="00AB4770" w:rsidRPr="00D200D6" w:rsidRDefault="00920D7A" w:rsidP="00D200D6">
      <w:pPr>
        <w:spacing w:after="0" w:line="240" w:lineRule="auto"/>
      </w:pPr>
      <w:r w:rsidRPr="00D200D6">
        <w:rPr>
          <w:rFonts w:ascii="Times New Roman" w:eastAsia="Times New Roman" w:hAnsi="Times New Roman"/>
          <w:sz w:val="26"/>
        </w:rPr>
        <w:t>- Chọn được đồng hồ phù hợp với thời điểm hoàn thành công việc.</w:t>
      </w:r>
    </w:p>
    <w:p w:rsidR="00AB4770" w:rsidRPr="00D200D6" w:rsidRDefault="00920D7A" w:rsidP="00D200D6">
      <w:pPr>
        <w:spacing w:after="0" w:line="240" w:lineRule="auto"/>
      </w:pPr>
      <w:r w:rsidRPr="00D200D6">
        <w:rPr>
          <w:rFonts w:ascii="Times New Roman" w:eastAsia="Times New Roman" w:hAnsi="Times New Roman"/>
          <w:sz w:val="26"/>
        </w:rPr>
        <w:t>- Đọc được bảng thời gian biểu trong ngày.</w:t>
      </w:r>
    </w:p>
    <w:p w:rsidR="00AB4770" w:rsidRPr="00D200D6" w:rsidRDefault="00920D7A" w:rsidP="00D200D6">
      <w:pPr>
        <w:spacing w:after="0" w:line="240" w:lineRule="auto"/>
      </w:pPr>
      <w:r w:rsidRPr="00D200D6">
        <w:rPr>
          <w:rFonts w:ascii="Times New Roman" w:eastAsia="Times New Roman" w:hAnsi="Times New Roman"/>
          <w:sz w:val="26"/>
        </w:rPr>
        <w:t>- Xem lịch tháng để chọn ngày Chủ nhật phù hợp.</w:t>
      </w:r>
    </w:p>
    <w:p w:rsidR="00AB4770" w:rsidRPr="00D200D6" w:rsidRDefault="00920D7A" w:rsidP="00D200D6">
      <w:pPr>
        <w:spacing w:after="0" w:line="240" w:lineRule="auto"/>
      </w:pPr>
      <w:r w:rsidRPr="00D200D6">
        <w:rPr>
          <w:rFonts w:ascii="Times New Roman" w:eastAsia="Times New Roman" w:hAnsi="Times New Roman"/>
          <w:b/>
          <w:sz w:val="26"/>
        </w:rPr>
        <w:t>2. Năng lực chung:</w:t>
      </w:r>
    </w:p>
    <w:p w:rsidR="00AB4770" w:rsidRPr="00D200D6" w:rsidRDefault="00920D7A" w:rsidP="00D200D6">
      <w:pPr>
        <w:spacing w:after="0" w:line="240" w:lineRule="auto"/>
      </w:pPr>
      <w:r w:rsidRPr="00D200D6">
        <w:rPr>
          <w:rFonts w:ascii="Times New Roman" w:eastAsia="Times New Roman" w:hAnsi="Times New Roman"/>
          <w:sz w:val="26"/>
        </w:rPr>
        <w:t>- Tự chủ, tự học: tự đọc đồng hồ, lịch và thời gian biểu.</w:t>
      </w:r>
    </w:p>
    <w:p w:rsidR="00AB4770" w:rsidRPr="00D200D6" w:rsidRDefault="00920D7A" w:rsidP="00D200D6">
      <w:pPr>
        <w:spacing w:after="0" w:line="240" w:lineRule="auto"/>
      </w:pPr>
      <w:r w:rsidRPr="00D200D6">
        <w:rPr>
          <w:rFonts w:ascii="Times New Roman" w:eastAsia="Times New Roman" w:hAnsi="Times New Roman"/>
          <w:sz w:val="26"/>
        </w:rPr>
        <w:t>- Giao tiếp, hợp tác: trao đổi cách xác định thứ tự hoạt động.</w:t>
      </w:r>
    </w:p>
    <w:p w:rsidR="00AB4770" w:rsidRPr="00D200D6" w:rsidRDefault="00920D7A" w:rsidP="00D200D6">
      <w:pPr>
        <w:spacing w:after="0" w:line="240" w:lineRule="auto"/>
      </w:pPr>
      <w:r w:rsidRPr="00D200D6">
        <w:rPr>
          <w:rFonts w:ascii="Times New Roman" w:eastAsia="Times New Roman" w:hAnsi="Times New Roman"/>
          <w:sz w:val="26"/>
        </w:rPr>
        <w:t>- Giải quyết vấn đề: sắp xếp công việc theo thời gian hợp lí.</w:t>
      </w:r>
    </w:p>
    <w:p w:rsidR="00AB4770" w:rsidRPr="00D200D6" w:rsidRDefault="00920D7A" w:rsidP="00D200D6">
      <w:pPr>
        <w:spacing w:after="0" w:line="240" w:lineRule="auto"/>
      </w:pPr>
      <w:r w:rsidRPr="00D200D6">
        <w:rPr>
          <w:rFonts w:ascii="Times New Roman" w:eastAsia="Times New Roman" w:hAnsi="Times New Roman"/>
          <w:b/>
          <w:sz w:val="26"/>
        </w:rPr>
        <w:t>3. Phẩm chất:</w:t>
      </w:r>
    </w:p>
    <w:p w:rsidR="00AB4770" w:rsidRPr="00D200D6" w:rsidRDefault="00920D7A" w:rsidP="00D200D6">
      <w:pPr>
        <w:spacing w:after="0" w:line="240" w:lineRule="auto"/>
      </w:pPr>
      <w:r w:rsidRPr="00D200D6">
        <w:rPr>
          <w:rFonts w:ascii="Times New Roman" w:eastAsia="Times New Roman" w:hAnsi="Times New Roman"/>
          <w:sz w:val="26"/>
        </w:rPr>
        <w:t>- Chăm chỉ: luyện xem đồng hồ, xem lịch đầy đủ.</w:t>
      </w:r>
    </w:p>
    <w:p w:rsidR="00AB4770" w:rsidRPr="00D200D6" w:rsidRDefault="00920D7A" w:rsidP="00D200D6">
      <w:pPr>
        <w:spacing w:after="0" w:line="240" w:lineRule="auto"/>
      </w:pPr>
      <w:r w:rsidRPr="00D200D6">
        <w:rPr>
          <w:rFonts w:ascii="Times New Roman" w:eastAsia="Times New Roman" w:hAnsi="Times New Roman"/>
          <w:sz w:val="26"/>
        </w:rPr>
        <w:t>- Trung thực: tự sửa lỗi khi đọc sai giờ hoặc thứ trong tuần.</w:t>
      </w:r>
    </w:p>
    <w:p w:rsidR="00AB4770" w:rsidRPr="00D200D6" w:rsidRDefault="00920D7A" w:rsidP="00D200D6">
      <w:pPr>
        <w:spacing w:after="0" w:line="240" w:lineRule="auto"/>
      </w:pPr>
      <w:r w:rsidRPr="00D200D6">
        <w:rPr>
          <w:rFonts w:ascii="Times New Roman" w:eastAsia="Times New Roman" w:hAnsi="Times New Roman"/>
          <w:sz w:val="26"/>
        </w:rPr>
        <w:t>- Trách nhiệm: biết lập thời gian biểu học tập và sinh hoạt.</w:t>
      </w:r>
    </w:p>
    <w:p w:rsidR="00AB4770" w:rsidRPr="00D200D6" w:rsidRDefault="00920D7A" w:rsidP="00D200D6">
      <w:pPr>
        <w:spacing w:after="0" w:line="240" w:lineRule="auto"/>
      </w:pPr>
      <w:r w:rsidRPr="00D200D6">
        <w:rPr>
          <w:rFonts w:ascii="Times New Roman" w:eastAsia="Times New Roman" w:hAnsi="Times New Roman"/>
          <w:b/>
          <w:sz w:val="26"/>
        </w:rPr>
        <w:t>4. Tích hợp:</w:t>
      </w:r>
    </w:p>
    <w:p w:rsidR="00AB4770" w:rsidRPr="00D200D6" w:rsidRDefault="00920D7A" w:rsidP="00D200D6">
      <w:pPr>
        <w:spacing w:after="0" w:line="240" w:lineRule="auto"/>
      </w:pPr>
      <w:r w:rsidRPr="00D200D6">
        <w:rPr>
          <w:rFonts w:ascii="Times New Roman" w:eastAsia="Times New Roman" w:hAnsi="Times New Roman"/>
          <w:sz w:val="26"/>
        </w:rPr>
        <w:t>- Tích hợp NLS 1.1.CB1a: GV trình chiếu Google Calendar hoặc đồng hồ số trực tuyến để HS xác định ngày, giờ, thứ trong tuần; HS lập thời gian biểu học tập đơn giản trên mẫu của GV.</w:t>
      </w:r>
    </w:p>
    <w:p w:rsidR="00AB4770" w:rsidRPr="00D200D6" w:rsidRDefault="00920D7A" w:rsidP="00D200D6">
      <w:pPr>
        <w:spacing w:after="0" w:line="240" w:lineRule="auto"/>
      </w:pPr>
      <w:r w:rsidRPr="00D200D6">
        <w:rPr>
          <w:rFonts w:ascii="Times New Roman" w:eastAsia="Times New Roman" w:hAnsi="Times New Roman"/>
          <w:b/>
          <w:sz w:val="26"/>
        </w:rPr>
        <w:t>II. ĐỒ DÙNG DẠY HỌC</w:t>
      </w:r>
    </w:p>
    <w:p w:rsidR="00AB4770" w:rsidRPr="00D200D6" w:rsidRDefault="00920D7A" w:rsidP="00D200D6">
      <w:pPr>
        <w:spacing w:after="0" w:line="240" w:lineRule="auto"/>
      </w:pPr>
      <w:r w:rsidRPr="00D200D6">
        <w:rPr>
          <w:rFonts w:ascii="Times New Roman" w:eastAsia="Times New Roman" w:hAnsi="Times New Roman"/>
          <w:sz w:val="26"/>
        </w:rPr>
        <w:t>- Kế hoạch bài dạy, SGK Toán 3 tập hai, bài giảng PowerPoint.</w:t>
      </w:r>
    </w:p>
    <w:p w:rsidR="00AB4770" w:rsidRPr="00D200D6" w:rsidRDefault="00920D7A" w:rsidP="00D200D6">
      <w:pPr>
        <w:spacing w:after="0" w:line="240" w:lineRule="auto"/>
      </w:pPr>
      <w:r w:rsidRPr="00D200D6">
        <w:rPr>
          <w:rFonts w:ascii="Times New Roman" w:eastAsia="Times New Roman" w:hAnsi="Times New Roman"/>
          <w:sz w:val="26"/>
        </w:rPr>
        <w:t>- Google Calendar, đồng hồ số trực tuyến, mẫu thời gian biểu.</w:t>
      </w:r>
    </w:p>
    <w:p w:rsidR="00AB4770" w:rsidRPr="00D200D6" w:rsidRDefault="00920D7A" w:rsidP="00D200D6">
      <w:pPr>
        <w:spacing w:after="0" w:line="240" w:lineRule="auto"/>
      </w:pPr>
      <w:r w:rsidRPr="00D200D6">
        <w:rPr>
          <w:rFonts w:ascii="Times New Roman" w:eastAsia="Times New Roman" w:hAnsi="Times New Roman"/>
          <w:sz w:val="26"/>
        </w:rPr>
        <w:t>- Hình cắt từ SGK trang 81, 82.</w:t>
      </w:r>
    </w:p>
    <w:p w:rsidR="00AB4770" w:rsidRPr="00D200D6" w:rsidRDefault="00920D7A" w:rsidP="00D200D6">
      <w:pPr>
        <w:spacing w:after="0" w:line="240" w:lineRule="auto"/>
      </w:pPr>
      <w:r w:rsidRPr="00D200D6">
        <w:rPr>
          <w:rFonts w:ascii="Times New Roman" w:eastAsia="Times New Roman" w:hAnsi="Times New Roman"/>
          <w:b/>
          <w:sz w:val="26"/>
        </w:rPr>
        <w:t>III. HOẠT ĐỘNG DẠY HỌC</w:t>
      </w:r>
    </w:p>
    <w:tbl>
      <w:tblPr>
        <w:tblW w:w="0" w:type="auto"/>
        <w:jc w:val="center"/>
        <w:tblBorders>
          <w:top w:val="single" w:sz="8" w:space="0" w:color="000000"/>
          <w:left w:val="single" w:sz="8" w:space="0" w:color="000000"/>
          <w:bottom w:val="single" w:sz="8" w:space="0" w:color="000000"/>
          <w:right w:val="single" w:sz="8" w:space="0" w:color="000000"/>
          <w:insideV w:val="single" w:sz="8" w:space="0" w:color="000000"/>
        </w:tblBorders>
        <w:tblLook w:val="04A0" w:firstRow="1" w:lastRow="0" w:firstColumn="1" w:lastColumn="0" w:noHBand="0" w:noVBand="1"/>
      </w:tblPr>
      <w:tblGrid>
        <w:gridCol w:w="5040"/>
        <w:gridCol w:w="5040"/>
      </w:tblGrid>
      <w:tr w:rsidR="00D200D6" w:rsidRPr="00D200D6" w:rsidTr="00D200D6">
        <w:trPr>
          <w:jc w:val="center"/>
        </w:trPr>
        <w:tc>
          <w:tcPr>
            <w:tcW w:w="5040" w:type="dxa"/>
            <w:tcBorders>
              <w:bottom w:val="single" w:sz="8" w:space="0" w:color="000000"/>
            </w:tcBorders>
            <w:shd w:val="clear" w:color="auto" w:fill="auto"/>
          </w:tcPr>
          <w:p w:rsidR="00AB4770" w:rsidRPr="00D200D6" w:rsidRDefault="00920D7A" w:rsidP="00D200D6">
            <w:pPr>
              <w:spacing w:after="0" w:line="240" w:lineRule="auto"/>
              <w:jc w:val="center"/>
            </w:pPr>
            <w:r w:rsidRPr="00D200D6">
              <w:rPr>
                <w:rFonts w:ascii="Times New Roman" w:eastAsia="Times New Roman" w:hAnsi="Times New Roman"/>
                <w:b/>
                <w:sz w:val="26"/>
              </w:rPr>
              <w:t>Hoạt động của giáo viên</w:t>
            </w:r>
          </w:p>
        </w:tc>
        <w:tc>
          <w:tcPr>
            <w:tcW w:w="5040" w:type="dxa"/>
            <w:tcBorders>
              <w:bottom w:val="single" w:sz="8" w:space="0" w:color="000000"/>
            </w:tcBorders>
            <w:shd w:val="clear" w:color="auto" w:fill="auto"/>
          </w:tcPr>
          <w:p w:rsidR="00AB4770" w:rsidRPr="00D200D6" w:rsidRDefault="00920D7A" w:rsidP="00D200D6">
            <w:pPr>
              <w:spacing w:after="0" w:line="240" w:lineRule="auto"/>
              <w:jc w:val="center"/>
            </w:pPr>
            <w:r w:rsidRPr="00D200D6">
              <w:rPr>
                <w:rFonts w:ascii="Times New Roman" w:eastAsia="Times New Roman" w:hAnsi="Times New Roman"/>
                <w:b/>
                <w:sz w:val="26"/>
              </w:rPr>
              <w:t>Hoạt động của học sinh</w:t>
            </w:r>
          </w:p>
        </w:tc>
      </w:tr>
      <w:tr w:rsidR="00D200D6" w:rsidRPr="00D200D6" w:rsidTr="00D200D6">
        <w:trPr>
          <w:jc w:val="center"/>
        </w:trPr>
        <w:tc>
          <w:tcPr>
            <w:tcW w:w="10080" w:type="dxa"/>
            <w:gridSpan w:val="2"/>
            <w:tcBorders>
              <w:top w:val="single" w:sz="8" w:space="0" w:color="000000"/>
              <w:bottom w:val="single" w:sz="8" w:space="0" w:color="000000"/>
            </w:tcBorders>
            <w:shd w:val="clear" w:color="auto" w:fill="auto"/>
          </w:tcPr>
          <w:p w:rsidR="00AB4770" w:rsidRPr="00D200D6" w:rsidRDefault="00920D7A" w:rsidP="00D200D6">
            <w:pPr>
              <w:spacing w:after="0" w:line="240" w:lineRule="auto"/>
            </w:pPr>
            <w:r w:rsidRPr="00D200D6">
              <w:rPr>
                <w:rFonts w:ascii="Times New Roman" w:eastAsia="Times New Roman" w:hAnsi="Times New Roman"/>
                <w:b/>
                <w:sz w:val="26"/>
              </w:rPr>
              <w:t>1. Khởi động (5 phút):</w:t>
            </w:r>
          </w:p>
          <w:p w:rsidR="00AB4770" w:rsidRPr="00D200D6" w:rsidRDefault="00920D7A" w:rsidP="00D200D6">
            <w:pPr>
              <w:spacing w:after="0" w:line="240" w:lineRule="auto"/>
            </w:pPr>
            <w:r w:rsidRPr="00D200D6">
              <w:rPr>
                <w:rFonts w:ascii="Times New Roman" w:eastAsia="Times New Roman" w:hAnsi="Times New Roman"/>
                <w:sz w:val="26"/>
              </w:rPr>
              <w:t>- Mục tiêu: Ôn đọc đồng hồ kim, đồng hồ điện tử và cách tính khoảng thời gian.</w:t>
            </w:r>
          </w:p>
          <w:p w:rsidR="00AB4770" w:rsidRPr="00D200D6" w:rsidRDefault="00920D7A" w:rsidP="00D200D6">
            <w:pPr>
              <w:spacing w:after="0" w:line="240" w:lineRule="auto"/>
            </w:pPr>
            <w:r w:rsidRPr="00D200D6">
              <w:rPr>
                <w:rFonts w:ascii="Times New Roman" w:eastAsia="Times New Roman" w:hAnsi="Times New Roman"/>
                <w:sz w:val="26"/>
              </w:rPr>
              <w:t>*Cách tiến hành:</w:t>
            </w:r>
          </w:p>
        </w:tc>
      </w:tr>
      <w:tr w:rsidR="00D200D6" w:rsidRPr="00D200D6" w:rsidTr="00D200D6">
        <w:trPr>
          <w:jc w:val="center"/>
        </w:trPr>
        <w:tc>
          <w:tcPr>
            <w:tcW w:w="5040" w:type="dxa"/>
            <w:tcBorders>
              <w:top w:val="single" w:sz="8" w:space="0" w:color="000000"/>
            </w:tcBorders>
            <w:shd w:val="clear" w:color="auto" w:fill="auto"/>
          </w:tcPr>
          <w:p w:rsidR="00AB4770" w:rsidRPr="00D200D6" w:rsidRDefault="00920D7A" w:rsidP="00D200D6">
            <w:pPr>
              <w:spacing w:after="0" w:line="240" w:lineRule="auto"/>
            </w:pPr>
            <w:r w:rsidRPr="00D200D6">
              <w:rPr>
                <w:rFonts w:ascii="Times New Roman" w:eastAsia="Times New Roman" w:hAnsi="Times New Roman"/>
                <w:sz w:val="26"/>
              </w:rPr>
              <w:t>- GV cho HS đọc nhanh các giờ: 10 giờ 10 phút, 10 giờ 50 phút, 16 giờ 00 phút.</w:t>
            </w:r>
          </w:p>
        </w:tc>
        <w:tc>
          <w:tcPr>
            <w:tcW w:w="5040" w:type="dxa"/>
            <w:tcBorders>
              <w:top w:val="single" w:sz="8" w:space="0" w:color="000000"/>
            </w:tcBorders>
            <w:shd w:val="clear" w:color="auto" w:fill="auto"/>
          </w:tcPr>
          <w:p w:rsidR="00AB4770" w:rsidRPr="00D200D6" w:rsidRDefault="00920D7A" w:rsidP="00D200D6">
            <w:pPr>
              <w:spacing w:after="0" w:line="240" w:lineRule="auto"/>
            </w:pPr>
            <w:r w:rsidRPr="00D200D6">
              <w:rPr>
                <w:rFonts w:ascii="Times New Roman" w:eastAsia="Times New Roman" w:hAnsi="Times New Roman"/>
                <w:sz w:val="26"/>
              </w:rPr>
              <w:t>- HS đọc đúng các thời điểm.</w:t>
            </w:r>
          </w:p>
        </w:tc>
      </w:tr>
      <w:tr w:rsidR="00D200D6" w:rsidRPr="00D200D6" w:rsidTr="00D200D6">
        <w:trPr>
          <w:jc w:val="center"/>
        </w:trPr>
        <w:tc>
          <w:tcPr>
            <w:tcW w:w="5040" w:type="dxa"/>
            <w:shd w:val="clear" w:color="auto" w:fill="auto"/>
          </w:tcPr>
          <w:p w:rsidR="00AB4770" w:rsidRPr="00D200D6" w:rsidRDefault="00920D7A" w:rsidP="00D200D6">
            <w:pPr>
              <w:spacing w:after="0" w:line="240" w:lineRule="auto"/>
            </w:pPr>
            <w:r w:rsidRPr="00D200D6">
              <w:rPr>
                <w:rFonts w:ascii="Times New Roman" w:eastAsia="Times New Roman" w:hAnsi="Times New Roman"/>
                <w:sz w:val="26"/>
              </w:rPr>
              <w:t>- GV hỏi: Khi tính thời gian kết thúc, em cần biết những gì?</w:t>
            </w:r>
          </w:p>
        </w:tc>
        <w:tc>
          <w:tcPr>
            <w:tcW w:w="5040" w:type="dxa"/>
            <w:shd w:val="clear" w:color="auto" w:fill="auto"/>
          </w:tcPr>
          <w:p w:rsidR="00AB4770" w:rsidRPr="00D200D6" w:rsidRDefault="00920D7A" w:rsidP="00D200D6">
            <w:pPr>
              <w:spacing w:after="0" w:line="240" w:lineRule="auto"/>
            </w:pPr>
            <w:r w:rsidRPr="00D200D6">
              <w:rPr>
                <w:rFonts w:ascii="Times New Roman" w:eastAsia="Times New Roman" w:hAnsi="Times New Roman"/>
                <w:sz w:val="26"/>
              </w:rPr>
              <w:t>- HS trả lời: Cần biết thời gian bắt đầu và thời gian kéo dài.</w:t>
            </w:r>
          </w:p>
        </w:tc>
      </w:tr>
      <w:tr w:rsidR="00D200D6" w:rsidRPr="00D200D6" w:rsidTr="00D200D6">
        <w:trPr>
          <w:jc w:val="center"/>
        </w:trPr>
        <w:tc>
          <w:tcPr>
            <w:tcW w:w="5040" w:type="dxa"/>
            <w:tcBorders>
              <w:bottom w:val="single" w:sz="8" w:space="0" w:color="000000"/>
            </w:tcBorders>
            <w:shd w:val="clear" w:color="auto" w:fill="auto"/>
          </w:tcPr>
          <w:p w:rsidR="00AB4770" w:rsidRPr="00D200D6" w:rsidRDefault="00920D7A" w:rsidP="00D200D6">
            <w:pPr>
              <w:spacing w:after="0" w:line="240" w:lineRule="auto"/>
            </w:pPr>
            <w:r w:rsidRPr="00D200D6">
              <w:rPr>
                <w:rFonts w:ascii="Times New Roman" w:eastAsia="Times New Roman" w:hAnsi="Times New Roman"/>
                <w:sz w:val="26"/>
              </w:rPr>
              <w:t>- GV dẫn dắt vào bài thực hành xem đồng hồ, xem lịch.</w:t>
            </w:r>
          </w:p>
        </w:tc>
        <w:tc>
          <w:tcPr>
            <w:tcW w:w="5040" w:type="dxa"/>
            <w:tcBorders>
              <w:bottom w:val="single" w:sz="8" w:space="0" w:color="000000"/>
            </w:tcBorders>
            <w:shd w:val="clear" w:color="auto" w:fill="auto"/>
          </w:tcPr>
          <w:p w:rsidR="00AB4770" w:rsidRPr="00D200D6" w:rsidRDefault="00920D7A" w:rsidP="00D200D6">
            <w:pPr>
              <w:spacing w:after="0" w:line="240" w:lineRule="auto"/>
            </w:pPr>
            <w:r w:rsidRPr="00D200D6">
              <w:rPr>
                <w:rFonts w:ascii="Times New Roman" w:eastAsia="Times New Roman" w:hAnsi="Times New Roman"/>
                <w:sz w:val="26"/>
              </w:rPr>
              <w:t>- HS lắng nghe.</w:t>
            </w:r>
          </w:p>
        </w:tc>
      </w:tr>
      <w:tr w:rsidR="00D200D6" w:rsidRPr="00D200D6" w:rsidTr="00D200D6">
        <w:trPr>
          <w:jc w:val="center"/>
        </w:trPr>
        <w:tc>
          <w:tcPr>
            <w:tcW w:w="10080" w:type="dxa"/>
            <w:gridSpan w:val="2"/>
            <w:tcBorders>
              <w:top w:val="single" w:sz="8" w:space="0" w:color="000000"/>
              <w:bottom w:val="single" w:sz="8" w:space="0" w:color="000000"/>
            </w:tcBorders>
            <w:shd w:val="clear" w:color="auto" w:fill="auto"/>
          </w:tcPr>
          <w:p w:rsidR="00AB4770" w:rsidRPr="00D200D6" w:rsidRDefault="00920D7A" w:rsidP="00D200D6">
            <w:pPr>
              <w:spacing w:after="0" w:line="240" w:lineRule="auto"/>
            </w:pPr>
            <w:r w:rsidRPr="00D200D6">
              <w:rPr>
                <w:rFonts w:ascii="Times New Roman" w:eastAsia="Times New Roman" w:hAnsi="Times New Roman"/>
                <w:b/>
                <w:sz w:val="26"/>
              </w:rPr>
              <w:t>2. Hoạt động (25 phút):</w:t>
            </w:r>
          </w:p>
          <w:p w:rsidR="00AB4770" w:rsidRPr="00D200D6" w:rsidRDefault="00920D7A" w:rsidP="00D200D6">
            <w:pPr>
              <w:spacing w:after="0" w:line="240" w:lineRule="auto"/>
            </w:pPr>
            <w:r w:rsidRPr="00D200D6">
              <w:rPr>
                <w:rFonts w:ascii="Times New Roman" w:eastAsia="Times New Roman" w:hAnsi="Times New Roman"/>
                <w:sz w:val="26"/>
              </w:rPr>
              <w:t>- Mục tiêu: Thực hành đọc giờ, tính khoảng thời gian và sắp xếp hoạt động theo thời gian.</w:t>
            </w:r>
          </w:p>
          <w:p w:rsidR="00AB4770" w:rsidRPr="00D200D6" w:rsidRDefault="00920D7A" w:rsidP="00D200D6">
            <w:pPr>
              <w:spacing w:after="0" w:line="240" w:lineRule="auto"/>
            </w:pPr>
            <w:r w:rsidRPr="00D200D6">
              <w:rPr>
                <w:rFonts w:ascii="Times New Roman" w:eastAsia="Times New Roman" w:hAnsi="Times New Roman"/>
                <w:sz w:val="26"/>
              </w:rPr>
              <w:t>- Mục tiêu tích hợp NLS 1.1.CB1a: HS dùng Google Calendar/đồng hồ số trực tuyến để xác định ngày, giờ và lập thời gian biểu đơn giản.</w:t>
            </w:r>
          </w:p>
          <w:p w:rsidR="00AB4770" w:rsidRPr="00D200D6" w:rsidRDefault="00920D7A" w:rsidP="00D200D6">
            <w:pPr>
              <w:spacing w:after="0" w:line="240" w:lineRule="auto"/>
            </w:pPr>
            <w:r w:rsidRPr="00D200D6">
              <w:rPr>
                <w:rFonts w:ascii="Times New Roman" w:eastAsia="Times New Roman" w:hAnsi="Times New Roman"/>
                <w:sz w:val="26"/>
              </w:rPr>
              <w:t>*Cách tiến hành:</w:t>
            </w:r>
          </w:p>
        </w:tc>
      </w:tr>
      <w:tr w:rsidR="00D200D6" w:rsidRPr="00D200D6" w:rsidTr="00D200D6">
        <w:trPr>
          <w:jc w:val="center"/>
        </w:trPr>
        <w:tc>
          <w:tcPr>
            <w:tcW w:w="5040" w:type="dxa"/>
            <w:tcBorders>
              <w:top w:val="single" w:sz="8" w:space="0" w:color="000000"/>
            </w:tcBorders>
            <w:shd w:val="clear" w:color="auto" w:fill="auto"/>
          </w:tcPr>
          <w:p w:rsidR="00AB4770" w:rsidRPr="00D200D6" w:rsidRDefault="00920D7A" w:rsidP="00D200D6">
            <w:pPr>
              <w:spacing w:after="0" w:line="240" w:lineRule="auto"/>
            </w:pPr>
            <w:r w:rsidRPr="00D200D6">
              <w:rPr>
                <w:rFonts w:ascii="Times New Roman" w:eastAsia="Times New Roman" w:hAnsi="Times New Roman"/>
                <w:b/>
                <w:sz w:val="26"/>
              </w:rPr>
              <w:t>Bài 1. Vào sáng Chủ nhật. (Làm việc cá nhân)</w:t>
            </w:r>
          </w:p>
          <w:p w:rsidR="00AB4770" w:rsidRPr="00D200D6" w:rsidRDefault="00920D7A" w:rsidP="00D200D6">
            <w:pPr>
              <w:spacing w:after="0" w:line="240" w:lineRule="auto"/>
            </w:pPr>
            <w:r w:rsidRPr="00D200D6">
              <w:rPr>
                <w:rFonts w:ascii="Times New Roman" w:eastAsia="Times New Roman" w:hAnsi="Times New Roman"/>
                <w:sz w:val="26"/>
              </w:rPr>
              <w:t>- HS quan sát hình SGK.</w:t>
            </w:r>
          </w:p>
          <w:p w:rsidR="00AB4770" w:rsidRPr="00D200D6" w:rsidRDefault="00AB4770" w:rsidP="00D200D6">
            <w:pPr>
              <w:spacing w:after="0" w:line="240" w:lineRule="auto"/>
              <w:jc w:val="center"/>
            </w:pPr>
          </w:p>
        </w:tc>
        <w:tc>
          <w:tcPr>
            <w:tcW w:w="5040" w:type="dxa"/>
            <w:tcBorders>
              <w:top w:val="single" w:sz="8" w:space="0" w:color="000000"/>
            </w:tcBorders>
            <w:shd w:val="clear" w:color="auto" w:fill="auto"/>
          </w:tcPr>
          <w:p w:rsidR="00AB4770" w:rsidRPr="00D200D6" w:rsidRDefault="00920D7A" w:rsidP="00D200D6">
            <w:pPr>
              <w:spacing w:after="0" w:line="240" w:lineRule="auto"/>
            </w:pPr>
            <w:r w:rsidRPr="00D200D6">
              <w:rPr>
                <w:rFonts w:ascii="Times New Roman" w:eastAsia="Times New Roman" w:hAnsi="Times New Roman"/>
                <w:sz w:val="26"/>
              </w:rPr>
              <w:t>- HS quan sát bài trong SGK.</w:t>
            </w:r>
          </w:p>
        </w:tc>
      </w:tr>
      <w:tr w:rsidR="00D200D6" w:rsidRPr="00D200D6" w:rsidTr="00D200D6">
        <w:trPr>
          <w:jc w:val="center"/>
        </w:trPr>
        <w:tc>
          <w:tcPr>
            <w:tcW w:w="5040" w:type="dxa"/>
            <w:shd w:val="clear" w:color="auto" w:fill="auto"/>
          </w:tcPr>
          <w:p w:rsidR="00AB4770" w:rsidRPr="00D200D6" w:rsidRDefault="00920D7A" w:rsidP="00D200D6">
            <w:pPr>
              <w:spacing w:after="0" w:line="240" w:lineRule="auto"/>
            </w:pPr>
            <w:r w:rsidRPr="00D200D6">
              <w:rPr>
                <w:rFonts w:ascii="Times New Roman" w:eastAsia="Times New Roman" w:hAnsi="Times New Roman"/>
                <w:sz w:val="26"/>
              </w:rPr>
              <w:t>- GV cho HS đọc yêu cầu Bài 1.</w:t>
            </w:r>
          </w:p>
        </w:tc>
        <w:tc>
          <w:tcPr>
            <w:tcW w:w="5040" w:type="dxa"/>
            <w:shd w:val="clear" w:color="auto" w:fill="auto"/>
          </w:tcPr>
          <w:p w:rsidR="00AB4770" w:rsidRPr="00D200D6" w:rsidRDefault="00920D7A" w:rsidP="00D200D6">
            <w:pPr>
              <w:spacing w:after="0" w:line="240" w:lineRule="auto"/>
            </w:pPr>
            <w:r w:rsidRPr="00D200D6">
              <w:rPr>
                <w:rFonts w:ascii="Times New Roman" w:eastAsia="Times New Roman" w:hAnsi="Times New Roman"/>
                <w:sz w:val="26"/>
              </w:rPr>
              <w:t xml:space="preserve">- HS đọc: Vào sáng Chủ nhật, bạn thức dậy </w:t>
            </w:r>
            <w:r w:rsidRPr="00D200D6">
              <w:rPr>
                <w:rFonts w:ascii="Times New Roman" w:eastAsia="Times New Roman" w:hAnsi="Times New Roman"/>
                <w:sz w:val="26"/>
              </w:rPr>
              <w:lastRenderedPageBreak/>
              <w:t>lúc mấy giờ? Ăn sáng vào lúc nào?</w:t>
            </w:r>
          </w:p>
        </w:tc>
      </w:tr>
      <w:tr w:rsidR="00D200D6" w:rsidRPr="00D200D6" w:rsidTr="00D200D6">
        <w:trPr>
          <w:jc w:val="center"/>
        </w:trPr>
        <w:tc>
          <w:tcPr>
            <w:tcW w:w="5040" w:type="dxa"/>
            <w:shd w:val="clear" w:color="auto" w:fill="auto"/>
          </w:tcPr>
          <w:p w:rsidR="00AB4770" w:rsidRPr="00D200D6" w:rsidRDefault="00920D7A" w:rsidP="00D200D6">
            <w:pPr>
              <w:spacing w:after="0" w:line="240" w:lineRule="auto"/>
            </w:pPr>
            <w:r w:rsidRPr="00D200D6">
              <w:rPr>
                <w:rFonts w:ascii="Times New Roman" w:eastAsia="Times New Roman" w:hAnsi="Times New Roman"/>
                <w:sz w:val="26"/>
              </w:rPr>
              <w:lastRenderedPageBreak/>
              <w:t>- GV yêu cầu HS tự trả lời theo thực tế của mình.</w:t>
            </w:r>
          </w:p>
        </w:tc>
        <w:tc>
          <w:tcPr>
            <w:tcW w:w="5040" w:type="dxa"/>
            <w:shd w:val="clear" w:color="auto" w:fill="auto"/>
          </w:tcPr>
          <w:p w:rsidR="00AB4770" w:rsidRPr="00D200D6" w:rsidRDefault="00920D7A" w:rsidP="00D200D6">
            <w:pPr>
              <w:spacing w:after="0" w:line="240" w:lineRule="auto"/>
            </w:pPr>
            <w:r w:rsidRPr="00D200D6">
              <w:rPr>
                <w:rFonts w:ascii="Times New Roman" w:eastAsia="Times New Roman" w:hAnsi="Times New Roman"/>
                <w:sz w:val="26"/>
              </w:rPr>
              <w:t>- HS trả lời ví dụ: Em thức dậy lúc 6 giờ 30 phút, ăn sáng lúc 7 giờ.</w:t>
            </w:r>
          </w:p>
        </w:tc>
      </w:tr>
      <w:tr w:rsidR="00D200D6" w:rsidRPr="00D200D6" w:rsidTr="00D200D6">
        <w:trPr>
          <w:jc w:val="center"/>
        </w:trPr>
        <w:tc>
          <w:tcPr>
            <w:tcW w:w="5040" w:type="dxa"/>
            <w:shd w:val="clear" w:color="auto" w:fill="auto"/>
          </w:tcPr>
          <w:p w:rsidR="00AB4770" w:rsidRPr="00D200D6" w:rsidRDefault="00920D7A" w:rsidP="00D200D6">
            <w:pPr>
              <w:spacing w:after="0" w:line="240" w:lineRule="auto"/>
            </w:pPr>
            <w:r w:rsidRPr="00D200D6">
              <w:rPr>
                <w:rFonts w:ascii="Times New Roman" w:eastAsia="Times New Roman" w:hAnsi="Times New Roman"/>
                <w:sz w:val="26"/>
              </w:rPr>
              <w:t>- GV hỏi: Việc đầu tiên bạn muốn làm cùng bố mẹ là gì?</w:t>
            </w:r>
          </w:p>
        </w:tc>
        <w:tc>
          <w:tcPr>
            <w:tcW w:w="5040" w:type="dxa"/>
            <w:shd w:val="clear" w:color="auto" w:fill="auto"/>
          </w:tcPr>
          <w:p w:rsidR="00AB4770" w:rsidRPr="00D200D6" w:rsidRDefault="00920D7A" w:rsidP="00D200D6">
            <w:pPr>
              <w:spacing w:after="0" w:line="240" w:lineRule="auto"/>
            </w:pPr>
            <w:r w:rsidRPr="00D200D6">
              <w:rPr>
                <w:rFonts w:ascii="Times New Roman" w:eastAsia="Times New Roman" w:hAnsi="Times New Roman"/>
                <w:sz w:val="26"/>
              </w:rPr>
              <w:t>- HS trả lời ví dụ: Em muốn cùng bố mẹ dọn nhà hoặc đi chợ.</w:t>
            </w:r>
          </w:p>
        </w:tc>
      </w:tr>
      <w:tr w:rsidR="00D200D6" w:rsidRPr="00D200D6" w:rsidTr="00D200D6">
        <w:trPr>
          <w:jc w:val="center"/>
        </w:trPr>
        <w:tc>
          <w:tcPr>
            <w:tcW w:w="5040" w:type="dxa"/>
            <w:shd w:val="clear" w:color="auto" w:fill="auto"/>
          </w:tcPr>
          <w:p w:rsidR="00AB4770" w:rsidRPr="00D200D6" w:rsidRDefault="00920D7A" w:rsidP="00D200D6">
            <w:pPr>
              <w:spacing w:after="0" w:line="240" w:lineRule="auto"/>
            </w:pPr>
            <w:r w:rsidRPr="00D200D6">
              <w:rPr>
                <w:rFonts w:ascii="Times New Roman" w:eastAsia="Times New Roman" w:hAnsi="Times New Roman"/>
                <w:sz w:val="26"/>
              </w:rPr>
              <w:t>- GV yêu cầu HS nêu thời điểm bắt đầu.</w:t>
            </w:r>
          </w:p>
        </w:tc>
        <w:tc>
          <w:tcPr>
            <w:tcW w:w="5040" w:type="dxa"/>
            <w:shd w:val="clear" w:color="auto" w:fill="auto"/>
          </w:tcPr>
          <w:p w:rsidR="00AB4770" w:rsidRPr="00D200D6" w:rsidRDefault="00920D7A" w:rsidP="00D200D6">
            <w:pPr>
              <w:spacing w:after="0" w:line="240" w:lineRule="auto"/>
            </w:pPr>
            <w:r w:rsidRPr="00D200D6">
              <w:rPr>
                <w:rFonts w:ascii="Times New Roman" w:eastAsia="Times New Roman" w:hAnsi="Times New Roman"/>
                <w:sz w:val="26"/>
              </w:rPr>
              <w:t>- HS trả lời ví dụ: Em bắt đầu lúc 8 giờ.</w:t>
            </w:r>
          </w:p>
        </w:tc>
      </w:tr>
      <w:tr w:rsidR="00D200D6" w:rsidRPr="00D200D6" w:rsidTr="00D200D6">
        <w:trPr>
          <w:jc w:val="center"/>
        </w:trPr>
        <w:tc>
          <w:tcPr>
            <w:tcW w:w="5040" w:type="dxa"/>
            <w:shd w:val="clear" w:color="auto" w:fill="auto"/>
          </w:tcPr>
          <w:p w:rsidR="00AB4770" w:rsidRPr="00D200D6" w:rsidRDefault="00920D7A" w:rsidP="00D200D6">
            <w:pPr>
              <w:spacing w:after="0" w:line="240" w:lineRule="auto"/>
            </w:pPr>
            <w:r w:rsidRPr="00D200D6">
              <w:rPr>
                <w:rFonts w:ascii="Times New Roman" w:eastAsia="Times New Roman" w:hAnsi="Times New Roman"/>
                <w:sz w:val="26"/>
              </w:rPr>
              <w:t>- Tích hợp NLS - Công cụ Google Calendar, đồng hồ số: GV chiếu mẫu lịch buổi sáng Chủ nhật, hướng dẫn HS ghi một việc cần làm và thời gian bắt đầu; GV nhấn mạnh thời gian biểu giúp em biết việc nào làm trước, việc nào làm sau.</w:t>
            </w:r>
          </w:p>
        </w:tc>
        <w:tc>
          <w:tcPr>
            <w:tcW w:w="5040" w:type="dxa"/>
            <w:shd w:val="clear" w:color="auto" w:fill="auto"/>
          </w:tcPr>
          <w:p w:rsidR="00AB4770" w:rsidRPr="00D200D6" w:rsidRDefault="00920D7A" w:rsidP="00D200D6">
            <w:pPr>
              <w:spacing w:after="0" w:line="240" w:lineRule="auto"/>
            </w:pPr>
            <w:r w:rsidRPr="00D200D6">
              <w:rPr>
                <w:rFonts w:ascii="Times New Roman" w:eastAsia="Times New Roman" w:hAnsi="Times New Roman"/>
                <w:sz w:val="26"/>
              </w:rPr>
              <w:t>- HS quan sát mẫu, ghi một hoạt động của mình và thời gian bắt đầu.</w:t>
            </w:r>
          </w:p>
        </w:tc>
      </w:tr>
      <w:tr w:rsidR="00D200D6" w:rsidRPr="00D200D6" w:rsidTr="00D200D6">
        <w:trPr>
          <w:jc w:val="center"/>
        </w:trPr>
        <w:tc>
          <w:tcPr>
            <w:tcW w:w="5040" w:type="dxa"/>
            <w:shd w:val="clear" w:color="auto" w:fill="auto"/>
          </w:tcPr>
          <w:p w:rsidR="00AB4770" w:rsidRPr="00D200D6" w:rsidRDefault="00920D7A" w:rsidP="00D200D6">
            <w:pPr>
              <w:spacing w:after="0" w:line="240" w:lineRule="auto"/>
            </w:pPr>
            <w:r w:rsidRPr="00D200D6">
              <w:rPr>
                <w:rFonts w:ascii="Times New Roman" w:eastAsia="Times New Roman" w:hAnsi="Times New Roman"/>
                <w:sz w:val="26"/>
              </w:rPr>
              <w:t>- GV cho HS trình bày ngắn gọn.</w:t>
            </w:r>
          </w:p>
        </w:tc>
        <w:tc>
          <w:tcPr>
            <w:tcW w:w="5040" w:type="dxa"/>
            <w:shd w:val="clear" w:color="auto" w:fill="auto"/>
          </w:tcPr>
          <w:p w:rsidR="00AB4770" w:rsidRPr="00D200D6" w:rsidRDefault="00920D7A" w:rsidP="00D200D6">
            <w:pPr>
              <w:spacing w:after="0" w:line="240" w:lineRule="auto"/>
            </w:pPr>
            <w:r w:rsidRPr="00D200D6">
              <w:rPr>
                <w:rFonts w:ascii="Times New Roman" w:eastAsia="Times New Roman" w:hAnsi="Times New Roman"/>
                <w:sz w:val="26"/>
              </w:rPr>
              <w:t>- HS trình bày trước lớp.</w:t>
            </w:r>
          </w:p>
        </w:tc>
      </w:tr>
      <w:tr w:rsidR="00D200D6" w:rsidRPr="00D200D6" w:rsidTr="00D200D6">
        <w:trPr>
          <w:jc w:val="center"/>
        </w:trPr>
        <w:tc>
          <w:tcPr>
            <w:tcW w:w="5040" w:type="dxa"/>
            <w:shd w:val="clear" w:color="auto" w:fill="auto"/>
          </w:tcPr>
          <w:p w:rsidR="00AB4770" w:rsidRPr="00D200D6" w:rsidRDefault="00920D7A" w:rsidP="00D200D6">
            <w:pPr>
              <w:spacing w:after="0" w:line="240" w:lineRule="auto"/>
            </w:pPr>
            <w:r w:rsidRPr="00D200D6">
              <w:rPr>
                <w:rFonts w:ascii="Times New Roman" w:eastAsia="Times New Roman" w:hAnsi="Times New Roman"/>
                <w:sz w:val="26"/>
              </w:rPr>
              <w:t>- GV kết luận: Lập thời gian biểu giúp sử dụng thời gian hợp lí.</w:t>
            </w:r>
          </w:p>
        </w:tc>
        <w:tc>
          <w:tcPr>
            <w:tcW w:w="5040" w:type="dxa"/>
            <w:shd w:val="clear" w:color="auto" w:fill="auto"/>
          </w:tcPr>
          <w:p w:rsidR="00AB4770" w:rsidRPr="00D200D6" w:rsidRDefault="00920D7A" w:rsidP="00D200D6">
            <w:pPr>
              <w:spacing w:after="0" w:line="240" w:lineRule="auto"/>
            </w:pPr>
            <w:r w:rsidRPr="00D200D6">
              <w:rPr>
                <w:rFonts w:ascii="Times New Roman" w:eastAsia="Times New Roman" w:hAnsi="Times New Roman"/>
                <w:sz w:val="26"/>
              </w:rPr>
              <w:t>- HS lắng nghe.</w:t>
            </w:r>
          </w:p>
        </w:tc>
      </w:tr>
      <w:tr w:rsidR="00D200D6" w:rsidRPr="00D200D6" w:rsidTr="00D200D6">
        <w:trPr>
          <w:jc w:val="center"/>
        </w:trPr>
        <w:tc>
          <w:tcPr>
            <w:tcW w:w="5040" w:type="dxa"/>
            <w:shd w:val="clear" w:color="auto" w:fill="auto"/>
          </w:tcPr>
          <w:p w:rsidR="00AB4770" w:rsidRPr="00D200D6" w:rsidRDefault="00920D7A" w:rsidP="00D200D6">
            <w:pPr>
              <w:spacing w:after="0" w:line="240" w:lineRule="auto"/>
            </w:pPr>
            <w:r w:rsidRPr="00D200D6">
              <w:rPr>
                <w:rFonts w:ascii="Times New Roman" w:eastAsia="Times New Roman" w:hAnsi="Times New Roman"/>
                <w:b/>
                <w:sz w:val="26"/>
              </w:rPr>
              <w:t>Bài 2. Chọn câu trả lời đúng. (Làm việc cá nhân vào vở)</w:t>
            </w:r>
          </w:p>
          <w:p w:rsidR="00AB4770" w:rsidRPr="00D200D6" w:rsidRDefault="00920D7A" w:rsidP="00D200D6">
            <w:pPr>
              <w:spacing w:after="0" w:line="240" w:lineRule="auto"/>
            </w:pPr>
            <w:r w:rsidRPr="00D200D6">
              <w:rPr>
                <w:rFonts w:ascii="Times New Roman" w:eastAsia="Times New Roman" w:hAnsi="Times New Roman"/>
                <w:sz w:val="26"/>
              </w:rPr>
              <w:t>- HS quan sát hình SGK.</w:t>
            </w:r>
          </w:p>
          <w:p w:rsidR="00AB4770" w:rsidRPr="00D200D6" w:rsidRDefault="00AB4770" w:rsidP="00D200D6">
            <w:pPr>
              <w:spacing w:after="0" w:line="240" w:lineRule="auto"/>
              <w:jc w:val="center"/>
            </w:pPr>
          </w:p>
        </w:tc>
        <w:tc>
          <w:tcPr>
            <w:tcW w:w="5040" w:type="dxa"/>
            <w:shd w:val="clear" w:color="auto" w:fill="auto"/>
          </w:tcPr>
          <w:p w:rsidR="00AB4770" w:rsidRPr="00D200D6" w:rsidRDefault="00920D7A" w:rsidP="00D200D6">
            <w:pPr>
              <w:spacing w:after="0" w:line="240" w:lineRule="auto"/>
            </w:pPr>
            <w:r w:rsidRPr="00D200D6">
              <w:rPr>
                <w:rFonts w:ascii="Times New Roman" w:eastAsia="Times New Roman" w:hAnsi="Times New Roman"/>
                <w:sz w:val="26"/>
              </w:rPr>
              <w:t>- HS quan sát bài trong SGK.</w:t>
            </w:r>
          </w:p>
        </w:tc>
      </w:tr>
      <w:tr w:rsidR="00D200D6" w:rsidRPr="00D200D6" w:rsidTr="00D200D6">
        <w:trPr>
          <w:jc w:val="center"/>
        </w:trPr>
        <w:tc>
          <w:tcPr>
            <w:tcW w:w="5040" w:type="dxa"/>
            <w:shd w:val="clear" w:color="auto" w:fill="auto"/>
          </w:tcPr>
          <w:p w:rsidR="00AB4770" w:rsidRPr="00D200D6" w:rsidRDefault="00920D7A" w:rsidP="00D200D6">
            <w:pPr>
              <w:spacing w:after="0" w:line="240" w:lineRule="auto"/>
            </w:pPr>
            <w:r w:rsidRPr="00D200D6">
              <w:rPr>
                <w:rFonts w:ascii="Times New Roman" w:eastAsia="Times New Roman" w:hAnsi="Times New Roman"/>
                <w:sz w:val="26"/>
              </w:rPr>
              <w:t>- GV cho HS đọc yêu cầu Bài 2.</w:t>
            </w:r>
          </w:p>
        </w:tc>
        <w:tc>
          <w:tcPr>
            <w:tcW w:w="5040" w:type="dxa"/>
            <w:shd w:val="clear" w:color="auto" w:fill="auto"/>
          </w:tcPr>
          <w:p w:rsidR="00AB4770" w:rsidRPr="00D200D6" w:rsidRDefault="00920D7A" w:rsidP="00D200D6">
            <w:pPr>
              <w:spacing w:after="0" w:line="240" w:lineRule="auto"/>
            </w:pPr>
            <w:r w:rsidRPr="00D200D6">
              <w:rPr>
                <w:rFonts w:ascii="Times New Roman" w:eastAsia="Times New Roman" w:hAnsi="Times New Roman"/>
                <w:sz w:val="26"/>
              </w:rPr>
              <w:t>- HS đọc yêu cầu chọn đồng hồ đúng cho các công việc nấu ăn.</w:t>
            </w:r>
          </w:p>
        </w:tc>
      </w:tr>
      <w:tr w:rsidR="00D200D6" w:rsidRPr="00D200D6" w:rsidTr="00D200D6">
        <w:trPr>
          <w:jc w:val="center"/>
        </w:trPr>
        <w:tc>
          <w:tcPr>
            <w:tcW w:w="5040" w:type="dxa"/>
            <w:shd w:val="clear" w:color="auto" w:fill="auto"/>
          </w:tcPr>
          <w:p w:rsidR="00AB4770" w:rsidRPr="00D200D6" w:rsidRDefault="00920D7A" w:rsidP="00D200D6">
            <w:pPr>
              <w:spacing w:after="0" w:line="240" w:lineRule="auto"/>
            </w:pPr>
            <w:r w:rsidRPr="00D200D6">
              <w:rPr>
                <w:rFonts w:ascii="Times New Roman" w:eastAsia="Times New Roman" w:hAnsi="Times New Roman"/>
                <w:sz w:val="26"/>
              </w:rPr>
              <w:t>- GV hỏi: Nồi cơm cắm lúc 10 giờ 10 phút, sau 40 phút thì cơm chín lúc mấy giờ?</w:t>
            </w:r>
          </w:p>
        </w:tc>
        <w:tc>
          <w:tcPr>
            <w:tcW w:w="5040" w:type="dxa"/>
            <w:shd w:val="clear" w:color="auto" w:fill="auto"/>
          </w:tcPr>
          <w:p w:rsidR="00AB4770" w:rsidRPr="00D200D6" w:rsidRDefault="00920D7A" w:rsidP="00D200D6">
            <w:pPr>
              <w:spacing w:after="0" w:line="240" w:lineRule="auto"/>
            </w:pPr>
            <w:r w:rsidRPr="00D200D6">
              <w:rPr>
                <w:rFonts w:ascii="Times New Roman" w:eastAsia="Times New Roman" w:hAnsi="Times New Roman"/>
                <w:sz w:val="26"/>
              </w:rPr>
              <w:t>- HS trả lời: 10 giờ 50 phút.</w:t>
            </w:r>
          </w:p>
        </w:tc>
      </w:tr>
      <w:tr w:rsidR="00D200D6" w:rsidRPr="00D200D6" w:rsidTr="00D200D6">
        <w:trPr>
          <w:jc w:val="center"/>
        </w:trPr>
        <w:tc>
          <w:tcPr>
            <w:tcW w:w="5040" w:type="dxa"/>
            <w:shd w:val="clear" w:color="auto" w:fill="auto"/>
          </w:tcPr>
          <w:p w:rsidR="00AB4770" w:rsidRPr="00D200D6" w:rsidRDefault="00920D7A" w:rsidP="00D200D6">
            <w:pPr>
              <w:spacing w:after="0" w:line="240" w:lineRule="auto"/>
            </w:pPr>
            <w:r w:rsidRPr="00D200D6">
              <w:rPr>
                <w:rFonts w:ascii="Times New Roman" w:eastAsia="Times New Roman" w:hAnsi="Times New Roman"/>
                <w:sz w:val="26"/>
              </w:rPr>
              <w:t>- GV hỏi: Đồng hồ nào chỉ 10 giờ 50 phút?</w:t>
            </w:r>
          </w:p>
        </w:tc>
        <w:tc>
          <w:tcPr>
            <w:tcW w:w="5040" w:type="dxa"/>
            <w:shd w:val="clear" w:color="auto" w:fill="auto"/>
          </w:tcPr>
          <w:p w:rsidR="00AB4770" w:rsidRPr="00D200D6" w:rsidRDefault="00920D7A" w:rsidP="00D200D6">
            <w:pPr>
              <w:spacing w:after="0" w:line="240" w:lineRule="auto"/>
            </w:pPr>
            <w:r w:rsidRPr="00D200D6">
              <w:rPr>
                <w:rFonts w:ascii="Times New Roman" w:eastAsia="Times New Roman" w:hAnsi="Times New Roman"/>
                <w:sz w:val="26"/>
              </w:rPr>
              <w:t>- HS trả lời: Đồng hồ C.</w:t>
            </w:r>
          </w:p>
        </w:tc>
      </w:tr>
      <w:tr w:rsidR="00D200D6" w:rsidRPr="00D200D6" w:rsidTr="00D200D6">
        <w:trPr>
          <w:jc w:val="center"/>
        </w:trPr>
        <w:tc>
          <w:tcPr>
            <w:tcW w:w="5040" w:type="dxa"/>
            <w:shd w:val="clear" w:color="auto" w:fill="auto"/>
          </w:tcPr>
          <w:p w:rsidR="00AB4770" w:rsidRPr="00D200D6" w:rsidRDefault="00920D7A" w:rsidP="00D200D6">
            <w:pPr>
              <w:spacing w:after="0" w:line="240" w:lineRule="auto"/>
            </w:pPr>
            <w:r w:rsidRPr="00D200D6">
              <w:rPr>
                <w:rFonts w:ascii="Times New Roman" w:eastAsia="Times New Roman" w:hAnsi="Times New Roman"/>
                <w:sz w:val="26"/>
              </w:rPr>
              <w:t>- GV hỏi: Mẹ làm rau trộn bắt đầu lúc 10 giờ 50 phút, làm trong 7 phút thì xong lúc mấy giờ?</w:t>
            </w:r>
          </w:p>
        </w:tc>
        <w:tc>
          <w:tcPr>
            <w:tcW w:w="5040" w:type="dxa"/>
            <w:shd w:val="clear" w:color="auto" w:fill="auto"/>
          </w:tcPr>
          <w:p w:rsidR="00AB4770" w:rsidRPr="00D200D6" w:rsidRDefault="00920D7A" w:rsidP="00D200D6">
            <w:pPr>
              <w:spacing w:after="0" w:line="240" w:lineRule="auto"/>
            </w:pPr>
            <w:r w:rsidRPr="00D200D6">
              <w:rPr>
                <w:rFonts w:ascii="Times New Roman" w:eastAsia="Times New Roman" w:hAnsi="Times New Roman"/>
                <w:sz w:val="26"/>
              </w:rPr>
              <w:t>- HS trả lời: 10 giờ 57 phút.</w:t>
            </w:r>
          </w:p>
        </w:tc>
      </w:tr>
      <w:tr w:rsidR="00D200D6" w:rsidRPr="00D200D6" w:rsidTr="00D200D6">
        <w:trPr>
          <w:jc w:val="center"/>
        </w:trPr>
        <w:tc>
          <w:tcPr>
            <w:tcW w:w="5040" w:type="dxa"/>
            <w:shd w:val="clear" w:color="auto" w:fill="auto"/>
          </w:tcPr>
          <w:p w:rsidR="00AB4770" w:rsidRPr="00D200D6" w:rsidRDefault="00920D7A" w:rsidP="00D200D6">
            <w:pPr>
              <w:spacing w:after="0" w:line="240" w:lineRule="auto"/>
            </w:pPr>
            <w:r w:rsidRPr="00D200D6">
              <w:rPr>
                <w:rFonts w:ascii="Times New Roman" w:eastAsia="Times New Roman" w:hAnsi="Times New Roman"/>
                <w:sz w:val="26"/>
              </w:rPr>
              <w:t>- GV hỏi: Đồng hồ nào chỉ 10 giờ 57 phút?</w:t>
            </w:r>
          </w:p>
        </w:tc>
        <w:tc>
          <w:tcPr>
            <w:tcW w:w="5040" w:type="dxa"/>
            <w:shd w:val="clear" w:color="auto" w:fill="auto"/>
          </w:tcPr>
          <w:p w:rsidR="00AB4770" w:rsidRPr="00D200D6" w:rsidRDefault="00920D7A" w:rsidP="00D200D6">
            <w:pPr>
              <w:spacing w:after="0" w:line="240" w:lineRule="auto"/>
            </w:pPr>
            <w:r w:rsidRPr="00D200D6">
              <w:rPr>
                <w:rFonts w:ascii="Times New Roman" w:eastAsia="Times New Roman" w:hAnsi="Times New Roman"/>
                <w:sz w:val="26"/>
              </w:rPr>
              <w:t>- HS trả lời: Đồng hồ D.</w:t>
            </w:r>
          </w:p>
        </w:tc>
      </w:tr>
      <w:tr w:rsidR="00D200D6" w:rsidRPr="00D200D6" w:rsidTr="00D200D6">
        <w:trPr>
          <w:jc w:val="center"/>
        </w:trPr>
        <w:tc>
          <w:tcPr>
            <w:tcW w:w="5040" w:type="dxa"/>
            <w:shd w:val="clear" w:color="auto" w:fill="auto"/>
          </w:tcPr>
          <w:p w:rsidR="00AB4770" w:rsidRPr="00D200D6" w:rsidRDefault="00920D7A" w:rsidP="00D200D6">
            <w:pPr>
              <w:spacing w:after="0" w:line="240" w:lineRule="auto"/>
            </w:pPr>
            <w:r w:rsidRPr="00D200D6">
              <w:rPr>
                <w:rFonts w:ascii="Times New Roman" w:eastAsia="Times New Roman" w:hAnsi="Times New Roman"/>
                <w:sz w:val="26"/>
              </w:rPr>
              <w:t>- GV cho HS trình bày đáp án.</w:t>
            </w:r>
          </w:p>
        </w:tc>
        <w:tc>
          <w:tcPr>
            <w:tcW w:w="5040" w:type="dxa"/>
            <w:shd w:val="clear" w:color="auto" w:fill="auto"/>
          </w:tcPr>
          <w:p w:rsidR="00AB4770" w:rsidRPr="00D200D6" w:rsidRDefault="00920D7A" w:rsidP="00D200D6">
            <w:pPr>
              <w:spacing w:after="0" w:line="240" w:lineRule="auto"/>
            </w:pPr>
            <w:r w:rsidRPr="00D200D6">
              <w:rPr>
                <w:rFonts w:ascii="Times New Roman" w:eastAsia="Times New Roman" w:hAnsi="Times New Roman"/>
                <w:sz w:val="26"/>
              </w:rPr>
              <w:t>- HS trình bày: a) C; b) D.</w:t>
            </w:r>
          </w:p>
        </w:tc>
      </w:tr>
      <w:tr w:rsidR="00D200D6" w:rsidRPr="00D200D6" w:rsidTr="00D200D6">
        <w:trPr>
          <w:jc w:val="center"/>
        </w:trPr>
        <w:tc>
          <w:tcPr>
            <w:tcW w:w="5040" w:type="dxa"/>
            <w:shd w:val="clear" w:color="auto" w:fill="auto"/>
          </w:tcPr>
          <w:p w:rsidR="00AB4770" w:rsidRPr="00D200D6" w:rsidRDefault="00920D7A" w:rsidP="00D200D6">
            <w:pPr>
              <w:spacing w:after="0" w:line="240" w:lineRule="auto"/>
            </w:pPr>
            <w:r w:rsidRPr="00D200D6">
              <w:rPr>
                <w:rFonts w:ascii="Times New Roman" w:eastAsia="Times New Roman" w:hAnsi="Times New Roman"/>
                <w:sz w:val="26"/>
              </w:rPr>
              <w:t>- GV kết luận: Muốn tìm giờ kết thúc, cần lấy giờ bắt đầu cộng thêm thời gian thực hiện.</w:t>
            </w:r>
          </w:p>
        </w:tc>
        <w:tc>
          <w:tcPr>
            <w:tcW w:w="5040" w:type="dxa"/>
            <w:shd w:val="clear" w:color="auto" w:fill="auto"/>
          </w:tcPr>
          <w:p w:rsidR="00AB4770" w:rsidRPr="00D200D6" w:rsidRDefault="00920D7A" w:rsidP="00D200D6">
            <w:pPr>
              <w:spacing w:after="0" w:line="240" w:lineRule="auto"/>
            </w:pPr>
            <w:r w:rsidRPr="00D200D6">
              <w:rPr>
                <w:rFonts w:ascii="Times New Roman" w:eastAsia="Times New Roman" w:hAnsi="Times New Roman"/>
                <w:sz w:val="26"/>
              </w:rPr>
              <w:t>- HS lắng nghe.</w:t>
            </w:r>
          </w:p>
        </w:tc>
      </w:tr>
      <w:tr w:rsidR="00D200D6" w:rsidRPr="00D200D6" w:rsidTr="00D200D6">
        <w:trPr>
          <w:jc w:val="center"/>
        </w:trPr>
        <w:tc>
          <w:tcPr>
            <w:tcW w:w="5040" w:type="dxa"/>
            <w:shd w:val="clear" w:color="auto" w:fill="auto"/>
          </w:tcPr>
          <w:p w:rsidR="00AB4770" w:rsidRPr="00D200D6" w:rsidRDefault="00920D7A" w:rsidP="00D200D6">
            <w:pPr>
              <w:spacing w:after="0" w:line="240" w:lineRule="auto"/>
            </w:pPr>
            <w:r w:rsidRPr="00D200D6">
              <w:rPr>
                <w:rFonts w:ascii="Times New Roman" w:eastAsia="Times New Roman" w:hAnsi="Times New Roman"/>
                <w:b/>
                <w:sz w:val="26"/>
              </w:rPr>
              <w:t>Bài 3. Đọc bảng thời gian biểu. (Làm việc cá nhân)</w:t>
            </w:r>
          </w:p>
          <w:p w:rsidR="00AB4770" w:rsidRPr="00D200D6" w:rsidRDefault="00920D7A" w:rsidP="00D200D6">
            <w:pPr>
              <w:spacing w:after="0" w:line="240" w:lineRule="auto"/>
            </w:pPr>
            <w:r w:rsidRPr="00D200D6">
              <w:rPr>
                <w:rFonts w:ascii="Times New Roman" w:eastAsia="Times New Roman" w:hAnsi="Times New Roman"/>
                <w:sz w:val="26"/>
              </w:rPr>
              <w:t>- HS quan sát hình SGK.</w:t>
            </w:r>
          </w:p>
          <w:p w:rsidR="00AB4770" w:rsidRPr="00D200D6" w:rsidRDefault="00AB4770" w:rsidP="00D200D6">
            <w:pPr>
              <w:spacing w:after="0" w:line="240" w:lineRule="auto"/>
              <w:jc w:val="center"/>
            </w:pPr>
          </w:p>
        </w:tc>
        <w:tc>
          <w:tcPr>
            <w:tcW w:w="5040" w:type="dxa"/>
            <w:shd w:val="clear" w:color="auto" w:fill="auto"/>
          </w:tcPr>
          <w:p w:rsidR="00AB4770" w:rsidRPr="00D200D6" w:rsidRDefault="00920D7A" w:rsidP="00D200D6">
            <w:pPr>
              <w:spacing w:after="0" w:line="240" w:lineRule="auto"/>
            </w:pPr>
            <w:r w:rsidRPr="00D200D6">
              <w:rPr>
                <w:rFonts w:ascii="Times New Roman" w:eastAsia="Times New Roman" w:hAnsi="Times New Roman"/>
                <w:sz w:val="26"/>
              </w:rPr>
              <w:t>- HS quan sát bài trong SGK.</w:t>
            </w:r>
          </w:p>
        </w:tc>
      </w:tr>
      <w:tr w:rsidR="00D200D6" w:rsidRPr="00D200D6" w:rsidTr="00D200D6">
        <w:trPr>
          <w:jc w:val="center"/>
        </w:trPr>
        <w:tc>
          <w:tcPr>
            <w:tcW w:w="5040" w:type="dxa"/>
            <w:shd w:val="clear" w:color="auto" w:fill="auto"/>
          </w:tcPr>
          <w:p w:rsidR="00AB4770" w:rsidRPr="00D200D6" w:rsidRDefault="00920D7A" w:rsidP="00D200D6">
            <w:pPr>
              <w:spacing w:after="0" w:line="240" w:lineRule="auto"/>
            </w:pPr>
            <w:r w:rsidRPr="00D200D6">
              <w:rPr>
                <w:rFonts w:ascii="Times New Roman" w:eastAsia="Times New Roman" w:hAnsi="Times New Roman"/>
                <w:sz w:val="26"/>
              </w:rPr>
              <w:t>- GV cho HS đọc yêu cầu Bài 3.</w:t>
            </w:r>
          </w:p>
        </w:tc>
        <w:tc>
          <w:tcPr>
            <w:tcW w:w="5040" w:type="dxa"/>
            <w:shd w:val="clear" w:color="auto" w:fill="auto"/>
          </w:tcPr>
          <w:p w:rsidR="00AB4770" w:rsidRPr="00D200D6" w:rsidRDefault="00920D7A" w:rsidP="00D200D6">
            <w:pPr>
              <w:spacing w:after="0" w:line="240" w:lineRule="auto"/>
            </w:pPr>
            <w:r w:rsidRPr="00D200D6">
              <w:rPr>
                <w:rFonts w:ascii="Times New Roman" w:eastAsia="Times New Roman" w:hAnsi="Times New Roman"/>
                <w:sz w:val="26"/>
              </w:rPr>
              <w:t>- HS đọc: Vào buổi chiều Chủ nhật, cả nhà cùng nhau làm các công việc.</w:t>
            </w:r>
          </w:p>
        </w:tc>
      </w:tr>
      <w:tr w:rsidR="00D200D6" w:rsidRPr="00D200D6" w:rsidTr="00D200D6">
        <w:trPr>
          <w:jc w:val="center"/>
        </w:trPr>
        <w:tc>
          <w:tcPr>
            <w:tcW w:w="5040" w:type="dxa"/>
            <w:shd w:val="clear" w:color="auto" w:fill="auto"/>
          </w:tcPr>
          <w:p w:rsidR="00AB4770" w:rsidRPr="00D200D6" w:rsidRDefault="00920D7A" w:rsidP="00D200D6">
            <w:pPr>
              <w:spacing w:after="0" w:line="240" w:lineRule="auto"/>
            </w:pPr>
            <w:r w:rsidRPr="00D200D6">
              <w:rPr>
                <w:rFonts w:ascii="Times New Roman" w:eastAsia="Times New Roman" w:hAnsi="Times New Roman"/>
                <w:sz w:val="26"/>
              </w:rPr>
              <w:t>- GV hỏi: Công việc dọn nhà diễn ra từ mấy giờ đến mấy giờ?</w:t>
            </w:r>
          </w:p>
        </w:tc>
        <w:tc>
          <w:tcPr>
            <w:tcW w:w="5040" w:type="dxa"/>
            <w:shd w:val="clear" w:color="auto" w:fill="auto"/>
          </w:tcPr>
          <w:p w:rsidR="00AB4770" w:rsidRPr="00D200D6" w:rsidRDefault="00920D7A" w:rsidP="00D200D6">
            <w:pPr>
              <w:spacing w:after="0" w:line="240" w:lineRule="auto"/>
            </w:pPr>
            <w:r w:rsidRPr="00D200D6">
              <w:rPr>
                <w:rFonts w:ascii="Times New Roman" w:eastAsia="Times New Roman" w:hAnsi="Times New Roman"/>
                <w:sz w:val="26"/>
              </w:rPr>
              <w:t>- HS trả lời: Từ 15 giờ 45 phút đến 16 giờ 30 phút.</w:t>
            </w:r>
          </w:p>
        </w:tc>
      </w:tr>
      <w:tr w:rsidR="00D200D6" w:rsidRPr="00D200D6" w:rsidTr="00D200D6">
        <w:trPr>
          <w:jc w:val="center"/>
        </w:trPr>
        <w:tc>
          <w:tcPr>
            <w:tcW w:w="5040" w:type="dxa"/>
            <w:shd w:val="clear" w:color="auto" w:fill="auto"/>
          </w:tcPr>
          <w:p w:rsidR="00AB4770" w:rsidRPr="00D200D6" w:rsidRDefault="00920D7A" w:rsidP="00D200D6">
            <w:pPr>
              <w:spacing w:after="0" w:line="240" w:lineRule="auto"/>
            </w:pPr>
            <w:r w:rsidRPr="00D200D6">
              <w:rPr>
                <w:rFonts w:ascii="Times New Roman" w:eastAsia="Times New Roman" w:hAnsi="Times New Roman"/>
                <w:sz w:val="26"/>
              </w:rPr>
              <w:t>- GV hỏi: Nấu bữa tối diễn ra từ mấy giờ đến mấy giờ?</w:t>
            </w:r>
          </w:p>
        </w:tc>
        <w:tc>
          <w:tcPr>
            <w:tcW w:w="5040" w:type="dxa"/>
            <w:shd w:val="clear" w:color="auto" w:fill="auto"/>
          </w:tcPr>
          <w:p w:rsidR="00AB4770" w:rsidRPr="00D200D6" w:rsidRDefault="00920D7A" w:rsidP="00D200D6">
            <w:pPr>
              <w:spacing w:after="0" w:line="240" w:lineRule="auto"/>
            </w:pPr>
            <w:r w:rsidRPr="00D200D6">
              <w:rPr>
                <w:rFonts w:ascii="Times New Roman" w:eastAsia="Times New Roman" w:hAnsi="Times New Roman"/>
                <w:sz w:val="26"/>
              </w:rPr>
              <w:t>- HS trả lời: Từ 18 giờ 30 phút đến 19 giờ 45 phút.</w:t>
            </w:r>
          </w:p>
        </w:tc>
      </w:tr>
      <w:tr w:rsidR="00D200D6" w:rsidRPr="00D200D6" w:rsidTr="00D200D6">
        <w:trPr>
          <w:jc w:val="center"/>
        </w:trPr>
        <w:tc>
          <w:tcPr>
            <w:tcW w:w="5040" w:type="dxa"/>
            <w:shd w:val="clear" w:color="auto" w:fill="auto"/>
          </w:tcPr>
          <w:p w:rsidR="00AB4770" w:rsidRPr="00D200D6" w:rsidRDefault="00920D7A" w:rsidP="00D200D6">
            <w:pPr>
              <w:spacing w:after="0" w:line="240" w:lineRule="auto"/>
            </w:pPr>
            <w:r w:rsidRPr="00D200D6">
              <w:rPr>
                <w:rFonts w:ascii="Times New Roman" w:eastAsia="Times New Roman" w:hAnsi="Times New Roman"/>
                <w:sz w:val="26"/>
              </w:rPr>
              <w:t>- GV hỏi: Xem đá bóng diễn ra từ mấy giờ đến mấy giờ?</w:t>
            </w:r>
          </w:p>
        </w:tc>
        <w:tc>
          <w:tcPr>
            <w:tcW w:w="5040" w:type="dxa"/>
            <w:shd w:val="clear" w:color="auto" w:fill="auto"/>
          </w:tcPr>
          <w:p w:rsidR="00AB4770" w:rsidRPr="00D200D6" w:rsidRDefault="00920D7A" w:rsidP="00D200D6">
            <w:pPr>
              <w:spacing w:after="0" w:line="240" w:lineRule="auto"/>
            </w:pPr>
            <w:r w:rsidRPr="00D200D6">
              <w:rPr>
                <w:rFonts w:ascii="Times New Roman" w:eastAsia="Times New Roman" w:hAnsi="Times New Roman"/>
                <w:sz w:val="26"/>
              </w:rPr>
              <w:t>- HS trả lời: Từ 16 giờ đến 17 giờ 45 phút.</w:t>
            </w:r>
          </w:p>
        </w:tc>
      </w:tr>
      <w:tr w:rsidR="00D200D6" w:rsidRPr="00D200D6" w:rsidTr="00D200D6">
        <w:trPr>
          <w:jc w:val="center"/>
        </w:trPr>
        <w:tc>
          <w:tcPr>
            <w:tcW w:w="5040" w:type="dxa"/>
            <w:shd w:val="clear" w:color="auto" w:fill="auto"/>
          </w:tcPr>
          <w:p w:rsidR="00AB4770" w:rsidRPr="00D200D6" w:rsidRDefault="00920D7A" w:rsidP="00D200D6">
            <w:pPr>
              <w:spacing w:after="0" w:line="240" w:lineRule="auto"/>
            </w:pPr>
            <w:r w:rsidRPr="00D200D6">
              <w:rPr>
                <w:rFonts w:ascii="Times New Roman" w:eastAsia="Times New Roman" w:hAnsi="Times New Roman"/>
                <w:sz w:val="26"/>
              </w:rPr>
              <w:t>- GV hỏi: Cả nhà nên làm các công việc theo thứ tự thời gian như thế nào?</w:t>
            </w:r>
          </w:p>
        </w:tc>
        <w:tc>
          <w:tcPr>
            <w:tcW w:w="5040" w:type="dxa"/>
            <w:shd w:val="clear" w:color="auto" w:fill="auto"/>
          </w:tcPr>
          <w:p w:rsidR="00AB4770" w:rsidRPr="00D200D6" w:rsidRDefault="00920D7A" w:rsidP="00D200D6">
            <w:pPr>
              <w:spacing w:after="0" w:line="240" w:lineRule="auto"/>
            </w:pPr>
            <w:r w:rsidRPr="00D200D6">
              <w:rPr>
                <w:rFonts w:ascii="Times New Roman" w:eastAsia="Times New Roman" w:hAnsi="Times New Roman"/>
                <w:sz w:val="26"/>
              </w:rPr>
              <w:t>- HS trả lời: Dọn nhà, xem đá bóng, nấu bữa tối.</w:t>
            </w:r>
          </w:p>
        </w:tc>
      </w:tr>
      <w:tr w:rsidR="00D200D6" w:rsidRPr="00D200D6" w:rsidTr="00D200D6">
        <w:trPr>
          <w:jc w:val="center"/>
        </w:trPr>
        <w:tc>
          <w:tcPr>
            <w:tcW w:w="5040" w:type="dxa"/>
            <w:shd w:val="clear" w:color="auto" w:fill="auto"/>
          </w:tcPr>
          <w:p w:rsidR="00AB4770" w:rsidRPr="00D200D6" w:rsidRDefault="00920D7A" w:rsidP="00D200D6">
            <w:pPr>
              <w:spacing w:after="0" w:line="240" w:lineRule="auto"/>
            </w:pPr>
            <w:r w:rsidRPr="00D200D6">
              <w:rPr>
                <w:rFonts w:ascii="Times New Roman" w:eastAsia="Times New Roman" w:hAnsi="Times New Roman"/>
                <w:sz w:val="26"/>
              </w:rPr>
              <w:t>- GV cho HS trình bày thứ tự.</w:t>
            </w:r>
          </w:p>
        </w:tc>
        <w:tc>
          <w:tcPr>
            <w:tcW w:w="5040" w:type="dxa"/>
            <w:shd w:val="clear" w:color="auto" w:fill="auto"/>
          </w:tcPr>
          <w:p w:rsidR="00AB4770" w:rsidRPr="00D200D6" w:rsidRDefault="00920D7A" w:rsidP="00D200D6">
            <w:pPr>
              <w:spacing w:after="0" w:line="240" w:lineRule="auto"/>
            </w:pPr>
            <w:r w:rsidRPr="00D200D6">
              <w:rPr>
                <w:rFonts w:ascii="Times New Roman" w:eastAsia="Times New Roman" w:hAnsi="Times New Roman"/>
                <w:sz w:val="26"/>
              </w:rPr>
              <w:t>- HS trình bày và giải thích theo giờ bắt đầu.</w:t>
            </w:r>
          </w:p>
        </w:tc>
      </w:tr>
      <w:tr w:rsidR="00D200D6" w:rsidRPr="00D200D6" w:rsidTr="00D200D6">
        <w:trPr>
          <w:jc w:val="center"/>
        </w:trPr>
        <w:tc>
          <w:tcPr>
            <w:tcW w:w="5040" w:type="dxa"/>
            <w:shd w:val="clear" w:color="auto" w:fill="auto"/>
          </w:tcPr>
          <w:p w:rsidR="00AB4770" w:rsidRPr="00D200D6" w:rsidRDefault="00920D7A" w:rsidP="00D200D6">
            <w:pPr>
              <w:spacing w:after="0" w:line="240" w:lineRule="auto"/>
            </w:pPr>
            <w:r w:rsidRPr="00D200D6">
              <w:rPr>
                <w:rFonts w:ascii="Times New Roman" w:eastAsia="Times New Roman" w:hAnsi="Times New Roman"/>
                <w:sz w:val="26"/>
              </w:rPr>
              <w:t xml:space="preserve">- GV kết luận: Sắp xếp công việc cần dựa vào </w:t>
            </w:r>
            <w:r w:rsidRPr="00D200D6">
              <w:rPr>
                <w:rFonts w:ascii="Times New Roman" w:eastAsia="Times New Roman" w:hAnsi="Times New Roman"/>
                <w:sz w:val="26"/>
              </w:rPr>
              <w:lastRenderedPageBreak/>
              <w:t>thời gian bắt đầu và kết thúc.</w:t>
            </w:r>
          </w:p>
        </w:tc>
        <w:tc>
          <w:tcPr>
            <w:tcW w:w="5040" w:type="dxa"/>
            <w:shd w:val="clear" w:color="auto" w:fill="auto"/>
          </w:tcPr>
          <w:p w:rsidR="00AB4770" w:rsidRPr="00D200D6" w:rsidRDefault="00920D7A" w:rsidP="00D200D6">
            <w:pPr>
              <w:spacing w:after="0" w:line="240" w:lineRule="auto"/>
            </w:pPr>
            <w:r w:rsidRPr="00D200D6">
              <w:rPr>
                <w:rFonts w:ascii="Times New Roman" w:eastAsia="Times New Roman" w:hAnsi="Times New Roman"/>
                <w:sz w:val="26"/>
              </w:rPr>
              <w:lastRenderedPageBreak/>
              <w:t>- HS lắng nghe.</w:t>
            </w:r>
          </w:p>
        </w:tc>
      </w:tr>
      <w:tr w:rsidR="00D200D6" w:rsidRPr="00D200D6" w:rsidTr="00D200D6">
        <w:trPr>
          <w:jc w:val="center"/>
        </w:trPr>
        <w:tc>
          <w:tcPr>
            <w:tcW w:w="5040" w:type="dxa"/>
            <w:shd w:val="clear" w:color="auto" w:fill="auto"/>
          </w:tcPr>
          <w:p w:rsidR="00AB4770" w:rsidRPr="00D200D6" w:rsidRDefault="00920D7A" w:rsidP="00D200D6">
            <w:pPr>
              <w:spacing w:after="0" w:line="240" w:lineRule="auto"/>
            </w:pPr>
            <w:r w:rsidRPr="00D200D6">
              <w:rPr>
                <w:rFonts w:ascii="Times New Roman" w:eastAsia="Times New Roman" w:hAnsi="Times New Roman"/>
                <w:b/>
                <w:sz w:val="26"/>
              </w:rPr>
              <w:lastRenderedPageBreak/>
              <w:t>Bài 4. Chọn ngày Chủ nhật trong tháng 5. (Làm việc nhóm 2)</w:t>
            </w:r>
          </w:p>
          <w:p w:rsidR="00AB4770" w:rsidRPr="00D200D6" w:rsidRDefault="00920D7A" w:rsidP="00D200D6">
            <w:pPr>
              <w:spacing w:after="0" w:line="240" w:lineRule="auto"/>
            </w:pPr>
            <w:r w:rsidRPr="00D200D6">
              <w:rPr>
                <w:rFonts w:ascii="Times New Roman" w:eastAsia="Times New Roman" w:hAnsi="Times New Roman"/>
                <w:sz w:val="26"/>
              </w:rPr>
              <w:t>- HS quan sát hình SGK.</w:t>
            </w:r>
          </w:p>
        </w:tc>
        <w:tc>
          <w:tcPr>
            <w:tcW w:w="5040" w:type="dxa"/>
            <w:shd w:val="clear" w:color="auto" w:fill="auto"/>
          </w:tcPr>
          <w:p w:rsidR="00AB4770" w:rsidRPr="00D200D6" w:rsidRDefault="00920D7A" w:rsidP="00D200D6">
            <w:pPr>
              <w:spacing w:after="0" w:line="240" w:lineRule="auto"/>
            </w:pPr>
            <w:r w:rsidRPr="00D200D6">
              <w:rPr>
                <w:rFonts w:ascii="Times New Roman" w:eastAsia="Times New Roman" w:hAnsi="Times New Roman"/>
                <w:sz w:val="26"/>
              </w:rPr>
              <w:t>- HS quan sát bài trong SGK.</w:t>
            </w:r>
          </w:p>
        </w:tc>
      </w:tr>
      <w:tr w:rsidR="00D200D6" w:rsidRPr="00D200D6" w:rsidTr="00D200D6">
        <w:trPr>
          <w:jc w:val="center"/>
        </w:trPr>
        <w:tc>
          <w:tcPr>
            <w:tcW w:w="5040" w:type="dxa"/>
            <w:shd w:val="clear" w:color="auto" w:fill="auto"/>
          </w:tcPr>
          <w:p w:rsidR="00AB4770" w:rsidRPr="00D200D6" w:rsidRDefault="00920D7A" w:rsidP="00D200D6">
            <w:pPr>
              <w:spacing w:after="0" w:line="240" w:lineRule="auto"/>
            </w:pPr>
            <w:r w:rsidRPr="00D200D6">
              <w:rPr>
                <w:rFonts w:ascii="Times New Roman" w:eastAsia="Times New Roman" w:hAnsi="Times New Roman"/>
                <w:sz w:val="26"/>
              </w:rPr>
              <w:t>- GV cho HS đọc yêu cầu Bài 4.</w:t>
            </w:r>
          </w:p>
        </w:tc>
        <w:tc>
          <w:tcPr>
            <w:tcW w:w="5040" w:type="dxa"/>
            <w:shd w:val="clear" w:color="auto" w:fill="auto"/>
          </w:tcPr>
          <w:p w:rsidR="00AB4770" w:rsidRPr="00D200D6" w:rsidRDefault="00920D7A" w:rsidP="00D200D6">
            <w:pPr>
              <w:spacing w:after="0" w:line="240" w:lineRule="auto"/>
            </w:pPr>
            <w:r w:rsidRPr="00D200D6">
              <w:rPr>
                <w:rFonts w:ascii="Times New Roman" w:eastAsia="Times New Roman" w:hAnsi="Times New Roman"/>
                <w:sz w:val="26"/>
              </w:rPr>
              <w:t>- HS đọc: Buổi tối, cả nhà cùng lên kế hoạch đi chơi vào một ngày Chủ nhật trong tháng sau, tháng 5.</w:t>
            </w:r>
          </w:p>
        </w:tc>
      </w:tr>
      <w:tr w:rsidR="00D200D6" w:rsidRPr="00D200D6" w:rsidTr="00D200D6">
        <w:trPr>
          <w:jc w:val="center"/>
        </w:trPr>
        <w:tc>
          <w:tcPr>
            <w:tcW w:w="5040" w:type="dxa"/>
            <w:shd w:val="clear" w:color="auto" w:fill="auto"/>
          </w:tcPr>
          <w:p w:rsidR="00AB4770" w:rsidRPr="00D200D6" w:rsidRDefault="00920D7A" w:rsidP="00D200D6">
            <w:pPr>
              <w:spacing w:after="0" w:line="240" w:lineRule="auto"/>
            </w:pPr>
            <w:r w:rsidRPr="00D200D6">
              <w:rPr>
                <w:rFonts w:ascii="Times New Roman" w:eastAsia="Times New Roman" w:hAnsi="Times New Roman"/>
                <w:sz w:val="26"/>
              </w:rPr>
              <w:t>- GV cho HS làm nhóm 2, quan sát lịch tháng 5.</w:t>
            </w:r>
          </w:p>
        </w:tc>
        <w:tc>
          <w:tcPr>
            <w:tcW w:w="5040" w:type="dxa"/>
            <w:shd w:val="clear" w:color="auto" w:fill="auto"/>
          </w:tcPr>
          <w:p w:rsidR="00AB4770" w:rsidRPr="00D200D6" w:rsidRDefault="00920D7A" w:rsidP="00D200D6">
            <w:pPr>
              <w:spacing w:after="0" w:line="240" w:lineRule="auto"/>
            </w:pPr>
            <w:r w:rsidRPr="00D200D6">
              <w:rPr>
                <w:rFonts w:ascii="Times New Roman" w:eastAsia="Times New Roman" w:hAnsi="Times New Roman"/>
                <w:sz w:val="26"/>
              </w:rPr>
              <w:t>- HS quan sát lịch và trao đổi nhóm 2.</w:t>
            </w:r>
          </w:p>
        </w:tc>
      </w:tr>
      <w:tr w:rsidR="00D200D6" w:rsidRPr="00D200D6" w:rsidTr="00D200D6">
        <w:trPr>
          <w:jc w:val="center"/>
        </w:trPr>
        <w:tc>
          <w:tcPr>
            <w:tcW w:w="5040" w:type="dxa"/>
            <w:shd w:val="clear" w:color="auto" w:fill="auto"/>
          </w:tcPr>
          <w:p w:rsidR="00AB4770" w:rsidRPr="00D200D6" w:rsidRDefault="00920D7A" w:rsidP="00D200D6">
            <w:pPr>
              <w:spacing w:after="0" w:line="240" w:lineRule="auto"/>
            </w:pPr>
            <w:r w:rsidRPr="00D200D6">
              <w:rPr>
                <w:rFonts w:ascii="Times New Roman" w:eastAsia="Times New Roman" w:hAnsi="Times New Roman"/>
                <w:sz w:val="26"/>
              </w:rPr>
              <w:t>- GV hỏi: Các ngày Chủ nhật trong tháng 5 là những ngày nào?</w:t>
            </w:r>
          </w:p>
        </w:tc>
        <w:tc>
          <w:tcPr>
            <w:tcW w:w="5040" w:type="dxa"/>
            <w:shd w:val="clear" w:color="auto" w:fill="auto"/>
          </w:tcPr>
          <w:p w:rsidR="00AB4770" w:rsidRPr="00D200D6" w:rsidRDefault="00920D7A" w:rsidP="00D200D6">
            <w:pPr>
              <w:spacing w:after="0" w:line="240" w:lineRule="auto"/>
            </w:pPr>
            <w:r w:rsidRPr="00D200D6">
              <w:rPr>
                <w:rFonts w:ascii="Times New Roman" w:eastAsia="Times New Roman" w:hAnsi="Times New Roman"/>
                <w:sz w:val="26"/>
              </w:rPr>
              <w:t>- HS trả lời: Ngày 5, 12, 19, 26.</w:t>
            </w:r>
          </w:p>
        </w:tc>
      </w:tr>
      <w:tr w:rsidR="00D200D6" w:rsidRPr="00D200D6" w:rsidTr="00D200D6">
        <w:trPr>
          <w:jc w:val="center"/>
        </w:trPr>
        <w:tc>
          <w:tcPr>
            <w:tcW w:w="5040" w:type="dxa"/>
            <w:shd w:val="clear" w:color="auto" w:fill="auto"/>
          </w:tcPr>
          <w:p w:rsidR="00AB4770" w:rsidRPr="00D200D6" w:rsidRDefault="00920D7A" w:rsidP="00D200D6">
            <w:pPr>
              <w:spacing w:after="0" w:line="240" w:lineRule="auto"/>
            </w:pPr>
            <w:r w:rsidRPr="00D200D6">
              <w:rPr>
                <w:rFonts w:ascii="Times New Roman" w:eastAsia="Times New Roman" w:hAnsi="Times New Roman"/>
                <w:sz w:val="26"/>
              </w:rPr>
              <w:t>- GV hỏi: Cả nhà có thể chọn đi chơi vào những ngày nào?</w:t>
            </w:r>
          </w:p>
        </w:tc>
        <w:tc>
          <w:tcPr>
            <w:tcW w:w="5040" w:type="dxa"/>
            <w:shd w:val="clear" w:color="auto" w:fill="auto"/>
          </w:tcPr>
          <w:p w:rsidR="00AB4770" w:rsidRPr="00D200D6" w:rsidRDefault="00920D7A" w:rsidP="00D200D6">
            <w:pPr>
              <w:spacing w:after="0" w:line="240" w:lineRule="auto"/>
            </w:pPr>
            <w:r w:rsidRPr="00D200D6">
              <w:rPr>
                <w:rFonts w:ascii="Times New Roman" w:eastAsia="Times New Roman" w:hAnsi="Times New Roman"/>
                <w:sz w:val="26"/>
              </w:rPr>
              <w:t>- HS trả lời: Có thể chọn các ngày Chủ nhật: 5, 12, 19, 26 tháng 5.</w:t>
            </w:r>
          </w:p>
        </w:tc>
      </w:tr>
      <w:tr w:rsidR="00D200D6" w:rsidRPr="00D200D6" w:rsidTr="00D200D6">
        <w:trPr>
          <w:jc w:val="center"/>
        </w:trPr>
        <w:tc>
          <w:tcPr>
            <w:tcW w:w="5040" w:type="dxa"/>
            <w:shd w:val="clear" w:color="auto" w:fill="auto"/>
          </w:tcPr>
          <w:p w:rsidR="00AB4770" w:rsidRPr="00D200D6" w:rsidRDefault="00920D7A" w:rsidP="00D200D6">
            <w:pPr>
              <w:spacing w:after="0" w:line="240" w:lineRule="auto"/>
            </w:pPr>
            <w:r w:rsidRPr="00D200D6">
              <w:rPr>
                <w:rFonts w:ascii="Times New Roman" w:eastAsia="Times New Roman" w:hAnsi="Times New Roman"/>
                <w:sz w:val="26"/>
              </w:rPr>
              <w:t>- GV yêu cầu HS nêu cách xác định Chủ nhật.</w:t>
            </w:r>
          </w:p>
        </w:tc>
        <w:tc>
          <w:tcPr>
            <w:tcW w:w="5040" w:type="dxa"/>
            <w:shd w:val="clear" w:color="auto" w:fill="auto"/>
          </w:tcPr>
          <w:p w:rsidR="00AB4770" w:rsidRPr="00D200D6" w:rsidRDefault="00920D7A" w:rsidP="00D200D6">
            <w:pPr>
              <w:spacing w:after="0" w:line="240" w:lineRule="auto"/>
            </w:pPr>
            <w:r w:rsidRPr="00D200D6">
              <w:rPr>
                <w:rFonts w:ascii="Times New Roman" w:eastAsia="Times New Roman" w:hAnsi="Times New Roman"/>
                <w:sz w:val="26"/>
              </w:rPr>
              <w:t>- HS trình bày: Quan sát cột Chủ nhật trên lịch.</w:t>
            </w:r>
          </w:p>
        </w:tc>
      </w:tr>
      <w:tr w:rsidR="00D200D6" w:rsidRPr="00D200D6" w:rsidTr="00D200D6">
        <w:trPr>
          <w:jc w:val="center"/>
        </w:trPr>
        <w:tc>
          <w:tcPr>
            <w:tcW w:w="5040" w:type="dxa"/>
            <w:shd w:val="clear" w:color="auto" w:fill="auto"/>
          </w:tcPr>
          <w:p w:rsidR="00AB4770" w:rsidRPr="00D200D6" w:rsidRDefault="00920D7A" w:rsidP="00D200D6">
            <w:pPr>
              <w:spacing w:after="0" w:line="240" w:lineRule="auto"/>
            </w:pPr>
            <w:r w:rsidRPr="00D200D6">
              <w:rPr>
                <w:rFonts w:ascii="Times New Roman" w:eastAsia="Times New Roman" w:hAnsi="Times New Roman"/>
                <w:sz w:val="26"/>
              </w:rPr>
              <w:t>- GV cho HS trình bày kết quả.</w:t>
            </w:r>
          </w:p>
        </w:tc>
        <w:tc>
          <w:tcPr>
            <w:tcW w:w="5040" w:type="dxa"/>
            <w:shd w:val="clear" w:color="auto" w:fill="auto"/>
          </w:tcPr>
          <w:p w:rsidR="00AB4770" w:rsidRPr="00D200D6" w:rsidRDefault="00920D7A" w:rsidP="00D200D6">
            <w:pPr>
              <w:spacing w:after="0" w:line="240" w:lineRule="auto"/>
            </w:pPr>
            <w:r w:rsidRPr="00D200D6">
              <w:rPr>
                <w:rFonts w:ascii="Times New Roman" w:eastAsia="Times New Roman" w:hAnsi="Times New Roman"/>
                <w:sz w:val="26"/>
              </w:rPr>
              <w:t>- HS trình bày đáp án trước lớp.</w:t>
            </w:r>
          </w:p>
        </w:tc>
      </w:tr>
      <w:tr w:rsidR="00D200D6" w:rsidRPr="00D200D6" w:rsidTr="00D200D6">
        <w:trPr>
          <w:jc w:val="center"/>
        </w:trPr>
        <w:tc>
          <w:tcPr>
            <w:tcW w:w="5040" w:type="dxa"/>
            <w:tcBorders>
              <w:bottom w:val="single" w:sz="8" w:space="0" w:color="000000"/>
            </w:tcBorders>
            <w:shd w:val="clear" w:color="auto" w:fill="auto"/>
          </w:tcPr>
          <w:p w:rsidR="00AB4770" w:rsidRPr="00D200D6" w:rsidRDefault="00920D7A" w:rsidP="00D200D6">
            <w:pPr>
              <w:spacing w:after="0" w:line="240" w:lineRule="auto"/>
            </w:pPr>
            <w:r w:rsidRPr="00D200D6">
              <w:rPr>
                <w:rFonts w:ascii="Times New Roman" w:eastAsia="Times New Roman" w:hAnsi="Times New Roman"/>
                <w:sz w:val="26"/>
              </w:rPr>
              <w:t>- GV kết luận: Xem lịch giúp chọn ngày phù hợp cho kế hoạch gia đình.</w:t>
            </w:r>
          </w:p>
        </w:tc>
        <w:tc>
          <w:tcPr>
            <w:tcW w:w="5040" w:type="dxa"/>
            <w:tcBorders>
              <w:bottom w:val="single" w:sz="8" w:space="0" w:color="000000"/>
            </w:tcBorders>
            <w:shd w:val="clear" w:color="auto" w:fill="auto"/>
          </w:tcPr>
          <w:p w:rsidR="00AB4770" w:rsidRPr="00D200D6" w:rsidRDefault="00920D7A" w:rsidP="00D200D6">
            <w:pPr>
              <w:spacing w:after="0" w:line="240" w:lineRule="auto"/>
            </w:pPr>
            <w:r w:rsidRPr="00D200D6">
              <w:rPr>
                <w:rFonts w:ascii="Times New Roman" w:eastAsia="Times New Roman" w:hAnsi="Times New Roman"/>
                <w:sz w:val="26"/>
              </w:rPr>
              <w:t>- HS lắng nghe.</w:t>
            </w:r>
          </w:p>
        </w:tc>
      </w:tr>
      <w:tr w:rsidR="00D200D6" w:rsidRPr="00D200D6" w:rsidTr="00D200D6">
        <w:trPr>
          <w:jc w:val="center"/>
        </w:trPr>
        <w:tc>
          <w:tcPr>
            <w:tcW w:w="10080" w:type="dxa"/>
            <w:gridSpan w:val="2"/>
            <w:tcBorders>
              <w:top w:val="single" w:sz="8" w:space="0" w:color="000000"/>
              <w:bottom w:val="single" w:sz="8" w:space="0" w:color="000000"/>
            </w:tcBorders>
            <w:shd w:val="clear" w:color="auto" w:fill="auto"/>
          </w:tcPr>
          <w:p w:rsidR="00AB4770" w:rsidRPr="00D200D6" w:rsidRDefault="00920D7A" w:rsidP="00D200D6">
            <w:pPr>
              <w:spacing w:after="0" w:line="240" w:lineRule="auto"/>
            </w:pPr>
            <w:r w:rsidRPr="00D200D6">
              <w:rPr>
                <w:rFonts w:ascii="Times New Roman" w:eastAsia="Times New Roman" w:hAnsi="Times New Roman"/>
                <w:b/>
                <w:sz w:val="26"/>
              </w:rPr>
              <w:t>3. Vận dụng - Trải nghiệm (5 phút):</w:t>
            </w:r>
          </w:p>
          <w:p w:rsidR="00AB4770" w:rsidRPr="00D200D6" w:rsidRDefault="00920D7A" w:rsidP="00D200D6">
            <w:pPr>
              <w:spacing w:after="0" w:line="240" w:lineRule="auto"/>
            </w:pPr>
            <w:r w:rsidRPr="00D200D6">
              <w:rPr>
                <w:rFonts w:ascii="Times New Roman" w:eastAsia="Times New Roman" w:hAnsi="Times New Roman"/>
                <w:sz w:val="26"/>
              </w:rPr>
              <w:t>- Mục tiêu: Củng cố đọc thời gian và lập kế hoạch theo lịch.</w:t>
            </w:r>
          </w:p>
          <w:p w:rsidR="00AB4770" w:rsidRPr="00D200D6" w:rsidRDefault="00920D7A" w:rsidP="00D200D6">
            <w:pPr>
              <w:spacing w:after="0" w:line="240" w:lineRule="auto"/>
            </w:pPr>
            <w:r w:rsidRPr="00D200D6">
              <w:rPr>
                <w:rFonts w:ascii="Times New Roman" w:eastAsia="Times New Roman" w:hAnsi="Times New Roman"/>
                <w:sz w:val="26"/>
              </w:rPr>
              <w:t>*Cách tiến hành:</w:t>
            </w:r>
          </w:p>
        </w:tc>
      </w:tr>
      <w:tr w:rsidR="00D200D6" w:rsidRPr="00D200D6" w:rsidTr="00D200D6">
        <w:trPr>
          <w:jc w:val="center"/>
        </w:trPr>
        <w:tc>
          <w:tcPr>
            <w:tcW w:w="5040" w:type="dxa"/>
            <w:tcBorders>
              <w:top w:val="single" w:sz="8" w:space="0" w:color="000000"/>
            </w:tcBorders>
            <w:shd w:val="clear" w:color="auto" w:fill="auto"/>
          </w:tcPr>
          <w:p w:rsidR="00AB4770" w:rsidRPr="00D200D6" w:rsidRDefault="00920D7A" w:rsidP="00D200D6">
            <w:pPr>
              <w:spacing w:after="0" w:line="240" w:lineRule="auto"/>
            </w:pPr>
            <w:r w:rsidRPr="00D200D6">
              <w:rPr>
                <w:rFonts w:ascii="Times New Roman" w:eastAsia="Times New Roman" w:hAnsi="Times New Roman"/>
                <w:sz w:val="26"/>
              </w:rPr>
              <w:t>- GV hỏi: Muốn biết công việc nào làm trước, em dựa vào đâu?</w:t>
            </w:r>
          </w:p>
        </w:tc>
        <w:tc>
          <w:tcPr>
            <w:tcW w:w="5040" w:type="dxa"/>
            <w:tcBorders>
              <w:top w:val="single" w:sz="8" w:space="0" w:color="000000"/>
            </w:tcBorders>
            <w:shd w:val="clear" w:color="auto" w:fill="auto"/>
          </w:tcPr>
          <w:p w:rsidR="00AB4770" w:rsidRPr="00D200D6" w:rsidRDefault="00920D7A" w:rsidP="00D200D6">
            <w:pPr>
              <w:spacing w:after="0" w:line="240" w:lineRule="auto"/>
            </w:pPr>
            <w:r w:rsidRPr="00D200D6">
              <w:rPr>
                <w:rFonts w:ascii="Times New Roman" w:eastAsia="Times New Roman" w:hAnsi="Times New Roman"/>
                <w:sz w:val="26"/>
              </w:rPr>
              <w:t>- HS trả lời: Dựa vào thời gian bắt đầu và kết thúc.</w:t>
            </w:r>
          </w:p>
        </w:tc>
      </w:tr>
      <w:tr w:rsidR="00D200D6" w:rsidRPr="00D200D6" w:rsidTr="00D200D6">
        <w:trPr>
          <w:jc w:val="center"/>
        </w:trPr>
        <w:tc>
          <w:tcPr>
            <w:tcW w:w="5040" w:type="dxa"/>
            <w:shd w:val="clear" w:color="auto" w:fill="auto"/>
          </w:tcPr>
          <w:p w:rsidR="00AB4770" w:rsidRPr="00D200D6" w:rsidRDefault="00920D7A" w:rsidP="00D200D6">
            <w:pPr>
              <w:spacing w:after="0" w:line="240" w:lineRule="auto"/>
            </w:pPr>
            <w:r w:rsidRPr="00D200D6">
              <w:rPr>
                <w:rFonts w:ascii="Times New Roman" w:eastAsia="Times New Roman" w:hAnsi="Times New Roman"/>
                <w:sz w:val="26"/>
              </w:rPr>
              <w:t>- GV hỏi: Muốn chọn ngày Chủ nhật trong tháng, em xem cột nào trên lịch?</w:t>
            </w:r>
          </w:p>
        </w:tc>
        <w:tc>
          <w:tcPr>
            <w:tcW w:w="5040" w:type="dxa"/>
            <w:shd w:val="clear" w:color="auto" w:fill="auto"/>
          </w:tcPr>
          <w:p w:rsidR="00AB4770" w:rsidRPr="00D200D6" w:rsidRDefault="00920D7A" w:rsidP="00D200D6">
            <w:pPr>
              <w:spacing w:after="0" w:line="240" w:lineRule="auto"/>
            </w:pPr>
            <w:r w:rsidRPr="00D200D6">
              <w:rPr>
                <w:rFonts w:ascii="Times New Roman" w:eastAsia="Times New Roman" w:hAnsi="Times New Roman"/>
                <w:sz w:val="26"/>
              </w:rPr>
              <w:t>- HS trả lời: Xem cột Chủ nhật.</w:t>
            </w:r>
          </w:p>
        </w:tc>
      </w:tr>
      <w:tr w:rsidR="00D200D6" w:rsidRPr="00D200D6" w:rsidTr="00D200D6">
        <w:trPr>
          <w:jc w:val="center"/>
        </w:trPr>
        <w:tc>
          <w:tcPr>
            <w:tcW w:w="5040" w:type="dxa"/>
            <w:shd w:val="clear" w:color="auto" w:fill="auto"/>
          </w:tcPr>
          <w:p w:rsidR="00AB4770" w:rsidRPr="00D200D6" w:rsidRDefault="00920D7A" w:rsidP="00D200D6">
            <w:pPr>
              <w:spacing w:after="0" w:line="240" w:lineRule="auto"/>
            </w:pPr>
            <w:r w:rsidRPr="00D200D6">
              <w:rPr>
                <w:rFonts w:ascii="Times New Roman" w:eastAsia="Times New Roman" w:hAnsi="Times New Roman"/>
                <w:sz w:val="26"/>
              </w:rPr>
              <w:t>- GV liên hệ: Em nên lập thời gian biểu để cân bằng học tập, vui chơi, nghỉ ngơi.</w:t>
            </w:r>
          </w:p>
        </w:tc>
        <w:tc>
          <w:tcPr>
            <w:tcW w:w="5040" w:type="dxa"/>
            <w:shd w:val="clear" w:color="auto" w:fill="auto"/>
          </w:tcPr>
          <w:p w:rsidR="00AB4770" w:rsidRPr="00D200D6" w:rsidRDefault="00920D7A" w:rsidP="00D200D6">
            <w:pPr>
              <w:spacing w:after="0" w:line="240" w:lineRule="auto"/>
            </w:pPr>
            <w:r w:rsidRPr="00D200D6">
              <w:rPr>
                <w:rFonts w:ascii="Times New Roman" w:eastAsia="Times New Roman" w:hAnsi="Times New Roman"/>
                <w:sz w:val="26"/>
              </w:rPr>
              <w:t>- HS lắng nghe.</w:t>
            </w:r>
          </w:p>
        </w:tc>
      </w:tr>
      <w:tr w:rsidR="00D200D6" w:rsidRPr="00D200D6" w:rsidTr="00D200D6">
        <w:trPr>
          <w:jc w:val="center"/>
        </w:trPr>
        <w:tc>
          <w:tcPr>
            <w:tcW w:w="5040" w:type="dxa"/>
            <w:shd w:val="clear" w:color="auto" w:fill="auto"/>
          </w:tcPr>
          <w:p w:rsidR="00AB4770" w:rsidRPr="00D200D6" w:rsidRDefault="00920D7A" w:rsidP="00D200D6">
            <w:pPr>
              <w:spacing w:after="0" w:line="240" w:lineRule="auto"/>
            </w:pPr>
            <w:r w:rsidRPr="00D200D6">
              <w:rPr>
                <w:rFonts w:ascii="Times New Roman" w:eastAsia="Times New Roman" w:hAnsi="Times New Roman"/>
                <w:sz w:val="26"/>
              </w:rPr>
              <w:t>- GV nhận xét tiết học, tuyên dương HS biết xem đồng hồ, xem lịch.</w:t>
            </w:r>
          </w:p>
        </w:tc>
        <w:tc>
          <w:tcPr>
            <w:tcW w:w="5040" w:type="dxa"/>
            <w:shd w:val="clear" w:color="auto" w:fill="auto"/>
          </w:tcPr>
          <w:p w:rsidR="00AB4770" w:rsidRPr="00D200D6" w:rsidRDefault="00920D7A" w:rsidP="00D200D6">
            <w:pPr>
              <w:spacing w:after="0" w:line="240" w:lineRule="auto"/>
            </w:pPr>
            <w:r w:rsidRPr="00D200D6">
              <w:rPr>
                <w:rFonts w:ascii="Times New Roman" w:eastAsia="Times New Roman" w:hAnsi="Times New Roman"/>
                <w:sz w:val="26"/>
              </w:rPr>
              <w:t>- HS lắng nghe.</w:t>
            </w:r>
          </w:p>
        </w:tc>
      </w:tr>
      <w:tr w:rsidR="00D200D6" w:rsidRPr="00D200D6" w:rsidTr="00D200D6">
        <w:trPr>
          <w:jc w:val="center"/>
        </w:trPr>
        <w:tc>
          <w:tcPr>
            <w:tcW w:w="5040" w:type="dxa"/>
            <w:shd w:val="clear" w:color="auto" w:fill="auto"/>
          </w:tcPr>
          <w:p w:rsidR="00AB4770" w:rsidRPr="00D200D6" w:rsidRDefault="00920D7A" w:rsidP="00D200D6">
            <w:pPr>
              <w:spacing w:after="0" w:line="240" w:lineRule="auto"/>
            </w:pPr>
            <w:r w:rsidRPr="00D200D6">
              <w:rPr>
                <w:rFonts w:ascii="Times New Roman" w:eastAsia="Times New Roman" w:hAnsi="Times New Roman"/>
                <w:sz w:val="26"/>
              </w:rPr>
              <w:t>- GV dặn dò HS lập thời gian biểu một buổi Chủ nhật ở nhà và chuẩn bị tiết 2.</w:t>
            </w:r>
          </w:p>
        </w:tc>
        <w:tc>
          <w:tcPr>
            <w:tcW w:w="5040" w:type="dxa"/>
            <w:shd w:val="clear" w:color="auto" w:fill="auto"/>
          </w:tcPr>
          <w:p w:rsidR="00AB4770" w:rsidRPr="00D200D6" w:rsidRDefault="00920D7A" w:rsidP="00D200D6">
            <w:pPr>
              <w:spacing w:after="0" w:line="240" w:lineRule="auto"/>
            </w:pPr>
            <w:r w:rsidRPr="00D200D6">
              <w:rPr>
                <w:rFonts w:ascii="Times New Roman" w:eastAsia="Times New Roman" w:hAnsi="Times New Roman"/>
                <w:sz w:val="26"/>
              </w:rPr>
              <w:t>- HS ghi nhớ nhiệm vụ.</w:t>
            </w:r>
          </w:p>
        </w:tc>
      </w:tr>
    </w:tbl>
    <w:p w:rsidR="00AB4770" w:rsidRPr="00D200D6" w:rsidRDefault="00920D7A" w:rsidP="00D200D6">
      <w:pPr>
        <w:spacing w:after="0" w:line="240" w:lineRule="auto"/>
      </w:pPr>
      <w:r w:rsidRPr="00D200D6">
        <w:rPr>
          <w:rFonts w:ascii="Times New Roman" w:eastAsia="Times New Roman" w:hAnsi="Times New Roman"/>
          <w:b/>
          <w:sz w:val="26"/>
        </w:rPr>
        <w:t>IV. ĐIỀU CHỈNH SAU BÀI DẠY:</w:t>
      </w:r>
    </w:p>
    <w:p w:rsidR="00AB4770" w:rsidRPr="00D200D6" w:rsidRDefault="00920D7A" w:rsidP="00D200D6">
      <w:pPr>
        <w:spacing w:after="0" w:line="240" w:lineRule="auto"/>
      </w:pPr>
      <w:r w:rsidRPr="00D200D6">
        <w:rPr>
          <w:rFonts w:ascii="Times New Roman" w:eastAsia="Times New Roman" w:hAnsi="Times New Roman"/>
          <w:sz w:val="26"/>
        </w:rPr>
        <w:t>.......................................................................................................................................</w:t>
      </w:r>
    </w:p>
    <w:p w:rsidR="00AB4770" w:rsidRPr="00D200D6" w:rsidRDefault="00920D7A" w:rsidP="00D200D6">
      <w:pPr>
        <w:spacing w:after="0" w:line="240" w:lineRule="auto"/>
      </w:pPr>
      <w:r w:rsidRPr="00D200D6">
        <w:rPr>
          <w:rFonts w:ascii="Times New Roman" w:eastAsia="Times New Roman" w:hAnsi="Times New Roman"/>
          <w:sz w:val="26"/>
        </w:rPr>
        <w:t>.......................................................................................................................................</w:t>
      </w:r>
    </w:p>
    <w:p w:rsidR="00AB4770" w:rsidRPr="00D200D6" w:rsidRDefault="00920D7A" w:rsidP="00D200D6">
      <w:pPr>
        <w:spacing w:after="0" w:line="240" w:lineRule="auto"/>
      </w:pPr>
      <w:r w:rsidRPr="00D200D6">
        <w:rPr>
          <w:rFonts w:ascii="Times New Roman" w:eastAsia="Times New Roman" w:hAnsi="Times New Roman"/>
          <w:sz w:val="26"/>
        </w:rPr>
        <w:br w:type="page"/>
      </w:r>
    </w:p>
    <w:p w:rsidR="00AB4770" w:rsidRPr="00D200D6" w:rsidRDefault="00920D7A" w:rsidP="00D200D6">
      <w:pPr>
        <w:spacing w:after="0" w:line="240" w:lineRule="auto"/>
        <w:jc w:val="center"/>
      </w:pPr>
      <w:r w:rsidRPr="00D200D6">
        <w:rPr>
          <w:rFonts w:ascii="Times New Roman" w:eastAsia="Times New Roman" w:hAnsi="Times New Roman"/>
          <w:b/>
          <w:sz w:val="28"/>
        </w:rPr>
        <w:lastRenderedPageBreak/>
        <w:t>TUẦN 29</w:t>
      </w:r>
    </w:p>
    <w:p w:rsidR="00AB4770" w:rsidRPr="00D200D6" w:rsidRDefault="00920D7A" w:rsidP="00D200D6">
      <w:pPr>
        <w:spacing w:after="0" w:line="240" w:lineRule="auto"/>
        <w:jc w:val="center"/>
      </w:pPr>
      <w:r w:rsidRPr="00D200D6">
        <w:rPr>
          <w:rFonts w:ascii="Times New Roman" w:eastAsia="Times New Roman" w:hAnsi="Times New Roman"/>
          <w:b/>
          <w:sz w:val="28"/>
        </w:rPr>
        <w:t>KẾ HOẠCH BÀI DẠY MÔN TOÁN 3</w:t>
      </w:r>
    </w:p>
    <w:p w:rsidR="00AB4770" w:rsidRPr="00D200D6" w:rsidRDefault="00920D7A" w:rsidP="00D200D6">
      <w:pPr>
        <w:spacing w:after="0" w:line="240" w:lineRule="auto"/>
        <w:jc w:val="center"/>
      </w:pPr>
      <w:r w:rsidRPr="00D200D6">
        <w:rPr>
          <w:rFonts w:ascii="Times New Roman" w:eastAsia="Times New Roman" w:hAnsi="Times New Roman"/>
          <w:b/>
          <w:sz w:val="26"/>
        </w:rPr>
        <w:t>CHỦ ĐỀ 13: XEM ĐỒNG HỒ, THÁNG - NĂM, TIỀN VIỆT NAM</w:t>
      </w:r>
    </w:p>
    <w:p w:rsidR="00AB4770" w:rsidRPr="00D200D6" w:rsidRDefault="00920D7A" w:rsidP="00D200D6">
      <w:pPr>
        <w:spacing w:after="0" w:line="240" w:lineRule="auto"/>
        <w:jc w:val="center"/>
      </w:pPr>
      <w:r w:rsidRPr="00D200D6">
        <w:rPr>
          <w:rFonts w:ascii="Times New Roman" w:eastAsia="Times New Roman" w:hAnsi="Times New Roman"/>
          <w:b/>
          <w:sz w:val="26"/>
        </w:rPr>
        <w:t>Bài 67: Thực hành xem đồng hồ, xem lịch (Tiết 2) - Trang 83, 84</w:t>
      </w:r>
    </w:p>
    <w:p w:rsidR="00AB4770" w:rsidRPr="00D200D6" w:rsidRDefault="00920D7A" w:rsidP="00D200D6">
      <w:pPr>
        <w:spacing w:after="0" w:line="240" w:lineRule="auto"/>
      </w:pPr>
      <w:r w:rsidRPr="00D200D6">
        <w:rPr>
          <w:rFonts w:ascii="Times New Roman" w:eastAsia="Times New Roman" w:hAnsi="Times New Roman"/>
          <w:b/>
          <w:sz w:val="26"/>
        </w:rPr>
        <w:t>I. YÊU CẦU CẦN ĐẠT:</w:t>
      </w:r>
    </w:p>
    <w:p w:rsidR="00AB4770" w:rsidRPr="00D200D6" w:rsidRDefault="00920D7A" w:rsidP="00D200D6">
      <w:pPr>
        <w:spacing w:after="0" w:line="240" w:lineRule="auto"/>
      </w:pPr>
      <w:r w:rsidRPr="00D200D6">
        <w:rPr>
          <w:rFonts w:ascii="Times New Roman" w:eastAsia="Times New Roman" w:hAnsi="Times New Roman"/>
          <w:b/>
          <w:sz w:val="26"/>
        </w:rPr>
        <w:t>1. Năng lực đặc thù:</w:t>
      </w:r>
    </w:p>
    <w:p w:rsidR="00AB4770" w:rsidRPr="00D200D6" w:rsidRDefault="00920D7A" w:rsidP="00D200D6">
      <w:pPr>
        <w:spacing w:after="0" w:line="240" w:lineRule="auto"/>
      </w:pPr>
      <w:r w:rsidRPr="00D200D6">
        <w:rPr>
          <w:rFonts w:ascii="Times New Roman" w:eastAsia="Times New Roman" w:hAnsi="Times New Roman"/>
          <w:sz w:val="26"/>
        </w:rPr>
        <w:t>- Thực hành xem lịch tháng để xác định số ngày, ngày hết hạn và ngày thông báo.</w:t>
      </w:r>
    </w:p>
    <w:p w:rsidR="00AB4770" w:rsidRPr="00D200D6" w:rsidRDefault="00920D7A" w:rsidP="00D200D6">
      <w:pPr>
        <w:spacing w:after="0" w:line="240" w:lineRule="auto"/>
      </w:pPr>
      <w:r w:rsidRPr="00D200D6">
        <w:rPr>
          <w:rFonts w:ascii="Times New Roman" w:eastAsia="Times New Roman" w:hAnsi="Times New Roman"/>
          <w:sz w:val="26"/>
        </w:rPr>
        <w:t>- Tính được khoảng thời gian giữa hai thời điểm trên đồng hồ.</w:t>
      </w:r>
    </w:p>
    <w:p w:rsidR="00AB4770" w:rsidRPr="00D200D6" w:rsidRDefault="00920D7A" w:rsidP="00D200D6">
      <w:pPr>
        <w:spacing w:after="0" w:line="240" w:lineRule="auto"/>
      </w:pPr>
      <w:r w:rsidRPr="00D200D6">
        <w:rPr>
          <w:rFonts w:ascii="Times New Roman" w:eastAsia="Times New Roman" w:hAnsi="Times New Roman"/>
          <w:sz w:val="26"/>
        </w:rPr>
        <w:t>- Chọn được hai hoạt động không trùng thời gian.</w:t>
      </w:r>
    </w:p>
    <w:p w:rsidR="00AB4770" w:rsidRPr="00D200D6" w:rsidRDefault="00920D7A" w:rsidP="00D200D6">
      <w:pPr>
        <w:spacing w:after="0" w:line="240" w:lineRule="auto"/>
      </w:pPr>
      <w:r w:rsidRPr="00D200D6">
        <w:rPr>
          <w:rFonts w:ascii="Times New Roman" w:eastAsia="Times New Roman" w:hAnsi="Times New Roman"/>
          <w:sz w:val="26"/>
        </w:rPr>
        <w:t>- Sắp xếp được hoạt động theo thứ tự thời gian.</w:t>
      </w:r>
    </w:p>
    <w:p w:rsidR="00AB4770" w:rsidRPr="00D200D6" w:rsidRDefault="00920D7A" w:rsidP="00D200D6">
      <w:pPr>
        <w:spacing w:after="0" w:line="240" w:lineRule="auto"/>
      </w:pPr>
      <w:r w:rsidRPr="00D200D6">
        <w:rPr>
          <w:rFonts w:ascii="Times New Roman" w:eastAsia="Times New Roman" w:hAnsi="Times New Roman"/>
          <w:b/>
          <w:sz w:val="26"/>
        </w:rPr>
        <w:t>2. Năng lực chung:</w:t>
      </w:r>
    </w:p>
    <w:p w:rsidR="00AB4770" w:rsidRPr="00D200D6" w:rsidRDefault="00920D7A" w:rsidP="00D200D6">
      <w:pPr>
        <w:spacing w:after="0" w:line="240" w:lineRule="auto"/>
      </w:pPr>
      <w:r w:rsidRPr="00D200D6">
        <w:rPr>
          <w:rFonts w:ascii="Times New Roman" w:eastAsia="Times New Roman" w:hAnsi="Times New Roman"/>
          <w:sz w:val="26"/>
        </w:rPr>
        <w:t>- Tự chủ, tự học: tự xem lịch tháng 6, đọc đồng hồ và tính thời gian.</w:t>
      </w:r>
    </w:p>
    <w:p w:rsidR="00AB4770" w:rsidRPr="00D200D6" w:rsidRDefault="00920D7A" w:rsidP="00D200D6">
      <w:pPr>
        <w:spacing w:after="0" w:line="240" w:lineRule="auto"/>
      </w:pPr>
      <w:r w:rsidRPr="00D200D6">
        <w:rPr>
          <w:rFonts w:ascii="Times New Roman" w:eastAsia="Times New Roman" w:hAnsi="Times New Roman"/>
          <w:sz w:val="26"/>
        </w:rPr>
        <w:t>- Giao tiếp, hợp tác: trao đổi nhóm 2 khi chọn hoạt động không trùng thời gian.</w:t>
      </w:r>
    </w:p>
    <w:p w:rsidR="00AB4770" w:rsidRPr="00D200D6" w:rsidRDefault="00920D7A" w:rsidP="00D200D6">
      <w:pPr>
        <w:spacing w:after="0" w:line="240" w:lineRule="auto"/>
      </w:pPr>
      <w:r w:rsidRPr="00D200D6">
        <w:rPr>
          <w:rFonts w:ascii="Times New Roman" w:eastAsia="Times New Roman" w:hAnsi="Times New Roman"/>
          <w:sz w:val="26"/>
        </w:rPr>
        <w:t>- Giải quyết vấn đề: lập kế hoạch tham gia hoạt động theo thời gian biểu.</w:t>
      </w:r>
    </w:p>
    <w:p w:rsidR="00AB4770" w:rsidRPr="00D200D6" w:rsidRDefault="00920D7A" w:rsidP="00D200D6">
      <w:pPr>
        <w:spacing w:after="0" w:line="240" w:lineRule="auto"/>
      </w:pPr>
      <w:r w:rsidRPr="00D200D6">
        <w:rPr>
          <w:rFonts w:ascii="Times New Roman" w:eastAsia="Times New Roman" w:hAnsi="Times New Roman"/>
          <w:b/>
          <w:sz w:val="26"/>
        </w:rPr>
        <w:t>3. Phẩm chất:</w:t>
      </w:r>
    </w:p>
    <w:p w:rsidR="00AB4770" w:rsidRPr="00D200D6" w:rsidRDefault="00920D7A" w:rsidP="00D200D6">
      <w:pPr>
        <w:spacing w:after="0" w:line="240" w:lineRule="auto"/>
      </w:pPr>
      <w:r w:rsidRPr="00D200D6">
        <w:rPr>
          <w:rFonts w:ascii="Times New Roman" w:eastAsia="Times New Roman" w:hAnsi="Times New Roman"/>
          <w:sz w:val="26"/>
        </w:rPr>
        <w:t>- Chăm chỉ: luyện đọc lịch, đọc giờ và tính khoảng thời gian.</w:t>
      </w:r>
    </w:p>
    <w:p w:rsidR="00AB4770" w:rsidRPr="00D200D6" w:rsidRDefault="00920D7A" w:rsidP="00D200D6">
      <w:pPr>
        <w:spacing w:after="0" w:line="240" w:lineRule="auto"/>
      </w:pPr>
      <w:r w:rsidRPr="00D200D6">
        <w:rPr>
          <w:rFonts w:ascii="Times New Roman" w:eastAsia="Times New Roman" w:hAnsi="Times New Roman"/>
          <w:sz w:val="26"/>
        </w:rPr>
        <w:t>- Trung thực: tự sửa lỗi khi đếm ngày hoặc chọn hoạt động trùng giờ.</w:t>
      </w:r>
    </w:p>
    <w:p w:rsidR="00AB4770" w:rsidRPr="00D200D6" w:rsidRDefault="00920D7A" w:rsidP="00D200D6">
      <w:pPr>
        <w:spacing w:after="0" w:line="240" w:lineRule="auto"/>
      </w:pPr>
      <w:r w:rsidRPr="00D200D6">
        <w:rPr>
          <w:rFonts w:ascii="Times New Roman" w:eastAsia="Times New Roman" w:hAnsi="Times New Roman"/>
          <w:sz w:val="26"/>
        </w:rPr>
        <w:t>- Trách nhiệm: biết sắp xếp lịch sinh hoạt, học tập hợp lí.</w:t>
      </w:r>
    </w:p>
    <w:p w:rsidR="00AB4770" w:rsidRPr="00D200D6" w:rsidRDefault="00920D7A" w:rsidP="00D200D6">
      <w:pPr>
        <w:spacing w:after="0" w:line="240" w:lineRule="auto"/>
      </w:pPr>
      <w:r w:rsidRPr="00D200D6">
        <w:rPr>
          <w:rFonts w:ascii="Times New Roman" w:eastAsia="Times New Roman" w:hAnsi="Times New Roman"/>
          <w:b/>
          <w:sz w:val="26"/>
        </w:rPr>
        <w:t>4. Tích hợp:</w:t>
      </w:r>
    </w:p>
    <w:p w:rsidR="00AB4770" w:rsidRPr="00D200D6" w:rsidRDefault="00920D7A" w:rsidP="00D200D6">
      <w:pPr>
        <w:spacing w:after="0" w:line="240" w:lineRule="auto"/>
      </w:pPr>
      <w:r w:rsidRPr="00D200D6">
        <w:rPr>
          <w:rFonts w:ascii="Times New Roman" w:eastAsia="Times New Roman" w:hAnsi="Times New Roman"/>
          <w:sz w:val="26"/>
        </w:rPr>
        <w:t>- Tích hợp NLS 1.1.CB1a: GV dùng Google Calendar để minh họa lịch tháng và Wordwall để ghép ngày - thứ - hoạt động; HS xác định khoảng thời gian và sắp xếp hoạt động phù hợp.</w:t>
      </w:r>
    </w:p>
    <w:p w:rsidR="00AB4770" w:rsidRPr="00D200D6" w:rsidRDefault="00920D7A" w:rsidP="00D200D6">
      <w:pPr>
        <w:spacing w:after="0" w:line="240" w:lineRule="auto"/>
      </w:pPr>
      <w:r w:rsidRPr="00D200D6">
        <w:rPr>
          <w:rFonts w:ascii="Times New Roman" w:eastAsia="Times New Roman" w:hAnsi="Times New Roman"/>
          <w:b/>
          <w:sz w:val="26"/>
        </w:rPr>
        <w:t>II. ĐỒ DÙNG DẠY HỌC</w:t>
      </w:r>
    </w:p>
    <w:p w:rsidR="00AB4770" w:rsidRPr="00D200D6" w:rsidRDefault="00920D7A" w:rsidP="00D200D6">
      <w:pPr>
        <w:spacing w:after="0" w:line="240" w:lineRule="auto"/>
      </w:pPr>
      <w:r w:rsidRPr="00D200D6">
        <w:rPr>
          <w:rFonts w:ascii="Times New Roman" w:eastAsia="Times New Roman" w:hAnsi="Times New Roman"/>
          <w:sz w:val="26"/>
        </w:rPr>
        <w:t>- Kế hoạch bài dạy, SGK Toán 3 tập hai, bài giảng PowerPoint.</w:t>
      </w:r>
    </w:p>
    <w:p w:rsidR="00AB4770" w:rsidRPr="00D200D6" w:rsidRDefault="00920D7A" w:rsidP="00D200D6">
      <w:pPr>
        <w:spacing w:after="0" w:line="240" w:lineRule="auto"/>
      </w:pPr>
      <w:r w:rsidRPr="00D200D6">
        <w:rPr>
          <w:rFonts w:ascii="Times New Roman" w:eastAsia="Times New Roman" w:hAnsi="Times New Roman"/>
          <w:sz w:val="26"/>
        </w:rPr>
        <w:t>- Google Calendar, Wordwall ghép ngày - thứ - hoạt động, phiếu thời gian.</w:t>
      </w:r>
    </w:p>
    <w:p w:rsidR="00AB4770" w:rsidRPr="00D200D6" w:rsidRDefault="00920D7A" w:rsidP="00D200D6">
      <w:pPr>
        <w:spacing w:after="0" w:line="240" w:lineRule="auto"/>
      </w:pPr>
      <w:r w:rsidRPr="00D200D6">
        <w:rPr>
          <w:rFonts w:ascii="Times New Roman" w:eastAsia="Times New Roman" w:hAnsi="Times New Roman"/>
          <w:sz w:val="26"/>
        </w:rPr>
        <w:t>- Hình cắt từ SGK trang 83, 84.</w:t>
      </w:r>
    </w:p>
    <w:p w:rsidR="00AB4770" w:rsidRPr="00D200D6" w:rsidRDefault="00920D7A" w:rsidP="00D200D6">
      <w:pPr>
        <w:spacing w:after="0" w:line="240" w:lineRule="auto"/>
      </w:pPr>
      <w:r w:rsidRPr="00D200D6">
        <w:rPr>
          <w:rFonts w:ascii="Times New Roman" w:eastAsia="Times New Roman" w:hAnsi="Times New Roman"/>
          <w:b/>
          <w:sz w:val="26"/>
        </w:rPr>
        <w:t>III. HOẠT ĐỘNG DẠY HỌC</w:t>
      </w:r>
    </w:p>
    <w:tbl>
      <w:tblPr>
        <w:tblW w:w="0" w:type="auto"/>
        <w:jc w:val="center"/>
        <w:tblBorders>
          <w:top w:val="single" w:sz="8" w:space="0" w:color="000000"/>
          <w:left w:val="single" w:sz="8" w:space="0" w:color="000000"/>
          <w:bottom w:val="single" w:sz="8" w:space="0" w:color="000000"/>
          <w:right w:val="single" w:sz="8" w:space="0" w:color="000000"/>
          <w:insideV w:val="single" w:sz="8" w:space="0" w:color="000000"/>
        </w:tblBorders>
        <w:tblLook w:val="04A0" w:firstRow="1" w:lastRow="0" w:firstColumn="1" w:lastColumn="0" w:noHBand="0" w:noVBand="1"/>
      </w:tblPr>
      <w:tblGrid>
        <w:gridCol w:w="5040"/>
        <w:gridCol w:w="5040"/>
      </w:tblGrid>
      <w:tr w:rsidR="00D200D6" w:rsidRPr="00D200D6" w:rsidTr="00D200D6">
        <w:trPr>
          <w:jc w:val="center"/>
        </w:trPr>
        <w:tc>
          <w:tcPr>
            <w:tcW w:w="5040" w:type="dxa"/>
            <w:tcBorders>
              <w:bottom w:val="single" w:sz="8" w:space="0" w:color="000000"/>
            </w:tcBorders>
            <w:shd w:val="clear" w:color="auto" w:fill="auto"/>
          </w:tcPr>
          <w:p w:rsidR="00AB4770" w:rsidRPr="00D200D6" w:rsidRDefault="00920D7A" w:rsidP="00D200D6">
            <w:pPr>
              <w:spacing w:after="0" w:line="240" w:lineRule="auto"/>
              <w:jc w:val="center"/>
            </w:pPr>
            <w:r w:rsidRPr="00D200D6">
              <w:rPr>
                <w:rFonts w:ascii="Times New Roman" w:eastAsia="Times New Roman" w:hAnsi="Times New Roman"/>
                <w:b/>
                <w:sz w:val="26"/>
              </w:rPr>
              <w:t>Hoạt động của giáo viên</w:t>
            </w:r>
          </w:p>
        </w:tc>
        <w:tc>
          <w:tcPr>
            <w:tcW w:w="5040" w:type="dxa"/>
            <w:tcBorders>
              <w:bottom w:val="single" w:sz="8" w:space="0" w:color="000000"/>
            </w:tcBorders>
            <w:shd w:val="clear" w:color="auto" w:fill="auto"/>
          </w:tcPr>
          <w:p w:rsidR="00AB4770" w:rsidRPr="00D200D6" w:rsidRDefault="00920D7A" w:rsidP="00D200D6">
            <w:pPr>
              <w:spacing w:after="0" w:line="240" w:lineRule="auto"/>
              <w:jc w:val="center"/>
            </w:pPr>
            <w:r w:rsidRPr="00D200D6">
              <w:rPr>
                <w:rFonts w:ascii="Times New Roman" w:eastAsia="Times New Roman" w:hAnsi="Times New Roman"/>
                <w:b/>
                <w:sz w:val="26"/>
              </w:rPr>
              <w:t>Hoạt động của học sinh</w:t>
            </w:r>
          </w:p>
        </w:tc>
      </w:tr>
      <w:tr w:rsidR="00D200D6" w:rsidRPr="00D200D6" w:rsidTr="00D200D6">
        <w:trPr>
          <w:jc w:val="center"/>
        </w:trPr>
        <w:tc>
          <w:tcPr>
            <w:tcW w:w="10080" w:type="dxa"/>
            <w:gridSpan w:val="2"/>
            <w:tcBorders>
              <w:top w:val="single" w:sz="8" w:space="0" w:color="000000"/>
              <w:bottom w:val="single" w:sz="8" w:space="0" w:color="000000"/>
            </w:tcBorders>
            <w:shd w:val="clear" w:color="auto" w:fill="auto"/>
          </w:tcPr>
          <w:p w:rsidR="00AB4770" w:rsidRPr="00D200D6" w:rsidRDefault="00920D7A" w:rsidP="00D200D6">
            <w:pPr>
              <w:spacing w:after="0" w:line="240" w:lineRule="auto"/>
            </w:pPr>
            <w:r w:rsidRPr="00D200D6">
              <w:rPr>
                <w:rFonts w:ascii="Times New Roman" w:eastAsia="Times New Roman" w:hAnsi="Times New Roman"/>
                <w:b/>
                <w:sz w:val="26"/>
              </w:rPr>
              <w:t>1. Khởi động (5 phút):</w:t>
            </w:r>
          </w:p>
          <w:p w:rsidR="00AB4770" w:rsidRPr="00D200D6" w:rsidRDefault="00920D7A" w:rsidP="00D200D6">
            <w:pPr>
              <w:spacing w:after="0" w:line="240" w:lineRule="auto"/>
            </w:pPr>
            <w:r w:rsidRPr="00D200D6">
              <w:rPr>
                <w:rFonts w:ascii="Times New Roman" w:eastAsia="Times New Roman" w:hAnsi="Times New Roman"/>
                <w:sz w:val="26"/>
              </w:rPr>
              <w:t>- Mục tiêu: Ôn xem lịch tháng và tính khoảng thời gian ngắn.</w:t>
            </w:r>
          </w:p>
          <w:p w:rsidR="00AB4770" w:rsidRPr="00D200D6" w:rsidRDefault="00920D7A" w:rsidP="00D200D6">
            <w:pPr>
              <w:spacing w:after="0" w:line="240" w:lineRule="auto"/>
            </w:pPr>
            <w:r w:rsidRPr="00D200D6">
              <w:rPr>
                <w:rFonts w:ascii="Times New Roman" w:eastAsia="Times New Roman" w:hAnsi="Times New Roman"/>
                <w:sz w:val="26"/>
              </w:rPr>
              <w:t>*Cách tiến hành:</w:t>
            </w:r>
          </w:p>
        </w:tc>
      </w:tr>
      <w:tr w:rsidR="00D200D6" w:rsidRPr="00D200D6" w:rsidTr="00D200D6">
        <w:trPr>
          <w:jc w:val="center"/>
        </w:trPr>
        <w:tc>
          <w:tcPr>
            <w:tcW w:w="5040" w:type="dxa"/>
            <w:tcBorders>
              <w:top w:val="single" w:sz="8" w:space="0" w:color="000000"/>
            </w:tcBorders>
            <w:shd w:val="clear" w:color="auto" w:fill="auto"/>
          </w:tcPr>
          <w:p w:rsidR="00AB4770" w:rsidRPr="00D200D6" w:rsidRDefault="00920D7A" w:rsidP="00D200D6">
            <w:pPr>
              <w:spacing w:after="0" w:line="240" w:lineRule="auto"/>
            </w:pPr>
            <w:r w:rsidRPr="00D200D6">
              <w:rPr>
                <w:rFonts w:ascii="Times New Roman" w:eastAsia="Times New Roman" w:hAnsi="Times New Roman"/>
                <w:sz w:val="26"/>
              </w:rPr>
              <w:t>- GV hỏi: Nếu một hoạt động bắt đầu lúc 9 giờ 05 phút và kết thúc lúc 9 giờ 35 phút thì kéo dài bao lâu?</w:t>
            </w:r>
          </w:p>
        </w:tc>
        <w:tc>
          <w:tcPr>
            <w:tcW w:w="5040" w:type="dxa"/>
            <w:tcBorders>
              <w:top w:val="single" w:sz="8" w:space="0" w:color="000000"/>
            </w:tcBorders>
            <w:shd w:val="clear" w:color="auto" w:fill="auto"/>
          </w:tcPr>
          <w:p w:rsidR="00AB4770" w:rsidRPr="00D200D6" w:rsidRDefault="00920D7A" w:rsidP="00D200D6">
            <w:pPr>
              <w:spacing w:after="0" w:line="240" w:lineRule="auto"/>
            </w:pPr>
            <w:r w:rsidRPr="00D200D6">
              <w:rPr>
                <w:rFonts w:ascii="Times New Roman" w:eastAsia="Times New Roman" w:hAnsi="Times New Roman"/>
                <w:sz w:val="26"/>
              </w:rPr>
              <w:t>- HS trả lời: 30 phút.</w:t>
            </w:r>
          </w:p>
        </w:tc>
      </w:tr>
      <w:tr w:rsidR="00D200D6" w:rsidRPr="00D200D6" w:rsidTr="00D200D6">
        <w:trPr>
          <w:jc w:val="center"/>
        </w:trPr>
        <w:tc>
          <w:tcPr>
            <w:tcW w:w="5040" w:type="dxa"/>
            <w:shd w:val="clear" w:color="auto" w:fill="auto"/>
          </w:tcPr>
          <w:p w:rsidR="00AB4770" w:rsidRPr="00D200D6" w:rsidRDefault="00920D7A" w:rsidP="00D200D6">
            <w:pPr>
              <w:spacing w:after="0" w:line="240" w:lineRule="auto"/>
            </w:pPr>
            <w:r w:rsidRPr="00D200D6">
              <w:rPr>
                <w:rFonts w:ascii="Times New Roman" w:eastAsia="Times New Roman" w:hAnsi="Times New Roman"/>
                <w:sz w:val="26"/>
              </w:rPr>
              <w:t>- GV hỏi: Khi xem lịch, em cần quan sát những cột nào?</w:t>
            </w:r>
          </w:p>
        </w:tc>
        <w:tc>
          <w:tcPr>
            <w:tcW w:w="5040" w:type="dxa"/>
            <w:shd w:val="clear" w:color="auto" w:fill="auto"/>
          </w:tcPr>
          <w:p w:rsidR="00AB4770" w:rsidRPr="00D200D6" w:rsidRDefault="00920D7A" w:rsidP="00D200D6">
            <w:pPr>
              <w:spacing w:after="0" w:line="240" w:lineRule="auto"/>
            </w:pPr>
            <w:r w:rsidRPr="00D200D6">
              <w:rPr>
                <w:rFonts w:ascii="Times New Roman" w:eastAsia="Times New Roman" w:hAnsi="Times New Roman"/>
                <w:sz w:val="26"/>
              </w:rPr>
              <w:t>- HS trả lời: Quan sát các cột thứ trong tuần và các ngày trong tháng.</w:t>
            </w:r>
          </w:p>
        </w:tc>
      </w:tr>
      <w:tr w:rsidR="00D200D6" w:rsidRPr="00D200D6" w:rsidTr="00D200D6">
        <w:trPr>
          <w:jc w:val="center"/>
        </w:trPr>
        <w:tc>
          <w:tcPr>
            <w:tcW w:w="5040" w:type="dxa"/>
            <w:tcBorders>
              <w:bottom w:val="single" w:sz="8" w:space="0" w:color="000000"/>
            </w:tcBorders>
            <w:shd w:val="clear" w:color="auto" w:fill="auto"/>
          </w:tcPr>
          <w:p w:rsidR="00AB4770" w:rsidRPr="00D200D6" w:rsidRDefault="00920D7A" w:rsidP="00D200D6">
            <w:pPr>
              <w:spacing w:after="0" w:line="240" w:lineRule="auto"/>
            </w:pPr>
            <w:r w:rsidRPr="00D200D6">
              <w:rPr>
                <w:rFonts w:ascii="Times New Roman" w:eastAsia="Times New Roman" w:hAnsi="Times New Roman"/>
                <w:sz w:val="26"/>
              </w:rPr>
              <w:t>- GV dẫn dắt vào tiết thực hành xem đồng hồ, xem lịch.</w:t>
            </w:r>
          </w:p>
        </w:tc>
        <w:tc>
          <w:tcPr>
            <w:tcW w:w="5040" w:type="dxa"/>
            <w:tcBorders>
              <w:bottom w:val="single" w:sz="8" w:space="0" w:color="000000"/>
            </w:tcBorders>
            <w:shd w:val="clear" w:color="auto" w:fill="auto"/>
          </w:tcPr>
          <w:p w:rsidR="00AB4770" w:rsidRPr="00D200D6" w:rsidRDefault="00920D7A" w:rsidP="00D200D6">
            <w:pPr>
              <w:spacing w:after="0" w:line="240" w:lineRule="auto"/>
            </w:pPr>
            <w:r w:rsidRPr="00D200D6">
              <w:rPr>
                <w:rFonts w:ascii="Times New Roman" w:eastAsia="Times New Roman" w:hAnsi="Times New Roman"/>
                <w:sz w:val="26"/>
              </w:rPr>
              <w:t>- HS lắng nghe.</w:t>
            </w:r>
          </w:p>
        </w:tc>
      </w:tr>
      <w:tr w:rsidR="00D200D6" w:rsidRPr="00D200D6" w:rsidTr="00D200D6">
        <w:trPr>
          <w:jc w:val="center"/>
        </w:trPr>
        <w:tc>
          <w:tcPr>
            <w:tcW w:w="10080" w:type="dxa"/>
            <w:gridSpan w:val="2"/>
            <w:tcBorders>
              <w:top w:val="single" w:sz="8" w:space="0" w:color="000000"/>
              <w:bottom w:val="single" w:sz="8" w:space="0" w:color="000000"/>
            </w:tcBorders>
            <w:shd w:val="clear" w:color="auto" w:fill="auto"/>
          </w:tcPr>
          <w:p w:rsidR="00AB4770" w:rsidRPr="00D200D6" w:rsidRDefault="00920D7A" w:rsidP="00D200D6">
            <w:pPr>
              <w:spacing w:after="0" w:line="240" w:lineRule="auto"/>
            </w:pPr>
            <w:r w:rsidRPr="00D200D6">
              <w:rPr>
                <w:rFonts w:ascii="Times New Roman" w:eastAsia="Times New Roman" w:hAnsi="Times New Roman"/>
                <w:b/>
                <w:sz w:val="26"/>
              </w:rPr>
              <w:t>2. Hoạt động (25 phút):</w:t>
            </w:r>
          </w:p>
          <w:p w:rsidR="00AB4770" w:rsidRPr="00D200D6" w:rsidRDefault="00920D7A" w:rsidP="00D200D6">
            <w:pPr>
              <w:spacing w:after="0" w:line="240" w:lineRule="auto"/>
            </w:pPr>
            <w:r w:rsidRPr="00D200D6">
              <w:rPr>
                <w:rFonts w:ascii="Times New Roman" w:eastAsia="Times New Roman" w:hAnsi="Times New Roman"/>
                <w:sz w:val="26"/>
              </w:rPr>
              <w:t>- Mục tiêu: Xem lịch tháng 6, tính thời gian và chọn hoạt động không trùng nhau.</w:t>
            </w:r>
          </w:p>
          <w:p w:rsidR="00AB4770" w:rsidRPr="00D200D6" w:rsidRDefault="00920D7A" w:rsidP="00D200D6">
            <w:pPr>
              <w:spacing w:after="0" w:line="240" w:lineRule="auto"/>
            </w:pPr>
            <w:r w:rsidRPr="00D200D6">
              <w:rPr>
                <w:rFonts w:ascii="Times New Roman" w:eastAsia="Times New Roman" w:hAnsi="Times New Roman"/>
                <w:sz w:val="26"/>
              </w:rPr>
              <w:t>- Mục tiêu tích hợp NLS 1.1.CB1a: HS dùng Google Calendar, Wordwall để xác định ngày, thứ, hoạt động và sắp xếp thời gian.</w:t>
            </w:r>
          </w:p>
          <w:p w:rsidR="00AB4770" w:rsidRPr="00D200D6" w:rsidRDefault="00920D7A" w:rsidP="00D200D6">
            <w:pPr>
              <w:spacing w:after="0" w:line="240" w:lineRule="auto"/>
            </w:pPr>
            <w:r w:rsidRPr="00D200D6">
              <w:rPr>
                <w:rFonts w:ascii="Times New Roman" w:eastAsia="Times New Roman" w:hAnsi="Times New Roman"/>
                <w:sz w:val="26"/>
              </w:rPr>
              <w:t>*Cách tiến hành:</w:t>
            </w:r>
          </w:p>
        </w:tc>
      </w:tr>
      <w:tr w:rsidR="00D200D6" w:rsidRPr="00D200D6" w:rsidTr="00D200D6">
        <w:trPr>
          <w:jc w:val="center"/>
        </w:trPr>
        <w:tc>
          <w:tcPr>
            <w:tcW w:w="5040" w:type="dxa"/>
            <w:tcBorders>
              <w:top w:val="single" w:sz="8" w:space="0" w:color="000000"/>
            </w:tcBorders>
            <w:shd w:val="clear" w:color="auto" w:fill="auto"/>
          </w:tcPr>
          <w:p w:rsidR="00AB4770" w:rsidRPr="00D200D6" w:rsidRDefault="00920D7A" w:rsidP="00D200D6">
            <w:pPr>
              <w:spacing w:after="0" w:line="240" w:lineRule="auto"/>
            </w:pPr>
            <w:r w:rsidRPr="00D200D6">
              <w:rPr>
                <w:rFonts w:ascii="Times New Roman" w:eastAsia="Times New Roman" w:hAnsi="Times New Roman"/>
                <w:b/>
                <w:sz w:val="26"/>
              </w:rPr>
              <w:t>Bài 1, 2. Trại hè tháng 6. (Làm việc cá nhân)</w:t>
            </w:r>
          </w:p>
          <w:p w:rsidR="00AB4770" w:rsidRPr="00D200D6" w:rsidRDefault="00920D7A" w:rsidP="00D200D6">
            <w:pPr>
              <w:spacing w:after="0" w:line="240" w:lineRule="auto"/>
            </w:pPr>
            <w:r w:rsidRPr="00D200D6">
              <w:rPr>
                <w:rFonts w:ascii="Times New Roman" w:eastAsia="Times New Roman" w:hAnsi="Times New Roman"/>
                <w:sz w:val="26"/>
              </w:rPr>
              <w:t>- HS quan sát hình SGK.</w:t>
            </w:r>
          </w:p>
        </w:tc>
        <w:tc>
          <w:tcPr>
            <w:tcW w:w="5040" w:type="dxa"/>
            <w:tcBorders>
              <w:top w:val="single" w:sz="8" w:space="0" w:color="000000"/>
            </w:tcBorders>
            <w:shd w:val="clear" w:color="auto" w:fill="auto"/>
          </w:tcPr>
          <w:p w:rsidR="00AB4770" w:rsidRPr="00D200D6" w:rsidRDefault="00920D7A" w:rsidP="00D200D6">
            <w:pPr>
              <w:spacing w:after="0" w:line="240" w:lineRule="auto"/>
            </w:pPr>
            <w:r w:rsidRPr="00D200D6">
              <w:rPr>
                <w:rFonts w:ascii="Times New Roman" w:eastAsia="Times New Roman" w:hAnsi="Times New Roman"/>
                <w:sz w:val="26"/>
              </w:rPr>
              <w:t>- HS quan sát bài trong SGK.</w:t>
            </w:r>
          </w:p>
        </w:tc>
      </w:tr>
      <w:tr w:rsidR="00D200D6" w:rsidRPr="00D200D6" w:rsidTr="00D200D6">
        <w:trPr>
          <w:jc w:val="center"/>
        </w:trPr>
        <w:tc>
          <w:tcPr>
            <w:tcW w:w="5040" w:type="dxa"/>
            <w:shd w:val="clear" w:color="auto" w:fill="auto"/>
          </w:tcPr>
          <w:p w:rsidR="00AB4770" w:rsidRPr="00D200D6" w:rsidRDefault="00920D7A" w:rsidP="00D200D6">
            <w:pPr>
              <w:spacing w:after="0" w:line="240" w:lineRule="auto"/>
            </w:pPr>
            <w:r w:rsidRPr="00D200D6">
              <w:rPr>
                <w:rFonts w:ascii="Times New Roman" w:eastAsia="Times New Roman" w:hAnsi="Times New Roman"/>
                <w:sz w:val="26"/>
              </w:rPr>
              <w:t xml:space="preserve">- GV cho HS đọc tình huống và yêu cầu Bài </w:t>
            </w:r>
            <w:r w:rsidRPr="00D200D6">
              <w:rPr>
                <w:rFonts w:ascii="Times New Roman" w:eastAsia="Times New Roman" w:hAnsi="Times New Roman"/>
                <w:sz w:val="26"/>
              </w:rPr>
              <w:lastRenderedPageBreak/>
              <w:t>1, Bài 2.</w:t>
            </w:r>
          </w:p>
        </w:tc>
        <w:tc>
          <w:tcPr>
            <w:tcW w:w="5040" w:type="dxa"/>
            <w:shd w:val="clear" w:color="auto" w:fill="auto"/>
          </w:tcPr>
          <w:p w:rsidR="00AB4770" w:rsidRPr="00D200D6" w:rsidRDefault="00920D7A" w:rsidP="00D200D6">
            <w:pPr>
              <w:spacing w:after="0" w:line="240" w:lineRule="auto"/>
            </w:pPr>
            <w:r w:rsidRPr="00D200D6">
              <w:rPr>
                <w:rFonts w:ascii="Times New Roman" w:eastAsia="Times New Roman" w:hAnsi="Times New Roman"/>
                <w:sz w:val="26"/>
              </w:rPr>
              <w:lastRenderedPageBreak/>
              <w:t xml:space="preserve">- HS đọc: Trại hè tổ chức từ ngày 24 tháng 6 </w:t>
            </w:r>
            <w:r w:rsidRPr="00D200D6">
              <w:rPr>
                <w:rFonts w:ascii="Times New Roman" w:eastAsia="Times New Roman" w:hAnsi="Times New Roman"/>
                <w:sz w:val="26"/>
              </w:rPr>
              <w:lastRenderedPageBreak/>
              <w:t>đến hết ngày 30 tháng 6; hạn đăng kí vào thứ Sáu đầu tiên của tháng 6.</w:t>
            </w:r>
          </w:p>
        </w:tc>
      </w:tr>
      <w:tr w:rsidR="00D200D6" w:rsidRPr="00D200D6" w:rsidTr="00D200D6">
        <w:trPr>
          <w:jc w:val="center"/>
        </w:trPr>
        <w:tc>
          <w:tcPr>
            <w:tcW w:w="5040" w:type="dxa"/>
            <w:shd w:val="clear" w:color="auto" w:fill="auto"/>
          </w:tcPr>
          <w:p w:rsidR="00AB4770" w:rsidRPr="00D200D6" w:rsidRDefault="00920D7A" w:rsidP="00D200D6">
            <w:pPr>
              <w:spacing w:after="0" w:line="240" w:lineRule="auto"/>
            </w:pPr>
            <w:r w:rsidRPr="00D200D6">
              <w:rPr>
                <w:rFonts w:ascii="Times New Roman" w:eastAsia="Times New Roman" w:hAnsi="Times New Roman"/>
                <w:sz w:val="26"/>
              </w:rPr>
              <w:lastRenderedPageBreak/>
              <w:t>- Tích hợp NLS - Công cụ Google Calendar: GV trình chiếu lịch tháng 6 trên Google Calendar, hướng dẫn HS xác định ngày 24 đến 30, thứ Sáu đầu tiên và thứ Hai tuần kế tiếp; GV nhấn mạnh công cụ số giúp xem lịch nhanh nhưng HS phải đối chiếu với lịch SGK.</w:t>
            </w:r>
          </w:p>
        </w:tc>
        <w:tc>
          <w:tcPr>
            <w:tcW w:w="5040" w:type="dxa"/>
            <w:shd w:val="clear" w:color="auto" w:fill="auto"/>
          </w:tcPr>
          <w:p w:rsidR="00AB4770" w:rsidRPr="00D200D6" w:rsidRDefault="00920D7A" w:rsidP="00D200D6">
            <w:pPr>
              <w:spacing w:after="0" w:line="240" w:lineRule="auto"/>
            </w:pPr>
            <w:r w:rsidRPr="00D200D6">
              <w:rPr>
                <w:rFonts w:ascii="Times New Roman" w:eastAsia="Times New Roman" w:hAnsi="Times New Roman"/>
                <w:sz w:val="26"/>
              </w:rPr>
              <w:t>- HS quan sát Google Calendar, đối chiếu lịch SGK và ghi đáp án.</w:t>
            </w:r>
          </w:p>
        </w:tc>
      </w:tr>
      <w:tr w:rsidR="00D200D6" w:rsidRPr="00D200D6" w:rsidTr="00D200D6">
        <w:trPr>
          <w:jc w:val="center"/>
        </w:trPr>
        <w:tc>
          <w:tcPr>
            <w:tcW w:w="5040" w:type="dxa"/>
            <w:shd w:val="clear" w:color="auto" w:fill="auto"/>
          </w:tcPr>
          <w:p w:rsidR="00AB4770" w:rsidRPr="00D200D6" w:rsidRDefault="00920D7A" w:rsidP="00D200D6">
            <w:pPr>
              <w:spacing w:after="0" w:line="240" w:lineRule="auto"/>
            </w:pPr>
            <w:r w:rsidRPr="00D200D6">
              <w:rPr>
                <w:rFonts w:ascii="Times New Roman" w:eastAsia="Times New Roman" w:hAnsi="Times New Roman"/>
                <w:sz w:val="26"/>
              </w:rPr>
              <w:t>- GV hỏi: Trại hè được tổ chức trong bao nhiêu ngày?</w:t>
            </w:r>
          </w:p>
        </w:tc>
        <w:tc>
          <w:tcPr>
            <w:tcW w:w="5040" w:type="dxa"/>
            <w:shd w:val="clear" w:color="auto" w:fill="auto"/>
          </w:tcPr>
          <w:p w:rsidR="00AB4770" w:rsidRPr="00D200D6" w:rsidRDefault="00920D7A" w:rsidP="00D200D6">
            <w:pPr>
              <w:spacing w:after="0" w:line="240" w:lineRule="auto"/>
            </w:pPr>
            <w:r w:rsidRPr="00D200D6">
              <w:rPr>
                <w:rFonts w:ascii="Times New Roman" w:eastAsia="Times New Roman" w:hAnsi="Times New Roman"/>
                <w:sz w:val="26"/>
              </w:rPr>
              <w:t>- HS trả lời: 7 ngày.</w:t>
            </w:r>
          </w:p>
        </w:tc>
      </w:tr>
      <w:tr w:rsidR="00D200D6" w:rsidRPr="00D200D6" w:rsidTr="00D200D6">
        <w:trPr>
          <w:jc w:val="center"/>
        </w:trPr>
        <w:tc>
          <w:tcPr>
            <w:tcW w:w="5040" w:type="dxa"/>
            <w:shd w:val="clear" w:color="auto" w:fill="auto"/>
          </w:tcPr>
          <w:p w:rsidR="00AB4770" w:rsidRPr="00D200D6" w:rsidRDefault="00920D7A" w:rsidP="00D200D6">
            <w:pPr>
              <w:spacing w:after="0" w:line="240" w:lineRule="auto"/>
            </w:pPr>
            <w:r w:rsidRPr="00D200D6">
              <w:rPr>
                <w:rFonts w:ascii="Times New Roman" w:eastAsia="Times New Roman" w:hAnsi="Times New Roman"/>
                <w:sz w:val="26"/>
              </w:rPr>
              <w:t>- GV hỏi: Thứ Sáu đầu tiên của tháng 6 là ngày nào?</w:t>
            </w:r>
          </w:p>
        </w:tc>
        <w:tc>
          <w:tcPr>
            <w:tcW w:w="5040" w:type="dxa"/>
            <w:shd w:val="clear" w:color="auto" w:fill="auto"/>
          </w:tcPr>
          <w:p w:rsidR="00AB4770" w:rsidRPr="00D200D6" w:rsidRDefault="00920D7A" w:rsidP="00D200D6">
            <w:pPr>
              <w:spacing w:after="0" w:line="240" w:lineRule="auto"/>
            </w:pPr>
            <w:r w:rsidRPr="00D200D6">
              <w:rPr>
                <w:rFonts w:ascii="Times New Roman" w:eastAsia="Times New Roman" w:hAnsi="Times New Roman"/>
                <w:sz w:val="26"/>
              </w:rPr>
              <w:t>- HS trả lời: Ngày 7 tháng 6.</w:t>
            </w:r>
          </w:p>
        </w:tc>
      </w:tr>
      <w:tr w:rsidR="00D200D6" w:rsidRPr="00D200D6" w:rsidTr="00D200D6">
        <w:trPr>
          <w:jc w:val="center"/>
        </w:trPr>
        <w:tc>
          <w:tcPr>
            <w:tcW w:w="5040" w:type="dxa"/>
            <w:shd w:val="clear" w:color="auto" w:fill="auto"/>
          </w:tcPr>
          <w:p w:rsidR="00AB4770" w:rsidRPr="00D200D6" w:rsidRDefault="00920D7A" w:rsidP="00D200D6">
            <w:pPr>
              <w:spacing w:after="0" w:line="240" w:lineRule="auto"/>
            </w:pPr>
            <w:r w:rsidRPr="00D200D6">
              <w:rPr>
                <w:rFonts w:ascii="Times New Roman" w:eastAsia="Times New Roman" w:hAnsi="Times New Roman"/>
                <w:sz w:val="26"/>
              </w:rPr>
              <w:t>- GV hỏi: Thứ Hai tuần kế tiếp sau ngày 7 tháng 6 là ngày nào?</w:t>
            </w:r>
          </w:p>
        </w:tc>
        <w:tc>
          <w:tcPr>
            <w:tcW w:w="5040" w:type="dxa"/>
            <w:shd w:val="clear" w:color="auto" w:fill="auto"/>
          </w:tcPr>
          <w:p w:rsidR="00AB4770" w:rsidRPr="00D200D6" w:rsidRDefault="00920D7A" w:rsidP="00D200D6">
            <w:pPr>
              <w:spacing w:after="0" w:line="240" w:lineRule="auto"/>
            </w:pPr>
            <w:r w:rsidRPr="00D200D6">
              <w:rPr>
                <w:rFonts w:ascii="Times New Roman" w:eastAsia="Times New Roman" w:hAnsi="Times New Roman"/>
                <w:sz w:val="26"/>
              </w:rPr>
              <w:t>- HS trả lời: Ngày 10 tháng 6.</w:t>
            </w:r>
          </w:p>
        </w:tc>
      </w:tr>
      <w:tr w:rsidR="00D200D6" w:rsidRPr="00D200D6" w:rsidTr="00D200D6">
        <w:trPr>
          <w:jc w:val="center"/>
        </w:trPr>
        <w:tc>
          <w:tcPr>
            <w:tcW w:w="5040" w:type="dxa"/>
            <w:shd w:val="clear" w:color="auto" w:fill="auto"/>
          </w:tcPr>
          <w:p w:rsidR="00AB4770" w:rsidRPr="00D200D6" w:rsidRDefault="00920D7A" w:rsidP="00D200D6">
            <w:pPr>
              <w:spacing w:after="0" w:line="240" w:lineRule="auto"/>
            </w:pPr>
            <w:r w:rsidRPr="00D200D6">
              <w:rPr>
                <w:rFonts w:ascii="Times New Roman" w:eastAsia="Times New Roman" w:hAnsi="Times New Roman"/>
                <w:sz w:val="26"/>
              </w:rPr>
              <w:t>- GV cho HS trình bày kết quả.</w:t>
            </w:r>
          </w:p>
        </w:tc>
        <w:tc>
          <w:tcPr>
            <w:tcW w:w="5040" w:type="dxa"/>
            <w:shd w:val="clear" w:color="auto" w:fill="auto"/>
          </w:tcPr>
          <w:p w:rsidR="00AB4770" w:rsidRPr="00D200D6" w:rsidRDefault="00920D7A" w:rsidP="00D200D6">
            <w:pPr>
              <w:spacing w:after="0" w:line="240" w:lineRule="auto"/>
            </w:pPr>
            <w:r w:rsidRPr="00D200D6">
              <w:rPr>
                <w:rFonts w:ascii="Times New Roman" w:eastAsia="Times New Roman" w:hAnsi="Times New Roman"/>
                <w:sz w:val="26"/>
              </w:rPr>
              <w:t>- HS trình bày: Bài 1: 7 ngày; Bài 2a: ngày 7 tháng 6; Bài 2b: ngày 10 tháng 6.</w:t>
            </w:r>
          </w:p>
        </w:tc>
      </w:tr>
      <w:tr w:rsidR="00D200D6" w:rsidRPr="00D200D6" w:rsidTr="00D200D6">
        <w:trPr>
          <w:jc w:val="center"/>
        </w:trPr>
        <w:tc>
          <w:tcPr>
            <w:tcW w:w="5040" w:type="dxa"/>
            <w:shd w:val="clear" w:color="auto" w:fill="auto"/>
          </w:tcPr>
          <w:p w:rsidR="00AB4770" w:rsidRPr="00D200D6" w:rsidRDefault="00920D7A" w:rsidP="00D200D6">
            <w:pPr>
              <w:spacing w:after="0" w:line="240" w:lineRule="auto"/>
            </w:pPr>
            <w:r w:rsidRPr="00D200D6">
              <w:rPr>
                <w:rFonts w:ascii="Times New Roman" w:eastAsia="Times New Roman" w:hAnsi="Times New Roman"/>
                <w:sz w:val="26"/>
              </w:rPr>
              <w:t>- GV kết luận: Khi đếm số ngày của một hoạt động “đến hết ngày”, phải tính cả ngày đầu và ngày cuối.</w:t>
            </w:r>
          </w:p>
        </w:tc>
        <w:tc>
          <w:tcPr>
            <w:tcW w:w="5040" w:type="dxa"/>
            <w:shd w:val="clear" w:color="auto" w:fill="auto"/>
          </w:tcPr>
          <w:p w:rsidR="00AB4770" w:rsidRPr="00D200D6" w:rsidRDefault="00920D7A" w:rsidP="00D200D6">
            <w:pPr>
              <w:spacing w:after="0" w:line="240" w:lineRule="auto"/>
            </w:pPr>
            <w:r w:rsidRPr="00D200D6">
              <w:rPr>
                <w:rFonts w:ascii="Times New Roman" w:eastAsia="Times New Roman" w:hAnsi="Times New Roman"/>
                <w:sz w:val="26"/>
              </w:rPr>
              <w:t>- HS lắng nghe.</w:t>
            </w:r>
          </w:p>
        </w:tc>
      </w:tr>
      <w:tr w:rsidR="00D200D6" w:rsidRPr="00D200D6" w:rsidTr="00D200D6">
        <w:trPr>
          <w:jc w:val="center"/>
        </w:trPr>
        <w:tc>
          <w:tcPr>
            <w:tcW w:w="5040" w:type="dxa"/>
            <w:shd w:val="clear" w:color="auto" w:fill="auto"/>
          </w:tcPr>
          <w:p w:rsidR="00AB4770" w:rsidRPr="00D200D6" w:rsidRDefault="00920D7A" w:rsidP="00D200D6">
            <w:pPr>
              <w:spacing w:after="0" w:line="240" w:lineRule="auto"/>
            </w:pPr>
            <w:r w:rsidRPr="00D200D6">
              <w:rPr>
                <w:rFonts w:ascii="Times New Roman" w:eastAsia="Times New Roman" w:hAnsi="Times New Roman"/>
                <w:b/>
                <w:sz w:val="26"/>
              </w:rPr>
              <w:t>Bài 3a. Nam chuẩn bị đồ dùng. (Làm việc cá nhân)</w:t>
            </w:r>
          </w:p>
          <w:p w:rsidR="00AB4770" w:rsidRPr="00D200D6" w:rsidRDefault="00920D7A" w:rsidP="00D200D6">
            <w:pPr>
              <w:spacing w:after="0" w:line="240" w:lineRule="auto"/>
            </w:pPr>
            <w:r w:rsidRPr="00D200D6">
              <w:rPr>
                <w:rFonts w:ascii="Times New Roman" w:eastAsia="Times New Roman" w:hAnsi="Times New Roman"/>
                <w:sz w:val="26"/>
              </w:rPr>
              <w:t>- HS quan sát hình SGK.</w:t>
            </w:r>
          </w:p>
        </w:tc>
        <w:tc>
          <w:tcPr>
            <w:tcW w:w="5040" w:type="dxa"/>
            <w:shd w:val="clear" w:color="auto" w:fill="auto"/>
          </w:tcPr>
          <w:p w:rsidR="00AB4770" w:rsidRPr="00D200D6" w:rsidRDefault="00920D7A" w:rsidP="00D200D6">
            <w:pPr>
              <w:spacing w:after="0" w:line="240" w:lineRule="auto"/>
            </w:pPr>
            <w:r w:rsidRPr="00D200D6">
              <w:rPr>
                <w:rFonts w:ascii="Times New Roman" w:eastAsia="Times New Roman" w:hAnsi="Times New Roman"/>
                <w:sz w:val="26"/>
              </w:rPr>
              <w:t>- HS quan sát bài trong SGK.</w:t>
            </w:r>
          </w:p>
        </w:tc>
      </w:tr>
      <w:tr w:rsidR="00D200D6" w:rsidRPr="00D200D6" w:rsidTr="00D200D6">
        <w:trPr>
          <w:jc w:val="center"/>
        </w:trPr>
        <w:tc>
          <w:tcPr>
            <w:tcW w:w="5040" w:type="dxa"/>
            <w:shd w:val="clear" w:color="auto" w:fill="auto"/>
          </w:tcPr>
          <w:p w:rsidR="00AB4770" w:rsidRPr="00D200D6" w:rsidRDefault="00920D7A" w:rsidP="00D200D6">
            <w:pPr>
              <w:spacing w:after="0" w:line="240" w:lineRule="auto"/>
            </w:pPr>
            <w:r w:rsidRPr="00D200D6">
              <w:rPr>
                <w:rFonts w:ascii="Times New Roman" w:eastAsia="Times New Roman" w:hAnsi="Times New Roman"/>
                <w:sz w:val="26"/>
              </w:rPr>
              <w:t>- GV cho HS đọc yêu cầu Bài 3a.</w:t>
            </w:r>
          </w:p>
        </w:tc>
        <w:tc>
          <w:tcPr>
            <w:tcW w:w="5040" w:type="dxa"/>
            <w:shd w:val="clear" w:color="auto" w:fill="auto"/>
          </w:tcPr>
          <w:p w:rsidR="00AB4770" w:rsidRPr="00D200D6" w:rsidRDefault="00920D7A" w:rsidP="00D200D6">
            <w:pPr>
              <w:spacing w:after="0" w:line="240" w:lineRule="auto"/>
            </w:pPr>
            <w:r w:rsidRPr="00D200D6">
              <w:rPr>
                <w:rFonts w:ascii="Times New Roman" w:eastAsia="Times New Roman" w:hAnsi="Times New Roman"/>
                <w:sz w:val="26"/>
              </w:rPr>
              <w:t>- HS đọc: Nam chuẩn bị những đồ dùng cần thiết để tham dự trại hè; thời gian bắt đầu và kết thúc như sau.</w:t>
            </w:r>
          </w:p>
        </w:tc>
      </w:tr>
      <w:tr w:rsidR="00D200D6" w:rsidRPr="00D200D6" w:rsidTr="00D200D6">
        <w:trPr>
          <w:jc w:val="center"/>
        </w:trPr>
        <w:tc>
          <w:tcPr>
            <w:tcW w:w="5040" w:type="dxa"/>
            <w:shd w:val="clear" w:color="auto" w:fill="auto"/>
          </w:tcPr>
          <w:p w:rsidR="00AB4770" w:rsidRPr="00D200D6" w:rsidRDefault="00920D7A" w:rsidP="00D200D6">
            <w:pPr>
              <w:spacing w:after="0" w:line="240" w:lineRule="auto"/>
            </w:pPr>
            <w:r w:rsidRPr="00D200D6">
              <w:rPr>
                <w:rFonts w:ascii="Times New Roman" w:eastAsia="Times New Roman" w:hAnsi="Times New Roman"/>
                <w:sz w:val="26"/>
              </w:rPr>
              <w:t>- GV hỏi: Đồng hồ bắt đầu chỉ mấy giờ?</w:t>
            </w:r>
          </w:p>
        </w:tc>
        <w:tc>
          <w:tcPr>
            <w:tcW w:w="5040" w:type="dxa"/>
            <w:shd w:val="clear" w:color="auto" w:fill="auto"/>
          </w:tcPr>
          <w:p w:rsidR="00AB4770" w:rsidRPr="00D200D6" w:rsidRDefault="00920D7A" w:rsidP="00D200D6">
            <w:pPr>
              <w:spacing w:after="0" w:line="240" w:lineRule="auto"/>
            </w:pPr>
            <w:r w:rsidRPr="00D200D6">
              <w:rPr>
                <w:rFonts w:ascii="Times New Roman" w:eastAsia="Times New Roman" w:hAnsi="Times New Roman"/>
                <w:sz w:val="26"/>
              </w:rPr>
              <w:t>- HS trả lời: 9 giờ 05 phút.</w:t>
            </w:r>
          </w:p>
        </w:tc>
      </w:tr>
      <w:tr w:rsidR="00D200D6" w:rsidRPr="00D200D6" w:rsidTr="00D200D6">
        <w:trPr>
          <w:jc w:val="center"/>
        </w:trPr>
        <w:tc>
          <w:tcPr>
            <w:tcW w:w="5040" w:type="dxa"/>
            <w:shd w:val="clear" w:color="auto" w:fill="auto"/>
          </w:tcPr>
          <w:p w:rsidR="00AB4770" w:rsidRPr="00D200D6" w:rsidRDefault="00920D7A" w:rsidP="00D200D6">
            <w:pPr>
              <w:spacing w:after="0" w:line="240" w:lineRule="auto"/>
            </w:pPr>
            <w:r w:rsidRPr="00D200D6">
              <w:rPr>
                <w:rFonts w:ascii="Times New Roman" w:eastAsia="Times New Roman" w:hAnsi="Times New Roman"/>
                <w:sz w:val="26"/>
              </w:rPr>
              <w:t>- GV hỏi: Đồng hồ kết thúc chỉ mấy giờ?</w:t>
            </w:r>
          </w:p>
        </w:tc>
        <w:tc>
          <w:tcPr>
            <w:tcW w:w="5040" w:type="dxa"/>
            <w:shd w:val="clear" w:color="auto" w:fill="auto"/>
          </w:tcPr>
          <w:p w:rsidR="00AB4770" w:rsidRPr="00D200D6" w:rsidRDefault="00920D7A" w:rsidP="00D200D6">
            <w:pPr>
              <w:spacing w:after="0" w:line="240" w:lineRule="auto"/>
            </w:pPr>
            <w:r w:rsidRPr="00D200D6">
              <w:rPr>
                <w:rFonts w:ascii="Times New Roman" w:eastAsia="Times New Roman" w:hAnsi="Times New Roman"/>
                <w:sz w:val="26"/>
              </w:rPr>
              <w:t>- HS trả lời: 9 giờ 35 phút.</w:t>
            </w:r>
          </w:p>
        </w:tc>
      </w:tr>
      <w:tr w:rsidR="00D200D6" w:rsidRPr="00D200D6" w:rsidTr="00D200D6">
        <w:trPr>
          <w:jc w:val="center"/>
        </w:trPr>
        <w:tc>
          <w:tcPr>
            <w:tcW w:w="5040" w:type="dxa"/>
            <w:shd w:val="clear" w:color="auto" w:fill="auto"/>
          </w:tcPr>
          <w:p w:rsidR="00AB4770" w:rsidRPr="00D200D6" w:rsidRDefault="00920D7A" w:rsidP="00D200D6">
            <w:pPr>
              <w:spacing w:after="0" w:line="240" w:lineRule="auto"/>
            </w:pPr>
            <w:r w:rsidRPr="00D200D6">
              <w:rPr>
                <w:rFonts w:ascii="Times New Roman" w:eastAsia="Times New Roman" w:hAnsi="Times New Roman"/>
                <w:sz w:val="26"/>
              </w:rPr>
              <w:t>- GV hỏi: Nam đã chuẩn bị đồ dùng trong bao lâu?</w:t>
            </w:r>
          </w:p>
        </w:tc>
        <w:tc>
          <w:tcPr>
            <w:tcW w:w="5040" w:type="dxa"/>
            <w:shd w:val="clear" w:color="auto" w:fill="auto"/>
          </w:tcPr>
          <w:p w:rsidR="00AB4770" w:rsidRPr="00D200D6" w:rsidRDefault="00920D7A" w:rsidP="00D200D6">
            <w:pPr>
              <w:spacing w:after="0" w:line="240" w:lineRule="auto"/>
            </w:pPr>
            <w:r w:rsidRPr="00D200D6">
              <w:rPr>
                <w:rFonts w:ascii="Times New Roman" w:eastAsia="Times New Roman" w:hAnsi="Times New Roman"/>
                <w:sz w:val="26"/>
              </w:rPr>
              <w:t>- HS trả lời: 30 phút.</w:t>
            </w:r>
          </w:p>
        </w:tc>
      </w:tr>
      <w:tr w:rsidR="00D200D6" w:rsidRPr="00D200D6" w:rsidTr="00D200D6">
        <w:trPr>
          <w:jc w:val="center"/>
        </w:trPr>
        <w:tc>
          <w:tcPr>
            <w:tcW w:w="5040" w:type="dxa"/>
            <w:shd w:val="clear" w:color="auto" w:fill="auto"/>
          </w:tcPr>
          <w:p w:rsidR="00AB4770" w:rsidRPr="00D200D6" w:rsidRDefault="00920D7A" w:rsidP="00D200D6">
            <w:pPr>
              <w:spacing w:after="0" w:line="240" w:lineRule="auto"/>
            </w:pPr>
            <w:r w:rsidRPr="00D200D6">
              <w:rPr>
                <w:rFonts w:ascii="Times New Roman" w:eastAsia="Times New Roman" w:hAnsi="Times New Roman"/>
                <w:sz w:val="26"/>
              </w:rPr>
              <w:t>- GV cho HS trình bày cách tính.</w:t>
            </w:r>
          </w:p>
        </w:tc>
        <w:tc>
          <w:tcPr>
            <w:tcW w:w="5040" w:type="dxa"/>
            <w:shd w:val="clear" w:color="auto" w:fill="auto"/>
          </w:tcPr>
          <w:p w:rsidR="00AB4770" w:rsidRPr="00D200D6" w:rsidRDefault="00920D7A" w:rsidP="00D200D6">
            <w:pPr>
              <w:spacing w:after="0" w:line="240" w:lineRule="auto"/>
            </w:pPr>
            <w:r w:rsidRPr="00D200D6">
              <w:rPr>
                <w:rFonts w:ascii="Times New Roman" w:eastAsia="Times New Roman" w:hAnsi="Times New Roman"/>
                <w:sz w:val="26"/>
              </w:rPr>
              <w:t>- HS trình bày: Từ 9 giờ 05 phút đến 9 giờ 35 phút là 30 phút.</w:t>
            </w:r>
          </w:p>
        </w:tc>
      </w:tr>
      <w:tr w:rsidR="00D200D6" w:rsidRPr="00D200D6" w:rsidTr="00D200D6">
        <w:trPr>
          <w:jc w:val="center"/>
        </w:trPr>
        <w:tc>
          <w:tcPr>
            <w:tcW w:w="5040" w:type="dxa"/>
            <w:shd w:val="clear" w:color="auto" w:fill="auto"/>
          </w:tcPr>
          <w:p w:rsidR="00AB4770" w:rsidRPr="00D200D6" w:rsidRDefault="00920D7A" w:rsidP="00D200D6">
            <w:pPr>
              <w:spacing w:after="0" w:line="240" w:lineRule="auto"/>
            </w:pPr>
            <w:r w:rsidRPr="00D200D6">
              <w:rPr>
                <w:rFonts w:ascii="Times New Roman" w:eastAsia="Times New Roman" w:hAnsi="Times New Roman"/>
                <w:sz w:val="26"/>
              </w:rPr>
              <w:t>- GV nhắc HS có thể đếm thêm 5 phút, 10 phút trên mặt đồng hồ.</w:t>
            </w:r>
          </w:p>
        </w:tc>
        <w:tc>
          <w:tcPr>
            <w:tcW w:w="5040" w:type="dxa"/>
            <w:shd w:val="clear" w:color="auto" w:fill="auto"/>
          </w:tcPr>
          <w:p w:rsidR="00AB4770" w:rsidRPr="00D200D6" w:rsidRDefault="00920D7A" w:rsidP="00D200D6">
            <w:pPr>
              <w:spacing w:after="0" w:line="240" w:lineRule="auto"/>
            </w:pPr>
            <w:r w:rsidRPr="00D200D6">
              <w:rPr>
                <w:rFonts w:ascii="Times New Roman" w:eastAsia="Times New Roman" w:hAnsi="Times New Roman"/>
                <w:sz w:val="26"/>
              </w:rPr>
              <w:t>- HS lắng nghe và thực hành đếm phút.</w:t>
            </w:r>
          </w:p>
        </w:tc>
      </w:tr>
      <w:tr w:rsidR="00D200D6" w:rsidRPr="00D200D6" w:rsidTr="00D200D6">
        <w:trPr>
          <w:jc w:val="center"/>
        </w:trPr>
        <w:tc>
          <w:tcPr>
            <w:tcW w:w="5040" w:type="dxa"/>
            <w:shd w:val="clear" w:color="auto" w:fill="auto"/>
          </w:tcPr>
          <w:p w:rsidR="00AB4770" w:rsidRPr="00D200D6" w:rsidRDefault="00920D7A" w:rsidP="00D200D6">
            <w:pPr>
              <w:spacing w:after="0" w:line="240" w:lineRule="auto"/>
            </w:pPr>
            <w:r w:rsidRPr="00D200D6">
              <w:rPr>
                <w:rFonts w:ascii="Times New Roman" w:eastAsia="Times New Roman" w:hAnsi="Times New Roman"/>
                <w:sz w:val="26"/>
              </w:rPr>
              <w:t>- GV kết luận: Tính khoảng thời gian bằng cách lấy thời điểm kết thúc trừ thời điểm bắt đầu.</w:t>
            </w:r>
          </w:p>
        </w:tc>
        <w:tc>
          <w:tcPr>
            <w:tcW w:w="5040" w:type="dxa"/>
            <w:shd w:val="clear" w:color="auto" w:fill="auto"/>
          </w:tcPr>
          <w:p w:rsidR="00AB4770" w:rsidRPr="00D200D6" w:rsidRDefault="00920D7A" w:rsidP="00D200D6">
            <w:pPr>
              <w:spacing w:after="0" w:line="240" w:lineRule="auto"/>
            </w:pPr>
            <w:r w:rsidRPr="00D200D6">
              <w:rPr>
                <w:rFonts w:ascii="Times New Roman" w:eastAsia="Times New Roman" w:hAnsi="Times New Roman"/>
                <w:sz w:val="26"/>
              </w:rPr>
              <w:t>- HS ghi nhớ.</w:t>
            </w:r>
          </w:p>
        </w:tc>
      </w:tr>
      <w:tr w:rsidR="00D200D6" w:rsidRPr="00D200D6" w:rsidTr="00D200D6">
        <w:trPr>
          <w:jc w:val="center"/>
        </w:trPr>
        <w:tc>
          <w:tcPr>
            <w:tcW w:w="5040" w:type="dxa"/>
            <w:shd w:val="clear" w:color="auto" w:fill="auto"/>
          </w:tcPr>
          <w:p w:rsidR="00AB4770" w:rsidRPr="00D200D6" w:rsidRDefault="00920D7A" w:rsidP="00D200D6">
            <w:pPr>
              <w:spacing w:after="0" w:line="240" w:lineRule="auto"/>
            </w:pPr>
            <w:r w:rsidRPr="00D200D6">
              <w:rPr>
                <w:rFonts w:ascii="Times New Roman" w:eastAsia="Times New Roman" w:hAnsi="Times New Roman"/>
                <w:b/>
                <w:sz w:val="26"/>
              </w:rPr>
              <w:t>Bài 3b. Nam nướng bánh quy. (Làm việc cá nhân)</w:t>
            </w:r>
          </w:p>
          <w:p w:rsidR="00AB4770" w:rsidRPr="00D200D6" w:rsidRDefault="00920D7A" w:rsidP="00D200D6">
            <w:pPr>
              <w:spacing w:after="0" w:line="240" w:lineRule="auto"/>
            </w:pPr>
            <w:r w:rsidRPr="00D200D6">
              <w:rPr>
                <w:rFonts w:ascii="Times New Roman" w:eastAsia="Times New Roman" w:hAnsi="Times New Roman"/>
                <w:sz w:val="26"/>
              </w:rPr>
              <w:t>- HS quan sát hình SGK.</w:t>
            </w:r>
          </w:p>
        </w:tc>
        <w:tc>
          <w:tcPr>
            <w:tcW w:w="5040" w:type="dxa"/>
            <w:shd w:val="clear" w:color="auto" w:fill="auto"/>
          </w:tcPr>
          <w:p w:rsidR="00AB4770" w:rsidRPr="00D200D6" w:rsidRDefault="00920D7A" w:rsidP="00D200D6">
            <w:pPr>
              <w:spacing w:after="0" w:line="240" w:lineRule="auto"/>
            </w:pPr>
            <w:r w:rsidRPr="00D200D6">
              <w:rPr>
                <w:rFonts w:ascii="Times New Roman" w:eastAsia="Times New Roman" w:hAnsi="Times New Roman"/>
                <w:sz w:val="26"/>
              </w:rPr>
              <w:t>- HS quan sát bài trong SGK.</w:t>
            </w:r>
          </w:p>
        </w:tc>
      </w:tr>
      <w:tr w:rsidR="00D200D6" w:rsidRPr="00D200D6" w:rsidTr="00D200D6">
        <w:trPr>
          <w:jc w:val="center"/>
        </w:trPr>
        <w:tc>
          <w:tcPr>
            <w:tcW w:w="5040" w:type="dxa"/>
            <w:shd w:val="clear" w:color="auto" w:fill="auto"/>
          </w:tcPr>
          <w:p w:rsidR="00AB4770" w:rsidRPr="00D200D6" w:rsidRDefault="00920D7A" w:rsidP="00D200D6">
            <w:pPr>
              <w:spacing w:after="0" w:line="240" w:lineRule="auto"/>
            </w:pPr>
            <w:r w:rsidRPr="00D200D6">
              <w:rPr>
                <w:rFonts w:ascii="Times New Roman" w:eastAsia="Times New Roman" w:hAnsi="Times New Roman"/>
                <w:sz w:val="26"/>
              </w:rPr>
              <w:t>- GV cho HS đọc yêu cầu Bài 3b.</w:t>
            </w:r>
          </w:p>
        </w:tc>
        <w:tc>
          <w:tcPr>
            <w:tcW w:w="5040" w:type="dxa"/>
            <w:shd w:val="clear" w:color="auto" w:fill="auto"/>
          </w:tcPr>
          <w:p w:rsidR="00AB4770" w:rsidRPr="00D200D6" w:rsidRDefault="00920D7A" w:rsidP="00D200D6">
            <w:pPr>
              <w:spacing w:after="0" w:line="240" w:lineRule="auto"/>
            </w:pPr>
            <w:r w:rsidRPr="00D200D6">
              <w:rPr>
                <w:rFonts w:ascii="Times New Roman" w:eastAsia="Times New Roman" w:hAnsi="Times New Roman"/>
                <w:sz w:val="26"/>
              </w:rPr>
              <w:t>- HS đọc: Buổi chiều, Nam nướng bánh quy để tặng các bạn.</w:t>
            </w:r>
          </w:p>
        </w:tc>
      </w:tr>
      <w:tr w:rsidR="00D200D6" w:rsidRPr="00D200D6" w:rsidTr="00D200D6">
        <w:trPr>
          <w:jc w:val="center"/>
        </w:trPr>
        <w:tc>
          <w:tcPr>
            <w:tcW w:w="5040" w:type="dxa"/>
            <w:shd w:val="clear" w:color="auto" w:fill="auto"/>
          </w:tcPr>
          <w:p w:rsidR="00AB4770" w:rsidRPr="00D200D6" w:rsidRDefault="00920D7A" w:rsidP="00D200D6">
            <w:pPr>
              <w:spacing w:after="0" w:line="240" w:lineRule="auto"/>
            </w:pPr>
            <w:r w:rsidRPr="00D200D6">
              <w:rPr>
                <w:rFonts w:ascii="Times New Roman" w:eastAsia="Times New Roman" w:hAnsi="Times New Roman"/>
                <w:sz w:val="26"/>
              </w:rPr>
              <w:t>- GV hỏi: Đồng hồ bắt đầu chỉ mấy giờ?</w:t>
            </w:r>
          </w:p>
        </w:tc>
        <w:tc>
          <w:tcPr>
            <w:tcW w:w="5040" w:type="dxa"/>
            <w:shd w:val="clear" w:color="auto" w:fill="auto"/>
          </w:tcPr>
          <w:p w:rsidR="00AB4770" w:rsidRPr="00D200D6" w:rsidRDefault="00920D7A" w:rsidP="00D200D6">
            <w:pPr>
              <w:spacing w:after="0" w:line="240" w:lineRule="auto"/>
            </w:pPr>
            <w:r w:rsidRPr="00D200D6">
              <w:rPr>
                <w:rFonts w:ascii="Times New Roman" w:eastAsia="Times New Roman" w:hAnsi="Times New Roman"/>
                <w:sz w:val="26"/>
              </w:rPr>
              <w:t>- HS trả lời: 4 giờ chiều.</w:t>
            </w:r>
          </w:p>
        </w:tc>
      </w:tr>
      <w:tr w:rsidR="00D200D6" w:rsidRPr="00D200D6" w:rsidTr="00D200D6">
        <w:trPr>
          <w:jc w:val="center"/>
        </w:trPr>
        <w:tc>
          <w:tcPr>
            <w:tcW w:w="5040" w:type="dxa"/>
            <w:shd w:val="clear" w:color="auto" w:fill="auto"/>
          </w:tcPr>
          <w:p w:rsidR="00AB4770" w:rsidRPr="00D200D6" w:rsidRDefault="00920D7A" w:rsidP="00D200D6">
            <w:pPr>
              <w:spacing w:after="0" w:line="240" w:lineRule="auto"/>
            </w:pPr>
            <w:r w:rsidRPr="00D200D6">
              <w:rPr>
                <w:rFonts w:ascii="Times New Roman" w:eastAsia="Times New Roman" w:hAnsi="Times New Roman"/>
                <w:sz w:val="26"/>
              </w:rPr>
              <w:t>- GV hỏi: Đồng hồ kết thúc chỉ mấy giờ?</w:t>
            </w:r>
          </w:p>
        </w:tc>
        <w:tc>
          <w:tcPr>
            <w:tcW w:w="5040" w:type="dxa"/>
            <w:shd w:val="clear" w:color="auto" w:fill="auto"/>
          </w:tcPr>
          <w:p w:rsidR="00AB4770" w:rsidRPr="00D200D6" w:rsidRDefault="00920D7A" w:rsidP="00D200D6">
            <w:pPr>
              <w:spacing w:after="0" w:line="240" w:lineRule="auto"/>
            </w:pPr>
            <w:r w:rsidRPr="00D200D6">
              <w:rPr>
                <w:rFonts w:ascii="Times New Roman" w:eastAsia="Times New Roman" w:hAnsi="Times New Roman"/>
                <w:sz w:val="26"/>
              </w:rPr>
              <w:t>- HS trả lời: 4 giờ 55 phút chiều.</w:t>
            </w:r>
          </w:p>
        </w:tc>
      </w:tr>
      <w:tr w:rsidR="00D200D6" w:rsidRPr="00D200D6" w:rsidTr="00D200D6">
        <w:trPr>
          <w:jc w:val="center"/>
        </w:trPr>
        <w:tc>
          <w:tcPr>
            <w:tcW w:w="5040" w:type="dxa"/>
            <w:shd w:val="clear" w:color="auto" w:fill="auto"/>
          </w:tcPr>
          <w:p w:rsidR="00AB4770" w:rsidRPr="00D200D6" w:rsidRDefault="00920D7A" w:rsidP="00D200D6">
            <w:pPr>
              <w:spacing w:after="0" w:line="240" w:lineRule="auto"/>
            </w:pPr>
            <w:r w:rsidRPr="00D200D6">
              <w:rPr>
                <w:rFonts w:ascii="Times New Roman" w:eastAsia="Times New Roman" w:hAnsi="Times New Roman"/>
                <w:sz w:val="26"/>
              </w:rPr>
              <w:t>- GV hỏi: Nam đã nướng bánh trong bao lâu?</w:t>
            </w:r>
          </w:p>
        </w:tc>
        <w:tc>
          <w:tcPr>
            <w:tcW w:w="5040" w:type="dxa"/>
            <w:shd w:val="clear" w:color="auto" w:fill="auto"/>
          </w:tcPr>
          <w:p w:rsidR="00AB4770" w:rsidRPr="00D200D6" w:rsidRDefault="00920D7A" w:rsidP="00D200D6">
            <w:pPr>
              <w:spacing w:after="0" w:line="240" w:lineRule="auto"/>
            </w:pPr>
            <w:r w:rsidRPr="00D200D6">
              <w:rPr>
                <w:rFonts w:ascii="Times New Roman" w:eastAsia="Times New Roman" w:hAnsi="Times New Roman"/>
                <w:sz w:val="26"/>
              </w:rPr>
              <w:t>- HS trả lời: 55 phút.</w:t>
            </w:r>
          </w:p>
        </w:tc>
      </w:tr>
      <w:tr w:rsidR="00D200D6" w:rsidRPr="00D200D6" w:rsidTr="00D200D6">
        <w:trPr>
          <w:jc w:val="center"/>
        </w:trPr>
        <w:tc>
          <w:tcPr>
            <w:tcW w:w="5040" w:type="dxa"/>
            <w:shd w:val="clear" w:color="auto" w:fill="auto"/>
          </w:tcPr>
          <w:p w:rsidR="00AB4770" w:rsidRPr="00D200D6" w:rsidRDefault="00920D7A" w:rsidP="00D200D6">
            <w:pPr>
              <w:spacing w:after="0" w:line="240" w:lineRule="auto"/>
            </w:pPr>
            <w:r w:rsidRPr="00D200D6">
              <w:rPr>
                <w:rFonts w:ascii="Times New Roman" w:eastAsia="Times New Roman" w:hAnsi="Times New Roman"/>
                <w:sz w:val="26"/>
              </w:rPr>
              <w:t>- GV cho HS trình bày cách tính.</w:t>
            </w:r>
          </w:p>
        </w:tc>
        <w:tc>
          <w:tcPr>
            <w:tcW w:w="5040" w:type="dxa"/>
            <w:shd w:val="clear" w:color="auto" w:fill="auto"/>
          </w:tcPr>
          <w:p w:rsidR="00AB4770" w:rsidRPr="00D200D6" w:rsidRDefault="00920D7A" w:rsidP="00D200D6">
            <w:pPr>
              <w:spacing w:after="0" w:line="240" w:lineRule="auto"/>
            </w:pPr>
            <w:r w:rsidRPr="00D200D6">
              <w:rPr>
                <w:rFonts w:ascii="Times New Roman" w:eastAsia="Times New Roman" w:hAnsi="Times New Roman"/>
                <w:sz w:val="26"/>
              </w:rPr>
              <w:t>- HS trình bày: Từ 4 giờ đến 4 giờ 55 phút là 55 phút.</w:t>
            </w:r>
          </w:p>
        </w:tc>
      </w:tr>
      <w:tr w:rsidR="00D200D6" w:rsidRPr="00D200D6" w:rsidTr="00D200D6">
        <w:trPr>
          <w:jc w:val="center"/>
        </w:trPr>
        <w:tc>
          <w:tcPr>
            <w:tcW w:w="5040" w:type="dxa"/>
            <w:shd w:val="clear" w:color="auto" w:fill="auto"/>
          </w:tcPr>
          <w:p w:rsidR="00AB4770" w:rsidRPr="00D200D6" w:rsidRDefault="00920D7A" w:rsidP="00D200D6">
            <w:pPr>
              <w:spacing w:after="0" w:line="240" w:lineRule="auto"/>
            </w:pPr>
            <w:r w:rsidRPr="00D200D6">
              <w:rPr>
                <w:rFonts w:ascii="Times New Roman" w:eastAsia="Times New Roman" w:hAnsi="Times New Roman"/>
                <w:sz w:val="26"/>
              </w:rPr>
              <w:lastRenderedPageBreak/>
              <w:t>- GV cho HS kiểm tra bằng cách đếm vạch phút.</w:t>
            </w:r>
          </w:p>
        </w:tc>
        <w:tc>
          <w:tcPr>
            <w:tcW w:w="5040" w:type="dxa"/>
            <w:shd w:val="clear" w:color="auto" w:fill="auto"/>
          </w:tcPr>
          <w:p w:rsidR="00AB4770" w:rsidRPr="00D200D6" w:rsidRDefault="00920D7A" w:rsidP="00D200D6">
            <w:pPr>
              <w:spacing w:after="0" w:line="240" w:lineRule="auto"/>
            </w:pPr>
            <w:r w:rsidRPr="00D200D6">
              <w:rPr>
                <w:rFonts w:ascii="Times New Roman" w:eastAsia="Times New Roman" w:hAnsi="Times New Roman"/>
                <w:sz w:val="26"/>
              </w:rPr>
              <w:t>- HS đếm từ 12 đến 11 là 55 phút.</w:t>
            </w:r>
          </w:p>
        </w:tc>
      </w:tr>
      <w:tr w:rsidR="00D200D6" w:rsidRPr="00D200D6" w:rsidTr="00D200D6">
        <w:trPr>
          <w:jc w:val="center"/>
        </w:trPr>
        <w:tc>
          <w:tcPr>
            <w:tcW w:w="5040" w:type="dxa"/>
            <w:shd w:val="clear" w:color="auto" w:fill="auto"/>
          </w:tcPr>
          <w:p w:rsidR="00AB4770" w:rsidRPr="00D200D6" w:rsidRDefault="00920D7A" w:rsidP="00D200D6">
            <w:pPr>
              <w:spacing w:after="0" w:line="240" w:lineRule="auto"/>
            </w:pPr>
            <w:r w:rsidRPr="00D200D6">
              <w:rPr>
                <w:rFonts w:ascii="Times New Roman" w:eastAsia="Times New Roman" w:hAnsi="Times New Roman"/>
                <w:sz w:val="26"/>
              </w:rPr>
              <w:t>- GV kết luận: Đọc đúng kim phút giúp tính chính xác thời gian thực hiện công việc.</w:t>
            </w:r>
          </w:p>
        </w:tc>
        <w:tc>
          <w:tcPr>
            <w:tcW w:w="5040" w:type="dxa"/>
            <w:shd w:val="clear" w:color="auto" w:fill="auto"/>
          </w:tcPr>
          <w:p w:rsidR="00AB4770" w:rsidRPr="00D200D6" w:rsidRDefault="00920D7A" w:rsidP="00D200D6">
            <w:pPr>
              <w:spacing w:after="0" w:line="240" w:lineRule="auto"/>
            </w:pPr>
            <w:r w:rsidRPr="00D200D6">
              <w:rPr>
                <w:rFonts w:ascii="Times New Roman" w:eastAsia="Times New Roman" w:hAnsi="Times New Roman"/>
                <w:sz w:val="26"/>
              </w:rPr>
              <w:t>- HS lắng nghe.</w:t>
            </w:r>
          </w:p>
        </w:tc>
      </w:tr>
      <w:tr w:rsidR="00D200D6" w:rsidRPr="00D200D6" w:rsidTr="00D200D6">
        <w:trPr>
          <w:jc w:val="center"/>
        </w:trPr>
        <w:tc>
          <w:tcPr>
            <w:tcW w:w="5040" w:type="dxa"/>
            <w:shd w:val="clear" w:color="auto" w:fill="auto"/>
          </w:tcPr>
          <w:p w:rsidR="00AB4770" w:rsidRPr="00D200D6" w:rsidRDefault="00920D7A" w:rsidP="00D200D6">
            <w:pPr>
              <w:spacing w:after="0" w:line="240" w:lineRule="auto"/>
            </w:pPr>
            <w:r w:rsidRPr="00D200D6">
              <w:rPr>
                <w:rFonts w:ascii="Times New Roman" w:eastAsia="Times New Roman" w:hAnsi="Times New Roman"/>
                <w:b/>
                <w:sz w:val="26"/>
              </w:rPr>
              <w:t>Bài 4. Chọn hai hoạt động không trùng thời gian. (Làm việc nhóm 2)</w:t>
            </w:r>
          </w:p>
          <w:p w:rsidR="00AB4770" w:rsidRPr="00D200D6" w:rsidRDefault="00920D7A" w:rsidP="00D200D6">
            <w:pPr>
              <w:spacing w:after="0" w:line="240" w:lineRule="auto"/>
            </w:pPr>
            <w:r w:rsidRPr="00D200D6">
              <w:rPr>
                <w:rFonts w:ascii="Times New Roman" w:eastAsia="Times New Roman" w:hAnsi="Times New Roman"/>
                <w:sz w:val="26"/>
              </w:rPr>
              <w:t>- HS quan sát hình SGK.</w:t>
            </w:r>
          </w:p>
        </w:tc>
        <w:tc>
          <w:tcPr>
            <w:tcW w:w="5040" w:type="dxa"/>
            <w:shd w:val="clear" w:color="auto" w:fill="auto"/>
          </w:tcPr>
          <w:p w:rsidR="00AB4770" w:rsidRPr="00D200D6" w:rsidRDefault="00920D7A" w:rsidP="00D200D6">
            <w:pPr>
              <w:spacing w:after="0" w:line="240" w:lineRule="auto"/>
            </w:pPr>
            <w:r w:rsidRPr="00D200D6">
              <w:rPr>
                <w:rFonts w:ascii="Times New Roman" w:eastAsia="Times New Roman" w:hAnsi="Times New Roman"/>
                <w:sz w:val="26"/>
              </w:rPr>
              <w:t>- HS quan sát bài trong SGK.</w:t>
            </w:r>
          </w:p>
        </w:tc>
      </w:tr>
      <w:tr w:rsidR="00D200D6" w:rsidRPr="00D200D6" w:rsidTr="00D200D6">
        <w:trPr>
          <w:jc w:val="center"/>
        </w:trPr>
        <w:tc>
          <w:tcPr>
            <w:tcW w:w="5040" w:type="dxa"/>
            <w:shd w:val="clear" w:color="auto" w:fill="auto"/>
          </w:tcPr>
          <w:p w:rsidR="00AB4770" w:rsidRPr="00D200D6" w:rsidRDefault="00920D7A" w:rsidP="00D200D6">
            <w:pPr>
              <w:spacing w:after="0" w:line="240" w:lineRule="auto"/>
            </w:pPr>
            <w:r w:rsidRPr="00D200D6">
              <w:rPr>
                <w:rFonts w:ascii="Times New Roman" w:eastAsia="Times New Roman" w:hAnsi="Times New Roman"/>
                <w:sz w:val="26"/>
              </w:rPr>
              <w:t>- GV cho HS đọc yêu cầu Bài 4.</w:t>
            </w:r>
          </w:p>
        </w:tc>
        <w:tc>
          <w:tcPr>
            <w:tcW w:w="5040" w:type="dxa"/>
            <w:shd w:val="clear" w:color="auto" w:fill="auto"/>
          </w:tcPr>
          <w:p w:rsidR="00AB4770" w:rsidRPr="00D200D6" w:rsidRDefault="00920D7A" w:rsidP="00D200D6">
            <w:pPr>
              <w:spacing w:after="0" w:line="240" w:lineRule="auto"/>
            </w:pPr>
            <w:r w:rsidRPr="00D200D6">
              <w:rPr>
                <w:rFonts w:ascii="Times New Roman" w:eastAsia="Times New Roman" w:hAnsi="Times New Roman"/>
                <w:sz w:val="26"/>
              </w:rPr>
              <w:t>- HS đọc: Chọn tham gia hai hoạt động không trùng thời gian.</w:t>
            </w:r>
          </w:p>
        </w:tc>
      </w:tr>
      <w:tr w:rsidR="00D200D6" w:rsidRPr="00D200D6" w:rsidTr="00D200D6">
        <w:trPr>
          <w:jc w:val="center"/>
        </w:trPr>
        <w:tc>
          <w:tcPr>
            <w:tcW w:w="5040" w:type="dxa"/>
            <w:shd w:val="clear" w:color="auto" w:fill="auto"/>
          </w:tcPr>
          <w:p w:rsidR="00AB4770" w:rsidRPr="00D200D6" w:rsidRDefault="00920D7A" w:rsidP="00D200D6">
            <w:pPr>
              <w:spacing w:after="0" w:line="240" w:lineRule="auto"/>
            </w:pPr>
            <w:r w:rsidRPr="00D200D6">
              <w:rPr>
                <w:rFonts w:ascii="Times New Roman" w:eastAsia="Times New Roman" w:hAnsi="Times New Roman"/>
                <w:sz w:val="26"/>
              </w:rPr>
              <w:t>- Tích hợp NLS - Công cụ Wordwall: GV cho HS kéo thả hoạt động vào trục thời gian, hoạt động trùng nhau sẽ báo sai; HS xem phản hồi và giải thích vì sao phải chọn hoạt động không chồng thời gian.</w:t>
            </w:r>
          </w:p>
        </w:tc>
        <w:tc>
          <w:tcPr>
            <w:tcW w:w="5040" w:type="dxa"/>
            <w:shd w:val="clear" w:color="auto" w:fill="auto"/>
          </w:tcPr>
          <w:p w:rsidR="00AB4770" w:rsidRPr="00D200D6" w:rsidRDefault="00920D7A" w:rsidP="00D200D6">
            <w:pPr>
              <w:spacing w:after="0" w:line="240" w:lineRule="auto"/>
            </w:pPr>
            <w:r w:rsidRPr="00D200D6">
              <w:rPr>
                <w:rFonts w:ascii="Times New Roman" w:eastAsia="Times New Roman" w:hAnsi="Times New Roman"/>
                <w:sz w:val="26"/>
              </w:rPr>
              <w:t>- HS thao tác Wordwall, xem phản hồi và sửa lựa chọn.</w:t>
            </w:r>
          </w:p>
        </w:tc>
      </w:tr>
      <w:tr w:rsidR="00D200D6" w:rsidRPr="00D200D6" w:rsidTr="00D200D6">
        <w:trPr>
          <w:jc w:val="center"/>
        </w:trPr>
        <w:tc>
          <w:tcPr>
            <w:tcW w:w="5040" w:type="dxa"/>
            <w:shd w:val="clear" w:color="auto" w:fill="auto"/>
          </w:tcPr>
          <w:p w:rsidR="00AB4770" w:rsidRPr="00D200D6" w:rsidRDefault="00920D7A" w:rsidP="00D200D6">
            <w:pPr>
              <w:spacing w:after="0" w:line="240" w:lineRule="auto"/>
            </w:pPr>
            <w:r w:rsidRPr="00D200D6">
              <w:rPr>
                <w:rFonts w:ascii="Times New Roman" w:eastAsia="Times New Roman" w:hAnsi="Times New Roman"/>
                <w:sz w:val="26"/>
              </w:rPr>
              <w:t>- GV yêu cầu HS đọc thời gian của từng hoạt động.</w:t>
            </w:r>
          </w:p>
        </w:tc>
        <w:tc>
          <w:tcPr>
            <w:tcW w:w="5040" w:type="dxa"/>
            <w:shd w:val="clear" w:color="auto" w:fill="auto"/>
          </w:tcPr>
          <w:p w:rsidR="00AB4770" w:rsidRPr="00D200D6" w:rsidRDefault="00920D7A" w:rsidP="00D200D6">
            <w:pPr>
              <w:spacing w:after="0" w:line="240" w:lineRule="auto"/>
            </w:pPr>
            <w:r w:rsidRPr="00D200D6">
              <w:rPr>
                <w:rFonts w:ascii="Times New Roman" w:eastAsia="Times New Roman" w:hAnsi="Times New Roman"/>
                <w:sz w:val="26"/>
              </w:rPr>
              <w:t>- HS đọc: Vẽ tranh trên gỗ 10:00-11:30; Rung chuông vàng 10:00-11:30; Làm đồ chơi tái chế 10:15-11:30; Làm bánh giấy 15:00-16:00; Làm đồ gốm 14:00-15:00.</w:t>
            </w:r>
          </w:p>
        </w:tc>
      </w:tr>
      <w:tr w:rsidR="00D200D6" w:rsidRPr="00D200D6" w:rsidTr="00D200D6">
        <w:trPr>
          <w:jc w:val="center"/>
        </w:trPr>
        <w:tc>
          <w:tcPr>
            <w:tcW w:w="5040" w:type="dxa"/>
            <w:shd w:val="clear" w:color="auto" w:fill="auto"/>
          </w:tcPr>
          <w:p w:rsidR="00AB4770" w:rsidRPr="00D200D6" w:rsidRDefault="00920D7A" w:rsidP="00D200D6">
            <w:pPr>
              <w:spacing w:after="0" w:line="240" w:lineRule="auto"/>
            </w:pPr>
            <w:r w:rsidRPr="00D200D6">
              <w:rPr>
                <w:rFonts w:ascii="Times New Roman" w:eastAsia="Times New Roman" w:hAnsi="Times New Roman"/>
                <w:sz w:val="26"/>
              </w:rPr>
              <w:t>- GV hỏi: Các hoạt động buổi sáng có thể chọn cùng lúc không?</w:t>
            </w:r>
          </w:p>
        </w:tc>
        <w:tc>
          <w:tcPr>
            <w:tcW w:w="5040" w:type="dxa"/>
            <w:shd w:val="clear" w:color="auto" w:fill="auto"/>
          </w:tcPr>
          <w:p w:rsidR="00AB4770" w:rsidRPr="00D200D6" w:rsidRDefault="00920D7A" w:rsidP="00D200D6">
            <w:pPr>
              <w:spacing w:after="0" w:line="240" w:lineRule="auto"/>
            </w:pPr>
            <w:r w:rsidRPr="00D200D6">
              <w:rPr>
                <w:rFonts w:ascii="Times New Roman" w:eastAsia="Times New Roman" w:hAnsi="Times New Roman"/>
                <w:sz w:val="26"/>
              </w:rPr>
              <w:t>- HS trả lời: Không, vì các hoạt động buổi sáng trùng thời gian.</w:t>
            </w:r>
          </w:p>
        </w:tc>
      </w:tr>
      <w:tr w:rsidR="00D200D6" w:rsidRPr="00D200D6" w:rsidTr="00D200D6">
        <w:trPr>
          <w:jc w:val="center"/>
        </w:trPr>
        <w:tc>
          <w:tcPr>
            <w:tcW w:w="5040" w:type="dxa"/>
            <w:shd w:val="clear" w:color="auto" w:fill="auto"/>
          </w:tcPr>
          <w:p w:rsidR="00AB4770" w:rsidRPr="00D200D6" w:rsidRDefault="00920D7A" w:rsidP="00D200D6">
            <w:pPr>
              <w:spacing w:after="0" w:line="240" w:lineRule="auto"/>
            </w:pPr>
            <w:r w:rsidRPr="00D200D6">
              <w:rPr>
                <w:rFonts w:ascii="Times New Roman" w:eastAsia="Times New Roman" w:hAnsi="Times New Roman"/>
                <w:sz w:val="26"/>
              </w:rPr>
              <w:t>- GV hỏi: Nêu một cách chọn hai hoạt động không trùng thời gian.</w:t>
            </w:r>
          </w:p>
        </w:tc>
        <w:tc>
          <w:tcPr>
            <w:tcW w:w="5040" w:type="dxa"/>
            <w:shd w:val="clear" w:color="auto" w:fill="auto"/>
          </w:tcPr>
          <w:p w:rsidR="00AB4770" w:rsidRPr="00D200D6" w:rsidRDefault="00920D7A" w:rsidP="00D200D6">
            <w:pPr>
              <w:spacing w:after="0" w:line="240" w:lineRule="auto"/>
            </w:pPr>
            <w:r w:rsidRPr="00D200D6">
              <w:rPr>
                <w:rFonts w:ascii="Times New Roman" w:eastAsia="Times New Roman" w:hAnsi="Times New Roman"/>
                <w:sz w:val="26"/>
              </w:rPr>
              <w:t>- HS trả lời ví dụ: Vẽ tranh trên gỗ 10:00-11:30 và Làm đồ gốm 14:00-15:00.</w:t>
            </w:r>
          </w:p>
        </w:tc>
      </w:tr>
      <w:tr w:rsidR="00D200D6" w:rsidRPr="00D200D6" w:rsidTr="00D200D6">
        <w:trPr>
          <w:jc w:val="center"/>
        </w:trPr>
        <w:tc>
          <w:tcPr>
            <w:tcW w:w="5040" w:type="dxa"/>
            <w:shd w:val="clear" w:color="auto" w:fill="auto"/>
          </w:tcPr>
          <w:p w:rsidR="00AB4770" w:rsidRPr="00D200D6" w:rsidRDefault="00920D7A" w:rsidP="00D200D6">
            <w:pPr>
              <w:spacing w:after="0" w:line="240" w:lineRule="auto"/>
            </w:pPr>
            <w:r w:rsidRPr="00D200D6">
              <w:rPr>
                <w:rFonts w:ascii="Times New Roman" w:eastAsia="Times New Roman" w:hAnsi="Times New Roman"/>
                <w:sz w:val="26"/>
              </w:rPr>
              <w:t>- GV hỏi: Có thể chọn Làm đồ gốm và Làm bánh giấy không?</w:t>
            </w:r>
          </w:p>
        </w:tc>
        <w:tc>
          <w:tcPr>
            <w:tcW w:w="5040" w:type="dxa"/>
            <w:shd w:val="clear" w:color="auto" w:fill="auto"/>
          </w:tcPr>
          <w:p w:rsidR="00AB4770" w:rsidRPr="00D200D6" w:rsidRDefault="00920D7A" w:rsidP="00D200D6">
            <w:pPr>
              <w:spacing w:after="0" w:line="240" w:lineRule="auto"/>
            </w:pPr>
            <w:r w:rsidRPr="00D200D6">
              <w:rPr>
                <w:rFonts w:ascii="Times New Roman" w:eastAsia="Times New Roman" w:hAnsi="Times New Roman"/>
                <w:sz w:val="26"/>
              </w:rPr>
              <w:t>- HS trả lời: Có, vì Làm đồ gốm 14:00-15:00, Làm bánh giấy 15:00-16:00 không trùng thời gian.</w:t>
            </w:r>
          </w:p>
        </w:tc>
      </w:tr>
      <w:tr w:rsidR="00D200D6" w:rsidRPr="00D200D6" w:rsidTr="00D200D6">
        <w:trPr>
          <w:jc w:val="center"/>
        </w:trPr>
        <w:tc>
          <w:tcPr>
            <w:tcW w:w="5040" w:type="dxa"/>
            <w:shd w:val="clear" w:color="auto" w:fill="auto"/>
          </w:tcPr>
          <w:p w:rsidR="00AB4770" w:rsidRPr="00D200D6" w:rsidRDefault="00920D7A" w:rsidP="00D200D6">
            <w:pPr>
              <w:spacing w:after="0" w:line="240" w:lineRule="auto"/>
            </w:pPr>
            <w:r w:rsidRPr="00D200D6">
              <w:rPr>
                <w:rFonts w:ascii="Times New Roman" w:eastAsia="Times New Roman" w:hAnsi="Times New Roman"/>
                <w:sz w:val="26"/>
              </w:rPr>
              <w:t>- GV cho HS trình bày thứ tự hoạt động đã chọn.</w:t>
            </w:r>
          </w:p>
        </w:tc>
        <w:tc>
          <w:tcPr>
            <w:tcW w:w="5040" w:type="dxa"/>
            <w:shd w:val="clear" w:color="auto" w:fill="auto"/>
          </w:tcPr>
          <w:p w:rsidR="00AB4770" w:rsidRPr="00D200D6" w:rsidRDefault="00920D7A" w:rsidP="00D200D6">
            <w:pPr>
              <w:spacing w:after="0" w:line="240" w:lineRule="auto"/>
            </w:pPr>
            <w:r w:rsidRPr="00D200D6">
              <w:rPr>
                <w:rFonts w:ascii="Times New Roman" w:eastAsia="Times New Roman" w:hAnsi="Times New Roman"/>
                <w:sz w:val="26"/>
              </w:rPr>
              <w:t>- HS trình bày theo thứ tự thời gian: Ví dụ, Vẽ tranh trên gỗ trước, sau đó Làm đồ gốm.</w:t>
            </w:r>
          </w:p>
        </w:tc>
      </w:tr>
      <w:tr w:rsidR="00D200D6" w:rsidRPr="00D200D6" w:rsidTr="00D200D6">
        <w:trPr>
          <w:jc w:val="center"/>
        </w:trPr>
        <w:tc>
          <w:tcPr>
            <w:tcW w:w="5040" w:type="dxa"/>
            <w:tcBorders>
              <w:bottom w:val="single" w:sz="8" w:space="0" w:color="000000"/>
            </w:tcBorders>
            <w:shd w:val="clear" w:color="auto" w:fill="auto"/>
          </w:tcPr>
          <w:p w:rsidR="00AB4770" w:rsidRPr="00D200D6" w:rsidRDefault="00920D7A" w:rsidP="00D200D6">
            <w:pPr>
              <w:spacing w:after="0" w:line="240" w:lineRule="auto"/>
            </w:pPr>
            <w:r w:rsidRPr="00D200D6">
              <w:rPr>
                <w:rFonts w:ascii="Times New Roman" w:eastAsia="Times New Roman" w:hAnsi="Times New Roman"/>
                <w:sz w:val="26"/>
              </w:rPr>
              <w:t>- GV kết luận: Khi chọn hoạt động, cần xem giờ bắt đầu và kết thúc để tránh trùng thời gian.</w:t>
            </w:r>
          </w:p>
        </w:tc>
        <w:tc>
          <w:tcPr>
            <w:tcW w:w="5040" w:type="dxa"/>
            <w:tcBorders>
              <w:bottom w:val="single" w:sz="8" w:space="0" w:color="000000"/>
            </w:tcBorders>
            <w:shd w:val="clear" w:color="auto" w:fill="auto"/>
          </w:tcPr>
          <w:p w:rsidR="00AB4770" w:rsidRPr="00D200D6" w:rsidRDefault="00920D7A" w:rsidP="00D200D6">
            <w:pPr>
              <w:spacing w:after="0" w:line="240" w:lineRule="auto"/>
            </w:pPr>
            <w:r w:rsidRPr="00D200D6">
              <w:rPr>
                <w:rFonts w:ascii="Times New Roman" w:eastAsia="Times New Roman" w:hAnsi="Times New Roman"/>
                <w:sz w:val="26"/>
              </w:rPr>
              <w:t>- HS lắng nghe.</w:t>
            </w:r>
          </w:p>
        </w:tc>
      </w:tr>
      <w:tr w:rsidR="00D200D6" w:rsidRPr="00D200D6" w:rsidTr="00D200D6">
        <w:trPr>
          <w:jc w:val="center"/>
        </w:trPr>
        <w:tc>
          <w:tcPr>
            <w:tcW w:w="10080" w:type="dxa"/>
            <w:gridSpan w:val="2"/>
            <w:tcBorders>
              <w:top w:val="single" w:sz="8" w:space="0" w:color="000000"/>
              <w:bottom w:val="single" w:sz="8" w:space="0" w:color="000000"/>
            </w:tcBorders>
            <w:shd w:val="clear" w:color="auto" w:fill="auto"/>
          </w:tcPr>
          <w:p w:rsidR="00AB4770" w:rsidRPr="00D200D6" w:rsidRDefault="00920D7A" w:rsidP="00D200D6">
            <w:pPr>
              <w:spacing w:after="0" w:line="240" w:lineRule="auto"/>
            </w:pPr>
            <w:r w:rsidRPr="00D200D6">
              <w:rPr>
                <w:rFonts w:ascii="Times New Roman" w:eastAsia="Times New Roman" w:hAnsi="Times New Roman"/>
                <w:b/>
                <w:sz w:val="26"/>
              </w:rPr>
              <w:t>3. Vận dụng - Trải nghiệm (5 phút):</w:t>
            </w:r>
          </w:p>
          <w:p w:rsidR="00AB4770" w:rsidRPr="00D200D6" w:rsidRDefault="00920D7A" w:rsidP="00D200D6">
            <w:pPr>
              <w:spacing w:after="0" w:line="240" w:lineRule="auto"/>
            </w:pPr>
            <w:r w:rsidRPr="00D200D6">
              <w:rPr>
                <w:rFonts w:ascii="Times New Roman" w:eastAsia="Times New Roman" w:hAnsi="Times New Roman"/>
                <w:sz w:val="26"/>
              </w:rPr>
              <w:t>- Mục tiêu: Củng cố xem lịch, tính thời gian và sắp xếp hoạt động.</w:t>
            </w:r>
          </w:p>
          <w:p w:rsidR="00AB4770" w:rsidRPr="00D200D6" w:rsidRDefault="00920D7A" w:rsidP="00D200D6">
            <w:pPr>
              <w:spacing w:after="0" w:line="240" w:lineRule="auto"/>
            </w:pPr>
            <w:r w:rsidRPr="00D200D6">
              <w:rPr>
                <w:rFonts w:ascii="Times New Roman" w:eastAsia="Times New Roman" w:hAnsi="Times New Roman"/>
                <w:sz w:val="26"/>
              </w:rPr>
              <w:t>*Cách tiến hành:</w:t>
            </w:r>
          </w:p>
        </w:tc>
      </w:tr>
      <w:tr w:rsidR="00D200D6" w:rsidRPr="00D200D6" w:rsidTr="00D200D6">
        <w:trPr>
          <w:jc w:val="center"/>
        </w:trPr>
        <w:tc>
          <w:tcPr>
            <w:tcW w:w="5040" w:type="dxa"/>
            <w:tcBorders>
              <w:top w:val="single" w:sz="8" w:space="0" w:color="000000"/>
            </w:tcBorders>
            <w:shd w:val="clear" w:color="auto" w:fill="auto"/>
          </w:tcPr>
          <w:p w:rsidR="00AB4770" w:rsidRPr="00D200D6" w:rsidRDefault="00920D7A" w:rsidP="00D200D6">
            <w:pPr>
              <w:spacing w:after="0" w:line="240" w:lineRule="auto"/>
            </w:pPr>
            <w:r w:rsidRPr="00D200D6">
              <w:rPr>
                <w:rFonts w:ascii="Times New Roman" w:eastAsia="Times New Roman" w:hAnsi="Times New Roman"/>
                <w:sz w:val="26"/>
              </w:rPr>
              <w:t>- GV hỏi: Trại hè từ ngày 24 đến 30 tháng 6 kéo dài bao nhiêu ngày?</w:t>
            </w:r>
          </w:p>
        </w:tc>
        <w:tc>
          <w:tcPr>
            <w:tcW w:w="5040" w:type="dxa"/>
            <w:tcBorders>
              <w:top w:val="single" w:sz="8" w:space="0" w:color="000000"/>
            </w:tcBorders>
            <w:shd w:val="clear" w:color="auto" w:fill="auto"/>
          </w:tcPr>
          <w:p w:rsidR="00AB4770" w:rsidRPr="00D200D6" w:rsidRDefault="00920D7A" w:rsidP="00D200D6">
            <w:pPr>
              <w:spacing w:after="0" w:line="240" w:lineRule="auto"/>
            </w:pPr>
            <w:r w:rsidRPr="00D200D6">
              <w:rPr>
                <w:rFonts w:ascii="Times New Roman" w:eastAsia="Times New Roman" w:hAnsi="Times New Roman"/>
                <w:sz w:val="26"/>
              </w:rPr>
              <w:t>- HS trả lời: 7 ngày.</w:t>
            </w:r>
          </w:p>
        </w:tc>
      </w:tr>
      <w:tr w:rsidR="00D200D6" w:rsidRPr="00D200D6" w:rsidTr="00D200D6">
        <w:trPr>
          <w:jc w:val="center"/>
        </w:trPr>
        <w:tc>
          <w:tcPr>
            <w:tcW w:w="5040" w:type="dxa"/>
            <w:shd w:val="clear" w:color="auto" w:fill="auto"/>
          </w:tcPr>
          <w:p w:rsidR="00AB4770" w:rsidRPr="00D200D6" w:rsidRDefault="00920D7A" w:rsidP="00D200D6">
            <w:pPr>
              <w:spacing w:after="0" w:line="240" w:lineRule="auto"/>
            </w:pPr>
            <w:r w:rsidRPr="00D200D6">
              <w:rPr>
                <w:rFonts w:ascii="Times New Roman" w:eastAsia="Times New Roman" w:hAnsi="Times New Roman"/>
                <w:sz w:val="26"/>
              </w:rPr>
              <w:t>- GV hỏi: Muốn chọn hai hoạt động không trùng thời gian, em cần xem gì?</w:t>
            </w:r>
          </w:p>
        </w:tc>
        <w:tc>
          <w:tcPr>
            <w:tcW w:w="5040" w:type="dxa"/>
            <w:shd w:val="clear" w:color="auto" w:fill="auto"/>
          </w:tcPr>
          <w:p w:rsidR="00AB4770" w:rsidRPr="00D200D6" w:rsidRDefault="00920D7A" w:rsidP="00D200D6">
            <w:pPr>
              <w:spacing w:after="0" w:line="240" w:lineRule="auto"/>
            </w:pPr>
            <w:r w:rsidRPr="00D200D6">
              <w:rPr>
                <w:rFonts w:ascii="Times New Roman" w:eastAsia="Times New Roman" w:hAnsi="Times New Roman"/>
                <w:sz w:val="26"/>
              </w:rPr>
              <w:t>- HS trả lời: Xem giờ bắt đầu và giờ kết thúc của từng hoạt động.</w:t>
            </w:r>
          </w:p>
        </w:tc>
      </w:tr>
      <w:tr w:rsidR="00D200D6" w:rsidRPr="00D200D6" w:rsidTr="00D200D6">
        <w:trPr>
          <w:jc w:val="center"/>
        </w:trPr>
        <w:tc>
          <w:tcPr>
            <w:tcW w:w="5040" w:type="dxa"/>
            <w:shd w:val="clear" w:color="auto" w:fill="auto"/>
          </w:tcPr>
          <w:p w:rsidR="00AB4770" w:rsidRPr="00D200D6" w:rsidRDefault="00920D7A" w:rsidP="00D200D6">
            <w:pPr>
              <w:spacing w:after="0" w:line="240" w:lineRule="auto"/>
            </w:pPr>
            <w:r w:rsidRPr="00D200D6">
              <w:rPr>
                <w:rFonts w:ascii="Times New Roman" w:eastAsia="Times New Roman" w:hAnsi="Times New Roman"/>
                <w:sz w:val="26"/>
              </w:rPr>
              <w:t>- GV liên hệ: Khi tham gia câu lạc bộ hoặc hoạt động ngoại khóa, em cần biết sắp xếp lịch để không trùng giờ.</w:t>
            </w:r>
          </w:p>
        </w:tc>
        <w:tc>
          <w:tcPr>
            <w:tcW w:w="5040" w:type="dxa"/>
            <w:shd w:val="clear" w:color="auto" w:fill="auto"/>
          </w:tcPr>
          <w:p w:rsidR="00AB4770" w:rsidRPr="00D200D6" w:rsidRDefault="00920D7A" w:rsidP="00D200D6">
            <w:pPr>
              <w:spacing w:after="0" w:line="240" w:lineRule="auto"/>
            </w:pPr>
            <w:r w:rsidRPr="00D200D6">
              <w:rPr>
                <w:rFonts w:ascii="Times New Roman" w:eastAsia="Times New Roman" w:hAnsi="Times New Roman"/>
                <w:sz w:val="26"/>
              </w:rPr>
              <w:t>- HS lắng nghe.</w:t>
            </w:r>
          </w:p>
        </w:tc>
      </w:tr>
      <w:tr w:rsidR="00D200D6" w:rsidRPr="00D200D6" w:rsidTr="00D200D6">
        <w:trPr>
          <w:jc w:val="center"/>
        </w:trPr>
        <w:tc>
          <w:tcPr>
            <w:tcW w:w="5040" w:type="dxa"/>
            <w:shd w:val="clear" w:color="auto" w:fill="auto"/>
          </w:tcPr>
          <w:p w:rsidR="00AB4770" w:rsidRPr="00D200D6" w:rsidRDefault="00920D7A" w:rsidP="00D200D6">
            <w:pPr>
              <w:spacing w:after="0" w:line="240" w:lineRule="auto"/>
            </w:pPr>
            <w:r w:rsidRPr="00D200D6">
              <w:rPr>
                <w:rFonts w:ascii="Times New Roman" w:eastAsia="Times New Roman" w:hAnsi="Times New Roman"/>
                <w:sz w:val="26"/>
              </w:rPr>
              <w:t>- GV nhận xét tiết học, tuyên dương HS biết xem lịch và lập kế hoạch.</w:t>
            </w:r>
          </w:p>
        </w:tc>
        <w:tc>
          <w:tcPr>
            <w:tcW w:w="5040" w:type="dxa"/>
            <w:shd w:val="clear" w:color="auto" w:fill="auto"/>
          </w:tcPr>
          <w:p w:rsidR="00AB4770" w:rsidRPr="00D200D6" w:rsidRDefault="00920D7A" w:rsidP="00D200D6">
            <w:pPr>
              <w:spacing w:after="0" w:line="240" w:lineRule="auto"/>
            </w:pPr>
            <w:r w:rsidRPr="00D200D6">
              <w:rPr>
                <w:rFonts w:ascii="Times New Roman" w:eastAsia="Times New Roman" w:hAnsi="Times New Roman"/>
                <w:sz w:val="26"/>
              </w:rPr>
              <w:t>- HS lắng nghe.</w:t>
            </w:r>
          </w:p>
        </w:tc>
      </w:tr>
      <w:tr w:rsidR="00D200D6" w:rsidRPr="00D200D6" w:rsidTr="00D200D6">
        <w:trPr>
          <w:jc w:val="center"/>
        </w:trPr>
        <w:tc>
          <w:tcPr>
            <w:tcW w:w="5040" w:type="dxa"/>
            <w:shd w:val="clear" w:color="auto" w:fill="auto"/>
          </w:tcPr>
          <w:p w:rsidR="00AB4770" w:rsidRPr="00D200D6" w:rsidRDefault="00920D7A" w:rsidP="00D200D6">
            <w:pPr>
              <w:spacing w:after="0" w:line="240" w:lineRule="auto"/>
            </w:pPr>
            <w:r w:rsidRPr="00D200D6">
              <w:rPr>
                <w:rFonts w:ascii="Times New Roman" w:eastAsia="Times New Roman" w:hAnsi="Times New Roman"/>
                <w:sz w:val="26"/>
              </w:rPr>
              <w:t>- GV dặn dò HS luyện xem lịch tháng hiện tại và chuẩn bị Bài 68.</w:t>
            </w:r>
          </w:p>
        </w:tc>
        <w:tc>
          <w:tcPr>
            <w:tcW w:w="5040" w:type="dxa"/>
            <w:shd w:val="clear" w:color="auto" w:fill="auto"/>
          </w:tcPr>
          <w:p w:rsidR="00AB4770" w:rsidRPr="00D200D6" w:rsidRDefault="00920D7A" w:rsidP="00D200D6">
            <w:pPr>
              <w:spacing w:after="0" w:line="240" w:lineRule="auto"/>
            </w:pPr>
            <w:r w:rsidRPr="00D200D6">
              <w:rPr>
                <w:rFonts w:ascii="Times New Roman" w:eastAsia="Times New Roman" w:hAnsi="Times New Roman"/>
                <w:sz w:val="26"/>
              </w:rPr>
              <w:t>- HS ghi nhớ nhiệm vụ.</w:t>
            </w:r>
          </w:p>
        </w:tc>
      </w:tr>
    </w:tbl>
    <w:p w:rsidR="00AB4770" w:rsidRPr="00D200D6" w:rsidRDefault="00920D7A" w:rsidP="00D200D6">
      <w:pPr>
        <w:spacing w:after="0" w:line="240" w:lineRule="auto"/>
      </w:pPr>
      <w:r w:rsidRPr="00D200D6">
        <w:rPr>
          <w:rFonts w:ascii="Times New Roman" w:eastAsia="Times New Roman" w:hAnsi="Times New Roman"/>
          <w:b/>
          <w:sz w:val="26"/>
        </w:rPr>
        <w:t>IV. ĐIỀU CHỈNH SAU BÀI DẠY:</w:t>
      </w:r>
    </w:p>
    <w:p w:rsidR="00AB4770" w:rsidRPr="00D200D6" w:rsidRDefault="00920D7A" w:rsidP="00D200D6">
      <w:pPr>
        <w:spacing w:after="0" w:line="240" w:lineRule="auto"/>
      </w:pPr>
      <w:r w:rsidRPr="00D200D6">
        <w:rPr>
          <w:rFonts w:ascii="Times New Roman" w:eastAsia="Times New Roman" w:hAnsi="Times New Roman"/>
          <w:sz w:val="26"/>
        </w:rPr>
        <w:t>.......................................................................................................................................</w:t>
      </w:r>
    </w:p>
    <w:p w:rsidR="00AB4770" w:rsidRPr="00D200D6" w:rsidRDefault="00920D7A" w:rsidP="00D200D6">
      <w:pPr>
        <w:spacing w:after="0" w:line="240" w:lineRule="auto"/>
        <w:jc w:val="center"/>
      </w:pPr>
      <w:r w:rsidRPr="00D200D6">
        <w:rPr>
          <w:rFonts w:ascii="Times New Roman" w:eastAsia="Times New Roman" w:hAnsi="Times New Roman"/>
          <w:b/>
          <w:sz w:val="28"/>
        </w:rPr>
        <w:lastRenderedPageBreak/>
        <w:t>TUẦN 29</w:t>
      </w:r>
    </w:p>
    <w:p w:rsidR="00AB4770" w:rsidRPr="00D200D6" w:rsidRDefault="00920D7A" w:rsidP="00D200D6">
      <w:pPr>
        <w:spacing w:after="0" w:line="240" w:lineRule="auto"/>
        <w:jc w:val="center"/>
      </w:pPr>
      <w:r w:rsidRPr="00D200D6">
        <w:rPr>
          <w:rFonts w:ascii="Times New Roman" w:eastAsia="Times New Roman" w:hAnsi="Times New Roman"/>
          <w:b/>
          <w:sz w:val="28"/>
        </w:rPr>
        <w:t>KẾ HOẠCH BÀI DẠY MÔN TOÁN 3</w:t>
      </w:r>
    </w:p>
    <w:p w:rsidR="00AB4770" w:rsidRPr="00D200D6" w:rsidRDefault="00920D7A" w:rsidP="00D200D6">
      <w:pPr>
        <w:spacing w:after="0" w:line="240" w:lineRule="auto"/>
        <w:jc w:val="center"/>
      </w:pPr>
      <w:r w:rsidRPr="00D200D6">
        <w:rPr>
          <w:rFonts w:ascii="Times New Roman" w:eastAsia="Times New Roman" w:hAnsi="Times New Roman"/>
          <w:b/>
          <w:sz w:val="26"/>
        </w:rPr>
        <w:t>CHỦ ĐỀ 13: XEM ĐỒNG HỒ, THÁNG - NĂM, TIỀN VIỆT NAM</w:t>
      </w:r>
    </w:p>
    <w:p w:rsidR="00AB4770" w:rsidRPr="00D200D6" w:rsidRDefault="00920D7A" w:rsidP="00D200D6">
      <w:pPr>
        <w:spacing w:after="0" w:line="240" w:lineRule="auto"/>
        <w:jc w:val="center"/>
      </w:pPr>
      <w:r w:rsidRPr="00D200D6">
        <w:rPr>
          <w:rFonts w:ascii="Times New Roman" w:eastAsia="Times New Roman" w:hAnsi="Times New Roman"/>
          <w:b/>
          <w:sz w:val="26"/>
        </w:rPr>
        <w:t>Bài 68: Tiền Việt Nam (Tiết 1) - Trang 85, 86, 87</w:t>
      </w:r>
    </w:p>
    <w:p w:rsidR="00AB4770" w:rsidRPr="00D200D6" w:rsidRDefault="00920D7A" w:rsidP="00D200D6">
      <w:pPr>
        <w:spacing w:after="0" w:line="240" w:lineRule="auto"/>
      </w:pPr>
      <w:r w:rsidRPr="00D200D6">
        <w:rPr>
          <w:rFonts w:ascii="Times New Roman" w:eastAsia="Times New Roman" w:hAnsi="Times New Roman"/>
          <w:b/>
          <w:sz w:val="26"/>
        </w:rPr>
        <w:t>I. YÊU CẦU CẦN ĐẠT:</w:t>
      </w:r>
    </w:p>
    <w:p w:rsidR="00AB4770" w:rsidRPr="00D200D6" w:rsidRDefault="00920D7A" w:rsidP="00D200D6">
      <w:pPr>
        <w:spacing w:after="0" w:line="240" w:lineRule="auto"/>
      </w:pPr>
      <w:r w:rsidRPr="00D200D6">
        <w:rPr>
          <w:rFonts w:ascii="Times New Roman" w:eastAsia="Times New Roman" w:hAnsi="Times New Roman"/>
          <w:b/>
          <w:sz w:val="26"/>
        </w:rPr>
        <w:t>1. Năng lực đặc thù:</w:t>
      </w:r>
    </w:p>
    <w:p w:rsidR="00AB4770" w:rsidRPr="00D200D6" w:rsidRDefault="00920D7A" w:rsidP="00D200D6">
      <w:pPr>
        <w:spacing w:after="0" w:line="240" w:lineRule="auto"/>
      </w:pPr>
      <w:r w:rsidRPr="00D200D6">
        <w:rPr>
          <w:rFonts w:ascii="Times New Roman" w:eastAsia="Times New Roman" w:hAnsi="Times New Roman"/>
          <w:sz w:val="26"/>
        </w:rPr>
        <w:t>- Nhận biết được các tờ tiền Việt Nam từ 1 000 đồng trở lên.</w:t>
      </w:r>
    </w:p>
    <w:p w:rsidR="00AB4770" w:rsidRPr="00D200D6" w:rsidRDefault="00920D7A" w:rsidP="00D200D6">
      <w:pPr>
        <w:spacing w:after="0" w:line="240" w:lineRule="auto"/>
      </w:pPr>
      <w:r w:rsidRPr="00D200D6">
        <w:rPr>
          <w:rFonts w:ascii="Times New Roman" w:eastAsia="Times New Roman" w:hAnsi="Times New Roman"/>
          <w:sz w:val="26"/>
        </w:rPr>
        <w:t>- Tính được tổng số tiền và tiền thừa trong tình huống mua bán đơn giản.</w:t>
      </w:r>
    </w:p>
    <w:p w:rsidR="00AB4770" w:rsidRPr="00D200D6" w:rsidRDefault="00920D7A" w:rsidP="00D200D6">
      <w:pPr>
        <w:spacing w:after="0" w:line="240" w:lineRule="auto"/>
      </w:pPr>
      <w:r w:rsidRPr="00D200D6">
        <w:rPr>
          <w:rFonts w:ascii="Times New Roman" w:eastAsia="Times New Roman" w:hAnsi="Times New Roman"/>
          <w:sz w:val="26"/>
        </w:rPr>
        <w:t>- So sánh được giá tiền của một số đồ vật.</w:t>
      </w:r>
    </w:p>
    <w:p w:rsidR="00AB4770" w:rsidRPr="00D200D6" w:rsidRDefault="00920D7A" w:rsidP="00D200D6">
      <w:pPr>
        <w:spacing w:after="0" w:line="240" w:lineRule="auto"/>
      </w:pPr>
      <w:r w:rsidRPr="00D200D6">
        <w:rPr>
          <w:rFonts w:ascii="Times New Roman" w:eastAsia="Times New Roman" w:hAnsi="Times New Roman"/>
          <w:sz w:val="26"/>
        </w:rPr>
        <w:t>- Giải được bài toán thực tế liên quan đến tiền Việt Nam.</w:t>
      </w:r>
    </w:p>
    <w:p w:rsidR="00AB4770" w:rsidRPr="00D200D6" w:rsidRDefault="00920D7A" w:rsidP="00D200D6">
      <w:pPr>
        <w:spacing w:after="0" w:line="240" w:lineRule="auto"/>
      </w:pPr>
      <w:r w:rsidRPr="00D200D6">
        <w:rPr>
          <w:rFonts w:ascii="Times New Roman" w:eastAsia="Times New Roman" w:hAnsi="Times New Roman"/>
          <w:b/>
          <w:sz w:val="26"/>
        </w:rPr>
        <w:t>2. Năng lực chung:</w:t>
      </w:r>
    </w:p>
    <w:p w:rsidR="00AB4770" w:rsidRPr="00D200D6" w:rsidRDefault="00920D7A" w:rsidP="00D200D6">
      <w:pPr>
        <w:spacing w:after="0" w:line="240" w:lineRule="auto"/>
      </w:pPr>
      <w:r w:rsidRPr="00D200D6">
        <w:rPr>
          <w:rFonts w:ascii="Times New Roman" w:eastAsia="Times New Roman" w:hAnsi="Times New Roman"/>
          <w:sz w:val="26"/>
        </w:rPr>
        <w:t>- Tự chủ, tự học: tự nhận biết mệnh giá tiền, tính tổng tiền và tiền thừa.</w:t>
      </w:r>
    </w:p>
    <w:p w:rsidR="00AB4770" w:rsidRPr="00D200D6" w:rsidRDefault="00920D7A" w:rsidP="00D200D6">
      <w:pPr>
        <w:spacing w:after="0" w:line="240" w:lineRule="auto"/>
      </w:pPr>
      <w:r w:rsidRPr="00D200D6">
        <w:rPr>
          <w:rFonts w:ascii="Times New Roman" w:eastAsia="Times New Roman" w:hAnsi="Times New Roman"/>
          <w:sz w:val="26"/>
        </w:rPr>
        <w:t>- Giao tiếp, hợp tác: trao đổi khi chọn cách trả tiền, đổi tiền.</w:t>
      </w:r>
    </w:p>
    <w:p w:rsidR="00AB4770" w:rsidRPr="00D200D6" w:rsidRDefault="00920D7A" w:rsidP="00D200D6">
      <w:pPr>
        <w:spacing w:after="0" w:line="240" w:lineRule="auto"/>
      </w:pPr>
      <w:r w:rsidRPr="00D200D6">
        <w:rPr>
          <w:rFonts w:ascii="Times New Roman" w:eastAsia="Times New Roman" w:hAnsi="Times New Roman"/>
          <w:sz w:val="26"/>
        </w:rPr>
        <w:t>- Giải quyết vấn đề: vận dụng cộng, trừ tiền vào tình huống mua bán.</w:t>
      </w:r>
    </w:p>
    <w:p w:rsidR="00AB4770" w:rsidRPr="00D200D6" w:rsidRDefault="00920D7A" w:rsidP="00D200D6">
      <w:pPr>
        <w:spacing w:after="0" w:line="240" w:lineRule="auto"/>
      </w:pPr>
      <w:r w:rsidRPr="00D200D6">
        <w:rPr>
          <w:rFonts w:ascii="Times New Roman" w:eastAsia="Times New Roman" w:hAnsi="Times New Roman"/>
          <w:b/>
          <w:sz w:val="26"/>
        </w:rPr>
        <w:t>3. Phẩm chất:</w:t>
      </w:r>
    </w:p>
    <w:p w:rsidR="00AB4770" w:rsidRPr="00D200D6" w:rsidRDefault="00920D7A" w:rsidP="00D200D6">
      <w:pPr>
        <w:spacing w:after="0" w:line="240" w:lineRule="auto"/>
      </w:pPr>
      <w:r w:rsidRPr="00D200D6">
        <w:rPr>
          <w:rFonts w:ascii="Times New Roman" w:eastAsia="Times New Roman" w:hAnsi="Times New Roman"/>
          <w:sz w:val="26"/>
        </w:rPr>
        <w:t>- Chăm chỉ: luyện nhận biết mệnh giá và tính tiền chính xác.</w:t>
      </w:r>
    </w:p>
    <w:p w:rsidR="00AB4770" w:rsidRPr="00D200D6" w:rsidRDefault="00920D7A" w:rsidP="00D200D6">
      <w:pPr>
        <w:spacing w:after="0" w:line="240" w:lineRule="auto"/>
      </w:pPr>
      <w:r w:rsidRPr="00D200D6">
        <w:rPr>
          <w:rFonts w:ascii="Times New Roman" w:eastAsia="Times New Roman" w:hAnsi="Times New Roman"/>
          <w:sz w:val="26"/>
        </w:rPr>
        <w:t>- Trung thực: biết trả tiền, nhận tiền thừa đúng.</w:t>
      </w:r>
    </w:p>
    <w:p w:rsidR="00AB4770" w:rsidRPr="00D200D6" w:rsidRDefault="00920D7A" w:rsidP="00D200D6">
      <w:pPr>
        <w:spacing w:after="0" w:line="240" w:lineRule="auto"/>
      </w:pPr>
      <w:r w:rsidRPr="00D200D6">
        <w:rPr>
          <w:rFonts w:ascii="Times New Roman" w:eastAsia="Times New Roman" w:hAnsi="Times New Roman"/>
          <w:sz w:val="26"/>
        </w:rPr>
        <w:t>- Tiết kiệm: biết quý trọng đồng tiền, sử dụng tiền đúng mục đích và chi tiêu hợp lí.</w:t>
      </w:r>
    </w:p>
    <w:p w:rsidR="00AB4770" w:rsidRPr="00D200D6" w:rsidRDefault="00920D7A" w:rsidP="00D200D6">
      <w:pPr>
        <w:spacing w:after="0" w:line="240" w:lineRule="auto"/>
      </w:pPr>
      <w:r w:rsidRPr="00D200D6">
        <w:rPr>
          <w:rFonts w:ascii="Times New Roman" w:eastAsia="Times New Roman" w:hAnsi="Times New Roman"/>
          <w:b/>
          <w:sz w:val="26"/>
        </w:rPr>
        <w:t>4. Tích hợp:</w:t>
      </w:r>
    </w:p>
    <w:p w:rsidR="00AB4770" w:rsidRPr="00D200D6" w:rsidRDefault="00920D7A" w:rsidP="00D200D6">
      <w:pPr>
        <w:spacing w:after="0" w:line="240" w:lineRule="auto"/>
      </w:pPr>
      <w:r w:rsidRPr="00D200D6">
        <w:rPr>
          <w:rFonts w:ascii="Times New Roman" w:eastAsia="Times New Roman" w:hAnsi="Times New Roman"/>
          <w:sz w:val="26"/>
        </w:rPr>
        <w:t>- Lý tưởng cách mạng, đạo đức, lối sống: Giáo dục học sinh biết quý trọng đồng tiền, sử dụng tiền đúng mục đích, tiết kiệm và chi tiêu hợp lí trong cuộc sống hằng ngày.</w:t>
      </w:r>
    </w:p>
    <w:p w:rsidR="00AB4770" w:rsidRPr="00D200D6" w:rsidRDefault="00920D7A" w:rsidP="00D200D6">
      <w:pPr>
        <w:spacing w:after="0" w:line="240" w:lineRule="auto"/>
      </w:pPr>
      <w:r w:rsidRPr="00D200D6">
        <w:rPr>
          <w:rFonts w:ascii="Times New Roman" w:eastAsia="Times New Roman" w:hAnsi="Times New Roman"/>
          <w:sz w:val="26"/>
        </w:rPr>
        <w:t>- Tích hợp AI (Khung 3439) - 3.A2.2: HS biết AI hỗ trợ người yếu thế, ví dụ người khiếm thị, nhận biết mệnh giá tiền qua camera và giọng nói.</w:t>
      </w:r>
    </w:p>
    <w:p w:rsidR="00AB4770" w:rsidRPr="00D200D6" w:rsidRDefault="00920D7A" w:rsidP="00D200D6">
      <w:pPr>
        <w:spacing w:after="0" w:line="240" w:lineRule="auto"/>
      </w:pPr>
      <w:r w:rsidRPr="00D200D6">
        <w:rPr>
          <w:rFonts w:ascii="Times New Roman" w:eastAsia="Times New Roman" w:hAnsi="Times New Roman"/>
          <w:b/>
          <w:sz w:val="26"/>
        </w:rPr>
        <w:t>II. ĐỒ DÙNG DẠY HỌC</w:t>
      </w:r>
    </w:p>
    <w:p w:rsidR="00AB4770" w:rsidRPr="00D200D6" w:rsidRDefault="00920D7A" w:rsidP="00D200D6">
      <w:pPr>
        <w:spacing w:after="0" w:line="240" w:lineRule="auto"/>
      </w:pPr>
      <w:r w:rsidRPr="00D200D6">
        <w:rPr>
          <w:rFonts w:ascii="Times New Roman" w:eastAsia="Times New Roman" w:hAnsi="Times New Roman"/>
          <w:sz w:val="26"/>
        </w:rPr>
        <w:t>- Kế hoạch bài dạy, SGK Toán 3 tập hai, bài giảng PowerPoint.</w:t>
      </w:r>
    </w:p>
    <w:p w:rsidR="00AB4770" w:rsidRPr="00D200D6" w:rsidRDefault="00920D7A" w:rsidP="00D200D6">
      <w:pPr>
        <w:spacing w:after="0" w:line="240" w:lineRule="auto"/>
      </w:pPr>
      <w:r w:rsidRPr="00D200D6">
        <w:rPr>
          <w:rFonts w:ascii="Times New Roman" w:eastAsia="Times New Roman" w:hAnsi="Times New Roman"/>
          <w:sz w:val="26"/>
        </w:rPr>
        <w:t>- Tranh tờ tiền Việt Nam, video/ảnh minh họa ứng dụng AI nhận biết mệnh giá tiền, bảng con.</w:t>
      </w:r>
    </w:p>
    <w:p w:rsidR="00AB4770" w:rsidRPr="00D200D6" w:rsidRDefault="00920D7A" w:rsidP="00D200D6">
      <w:pPr>
        <w:spacing w:after="0" w:line="240" w:lineRule="auto"/>
      </w:pPr>
      <w:r w:rsidRPr="00D200D6">
        <w:rPr>
          <w:rFonts w:ascii="Times New Roman" w:eastAsia="Times New Roman" w:hAnsi="Times New Roman"/>
          <w:sz w:val="26"/>
        </w:rPr>
        <w:t>- Hình cắt từ SGK trang 85, 86, 87.</w:t>
      </w:r>
    </w:p>
    <w:p w:rsidR="00AB4770" w:rsidRPr="00D200D6" w:rsidRDefault="00920D7A" w:rsidP="00D200D6">
      <w:pPr>
        <w:spacing w:after="0" w:line="240" w:lineRule="auto"/>
      </w:pPr>
      <w:r w:rsidRPr="00D200D6">
        <w:rPr>
          <w:rFonts w:ascii="Times New Roman" w:eastAsia="Times New Roman" w:hAnsi="Times New Roman"/>
          <w:b/>
          <w:sz w:val="26"/>
        </w:rPr>
        <w:t>III. HOẠT ĐỘNG DẠY HỌC</w:t>
      </w:r>
    </w:p>
    <w:tbl>
      <w:tblPr>
        <w:tblW w:w="0" w:type="auto"/>
        <w:jc w:val="center"/>
        <w:tblBorders>
          <w:top w:val="single" w:sz="8" w:space="0" w:color="000000"/>
          <w:left w:val="single" w:sz="8" w:space="0" w:color="000000"/>
          <w:bottom w:val="single" w:sz="8" w:space="0" w:color="000000"/>
          <w:right w:val="single" w:sz="8" w:space="0" w:color="000000"/>
          <w:insideV w:val="single" w:sz="8" w:space="0" w:color="000000"/>
        </w:tblBorders>
        <w:tblLook w:val="04A0" w:firstRow="1" w:lastRow="0" w:firstColumn="1" w:lastColumn="0" w:noHBand="0" w:noVBand="1"/>
      </w:tblPr>
      <w:tblGrid>
        <w:gridCol w:w="5040"/>
        <w:gridCol w:w="5040"/>
      </w:tblGrid>
      <w:tr w:rsidR="00D200D6" w:rsidRPr="00D200D6" w:rsidTr="00D200D6">
        <w:trPr>
          <w:jc w:val="center"/>
        </w:trPr>
        <w:tc>
          <w:tcPr>
            <w:tcW w:w="5040" w:type="dxa"/>
            <w:tcBorders>
              <w:bottom w:val="single" w:sz="8" w:space="0" w:color="000000"/>
            </w:tcBorders>
            <w:shd w:val="clear" w:color="auto" w:fill="auto"/>
          </w:tcPr>
          <w:p w:rsidR="00AB4770" w:rsidRPr="00D200D6" w:rsidRDefault="00920D7A" w:rsidP="00D200D6">
            <w:pPr>
              <w:spacing w:after="0" w:line="240" w:lineRule="auto"/>
              <w:jc w:val="center"/>
            </w:pPr>
            <w:r w:rsidRPr="00D200D6">
              <w:rPr>
                <w:rFonts w:ascii="Times New Roman" w:eastAsia="Times New Roman" w:hAnsi="Times New Roman"/>
                <w:b/>
                <w:sz w:val="26"/>
              </w:rPr>
              <w:t>Hoạt động của giáo viên</w:t>
            </w:r>
          </w:p>
        </w:tc>
        <w:tc>
          <w:tcPr>
            <w:tcW w:w="5040" w:type="dxa"/>
            <w:tcBorders>
              <w:bottom w:val="single" w:sz="8" w:space="0" w:color="000000"/>
            </w:tcBorders>
            <w:shd w:val="clear" w:color="auto" w:fill="auto"/>
          </w:tcPr>
          <w:p w:rsidR="00AB4770" w:rsidRPr="00D200D6" w:rsidRDefault="00920D7A" w:rsidP="00D200D6">
            <w:pPr>
              <w:spacing w:after="0" w:line="240" w:lineRule="auto"/>
              <w:jc w:val="center"/>
            </w:pPr>
            <w:r w:rsidRPr="00D200D6">
              <w:rPr>
                <w:rFonts w:ascii="Times New Roman" w:eastAsia="Times New Roman" w:hAnsi="Times New Roman"/>
                <w:b/>
                <w:sz w:val="26"/>
              </w:rPr>
              <w:t>Hoạt động của học sinh</w:t>
            </w:r>
          </w:p>
        </w:tc>
      </w:tr>
      <w:tr w:rsidR="00D200D6" w:rsidRPr="00D200D6" w:rsidTr="00D200D6">
        <w:trPr>
          <w:jc w:val="center"/>
        </w:trPr>
        <w:tc>
          <w:tcPr>
            <w:tcW w:w="10080" w:type="dxa"/>
            <w:gridSpan w:val="2"/>
            <w:tcBorders>
              <w:top w:val="single" w:sz="8" w:space="0" w:color="000000"/>
              <w:bottom w:val="single" w:sz="8" w:space="0" w:color="000000"/>
            </w:tcBorders>
            <w:shd w:val="clear" w:color="auto" w:fill="auto"/>
          </w:tcPr>
          <w:p w:rsidR="00AB4770" w:rsidRPr="00D200D6" w:rsidRDefault="00920D7A" w:rsidP="00D200D6">
            <w:pPr>
              <w:spacing w:after="0" w:line="240" w:lineRule="auto"/>
            </w:pPr>
            <w:r w:rsidRPr="00D200D6">
              <w:rPr>
                <w:rFonts w:ascii="Times New Roman" w:eastAsia="Times New Roman" w:hAnsi="Times New Roman"/>
                <w:b/>
                <w:sz w:val="26"/>
              </w:rPr>
              <w:t>1. Khởi động (5 phút):</w:t>
            </w:r>
          </w:p>
          <w:p w:rsidR="00AB4770" w:rsidRPr="00D200D6" w:rsidRDefault="00920D7A" w:rsidP="00D200D6">
            <w:pPr>
              <w:spacing w:after="0" w:line="240" w:lineRule="auto"/>
            </w:pPr>
            <w:r w:rsidRPr="00D200D6">
              <w:rPr>
                <w:rFonts w:ascii="Times New Roman" w:eastAsia="Times New Roman" w:hAnsi="Times New Roman"/>
                <w:sz w:val="26"/>
              </w:rPr>
              <w:t>- Mục tiêu: Gợi nhớ các mệnh giá tiền đã biết và tạo hứng thú học Tiền Việt Nam.</w:t>
            </w:r>
          </w:p>
          <w:p w:rsidR="00AB4770" w:rsidRPr="00D200D6" w:rsidRDefault="00920D7A" w:rsidP="00D200D6">
            <w:pPr>
              <w:spacing w:after="0" w:line="240" w:lineRule="auto"/>
            </w:pPr>
            <w:r w:rsidRPr="00D200D6">
              <w:rPr>
                <w:rFonts w:ascii="Times New Roman" w:eastAsia="Times New Roman" w:hAnsi="Times New Roman"/>
                <w:sz w:val="26"/>
              </w:rPr>
              <w:t>*Cách tiến hành:</w:t>
            </w:r>
          </w:p>
        </w:tc>
      </w:tr>
      <w:tr w:rsidR="00D200D6" w:rsidRPr="00D200D6" w:rsidTr="00D200D6">
        <w:trPr>
          <w:jc w:val="center"/>
        </w:trPr>
        <w:tc>
          <w:tcPr>
            <w:tcW w:w="5040" w:type="dxa"/>
            <w:tcBorders>
              <w:top w:val="single" w:sz="8" w:space="0" w:color="000000"/>
            </w:tcBorders>
            <w:shd w:val="clear" w:color="auto" w:fill="auto"/>
          </w:tcPr>
          <w:p w:rsidR="00AB4770" w:rsidRPr="00D200D6" w:rsidRDefault="00920D7A" w:rsidP="00D200D6">
            <w:pPr>
              <w:spacing w:after="0" w:line="240" w:lineRule="auto"/>
            </w:pPr>
            <w:r w:rsidRPr="00D200D6">
              <w:rPr>
                <w:rFonts w:ascii="Times New Roman" w:eastAsia="Times New Roman" w:hAnsi="Times New Roman"/>
                <w:sz w:val="26"/>
              </w:rPr>
              <w:t>- GV tổ chức trò chơi “Tờ tiền nào?”: GV nêu 1 000 đồng, 5 000 đồng, 10 000 đồng.</w:t>
            </w:r>
          </w:p>
        </w:tc>
        <w:tc>
          <w:tcPr>
            <w:tcW w:w="5040" w:type="dxa"/>
            <w:tcBorders>
              <w:top w:val="single" w:sz="8" w:space="0" w:color="000000"/>
            </w:tcBorders>
            <w:shd w:val="clear" w:color="auto" w:fill="auto"/>
          </w:tcPr>
          <w:p w:rsidR="00AB4770" w:rsidRPr="00D200D6" w:rsidRDefault="00920D7A" w:rsidP="00D200D6">
            <w:pPr>
              <w:spacing w:after="0" w:line="240" w:lineRule="auto"/>
            </w:pPr>
            <w:r w:rsidRPr="00D200D6">
              <w:rPr>
                <w:rFonts w:ascii="Times New Roman" w:eastAsia="Times New Roman" w:hAnsi="Times New Roman"/>
                <w:sz w:val="26"/>
              </w:rPr>
              <w:t>- HS gọi tên mệnh giá và nêu màu sắc quen thuộc của tờ tiền.</w:t>
            </w:r>
          </w:p>
        </w:tc>
      </w:tr>
      <w:tr w:rsidR="00D200D6" w:rsidRPr="00D200D6" w:rsidTr="00D200D6">
        <w:trPr>
          <w:jc w:val="center"/>
        </w:trPr>
        <w:tc>
          <w:tcPr>
            <w:tcW w:w="5040" w:type="dxa"/>
            <w:shd w:val="clear" w:color="auto" w:fill="auto"/>
          </w:tcPr>
          <w:p w:rsidR="00AB4770" w:rsidRPr="00D200D6" w:rsidRDefault="00920D7A" w:rsidP="00D200D6">
            <w:pPr>
              <w:spacing w:after="0" w:line="240" w:lineRule="auto"/>
            </w:pPr>
            <w:r w:rsidRPr="00D200D6">
              <w:rPr>
                <w:rFonts w:ascii="Times New Roman" w:eastAsia="Times New Roman" w:hAnsi="Times New Roman"/>
                <w:sz w:val="26"/>
              </w:rPr>
              <w:t>- GV hỏi: Khi mua hàng, vì sao cần biết mệnh giá tiền?</w:t>
            </w:r>
          </w:p>
        </w:tc>
        <w:tc>
          <w:tcPr>
            <w:tcW w:w="5040" w:type="dxa"/>
            <w:shd w:val="clear" w:color="auto" w:fill="auto"/>
          </w:tcPr>
          <w:p w:rsidR="00AB4770" w:rsidRPr="00D200D6" w:rsidRDefault="00920D7A" w:rsidP="00D200D6">
            <w:pPr>
              <w:spacing w:after="0" w:line="240" w:lineRule="auto"/>
            </w:pPr>
            <w:r w:rsidRPr="00D200D6">
              <w:rPr>
                <w:rFonts w:ascii="Times New Roman" w:eastAsia="Times New Roman" w:hAnsi="Times New Roman"/>
                <w:sz w:val="26"/>
              </w:rPr>
              <w:t>- HS trả lời: Để trả tiền, nhận tiền thừa và tính tiền đúng.</w:t>
            </w:r>
          </w:p>
        </w:tc>
      </w:tr>
      <w:tr w:rsidR="00D200D6" w:rsidRPr="00D200D6" w:rsidTr="00D200D6">
        <w:trPr>
          <w:jc w:val="center"/>
        </w:trPr>
        <w:tc>
          <w:tcPr>
            <w:tcW w:w="5040" w:type="dxa"/>
            <w:tcBorders>
              <w:bottom w:val="single" w:sz="8" w:space="0" w:color="000000"/>
            </w:tcBorders>
            <w:shd w:val="clear" w:color="auto" w:fill="auto"/>
          </w:tcPr>
          <w:p w:rsidR="00AB4770" w:rsidRPr="00D200D6" w:rsidRDefault="00920D7A" w:rsidP="00D200D6">
            <w:pPr>
              <w:spacing w:after="0" w:line="240" w:lineRule="auto"/>
            </w:pPr>
            <w:r w:rsidRPr="00D200D6">
              <w:rPr>
                <w:rFonts w:ascii="Times New Roman" w:eastAsia="Times New Roman" w:hAnsi="Times New Roman"/>
                <w:sz w:val="26"/>
              </w:rPr>
              <w:t>- GV dẫn dắt vào bài Tiền Việt Nam.</w:t>
            </w:r>
          </w:p>
        </w:tc>
        <w:tc>
          <w:tcPr>
            <w:tcW w:w="5040" w:type="dxa"/>
            <w:tcBorders>
              <w:bottom w:val="single" w:sz="8" w:space="0" w:color="000000"/>
            </w:tcBorders>
            <w:shd w:val="clear" w:color="auto" w:fill="auto"/>
          </w:tcPr>
          <w:p w:rsidR="00AB4770" w:rsidRPr="00D200D6" w:rsidRDefault="00920D7A" w:rsidP="00D200D6">
            <w:pPr>
              <w:spacing w:after="0" w:line="240" w:lineRule="auto"/>
            </w:pPr>
            <w:r w:rsidRPr="00D200D6">
              <w:rPr>
                <w:rFonts w:ascii="Times New Roman" w:eastAsia="Times New Roman" w:hAnsi="Times New Roman"/>
                <w:sz w:val="26"/>
              </w:rPr>
              <w:t>- HS lắng nghe và ghi tên bài.</w:t>
            </w:r>
          </w:p>
        </w:tc>
      </w:tr>
      <w:tr w:rsidR="00D200D6" w:rsidRPr="00D200D6" w:rsidTr="00D200D6">
        <w:trPr>
          <w:jc w:val="center"/>
        </w:trPr>
        <w:tc>
          <w:tcPr>
            <w:tcW w:w="10080" w:type="dxa"/>
            <w:gridSpan w:val="2"/>
            <w:tcBorders>
              <w:top w:val="single" w:sz="8" w:space="0" w:color="000000"/>
              <w:bottom w:val="single" w:sz="8" w:space="0" w:color="000000"/>
            </w:tcBorders>
            <w:shd w:val="clear" w:color="auto" w:fill="auto"/>
          </w:tcPr>
          <w:p w:rsidR="00AB4770" w:rsidRPr="00D200D6" w:rsidRDefault="00920D7A" w:rsidP="00D200D6">
            <w:pPr>
              <w:spacing w:after="0" w:line="240" w:lineRule="auto"/>
            </w:pPr>
            <w:bookmarkStart w:id="0" w:name="_GoBack"/>
            <w:r w:rsidRPr="00D200D6">
              <w:rPr>
                <w:rFonts w:ascii="Times New Roman" w:eastAsia="Times New Roman" w:hAnsi="Times New Roman"/>
                <w:b/>
                <w:sz w:val="26"/>
              </w:rPr>
              <w:t>2. Khám phá (8 phút):</w:t>
            </w:r>
          </w:p>
          <w:p w:rsidR="00AB4770" w:rsidRPr="00D200D6" w:rsidRDefault="00920D7A" w:rsidP="00D200D6">
            <w:pPr>
              <w:spacing w:after="0" w:line="240" w:lineRule="auto"/>
            </w:pPr>
            <w:r w:rsidRPr="00D200D6">
              <w:rPr>
                <w:rFonts w:ascii="Times New Roman" w:eastAsia="Times New Roman" w:hAnsi="Times New Roman"/>
                <w:sz w:val="26"/>
              </w:rPr>
              <w:t>- Mục tiêu: Nhận biết các tờ tiền Việt Nam từ 1 000 đồng trở lên.</w:t>
            </w:r>
          </w:p>
          <w:p w:rsidR="00AB4770" w:rsidRPr="00D200D6" w:rsidRDefault="00920D7A" w:rsidP="00D200D6">
            <w:pPr>
              <w:spacing w:after="0" w:line="240" w:lineRule="auto"/>
            </w:pPr>
            <w:r w:rsidRPr="00D200D6">
              <w:rPr>
                <w:rFonts w:ascii="Times New Roman" w:eastAsia="Times New Roman" w:hAnsi="Times New Roman"/>
                <w:sz w:val="26"/>
              </w:rPr>
              <w:t>*Cách tiến hành:</w:t>
            </w:r>
          </w:p>
        </w:tc>
      </w:tr>
      <w:bookmarkEnd w:id="0"/>
      <w:tr w:rsidR="00D200D6" w:rsidRPr="00D200D6" w:rsidTr="00D200D6">
        <w:trPr>
          <w:jc w:val="center"/>
        </w:trPr>
        <w:tc>
          <w:tcPr>
            <w:tcW w:w="5040" w:type="dxa"/>
            <w:tcBorders>
              <w:top w:val="single" w:sz="8" w:space="0" w:color="000000"/>
            </w:tcBorders>
            <w:shd w:val="clear" w:color="auto" w:fill="auto"/>
          </w:tcPr>
          <w:p w:rsidR="00AB4770" w:rsidRPr="00D200D6" w:rsidRDefault="00920D7A" w:rsidP="00D200D6">
            <w:pPr>
              <w:spacing w:after="0" w:line="240" w:lineRule="auto"/>
            </w:pPr>
            <w:r w:rsidRPr="00D200D6">
              <w:rPr>
                <w:rFonts w:ascii="Times New Roman" w:eastAsia="Times New Roman" w:hAnsi="Times New Roman"/>
                <w:b/>
                <w:sz w:val="26"/>
              </w:rPr>
              <w:t>Khám phá. Các tờ tiền từ 1 000 đồng trở lên. (Làm việc cá nhân, cả lớp)</w:t>
            </w:r>
          </w:p>
          <w:p w:rsidR="00AB4770" w:rsidRPr="00D200D6" w:rsidRDefault="00920D7A" w:rsidP="00D200D6">
            <w:pPr>
              <w:spacing w:after="0" w:line="240" w:lineRule="auto"/>
            </w:pPr>
            <w:r w:rsidRPr="00D200D6">
              <w:rPr>
                <w:rFonts w:ascii="Times New Roman" w:eastAsia="Times New Roman" w:hAnsi="Times New Roman"/>
                <w:sz w:val="26"/>
              </w:rPr>
              <w:t>- HS quan sát hình SGK.</w:t>
            </w:r>
          </w:p>
        </w:tc>
        <w:tc>
          <w:tcPr>
            <w:tcW w:w="5040" w:type="dxa"/>
            <w:tcBorders>
              <w:top w:val="single" w:sz="8" w:space="0" w:color="000000"/>
            </w:tcBorders>
            <w:shd w:val="clear" w:color="auto" w:fill="auto"/>
          </w:tcPr>
          <w:p w:rsidR="00AB4770" w:rsidRPr="00D200D6" w:rsidRDefault="00920D7A" w:rsidP="00D200D6">
            <w:pPr>
              <w:spacing w:after="0" w:line="240" w:lineRule="auto"/>
            </w:pPr>
            <w:r w:rsidRPr="00D200D6">
              <w:rPr>
                <w:rFonts w:ascii="Times New Roman" w:eastAsia="Times New Roman" w:hAnsi="Times New Roman"/>
                <w:sz w:val="26"/>
              </w:rPr>
              <w:t>- HS quan sát bài trong SGK.</w:t>
            </w:r>
          </w:p>
        </w:tc>
      </w:tr>
      <w:tr w:rsidR="00D200D6" w:rsidRPr="00D200D6" w:rsidTr="00D200D6">
        <w:trPr>
          <w:jc w:val="center"/>
        </w:trPr>
        <w:tc>
          <w:tcPr>
            <w:tcW w:w="5040" w:type="dxa"/>
            <w:shd w:val="clear" w:color="auto" w:fill="auto"/>
          </w:tcPr>
          <w:p w:rsidR="00AB4770" w:rsidRPr="00D200D6" w:rsidRDefault="00920D7A" w:rsidP="00D200D6">
            <w:pPr>
              <w:spacing w:after="0" w:line="240" w:lineRule="auto"/>
            </w:pPr>
            <w:r w:rsidRPr="00D200D6">
              <w:rPr>
                <w:rFonts w:ascii="Times New Roman" w:eastAsia="Times New Roman" w:hAnsi="Times New Roman"/>
                <w:sz w:val="26"/>
              </w:rPr>
              <w:t>- GV cho HS quan sát các tờ tiền trong SGK.</w:t>
            </w:r>
          </w:p>
        </w:tc>
        <w:tc>
          <w:tcPr>
            <w:tcW w:w="5040" w:type="dxa"/>
            <w:shd w:val="clear" w:color="auto" w:fill="auto"/>
          </w:tcPr>
          <w:p w:rsidR="00AB4770" w:rsidRPr="00D200D6" w:rsidRDefault="00920D7A" w:rsidP="00D200D6">
            <w:pPr>
              <w:spacing w:after="0" w:line="240" w:lineRule="auto"/>
            </w:pPr>
            <w:r w:rsidRPr="00D200D6">
              <w:rPr>
                <w:rFonts w:ascii="Times New Roman" w:eastAsia="Times New Roman" w:hAnsi="Times New Roman"/>
                <w:sz w:val="26"/>
              </w:rPr>
              <w:t>- HS quan sát các tờ tiền Việt Nam.</w:t>
            </w:r>
          </w:p>
        </w:tc>
      </w:tr>
      <w:tr w:rsidR="00D200D6" w:rsidRPr="00D200D6" w:rsidTr="00D200D6">
        <w:trPr>
          <w:jc w:val="center"/>
        </w:trPr>
        <w:tc>
          <w:tcPr>
            <w:tcW w:w="5040" w:type="dxa"/>
            <w:shd w:val="clear" w:color="auto" w:fill="auto"/>
          </w:tcPr>
          <w:p w:rsidR="00AB4770" w:rsidRPr="00D200D6" w:rsidRDefault="00920D7A" w:rsidP="00D200D6">
            <w:pPr>
              <w:spacing w:after="0" w:line="240" w:lineRule="auto"/>
            </w:pPr>
            <w:r w:rsidRPr="00D200D6">
              <w:rPr>
                <w:rFonts w:ascii="Times New Roman" w:eastAsia="Times New Roman" w:hAnsi="Times New Roman"/>
                <w:sz w:val="26"/>
              </w:rPr>
              <w:t>- GV yêu cầu HS kể tên các mệnh giá nhìn thấy.</w:t>
            </w:r>
          </w:p>
        </w:tc>
        <w:tc>
          <w:tcPr>
            <w:tcW w:w="5040" w:type="dxa"/>
            <w:shd w:val="clear" w:color="auto" w:fill="auto"/>
          </w:tcPr>
          <w:p w:rsidR="00AB4770" w:rsidRPr="00D200D6" w:rsidRDefault="00920D7A" w:rsidP="00D200D6">
            <w:pPr>
              <w:spacing w:after="0" w:line="240" w:lineRule="auto"/>
            </w:pPr>
            <w:r w:rsidRPr="00D200D6">
              <w:rPr>
                <w:rFonts w:ascii="Times New Roman" w:eastAsia="Times New Roman" w:hAnsi="Times New Roman"/>
                <w:sz w:val="26"/>
              </w:rPr>
              <w:t xml:space="preserve">- HS nêu: 1 000 đồng, 2 000 đồng, 5 000 đồng, 10 000 đồng, 20 000 đồng, 50 000 </w:t>
            </w:r>
            <w:r w:rsidRPr="00D200D6">
              <w:rPr>
                <w:rFonts w:ascii="Times New Roman" w:eastAsia="Times New Roman" w:hAnsi="Times New Roman"/>
                <w:sz w:val="26"/>
              </w:rPr>
              <w:lastRenderedPageBreak/>
              <w:t>đồng, 100 000 đồng, 200 000 đồng, 500 000 đồng.</w:t>
            </w:r>
          </w:p>
        </w:tc>
      </w:tr>
      <w:tr w:rsidR="00D200D6" w:rsidRPr="00D200D6" w:rsidTr="00D200D6">
        <w:trPr>
          <w:jc w:val="center"/>
        </w:trPr>
        <w:tc>
          <w:tcPr>
            <w:tcW w:w="5040" w:type="dxa"/>
            <w:shd w:val="clear" w:color="auto" w:fill="auto"/>
          </w:tcPr>
          <w:p w:rsidR="00AB4770" w:rsidRPr="00D200D6" w:rsidRDefault="00920D7A" w:rsidP="00D200D6">
            <w:pPr>
              <w:spacing w:after="0" w:line="240" w:lineRule="auto"/>
            </w:pPr>
            <w:r w:rsidRPr="00D200D6">
              <w:rPr>
                <w:rFonts w:ascii="Times New Roman" w:eastAsia="Times New Roman" w:hAnsi="Times New Roman"/>
                <w:sz w:val="26"/>
              </w:rPr>
              <w:lastRenderedPageBreak/>
              <w:t>- GV hỏi: Tờ tiền nào có mệnh giá nhỏ nhất trong các tờ tiền đang học?</w:t>
            </w:r>
          </w:p>
        </w:tc>
        <w:tc>
          <w:tcPr>
            <w:tcW w:w="5040" w:type="dxa"/>
            <w:shd w:val="clear" w:color="auto" w:fill="auto"/>
          </w:tcPr>
          <w:p w:rsidR="00AB4770" w:rsidRPr="00D200D6" w:rsidRDefault="00920D7A" w:rsidP="00D200D6">
            <w:pPr>
              <w:spacing w:after="0" w:line="240" w:lineRule="auto"/>
            </w:pPr>
            <w:r w:rsidRPr="00D200D6">
              <w:rPr>
                <w:rFonts w:ascii="Times New Roman" w:eastAsia="Times New Roman" w:hAnsi="Times New Roman"/>
                <w:sz w:val="26"/>
              </w:rPr>
              <w:t>- HS trả lời: Tờ 1 000 đồng.</w:t>
            </w:r>
          </w:p>
        </w:tc>
      </w:tr>
      <w:tr w:rsidR="00D200D6" w:rsidRPr="00D200D6" w:rsidTr="00D200D6">
        <w:trPr>
          <w:jc w:val="center"/>
        </w:trPr>
        <w:tc>
          <w:tcPr>
            <w:tcW w:w="5040" w:type="dxa"/>
            <w:shd w:val="clear" w:color="auto" w:fill="auto"/>
          </w:tcPr>
          <w:p w:rsidR="00AB4770" w:rsidRPr="00D200D6" w:rsidRDefault="00920D7A" w:rsidP="00D200D6">
            <w:pPr>
              <w:spacing w:after="0" w:line="240" w:lineRule="auto"/>
            </w:pPr>
            <w:r w:rsidRPr="00D200D6">
              <w:rPr>
                <w:rFonts w:ascii="Times New Roman" w:eastAsia="Times New Roman" w:hAnsi="Times New Roman"/>
                <w:sz w:val="26"/>
              </w:rPr>
              <w:t>- GV hỏi: Tờ tiền nào có mệnh giá lớn nhất trong các tờ tiền đang học?</w:t>
            </w:r>
          </w:p>
        </w:tc>
        <w:tc>
          <w:tcPr>
            <w:tcW w:w="5040" w:type="dxa"/>
            <w:shd w:val="clear" w:color="auto" w:fill="auto"/>
          </w:tcPr>
          <w:p w:rsidR="00AB4770" w:rsidRPr="00D200D6" w:rsidRDefault="00920D7A" w:rsidP="00D200D6">
            <w:pPr>
              <w:spacing w:after="0" w:line="240" w:lineRule="auto"/>
            </w:pPr>
            <w:r w:rsidRPr="00D200D6">
              <w:rPr>
                <w:rFonts w:ascii="Times New Roman" w:eastAsia="Times New Roman" w:hAnsi="Times New Roman"/>
                <w:sz w:val="26"/>
              </w:rPr>
              <w:t>- HS trả lời: Tờ 500 000 đồng.</w:t>
            </w:r>
          </w:p>
        </w:tc>
      </w:tr>
      <w:tr w:rsidR="00D200D6" w:rsidRPr="00D200D6" w:rsidTr="00D200D6">
        <w:trPr>
          <w:jc w:val="center"/>
        </w:trPr>
        <w:tc>
          <w:tcPr>
            <w:tcW w:w="5040" w:type="dxa"/>
            <w:shd w:val="clear" w:color="auto" w:fill="auto"/>
          </w:tcPr>
          <w:p w:rsidR="00AB4770" w:rsidRPr="00D200D6" w:rsidRDefault="00920D7A" w:rsidP="00D200D6">
            <w:pPr>
              <w:spacing w:after="0" w:line="240" w:lineRule="auto"/>
            </w:pPr>
            <w:r w:rsidRPr="00D200D6">
              <w:rPr>
                <w:rFonts w:ascii="Times New Roman" w:eastAsia="Times New Roman" w:hAnsi="Times New Roman"/>
                <w:sz w:val="26"/>
              </w:rPr>
              <w:t>- GV nhắc HS không vẽ, viết lên tiền và giữ gìn tiền cẩn thận.</w:t>
            </w:r>
          </w:p>
        </w:tc>
        <w:tc>
          <w:tcPr>
            <w:tcW w:w="5040" w:type="dxa"/>
            <w:shd w:val="clear" w:color="auto" w:fill="auto"/>
          </w:tcPr>
          <w:p w:rsidR="00AB4770" w:rsidRPr="00D200D6" w:rsidRDefault="00920D7A" w:rsidP="00D200D6">
            <w:pPr>
              <w:spacing w:after="0" w:line="240" w:lineRule="auto"/>
            </w:pPr>
            <w:r w:rsidRPr="00D200D6">
              <w:rPr>
                <w:rFonts w:ascii="Times New Roman" w:eastAsia="Times New Roman" w:hAnsi="Times New Roman"/>
                <w:sz w:val="26"/>
              </w:rPr>
              <w:t>- HS lắng nghe.</w:t>
            </w:r>
          </w:p>
        </w:tc>
      </w:tr>
      <w:tr w:rsidR="00D200D6" w:rsidRPr="00D200D6" w:rsidTr="00D200D6">
        <w:trPr>
          <w:jc w:val="center"/>
        </w:trPr>
        <w:tc>
          <w:tcPr>
            <w:tcW w:w="5040" w:type="dxa"/>
            <w:shd w:val="clear" w:color="auto" w:fill="auto"/>
          </w:tcPr>
          <w:p w:rsidR="00AB4770" w:rsidRPr="00D200D6" w:rsidRDefault="00920D7A" w:rsidP="00D200D6">
            <w:pPr>
              <w:spacing w:after="0" w:line="240" w:lineRule="auto"/>
            </w:pPr>
            <w:r w:rsidRPr="00D200D6">
              <w:rPr>
                <w:rFonts w:ascii="Times New Roman" w:eastAsia="Times New Roman" w:hAnsi="Times New Roman"/>
                <w:sz w:val="26"/>
              </w:rPr>
              <w:t>- GV kết luận: Nhận biết mệnh giá tiền giúp chúng ta mua bán, chi tiêu chính xác và tiết kiệm.</w:t>
            </w:r>
          </w:p>
        </w:tc>
        <w:tc>
          <w:tcPr>
            <w:tcW w:w="5040" w:type="dxa"/>
            <w:shd w:val="clear" w:color="auto" w:fill="auto"/>
          </w:tcPr>
          <w:p w:rsidR="00AB4770" w:rsidRPr="00D200D6" w:rsidRDefault="00920D7A" w:rsidP="00D200D6">
            <w:pPr>
              <w:spacing w:after="0" w:line="240" w:lineRule="auto"/>
            </w:pPr>
            <w:r w:rsidRPr="00D200D6">
              <w:rPr>
                <w:rFonts w:ascii="Times New Roman" w:eastAsia="Times New Roman" w:hAnsi="Times New Roman"/>
                <w:sz w:val="26"/>
              </w:rPr>
              <w:t>- HS ghi nhớ.</w:t>
            </w:r>
          </w:p>
        </w:tc>
      </w:tr>
      <w:tr w:rsidR="00D200D6" w:rsidRPr="00D200D6" w:rsidTr="00D200D6">
        <w:trPr>
          <w:jc w:val="center"/>
        </w:trPr>
        <w:tc>
          <w:tcPr>
            <w:tcW w:w="10080" w:type="dxa"/>
            <w:gridSpan w:val="2"/>
            <w:shd w:val="clear" w:color="auto" w:fill="auto"/>
          </w:tcPr>
          <w:p w:rsidR="00AB4770" w:rsidRPr="00D200D6" w:rsidRDefault="00920D7A" w:rsidP="00D200D6">
            <w:pPr>
              <w:spacing w:after="0" w:line="240" w:lineRule="auto"/>
            </w:pPr>
            <w:r w:rsidRPr="00D200D6">
              <w:rPr>
                <w:rFonts w:ascii="Times New Roman" w:eastAsia="Times New Roman" w:hAnsi="Times New Roman"/>
                <w:b/>
                <w:sz w:val="26"/>
              </w:rPr>
              <w:t>3. Hoạt động (12 phút):</w:t>
            </w:r>
          </w:p>
          <w:p w:rsidR="00AB4770" w:rsidRPr="00D200D6" w:rsidRDefault="00920D7A" w:rsidP="00D200D6">
            <w:pPr>
              <w:spacing w:after="0" w:line="240" w:lineRule="auto"/>
            </w:pPr>
            <w:r w:rsidRPr="00D200D6">
              <w:rPr>
                <w:rFonts w:ascii="Times New Roman" w:eastAsia="Times New Roman" w:hAnsi="Times New Roman"/>
                <w:sz w:val="26"/>
              </w:rPr>
              <w:t>- Mục tiêu: Tính tổng tiền, chọn cách trả tiền thừa và so sánh giá tiền đồ vật.</w:t>
            </w:r>
          </w:p>
          <w:p w:rsidR="00AB4770" w:rsidRPr="00D200D6" w:rsidRDefault="00920D7A" w:rsidP="00D200D6">
            <w:pPr>
              <w:spacing w:after="0" w:line="240" w:lineRule="auto"/>
            </w:pPr>
            <w:r w:rsidRPr="00D200D6">
              <w:rPr>
                <w:rFonts w:ascii="Times New Roman" w:eastAsia="Times New Roman" w:hAnsi="Times New Roman"/>
                <w:sz w:val="26"/>
              </w:rPr>
              <w:t>- Mục tiêu tích hợp AI 3.A2.2: HS biết AI có thể hỗ trợ người khiếm thị nhận biết mệnh giá tiền nhưng con người vẫn cần kiểm tra khi chi tiêu.</w:t>
            </w:r>
          </w:p>
          <w:p w:rsidR="00AB4770" w:rsidRPr="00D200D6" w:rsidRDefault="00920D7A" w:rsidP="00D200D6">
            <w:pPr>
              <w:spacing w:after="0" w:line="240" w:lineRule="auto"/>
            </w:pPr>
            <w:r w:rsidRPr="00D200D6">
              <w:rPr>
                <w:rFonts w:ascii="Times New Roman" w:eastAsia="Times New Roman" w:hAnsi="Times New Roman"/>
                <w:sz w:val="26"/>
              </w:rPr>
              <w:t>*Cách tiến hành:</w:t>
            </w:r>
          </w:p>
        </w:tc>
      </w:tr>
      <w:tr w:rsidR="00D200D6" w:rsidRPr="00D200D6" w:rsidTr="00D200D6">
        <w:trPr>
          <w:jc w:val="center"/>
        </w:trPr>
        <w:tc>
          <w:tcPr>
            <w:tcW w:w="5040" w:type="dxa"/>
            <w:shd w:val="clear" w:color="auto" w:fill="auto"/>
          </w:tcPr>
          <w:p w:rsidR="00AB4770" w:rsidRPr="00D200D6" w:rsidRDefault="00920D7A" w:rsidP="00D200D6">
            <w:pPr>
              <w:spacing w:after="0" w:line="240" w:lineRule="auto"/>
            </w:pPr>
            <w:r w:rsidRPr="00D200D6">
              <w:rPr>
                <w:rFonts w:ascii="Times New Roman" w:eastAsia="Times New Roman" w:hAnsi="Times New Roman"/>
                <w:b/>
                <w:sz w:val="26"/>
              </w:rPr>
              <w:t>Bài 1. Chú lợn nào đựng nhiều tiền nhất? (Làm việc cá nhân)</w:t>
            </w:r>
          </w:p>
          <w:p w:rsidR="00AB4770" w:rsidRPr="00D200D6" w:rsidRDefault="00920D7A" w:rsidP="00D200D6">
            <w:pPr>
              <w:spacing w:after="0" w:line="240" w:lineRule="auto"/>
            </w:pPr>
            <w:r w:rsidRPr="00D200D6">
              <w:rPr>
                <w:rFonts w:ascii="Times New Roman" w:eastAsia="Times New Roman" w:hAnsi="Times New Roman"/>
                <w:sz w:val="26"/>
              </w:rPr>
              <w:t>- HS quan sát hình SGK.</w:t>
            </w:r>
          </w:p>
          <w:p w:rsidR="00AB4770" w:rsidRPr="00D200D6" w:rsidRDefault="00AB4770" w:rsidP="00D200D6">
            <w:pPr>
              <w:spacing w:after="0" w:line="240" w:lineRule="auto"/>
            </w:pPr>
          </w:p>
        </w:tc>
        <w:tc>
          <w:tcPr>
            <w:tcW w:w="5040" w:type="dxa"/>
            <w:shd w:val="clear" w:color="auto" w:fill="auto"/>
          </w:tcPr>
          <w:p w:rsidR="00AB4770" w:rsidRPr="00D200D6" w:rsidRDefault="00920D7A" w:rsidP="00D200D6">
            <w:pPr>
              <w:spacing w:after="0" w:line="240" w:lineRule="auto"/>
            </w:pPr>
            <w:r w:rsidRPr="00D200D6">
              <w:rPr>
                <w:rFonts w:ascii="Times New Roman" w:eastAsia="Times New Roman" w:hAnsi="Times New Roman"/>
                <w:sz w:val="26"/>
              </w:rPr>
              <w:t>- HS quan sát bài trong SGK.</w:t>
            </w:r>
          </w:p>
        </w:tc>
      </w:tr>
      <w:tr w:rsidR="00D200D6" w:rsidRPr="00D200D6" w:rsidTr="00D200D6">
        <w:trPr>
          <w:jc w:val="center"/>
        </w:trPr>
        <w:tc>
          <w:tcPr>
            <w:tcW w:w="5040" w:type="dxa"/>
            <w:shd w:val="clear" w:color="auto" w:fill="auto"/>
          </w:tcPr>
          <w:p w:rsidR="00AB4770" w:rsidRPr="00D200D6" w:rsidRDefault="00920D7A" w:rsidP="00D200D6">
            <w:pPr>
              <w:spacing w:after="0" w:line="240" w:lineRule="auto"/>
            </w:pPr>
            <w:r w:rsidRPr="00D200D6">
              <w:rPr>
                <w:rFonts w:ascii="Times New Roman" w:eastAsia="Times New Roman" w:hAnsi="Times New Roman"/>
                <w:sz w:val="26"/>
              </w:rPr>
              <w:t>- GV cho HS đọc yêu cầu Bài 1.</w:t>
            </w:r>
          </w:p>
        </w:tc>
        <w:tc>
          <w:tcPr>
            <w:tcW w:w="5040" w:type="dxa"/>
            <w:shd w:val="clear" w:color="auto" w:fill="auto"/>
          </w:tcPr>
          <w:p w:rsidR="00AB4770" w:rsidRPr="00D200D6" w:rsidRDefault="00920D7A" w:rsidP="00D200D6">
            <w:pPr>
              <w:spacing w:after="0" w:line="240" w:lineRule="auto"/>
            </w:pPr>
            <w:r w:rsidRPr="00D200D6">
              <w:rPr>
                <w:rFonts w:ascii="Times New Roman" w:eastAsia="Times New Roman" w:hAnsi="Times New Roman"/>
                <w:sz w:val="26"/>
              </w:rPr>
              <w:t>- HS đọc: Chú lợn nào đựng nhiều tiền nhất?</w:t>
            </w:r>
          </w:p>
        </w:tc>
      </w:tr>
      <w:tr w:rsidR="00D200D6" w:rsidRPr="00D200D6" w:rsidTr="00D200D6">
        <w:trPr>
          <w:jc w:val="center"/>
        </w:trPr>
        <w:tc>
          <w:tcPr>
            <w:tcW w:w="5040" w:type="dxa"/>
            <w:shd w:val="clear" w:color="auto" w:fill="auto"/>
          </w:tcPr>
          <w:p w:rsidR="00AB4770" w:rsidRPr="00D200D6" w:rsidRDefault="00920D7A" w:rsidP="00D200D6">
            <w:pPr>
              <w:spacing w:after="0" w:line="240" w:lineRule="auto"/>
            </w:pPr>
            <w:r w:rsidRPr="00D200D6">
              <w:rPr>
                <w:rFonts w:ascii="Times New Roman" w:eastAsia="Times New Roman" w:hAnsi="Times New Roman"/>
                <w:sz w:val="26"/>
              </w:rPr>
              <w:t>- GV hỏi: Chú lợn màu hồng có những tờ tiền nào?</w:t>
            </w:r>
          </w:p>
        </w:tc>
        <w:tc>
          <w:tcPr>
            <w:tcW w:w="5040" w:type="dxa"/>
            <w:shd w:val="clear" w:color="auto" w:fill="auto"/>
          </w:tcPr>
          <w:p w:rsidR="00AB4770" w:rsidRPr="00D200D6" w:rsidRDefault="00920D7A" w:rsidP="00D200D6">
            <w:pPr>
              <w:spacing w:after="0" w:line="240" w:lineRule="auto"/>
            </w:pPr>
            <w:r w:rsidRPr="00D200D6">
              <w:rPr>
                <w:rFonts w:ascii="Times New Roman" w:eastAsia="Times New Roman" w:hAnsi="Times New Roman"/>
                <w:sz w:val="26"/>
              </w:rPr>
              <w:t>- HS trả lời: 10 000 đồng, 1 000 đồng và 1 000 đồng, tổng 12 000 đồng.</w:t>
            </w:r>
          </w:p>
        </w:tc>
      </w:tr>
      <w:tr w:rsidR="00D200D6" w:rsidRPr="00D200D6" w:rsidTr="00D200D6">
        <w:trPr>
          <w:jc w:val="center"/>
        </w:trPr>
        <w:tc>
          <w:tcPr>
            <w:tcW w:w="5040" w:type="dxa"/>
            <w:shd w:val="clear" w:color="auto" w:fill="auto"/>
          </w:tcPr>
          <w:p w:rsidR="00AB4770" w:rsidRPr="00D200D6" w:rsidRDefault="00920D7A" w:rsidP="00D200D6">
            <w:pPr>
              <w:spacing w:after="0" w:line="240" w:lineRule="auto"/>
            </w:pPr>
            <w:r w:rsidRPr="00D200D6">
              <w:rPr>
                <w:rFonts w:ascii="Times New Roman" w:eastAsia="Times New Roman" w:hAnsi="Times New Roman"/>
                <w:sz w:val="26"/>
              </w:rPr>
              <w:t>- GV hỏi: Chú lợn màu xanh có bao nhiêu tiền?</w:t>
            </w:r>
          </w:p>
        </w:tc>
        <w:tc>
          <w:tcPr>
            <w:tcW w:w="5040" w:type="dxa"/>
            <w:shd w:val="clear" w:color="auto" w:fill="auto"/>
          </w:tcPr>
          <w:p w:rsidR="00AB4770" w:rsidRPr="00D200D6" w:rsidRDefault="00920D7A" w:rsidP="00D200D6">
            <w:pPr>
              <w:spacing w:after="0" w:line="240" w:lineRule="auto"/>
            </w:pPr>
            <w:r w:rsidRPr="00D200D6">
              <w:rPr>
                <w:rFonts w:ascii="Times New Roman" w:eastAsia="Times New Roman" w:hAnsi="Times New Roman"/>
                <w:sz w:val="26"/>
              </w:rPr>
              <w:t>- HS trả lời: 10 000 đồng.</w:t>
            </w:r>
          </w:p>
        </w:tc>
      </w:tr>
      <w:tr w:rsidR="00D200D6" w:rsidRPr="00D200D6" w:rsidTr="00D200D6">
        <w:trPr>
          <w:jc w:val="center"/>
        </w:trPr>
        <w:tc>
          <w:tcPr>
            <w:tcW w:w="5040" w:type="dxa"/>
            <w:shd w:val="clear" w:color="auto" w:fill="auto"/>
          </w:tcPr>
          <w:p w:rsidR="00AB4770" w:rsidRPr="00D200D6" w:rsidRDefault="00920D7A" w:rsidP="00D200D6">
            <w:pPr>
              <w:spacing w:after="0" w:line="240" w:lineRule="auto"/>
            </w:pPr>
            <w:r w:rsidRPr="00D200D6">
              <w:rPr>
                <w:rFonts w:ascii="Times New Roman" w:eastAsia="Times New Roman" w:hAnsi="Times New Roman"/>
                <w:sz w:val="26"/>
              </w:rPr>
              <w:t>- GV hỏi: Chú lợn màu tím có bao nhiêu tiền?</w:t>
            </w:r>
          </w:p>
        </w:tc>
        <w:tc>
          <w:tcPr>
            <w:tcW w:w="5040" w:type="dxa"/>
            <w:shd w:val="clear" w:color="auto" w:fill="auto"/>
          </w:tcPr>
          <w:p w:rsidR="00AB4770" w:rsidRPr="00D200D6" w:rsidRDefault="00920D7A" w:rsidP="00D200D6">
            <w:pPr>
              <w:spacing w:after="0" w:line="240" w:lineRule="auto"/>
            </w:pPr>
            <w:r w:rsidRPr="00D200D6">
              <w:rPr>
                <w:rFonts w:ascii="Times New Roman" w:eastAsia="Times New Roman" w:hAnsi="Times New Roman"/>
                <w:sz w:val="26"/>
              </w:rPr>
              <w:t>- HS trả lời: 5 000 đồng.</w:t>
            </w:r>
          </w:p>
        </w:tc>
      </w:tr>
      <w:tr w:rsidR="00D200D6" w:rsidRPr="00D200D6" w:rsidTr="00D200D6">
        <w:trPr>
          <w:jc w:val="center"/>
        </w:trPr>
        <w:tc>
          <w:tcPr>
            <w:tcW w:w="5040" w:type="dxa"/>
            <w:shd w:val="clear" w:color="auto" w:fill="auto"/>
          </w:tcPr>
          <w:p w:rsidR="00AB4770" w:rsidRPr="00D200D6" w:rsidRDefault="00920D7A" w:rsidP="00D200D6">
            <w:pPr>
              <w:spacing w:after="0" w:line="240" w:lineRule="auto"/>
            </w:pPr>
            <w:r w:rsidRPr="00D200D6">
              <w:rPr>
                <w:rFonts w:ascii="Times New Roman" w:eastAsia="Times New Roman" w:hAnsi="Times New Roman"/>
                <w:sz w:val="26"/>
              </w:rPr>
              <w:t>- GV cho HS so sánh ba số tiền.</w:t>
            </w:r>
          </w:p>
        </w:tc>
        <w:tc>
          <w:tcPr>
            <w:tcW w:w="5040" w:type="dxa"/>
            <w:shd w:val="clear" w:color="auto" w:fill="auto"/>
          </w:tcPr>
          <w:p w:rsidR="00AB4770" w:rsidRPr="00D200D6" w:rsidRDefault="00920D7A" w:rsidP="00D200D6">
            <w:pPr>
              <w:spacing w:after="0" w:line="240" w:lineRule="auto"/>
            </w:pPr>
            <w:r w:rsidRPr="00D200D6">
              <w:rPr>
                <w:rFonts w:ascii="Times New Roman" w:eastAsia="Times New Roman" w:hAnsi="Times New Roman"/>
                <w:sz w:val="26"/>
              </w:rPr>
              <w:t>- HS so sánh: 12 000 đồng &gt; 10 000 đồng &gt; 5 000 đồng.</w:t>
            </w:r>
          </w:p>
        </w:tc>
      </w:tr>
      <w:tr w:rsidR="00D200D6" w:rsidRPr="00D200D6" w:rsidTr="00D200D6">
        <w:trPr>
          <w:jc w:val="center"/>
        </w:trPr>
        <w:tc>
          <w:tcPr>
            <w:tcW w:w="5040" w:type="dxa"/>
            <w:shd w:val="clear" w:color="auto" w:fill="auto"/>
          </w:tcPr>
          <w:p w:rsidR="00AB4770" w:rsidRPr="00D200D6" w:rsidRDefault="00920D7A" w:rsidP="00D200D6">
            <w:pPr>
              <w:spacing w:after="0" w:line="240" w:lineRule="auto"/>
            </w:pPr>
            <w:r w:rsidRPr="00D200D6">
              <w:rPr>
                <w:rFonts w:ascii="Times New Roman" w:eastAsia="Times New Roman" w:hAnsi="Times New Roman"/>
                <w:sz w:val="26"/>
              </w:rPr>
              <w:t>- GV hỏi: Chú lợn nào đựng nhiều tiền nhất?</w:t>
            </w:r>
          </w:p>
        </w:tc>
        <w:tc>
          <w:tcPr>
            <w:tcW w:w="5040" w:type="dxa"/>
            <w:shd w:val="clear" w:color="auto" w:fill="auto"/>
          </w:tcPr>
          <w:p w:rsidR="00AB4770" w:rsidRPr="00D200D6" w:rsidRDefault="00920D7A" w:rsidP="00D200D6">
            <w:pPr>
              <w:spacing w:after="0" w:line="240" w:lineRule="auto"/>
            </w:pPr>
            <w:r w:rsidRPr="00D200D6">
              <w:rPr>
                <w:rFonts w:ascii="Times New Roman" w:eastAsia="Times New Roman" w:hAnsi="Times New Roman"/>
                <w:sz w:val="26"/>
              </w:rPr>
              <w:t>- HS trả lời: Chú lợn màu hồng đựng nhiều tiền nhất.</w:t>
            </w:r>
          </w:p>
        </w:tc>
      </w:tr>
      <w:tr w:rsidR="00D200D6" w:rsidRPr="00D200D6" w:rsidTr="00D200D6">
        <w:trPr>
          <w:jc w:val="center"/>
        </w:trPr>
        <w:tc>
          <w:tcPr>
            <w:tcW w:w="5040" w:type="dxa"/>
            <w:shd w:val="clear" w:color="auto" w:fill="auto"/>
          </w:tcPr>
          <w:p w:rsidR="00AB4770" w:rsidRPr="00D200D6" w:rsidRDefault="00920D7A" w:rsidP="00D200D6">
            <w:pPr>
              <w:spacing w:after="0" w:line="240" w:lineRule="auto"/>
            </w:pPr>
            <w:r w:rsidRPr="00D200D6">
              <w:rPr>
                <w:rFonts w:ascii="Times New Roman" w:eastAsia="Times New Roman" w:hAnsi="Times New Roman"/>
                <w:sz w:val="26"/>
              </w:rPr>
              <w:t>- GV kết luận: Muốn biết nhiều tiền nhất, cần tính tổng tiền của từng chú lợn rồi so sánh.</w:t>
            </w:r>
          </w:p>
        </w:tc>
        <w:tc>
          <w:tcPr>
            <w:tcW w:w="5040" w:type="dxa"/>
            <w:shd w:val="clear" w:color="auto" w:fill="auto"/>
          </w:tcPr>
          <w:p w:rsidR="00AB4770" w:rsidRPr="00D200D6" w:rsidRDefault="00920D7A" w:rsidP="00D200D6">
            <w:pPr>
              <w:spacing w:after="0" w:line="240" w:lineRule="auto"/>
            </w:pPr>
            <w:r w:rsidRPr="00D200D6">
              <w:rPr>
                <w:rFonts w:ascii="Times New Roman" w:eastAsia="Times New Roman" w:hAnsi="Times New Roman"/>
                <w:sz w:val="26"/>
              </w:rPr>
              <w:t>- HS lắng nghe.</w:t>
            </w:r>
          </w:p>
        </w:tc>
      </w:tr>
      <w:tr w:rsidR="00D200D6" w:rsidRPr="00D200D6" w:rsidTr="00D200D6">
        <w:trPr>
          <w:jc w:val="center"/>
        </w:trPr>
        <w:tc>
          <w:tcPr>
            <w:tcW w:w="5040" w:type="dxa"/>
            <w:shd w:val="clear" w:color="auto" w:fill="auto"/>
          </w:tcPr>
          <w:p w:rsidR="00AB4770" w:rsidRPr="00D200D6" w:rsidRDefault="00920D7A" w:rsidP="00D200D6">
            <w:pPr>
              <w:spacing w:after="0" w:line="240" w:lineRule="auto"/>
            </w:pPr>
            <w:r w:rsidRPr="00D200D6">
              <w:rPr>
                <w:rFonts w:ascii="Times New Roman" w:eastAsia="Times New Roman" w:hAnsi="Times New Roman"/>
                <w:b/>
                <w:sz w:val="26"/>
              </w:rPr>
              <w:t>Bài 2. Chọn cách trả lại tiền thừa. (Làm việc nhóm 2)</w:t>
            </w:r>
          </w:p>
          <w:p w:rsidR="00AB4770" w:rsidRPr="00D200D6" w:rsidRDefault="00920D7A" w:rsidP="00D200D6">
            <w:pPr>
              <w:spacing w:after="0" w:line="240" w:lineRule="auto"/>
            </w:pPr>
            <w:r w:rsidRPr="00D200D6">
              <w:rPr>
                <w:rFonts w:ascii="Times New Roman" w:eastAsia="Times New Roman" w:hAnsi="Times New Roman"/>
                <w:sz w:val="26"/>
              </w:rPr>
              <w:t>- HS quan sát hình SGK.</w:t>
            </w:r>
          </w:p>
          <w:p w:rsidR="00AB4770" w:rsidRPr="00D200D6" w:rsidRDefault="00AB4770" w:rsidP="00D200D6">
            <w:pPr>
              <w:spacing w:after="0" w:line="240" w:lineRule="auto"/>
            </w:pPr>
          </w:p>
        </w:tc>
        <w:tc>
          <w:tcPr>
            <w:tcW w:w="5040" w:type="dxa"/>
            <w:shd w:val="clear" w:color="auto" w:fill="auto"/>
          </w:tcPr>
          <w:p w:rsidR="00AB4770" w:rsidRPr="00D200D6" w:rsidRDefault="00920D7A" w:rsidP="00D200D6">
            <w:pPr>
              <w:spacing w:after="0" w:line="240" w:lineRule="auto"/>
            </w:pPr>
            <w:r w:rsidRPr="00D200D6">
              <w:rPr>
                <w:rFonts w:ascii="Times New Roman" w:eastAsia="Times New Roman" w:hAnsi="Times New Roman"/>
                <w:sz w:val="26"/>
              </w:rPr>
              <w:t>- HS quan sát bài trong SGK.</w:t>
            </w:r>
          </w:p>
        </w:tc>
      </w:tr>
      <w:tr w:rsidR="00D200D6" w:rsidRPr="00D200D6" w:rsidTr="00D200D6">
        <w:trPr>
          <w:jc w:val="center"/>
        </w:trPr>
        <w:tc>
          <w:tcPr>
            <w:tcW w:w="5040" w:type="dxa"/>
            <w:shd w:val="clear" w:color="auto" w:fill="auto"/>
          </w:tcPr>
          <w:p w:rsidR="00AB4770" w:rsidRPr="00D200D6" w:rsidRDefault="00920D7A" w:rsidP="00D200D6">
            <w:pPr>
              <w:spacing w:after="0" w:line="240" w:lineRule="auto"/>
            </w:pPr>
            <w:r w:rsidRPr="00D200D6">
              <w:rPr>
                <w:rFonts w:ascii="Times New Roman" w:eastAsia="Times New Roman" w:hAnsi="Times New Roman"/>
                <w:sz w:val="26"/>
              </w:rPr>
              <w:t>- GV cho HS đọc yêu cầu Bài 2.</w:t>
            </w:r>
          </w:p>
        </w:tc>
        <w:tc>
          <w:tcPr>
            <w:tcW w:w="5040" w:type="dxa"/>
            <w:shd w:val="clear" w:color="auto" w:fill="auto"/>
          </w:tcPr>
          <w:p w:rsidR="00AB4770" w:rsidRPr="00D200D6" w:rsidRDefault="00920D7A" w:rsidP="00D200D6">
            <w:pPr>
              <w:spacing w:after="0" w:line="240" w:lineRule="auto"/>
            </w:pPr>
            <w:r w:rsidRPr="00D200D6">
              <w:rPr>
                <w:rFonts w:ascii="Times New Roman" w:eastAsia="Times New Roman" w:hAnsi="Times New Roman"/>
                <w:sz w:val="26"/>
              </w:rPr>
              <w:t>- HS đọc: Mẹ mua chanh hết 3 000 đồng và mua hành hết 2 000 đồng, đưa 10 000 đồng; chọn cách trả lại tiền thừa.</w:t>
            </w:r>
          </w:p>
        </w:tc>
      </w:tr>
      <w:tr w:rsidR="00D200D6" w:rsidRPr="00D200D6" w:rsidTr="00D200D6">
        <w:trPr>
          <w:jc w:val="center"/>
        </w:trPr>
        <w:tc>
          <w:tcPr>
            <w:tcW w:w="5040" w:type="dxa"/>
            <w:shd w:val="clear" w:color="auto" w:fill="auto"/>
          </w:tcPr>
          <w:p w:rsidR="00AB4770" w:rsidRPr="00D200D6" w:rsidRDefault="00920D7A" w:rsidP="00D200D6">
            <w:pPr>
              <w:spacing w:after="0" w:line="240" w:lineRule="auto"/>
            </w:pPr>
            <w:r w:rsidRPr="00D200D6">
              <w:rPr>
                <w:rFonts w:ascii="Times New Roman" w:eastAsia="Times New Roman" w:hAnsi="Times New Roman"/>
                <w:sz w:val="26"/>
              </w:rPr>
              <w:t>- GV hỏi: Mẹ mua hết tất cả bao nhiêu tiền?</w:t>
            </w:r>
          </w:p>
        </w:tc>
        <w:tc>
          <w:tcPr>
            <w:tcW w:w="5040" w:type="dxa"/>
            <w:shd w:val="clear" w:color="auto" w:fill="auto"/>
          </w:tcPr>
          <w:p w:rsidR="00AB4770" w:rsidRPr="00D200D6" w:rsidRDefault="00920D7A" w:rsidP="00D200D6">
            <w:pPr>
              <w:spacing w:after="0" w:line="240" w:lineRule="auto"/>
            </w:pPr>
            <w:r w:rsidRPr="00D200D6">
              <w:rPr>
                <w:rFonts w:ascii="Times New Roman" w:eastAsia="Times New Roman" w:hAnsi="Times New Roman"/>
                <w:sz w:val="26"/>
              </w:rPr>
              <w:t>- HS trả lời: 3 000 + 2 000 = 5 000 đồng.</w:t>
            </w:r>
          </w:p>
        </w:tc>
      </w:tr>
      <w:tr w:rsidR="00D200D6" w:rsidRPr="00D200D6" w:rsidTr="00D200D6">
        <w:trPr>
          <w:jc w:val="center"/>
        </w:trPr>
        <w:tc>
          <w:tcPr>
            <w:tcW w:w="5040" w:type="dxa"/>
            <w:shd w:val="clear" w:color="auto" w:fill="auto"/>
          </w:tcPr>
          <w:p w:rsidR="00AB4770" w:rsidRPr="00D200D6" w:rsidRDefault="00920D7A" w:rsidP="00D200D6">
            <w:pPr>
              <w:spacing w:after="0" w:line="240" w:lineRule="auto"/>
            </w:pPr>
            <w:r w:rsidRPr="00D200D6">
              <w:rPr>
                <w:rFonts w:ascii="Times New Roman" w:eastAsia="Times New Roman" w:hAnsi="Times New Roman"/>
                <w:sz w:val="26"/>
              </w:rPr>
              <w:t>- GV hỏi: Cô bán hàng phải trả lại bao nhiêu tiền thừa?</w:t>
            </w:r>
          </w:p>
        </w:tc>
        <w:tc>
          <w:tcPr>
            <w:tcW w:w="5040" w:type="dxa"/>
            <w:shd w:val="clear" w:color="auto" w:fill="auto"/>
          </w:tcPr>
          <w:p w:rsidR="00AB4770" w:rsidRPr="00D200D6" w:rsidRDefault="00920D7A" w:rsidP="00D200D6">
            <w:pPr>
              <w:spacing w:after="0" w:line="240" w:lineRule="auto"/>
            </w:pPr>
            <w:r w:rsidRPr="00D200D6">
              <w:rPr>
                <w:rFonts w:ascii="Times New Roman" w:eastAsia="Times New Roman" w:hAnsi="Times New Roman"/>
                <w:sz w:val="26"/>
              </w:rPr>
              <w:t>- HS trả lời: 10 000 - 5 000 = 5 000 đồng.</w:t>
            </w:r>
          </w:p>
        </w:tc>
      </w:tr>
      <w:tr w:rsidR="00D200D6" w:rsidRPr="00D200D6" w:rsidTr="00D200D6">
        <w:trPr>
          <w:jc w:val="center"/>
        </w:trPr>
        <w:tc>
          <w:tcPr>
            <w:tcW w:w="5040" w:type="dxa"/>
            <w:shd w:val="clear" w:color="auto" w:fill="auto"/>
          </w:tcPr>
          <w:p w:rsidR="00AB4770" w:rsidRPr="00D200D6" w:rsidRDefault="00920D7A" w:rsidP="00D200D6">
            <w:pPr>
              <w:spacing w:after="0" w:line="240" w:lineRule="auto"/>
            </w:pPr>
            <w:r w:rsidRPr="00D200D6">
              <w:rPr>
                <w:rFonts w:ascii="Times New Roman" w:eastAsia="Times New Roman" w:hAnsi="Times New Roman"/>
                <w:sz w:val="26"/>
              </w:rPr>
              <w:t>- GV cho HS làm nhóm 2, tính tổng giá trị từng cách A, B, C.</w:t>
            </w:r>
          </w:p>
        </w:tc>
        <w:tc>
          <w:tcPr>
            <w:tcW w:w="5040" w:type="dxa"/>
            <w:shd w:val="clear" w:color="auto" w:fill="auto"/>
          </w:tcPr>
          <w:p w:rsidR="00AB4770" w:rsidRPr="00D200D6" w:rsidRDefault="00920D7A" w:rsidP="00D200D6">
            <w:pPr>
              <w:spacing w:after="0" w:line="240" w:lineRule="auto"/>
            </w:pPr>
            <w:r w:rsidRPr="00D200D6">
              <w:rPr>
                <w:rFonts w:ascii="Times New Roman" w:eastAsia="Times New Roman" w:hAnsi="Times New Roman"/>
                <w:sz w:val="26"/>
              </w:rPr>
              <w:t>- HS tính: A = 5 000 đồng; B = 5 000 đồng; C = 4 000 đồng.</w:t>
            </w:r>
          </w:p>
        </w:tc>
      </w:tr>
      <w:tr w:rsidR="00D200D6" w:rsidRPr="00D200D6" w:rsidTr="00D200D6">
        <w:trPr>
          <w:jc w:val="center"/>
        </w:trPr>
        <w:tc>
          <w:tcPr>
            <w:tcW w:w="5040" w:type="dxa"/>
            <w:shd w:val="clear" w:color="auto" w:fill="auto"/>
          </w:tcPr>
          <w:p w:rsidR="00AB4770" w:rsidRPr="00D200D6" w:rsidRDefault="00920D7A" w:rsidP="00D200D6">
            <w:pPr>
              <w:spacing w:after="0" w:line="240" w:lineRule="auto"/>
            </w:pPr>
            <w:r w:rsidRPr="00D200D6">
              <w:rPr>
                <w:rFonts w:ascii="Times New Roman" w:eastAsia="Times New Roman" w:hAnsi="Times New Roman"/>
                <w:sz w:val="26"/>
              </w:rPr>
              <w:t>- GV hỏi: Những cách nào cô bán hàng có thể trả lại tiền thừa?</w:t>
            </w:r>
          </w:p>
        </w:tc>
        <w:tc>
          <w:tcPr>
            <w:tcW w:w="5040" w:type="dxa"/>
            <w:shd w:val="clear" w:color="auto" w:fill="auto"/>
          </w:tcPr>
          <w:p w:rsidR="00AB4770" w:rsidRPr="00D200D6" w:rsidRDefault="00920D7A" w:rsidP="00D200D6">
            <w:pPr>
              <w:spacing w:after="0" w:line="240" w:lineRule="auto"/>
            </w:pPr>
            <w:r w:rsidRPr="00D200D6">
              <w:rPr>
                <w:rFonts w:ascii="Times New Roman" w:eastAsia="Times New Roman" w:hAnsi="Times New Roman"/>
                <w:sz w:val="26"/>
              </w:rPr>
              <w:t>- HS trả lời: Cách A và B.</w:t>
            </w:r>
          </w:p>
        </w:tc>
      </w:tr>
      <w:tr w:rsidR="00D200D6" w:rsidRPr="00D200D6" w:rsidTr="00D200D6">
        <w:trPr>
          <w:jc w:val="center"/>
        </w:trPr>
        <w:tc>
          <w:tcPr>
            <w:tcW w:w="5040" w:type="dxa"/>
            <w:shd w:val="clear" w:color="auto" w:fill="auto"/>
          </w:tcPr>
          <w:p w:rsidR="00AB4770" w:rsidRPr="00D200D6" w:rsidRDefault="00920D7A" w:rsidP="00D200D6">
            <w:pPr>
              <w:spacing w:after="0" w:line="240" w:lineRule="auto"/>
            </w:pPr>
            <w:r w:rsidRPr="00D200D6">
              <w:rPr>
                <w:rFonts w:ascii="Times New Roman" w:eastAsia="Times New Roman" w:hAnsi="Times New Roman"/>
                <w:sz w:val="26"/>
              </w:rPr>
              <w:t>- GV cho HS trình bày kết quả.</w:t>
            </w:r>
          </w:p>
        </w:tc>
        <w:tc>
          <w:tcPr>
            <w:tcW w:w="5040" w:type="dxa"/>
            <w:shd w:val="clear" w:color="auto" w:fill="auto"/>
          </w:tcPr>
          <w:p w:rsidR="00AB4770" w:rsidRPr="00D200D6" w:rsidRDefault="00920D7A" w:rsidP="00D200D6">
            <w:pPr>
              <w:spacing w:after="0" w:line="240" w:lineRule="auto"/>
            </w:pPr>
            <w:r w:rsidRPr="00D200D6">
              <w:rPr>
                <w:rFonts w:ascii="Times New Roman" w:eastAsia="Times New Roman" w:hAnsi="Times New Roman"/>
                <w:sz w:val="26"/>
              </w:rPr>
              <w:t>- HS trình bày: Chọn A và B.</w:t>
            </w:r>
          </w:p>
        </w:tc>
      </w:tr>
      <w:tr w:rsidR="00D200D6" w:rsidRPr="00D200D6" w:rsidTr="00D200D6">
        <w:trPr>
          <w:jc w:val="center"/>
        </w:trPr>
        <w:tc>
          <w:tcPr>
            <w:tcW w:w="5040" w:type="dxa"/>
            <w:shd w:val="clear" w:color="auto" w:fill="auto"/>
          </w:tcPr>
          <w:p w:rsidR="00AB4770" w:rsidRPr="00D200D6" w:rsidRDefault="00920D7A" w:rsidP="00D200D6">
            <w:pPr>
              <w:spacing w:after="0" w:line="240" w:lineRule="auto"/>
            </w:pPr>
            <w:r w:rsidRPr="00D200D6">
              <w:rPr>
                <w:rFonts w:ascii="Times New Roman" w:eastAsia="Times New Roman" w:hAnsi="Times New Roman"/>
                <w:sz w:val="26"/>
              </w:rPr>
              <w:lastRenderedPageBreak/>
              <w:t>- GV kết luận: Trả tiền thừa cần tính đúng số tiền phải trả lại.</w:t>
            </w:r>
          </w:p>
        </w:tc>
        <w:tc>
          <w:tcPr>
            <w:tcW w:w="5040" w:type="dxa"/>
            <w:shd w:val="clear" w:color="auto" w:fill="auto"/>
          </w:tcPr>
          <w:p w:rsidR="00AB4770" w:rsidRPr="00D200D6" w:rsidRDefault="00920D7A" w:rsidP="00D200D6">
            <w:pPr>
              <w:spacing w:after="0" w:line="240" w:lineRule="auto"/>
            </w:pPr>
            <w:r w:rsidRPr="00D200D6">
              <w:rPr>
                <w:rFonts w:ascii="Times New Roman" w:eastAsia="Times New Roman" w:hAnsi="Times New Roman"/>
                <w:sz w:val="26"/>
              </w:rPr>
              <w:t>- HS lắng nghe.</w:t>
            </w:r>
          </w:p>
        </w:tc>
      </w:tr>
      <w:tr w:rsidR="00D200D6" w:rsidRPr="00D200D6" w:rsidTr="00D200D6">
        <w:trPr>
          <w:jc w:val="center"/>
        </w:trPr>
        <w:tc>
          <w:tcPr>
            <w:tcW w:w="5040" w:type="dxa"/>
            <w:shd w:val="clear" w:color="auto" w:fill="auto"/>
          </w:tcPr>
          <w:p w:rsidR="00AB4770" w:rsidRPr="00D200D6" w:rsidRDefault="00920D7A" w:rsidP="00D200D6">
            <w:pPr>
              <w:spacing w:after="0" w:line="240" w:lineRule="auto"/>
            </w:pPr>
            <w:r w:rsidRPr="00D200D6">
              <w:rPr>
                <w:rFonts w:ascii="Times New Roman" w:eastAsia="Times New Roman" w:hAnsi="Times New Roman"/>
                <w:b/>
                <w:sz w:val="26"/>
              </w:rPr>
              <w:t>Bài 3. Tìm giá tiền của mỗi món hàng. (Làm việc cá nhân)</w:t>
            </w:r>
          </w:p>
          <w:p w:rsidR="00AB4770" w:rsidRPr="00D200D6" w:rsidRDefault="00920D7A" w:rsidP="00D200D6">
            <w:pPr>
              <w:spacing w:after="0" w:line="240" w:lineRule="auto"/>
            </w:pPr>
            <w:r w:rsidRPr="00D200D6">
              <w:rPr>
                <w:rFonts w:ascii="Times New Roman" w:eastAsia="Times New Roman" w:hAnsi="Times New Roman"/>
                <w:sz w:val="26"/>
              </w:rPr>
              <w:t>- HS quan sát hình SGK.</w:t>
            </w:r>
          </w:p>
        </w:tc>
        <w:tc>
          <w:tcPr>
            <w:tcW w:w="5040" w:type="dxa"/>
            <w:shd w:val="clear" w:color="auto" w:fill="auto"/>
          </w:tcPr>
          <w:p w:rsidR="00AB4770" w:rsidRPr="00D200D6" w:rsidRDefault="00920D7A" w:rsidP="00D200D6">
            <w:pPr>
              <w:spacing w:after="0" w:line="240" w:lineRule="auto"/>
            </w:pPr>
            <w:r w:rsidRPr="00D200D6">
              <w:rPr>
                <w:rFonts w:ascii="Times New Roman" w:eastAsia="Times New Roman" w:hAnsi="Times New Roman"/>
                <w:sz w:val="26"/>
              </w:rPr>
              <w:t>- HS quan sát bài trong SGK.</w:t>
            </w:r>
          </w:p>
        </w:tc>
      </w:tr>
      <w:tr w:rsidR="00D200D6" w:rsidRPr="00D200D6" w:rsidTr="00D200D6">
        <w:trPr>
          <w:jc w:val="center"/>
        </w:trPr>
        <w:tc>
          <w:tcPr>
            <w:tcW w:w="5040" w:type="dxa"/>
            <w:shd w:val="clear" w:color="auto" w:fill="auto"/>
          </w:tcPr>
          <w:p w:rsidR="00AB4770" w:rsidRPr="00D200D6" w:rsidRDefault="00920D7A" w:rsidP="00D200D6">
            <w:pPr>
              <w:spacing w:after="0" w:line="240" w:lineRule="auto"/>
            </w:pPr>
            <w:r w:rsidRPr="00D200D6">
              <w:rPr>
                <w:rFonts w:ascii="Times New Roman" w:eastAsia="Times New Roman" w:hAnsi="Times New Roman"/>
                <w:sz w:val="26"/>
              </w:rPr>
              <w:t>- GV cho HS đọc yêu cầu Bài 3.</w:t>
            </w:r>
          </w:p>
        </w:tc>
        <w:tc>
          <w:tcPr>
            <w:tcW w:w="5040" w:type="dxa"/>
            <w:shd w:val="clear" w:color="auto" w:fill="auto"/>
          </w:tcPr>
          <w:p w:rsidR="00AB4770" w:rsidRPr="00D200D6" w:rsidRDefault="00920D7A" w:rsidP="00D200D6">
            <w:pPr>
              <w:spacing w:after="0" w:line="240" w:lineRule="auto"/>
            </w:pPr>
            <w:r w:rsidRPr="00D200D6">
              <w:rPr>
                <w:rFonts w:ascii="Times New Roman" w:eastAsia="Times New Roman" w:hAnsi="Times New Roman"/>
                <w:sz w:val="26"/>
              </w:rPr>
              <w:t>- HS đọc: Khi mua mỗi món hàng, ta cần trả một tờ tiền trong hình bên.</w:t>
            </w:r>
          </w:p>
        </w:tc>
      </w:tr>
      <w:tr w:rsidR="00D200D6" w:rsidRPr="00D200D6" w:rsidTr="00D200D6">
        <w:trPr>
          <w:jc w:val="center"/>
        </w:trPr>
        <w:tc>
          <w:tcPr>
            <w:tcW w:w="5040" w:type="dxa"/>
            <w:shd w:val="clear" w:color="auto" w:fill="auto"/>
          </w:tcPr>
          <w:p w:rsidR="00AB4770" w:rsidRPr="00D200D6" w:rsidRDefault="00920D7A" w:rsidP="00D200D6">
            <w:pPr>
              <w:spacing w:after="0" w:line="240" w:lineRule="auto"/>
            </w:pPr>
            <w:r w:rsidRPr="00D200D6">
              <w:rPr>
                <w:rFonts w:ascii="Times New Roman" w:eastAsia="Times New Roman" w:hAnsi="Times New Roman"/>
                <w:sz w:val="26"/>
              </w:rPr>
              <w:t>- Tích hợp AI - Ứng dụng nhận biết mệnh giá tiền: GV diễn giải một số ứng dụng AI có thể dùng camera nhận biết tờ tiền và đọc to mệnh giá, hỗ trợ người khiếm thị khi mua hàng; tuy nhiên người dùng vẫn cần kiểm tra lại mệnh giá và số tiền phải trả.</w:t>
            </w:r>
          </w:p>
        </w:tc>
        <w:tc>
          <w:tcPr>
            <w:tcW w:w="5040" w:type="dxa"/>
            <w:shd w:val="clear" w:color="auto" w:fill="auto"/>
          </w:tcPr>
          <w:p w:rsidR="00AB4770" w:rsidRPr="00D200D6" w:rsidRDefault="00920D7A" w:rsidP="00D200D6">
            <w:pPr>
              <w:spacing w:after="0" w:line="240" w:lineRule="auto"/>
            </w:pPr>
            <w:r w:rsidRPr="00D200D6">
              <w:rPr>
                <w:rFonts w:ascii="Times New Roman" w:eastAsia="Times New Roman" w:hAnsi="Times New Roman"/>
                <w:sz w:val="26"/>
              </w:rPr>
              <w:t>- HS lắng nghe, nêu: AI giúp người khiếm thị nhận biết tiền nhưng vẫn cần kiểm tra cẩn thận.</w:t>
            </w:r>
          </w:p>
        </w:tc>
      </w:tr>
      <w:tr w:rsidR="00D200D6" w:rsidRPr="00D200D6" w:rsidTr="00D200D6">
        <w:trPr>
          <w:jc w:val="center"/>
        </w:trPr>
        <w:tc>
          <w:tcPr>
            <w:tcW w:w="5040" w:type="dxa"/>
            <w:shd w:val="clear" w:color="auto" w:fill="auto"/>
          </w:tcPr>
          <w:p w:rsidR="00AB4770" w:rsidRPr="00D200D6" w:rsidRDefault="00920D7A" w:rsidP="00D200D6">
            <w:pPr>
              <w:spacing w:after="0" w:line="240" w:lineRule="auto"/>
            </w:pPr>
            <w:r w:rsidRPr="00D200D6">
              <w:rPr>
                <w:rFonts w:ascii="Times New Roman" w:eastAsia="Times New Roman" w:hAnsi="Times New Roman"/>
                <w:sz w:val="26"/>
              </w:rPr>
              <w:t>- GV hỏi: Giá tiền của bóng đèn thấp nhất, vậy bóng đèn giá bao nhiêu?</w:t>
            </w:r>
          </w:p>
        </w:tc>
        <w:tc>
          <w:tcPr>
            <w:tcW w:w="5040" w:type="dxa"/>
            <w:shd w:val="clear" w:color="auto" w:fill="auto"/>
          </w:tcPr>
          <w:p w:rsidR="00AB4770" w:rsidRPr="00D200D6" w:rsidRDefault="00920D7A" w:rsidP="00D200D6">
            <w:pPr>
              <w:spacing w:after="0" w:line="240" w:lineRule="auto"/>
            </w:pPr>
            <w:r w:rsidRPr="00D200D6">
              <w:rPr>
                <w:rFonts w:ascii="Times New Roman" w:eastAsia="Times New Roman" w:hAnsi="Times New Roman"/>
                <w:sz w:val="26"/>
              </w:rPr>
              <w:t>- HS trả lời: Bóng đèn giá 1 000 đồng.</w:t>
            </w:r>
          </w:p>
        </w:tc>
      </w:tr>
      <w:tr w:rsidR="00D200D6" w:rsidRPr="00D200D6" w:rsidTr="00D200D6">
        <w:trPr>
          <w:jc w:val="center"/>
        </w:trPr>
        <w:tc>
          <w:tcPr>
            <w:tcW w:w="5040" w:type="dxa"/>
            <w:shd w:val="clear" w:color="auto" w:fill="auto"/>
          </w:tcPr>
          <w:p w:rsidR="00AB4770" w:rsidRPr="00D200D6" w:rsidRDefault="00920D7A" w:rsidP="00D200D6">
            <w:pPr>
              <w:spacing w:after="0" w:line="240" w:lineRule="auto"/>
            </w:pPr>
            <w:r w:rsidRPr="00D200D6">
              <w:rPr>
                <w:rFonts w:ascii="Times New Roman" w:eastAsia="Times New Roman" w:hAnsi="Times New Roman"/>
                <w:sz w:val="26"/>
              </w:rPr>
              <w:t>- GV hỏi: Giá tiền của quyển sách cao nhất, vậy quyển sách giá bao nhiêu?</w:t>
            </w:r>
          </w:p>
        </w:tc>
        <w:tc>
          <w:tcPr>
            <w:tcW w:w="5040" w:type="dxa"/>
            <w:shd w:val="clear" w:color="auto" w:fill="auto"/>
          </w:tcPr>
          <w:p w:rsidR="00AB4770" w:rsidRPr="00D200D6" w:rsidRDefault="00920D7A" w:rsidP="00D200D6">
            <w:pPr>
              <w:spacing w:after="0" w:line="240" w:lineRule="auto"/>
            </w:pPr>
            <w:r w:rsidRPr="00D200D6">
              <w:rPr>
                <w:rFonts w:ascii="Times New Roman" w:eastAsia="Times New Roman" w:hAnsi="Times New Roman"/>
                <w:sz w:val="26"/>
              </w:rPr>
              <w:t>- HS trả lời: Quyển sách giá 10 000 đồng.</w:t>
            </w:r>
          </w:p>
        </w:tc>
      </w:tr>
      <w:tr w:rsidR="00D200D6" w:rsidRPr="00D200D6" w:rsidTr="00D200D6">
        <w:trPr>
          <w:jc w:val="center"/>
        </w:trPr>
        <w:tc>
          <w:tcPr>
            <w:tcW w:w="5040" w:type="dxa"/>
            <w:shd w:val="clear" w:color="auto" w:fill="auto"/>
          </w:tcPr>
          <w:p w:rsidR="00AB4770" w:rsidRPr="00D200D6" w:rsidRDefault="00920D7A" w:rsidP="00D200D6">
            <w:pPr>
              <w:spacing w:after="0" w:line="240" w:lineRule="auto"/>
            </w:pPr>
            <w:r w:rsidRPr="00D200D6">
              <w:rPr>
                <w:rFonts w:ascii="Times New Roman" w:eastAsia="Times New Roman" w:hAnsi="Times New Roman"/>
                <w:sz w:val="26"/>
              </w:rPr>
              <w:t>- GV hỏi: Giá tiền của rô-bốt cao hơn giá tiền của cái lược, vậy rô-bốt và cái lược giá bao nhiêu?</w:t>
            </w:r>
          </w:p>
        </w:tc>
        <w:tc>
          <w:tcPr>
            <w:tcW w:w="5040" w:type="dxa"/>
            <w:shd w:val="clear" w:color="auto" w:fill="auto"/>
          </w:tcPr>
          <w:p w:rsidR="00AB4770" w:rsidRPr="00D200D6" w:rsidRDefault="00920D7A" w:rsidP="00D200D6">
            <w:pPr>
              <w:spacing w:after="0" w:line="240" w:lineRule="auto"/>
            </w:pPr>
            <w:r w:rsidRPr="00D200D6">
              <w:rPr>
                <w:rFonts w:ascii="Times New Roman" w:eastAsia="Times New Roman" w:hAnsi="Times New Roman"/>
                <w:sz w:val="26"/>
              </w:rPr>
              <w:t>- HS trả lời: Rô-bốt giá 5 000 đồng, cái lược giá 2 000 đồng.</w:t>
            </w:r>
          </w:p>
        </w:tc>
      </w:tr>
      <w:tr w:rsidR="00D200D6" w:rsidRPr="00D200D6" w:rsidTr="00D200D6">
        <w:trPr>
          <w:jc w:val="center"/>
        </w:trPr>
        <w:tc>
          <w:tcPr>
            <w:tcW w:w="5040" w:type="dxa"/>
            <w:shd w:val="clear" w:color="auto" w:fill="auto"/>
          </w:tcPr>
          <w:p w:rsidR="00AB4770" w:rsidRPr="00D200D6" w:rsidRDefault="00920D7A" w:rsidP="00D200D6">
            <w:pPr>
              <w:spacing w:after="0" w:line="240" w:lineRule="auto"/>
            </w:pPr>
            <w:r w:rsidRPr="00D200D6">
              <w:rPr>
                <w:rFonts w:ascii="Times New Roman" w:eastAsia="Times New Roman" w:hAnsi="Times New Roman"/>
                <w:sz w:val="26"/>
              </w:rPr>
              <w:t>- GV cho HS trình bày đủ giá tiền bốn món hàng.</w:t>
            </w:r>
          </w:p>
        </w:tc>
        <w:tc>
          <w:tcPr>
            <w:tcW w:w="5040" w:type="dxa"/>
            <w:shd w:val="clear" w:color="auto" w:fill="auto"/>
          </w:tcPr>
          <w:p w:rsidR="00AB4770" w:rsidRPr="00D200D6" w:rsidRDefault="00920D7A" w:rsidP="00D200D6">
            <w:pPr>
              <w:spacing w:after="0" w:line="240" w:lineRule="auto"/>
            </w:pPr>
            <w:r w:rsidRPr="00D200D6">
              <w:rPr>
                <w:rFonts w:ascii="Times New Roman" w:eastAsia="Times New Roman" w:hAnsi="Times New Roman"/>
                <w:sz w:val="26"/>
              </w:rPr>
              <w:t>- HS trình bày: Bóng đèn 1 000 đồng; cái lược 2 000 đồng; rô-bốt 5 000 đồng; quyển sách 10 000 đồng.</w:t>
            </w:r>
          </w:p>
        </w:tc>
      </w:tr>
      <w:tr w:rsidR="00D200D6" w:rsidRPr="00D200D6" w:rsidTr="00D200D6">
        <w:trPr>
          <w:jc w:val="center"/>
        </w:trPr>
        <w:tc>
          <w:tcPr>
            <w:tcW w:w="5040" w:type="dxa"/>
            <w:tcBorders>
              <w:bottom w:val="single" w:sz="8" w:space="0" w:color="000000"/>
            </w:tcBorders>
            <w:shd w:val="clear" w:color="auto" w:fill="auto"/>
          </w:tcPr>
          <w:p w:rsidR="00AB4770" w:rsidRPr="00D200D6" w:rsidRDefault="00920D7A" w:rsidP="00D200D6">
            <w:pPr>
              <w:spacing w:after="0" w:line="240" w:lineRule="auto"/>
            </w:pPr>
            <w:r w:rsidRPr="00D200D6">
              <w:rPr>
                <w:rFonts w:ascii="Times New Roman" w:eastAsia="Times New Roman" w:hAnsi="Times New Roman"/>
                <w:sz w:val="26"/>
              </w:rPr>
              <w:t>- GV kết luận: So sánh mệnh giá tiền giúp xác định giá tiền phù hợp với điều kiện của bài.</w:t>
            </w:r>
          </w:p>
        </w:tc>
        <w:tc>
          <w:tcPr>
            <w:tcW w:w="5040" w:type="dxa"/>
            <w:tcBorders>
              <w:bottom w:val="single" w:sz="8" w:space="0" w:color="000000"/>
            </w:tcBorders>
            <w:shd w:val="clear" w:color="auto" w:fill="auto"/>
          </w:tcPr>
          <w:p w:rsidR="00AB4770" w:rsidRPr="00D200D6" w:rsidRDefault="00920D7A" w:rsidP="00D200D6">
            <w:pPr>
              <w:spacing w:after="0" w:line="240" w:lineRule="auto"/>
            </w:pPr>
            <w:r w:rsidRPr="00D200D6">
              <w:rPr>
                <w:rFonts w:ascii="Times New Roman" w:eastAsia="Times New Roman" w:hAnsi="Times New Roman"/>
                <w:sz w:val="26"/>
              </w:rPr>
              <w:t>- HS lắng nghe.</w:t>
            </w:r>
          </w:p>
        </w:tc>
      </w:tr>
      <w:tr w:rsidR="00D200D6" w:rsidRPr="00D200D6" w:rsidTr="00D200D6">
        <w:trPr>
          <w:jc w:val="center"/>
        </w:trPr>
        <w:tc>
          <w:tcPr>
            <w:tcW w:w="10080" w:type="dxa"/>
            <w:gridSpan w:val="2"/>
            <w:tcBorders>
              <w:top w:val="single" w:sz="8" w:space="0" w:color="000000"/>
              <w:bottom w:val="single" w:sz="8" w:space="0" w:color="000000"/>
            </w:tcBorders>
            <w:shd w:val="clear" w:color="auto" w:fill="auto"/>
          </w:tcPr>
          <w:p w:rsidR="00AB4770" w:rsidRPr="00D200D6" w:rsidRDefault="00920D7A" w:rsidP="00D200D6">
            <w:pPr>
              <w:spacing w:after="0" w:line="240" w:lineRule="auto"/>
            </w:pPr>
            <w:r w:rsidRPr="00D200D6">
              <w:rPr>
                <w:rFonts w:ascii="Times New Roman" w:eastAsia="Times New Roman" w:hAnsi="Times New Roman"/>
                <w:b/>
                <w:sz w:val="26"/>
              </w:rPr>
              <w:t>4. Luyện tập (10 phút):</w:t>
            </w:r>
          </w:p>
          <w:p w:rsidR="00AB4770" w:rsidRPr="00D200D6" w:rsidRDefault="00920D7A" w:rsidP="00D200D6">
            <w:pPr>
              <w:spacing w:after="0" w:line="240" w:lineRule="auto"/>
            </w:pPr>
            <w:r w:rsidRPr="00D200D6">
              <w:rPr>
                <w:rFonts w:ascii="Times New Roman" w:eastAsia="Times New Roman" w:hAnsi="Times New Roman"/>
                <w:sz w:val="26"/>
              </w:rPr>
              <w:t>- Mục tiêu: Tính tiền từng loại hàng, tiền chênh lệch, tổng tiền và đổi tiền.</w:t>
            </w:r>
          </w:p>
          <w:p w:rsidR="00AB4770" w:rsidRPr="00D200D6" w:rsidRDefault="00920D7A" w:rsidP="00D200D6">
            <w:pPr>
              <w:spacing w:after="0" w:line="240" w:lineRule="auto"/>
            </w:pPr>
            <w:r w:rsidRPr="00D200D6">
              <w:rPr>
                <w:rFonts w:ascii="Times New Roman" w:eastAsia="Times New Roman" w:hAnsi="Times New Roman"/>
                <w:sz w:val="26"/>
              </w:rPr>
              <w:t>- Mục tiêu tích hợp đạo đức, lối sống: HS biết quý trọng đồng tiền, mua bán trung thực, chi tiêu tiết kiệm.</w:t>
            </w:r>
          </w:p>
          <w:p w:rsidR="00AB4770" w:rsidRPr="00D200D6" w:rsidRDefault="00920D7A" w:rsidP="00D200D6">
            <w:pPr>
              <w:spacing w:after="0" w:line="240" w:lineRule="auto"/>
            </w:pPr>
            <w:r w:rsidRPr="00D200D6">
              <w:rPr>
                <w:rFonts w:ascii="Times New Roman" w:eastAsia="Times New Roman" w:hAnsi="Times New Roman"/>
                <w:sz w:val="26"/>
              </w:rPr>
              <w:t>*Cách tiến hành:</w:t>
            </w:r>
          </w:p>
        </w:tc>
      </w:tr>
      <w:tr w:rsidR="00D200D6" w:rsidRPr="00D200D6" w:rsidTr="00D200D6">
        <w:trPr>
          <w:jc w:val="center"/>
        </w:trPr>
        <w:tc>
          <w:tcPr>
            <w:tcW w:w="5040" w:type="dxa"/>
            <w:tcBorders>
              <w:top w:val="single" w:sz="8" w:space="0" w:color="000000"/>
            </w:tcBorders>
            <w:shd w:val="clear" w:color="auto" w:fill="auto"/>
          </w:tcPr>
          <w:p w:rsidR="00AB4770" w:rsidRPr="00D200D6" w:rsidRDefault="00920D7A" w:rsidP="00D200D6">
            <w:pPr>
              <w:spacing w:after="0" w:line="240" w:lineRule="auto"/>
            </w:pPr>
            <w:r w:rsidRPr="00D200D6">
              <w:rPr>
                <w:rFonts w:ascii="Times New Roman" w:eastAsia="Times New Roman" w:hAnsi="Times New Roman"/>
                <w:b/>
                <w:sz w:val="26"/>
              </w:rPr>
              <w:t>Bài 1. Tìm giá tiền từng loại. (Làm việc cá nhân)</w:t>
            </w:r>
          </w:p>
          <w:p w:rsidR="00AB4770" w:rsidRPr="00D200D6" w:rsidRDefault="00920D7A" w:rsidP="00D200D6">
            <w:pPr>
              <w:spacing w:after="0" w:line="240" w:lineRule="auto"/>
            </w:pPr>
            <w:r w:rsidRPr="00D200D6">
              <w:rPr>
                <w:rFonts w:ascii="Times New Roman" w:eastAsia="Times New Roman" w:hAnsi="Times New Roman"/>
                <w:sz w:val="26"/>
              </w:rPr>
              <w:t>- HS quan sát hình SGK.</w:t>
            </w:r>
          </w:p>
          <w:p w:rsidR="00AB4770" w:rsidRPr="00D200D6" w:rsidRDefault="00AB4770" w:rsidP="00D200D6">
            <w:pPr>
              <w:spacing w:after="0" w:line="240" w:lineRule="auto"/>
            </w:pPr>
          </w:p>
        </w:tc>
        <w:tc>
          <w:tcPr>
            <w:tcW w:w="5040" w:type="dxa"/>
            <w:tcBorders>
              <w:top w:val="single" w:sz="8" w:space="0" w:color="000000"/>
            </w:tcBorders>
            <w:shd w:val="clear" w:color="auto" w:fill="auto"/>
          </w:tcPr>
          <w:p w:rsidR="00AB4770" w:rsidRPr="00D200D6" w:rsidRDefault="00920D7A" w:rsidP="00D200D6">
            <w:pPr>
              <w:spacing w:after="0" w:line="240" w:lineRule="auto"/>
            </w:pPr>
            <w:r w:rsidRPr="00D200D6">
              <w:rPr>
                <w:rFonts w:ascii="Times New Roman" w:eastAsia="Times New Roman" w:hAnsi="Times New Roman"/>
                <w:sz w:val="26"/>
              </w:rPr>
              <w:t>- HS quan sát bài trong SGK.</w:t>
            </w:r>
          </w:p>
        </w:tc>
      </w:tr>
      <w:tr w:rsidR="00D200D6" w:rsidRPr="00D200D6" w:rsidTr="00D200D6">
        <w:trPr>
          <w:jc w:val="center"/>
        </w:trPr>
        <w:tc>
          <w:tcPr>
            <w:tcW w:w="5040" w:type="dxa"/>
            <w:shd w:val="clear" w:color="auto" w:fill="auto"/>
          </w:tcPr>
          <w:p w:rsidR="00AB4770" w:rsidRPr="00D200D6" w:rsidRDefault="00920D7A" w:rsidP="00D200D6">
            <w:pPr>
              <w:spacing w:after="0" w:line="240" w:lineRule="auto"/>
            </w:pPr>
            <w:r w:rsidRPr="00D200D6">
              <w:rPr>
                <w:rFonts w:ascii="Times New Roman" w:eastAsia="Times New Roman" w:hAnsi="Times New Roman"/>
                <w:sz w:val="26"/>
              </w:rPr>
              <w:t>- GV cho HS đọc yêu cầu Bài 1.</w:t>
            </w:r>
          </w:p>
        </w:tc>
        <w:tc>
          <w:tcPr>
            <w:tcW w:w="5040" w:type="dxa"/>
            <w:shd w:val="clear" w:color="auto" w:fill="auto"/>
          </w:tcPr>
          <w:p w:rsidR="00AB4770" w:rsidRPr="00D200D6" w:rsidRDefault="00920D7A" w:rsidP="00D200D6">
            <w:pPr>
              <w:spacing w:after="0" w:line="240" w:lineRule="auto"/>
            </w:pPr>
            <w:r w:rsidRPr="00D200D6">
              <w:rPr>
                <w:rFonts w:ascii="Times New Roman" w:eastAsia="Times New Roman" w:hAnsi="Times New Roman"/>
                <w:sz w:val="26"/>
              </w:rPr>
              <w:t>- HS đọc: Tìm giá tiền của từng loại: bắp ngô, cà rốt, dưa chuột.</w:t>
            </w:r>
          </w:p>
        </w:tc>
      </w:tr>
      <w:tr w:rsidR="00D200D6" w:rsidRPr="00D200D6" w:rsidTr="00D200D6">
        <w:trPr>
          <w:jc w:val="center"/>
        </w:trPr>
        <w:tc>
          <w:tcPr>
            <w:tcW w:w="5040" w:type="dxa"/>
            <w:shd w:val="clear" w:color="auto" w:fill="auto"/>
          </w:tcPr>
          <w:p w:rsidR="00AB4770" w:rsidRPr="00D200D6" w:rsidRDefault="00920D7A" w:rsidP="00D200D6">
            <w:pPr>
              <w:spacing w:after="0" w:line="240" w:lineRule="auto"/>
            </w:pPr>
            <w:r w:rsidRPr="00D200D6">
              <w:rPr>
                <w:rFonts w:ascii="Times New Roman" w:eastAsia="Times New Roman" w:hAnsi="Times New Roman"/>
                <w:sz w:val="26"/>
              </w:rPr>
              <w:t>- GV hỏi: Bắp ngô giá bao nhiêu?</w:t>
            </w:r>
          </w:p>
        </w:tc>
        <w:tc>
          <w:tcPr>
            <w:tcW w:w="5040" w:type="dxa"/>
            <w:shd w:val="clear" w:color="auto" w:fill="auto"/>
          </w:tcPr>
          <w:p w:rsidR="00AB4770" w:rsidRPr="00D200D6" w:rsidRDefault="00920D7A" w:rsidP="00D200D6">
            <w:pPr>
              <w:spacing w:after="0" w:line="240" w:lineRule="auto"/>
            </w:pPr>
            <w:r w:rsidRPr="00D200D6">
              <w:rPr>
                <w:rFonts w:ascii="Times New Roman" w:eastAsia="Times New Roman" w:hAnsi="Times New Roman"/>
                <w:sz w:val="26"/>
              </w:rPr>
              <w:t>- HS trả lời: Bắp ngô giá 10 000 đồng.</w:t>
            </w:r>
          </w:p>
        </w:tc>
      </w:tr>
      <w:tr w:rsidR="00D200D6" w:rsidRPr="00D200D6" w:rsidTr="00D200D6">
        <w:trPr>
          <w:jc w:val="center"/>
        </w:trPr>
        <w:tc>
          <w:tcPr>
            <w:tcW w:w="5040" w:type="dxa"/>
            <w:shd w:val="clear" w:color="auto" w:fill="auto"/>
          </w:tcPr>
          <w:p w:rsidR="00AB4770" w:rsidRPr="00D200D6" w:rsidRDefault="00920D7A" w:rsidP="00D200D6">
            <w:pPr>
              <w:spacing w:after="0" w:line="240" w:lineRule="auto"/>
            </w:pPr>
            <w:r w:rsidRPr="00D200D6">
              <w:rPr>
                <w:rFonts w:ascii="Times New Roman" w:eastAsia="Times New Roman" w:hAnsi="Times New Roman"/>
                <w:sz w:val="26"/>
              </w:rPr>
              <w:t>- GV hỏi: Cà rốt giá bao nhiêu?</w:t>
            </w:r>
          </w:p>
        </w:tc>
        <w:tc>
          <w:tcPr>
            <w:tcW w:w="5040" w:type="dxa"/>
            <w:shd w:val="clear" w:color="auto" w:fill="auto"/>
          </w:tcPr>
          <w:p w:rsidR="00AB4770" w:rsidRPr="00D200D6" w:rsidRDefault="00920D7A" w:rsidP="00D200D6">
            <w:pPr>
              <w:spacing w:after="0" w:line="240" w:lineRule="auto"/>
            </w:pPr>
            <w:r w:rsidRPr="00D200D6">
              <w:rPr>
                <w:rFonts w:ascii="Times New Roman" w:eastAsia="Times New Roman" w:hAnsi="Times New Roman"/>
                <w:sz w:val="26"/>
              </w:rPr>
              <w:t>- HS trả lời: Cà rốt giá 8 000 đồng.</w:t>
            </w:r>
          </w:p>
        </w:tc>
      </w:tr>
      <w:tr w:rsidR="00D200D6" w:rsidRPr="00D200D6" w:rsidTr="00D200D6">
        <w:trPr>
          <w:jc w:val="center"/>
        </w:trPr>
        <w:tc>
          <w:tcPr>
            <w:tcW w:w="5040" w:type="dxa"/>
            <w:shd w:val="clear" w:color="auto" w:fill="auto"/>
          </w:tcPr>
          <w:p w:rsidR="00AB4770" w:rsidRPr="00D200D6" w:rsidRDefault="00920D7A" w:rsidP="00D200D6">
            <w:pPr>
              <w:spacing w:after="0" w:line="240" w:lineRule="auto"/>
            </w:pPr>
            <w:r w:rsidRPr="00D200D6">
              <w:rPr>
                <w:rFonts w:ascii="Times New Roman" w:eastAsia="Times New Roman" w:hAnsi="Times New Roman"/>
                <w:sz w:val="26"/>
              </w:rPr>
              <w:t>- GV hỏi: Dưa chuột giá bao nhiêu?</w:t>
            </w:r>
          </w:p>
        </w:tc>
        <w:tc>
          <w:tcPr>
            <w:tcW w:w="5040" w:type="dxa"/>
            <w:shd w:val="clear" w:color="auto" w:fill="auto"/>
          </w:tcPr>
          <w:p w:rsidR="00AB4770" w:rsidRPr="00D200D6" w:rsidRDefault="00920D7A" w:rsidP="00D200D6">
            <w:pPr>
              <w:spacing w:after="0" w:line="240" w:lineRule="auto"/>
            </w:pPr>
            <w:r w:rsidRPr="00D200D6">
              <w:rPr>
                <w:rFonts w:ascii="Times New Roman" w:eastAsia="Times New Roman" w:hAnsi="Times New Roman"/>
                <w:sz w:val="26"/>
              </w:rPr>
              <w:t>- HS trả lời: Dưa chuột giá 5 000 đồng.</w:t>
            </w:r>
          </w:p>
        </w:tc>
      </w:tr>
      <w:tr w:rsidR="00D200D6" w:rsidRPr="00D200D6" w:rsidTr="00D200D6">
        <w:trPr>
          <w:jc w:val="center"/>
        </w:trPr>
        <w:tc>
          <w:tcPr>
            <w:tcW w:w="5040" w:type="dxa"/>
            <w:shd w:val="clear" w:color="auto" w:fill="auto"/>
          </w:tcPr>
          <w:p w:rsidR="00AB4770" w:rsidRPr="00D200D6" w:rsidRDefault="00920D7A" w:rsidP="00D200D6">
            <w:pPr>
              <w:spacing w:after="0" w:line="240" w:lineRule="auto"/>
            </w:pPr>
            <w:r w:rsidRPr="00D200D6">
              <w:rPr>
                <w:rFonts w:ascii="Times New Roman" w:eastAsia="Times New Roman" w:hAnsi="Times New Roman"/>
                <w:sz w:val="26"/>
              </w:rPr>
              <w:t>- GV cho HS trình bày kết quả vào vở.</w:t>
            </w:r>
          </w:p>
        </w:tc>
        <w:tc>
          <w:tcPr>
            <w:tcW w:w="5040" w:type="dxa"/>
            <w:shd w:val="clear" w:color="auto" w:fill="auto"/>
          </w:tcPr>
          <w:p w:rsidR="00AB4770" w:rsidRPr="00D200D6" w:rsidRDefault="00920D7A" w:rsidP="00D200D6">
            <w:pPr>
              <w:spacing w:after="0" w:line="240" w:lineRule="auto"/>
            </w:pPr>
            <w:r w:rsidRPr="00D200D6">
              <w:rPr>
                <w:rFonts w:ascii="Times New Roman" w:eastAsia="Times New Roman" w:hAnsi="Times New Roman"/>
                <w:sz w:val="26"/>
              </w:rPr>
              <w:t>- HS viết: Bắp ngô 10 000 đồng; cà rốt 8 000 đồng; dưa chuột 5 000 đồng.</w:t>
            </w:r>
          </w:p>
        </w:tc>
      </w:tr>
      <w:tr w:rsidR="00D200D6" w:rsidRPr="00D200D6" w:rsidTr="00D200D6">
        <w:trPr>
          <w:jc w:val="center"/>
        </w:trPr>
        <w:tc>
          <w:tcPr>
            <w:tcW w:w="5040" w:type="dxa"/>
            <w:shd w:val="clear" w:color="auto" w:fill="auto"/>
          </w:tcPr>
          <w:p w:rsidR="00AB4770" w:rsidRPr="00D200D6" w:rsidRDefault="00920D7A" w:rsidP="00D200D6">
            <w:pPr>
              <w:spacing w:after="0" w:line="240" w:lineRule="auto"/>
            </w:pPr>
            <w:r w:rsidRPr="00D200D6">
              <w:rPr>
                <w:rFonts w:ascii="Times New Roman" w:eastAsia="Times New Roman" w:hAnsi="Times New Roman"/>
                <w:sz w:val="26"/>
              </w:rPr>
              <w:t>- Tích hợp đạo đức, lối sống: GV nhắc HS biết quý trọng tiền, không mua đồ lãng phí và luôn trả tiền đúng giá khi mua hàng.</w:t>
            </w:r>
          </w:p>
        </w:tc>
        <w:tc>
          <w:tcPr>
            <w:tcW w:w="5040" w:type="dxa"/>
            <w:shd w:val="clear" w:color="auto" w:fill="auto"/>
          </w:tcPr>
          <w:p w:rsidR="00AB4770" w:rsidRPr="00D200D6" w:rsidRDefault="00920D7A" w:rsidP="00D200D6">
            <w:pPr>
              <w:spacing w:after="0" w:line="240" w:lineRule="auto"/>
            </w:pPr>
            <w:r w:rsidRPr="00D200D6">
              <w:rPr>
                <w:rFonts w:ascii="Times New Roman" w:eastAsia="Times New Roman" w:hAnsi="Times New Roman"/>
                <w:sz w:val="26"/>
              </w:rPr>
              <w:t>- HS lắng nghe và nêu việc làm tiết kiệm.</w:t>
            </w:r>
          </w:p>
        </w:tc>
      </w:tr>
      <w:tr w:rsidR="00D200D6" w:rsidRPr="00D200D6" w:rsidTr="00D200D6">
        <w:trPr>
          <w:jc w:val="center"/>
        </w:trPr>
        <w:tc>
          <w:tcPr>
            <w:tcW w:w="5040" w:type="dxa"/>
            <w:shd w:val="clear" w:color="auto" w:fill="auto"/>
          </w:tcPr>
          <w:p w:rsidR="00AB4770" w:rsidRPr="00D200D6" w:rsidRDefault="00920D7A" w:rsidP="00D200D6">
            <w:pPr>
              <w:spacing w:after="0" w:line="240" w:lineRule="auto"/>
            </w:pPr>
            <w:r w:rsidRPr="00D200D6">
              <w:rPr>
                <w:rFonts w:ascii="Times New Roman" w:eastAsia="Times New Roman" w:hAnsi="Times New Roman"/>
                <w:sz w:val="26"/>
              </w:rPr>
              <w:t>- GV kết luận: Khi mua hàng, cần đọc đúng giá tiền từng loại và chi tiêu hợp lí.</w:t>
            </w:r>
          </w:p>
        </w:tc>
        <w:tc>
          <w:tcPr>
            <w:tcW w:w="5040" w:type="dxa"/>
            <w:shd w:val="clear" w:color="auto" w:fill="auto"/>
          </w:tcPr>
          <w:p w:rsidR="00AB4770" w:rsidRPr="00D200D6" w:rsidRDefault="00920D7A" w:rsidP="00D200D6">
            <w:pPr>
              <w:spacing w:after="0" w:line="240" w:lineRule="auto"/>
            </w:pPr>
            <w:r w:rsidRPr="00D200D6">
              <w:rPr>
                <w:rFonts w:ascii="Times New Roman" w:eastAsia="Times New Roman" w:hAnsi="Times New Roman"/>
                <w:sz w:val="26"/>
              </w:rPr>
              <w:t>- HS lắng nghe.</w:t>
            </w:r>
          </w:p>
        </w:tc>
      </w:tr>
      <w:tr w:rsidR="00D200D6" w:rsidRPr="00D200D6" w:rsidTr="00D200D6">
        <w:trPr>
          <w:jc w:val="center"/>
        </w:trPr>
        <w:tc>
          <w:tcPr>
            <w:tcW w:w="5040" w:type="dxa"/>
            <w:shd w:val="clear" w:color="auto" w:fill="auto"/>
          </w:tcPr>
          <w:p w:rsidR="00AB4770" w:rsidRPr="00D200D6" w:rsidRDefault="00920D7A" w:rsidP="00D200D6">
            <w:pPr>
              <w:spacing w:after="0" w:line="240" w:lineRule="auto"/>
            </w:pPr>
            <w:r w:rsidRPr="00D200D6">
              <w:rPr>
                <w:rFonts w:ascii="Times New Roman" w:eastAsia="Times New Roman" w:hAnsi="Times New Roman"/>
                <w:b/>
                <w:sz w:val="26"/>
              </w:rPr>
              <w:lastRenderedPageBreak/>
              <w:t>Bài 2. Giá tiền bắp ngô đầu vụ, giữa vụ. (Làm việc cá nhân)</w:t>
            </w:r>
          </w:p>
          <w:p w:rsidR="00AB4770" w:rsidRPr="00D200D6" w:rsidRDefault="00920D7A" w:rsidP="00D200D6">
            <w:pPr>
              <w:spacing w:after="0" w:line="240" w:lineRule="auto"/>
            </w:pPr>
            <w:r w:rsidRPr="00D200D6">
              <w:rPr>
                <w:rFonts w:ascii="Times New Roman" w:eastAsia="Times New Roman" w:hAnsi="Times New Roman"/>
                <w:sz w:val="26"/>
              </w:rPr>
              <w:t>- HS quan sát hình SGK.</w:t>
            </w:r>
          </w:p>
          <w:p w:rsidR="00AB4770" w:rsidRPr="00D200D6" w:rsidRDefault="00AB4770" w:rsidP="00D200D6">
            <w:pPr>
              <w:spacing w:after="0" w:line="240" w:lineRule="auto"/>
            </w:pPr>
          </w:p>
        </w:tc>
        <w:tc>
          <w:tcPr>
            <w:tcW w:w="5040" w:type="dxa"/>
            <w:shd w:val="clear" w:color="auto" w:fill="auto"/>
          </w:tcPr>
          <w:p w:rsidR="00AB4770" w:rsidRPr="00D200D6" w:rsidRDefault="00920D7A" w:rsidP="00D200D6">
            <w:pPr>
              <w:spacing w:after="0" w:line="240" w:lineRule="auto"/>
            </w:pPr>
            <w:r w:rsidRPr="00D200D6">
              <w:rPr>
                <w:rFonts w:ascii="Times New Roman" w:eastAsia="Times New Roman" w:hAnsi="Times New Roman"/>
                <w:sz w:val="26"/>
              </w:rPr>
              <w:t>- HS quan sát bài trong SGK.</w:t>
            </w:r>
          </w:p>
        </w:tc>
      </w:tr>
      <w:tr w:rsidR="00D200D6" w:rsidRPr="00D200D6" w:rsidTr="00D200D6">
        <w:trPr>
          <w:jc w:val="center"/>
        </w:trPr>
        <w:tc>
          <w:tcPr>
            <w:tcW w:w="5040" w:type="dxa"/>
            <w:shd w:val="clear" w:color="auto" w:fill="auto"/>
          </w:tcPr>
          <w:p w:rsidR="00AB4770" w:rsidRPr="00D200D6" w:rsidRDefault="00920D7A" w:rsidP="00D200D6">
            <w:pPr>
              <w:spacing w:after="0" w:line="240" w:lineRule="auto"/>
            </w:pPr>
            <w:r w:rsidRPr="00D200D6">
              <w:rPr>
                <w:rFonts w:ascii="Times New Roman" w:eastAsia="Times New Roman" w:hAnsi="Times New Roman"/>
                <w:sz w:val="26"/>
              </w:rPr>
              <w:t>- GV cho HS đọc yêu cầu Bài 2.</w:t>
            </w:r>
          </w:p>
        </w:tc>
        <w:tc>
          <w:tcPr>
            <w:tcW w:w="5040" w:type="dxa"/>
            <w:shd w:val="clear" w:color="auto" w:fill="auto"/>
          </w:tcPr>
          <w:p w:rsidR="00AB4770" w:rsidRPr="00D200D6" w:rsidRDefault="00920D7A" w:rsidP="00D200D6">
            <w:pPr>
              <w:spacing w:after="0" w:line="240" w:lineRule="auto"/>
            </w:pPr>
            <w:r w:rsidRPr="00D200D6">
              <w:rPr>
                <w:rFonts w:ascii="Times New Roman" w:eastAsia="Times New Roman" w:hAnsi="Times New Roman"/>
                <w:sz w:val="26"/>
              </w:rPr>
              <w:t>- HS đọc: Đầu vụ, 1 bắp ngô giá 5 000 đồng. Giữa vụ, 5 000 đồng mua được 2 bắp ngô.</w:t>
            </w:r>
          </w:p>
        </w:tc>
      </w:tr>
      <w:tr w:rsidR="00D200D6" w:rsidRPr="00D200D6" w:rsidTr="00D200D6">
        <w:trPr>
          <w:jc w:val="center"/>
        </w:trPr>
        <w:tc>
          <w:tcPr>
            <w:tcW w:w="5040" w:type="dxa"/>
            <w:shd w:val="clear" w:color="auto" w:fill="auto"/>
          </w:tcPr>
          <w:p w:rsidR="00AB4770" w:rsidRPr="00D200D6" w:rsidRDefault="00920D7A" w:rsidP="00D200D6">
            <w:pPr>
              <w:spacing w:after="0" w:line="240" w:lineRule="auto"/>
            </w:pPr>
            <w:r w:rsidRPr="00D200D6">
              <w:rPr>
                <w:rFonts w:ascii="Times New Roman" w:eastAsia="Times New Roman" w:hAnsi="Times New Roman"/>
                <w:sz w:val="26"/>
              </w:rPr>
              <w:t>- GV hỏi: Giữa vụ, giá tiền 1 bắp ngô là bao nhiêu?</w:t>
            </w:r>
          </w:p>
        </w:tc>
        <w:tc>
          <w:tcPr>
            <w:tcW w:w="5040" w:type="dxa"/>
            <w:shd w:val="clear" w:color="auto" w:fill="auto"/>
          </w:tcPr>
          <w:p w:rsidR="00AB4770" w:rsidRPr="00D200D6" w:rsidRDefault="00920D7A" w:rsidP="00D200D6">
            <w:pPr>
              <w:spacing w:after="0" w:line="240" w:lineRule="auto"/>
            </w:pPr>
            <w:r w:rsidRPr="00D200D6">
              <w:rPr>
                <w:rFonts w:ascii="Times New Roman" w:eastAsia="Times New Roman" w:hAnsi="Times New Roman"/>
                <w:sz w:val="26"/>
              </w:rPr>
              <w:t>- HS trả lời: 5 000 : 2 = 2 500 đồng.</w:t>
            </w:r>
          </w:p>
        </w:tc>
      </w:tr>
      <w:tr w:rsidR="00D200D6" w:rsidRPr="00D200D6" w:rsidTr="00D200D6">
        <w:trPr>
          <w:jc w:val="center"/>
        </w:trPr>
        <w:tc>
          <w:tcPr>
            <w:tcW w:w="5040" w:type="dxa"/>
            <w:shd w:val="clear" w:color="auto" w:fill="auto"/>
          </w:tcPr>
          <w:p w:rsidR="00AB4770" w:rsidRPr="00D200D6" w:rsidRDefault="00920D7A" w:rsidP="00D200D6">
            <w:pPr>
              <w:spacing w:after="0" w:line="240" w:lineRule="auto"/>
            </w:pPr>
            <w:r w:rsidRPr="00D200D6">
              <w:rPr>
                <w:rFonts w:ascii="Times New Roman" w:eastAsia="Times New Roman" w:hAnsi="Times New Roman"/>
                <w:sz w:val="26"/>
              </w:rPr>
              <w:t>- GV hỏi: Giá tiền 1 bắp ngô đầu vụ nhiều hơn giữa vụ bao nhiêu?</w:t>
            </w:r>
          </w:p>
        </w:tc>
        <w:tc>
          <w:tcPr>
            <w:tcW w:w="5040" w:type="dxa"/>
            <w:shd w:val="clear" w:color="auto" w:fill="auto"/>
          </w:tcPr>
          <w:p w:rsidR="00AB4770" w:rsidRPr="00D200D6" w:rsidRDefault="00920D7A" w:rsidP="00D200D6">
            <w:pPr>
              <w:spacing w:after="0" w:line="240" w:lineRule="auto"/>
            </w:pPr>
            <w:r w:rsidRPr="00D200D6">
              <w:rPr>
                <w:rFonts w:ascii="Times New Roman" w:eastAsia="Times New Roman" w:hAnsi="Times New Roman"/>
                <w:sz w:val="26"/>
              </w:rPr>
              <w:t>- HS trả lời: 5 000 - 2 500 = 2 500 đồng.</w:t>
            </w:r>
          </w:p>
        </w:tc>
      </w:tr>
      <w:tr w:rsidR="00D200D6" w:rsidRPr="00D200D6" w:rsidTr="00D200D6">
        <w:trPr>
          <w:jc w:val="center"/>
        </w:trPr>
        <w:tc>
          <w:tcPr>
            <w:tcW w:w="5040" w:type="dxa"/>
            <w:shd w:val="clear" w:color="auto" w:fill="auto"/>
          </w:tcPr>
          <w:p w:rsidR="00AB4770" w:rsidRPr="00D200D6" w:rsidRDefault="00920D7A" w:rsidP="00D200D6">
            <w:pPr>
              <w:spacing w:after="0" w:line="240" w:lineRule="auto"/>
            </w:pPr>
            <w:r w:rsidRPr="00D200D6">
              <w:rPr>
                <w:rFonts w:ascii="Times New Roman" w:eastAsia="Times New Roman" w:hAnsi="Times New Roman"/>
                <w:sz w:val="26"/>
              </w:rPr>
              <w:t>- GV cho HS trình bày kết quả.</w:t>
            </w:r>
          </w:p>
        </w:tc>
        <w:tc>
          <w:tcPr>
            <w:tcW w:w="5040" w:type="dxa"/>
            <w:shd w:val="clear" w:color="auto" w:fill="auto"/>
          </w:tcPr>
          <w:p w:rsidR="00AB4770" w:rsidRPr="00D200D6" w:rsidRDefault="00920D7A" w:rsidP="00D200D6">
            <w:pPr>
              <w:spacing w:after="0" w:line="240" w:lineRule="auto"/>
            </w:pPr>
            <w:r w:rsidRPr="00D200D6">
              <w:rPr>
                <w:rFonts w:ascii="Times New Roman" w:eastAsia="Times New Roman" w:hAnsi="Times New Roman"/>
                <w:sz w:val="26"/>
              </w:rPr>
              <w:t>- HS trình bày: a) 2 500 đồng; b) 2 500 đồng.</w:t>
            </w:r>
          </w:p>
        </w:tc>
      </w:tr>
      <w:tr w:rsidR="00D200D6" w:rsidRPr="00D200D6" w:rsidTr="00D200D6">
        <w:trPr>
          <w:jc w:val="center"/>
        </w:trPr>
        <w:tc>
          <w:tcPr>
            <w:tcW w:w="5040" w:type="dxa"/>
            <w:shd w:val="clear" w:color="auto" w:fill="auto"/>
          </w:tcPr>
          <w:p w:rsidR="00AB4770" w:rsidRPr="00D200D6" w:rsidRDefault="00920D7A" w:rsidP="00D200D6">
            <w:pPr>
              <w:spacing w:after="0" w:line="240" w:lineRule="auto"/>
            </w:pPr>
            <w:r w:rsidRPr="00D200D6">
              <w:rPr>
                <w:rFonts w:ascii="Times New Roman" w:eastAsia="Times New Roman" w:hAnsi="Times New Roman"/>
                <w:sz w:val="26"/>
              </w:rPr>
              <w:t>- GV hỏi: Vì sao cùng 5 000 đồng giữa vụ mua được nhiều hơn?</w:t>
            </w:r>
          </w:p>
        </w:tc>
        <w:tc>
          <w:tcPr>
            <w:tcW w:w="5040" w:type="dxa"/>
            <w:shd w:val="clear" w:color="auto" w:fill="auto"/>
          </w:tcPr>
          <w:p w:rsidR="00AB4770" w:rsidRPr="00D200D6" w:rsidRDefault="00920D7A" w:rsidP="00D200D6">
            <w:pPr>
              <w:spacing w:after="0" w:line="240" w:lineRule="auto"/>
            </w:pPr>
            <w:r w:rsidRPr="00D200D6">
              <w:rPr>
                <w:rFonts w:ascii="Times New Roman" w:eastAsia="Times New Roman" w:hAnsi="Times New Roman"/>
                <w:sz w:val="26"/>
              </w:rPr>
              <w:t>- HS trả lời: Vì giá 1 bắp ngô giữa vụ rẻ hơn.</w:t>
            </w:r>
          </w:p>
        </w:tc>
      </w:tr>
      <w:tr w:rsidR="00D200D6" w:rsidRPr="00D200D6" w:rsidTr="00D200D6">
        <w:trPr>
          <w:jc w:val="center"/>
        </w:trPr>
        <w:tc>
          <w:tcPr>
            <w:tcW w:w="5040" w:type="dxa"/>
            <w:shd w:val="clear" w:color="auto" w:fill="auto"/>
          </w:tcPr>
          <w:p w:rsidR="00AB4770" w:rsidRPr="00D200D6" w:rsidRDefault="00920D7A" w:rsidP="00D200D6">
            <w:pPr>
              <w:spacing w:after="0" w:line="240" w:lineRule="auto"/>
            </w:pPr>
            <w:r w:rsidRPr="00D200D6">
              <w:rPr>
                <w:rFonts w:ascii="Times New Roman" w:eastAsia="Times New Roman" w:hAnsi="Times New Roman"/>
                <w:sz w:val="26"/>
              </w:rPr>
              <w:t>- GV kết luận: Muốn so sánh giá tiền, cần tính giá một đơn vị rồi lấy hiệu.</w:t>
            </w:r>
          </w:p>
        </w:tc>
        <w:tc>
          <w:tcPr>
            <w:tcW w:w="5040" w:type="dxa"/>
            <w:shd w:val="clear" w:color="auto" w:fill="auto"/>
          </w:tcPr>
          <w:p w:rsidR="00AB4770" w:rsidRPr="00D200D6" w:rsidRDefault="00920D7A" w:rsidP="00D200D6">
            <w:pPr>
              <w:spacing w:after="0" w:line="240" w:lineRule="auto"/>
            </w:pPr>
            <w:r w:rsidRPr="00D200D6">
              <w:rPr>
                <w:rFonts w:ascii="Times New Roman" w:eastAsia="Times New Roman" w:hAnsi="Times New Roman"/>
                <w:sz w:val="26"/>
              </w:rPr>
              <w:t>- HS lắng nghe.</w:t>
            </w:r>
          </w:p>
        </w:tc>
      </w:tr>
      <w:tr w:rsidR="00D200D6" w:rsidRPr="00D200D6" w:rsidTr="00D200D6">
        <w:trPr>
          <w:jc w:val="center"/>
        </w:trPr>
        <w:tc>
          <w:tcPr>
            <w:tcW w:w="5040" w:type="dxa"/>
            <w:shd w:val="clear" w:color="auto" w:fill="auto"/>
          </w:tcPr>
          <w:p w:rsidR="00AB4770" w:rsidRPr="00D200D6" w:rsidRDefault="00920D7A" w:rsidP="00D200D6">
            <w:pPr>
              <w:spacing w:after="0" w:line="240" w:lineRule="auto"/>
            </w:pPr>
            <w:r w:rsidRPr="00D200D6">
              <w:rPr>
                <w:rFonts w:ascii="Times New Roman" w:eastAsia="Times New Roman" w:hAnsi="Times New Roman"/>
                <w:b/>
                <w:sz w:val="26"/>
              </w:rPr>
              <w:t>Bài 3. Bán nước chanh. (Làm việc cá nhân vào vở)</w:t>
            </w:r>
          </w:p>
          <w:p w:rsidR="00AB4770" w:rsidRPr="00D200D6" w:rsidRDefault="00920D7A" w:rsidP="00D200D6">
            <w:pPr>
              <w:spacing w:after="0" w:line="240" w:lineRule="auto"/>
            </w:pPr>
            <w:r w:rsidRPr="00D200D6">
              <w:rPr>
                <w:rFonts w:ascii="Times New Roman" w:eastAsia="Times New Roman" w:hAnsi="Times New Roman"/>
                <w:sz w:val="26"/>
              </w:rPr>
              <w:t>- HS quan sát hình SGK.</w:t>
            </w:r>
          </w:p>
          <w:p w:rsidR="00AB4770" w:rsidRPr="00D200D6" w:rsidRDefault="00AB4770" w:rsidP="00D200D6">
            <w:pPr>
              <w:spacing w:after="0" w:line="240" w:lineRule="auto"/>
            </w:pPr>
          </w:p>
        </w:tc>
        <w:tc>
          <w:tcPr>
            <w:tcW w:w="5040" w:type="dxa"/>
            <w:shd w:val="clear" w:color="auto" w:fill="auto"/>
          </w:tcPr>
          <w:p w:rsidR="00AB4770" w:rsidRPr="00D200D6" w:rsidRDefault="00920D7A" w:rsidP="00D200D6">
            <w:pPr>
              <w:spacing w:after="0" w:line="240" w:lineRule="auto"/>
            </w:pPr>
            <w:r w:rsidRPr="00D200D6">
              <w:rPr>
                <w:rFonts w:ascii="Times New Roman" w:eastAsia="Times New Roman" w:hAnsi="Times New Roman"/>
                <w:sz w:val="26"/>
              </w:rPr>
              <w:t>- HS quan sát bài trong SGK.</w:t>
            </w:r>
          </w:p>
        </w:tc>
      </w:tr>
      <w:tr w:rsidR="00D200D6" w:rsidRPr="00D200D6" w:rsidTr="00D200D6">
        <w:trPr>
          <w:jc w:val="center"/>
        </w:trPr>
        <w:tc>
          <w:tcPr>
            <w:tcW w:w="5040" w:type="dxa"/>
            <w:shd w:val="clear" w:color="auto" w:fill="auto"/>
          </w:tcPr>
          <w:p w:rsidR="00AB4770" w:rsidRPr="00D200D6" w:rsidRDefault="00920D7A" w:rsidP="00D200D6">
            <w:pPr>
              <w:spacing w:after="0" w:line="240" w:lineRule="auto"/>
            </w:pPr>
            <w:r w:rsidRPr="00D200D6">
              <w:rPr>
                <w:rFonts w:ascii="Times New Roman" w:eastAsia="Times New Roman" w:hAnsi="Times New Roman"/>
                <w:sz w:val="26"/>
              </w:rPr>
              <w:t>- GV cho HS đọc đề Bài 3.</w:t>
            </w:r>
          </w:p>
        </w:tc>
        <w:tc>
          <w:tcPr>
            <w:tcW w:w="5040" w:type="dxa"/>
            <w:shd w:val="clear" w:color="auto" w:fill="auto"/>
          </w:tcPr>
          <w:p w:rsidR="00AB4770" w:rsidRPr="00D200D6" w:rsidRDefault="00920D7A" w:rsidP="00D200D6">
            <w:pPr>
              <w:spacing w:after="0" w:line="240" w:lineRule="auto"/>
            </w:pPr>
            <w:r w:rsidRPr="00D200D6">
              <w:rPr>
                <w:rFonts w:ascii="Times New Roman" w:eastAsia="Times New Roman" w:hAnsi="Times New Roman"/>
                <w:sz w:val="26"/>
              </w:rPr>
              <w:t>- HS đọc bảng tiền mua nước, đường kính, chanh và tiền bán nước chanh.</w:t>
            </w:r>
          </w:p>
        </w:tc>
      </w:tr>
      <w:tr w:rsidR="00D200D6" w:rsidRPr="00D200D6" w:rsidTr="00D200D6">
        <w:trPr>
          <w:jc w:val="center"/>
        </w:trPr>
        <w:tc>
          <w:tcPr>
            <w:tcW w:w="5040" w:type="dxa"/>
            <w:shd w:val="clear" w:color="auto" w:fill="auto"/>
          </w:tcPr>
          <w:p w:rsidR="00AB4770" w:rsidRPr="00D200D6" w:rsidRDefault="00920D7A" w:rsidP="00D200D6">
            <w:pPr>
              <w:spacing w:after="0" w:line="240" w:lineRule="auto"/>
            </w:pPr>
            <w:r w:rsidRPr="00D200D6">
              <w:rPr>
                <w:rFonts w:ascii="Times New Roman" w:eastAsia="Times New Roman" w:hAnsi="Times New Roman"/>
                <w:sz w:val="26"/>
              </w:rPr>
              <w:t>- GV hỏi: Tổng tiền mua nguyên liệu là bao nhiêu?</w:t>
            </w:r>
          </w:p>
        </w:tc>
        <w:tc>
          <w:tcPr>
            <w:tcW w:w="5040" w:type="dxa"/>
            <w:shd w:val="clear" w:color="auto" w:fill="auto"/>
          </w:tcPr>
          <w:p w:rsidR="00AB4770" w:rsidRPr="00D200D6" w:rsidRDefault="00920D7A" w:rsidP="00D200D6">
            <w:pPr>
              <w:spacing w:after="0" w:line="240" w:lineRule="auto"/>
            </w:pPr>
            <w:r w:rsidRPr="00D200D6">
              <w:rPr>
                <w:rFonts w:ascii="Times New Roman" w:eastAsia="Times New Roman" w:hAnsi="Times New Roman"/>
                <w:sz w:val="26"/>
              </w:rPr>
              <w:t>- HS trả lời: 20 000 + 14 000 + 10 000 = 44 000 đồng.</w:t>
            </w:r>
          </w:p>
        </w:tc>
      </w:tr>
      <w:tr w:rsidR="00D200D6" w:rsidRPr="00D200D6" w:rsidTr="00D200D6">
        <w:trPr>
          <w:jc w:val="center"/>
        </w:trPr>
        <w:tc>
          <w:tcPr>
            <w:tcW w:w="5040" w:type="dxa"/>
            <w:shd w:val="clear" w:color="auto" w:fill="auto"/>
          </w:tcPr>
          <w:p w:rsidR="00AB4770" w:rsidRPr="00D200D6" w:rsidRDefault="00920D7A" w:rsidP="00D200D6">
            <w:pPr>
              <w:spacing w:after="0" w:line="240" w:lineRule="auto"/>
            </w:pPr>
            <w:r w:rsidRPr="00D200D6">
              <w:rPr>
                <w:rFonts w:ascii="Times New Roman" w:eastAsia="Times New Roman" w:hAnsi="Times New Roman"/>
                <w:sz w:val="26"/>
              </w:rPr>
              <w:t>- GV hỏi: Nam và Mai bán nước chanh được bao nhiêu tiền?</w:t>
            </w:r>
          </w:p>
        </w:tc>
        <w:tc>
          <w:tcPr>
            <w:tcW w:w="5040" w:type="dxa"/>
            <w:shd w:val="clear" w:color="auto" w:fill="auto"/>
          </w:tcPr>
          <w:p w:rsidR="00AB4770" w:rsidRPr="00D200D6" w:rsidRDefault="00920D7A" w:rsidP="00D200D6">
            <w:pPr>
              <w:spacing w:after="0" w:line="240" w:lineRule="auto"/>
            </w:pPr>
            <w:r w:rsidRPr="00D200D6">
              <w:rPr>
                <w:rFonts w:ascii="Times New Roman" w:eastAsia="Times New Roman" w:hAnsi="Times New Roman"/>
                <w:sz w:val="26"/>
              </w:rPr>
              <w:t>- HS trả lời: 80 000 đồng.</w:t>
            </w:r>
          </w:p>
        </w:tc>
      </w:tr>
      <w:tr w:rsidR="00D200D6" w:rsidRPr="00D200D6" w:rsidTr="00D200D6">
        <w:trPr>
          <w:jc w:val="center"/>
        </w:trPr>
        <w:tc>
          <w:tcPr>
            <w:tcW w:w="5040" w:type="dxa"/>
            <w:shd w:val="clear" w:color="auto" w:fill="auto"/>
          </w:tcPr>
          <w:p w:rsidR="00AB4770" w:rsidRPr="00D200D6" w:rsidRDefault="00920D7A" w:rsidP="00D200D6">
            <w:pPr>
              <w:spacing w:after="0" w:line="240" w:lineRule="auto"/>
            </w:pPr>
            <w:r w:rsidRPr="00D200D6">
              <w:rPr>
                <w:rFonts w:ascii="Times New Roman" w:eastAsia="Times New Roman" w:hAnsi="Times New Roman"/>
                <w:sz w:val="26"/>
              </w:rPr>
              <w:t>- GV hỏi: Sau khi trừ tiền mua nguyên liệu, hai bạn còn lại bao nhiêu tiền?</w:t>
            </w:r>
          </w:p>
        </w:tc>
        <w:tc>
          <w:tcPr>
            <w:tcW w:w="5040" w:type="dxa"/>
            <w:shd w:val="clear" w:color="auto" w:fill="auto"/>
          </w:tcPr>
          <w:p w:rsidR="00AB4770" w:rsidRPr="00D200D6" w:rsidRDefault="00920D7A" w:rsidP="00D200D6">
            <w:pPr>
              <w:spacing w:after="0" w:line="240" w:lineRule="auto"/>
            </w:pPr>
            <w:r w:rsidRPr="00D200D6">
              <w:rPr>
                <w:rFonts w:ascii="Times New Roman" w:eastAsia="Times New Roman" w:hAnsi="Times New Roman"/>
                <w:sz w:val="26"/>
              </w:rPr>
              <w:t>- HS trả lời: 80 000 - 44 000 = 36 000 đồng.</w:t>
            </w:r>
          </w:p>
        </w:tc>
      </w:tr>
      <w:tr w:rsidR="00D200D6" w:rsidRPr="00D200D6" w:rsidTr="00D200D6">
        <w:trPr>
          <w:jc w:val="center"/>
        </w:trPr>
        <w:tc>
          <w:tcPr>
            <w:tcW w:w="5040" w:type="dxa"/>
            <w:shd w:val="clear" w:color="auto" w:fill="auto"/>
          </w:tcPr>
          <w:p w:rsidR="00AB4770" w:rsidRPr="00D200D6" w:rsidRDefault="00920D7A" w:rsidP="00D200D6">
            <w:pPr>
              <w:spacing w:after="0" w:line="240" w:lineRule="auto"/>
            </w:pPr>
            <w:r w:rsidRPr="00D200D6">
              <w:rPr>
                <w:rFonts w:ascii="Times New Roman" w:eastAsia="Times New Roman" w:hAnsi="Times New Roman"/>
                <w:sz w:val="26"/>
              </w:rPr>
              <w:t>- GV cho HS trình bày bài giải vào vở.</w:t>
            </w:r>
          </w:p>
        </w:tc>
        <w:tc>
          <w:tcPr>
            <w:tcW w:w="5040" w:type="dxa"/>
            <w:shd w:val="clear" w:color="auto" w:fill="auto"/>
          </w:tcPr>
          <w:p w:rsidR="00AB4770" w:rsidRPr="00D200D6" w:rsidRDefault="00920D7A" w:rsidP="00D200D6">
            <w:pPr>
              <w:spacing w:after="0" w:line="240" w:lineRule="auto"/>
            </w:pPr>
            <w:r w:rsidRPr="00D200D6">
              <w:rPr>
                <w:rFonts w:ascii="Times New Roman" w:eastAsia="Times New Roman" w:hAnsi="Times New Roman"/>
                <w:sz w:val="26"/>
              </w:rPr>
              <w:t>- HS trình bày: a) 44 000 đồng; b) 36 000 đồng.</w:t>
            </w:r>
          </w:p>
        </w:tc>
      </w:tr>
      <w:tr w:rsidR="00D200D6" w:rsidRPr="00D200D6" w:rsidTr="00D200D6">
        <w:trPr>
          <w:jc w:val="center"/>
        </w:trPr>
        <w:tc>
          <w:tcPr>
            <w:tcW w:w="5040" w:type="dxa"/>
            <w:shd w:val="clear" w:color="auto" w:fill="auto"/>
          </w:tcPr>
          <w:p w:rsidR="00AB4770" w:rsidRPr="00D200D6" w:rsidRDefault="00920D7A" w:rsidP="00D200D6">
            <w:pPr>
              <w:spacing w:after="0" w:line="240" w:lineRule="auto"/>
            </w:pPr>
            <w:r w:rsidRPr="00D200D6">
              <w:rPr>
                <w:rFonts w:ascii="Times New Roman" w:eastAsia="Times New Roman" w:hAnsi="Times New Roman"/>
                <w:sz w:val="26"/>
              </w:rPr>
              <w:t>- GV nhắc HS ghi đúng đơn vị đồng.</w:t>
            </w:r>
          </w:p>
        </w:tc>
        <w:tc>
          <w:tcPr>
            <w:tcW w:w="5040" w:type="dxa"/>
            <w:shd w:val="clear" w:color="auto" w:fill="auto"/>
          </w:tcPr>
          <w:p w:rsidR="00AB4770" w:rsidRPr="00D200D6" w:rsidRDefault="00920D7A" w:rsidP="00D200D6">
            <w:pPr>
              <w:spacing w:after="0" w:line="240" w:lineRule="auto"/>
            </w:pPr>
            <w:r w:rsidRPr="00D200D6">
              <w:rPr>
                <w:rFonts w:ascii="Times New Roman" w:eastAsia="Times New Roman" w:hAnsi="Times New Roman"/>
                <w:sz w:val="26"/>
              </w:rPr>
              <w:t>- HS kiểm tra đơn vị trong bài.</w:t>
            </w:r>
          </w:p>
        </w:tc>
      </w:tr>
      <w:tr w:rsidR="00D200D6" w:rsidRPr="00D200D6" w:rsidTr="00D200D6">
        <w:trPr>
          <w:jc w:val="center"/>
        </w:trPr>
        <w:tc>
          <w:tcPr>
            <w:tcW w:w="5040" w:type="dxa"/>
            <w:shd w:val="clear" w:color="auto" w:fill="auto"/>
          </w:tcPr>
          <w:p w:rsidR="00AB4770" w:rsidRPr="00D200D6" w:rsidRDefault="00920D7A" w:rsidP="00D200D6">
            <w:pPr>
              <w:spacing w:after="0" w:line="240" w:lineRule="auto"/>
            </w:pPr>
            <w:r w:rsidRPr="00D200D6">
              <w:rPr>
                <w:rFonts w:ascii="Times New Roman" w:eastAsia="Times New Roman" w:hAnsi="Times New Roman"/>
                <w:sz w:val="26"/>
              </w:rPr>
              <w:t>- GV kết luận: Khi bán hàng, cần tính tổng chi phí rồi lấy tiền thu được trừ chi phí để biết còn lại bao nhiêu.</w:t>
            </w:r>
          </w:p>
        </w:tc>
        <w:tc>
          <w:tcPr>
            <w:tcW w:w="5040" w:type="dxa"/>
            <w:shd w:val="clear" w:color="auto" w:fill="auto"/>
          </w:tcPr>
          <w:p w:rsidR="00AB4770" w:rsidRPr="00D200D6" w:rsidRDefault="00920D7A" w:rsidP="00D200D6">
            <w:pPr>
              <w:spacing w:after="0" w:line="240" w:lineRule="auto"/>
            </w:pPr>
            <w:r w:rsidRPr="00D200D6">
              <w:rPr>
                <w:rFonts w:ascii="Times New Roman" w:eastAsia="Times New Roman" w:hAnsi="Times New Roman"/>
                <w:sz w:val="26"/>
              </w:rPr>
              <w:t>- HS lắng nghe.</w:t>
            </w:r>
          </w:p>
        </w:tc>
      </w:tr>
      <w:tr w:rsidR="00D200D6" w:rsidRPr="00D200D6" w:rsidTr="00D200D6">
        <w:trPr>
          <w:jc w:val="center"/>
        </w:trPr>
        <w:tc>
          <w:tcPr>
            <w:tcW w:w="5040" w:type="dxa"/>
            <w:shd w:val="clear" w:color="auto" w:fill="auto"/>
          </w:tcPr>
          <w:p w:rsidR="00AB4770" w:rsidRPr="00D200D6" w:rsidRDefault="00920D7A" w:rsidP="00D200D6">
            <w:pPr>
              <w:spacing w:after="0" w:line="240" w:lineRule="auto"/>
            </w:pPr>
            <w:r w:rsidRPr="00D200D6">
              <w:rPr>
                <w:rFonts w:ascii="Times New Roman" w:eastAsia="Times New Roman" w:hAnsi="Times New Roman"/>
                <w:b/>
                <w:sz w:val="26"/>
              </w:rPr>
              <w:t>Bài 4. Đổi tiền. (Làm việc nhóm 2)</w:t>
            </w:r>
          </w:p>
          <w:p w:rsidR="00AB4770" w:rsidRPr="00D200D6" w:rsidRDefault="00920D7A" w:rsidP="00D200D6">
            <w:pPr>
              <w:spacing w:after="0" w:line="240" w:lineRule="auto"/>
            </w:pPr>
            <w:r w:rsidRPr="00D200D6">
              <w:rPr>
                <w:rFonts w:ascii="Times New Roman" w:eastAsia="Times New Roman" w:hAnsi="Times New Roman"/>
                <w:sz w:val="26"/>
              </w:rPr>
              <w:t>- HS quan sát hình SGK.</w:t>
            </w:r>
          </w:p>
          <w:p w:rsidR="00AB4770" w:rsidRPr="00D200D6" w:rsidRDefault="00920D7A" w:rsidP="00D200D6">
            <w:pPr>
              <w:spacing w:after="0" w:line="240" w:lineRule="auto"/>
              <w:jc w:val="center"/>
            </w:pPr>
            <w:r w:rsidRPr="00D200D6">
              <w:rPr>
                <w:rFonts w:ascii="Times New Roman" w:eastAsia="Times New Roman" w:hAnsi="Times New Roman"/>
                <w:noProof/>
                <w:sz w:val="26"/>
              </w:rPr>
              <w:drawing>
                <wp:inline distT="0" distB="0" distL="0" distR="0" wp14:anchorId="13824F51" wp14:editId="09298735">
                  <wp:extent cx="2816352" cy="955548"/>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68_lt_b4.png"/>
                          <pic:cNvPicPr/>
                        </pic:nvPicPr>
                        <pic:blipFill>
                          <a:blip r:embed="rId7"/>
                          <a:stretch>
                            <a:fillRect/>
                          </a:stretch>
                        </pic:blipFill>
                        <pic:spPr>
                          <a:xfrm>
                            <a:off x="0" y="0"/>
                            <a:ext cx="2816352" cy="955548"/>
                          </a:xfrm>
                          <a:prstGeom prst="rect">
                            <a:avLst/>
                          </a:prstGeom>
                        </pic:spPr>
                      </pic:pic>
                    </a:graphicData>
                  </a:graphic>
                </wp:inline>
              </w:drawing>
            </w:r>
          </w:p>
        </w:tc>
        <w:tc>
          <w:tcPr>
            <w:tcW w:w="5040" w:type="dxa"/>
            <w:shd w:val="clear" w:color="auto" w:fill="auto"/>
          </w:tcPr>
          <w:p w:rsidR="00AB4770" w:rsidRPr="00D200D6" w:rsidRDefault="00920D7A" w:rsidP="00D200D6">
            <w:pPr>
              <w:spacing w:after="0" w:line="240" w:lineRule="auto"/>
            </w:pPr>
            <w:r w:rsidRPr="00D200D6">
              <w:rPr>
                <w:rFonts w:ascii="Times New Roman" w:eastAsia="Times New Roman" w:hAnsi="Times New Roman"/>
                <w:sz w:val="26"/>
              </w:rPr>
              <w:t>- HS quan sát bài trong SGK.</w:t>
            </w:r>
          </w:p>
        </w:tc>
      </w:tr>
      <w:tr w:rsidR="00D200D6" w:rsidRPr="00D200D6" w:rsidTr="00D200D6">
        <w:trPr>
          <w:jc w:val="center"/>
        </w:trPr>
        <w:tc>
          <w:tcPr>
            <w:tcW w:w="5040" w:type="dxa"/>
            <w:shd w:val="clear" w:color="auto" w:fill="auto"/>
          </w:tcPr>
          <w:p w:rsidR="00AB4770" w:rsidRPr="00D200D6" w:rsidRDefault="00920D7A" w:rsidP="00D200D6">
            <w:pPr>
              <w:spacing w:after="0" w:line="240" w:lineRule="auto"/>
            </w:pPr>
            <w:r w:rsidRPr="00D200D6">
              <w:rPr>
                <w:rFonts w:ascii="Times New Roman" w:eastAsia="Times New Roman" w:hAnsi="Times New Roman"/>
                <w:sz w:val="26"/>
              </w:rPr>
              <w:t>- GV cho HS đọc yêu cầu Bài 4.</w:t>
            </w:r>
          </w:p>
        </w:tc>
        <w:tc>
          <w:tcPr>
            <w:tcW w:w="5040" w:type="dxa"/>
            <w:shd w:val="clear" w:color="auto" w:fill="auto"/>
          </w:tcPr>
          <w:p w:rsidR="00AB4770" w:rsidRPr="00D200D6" w:rsidRDefault="00920D7A" w:rsidP="00D200D6">
            <w:pPr>
              <w:spacing w:after="0" w:line="240" w:lineRule="auto"/>
            </w:pPr>
            <w:r w:rsidRPr="00D200D6">
              <w:rPr>
                <w:rFonts w:ascii="Times New Roman" w:eastAsia="Times New Roman" w:hAnsi="Times New Roman"/>
                <w:sz w:val="26"/>
              </w:rPr>
              <w:t>- HS đọc: Số?</w:t>
            </w:r>
          </w:p>
        </w:tc>
      </w:tr>
      <w:tr w:rsidR="00D200D6" w:rsidRPr="00D200D6" w:rsidTr="00D200D6">
        <w:trPr>
          <w:jc w:val="center"/>
        </w:trPr>
        <w:tc>
          <w:tcPr>
            <w:tcW w:w="5040" w:type="dxa"/>
            <w:shd w:val="clear" w:color="auto" w:fill="auto"/>
          </w:tcPr>
          <w:p w:rsidR="00AB4770" w:rsidRPr="00D200D6" w:rsidRDefault="00920D7A" w:rsidP="00D200D6">
            <w:pPr>
              <w:spacing w:after="0" w:line="240" w:lineRule="auto"/>
            </w:pPr>
            <w:r w:rsidRPr="00D200D6">
              <w:rPr>
                <w:rFonts w:ascii="Times New Roman" w:eastAsia="Times New Roman" w:hAnsi="Times New Roman"/>
                <w:sz w:val="26"/>
              </w:rPr>
              <w:t>- GV hỏi: 2 tờ 10 000 đồng đổi được 1 tờ bao nhiêu đồng?</w:t>
            </w:r>
          </w:p>
        </w:tc>
        <w:tc>
          <w:tcPr>
            <w:tcW w:w="5040" w:type="dxa"/>
            <w:shd w:val="clear" w:color="auto" w:fill="auto"/>
          </w:tcPr>
          <w:p w:rsidR="00AB4770" w:rsidRPr="00D200D6" w:rsidRDefault="00920D7A" w:rsidP="00D200D6">
            <w:pPr>
              <w:spacing w:after="0" w:line="240" w:lineRule="auto"/>
            </w:pPr>
            <w:r w:rsidRPr="00D200D6">
              <w:rPr>
                <w:rFonts w:ascii="Times New Roman" w:eastAsia="Times New Roman" w:hAnsi="Times New Roman"/>
                <w:sz w:val="26"/>
              </w:rPr>
              <w:t>- HS trả lời: 20 000 đồng.</w:t>
            </w:r>
          </w:p>
        </w:tc>
      </w:tr>
      <w:tr w:rsidR="00D200D6" w:rsidRPr="00D200D6" w:rsidTr="00D200D6">
        <w:trPr>
          <w:jc w:val="center"/>
        </w:trPr>
        <w:tc>
          <w:tcPr>
            <w:tcW w:w="5040" w:type="dxa"/>
            <w:shd w:val="clear" w:color="auto" w:fill="auto"/>
          </w:tcPr>
          <w:p w:rsidR="00AB4770" w:rsidRPr="00D200D6" w:rsidRDefault="00920D7A" w:rsidP="00D200D6">
            <w:pPr>
              <w:spacing w:after="0" w:line="240" w:lineRule="auto"/>
            </w:pPr>
            <w:r w:rsidRPr="00D200D6">
              <w:rPr>
                <w:rFonts w:ascii="Times New Roman" w:eastAsia="Times New Roman" w:hAnsi="Times New Roman"/>
                <w:sz w:val="26"/>
              </w:rPr>
              <w:t>- GV hỏi: Mấy tờ 10 000 đồng đổi được 1 tờ 50 000 đồng?</w:t>
            </w:r>
          </w:p>
        </w:tc>
        <w:tc>
          <w:tcPr>
            <w:tcW w:w="5040" w:type="dxa"/>
            <w:shd w:val="clear" w:color="auto" w:fill="auto"/>
          </w:tcPr>
          <w:p w:rsidR="00AB4770" w:rsidRPr="00D200D6" w:rsidRDefault="00920D7A" w:rsidP="00D200D6">
            <w:pPr>
              <w:spacing w:after="0" w:line="240" w:lineRule="auto"/>
            </w:pPr>
            <w:r w:rsidRPr="00D200D6">
              <w:rPr>
                <w:rFonts w:ascii="Times New Roman" w:eastAsia="Times New Roman" w:hAnsi="Times New Roman"/>
                <w:sz w:val="26"/>
              </w:rPr>
              <w:t>- HS trả lời: 5 tờ.</w:t>
            </w:r>
          </w:p>
        </w:tc>
      </w:tr>
      <w:tr w:rsidR="00D200D6" w:rsidRPr="00D200D6" w:rsidTr="00D200D6">
        <w:trPr>
          <w:jc w:val="center"/>
        </w:trPr>
        <w:tc>
          <w:tcPr>
            <w:tcW w:w="5040" w:type="dxa"/>
            <w:shd w:val="clear" w:color="auto" w:fill="auto"/>
          </w:tcPr>
          <w:p w:rsidR="00AB4770" w:rsidRPr="00D200D6" w:rsidRDefault="00920D7A" w:rsidP="00D200D6">
            <w:pPr>
              <w:spacing w:after="0" w:line="240" w:lineRule="auto"/>
            </w:pPr>
            <w:r w:rsidRPr="00D200D6">
              <w:rPr>
                <w:rFonts w:ascii="Times New Roman" w:eastAsia="Times New Roman" w:hAnsi="Times New Roman"/>
                <w:sz w:val="26"/>
              </w:rPr>
              <w:t>- GV hỏi: 1 tờ 50 000 đồng đổi được 1 tờ 10 000 đồng và mấy tờ 20 000 đồng?</w:t>
            </w:r>
          </w:p>
        </w:tc>
        <w:tc>
          <w:tcPr>
            <w:tcW w:w="5040" w:type="dxa"/>
            <w:shd w:val="clear" w:color="auto" w:fill="auto"/>
          </w:tcPr>
          <w:p w:rsidR="00AB4770" w:rsidRPr="00D200D6" w:rsidRDefault="00920D7A" w:rsidP="00D200D6">
            <w:pPr>
              <w:spacing w:after="0" w:line="240" w:lineRule="auto"/>
            </w:pPr>
            <w:r w:rsidRPr="00D200D6">
              <w:rPr>
                <w:rFonts w:ascii="Times New Roman" w:eastAsia="Times New Roman" w:hAnsi="Times New Roman"/>
                <w:sz w:val="26"/>
              </w:rPr>
              <w:t>- HS trả lời: 2 tờ 20 000 đồng.</w:t>
            </w:r>
          </w:p>
        </w:tc>
      </w:tr>
      <w:tr w:rsidR="00D200D6" w:rsidRPr="00D200D6" w:rsidTr="00D200D6">
        <w:trPr>
          <w:jc w:val="center"/>
        </w:trPr>
        <w:tc>
          <w:tcPr>
            <w:tcW w:w="5040" w:type="dxa"/>
            <w:shd w:val="clear" w:color="auto" w:fill="auto"/>
          </w:tcPr>
          <w:p w:rsidR="00AB4770" w:rsidRPr="00D200D6" w:rsidRDefault="00920D7A" w:rsidP="00D200D6">
            <w:pPr>
              <w:spacing w:after="0" w:line="240" w:lineRule="auto"/>
            </w:pPr>
            <w:r w:rsidRPr="00D200D6">
              <w:rPr>
                <w:rFonts w:ascii="Times New Roman" w:eastAsia="Times New Roman" w:hAnsi="Times New Roman"/>
                <w:sz w:val="26"/>
              </w:rPr>
              <w:lastRenderedPageBreak/>
              <w:t>- GV hỏi: 1 tờ 100 000 đồng đổi được mấy tờ 50 000 đồng?</w:t>
            </w:r>
          </w:p>
        </w:tc>
        <w:tc>
          <w:tcPr>
            <w:tcW w:w="5040" w:type="dxa"/>
            <w:shd w:val="clear" w:color="auto" w:fill="auto"/>
          </w:tcPr>
          <w:p w:rsidR="00AB4770" w:rsidRPr="00D200D6" w:rsidRDefault="00920D7A" w:rsidP="00D200D6">
            <w:pPr>
              <w:spacing w:after="0" w:line="240" w:lineRule="auto"/>
            </w:pPr>
            <w:r w:rsidRPr="00D200D6">
              <w:rPr>
                <w:rFonts w:ascii="Times New Roman" w:eastAsia="Times New Roman" w:hAnsi="Times New Roman"/>
                <w:sz w:val="26"/>
              </w:rPr>
              <w:t>- HS trả lời: 2 tờ.</w:t>
            </w:r>
          </w:p>
        </w:tc>
      </w:tr>
      <w:tr w:rsidR="00D200D6" w:rsidRPr="00D200D6" w:rsidTr="00D200D6">
        <w:trPr>
          <w:jc w:val="center"/>
        </w:trPr>
        <w:tc>
          <w:tcPr>
            <w:tcW w:w="5040" w:type="dxa"/>
            <w:shd w:val="clear" w:color="auto" w:fill="auto"/>
          </w:tcPr>
          <w:p w:rsidR="00AB4770" w:rsidRPr="00D200D6" w:rsidRDefault="00920D7A" w:rsidP="00D200D6">
            <w:pPr>
              <w:spacing w:after="0" w:line="240" w:lineRule="auto"/>
            </w:pPr>
            <w:r w:rsidRPr="00D200D6">
              <w:rPr>
                <w:rFonts w:ascii="Times New Roman" w:eastAsia="Times New Roman" w:hAnsi="Times New Roman"/>
                <w:sz w:val="26"/>
              </w:rPr>
              <w:t>- GV cho HS trình bày kết quả vào vở.</w:t>
            </w:r>
          </w:p>
        </w:tc>
        <w:tc>
          <w:tcPr>
            <w:tcW w:w="5040" w:type="dxa"/>
            <w:shd w:val="clear" w:color="auto" w:fill="auto"/>
          </w:tcPr>
          <w:p w:rsidR="00AB4770" w:rsidRPr="00D200D6" w:rsidRDefault="00920D7A" w:rsidP="00D200D6">
            <w:pPr>
              <w:spacing w:after="0" w:line="240" w:lineRule="auto"/>
            </w:pPr>
            <w:r w:rsidRPr="00D200D6">
              <w:rPr>
                <w:rFonts w:ascii="Times New Roman" w:eastAsia="Times New Roman" w:hAnsi="Times New Roman"/>
                <w:sz w:val="26"/>
              </w:rPr>
              <w:t>- HS viết: 20 000; 5; 2; 2.</w:t>
            </w:r>
          </w:p>
        </w:tc>
      </w:tr>
      <w:tr w:rsidR="00D200D6" w:rsidRPr="00D200D6" w:rsidTr="00D200D6">
        <w:trPr>
          <w:jc w:val="center"/>
        </w:trPr>
        <w:tc>
          <w:tcPr>
            <w:tcW w:w="5040" w:type="dxa"/>
            <w:tcBorders>
              <w:bottom w:val="single" w:sz="8" w:space="0" w:color="000000"/>
            </w:tcBorders>
            <w:shd w:val="clear" w:color="auto" w:fill="auto"/>
          </w:tcPr>
          <w:p w:rsidR="00AB4770" w:rsidRPr="00D200D6" w:rsidRDefault="00920D7A" w:rsidP="00D200D6">
            <w:pPr>
              <w:spacing w:after="0" w:line="240" w:lineRule="auto"/>
            </w:pPr>
            <w:r w:rsidRPr="00D200D6">
              <w:rPr>
                <w:rFonts w:ascii="Times New Roman" w:eastAsia="Times New Roman" w:hAnsi="Times New Roman"/>
                <w:sz w:val="26"/>
              </w:rPr>
              <w:t>- GV kết luận: Đổi tiền cần giữ nguyên tổng giá trị tiền.</w:t>
            </w:r>
          </w:p>
        </w:tc>
        <w:tc>
          <w:tcPr>
            <w:tcW w:w="5040" w:type="dxa"/>
            <w:tcBorders>
              <w:bottom w:val="single" w:sz="8" w:space="0" w:color="000000"/>
            </w:tcBorders>
            <w:shd w:val="clear" w:color="auto" w:fill="auto"/>
          </w:tcPr>
          <w:p w:rsidR="00AB4770" w:rsidRPr="00D200D6" w:rsidRDefault="00920D7A" w:rsidP="00D200D6">
            <w:pPr>
              <w:spacing w:after="0" w:line="240" w:lineRule="auto"/>
            </w:pPr>
            <w:r w:rsidRPr="00D200D6">
              <w:rPr>
                <w:rFonts w:ascii="Times New Roman" w:eastAsia="Times New Roman" w:hAnsi="Times New Roman"/>
                <w:sz w:val="26"/>
              </w:rPr>
              <w:t>- HS lắng nghe.</w:t>
            </w:r>
          </w:p>
        </w:tc>
      </w:tr>
      <w:tr w:rsidR="00D200D6" w:rsidRPr="00D200D6" w:rsidTr="00D200D6">
        <w:trPr>
          <w:jc w:val="center"/>
        </w:trPr>
        <w:tc>
          <w:tcPr>
            <w:tcW w:w="10080" w:type="dxa"/>
            <w:gridSpan w:val="2"/>
            <w:tcBorders>
              <w:top w:val="single" w:sz="8" w:space="0" w:color="000000"/>
              <w:bottom w:val="single" w:sz="8" w:space="0" w:color="000000"/>
            </w:tcBorders>
            <w:shd w:val="clear" w:color="auto" w:fill="auto"/>
          </w:tcPr>
          <w:p w:rsidR="00AB4770" w:rsidRPr="00D200D6" w:rsidRDefault="00920D7A" w:rsidP="00D200D6">
            <w:pPr>
              <w:spacing w:after="0" w:line="240" w:lineRule="auto"/>
            </w:pPr>
            <w:r w:rsidRPr="00D200D6">
              <w:rPr>
                <w:rFonts w:ascii="Times New Roman" w:eastAsia="Times New Roman" w:hAnsi="Times New Roman"/>
                <w:b/>
                <w:sz w:val="26"/>
              </w:rPr>
              <w:t>5. Vận dụng - Trải nghiệm (5 phút):</w:t>
            </w:r>
          </w:p>
          <w:p w:rsidR="00AB4770" w:rsidRPr="00D200D6" w:rsidRDefault="00920D7A" w:rsidP="00D200D6">
            <w:pPr>
              <w:spacing w:after="0" w:line="240" w:lineRule="auto"/>
            </w:pPr>
            <w:r w:rsidRPr="00D200D6">
              <w:rPr>
                <w:rFonts w:ascii="Times New Roman" w:eastAsia="Times New Roman" w:hAnsi="Times New Roman"/>
                <w:sz w:val="26"/>
              </w:rPr>
              <w:t>- Mục tiêu: Củng cố nhận biết mệnh giá, tính tiền thừa và liên hệ chi tiêu hợp lí.</w:t>
            </w:r>
          </w:p>
          <w:p w:rsidR="00AB4770" w:rsidRPr="00D200D6" w:rsidRDefault="00920D7A" w:rsidP="00D200D6">
            <w:pPr>
              <w:spacing w:after="0" w:line="240" w:lineRule="auto"/>
            </w:pPr>
            <w:r w:rsidRPr="00D200D6">
              <w:rPr>
                <w:rFonts w:ascii="Times New Roman" w:eastAsia="Times New Roman" w:hAnsi="Times New Roman"/>
                <w:sz w:val="26"/>
              </w:rPr>
              <w:t>*Cách tiến hành:</w:t>
            </w:r>
          </w:p>
        </w:tc>
      </w:tr>
      <w:tr w:rsidR="00D200D6" w:rsidRPr="00D200D6" w:rsidTr="00D200D6">
        <w:trPr>
          <w:jc w:val="center"/>
        </w:trPr>
        <w:tc>
          <w:tcPr>
            <w:tcW w:w="5040" w:type="dxa"/>
            <w:tcBorders>
              <w:top w:val="single" w:sz="8" w:space="0" w:color="000000"/>
            </w:tcBorders>
            <w:shd w:val="clear" w:color="auto" w:fill="auto"/>
          </w:tcPr>
          <w:p w:rsidR="00AB4770" w:rsidRPr="00D200D6" w:rsidRDefault="00920D7A" w:rsidP="00D200D6">
            <w:pPr>
              <w:spacing w:after="0" w:line="240" w:lineRule="auto"/>
            </w:pPr>
            <w:r w:rsidRPr="00D200D6">
              <w:rPr>
                <w:rFonts w:ascii="Times New Roman" w:eastAsia="Times New Roman" w:hAnsi="Times New Roman"/>
                <w:sz w:val="26"/>
              </w:rPr>
              <w:t>- GV hỏi: Khi mua hàng, muốn biết được trả lại bao nhiêu tiền, em làm thế nào?</w:t>
            </w:r>
          </w:p>
        </w:tc>
        <w:tc>
          <w:tcPr>
            <w:tcW w:w="5040" w:type="dxa"/>
            <w:tcBorders>
              <w:top w:val="single" w:sz="8" w:space="0" w:color="000000"/>
            </w:tcBorders>
            <w:shd w:val="clear" w:color="auto" w:fill="auto"/>
          </w:tcPr>
          <w:p w:rsidR="00AB4770" w:rsidRPr="00D200D6" w:rsidRDefault="00920D7A" w:rsidP="00D200D6">
            <w:pPr>
              <w:spacing w:after="0" w:line="240" w:lineRule="auto"/>
            </w:pPr>
            <w:r w:rsidRPr="00D200D6">
              <w:rPr>
                <w:rFonts w:ascii="Times New Roman" w:eastAsia="Times New Roman" w:hAnsi="Times New Roman"/>
                <w:sz w:val="26"/>
              </w:rPr>
              <w:t>- HS trả lời: Lấy số tiền đưa cho người bán trừ số tiền phải trả.</w:t>
            </w:r>
          </w:p>
        </w:tc>
      </w:tr>
      <w:tr w:rsidR="00D200D6" w:rsidRPr="00D200D6" w:rsidTr="00D200D6">
        <w:trPr>
          <w:jc w:val="center"/>
        </w:trPr>
        <w:tc>
          <w:tcPr>
            <w:tcW w:w="5040" w:type="dxa"/>
            <w:shd w:val="clear" w:color="auto" w:fill="auto"/>
          </w:tcPr>
          <w:p w:rsidR="00AB4770" w:rsidRPr="00D200D6" w:rsidRDefault="00920D7A" w:rsidP="00D200D6">
            <w:pPr>
              <w:spacing w:after="0" w:line="240" w:lineRule="auto"/>
            </w:pPr>
            <w:r w:rsidRPr="00D200D6">
              <w:rPr>
                <w:rFonts w:ascii="Times New Roman" w:eastAsia="Times New Roman" w:hAnsi="Times New Roman"/>
                <w:sz w:val="26"/>
              </w:rPr>
              <w:t>- GV hỏi: Vì sao cần giữ gìn và sử dụng tiền tiết kiệm?</w:t>
            </w:r>
          </w:p>
        </w:tc>
        <w:tc>
          <w:tcPr>
            <w:tcW w:w="5040" w:type="dxa"/>
            <w:shd w:val="clear" w:color="auto" w:fill="auto"/>
          </w:tcPr>
          <w:p w:rsidR="00AB4770" w:rsidRPr="00D200D6" w:rsidRDefault="00920D7A" w:rsidP="00D200D6">
            <w:pPr>
              <w:spacing w:after="0" w:line="240" w:lineRule="auto"/>
            </w:pPr>
            <w:r w:rsidRPr="00D200D6">
              <w:rPr>
                <w:rFonts w:ascii="Times New Roman" w:eastAsia="Times New Roman" w:hAnsi="Times New Roman"/>
                <w:sz w:val="26"/>
              </w:rPr>
              <w:t>- HS trả lời: Vì tiền do lao động làm ra, cần quý trọng và chi tiêu hợp lí.</w:t>
            </w:r>
          </w:p>
        </w:tc>
      </w:tr>
      <w:tr w:rsidR="00D200D6" w:rsidRPr="00D200D6" w:rsidTr="00D200D6">
        <w:trPr>
          <w:jc w:val="center"/>
        </w:trPr>
        <w:tc>
          <w:tcPr>
            <w:tcW w:w="5040" w:type="dxa"/>
            <w:shd w:val="clear" w:color="auto" w:fill="auto"/>
          </w:tcPr>
          <w:p w:rsidR="00AB4770" w:rsidRPr="00D200D6" w:rsidRDefault="00920D7A" w:rsidP="00D200D6">
            <w:pPr>
              <w:spacing w:after="0" w:line="240" w:lineRule="auto"/>
            </w:pPr>
            <w:r w:rsidRPr="00D200D6">
              <w:rPr>
                <w:rFonts w:ascii="Times New Roman" w:eastAsia="Times New Roman" w:hAnsi="Times New Roman"/>
                <w:sz w:val="26"/>
              </w:rPr>
              <w:t>- GV liên hệ: Khi đi mua đồ, em cần kiểm tra giá, nhận tiền thừa đúng và không mua đồ không cần thiết.</w:t>
            </w:r>
          </w:p>
        </w:tc>
        <w:tc>
          <w:tcPr>
            <w:tcW w:w="5040" w:type="dxa"/>
            <w:shd w:val="clear" w:color="auto" w:fill="auto"/>
          </w:tcPr>
          <w:p w:rsidR="00AB4770" w:rsidRPr="00D200D6" w:rsidRDefault="00920D7A" w:rsidP="00D200D6">
            <w:pPr>
              <w:spacing w:after="0" w:line="240" w:lineRule="auto"/>
            </w:pPr>
            <w:r w:rsidRPr="00D200D6">
              <w:rPr>
                <w:rFonts w:ascii="Times New Roman" w:eastAsia="Times New Roman" w:hAnsi="Times New Roman"/>
                <w:sz w:val="26"/>
              </w:rPr>
              <w:t>- HS lắng nghe và nêu cách tiết kiệm.</w:t>
            </w:r>
          </w:p>
        </w:tc>
      </w:tr>
      <w:tr w:rsidR="00D200D6" w:rsidRPr="00D200D6" w:rsidTr="00D200D6">
        <w:trPr>
          <w:jc w:val="center"/>
        </w:trPr>
        <w:tc>
          <w:tcPr>
            <w:tcW w:w="5040" w:type="dxa"/>
            <w:shd w:val="clear" w:color="auto" w:fill="auto"/>
          </w:tcPr>
          <w:p w:rsidR="00AB4770" w:rsidRPr="00D200D6" w:rsidRDefault="00920D7A" w:rsidP="00D200D6">
            <w:pPr>
              <w:spacing w:after="0" w:line="240" w:lineRule="auto"/>
            </w:pPr>
            <w:r w:rsidRPr="00D200D6">
              <w:rPr>
                <w:rFonts w:ascii="Times New Roman" w:eastAsia="Times New Roman" w:hAnsi="Times New Roman"/>
                <w:sz w:val="26"/>
              </w:rPr>
              <w:t>- GV nhận xét tiết học, tuyên dương HS biết tính tiền và đổi tiền đúng.</w:t>
            </w:r>
          </w:p>
        </w:tc>
        <w:tc>
          <w:tcPr>
            <w:tcW w:w="5040" w:type="dxa"/>
            <w:shd w:val="clear" w:color="auto" w:fill="auto"/>
          </w:tcPr>
          <w:p w:rsidR="00AB4770" w:rsidRPr="00D200D6" w:rsidRDefault="00920D7A" w:rsidP="00D200D6">
            <w:pPr>
              <w:spacing w:after="0" w:line="240" w:lineRule="auto"/>
            </w:pPr>
            <w:r w:rsidRPr="00D200D6">
              <w:rPr>
                <w:rFonts w:ascii="Times New Roman" w:eastAsia="Times New Roman" w:hAnsi="Times New Roman"/>
                <w:sz w:val="26"/>
              </w:rPr>
              <w:t>- HS lắng nghe.</w:t>
            </w:r>
          </w:p>
        </w:tc>
      </w:tr>
      <w:tr w:rsidR="00D200D6" w:rsidRPr="00D200D6" w:rsidTr="00D200D6">
        <w:trPr>
          <w:jc w:val="center"/>
        </w:trPr>
        <w:tc>
          <w:tcPr>
            <w:tcW w:w="5040" w:type="dxa"/>
            <w:shd w:val="clear" w:color="auto" w:fill="auto"/>
          </w:tcPr>
          <w:p w:rsidR="00AB4770" w:rsidRPr="00D200D6" w:rsidRDefault="00920D7A" w:rsidP="00D200D6">
            <w:pPr>
              <w:spacing w:after="0" w:line="240" w:lineRule="auto"/>
            </w:pPr>
            <w:r w:rsidRPr="00D200D6">
              <w:rPr>
                <w:rFonts w:ascii="Times New Roman" w:eastAsia="Times New Roman" w:hAnsi="Times New Roman"/>
                <w:sz w:val="26"/>
              </w:rPr>
              <w:t>- GV dặn dò HS về nhà quan sát các mệnh giá tiền cùng người thân và chuẩn bị tiết 2.</w:t>
            </w:r>
          </w:p>
        </w:tc>
        <w:tc>
          <w:tcPr>
            <w:tcW w:w="5040" w:type="dxa"/>
            <w:shd w:val="clear" w:color="auto" w:fill="auto"/>
          </w:tcPr>
          <w:p w:rsidR="00AB4770" w:rsidRPr="00D200D6" w:rsidRDefault="00920D7A" w:rsidP="00D200D6">
            <w:pPr>
              <w:spacing w:after="0" w:line="240" w:lineRule="auto"/>
            </w:pPr>
            <w:r w:rsidRPr="00D200D6">
              <w:rPr>
                <w:rFonts w:ascii="Times New Roman" w:eastAsia="Times New Roman" w:hAnsi="Times New Roman"/>
                <w:sz w:val="26"/>
              </w:rPr>
              <w:t>- HS ghi nhớ nhiệm vụ.</w:t>
            </w:r>
          </w:p>
        </w:tc>
      </w:tr>
    </w:tbl>
    <w:p w:rsidR="00AB4770" w:rsidRPr="00D200D6" w:rsidRDefault="00920D7A" w:rsidP="00D200D6">
      <w:pPr>
        <w:spacing w:after="0" w:line="240" w:lineRule="auto"/>
      </w:pPr>
      <w:r w:rsidRPr="00D200D6">
        <w:rPr>
          <w:rFonts w:ascii="Times New Roman" w:eastAsia="Times New Roman" w:hAnsi="Times New Roman"/>
          <w:b/>
          <w:sz w:val="26"/>
        </w:rPr>
        <w:t>IV. ĐIỀU CHỈNH SAU BÀI DẠY:</w:t>
      </w:r>
    </w:p>
    <w:p w:rsidR="00AB4770" w:rsidRPr="00D200D6" w:rsidRDefault="00920D7A" w:rsidP="00D200D6">
      <w:pPr>
        <w:spacing w:after="0" w:line="240" w:lineRule="auto"/>
      </w:pPr>
      <w:r w:rsidRPr="00D200D6">
        <w:rPr>
          <w:rFonts w:ascii="Times New Roman" w:eastAsia="Times New Roman" w:hAnsi="Times New Roman"/>
          <w:sz w:val="26"/>
        </w:rPr>
        <w:t>.......................................................................................................................................</w:t>
      </w:r>
    </w:p>
    <w:p w:rsidR="00AB4770" w:rsidRPr="00D200D6" w:rsidRDefault="00920D7A" w:rsidP="00D200D6">
      <w:pPr>
        <w:spacing w:after="0" w:line="240" w:lineRule="auto"/>
      </w:pPr>
      <w:r w:rsidRPr="00D200D6">
        <w:rPr>
          <w:rFonts w:ascii="Times New Roman" w:eastAsia="Times New Roman" w:hAnsi="Times New Roman"/>
          <w:sz w:val="26"/>
        </w:rPr>
        <w:t>.......................................................................................................................................</w:t>
      </w:r>
    </w:p>
    <w:sectPr w:rsidR="00AB4770" w:rsidRPr="00D200D6" w:rsidSect="00034616">
      <w:pgSz w:w="12240" w:h="15840"/>
      <w:pgMar w:top="936" w:right="936" w:bottom="864" w:left="122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920D7A"/>
    <w:rsid w:val="00AA1D8D"/>
    <w:rsid w:val="00AB4770"/>
    <w:rsid w:val="00B47730"/>
    <w:rsid w:val="00CB0664"/>
    <w:rsid w:val="00D200D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BalloonText">
    <w:name w:val="Balloon Text"/>
    <w:basedOn w:val="Normal"/>
    <w:link w:val="BalloonTextChar"/>
    <w:uiPriority w:val="99"/>
    <w:semiHidden/>
    <w:unhideWhenUsed/>
    <w:rsid w:val="00D200D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200D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BalloonText">
    <w:name w:val="Balloon Text"/>
    <w:basedOn w:val="Normal"/>
    <w:link w:val="BalloonTextChar"/>
    <w:uiPriority w:val="99"/>
    <w:semiHidden/>
    <w:unhideWhenUsed/>
    <w:rsid w:val="00D200D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200D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8C7D11-A9BC-4F4D-801E-F29A7EA4C4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163</TotalTime>
  <Pages>18</Pages>
  <Words>5410</Words>
  <Characters>30843</Characters>
  <Application>Microsoft Office Word</Application>
  <DocSecurity>0</DocSecurity>
  <Lines>257</Lines>
  <Paragraphs>72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36181</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BAOTRAN</dc:creator>
  <cp:keywords/>
  <dc:description>generated by python-docx</dc:description>
  <cp:lastModifiedBy>Administrator</cp:lastModifiedBy>
  <cp:revision>3</cp:revision>
  <dcterms:created xsi:type="dcterms:W3CDTF">2026-06-19T03:58:00Z</dcterms:created>
  <dcterms:modified xsi:type="dcterms:W3CDTF">2026-08-15T07:00:00Z</dcterms:modified>
  <cp:category/>
</cp:coreProperties>
</file>