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CE1" w:rsidRDefault="007B7FD7">
      <w:pPr>
        <w:spacing w:after="20" w:line="259" w:lineRule="auto"/>
        <w:jc w:val="center"/>
      </w:pPr>
      <w:r>
        <w:rPr>
          <w:rFonts w:cs="Times New Roman"/>
          <w:b/>
          <w:sz w:val="28"/>
        </w:rPr>
        <w:t>TỰ NHIÊN VÀ XÃ HỘI</w:t>
      </w:r>
    </w:p>
    <w:p w:rsidR="006B2CE1" w:rsidRDefault="007B7FD7">
      <w:pPr>
        <w:spacing w:after="80" w:line="259" w:lineRule="auto"/>
        <w:jc w:val="center"/>
      </w:pPr>
      <w:r>
        <w:rPr>
          <w:rFonts w:cs="Times New Roman"/>
          <w:b/>
          <w:sz w:val="28"/>
        </w:rPr>
        <w:t>BÀI 15: CÂY XUNG QUANH EM (TIẾT 2) - LỒNG GHÉP STEM</w:t>
      </w:r>
    </w:p>
    <w:p w:rsidR="006B2CE1" w:rsidRDefault="007B7FD7">
      <w:pPr>
        <w:spacing w:after="40" w:line="259" w:lineRule="auto"/>
      </w:pPr>
      <w:r>
        <w:rPr>
          <w:rFonts w:cs="Times New Roman"/>
          <w:b/>
        </w:rPr>
        <w:t>I. YÊU CẦU CẦN ĐẠT</w:t>
      </w:r>
    </w:p>
    <w:p w:rsidR="006B2CE1" w:rsidRDefault="007B7FD7">
      <w:pPr>
        <w:spacing w:after="40" w:line="259" w:lineRule="auto"/>
      </w:pPr>
      <w:r>
        <w:rPr>
          <w:rFonts w:cs="Times New Roman"/>
          <w:b/>
        </w:rPr>
        <w:t>1. Năng lực đặc thù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Chỉ và gọi tên được các bộ phận bên ngoài của một số cây.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Nêu được ích lợi của cây và phân loại được cây theo nhu cầu sử dụng.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Sử dụng vật liệu đơn giản để làm mô hình cây; trưng bày và giới thiệu được sản phẩm.</w:t>
      </w:r>
    </w:p>
    <w:p w:rsidR="006B2CE1" w:rsidRDefault="007B7FD7">
      <w:pPr>
        <w:spacing w:after="40" w:line="259" w:lineRule="auto"/>
      </w:pPr>
      <w:r>
        <w:rPr>
          <w:rFonts w:cs="Times New Roman"/>
          <w:b/>
        </w:rPr>
        <w:t>2. Năng lực chung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Tự chủ và tự học: Thực hiện nhiệm vụ theo hướng dẫn và kiểm tra sản phẩm.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Giao tiếp và hợp tác: Trao đổi ý tưởng, phối hợp hoàn thành mô hình.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Giải quyết vấn đề và sáng tạo: Lựa chọn vật liệu, cách tạo hình phù hợp.</w:t>
      </w:r>
    </w:p>
    <w:p w:rsidR="006B2CE1" w:rsidRDefault="007B7FD7">
      <w:pPr>
        <w:spacing w:after="40" w:line="259" w:lineRule="auto"/>
      </w:pPr>
      <w:r>
        <w:rPr>
          <w:rFonts w:cs="Times New Roman"/>
          <w:b/>
        </w:rPr>
        <w:t>3. Phẩm chất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Chăm chỉ: Kiên trì hoàn thành sản phẩm.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Trách nhiệm: Sử dụng dụng cụ thủ công an toàn, giữ gìn vật liệu và vệ sinh sau hoạt động.</w:t>
      </w:r>
    </w:p>
    <w:p w:rsidR="006B2CE1" w:rsidRDefault="007B7FD7">
      <w:pPr>
        <w:spacing w:after="40" w:line="259" w:lineRule="auto"/>
      </w:pPr>
      <w:r>
        <w:rPr>
          <w:rFonts w:cs="Times New Roman"/>
          <w:b/>
          <w:color w:val="C00000"/>
        </w:rPr>
        <w:t>4. Tích hợp</w:t>
      </w:r>
    </w:p>
    <w:p w:rsidR="006B2CE1" w:rsidRDefault="007B7FD7">
      <w:pPr>
        <w:spacing w:after="40" w:line="259" w:lineRule="auto"/>
      </w:pPr>
      <w:r>
        <w:rPr>
          <w:rFonts w:cs="Times New Roman"/>
          <w:color w:val="C00000"/>
        </w:rPr>
        <w:t>- STEM: Cây xung quanh em - lồng ghép hoạt động thiết kế, làm và giới thiệu mô hình cây nhằm củng cố kiến thức về bộ phận và ích lợi của cây.</w:t>
      </w:r>
    </w:p>
    <w:p w:rsidR="006B2CE1" w:rsidRDefault="007B7FD7">
      <w:pPr>
        <w:spacing w:after="40" w:line="259" w:lineRule="auto"/>
      </w:pPr>
      <w:r>
        <w:rPr>
          <w:rFonts w:cs="Times New Roman"/>
          <w:b/>
        </w:rPr>
        <w:t>II. ĐỒ DÙNG DẠY HỌC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Giáo viên: SGK, mô hình mẫu, phiếu học tập, bìa các-tông, băng dính hai mặt, que tre, ống hút.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Học sinh: Thước kẻ, kéo thủ công, bút màu, giấy màu, đất nặn, giấy A4.</w:t>
      </w:r>
    </w:p>
    <w:p w:rsidR="006B2CE1" w:rsidRDefault="007B7FD7">
      <w:pPr>
        <w:spacing w:after="40" w:line="259" w:lineRule="auto"/>
      </w:pPr>
      <w:r>
        <w:rPr>
          <w:rFonts w:cs="Times New Roman"/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4"/>
        <w:gridCol w:w="5692"/>
      </w:tblGrid>
      <w:tr w:rsidR="006B2CE1" w:rsidTr="00FF013C">
        <w:trPr>
          <w:cantSplit/>
          <w:tblHeader/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  <w:jc w:val="center"/>
            </w:pPr>
            <w:r>
              <w:rPr>
                <w:rFonts w:cs="Times New Roman"/>
                <w:b/>
              </w:rPr>
              <w:t>Hoạt động của giáo viên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  <w:jc w:val="center"/>
            </w:pPr>
            <w:r>
              <w:rPr>
                <w:rFonts w:cs="Times New Roman"/>
                <w:b/>
              </w:rPr>
              <w:t>Hoạt động của học sinh</w:t>
            </w:r>
          </w:p>
        </w:tc>
      </w:tr>
      <w:tr w:rsidR="006B2CE1" w:rsidTr="00FF013C">
        <w:trPr>
          <w:cantSplit/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keepNext/>
              <w:spacing w:after="40" w:line="259" w:lineRule="auto"/>
            </w:pPr>
            <w:r>
              <w:rPr>
                <w:rFonts w:cs="Times New Roman"/>
                <w:b/>
              </w:rPr>
              <w:t>1. Khởi động</w:t>
            </w:r>
          </w:p>
          <w:p w:rsidR="006B2CE1" w:rsidRDefault="007B7FD7">
            <w:pPr>
              <w:keepNext/>
              <w:spacing w:after="40" w:line="259" w:lineRule="auto"/>
            </w:pPr>
            <w:r>
              <w:rPr>
                <w:rFonts w:cs="Times New Roman"/>
                <w:b/>
              </w:rPr>
              <w:t>Mục tiêu: Gợi nhớ đặc điểm, ích lợi của cây và xác định nhiệm vụ sản phẩm STEM.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Kể tên một cây em yêu thích.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Em thích cây hoa hồng/cây xoài/cây bàng vì cây đẹp hoặc có ích.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Cây em chọn có bộ phận nào dễ nhận biết?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Cây có thân, lá, rễ; có thể có hoa hoặc quả.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Quan sát mô hình mẫu và nêu sản phẩm các em sẽ làm.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Sản phẩm là mô hình một cây yêu thích có các bộ phận chính.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Chốt ý, kết luận: Các em sẽ vận dụng hiểu biết về cây để thiết kế mô hình cây bằng vật liệu đơn giản, an toàn.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Lắng nghe, xác định nhiệm vụ.</w:t>
            </w:r>
          </w:p>
        </w:tc>
      </w:tr>
      <w:tr w:rsidR="006B2CE1" w:rsidTr="00FF013C">
        <w:trPr>
          <w:cantSplit/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keepNext/>
              <w:spacing w:after="40" w:line="259" w:lineRule="auto"/>
            </w:pPr>
            <w:r>
              <w:rPr>
                <w:rFonts w:cs="Times New Roman"/>
                <w:b/>
              </w:rPr>
              <w:lastRenderedPageBreak/>
              <w:t>2. Khám phá: Bộ phận và ích lợi của cây</w:t>
            </w:r>
          </w:p>
          <w:p w:rsidR="006B2CE1" w:rsidRDefault="007B7FD7">
            <w:pPr>
              <w:keepNext/>
              <w:spacing w:after="40" w:line="259" w:lineRule="auto"/>
            </w:pPr>
            <w:r>
              <w:rPr>
                <w:rFonts w:cs="Times New Roman"/>
                <w:b/>
              </w:rPr>
              <w:t>Mục tiêu: Xác định được các bộ phận bên ngoài và ích lợi của một số cây.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 w:rsidP="00FF013C">
            <w:pPr>
              <w:spacing w:after="40" w:line="259" w:lineRule="auto"/>
            </w:pPr>
            <w:r>
              <w:rPr>
                <w:rFonts w:cs="Times New Roman"/>
              </w:rPr>
              <w:t>- Quan sát hình cây và chỉ các bộ phận nhìn thấy.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Chỉ được rễ, thân, lá, hoa và quả.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Bộ phận nào giữ cây đứng vững và hút nước?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Rễ giữ cây và hút nước từ đất.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Bộ phận nào nâng đỡ lá, hoa, quả?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Thân nâng đỡ lá, hoa và quả.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Lá thường có màu gì?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Lá thường có màu xanh.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 w:rsidP="00FF013C">
            <w:pPr>
              <w:spacing w:after="40" w:line="259" w:lineRule="auto"/>
            </w:pPr>
            <w:r>
              <w:rPr>
                <w:rFonts w:cs="Times New Roman"/>
              </w:rPr>
              <w:t>- Quan sát hình và nêu ích lợi của cây.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Cây cho bóng mát, cho quả, cho rau hoặc làm cảnh.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Chốt ý, kết luận: Mô hình cần thể hiện rõ thân, lá, rễ và có thể có hoa hoặc quả phù hợp với cây được chọn.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Lắng nghe, ghi nhớ tiêu chí sản phẩm.</w:t>
            </w:r>
          </w:p>
        </w:tc>
      </w:tr>
      <w:tr w:rsidR="006B2CE1" w:rsidTr="00FF013C">
        <w:trPr>
          <w:cantSplit/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keepNext/>
              <w:spacing w:after="40" w:line="259" w:lineRule="auto"/>
            </w:pPr>
            <w:r>
              <w:rPr>
                <w:rFonts w:cs="Times New Roman"/>
                <w:b/>
              </w:rPr>
              <w:t>3. Thực hành STEM: Đề xuất ý tưởng và lựa chọn vật liệu</w:t>
            </w:r>
          </w:p>
          <w:p w:rsidR="006B2CE1" w:rsidRDefault="007B7FD7">
            <w:pPr>
              <w:keepNext/>
              <w:spacing w:after="40" w:line="259" w:lineRule="auto"/>
            </w:pPr>
            <w:r>
              <w:rPr>
                <w:rFonts w:cs="Times New Roman"/>
                <w:b/>
              </w:rPr>
              <w:t>Mục tiêu: Nêu được ý tưởng làm mô hình cây và lựa chọn vật liệu phù hợp.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Nhóm em chọn làm mô hình cây gì?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Nhóm em chọn làm cây bàng/cây hoa/cây ăn quả.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Mô hình cần thể hiện những bộ phận nào?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Mô hình cần có thân, lá, rễ; thêm hoa hoặc quả nếu phù hợp.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Vật liệu nào dùng làm thân cây?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Dùng que tre, ống hút hoặc giấy cuộn làm thân cây.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Vật liệu nào dùng làm lá, hoa hoặc quả?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Dùng giấy màu hoặc đất nặn làm lá, hoa, quả.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Vẽ phác thảo sản phẩm và ghi vật liệu cần dùng.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Vẽ phác thảo, ghi tên vật liệu, thống nhất cách làm.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Chốt ý, kết luận: Ý tưởng cần phù hợp với cây lựa chọn, vật liệu sẵn có và bảo đảm sử dụng kéo, que, băng dính an toàn.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Lắng nghe, hoàn thiện bản thiết kế.</w:t>
            </w:r>
          </w:p>
        </w:tc>
      </w:tr>
      <w:tr w:rsidR="006B2CE1" w:rsidTr="00FF013C">
        <w:trPr>
          <w:cantSplit/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keepNext/>
              <w:spacing w:after="40" w:line="259" w:lineRule="auto"/>
            </w:pPr>
            <w:r>
              <w:rPr>
                <w:rFonts w:cs="Times New Roman"/>
                <w:b/>
              </w:rPr>
              <w:t>4. Vận dụng - trải nghiệm</w:t>
            </w:r>
          </w:p>
          <w:p w:rsidR="006B2CE1" w:rsidRDefault="007B7FD7">
            <w:pPr>
              <w:keepNext/>
              <w:spacing w:after="40" w:line="259" w:lineRule="auto"/>
            </w:pPr>
            <w:r>
              <w:rPr>
                <w:rFonts w:cs="Times New Roman"/>
                <w:b/>
              </w:rPr>
              <w:t>Mục tiêu: Chuẩn bị đầy đủ ý tưởng, vật liệu để làm sản phẩm ở tiết tiếp theo.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Giới thiệu bản thiết kế mô hình cây của nhóm.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Giới thiệu tên cây, các bộ phận và vật liệu dự kiến.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Mời các bạn góp ý cho thiết kế.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Nhận góp ý và điều chỉnh bản thiết kế.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lastRenderedPageBreak/>
              <w:t>- Chốt ý, kết luận: Mỗi nhóm chuẩn bị vật liệu theo thiết kế; tiết sau thực hiện làm, trưng bày và giới thiệu mô hình cây.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Ghi nhớ nhiệm vụ, chuẩn bị vật liệu.</w:t>
            </w:r>
          </w:p>
        </w:tc>
      </w:tr>
    </w:tbl>
    <w:p w:rsidR="006B2CE1" w:rsidRDefault="007B7FD7">
      <w:pPr>
        <w:spacing w:after="40" w:line="259" w:lineRule="auto"/>
      </w:pPr>
      <w:r>
        <w:rPr>
          <w:rFonts w:cs="Times New Roman"/>
          <w:b/>
        </w:rPr>
        <w:t>IV. ĐIỀU CHỈNH SAU BÀI DẠY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....................................................................................................................................................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....................................................................................................................................................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....................................................................................................................................................</w:t>
      </w:r>
    </w:p>
    <w:p w:rsidR="00FF013C" w:rsidRDefault="00FF013C">
      <w:pPr>
        <w:spacing w:after="20" w:line="259" w:lineRule="auto"/>
        <w:jc w:val="center"/>
        <w:rPr>
          <w:rFonts w:cs="Times New Roman"/>
          <w:b/>
          <w:sz w:val="28"/>
        </w:rPr>
      </w:pPr>
    </w:p>
    <w:p w:rsidR="006B2CE1" w:rsidRDefault="007B7FD7">
      <w:pPr>
        <w:spacing w:after="20" w:line="259" w:lineRule="auto"/>
        <w:jc w:val="center"/>
      </w:pPr>
      <w:bookmarkStart w:id="0" w:name="_GoBack"/>
      <w:bookmarkEnd w:id="0"/>
      <w:r>
        <w:rPr>
          <w:rFonts w:cs="Times New Roman"/>
          <w:b/>
          <w:sz w:val="28"/>
        </w:rPr>
        <w:t>TỰ NHIÊN VÀ XÃ HỘI</w:t>
      </w:r>
    </w:p>
    <w:p w:rsidR="006B2CE1" w:rsidRDefault="007B7FD7">
      <w:pPr>
        <w:spacing w:after="80" w:line="259" w:lineRule="auto"/>
        <w:jc w:val="center"/>
      </w:pPr>
      <w:r>
        <w:rPr>
          <w:rFonts w:cs="Times New Roman"/>
          <w:b/>
          <w:sz w:val="28"/>
        </w:rPr>
        <w:t>BÀI 15: CÂY XUNG QUANH EM (TIẾT 3) - LỒNG GHÉP STEM</w:t>
      </w:r>
    </w:p>
    <w:p w:rsidR="006B2CE1" w:rsidRDefault="007B7FD7">
      <w:pPr>
        <w:spacing w:after="40" w:line="259" w:lineRule="auto"/>
      </w:pPr>
      <w:r>
        <w:rPr>
          <w:rFonts w:cs="Times New Roman"/>
          <w:b/>
        </w:rPr>
        <w:t>I. YÊU CẦU CẦN ĐẠT</w:t>
      </w:r>
    </w:p>
    <w:p w:rsidR="006B2CE1" w:rsidRDefault="007B7FD7">
      <w:pPr>
        <w:spacing w:after="40" w:line="259" w:lineRule="auto"/>
      </w:pPr>
      <w:r>
        <w:rPr>
          <w:rFonts w:cs="Times New Roman"/>
          <w:b/>
        </w:rPr>
        <w:t>1. Năng lực đặc thù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Chỉ và gọi tên được các bộ phận bên ngoài của một số cây.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Nêu được ích lợi của cây và phân loại được cây theo nhu cầu sử dụng.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Sử dụng vật liệu đơn giản để làm mô hình cây; trưng bày và giới thiệu được sản phẩm.</w:t>
      </w:r>
    </w:p>
    <w:p w:rsidR="006B2CE1" w:rsidRDefault="007B7FD7">
      <w:pPr>
        <w:spacing w:after="40" w:line="259" w:lineRule="auto"/>
      </w:pPr>
      <w:r>
        <w:rPr>
          <w:rFonts w:cs="Times New Roman"/>
          <w:b/>
        </w:rPr>
        <w:t>2. Năng lực chung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Tự chủ và tự học: Thực hiện nhiệm vụ theo hướng dẫn và kiểm tra sản phẩm.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Giao tiếp và hợp tác: Trao đổi ý tưởng, phối hợp hoàn thành mô hình.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Giải quyết vấn đề và sáng tạo: Lựa chọn vật liệu, cách tạo hình phù hợp.</w:t>
      </w:r>
    </w:p>
    <w:p w:rsidR="006B2CE1" w:rsidRDefault="007B7FD7">
      <w:pPr>
        <w:spacing w:after="40" w:line="259" w:lineRule="auto"/>
      </w:pPr>
      <w:r>
        <w:rPr>
          <w:rFonts w:cs="Times New Roman"/>
          <w:b/>
        </w:rPr>
        <w:t>3. Phẩm chất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Chăm chỉ: Kiên trì hoàn thành sản phẩm.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Trách nhiệm: Sử dụng dụng cụ thủ công an toàn, giữ gìn vật liệu và vệ sinh sau hoạt động.</w:t>
      </w:r>
    </w:p>
    <w:p w:rsidR="006B2CE1" w:rsidRDefault="007B7FD7">
      <w:pPr>
        <w:spacing w:after="40" w:line="259" w:lineRule="auto"/>
      </w:pPr>
      <w:r>
        <w:rPr>
          <w:rFonts w:cs="Times New Roman"/>
          <w:b/>
          <w:color w:val="C00000"/>
        </w:rPr>
        <w:t>4. Tích hợp</w:t>
      </w:r>
    </w:p>
    <w:p w:rsidR="006B2CE1" w:rsidRDefault="007B7FD7">
      <w:pPr>
        <w:spacing w:after="40" w:line="259" w:lineRule="auto"/>
      </w:pPr>
      <w:r>
        <w:rPr>
          <w:rFonts w:cs="Times New Roman"/>
          <w:color w:val="C00000"/>
        </w:rPr>
        <w:t>- STEM: Cây xung quanh em - lồng ghép hoạt động thiết kế, làm và giới thiệu mô hình cây nhằm củng cố kiến thức về bộ phận và ích lợi của cây.</w:t>
      </w:r>
    </w:p>
    <w:p w:rsidR="006B2CE1" w:rsidRDefault="007B7FD7">
      <w:pPr>
        <w:spacing w:after="40" w:line="259" w:lineRule="auto"/>
      </w:pPr>
      <w:r>
        <w:rPr>
          <w:rFonts w:cs="Times New Roman"/>
          <w:b/>
        </w:rPr>
        <w:t>II. ĐỒ DÙNG DẠY HỌC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Giáo viên: SGK, mô hình mẫu, phiếu học tập, bìa các-tông, băng dính hai mặt, que tre, ống hút.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- Học sinh: Thước kẻ, kéo thủ công, bút màu, giấy màu, đất nặn, giấy A4.</w:t>
      </w:r>
    </w:p>
    <w:p w:rsidR="006B2CE1" w:rsidRDefault="007B7FD7">
      <w:pPr>
        <w:spacing w:after="40" w:line="259" w:lineRule="auto"/>
      </w:pPr>
      <w:r>
        <w:rPr>
          <w:rFonts w:cs="Times New Roman"/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4"/>
        <w:gridCol w:w="5692"/>
      </w:tblGrid>
      <w:tr w:rsidR="006B2CE1" w:rsidTr="00FF013C">
        <w:trPr>
          <w:cantSplit/>
          <w:tblHeader/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  <w:jc w:val="center"/>
            </w:pPr>
            <w:r>
              <w:rPr>
                <w:rFonts w:cs="Times New Roman"/>
                <w:b/>
              </w:rPr>
              <w:t>Hoạt động của giáo viên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  <w:jc w:val="center"/>
            </w:pPr>
            <w:r>
              <w:rPr>
                <w:rFonts w:cs="Times New Roman"/>
                <w:b/>
              </w:rPr>
              <w:t>Hoạt động của học sinh</w:t>
            </w:r>
          </w:p>
        </w:tc>
      </w:tr>
      <w:tr w:rsidR="006B2CE1" w:rsidTr="00FF013C">
        <w:trPr>
          <w:cantSplit/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keepNext/>
              <w:spacing w:after="40" w:line="259" w:lineRule="auto"/>
            </w:pPr>
            <w:r>
              <w:rPr>
                <w:rFonts w:cs="Times New Roman"/>
                <w:b/>
              </w:rPr>
              <w:t>1. Khởi động</w:t>
            </w:r>
          </w:p>
          <w:p w:rsidR="006B2CE1" w:rsidRDefault="007B7FD7">
            <w:pPr>
              <w:keepNext/>
              <w:spacing w:after="40" w:line="259" w:lineRule="auto"/>
            </w:pPr>
            <w:r>
              <w:rPr>
                <w:rFonts w:cs="Times New Roman"/>
                <w:b/>
              </w:rPr>
              <w:t>Mục tiêu: Nhắc lại tiêu chí sản phẩm và quy tắc an toàn trước khi thực hành.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Mô hình cây cần thể hiện những yêu cầu nào?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Mô hình thể hiện rõ thân, lá, rễ và đặc điểm nổi bật của cây đã chọn.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lastRenderedPageBreak/>
              <w:t>- Khi dùng kéo thủ công, em cần chú ý điều gì?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Cầm kéo đúng cách, không đùa nghịch và nhờ hỗ trợ khi cần.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Chốt ý, kết luận: Làm sản phẩm cần cẩn thận, hợp tác và giữ vệ sinh khu vực học tập.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Lắng nghe, ghi nhớ.</w:t>
            </w:r>
          </w:p>
        </w:tc>
      </w:tr>
      <w:tr w:rsidR="006B2CE1" w:rsidTr="00FF013C">
        <w:trPr>
          <w:cantSplit/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keepNext/>
              <w:spacing w:after="40" w:line="259" w:lineRule="auto"/>
            </w:pPr>
            <w:r>
              <w:rPr>
                <w:rFonts w:cs="Times New Roman"/>
                <w:b/>
              </w:rPr>
              <w:t>2. Thực hành STEM: Làm mô hình cây</w:t>
            </w:r>
          </w:p>
          <w:p w:rsidR="006B2CE1" w:rsidRDefault="007B7FD7">
            <w:pPr>
              <w:keepNext/>
              <w:spacing w:after="40" w:line="259" w:lineRule="auto"/>
            </w:pPr>
            <w:r>
              <w:rPr>
                <w:rFonts w:cs="Times New Roman"/>
                <w:b/>
              </w:rPr>
              <w:t>Mục tiêu: Sử dụng vật liệu đã chọn để hoàn thành mô hình cây.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Thực hiện bước 1: Làm đế và thân cây theo bản thiết kế.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Dùng đất nặn hoặc bìa làm đế; gắn que hoặc ống hút làm thân.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Thực hiện bước 2: Tạo lá, hoa hoặc quả phù hợp với cây đã chọn.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Cắt, xé hoặc nặn lá, hoa, quả và trang trí màu sắc.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Thực hiện bước 3: Gắn các bộ phận vào thân cây.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Gắn các bộ phận chắc chắn, đúng vị trí.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Kiểm tra mô hình theo tiêu chí: đủ bộ phận, nhận ra loại cây, sản phẩm chắc chắn và sạch đẹp.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Kiểm tra, điều chỉnh và hoàn thiện mô hình.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Chốt ý, kết luận: Mô hình hoàn thành cần thể hiện kiến thức về cây và sự khéo léo, hợp tác của các em.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Hoàn thành sản phẩm, chuẩn bị giới thiệu.</w:t>
            </w:r>
          </w:p>
        </w:tc>
      </w:tr>
      <w:tr w:rsidR="006B2CE1" w:rsidTr="00FF013C">
        <w:trPr>
          <w:cantSplit/>
          <w:jc w:val="center"/>
        </w:trPr>
        <w:tc>
          <w:tcPr>
            <w:tcW w:w="10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keepNext/>
              <w:spacing w:after="40" w:line="259" w:lineRule="auto"/>
            </w:pPr>
            <w:r>
              <w:rPr>
                <w:rFonts w:cs="Times New Roman"/>
                <w:b/>
              </w:rPr>
              <w:t>3. Vận dụng - trải nghiệm: Trưng bày và giới thiệu sản phẩm</w:t>
            </w:r>
          </w:p>
          <w:p w:rsidR="006B2CE1" w:rsidRDefault="007B7FD7">
            <w:pPr>
              <w:keepNext/>
              <w:spacing w:after="40" w:line="259" w:lineRule="auto"/>
            </w:pPr>
            <w:r>
              <w:rPr>
                <w:rFonts w:cs="Times New Roman"/>
                <w:b/>
              </w:rPr>
              <w:t>Mục tiêu: Giới thiệu được sản phẩm và nêu được ích lợi của cây được mô phỏng.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Trưng bày mô hình cây của nhóm.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Trưng bày sản phẩm ở vị trí quy định.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Mô hình của nhóm em là cây gì?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Mô hình của nhóm em là cây bàng/cây xoài/cây hoa.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Mô hình có những bộ phận nào?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Mô hình có thân, lá, rễ và có hoa hoặc quả.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Cây đó mang lại ích lợi gì?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Cây cho bóng mát/cho quả/làm cảnh/cho rau.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Mời các bạn nhận xét sản phẩm theo tiêu chí.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Nhận xét điểm rõ đẹp và góp ý cách hoàn thiện.</w:t>
            </w:r>
          </w:p>
        </w:tc>
      </w:tr>
      <w:tr w:rsidR="006B2CE1" w:rsidTr="00FF013C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Chốt ý, kết luận: Qua sản phẩm, các em đã thể hiện hiểu biết về bộ phận và ích lợi của cây; hãy yêu quý và bảo vệ cây xung quanh.</w:t>
            </w:r>
          </w:p>
        </w:tc>
        <w:tc>
          <w:tcPr>
            <w:tcW w:w="473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6B2CE1" w:rsidRDefault="007B7FD7">
            <w:pPr>
              <w:spacing w:after="40" w:line="259" w:lineRule="auto"/>
            </w:pPr>
            <w:r>
              <w:rPr>
                <w:rFonts w:cs="Times New Roman"/>
              </w:rPr>
              <w:t>- Lắng nghe, tự đánh giá sản phẩm.</w:t>
            </w:r>
          </w:p>
        </w:tc>
      </w:tr>
    </w:tbl>
    <w:p w:rsidR="006B2CE1" w:rsidRDefault="007B7FD7">
      <w:pPr>
        <w:spacing w:after="40" w:line="259" w:lineRule="auto"/>
      </w:pPr>
      <w:r>
        <w:rPr>
          <w:rFonts w:cs="Times New Roman"/>
          <w:b/>
        </w:rPr>
        <w:lastRenderedPageBreak/>
        <w:t>IV. ĐIỀU CHỈNH SAU BÀI DẠY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....................................................................................................................................................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....................................................................................................................................................</w:t>
      </w:r>
    </w:p>
    <w:p w:rsidR="006B2CE1" w:rsidRDefault="007B7FD7">
      <w:pPr>
        <w:spacing w:after="40" w:line="259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....................................................................................................................................................</w:t>
      </w:r>
    </w:p>
    <w:sectPr w:rsidR="006B2CE1" w:rsidSect="00034616">
      <w:pgSz w:w="12240" w:h="15840"/>
      <w:pgMar w:top="850" w:right="850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B2CE1"/>
    <w:rsid w:val="007B7FD7"/>
    <w:rsid w:val="00AA1D8D"/>
    <w:rsid w:val="00B47730"/>
    <w:rsid w:val="00CB0664"/>
    <w:rsid w:val="00FC693F"/>
    <w:rsid w:val="00FF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F0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1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F0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1D5C6F-D2CE-4917-A059-2F70905AE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BAOTRAN</dc:creator>
  <cp:keywords/>
  <dc:description>generated by python-docx</dc:description>
  <cp:lastModifiedBy>Iamp Iamp</cp:lastModifiedBy>
  <cp:revision>3</cp:revision>
  <dcterms:created xsi:type="dcterms:W3CDTF">2026-06-04T05:03:00Z</dcterms:created>
  <dcterms:modified xsi:type="dcterms:W3CDTF">2026-08-20T01:54:00Z</dcterms:modified>
  <cp:category/>
</cp:coreProperties>
</file>