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C7" w:rsidRPr="00BE4305" w:rsidRDefault="00970439">
      <w:pPr>
        <w:jc w:val="center"/>
      </w:pPr>
      <w:r w:rsidRPr="00BE4305">
        <w:rPr>
          <w:b/>
          <w:sz w:val="28"/>
        </w:rPr>
        <w:t>KẾ HOẠCH BÀI DẠY MÔN TOÁN 3</w:t>
      </w:r>
    </w:p>
    <w:p w:rsidR="00D474C7" w:rsidRPr="00BE4305" w:rsidRDefault="00970439">
      <w:pPr>
        <w:jc w:val="center"/>
      </w:pPr>
      <w:r w:rsidRPr="00BE4305">
        <w:rPr>
          <w:b/>
        </w:rPr>
        <w:t>TUẦN 8</w:t>
      </w:r>
    </w:p>
    <w:p w:rsidR="00D474C7" w:rsidRPr="00BE4305" w:rsidRDefault="00970439">
      <w:pPr>
        <w:jc w:val="center"/>
      </w:pPr>
      <w:r w:rsidRPr="00BE4305">
        <w:rPr>
          <w:b/>
        </w:rPr>
        <w:t>CHỦ ĐỀ 3: LÀM QUEN VỚI HÌNH PHẲNG, HÌNH KHỐI</w:t>
      </w:r>
    </w:p>
    <w:p w:rsidR="00D474C7" w:rsidRPr="00BE4305" w:rsidRDefault="00970439">
      <w:pPr>
        <w:jc w:val="center"/>
      </w:pPr>
      <w:r w:rsidRPr="00BE4305">
        <w:rPr>
          <w:b/>
          <w:sz w:val="28"/>
        </w:rPr>
        <w:t>Bài 18: GÓC, GÓC VUÔNG, GÓC KHÔNG VUÔNG</w:t>
      </w:r>
    </w:p>
    <w:p w:rsidR="00D474C7" w:rsidRPr="00BE4305" w:rsidRDefault="00970439">
      <w:pPr>
        <w:jc w:val="center"/>
      </w:pPr>
      <w:r w:rsidRPr="00BE4305">
        <w:rPr>
          <w:b/>
        </w:rPr>
        <w:t>- Trang 54, 55</w:t>
      </w:r>
    </w:p>
    <w:p w:rsidR="00D474C7" w:rsidRPr="00BE4305" w:rsidRDefault="00970439">
      <w:r w:rsidRPr="00BE4305">
        <w:rPr>
          <w:b/>
        </w:rPr>
        <w:t>I. YÊU CẦU CẦN ĐẠT:</w:t>
      </w:r>
    </w:p>
    <w:p w:rsidR="00D474C7" w:rsidRPr="00BE4305" w:rsidRDefault="00970439">
      <w:r w:rsidRPr="00BE4305">
        <w:rPr>
          <w:b/>
        </w:rPr>
        <w:t>1. Năng lực đặc thù:</w:t>
      </w:r>
    </w:p>
    <w:p w:rsidR="00D474C7" w:rsidRPr="00BE4305" w:rsidRDefault="00970439">
      <w:r w:rsidRPr="00BE4305">
        <w:t>- Nhận biết được góc, góc vuông, góc không vuông qua hình ảnh trực quan.</w:t>
      </w:r>
    </w:p>
    <w:p w:rsidR="00D474C7" w:rsidRPr="00BE4305" w:rsidRDefault="00970439">
      <w:r w:rsidRPr="00BE4305">
        <w:t>- Biết dùng ê ke để kiểm tra và nhận biết góc vuông, góc không vuông trong các hình đã cho.</w:t>
      </w:r>
    </w:p>
    <w:p w:rsidR="00D474C7" w:rsidRPr="00BE4305" w:rsidRDefault="00970439">
      <w:r w:rsidRPr="00BE4305">
        <w:t>- Biết vẽ một góc vuông trên lưới ô vuông và xác định hình có nhiều góc vuông nhất.</w:t>
      </w:r>
    </w:p>
    <w:p w:rsidR="00D474C7" w:rsidRPr="00BE4305" w:rsidRDefault="00970439">
      <w:r w:rsidRPr="00BE4305">
        <w:rPr>
          <w:b/>
        </w:rPr>
        <w:t>2. Năng lực chung:</w:t>
      </w:r>
    </w:p>
    <w:p w:rsidR="00D474C7" w:rsidRPr="00BE4305" w:rsidRDefault="00970439">
      <w:r w:rsidRPr="00BE4305">
        <w:t>- Tự chủ, tự học: Chủ động quan sát hình, đọc yêu cầu bài và tự dùng ê ke kiểm tra góc.</w:t>
      </w:r>
    </w:p>
    <w:p w:rsidR="00D474C7" w:rsidRPr="00BE4305" w:rsidRDefault="00970439">
      <w:r w:rsidRPr="00BE4305">
        <w:t>- Giao tiếp và hợp tác: Trao đổi nhóm đôi, nhóm bốn về cách nhận biết góc vuông, góc không vuông.</w:t>
      </w:r>
    </w:p>
    <w:p w:rsidR="00D474C7" w:rsidRPr="00BE4305" w:rsidRDefault="00970439">
      <w:r w:rsidRPr="00BE4305">
        <w:t>- Giải quyết vấn đề và sáng tạo: Biết sử dụng công cụ học tập hoặc công cụ số để kiểm tra góc trong tình huống cụ thể.</w:t>
      </w:r>
    </w:p>
    <w:p w:rsidR="00D474C7" w:rsidRPr="00BE4305" w:rsidRDefault="00970439">
      <w:r w:rsidRPr="00BE4305">
        <w:rPr>
          <w:b/>
        </w:rPr>
        <w:t>3. Phẩm chất:</w:t>
      </w:r>
    </w:p>
    <w:p w:rsidR="00D474C7" w:rsidRPr="00BE4305" w:rsidRDefault="00970439">
      <w:r w:rsidRPr="00BE4305">
        <w:t>- Chăm chỉ: Tích cực quan sát, thực hành kiểm tra góc bằng ê ke.</w:t>
      </w:r>
    </w:p>
    <w:p w:rsidR="00D474C7" w:rsidRPr="00BE4305" w:rsidRDefault="00970439">
      <w:r w:rsidRPr="00BE4305">
        <w:t>- Trách nhiệm: Cẩn thận khi đặt ê ke, vẽ góc vuông và nhận xét bài làm của bạn.</w:t>
      </w:r>
    </w:p>
    <w:p w:rsidR="00D474C7" w:rsidRPr="00BE4305" w:rsidRDefault="00970439">
      <w:r w:rsidRPr="00BE4305">
        <w:t>- Trung thực: Báo cáo đúng kết quả kiểm tra góc, biết sửa lỗi nếu đặt ê ke chưa đúng.</w:t>
      </w:r>
    </w:p>
    <w:p w:rsidR="00D474C7" w:rsidRPr="00BE4305" w:rsidRDefault="00970439">
      <w:r w:rsidRPr="00BE4305">
        <w:rPr>
          <w:b/>
        </w:rPr>
        <w:t>4. Tích hợp:</w:t>
      </w:r>
    </w:p>
    <w:p w:rsidR="00D474C7" w:rsidRPr="00BE4305" w:rsidRDefault="00970439">
      <w:r w:rsidRPr="00BE4305">
        <w:t>- Tích hợp NLS 5.1.CB1a: GV dùng GeoGebra hoặc thước ê-ke ảo trên bảng tương tác để minh họa góc vuông, góc không vuông; HS kéo thả kí hiệu góc vào đúng vị trí và giải thích lựa chọn.</w:t>
      </w:r>
    </w:p>
    <w:p w:rsidR="00D474C7" w:rsidRPr="00BE4305" w:rsidRDefault="00970439">
      <w:r w:rsidRPr="00BE4305">
        <w:rPr>
          <w:b/>
        </w:rPr>
        <w:t>II. ĐỒ DÙNG DẠY HỌC:</w:t>
      </w:r>
    </w:p>
    <w:p w:rsidR="00D474C7" w:rsidRPr="00BE4305" w:rsidRDefault="00970439">
      <w:r w:rsidRPr="00BE4305">
        <w:t>- Kế hoạch bài dạy, bài giảng PowerPoint.</w:t>
      </w:r>
    </w:p>
    <w:p w:rsidR="00D474C7" w:rsidRPr="00BE4305" w:rsidRDefault="00970439">
      <w:r w:rsidRPr="00BE4305">
        <w:t>- SGK Toán 3, bảng con, phiếu học tập, bút dạ, thước kẻ, ê ke, compa hoặc đồ dùng vẽ hình.</w:t>
      </w:r>
    </w:p>
    <w:p w:rsidR="00D474C7" w:rsidRPr="00BE4305" w:rsidRDefault="00970439">
      <w:r w:rsidRPr="00BE4305">
        <w:t>- Máy tính, máy chiếu/bảng tương tác; học liệu số theo nội dung tiết học.</w:t>
      </w:r>
    </w:p>
    <w:p w:rsidR="00D474C7" w:rsidRPr="00BE4305" w:rsidRDefault="00970439">
      <w:r w:rsidRPr="00BE4305">
        <w:t>- GeoGebra hoặc thước ê-ke ảo trên bảng tương tác; hình góc trong SGK được phóng to.</w:t>
      </w:r>
    </w:p>
    <w:p w:rsidR="00D474C7" w:rsidRPr="00BE4305" w:rsidRDefault="00970439">
      <w:r w:rsidRPr="00BE4305">
        <w:rPr>
          <w:b/>
        </w:rPr>
        <w:t>III.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28"/>
        <w:gridCol w:w="5128"/>
      </w:tblGrid>
      <w:tr w:rsidR="00BE4305" w:rsidRPr="00BE4305" w:rsidTr="00BE4305">
        <w:trPr>
          <w:jc w:val="center"/>
        </w:trPr>
        <w:tc>
          <w:tcPr>
            <w:tcW w:w="5128" w:type="dxa"/>
            <w:tcBorders>
              <w:bottom w:val="single" w:sz="4" w:space="0" w:color="auto"/>
            </w:tcBorders>
            <w:shd w:val="clear" w:color="auto" w:fill="auto"/>
            <w:tcMar>
              <w:top w:w="40" w:type="dxa"/>
              <w:left w:w="60" w:type="dxa"/>
              <w:bottom w:w="40" w:type="dxa"/>
              <w:right w:w="60" w:type="dxa"/>
            </w:tcMar>
            <w:vAlign w:val="center"/>
          </w:tcPr>
          <w:p w:rsidR="00D474C7" w:rsidRPr="00BE4305" w:rsidRDefault="00970439">
            <w:pPr>
              <w:jc w:val="center"/>
            </w:pPr>
            <w:r w:rsidRPr="00BE4305">
              <w:rPr>
                <w:b/>
              </w:rPr>
              <w:t>Hoạt động của giáo viên</w:t>
            </w:r>
          </w:p>
        </w:tc>
        <w:tc>
          <w:tcPr>
            <w:tcW w:w="5128" w:type="dxa"/>
            <w:tcBorders>
              <w:bottom w:val="single" w:sz="4" w:space="0" w:color="auto"/>
            </w:tcBorders>
            <w:shd w:val="clear" w:color="auto" w:fill="auto"/>
            <w:tcMar>
              <w:top w:w="40" w:type="dxa"/>
              <w:left w:w="60" w:type="dxa"/>
              <w:bottom w:w="40" w:type="dxa"/>
              <w:right w:w="60" w:type="dxa"/>
            </w:tcMar>
            <w:vAlign w:val="center"/>
          </w:tcPr>
          <w:p w:rsidR="00D474C7" w:rsidRPr="00BE4305" w:rsidRDefault="00970439">
            <w:pPr>
              <w:jc w:val="center"/>
            </w:pPr>
            <w:r w:rsidRPr="00BE4305">
              <w:rPr>
                <w:b/>
              </w:rPr>
              <w:t>Hoạt động của học sinh</w:t>
            </w:r>
          </w:p>
        </w:tc>
      </w:tr>
      <w:tr w:rsidR="00BE4305" w:rsidRPr="00BE4305" w:rsidTr="00BE4305">
        <w:trPr>
          <w:jc w:val="center"/>
        </w:trPr>
        <w:tc>
          <w:tcPr>
            <w:tcW w:w="10256"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D474C7" w:rsidRPr="00BE4305" w:rsidRDefault="00970439">
            <w:r w:rsidRPr="00BE4305">
              <w:rPr>
                <w:b/>
              </w:rPr>
              <w:t>1. KHỞI ĐỘNG (5 PHÚT):</w:t>
            </w:r>
          </w:p>
          <w:p w:rsidR="00D474C7" w:rsidRPr="00BE4305" w:rsidRDefault="00970439">
            <w:r w:rsidRPr="00BE4305">
              <w:rPr>
                <w:b/>
              </w:rPr>
              <w:t>- Mục tiêu:</w:t>
            </w:r>
          </w:p>
          <w:p w:rsidR="00D474C7" w:rsidRPr="00BE4305" w:rsidRDefault="00970439">
            <w:r w:rsidRPr="00BE4305">
              <w:rPr>
                <w:b/>
              </w:rPr>
              <w:t>+ Gợi nhớ hình ảnh về góc qua động tác tay và đồ vật xung quanh.</w:t>
            </w:r>
          </w:p>
          <w:p w:rsidR="00D474C7" w:rsidRPr="00BE4305" w:rsidRDefault="00970439">
            <w:r w:rsidRPr="00BE4305">
              <w:rPr>
                <w:b/>
              </w:rPr>
              <w:t>+ Tạo tâm thế học tập tích cực trước khi tìm hiểu góc vuông, góc không vuông.</w:t>
            </w:r>
          </w:p>
          <w:p w:rsidR="00D474C7" w:rsidRPr="00BE4305" w:rsidRDefault="00970439">
            <w:r w:rsidRPr="00BE4305">
              <w:rPr>
                <w:b/>
              </w:rPr>
              <w:t>* Cách tiến hành:</w:t>
            </w:r>
          </w:p>
        </w:tc>
      </w:tr>
      <w:tr w:rsidR="00BE4305" w:rsidRPr="00BE4305" w:rsidTr="00BE4305">
        <w:trPr>
          <w:jc w:val="center"/>
        </w:trPr>
        <w:tc>
          <w:tcPr>
            <w:tcW w:w="5128" w:type="dxa"/>
            <w:tcBorders>
              <w:top w:val="single" w:sz="4" w:space="0" w:color="auto"/>
            </w:tcBorders>
            <w:shd w:val="clear" w:color="auto" w:fill="auto"/>
            <w:tcMar>
              <w:top w:w="40" w:type="dxa"/>
              <w:left w:w="60" w:type="dxa"/>
              <w:bottom w:w="40" w:type="dxa"/>
              <w:right w:w="60" w:type="dxa"/>
            </w:tcMar>
          </w:tcPr>
          <w:p w:rsidR="00D474C7" w:rsidRPr="00BE4305" w:rsidRDefault="00970439">
            <w:r w:rsidRPr="00BE4305">
              <w:t>- GV tổ chức trò chơi “Tạo góc bằng hai cánh tay”.</w:t>
            </w:r>
          </w:p>
        </w:tc>
        <w:tc>
          <w:tcPr>
            <w:tcW w:w="5128" w:type="dxa"/>
            <w:tcBorders>
              <w:top w:val="single" w:sz="4" w:space="0" w:color="auto"/>
            </w:tcBorders>
            <w:shd w:val="clear" w:color="auto" w:fill="auto"/>
            <w:tcMar>
              <w:top w:w="40" w:type="dxa"/>
              <w:left w:w="60" w:type="dxa"/>
              <w:bottom w:w="40" w:type="dxa"/>
              <w:right w:w="60" w:type="dxa"/>
            </w:tcMar>
          </w:tcPr>
          <w:p w:rsidR="00D474C7" w:rsidRPr="00BE4305" w:rsidRDefault="00970439">
            <w:r w:rsidRPr="00BE4305">
              <w:t>- HS tham gia trò chơi theo hiệu lệnh của GV.</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dùng hai cánh tay tạo một góc mở rộng, một góc hẹp.</w:t>
            </w:r>
          </w:p>
        </w:tc>
        <w:tc>
          <w:tcPr>
            <w:tcW w:w="5128" w:type="dxa"/>
            <w:shd w:val="clear" w:color="auto" w:fill="auto"/>
            <w:tcMar>
              <w:top w:w="40" w:type="dxa"/>
              <w:left w:w="60" w:type="dxa"/>
              <w:bottom w:w="40" w:type="dxa"/>
              <w:right w:w="60" w:type="dxa"/>
            </w:tcMar>
          </w:tcPr>
          <w:p w:rsidR="00D474C7" w:rsidRPr="00BE4305" w:rsidRDefault="00970439">
            <w:r w:rsidRPr="00BE4305">
              <w:t>- HS thực hiện động tác và quan sát bạn.</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Hai cánh tay của bạn tạo cho ta hình ảnh gì?</w:t>
            </w:r>
          </w:p>
        </w:tc>
        <w:tc>
          <w:tcPr>
            <w:tcW w:w="5128" w:type="dxa"/>
            <w:shd w:val="clear" w:color="auto" w:fill="auto"/>
            <w:tcMar>
              <w:top w:w="40" w:type="dxa"/>
              <w:left w:w="60" w:type="dxa"/>
              <w:bottom w:w="40" w:type="dxa"/>
              <w:right w:w="60" w:type="dxa"/>
            </w:tcMar>
          </w:tcPr>
          <w:p w:rsidR="00D474C7" w:rsidRPr="00BE4305" w:rsidRDefault="00970439">
            <w:r w:rsidRPr="00BE4305">
              <w:t>- HS trả lời: Hai cánh tay tạo cho ta hình ảnh về góc.</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quan sát cạnh bàn, góc bảng và nêu hình ảnh giống góc.</w:t>
            </w:r>
          </w:p>
        </w:tc>
        <w:tc>
          <w:tcPr>
            <w:tcW w:w="5128" w:type="dxa"/>
            <w:shd w:val="clear" w:color="auto" w:fill="auto"/>
            <w:tcMar>
              <w:top w:w="40" w:type="dxa"/>
              <w:left w:w="60" w:type="dxa"/>
              <w:bottom w:w="40" w:type="dxa"/>
              <w:right w:w="60" w:type="dxa"/>
            </w:tcMar>
          </w:tcPr>
          <w:p w:rsidR="00D474C7" w:rsidRPr="00BE4305" w:rsidRDefault="00970439">
            <w:r w:rsidRPr="00BE4305">
              <w:t>- HS nêu: Góc bàn, góc bảng, góc quyển sách.</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nhận xét, dẫn dắt vào bài mới.</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ghi tên bài.</w:t>
            </w:r>
          </w:p>
        </w:tc>
      </w:tr>
      <w:tr w:rsidR="00BE4305" w:rsidRPr="00BE4305" w:rsidTr="00BE4305">
        <w:trPr>
          <w:jc w:val="center"/>
        </w:trPr>
        <w:tc>
          <w:tcPr>
            <w:tcW w:w="5128" w:type="dxa"/>
            <w:tcBorders>
              <w:bottom w:val="single" w:sz="4" w:space="0" w:color="auto"/>
            </w:tcBorders>
            <w:shd w:val="clear" w:color="auto" w:fill="auto"/>
            <w:tcMar>
              <w:top w:w="40" w:type="dxa"/>
              <w:left w:w="60" w:type="dxa"/>
              <w:bottom w:w="40" w:type="dxa"/>
              <w:right w:w="60" w:type="dxa"/>
            </w:tcMar>
          </w:tcPr>
          <w:p w:rsidR="00D474C7" w:rsidRPr="00BE4305" w:rsidRDefault="00970439">
            <w:r w:rsidRPr="00BE4305">
              <w:lastRenderedPageBreak/>
              <w:t>- GV kết luận: Trong thực tế có rất nhiều hình ảnh về góc; tiết học hôm nay giúp các em nhận biết góc vuông và góc không vuông.</w:t>
            </w:r>
          </w:p>
        </w:tc>
        <w:tc>
          <w:tcPr>
            <w:tcW w:w="5128" w:type="dxa"/>
            <w:tcBorders>
              <w:bottom w:val="single" w:sz="4" w:space="0" w:color="auto"/>
            </w:tcBorders>
            <w:shd w:val="clear" w:color="auto" w:fill="auto"/>
            <w:tcMar>
              <w:top w:w="40" w:type="dxa"/>
              <w:left w:w="60" w:type="dxa"/>
              <w:bottom w:w="40" w:type="dxa"/>
              <w:right w:w="60" w:type="dxa"/>
            </w:tcMar>
          </w:tcPr>
          <w:p w:rsidR="00D474C7" w:rsidRPr="00BE4305" w:rsidRDefault="00970439">
            <w:r w:rsidRPr="00BE4305">
              <w:t>- HS lắng nghe, chuẩn bị dụng cụ học tập.</w:t>
            </w:r>
          </w:p>
        </w:tc>
      </w:tr>
      <w:tr w:rsidR="00BE4305" w:rsidRPr="00BE4305" w:rsidTr="00BE4305">
        <w:trPr>
          <w:jc w:val="center"/>
        </w:trPr>
        <w:tc>
          <w:tcPr>
            <w:tcW w:w="10256"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D474C7" w:rsidRPr="00BE4305" w:rsidRDefault="00970439">
            <w:r w:rsidRPr="00BE4305">
              <w:rPr>
                <w:b/>
              </w:rPr>
              <w:t>2. KHÁM PHÁ (10 PHÚT):</w:t>
            </w:r>
          </w:p>
          <w:p w:rsidR="00D474C7" w:rsidRPr="00BE4305" w:rsidRDefault="00970439">
            <w:r w:rsidRPr="00BE4305">
              <w:rPr>
                <w:b/>
              </w:rPr>
              <w:t>- Mục tiêu:</w:t>
            </w:r>
          </w:p>
          <w:p w:rsidR="00D474C7" w:rsidRPr="00BE4305" w:rsidRDefault="00970439">
            <w:r w:rsidRPr="00BE4305">
              <w:rPr>
                <w:b/>
              </w:rPr>
              <w:t>+ Nhận biết được góc qua hình ảnh hai tia chung đỉnh.</w:t>
            </w:r>
          </w:p>
          <w:p w:rsidR="00D474C7" w:rsidRPr="00BE4305" w:rsidRDefault="00970439">
            <w:r w:rsidRPr="00BE4305">
              <w:rPr>
                <w:b/>
              </w:rPr>
              <w:t>+ Phân biệt ban đầu góc vuông, góc không vuông và biết dùng ê ke để kiểm tra.</w:t>
            </w:r>
          </w:p>
          <w:p w:rsidR="00D474C7" w:rsidRPr="00BE4305" w:rsidRDefault="00970439">
            <w:r w:rsidRPr="00BE4305">
              <w:rPr>
                <w:b/>
              </w:rPr>
              <w:t>* Cách tiến hành:</w:t>
            </w:r>
          </w:p>
        </w:tc>
      </w:tr>
      <w:tr w:rsidR="00BE4305" w:rsidRPr="00BE4305" w:rsidTr="00BE4305">
        <w:trPr>
          <w:jc w:val="center"/>
        </w:trPr>
        <w:tc>
          <w:tcPr>
            <w:tcW w:w="5128" w:type="dxa"/>
            <w:tcBorders>
              <w:top w:val="single" w:sz="4" w:space="0" w:color="auto"/>
            </w:tcBorders>
            <w:shd w:val="clear" w:color="auto" w:fill="auto"/>
            <w:tcMar>
              <w:top w:w="40" w:type="dxa"/>
              <w:left w:w="60" w:type="dxa"/>
              <w:bottom w:w="40" w:type="dxa"/>
              <w:right w:w="60" w:type="dxa"/>
            </w:tcMar>
          </w:tcPr>
          <w:p w:rsidR="00D474C7" w:rsidRPr="00BE4305" w:rsidRDefault="00970439">
            <w:r w:rsidRPr="00BE4305">
              <w:rPr>
                <w:b/>
              </w:rPr>
              <w:t>Khám phá. (Làm việc cả lớp) Góc, góc vuông, góc không vuông.</w:t>
            </w:r>
          </w:p>
          <w:p w:rsidR="00D474C7" w:rsidRPr="00BE4305" w:rsidRDefault="00D474C7"/>
        </w:tc>
        <w:tc>
          <w:tcPr>
            <w:tcW w:w="5128" w:type="dxa"/>
            <w:tcBorders>
              <w:top w:val="single" w:sz="4" w:space="0" w:color="auto"/>
            </w:tcBorders>
            <w:shd w:val="clear" w:color="auto" w:fill="auto"/>
            <w:tcMar>
              <w:top w:w="40" w:type="dxa"/>
              <w:left w:w="60" w:type="dxa"/>
              <w:bottom w:w="40" w:type="dxa"/>
              <w:right w:w="60" w:type="dxa"/>
            </w:tcMar>
          </w:tcPr>
          <w:p w:rsidR="00D474C7" w:rsidRPr="00BE4305" w:rsidRDefault="00970439">
            <w:r w:rsidRPr="00BE4305">
              <w:t>- HS quan sát hình trong SGK.</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quan sát hình các bạn tạo góc bằng hai tay và hỏi: Hai tay của mỗi bạn cho ta hình ảnh gì?</w:t>
            </w:r>
          </w:p>
        </w:tc>
        <w:tc>
          <w:tcPr>
            <w:tcW w:w="5128" w:type="dxa"/>
            <w:shd w:val="clear" w:color="auto" w:fill="auto"/>
            <w:tcMar>
              <w:top w:w="40" w:type="dxa"/>
              <w:left w:w="60" w:type="dxa"/>
              <w:bottom w:w="40" w:type="dxa"/>
              <w:right w:w="60" w:type="dxa"/>
            </w:tcMar>
          </w:tcPr>
          <w:p w:rsidR="00D474C7" w:rsidRPr="00BE4305" w:rsidRDefault="00970439">
            <w:r w:rsidRPr="00BE4305">
              <w:t>- HS trả lời: Hai tay của mỗi bạn cho ta hình ảnh về góc.</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giới thiệu góc vuông đỉnh O, cạnh OA và OB.</w:t>
            </w:r>
          </w:p>
        </w:tc>
        <w:tc>
          <w:tcPr>
            <w:tcW w:w="5128" w:type="dxa"/>
            <w:shd w:val="clear" w:color="auto" w:fill="auto"/>
            <w:tcMar>
              <w:top w:w="40" w:type="dxa"/>
              <w:left w:w="60" w:type="dxa"/>
              <w:bottom w:w="40" w:type="dxa"/>
              <w:right w:w="60" w:type="dxa"/>
            </w:tcMar>
          </w:tcPr>
          <w:p w:rsidR="00D474C7" w:rsidRPr="00BE4305" w:rsidRDefault="00970439">
            <w:r w:rsidRPr="00BE4305">
              <w:t>- HS quan sát và nhắc lại: Góc vuông đỉnh O, cạnh OA, OB.</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giới thiệu hai góc không vuông đỉnh P và đỉnh E trong SGK.</w:t>
            </w:r>
          </w:p>
        </w:tc>
        <w:tc>
          <w:tcPr>
            <w:tcW w:w="5128" w:type="dxa"/>
            <w:shd w:val="clear" w:color="auto" w:fill="auto"/>
            <w:tcMar>
              <w:top w:w="40" w:type="dxa"/>
              <w:left w:w="60" w:type="dxa"/>
              <w:bottom w:w="40" w:type="dxa"/>
              <w:right w:w="60" w:type="dxa"/>
            </w:tcMar>
          </w:tcPr>
          <w:p w:rsidR="00D474C7" w:rsidRPr="00BE4305" w:rsidRDefault="00970439">
            <w:r w:rsidRPr="00BE4305">
              <w:t>- HS quan sát, chỉ đỉnh và hai cạnh của mỗi góc.</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hướng dẫn HS đặt ê ke vào góc để kiểm tra góc vuông.</w:t>
            </w:r>
          </w:p>
        </w:tc>
        <w:tc>
          <w:tcPr>
            <w:tcW w:w="5128" w:type="dxa"/>
            <w:shd w:val="clear" w:color="auto" w:fill="auto"/>
            <w:tcMar>
              <w:top w:w="40" w:type="dxa"/>
              <w:left w:w="60" w:type="dxa"/>
              <w:bottom w:w="40" w:type="dxa"/>
              <w:right w:w="60" w:type="dxa"/>
            </w:tcMar>
          </w:tcPr>
          <w:p w:rsidR="00D474C7" w:rsidRPr="00BE4305" w:rsidRDefault="00970439">
            <w:r w:rsidRPr="00BE4305">
              <w:t>- HS theo dõi cách đặt ê ke và thực hành trên đồ dùng cá nhân.</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Khi dùng ê ke, em cần đặt phần nào của ê ke trùng với đỉnh và cạnh góc?</w:t>
            </w:r>
          </w:p>
        </w:tc>
        <w:tc>
          <w:tcPr>
            <w:tcW w:w="5128" w:type="dxa"/>
            <w:shd w:val="clear" w:color="auto" w:fill="auto"/>
            <w:tcMar>
              <w:top w:w="40" w:type="dxa"/>
              <w:left w:w="60" w:type="dxa"/>
              <w:bottom w:w="40" w:type="dxa"/>
              <w:right w:w="60" w:type="dxa"/>
            </w:tcMar>
          </w:tcPr>
          <w:p w:rsidR="00D474C7" w:rsidRPr="00BE4305" w:rsidRDefault="00970439">
            <w:r w:rsidRPr="00BE4305">
              <w:t>- HS trả lời: Đặt đỉnh góc vuông của ê ke trùng với đỉnh góc cần kiểm tra, một cạnh ê ke trùng với một cạnh góc.</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Góc có đỉnh và hai cạnh; dùng ê ke giúp ta nhận biết chính xác góc vuông và góc không vuông.</w:t>
            </w:r>
          </w:p>
        </w:tc>
        <w:tc>
          <w:tcPr>
            <w:tcW w:w="5128" w:type="dxa"/>
            <w:shd w:val="clear" w:color="auto" w:fill="auto"/>
            <w:tcMar>
              <w:top w:w="40" w:type="dxa"/>
              <w:left w:w="60" w:type="dxa"/>
              <w:bottom w:w="40" w:type="dxa"/>
              <w:right w:w="60" w:type="dxa"/>
            </w:tcMar>
          </w:tcPr>
          <w:p w:rsidR="00D474C7" w:rsidRPr="00BE4305" w:rsidRDefault="00970439">
            <w:r w:rsidRPr="00BE4305">
              <w:t>- HS nhắc lại: Góc có đỉnh và hai cạnh; dùng ê ke để kiểm tra góc vuông.</w:t>
            </w:r>
          </w:p>
        </w:tc>
      </w:tr>
      <w:tr w:rsidR="00BE4305" w:rsidRPr="00BE4305" w:rsidTr="00BE4305">
        <w:trPr>
          <w:jc w:val="center"/>
        </w:trPr>
        <w:tc>
          <w:tcPr>
            <w:tcW w:w="10256" w:type="dxa"/>
            <w:gridSpan w:val="2"/>
            <w:shd w:val="clear" w:color="auto" w:fill="auto"/>
            <w:tcMar>
              <w:top w:w="40" w:type="dxa"/>
              <w:left w:w="60" w:type="dxa"/>
              <w:bottom w:w="40" w:type="dxa"/>
              <w:right w:w="60" w:type="dxa"/>
            </w:tcMar>
          </w:tcPr>
          <w:p w:rsidR="00D474C7" w:rsidRPr="00BE4305" w:rsidRDefault="00970439">
            <w:r w:rsidRPr="00BE4305">
              <w:rPr>
                <w:b/>
              </w:rPr>
              <w:t>3. HOẠT ĐỘNG - LUYỆN TẬP (17 PHÚT):</w:t>
            </w:r>
          </w:p>
          <w:p w:rsidR="00D474C7" w:rsidRPr="00BE4305" w:rsidRDefault="00970439">
            <w:r w:rsidRPr="00BE4305">
              <w:rPr>
                <w:b/>
              </w:rPr>
              <w:t>- Mục tiêu:</w:t>
            </w:r>
          </w:p>
          <w:p w:rsidR="00D474C7" w:rsidRPr="00BE4305" w:rsidRDefault="00970439">
            <w:r w:rsidRPr="00BE4305">
              <w:rPr>
                <w:b/>
              </w:rPr>
              <w:t>+ Dùng ê ke để tìm góc vuông, góc không vuông trong hình.</w:t>
            </w:r>
          </w:p>
          <w:p w:rsidR="00D474C7" w:rsidRPr="00BE4305" w:rsidRDefault="00970439">
            <w:r w:rsidRPr="00BE4305">
              <w:rPr>
                <w:b/>
              </w:rPr>
              <w:t>+ Vẽ được một góc vuông trên lưới ô vuông.</w:t>
            </w:r>
          </w:p>
          <w:p w:rsidR="00D474C7" w:rsidRPr="00BE4305" w:rsidRDefault="00970439">
            <w:r w:rsidRPr="00BE4305">
              <w:rPr>
                <w:b/>
              </w:rPr>
              <w:t>+ Xác định được hình có nhiều góc vuông nhất.</w:t>
            </w:r>
          </w:p>
          <w:p w:rsidR="00D474C7" w:rsidRPr="00BE4305" w:rsidRDefault="00970439">
            <w:r w:rsidRPr="00BE4305">
              <w:rPr>
                <w:b/>
              </w:rPr>
              <w:t>Mục tiêu tích hợp: NLS 5.1.CB1a - HS biết quan sát thước ê-ke ảo trên bảng tương tác, kéo thả kí hiệu góc vuông vào đúng vị trí và giải thích lựa chọn trước khi ghi kết quả.</w:t>
            </w:r>
          </w:p>
          <w:p w:rsidR="00D474C7" w:rsidRPr="00BE4305" w:rsidRDefault="00970439">
            <w:r w:rsidRPr="00BE4305">
              <w:rPr>
                <w:b/>
              </w:rPr>
              <w:t>* Cách tiến hành:</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Hoạt động. (Làm việc nhóm 2) Dùng ê ke tìm góc vuông, góc không vuông.</w:t>
            </w:r>
          </w:p>
        </w:tc>
        <w:tc>
          <w:tcPr>
            <w:tcW w:w="5128" w:type="dxa"/>
            <w:shd w:val="clear" w:color="auto" w:fill="auto"/>
            <w:tcMar>
              <w:top w:w="40" w:type="dxa"/>
              <w:left w:w="60" w:type="dxa"/>
              <w:bottom w:w="40" w:type="dxa"/>
              <w:right w:w="60" w:type="dxa"/>
            </w:tcMar>
          </w:tcPr>
          <w:p w:rsidR="00D474C7" w:rsidRPr="00BE4305" w:rsidRDefault="00970439">
            <w:r w:rsidRPr="00BE4305">
              <w:t>- HS đọc yêu cầu hoạt động.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Tích hợp NLS 5.1.CB1a: GV mở GeoGebra hoặc thước ê-ke ảo trên bảng tương tác, chiếu các góc trong SGK và hướng dẫn HS đặt ê ke ảo trùng với đỉnh, cạnh của từng góc.</w:t>
            </w:r>
          </w:p>
        </w:tc>
        <w:tc>
          <w:tcPr>
            <w:tcW w:w="5128" w:type="dxa"/>
            <w:shd w:val="clear" w:color="auto" w:fill="auto"/>
            <w:tcMar>
              <w:top w:w="40" w:type="dxa"/>
              <w:left w:w="60" w:type="dxa"/>
              <w:bottom w:w="40" w:type="dxa"/>
              <w:right w:w="60" w:type="dxa"/>
            </w:tcMar>
          </w:tcPr>
          <w:p w:rsidR="00D474C7" w:rsidRPr="00BE4305" w:rsidRDefault="00970439">
            <w:r w:rsidRPr="00BE4305">
              <w:t>- HS quan sát thao tác của GV và chuẩn bị ê ke thật để kiểm tra trên SGK.</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xml:space="preserve">- GV diễn giải tích hợp: Khi dùng công cụ số, các em không chỉ nhìn kết quả trên màn hình mà phải biết thao tác đúng: đặt đỉnh ê ke trùng </w:t>
            </w:r>
            <w:r w:rsidRPr="00BE4305">
              <w:lastRenderedPageBreak/>
              <w:t>với đỉnh góc, một cạnh ê ke trùng với một cạnh của góc, sau đó kiểm tra cạnh còn lại có trùng với cạnh ê ke hay không. Công cụ số giúp hình rõ hơn, nhưng kết luận vẫn phải dựa vào cách kiểm tra toán học.</w:t>
            </w:r>
          </w:p>
        </w:tc>
        <w:tc>
          <w:tcPr>
            <w:tcW w:w="5128" w:type="dxa"/>
            <w:shd w:val="clear" w:color="auto" w:fill="auto"/>
            <w:tcMar>
              <w:top w:w="40" w:type="dxa"/>
              <w:left w:w="60" w:type="dxa"/>
              <w:bottom w:w="40" w:type="dxa"/>
              <w:right w:w="60" w:type="dxa"/>
            </w:tcMar>
          </w:tcPr>
          <w:p w:rsidR="00D474C7" w:rsidRPr="00BE4305" w:rsidRDefault="00970439">
            <w:r w:rsidRPr="00BE4305">
              <w:lastRenderedPageBreak/>
              <w:t>- HS lắng nghe, nêu lại cách dùng ê ke ảo và ê ke thật để kiểm tra góc.</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lastRenderedPageBreak/>
              <w:t>- GV hỏi: Góc đỉnh A có là góc vuông không?</w:t>
            </w:r>
          </w:p>
        </w:tc>
        <w:tc>
          <w:tcPr>
            <w:tcW w:w="5128" w:type="dxa"/>
            <w:shd w:val="clear" w:color="auto" w:fill="auto"/>
            <w:tcMar>
              <w:top w:w="40" w:type="dxa"/>
              <w:left w:w="60" w:type="dxa"/>
              <w:bottom w:w="40" w:type="dxa"/>
              <w:right w:w="60" w:type="dxa"/>
            </w:tcMar>
          </w:tcPr>
          <w:p w:rsidR="00D474C7" w:rsidRPr="00BE4305" w:rsidRDefault="00970439">
            <w:r w:rsidRPr="00BE4305">
              <w:t>- HS trả lời: Góc đỉnh A là góc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kiểm tra các góc còn lại bằng ê ke.</w:t>
            </w:r>
          </w:p>
        </w:tc>
        <w:tc>
          <w:tcPr>
            <w:tcW w:w="5128" w:type="dxa"/>
            <w:shd w:val="clear" w:color="auto" w:fill="auto"/>
            <w:tcMar>
              <w:top w:w="40" w:type="dxa"/>
              <w:left w:w="60" w:type="dxa"/>
              <w:bottom w:w="40" w:type="dxa"/>
              <w:right w:w="60" w:type="dxa"/>
            </w:tcMar>
          </w:tcPr>
          <w:p w:rsidR="00D474C7" w:rsidRPr="00BE4305" w:rsidRDefault="00970439">
            <w:r w:rsidRPr="00BE4305">
              <w:t>- HS trả lời: Góc đỉnh M, P, I, G, E là góc không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HS trình bày cách kiểm tra một góc.</w:t>
            </w:r>
          </w:p>
        </w:tc>
        <w:tc>
          <w:tcPr>
            <w:tcW w:w="5128" w:type="dxa"/>
            <w:shd w:val="clear" w:color="auto" w:fill="auto"/>
            <w:tcMar>
              <w:top w:w="40" w:type="dxa"/>
              <w:left w:w="60" w:type="dxa"/>
              <w:bottom w:w="40" w:type="dxa"/>
              <w:right w:w="60" w:type="dxa"/>
            </w:tcMar>
          </w:tcPr>
          <w:p w:rsidR="00D474C7" w:rsidRPr="00BE4305" w:rsidRDefault="00970439">
            <w:r w:rsidRPr="00BE4305">
              <w:t>- HS trình bày: Em đặt ê ke vào đỉnh và cạnh của góc, nếu trùng với góc vuông của ê ke thì là góc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Muốn biết một góc có vuông hay không, các em cần dùng ê ke kiểm tra, không nên chỉ nhìn bằng mắt.</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sửa bài nếu cần.</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Bài 1. (Làm việc cá nhân) Hãy vẽ một góc vuông trên lưới ô vuông.</w:t>
            </w:r>
          </w:p>
          <w:p w:rsidR="00D474C7" w:rsidRPr="00BE4305" w:rsidRDefault="00D474C7"/>
        </w:tc>
        <w:tc>
          <w:tcPr>
            <w:tcW w:w="5128" w:type="dxa"/>
            <w:shd w:val="clear" w:color="auto" w:fill="auto"/>
            <w:tcMar>
              <w:top w:w="40" w:type="dxa"/>
              <w:left w:w="60" w:type="dxa"/>
              <w:bottom w:w="40" w:type="dxa"/>
              <w:right w:w="60" w:type="dxa"/>
            </w:tcMar>
          </w:tcPr>
          <w:p w:rsidR="00D474C7" w:rsidRPr="00BE4305" w:rsidRDefault="00970439">
            <w:r w:rsidRPr="00BE4305">
              <w:t>- HS đọc yêu cầu bài 1.</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dùng lưới ô vuông trong vở để vẽ một góc vuông.</w:t>
            </w:r>
          </w:p>
        </w:tc>
        <w:tc>
          <w:tcPr>
            <w:tcW w:w="5128" w:type="dxa"/>
            <w:shd w:val="clear" w:color="auto" w:fill="auto"/>
            <w:tcMar>
              <w:top w:w="40" w:type="dxa"/>
              <w:left w:w="60" w:type="dxa"/>
              <w:bottom w:w="40" w:type="dxa"/>
              <w:right w:w="60" w:type="dxa"/>
            </w:tcMar>
          </w:tcPr>
          <w:p w:rsidR="00D474C7" w:rsidRPr="00BE4305" w:rsidRDefault="00970439">
            <w:r w:rsidRPr="00BE4305">
              <w:t>- HS dùng vở ô li để vẽ một góc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nhắc HS có thể vẽ một cạnh nằm ngang và một cạnh thẳng đứng.</w:t>
            </w:r>
          </w:p>
        </w:tc>
        <w:tc>
          <w:tcPr>
            <w:tcW w:w="5128" w:type="dxa"/>
            <w:shd w:val="clear" w:color="auto" w:fill="auto"/>
            <w:tcMar>
              <w:top w:w="40" w:type="dxa"/>
              <w:left w:w="60" w:type="dxa"/>
              <w:bottom w:w="40" w:type="dxa"/>
              <w:right w:w="60" w:type="dxa"/>
            </w:tcMar>
          </w:tcPr>
          <w:p w:rsidR="00D474C7" w:rsidRPr="00BE4305" w:rsidRDefault="00970439">
            <w:r w:rsidRPr="00BE4305">
              <w:t>- HS vẽ một cạnh ngang và một cạnh dọc chung đỉnh.</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HS kiểm tra góc vừa vẽ bằng ê ke.</w:t>
            </w:r>
          </w:p>
        </w:tc>
        <w:tc>
          <w:tcPr>
            <w:tcW w:w="5128" w:type="dxa"/>
            <w:shd w:val="clear" w:color="auto" w:fill="auto"/>
            <w:tcMar>
              <w:top w:w="40" w:type="dxa"/>
              <w:left w:w="60" w:type="dxa"/>
              <w:bottom w:w="40" w:type="dxa"/>
              <w:right w:w="60" w:type="dxa"/>
            </w:tcMar>
          </w:tcPr>
          <w:p w:rsidR="00D474C7" w:rsidRPr="00BE4305" w:rsidRDefault="00970439">
            <w:r w:rsidRPr="00BE4305">
              <w:t>- HS dùng ê ke kiểm tra góc vừa vẽ.</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một số HS trưng bày bài vẽ.</w:t>
            </w:r>
          </w:p>
        </w:tc>
        <w:tc>
          <w:tcPr>
            <w:tcW w:w="5128" w:type="dxa"/>
            <w:shd w:val="clear" w:color="auto" w:fill="auto"/>
            <w:tcMar>
              <w:top w:w="40" w:type="dxa"/>
              <w:left w:w="60" w:type="dxa"/>
              <w:bottom w:w="40" w:type="dxa"/>
              <w:right w:w="60" w:type="dxa"/>
            </w:tcMar>
          </w:tcPr>
          <w:p w:rsidR="00D474C7" w:rsidRPr="00BE4305" w:rsidRDefault="00970439">
            <w:r w:rsidRPr="00BE4305">
              <w:t>- HS trình bày bài vẽ của mình.</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Trên lưới ô vuông, một cạnh ngang và một cạnh dọc chung đỉnh thường tạo thành một góc vuông.</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hoàn thiện hình vẽ.</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Bài 2. (Làm việc nhóm 4) Trong các hình sau, hình nào có nhiều góc vuông nhất?</w:t>
            </w:r>
          </w:p>
          <w:p w:rsidR="00D474C7" w:rsidRPr="00BE4305" w:rsidRDefault="00D474C7"/>
        </w:tc>
        <w:tc>
          <w:tcPr>
            <w:tcW w:w="5128" w:type="dxa"/>
            <w:shd w:val="clear" w:color="auto" w:fill="auto"/>
            <w:tcMar>
              <w:top w:w="40" w:type="dxa"/>
              <w:left w:w="60" w:type="dxa"/>
              <w:bottom w:w="40" w:type="dxa"/>
              <w:right w:w="60" w:type="dxa"/>
            </w:tcMar>
          </w:tcPr>
          <w:p w:rsidR="00D474C7" w:rsidRPr="00BE4305" w:rsidRDefault="00970439">
            <w:r w:rsidRPr="00BE4305">
              <w:t>- HS đọc yêu cầu bài 2.</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dùng ê ke kiểm tra từng hình A, B, C, D.</w:t>
            </w:r>
          </w:p>
        </w:tc>
        <w:tc>
          <w:tcPr>
            <w:tcW w:w="5128" w:type="dxa"/>
            <w:shd w:val="clear" w:color="auto" w:fill="auto"/>
            <w:tcMar>
              <w:top w:w="40" w:type="dxa"/>
              <w:left w:w="60" w:type="dxa"/>
              <w:bottom w:w="40" w:type="dxa"/>
              <w:right w:w="60" w:type="dxa"/>
            </w:tcMar>
          </w:tcPr>
          <w:p w:rsidR="00D474C7" w:rsidRPr="00BE4305" w:rsidRDefault="00970439">
            <w:r w:rsidRPr="00BE4305">
              <w:t>- HS làm việc nhóm 4, dùng ê ke kiểm tra các góc trong từng hình.</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Hình A có mấy góc vuông?</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A có 1 góc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Hình B, C, D có số góc vuông như thế nào?</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B có 4 góc vuông; hình C có 2 góc vuông; hình D không có góc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nhóm trình bày hình có nhiều góc vuông nhất.</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B có nhiều góc vuông nhất.</w:t>
            </w:r>
          </w:p>
        </w:tc>
      </w:tr>
      <w:tr w:rsidR="00BE4305" w:rsidRPr="00BE4305" w:rsidTr="00BE4305">
        <w:trPr>
          <w:jc w:val="center"/>
        </w:trPr>
        <w:tc>
          <w:tcPr>
            <w:tcW w:w="5128" w:type="dxa"/>
            <w:tcBorders>
              <w:bottom w:val="single" w:sz="4" w:space="0" w:color="auto"/>
            </w:tcBorders>
            <w:shd w:val="clear" w:color="auto" w:fill="auto"/>
            <w:tcMar>
              <w:top w:w="40" w:type="dxa"/>
              <w:left w:w="60" w:type="dxa"/>
              <w:bottom w:w="40" w:type="dxa"/>
              <w:right w:w="60" w:type="dxa"/>
            </w:tcMar>
          </w:tcPr>
          <w:p w:rsidR="00D474C7" w:rsidRPr="00BE4305" w:rsidRDefault="00970439">
            <w:r w:rsidRPr="00BE4305">
              <w:t>- GV kết luận: Hình có nhiều góc vuông nhất là hình B; khi so sánh phải kiểm tra từng góc bằng ê ke.</w:t>
            </w:r>
          </w:p>
        </w:tc>
        <w:tc>
          <w:tcPr>
            <w:tcW w:w="5128" w:type="dxa"/>
            <w:tcBorders>
              <w:bottom w:val="single" w:sz="4" w:space="0" w:color="auto"/>
            </w:tcBorders>
            <w:shd w:val="clear" w:color="auto" w:fill="auto"/>
            <w:tcMar>
              <w:top w:w="40" w:type="dxa"/>
              <w:left w:w="60" w:type="dxa"/>
              <w:bottom w:w="40" w:type="dxa"/>
              <w:right w:w="60" w:type="dxa"/>
            </w:tcMar>
          </w:tcPr>
          <w:p w:rsidR="00D474C7" w:rsidRPr="00BE4305" w:rsidRDefault="00970439">
            <w:r w:rsidRPr="00BE4305">
              <w:t>- HS ghi đáp án và sửa bài.</w:t>
            </w:r>
          </w:p>
        </w:tc>
      </w:tr>
      <w:tr w:rsidR="00BE4305" w:rsidRPr="00BE4305" w:rsidTr="00BE4305">
        <w:trPr>
          <w:jc w:val="center"/>
        </w:trPr>
        <w:tc>
          <w:tcPr>
            <w:tcW w:w="10256"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D474C7" w:rsidRPr="00BE4305" w:rsidRDefault="00970439">
            <w:r w:rsidRPr="00BE4305">
              <w:rPr>
                <w:b/>
              </w:rPr>
              <w:t>4. VẬN DỤNG (3 PHÚT):</w:t>
            </w:r>
          </w:p>
          <w:p w:rsidR="00D474C7" w:rsidRPr="00BE4305" w:rsidRDefault="00970439">
            <w:r w:rsidRPr="00BE4305">
              <w:rPr>
                <w:b/>
              </w:rPr>
              <w:t>- Mục tiêu:</w:t>
            </w:r>
          </w:p>
          <w:p w:rsidR="00D474C7" w:rsidRPr="00BE4305" w:rsidRDefault="00970439">
            <w:r w:rsidRPr="00BE4305">
              <w:rPr>
                <w:b/>
              </w:rPr>
              <w:t>+ Củng cố cách nhận biết góc vuông trong đời sống.</w:t>
            </w:r>
          </w:p>
          <w:p w:rsidR="00D474C7" w:rsidRPr="00BE4305" w:rsidRDefault="00970439">
            <w:r w:rsidRPr="00BE4305">
              <w:rPr>
                <w:b/>
              </w:rPr>
              <w:lastRenderedPageBreak/>
              <w:t>+ Biết dùng ê ke kiểm tra đồ vật quen thuộc.</w:t>
            </w:r>
          </w:p>
          <w:p w:rsidR="00D474C7" w:rsidRPr="00BE4305" w:rsidRDefault="00970439">
            <w:r w:rsidRPr="00BE4305">
              <w:rPr>
                <w:b/>
              </w:rPr>
              <w:t>* Cách tiến hành:</w:t>
            </w:r>
          </w:p>
        </w:tc>
      </w:tr>
      <w:tr w:rsidR="00BE4305" w:rsidRPr="00BE4305" w:rsidTr="00BE4305">
        <w:trPr>
          <w:jc w:val="center"/>
        </w:trPr>
        <w:tc>
          <w:tcPr>
            <w:tcW w:w="5128" w:type="dxa"/>
            <w:tcBorders>
              <w:top w:val="single" w:sz="4" w:space="0" w:color="auto"/>
            </w:tcBorders>
            <w:shd w:val="clear" w:color="auto" w:fill="auto"/>
            <w:tcMar>
              <w:top w:w="40" w:type="dxa"/>
              <w:left w:w="60" w:type="dxa"/>
              <w:bottom w:w="40" w:type="dxa"/>
              <w:right w:w="60" w:type="dxa"/>
            </w:tcMar>
          </w:tcPr>
          <w:p w:rsidR="00D474C7" w:rsidRPr="00BE4305" w:rsidRDefault="00970439">
            <w:r w:rsidRPr="00BE4305">
              <w:lastRenderedPageBreak/>
              <w:t>- GV yêu cầu HS tìm một đồ vật trong lớp có góc vuông.</w:t>
            </w:r>
          </w:p>
        </w:tc>
        <w:tc>
          <w:tcPr>
            <w:tcW w:w="5128" w:type="dxa"/>
            <w:tcBorders>
              <w:top w:val="single" w:sz="4" w:space="0" w:color="auto"/>
            </w:tcBorders>
            <w:shd w:val="clear" w:color="auto" w:fill="auto"/>
            <w:tcMar>
              <w:top w:w="40" w:type="dxa"/>
              <w:left w:w="60" w:type="dxa"/>
              <w:bottom w:w="40" w:type="dxa"/>
              <w:right w:w="60" w:type="dxa"/>
            </w:tcMar>
          </w:tcPr>
          <w:p w:rsidR="00D474C7" w:rsidRPr="00BE4305" w:rsidRDefault="00970439">
            <w:r w:rsidRPr="00BE4305">
              <w:t>- HS nêu: Góc bảng, góc bàn, góc quyển sách.</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HS dùng ê ke kiểm tra góc của một quyển vở.</w:t>
            </w:r>
          </w:p>
        </w:tc>
        <w:tc>
          <w:tcPr>
            <w:tcW w:w="5128" w:type="dxa"/>
            <w:shd w:val="clear" w:color="auto" w:fill="auto"/>
            <w:tcMar>
              <w:top w:w="40" w:type="dxa"/>
              <w:left w:w="60" w:type="dxa"/>
              <w:bottom w:w="40" w:type="dxa"/>
              <w:right w:w="60" w:type="dxa"/>
            </w:tcMar>
          </w:tcPr>
          <w:p w:rsidR="00D474C7" w:rsidRPr="00BE4305" w:rsidRDefault="00970439">
            <w:r w:rsidRPr="00BE4305">
              <w:t>- HS dùng ê ke kiểm tra và trả lời: Góc quyển vở là góc vuông.</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nhận xét và dặn HS về nhà quan sát thêm các góc vuông trong đồ vật.</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thực hiện.</w:t>
            </w:r>
          </w:p>
        </w:tc>
      </w:tr>
      <w:tr w:rsidR="00BE4305" w:rsidRPr="00BE4305" w:rsidTr="00BE4305">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Góc vuông xuất hiện nhiều trong cuộc sống; dùng ê ke giúp các em kiểm tra chính xác.</w:t>
            </w:r>
          </w:p>
        </w:tc>
        <w:tc>
          <w:tcPr>
            <w:tcW w:w="5128" w:type="dxa"/>
            <w:shd w:val="clear" w:color="auto" w:fill="auto"/>
            <w:tcMar>
              <w:top w:w="40" w:type="dxa"/>
              <w:left w:w="60" w:type="dxa"/>
              <w:bottom w:w="40" w:type="dxa"/>
              <w:right w:w="60" w:type="dxa"/>
            </w:tcMar>
          </w:tcPr>
          <w:p w:rsidR="00D474C7" w:rsidRPr="00BE4305" w:rsidRDefault="00970439">
            <w:r w:rsidRPr="00BE4305">
              <w:t>- HS ghi nhớ kiến thức bài học.</w:t>
            </w:r>
          </w:p>
        </w:tc>
      </w:tr>
    </w:tbl>
    <w:p w:rsidR="00D474C7" w:rsidRPr="00BE4305" w:rsidRDefault="00970439">
      <w:r w:rsidRPr="00BE4305">
        <w:rPr>
          <w:b/>
        </w:rPr>
        <w:t>IV. ĐIỀU CHỈNH SAU BÀI DẠY:</w:t>
      </w:r>
    </w:p>
    <w:p w:rsidR="00D474C7" w:rsidRPr="00BE4305" w:rsidRDefault="00970439">
      <w:r w:rsidRPr="00BE4305">
        <w:t>.......................................................................................................................................</w:t>
      </w:r>
    </w:p>
    <w:p w:rsidR="003F0590" w:rsidRDefault="003F0590" w:rsidP="003F0590">
      <w:pPr>
        <w:jc w:val="center"/>
        <w:rPr>
          <w:b/>
          <w:sz w:val="28"/>
        </w:rPr>
      </w:pPr>
    </w:p>
    <w:p w:rsidR="003F0590" w:rsidRDefault="003F0590" w:rsidP="003F0590">
      <w:pPr>
        <w:jc w:val="center"/>
        <w:rPr>
          <w:b/>
          <w:sz w:val="28"/>
        </w:rPr>
      </w:pPr>
    </w:p>
    <w:p w:rsidR="00D474C7" w:rsidRPr="00BE4305" w:rsidRDefault="00970439" w:rsidP="003F0590">
      <w:pPr>
        <w:jc w:val="center"/>
      </w:pPr>
      <w:r w:rsidRPr="00BE4305">
        <w:rPr>
          <w:b/>
          <w:sz w:val="28"/>
        </w:rPr>
        <w:t>KẾ HOẠCH BÀI DẠY MÔN TOÁN 3</w:t>
      </w:r>
    </w:p>
    <w:p w:rsidR="00D474C7" w:rsidRPr="00BE4305" w:rsidRDefault="00970439">
      <w:pPr>
        <w:jc w:val="center"/>
      </w:pPr>
      <w:r w:rsidRPr="00BE4305">
        <w:rPr>
          <w:b/>
        </w:rPr>
        <w:t>TUẦN 8</w:t>
      </w:r>
    </w:p>
    <w:p w:rsidR="00D474C7" w:rsidRPr="00BE4305" w:rsidRDefault="00970439">
      <w:pPr>
        <w:jc w:val="center"/>
      </w:pPr>
      <w:r w:rsidRPr="00BE4305">
        <w:rPr>
          <w:b/>
        </w:rPr>
        <w:t>CHỦ ĐỀ 3: LÀM QUEN VỚI HÌNH PHẲNG, HÌNH KHỐI</w:t>
      </w:r>
    </w:p>
    <w:p w:rsidR="00D474C7" w:rsidRPr="00BE4305" w:rsidRDefault="00970439">
      <w:pPr>
        <w:jc w:val="center"/>
      </w:pPr>
      <w:r w:rsidRPr="00BE4305">
        <w:rPr>
          <w:b/>
          <w:sz w:val="28"/>
        </w:rPr>
        <w:t>Bài 19: HÌNH TAM GIÁC, HÌNH TỨ GIÁC. HÌNH CHỮ NHẬT, HÌNH VUÔNG (T1)</w:t>
      </w:r>
    </w:p>
    <w:p w:rsidR="00D474C7" w:rsidRPr="00BE4305" w:rsidRDefault="00970439">
      <w:pPr>
        <w:jc w:val="center"/>
      </w:pPr>
      <w:r w:rsidRPr="00BE4305">
        <w:rPr>
          <w:b/>
        </w:rPr>
        <w:t>- Trang 56, 57</w:t>
      </w:r>
    </w:p>
    <w:p w:rsidR="00D474C7" w:rsidRPr="00BE4305" w:rsidRDefault="00970439">
      <w:r w:rsidRPr="00BE4305">
        <w:rPr>
          <w:b/>
        </w:rPr>
        <w:t>I. YÊU CẦU CẦN ĐẠT:</w:t>
      </w:r>
    </w:p>
    <w:p w:rsidR="00D474C7" w:rsidRPr="00BE4305" w:rsidRDefault="00970439">
      <w:r w:rsidRPr="00BE4305">
        <w:rPr>
          <w:b/>
        </w:rPr>
        <w:t>1. Năng lực đặc thù:</w:t>
      </w:r>
    </w:p>
    <w:p w:rsidR="00D474C7" w:rsidRPr="00BE4305" w:rsidRDefault="00970439">
      <w:r w:rsidRPr="00BE4305">
        <w:t>- Nhận biết được hình tam giác có 3 đỉnh, 3 cạnh, 3 góc; hình tứ giác có 4 đỉnh, 4 cạnh, 4 góc.</w:t>
      </w:r>
    </w:p>
    <w:p w:rsidR="00D474C7" w:rsidRPr="00BE4305" w:rsidRDefault="00970439">
      <w:r w:rsidRPr="00BE4305">
        <w:t>- Nêu được tên đỉnh, tên cạnh của hình tam giác, hình tứ giác trong hình vẽ.</w:t>
      </w:r>
    </w:p>
    <w:p w:rsidR="00D474C7" w:rsidRPr="00BE4305" w:rsidRDefault="00970439">
      <w:r w:rsidRPr="00BE4305">
        <w:t>- Nhận dạng được các hình tam giác, hình tứ giác và giải quyết tình huống cắt hình theo đoạn thẳng.</w:t>
      </w:r>
    </w:p>
    <w:p w:rsidR="00D474C7" w:rsidRPr="00BE4305" w:rsidRDefault="00970439">
      <w:r w:rsidRPr="00BE4305">
        <w:rPr>
          <w:b/>
        </w:rPr>
        <w:t>2. Năng lực chung:</w:t>
      </w:r>
    </w:p>
    <w:p w:rsidR="00D474C7" w:rsidRPr="00BE4305" w:rsidRDefault="00970439">
      <w:r w:rsidRPr="00BE4305">
        <w:t>- Tự chủ, tự học: Tự quan sát hình, đọc tên đỉnh, cạnh và kiểm tra kết quả.</w:t>
      </w:r>
    </w:p>
    <w:p w:rsidR="00D474C7" w:rsidRPr="00BE4305" w:rsidRDefault="00970439">
      <w:r w:rsidRPr="00BE4305">
        <w:t>- Giao tiếp và hợp tác: Thảo luận với bạn về cách nhận biết hình tam giác, hình tứ giác.</w:t>
      </w:r>
    </w:p>
    <w:p w:rsidR="00D474C7" w:rsidRPr="00BE4305" w:rsidRDefault="00970439">
      <w:r w:rsidRPr="00BE4305">
        <w:t>- Giải quyết vấn đề và sáng tạo: Biết sử dụng đặc điểm số cạnh, số đỉnh để phân loại hình và phản biện kết quả.</w:t>
      </w:r>
    </w:p>
    <w:p w:rsidR="00D474C7" w:rsidRPr="00BE4305" w:rsidRDefault="00970439">
      <w:r w:rsidRPr="00BE4305">
        <w:rPr>
          <w:b/>
        </w:rPr>
        <w:t>3. Phẩm chất:</w:t>
      </w:r>
    </w:p>
    <w:p w:rsidR="00D474C7" w:rsidRPr="00BE4305" w:rsidRDefault="00970439">
      <w:r w:rsidRPr="00BE4305">
        <w:t>- Chăm chỉ: Tích cực quan sát, luyện tập đọc tên hình, tên đỉnh, tên cạnh.</w:t>
      </w:r>
    </w:p>
    <w:p w:rsidR="00D474C7" w:rsidRPr="00BE4305" w:rsidRDefault="00970439">
      <w:r w:rsidRPr="00BE4305">
        <w:t>- Trách nhiệm: Cẩn thận khi ghi kí hiệu hình và nhận xét bài làm của bạn.</w:t>
      </w:r>
    </w:p>
    <w:p w:rsidR="00D474C7" w:rsidRPr="00BE4305" w:rsidRDefault="00970439">
      <w:r w:rsidRPr="00BE4305">
        <w:t>- Trung thực: Nêu đúng kết quả quan sát, biết sửa lỗi khi đọc sai tên cạnh hoặc đỉnh.</w:t>
      </w:r>
    </w:p>
    <w:p w:rsidR="00D474C7" w:rsidRPr="00BE4305" w:rsidRDefault="00970439">
      <w:r w:rsidRPr="00BE4305">
        <w:rPr>
          <w:b/>
        </w:rPr>
        <w:t>4. Tích hợp:</w:t>
      </w:r>
    </w:p>
    <w:p w:rsidR="00D474C7" w:rsidRPr="00BE4305" w:rsidRDefault="00970439">
      <w:r w:rsidRPr="00BE4305">
        <w:t>- Tích hợp AI (Khung 3439) - 3.A3.1: Hiểu AI nhận diện hình học dựa trên đặc trưng số cạnh, góc và có thể sai sót. Gợi ý hoạt động: Dùng công cụ vẽ hình, cho AI đoán tên hình và HS kiểm chứng, phản biện kết quả của máy.</w:t>
      </w:r>
    </w:p>
    <w:p w:rsidR="00D474C7" w:rsidRPr="00BE4305" w:rsidRDefault="00970439">
      <w:r w:rsidRPr="00BE4305">
        <w:rPr>
          <w:b/>
        </w:rPr>
        <w:t>II. ĐỒ DÙNG DẠY HỌC:</w:t>
      </w:r>
    </w:p>
    <w:p w:rsidR="00D474C7" w:rsidRPr="00BE4305" w:rsidRDefault="00970439">
      <w:r w:rsidRPr="00BE4305">
        <w:t>- Kế hoạch bài dạy, bài giảng PowerPoint.</w:t>
      </w:r>
    </w:p>
    <w:p w:rsidR="00D474C7" w:rsidRPr="00BE4305" w:rsidRDefault="00970439">
      <w:r w:rsidRPr="00BE4305">
        <w:t>- SGK Toán 3, bảng con, phiếu học tập, bút dạ, thước kẻ, ê ke, compa hoặc đồ dùng vẽ hình.</w:t>
      </w:r>
    </w:p>
    <w:p w:rsidR="00D474C7" w:rsidRPr="00BE4305" w:rsidRDefault="00970439">
      <w:r w:rsidRPr="00BE4305">
        <w:t>- Máy tính, máy chiếu/bảng tương tác; học liệu số theo nội dung tiết học.</w:t>
      </w:r>
    </w:p>
    <w:p w:rsidR="00D474C7" w:rsidRPr="00BE4305" w:rsidRDefault="00970439">
      <w:r w:rsidRPr="00BE4305">
        <w:lastRenderedPageBreak/>
        <w:t>- PowerPoint hoặc công cụ vẽ hình đơn giản; hình tam giác, hình tứ giác được phóng to để phân loại.</w:t>
      </w:r>
    </w:p>
    <w:p w:rsidR="00D474C7" w:rsidRPr="00BE4305" w:rsidRDefault="00970439">
      <w:r w:rsidRPr="00BE4305">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128"/>
        <w:gridCol w:w="5128"/>
      </w:tblGrid>
      <w:tr w:rsidR="003F0590" w:rsidRPr="003F0590" w:rsidTr="003F0590">
        <w:trPr>
          <w:jc w:val="center"/>
        </w:trPr>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3F0590" w:rsidRDefault="00970439">
            <w:pPr>
              <w:jc w:val="center"/>
            </w:pPr>
            <w:r w:rsidRPr="003F0590">
              <w:rPr>
                <w:b/>
              </w:rPr>
              <w:t>Hoạt động của giáo viên</w:t>
            </w:r>
          </w:p>
        </w:tc>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3F0590" w:rsidRDefault="00970439">
            <w:pPr>
              <w:jc w:val="center"/>
            </w:pPr>
            <w:r w:rsidRPr="003F0590">
              <w:rPr>
                <w:b/>
              </w:rPr>
              <w:t>Hoạt động của học sinh</w:t>
            </w:r>
          </w:p>
        </w:tc>
      </w:tr>
      <w:tr w:rsidR="003F0590" w:rsidRPr="003F0590" w:rsidTr="003F0590">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3F0590" w:rsidRDefault="00970439">
            <w:r w:rsidRPr="003F0590">
              <w:rPr>
                <w:b/>
              </w:rPr>
              <w:t>1. KHỞI ĐỘNG (5 PHÚT):</w:t>
            </w:r>
          </w:p>
          <w:p w:rsidR="00D474C7" w:rsidRPr="003F0590" w:rsidRDefault="00970439">
            <w:r w:rsidRPr="003F0590">
              <w:rPr>
                <w:b/>
              </w:rPr>
              <w:t>- Mục tiêu:</w:t>
            </w:r>
          </w:p>
          <w:p w:rsidR="00D474C7" w:rsidRPr="003F0590" w:rsidRDefault="00970439">
            <w:r w:rsidRPr="003F0590">
              <w:rPr>
                <w:b/>
              </w:rPr>
              <w:t>+ Ôn lại một số hình phẳng đã học và tạo tình huống vào bài.</w:t>
            </w:r>
          </w:p>
          <w:p w:rsidR="00D474C7" w:rsidRPr="003F0590" w:rsidRDefault="00970439">
            <w:r w:rsidRPr="003F0590">
              <w:rPr>
                <w:b/>
              </w:rPr>
              <w:t>+ Nêu được tên một số hình quen thuộc trong thực tế.</w:t>
            </w:r>
          </w:p>
          <w:p w:rsidR="00D474C7" w:rsidRPr="003F0590" w:rsidRDefault="00970439">
            <w:r w:rsidRPr="003F0590">
              <w:rPr>
                <w:b/>
              </w:rPr>
              <w:t>* Cách tiến hành:</w:t>
            </w:r>
          </w:p>
        </w:tc>
      </w:tr>
      <w:tr w:rsidR="003F0590" w:rsidRPr="003F0590" w:rsidTr="003F0590">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3F0590" w:rsidRDefault="00970439">
            <w:r w:rsidRPr="003F0590">
              <w:t>- GV tổ chức trò chơi “Nhìn nhanh gọi tên hình”.</w:t>
            </w:r>
          </w:p>
        </w:tc>
        <w:tc>
          <w:tcPr>
            <w:tcW w:w="5128" w:type="dxa"/>
            <w:tcBorders>
              <w:top w:val="single" w:sz="6" w:space="0" w:color="000000"/>
            </w:tcBorders>
            <w:shd w:val="clear" w:color="auto" w:fill="auto"/>
            <w:tcMar>
              <w:top w:w="40" w:type="dxa"/>
              <w:left w:w="60" w:type="dxa"/>
              <w:bottom w:w="40" w:type="dxa"/>
              <w:right w:w="60" w:type="dxa"/>
            </w:tcMar>
          </w:tcPr>
          <w:p w:rsidR="00D474C7" w:rsidRPr="003F0590" w:rsidRDefault="00970439">
            <w:r w:rsidRPr="003F0590">
              <w:t>- HS tham gia trò chơi.</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chiếu một số hình đơn giản và yêu cầu HS gọi tên hình đã biết.</w:t>
            </w:r>
          </w:p>
        </w:tc>
        <w:tc>
          <w:tcPr>
            <w:tcW w:w="5128" w:type="dxa"/>
            <w:shd w:val="clear" w:color="auto" w:fill="auto"/>
            <w:tcMar>
              <w:top w:w="40" w:type="dxa"/>
              <w:left w:w="60" w:type="dxa"/>
              <w:bottom w:w="40" w:type="dxa"/>
              <w:right w:w="60" w:type="dxa"/>
            </w:tcMar>
          </w:tcPr>
          <w:p w:rsidR="00D474C7" w:rsidRPr="003F0590" w:rsidRDefault="00970439">
            <w:r w:rsidRPr="003F0590">
              <w:t>- HS gọi tên: hình tam giác, hình tứ giác, hình chữ nhật, hình vuông.</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hỏi: Em dựa vào đâu để nhận ra hình tam giác?</w:t>
            </w:r>
          </w:p>
        </w:tc>
        <w:tc>
          <w:tcPr>
            <w:tcW w:w="5128" w:type="dxa"/>
            <w:shd w:val="clear" w:color="auto" w:fill="auto"/>
            <w:tcMar>
              <w:top w:w="40" w:type="dxa"/>
              <w:left w:w="60" w:type="dxa"/>
              <w:bottom w:w="40" w:type="dxa"/>
              <w:right w:w="60" w:type="dxa"/>
            </w:tcMar>
          </w:tcPr>
          <w:p w:rsidR="00D474C7" w:rsidRPr="003F0590" w:rsidRDefault="00970439">
            <w:r w:rsidRPr="003F0590">
              <w:t>- HS trả lời: Em dựa vào số cạnh và số đỉnh của hình.</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nhận xét, dẫn dắt vào bài học mới.</w:t>
            </w:r>
          </w:p>
        </w:tc>
        <w:tc>
          <w:tcPr>
            <w:tcW w:w="5128" w:type="dxa"/>
            <w:shd w:val="clear" w:color="auto" w:fill="auto"/>
            <w:tcMar>
              <w:top w:w="40" w:type="dxa"/>
              <w:left w:w="60" w:type="dxa"/>
              <w:bottom w:w="40" w:type="dxa"/>
              <w:right w:w="60" w:type="dxa"/>
            </w:tcMar>
          </w:tcPr>
          <w:p w:rsidR="00D474C7" w:rsidRPr="003F0590" w:rsidRDefault="00970439">
            <w:r w:rsidRPr="003F0590">
              <w:t>- HS lắng nghe và ghi tên bài.</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kết luận: Muốn nhận biết hình chính xác, ta cần quan sát số đỉnh, số cạnh và số góc của hình.</w:t>
            </w:r>
          </w:p>
        </w:tc>
        <w:tc>
          <w:tcPr>
            <w:tcW w:w="5128" w:type="dxa"/>
            <w:shd w:val="clear" w:color="auto" w:fill="auto"/>
            <w:tcMar>
              <w:top w:w="40" w:type="dxa"/>
              <w:left w:w="60" w:type="dxa"/>
              <w:bottom w:w="40" w:type="dxa"/>
              <w:right w:w="60" w:type="dxa"/>
            </w:tcMar>
          </w:tcPr>
          <w:p w:rsidR="00D474C7" w:rsidRPr="003F0590" w:rsidRDefault="00970439">
            <w:r w:rsidRPr="003F0590">
              <w:t>- HS ghi nhớ nhiệm vụ học tập.</w:t>
            </w:r>
          </w:p>
        </w:tc>
      </w:tr>
      <w:tr w:rsidR="003F0590" w:rsidRPr="003F0590" w:rsidTr="003F0590">
        <w:trPr>
          <w:jc w:val="center"/>
        </w:trPr>
        <w:tc>
          <w:tcPr>
            <w:tcW w:w="10256" w:type="dxa"/>
            <w:gridSpan w:val="2"/>
            <w:shd w:val="clear" w:color="auto" w:fill="auto"/>
            <w:tcMar>
              <w:top w:w="40" w:type="dxa"/>
              <w:left w:w="60" w:type="dxa"/>
              <w:bottom w:w="40" w:type="dxa"/>
              <w:right w:w="60" w:type="dxa"/>
            </w:tcMar>
          </w:tcPr>
          <w:p w:rsidR="00D474C7" w:rsidRPr="003F0590" w:rsidRDefault="00970439">
            <w:r w:rsidRPr="003F0590">
              <w:rPr>
                <w:b/>
              </w:rPr>
              <w:t>2. KHÁM PHÁ (10 PHÚT):</w:t>
            </w:r>
          </w:p>
          <w:p w:rsidR="00D474C7" w:rsidRPr="003F0590" w:rsidRDefault="00970439">
            <w:r w:rsidRPr="003F0590">
              <w:rPr>
                <w:b/>
              </w:rPr>
              <w:t>- Mục tiêu:</w:t>
            </w:r>
          </w:p>
          <w:p w:rsidR="00D474C7" w:rsidRPr="003F0590" w:rsidRDefault="00970439">
            <w:r w:rsidRPr="003F0590">
              <w:rPr>
                <w:b/>
              </w:rPr>
              <w:t>+ Nhận biết đặc điểm của hình tam giác, hình tứ giác.</w:t>
            </w:r>
          </w:p>
          <w:p w:rsidR="00D474C7" w:rsidRPr="003F0590" w:rsidRDefault="00970439">
            <w:r w:rsidRPr="003F0590">
              <w:rPr>
                <w:b/>
              </w:rPr>
              <w:t>+ Nêu được số đỉnh, số cạnh, số góc của mỗi hình.</w:t>
            </w:r>
          </w:p>
          <w:p w:rsidR="00D474C7" w:rsidRPr="003F0590" w:rsidRDefault="00970439">
            <w:r w:rsidRPr="003F0590">
              <w:rPr>
                <w:b/>
              </w:rPr>
              <w:t>* Cách tiến hành:</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rPr>
                <w:b/>
              </w:rPr>
              <w:t>Khám phá. (Làm việc cả lớp) Hình tam giác, hình tứ giác.</w:t>
            </w:r>
          </w:p>
        </w:tc>
        <w:tc>
          <w:tcPr>
            <w:tcW w:w="5128" w:type="dxa"/>
            <w:shd w:val="clear" w:color="auto" w:fill="auto"/>
            <w:tcMar>
              <w:top w:w="40" w:type="dxa"/>
              <w:left w:w="60" w:type="dxa"/>
              <w:bottom w:w="40" w:type="dxa"/>
              <w:right w:w="60" w:type="dxa"/>
            </w:tcMar>
          </w:tcPr>
          <w:p w:rsidR="00D474C7" w:rsidRPr="003F0590" w:rsidRDefault="00970439">
            <w:r w:rsidRPr="003F0590">
              <w:t>- HS quan sát hình trong SGK.</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quan sát hình tam giác ABC và hỏi: Hình tam giác ABC có mấy đỉnh?</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tam giác ABC có 3 đỉnh là A, B, 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hỏi: Hình tam giác ABC có những cạnh nào?</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tam giác ABC có 3 cạnh là AB, BC, CA.</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nêu số góc của hình tam giác.</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tam giác có 3 góc là góc đỉnh A, góc đỉnh B, góc đỉnh 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quan sát hình tứ giác MNPQ và nêu số đỉnh, cạnh, góc.</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tứ giác MNPQ có 4 đỉnh, 4 cạnh và 4 góc.</w:t>
            </w:r>
          </w:p>
        </w:tc>
      </w:tr>
      <w:tr w:rsidR="003F0590" w:rsidRPr="003F0590" w:rsidTr="003F0590">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3F0590" w:rsidRDefault="00970439">
            <w:r w:rsidRPr="003F0590">
              <w:t>- GV kết luận: Hình tam giác có 3 đỉnh, 3 cạnh, 3 góc; hình tứ giác có 4 đỉnh, 4 cạnh, 4 góc.</w:t>
            </w:r>
          </w:p>
        </w:tc>
        <w:tc>
          <w:tcPr>
            <w:tcW w:w="5128" w:type="dxa"/>
            <w:tcBorders>
              <w:bottom w:val="single" w:sz="6" w:space="0" w:color="000000"/>
            </w:tcBorders>
            <w:shd w:val="clear" w:color="auto" w:fill="auto"/>
            <w:tcMar>
              <w:top w:w="40" w:type="dxa"/>
              <w:left w:w="60" w:type="dxa"/>
              <w:bottom w:w="40" w:type="dxa"/>
              <w:right w:w="60" w:type="dxa"/>
            </w:tcMar>
          </w:tcPr>
          <w:p w:rsidR="00D474C7" w:rsidRPr="003F0590" w:rsidRDefault="00970439">
            <w:r w:rsidRPr="003F0590">
              <w:t>- HS nhắc lại kết luận.</w:t>
            </w:r>
          </w:p>
        </w:tc>
      </w:tr>
      <w:tr w:rsidR="003F0590" w:rsidRPr="003F0590" w:rsidTr="003F0590">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3F0590" w:rsidRDefault="00970439">
            <w:r w:rsidRPr="003F0590">
              <w:rPr>
                <w:b/>
              </w:rPr>
              <w:t>3. HOẠT ĐỘNG - LUYỆN TẬP (17 PHÚT):</w:t>
            </w:r>
          </w:p>
          <w:p w:rsidR="00D474C7" w:rsidRPr="003F0590" w:rsidRDefault="00970439">
            <w:r w:rsidRPr="003F0590">
              <w:rPr>
                <w:b/>
              </w:rPr>
              <w:t>- Mục tiêu:</w:t>
            </w:r>
          </w:p>
          <w:p w:rsidR="00D474C7" w:rsidRPr="003F0590" w:rsidRDefault="00970439">
            <w:r w:rsidRPr="003F0590">
              <w:rPr>
                <w:b/>
              </w:rPr>
              <w:t>+ Nêu được tên đỉnh và cạnh của hình tam giác, hình tứ giác.</w:t>
            </w:r>
          </w:p>
          <w:p w:rsidR="00D474C7" w:rsidRPr="003F0590" w:rsidRDefault="00970439">
            <w:r w:rsidRPr="003F0590">
              <w:rPr>
                <w:b/>
              </w:rPr>
              <w:t>+ Nhận biết được các hình tam giác, hình tứ giác trong hình ghép.</w:t>
            </w:r>
          </w:p>
          <w:p w:rsidR="00D474C7" w:rsidRPr="003F0590" w:rsidRDefault="00970439">
            <w:r w:rsidRPr="003F0590">
              <w:rPr>
                <w:b/>
              </w:rPr>
              <w:t>+ Biết dùng đặc điểm hình để kiểm chứng kết quả nhận dạng của công cụ số.</w:t>
            </w:r>
          </w:p>
          <w:p w:rsidR="00D474C7" w:rsidRPr="003F0590" w:rsidRDefault="00970439">
            <w:r w:rsidRPr="003F0590">
              <w:rPr>
                <w:b/>
              </w:rPr>
              <w:t xml:space="preserve">Mục tiêu tích hợp: AI 3.A3.1 - HS hiểu AI có thể dựa vào số cạnh, số góc để nhận diện hình nhưng vẫn cần con người kiểm chứng vì hình mờ, méo hoặc bị che khuất có thể làm máy </w:t>
            </w:r>
            <w:r w:rsidRPr="003F0590">
              <w:rPr>
                <w:b/>
              </w:rPr>
              <w:lastRenderedPageBreak/>
              <w:t>đoán sai.</w:t>
            </w:r>
          </w:p>
          <w:p w:rsidR="00D474C7" w:rsidRPr="003F0590" w:rsidRDefault="00970439">
            <w:r w:rsidRPr="003F0590">
              <w:rPr>
                <w:b/>
              </w:rPr>
              <w:t>* Cách tiến hành:</w:t>
            </w:r>
          </w:p>
        </w:tc>
      </w:tr>
      <w:tr w:rsidR="003F0590" w:rsidRPr="003F0590" w:rsidTr="003F0590">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3F0590" w:rsidRDefault="00970439">
            <w:r w:rsidRPr="003F0590">
              <w:rPr>
                <w:b/>
              </w:rPr>
              <w:lastRenderedPageBreak/>
              <w:t>Bài 1. (Làm việc cá nhân) Nêu tên các đỉnh và các cạnh của mỗi hình.</w:t>
            </w:r>
          </w:p>
        </w:tc>
        <w:tc>
          <w:tcPr>
            <w:tcW w:w="5128" w:type="dxa"/>
            <w:tcBorders>
              <w:top w:val="single" w:sz="6" w:space="0" w:color="000000"/>
            </w:tcBorders>
            <w:shd w:val="clear" w:color="auto" w:fill="auto"/>
            <w:tcMar>
              <w:top w:w="40" w:type="dxa"/>
              <w:left w:w="60" w:type="dxa"/>
              <w:bottom w:w="40" w:type="dxa"/>
              <w:right w:w="60" w:type="dxa"/>
            </w:tcMar>
          </w:tcPr>
          <w:p w:rsidR="00D474C7" w:rsidRPr="003F0590" w:rsidRDefault="00970439">
            <w:r w:rsidRPr="003F0590">
              <w:t>- HS đọc yêu cầu bài 1.</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Tích hợp AI 3.A3.1: GV mở công cụ vẽ hình/PowerPoint, phóng to hình tam giác DEG và hình tứ giác ABCD, đặt câu hỏi dẫn: Nếu cho công cụ nhận diện hình đoán tên hình, máy cần dựa vào đặc điểm nào?</w:t>
            </w:r>
          </w:p>
        </w:tc>
        <w:tc>
          <w:tcPr>
            <w:tcW w:w="5128" w:type="dxa"/>
            <w:shd w:val="clear" w:color="auto" w:fill="auto"/>
            <w:tcMar>
              <w:top w:w="40" w:type="dxa"/>
              <w:left w:w="60" w:type="dxa"/>
              <w:bottom w:w="40" w:type="dxa"/>
              <w:right w:w="60" w:type="dxa"/>
            </w:tcMar>
          </w:tcPr>
          <w:p w:rsidR="00D474C7" w:rsidRPr="003F0590" w:rsidRDefault="00970439">
            <w:r w:rsidRPr="003F0590">
              <w:t>- HS trả lời: Máy cần dựa vào số cạnh, số đỉnh, số góc của hình.</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diễn giải tích hợp: AI hoặc công cụ nhận diện hình có thể hỗ trợ phân loại hình, nhưng nếu hình bị nghiêng, thiếu nét hoặc chữ tên đỉnh bị che, máy có thể nhầm. Khi học Toán, các em phải tự kiểm chứng bằng cách đếm số đỉnh, số cạnh và đọc đúng tên các cạnh của hình.</w:t>
            </w:r>
          </w:p>
        </w:tc>
        <w:tc>
          <w:tcPr>
            <w:tcW w:w="5128" w:type="dxa"/>
            <w:shd w:val="clear" w:color="auto" w:fill="auto"/>
            <w:tcMar>
              <w:top w:w="40" w:type="dxa"/>
              <w:left w:w="60" w:type="dxa"/>
              <w:bottom w:w="40" w:type="dxa"/>
              <w:right w:w="60" w:type="dxa"/>
            </w:tcMar>
          </w:tcPr>
          <w:p w:rsidR="00D474C7" w:rsidRPr="003F0590" w:rsidRDefault="00970439">
            <w:r w:rsidRPr="003F0590">
              <w:t>- HS lắng nghe và nêu lại cách kiểm chứng: đếm số đỉnh, số cạnh, đọc tên cạnh theo hai đầu mút.</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nêu các đỉnh và cạnh của hình tam giác DEG.</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tam giác DEG có các đỉnh D, E, G; các cạnh DE, EG, GD.</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nêu các đỉnh và cạnh của hình tứ giác ABCD.</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tứ giác ABCD có các đỉnh A, B, C, D; các cạnh AB, BC, CD, DA.</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nhận xét cách đọc tên cạnh theo thứ tự các điểm liền nhau.</w:t>
            </w:r>
          </w:p>
        </w:tc>
        <w:tc>
          <w:tcPr>
            <w:tcW w:w="5128" w:type="dxa"/>
            <w:shd w:val="clear" w:color="auto" w:fill="auto"/>
            <w:tcMar>
              <w:top w:w="40" w:type="dxa"/>
              <w:left w:w="60" w:type="dxa"/>
              <w:bottom w:w="40" w:type="dxa"/>
              <w:right w:w="60" w:type="dxa"/>
            </w:tcMar>
          </w:tcPr>
          <w:p w:rsidR="00D474C7" w:rsidRPr="003F0590" w:rsidRDefault="00970439">
            <w:r w:rsidRPr="003F0590">
              <w:t>- HS lắng nghe và sửa bài.</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kết luận: Khi nêu tên cạnh của hình, cần đọc theo hai đỉnh ở hai đầu cạnh và nêu đủ các cạnh của hình.</w:t>
            </w:r>
          </w:p>
        </w:tc>
        <w:tc>
          <w:tcPr>
            <w:tcW w:w="5128" w:type="dxa"/>
            <w:shd w:val="clear" w:color="auto" w:fill="auto"/>
            <w:tcMar>
              <w:top w:w="40" w:type="dxa"/>
              <w:left w:w="60" w:type="dxa"/>
              <w:bottom w:w="40" w:type="dxa"/>
              <w:right w:w="60" w:type="dxa"/>
            </w:tcMar>
          </w:tcPr>
          <w:p w:rsidR="00D474C7" w:rsidRPr="003F0590" w:rsidRDefault="00970439">
            <w:r w:rsidRPr="003F0590">
              <w:t>- HS ghi nhớ cách nêu tên đỉnh, cạnh.</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rPr>
                <w:b/>
              </w:rPr>
              <w:t>Bài 2. (Làm việc nhóm 2) Nêu tên các hình tam giác và các hình tứ giác có trong hình.</w:t>
            </w:r>
          </w:p>
        </w:tc>
        <w:tc>
          <w:tcPr>
            <w:tcW w:w="5128" w:type="dxa"/>
            <w:shd w:val="clear" w:color="auto" w:fill="auto"/>
            <w:tcMar>
              <w:top w:w="40" w:type="dxa"/>
              <w:left w:w="60" w:type="dxa"/>
              <w:bottom w:w="40" w:type="dxa"/>
              <w:right w:w="60" w:type="dxa"/>
            </w:tcMar>
          </w:tcPr>
          <w:p w:rsidR="00D474C7" w:rsidRPr="003F0590" w:rsidRDefault="00970439">
            <w:r w:rsidRPr="003F0590">
              <w:t>- HS đọc yêu cầu bài 2.</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quan sát hình và chỉ các hình tam giác.</w:t>
            </w:r>
          </w:p>
        </w:tc>
        <w:tc>
          <w:tcPr>
            <w:tcW w:w="5128" w:type="dxa"/>
            <w:shd w:val="clear" w:color="auto" w:fill="auto"/>
            <w:tcMar>
              <w:top w:w="40" w:type="dxa"/>
              <w:left w:w="60" w:type="dxa"/>
              <w:bottom w:w="40" w:type="dxa"/>
              <w:right w:w="60" w:type="dxa"/>
            </w:tcMar>
          </w:tcPr>
          <w:p w:rsidR="00D474C7" w:rsidRPr="003F0590" w:rsidRDefault="00970439">
            <w:r w:rsidRPr="003F0590">
              <w:t>- HS trả lời: Các hình tam giác là ADC và ABC.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quan sát và nêu các hình tứ giác.</w:t>
            </w:r>
          </w:p>
        </w:tc>
        <w:tc>
          <w:tcPr>
            <w:tcW w:w="5128" w:type="dxa"/>
            <w:shd w:val="clear" w:color="auto" w:fill="auto"/>
            <w:tcMar>
              <w:top w:w="40" w:type="dxa"/>
              <w:left w:w="60" w:type="dxa"/>
              <w:bottom w:w="40" w:type="dxa"/>
              <w:right w:w="60" w:type="dxa"/>
            </w:tcMar>
          </w:tcPr>
          <w:p w:rsidR="00D474C7" w:rsidRPr="003F0590" w:rsidRDefault="00970439">
            <w:r w:rsidRPr="003F0590">
              <w:t>- HS trả lời: Các hình tứ giác là ABCD, ABED, ABCE.</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hỏi: Vì sao ABC là hình tam giác?</w:t>
            </w:r>
          </w:p>
        </w:tc>
        <w:tc>
          <w:tcPr>
            <w:tcW w:w="5128" w:type="dxa"/>
            <w:shd w:val="clear" w:color="auto" w:fill="auto"/>
            <w:tcMar>
              <w:top w:w="40" w:type="dxa"/>
              <w:left w:w="60" w:type="dxa"/>
              <w:bottom w:w="40" w:type="dxa"/>
              <w:right w:w="60" w:type="dxa"/>
            </w:tcMar>
          </w:tcPr>
          <w:p w:rsidR="00D474C7" w:rsidRPr="003F0590" w:rsidRDefault="00970439">
            <w:r w:rsidRPr="003F0590">
              <w:t>- HS trả lời: Vì ABC có 3 đỉnh, 3 cạnh và 3 góc.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mời nhóm khác nhận xét, bổ sung.</w:t>
            </w:r>
          </w:p>
        </w:tc>
        <w:tc>
          <w:tcPr>
            <w:tcW w:w="5128" w:type="dxa"/>
            <w:shd w:val="clear" w:color="auto" w:fill="auto"/>
            <w:tcMar>
              <w:top w:w="40" w:type="dxa"/>
              <w:left w:w="60" w:type="dxa"/>
              <w:bottom w:w="40" w:type="dxa"/>
              <w:right w:w="60" w:type="dxa"/>
            </w:tcMar>
          </w:tcPr>
          <w:p w:rsidR="00D474C7" w:rsidRPr="003F0590" w:rsidRDefault="00970439">
            <w:r w:rsidRPr="003F0590">
              <w:t>- HS nhận xét, bổ sung nếu cần.</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kết luận: Trong hình ghép, một hình có thể nằm bên trong hình lớn hơn; cần quan sát kĩ các đoạn thẳng để nêu đủ hình.</w:t>
            </w:r>
          </w:p>
        </w:tc>
        <w:tc>
          <w:tcPr>
            <w:tcW w:w="5128" w:type="dxa"/>
            <w:shd w:val="clear" w:color="auto" w:fill="auto"/>
            <w:tcMar>
              <w:top w:w="40" w:type="dxa"/>
              <w:left w:w="60" w:type="dxa"/>
              <w:bottom w:w="40" w:type="dxa"/>
              <w:right w:w="60" w:type="dxa"/>
            </w:tcMar>
          </w:tcPr>
          <w:p w:rsidR="00D474C7" w:rsidRPr="003F0590" w:rsidRDefault="00970439">
            <w:r w:rsidRPr="003F0590">
              <w:t>- HS lắng nghe và hoàn thiện bài.</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rPr>
                <w:b/>
              </w:rPr>
              <w:t>Bài 3. (Làm việc nhóm 4) Qua hai điểm đã đánh dấu, Mai có thể cắt tờ giấy theo đoạn thẳng nào?</w:t>
            </w:r>
          </w:p>
          <w:p w:rsidR="00D474C7" w:rsidRPr="003F0590" w:rsidRDefault="00D474C7"/>
        </w:tc>
        <w:tc>
          <w:tcPr>
            <w:tcW w:w="5128" w:type="dxa"/>
            <w:shd w:val="clear" w:color="auto" w:fill="auto"/>
            <w:tcMar>
              <w:top w:w="40" w:type="dxa"/>
              <w:left w:w="60" w:type="dxa"/>
              <w:bottom w:w="40" w:type="dxa"/>
              <w:right w:w="60" w:type="dxa"/>
            </w:tcMar>
          </w:tcPr>
          <w:p w:rsidR="00D474C7" w:rsidRPr="003F0590" w:rsidRDefault="00970439">
            <w:r w:rsidRPr="003F0590">
              <w:t>- HS đọc yêu cầu bài 3.</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xml:space="preserve">- GV yêu cầu HS quan sát tờ giấy ABCD và </w:t>
            </w:r>
            <w:r w:rsidRPr="003F0590">
              <w:lastRenderedPageBreak/>
              <w:t>các điểm M, N.</w:t>
            </w:r>
          </w:p>
        </w:tc>
        <w:tc>
          <w:tcPr>
            <w:tcW w:w="5128" w:type="dxa"/>
            <w:shd w:val="clear" w:color="auto" w:fill="auto"/>
            <w:tcMar>
              <w:top w:w="40" w:type="dxa"/>
              <w:left w:w="60" w:type="dxa"/>
              <w:bottom w:w="40" w:type="dxa"/>
              <w:right w:w="60" w:type="dxa"/>
            </w:tcMar>
          </w:tcPr>
          <w:p w:rsidR="00D474C7" w:rsidRPr="003F0590" w:rsidRDefault="00970439">
            <w:r w:rsidRPr="003F0590">
              <w:lastRenderedPageBreak/>
              <w:t>- HS quan sát hình trong SGK.</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lastRenderedPageBreak/>
              <w:t>- GV hỏi: Nếu cắt theo đoạn MN thì tờ giấy được chia thành những hình nào?</w:t>
            </w:r>
          </w:p>
        </w:tc>
        <w:tc>
          <w:tcPr>
            <w:tcW w:w="5128" w:type="dxa"/>
            <w:shd w:val="clear" w:color="auto" w:fill="auto"/>
            <w:tcMar>
              <w:top w:w="40" w:type="dxa"/>
              <w:left w:w="60" w:type="dxa"/>
              <w:bottom w:w="40" w:type="dxa"/>
              <w:right w:w="60" w:type="dxa"/>
            </w:tcMar>
          </w:tcPr>
          <w:p w:rsidR="00D474C7" w:rsidRPr="003F0590" w:rsidRDefault="00970439">
            <w:r w:rsidRPr="003F0590">
              <w:t>- HS trả lời: Cắt theo MN được 2 hình tứ giác.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hỏi: Nếu cắt theo đoạn AN hoặc DM thì có thể được hình gì?</w:t>
            </w:r>
          </w:p>
        </w:tc>
        <w:tc>
          <w:tcPr>
            <w:tcW w:w="5128" w:type="dxa"/>
            <w:shd w:val="clear" w:color="auto" w:fill="auto"/>
            <w:tcMar>
              <w:top w:w="40" w:type="dxa"/>
              <w:left w:w="60" w:type="dxa"/>
              <w:bottom w:w="40" w:type="dxa"/>
              <w:right w:w="60" w:type="dxa"/>
            </w:tcMar>
          </w:tcPr>
          <w:p w:rsidR="00D474C7" w:rsidRPr="003F0590" w:rsidRDefault="00970439">
            <w:r w:rsidRPr="003F0590">
              <w:t>- HS trả lời: Có thể được 1 hình tam giác và 1 hình tứ giác.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mời đại diện nhóm trình bày cách chọn đoạn thẳng.</w:t>
            </w:r>
          </w:p>
        </w:tc>
        <w:tc>
          <w:tcPr>
            <w:tcW w:w="5128" w:type="dxa"/>
            <w:shd w:val="clear" w:color="auto" w:fill="auto"/>
            <w:tcMar>
              <w:top w:w="40" w:type="dxa"/>
              <w:left w:w="60" w:type="dxa"/>
              <w:bottom w:w="40" w:type="dxa"/>
              <w:right w:w="60" w:type="dxa"/>
            </w:tcMar>
          </w:tcPr>
          <w:p w:rsidR="00D474C7" w:rsidRPr="003F0590" w:rsidRDefault="00970439">
            <w:r w:rsidRPr="003F0590">
              <w:t>- HS trình bày: a) Cắt theo MN để được 2 hình tứ giác; b) Cắt theo AN hoặc DM để được 1 hình tam giác và 1 hình tứ giác.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kết luận: Khi cắt một hình theo đoạn thẳng nối hai điểm, cần dự đoán số cạnh của các phần hình tạo thành để xác định hình tam giác hoặc hình tứ giác.</w:t>
            </w:r>
          </w:p>
        </w:tc>
        <w:tc>
          <w:tcPr>
            <w:tcW w:w="5128" w:type="dxa"/>
            <w:shd w:val="clear" w:color="auto" w:fill="auto"/>
            <w:tcMar>
              <w:top w:w="40" w:type="dxa"/>
              <w:left w:w="60" w:type="dxa"/>
              <w:bottom w:w="40" w:type="dxa"/>
              <w:right w:w="60" w:type="dxa"/>
            </w:tcMar>
          </w:tcPr>
          <w:p w:rsidR="00D474C7" w:rsidRPr="003F0590" w:rsidRDefault="00970439">
            <w:r w:rsidRPr="003F0590">
              <w:t>- HS lắng nghe và ghi nhớ.</w:t>
            </w:r>
          </w:p>
        </w:tc>
      </w:tr>
      <w:tr w:rsidR="003F0590" w:rsidRPr="003F0590" w:rsidTr="003F0590">
        <w:trPr>
          <w:jc w:val="center"/>
        </w:trPr>
        <w:tc>
          <w:tcPr>
            <w:tcW w:w="10256" w:type="dxa"/>
            <w:gridSpan w:val="2"/>
            <w:shd w:val="clear" w:color="auto" w:fill="auto"/>
            <w:tcMar>
              <w:top w:w="40" w:type="dxa"/>
              <w:left w:w="60" w:type="dxa"/>
              <w:bottom w:w="40" w:type="dxa"/>
              <w:right w:w="60" w:type="dxa"/>
            </w:tcMar>
          </w:tcPr>
          <w:p w:rsidR="00D474C7" w:rsidRPr="003F0590" w:rsidRDefault="00970439">
            <w:r w:rsidRPr="003F0590">
              <w:rPr>
                <w:b/>
              </w:rPr>
              <w:t>4. VẬN DỤNG (3 PHÚT):</w:t>
            </w:r>
          </w:p>
          <w:p w:rsidR="00D474C7" w:rsidRPr="003F0590" w:rsidRDefault="00970439">
            <w:r w:rsidRPr="003F0590">
              <w:rPr>
                <w:b/>
              </w:rPr>
              <w:t>- Mục tiêu:</w:t>
            </w:r>
          </w:p>
          <w:p w:rsidR="00D474C7" w:rsidRPr="003F0590" w:rsidRDefault="00970439">
            <w:r w:rsidRPr="003F0590">
              <w:rPr>
                <w:b/>
              </w:rPr>
              <w:t>+ Củng cố đặc điểm hình tam giác, hình tứ giác.</w:t>
            </w:r>
          </w:p>
          <w:p w:rsidR="00D474C7" w:rsidRPr="003F0590" w:rsidRDefault="00970439">
            <w:r w:rsidRPr="003F0590">
              <w:rPr>
                <w:b/>
              </w:rPr>
              <w:t>+ Tìm được ví dụ hình tam giác, hình tứ giác trong thực tế.</w:t>
            </w:r>
          </w:p>
          <w:p w:rsidR="00D474C7" w:rsidRPr="003F0590" w:rsidRDefault="00970439">
            <w:r w:rsidRPr="003F0590">
              <w:rPr>
                <w:b/>
              </w:rPr>
              <w:t>* Cách tiến hành:</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yêu cầu HS tìm trong lớp vật có dạng hình tam giác hoặc hình tứ giác.</w:t>
            </w:r>
          </w:p>
        </w:tc>
        <w:tc>
          <w:tcPr>
            <w:tcW w:w="5128" w:type="dxa"/>
            <w:shd w:val="clear" w:color="auto" w:fill="auto"/>
            <w:tcMar>
              <w:top w:w="40" w:type="dxa"/>
              <w:left w:w="60" w:type="dxa"/>
              <w:bottom w:w="40" w:type="dxa"/>
              <w:right w:w="60" w:type="dxa"/>
            </w:tcMar>
          </w:tcPr>
          <w:p w:rsidR="00D474C7" w:rsidRPr="003F0590" w:rsidRDefault="00970439">
            <w:r w:rsidRPr="003F0590">
              <w:t>- HS nêu: Biển báo tam giác, mặt bàn hình tứ giác, tờ giấy hình tứ giác.</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hỏi: Làm thế nào để phân biệt hình tam giác và hình tứ giác?</w:t>
            </w:r>
          </w:p>
        </w:tc>
        <w:tc>
          <w:tcPr>
            <w:tcW w:w="5128" w:type="dxa"/>
            <w:shd w:val="clear" w:color="auto" w:fill="auto"/>
            <w:tcMar>
              <w:top w:w="40" w:type="dxa"/>
              <w:left w:w="60" w:type="dxa"/>
              <w:bottom w:w="40" w:type="dxa"/>
              <w:right w:w="60" w:type="dxa"/>
            </w:tcMar>
          </w:tcPr>
          <w:p w:rsidR="00D474C7" w:rsidRPr="003F0590" w:rsidRDefault="00970439">
            <w:r w:rsidRPr="003F0590">
              <w:t>- HS trả lời: Hình tam giác có 3 đỉnh, 3 cạnh; hình tứ giác có 4 đỉnh, 4 cạnh.</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nhận xét, dặn HS luyện đọc tên đỉnh, tên cạnh của hình.</w:t>
            </w:r>
          </w:p>
        </w:tc>
        <w:tc>
          <w:tcPr>
            <w:tcW w:w="5128" w:type="dxa"/>
            <w:shd w:val="clear" w:color="auto" w:fill="auto"/>
            <w:tcMar>
              <w:top w:w="40" w:type="dxa"/>
              <w:left w:w="60" w:type="dxa"/>
              <w:bottom w:w="40" w:type="dxa"/>
              <w:right w:w="60" w:type="dxa"/>
            </w:tcMar>
          </w:tcPr>
          <w:p w:rsidR="00D474C7" w:rsidRPr="003F0590" w:rsidRDefault="00970439">
            <w:r w:rsidRPr="003F0590">
              <w:t>- HS lắng nghe và thực hiện.</w:t>
            </w:r>
          </w:p>
        </w:tc>
      </w:tr>
      <w:tr w:rsidR="003F0590" w:rsidRPr="003F0590" w:rsidTr="003F0590">
        <w:trPr>
          <w:jc w:val="center"/>
        </w:trPr>
        <w:tc>
          <w:tcPr>
            <w:tcW w:w="5128" w:type="dxa"/>
            <w:shd w:val="clear" w:color="auto" w:fill="auto"/>
            <w:tcMar>
              <w:top w:w="40" w:type="dxa"/>
              <w:left w:w="60" w:type="dxa"/>
              <w:bottom w:w="40" w:type="dxa"/>
              <w:right w:w="60" w:type="dxa"/>
            </w:tcMar>
          </w:tcPr>
          <w:p w:rsidR="00D474C7" w:rsidRPr="003F0590" w:rsidRDefault="00970439">
            <w:r w:rsidRPr="003F0590">
              <w:t>- GV kết luận: Đếm số đỉnh và số cạnh là cách nhanh để nhận biết hình tam giác, hình tứ giác.</w:t>
            </w:r>
          </w:p>
        </w:tc>
        <w:tc>
          <w:tcPr>
            <w:tcW w:w="5128" w:type="dxa"/>
            <w:shd w:val="clear" w:color="auto" w:fill="auto"/>
            <w:tcMar>
              <w:top w:w="40" w:type="dxa"/>
              <w:left w:w="60" w:type="dxa"/>
              <w:bottom w:w="40" w:type="dxa"/>
              <w:right w:w="60" w:type="dxa"/>
            </w:tcMar>
          </w:tcPr>
          <w:p w:rsidR="00D474C7" w:rsidRPr="003F0590" w:rsidRDefault="00970439">
            <w:r w:rsidRPr="003F0590">
              <w:t>- HS nhắc lại kiến thức.</w:t>
            </w:r>
          </w:p>
        </w:tc>
      </w:tr>
    </w:tbl>
    <w:p w:rsidR="00D474C7" w:rsidRPr="00BE4305" w:rsidRDefault="00970439">
      <w:r w:rsidRPr="00BE4305">
        <w:rPr>
          <w:b/>
        </w:rPr>
        <w:t>IV. ĐIỀU CHỈNH SAU BÀI DẠY:</w:t>
      </w:r>
    </w:p>
    <w:p w:rsidR="00D474C7" w:rsidRPr="00BE4305" w:rsidRDefault="00970439">
      <w:r w:rsidRPr="00BE4305">
        <w:t>.......................................................................................................................................</w:t>
      </w:r>
    </w:p>
    <w:p w:rsidR="00D474C7" w:rsidRPr="00BE4305" w:rsidRDefault="00970439">
      <w:r w:rsidRPr="00BE4305">
        <w:br w:type="page"/>
      </w:r>
    </w:p>
    <w:p w:rsidR="00D474C7" w:rsidRPr="00BE4305" w:rsidRDefault="00970439">
      <w:pPr>
        <w:jc w:val="center"/>
      </w:pPr>
      <w:r w:rsidRPr="00BE4305">
        <w:rPr>
          <w:b/>
          <w:sz w:val="28"/>
        </w:rPr>
        <w:lastRenderedPageBreak/>
        <w:t>KẾ HOẠCH BÀI DẠY MÔN TOÁN 3</w:t>
      </w:r>
    </w:p>
    <w:p w:rsidR="00D474C7" w:rsidRPr="00BE4305" w:rsidRDefault="00970439">
      <w:pPr>
        <w:jc w:val="center"/>
      </w:pPr>
      <w:r w:rsidRPr="00BE4305">
        <w:rPr>
          <w:b/>
        </w:rPr>
        <w:t>TUẦN 8</w:t>
      </w:r>
    </w:p>
    <w:p w:rsidR="00D474C7" w:rsidRPr="00BE4305" w:rsidRDefault="00970439">
      <w:pPr>
        <w:jc w:val="center"/>
      </w:pPr>
      <w:r w:rsidRPr="00BE4305">
        <w:rPr>
          <w:b/>
        </w:rPr>
        <w:t>CHỦ ĐỀ 3: LÀM QUEN VỚI HÌNH PHẲNG, HÌNH KHỐI</w:t>
      </w:r>
    </w:p>
    <w:p w:rsidR="00D474C7" w:rsidRPr="00BE4305" w:rsidRDefault="00970439">
      <w:pPr>
        <w:jc w:val="center"/>
      </w:pPr>
      <w:r w:rsidRPr="00BE4305">
        <w:rPr>
          <w:b/>
          <w:sz w:val="28"/>
        </w:rPr>
        <w:t>Bài 19: HÌNH TAM GIÁC, HÌNH TỨ GIÁC. HÌNH CHỮ NHẬT, HÌNH VUÔNG (T2)</w:t>
      </w:r>
    </w:p>
    <w:p w:rsidR="00D474C7" w:rsidRPr="00BE4305" w:rsidRDefault="00970439">
      <w:pPr>
        <w:jc w:val="center"/>
      </w:pPr>
      <w:r w:rsidRPr="00BE4305">
        <w:rPr>
          <w:b/>
        </w:rPr>
        <w:t>- Trang 58, 59</w:t>
      </w:r>
    </w:p>
    <w:p w:rsidR="00D474C7" w:rsidRPr="00BE4305" w:rsidRDefault="00970439">
      <w:r w:rsidRPr="00BE4305">
        <w:rPr>
          <w:b/>
        </w:rPr>
        <w:t>I. YÊU CẦU CẦN ĐẠT:</w:t>
      </w:r>
    </w:p>
    <w:p w:rsidR="00D474C7" w:rsidRPr="00BE4305" w:rsidRDefault="00970439">
      <w:r w:rsidRPr="00BE4305">
        <w:rPr>
          <w:b/>
        </w:rPr>
        <w:t>1. Năng lực đặc thù:</w:t>
      </w:r>
    </w:p>
    <w:p w:rsidR="00D474C7" w:rsidRPr="00BE4305" w:rsidRDefault="00970439">
      <w:r w:rsidRPr="00BE4305">
        <w:t>- Nhận biết được hình chữ nhật có 4 đỉnh, 4 góc vuông, hai cạnh dài bằng nhau và hai cạnh ngắn bằng nhau.</w:t>
      </w:r>
    </w:p>
    <w:p w:rsidR="00D474C7" w:rsidRPr="00BE4305" w:rsidRDefault="00970439">
      <w:r w:rsidRPr="00BE4305">
        <w:t>- Nhận biết được hình vuông có 4 đỉnh, 4 góc vuông và 4 cạnh bằng nhau.</w:t>
      </w:r>
    </w:p>
    <w:p w:rsidR="00D474C7" w:rsidRPr="00BE4305" w:rsidRDefault="00970439">
      <w:r w:rsidRPr="00BE4305">
        <w:t>- Phân loại được hình vuông, hình chữ nhật; đo và nêu đúng độ dài cạnh của hình.</w:t>
      </w:r>
    </w:p>
    <w:p w:rsidR="00D474C7" w:rsidRPr="00BE4305" w:rsidRDefault="00970439">
      <w:r w:rsidRPr="00BE4305">
        <w:rPr>
          <w:b/>
        </w:rPr>
        <w:t>2. Năng lực chung:</w:t>
      </w:r>
    </w:p>
    <w:p w:rsidR="00D474C7" w:rsidRPr="00BE4305" w:rsidRDefault="00970439">
      <w:r w:rsidRPr="00BE4305">
        <w:t>- Tự chủ, tự học: Tự quan sát hình trên lưới ô vuông, đọc yêu cầu và kiểm tra kết quả.</w:t>
      </w:r>
    </w:p>
    <w:p w:rsidR="00D474C7" w:rsidRPr="00BE4305" w:rsidRDefault="00970439">
      <w:r w:rsidRPr="00BE4305">
        <w:t>- Giao tiếp và hợp tác: Trao đổi nhóm đôi, nhóm bốn để giải thích đặc điểm hình chữ nhật, hình vuông.</w:t>
      </w:r>
    </w:p>
    <w:p w:rsidR="00D474C7" w:rsidRPr="00BE4305" w:rsidRDefault="00970439">
      <w:r w:rsidRPr="00BE4305">
        <w:t>- Giải quyết vấn đề và sáng tạo: Vận dụng đặc điểm hình để chọn cách cắt hình phù hợp.</w:t>
      </w:r>
    </w:p>
    <w:p w:rsidR="00D474C7" w:rsidRPr="00BE4305" w:rsidRDefault="00970439">
      <w:r w:rsidRPr="00BE4305">
        <w:rPr>
          <w:b/>
        </w:rPr>
        <w:t>3. Phẩm chất:</w:t>
      </w:r>
    </w:p>
    <w:p w:rsidR="00D474C7" w:rsidRPr="00BE4305" w:rsidRDefault="00970439">
      <w:r w:rsidRPr="00BE4305">
        <w:t>- Chăm chỉ: Tích cực quan sát, đo cạnh và phân loại hình.</w:t>
      </w:r>
    </w:p>
    <w:p w:rsidR="00D474C7" w:rsidRPr="00BE4305" w:rsidRDefault="00970439">
      <w:r w:rsidRPr="00BE4305">
        <w:t>- Trách nhiệm: Cẩn thận khi đọc độ dài cạnh, dùng thước và ê ke kiểm tra hình.</w:t>
      </w:r>
    </w:p>
    <w:p w:rsidR="00D474C7" w:rsidRPr="00BE4305" w:rsidRDefault="00970439">
      <w:r w:rsidRPr="00BE4305">
        <w:t>- Trung thực: Nêu đúng kết quả đo, biết sửa lỗi nếu đo chưa chính xác.</w:t>
      </w:r>
    </w:p>
    <w:p w:rsidR="00D474C7" w:rsidRPr="00BE4305" w:rsidRDefault="00970439">
      <w:r w:rsidRPr="00BE4305">
        <w:rPr>
          <w:b/>
        </w:rPr>
        <w:t>4. Tích hợp:</w:t>
      </w:r>
    </w:p>
    <w:p w:rsidR="00D474C7" w:rsidRPr="00BE4305" w:rsidRDefault="00970439">
      <w:r w:rsidRPr="00BE4305">
        <w:t>- Tích hợp NLS 5.1.CB1a: GV dùng Wordwall dạng phân loại hình hoặc PowerPoint tương tác; HS kéo thả hình tam giác, hình tứ giác, hình vuông, hình chữ nhật vào đúng nhóm dựa vào số cạnh, số góc.</w:t>
      </w:r>
    </w:p>
    <w:p w:rsidR="00D474C7" w:rsidRPr="00BE4305" w:rsidRDefault="00970439">
      <w:r w:rsidRPr="00BE4305">
        <w:rPr>
          <w:b/>
        </w:rPr>
        <w:t>II. ĐỒ DÙNG DẠY HỌC:</w:t>
      </w:r>
    </w:p>
    <w:p w:rsidR="00D474C7" w:rsidRPr="00BE4305" w:rsidRDefault="00970439">
      <w:r w:rsidRPr="00BE4305">
        <w:t>- Kế hoạch bài dạy, bài giảng PowerPoint.</w:t>
      </w:r>
    </w:p>
    <w:p w:rsidR="00D474C7" w:rsidRPr="00BE4305" w:rsidRDefault="00970439">
      <w:r w:rsidRPr="00BE4305">
        <w:t>- SGK Toán 3, bảng con, phiếu học tập, bút dạ, thước kẻ, ê ke, compa hoặc đồ dùng vẽ hình.</w:t>
      </w:r>
    </w:p>
    <w:p w:rsidR="00D474C7" w:rsidRPr="00BE4305" w:rsidRDefault="00970439">
      <w:r w:rsidRPr="00BE4305">
        <w:t>- Máy tính, máy chiếu/bảng tương tác; học liệu số theo nội dung tiết học.</w:t>
      </w:r>
    </w:p>
    <w:p w:rsidR="00D474C7" w:rsidRPr="00BE4305" w:rsidRDefault="00970439">
      <w:r w:rsidRPr="00BE4305">
        <w:t>- PowerPoint tương tác hoặc Wordwall phân loại hình; thước thẳng, ê ke.</w:t>
      </w:r>
    </w:p>
    <w:p w:rsidR="00D474C7" w:rsidRPr="00BE4305" w:rsidRDefault="00970439">
      <w:r w:rsidRPr="00BE4305">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128"/>
        <w:gridCol w:w="5128"/>
      </w:tblGrid>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BE4305" w:rsidRDefault="00970439">
            <w:pPr>
              <w:jc w:val="center"/>
            </w:pPr>
            <w:r w:rsidRPr="00BE4305">
              <w:rPr>
                <w:b/>
              </w:rPr>
              <w:t>Hoạt động của giáo viên</w:t>
            </w:r>
          </w:p>
        </w:tc>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BE4305" w:rsidRDefault="00970439">
            <w:pPr>
              <w:jc w:val="center"/>
            </w:pPr>
            <w:r w:rsidRPr="00BE4305">
              <w:rPr>
                <w:b/>
              </w:rPr>
              <w:t>Hoạt động của học sinh</w:t>
            </w:r>
          </w:p>
        </w:tc>
      </w:tr>
      <w:tr w:rsidR="00BE4305" w:rsidRPr="00BE4305"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BE4305" w:rsidRDefault="00970439">
            <w:r w:rsidRPr="00BE4305">
              <w:rPr>
                <w:b/>
              </w:rPr>
              <w:t>1. KHỞI ĐỘNG (5 PHÚT):</w:t>
            </w:r>
          </w:p>
          <w:p w:rsidR="00D474C7" w:rsidRPr="00BE4305" w:rsidRDefault="00970439">
            <w:r w:rsidRPr="00BE4305">
              <w:rPr>
                <w:b/>
              </w:rPr>
              <w:t>- Mục tiêu:</w:t>
            </w:r>
          </w:p>
          <w:p w:rsidR="00D474C7" w:rsidRPr="00BE4305" w:rsidRDefault="00970439">
            <w:r w:rsidRPr="00BE4305">
              <w:rPr>
                <w:b/>
              </w:rPr>
              <w:t>+ Ôn lại đặc điểm của hình tam giác, hình tứ giác.</w:t>
            </w:r>
          </w:p>
          <w:p w:rsidR="00D474C7" w:rsidRPr="00BE4305" w:rsidRDefault="00970439">
            <w:r w:rsidRPr="00BE4305">
              <w:rPr>
                <w:b/>
              </w:rPr>
              <w:t>+ Tạo tình huống tìm hiểu hình chữ nhật, hình vuông.</w:t>
            </w:r>
          </w:p>
          <w:p w:rsidR="00D474C7" w:rsidRPr="00BE4305" w:rsidRDefault="00970439">
            <w:r w:rsidRPr="00BE4305">
              <w:rPr>
                <w:b/>
              </w:rPr>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GV tổ chức trò chơi “Đúng hay sai”.</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tham gia trò chơi.</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nêu: Hình tam giác có 4 cạnh. Đúng hay sai?</w:t>
            </w:r>
          </w:p>
        </w:tc>
        <w:tc>
          <w:tcPr>
            <w:tcW w:w="5128" w:type="dxa"/>
            <w:shd w:val="clear" w:color="auto" w:fill="auto"/>
            <w:tcMar>
              <w:top w:w="40" w:type="dxa"/>
              <w:left w:w="60" w:type="dxa"/>
              <w:bottom w:w="40" w:type="dxa"/>
              <w:right w:w="60" w:type="dxa"/>
            </w:tcMar>
          </w:tcPr>
          <w:p w:rsidR="00D474C7" w:rsidRPr="00BE4305" w:rsidRDefault="00970439">
            <w:r w:rsidRPr="00BE4305">
              <w:t>- HS trả lời: Sai. Hình tam giác có 3 cạnh.</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nêu: Hình tứ giác có 4 đỉnh, 4 cạnh. Đúng hay sai?</w:t>
            </w:r>
          </w:p>
        </w:tc>
        <w:tc>
          <w:tcPr>
            <w:tcW w:w="5128" w:type="dxa"/>
            <w:shd w:val="clear" w:color="auto" w:fill="auto"/>
            <w:tcMar>
              <w:top w:w="40" w:type="dxa"/>
              <w:left w:w="60" w:type="dxa"/>
              <w:bottom w:w="40" w:type="dxa"/>
              <w:right w:w="60" w:type="dxa"/>
            </w:tcMar>
          </w:tcPr>
          <w:p w:rsidR="00D474C7" w:rsidRPr="00BE4305" w:rsidRDefault="00970439">
            <w:r w:rsidRPr="00BE4305">
              <w:t>- HS trả lời: Đúng.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đưa hình chữ nhật và hình vuông, hỏi HS đã biết tên hình chưa.</w:t>
            </w:r>
          </w:p>
        </w:tc>
        <w:tc>
          <w:tcPr>
            <w:tcW w:w="5128" w:type="dxa"/>
            <w:shd w:val="clear" w:color="auto" w:fill="auto"/>
            <w:tcMar>
              <w:top w:w="40" w:type="dxa"/>
              <w:left w:w="60" w:type="dxa"/>
              <w:bottom w:w="40" w:type="dxa"/>
              <w:right w:w="60" w:type="dxa"/>
            </w:tcMar>
          </w:tcPr>
          <w:p w:rsidR="00D474C7" w:rsidRPr="00BE4305" w:rsidRDefault="00970439">
            <w:r w:rsidRPr="00BE4305">
              <w:t>- HS trả lời: Đó là hình chữ nhật và hình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lastRenderedPageBreak/>
              <w:t>- GV dẫn dắt vào bài học.</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ghi tên bài.</w:t>
            </w:r>
          </w:p>
        </w:tc>
      </w:tr>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GV kết luận: Hình chữ nhật và hình vuông đều là những hình tứ giác đặc biệt, có các góc vuông.</w:t>
            </w:r>
          </w:p>
        </w:tc>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HS lắng nghe.</w:t>
            </w:r>
          </w:p>
        </w:tc>
      </w:tr>
      <w:tr w:rsidR="00BE4305" w:rsidRPr="00BE4305"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BE4305" w:rsidRDefault="00970439">
            <w:r w:rsidRPr="00BE4305">
              <w:rPr>
                <w:b/>
              </w:rPr>
              <w:t>2. KHÁM PHÁ (10 PHÚT):</w:t>
            </w:r>
          </w:p>
          <w:p w:rsidR="00D474C7" w:rsidRPr="00BE4305" w:rsidRDefault="00970439">
            <w:r w:rsidRPr="00BE4305">
              <w:rPr>
                <w:b/>
              </w:rPr>
              <w:t>- Mục tiêu:</w:t>
            </w:r>
          </w:p>
          <w:p w:rsidR="00D474C7" w:rsidRPr="00BE4305" w:rsidRDefault="00970439">
            <w:r w:rsidRPr="00BE4305">
              <w:rPr>
                <w:b/>
              </w:rPr>
              <w:t>+ Nhận biết đặc điểm của hình chữ nhật và hình vuông.</w:t>
            </w:r>
          </w:p>
          <w:p w:rsidR="00D474C7" w:rsidRPr="00BE4305" w:rsidRDefault="00970439">
            <w:r w:rsidRPr="00BE4305">
              <w:rPr>
                <w:b/>
              </w:rPr>
              <w:t>+ Nêu được sự giống và khác nhau giữa hình chữ nhật, hình vuông.</w:t>
            </w:r>
          </w:p>
          <w:p w:rsidR="00D474C7" w:rsidRPr="00BE4305" w:rsidRDefault="00970439">
            <w:r w:rsidRPr="00BE4305">
              <w:rPr>
                <w:b/>
              </w:rPr>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rPr>
                <w:b/>
              </w:rPr>
              <w:t>Khám phá. (Làm việc cả lớp) Hình chữ nhật, hình vuông.</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quan sát hình trong SGK.</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quan sát hình chữ nhật ABCD và nêu số đỉnh, số góc vuông.</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chữ nhật ABCD có 4 đỉnh và 4 góc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Hai cạnh dài và hai cạnh ngắn của hình chữ nhật như thế nào?</w:t>
            </w:r>
          </w:p>
        </w:tc>
        <w:tc>
          <w:tcPr>
            <w:tcW w:w="5128" w:type="dxa"/>
            <w:shd w:val="clear" w:color="auto" w:fill="auto"/>
            <w:tcMar>
              <w:top w:w="40" w:type="dxa"/>
              <w:left w:w="60" w:type="dxa"/>
              <w:bottom w:w="40" w:type="dxa"/>
              <w:right w:w="60" w:type="dxa"/>
            </w:tcMar>
          </w:tcPr>
          <w:p w:rsidR="00D474C7" w:rsidRPr="00BE4305" w:rsidRDefault="00970439">
            <w:r w:rsidRPr="00BE4305">
              <w:t>- HS trả lời: AB = DC; AD = BC.</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quan sát hình vuông MNPQ và nêu đặc điểm.</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vuông MNPQ có 4 đỉnh, 4 góc vuông và 4 cạnh bằng nhau.</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Hình chữ nhật và hình vuông giống nhau ở điểm nào?</w:t>
            </w:r>
          </w:p>
        </w:tc>
        <w:tc>
          <w:tcPr>
            <w:tcW w:w="5128" w:type="dxa"/>
            <w:shd w:val="clear" w:color="auto" w:fill="auto"/>
            <w:tcMar>
              <w:top w:w="40" w:type="dxa"/>
              <w:left w:w="60" w:type="dxa"/>
              <w:bottom w:w="40" w:type="dxa"/>
              <w:right w:w="60" w:type="dxa"/>
            </w:tcMar>
          </w:tcPr>
          <w:p w:rsidR="00D474C7" w:rsidRPr="00BE4305" w:rsidRDefault="00970439">
            <w:r w:rsidRPr="00BE4305">
              <w:t>- HS trả lời: Cả hai hình đều có 4 đỉnh và 4 góc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Hình vuông khác hình chữ nhật ở điểm nào?</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vuông có 4 cạnh bằng nhau.</w:t>
            </w:r>
          </w:p>
        </w:tc>
      </w:tr>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GV kết luận: Hình chữ nhật có 4 góc vuông, hai cạnh dài bằng nhau và hai cạnh ngắn bằng nhau; hình vuông có 4 góc vuông và 4 cạnh bằng nhau.</w:t>
            </w:r>
          </w:p>
        </w:tc>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HS nhắc lại kết luận.</w:t>
            </w:r>
          </w:p>
        </w:tc>
      </w:tr>
      <w:tr w:rsidR="00BE4305" w:rsidRPr="001108BC"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1108BC" w:rsidRDefault="00970439">
            <w:r w:rsidRPr="001108BC">
              <w:t>3. HOẠT ĐỘNG - LUYỆN TẬP (17 PHÚT):</w:t>
            </w:r>
          </w:p>
          <w:p w:rsidR="00D474C7" w:rsidRPr="001108BC" w:rsidRDefault="00970439">
            <w:r w:rsidRPr="001108BC">
              <w:t>- Mục tiêu:</w:t>
            </w:r>
          </w:p>
          <w:p w:rsidR="00D474C7" w:rsidRPr="001108BC" w:rsidRDefault="00970439">
            <w:r w:rsidRPr="001108BC">
              <w:t>+ Phân loại đúng hình vuông, hình chữ nhật trong các hình đã cho.</w:t>
            </w:r>
          </w:p>
          <w:p w:rsidR="00D474C7" w:rsidRPr="001108BC" w:rsidRDefault="00970439">
            <w:r w:rsidRPr="001108BC">
              <w:t>+ Đo được độ dài cạnh hình vuông, chiều dài và chiều rộng hình chữ nhật.</w:t>
            </w:r>
          </w:p>
          <w:p w:rsidR="00D474C7" w:rsidRPr="001108BC" w:rsidRDefault="00970439">
            <w:r w:rsidRPr="001108BC">
              <w:t>+ Vận dụng đặc điểm hình để chọn đoạn thẳng cắt hình phù hợp.</w:t>
            </w:r>
          </w:p>
          <w:p w:rsidR="00D474C7" w:rsidRPr="001108BC" w:rsidRDefault="00970439">
            <w:r w:rsidRPr="001108BC">
              <w:t>Mục tiêu tích hợp: NLS 5.1.CB1a - HS biết thao tác kéo thả hình trên PowerPoint/Wordwall vào đúng nhóm hình vuông, hình chữ nhật; sau đó giải thích dựa vào số cạnh, góc vuông và độ dài cạnh.</w:t>
            </w:r>
          </w:p>
          <w:p w:rsidR="00D474C7" w:rsidRPr="001108BC" w:rsidRDefault="00970439">
            <w:r w:rsidRPr="001108BC">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rPr>
                <w:b/>
              </w:rPr>
              <w:t>Bài 1. (Làm việc nhóm 2 trên PowerPoint tương tác) Quan sát và phân loại hình.</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đọc yêu cầu bài 1.</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Tích hợp NLS 5.1.CB1a: GV mở PowerPoint tương tác hoặc Wordwall phân loại hình, đưa các hình trong SGK lên màn hình và yêu cầu HS kéo thả vào nhóm “hình vuông” hoặc “hình chữ nhật”.</w:t>
            </w:r>
          </w:p>
        </w:tc>
        <w:tc>
          <w:tcPr>
            <w:tcW w:w="5128" w:type="dxa"/>
            <w:shd w:val="clear" w:color="auto" w:fill="auto"/>
            <w:tcMar>
              <w:top w:w="40" w:type="dxa"/>
              <w:left w:w="60" w:type="dxa"/>
              <w:bottom w:w="40" w:type="dxa"/>
              <w:right w:w="60" w:type="dxa"/>
            </w:tcMar>
          </w:tcPr>
          <w:p w:rsidR="00D474C7" w:rsidRPr="00BE4305" w:rsidRDefault="00970439">
            <w:r w:rsidRPr="00BE4305">
              <w:t>- HS quan sát màn hình, kéo thả hình và nêu lí do lựa chọn.</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xml:space="preserve">- GV diễn giải tích hợp: Khi phân loại hình bằng công cụ số, các em cần quan sát kĩ đặc </w:t>
            </w:r>
            <w:r w:rsidRPr="00BE4305">
              <w:lastRenderedPageBreak/>
              <w:t>điểm hình: có 4 góc vuông không, các cạnh có bằng nhau không, hai cạnh dài và hai cạnh ngắn có bằng nhau không. Kéo thả trên màn hình chỉ là thao tác, còn kết luận đúng phải dựa vào kiến thức toán học.</w:t>
            </w:r>
          </w:p>
        </w:tc>
        <w:tc>
          <w:tcPr>
            <w:tcW w:w="5128" w:type="dxa"/>
            <w:shd w:val="clear" w:color="auto" w:fill="auto"/>
            <w:tcMar>
              <w:top w:w="40" w:type="dxa"/>
              <w:left w:w="60" w:type="dxa"/>
              <w:bottom w:w="40" w:type="dxa"/>
              <w:right w:w="60" w:type="dxa"/>
            </w:tcMar>
          </w:tcPr>
          <w:p w:rsidR="00D474C7" w:rsidRPr="00BE4305" w:rsidRDefault="00970439">
            <w:r w:rsidRPr="00BE4305">
              <w:lastRenderedPageBreak/>
              <w:t>- HS lắng nghe và nhắc lại tiêu chí phân loại hình vuông, hình chữ nhật.</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lastRenderedPageBreak/>
              <w:t>- GV yêu cầu HS trả lời câu a: Hình nào là hình vuông?</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EGHI là hình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trả lời câu b: Những hình nào là hình chữ nhật?</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MNPQ và hình RTXY là hình chữ nhật.</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Vì sao hình AB CD không phải hình chữ nhật?</w:t>
            </w:r>
          </w:p>
        </w:tc>
        <w:tc>
          <w:tcPr>
            <w:tcW w:w="5128" w:type="dxa"/>
            <w:shd w:val="clear" w:color="auto" w:fill="auto"/>
            <w:tcMar>
              <w:top w:w="40" w:type="dxa"/>
              <w:left w:w="60" w:type="dxa"/>
              <w:bottom w:w="40" w:type="dxa"/>
              <w:right w:w="60" w:type="dxa"/>
            </w:tcMar>
          </w:tcPr>
          <w:p w:rsidR="00D474C7" w:rsidRPr="00BE4305" w:rsidRDefault="00970439">
            <w:r w:rsidRPr="00BE4305">
              <w:t>- HS trả lời: Vì hình đó không có 4 góc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Hình vuông có 4 góc vuông và 4 cạnh bằng nhau; hình chữ nhật có 4 góc vuông, hai cạnh dài bằng nhau và hai cạnh ngắn bằng nhau.</w:t>
            </w:r>
          </w:p>
        </w:tc>
        <w:tc>
          <w:tcPr>
            <w:tcW w:w="5128" w:type="dxa"/>
            <w:shd w:val="clear" w:color="auto" w:fill="auto"/>
            <w:tcMar>
              <w:top w:w="40" w:type="dxa"/>
              <w:left w:w="60" w:type="dxa"/>
              <w:bottom w:w="40" w:type="dxa"/>
              <w:right w:w="60" w:type="dxa"/>
            </w:tcMar>
          </w:tcPr>
          <w:p w:rsidR="00D474C7" w:rsidRPr="00BE4305" w:rsidRDefault="00970439">
            <w:r w:rsidRPr="00BE4305">
              <w:t>- HS ghi đáp án và sửa bài.</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Bài 2. (Làm việc cá nhân) Số?</w:t>
            </w:r>
          </w:p>
          <w:p w:rsidR="00D474C7" w:rsidRPr="00BE4305" w:rsidRDefault="00D474C7"/>
        </w:tc>
        <w:tc>
          <w:tcPr>
            <w:tcW w:w="5128" w:type="dxa"/>
            <w:shd w:val="clear" w:color="auto" w:fill="auto"/>
            <w:tcMar>
              <w:top w:w="40" w:type="dxa"/>
              <w:left w:w="60" w:type="dxa"/>
              <w:bottom w:w="40" w:type="dxa"/>
              <w:right w:w="60" w:type="dxa"/>
            </w:tcMar>
          </w:tcPr>
          <w:p w:rsidR="00D474C7" w:rsidRPr="00BE4305" w:rsidRDefault="00970439">
            <w:r w:rsidRPr="00BE4305">
              <w:t>- HS đọc yêu cầu bài 2.</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đo độ dài cạnh hình vuông ABCD trên hình vẽ.</w:t>
            </w:r>
          </w:p>
        </w:tc>
        <w:tc>
          <w:tcPr>
            <w:tcW w:w="5128" w:type="dxa"/>
            <w:shd w:val="clear" w:color="auto" w:fill="auto"/>
            <w:tcMar>
              <w:top w:w="40" w:type="dxa"/>
              <w:left w:w="60" w:type="dxa"/>
              <w:bottom w:w="40" w:type="dxa"/>
              <w:right w:w="60" w:type="dxa"/>
            </w:tcMar>
          </w:tcPr>
          <w:p w:rsidR="00D474C7" w:rsidRPr="00BE4305" w:rsidRDefault="00970439">
            <w:r w:rsidRPr="00BE4305">
              <w:t>- HS đo và trả lời: Cạnh hình vuông ABCD dài 3 cm.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đo chiều dài hình chữ nhật MNPQ.</w:t>
            </w:r>
          </w:p>
        </w:tc>
        <w:tc>
          <w:tcPr>
            <w:tcW w:w="5128" w:type="dxa"/>
            <w:shd w:val="clear" w:color="auto" w:fill="auto"/>
            <w:tcMar>
              <w:top w:w="40" w:type="dxa"/>
              <w:left w:w="60" w:type="dxa"/>
              <w:bottom w:w="40" w:type="dxa"/>
              <w:right w:w="60" w:type="dxa"/>
            </w:tcMar>
          </w:tcPr>
          <w:p w:rsidR="00D474C7" w:rsidRPr="00BE4305" w:rsidRDefault="00970439">
            <w:r w:rsidRPr="00BE4305">
              <w:t>- HS đo và trả lời: Chiều dài hình chữ nhật MNPQ là 4 cm.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đo chiều rộng hình chữ nhật MNPQ.</w:t>
            </w:r>
          </w:p>
        </w:tc>
        <w:tc>
          <w:tcPr>
            <w:tcW w:w="5128" w:type="dxa"/>
            <w:shd w:val="clear" w:color="auto" w:fill="auto"/>
            <w:tcMar>
              <w:top w:w="40" w:type="dxa"/>
              <w:left w:w="60" w:type="dxa"/>
              <w:bottom w:w="40" w:type="dxa"/>
              <w:right w:w="60" w:type="dxa"/>
            </w:tcMar>
          </w:tcPr>
          <w:p w:rsidR="00D474C7" w:rsidRPr="00BE4305" w:rsidRDefault="00970439">
            <w:r w:rsidRPr="00BE4305">
              <w:t>- HS đo và trả lời: Chiều rộng hình chữ nhật MNPQ là 2 cm.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HS nhắc lại cách đặt thước khi đo.</w:t>
            </w:r>
          </w:p>
        </w:tc>
        <w:tc>
          <w:tcPr>
            <w:tcW w:w="5128" w:type="dxa"/>
            <w:shd w:val="clear" w:color="auto" w:fill="auto"/>
            <w:tcMar>
              <w:top w:w="40" w:type="dxa"/>
              <w:left w:w="60" w:type="dxa"/>
              <w:bottom w:w="40" w:type="dxa"/>
              <w:right w:w="60" w:type="dxa"/>
            </w:tcMar>
          </w:tcPr>
          <w:p w:rsidR="00D474C7" w:rsidRPr="00BE4305" w:rsidRDefault="00970439">
            <w:r w:rsidRPr="00BE4305">
              <w:t>- HS trả lời: Đặt vạch 0 của thước trùng với một đầu đoạn thẳng, đọc số ở đầu còn lại.</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Khi đo độ dài cạnh, cần đặt thước đúng vạch 0 và đọc đúng đơn vị xăng-ti-mét.</w:t>
            </w:r>
          </w:p>
        </w:tc>
        <w:tc>
          <w:tcPr>
            <w:tcW w:w="5128" w:type="dxa"/>
            <w:shd w:val="clear" w:color="auto" w:fill="auto"/>
            <w:tcMar>
              <w:top w:w="40" w:type="dxa"/>
              <w:left w:w="60" w:type="dxa"/>
              <w:bottom w:w="40" w:type="dxa"/>
              <w:right w:w="60" w:type="dxa"/>
            </w:tcMar>
          </w:tcPr>
          <w:p w:rsidR="00D474C7" w:rsidRPr="00BE4305" w:rsidRDefault="00970439">
            <w:r w:rsidRPr="00BE4305">
              <w:t>- HS ghi kết quả vào vở.</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Bài 3. (Làm việc nhóm 4) Chọn câu trả lời đúng.</w:t>
            </w:r>
          </w:p>
        </w:tc>
        <w:tc>
          <w:tcPr>
            <w:tcW w:w="5128" w:type="dxa"/>
            <w:shd w:val="clear" w:color="auto" w:fill="auto"/>
            <w:tcMar>
              <w:top w:w="40" w:type="dxa"/>
              <w:left w:w="60" w:type="dxa"/>
              <w:bottom w:w="40" w:type="dxa"/>
              <w:right w:w="60" w:type="dxa"/>
            </w:tcMar>
          </w:tcPr>
          <w:p w:rsidR="00D474C7" w:rsidRPr="00BE4305" w:rsidRDefault="00970439">
            <w:r w:rsidRPr="00BE4305">
              <w:t>- HS đọc yêu cầu bài 3.</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quan sát tờ giấy và các đoạn thẳng MQ, PN, PQ, MN.</w:t>
            </w:r>
          </w:p>
        </w:tc>
        <w:tc>
          <w:tcPr>
            <w:tcW w:w="5128" w:type="dxa"/>
            <w:shd w:val="clear" w:color="auto" w:fill="auto"/>
            <w:tcMar>
              <w:top w:w="40" w:type="dxa"/>
              <w:left w:w="60" w:type="dxa"/>
              <w:bottom w:w="40" w:type="dxa"/>
              <w:right w:w="60" w:type="dxa"/>
            </w:tcMar>
          </w:tcPr>
          <w:p w:rsidR="00D474C7" w:rsidRPr="00BE4305" w:rsidRDefault="00970439">
            <w:r w:rsidRPr="00BE4305">
              <w:t>- HS quan sát hình và thảo luận nhóm 4.</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Rô-bốt cần cắt theo đoạn thẳng nào để tạo được một hình vuông?</w:t>
            </w:r>
          </w:p>
        </w:tc>
        <w:tc>
          <w:tcPr>
            <w:tcW w:w="5128" w:type="dxa"/>
            <w:shd w:val="clear" w:color="auto" w:fill="auto"/>
            <w:tcMar>
              <w:top w:w="40" w:type="dxa"/>
              <w:left w:w="60" w:type="dxa"/>
              <w:bottom w:w="40" w:type="dxa"/>
              <w:right w:w="60" w:type="dxa"/>
            </w:tcMar>
          </w:tcPr>
          <w:p w:rsidR="00D474C7" w:rsidRPr="00BE4305" w:rsidRDefault="00970439">
            <w:r w:rsidRPr="00BE4305">
              <w:t>- HS trả lời: Cắt theo đoạn thẳng PN.</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giải thích lựa chọn.</w:t>
            </w:r>
          </w:p>
        </w:tc>
        <w:tc>
          <w:tcPr>
            <w:tcW w:w="5128" w:type="dxa"/>
            <w:shd w:val="clear" w:color="auto" w:fill="auto"/>
            <w:tcMar>
              <w:top w:w="40" w:type="dxa"/>
              <w:left w:w="60" w:type="dxa"/>
              <w:bottom w:w="40" w:type="dxa"/>
              <w:right w:w="60" w:type="dxa"/>
            </w:tcMar>
          </w:tcPr>
          <w:p w:rsidR="00D474C7" w:rsidRPr="00BE4305" w:rsidRDefault="00970439">
            <w:r w:rsidRPr="00BE4305">
              <w:t>- HS giải thích: Đoạn PN tạo phần hình có 4 cạnh bằng nhau và 4 góc vuông nên được hình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nhóm khác nhận xét.</w:t>
            </w:r>
          </w:p>
        </w:tc>
        <w:tc>
          <w:tcPr>
            <w:tcW w:w="5128" w:type="dxa"/>
            <w:shd w:val="clear" w:color="auto" w:fill="auto"/>
            <w:tcMar>
              <w:top w:w="40" w:type="dxa"/>
              <w:left w:w="60" w:type="dxa"/>
              <w:bottom w:w="40" w:type="dxa"/>
              <w:right w:w="60" w:type="dxa"/>
            </w:tcMar>
          </w:tcPr>
          <w:p w:rsidR="00D474C7" w:rsidRPr="00BE4305" w:rsidRDefault="00970439">
            <w:r w:rsidRPr="00BE4305">
              <w:t>- HS nhận xét, bổ sung nếu cần.</w:t>
            </w:r>
          </w:p>
        </w:tc>
      </w:tr>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GV kết luận: Muốn chọn đúng đoạn cắt để được hình vuông, cần dựa vào đặc điểm 4 cạnh bằng nhau và 4 góc vuông.</w:t>
            </w:r>
          </w:p>
        </w:tc>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HS khoanh đáp án B. Đoạn thẳng PN.</w:t>
            </w:r>
          </w:p>
        </w:tc>
      </w:tr>
      <w:tr w:rsidR="00BE4305" w:rsidRPr="00BE4305"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BE4305" w:rsidRDefault="00970439">
            <w:r w:rsidRPr="00BE4305">
              <w:rPr>
                <w:b/>
              </w:rPr>
              <w:t>4. VẬN DỤNG (3 PHÚT):</w:t>
            </w:r>
          </w:p>
          <w:p w:rsidR="00D474C7" w:rsidRPr="00BE4305" w:rsidRDefault="00970439">
            <w:r w:rsidRPr="00BE4305">
              <w:rPr>
                <w:b/>
              </w:rPr>
              <w:lastRenderedPageBreak/>
              <w:t>- Mục tiêu:</w:t>
            </w:r>
          </w:p>
          <w:p w:rsidR="00D474C7" w:rsidRPr="00BE4305" w:rsidRDefault="00970439">
            <w:r w:rsidRPr="00BE4305">
              <w:rPr>
                <w:b/>
              </w:rPr>
              <w:t>+ Củng cố đặc điểm hình chữ nhật, hình vuông.</w:t>
            </w:r>
          </w:p>
          <w:p w:rsidR="00D474C7" w:rsidRPr="00BE4305" w:rsidRDefault="00970439">
            <w:r w:rsidRPr="00BE4305">
              <w:rPr>
                <w:b/>
              </w:rPr>
              <w:t>+ Tìm được ví dụ hình chữ nhật, hình vuông trong thực tế.</w:t>
            </w:r>
          </w:p>
          <w:p w:rsidR="00D474C7" w:rsidRPr="00BE4305" w:rsidRDefault="00970439">
            <w:r w:rsidRPr="00BE4305">
              <w:rPr>
                <w:b/>
              </w:rPr>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lastRenderedPageBreak/>
              <w:t>- GV yêu cầu HS tìm đồ vật có dạng hình chữ nhật trong lớp.</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nêu: Bảng lớp, mặt bàn, quyển sách có dạng hình chữ nhật.</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tìm đồ vật có dạng hình vuông.</w:t>
            </w:r>
          </w:p>
        </w:tc>
        <w:tc>
          <w:tcPr>
            <w:tcW w:w="5128" w:type="dxa"/>
            <w:shd w:val="clear" w:color="auto" w:fill="auto"/>
            <w:tcMar>
              <w:top w:w="40" w:type="dxa"/>
              <w:left w:w="60" w:type="dxa"/>
              <w:bottom w:w="40" w:type="dxa"/>
              <w:right w:w="60" w:type="dxa"/>
            </w:tcMar>
          </w:tcPr>
          <w:p w:rsidR="00D474C7" w:rsidRPr="00BE4305" w:rsidRDefault="00970439">
            <w:r w:rsidRPr="00BE4305">
              <w:t>- HS nêu: Ô gạch, khăn giấy vuông, mặt hộp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Khi nhìn một hình có 4 góc vuông, làm sao biết đó là hình vuông hay hình chữ nhật?</w:t>
            </w:r>
          </w:p>
        </w:tc>
        <w:tc>
          <w:tcPr>
            <w:tcW w:w="5128" w:type="dxa"/>
            <w:shd w:val="clear" w:color="auto" w:fill="auto"/>
            <w:tcMar>
              <w:top w:w="40" w:type="dxa"/>
              <w:left w:w="60" w:type="dxa"/>
              <w:bottom w:w="40" w:type="dxa"/>
              <w:right w:w="60" w:type="dxa"/>
            </w:tcMar>
          </w:tcPr>
          <w:p w:rsidR="00D474C7" w:rsidRPr="00BE4305" w:rsidRDefault="00970439">
            <w:r w:rsidRPr="00BE4305">
              <w:t>- HS trả lời: Kiểm tra độ dài các cạnh; nếu 4 cạnh bằng nhau là hình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Hình chữ nhật và hình vuông đều có 4 góc vuông; hình vuông đặc biệt hơn vì có 4 cạnh bằng nhau.</w:t>
            </w:r>
          </w:p>
        </w:tc>
        <w:tc>
          <w:tcPr>
            <w:tcW w:w="5128" w:type="dxa"/>
            <w:shd w:val="clear" w:color="auto" w:fill="auto"/>
            <w:tcMar>
              <w:top w:w="40" w:type="dxa"/>
              <w:left w:w="60" w:type="dxa"/>
              <w:bottom w:w="40" w:type="dxa"/>
              <w:right w:w="60" w:type="dxa"/>
            </w:tcMar>
          </w:tcPr>
          <w:p w:rsidR="00D474C7" w:rsidRPr="00BE4305" w:rsidRDefault="00970439">
            <w:r w:rsidRPr="00BE4305">
              <w:t>- HS ghi nhớ kiến thức bài học.</w:t>
            </w:r>
          </w:p>
        </w:tc>
      </w:tr>
    </w:tbl>
    <w:p w:rsidR="00D474C7" w:rsidRPr="00BE4305" w:rsidRDefault="00970439">
      <w:r w:rsidRPr="00BE4305">
        <w:rPr>
          <w:b/>
        </w:rPr>
        <w:t>IV. ĐIỀU CHỈNH SAU BÀI DẠY:</w:t>
      </w:r>
    </w:p>
    <w:p w:rsidR="00D474C7" w:rsidRPr="00BE4305" w:rsidRDefault="00970439">
      <w:r w:rsidRPr="00BE4305">
        <w:t>.......................................................................................................................................</w:t>
      </w:r>
    </w:p>
    <w:p w:rsidR="00D474C7" w:rsidRPr="00BE4305" w:rsidRDefault="00970439">
      <w:r w:rsidRPr="00BE4305">
        <w:br w:type="page"/>
      </w:r>
    </w:p>
    <w:p w:rsidR="00D474C7" w:rsidRPr="00BE4305" w:rsidRDefault="00970439">
      <w:pPr>
        <w:jc w:val="center"/>
      </w:pPr>
      <w:r w:rsidRPr="00BE4305">
        <w:rPr>
          <w:b/>
          <w:sz w:val="28"/>
        </w:rPr>
        <w:lastRenderedPageBreak/>
        <w:t>KẾ HOẠCH BÀI DẠY MÔN TOÁN 3</w:t>
      </w:r>
    </w:p>
    <w:p w:rsidR="00D474C7" w:rsidRPr="00BE4305" w:rsidRDefault="00970439">
      <w:pPr>
        <w:jc w:val="center"/>
      </w:pPr>
      <w:r w:rsidRPr="00BE4305">
        <w:rPr>
          <w:b/>
        </w:rPr>
        <w:t>TUẦN 8</w:t>
      </w:r>
    </w:p>
    <w:p w:rsidR="00D474C7" w:rsidRPr="00BE4305" w:rsidRDefault="00970439">
      <w:pPr>
        <w:jc w:val="center"/>
      </w:pPr>
      <w:r w:rsidRPr="00BE4305">
        <w:rPr>
          <w:b/>
        </w:rPr>
        <w:t>CHỦ ĐỀ 3: LÀM QUEN VỚI HÌNH PHẲNG, HÌNH KHỐI</w:t>
      </w:r>
    </w:p>
    <w:p w:rsidR="00D474C7" w:rsidRPr="00BE4305" w:rsidRDefault="00970439">
      <w:pPr>
        <w:jc w:val="center"/>
      </w:pPr>
      <w:r w:rsidRPr="00BE4305">
        <w:rPr>
          <w:b/>
          <w:sz w:val="28"/>
        </w:rPr>
        <w:t>Bài 19: HÌNH TAM GIÁC, HÌNH TỨ GIÁC. HÌNH CHỮ NHẬT, HÌNH VUÔNG (T3)</w:t>
      </w:r>
    </w:p>
    <w:p w:rsidR="00D474C7" w:rsidRPr="00BE4305" w:rsidRDefault="00970439">
      <w:pPr>
        <w:jc w:val="center"/>
      </w:pPr>
      <w:r w:rsidRPr="00BE4305">
        <w:rPr>
          <w:b/>
        </w:rPr>
        <w:t>- Trang 60</w:t>
      </w:r>
    </w:p>
    <w:p w:rsidR="00D474C7" w:rsidRPr="00BE4305" w:rsidRDefault="00970439">
      <w:r w:rsidRPr="00BE4305">
        <w:rPr>
          <w:b/>
        </w:rPr>
        <w:t>I. YÊU CẦU CẦN ĐẠT:</w:t>
      </w:r>
    </w:p>
    <w:p w:rsidR="00D474C7" w:rsidRPr="00BE4305" w:rsidRDefault="00970439">
      <w:r w:rsidRPr="00BE4305">
        <w:rPr>
          <w:b/>
        </w:rPr>
        <w:t>1. Năng lực đặc thù:</w:t>
      </w:r>
    </w:p>
    <w:p w:rsidR="00D474C7" w:rsidRPr="00BE4305" w:rsidRDefault="00970439">
      <w:r w:rsidRPr="00BE4305">
        <w:t>- Củng cố đặc điểm hình chữ nhật, hình vuông qua tình huống thực tế.</w:t>
      </w:r>
    </w:p>
    <w:p w:rsidR="00D474C7" w:rsidRPr="00BE4305" w:rsidRDefault="00970439">
      <w:r w:rsidRPr="00BE4305">
        <w:t>- Vận dụng tính chất cạnh đối của hình chữ nhật để tìm khoảng cách và độ dài đoạn đường.</w:t>
      </w:r>
    </w:p>
    <w:p w:rsidR="00D474C7" w:rsidRPr="00BE4305" w:rsidRDefault="00970439">
      <w:r w:rsidRPr="00BE4305">
        <w:t>- Xếp được hình chữ nhật bằng que tính và nêu được một số cách xếp.</w:t>
      </w:r>
    </w:p>
    <w:p w:rsidR="00D474C7" w:rsidRPr="00BE4305" w:rsidRDefault="00970439">
      <w:r w:rsidRPr="00BE4305">
        <w:rPr>
          <w:b/>
        </w:rPr>
        <w:t>2. Năng lực chung:</w:t>
      </w:r>
    </w:p>
    <w:p w:rsidR="00D474C7" w:rsidRPr="00BE4305" w:rsidRDefault="00970439">
      <w:r w:rsidRPr="00BE4305">
        <w:t>- Tự chủ, tự học: Tự đọc đề toán, xác định dữ kiện và yêu cầu của bài.</w:t>
      </w:r>
    </w:p>
    <w:p w:rsidR="00D474C7" w:rsidRPr="00BE4305" w:rsidRDefault="00970439">
      <w:r w:rsidRPr="00BE4305">
        <w:t>- Giao tiếp và hợp tác: Trao đổi nhóm để giải thích cách tìm độ dài trong hình chữ nhật.</w:t>
      </w:r>
    </w:p>
    <w:p w:rsidR="00D474C7" w:rsidRPr="00BE4305" w:rsidRDefault="00970439">
      <w:r w:rsidRPr="00BE4305">
        <w:t>- Giải quyết vấn đề và sáng tạo: Vận dụng đặc điểm hình để giải quyết tình huống đường tránh và xếp hình.</w:t>
      </w:r>
    </w:p>
    <w:p w:rsidR="00D474C7" w:rsidRPr="00BE4305" w:rsidRDefault="00970439">
      <w:r w:rsidRPr="00BE4305">
        <w:rPr>
          <w:b/>
        </w:rPr>
        <w:t>3. Phẩm chất:</w:t>
      </w:r>
    </w:p>
    <w:p w:rsidR="00D474C7" w:rsidRPr="00BE4305" w:rsidRDefault="00970439">
      <w:r w:rsidRPr="00BE4305">
        <w:t>- Chăm chỉ: Tích cực luyện tập, đọc hình và giải bài toán thực tế.</w:t>
      </w:r>
    </w:p>
    <w:p w:rsidR="00D474C7" w:rsidRPr="00BE4305" w:rsidRDefault="00970439">
      <w:r w:rsidRPr="00BE4305">
        <w:t>- Trách nhiệm: Cẩn thận khi trình bày bài giải có lời văn và hợp tác với bạn.</w:t>
      </w:r>
    </w:p>
    <w:p w:rsidR="00D474C7" w:rsidRPr="00BE4305" w:rsidRDefault="00970439">
      <w:r w:rsidRPr="00BE4305">
        <w:t>- Trung thực: Tự kiểm tra kết quả, sửa bài khi chưa đúng.</w:t>
      </w:r>
    </w:p>
    <w:p w:rsidR="00D474C7" w:rsidRPr="00BE4305" w:rsidRDefault="00970439">
      <w:r w:rsidRPr="00BE4305">
        <w:rPr>
          <w:b/>
        </w:rPr>
        <w:t>4. Tích hợp:</w:t>
      </w:r>
    </w:p>
    <w:p w:rsidR="00D474C7" w:rsidRPr="00BE4305" w:rsidRDefault="00970439">
      <w:r w:rsidRPr="00BE4305">
        <w:t>- Tích hợp NLS 5.1.CB1a: GV dùng GeoGebra hoặc bảng tương tác để thay đổi độ dài cạnh của hình vuông, hình chữ nhật; HS quan sát, nhận xét đặc điểm cạnh và góc rồi kiểm tra lại kết quả phân loại hình.</w:t>
      </w:r>
    </w:p>
    <w:p w:rsidR="00D474C7" w:rsidRPr="00BE4305" w:rsidRDefault="00970439">
      <w:r w:rsidRPr="00BE4305">
        <w:rPr>
          <w:b/>
        </w:rPr>
        <w:t>II. ĐỒ DÙNG DẠY HỌC:</w:t>
      </w:r>
    </w:p>
    <w:p w:rsidR="00D474C7" w:rsidRPr="00BE4305" w:rsidRDefault="00970439">
      <w:r w:rsidRPr="00BE4305">
        <w:t>- Kế hoạch bài dạy, bài giảng PowerPoint.</w:t>
      </w:r>
    </w:p>
    <w:p w:rsidR="00D474C7" w:rsidRPr="00BE4305" w:rsidRDefault="00970439">
      <w:r w:rsidRPr="00BE4305">
        <w:t>- SGK Toán 3, bảng con, phiếu học tập, bút dạ, thước kẻ, ê ke, compa hoặc đồ dùng vẽ hình.</w:t>
      </w:r>
    </w:p>
    <w:p w:rsidR="00D474C7" w:rsidRPr="00BE4305" w:rsidRDefault="00970439">
      <w:r w:rsidRPr="00BE4305">
        <w:t>- Máy tính, máy chiếu/bảng tương tác; học liệu số theo nội dung tiết học.</w:t>
      </w:r>
    </w:p>
    <w:p w:rsidR="00D474C7" w:rsidRPr="00BE4305" w:rsidRDefault="00970439">
      <w:r w:rsidRPr="00BE4305">
        <w:t>- GeoGebra hoặc bảng tương tác có hình chữ nhật, hình vuông thay đổi độ dài cạnh; que tính.</w:t>
      </w:r>
    </w:p>
    <w:p w:rsidR="00D474C7" w:rsidRPr="00BE4305" w:rsidRDefault="00970439">
      <w:r w:rsidRPr="00BE4305">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128"/>
        <w:gridCol w:w="5128"/>
      </w:tblGrid>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BE4305" w:rsidRDefault="00970439">
            <w:pPr>
              <w:jc w:val="center"/>
            </w:pPr>
            <w:r w:rsidRPr="00BE4305">
              <w:rPr>
                <w:b/>
              </w:rPr>
              <w:t>Hoạt động của giáo viên</w:t>
            </w:r>
          </w:p>
        </w:tc>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BE4305" w:rsidRDefault="00970439">
            <w:pPr>
              <w:jc w:val="center"/>
            </w:pPr>
            <w:r w:rsidRPr="00BE4305">
              <w:rPr>
                <w:b/>
              </w:rPr>
              <w:t>Hoạt động của học sinh</w:t>
            </w:r>
          </w:p>
        </w:tc>
      </w:tr>
      <w:tr w:rsidR="00BE4305" w:rsidRPr="00BE4305"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BE4305" w:rsidRDefault="00970439">
            <w:r w:rsidRPr="00BE4305">
              <w:rPr>
                <w:b/>
              </w:rPr>
              <w:t>1. KHỞI ĐỘNG (5 PHÚT):</w:t>
            </w:r>
          </w:p>
          <w:p w:rsidR="00D474C7" w:rsidRPr="00BE4305" w:rsidRDefault="00970439">
            <w:r w:rsidRPr="00BE4305">
              <w:rPr>
                <w:b/>
              </w:rPr>
              <w:t>- Mục tiêu:</w:t>
            </w:r>
          </w:p>
          <w:p w:rsidR="00D474C7" w:rsidRPr="00BE4305" w:rsidRDefault="00970439">
            <w:r w:rsidRPr="00BE4305">
              <w:rPr>
                <w:b/>
              </w:rPr>
              <w:t>+ Ôn đặc điểm hình chữ nhật, hình vuông.</w:t>
            </w:r>
          </w:p>
          <w:p w:rsidR="00D474C7" w:rsidRPr="00BE4305" w:rsidRDefault="00970439">
            <w:r w:rsidRPr="00BE4305">
              <w:rPr>
                <w:b/>
              </w:rPr>
              <w:t>+ Chuẩn bị cho hoạt động vận dụng giải toán và xếp hình.</w:t>
            </w:r>
          </w:p>
          <w:p w:rsidR="00D474C7" w:rsidRPr="00BE4305" w:rsidRDefault="00970439">
            <w:r w:rsidRPr="00BE4305">
              <w:rPr>
                <w:b/>
              </w:rPr>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GV tổ chức trò chơi “Ai nhớ đúng?”.</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tham gia trò chơi.</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Hình chữ nhật có mấy góc vuông?</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chữ nhật có 4 góc vuông.</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Hai cạnh đối của hình chữ nhật như thế nào?</w:t>
            </w:r>
          </w:p>
        </w:tc>
        <w:tc>
          <w:tcPr>
            <w:tcW w:w="5128" w:type="dxa"/>
            <w:shd w:val="clear" w:color="auto" w:fill="auto"/>
            <w:tcMar>
              <w:top w:w="40" w:type="dxa"/>
              <w:left w:w="60" w:type="dxa"/>
              <w:bottom w:w="40" w:type="dxa"/>
              <w:right w:w="60" w:type="dxa"/>
            </w:tcMar>
          </w:tcPr>
          <w:p w:rsidR="00D474C7" w:rsidRPr="00BE4305" w:rsidRDefault="00970439">
            <w:r w:rsidRPr="00BE4305">
              <w:t>- HS trả lời: Hai cạnh đối của hình chữ nhật bằng nhau.</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Hình vuông có đặc điểm gì về cạnh?</w:t>
            </w:r>
          </w:p>
        </w:tc>
        <w:tc>
          <w:tcPr>
            <w:tcW w:w="5128" w:type="dxa"/>
            <w:shd w:val="clear" w:color="auto" w:fill="auto"/>
            <w:tcMar>
              <w:top w:w="40" w:type="dxa"/>
              <w:left w:w="60" w:type="dxa"/>
              <w:bottom w:w="40" w:type="dxa"/>
              <w:right w:w="60" w:type="dxa"/>
            </w:tcMar>
          </w:tcPr>
          <w:p w:rsidR="00D474C7" w:rsidRPr="00BE4305" w:rsidRDefault="00970439">
            <w:r w:rsidRPr="00BE4305">
              <w:t>- HS trả lời: Hình vuông có 4 cạnh bằng nhau.</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nhận xét và dẫn dắt vào tiết luyện tập.</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ghi tên bài.</w:t>
            </w:r>
          </w:p>
        </w:tc>
      </w:tr>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GV kết luận: Nắm chắc đặc điểm cạnh và góc của hình giúp các em giải được bài toán thực tế.</w:t>
            </w:r>
          </w:p>
        </w:tc>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HS ghi nhớ nhiệm vụ học tập.</w:t>
            </w:r>
          </w:p>
        </w:tc>
      </w:tr>
      <w:tr w:rsidR="00BE4305" w:rsidRPr="00BE4305"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BE4305" w:rsidRDefault="00970439">
            <w:r w:rsidRPr="00BE4305">
              <w:rPr>
                <w:b/>
              </w:rPr>
              <w:lastRenderedPageBreak/>
              <w:t>2. LUYỆN TẬP (27 PHÚT):</w:t>
            </w:r>
          </w:p>
          <w:p w:rsidR="00D474C7" w:rsidRPr="00BE4305" w:rsidRDefault="00970439">
            <w:r w:rsidRPr="00BE4305">
              <w:rPr>
                <w:b/>
              </w:rPr>
              <w:t>- Mục tiêu:</w:t>
            </w:r>
          </w:p>
          <w:p w:rsidR="00D474C7" w:rsidRPr="00BE4305" w:rsidRDefault="00970439">
            <w:r w:rsidRPr="00BE4305">
              <w:rPr>
                <w:b/>
              </w:rPr>
              <w:t>+ Vận dụng đặc điểm cạnh đối của hình chữ nhật để giải bài toán thực tế.</w:t>
            </w:r>
          </w:p>
          <w:p w:rsidR="00D474C7" w:rsidRPr="00BE4305" w:rsidRDefault="00970439">
            <w:r w:rsidRPr="00BE4305">
              <w:rPr>
                <w:b/>
              </w:rPr>
              <w:t>+ Tính được độ dài đường đi theo đường tránh dựa trên hình chữ nhật.</w:t>
            </w:r>
          </w:p>
          <w:p w:rsidR="00D474C7" w:rsidRPr="00BE4305" w:rsidRDefault="00970439">
            <w:r w:rsidRPr="00BE4305">
              <w:rPr>
                <w:b/>
              </w:rPr>
              <w:t>+ Xếp được hình chữ nhật bằng que tính theo nhiều cách.</w:t>
            </w:r>
          </w:p>
          <w:p w:rsidR="00D474C7" w:rsidRPr="00BE4305" w:rsidRDefault="00970439">
            <w:r w:rsidRPr="00BE4305">
              <w:rPr>
                <w:b/>
              </w:rPr>
              <w:t>Mục tiêu tích hợp: NLS 5.1.CB1a - HS quan sát hình chữ nhật trên GeoGebra/bảng tương tác, kéo thay đổi độ dài cạnh, nhận xét hai cạnh đối luôn bằng nhau rồi vận dụng vào bài toán trong SGK.</w:t>
            </w:r>
          </w:p>
          <w:p w:rsidR="00D474C7" w:rsidRPr="00BE4305" w:rsidRDefault="00970439">
            <w:r w:rsidRPr="00BE4305">
              <w:rPr>
                <w:b/>
              </w:rPr>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rPr>
                <w:b/>
              </w:rPr>
              <w:t>Bài 1. (Làm việc nhóm 2) Giải bài toán có lời văn.</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đọc đề bài 1.</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Tích hợp NLS 5.1.CB1a: GV mở GeoGebra hoặc bảng tương tác, chiếu hình chữ nhật ABCD và kéo thay đổi kích thước để HS quan sát: khi hình vẫn là hình chữ nhật thì AB = CD và AD = BC.</w:t>
            </w:r>
          </w:p>
        </w:tc>
        <w:tc>
          <w:tcPr>
            <w:tcW w:w="5128" w:type="dxa"/>
            <w:shd w:val="clear" w:color="auto" w:fill="auto"/>
            <w:tcMar>
              <w:top w:w="40" w:type="dxa"/>
              <w:left w:w="60" w:type="dxa"/>
              <w:bottom w:w="40" w:type="dxa"/>
              <w:right w:w="60" w:type="dxa"/>
            </w:tcMar>
          </w:tcPr>
          <w:p w:rsidR="00D474C7" w:rsidRPr="00BE4305" w:rsidRDefault="00970439">
            <w:r w:rsidRPr="00BE4305">
              <w:t>- HS quan sát, nhận xét hai cạnh đối của hình chữ nhật luôn bằng nhau.</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diễn giải tích hợp: Công cụ số giúp các em thấy khi hình chữ nhật thay đổi chiều dài, chiều rộng thì các cạnh đối vẫn bằng nhau. Vì vậy trong bài toán, biết BC = 13 dm và CD = 20 dm thì ta suy ra AD = 13 dm, AB = 20 dm. Từ đó dùng kiến thức hình học để trả lời câu hỏi thực tế.</w:t>
            </w:r>
          </w:p>
        </w:tc>
        <w:tc>
          <w:tcPr>
            <w:tcW w:w="5128" w:type="dxa"/>
            <w:shd w:val="clear" w:color="auto" w:fill="auto"/>
            <w:tcMar>
              <w:top w:w="40" w:type="dxa"/>
              <w:left w:w="60" w:type="dxa"/>
              <w:bottom w:w="40" w:type="dxa"/>
              <w:right w:w="60" w:type="dxa"/>
            </w:tcMar>
          </w:tcPr>
          <w:p w:rsidR="00D474C7" w:rsidRPr="00BE4305" w:rsidRDefault="00970439">
            <w:r w:rsidRPr="00BE4305">
              <w:t>- HS lắng nghe, nêu lại: Trong hình chữ nhật, hai cạnh đối bằng nhau.</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Bài toán cho biết những độ dài nào?</w:t>
            </w:r>
          </w:p>
        </w:tc>
        <w:tc>
          <w:tcPr>
            <w:tcW w:w="5128" w:type="dxa"/>
            <w:shd w:val="clear" w:color="auto" w:fill="auto"/>
            <w:tcMar>
              <w:top w:w="40" w:type="dxa"/>
              <w:left w:w="60" w:type="dxa"/>
              <w:bottom w:w="40" w:type="dxa"/>
              <w:right w:w="60" w:type="dxa"/>
            </w:tcMar>
          </w:tcPr>
          <w:p w:rsidR="00D474C7" w:rsidRPr="00BE4305" w:rsidRDefault="00970439">
            <w:r w:rsidRPr="00BE4305">
              <w:t>- HS trả lời: BC = 13 dm, CD = 20 dm.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Nhà dế mèn cách nhà xén tóc là cạnh nào của hình chữ nhật?</w:t>
            </w:r>
          </w:p>
        </w:tc>
        <w:tc>
          <w:tcPr>
            <w:tcW w:w="5128" w:type="dxa"/>
            <w:shd w:val="clear" w:color="auto" w:fill="auto"/>
            <w:tcMar>
              <w:top w:w="40" w:type="dxa"/>
              <w:left w:w="60" w:type="dxa"/>
              <w:bottom w:w="40" w:type="dxa"/>
              <w:right w:w="60" w:type="dxa"/>
            </w:tcMar>
          </w:tcPr>
          <w:p w:rsidR="00D474C7" w:rsidRPr="00BE4305" w:rsidRDefault="00970439">
            <w:r w:rsidRPr="00BE4305">
              <w:t>- HS trả lời: Đó là cạnh AD, bằng cạnh BC.</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Nhà dế mèn cách nhà dế trũi là cạnh nào của hình chữ nhật?</w:t>
            </w:r>
          </w:p>
        </w:tc>
        <w:tc>
          <w:tcPr>
            <w:tcW w:w="5128" w:type="dxa"/>
            <w:shd w:val="clear" w:color="auto" w:fill="auto"/>
            <w:tcMar>
              <w:top w:w="40" w:type="dxa"/>
              <w:left w:w="60" w:type="dxa"/>
              <w:bottom w:w="40" w:type="dxa"/>
              <w:right w:w="60" w:type="dxa"/>
            </w:tcMar>
          </w:tcPr>
          <w:p w:rsidR="00D474C7" w:rsidRPr="00BE4305" w:rsidRDefault="00970439">
            <w:r w:rsidRPr="00BE4305">
              <w:t>- HS trả lời: Đó là cạnh AB, bằng cạnh CD.</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trình bày câu trả lời đầy đủ.</w:t>
            </w:r>
          </w:p>
        </w:tc>
        <w:tc>
          <w:tcPr>
            <w:tcW w:w="5128" w:type="dxa"/>
            <w:shd w:val="clear" w:color="auto" w:fill="auto"/>
            <w:tcMar>
              <w:top w:w="40" w:type="dxa"/>
              <w:left w:w="60" w:type="dxa"/>
              <w:bottom w:w="40" w:type="dxa"/>
              <w:right w:w="60" w:type="dxa"/>
            </w:tcMar>
          </w:tcPr>
          <w:p w:rsidR="00D474C7" w:rsidRPr="00BE4305" w:rsidRDefault="00970439">
            <w:r w:rsidRPr="00BE4305">
              <w:t>Bài giải</w:t>
            </w:r>
            <w:r w:rsidRPr="00BE4305">
              <w:br/>
              <w:t>a) Nhà dế mèn cách nhà xén tóc là 13 dm.</w:t>
            </w:r>
            <w:r w:rsidRPr="00BE4305">
              <w:br/>
              <w:t>b) Nhà dế mèn cách nhà dế trũi là 20 dm.</w:t>
            </w:r>
            <w:r w:rsidRPr="00BE4305">
              <w:br/>
              <w:t>Đáp số: a) 13 dm; b) 20 dm.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Trong hình chữ nhật, hai cạnh đối bằng nhau nên có thể dùng độ dài đã biết để tìm độ dài cạnh đối diện.</w:t>
            </w:r>
          </w:p>
        </w:tc>
        <w:tc>
          <w:tcPr>
            <w:tcW w:w="5128" w:type="dxa"/>
            <w:shd w:val="clear" w:color="auto" w:fill="auto"/>
            <w:tcMar>
              <w:top w:w="40" w:type="dxa"/>
              <w:left w:w="60" w:type="dxa"/>
              <w:bottom w:w="40" w:type="dxa"/>
              <w:right w:w="60" w:type="dxa"/>
            </w:tcMar>
          </w:tcPr>
          <w:p w:rsidR="00D474C7" w:rsidRPr="00BE4305" w:rsidRDefault="00970439">
            <w:r w:rsidRPr="00BE4305">
              <w:t>- HS ghi nhớ và sửa bài.</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Bài 2. (Làm việc nhóm 4) Giải bài toán đường tránh.</w:t>
            </w:r>
          </w:p>
        </w:tc>
        <w:tc>
          <w:tcPr>
            <w:tcW w:w="5128" w:type="dxa"/>
            <w:shd w:val="clear" w:color="auto" w:fill="auto"/>
            <w:tcMar>
              <w:top w:w="40" w:type="dxa"/>
              <w:left w:w="60" w:type="dxa"/>
              <w:bottom w:w="40" w:type="dxa"/>
              <w:right w:w="60" w:type="dxa"/>
            </w:tcMar>
          </w:tcPr>
          <w:p w:rsidR="00D474C7" w:rsidRPr="00BE4305" w:rsidRDefault="00970439">
            <w:r w:rsidRPr="00BE4305">
              <w:t>- HS đọc yêu cầu bài 2.</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quan sát hình và xác định CDNM là hình gì.</w:t>
            </w:r>
          </w:p>
        </w:tc>
        <w:tc>
          <w:tcPr>
            <w:tcW w:w="5128" w:type="dxa"/>
            <w:shd w:val="clear" w:color="auto" w:fill="auto"/>
            <w:tcMar>
              <w:top w:w="40" w:type="dxa"/>
              <w:left w:w="60" w:type="dxa"/>
              <w:bottom w:w="40" w:type="dxa"/>
              <w:right w:w="60" w:type="dxa"/>
            </w:tcMar>
          </w:tcPr>
          <w:p w:rsidR="00D474C7" w:rsidRPr="00BE4305" w:rsidRDefault="00970439">
            <w:r w:rsidRPr="00BE4305">
              <w:t>- HS trả lời: CDNM là hình chữ nhật.</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hỏi: Biết MN = 2 km, vậy CD dài bao nhiêu ki-lô-mét?</w:t>
            </w:r>
          </w:p>
        </w:tc>
        <w:tc>
          <w:tcPr>
            <w:tcW w:w="5128" w:type="dxa"/>
            <w:shd w:val="clear" w:color="auto" w:fill="auto"/>
            <w:tcMar>
              <w:top w:w="40" w:type="dxa"/>
              <w:left w:w="60" w:type="dxa"/>
              <w:bottom w:w="40" w:type="dxa"/>
              <w:right w:w="60" w:type="dxa"/>
            </w:tcMar>
          </w:tcPr>
          <w:p w:rsidR="00D474C7" w:rsidRPr="00BE4305" w:rsidRDefault="00970439">
            <w:r w:rsidRPr="00BE4305">
              <w:t>- HS trả lời: CD = 2 km vì CD và MN là hai cạnh đối của hình chữ nhật.</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tính độ dài đường tránh CMND.</w:t>
            </w:r>
          </w:p>
        </w:tc>
        <w:tc>
          <w:tcPr>
            <w:tcW w:w="5128" w:type="dxa"/>
            <w:shd w:val="clear" w:color="auto" w:fill="auto"/>
            <w:tcMar>
              <w:top w:w="40" w:type="dxa"/>
              <w:left w:w="60" w:type="dxa"/>
              <w:bottom w:w="40" w:type="dxa"/>
              <w:right w:w="60" w:type="dxa"/>
            </w:tcMar>
          </w:tcPr>
          <w:p w:rsidR="00D474C7" w:rsidRPr="00BE4305" w:rsidRDefault="00970439">
            <w:r w:rsidRPr="00BE4305">
              <w:t>- HS trả lời: CM + MN + ND = 1 + 2 + 1 = 4 km.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lastRenderedPageBreak/>
              <w:t>- GV hỏi: Đi theo đường tránh dài hơn đi theo đường thẳng bao nhiêu ki-lô-mét?</w:t>
            </w:r>
          </w:p>
        </w:tc>
        <w:tc>
          <w:tcPr>
            <w:tcW w:w="5128" w:type="dxa"/>
            <w:shd w:val="clear" w:color="auto" w:fill="auto"/>
            <w:tcMar>
              <w:top w:w="40" w:type="dxa"/>
              <w:left w:w="60" w:type="dxa"/>
              <w:bottom w:w="40" w:type="dxa"/>
              <w:right w:w="60" w:type="dxa"/>
            </w:tcMar>
          </w:tcPr>
          <w:p w:rsidR="00D474C7" w:rsidRPr="00BE4305" w:rsidRDefault="00970439">
            <w:r w:rsidRPr="00BE4305">
              <w:t>- HS trả lời: Đường tránh dài hơn 2 km.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trình bày bài giải hoàn chỉnh.</w:t>
            </w:r>
          </w:p>
        </w:tc>
        <w:tc>
          <w:tcPr>
            <w:tcW w:w="5128" w:type="dxa"/>
            <w:shd w:val="clear" w:color="auto" w:fill="auto"/>
            <w:tcMar>
              <w:top w:w="40" w:type="dxa"/>
              <w:left w:w="60" w:type="dxa"/>
              <w:bottom w:w="40" w:type="dxa"/>
              <w:right w:w="60" w:type="dxa"/>
            </w:tcMar>
          </w:tcPr>
          <w:p w:rsidR="00D474C7" w:rsidRPr="00BE4305" w:rsidRDefault="00970439">
            <w:r w:rsidRPr="00BE4305">
              <w:t>Bài giải</w:t>
            </w:r>
            <w:r w:rsidRPr="00BE4305">
              <w:br/>
              <w:t>a) Độ dài đoạn đường CD là 2 km.</w:t>
            </w:r>
            <w:r w:rsidRPr="00BE4305">
              <w:br/>
              <w:t>b) Độ dài đường tránh CMND là:</w:t>
            </w:r>
            <w:r w:rsidRPr="00BE4305">
              <w:br/>
              <w:t>1 + 2 + 1 = 4 (km)</w:t>
            </w:r>
            <w:r w:rsidRPr="00BE4305">
              <w:br/>
              <w:t>Đi theo đường tránh dài hơn đi theo đường thẳng là:</w:t>
            </w:r>
            <w:r w:rsidRPr="00BE4305">
              <w:br/>
              <w:t>4 - 2 = 2 (km)</w:t>
            </w:r>
            <w:r w:rsidRPr="00BE4305">
              <w:br/>
              <w:t>Đáp số: a) 2 km; b) 2 km.</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Khi giải bài toán đường tránh, cần đọc đúng độ dài các đoạn và so sánh đường đi mới với đoạn đường thẳng ban đầu.</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hoàn thiện bài giải.</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rPr>
                <w:b/>
              </w:rPr>
              <w:t>Bài 3. (Làm việc nhóm 4) Xếp hình chữ nhật bằng que tính.</w:t>
            </w:r>
          </w:p>
          <w:p w:rsidR="00D474C7" w:rsidRPr="00BE4305" w:rsidRDefault="00D474C7"/>
        </w:tc>
        <w:tc>
          <w:tcPr>
            <w:tcW w:w="5128" w:type="dxa"/>
            <w:shd w:val="clear" w:color="auto" w:fill="auto"/>
            <w:tcMar>
              <w:top w:w="40" w:type="dxa"/>
              <w:left w:w="60" w:type="dxa"/>
              <w:bottom w:w="40" w:type="dxa"/>
              <w:right w:w="60" w:type="dxa"/>
            </w:tcMar>
          </w:tcPr>
          <w:p w:rsidR="00D474C7" w:rsidRPr="00BE4305" w:rsidRDefault="00970439">
            <w:r w:rsidRPr="00BE4305">
              <w:t>- HS đọc yêu cầu bài 3.</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phát que tính và yêu cầu HS xếp một hình chữ nhật bằng 10 que tính.</w:t>
            </w:r>
          </w:p>
        </w:tc>
        <w:tc>
          <w:tcPr>
            <w:tcW w:w="5128" w:type="dxa"/>
            <w:shd w:val="clear" w:color="auto" w:fill="auto"/>
            <w:tcMar>
              <w:top w:w="40" w:type="dxa"/>
              <w:left w:w="60" w:type="dxa"/>
              <w:bottom w:w="40" w:type="dxa"/>
              <w:right w:w="60" w:type="dxa"/>
            </w:tcMar>
          </w:tcPr>
          <w:p w:rsidR="00D474C7" w:rsidRPr="00BE4305" w:rsidRDefault="00970439">
            <w:r w:rsidRPr="00BE4305">
              <w:t>- HS làm việc nhóm 4, dùng que tính xếp hình chữ nhật.</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gợi ý: Hai cạnh dài dùng số que bằng nhau, hai cạnh ngắn dùng số que bằng nhau.</w:t>
            </w:r>
          </w:p>
        </w:tc>
        <w:tc>
          <w:tcPr>
            <w:tcW w:w="5128" w:type="dxa"/>
            <w:shd w:val="clear" w:color="auto" w:fill="auto"/>
            <w:tcMar>
              <w:top w:w="40" w:type="dxa"/>
              <w:left w:w="60" w:type="dxa"/>
              <w:bottom w:w="40" w:type="dxa"/>
              <w:right w:w="60" w:type="dxa"/>
            </w:tcMar>
          </w:tcPr>
          <w:p w:rsidR="00D474C7" w:rsidRPr="00BE4305" w:rsidRDefault="00970439">
            <w:r w:rsidRPr="00BE4305">
              <w:t>- HS thảo luận và thử các cách xếp.</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nhóm nêu một cách xếp.</w:t>
            </w:r>
          </w:p>
        </w:tc>
        <w:tc>
          <w:tcPr>
            <w:tcW w:w="5128" w:type="dxa"/>
            <w:shd w:val="clear" w:color="auto" w:fill="auto"/>
            <w:tcMar>
              <w:top w:w="40" w:type="dxa"/>
              <w:left w:w="60" w:type="dxa"/>
              <w:bottom w:w="40" w:type="dxa"/>
              <w:right w:w="60" w:type="dxa"/>
            </w:tcMar>
          </w:tcPr>
          <w:p w:rsidR="00D474C7" w:rsidRPr="00BE4305" w:rsidRDefault="00970439">
            <w:r w:rsidRPr="00BE4305">
              <w:t>- HS nêu: Có thể xếp hình chữ nhật có cạnh dài 4 que, cạnh ngắn 1 que.</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mời nhóm khác nêu thêm cách xếp.</w:t>
            </w:r>
          </w:p>
        </w:tc>
        <w:tc>
          <w:tcPr>
            <w:tcW w:w="5128" w:type="dxa"/>
            <w:shd w:val="clear" w:color="auto" w:fill="auto"/>
            <w:tcMar>
              <w:top w:w="40" w:type="dxa"/>
              <w:left w:w="60" w:type="dxa"/>
              <w:bottom w:w="40" w:type="dxa"/>
              <w:right w:w="60" w:type="dxa"/>
            </w:tcMar>
          </w:tcPr>
          <w:p w:rsidR="00D474C7" w:rsidRPr="00BE4305" w:rsidRDefault="00970439">
            <w:r w:rsidRPr="00BE4305">
              <w:t>- HS nêu: Có thể xếp hình chữ nhật có cạnh dài 3 que, cạnh ngắn 2 que.</w:t>
            </w:r>
          </w:p>
        </w:tc>
      </w:tr>
      <w:tr w:rsidR="00BE4305" w:rsidRPr="00BE4305" w:rsidTr="001108BC">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GV kết luận: Với 10 que tính, có thể xếp hình chữ nhật theo các cặp cạnh đối bằng nhau, ví dụ 4 que và 1 que hoặc 3 que và 2 que.</w:t>
            </w:r>
          </w:p>
        </w:tc>
        <w:tc>
          <w:tcPr>
            <w:tcW w:w="5128" w:type="dxa"/>
            <w:tcBorders>
              <w:bottom w:val="single" w:sz="6" w:space="0" w:color="000000"/>
            </w:tcBorders>
            <w:shd w:val="clear" w:color="auto" w:fill="auto"/>
            <w:tcMar>
              <w:top w:w="40" w:type="dxa"/>
              <w:left w:w="60" w:type="dxa"/>
              <w:bottom w:w="40" w:type="dxa"/>
              <w:right w:w="60" w:type="dxa"/>
            </w:tcMar>
          </w:tcPr>
          <w:p w:rsidR="00D474C7" w:rsidRPr="00BE4305" w:rsidRDefault="00970439">
            <w:r w:rsidRPr="00BE4305">
              <w:t>- HS lắng nghe và trưng bày sản phẩm xếp hình.</w:t>
            </w:r>
          </w:p>
        </w:tc>
      </w:tr>
      <w:tr w:rsidR="00BE4305" w:rsidRPr="00BE4305" w:rsidTr="001108BC">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BE4305" w:rsidRDefault="00970439">
            <w:r w:rsidRPr="00BE4305">
              <w:rPr>
                <w:b/>
              </w:rPr>
              <w:t>3. VẬN DỤNG (3 PHÚT):</w:t>
            </w:r>
          </w:p>
          <w:p w:rsidR="00D474C7" w:rsidRPr="00BE4305" w:rsidRDefault="00970439">
            <w:r w:rsidRPr="00BE4305">
              <w:rPr>
                <w:b/>
              </w:rPr>
              <w:t>- Mục tiêu:</w:t>
            </w:r>
          </w:p>
          <w:p w:rsidR="00D474C7" w:rsidRPr="00BE4305" w:rsidRDefault="00970439">
            <w:r w:rsidRPr="00BE4305">
              <w:rPr>
                <w:b/>
              </w:rPr>
              <w:t>+ Củng cố tính chất cạnh đối của hình chữ nhật.</w:t>
            </w:r>
          </w:p>
          <w:p w:rsidR="00D474C7" w:rsidRPr="00BE4305" w:rsidRDefault="00970439">
            <w:r w:rsidRPr="00BE4305">
              <w:rPr>
                <w:b/>
              </w:rPr>
              <w:t>+ Vận dụng để nêu tình huống thực tế đơn giản.</w:t>
            </w:r>
          </w:p>
          <w:p w:rsidR="00D474C7" w:rsidRPr="00BE4305" w:rsidRDefault="00970439">
            <w:r w:rsidRPr="00BE4305">
              <w:rPr>
                <w:b/>
              </w:rPr>
              <w:t>* Cách tiến hành:</w:t>
            </w:r>
          </w:p>
        </w:tc>
      </w:tr>
      <w:tr w:rsidR="00BE4305" w:rsidRPr="00BE4305" w:rsidTr="001108BC">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GV hỏi: Khi biết một cạnh dài của hình chữ nhật, em biết thêm được cạnh nào?</w:t>
            </w:r>
          </w:p>
        </w:tc>
        <w:tc>
          <w:tcPr>
            <w:tcW w:w="5128" w:type="dxa"/>
            <w:tcBorders>
              <w:top w:val="single" w:sz="6" w:space="0" w:color="000000"/>
            </w:tcBorders>
            <w:shd w:val="clear" w:color="auto" w:fill="auto"/>
            <w:tcMar>
              <w:top w:w="40" w:type="dxa"/>
              <w:left w:w="60" w:type="dxa"/>
              <w:bottom w:w="40" w:type="dxa"/>
              <w:right w:w="60" w:type="dxa"/>
            </w:tcMar>
          </w:tcPr>
          <w:p w:rsidR="00D474C7" w:rsidRPr="00BE4305" w:rsidRDefault="00970439">
            <w:r w:rsidRPr="00BE4305">
              <w:t>- HS trả lời: Em biết cạnh đối diện với nó có độ dài bằng nó.</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yêu cầu HS nêu ví dụ thực tế về hai cạnh đối bằng nhau.</w:t>
            </w:r>
          </w:p>
        </w:tc>
        <w:tc>
          <w:tcPr>
            <w:tcW w:w="5128" w:type="dxa"/>
            <w:shd w:val="clear" w:color="auto" w:fill="auto"/>
            <w:tcMar>
              <w:top w:w="40" w:type="dxa"/>
              <w:left w:w="60" w:type="dxa"/>
              <w:bottom w:w="40" w:type="dxa"/>
              <w:right w:w="60" w:type="dxa"/>
            </w:tcMar>
          </w:tcPr>
          <w:p w:rsidR="00D474C7" w:rsidRPr="00BE4305" w:rsidRDefault="00970439">
            <w:r w:rsidRPr="00BE4305">
              <w:t>- HS nêu: Hai cạnh dài của mặt bàn hình chữ nhật bằng nhau.</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nhận xét, dặn HS quan sát thêm các đồ vật dạng hình chữ nhật ở nhà.</w:t>
            </w:r>
          </w:p>
        </w:tc>
        <w:tc>
          <w:tcPr>
            <w:tcW w:w="5128" w:type="dxa"/>
            <w:shd w:val="clear" w:color="auto" w:fill="auto"/>
            <w:tcMar>
              <w:top w:w="40" w:type="dxa"/>
              <w:left w:w="60" w:type="dxa"/>
              <w:bottom w:w="40" w:type="dxa"/>
              <w:right w:w="60" w:type="dxa"/>
            </w:tcMar>
          </w:tcPr>
          <w:p w:rsidR="00D474C7" w:rsidRPr="00BE4305" w:rsidRDefault="00970439">
            <w:r w:rsidRPr="00BE4305">
              <w:t>- HS lắng nghe và thực hiện.</w:t>
            </w:r>
          </w:p>
        </w:tc>
      </w:tr>
      <w:tr w:rsidR="00BE4305" w:rsidRPr="00BE4305" w:rsidTr="001108BC">
        <w:trPr>
          <w:jc w:val="center"/>
        </w:trPr>
        <w:tc>
          <w:tcPr>
            <w:tcW w:w="5128" w:type="dxa"/>
            <w:shd w:val="clear" w:color="auto" w:fill="auto"/>
            <w:tcMar>
              <w:top w:w="40" w:type="dxa"/>
              <w:left w:w="60" w:type="dxa"/>
              <w:bottom w:w="40" w:type="dxa"/>
              <w:right w:w="60" w:type="dxa"/>
            </w:tcMar>
          </w:tcPr>
          <w:p w:rsidR="00D474C7" w:rsidRPr="00BE4305" w:rsidRDefault="00970439">
            <w:r w:rsidRPr="00BE4305">
              <w:t>- GV kết luận: Tính chất hai cạnh đối bằng nhau của hình chữ nhật giúp ta giải nhiều bài toán đo độ dài trong thực tế.</w:t>
            </w:r>
          </w:p>
        </w:tc>
        <w:tc>
          <w:tcPr>
            <w:tcW w:w="5128" w:type="dxa"/>
            <w:shd w:val="clear" w:color="auto" w:fill="auto"/>
            <w:tcMar>
              <w:top w:w="40" w:type="dxa"/>
              <w:left w:w="60" w:type="dxa"/>
              <w:bottom w:w="40" w:type="dxa"/>
              <w:right w:w="60" w:type="dxa"/>
            </w:tcMar>
          </w:tcPr>
          <w:p w:rsidR="00D474C7" w:rsidRPr="00BE4305" w:rsidRDefault="00970439">
            <w:r w:rsidRPr="00BE4305">
              <w:t>- HS nhắc lại kiến thức.</w:t>
            </w:r>
          </w:p>
        </w:tc>
      </w:tr>
    </w:tbl>
    <w:p w:rsidR="00D474C7" w:rsidRPr="00BE4305" w:rsidRDefault="00970439">
      <w:r w:rsidRPr="00BE4305">
        <w:rPr>
          <w:b/>
        </w:rPr>
        <w:t>IV. ĐIỀU CHỈNH SAU BÀI DẠY:</w:t>
      </w:r>
    </w:p>
    <w:p w:rsidR="00D474C7" w:rsidRPr="00BE4305" w:rsidRDefault="00970439">
      <w:r w:rsidRPr="00BE4305">
        <w:t>.......................................................................................................................................</w:t>
      </w:r>
    </w:p>
    <w:p w:rsidR="00D474C7" w:rsidRPr="00BE4305" w:rsidRDefault="00970439">
      <w:pPr>
        <w:jc w:val="center"/>
      </w:pPr>
      <w:r w:rsidRPr="00BE4305">
        <w:rPr>
          <w:b/>
          <w:sz w:val="28"/>
        </w:rPr>
        <w:lastRenderedPageBreak/>
        <w:t>KẾ HOẠCH BÀI DẠY MÔN TOÁN 3</w:t>
      </w:r>
    </w:p>
    <w:p w:rsidR="00D474C7" w:rsidRPr="00BE4305" w:rsidRDefault="00970439">
      <w:pPr>
        <w:jc w:val="center"/>
      </w:pPr>
      <w:r w:rsidRPr="00BE4305">
        <w:rPr>
          <w:b/>
        </w:rPr>
        <w:t>TUẦN 8</w:t>
      </w:r>
    </w:p>
    <w:p w:rsidR="00D474C7" w:rsidRPr="00BE4305" w:rsidRDefault="00970439">
      <w:pPr>
        <w:jc w:val="center"/>
      </w:pPr>
      <w:r w:rsidRPr="00BE4305">
        <w:rPr>
          <w:b/>
        </w:rPr>
        <w:t>CHỦ ĐỀ 3: LÀM QUEN VỚI HÌNH PHẲNG, HÌNH KHỐI</w:t>
      </w:r>
    </w:p>
    <w:p w:rsidR="00D474C7" w:rsidRPr="00BE4305" w:rsidRDefault="00970439">
      <w:pPr>
        <w:jc w:val="center"/>
      </w:pPr>
      <w:r w:rsidRPr="00BE4305">
        <w:rPr>
          <w:b/>
          <w:sz w:val="28"/>
        </w:rPr>
        <w:t>Bài 20: THỰC HÀNH VẼ GÓC VUÔNG, VẼ ĐƯỜNG TRÒN, HÌNH VUÔNG, HÌNH CHỮ NHẬT VÀ VẼ TRANG TRÍ (T1)</w:t>
      </w:r>
    </w:p>
    <w:p w:rsidR="00D474C7" w:rsidRPr="00BE4305" w:rsidRDefault="00970439">
      <w:pPr>
        <w:jc w:val="center"/>
      </w:pPr>
      <w:r w:rsidRPr="00BE4305">
        <w:rPr>
          <w:b/>
        </w:rPr>
        <w:t>- Trang 61, 62</w:t>
      </w:r>
    </w:p>
    <w:p w:rsidR="00D474C7" w:rsidRPr="00BE4305" w:rsidRDefault="00970439">
      <w:r w:rsidRPr="00BE4305">
        <w:rPr>
          <w:b/>
        </w:rPr>
        <w:t>I. YÊU CẦU CẦN ĐẠT:</w:t>
      </w:r>
    </w:p>
    <w:p w:rsidR="00D474C7" w:rsidRPr="00BE4305" w:rsidRDefault="00970439">
      <w:r w:rsidRPr="00BE4305">
        <w:rPr>
          <w:b/>
        </w:rPr>
        <w:t>1. Năng lực đặc thù:</w:t>
      </w:r>
    </w:p>
    <w:p w:rsidR="00D474C7" w:rsidRPr="00BE4305" w:rsidRDefault="00970439">
      <w:r w:rsidRPr="00BE4305">
        <w:t>- Thực hành vẽ được góc vuông, đường tròn theo yêu cầu của bài.</w:t>
      </w:r>
    </w:p>
    <w:p w:rsidR="00D474C7" w:rsidRPr="00BE4305" w:rsidRDefault="00970439">
      <w:r w:rsidRPr="00BE4305">
        <w:t>- Biết tự làm ê ke giấy, dùng ê ke để kiểm tra góc vuông trong hình.</w:t>
      </w:r>
    </w:p>
    <w:p w:rsidR="00D474C7" w:rsidRPr="00BE4305" w:rsidRDefault="00970439">
      <w:r w:rsidRPr="00BE4305">
        <w:t>- Vẽ được hình chữ nhật, hình vuông theo mẫu trên lưới ô vuông.</w:t>
      </w:r>
    </w:p>
    <w:p w:rsidR="00D474C7" w:rsidRPr="00BE4305" w:rsidRDefault="00970439">
      <w:r w:rsidRPr="00BE4305">
        <w:rPr>
          <w:b/>
        </w:rPr>
        <w:t>2. Năng lực chung:</w:t>
      </w:r>
    </w:p>
    <w:p w:rsidR="00D474C7" w:rsidRPr="00BE4305" w:rsidRDefault="00970439">
      <w:r w:rsidRPr="00BE4305">
        <w:t>- Tự chủ, tự học: Chuẩn bị dụng cụ vẽ, tự đọc yêu cầu và thực hành từng bước.</w:t>
      </w:r>
    </w:p>
    <w:p w:rsidR="00D474C7" w:rsidRPr="00BE4305" w:rsidRDefault="00970439">
      <w:r w:rsidRPr="00BE4305">
        <w:t>- Giao tiếp và hợp tác: Trao đổi với bạn về cách vẽ, cách kiểm tra góc vuông bằng ê ke.</w:t>
      </w:r>
    </w:p>
    <w:p w:rsidR="00D474C7" w:rsidRPr="00BE4305" w:rsidRDefault="00970439">
      <w:r w:rsidRPr="00BE4305">
        <w:t>- Giải quyết vấn đề và sáng tạo: Biết dùng công cụ vẽ số hoặc dụng cụ thật để đối chiếu, điều chỉnh sản phẩm vẽ.</w:t>
      </w:r>
    </w:p>
    <w:p w:rsidR="00D474C7" w:rsidRPr="00BE4305" w:rsidRDefault="00970439">
      <w:r w:rsidRPr="00BE4305">
        <w:rPr>
          <w:b/>
        </w:rPr>
        <w:t>3. Phẩm chất:</w:t>
      </w:r>
    </w:p>
    <w:p w:rsidR="00D474C7" w:rsidRPr="00BE4305" w:rsidRDefault="00970439">
      <w:r w:rsidRPr="00BE4305">
        <w:t>- Chăm chỉ: Tích cực thực hành vẽ hình, chỉnh sửa nét vẽ cho đúng.</w:t>
      </w:r>
    </w:p>
    <w:p w:rsidR="00D474C7" w:rsidRPr="00BE4305" w:rsidRDefault="00970439">
      <w:r w:rsidRPr="00BE4305">
        <w:t>- Trách nhiệm: Cẩn thận khi dùng thước, ê ke, compa; giữ gìn đồ dùng học tập.</w:t>
      </w:r>
    </w:p>
    <w:p w:rsidR="00D474C7" w:rsidRPr="00BE4305" w:rsidRDefault="00970439">
      <w:r w:rsidRPr="00BE4305">
        <w:t>- Trung thực: Tự kiểm tra sản phẩm vẽ và sửa lỗi nếu vẽ chưa đúng yêu cầu.</w:t>
      </w:r>
    </w:p>
    <w:p w:rsidR="00D474C7" w:rsidRPr="00BE4305" w:rsidRDefault="00970439">
      <w:r w:rsidRPr="00BE4305">
        <w:rPr>
          <w:b/>
        </w:rPr>
        <w:t>4. Tích hợp:</w:t>
      </w:r>
    </w:p>
    <w:p w:rsidR="00D474C7" w:rsidRPr="00BE4305" w:rsidRDefault="00970439">
      <w:r w:rsidRPr="00BE4305">
        <w:t>- Tích hợp NLS 5.1.CB1a: GV dùng GeoGebra hoặc công cụ vẽ Shapes trong PowerPoint để hướng dẫn vẽ góc vuông, đường tròn, hình vuông, hình chữ nhật; HS đối chiếu sản phẩm vẽ với mẫu trên màn hình và tự chỉnh nét vẽ.</w:t>
      </w:r>
    </w:p>
    <w:p w:rsidR="00D474C7" w:rsidRPr="00BE4305" w:rsidRDefault="00970439">
      <w:r w:rsidRPr="00BE4305">
        <w:rPr>
          <w:b/>
        </w:rPr>
        <w:t>II. ĐỒ DÙNG DẠY HỌC:</w:t>
      </w:r>
    </w:p>
    <w:p w:rsidR="00D474C7" w:rsidRPr="00BE4305" w:rsidRDefault="00970439">
      <w:r w:rsidRPr="00BE4305">
        <w:t>- Kế hoạch bài dạy, bài giảng PowerPoint.</w:t>
      </w:r>
    </w:p>
    <w:p w:rsidR="00D474C7" w:rsidRPr="00BE4305" w:rsidRDefault="00970439">
      <w:r w:rsidRPr="00BE4305">
        <w:t>- SGK Toán 3, bảng con, phiếu học tập, bút dạ, thước kẻ, ê ke, compa hoặc đồ dùng vẽ hình.</w:t>
      </w:r>
    </w:p>
    <w:p w:rsidR="00D474C7" w:rsidRPr="00BE4305" w:rsidRDefault="00970439">
      <w:r w:rsidRPr="00BE4305">
        <w:t>- Máy tính, máy chiếu/bảng tương tác; học liệu số theo nội dung tiết học.</w:t>
      </w:r>
    </w:p>
    <w:p w:rsidR="00D474C7" w:rsidRPr="00BE4305" w:rsidRDefault="00970439">
      <w:r w:rsidRPr="00BE4305">
        <w:t>- GeoGebra hoặc công cụ Shapes trong PowerPoint; giấy màu, ê ke, thước thẳng, compa hoặc vật có dạng hình tròn.</w:t>
      </w:r>
    </w:p>
    <w:p w:rsidR="00D474C7" w:rsidRPr="00BE4305" w:rsidRDefault="00970439">
      <w:r w:rsidRPr="00BE4305">
        <w:rPr>
          <w:b/>
        </w:rPr>
        <w:t>III. HOẠT ĐỘNG DẠY HỌC:</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128"/>
        <w:gridCol w:w="5128"/>
      </w:tblGrid>
      <w:tr w:rsidR="00F52B09" w:rsidRPr="00F52B09" w:rsidTr="00F52B09">
        <w:trPr>
          <w:jc w:val="center"/>
        </w:trPr>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F52B09" w:rsidRDefault="00970439">
            <w:pPr>
              <w:jc w:val="center"/>
            </w:pPr>
            <w:r w:rsidRPr="00F52B09">
              <w:rPr>
                <w:b/>
              </w:rPr>
              <w:t>Hoạt động của giáo viên</w:t>
            </w:r>
          </w:p>
        </w:tc>
        <w:tc>
          <w:tcPr>
            <w:tcW w:w="5128" w:type="dxa"/>
            <w:tcBorders>
              <w:bottom w:val="single" w:sz="6" w:space="0" w:color="000000"/>
            </w:tcBorders>
            <w:shd w:val="clear" w:color="auto" w:fill="auto"/>
            <w:tcMar>
              <w:top w:w="40" w:type="dxa"/>
              <w:left w:w="60" w:type="dxa"/>
              <w:bottom w:w="40" w:type="dxa"/>
              <w:right w:w="60" w:type="dxa"/>
            </w:tcMar>
            <w:vAlign w:val="center"/>
          </w:tcPr>
          <w:p w:rsidR="00D474C7" w:rsidRPr="00F52B09" w:rsidRDefault="00970439">
            <w:pPr>
              <w:jc w:val="center"/>
            </w:pPr>
            <w:r w:rsidRPr="00F52B09">
              <w:rPr>
                <w:b/>
              </w:rPr>
              <w:t>Hoạt động của học sinh</w:t>
            </w:r>
          </w:p>
        </w:tc>
      </w:tr>
      <w:tr w:rsidR="00F52B09" w:rsidRPr="00F52B09" w:rsidTr="00F52B09">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F52B09" w:rsidRDefault="00970439">
            <w:r w:rsidRPr="00F52B09">
              <w:rPr>
                <w:b/>
              </w:rPr>
              <w:t>1. KHỞI ĐỘNG (5 PHÚT):</w:t>
            </w:r>
          </w:p>
          <w:p w:rsidR="00D474C7" w:rsidRPr="00F52B09" w:rsidRDefault="00970439">
            <w:r w:rsidRPr="00F52B09">
              <w:rPr>
                <w:b/>
              </w:rPr>
              <w:t>- Mục tiêu:</w:t>
            </w:r>
          </w:p>
          <w:p w:rsidR="00D474C7" w:rsidRPr="00F52B09" w:rsidRDefault="00970439">
            <w:r w:rsidRPr="00F52B09">
              <w:rPr>
                <w:b/>
              </w:rPr>
              <w:t>+ Ôn cách nhận biết góc vuông, hình chữ nhật, hình vuông, đường tròn.</w:t>
            </w:r>
          </w:p>
          <w:p w:rsidR="00D474C7" w:rsidRPr="00F52B09" w:rsidRDefault="00970439">
            <w:r w:rsidRPr="00F52B09">
              <w:rPr>
                <w:b/>
              </w:rPr>
              <w:t>+ Chuẩn bị tâm thế cho hoạt động thực hành vẽ hình.</w:t>
            </w:r>
          </w:p>
          <w:p w:rsidR="00D474C7" w:rsidRPr="00F52B09" w:rsidRDefault="00970439">
            <w:r w:rsidRPr="00F52B09">
              <w:rPr>
                <w:b/>
              </w:rPr>
              <w:t>* Cách tiến hành:</w:t>
            </w:r>
          </w:p>
        </w:tc>
      </w:tr>
      <w:tr w:rsidR="00F52B09" w:rsidRPr="00F52B09" w:rsidTr="00F52B09">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F52B09" w:rsidRDefault="00970439">
            <w:r w:rsidRPr="00F52B09">
              <w:t>- GV tổ chức trò chơi “Dụng cụ nào dùng để vẽ?”.</w:t>
            </w:r>
          </w:p>
        </w:tc>
        <w:tc>
          <w:tcPr>
            <w:tcW w:w="5128" w:type="dxa"/>
            <w:tcBorders>
              <w:top w:val="single" w:sz="6" w:space="0" w:color="000000"/>
            </w:tcBorders>
            <w:shd w:val="clear" w:color="auto" w:fill="auto"/>
            <w:tcMar>
              <w:top w:w="40" w:type="dxa"/>
              <w:left w:w="60" w:type="dxa"/>
              <w:bottom w:w="40" w:type="dxa"/>
              <w:right w:w="60" w:type="dxa"/>
            </w:tcMar>
          </w:tcPr>
          <w:p w:rsidR="00D474C7" w:rsidRPr="00F52B09" w:rsidRDefault="00970439">
            <w:r w:rsidRPr="00F52B09">
              <w:t>- HS tham gia trò chơi.</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hỏi: Muốn kiểm tra góc vuông, em dùng dụng cụ nào?</w:t>
            </w:r>
          </w:p>
        </w:tc>
        <w:tc>
          <w:tcPr>
            <w:tcW w:w="5128" w:type="dxa"/>
            <w:shd w:val="clear" w:color="auto" w:fill="auto"/>
            <w:tcMar>
              <w:top w:w="40" w:type="dxa"/>
              <w:left w:w="60" w:type="dxa"/>
              <w:bottom w:w="40" w:type="dxa"/>
              <w:right w:w="60" w:type="dxa"/>
            </w:tcMar>
          </w:tcPr>
          <w:p w:rsidR="00D474C7" w:rsidRPr="00F52B09" w:rsidRDefault="00970439">
            <w:r w:rsidRPr="00F52B09">
              <w:t>- HS trả lời: Em dùng ê ke.</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hỏi: Muốn vẽ đường tròn, em có thể dùng dụng cụ nào?</w:t>
            </w:r>
          </w:p>
        </w:tc>
        <w:tc>
          <w:tcPr>
            <w:tcW w:w="5128" w:type="dxa"/>
            <w:shd w:val="clear" w:color="auto" w:fill="auto"/>
            <w:tcMar>
              <w:top w:w="40" w:type="dxa"/>
              <w:left w:w="60" w:type="dxa"/>
              <w:bottom w:w="40" w:type="dxa"/>
              <w:right w:w="60" w:type="dxa"/>
            </w:tcMar>
          </w:tcPr>
          <w:p w:rsidR="00D474C7" w:rsidRPr="00F52B09" w:rsidRDefault="00970439">
            <w:r w:rsidRPr="00F52B09">
              <w:t>- HS trả lời: Em có thể dùng compa hoặc đồ vật có dạng hình tròn.</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hỏi: Trên lưới ô vuông, muốn vẽ hình vuông cần chú ý điều gì?</w:t>
            </w:r>
          </w:p>
        </w:tc>
        <w:tc>
          <w:tcPr>
            <w:tcW w:w="5128" w:type="dxa"/>
            <w:shd w:val="clear" w:color="auto" w:fill="auto"/>
            <w:tcMar>
              <w:top w:w="40" w:type="dxa"/>
              <w:left w:w="60" w:type="dxa"/>
              <w:bottom w:w="40" w:type="dxa"/>
              <w:right w:w="60" w:type="dxa"/>
            </w:tcMar>
          </w:tcPr>
          <w:p w:rsidR="00D474C7" w:rsidRPr="00F52B09" w:rsidRDefault="00970439">
            <w:r w:rsidRPr="00F52B09">
              <w:t>- HS trả lời: Cần chú ý các cạnh bằng nhau và các góc vuông.</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lastRenderedPageBreak/>
              <w:t>- GV nhận xét, giới thiệu bài thực hành.</w:t>
            </w:r>
          </w:p>
        </w:tc>
        <w:tc>
          <w:tcPr>
            <w:tcW w:w="5128" w:type="dxa"/>
            <w:shd w:val="clear" w:color="auto" w:fill="auto"/>
            <w:tcMar>
              <w:top w:w="40" w:type="dxa"/>
              <w:left w:w="60" w:type="dxa"/>
              <w:bottom w:w="40" w:type="dxa"/>
              <w:right w:w="60" w:type="dxa"/>
            </w:tcMar>
          </w:tcPr>
          <w:p w:rsidR="00D474C7" w:rsidRPr="00F52B09" w:rsidRDefault="00970439">
            <w:r w:rsidRPr="00F52B09">
              <w:t>- HS lắng nghe và ghi tên bài.</w:t>
            </w:r>
          </w:p>
        </w:tc>
      </w:tr>
      <w:tr w:rsidR="00F52B09" w:rsidRPr="00F52B09" w:rsidTr="00F52B09">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F52B09" w:rsidRDefault="00970439">
            <w:r w:rsidRPr="00F52B09">
              <w:t>- GV kết luận: Thực hành vẽ hình cần chuẩn bị đúng dụng cụ, quan sát mẫu và kiểm tra lại sản phẩm sau khi vẽ.</w:t>
            </w:r>
          </w:p>
        </w:tc>
        <w:tc>
          <w:tcPr>
            <w:tcW w:w="5128" w:type="dxa"/>
            <w:tcBorders>
              <w:bottom w:val="single" w:sz="6" w:space="0" w:color="000000"/>
            </w:tcBorders>
            <w:shd w:val="clear" w:color="auto" w:fill="auto"/>
            <w:tcMar>
              <w:top w:w="40" w:type="dxa"/>
              <w:left w:w="60" w:type="dxa"/>
              <w:bottom w:w="40" w:type="dxa"/>
              <w:right w:w="60" w:type="dxa"/>
            </w:tcMar>
          </w:tcPr>
          <w:p w:rsidR="00D474C7" w:rsidRPr="00F52B09" w:rsidRDefault="00970439">
            <w:r w:rsidRPr="00F52B09">
              <w:t>- HS chuẩn bị thước, ê ke, bút chì.</w:t>
            </w:r>
          </w:p>
        </w:tc>
      </w:tr>
      <w:tr w:rsidR="00F52B09" w:rsidRPr="00F52B09" w:rsidTr="00F52B09">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F52B09" w:rsidRDefault="00970439">
            <w:r w:rsidRPr="00F52B09">
              <w:t>2. HOẠT ĐỘNG - THỰC HÀNH (27 PHÚT):</w:t>
            </w:r>
          </w:p>
          <w:p w:rsidR="00D474C7" w:rsidRPr="00F52B09" w:rsidRDefault="00970439">
            <w:r w:rsidRPr="00F52B09">
              <w:t>- Mục tiêu:</w:t>
            </w:r>
          </w:p>
          <w:p w:rsidR="00D474C7" w:rsidRPr="00F52B09" w:rsidRDefault="00970439">
            <w:r w:rsidRPr="00F52B09">
              <w:t>+ Vẽ được góc vuông, đường tròn, hình chữ nhật và hình vuông theo yêu cầu.</w:t>
            </w:r>
          </w:p>
          <w:p w:rsidR="00D474C7" w:rsidRPr="00F52B09" w:rsidRDefault="00970439">
            <w:r w:rsidRPr="00F52B09">
              <w:t>+ Biết làm ê ke giấy và dùng ê ke giấy kiểm tra góc vuông.</w:t>
            </w:r>
          </w:p>
          <w:p w:rsidR="00D474C7" w:rsidRPr="00F52B09" w:rsidRDefault="00970439">
            <w:r w:rsidRPr="00F52B09">
              <w:t>+ Biết đối chiếu sản phẩm vẽ với mẫu số trên màn hình để tự chỉnh sửa.</w:t>
            </w:r>
          </w:p>
          <w:p w:rsidR="00D474C7" w:rsidRPr="00F52B09" w:rsidRDefault="00970439">
            <w:r w:rsidRPr="00F52B09">
              <w:t>Mục tiêu tích hợp: NLS 5.1.CB1a - HS quan sát thao tác vẽ hình bằng GeoGebra hoặc Shapes trong PowerPoint, đối chiếu sản phẩm vẽ trên giấy với mẫu số và tự điều chỉnh cho đúng yêu cầu.</w:t>
            </w:r>
          </w:p>
          <w:p w:rsidR="00D474C7" w:rsidRPr="00F52B09" w:rsidRDefault="00970439">
            <w:r w:rsidRPr="00F52B09">
              <w:t>* Cách tiến hành:</w:t>
            </w:r>
          </w:p>
        </w:tc>
      </w:tr>
      <w:tr w:rsidR="00F52B09" w:rsidRPr="00F52B09" w:rsidTr="00F52B09">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F52B09" w:rsidRDefault="00970439">
            <w:r w:rsidRPr="00F52B09">
              <w:rPr>
                <w:b/>
              </w:rPr>
              <w:t>Bài 1. (Làm việc cá nhân) Vẽ góc vuông đỉnh A, cạnh AB, AC; vẽ đường tròn tâm I.</w:t>
            </w:r>
          </w:p>
          <w:p w:rsidR="00D474C7" w:rsidRPr="00F52B09" w:rsidRDefault="00D474C7"/>
        </w:tc>
        <w:tc>
          <w:tcPr>
            <w:tcW w:w="5128" w:type="dxa"/>
            <w:tcBorders>
              <w:top w:val="single" w:sz="6" w:space="0" w:color="000000"/>
            </w:tcBorders>
            <w:shd w:val="clear" w:color="auto" w:fill="auto"/>
            <w:tcMar>
              <w:top w:w="40" w:type="dxa"/>
              <w:left w:w="60" w:type="dxa"/>
              <w:bottom w:w="40" w:type="dxa"/>
              <w:right w:w="60" w:type="dxa"/>
            </w:tcMar>
          </w:tcPr>
          <w:p w:rsidR="00D474C7" w:rsidRPr="00F52B09" w:rsidRDefault="00970439">
            <w:r w:rsidRPr="00F52B09">
              <w:t>- HS đọc yêu cầu bài 1.</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Tích hợp NLS 5.1.CB1a: GV mở GeoGebra hoặc PowerPoint Shapes, vẽ mẫu một góc vuông đỉnh A có hai cạnh AB, AC và một đường tròn tâm I, sau đó yêu cầu HS quan sát thứ tự thao tác.</w:t>
            </w:r>
          </w:p>
        </w:tc>
        <w:tc>
          <w:tcPr>
            <w:tcW w:w="5128" w:type="dxa"/>
            <w:shd w:val="clear" w:color="auto" w:fill="auto"/>
            <w:tcMar>
              <w:top w:w="40" w:type="dxa"/>
              <w:left w:w="60" w:type="dxa"/>
              <w:bottom w:w="40" w:type="dxa"/>
              <w:right w:w="60" w:type="dxa"/>
            </w:tcMar>
          </w:tcPr>
          <w:p w:rsidR="00D474C7" w:rsidRPr="00F52B09" w:rsidRDefault="00970439">
            <w:r w:rsidRPr="00F52B09">
              <w:t>- HS quan sát thao tác vẽ trên màn hình và chuẩn bị vở, thước, ê ke.</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diễn giải tích hợp: Khi dùng công cụ số để vẽ hình, các em thấy rõ từng bước: chọn điểm, vẽ hai cạnh tạo góc vuông, xác định tâm rồi vẽ đường tròn. Sau khi thực hành trên giấy, các em cần đối chiếu với mẫu trên màn hình để tự kiểm tra: góc đã vuông chưa, tâm đường tròn đã đúng chưa, nét vẽ có rõ ràng không.</w:t>
            </w:r>
          </w:p>
        </w:tc>
        <w:tc>
          <w:tcPr>
            <w:tcW w:w="5128" w:type="dxa"/>
            <w:shd w:val="clear" w:color="auto" w:fill="auto"/>
            <w:tcMar>
              <w:top w:w="40" w:type="dxa"/>
              <w:left w:w="60" w:type="dxa"/>
              <w:bottom w:w="40" w:type="dxa"/>
              <w:right w:w="60" w:type="dxa"/>
            </w:tcMar>
          </w:tcPr>
          <w:p w:rsidR="00D474C7" w:rsidRPr="00F52B09" w:rsidRDefault="00970439">
            <w:r w:rsidRPr="00F52B09">
              <w:t>- HS lắng nghe và nêu lại các bước kiểm tra sản phẩm vẽ.</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yêu cầu HS vẽ điểm A rồi dùng ê ke vẽ góc vuông có hai cạnh AB, AC.</w:t>
            </w:r>
          </w:p>
        </w:tc>
        <w:tc>
          <w:tcPr>
            <w:tcW w:w="5128" w:type="dxa"/>
            <w:shd w:val="clear" w:color="auto" w:fill="auto"/>
            <w:tcMar>
              <w:top w:w="40" w:type="dxa"/>
              <w:left w:w="60" w:type="dxa"/>
              <w:bottom w:w="40" w:type="dxa"/>
              <w:right w:w="60" w:type="dxa"/>
            </w:tcMar>
          </w:tcPr>
          <w:p w:rsidR="00D474C7" w:rsidRPr="00F52B09" w:rsidRDefault="00970439">
            <w:r w:rsidRPr="00F52B09">
              <w:t>- HS vẽ góc vuông đỉnh A, cạnh AB, AC vào vở.</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yêu cầu HS vẽ điểm I và vẽ đường tròn tâm I.</w:t>
            </w:r>
          </w:p>
        </w:tc>
        <w:tc>
          <w:tcPr>
            <w:tcW w:w="5128" w:type="dxa"/>
            <w:shd w:val="clear" w:color="auto" w:fill="auto"/>
            <w:tcMar>
              <w:top w:w="40" w:type="dxa"/>
              <w:left w:w="60" w:type="dxa"/>
              <w:bottom w:w="40" w:type="dxa"/>
              <w:right w:w="60" w:type="dxa"/>
            </w:tcMar>
          </w:tcPr>
          <w:p w:rsidR="00D474C7" w:rsidRPr="00F52B09" w:rsidRDefault="00970439">
            <w:r w:rsidRPr="00F52B09">
              <w:t>- HS vẽ đường tròn tâm I bằng compa hoặc vật có dạng hình tròn.</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mời HS đổi vở kiểm tra theo cặp.</w:t>
            </w:r>
          </w:p>
        </w:tc>
        <w:tc>
          <w:tcPr>
            <w:tcW w:w="5128" w:type="dxa"/>
            <w:shd w:val="clear" w:color="auto" w:fill="auto"/>
            <w:tcMar>
              <w:top w:w="40" w:type="dxa"/>
              <w:left w:w="60" w:type="dxa"/>
              <w:bottom w:w="40" w:type="dxa"/>
              <w:right w:w="60" w:type="dxa"/>
            </w:tcMar>
          </w:tcPr>
          <w:p w:rsidR="00D474C7" w:rsidRPr="00F52B09" w:rsidRDefault="00970439">
            <w:r w:rsidRPr="00F52B09">
              <w:t>- HS đổi vở, kiểm tra góc vuông và tâm đường tròn của bạn.</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kết luận: Khi vẽ góc vuông cần xác định đúng đỉnh và hai cạnh; khi vẽ đường tròn cần xác định đúng tâm.</w:t>
            </w:r>
          </w:p>
        </w:tc>
        <w:tc>
          <w:tcPr>
            <w:tcW w:w="5128" w:type="dxa"/>
            <w:shd w:val="clear" w:color="auto" w:fill="auto"/>
            <w:tcMar>
              <w:top w:w="40" w:type="dxa"/>
              <w:left w:w="60" w:type="dxa"/>
              <w:bottom w:w="40" w:type="dxa"/>
              <w:right w:w="60" w:type="dxa"/>
            </w:tcMar>
          </w:tcPr>
          <w:p w:rsidR="00D474C7" w:rsidRPr="00F52B09" w:rsidRDefault="00970439">
            <w:r w:rsidRPr="00F52B09">
              <w:t>- HS lắng nghe và sửa nét vẽ nếu cần.</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rPr>
                <w:b/>
              </w:rPr>
              <w:t>Bài 2. (Làm việc nhóm 2) Tự làm ê ke giấy và dùng ê ke giấy kiểm tra góc vuông.</w:t>
            </w:r>
          </w:p>
        </w:tc>
        <w:tc>
          <w:tcPr>
            <w:tcW w:w="5128" w:type="dxa"/>
            <w:shd w:val="clear" w:color="auto" w:fill="auto"/>
            <w:tcMar>
              <w:top w:w="40" w:type="dxa"/>
              <w:left w:w="60" w:type="dxa"/>
              <w:bottom w:w="40" w:type="dxa"/>
              <w:right w:w="60" w:type="dxa"/>
            </w:tcMar>
          </w:tcPr>
          <w:p w:rsidR="00D474C7" w:rsidRPr="00F52B09" w:rsidRDefault="00970439">
            <w:r w:rsidRPr="00F52B09">
              <w:t>- HS đọc yêu cầu bài 2.</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hướng dẫn HS gấp tờ giấy làm đôi, rồi lại gấp làm đôi tiếp theo hình trong SGK.</w:t>
            </w:r>
          </w:p>
        </w:tc>
        <w:tc>
          <w:tcPr>
            <w:tcW w:w="5128" w:type="dxa"/>
            <w:shd w:val="clear" w:color="auto" w:fill="auto"/>
            <w:tcMar>
              <w:top w:w="40" w:type="dxa"/>
              <w:left w:w="60" w:type="dxa"/>
              <w:bottom w:w="40" w:type="dxa"/>
              <w:right w:w="60" w:type="dxa"/>
            </w:tcMar>
          </w:tcPr>
          <w:p w:rsidR="00D474C7" w:rsidRPr="00F52B09" w:rsidRDefault="00970439">
            <w:r w:rsidRPr="00F52B09">
              <w:t>- HS thực hành gấp giấy theo hướng dẫn.</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yêu cầu HS mở ê ke giấy và chỉ góc vuông vừa tạo.</w:t>
            </w:r>
          </w:p>
        </w:tc>
        <w:tc>
          <w:tcPr>
            <w:tcW w:w="5128" w:type="dxa"/>
            <w:shd w:val="clear" w:color="auto" w:fill="auto"/>
            <w:tcMar>
              <w:top w:w="40" w:type="dxa"/>
              <w:left w:w="60" w:type="dxa"/>
              <w:bottom w:w="40" w:type="dxa"/>
              <w:right w:w="60" w:type="dxa"/>
            </w:tcMar>
          </w:tcPr>
          <w:p w:rsidR="00D474C7" w:rsidRPr="00F52B09" w:rsidRDefault="00970439">
            <w:r w:rsidRPr="00F52B09">
              <w:t>- HS chỉ góc vuông trên ê ke giấy của mình.</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lastRenderedPageBreak/>
              <w:t>- GV yêu cầu HS dùng ê ke trong bộ đồ dùng học tập kiểm tra góc vuông của ê ke giấy.</w:t>
            </w:r>
          </w:p>
        </w:tc>
        <w:tc>
          <w:tcPr>
            <w:tcW w:w="5128" w:type="dxa"/>
            <w:shd w:val="clear" w:color="auto" w:fill="auto"/>
            <w:tcMar>
              <w:top w:w="40" w:type="dxa"/>
              <w:left w:w="60" w:type="dxa"/>
              <w:bottom w:w="40" w:type="dxa"/>
              <w:right w:w="60" w:type="dxa"/>
            </w:tcMar>
          </w:tcPr>
          <w:p w:rsidR="00D474C7" w:rsidRPr="00F52B09" w:rsidRDefault="00970439">
            <w:r w:rsidRPr="00F52B09">
              <w:t>- HS dùng ê ke kiểm tra và nhận xét góc vuông ở ê ke giấy.</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yêu cầu HS dùng ê ke giấy tìm trong hình bên có mấy góc vuông.</w:t>
            </w:r>
          </w:p>
        </w:tc>
        <w:tc>
          <w:tcPr>
            <w:tcW w:w="5128" w:type="dxa"/>
            <w:shd w:val="clear" w:color="auto" w:fill="auto"/>
            <w:tcMar>
              <w:top w:w="40" w:type="dxa"/>
              <w:left w:w="60" w:type="dxa"/>
              <w:bottom w:w="40" w:type="dxa"/>
              <w:right w:w="60" w:type="dxa"/>
            </w:tcMar>
          </w:tcPr>
          <w:p w:rsidR="00D474C7" w:rsidRPr="00F52B09" w:rsidRDefault="00970439">
            <w:r w:rsidRPr="00F52B09">
              <w:t>- HS trả lời: Trong hình bên có 4 góc vuông.</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kết luận: Ê ke giấy có thể giúp kiểm tra góc vuông; khi sử dụng cần đặt đúng đỉnh và cạnh của góc.</w:t>
            </w:r>
          </w:p>
        </w:tc>
        <w:tc>
          <w:tcPr>
            <w:tcW w:w="5128" w:type="dxa"/>
            <w:shd w:val="clear" w:color="auto" w:fill="auto"/>
            <w:tcMar>
              <w:top w:w="40" w:type="dxa"/>
              <w:left w:w="60" w:type="dxa"/>
              <w:bottom w:w="40" w:type="dxa"/>
              <w:right w:w="60" w:type="dxa"/>
            </w:tcMar>
          </w:tcPr>
          <w:p w:rsidR="00D474C7" w:rsidRPr="00F52B09" w:rsidRDefault="00970439">
            <w:r w:rsidRPr="00F52B09">
              <w:t>- HS lắng nghe và giữ ê ke giấy để dùng trong bài học.</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rPr>
                <w:b/>
              </w:rPr>
              <w:t>Bài 3. (Làm việc cá nhân) Vẽ hình chữ nhật và hình vuông theo mẫu.</w:t>
            </w:r>
          </w:p>
        </w:tc>
        <w:tc>
          <w:tcPr>
            <w:tcW w:w="5128" w:type="dxa"/>
            <w:shd w:val="clear" w:color="auto" w:fill="auto"/>
            <w:tcMar>
              <w:top w:w="40" w:type="dxa"/>
              <w:left w:w="60" w:type="dxa"/>
              <w:bottom w:w="40" w:type="dxa"/>
              <w:right w:w="60" w:type="dxa"/>
            </w:tcMar>
          </w:tcPr>
          <w:p w:rsidR="00D474C7" w:rsidRPr="00F52B09" w:rsidRDefault="00970439">
            <w:r w:rsidRPr="00F52B09">
              <w:t>- HS đọc yêu cầu bài 3.</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yêu cầu HS quan sát ba hình mẫu trên lưới ô vuông.</w:t>
            </w:r>
          </w:p>
        </w:tc>
        <w:tc>
          <w:tcPr>
            <w:tcW w:w="5128" w:type="dxa"/>
            <w:shd w:val="clear" w:color="auto" w:fill="auto"/>
            <w:tcMar>
              <w:top w:w="40" w:type="dxa"/>
              <w:left w:w="60" w:type="dxa"/>
              <w:bottom w:w="40" w:type="dxa"/>
              <w:right w:w="60" w:type="dxa"/>
            </w:tcMar>
          </w:tcPr>
          <w:p w:rsidR="00D474C7" w:rsidRPr="00F52B09" w:rsidRDefault="00970439">
            <w:r w:rsidRPr="00F52B09">
              <w:t>- HS quan sát số ô vuông theo chiều dài và chiều rộng của từng hình.</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hướng dẫn HS vẽ hình thứ nhất theo đúng số ô trong mẫu.</w:t>
            </w:r>
          </w:p>
        </w:tc>
        <w:tc>
          <w:tcPr>
            <w:tcW w:w="5128" w:type="dxa"/>
            <w:shd w:val="clear" w:color="auto" w:fill="auto"/>
            <w:tcMar>
              <w:top w:w="40" w:type="dxa"/>
              <w:left w:w="60" w:type="dxa"/>
              <w:bottom w:w="40" w:type="dxa"/>
              <w:right w:w="60" w:type="dxa"/>
            </w:tcMar>
          </w:tcPr>
          <w:p w:rsidR="00D474C7" w:rsidRPr="00F52B09" w:rsidRDefault="00970439">
            <w:r w:rsidRPr="00F52B09">
              <w:t>- HS vẽ hình thứ nhất vào vở ô li.</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yêu cầu HS tiếp tục vẽ hình chữ nhật và hình vuông còn lại.</w:t>
            </w:r>
          </w:p>
        </w:tc>
        <w:tc>
          <w:tcPr>
            <w:tcW w:w="5128" w:type="dxa"/>
            <w:shd w:val="clear" w:color="auto" w:fill="auto"/>
            <w:tcMar>
              <w:top w:w="40" w:type="dxa"/>
              <w:left w:w="60" w:type="dxa"/>
              <w:bottom w:w="40" w:type="dxa"/>
              <w:right w:w="60" w:type="dxa"/>
            </w:tcMar>
          </w:tcPr>
          <w:p w:rsidR="00D474C7" w:rsidRPr="00F52B09" w:rsidRDefault="00970439">
            <w:r w:rsidRPr="00F52B09">
              <w:t>- HS hoàn thành các hình còn lại theo mẫu.</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mời HS kiểm tra góc vuông và độ dài cạnh bằng ô vuông.</w:t>
            </w:r>
          </w:p>
        </w:tc>
        <w:tc>
          <w:tcPr>
            <w:tcW w:w="5128" w:type="dxa"/>
            <w:shd w:val="clear" w:color="auto" w:fill="auto"/>
            <w:tcMar>
              <w:top w:w="40" w:type="dxa"/>
              <w:left w:w="60" w:type="dxa"/>
              <w:bottom w:w="40" w:type="dxa"/>
              <w:right w:w="60" w:type="dxa"/>
            </w:tcMar>
          </w:tcPr>
          <w:p w:rsidR="00D474C7" w:rsidRPr="00F52B09" w:rsidRDefault="00970439">
            <w:r w:rsidRPr="00F52B09">
              <w:t>- HS dùng ê ke, đếm ô vuông để kiểm tra hình.</w:t>
            </w:r>
          </w:p>
        </w:tc>
      </w:tr>
      <w:tr w:rsidR="00F52B09" w:rsidRPr="00F52B09" w:rsidTr="00F52B09">
        <w:trPr>
          <w:jc w:val="center"/>
        </w:trPr>
        <w:tc>
          <w:tcPr>
            <w:tcW w:w="5128" w:type="dxa"/>
            <w:tcBorders>
              <w:bottom w:val="single" w:sz="6" w:space="0" w:color="000000"/>
            </w:tcBorders>
            <w:shd w:val="clear" w:color="auto" w:fill="auto"/>
            <w:tcMar>
              <w:top w:w="40" w:type="dxa"/>
              <w:left w:w="60" w:type="dxa"/>
              <w:bottom w:w="40" w:type="dxa"/>
              <w:right w:w="60" w:type="dxa"/>
            </w:tcMar>
          </w:tcPr>
          <w:p w:rsidR="00D474C7" w:rsidRPr="00F52B09" w:rsidRDefault="00970439">
            <w:r w:rsidRPr="00F52B09">
              <w:t>- GV kết luận: Khi vẽ hình trên lưới ô vuông, cần đếm đúng số ô và giữ các cạnh thẳng, các góc vuông.</w:t>
            </w:r>
          </w:p>
        </w:tc>
        <w:tc>
          <w:tcPr>
            <w:tcW w:w="5128" w:type="dxa"/>
            <w:tcBorders>
              <w:bottom w:val="single" w:sz="6" w:space="0" w:color="000000"/>
            </w:tcBorders>
            <w:shd w:val="clear" w:color="auto" w:fill="auto"/>
            <w:tcMar>
              <w:top w:w="40" w:type="dxa"/>
              <w:left w:w="60" w:type="dxa"/>
              <w:bottom w:w="40" w:type="dxa"/>
              <w:right w:w="60" w:type="dxa"/>
            </w:tcMar>
          </w:tcPr>
          <w:p w:rsidR="00D474C7" w:rsidRPr="00F52B09" w:rsidRDefault="00970439">
            <w:r w:rsidRPr="00F52B09">
              <w:t>- HS lắng nghe và chỉnh sửa sản phẩm vẽ.</w:t>
            </w:r>
          </w:p>
        </w:tc>
      </w:tr>
      <w:tr w:rsidR="00F52B09" w:rsidRPr="00F52B09" w:rsidTr="00F52B09">
        <w:trPr>
          <w:jc w:val="center"/>
        </w:trPr>
        <w:tc>
          <w:tcPr>
            <w:tcW w:w="10256" w:type="dxa"/>
            <w:gridSpan w:val="2"/>
            <w:tcBorders>
              <w:top w:val="single" w:sz="6" w:space="0" w:color="000000"/>
              <w:bottom w:val="single" w:sz="6" w:space="0" w:color="000000"/>
            </w:tcBorders>
            <w:shd w:val="clear" w:color="auto" w:fill="auto"/>
            <w:tcMar>
              <w:top w:w="40" w:type="dxa"/>
              <w:left w:w="60" w:type="dxa"/>
              <w:bottom w:w="40" w:type="dxa"/>
              <w:right w:w="60" w:type="dxa"/>
            </w:tcMar>
          </w:tcPr>
          <w:p w:rsidR="00D474C7" w:rsidRPr="00F52B09" w:rsidRDefault="00970439">
            <w:bookmarkStart w:id="0" w:name="_GoBack"/>
            <w:r w:rsidRPr="00F52B09">
              <w:rPr>
                <w:b/>
              </w:rPr>
              <w:t>3. VẬN DỤNG (3 PHÚT):</w:t>
            </w:r>
          </w:p>
          <w:p w:rsidR="00D474C7" w:rsidRPr="00F52B09" w:rsidRDefault="00970439">
            <w:r w:rsidRPr="00F52B09">
              <w:rPr>
                <w:b/>
              </w:rPr>
              <w:t>- Mục tiêu:</w:t>
            </w:r>
          </w:p>
          <w:p w:rsidR="00D474C7" w:rsidRPr="00F52B09" w:rsidRDefault="00970439">
            <w:r w:rsidRPr="00F52B09">
              <w:rPr>
                <w:b/>
              </w:rPr>
              <w:t>+ Củng cố quy trình vẽ và kiểm tra hình.</w:t>
            </w:r>
          </w:p>
          <w:p w:rsidR="00D474C7" w:rsidRPr="00F52B09" w:rsidRDefault="00970439">
            <w:r w:rsidRPr="00F52B09">
              <w:rPr>
                <w:b/>
              </w:rPr>
              <w:t>+ Biết vận dụng ê ke giấy trong học tập.</w:t>
            </w:r>
          </w:p>
          <w:p w:rsidR="00D474C7" w:rsidRPr="00F52B09" w:rsidRDefault="00970439">
            <w:r w:rsidRPr="00F52B09">
              <w:rPr>
                <w:b/>
              </w:rPr>
              <w:t>* Cách tiến hành:</w:t>
            </w:r>
          </w:p>
        </w:tc>
      </w:tr>
      <w:bookmarkEnd w:id="0"/>
      <w:tr w:rsidR="00F52B09" w:rsidRPr="00F52B09" w:rsidTr="00F52B09">
        <w:trPr>
          <w:jc w:val="center"/>
        </w:trPr>
        <w:tc>
          <w:tcPr>
            <w:tcW w:w="5128" w:type="dxa"/>
            <w:tcBorders>
              <w:top w:val="single" w:sz="6" w:space="0" w:color="000000"/>
            </w:tcBorders>
            <w:shd w:val="clear" w:color="auto" w:fill="auto"/>
            <w:tcMar>
              <w:top w:w="40" w:type="dxa"/>
              <w:left w:w="60" w:type="dxa"/>
              <w:bottom w:w="40" w:type="dxa"/>
              <w:right w:w="60" w:type="dxa"/>
            </w:tcMar>
          </w:tcPr>
          <w:p w:rsidR="00D474C7" w:rsidRPr="00F52B09" w:rsidRDefault="00970439">
            <w:r w:rsidRPr="00F52B09">
              <w:t>- GV yêu cầu HS nêu lại cách làm ê ke giấy.</w:t>
            </w:r>
          </w:p>
        </w:tc>
        <w:tc>
          <w:tcPr>
            <w:tcW w:w="5128" w:type="dxa"/>
            <w:tcBorders>
              <w:top w:val="single" w:sz="6" w:space="0" w:color="000000"/>
            </w:tcBorders>
            <w:shd w:val="clear" w:color="auto" w:fill="auto"/>
            <w:tcMar>
              <w:top w:w="40" w:type="dxa"/>
              <w:left w:w="60" w:type="dxa"/>
              <w:bottom w:w="40" w:type="dxa"/>
              <w:right w:w="60" w:type="dxa"/>
            </w:tcMar>
          </w:tcPr>
          <w:p w:rsidR="00D474C7" w:rsidRPr="00F52B09" w:rsidRDefault="00970439">
            <w:r w:rsidRPr="00F52B09">
              <w:t>- HS trả lời: Gấp tờ giấy làm đôi, rồi lại gấp làm đôi để tạo góc vuông.</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hỏi: Sau khi vẽ hình xong, em cần làm gì?</w:t>
            </w:r>
          </w:p>
        </w:tc>
        <w:tc>
          <w:tcPr>
            <w:tcW w:w="5128" w:type="dxa"/>
            <w:shd w:val="clear" w:color="auto" w:fill="auto"/>
            <w:tcMar>
              <w:top w:w="40" w:type="dxa"/>
              <w:left w:w="60" w:type="dxa"/>
              <w:bottom w:w="40" w:type="dxa"/>
              <w:right w:w="60" w:type="dxa"/>
            </w:tcMar>
          </w:tcPr>
          <w:p w:rsidR="00D474C7" w:rsidRPr="00F52B09" w:rsidRDefault="00970439">
            <w:r w:rsidRPr="00F52B09">
              <w:t>- HS trả lời: Em cần kiểm tra lại bằng ê ke, thước hoặc đối chiếu với mẫu.</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nhận xét, dặn HS giữ ê ke giấy và chuẩn bị cho tiết vẽ trang trí tiếp theo.</w:t>
            </w:r>
          </w:p>
        </w:tc>
        <w:tc>
          <w:tcPr>
            <w:tcW w:w="5128" w:type="dxa"/>
            <w:shd w:val="clear" w:color="auto" w:fill="auto"/>
            <w:tcMar>
              <w:top w:w="40" w:type="dxa"/>
              <w:left w:w="60" w:type="dxa"/>
              <w:bottom w:w="40" w:type="dxa"/>
              <w:right w:w="60" w:type="dxa"/>
            </w:tcMar>
          </w:tcPr>
          <w:p w:rsidR="00D474C7" w:rsidRPr="00F52B09" w:rsidRDefault="00970439">
            <w:r w:rsidRPr="00F52B09">
              <w:t>- HS lắng nghe và thực hiện.</w:t>
            </w:r>
          </w:p>
        </w:tc>
      </w:tr>
      <w:tr w:rsidR="00F52B09" w:rsidRPr="00F52B09" w:rsidTr="00F52B09">
        <w:trPr>
          <w:jc w:val="center"/>
        </w:trPr>
        <w:tc>
          <w:tcPr>
            <w:tcW w:w="5128" w:type="dxa"/>
            <w:shd w:val="clear" w:color="auto" w:fill="auto"/>
            <w:tcMar>
              <w:top w:w="40" w:type="dxa"/>
              <w:left w:w="60" w:type="dxa"/>
              <w:bottom w:w="40" w:type="dxa"/>
              <w:right w:w="60" w:type="dxa"/>
            </w:tcMar>
          </w:tcPr>
          <w:p w:rsidR="00D474C7" w:rsidRPr="00F52B09" w:rsidRDefault="00970439">
            <w:r w:rsidRPr="00F52B09">
              <w:t>- GV kết luận: Vẽ hình đúng cần thực hiện theo bước, dùng dụng cụ phù hợp và tự kiểm tra sản phẩm sau khi hoàn thành.</w:t>
            </w:r>
          </w:p>
        </w:tc>
        <w:tc>
          <w:tcPr>
            <w:tcW w:w="5128" w:type="dxa"/>
            <w:shd w:val="clear" w:color="auto" w:fill="auto"/>
            <w:tcMar>
              <w:top w:w="40" w:type="dxa"/>
              <w:left w:w="60" w:type="dxa"/>
              <w:bottom w:w="40" w:type="dxa"/>
              <w:right w:w="60" w:type="dxa"/>
            </w:tcMar>
          </w:tcPr>
          <w:p w:rsidR="00D474C7" w:rsidRPr="00F52B09" w:rsidRDefault="00970439">
            <w:r w:rsidRPr="00F52B09">
              <w:t>- HS ghi nhớ nội dung bài học.</w:t>
            </w:r>
          </w:p>
        </w:tc>
      </w:tr>
    </w:tbl>
    <w:p w:rsidR="00D474C7" w:rsidRPr="00BE4305" w:rsidRDefault="00970439">
      <w:r w:rsidRPr="00BE4305">
        <w:rPr>
          <w:b/>
        </w:rPr>
        <w:t>IV. ĐIỀU CHỈNH SAU BÀI DẠY:</w:t>
      </w:r>
    </w:p>
    <w:p w:rsidR="00D474C7" w:rsidRPr="00BE4305" w:rsidRDefault="00970439">
      <w:r w:rsidRPr="00BE4305">
        <w:t>.......................................................................................................................................</w:t>
      </w:r>
    </w:p>
    <w:sectPr w:rsidR="00D474C7" w:rsidRPr="00BE4305" w:rsidSect="00034616">
      <w:pgSz w:w="12240" w:h="15840"/>
      <w:pgMar w:top="850" w:right="850"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108BC"/>
    <w:rsid w:val="0015074B"/>
    <w:rsid w:val="0029639D"/>
    <w:rsid w:val="00326F90"/>
    <w:rsid w:val="003F0590"/>
    <w:rsid w:val="00970439"/>
    <w:rsid w:val="00AA1D8D"/>
    <w:rsid w:val="00B47730"/>
    <w:rsid w:val="00BE4305"/>
    <w:rsid w:val="00CB0664"/>
    <w:rsid w:val="00D474C7"/>
    <w:rsid w:val="00F52B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E4305"/>
    <w:rPr>
      <w:rFonts w:ascii="Tahoma" w:hAnsi="Tahoma" w:cs="Tahoma"/>
      <w:sz w:val="16"/>
      <w:szCs w:val="16"/>
    </w:rPr>
  </w:style>
  <w:style w:type="character" w:customStyle="1" w:styleId="BalloonTextChar">
    <w:name w:val="Balloon Text Char"/>
    <w:basedOn w:val="DefaultParagraphFont"/>
    <w:link w:val="BalloonText"/>
    <w:uiPriority w:val="99"/>
    <w:semiHidden/>
    <w:rsid w:val="00BE430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E4305"/>
    <w:rPr>
      <w:rFonts w:ascii="Tahoma" w:hAnsi="Tahoma" w:cs="Tahoma"/>
      <w:sz w:val="16"/>
      <w:szCs w:val="16"/>
    </w:rPr>
  </w:style>
  <w:style w:type="character" w:customStyle="1" w:styleId="BalloonTextChar">
    <w:name w:val="Balloon Text Char"/>
    <w:basedOn w:val="DefaultParagraphFont"/>
    <w:link w:val="BalloonText"/>
    <w:uiPriority w:val="99"/>
    <w:semiHidden/>
    <w:rsid w:val="00BE43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58C60-1059-4E1D-9EE7-03A9DCFC1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5120</Words>
  <Characters>29189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2026-06-17T23:28:00Z</dcterms:created>
  <dcterms:modified xsi:type="dcterms:W3CDTF">2026-08-15T03:27:00Z</dcterms:modified>
  <cp:category/>
</cp:coreProperties>
</file>