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33C" w:rsidRPr="0059555F" w:rsidRDefault="0059555F">
      <w:pPr>
        <w:spacing w:after="0" w:line="240" w:lineRule="auto"/>
        <w:jc w:val="center"/>
        <w:rPr>
          <w:sz w:val="28"/>
          <w:szCs w:val="28"/>
        </w:rPr>
      </w:pPr>
      <w:r w:rsidRPr="0059555F">
        <w:rPr>
          <w:b/>
          <w:sz w:val="24"/>
          <w:szCs w:val="28"/>
        </w:rPr>
        <w:t>TOÁN</w:t>
      </w:r>
    </w:p>
    <w:p w:rsidR="0084133C" w:rsidRPr="0059555F" w:rsidRDefault="0059555F">
      <w:pPr>
        <w:spacing w:after="0" w:line="240" w:lineRule="auto"/>
        <w:jc w:val="center"/>
        <w:rPr>
          <w:sz w:val="28"/>
          <w:szCs w:val="28"/>
        </w:rPr>
      </w:pPr>
      <w:r w:rsidRPr="0059555F">
        <w:rPr>
          <w:b/>
          <w:sz w:val="24"/>
          <w:szCs w:val="28"/>
        </w:rPr>
        <w:t>TIẾT 121 – BÀI 50. LUYỆN TẬP</w:t>
      </w:r>
    </w:p>
    <w:p w:rsidR="0084133C" w:rsidRPr="0059555F" w:rsidRDefault="0059555F">
      <w:pPr>
        <w:spacing w:after="0" w:line="240" w:lineRule="auto"/>
        <w:rPr>
          <w:sz w:val="28"/>
          <w:szCs w:val="28"/>
        </w:rPr>
      </w:pPr>
      <w:r w:rsidRPr="0059555F">
        <w:rPr>
          <w:b/>
          <w:sz w:val="24"/>
          <w:szCs w:val="28"/>
        </w:rPr>
        <w:t>I. YÊU CẦU CẦN ĐẠT</w:t>
      </w:r>
    </w:p>
    <w:p w:rsidR="0084133C" w:rsidRPr="0059555F" w:rsidRDefault="0059555F">
      <w:pPr>
        <w:spacing w:after="0" w:line="240" w:lineRule="auto"/>
        <w:rPr>
          <w:sz w:val="28"/>
          <w:szCs w:val="28"/>
        </w:rPr>
      </w:pPr>
      <w:r w:rsidRPr="0059555F">
        <w:rPr>
          <w:b/>
          <w:sz w:val="24"/>
          <w:szCs w:val="28"/>
        </w:rPr>
        <w:t>1. Năng lực đặc thù</w:t>
      </w:r>
    </w:p>
    <w:p w:rsidR="0084133C" w:rsidRPr="0059555F" w:rsidRDefault="0059555F">
      <w:pPr>
        <w:spacing w:after="0" w:line="240" w:lineRule="auto"/>
        <w:rPr>
          <w:sz w:val="28"/>
          <w:szCs w:val="28"/>
        </w:rPr>
      </w:pPr>
      <w:r w:rsidRPr="0059555F">
        <w:rPr>
          <w:sz w:val="24"/>
          <w:szCs w:val="28"/>
        </w:rPr>
        <w:t>- Biết cách so sánh các số tròn trăm, tròn chục.</w:t>
      </w:r>
    </w:p>
    <w:p w:rsidR="0084133C" w:rsidRPr="0059555F" w:rsidRDefault="0059555F">
      <w:pPr>
        <w:spacing w:after="0" w:line="240" w:lineRule="auto"/>
        <w:rPr>
          <w:sz w:val="28"/>
          <w:szCs w:val="28"/>
        </w:rPr>
      </w:pPr>
      <w:r w:rsidRPr="0059555F">
        <w:rPr>
          <w:sz w:val="24"/>
          <w:szCs w:val="28"/>
        </w:rPr>
        <w:t>- Biết sắp xếp các số tròn trăm, tròn chục theo thứ tự từ bé đến lớn và ngược lại; tìm số bé nhất hoặc lớn nhất trong 4 số.</w:t>
      </w:r>
    </w:p>
    <w:p w:rsidR="0084133C" w:rsidRPr="0059555F" w:rsidRDefault="0059555F">
      <w:pPr>
        <w:spacing w:after="0" w:line="240" w:lineRule="auto"/>
        <w:rPr>
          <w:sz w:val="28"/>
          <w:szCs w:val="28"/>
        </w:rPr>
      </w:pPr>
      <w:r w:rsidRPr="0059555F">
        <w:rPr>
          <w:sz w:val="24"/>
          <w:szCs w:val="28"/>
        </w:rPr>
        <w:t>- Qua thực hành, luyện tập sẽ phát triển năng lực tư duy và lập luận toán học, năng lực giao tiếp Toán học. Qua giải bài toán thực tế sẽ phát triển năng lực giải quyết vấn đề Toán học.</w:t>
      </w:r>
    </w:p>
    <w:p w:rsidR="0084133C" w:rsidRPr="0059555F" w:rsidRDefault="0059555F">
      <w:pPr>
        <w:spacing w:after="0" w:line="240" w:lineRule="auto"/>
        <w:rPr>
          <w:sz w:val="28"/>
          <w:szCs w:val="28"/>
        </w:rPr>
      </w:pPr>
      <w:r w:rsidRPr="0059555F">
        <w:rPr>
          <w:b/>
          <w:sz w:val="24"/>
          <w:szCs w:val="28"/>
        </w:rPr>
        <w:t>2. Năng lực chung</w:t>
      </w:r>
    </w:p>
    <w:p w:rsidR="0084133C" w:rsidRPr="0059555F" w:rsidRDefault="0059555F">
      <w:pPr>
        <w:spacing w:after="0" w:line="240" w:lineRule="auto"/>
        <w:rPr>
          <w:sz w:val="28"/>
          <w:szCs w:val="28"/>
        </w:rPr>
      </w:pPr>
      <w:r w:rsidRPr="0059555F">
        <w:rPr>
          <w:sz w:val="24"/>
          <w:szCs w:val="28"/>
        </w:rPr>
        <w:t>- Giao tiếp – hợp tác: HS trao đổi, chia sẻ cách làm; phối hợp khi làm việc theo cặp/nhóm và trình bày kết quả.</w:t>
      </w:r>
    </w:p>
    <w:p w:rsidR="0084133C" w:rsidRPr="0059555F" w:rsidRDefault="0059555F">
      <w:pPr>
        <w:spacing w:after="0" w:line="240" w:lineRule="auto"/>
        <w:rPr>
          <w:sz w:val="28"/>
          <w:szCs w:val="28"/>
        </w:rPr>
      </w:pPr>
      <w:r w:rsidRPr="0059555F">
        <w:rPr>
          <w:sz w:val="24"/>
          <w:szCs w:val="28"/>
        </w:rPr>
        <w:t>- Tự chủ – tự học: HS chủ động thực hiện nhiệm vụ; tự kiểm tra, điều chỉnh cách làm khi được góp ý.</w:t>
      </w:r>
    </w:p>
    <w:p w:rsidR="0084133C" w:rsidRPr="0059555F" w:rsidRDefault="0059555F">
      <w:pPr>
        <w:spacing w:after="0" w:line="240" w:lineRule="auto"/>
        <w:rPr>
          <w:sz w:val="28"/>
          <w:szCs w:val="28"/>
        </w:rPr>
      </w:pPr>
      <w:r w:rsidRPr="0059555F">
        <w:rPr>
          <w:sz w:val="24"/>
          <w:szCs w:val="28"/>
        </w:rPr>
        <w:t>- Giải quyết vấn đề sáng tạo: HS vận dụng kiến thức so sánh, sắp xếp số để giải quyết tình huống/bài toán thực tế.</w:t>
      </w:r>
    </w:p>
    <w:p w:rsidR="0084133C" w:rsidRPr="0059555F" w:rsidRDefault="0059555F">
      <w:pPr>
        <w:spacing w:after="0" w:line="240" w:lineRule="auto"/>
        <w:rPr>
          <w:sz w:val="28"/>
          <w:szCs w:val="28"/>
        </w:rPr>
      </w:pPr>
      <w:r w:rsidRPr="0059555F">
        <w:rPr>
          <w:b/>
          <w:sz w:val="24"/>
          <w:szCs w:val="28"/>
        </w:rPr>
        <w:t>3. Phẩm chất</w:t>
      </w:r>
    </w:p>
    <w:p w:rsidR="0084133C" w:rsidRPr="0059555F" w:rsidRDefault="0059555F">
      <w:pPr>
        <w:spacing w:after="0" w:line="240" w:lineRule="auto"/>
        <w:rPr>
          <w:sz w:val="28"/>
          <w:szCs w:val="28"/>
        </w:rPr>
      </w:pPr>
      <w:r w:rsidRPr="0059555F">
        <w:rPr>
          <w:sz w:val="24"/>
          <w:szCs w:val="28"/>
        </w:rPr>
        <w:t>- Chăm chỉ: Tích cực, kiên trì thực hiện nhiệm vụ học tập; hoàn thành bài tập được giao.</w:t>
      </w:r>
    </w:p>
    <w:p w:rsidR="0084133C" w:rsidRPr="0059555F" w:rsidRDefault="0059555F">
      <w:pPr>
        <w:spacing w:after="0" w:line="240" w:lineRule="auto"/>
        <w:rPr>
          <w:sz w:val="28"/>
          <w:szCs w:val="28"/>
        </w:rPr>
      </w:pPr>
      <w:r w:rsidRPr="0059555F">
        <w:rPr>
          <w:sz w:val="24"/>
          <w:szCs w:val="28"/>
        </w:rPr>
        <w:t>- Trách nhiệm: Tự giác, nghiêm túc trong học tập; có ý thức hợp tác và chịu trách nhiệm với kết quả cá nhân/nhóm.</w:t>
      </w:r>
    </w:p>
    <w:p w:rsidR="0084133C" w:rsidRPr="0059555F" w:rsidRDefault="0059555F">
      <w:pPr>
        <w:spacing w:after="0" w:line="240" w:lineRule="auto"/>
        <w:rPr>
          <w:sz w:val="28"/>
          <w:szCs w:val="28"/>
        </w:rPr>
      </w:pPr>
      <w:r w:rsidRPr="0059555F">
        <w:rPr>
          <w:sz w:val="24"/>
          <w:szCs w:val="28"/>
        </w:rPr>
        <w:t>- Nhân ái: Tôn trọng, lắng nghe và hỗ trợ bạn trong hoạt động học tập.</w:t>
      </w:r>
    </w:p>
    <w:p w:rsidR="0084133C" w:rsidRPr="0059555F" w:rsidRDefault="0059555F">
      <w:pPr>
        <w:spacing w:after="0" w:line="240" w:lineRule="auto"/>
        <w:rPr>
          <w:sz w:val="28"/>
          <w:szCs w:val="28"/>
        </w:rPr>
      </w:pPr>
      <w:r w:rsidRPr="0059555F">
        <w:rPr>
          <w:b/>
          <w:sz w:val="24"/>
          <w:szCs w:val="28"/>
        </w:rPr>
        <w:t>II. ĐỒ DÙNG DẠY HỌC</w:t>
      </w:r>
    </w:p>
    <w:p w:rsidR="0084133C" w:rsidRPr="0059555F" w:rsidRDefault="0059555F">
      <w:pPr>
        <w:spacing w:after="0" w:line="240" w:lineRule="auto"/>
        <w:rPr>
          <w:sz w:val="28"/>
          <w:szCs w:val="28"/>
        </w:rPr>
      </w:pPr>
      <w:r w:rsidRPr="0059555F">
        <w:rPr>
          <w:sz w:val="24"/>
          <w:szCs w:val="28"/>
        </w:rPr>
        <w:t>- GV: Máy tính, tivi chiếu nội dung bài;</w:t>
      </w:r>
    </w:p>
    <w:p w:rsidR="0084133C" w:rsidRPr="0059555F" w:rsidRDefault="0059555F">
      <w:pPr>
        <w:spacing w:after="0" w:line="240" w:lineRule="auto"/>
        <w:rPr>
          <w:sz w:val="28"/>
          <w:szCs w:val="28"/>
        </w:rPr>
      </w:pPr>
      <w:r w:rsidRPr="0059555F">
        <w:rPr>
          <w:sz w:val="24"/>
          <w:szCs w:val="28"/>
        </w:rPr>
        <w:t>- HS: SGK; Bộ đồ dùng Toán.</w:t>
      </w:r>
    </w:p>
    <w:p w:rsidR="0084133C" w:rsidRPr="0059555F" w:rsidRDefault="0059555F">
      <w:pPr>
        <w:spacing w:after="0" w:line="240" w:lineRule="auto"/>
        <w:rPr>
          <w:sz w:val="28"/>
          <w:szCs w:val="28"/>
        </w:rPr>
      </w:pPr>
      <w:r w:rsidRPr="0059555F">
        <w:rPr>
          <w:b/>
          <w:sz w:val="24"/>
          <w:szCs w:val="28"/>
        </w:rPr>
        <w:t>III. CÁC HOẠT ĐỘNG DẠY HỌC</w:t>
      </w:r>
    </w:p>
    <w:tbl>
      <w:tblPr>
        <w:tblStyle w:val="TableGrid"/>
        <w:tblW w:w="10404" w:type="dxa"/>
        <w:jc w:val="center"/>
        <w:tblBorders>
          <w:insideH w:val="none" w:sz="0" w:space="0" w:color="auto"/>
        </w:tblBorders>
        <w:tblLook w:val="04A0" w:firstRow="1" w:lastRow="0" w:firstColumn="1" w:lastColumn="0" w:noHBand="0" w:noVBand="1"/>
      </w:tblPr>
      <w:tblGrid>
        <w:gridCol w:w="5861"/>
        <w:gridCol w:w="4543"/>
      </w:tblGrid>
      <w:tr w:rsidR="0059555F" w:rsidRPr="0059555F" w:rsidTr="005B7F93">
        <w:trPr>
          <w:jc w:val="center"/>
        </w:trPr>
        <w:tc>
          <w:tcPr>
            <w:tcW w:w="5861" w:type="dxa"/>
            <w:tcBorders>
              <w:bottom w:val="single" w:sz="4" w:space="0" w:color="auto"/>
            </w:tcBorders>
            <w:shd w:val="clear" w:color="auto" w:fill="auto"/>
            <w:tcMar>
              <w:top w:w="40" w:type="dxa"/>
              <w:left w:w="60" w:type="dxa"/>
              <w:bottom w:w="40" w:type="dxa"/>
              <w:right w:w="60" w:type="dxa"/>
            </w:tcMar>
          </w:tcPr>
          <w:p w:rsidR="0084133C" w:rsidRPr="0059555F" w:rsidRDefault="0059555F">
            <w:pPr>
              <w:jc w:val="center"/>
              <w:rPr>
                <w:sz w:val="28"/>
                <w:szCs w:val="28"/>
              </w:rPr>
            </w:pPr>
            <w:r w:rsidRPr="0059555F">
              <w:rPr>
                <w:sz w:val="24"/>
                <w:szCs w:val="28"/>
              </w:rPr>
              <w:t>Hoạt động của giáo viên</w:t>
            </w:r>
          </w:p>
        </w:tc>
        <w:tc>
          <w:tcPr>
            <w:tcW w:w="4543" w:type="dxa"/>
            <w:tcBorders>
              <w:bottom w:val="single" w:sz="4" w:space="0" w:color="auto"/>
            </w:tcBorders>
            <w:shd w:val="clear" w:color="auto" w:fill="auto"/>
            <w:tcMar>
              <w:top w:w="40" w:type="dxa"/>
              <w:left w:w="60" w:type="dxa"/>
              <w:bottom w:w="40" w:type="dxa"/>
              <w:right w:w="60" w:type="dxa"/>
            </w:tcMar>
          </w:tcPr>
          <w:p w:rsidR="0084133C" w:rsidRPr="0059555F" w:rsidRDefault="0059555F">
            <w:pPr>
              <w:jc w:val="center"/>
              <w:rPr>
                <w:sz w:val="28"/>
                <w:szCs w:val="28"/>
              </w:rPr>
            </w:pPr>
            <w:r w:rsidRPr="0059555F">
              <w:rPr>
                <w:sz w:val="24"/>
                <w:szCs w:val="28"/>
              </w:rPr>
              <w:t>Hoạt động của học sinh</w:t>
            </w:r>
          </w:p>
        </w:tc>
      </w:tr>
      <w:tr w:rsidR="0084133C" w:rsidRPr="0059555F" w:rsidTr="005B7F93">
        <w:trPr>
          <w:jc w:val="center"/>
        </w:trPr>
        <w:tc>
          <w:tcPr>
            <w:tcW w:w="10404" w:type="dxa"/>
            <w:gridSpan w:val="2"/>
            <w:tcBorders>
              <w:top w:val="single" w:sz="4" w:space="0" w:color="auto"/>
              <w:bottom w:val="single" w:sz="4" w:space="0" w:color="auto"/>
            </w:tcBorders>
            <w:shd w:val="clear" w:color="auto" w:fill="auto"/>
            <w:tcMar>
              <w:top w:w="40" w:type="dxa"/>
              <w:left w:w="60" w:type="dxa"/>
              <w:bottom w:w="40" w:type="dxa"/>
              <w:right w:w="60" w:type="dxa"/>
            </w:tcMar>
          </w:tcPr>
          <w:p w:rsidR="0084133C" w:rsidRPr="0059555F" w:rsidRDefault="0059555F">
            <w:pPr>
              <w:rPr>
                <w:sz w:val="28"/>
                <w:szCs w:val="28"/>
              </w:rPr>
            </w:pPr>
            <w:r w:rsidRPr="0059555F">
              <w:rPr>
                <w:b/>
                <w:sz w:val="24"/>
                <w:szCs w:val="28"/>
              </w:rPr>
              <w:t>1. HĐ Khởi động (3–5’) – Mục tiêu: Tạo tâm thế cho HS và từng bước làm quen bài học.</w:t>
            </w:r>
          </w:p>
        </w:tc>
      </w:tr>
      <w:tr w:rsidR="0059555F" w:rsidRPr="0059555F" w:rsidTr="005B7F93">
        <w:trPr>
          <w:jc w:val="center"/>
        </w:trPr>
        <w:tc>
          <w:tcPr>
            <w:tcW w:w="5861" w:type="dxa"/>
            <w:tcBorders>
              <w:top w:val="single" w:sz="4" w:space="0" w:color="auto"/>
            </w:tcBorders>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Tổ chức cho HS chơi trò chơi “Đố bạn” để ôn lại cách đọc, cách viết số có ba chữ số.</w:t>
            </w:r>
          </w:p>
        </w:tc>
        <w:tc>
          <w:tcPr>
            <w:tcW w:w="4543" w:type="dxa"/>
            <w:tcBorders>
              <w:top w:val="single" w:sz="4" w:space="0" w:color="auto"/>
            </w:tcBorders>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Cả lớp hát.</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GV nhận xét, biểu dương.</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Nghe.</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GV nêu tình huống: Có 2 đội tham gia nhảy dây.</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HS trả lời.</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Đội A nhảy được 315 lần, đội B nhảy được 260 lần. Theo em đội nào nhảy được nhiều hơn?</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Đội A nhảy dây được 315 lần.</w:t>
            </w:r>
          </w:p>
          <w:p w:rsidR="0084133C" w:rsidRPr="0059555F" w:rsidRDefault="0059555F">
            <w:pPr>
              <w:rPr>
                <w:sz w:val="28"/>
                <w:szCs w:val="28"/>
              </w:rPr>
            </w:pPr>
            <w:r w:rsidRPr="0059555F">
              <w:rPr>
                <w:sz w:val="24"/>
                <w:szCs w:val="28"/>
              </w:rPr>
              <w:t>+ Đội B nhảy dây được 260 lần.</w:t>
            </w:r>
          </w:p>
          <w:p w:rsidR="0084133C" w:rsidRPr="0059555F" w:rsidRDefault="0059555F">
            <w:pPr>
              <w:rPr>
                <w:sz w:val="28"/>
                <w:szCs w:val="28"/>
              </w:rPr>
            </w:pPr>
            <w:r w:rsidRPr="0059555F">
              <w:rPr>
                <w:sz w:val="24"/>
                <w:szCs w:val="28"/>
              </w:rPr>
              <w:t>Do đó đội A nhảy được nhiều hơn.</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Bằng cách nào em có thể khẳng định được đội A nhảy được nhiều hơn?</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Em so sánh.</w:t>
            </w:r>
          </w:p>
          <w:p w:rsidR="0084133C" w:rsidRPr="0059555F" w:rsidRDefault="0059555F">
            <w:pPr>
              <w:rPr>
                <w:sz w:val="28"/>
                <w:szCs w:val="28"/>
              </w:rPr>
            </w:pPr>
            <w:r w:rsidRPr="0059555F">
              <w:rPr>
                <w:sz w:val="24"/>
                <w:szCs w:val="28"/>
              </w:rPr>
              <w:t>Trăm – Chục – Đơn vị</w:t>
            </w:r>
          </w:p>
          <w:p w:rsidR="0084133C" w:rsidRPr="0059555F" w:rsidRDefault="0059555F">
            <w:pPr>
              <w:rPr>
                <w:sz w:val="28"/>
                <w:szCs w:val="28"/>
              </w:rPr>
            </w:pPr>
            <w:r w:rsidRPr="0059555F">
              <w:rPr>
                <w:sz w:val="24"/>
                <w:szCs w:val="28"/>
              </w:rPr>
              <w:t>315 → 3 – 1 – 5</w:t>
            </w:r>
          </w:p>
          <w:p w:rsidR="0084133C" w:rsidRPr="0059555F" w:rsidRDefault="0059555F">
            <w:pPr>
              <w:rPr>
                <w:sz w:val="28"/>
                <w:szCs w:val="28"/>
              </w:rPr>
            </w:pPr>
            <w:r w:rsidRPr="0059555F">
              <w:rPr>
                <w:sz w:val="24"/>
                <w:szCs w:val="28"/>
              </w:rPr>
              <w:t>260 → 2 – 6 – 0</w:t>
            </w:r>
          </w:p>
        </w:tc>
      </w:tr>
      <w:tr w:rsidR="0059555F" w:rsidRPr="0059555F" w:rsidTr="005B7F93">
        <w:trPr>
          <w:jc w:val="center"/>
        </w:trPr>
        <w:tc>
          <w:tcPr>
            <w:tcW w:w="5861" w:type="dxa"/>
            <w:tcBorders>
              <w:bottom w:val="single" w:sz="4" w:space="0" w:color="auto"/>
            </w:tcBorders>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Vậy để hiểu rõ hơn cách so sánh đó → tìm hiểu vào bài mới: Luyện tập.</w:t>
            </w:r>
          </w:p>
        </w:tc>
        <w:tc>
          <w:tcPr>
            <w:tcW w:w="4543" w:type="dxa"/>
            <w:tcBorders>
              <w:bottom w:val="single" w:sz="4" w:space="0" w:color="auto"/>
            </w:tcBorders>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Ghi vở.</w:t>
            </w:r>
          </w:p>
        </w:tc>
      </w:tr>
      <w:tr w:rsidR="0084133C" w:rsidRPr="0059555F" w:rsidTr="005B7F93">
        <w:trPr>
          <w:jc w:val="center"/>
        </w:trPr>
        <w:tc>
          <w:tcPr>
            <w:tcW w:w="10404" w:type="dxa"/>
            <w:gridSpan w:val="2"/>
            <w:tcBorders>
              <w:top w:val="single" w:sz="4" w:space="0" w:color="auto"/>
              <w:bottom w:val="single" w:sz="4" w:space="0" w:color="auto"/>
            </w:tcBorders>
            <w:shd w:val="clear" w:color="auto" w:fill="auto"/>
            <w:tcMar>
              <w:top w:w="40" w:type="dxa"/>
              <w:left w:w="60" w:type="dxa"/>
              <w:bottom w:w="40" w:type="dxa"/>
              <w:right w:w="60" w:type="dxa"/>
            </w:tcMar>
          </w:tcPr>
          <w:p w:rsidR="0084133C" w:rsidRPr="0059555F" w:rsidRDefault="0059555F">
            <w:pPr>
              <w:rPr>
                <w:sz w:val="28"/>
                <w:szCs w:val="28"/>
              </w:rPr>
            </w:pPr>
            <w:r w:rsidRPr="0059555F">
              <w:rPr>
                <w:b/>
                <w:sz w:val="24"/>
                <w:szCs w:val="28"/>
              </w:rPr>
              <w:t>2. HĐ Luyện tập, thực hành (22’) – Mục tiêu: HS biết cách so sánh các số tròn trăm, tròn chục; biết sắp xếp theo thứ tự; tìm số bé nhất hoặc lớn nhất trong 4 số.</w:t>
            </w:r>
          </w:p>
        </w:tc>
      </w:tr>
      <w:tr w:rsidR="0084133C" w:rsidRPr="0059555F" w:rsidTr="005B7F93">
        <w:trPr>
          <w:jc w:val="center"/>
        </w:trPr>
        <w:tc>
          <w:tcPr>
            <w:tcW w:w="10404" w:type="dxa"/>
            <w:gridSpan w:val="2"/>
            <w:tcBorders>
              <w:top w:val="single" w:sz="4" w:space="0" w:color="auto"/>
            </w:tcBorders>
            <w:shd w:val="clear" w:color="auto" w:fill="auto"/>
            <w:tcMar>
              <w:top w:w="40" w:type="dxa"/>
              <w:left w:w="60" w:type="dxa"/>
              <w:bottom w:w="40" w:type="dxa"/>
              <w:right w:w="60" w:type="dxa"/>
            </w:tcMar>
          </w:tcPr>
          <w:p w:rsidR="0084133C" w:rsidRPr="0059555F" w:rsidRDefault="0059555F">
            <w:pPr>
              <w:rPr>
                <w:sz w:val="28"/>
                <w:szCs w:val="28"/>
              </w:rPr>
            </w:pPr>
            <w:r w:rsidRPr="0059555F">
              <w:rPr>
                <w:b/>
                <w:sz w:val="24"/>
                <w:szCs w:val="28"/>
              </w:rPr>
              <w:t>Bài 1</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Gọi HS đọc và xác định yêu cầu bài tập.</w:t>
            </w:r>
          </w:p>
          <w:p w:rsidR="0084133C" w:rsidRPr="0059555F" w:rsidRDefault="0059555F">
            <w:pPr>
              <w:rPr>
                <w:sz w:val="28"/>
                <w:szCs w:val="28"/>
              </w:rPr>
            </w:pPr>
            <w:r w:rsidRPr="0059555F">
              <w:rPr>
                <w:sz w:val="24"/>
                <w:szCs w:val="28"/>
              </w:rPr>
              <w:t>+ Bài yêu cầu làm gì?</w:t>
            </w:r>
          </w:p>
          <w:p w:rsidR="0059555F" w:rsidRPr="0059555F" w:rsidRDefault="0059555F">
            <w:pPr>
              <w:rPr>
                <w:sz w:val="28"/>
                <w:szCs w:val="28"/>
              </w:rPr>
            </w:pP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lastRenderedPageBreak/>
              <w:t>- 1–2 HS đọc và nêu yêu cầu.</w:t>
            </w:r>
          </w:p>
          <w:p w:rsidR="0084133C" w:rsidRPr="0059555F" w:rsidRDefault="0059555F">
            <w:pPr>
              <w:rPr>
                <w:sz w:val="28"/>
                <w:szCs w:val="28"/>
              </w:rPr>
            </w:pPr>
            <w:r w:rsidRPr="0059555F">
              <w:rPr>
                <w:sz w:val="24"/>
                <w:szCs w:val="28"/>
              </w:rPr>
              <w:t>- 1–2 HS trả lời.</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lastRenderedPageBreak/>
              <w:t>- Cho HS làm bài theo nhóm 2.</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HS làm việc theo nhóm 2.</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Gọi HS nêu miệng – chia sẻ.</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- 1 HS lên bảng nêu – chia sẻ với các bạn trong lớp:</w:t>
            </w:r>
          </w:p>
          <w:p w:rsidR="0084133C" w:rsidRPr="0059555F" w:rsidRDefault="0059555F">
            <w:pPr>
              <w:rPr>
                <w:sz w:val="28"/>
                <w:szCs w:val="28"/>
              </w:rPr>
            </w:pPr>
            <w:r w:rsidRPr="0059555F">
              <w:rPr>
                <w:sz w:val="24"/>
                <w:szCs w:val="28"/>
              </w:rPr>
              <w:t>+ Tại sao bạn nói 700 &lt; 900 là Đ?</w:t>
            </w:r>
          </w:p>
          <w:p w:rsidR="0084133C" w:rsidRPr="0059555F" w:rsidRDefault="0059555F">
            <w:pPr>
              <w:rPr>
                <w:sz w:val="28"/>
                <w:szCs w:val="28"/>
              </w:rPr>
            </w:pPr>
            <w:r w:rsidRPr="0059555F">
              <w:rPr>
                <w:sz w:val="24"/>
                <w:szCs w:val="28"/>
              </w:rPr>
              <w:t>+ Tại sao bạn nói 460 &gt; 640 là S?</w:t>
            </w:r>
          </w:p>
          <w:p w:rsidR="0084133C" w:rsidRPr="0059555F" w:rsidRDefault="0059555F">
            <w:pPr>
              <w:rPr>
                <w:sz w:val="28"/>
                <w:szCs w:val="28"/>
              </w:rPr>
            </w:pPr>
            <w:r w:rsidRPr="0059555F">
              <w:rPr>
                <w:sz w:val="24"/>
                <w:szCs w:val="28"/>
              </w:rPr>
              <w:t>+ Tại sao 270 &lt; 720 là Đ?</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Gọi HS nhận xét bài làm của bạn.</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- 2–3 HS nhận xét.</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GV nhận xét, chốt đáp án:</w:t>
            </w:r>
          </w:p>
          <w:p w:rsidR="0084133C" w:rsidRPr="0059555F" w:rsidRDefault="0059555F">
            <w:pPr>
              <w:rPr>
                <w:sz w:val="28"/>
                <w:szCs w:val="28"/>
              </w:rPr>
            </w:pPr>
            <w:r w:rsidRPr="0059555F">
              <w:rPr>
                <w:sz w:val="24"/>
                <w:szCs w:val="28"/>
              </w:rPr>
              <w:t>700 &lt; 900 (Đ)</w:t>
            </w:r>
          </w:p>
          <w:p w:rsidR="0084133C" w:rsidRPr="0059555F" w:rsidRDefault="0059555F">
            <w:pPr>
              <w:rPr>
                <w:sz w:val="28"/>
                <w:szCs w:val="28"/>
              </w:rPr>
            </w:pPr>
            <w:r w:rsidRPr="0059555F">
              <w:rPr>
                <w:sz w:val="24"/>
                <w:szCs w:val="28"/>
              </w:rPr>
              <w:t>890 &gt; 880 (Đ)</w:t>
            </w:r>
          </w:p>
          <w:p w:rsidR="0084133C" w:rsidRPr="0059555F" w:rsidRDefault="0059555F">
            <w:pPr>
              <w:rPr>
                <w:sz w:val="28"/>
                <w:szCs w:val="28"/>
              </w:rPr>
            </w:pPr>
            <w:r w:rsidRPr="0059555F">
              <w:rPr>
                <w:sz w:val="24"/>
                <w:szCs w:val="28"/>
              </w:rPr>
              <w:t>190 = 190 (Đ)</w:t>
            </w:r>
          </w:p>
          <w:p w:rsidR="0084133C" w:rsidRPr="0059555F" w:rsidRDefault="0059555F">
            <w:pPr>
              <w:rPr>
                <w:sz w:val="28"/>
                <w:szCs w:val="28"/>
              </w:rPr>
            </w:pPr>
            <w:r w:rsidRPr="0059555F">
              <w:rPr>
                <w:sz w:val="24"/>
                <w:szCs w:val="28"/>
              </w:rPr>
              <w:t>520 = 250 (S)</w:t>
            </w:r>
          </w:p>
          <w:p w:rsidR="0084133C" w:rsidRPr="0059555F" w:rsidRDefault="0059555F">
            <w:pPr>
              <w:rPr>
                <w:sz w:val="28"/>
                <w:szCs w:val="28"/>
              </w:rPr>
            </w:pPr>
            <w:r w:rsidRPr="0059555F">
              <w:rPr>
                <w:sz w:val="24"/>
                <w:szCs w:val="28"/>
              </w:rPr>
              <w:t>270 &lt; 720 (Đ)</w:t>
            </w:r>
          </w:p>
          <w:p w:rsidR="0084133C" w:rsidRPr="0059555F" w:rsidRDefault="0059555F">
            <w:pPr>
              <w:rPr>
                <w:sz w:val="28"/>
                <w:szCs w:val="28"/>
              </w:rPr>
            </w:pPr>
            <w:r w:rsidRPr="0059555F">
              <w:rPr>
                <w:sz w:val="24"/>
                <w:szCs w:val="28"/>
              </w:rPr>
              <w:t>460 &gt; 640 (S)</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HS lắng nghe và ghi nhớ.</w:t>
            </w:r>
          </w:p>
          <w:p w:rsidR="0084133C" w:rsidRPr="0059555F" w:rsidRDefault="0059555F">
            <w:pPr>
              <w:rPr>
                <w:sz w:val="28"/>
                <w:szCs w:val="28"/>
              </w:rPr>
            </w:pPr>
            <w:r w:rsidRPr="0059555F">
              <w:rPr>
                <w:sz w:val="24"/>
                <w:szCs w:val="28"/>
              </w:rPr>
              <w:t>- HS đối chiếu bài làm.</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Để so sánh được hai vế, ta làm như thế nào?</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Thực hiện so sánh lần lượt từ hàng trăm.</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Nhận xét, tuyên dương HS.</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HS lắng nghe.</w:t>
            </w:r>
          </w:p>
        </w:tc>
      </w:tr>
      <w:tr w:rsidR="0084133C" w:rsidRPr="0059555F" w:rsidTr="005B7F93">
        <w:trPr>
          <w:jc w:val="center"/>
        </w:trPr>
        <w:tc>
          <w:tcPr>
            <w:tcW w:w="10404" w:type="dxa"/>
            <w:gridSpan w:val="2"/>
            <w:shd w:val="clear" w:color="auto" w:fill="auto"/>
            <w:tcMar>
              <w:top w:w="40" w:type="dxa"/>
              <w:left w:w="60" w:type="dxa"/>
              <w:bottom w:w="40" w:type="dxa"/>
              <w:right w:w="60" w:type="dxa"/>
            </w:tcMar>
          </w:tcPr>
          <w:p w:rsidR="0084133C" w:rsidRPr="0059555F" w:rsidRDefault="0059555F">
            <w:pPr>
              <w:rPr>
                <w:sz w:val="28"/>
                <w:szCs w:val="28"/>
              </w:rPr>
            </w:pPr>
            <w:r w:rsidRPr="0059555F">
              <w:rPr>
                <w:b/>
                <w:sz w:val="24"/>
                <w:szCs w:val="28"/>
              </w:rPr>
              <w:t>Bài 2</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Gọi HS đọc và xác định yêu cầu bài tập.</w:t>
            </w:r>
          </w:p>
          <w:p w:rsidR="0084133C" w:rsidRPr="0059555F" w:rsidRDefault="0059555F">
            <w:pPr>
              <w:rPr>
                <w:sz w:val="28"/>
                <w:szCs w:val="28"/>
              </w:rPr>
            </w:pPr>
            <w:r w:rsidRPr="0059555F">
              <w:rPr>
                <w:sz w:val="24"/>
                <w:szCs w:val="28"/>
              </w:rPr>
              <w:t>? Bài yêu cầu làm gì?</w:t>
            </w:r>
          </w:p>
          <w:p w:rsidR="0059555F" w:rsidRPr="0059555F" w:rsidRDefault="0059555F">
            <w:pPr>
              <w:rPr>
                <w:sz w:val="28"/>
                <w:szCs w:val="28"/>
              </w:rPr>
            </w:pP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- 1–2 HS đọc và nêu yêu cầu.</w:t>
            </w:r>
          </w:p>
          <w:p w:rsidR="0084133C" w:rsidRPr="0059555F" w:rsidRDefault="0059555F">
            <w:pPr>
              <w:rPr>
                <w:sz w:val="28"/>
                <w:szCs w:val="28"/>
              </w:rPr>
            </w:pPr>
            <w:r w:rsidRPr="0059555F">
              <w:rPr>
                <w:sz w:val="24"/>
                <w:szCs w:val="28"/>
              </w:rPr>
              <w:t>- 1–2 HS trả lời.</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GV hướng dẫn: Chúng ta sẽ sắp xếp các số vào 4 ngôi nhà theo thứ tự từ trái qua phải sao cho các số được sắp xếp lần lượt theo thứ tự từ lớn đến bé hay nói cách khác theo thứ tự giảm dần.</w:t>
            </w:r>
          </w:p>
          <w:p w:rsidR="0084133C" w:rsidRPr="0059555F" w:rsidRDefault="0059555F">
            <w:pPr>
              <w:rPr>
                <w:sz w:val="28"/>
                <w:szCs w:val="28"/>
              </w:rPr>
            </w:pPr>
            <w:r w:rsidRPr="0059555F">
              <w:rPr>
                <w:sz w:val="24"/>
                <w:szCs w:val="28"/>
              </w:rPr>
              <w:t>Ví dụ ngôi nhà đầu tiên cô xếp được số 350.</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HS lắng nghe và ghi nhớ.</w:t>
            </w:r>
          </w:p>
          <w:p w:rsidR="0084133C" w:rsidRPr="0059555F" w:rsidRDefault="0059555F">
            <w:pPr>
              <w:rPr>
                <w:sz w:val="28"/>
                <w:szCs w:val="28"/>
              </w:rPr>
            </w:pPr>
            <w:r w:rsidRPr="0059555F">
              <w:rPr>
                <w:sz w:val="24"/>
                <w:szCs w:val="28"/>
              </w:rPr>
              <w:t>- HS quan sát ví dụ.</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Tổ chức cho HS chơi trò chơi – chia sẻ trước lớp.</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- 2 nhóm lên chơi gắn các biển lên các ngôi nhà (hoặc nối) và chia sẻ:</w:t>
            </w:r>
          </w:p>
          <w:p w:rsidR="0084133C" w:rsidRPr="0059555F" w:rsidRDefault="0059555F">
            <w:pPr>
              <w:rPr>
                <w:sz w:val="28"/>
                <w:szCs w:val="28"/>
              </w:rPr>
            </w:pPr>
            <w:r w:rsidRPr="0059555F">
              <w:rPr>
                <w:sz w:val="24"/>
                <w:szCs w:val="28"/>
              </w:rPr>
              <w:t>+ Tại sao bạn lại gắn biển số ngôi nhà thứ hai là 300?</w:t>
            </w:r>
          </w:p>
          <w:p w:rsidR="0084133C" w:rsidRPr="0059555F" w:rsidRDefault="0059555F">
            <w:pPr>
              <w:rPr>
                <w:sz w:val="28"/>
                <w:szCs w:val="28"/>
              </w:rPr>
            </w:pPr>
            <w:r w:rsidRPr="0059555F">
              <w:rPr>
                <w:sz w:val="24"/>
                <w:szCs w:val="28"/>
              </w:rPr>
              <w:t>+ Trong 4 số này số nhỏ hơn và đứng ngay sau số 300 là bao nhiêu?</w:t>
            </w:r>
          </w:p>
          <w:p w:rsidR="0084133C" w:rsidRPr="0059555F" w:rsidRDefault="0059555F">
            <w:pPr>
              <w:rPr>
                <w:sz w:val="28"/>
                <w:szCs w:val="28"/>
              </w:rPr>
            </w:pPr>
            <w:r w:rsidRPr="0059555F">
              <w:rPr>
                <w:sz w:val="24"/>
                <w:szCs w:val="28"/>
              </w:rPr>
              <w:t>+ Số nhỏ nhất trong 4 số này là bao nhiêu?</w:t>
            </w:r>
          </w:p>
          <w:p w:rsidR="0084133C" w:rsidRPr="0059555F" w:rsidRDefault="0059555F">
            <w:pPr>
              <w:rPr>
                <w:sz w:val="28"/>
                <w:szCs w:val="28"/>
              </w:rPr>
            </w:pPr>
            <w:r w:rsidRPr="0059555F">
              <w:rPr>
                <w:sz w:val="24"/>
                <w:szCs w:val="28"/>
              </w:rPr>
              <w:t>+ Số lớn nhất trong 4 số này là số nào?</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GV nhận xét, chốt: Muốn sắp xếp được theo thứ tự từ lớn đến bé chúng ta phải đi so sánh các số trong dãy số đã cho.</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HS lắng nghe và ghi nhớ.</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Nhận xét, tuyên dương.</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HS vỗ tay.</w:t>
            </w:r>
          </w:p>
        </w:tc>
      </w:tr>
      <w:tr w:rsidR="0084133C" w:rsidRPr="0059555F" w:rsidTr="005B7F93">
        <w:trPr>
          <w:jc w:val="center"/>
        </w:trPr>
        <w:tc>
          <w:tcPr>
            <w:tcW w:w="10404" w:type="dxa"/>
            <w:gridSpan w:val="2"/>
            <w:shd w:val="clear" w:color="auto" w:fill="auto"/>
            <w:tcMar>
              <w:top w:w="40" w:type="dxa"/>
              <w:left w:w="60" w:type="dxa"/>
              <w:bottom w:w="40" w:type="dxa"/>
              <w:right w:w="60" w:type="dxa"/>
            </w:tcMar>
          </w:tcPr>
          <w:p w:rsidR="0084133C" w:rsidRPr="0059555F" w:rsidRDefault="0059555F">
            <w:pPr>
              <w:rPr>
                <w:sz w:val="28"/>
                <w:szCs w:val="28"/>
              </w:rPr>
            </w:pPr>
            <w:r w:rsidRPr="0059555F">
              <w:rPr>
                <w:b/>
                <w:sz w:val="24"/>
                <w:szCs w:val="28"/>
              </w:rPr>
              <w:t>Bài 3</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Gọi HS đọc và xác định yêu cầu bài tập.</w:t>
            </w:r>
          </w:p>
          <w:p w:rsidR="0084133C" w:rsidRPr="0059555F" w:rsidRDefault="0059555F">
            <w:pPr>
              <w:rPr>
                <w:sz w:val="28"/>
                <w:szCs w:val="28"/>
              </w:rPr>
            </w:pPr>
            <w:r w:rsidRPr="0059555F">
              <w:rPr>
                <w:sz w:val="24"/>
                <w:szCs w:val="28"/>
              </w:rPr>
              <w:t>+ Bài yêu cầu làm gì?</w:t>
            </w:r>
          </w:p>
          <w:p w:rsidR="0059555F" w:rsidRPr="0059555F" w:rsidRDefault="0059555F">
            <w:pPr>
              <w:rPr>
                <w:sz w:val="28"/>
                <w:szCs w:val="28"/>
              </w:rPr>
            </w:pP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- 1–2 HS đọc và nêu yêu cầu: sắp xếp theo thứ tự từ bé đến lớn.</w:t>
            </w:r>
          </w:p>
          <w:p w:rsidR="0084133C" w:rsidRPr="0059555F" w:rsidRDefault="0059555F">
            <w:pPr>
              <w:rPr>
                <w:sz w:val="28"/>
                <w:szCs w:val="28"/>
              </w:rPr>
            </w:pPr>
            <w:r w:rsidRPr="0059555F">
              <w:rPr>
                <w:sz w:val="24"/>
                <w:szCs w:val="28"/>
              </w:rPr>
              <w:t>- HS lắng nghe và ghi nhớ.</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GV hướng dẫn: Trong bài bạn Rô-bốt có 4 tảng đá được gắn với các số lần lượt như trên bảng.</w:t>
            </w:r>
          </w:p>
          <w:p w:rsidR="0084133C" w:rsidRPr="0059555F" w:rsidRDefault="0059555F">
            <w:pPr>
              <w:rPr>
                <w:sz w:val="28"/>
                <w:szCs w:val="28"/>
              </w:rPr>
            </w:pPr>
            <w:r w:rsidRPr="0059555F">
              <w:rPr>
                <w:sz w:val="24"/>
                <w:szCs w:val="28"/>
              </w:rPr>
              <w:lastRenderedPageBreak/>
              <w:t>Nhiệm vụ của các con là sẽ giúp bạn Rô-bốt di chuyển hai tảng đá sao cho các số của 4 tảng đá được sắp xếp theo thứ tự từ bé đến lớn.</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lastRenderedPageBreak/>
              <w:t>- HS quan sát hình/bảng.</w:t>
            </w:r>
          </w:p>
          <w:p w:rsidR="0084133C" w:rsidRPr="0059555F" w:rsidRDefault="0059555F">
            <w:pPr>
              <w:rPr>
                <w:sz w:val="28"/>
                <w:szCs w:val="28"/>
              </w:rPr>
            </w:pPr>
            <w:r w:rsidRPr="0059555F">
              <w:rPr>
                <w:sz w:val="24"/>
                <w:szCs w:val="28"/>
              </w:rPr>
              <w:t>- HS lắng nghe và ghi nhớ.</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lastRenderedPageBreak/>
              <w:t>- Gọi HS đọc 4 số trong bài.</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- 4 HS đọc nối tiếp.</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GV cho HS làm bài vào vở ô li.</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HS làm bài cá nhân. Bài làm của HS như sau:</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GV quan sát, hỗ trợ HS gặp khó khăn.</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HS giơ tay khi cần hỗ trợ.</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Tổ chức chữa bài tập đồng thời đặt câu hỏi để HS nêu được cách làm.</w:t>
            </w:r>
          </w:p>
          <w:p w:rsidR="0084133C" w:rsidRPr="0059555F" w:rsidRDefault="0059555F">
            <w:pPr>
              <w:rPr>
                <w:sz w:val="28"/>
                <w:szCs w:val="28"/>
              </w:rPr>
            </w:pPr>
            <w:r w:rsidRPr="0059555F">
              <w:rPr>
                <w:sz w:val="24"/>
                <w:szCs w:val="28"/>
              </w:rPr>
              <w:t>? Tại sao con lại di chuyển đổi chỗ hai tảng đá có số 640 và 600?</w:t>
            </w:r>
          </w:p>
          <w:p w:rsidR="0084133C" w:rsidRPr="0059555F" w:rsidRDefault="0059555F">
            <w:pPr>
              <w:rPr>
                <w:sz w:val="28"/>
                <w:szCs w:val="28"/>
              </w:rPr>
            </w:pPr>
            <w:r w:rsidRPr="0059555F">
              <w:rPr>
                <w:sz w:val="24"/>
                <w:szCs w:val="28"/>
              </w:rPr>
              <w:t>? Trong 4 tảng đá này, tảng đá nào có giá trị bé nhất?</w:t>
            </w:r>
          </w:p>
          <w:p w:rsidR="0084133C" w:rsidRPr="0059555F" w:rsidRDefault="0059555F">
            <w:pPr>
              <w:rPr>
                <w:sz w:val="28"/>
                <w:szCs w:val="28"/>
              </w:rPr>
            </w:pPr>
            <w:r w:rsidRPr="0059555F">
              <w:rPr>
                <w:sz w:val="24"/>
                <w:szCs w:val="28"/>
              </w:rPr>
              <w:t>Tảng đá nào có giá trị lớn nhất?</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Nhiều HS trả lời.</w:t>
            </w:r>
          </w:p>
          <w:p w:rsidR="0084133C" w:rsidRPr="0059555F" w:rsidRDefault="0059555F">
            <w:pPr>
              <w:rPr>
                <w:sz w:val="28"/>
                <w:szCs w:val="28"/>
              </w:rPr>
            </w:pPr>
            <w:r w:rsidRPr="0059555F">
              <w:rPr>
                <w:sz w:val="24"/>
                <w:szCs w:val="28"/>
              </w:rPr>
              <w:t>- HS nêu: Vì 600 bé hơn 640 nên cần đứng trước.</w:t>
            </w:r>
          </w:p>
          <w:p w:rsidR="0084133C" w:rsidRPr="0059555F" w:rsidRDefault="0059555F">
            <w:pPr>
              <w:rPr>
                <w:sz w:val="28"/>
                <w:szCs w:val="28"/>
              </w:rPr>
            </w:pPr>
            <w:r w:rsidRPr="0059555F">
              <w:rPr>
                <w:sz w:val="24"/>
                <w:szCs w:val="28"/>
              </w:rPr>
              <w:t>- HS nêu tảng đá có số bé nhất.</w:t>
            </w:r>
          </w:p>
          <w:p w:rsidR="0084133C" w:rsidRPr="0059555F" w:rsidRDefault="0059555F">
            <w:pPr>
              <w:rPr>
                <w:sz w:val="28"/>
                <w:szCs w:val="28"/>
              </w:rPr>
            </w:pPr>
            <w:r w:rsidRPr="0059555F">
              <w:rPr>
                <w:sz w:val="24"/>
                <w:szCs w:val="28"/>
              </w:rPr>
              <w:t>- HS nêu tảng đá có số lớn nhất.</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Bài tập giúp em hiểu thêm kiến thức gì?</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=&gt; Muốn sắp xếp được theo thứ tự từ lớn đến bé chúng ta phải đi so sánh các số trong dãy số đã cho.</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GV nhận xét, biểu dương.</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HS lắng nghe.</w:t>
            </w:r>
          </w:p>
        </w:tc>
      </w:tr>
      <w:tr w:rsidR="0084133C" w:rsidRPr="0059555F" w:rsidTr="005B7F93">
        <w:trPr>
          <w:jc w:val="center"/>
        </w:trPr>
        <w:tc>
          <w:tcPr>
            <w:tcW w:w="10404" w:type="dxa"/>
            <w:gridSpan w:val="2"/>
            <w:shd w:val="clear" w:color="auto" w:fill="auto"/>
            <w:tcMar>
              <w:top w:w="40" w:type="dxa"/>
              <w:left w:w="60" w:type="dxa"/>
              <w:bottom w:w="40" w:type="dxa"/>
              <w:right w:w="60" w:type="dxa"/>
            </w:tcMar>
          </w:tcPr>
          <w:p w:rsidR="0084133C" w:rsidRPr="0059555F" w:rsidRDefault="0059555F">
            <w:pPr>
              <w:rPr>
                <w:sz w:val="28"/>
                <w:szCs w:val="28"/>
              </w:rPr>
            </w:pPr>
            <w:r w:rsidRPr="0059555F">
              <w:rPr>
                <w:b/>
                <w:sz w:val="24"/>
                <w:szCs w:val="28"/>
              </w:rPr>
              <w:t>4. HĐ Vận dụng, trải nghiệm (7’) – Mục tiêu: Vận dụng bài học vào giải quyết các vấn đề trong cuộc sống.</w:t>
            </w:r>
          </w:p>
        </w:tc>
      </w:tr>
      <w:tr w:rsidR="0084133C" w:rsidRPr="0059555F" w:rsidTr="005B7F93">
        <w:trPr>
          <w:jc w:val="center"/>
        </w:trPr>
        <w:tc>
          <w:tcPr>
            <w:tcW w:w="10404" w:type="dxa"/>
            <w:gridSpan w:val="2"/>
            <w:shd w:val="clear" w:color="auto" w:fill="auto"/>
            <w:tcMar>
              <w:top w:w="40" w:type="dxa"/>
              <w:left w:w="60" w:type="dxa"/>
              <w:bottom w:w="40" w:type="dxa"/>
              <w:right w:w="60" w:type="dxa"/>
            </w:tcMar>
          </w:tcPr>
          <w:p w:rsidR="0084133C" w:rsidRPr="0059555F" w:rsidRDefault="0059555F">
            <w:pPr>
              <w:rPr>
                <w:b/>
                <w:sz w:val="28"/>
                <w:szCs w:val="28"/>
              </w:rPr>
            </w:pPr>
            <w:r w:rsidRPr="0059555F">
              <w:rPr>
                <w:b/>
                <w:sz w:val="24"/>
                <w:szCs w:val="28"/>
              </w:rPr>
              <w:t>Bài 4</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Gọi HS đọc và xác định yêu cầu bài tập.</w:t>
            </w:r>
          </w:p>
          <w:p w:rsidR="0084133C" w:rsidRPr="0059555F" w:rsidRDefault="0059555F">
            <w:pPr>
              <w:rPr>
                <w:sz w:val="28"/>
                <w:szCs w:val="28"/>
              </w:rPr>
            </w:pPr>
            <w:r w:rsidRPr="0059555F">
              <w:rPr>
                <w:sz w:val="24"/>
                <w:szCs w:val="28"/>
              </w:rPr>
              <w:t>+ Bài yêu cầu làm gì?</w:t>
            </w:r>
          </w:p>
          <w:p w:rsidR="0059555F" w:rsidRPr="0059555F" w:rsidRDefault="0059555F">
            <w:pPr>
              <w:rPr>
                <w:sz w:val="28"/>
                <w:szCs w:val="28"/>
              </w:rPr>
            </w:pP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- 1 HS đọc.</w:t>
            </w:r>
          </w:p>
          <w:p w:rsidR="0084133C" w:rsidRPr="0059555F" w:rsidRDefault="0059555F">
            <w:pPr>
              <w:rPr>
                <w:sz w:val="28"/>
                <w:szCs w:val="28"/>
              </w:rPr>
            </w:pPr>
            <w:r w:rsidRPr="0059555F">
              <w:rPr>
                <w:sz w:val="24"/>
                <w:szCs w:val="28"/>
              </w:rPr>
              <w:t>- 1 HS trả lời.</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Gọi HS đọc các số trong toa tàu.</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- 4 bạn đọc nối tiếp.</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GV hướng dẫn HS từng phần: Bài này có hai phần cũng chính là 2 yêu cầu chúng ta phải đi tìm:</w:t>
            </w:r>
          </w:p>
          <w:p w:rsidR="0084133C" w:rsidRPr="0059555F" w:rsidRDefault="0059555F">
            <w:pPr>
              <w:rPr>
                <w:sz w:val="28"/>
                <w:szCs w:val="28"/>
              </w:rPr>
            </w:pPr>
            <w:r w:rsidRPr="0059555F">
              <w:rPr>
                <w:sz w:val="24"/>
                <w:szCs w:val="28"/>
              </w:rPr>
              <w:t>1. Tìm số lớn nhất trong toa tàu.</w:t>
            </w:r>
          </w:p>
          <w:p w:rsidR="0084133C" w:rsidRPr="0059555F" w:rsidRDefault="0059555F">
            <w:pPr>
              <w:rPr>
                <w:sz w:val="28"/>
                <w:szCs w:val="28"/>
              </w:rPr>
            </w:pPr>
            <w:r w:rsidRPr="0059555F">
              <w:rPr>
                <w:sz w:val="24"/>
                <w:szCs w:val="28"/>
              </w:rPr>
              <w:t>2. Đổi chỗ 2 toa tàu để được các toa ghi các số theo thứ tự từ bé đến lớn.</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HS lắng nghe và ghi nhớ.</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Cho HS làm bài theo nhóm 2.</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HS thảo luận nhóm 2.</w:t>
            </w:r>
          </w:p>
          <w:p w:rsidR="0084133C" w:rsidRPr="0059555F" w:rsidRDefault="0059555F">
            <w:pPr>
              <w:rPr>
                <w:sz w:val="28"/>
                <w:szCs w:val="28"/>
              </w:rPr>
            </w:pPr>
            <w:r w:rsidRPr="0059555F">
              <w:rPr>
                <w:sz w:val="24"/>
                <w:szCs w:val="28"/>
              </w:rPr>
              <w:t>- 2 nhóm nêu: Đổi chỗ thứ tự của các toa tàu. Đổi toa tàu 130 và 730.</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Tổ chức chữa bài tập đồng thời đặt câu hỏi để HS nêu được cách làm.</w:t>
            </w:r>
          </w:p>
          <w:p w:rsidR="0084133C" w:rsidRPr="0059555F" w:rsidRDefault="0059555F">
            <w:pPr>
              <w:rPr>
                <w:sz w:val="28"/>
                <w:szCs w:val="28"/>
              </w:rPr>
            </w:pPr>
            <w:r w:rsidRPr="0059555F">
              <w:rPr>
                <w:sz w:val="24"/>
                <w:szCs w:val="28"/>
              </w:rPr>
              <w:t>? Để tìm được số lớn nhất trong toa tàu ta phải làm như thế nào?</w:t>
            </w:r>
          </w:p>
          <w:p w:rsidR="0084133C" w:rsidRPr="0059555F" w:rsidRDefault="0059555F">
            <w:pPr>
              <w:rPr>
                <w:sz w:val="28"/>
                <w:szCs w:val="28"/>
              </w:rPr>
            </w:pPr>
            <w:r w:rsidRPr="0059555F">
              <w:rPr>
                <w:sz w:val="24"/>
                <w:szCs w:val="28"/>
              </w:rPr>
              <w:t>? Muốn sắp xếp được toa tàu từ bé đến lớn ta phải làm gì?</w:t>
            </w:r>
          </w:p>
          <w:p w:rsidR="0084133C" w:rsidRPr="0059555F" w:rsidRDefault="0059555F">
            <w:pPr>
              <w:rPr>
                <w:sz w:val="28"/>
                <w:szCs w:val="28"/>
              </w:rPr>
            </w:pPr>
            <w:r w:rsidRPr="0059555F">
              <w:rPr>
                <w:sz w:val="24"/>
                <w:szCs w:val="28"/>
              </w:rPr>
              <w:t>? Ta đổi chỗ như thế nào?</w:t>
            </w:r>
          </w:p>
          <w:p w:rsidR="0084133C" w:rsidRPr="0059555F" w:rsidRDefault="0059555F">
            <w:pPr>
              <w:rPr>
                <w:sz w:val="28"/>
                <w:szCs w:val="28"/>
              </w:rPr>
            </w:pPr>
            <w:r w:rsidRPr="0059555F">
              <w:rPr>
                <w:sz w:val="24"/>
                <w:szCs w:val="28"/>
              </w:rPr>
              <w:t>? Nêu cách sắp xếp theo thứ tự từ lớn đến bé.</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HS chữa bài và thực hiện câu hỏi.</w:t>
            </w:r>
          </w:p>
          <w:p w:rsidR="0084133C" w:rsidRPr="0059555F" w:rsidRDefault="0059555F">
            <w:pPr>
              <w:rPr>
                <w:sz w:val="28"/>
                <w:szCs w:val="28"/>
              </w:rPr>
            </w:pPr>
            <w:r w:rsidRPr="0059555F">
              <w:rPr>
                <w:sz w:val="24"/>
                <w:szCs w:val="28"/>
              </w:rPr>
              <w:t>- 2 HS trả lời.</w:t>
            </w:r>
          </w:p>
          <w:p w:rsidR="0084133C" w:rsidRPr="0059555F" w:rsidRDefault="0059555F">
            <w:pPr>
              <w:rPr>
                <w:sz w:val="28"/>
                <w:szCs w:val="28"/>
              </w:rPr>
            </w:pPr>
            <w:r w:rsidRPr="0059555F">
              <w:rPr>
                <w:sz w:val="24"/>
                <w:szCs w:val="28"/>
              </w:rPr>
              <w:t>- 2–3 HS trả lời.</w:t>
            </w:r>
          </w:p>
          <w:p w:rsidR="0084133C" w:rsidRPr="0059555F" w:rsidRDefault="0059555F">
            <w:pPr>
              <w:rPr>
                <w:sz w:val="28"/>
                <w:szCs w:val="28"/>
              </w:rPr>
            </w:pPr>
            <w:r w:rsidRPr="0059555F">
              <w:rPr>
                <w:sz w:val="24"/>
                <w:szCs w:val="28"/>
              </w:rPr>
              <w:t>- HS nêu: Đổi chỗ thứ tự của các toa tàu. Đổi toa tàu 130 và 730.</w:t>
            </w:r>
          </w:p>
          <w:p w:rsidR="0084133C" w:rsidRPr="0059555F" w:rsidRDefault="0059555F">
            <w:pPr>
              <w:rPr>
                <w:sz w:val="28"/>
                <w:szCs w:val="28"/>
              </w:rPr>
            </w:pPr>
            <w:r w:rsidRPr="0059555F">
              <w:rPr>
                <w:sz w:val="24"/>
                <w:szCs w:val="28"/>
              </w:rPr>
              <w:t>- HS nêu cách sắp xếp theo thứ tự từ lớn đến bé.</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GV nhận xét, khen ngợi HS.</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HS lắng nghe.</w:t>
            </w:r>
          </w:p>
        </w:tc>
      </w:tr>
      <w:tr w:rsidR="0084133C" w:rsidRPr="0059555F" w:rsidTr="005B7F93">
        <w:trPr>
          <w:jc w:val="center"/>
        </w:trPr>
        <w:tc>
          <w:tcPr>
            <w:tcW w:w="10404" w:type="dxa"/>
            <w:gridSpan w:val="2"/>
            <w:shd w:val="clear" w:color="auto" w:fill="auto"/>
            <w:tcMar>
              <w:top w:w="40" w:type="dxa"/>
              <w:left w:w="60" w:type="dxa"/>
              <w:bottom w:w="40" w:type="dxa"/>
              <w:right w:w="60" w:type="dxa"/>
            </w:tcMar>
          </w:tcPr>
          <w:p w:rsidR="0084133C" w:rsidRPr="0059555F" w:rsidRDefault="0059555F">
            <w:pPr>
              <w:rPr>
                <w:b/>
                <w:sz w:val="28"/>
                <w:szCs w:val="28"/>
              </w:rPr>
            </w:pPr>
            <w:r w:rsidRPr="0059555F">
              <w:rPr>
                <w:b/>
                <w:sz w:val="24"/>
                <w:szCs w:val="28"/>
              </w:rPr>
              <w:t>Bài 5</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Gọi HS đọc và xác định yêu cầu bài tập.</w:t>
            </w:r>
          </w:p>
          <w:p w:rsidR="0084133C" w:rsidRPr="0059555F" w:rsidRDefault="0059555F">
            <w:pPr>
              <w:rPr>
                <w:sz w:val="28"/>
                <w:szCs w:val="28"/>
              </w:rPr>
            </w:pPr>
            <w:r w:rsidRPr="0059555F">
              <w:rPr>
                <w:sz w:val="24"/>
                <w:szCs w:val="28"/>
              </w:rPr>
              <w:t>+ Bài yêu cầu làm gì?</w:t>
            </w:r>
          </w:p>
          <w:p w:rsidR="0059555F" w:rsidRPr="0059555F" w:rsidRDefault="0059555F">
            <w:pPr>
              <w:rPr>
                <w:sz w:val="28"/>
                <w:szCs w:val="28"/>
              </w:rPr>
            </w:pP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lastRenderedPageBreak/>
              <w:t>- 1–2 HS đọc và nêu yêu cầu.</w:t>
            </w:r>
          </w:p>
          <w:p w:rsidR="0084133C" w:rsidRPr="0059555F" w:rsidRDefault="0059555F">
            <w:pPr>
              <w:rPr>
                <w:sz w:val="28"/>
                <w:szCs w:val="28"/>
              </w:rPr>
            </w:pPr>
            <w:r w:rsidRPr="0059555F">
              <w:rPr>
                <w:sz w:val="24"/>
                <w:szCs w:val="28"/>
              </w:rPr>
              <w:t>- 1–2 HS trả lời.</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lastRenderedPageBreak/>
              <w:t>- GV hướng dẫn HS quan sát hình vẽ, tìm ra hai cân thăng bằng, tìm ra bạn gấu cân nặng bao nhiêu.</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HS quan sát hình vẽ.</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Muốn biết được thứ tự cân nặng của các bạn gấu con phải làm gì?</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So sánh cân nặng.</w:t>
            </w:r>
          </w:p>
          <w:p w:rsidR="0084133C" w:rsidRPr="0059555F" w:rsidRDefault="0059555F">
            <w:pPr>
              <w:rPr>
                <w:sz w:val="28"/>
                <w:szCs w:val="28"/>
              </w:rPr>
            </w:pPr>
            <w:r w:rsidRPr="0059555F">
              <w:rPr>
                <w:sz w:val="24"/>
                <w:szCs w:val="28"/>
              </w:rPr>
              <w:t>+ Từ hình thứ nhất ta có gấu xám nhẹ hơn gấu xám.</w:t>
            </w:r>
          </w:p>
          <w:p w:rsidR="0084133C" w:rsidRPr="0059555F" w:rsidRDefault="0059555F">
            <w:pPr>
              <w:rPr>
                <w:sz w:val="28"/>
                <w:szCs w:val="28"/>
              </w:rPr>
            </w:pPr>
            <w:r w:rsidRPr="0059555F">
              <w:rPr>
                <w:sz w:val="24"/>
                <w:szCs w:val="28"/>
              </w:rPr>
              <w:t>+ Từ hình thứ hai ta có gấu xám nhẹ hơn gấu nâu.</w:t>
            </w:r>
          </w:p>
          <w:p w:rsidR="0084133C" w:rsidRPr="0059555F" w:rsidRDefault="0059555F">
            <w:pPr>
              <w:rPr>
                <w:sz w:val="28"/>
                <w:szCs w:val="28"/>
              </w:rPr>
            </w:pPr>
            <w:r w:rsidRPr="0059555F">
              <w:rPr>
                <w:sz w:val="24"/>
                <w:szCs w:val="28"/>
              </w:rPr>
              <w:t>=&gt; Cân nặng của các bạn là: gấu xám, gấu trắng, gấu nâu.</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Vậy cân nặng của bạn gấu xám, gấu trắng và gấu nâu là bao nhiêu?</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- 2 HS nhận xét.</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Trong 3 bạn gấu này bạn nào nhẹ nhất, bạn nào nặng nhất?</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HS lắng nghe và ghi nhớ.</w:t>
            </w:r>
          </w:p>
        </w:tc>
      </w:tr>
      <w:tr w:rsidR="0059555F" w:rsidRPr="0059555F" w:rsidTr="005B7F93">
        <w:trPr>
          <w:jc w:val="center"/>
        </w:trPr>
        <w:tc>
          <w:tcPr>
            <w:tcW w:w="5861" w:type="dxa"/>
            <w:tcBorders>
              <w:bottom w:val="single" w:sz="4" w:space="0" w:color="auto"/>
            </w:tcBorders>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GV nhận xét, chốt đáp án.</w:t>
            </w:r>
          </w:p>
          <w:p w:rsidR="0084133C" w:rsidRPr="0059555F" w:rsidRDefault="0059555F">
            <w:pPr>
              <w:rPr>
                <w:sz w:val="28"/>
                <w:szCs w:val="28"/>
              </w:rPr>
            </w:pPr>
            <w:r w:rsidRPr="0059555F">
              <w:rPr>
                <w:sz w:val="24"/>
                <w:szCs w:val="28"/>
              </w:rPr>
              <w:t>- Lần lượt cân nặng của các bạn là: 400 kg, 480 kg.</w:t>
            </w:r>
          </w:p>
          <w:p w:rsidR="0084133C" w:rsidRPr="0059555F" w:rsidRDefault="0059555F">
            <w:pPr>
              <w:rPr>
                <w:sz w:val="28"/>
                <w:szCs w:val="28"/>
              </w:rPr>
            </w:pPr>
            <w:r w:rsidRPr="0059555F">
              <w:rPr>
                <w:sz w:val="24"/>
                <w:szCs w:val="28"/>
              </w:rPr>
              <w:t>- GV nhận xét, tuyên dương.</w:t>
            </w:r>
          </w:p>
        </w:tc>
        <w:tc>
          <w:tcPr>
            <w:tcW w:w="4543" w:type="dxa"/>
            <w:tcBorders>
              <w:bottom w:val="single" w:sz="4" w:space="0" w:color="auto"/>
            </w:tcBorders>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HS đối chiếu kết quả.</w:t>
            </w:r>
          </w:p>
          <w:p w:rsidR="0084133C" w:rsidRPr="0059555F" w:rsidRDefault="0059555F">
            <w:pPr>
              <w:rPr>
                <w:sz w:val="28"/>
                <w:szCs w:val="28"/>
              </w:rPr>
            </w:pPr>
            <w:r w:rsidRPr="0059555F">
              <w:rPr>
                <w:sz w:val="24"/>
                <w:szCs w:val="28"/>
              </w:rPr>
              <w:t>- HS ghi nhớ kết quả.</w:t>
            </w:r>
          </w:p>
          <w:p w:rsidR="0084133C" w:rsidRPr="0059555F" w:rsidRDefault="0059555F">
            <w:pPr>
              <w:rPr>
                <w:sz w:val="28"/>
                <w:szCs w:val="28"/>
              </w:rPr>
            </w:pPr>
            <w:r w:rsidRPr="0059555F">
              <w:rPr>
                <w:sz w:val="24"/>
                <w:szCs w:val="28"/>
              </w:rPr>
              <w:t>- HS vỗ tay.</w:t>
            </w:r>
          </w:p>
        </w:tc>
      </w:tr>
      <w:tr w:rsidR="0084133C" w:rsidRPr="0059555F" w:rsidTr="005B7F93">
        <w:trPr>
          <w:jc w:val="center"/>
        </w:trPr>
        <w:tc>
          <w:tcPr>
            <w:tcW w:w="10404" w:type="dxa"/>
            <w:gridSpan w:val="2"/>
            <w:tcBorders>
              <w:top w:val="single" w:sz="4" w:space="0" w:color="auto"/>
              <w:bottom w:val="single" w:sz="4" w:space="0" w:color="auto"/>
            </w:tcBorders>
            <w:shd w:val="clear" w:color="auto" w:fill="auto"/>
            <w:tcMar>
              <w:top w:w="40" w:type="dxa"/>
              <w:left w:w="60" w:type="dxa"/>
              <w:bottom w:w="40" w:type="dxa"/>
              <w:right w:w="60" w:type="dxa"/>
            </w:tcMar>
          </w:tcPr>
          <w:p w:rsidR="0084133C" w:rsidRPr="0059555F" w:rsidRDefault="0059555F">
            <w:pPr>
              <w:rPr>
                <w:sz w:val="28"/>
                <w:szCs w:val="28"/>
              </w:rPr>
            </w:pPr>
            <w:r>
              <w:rPr>
                <w:b/>
                <w:sz w:val="24"/>
              </w:rPr>
              <w:t>4. HĐ Vận dụng, trải nghiệm</w:t>
            </w:r>
          </w:p>
        </w:tc>
      </w:tr>
      <w:tr w:rsidR="0059555F" w:rsidRPr="0059555F" w:rsidTr="005B7F93">
        <w:trPr>
          <w:jc w:val="center"/>
        </w:trPr>
        <w:tc>
          <w:tcPr>
            <w:tcW w:w="5861" w:type="dxa"/>
            <w:tcBorders>
              <w:top w:val="single" w:sz="4" w:space="0" w:color="auto"/>
            </w:tcBorders>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Hôm nay chúng ta được ôn tập về những kiến thức gì?</w:t>
            </w:r>
          </w:p>
        </w:tc>
        <w:tc>
          <w:tcPr>
            <w:tcW w:w="4543" w:type="dxa"/>
            <w:tcBorders>
              <w:top w:val="single" w:sz="4" w:space="0" w:color="auto"/>
            </w:tcBorders>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- 2 HS trả lời.</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Nhận xét giờ học.</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- 2 HS nêu.</w:t>
            </w:r>
          </w:p>
        </w:tc>
      </w:tr>
      <w:tr w:rsidR="0059555F" w:rsidRPr="0059555F" w:rsidTr="005B7F93">
        <w:trPr>
          <w:jc w:val="center"/>
        </w:trPr>
        <w:tc>
          <w:tcPr>
            <w:tcW w:w="5861"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Dặn HS chuẩn bị bài sau.</w:t>
            </w:r>
          </w:p>
        </w:tc>
        <w:tc>
          <w:tcPr>
            <w:tcW w:w="4543" w:type="dxa"/>
            <w:shd w:val="clear" w:color="auto" w:fill="auto"/>
            <w:tcMar>
              <w:top w:w="40" w:type="dxa"/>
              <w:left w:w="60" w:type="dxa"/>
              <w:bottom w:w="40" w:type="dxa"/>
              <w:right w:w="60" w:type="dxa"/>
            </w:tcMar>
          </w:tcPr>
          <w:p w:rsidR="0084133C" w:rsidRPr="0059555F" w:rsidRDefault="0059555F">
            <w:pPr>
              <w:rPr>
                <w:sz w:val="28"/>
                <w:szCs w:val="28"/>
              </w:rPr>
            </w:pPr>
            <w:r w:rsidRPr="0059555F">
              <w:rPr>
                <w:sz w:val="24"/>
                <w:szCs w:val="28"/>
              </w:rPr>
              <w:t>- HS lắng nghe và ghi nhớ.</w:t>
            </w:r>
          </w:p>
        </w:tc>
      </w:tr>
    </w:tbl>
    <w:p w:rsidR="0059555F" w:rsidRPr="0059555F" w:rsidRDefault="0059555F" w:rsidP="0059555F">
      <w:pPr>
        <w:spacing w:after="0" w:line="240" w:lineRule="auto"/>
        <w:jc w:val="center"/>
        <w:rPr>
          <w:sz w:val="28"/>
          <w:szCs w:val="28"/>
        </w:rPr>
      </w:pPr>
      <w:r w:rsidRPr="0059555F">
        <w:rPr>
          <w:b/>
          <w:sz w:val="24"/>
          <w:szCs w:val="28"/>
        </w:rPr>
        <w:t>TOÁN</w:t>
      </w:r>
    </w:p>
    <w:p w:rsidR="0059555F" w:rsidRPr="0059555F" w:rsidRDefault="0059555F" w:rsidP="0059555F">
      <w:pPr>
        <w:spacing w:after="0" w:line="240" w:lineRule="auto"/>
        <w:jc w:val="center"/>
        <w:rPr>
          <w:sz w:val="28"/>
          <w:szCs w:val="28"/>
        </w:rPr>
      </w:pPr>
      <w:r w:rsidRPr="0059555F">
        <w:rPr>
          <w:b/>
          <w:sz w:val="24"/>
          <w:szCs w:val="28"/>
        </w:rPr>
        <w:t>TIẾT 122 – BÀI 51. SỐ CÓ BA CHỮ SỐ (TIẾT 1)</w:t>
      </w:r>
    </w:p>
    <w:p w:rsidR="0059555F" w:rsidRPr="0059555F" w:rsidRDefault="0059555F" w:rsidP="0059555F">
      <w:pPr>
        <w:spacing w:after="0" w:line="240" w:lineRule="auto"/>
        <w:rPr>
          <w:sz w:val="28"/>
          <w:szCs w:val="28"/>
        </w:rPr>
      </w:pPr>
      <w:r w:rsidRPr="0059555F">
        <w:rPr>
          <w:b/>
          <w:sz w:val="24"/>
          <w:szCs w:val="28"/>
        </w:rPr>
        <w:t>I. YÊU CẦU CẦN ĐẠT</w:t>
      </w:r>
    </w:p>
    <w:p w:rsidR="0059555F" w:rsidRPr="0059555F" w:rsidRDefault="0059555F" w:rsidP="0059555F">
      <w:pPr>
        <w:spacing w:after="0" w:line="240" w:lineRule="auto"/>
        <w:rPr>
          <w:sz w:val="28"/>
          <w:szCs w:val="28"/>
        </w:rPr>
      </w:pPr>
      <w:r w:rsidRPr="0059555F">
        <w:rPr>
          <w:b/>
          <w:sz w:val="24"/>
          <w:szCs w:val="28"/>
        </w:rPr>
        <w:t>1. Năng lực đặc thù</w:t>
      </w:r>
    </w:p>
    <w:p w:rsidR="0059555F" w:rsidRPr="0059555F" w:rsidRDefault="0059555F" w:rsidP="0059555F">
      <w:pPr>
        <w:spacing w:after="0" w:line="240" w:lineRule="auto"/>
        <w:rPr>
          <w:sz w:val="28"/>
          <w:szCs w:val="28"/>
        </w:rPr>
      </w:pPr>
      <w:r w:rsidRPr="0059555F">
        <w:rPr>
          <w:sz w:val="24"/>
          <w:szCs w:val="28"/>
        </w:rPr>
        <w:t>- Nắm được cách đọc, viết các số có ba chữ số.</w:t>
      </w:r>
    </w:p>
    <w:p w:rsidR="0059555F" w:rsidRPr="0059555F" w:rsidRDefault="0059555F" w:rsidP="0059555F">
      <w:pPr>
        <w:spacing w:after="0" w:line="240" w:lineRule="auto"/>
        <w:rPr>
          <w:sz w:val="28"/>
          <w:szCs w:val="28"/>
        </w:rPr>
      </w:pPr>
      <w:r w:rsidRPr="0059555F">
        <w:rPr>
          <w:sz w:val="24"/>
          <w:szCs w:val="28"/>
        </w:rPr>
        <w:t>- Đọc, viết thành thạo các số có ba chữ số.</w:t>
      </w:r>
    </w:p>
    <w:p w:rsidR="0059555F" w:rsidRPr="0059555F" w:rsidRDefault="0059555F" w:rsidP="0059555F">
      <w:pPr>
        <w:spacing w:after="0" w:line="240" w:lineRule="auto"/>
        <w:rPr>
          <w:sz w:val="28"/>
          <w:szCs w:val="28"/>
        </w:rPr>
      </w:pPr>
      <w:r w:rsidRPr="0059555F">
        <w:rPr>
          <w:sz w:val="24"/>
          <w:szCs w:val="28"/>
        </w:rPr>
        <w:t>- Thông qua hoạt động quan sát, nhận biết hình ảnh đơn vị, chục, trăm, nghìn; diễn đạt, trả lời câu hỏi và giải quyết các bài tập có tình huống, HS phát triển năng lực mô hình hóa toán học, năng lực giao tiếp, năng lực giải quyết vấn đề.</w:t>
      </w:r>
    </w:p>
    <w:p w:rsidR="0059555F" w:rsidRPr="0059555F" w:rsidRDefault="0059555F" w:rsidP="0059555F">
      <w:pPr>
        <w:spacing w:after="0" w:line="240" w:lineRule="auto"/>
        <w:rPr>
          <w:sz w:val="28"/>
          <w:szCs w:val="28"/>
        </w:rPr>
      </w:pPr>
      <w:r w:rsidRPr="0059555F">
        <w:rPr>
          <w:b/>
          <w:sz w:val="24"/>
          <w:szCs w:val="28"/>
        </w:rPr>
        <w:t>2. Năng lực chung</w:t>
      </w:r>
    </w:p>
    <w:p w:rsidR="0059555F" w:rsidRPr="0059555F" w:rsidRDefault="0059555F" w:rsidP="0059555F">
      <w:pPr>
        <w:spacing w:after="0" w:line="240" w:lineRule="auto"/>
        <w:rPr>
          <w:sz w:val="28"/>
          <w:szCs w:val="28"/>
        </w:rPr>
      </w:pPr>
      <w:r w:rsidRPr="0059555F">
        <w:rPr>
          <w:sz w:val="24"/>
          <w:szCs w:val="28"/>
        </w:rPr>
        <w:t>- Giao tiếp – hợp tác: HS trao đổi, chia sẻ khi thực hiện nhiệm vụ; hợp tác trong nhóm/cặp.</w:t>
      </w:r>
    </w:p>
    <w:p w:rsidR="0059555F" w:rsidRPr="0059555F" w:rsidRDefault="0059555F" w:rsidP="0059555F">
      <w:pPr>
        <w:spacing w:after="0" w:line="240" w:lineRule="auto"/>
        <w:rPr>
          <w:sz w:val="28"/>
          <w:szCs w:val="28"/>
        </w:rPr>
      </w:pPr>
      <w:r w:rsidRPr="0059555F">
        <w:rPr>
          <w:sz w:val="24"/>
          <w:szCs w:val="28"/>
        </w:rPr>
        <w:t>- Tự chủ – tự học: HS chủ động thực hiện nhiệm vụ học tập; tự kiểm tra, điều chỉnh.</w:t>
      </w:r>
    </w:p>
    <w:p w:rsidR="0059555F" w:rsidRPr="0059555F" w:rsidRDefault="0059555F" w:rsidP="0059555F">
      <w:pPr>
        <w:spacing w:after="0" w:line="240" w:lineRule="auto"/>
        <w:rPr>
          <w:sz w:val="28"/>
          <w:szCs w:val="28"/>
        </w:rPr>
      </w:pPr>
      <w:r w:rsidRPr="0059555F">
        <w:rPr>
          <w:sz w:val="24"/>
          <w:szCs w:val="28"/>
        </w:rPr>
        <w:t>- Giải quyết vấn đề sáng tạo: HS vận dụng kiến thức để giải quyết các bài tập có tình huống.</w:t>
      </w:r>
    </w:p>
    <w:p w:rsidR="0059555F" w:rsidRPr="0059555F" w:rsidRDefault="0059555F" w:rsidP="0059555F">
      <w:pPr>
        <w:spacing w:after="0" w:line="240" w:lineRule="auto"/>
        <w:rPr>
          <w:sz w:val="28"/>
          <w:szCs w:val="28"/>
        </w:rPr>
      </w:pPr>
      <w:r w:rsidRPr="0059555F">
        <w:rPr>
          <w:b/>
          <w:sz w:val="24"/>
          <w:szCs w:val="28"/>
        </w:rPr>
        <w:t>3. Phẩm chất</w:t>
      </w:r>
    </w:p>
    <w:p w:rsidR="0059555F" w:rsidRPr="0059555F" w:rsidRDefault="0059555F" w:rsidP="0059555F">
      <w:pPr>
        <w:spacing w:after="0" w:line="240" w:lineRule="auto"/>
        <w:rPr>
          <w:sz w:val="28"/>
          <w:szCs w:val="28"/>
        </w:rPr>
      </w:pPr>
      <w:r w:rsidRPr="0059555F">
        <w:rPr>
          <w:sz w:val="24"/>
          <w:szCs w:val="28"/>
        </w:rPr>
        <w:t>- Chăm chỉ: Tích cực tham gia hoạt động và hoàn thành bài tập.</w:t>
      </w:r>
    </w:p>
    <w:p w:rsidR="0059555F" w:rsidRPr="0059555F" w:rsidRDefault="0059555F" w:rsidP="0059555F">
      <w:pPr>
        <w:spacing w:after="0" w:line="240" w:lineRule="auto"/>
        <w:rPr>
          <w:sz w:val="28"/>
          <w:szCs w:val="28"/>
        </w:rPr>
      </w:pPr>
      <w:r w:rsidRPr="0059555F">
        <w:rPr>
          <w:sz w:val="24"/>
          <w:szCs w:val="28"/>
        </w:rPr>
        <w:t>- Trách nhiệm: Tự giác, nghiêm túc; chịu trách nhiệm với kết quả cá nhân/nhóm.</w:t>
      </w:r>
    </w:p>
    <w:p w:rsidR="0059555F" w:rsidRPr="0059555F" w:rsidRDefault="0059555F" w:rsidP="0059555F">
      <w:pPr>
        <w:spacing w:after="0" w:line="240" w:lineRule="auto"/>
        <w:rPr>
          <w:sz w:val="28"/>
          <w:szCs w:val="28"/>
        </w:rPr>
      </w:pPr>
      <w:r w:rsidRPr="0059555F">
        <w:rPr>
          <w:sz w:val="24"/>
          <w:szCs w:val="28"/>
        </w:rPr>
        <w:t>- Nhân ái: Tôn trọng, lắng nghe và hỗ trợ bạn trong học tập.</w:t>
      </w:r>
    </w:p>
    <w:p w:rsidR="00501A6D" w:rsidRDefault="00CD74F3">
      <w:pPr>
        <w:spacing w:after="0" w:line="240" w:lineRule="auto"/>
      </w:pPr>
      <w:r>
        <w:rPr>
          <w:b/>
          <w:color w:val="C00000"/>
          <w:sz w:val="24"/>
        </w:rPr>
        <w:t>4. Tích hợp</w:t>
      </w:r>
    </w:p>
    <w:p w:rsidR="00501A6D" w:rsidRDefault="00CD74F3">
      <w:pPr>
        <w:spacing w:after="0" w:line="240" w:lineRule="auto"/>
      </w:pPr>
      <w:r>
        <w:rPr>
          <w:color w:val="C00000"/>
          <w:sz w:val="24"/>
        </w:rPr>
        <w:t>- Tích hợp AI - YCCĐ 2.D2.1: HS hiểu vai trò của việc cung cấp dữ liệu chính xác để AI đưa ra kết quả đúng.</w:t>
      </w:r>
    </w:p>
    <w:p w:rsidR="00501A6D" w:rsidRDefault="00CD74F3">
      <w:pPr>
        <w:spacing w:after="0" w:line="240" w:lineRule="auto"/>
      </w:pPr>
      <w:r>
        <w:rPr>
          <w:color w:val="C00000"/>
          <w:sz w:val="24"/>
        </w:rPr>
        <w:t>- Mục tiêu tích hợp AI: HS nhận biết chữ số 0-9 viết rõ ràng, đúng mẫu là dữ liệu quan trọng giúp máy tính/AI nhận diện số; khi viết, đọc số có ba chữ số, HS biết kiểm tra lại vị trí hàng trăm, hàng chục, hàng đơn vị để tránh nhầm lẫn.</w:t>
      </w:r>
    </w:p>
    <w:p w:rsidR="0059555F" w:rsidRPr="0059555F" w:rsidRDefault="0059555F" w:rsidP="0059555F">
      <w:pPr>
        <w:spacing w:after="0" w:line="240" w:lineRule="auto"/>
        <w:rPr>
          <w:sz w:val="28"/>
          <w:szCs w:val="28"/>
        </w:rPr>
      </w:pPr>
      <w:r w:rsidRPr="0059555F">
        <w:rPr>
          <w:b/>
          <w:sz w:val="24"/>
          <w:szCs w:val="28"/>
        </w:rPr>
        <w:t>II. ĐỒ DÙNG DẠY HỌC</w:t>
      </w:r>
    </w:p>
    <w:p w:rsidR="0059555F" w:rsidRPr="0059555F" w:rsidRDefault="0059555F" w:rsidP="0059555F">
      <w:pPr>
        <w:spacing w:after="0" w:line="240" w:lineRule="auto"/>
        <w:rPr>
          <w:sz w:val="28"/>
          <w:szCs w:val="28"/>
        </w:rPr>
      </w:pPr>
      <w:r w:rsidRPr="0059555F">
        <w:rPr>
          <w:sz w:val="24"/>
          <w:szCs w:val="28"/>
        </w:rPr>
        <w:lastRenderedPageBreak/>
        <w:t>- GV: Laptop; máy chiếu; clip, slide minh họa, ...; Bộ đồ dùng học Toán 2.</w:t>
      </w:r>
    </w:p>
    <w:p w:rsidR="0059555F" w:rsidRPr="0059555F" w:rsidRDefault="0059555F" w:rsidP="0059555F">
      <w:pPr>
        <w:spacing w:after="0" w:line="240" w:lineRule="auto"/>
        <w:rPr>
          <w:sz w:val="28"/>
          <w:szCs w:val="28"/>
        </w:rPr>
      </w:pPr>
      <w:r w:rsidRPr="0059555F">
        <w:rPr>
          <w:sz w:val="24"/>
          <w:szCs w:val="28"/>
        </w:rPr>
        <w:t>- GV: Bộ thẻ (ô vuông) biểu diễn 100 đơn vị, 10 đơn vị và các đơn vị lẻ.</w:t>
      </w:r>
    </w:p>
    <w:p w:rsidR="0059555F" w:rsidRPr="0059555F" w:rsidRDefault="0059555F" w:rsidP="0059555F">
      <w:pPr>
        <w:spacing w:after="0" w:line="240" w:lineRule="auto"/>
        <w:rPr>
          <w:sz w:val="28"/>
          <w:szCs w:val="28"/>
        </w:rPr>
      </w:pPr>
      <w:r w:rsidRPr="0059555F">
        <w:rPr>
          <w:sz w:val="24"/>
          <w:szCs w:val="28"/>
        </w:rPr>
        <w:t>- GV: Nếu có điều kiện, chuẩn bị hình phóng to phần khám phá, bài 1 (tiết 1), bài 2 và bài 3 (tiết 1).</w:t>
      </w:r>
    </w:p>
    <w:p w:rsidR="0059555F" w:rsidRPr="0059555F" w:rsidRDefault="0059555F" w:rsidP="0059555F">
      <w:pPr>
        <w:spacing w:after="0" w:line="240" w:lineRule="auto"/>
        <w:rPr>
          <w:sz w:val="28"/>
          <w:szCs w:val="28"/>
        </w:rPr>
      </w:pPr>
      <w:r w:rsidRPr="0059555F">
        <w:rPr>
          <w:sz w:val="24"/>
          <w:szCs w:val="28"/>
        </w:rPr>
        <w:t>- HS: SGK, vở, bộ đồ dùng học Toán 2.</w:t>
      </w:r>
    </w:p>
    <w:p w:rsidR="0059555F" w:rsidRPr="0059555F" w:rsidRDefault="0059555F" w:rsidP="0059555F">
      <w:pPr>
        <w:spacing w:after="0" w:line="240" w:lineRule="auto"/>
        <w:rPr>
          <w:sz w:val="28"/>
          <w:szCs w:val="28"/>
        </w:rPr>
      </w:pPr>
      <w:r w:rsidRPr="0059555F">
        <w:rPr>
          <w:b/>
          <w:sz w:val="24"/>
          <w:szCs w:val="28"/>
        </w:rPr>
        <w:t>III. CÁC HOẠT ĐỘNG DẠY HỌC</w:t>
      </w:r>
    </w:p>
    <w:tbl>
      <w:tblPr>
        <w:tblStyle w:val="TableGrid"/>
        <w:tblW w:w="10496" w:type="dxa"/>
        <w:jc w:val="center"/>
        <w:tblBorders>
          <w:insideH w:val="none" w:sz="0" w:space="0" w:color="auto"/>
        </w:tblBorders>
        <w:tblLook w:val="04A0" w:firstRow="1" w:lastRow="0" w:firstColumn="1" w:lastColumn="0" w:noHBand="0" w:noVBand="1"/>
      </w:tblPr>
      <w:tblGrid>
        <w:gridCol w:w="5839"/>
        <w:gridCol w:w="4657"/>
      </w:tblGrid>
      <w:tr w:rsidR="0059555F" w:rsidRPr="0059555F" w:rsidTr="005B7F93">
        <w:trPr>
          <w:jc w:val="center"/>
        </w:trPr>
        <w:tc>
          <w:tcPr>
            <w:tcW w:w="5839" w:type="dxa"/>
            <w:tcBorders>
              <w:bottom w:val="single" w:sz="4" w:space="0" w:color="auto"/>
            </w:tcBorders>
            <w:shd w:val="clear" w:color="auto" w:fill="auto"/>
            <w:tcMar>
              <w:top w:w="40" w:type="dxa"/>
              <w:left w:w="60" w:type="dxa"/>
              <w:bottom w:w="40" w:type="dxa"/>
              <w:right w:w="60" w:type="dxa"/>
            </w:tcMar>
          </w:tcPr>
          <w:p w:rsidR="0059555F" w:rsidRPr="0059555F" w:rsidRDefault="0059555F" w:rsidP="0059555F">
            <w:pPr>
              <w:jc w:val="center"/>
              <w:rPr>
                <w:sz w:val="28"/>
                <w:szCs w:val="28"/>
              </w:rPr>
            </w:pPr>
            <w:r w:rsidRPr="0059555F">
              <w:rPr>
                <w:sz w:val="24"/>
                <w:szCs w:val="28"/>
              </w:rPr>
              <w:t>Hoạt động của giáo viên</w:t>
            </w:r>
          </w:p>
        </w:tc>
        <w:tc>
          <w:tcPr>
            <w:tcW w:w="4657" w:type="dxa"/>
            <w:tcBorders>
              <w:bottom w:val="single" w:sz="4" w:space="0" w:color="auto"/>
            </w:tcBorders>
            <w:shd w:val="clear" w:color="auto" w:fill="auto"/>
            <w:tcMar>
              <w:top w:w="40" w:type="dxa"/>
              <w:left w:w="60" w:type="dxa"/>
              <w:bottom w:w="40" w:type="dxa"/>
              <w:right w:w="60" w:type="dxa"/>
            </w:tcMar>
          </w:tcPr>
          <w:p w:rsidR="0059555F" w:rsidRPr="0059555F" w:rsidRDefault="0059555F" w:rsidP="0059555F">
            <w:pPr>
              <w:jc w:val="center"/>
              <w:rPr>
                <w:sz w:val="28"/>
                <w:szCs w:val="28"/>
              </w:rPr>
            </w:pPr>
            <w:r w:rsidRPr="0059555F">
              <w:rPr>
                <w:sz w:val="24"/>
                <w:szCs w:val="28"/>
              </w:rPr>
              <w:t>Hoạt động của học sinh</w:t>
            </w:r>
          </w:p>
        </w:tc>
      </w:tr>
      <w:tr w:rsidR="0059555F" w:rsidRPr="0059555F" w:rsidTr="005B7F93">
        <w:trPr>
          <w:jc w:val="center"/>
        </w:trPr>
        <w:tc>
          <w:tcPr>
            <w:tcW w:w="10496" w:type="dxa"/>
            <w:gridSpan w:val="2"/>
            <w:tcBorders>
              <w:top w:val="single" w:sz="4" w:space="0" w:color="auto"/>
              <w:bottom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1. HĐ Khởi động (3–5’) – Mục tiêu: Tạo tâm thế cho HS và từng bước làm quen bài học.</w:t>
            </w:r>
          </w:p>
        </w:tc>
      </w:tr>
      <w:tr w:rsidR="0059555F" w:rsidRPr="0059555F" w:rsidTr="005B7F93">
        <w:trPr>
          <w:jc w:val="center"/>
        </w:trPr>
        <w:tc>
          <w:tcPr>
            <w:tcW w:w="5839" w:type="dxa"/>
            <w:tcBorders>
              <w:top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tổ chức cho HS hát tập thể.</w:t>
            </w:r>
          </w:p>
        </w:tc>
        <w:tc>
          <w:tcPr>
            <w:tcW w:w="4657" w:type="dxa"/>
            <w:tcBorders>
              <w:top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hát.</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kết nối vào bài: Bài học hôm nay giúp các em đọc và viết thành thạo các số có ba chữ số; củng cố về cấu tạo số và thứ tự của các số có ba chữ số.</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lắng nghe.</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ghi tên bài: Số có ba chữ số.</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lắng nghe.</w:t>
            </w:r>
          </w:p>
          <w:p w:rsidR="0059555F" w:rsidRPr="0059555F" w:rsidRDefault="0059555F" w:rsidP="0059555F">
            <w:pPr>
              <w:rPr>
                <w:sz w:val="28"/>
                <w:szCs w:val="28"/>
              </w:rPr>
            </w:pPr>
            <w:r w:rsidRPr="0059555F">
              <w:rPr>
                <w:sz w:val="24"/>
                <w:szCs w:val="28"/>
              </w:rPr>
              <w:t>- HS nhắc lại tên bài.</w:t>
            </w:r>
          </w:p>
        </w:tc>
      </w:tr>
      <w:tr w:rsidR="0059555F" w:rsidRPr="0059555F" w:rsidTr="005B7F93">
        <w:trPr>
          <w:jc w:val="center"/>
        </w:trPr>
        <w:tc>
          <w:tcPr>
            <w:tcW w:w="10496" w:type="dxa"/>
            <w:gridSpan w:val="2"/>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2. HĐ Hình thành kiến thức (12–15’) – Mục tiêu: Nắm được cách đọc, viết các số có ba chữ số.</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lần lượt chiếu các tấm thẻ hình vuông to, hình chữ nhật, hình vuông nhỏ lên bảng hàng đầu tiên.</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thực hiện đếm hình.</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Default="0059555F" w:rsidP="0059555F">
            <w:pPr>
              <w:rPr>
                <w:sz w:val="28"/>
                <w:szCs w:val="28"/>
              </w:rPr>
            </w:pPr>
            <w:r w:rsidRPr="0059555F">
              <w:rPr>
                <w:sz w:val="24"/>
                <w:szCs w:val="28"/>
              </w:rPr>
              <w:t>+ Hàng trăm: Tấm thẻ có bao nhiêu ô vuông? Nó có giá trị là bao nhiêu? Có mấy tấm thẻ như thế? – GV chốt, bấm số vào hàng tương ứng với giá trị của nó.</w:t>
            </w:r>
          </w:p>
          <w:p w:rsidR="0059555F" w:rsidRPr="0059555F" w:rsidRDefault="0059555F" w:rsidP="0059555F">
            <w:pPr>
              <w:rPr>
                <w:sz w:val="28"/>
                <w:szCs w:val="28"/>
              </w:rPr>
            </w:pP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nêu.</w:t>
            </w:r>
          </w:p>
          <w:p w:rsidR="0059555F" w:rsidRPr="0059555F" w:rsidRDefault="0059555F" w:rsidP="0059555F">
            <w:pPr>
              <w:rPr>
                <w:sz w:val="28"/>
                <w:szCs w:val="28"/>
              </w:rPr>
            </w:pPr>
            <w:r w:rsidRPr="0059555F">
              <w:rPr>
                <w:sz w:val="24"/>
                <w:szCs w:val="28"/>
              </w:rPr>
              <w:t>- HS theo dõi.</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tiếp tục làm như vậy với hàng chục, hàng đơn vị.</w:t>
            </w:r>
          </w:p>
          <w:p w:rsidR="0059555F" w:rsidRPr="0059555F" w:rsidRDefault="0059555F" w:rsidP="0059555F">
            <w:pPr>
              <w:rPr>
                <w:sz w:val="28"/>
                <w:szCs w:val="28"/>
              </w:rPr>
            </w:pPr>
            <w:r w:rsidRPr="0059555F">
              <w:rPr>
                <w:sz w:val="24"/>
                <w:szCs w:val="28"/>
              </w:rPr>
              <w:t>+ Số gồm 4 trăm, 6 chục, 5 đơn vị viết là bao nhiêu?</w:t>
            </w:r>
          </w:p>
          <w:p w:rsidR="0059555F" w:rsidRPr="0059555F" w:rsidRDefault="0059555F" w:rsidP="0059555F">
            <w:pPr>
              <w:rPr>
                <w:sz w:val="28"/>
                <w:szCs w:val="28"/>
              </w:rPr>
            </w:pPr>
            <w:r w:rsidRPr="0059555F">
              <w:rPr>
                <w:sz w:val="24"/>
                <w:szCs w:val="28"/>
              </w:rPr>
              <w:t>+ Số 465 được đọc như thế nào?</w:t>
            </w:r>
          </w:p>
          <w:p w:rsidR="0059555F" w:rsidRPr="0059555F" w:rsidRDefault="0059555F" w:rsidP="0059555F">
            <w:pPr>
              <w:rPr>
                <w:sz w:val="28"/>
                <w:szCs w:val="28"/>
              </w:rPr>
            </w:pPr>
            <w:r w:rsidRPr="0059555F">
              <w:rPr>
                <w:sz w:val="24"/>
                <w:szCs w:val="28"/>
              </w:rPr>
              <w:t>+ Số đó gồm mấy trăm, mấy chục, mấy đơn vị? – GV chốt đáp án và cách viết.</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Số gồm 4 trăm, 6 chục và 5 đơn vị.</w:t>
            </w:r>
          </w:p>
          <w:p w:rsidR="0059555F" w:rsidRPr="0059555F" w:rsidRDefault="0059555F" w:rsidP="0059555F">
            <w:pPr>
              <w:rPr>
                <w:sz w:val="28"/>
                <w:szCs w:val="28"/>
              </w:rPr>
            </w:pPr>
            <w:r w:rsidRPr="0059555F">
              <w:rPr>
                <w:sz w:val="24"/>
                <w:szCs w:val="28"/>
              </w:rPr>
              <w:t>- Đọc là: Bốn trăm sáu mươi lăm.</w:t>
            </w:r>
          </w:p>
          <w:p w:rsidR="0059555F" w:rsidRPr="0059555F" w:rsidRDefault="0059555F" w:rsidP="0059555F">
            <w:pPr>
              <w:rPr>
                <w:sz w:val="28"/>
                <w:szCs w:val="28"/>
              </w:rPr>
            </w:pPr>
            <w:r w:rsidRPr="0059555F">
              <w:rPr>
                <w:sz w:val="24"/>
                <w:szCs w:val="28"/>
              </w:rPr>
              <w:t>- HS nhắc lại cá nhân, đồng thanh.</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Yêu cầu HS tự làm tiếp các số còn lại ra phiếu.</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thực hiện.</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Gọi HS nêu bài làm của mình với các số còn lại là 304 và 234.</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- 2–3 HS nêu bài làm của mình với các số còn lại là 304 và 234.</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Gọi HS nhận xét.</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Nghe, nhận xét.</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Phân tích cấu tạo của một số có ba chữ số:</w:t>
            </w:r>
          </w:p>
          <w:p w:rsidR="0059555F" w:rsidRPr="0059555F" w:rsidRDefault="0059555F" w:rsidP="0059555F">
            <w:pPr>
              <w:rPr>
                <w:sz w:val="28"/>
                <w:szCs w:val="28"/>
              </w:rPr>
            </w:pPr>
            <w:r w:rsidRPr="0059555F">
              <w:rPr>
                <w:sz w:val="24"/>
                <w:szCs w:val="28"/>
              </w:rPr>
              <w:t>+ Số 304 gồm mấy trăm, mấy chục, mấy đơn vị?</w:t>
            </w:r>
          </w:p>
          <w:p w:rsidR="0059555F" w:rsidRPr="0059555F" w:rsidRDefault="0059555F" w:rsidP="0059555F">
            <w:pPr>
              <w:rPr>
                <w:sz w:val="28"/>
                <w:szCs w:val="28"/>
              </w:rPr>
            </w:pPr>
            <w:r w:rsidRPr="0059555F">
              <w:rPr>
                <w:sz w:val="24"/>
                <w:szCs w:val="28"/>
              </w:rPr>
              <w:t>+ Số gồm 2 trăm, 3 chục, 4 đơn vị được viết là bao nhiêu? Đọc như thế nào?</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- 2 HS trả lời.</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Yêu cầu HS lấy thêm ví dụ và phân tích cấu tạo của số đó.</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lấy ví dụ và chia sẻ.</w:t>
            </w:r>
          </w:p>
        </w:tc>
      </w:tr>
      <w:tr w:rsidR="00501A6D" w:rsidTr="005B7F93">
        <w:trPr>
          <w:jc w:val="center"/>
        </w:trPr>
        <w:tc>
          <w:tcPr>
            <w:tcW w:w="5839" w:type="dxa"/>
            <w:shd w:val="clear" w:color="auto" w:fill="auto"/>
            <w:tcMar>
              <w:top w:w="40" w:type="dxa"/>
              <w:left w:w="60" w:type="dxa"/>
              <w:bottom w:w="40" w:type="dxa"/>
              <w:right w:w="60" w:type="dxa"/>
            </w:tcMar>
          </w:tcPr>
          <w:p w:rsidR="00501A6D" w:rsidRDefault="00CD74F3">
            <w:r>
              <w:rPr>
                <w:color w:val="C00000"/>
                <w:sz w:val="24"/>
              </w:rPr>
              <w:t>- Tích hợp AI - YCCĐ 2.D2.1: GV tổ chức hoạt động “Dữ liệu số viết chuẩn giúp AI nhận diện đúng”. GV chiếu/đưa phiếu có các chữ số 0, 3, 5, 8 được viết rõ và viết chưa rõ; yêu cầu HS quan sát, thảo luận nhóm đôi: chữ số nào dễ bị máy tính/AI đọc nhầm, vì sao?</w:t>
            </w:r>
          </w:p>
          <w:p w:rsidR="00501A6D" w:rsidRDefault="00CD74F3">
            <w:r>
              <w:rPr>
                <w:color w:val="C00000"/>
                <w:sz w:val="24"/>
              </w:rPr>
              <w:t xml:space="preserve">- GV nhấn mạnh: AI muốn nhận diện đúng số cần được cung cấp dữ liệu rõ ràng, chính xác. Khi học số có ba chữ số, các em cũng phải viết rõ từng chữ số, đặt đúng vị trí hàng trăm, hàng chục, hàng đơn vị và kiểm tra lại trước khi </w:t>
            </w:r>
            <w:r>
              <w:rPr>
                <w:color w:val="C00000"/>
                <w:sz w:val="24"/>
              </w:rPr>
              <w:lastRenderedPageBreak/>
              <w:t>đọc kết quả.</w:t>
            </w:r>
          </w:p>
          <w:p w:rsidR="00501A6D" w:rsidRDefault="00CD74F3">
            <w:r>
              <w:rPr>
                <w:color w:val="C00000"/>
                <w:sz w:val="24"/>
              </w:rPr>
              <w:t>- GV yêu cầu HS viết nhanh các chữ số 0-9 vào bảng con; chọn một số như 305, 350, 503 để HS xếp vào bảng trăm - chục - đơn vị, sau đó đọc số và chỉ ra số nào dễ bị nhầm nếu dữ liệu viết chưa chuẩn.</w:t>
            </w:r>
          </w:p>
        </w:tc>
        <w:tc>
          <w:tcPr>
            <w:tcW w:w="4657" w:type="dxa"/>
            <w:shd w:val="clear" w:color="auto" w:fill="auto"/>
            <w:tcMar>
              <w:top w:w="40" w:type="dxa"/>
              <w:left w:w="60" w:type="dxa"/>
              <w:bottom w:w="40" w:type="dxa"/>
              <w:right w:w="60" w:type="dxa"/>
            </w:tcMar>
          </w:tcPr>
          <w:p w:rsidR="00501A6D" w:rsidRDefault="00CD74F3">
            <w:r>
              <w:rPr>
                <w:color w:val="C00000"/>
                <w:sz w:val="24"/>
              </w:rPr>
              <w:lastRenderedPageBreak/>
              <w:t>- HS quan sát các chữ số, thảo luận nhóm đôi và nêu: chữ số viết nghiêng, thiếu nét hoặc quá sát nhau có thể làm máy/AI nhận diện sai.</w:t>
            </w:r>
          </w:p>
          <w:p w:rsidR="00501A6D" w:rsidRDefault="00CD74F3">
            <w:r>
              <w:rPr>
                <w:color w:val="C00000"/>
                <w:sz w:val="24"/>
              </w:rPr>
              <w:t>- HS hiểu rằng dữ liệu rõ ràng giúp AI đưa ra kết quả đúng; khi viết số, HS cần viết rõ ràng, đúng hàng và không ỷ lại vào công cụ.</w:t>
            </w:r>
          </w:p>
          <w:p w:rsidR="00501A6D" w:rsidRDefault="00CD74F3">
            <w:r>
              <w:rPr>
                <w:color w:val="C00000"/>
                <w:sz w:val="24"/>
              </w:rPr>
              <w:t xml:space="preserve">- HS viết các chữ số 0-9 vào bảng con, xếp/đọc các số 305, 350, 503; giải thích số gồm mấy trăm, mấy chục, mấy đơn vị và tự sửa nếu viết </w:t>
            </w:r>
            <w:r>
              <w:rPr>
                <w:color w:val="C00000"/>
                <w:sz w:val="24"/>
              </w:rPr>
              <w:lastRenderedPageBreak/>
              <w:t>nhầm.</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lastRenderedPageBreak/>
              <w:t>- Nhận xét, tuyên dương.</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lắng nghe.</w:t>
            </w:r>
          </w:p>
        </w:tc>
      </w:tr>
      <w:tr w:rsidR="0059555F" w:rsidRPr="0059555F" w:rsidTr="005B7F93">
        <w:trPr>
          <w:jc w:val="center"/>
        </w:trPr>
        <w:tc>
          <w:tcPr>
            <w:tcW w:w="10496" w:type="dxa"/>
            <w:gridSpan w:val="2"/>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3. Hoạt động (12–15’) – Mục tiêu: Đọc, viết thành thạo các số có ba chữ số.</w:t>
            </w:r>
          </w:p>
        </w:tc>
      </w:tr>
      <w:tr w:rsidR="0059555F" w:rsidRPr="0059555F" w:rsidTr="005B7F93">
        <w:trPr>
          <w:jc w:val="center"/>
        </w:trPr>
        <w:tc>
          <w:tcPr>
            <w:tcW w:w="10496" w:type="dxa"/>
            <w:gridSpan w:val="2"/>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Bài 1</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Gọi HS đọc và xác định yêu cầu bài tập.</w:t>
            </w:r>
          </w:p>
          <w:p w:rsidR="0059555F" w:rsidRPr="0059555F" w:rsidRDefault="0059555F" w:rsidP="0059555F">
            <w:pPr>
              <w:rPr>
                <w:sz w:val="28"/>
                <w:szCs w:val="28"/>
              </w:rPr>
            </w:pPr>
            <w:r w:rsidRPr="0059555F">
              <w:rPr>
                <w:sz w:val="24"/>
                <w:szCs w:val="28"/>
              </w:rPr>
              <w:t>- Bài yêu cầu làm gì?</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- 1–2 HS đọc và nêu yêu cầu.</w:t>
            </w:r>
          </w:p>
          <w:p w:rsidR="0059555F" w:rsidRPr="0059555F" w:rsidRDefault="0059555F" w:rsidP="0059555F">
            <w:pPr>
              <w:rPr>
                <w:sz w:val="28"/>
                <w:szCs w:val="28"/>
              </w:rPr>
            </w:pPr>
            <w:r w:rsidRPr="0059555F">
              <w:rPr>
                <w:sz w:val="24"/>
                <w:szCs w:val="28"/>
              </w:rPr>
              <w:t>- 1–2 HS trả lời.</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hướng dẫn mẫu: Trên ao có 4 con mèo mang cần đi câu cá và có 4 cách đọc số tương ứng với 4 con cá ở dưới ao với 4 số. Nhiệm vụ của các con là nối cách đọc và viết số của mỗi con mèo với con cá tương ứng với nhau. Ví dụ: Con mèo này đọc là “Bốn trăm hai mươi bảy” vậy nối với con cá nào có số tương ứng với cách đọc đó?</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lắng nghe.</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Cho HS nối vào phiếu/VBT với các con còn lại.</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thực hiện nối.</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yêu cầu HS lên bảng tìm số tương ứng với cách đọc đã cho.</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- 1 HS lên bảng tìm nối. HS còn lại làm VBT.</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Tổ chức chữa bài đồng thời đặt câu hỏi để HS hiểu được cách làm:</w:t>
            </w:r>
          </w:p>
          <w:p w:rsidR="0059555F" w:rsidRPr="0059555F" w:rsidRDefault="0059555F" w:rsidP="0059555F">
            <w:pPr>
              <w:rPr>
                <w:sz w:val="28"/>
                <w:szCs w:val="28"/>
              </w:rPr>
            </w:pPr>
            <w:r w:rsidRPr="0059555F">
              <w:rPr>
                <w:sz w:val="24"/>
                <w:szCs w:val="28"/>
              </w:rPr>
              <w:t>? Làm thế nào em tìm ra được số?</w:t>
            </w:r>
          </w:p>
          <w:p w:rsidR="0059555F" w:rsidRPr="0059555F" w:rsidRDefault="0059555F" w:rsidP="0059555F">
            <w:pPr>
              <w:rPr>
                <w:sz w:val="28"/>
                <w:szCs w:val="28"/>
              </w:rPr>
            </w:pPr>
            <w:r w:rsidRPr="0059555F">
              <w:rPr>
                <w:sz w:val="24"/>
                <w:szCs w:val="28"/>
              </w:rPr>
              <w:t>? Số 472 gồm mấy trăm, mấy chục, mấy đơn vị?</w:t>
            </w:r>
          </w:p>
          <w:p w:rsidR="0059555F" w:rsidRPr="0059555F" w:rsidRDefault="0059555F" w:rsidP="0059555F">
            <w:pPr>
              <w:rPr>
                <w:sz w:val="28"/>
                <w:szCs w:val="28"/>
              </w:rPr>
            </w:pPr>
            <w:r w:rsidRPr="0059555F">
              <w:rPr>
                <w:sz w:val="24"/>
                <w:szCs w:val="28"/>
              </w:rPr>
              <w:t>? Số 724 đọc là gì?</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- 1–2 HS trả lời: Thực hiện đọc và phân tích số.</w:t>
            </w:r>
          </w:p>
          <w:p w:rsidR="0059555F" w:rsidRPr="0059555F" w:rsidRDefault="0059555F" w:rsidP="0059555F">
            <w:pPr>
              <w:rPr>
                <w:sz w:val="28"/>
                <w:szCs w:val="28"/>
              </w:rPr>
            </w:pPr>
            <w:r w:rsidRPr="0059555F">
              <w:rPr>
                <w:sz w:val="24"/>
                <w:szCs w:val="28"/>
              </w:rPr>
              <w:t>- Nhiều HS nêu.</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Nhận xét, tuyên dương.</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Nghe.</w:t>
            </w:r>
          </w:p>
        </w:tc>
      </w:tr>
      <w:tr w:rsidR="0059555F" w:rsidRPr="0059555F" w:rsidTr="005B7F93">
        <w:trPr>
          <w:jc w:val="center"/>
        </w:trPr>
        <w:tc>
          <w:tcPr>
            <w:tcW w:w="10496" w:type="dxa"/>
            <w:gridSpan w:val="2"/>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Bài 2</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Default="0059555F" w:rsidP="0059555F">
            <w:pPr>
              <w:rPr>
                <w:sz w:val="28"/>
                <w:szCs w:val="28"/>
              </w:rPr>
            </w:pPr>
            <w:r w:rsidRPr="0059555F">
              <w:rPr>
                <w:sz w:val="24"/>
                <w:szCs w:val="28"/>
              </w:rPr>
              <w:t>- Gọi HS đọc và xác định yêu cầu bài tập.</w:t>
            </w:r>
          </w:p>
          <w:p w:rsidR="0059555F" w:rsidRPr="0059555F" w:rsidRDefault="0059555F" w:rsidP="0059555F">
            <w:pPr>
              <w:rPr>
                <w:sz w:val="28"/>
                <w:szCs w:val="28"/>
              </w:rPr>
            </w:pPr>
            <w:r w:rsidRPr="0059555F">
              <w:rPr>
                <w:noProof/>
                <w:sz w:val="24"/>
                <w:szCs w:val="28"/>
              </w:rPr>
              <w:drawing>
                <wp:inline distT="0" distB="0" distL="0" distR="0" wp14:anchorId="680E5BE9" wp14:editId="09E8DD14">
                  <wp:extent cx="2718487" cy="110490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22378" cy="1106481"/>
                          </a:xfrm>
                          <a:prstGeom prst="rect">
                            <a:avLst/>
                          </a:prstGeom>
                        </pic:spPr>
                      </pic:pic>
                    </a:graphicData>
                  </a:graphic>
                </wp:inline>
              </w:drawing>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- 1–2 HS đọc và nêu yêu cầu.</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Hướng dẫn làm phần a:</w:t>
            </w:r>
          </w:p>
          <w:p w:rsidR="0059555F" w:rsidRPr="0059555F" w:rsidRDefault="0059555F" w:rsidP="0059555F">
            <w:pPr>
              <w:rPr>
                <w:sz w:val="28"/>
                <w:szCs w:val="28"/>
              </w:rPr>
            </w:pPr>
            <w:r w:rsidRPr="0059555F">
              <w:rPr>
                <w:sz w:val="24"/>
                <w:szCs w:val="28"/>
              </w:rPr>
              <w:t>- Bài yêu cầu làm gì?</w:t>
            </w:r>
          </w:p>
          <w:p w:rsidR="0059555F" w:rsidRPr="0059555F" w:rsidRDefault="0059555F" w:rsidP="0059555F">
            <w:pPr>
              <w:rPr>
                <w:sz w:val="28"/>
                <w:szCs w:val="28"/>
              </w:rPr>
            </w:pPr>
            <w:r w:rsidRPr="0059555F">
              <w:rPr>
                <w:sz w:val="24"/>
                <w:szCs w:val="28"/>
              </w:rPr>
              <w:t>- Bài cho những số nào?</w:t>
            </w:r>
          </w:p>
          <w:p w:rsidR="0059555F" w:rsidRPr="0059555F" w:rsidRDefault="0059555F" w:rsidP="0059555F">
            <w:pPr>
              <w:rPr>
                <w:sz w:val="28"/>
                <w:szCs w:val="28"/>
              </w:rPr>
            </w:pPr>
            <w:r w:rsidRPr="0059555F">
              <w:rPr>
                <w:sz w:val="24"/>
                <w:szCs w:val="28"/>
              </w:rPr>
              <w:t>- Các số này được sắp xếp như thế nào trên tia số?</w:t>
            </w:r>
          </w:p>
          <w:p w:rsidR="0059555F" w:rsidRPr="0059555F" w:rsidRDefault="0059555F" w:rsidP="0059555F">
            <w:pPr>
              <w:rPr>
                <w:sz w:val="28"/>
                <w:szCs w:val="28"/>
              </w:rPr>
            </w:pPr>
            <w:r w:rsidRPr="0059555F">
              <w:rPr>
                <w:sz w:val="24"/>
                <w:szCs w:val="28"/>
              </w:rPr>
              <w:t>- Số đứng sau hơn số đứng trước bao nhiêu đơn vị?</w:t>
            </w:r>
          </w:p>
          <w:p w:rsidR="0059555F" w:rsidRPr="0059555F" w:rsidRDefault="0059555F" w:rsidP="0059555F">
            <w:pPr>
              <w:rPr>
                <w:sz w:val="28"/>
                <w:szCs w:val="28"/>
              </w:rPr>
            </w:pPr>
            <w:r w:rsidRPr="0059555F">
              <w:rPr>
                <w:sz w:val="24"/>
                <w:szCs w:val="28"/>
              </w:rPr>
              <w:t>- HS làm bài tập vào VBT.</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- 1–2 HS trả lời.</w:t>
            </w:r>
          </w:p>
          <w:p w:rsidR="0059555F" w:rsidRPr="0059555F" w:rsidRDefault="0059555F" w:rsidP="0059555F">
            <w:pPr>
              <w:rPr>
                <w:sz w:val="28"/>
                <w:szCs w:val="28"/>
              </w:rPr>
            </w:pPr>
            <w:r w:rsidRPr="0059555F">
              <w:rPr>
                <w:sz w:val="24"/>
                <w:szCs w:val="28"/>
              </w:rPr>
              <w:t>- HS trả lời: Các số hạng: 105, 106…</w:t>
            </w:r>
          </w:p>
          <w:p w:rsidR="0059555F" w:rsidRPr="0059555F" w:rsidRDefault="0059555F" w:rsidP="0059555F">
            <w:pPr>
              <w:rPr>
                <w:sz w:val="28"/>
                <w:szCs w:val="28"/>
              </w:rPr>
            </w:pPr>
            <w:r w:rsidRPr="0059555F">
              <w:rPr>
                <w:sz w:val="24"/>
                <w:szCs w:val="28"/>
              </w:rPr>
              <w:t>- HS nêu: từ bé đến lớn (tăng dần).</w:t>
            </w:r>
          </w:p>
          <w:p w:rsidR="0059555F" w:rsidRPr="0059555F" w:rsidRDefault="0059555F" w:rsidP="0059555F">
            <w:pPr>
              <w:rPr>
                <w:sz w:val="28"/>
                <w:szCs w:val="28"/>
              </w:rPr>
            </w:pPr>
            <w:r w:rsidRPr="0059555F">
              <w:rPr>
                <w:sz w:val="24"/>
                <w:szCs w:val="28"/>
              </w:rPr>
              <w:t>- HS trả lời: 1 đơn vị.</w:t>
            </w:r>
          </w:p>
          <w:p w:rsidR="0059555F" w:rsidRPr="0059555F" w:rsidRDefault="0059555F" w:rsidP="0059555F">
            <w:pPr>
              <w:rPr>
                <w:sz w:val="28"/>
                <w:szCs w:val="28"/>
              </w:rPr>
            </w:pPr>
            <w:r w:rsidRPr="0059555F">
              <w:rPr>
                <w:sz w:val="24"/>
                <w:szCs w:val="28"/>
              </w:rPr>
              <w:t>- HS làm bài tập vào VBT.</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Chữa bài: Yêu cầu HS nêu số thích hợp với ô có dấu ? đầu tiên.</w:t>
            </w:r>
          </w:p>
          <w:p w:rsidR="0059555F" w:rsidRPr="0059555F" w:rsidRDefault="0059555F" w:rsidP="0059555F">
            <w:pPr>
              <w:rPr>
                <w:sz w:val="28"/>
                <w:szCs w:val="28"/>
              </w:rPr>
            </w:pPr>
            <w:r w:rsidRPr="0059555F">
              <w:rPr>
                <w:sz w:val="24"/>
                <w:szCs w:val="28"/>
              </w:rPr>
              <w:t>- Em làm thế nào điền được số 108?</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nêu: 108.</w:t>
            </w:r>
          </w:p>
          <w:p w:rsidR="0059555F" w:rsidRPr="0059555F" w:rsidRDefault="0059555F" w:rsidP="0059555F">
            <w:pPr>
              <w:rPr>
                <w:sz w:val="28"/>
                <w:szCs w:val="28"/>
              </w:rPr>
            </w:pPr>
            <w:r w:rsidRPr="0059555F">
              <w:rPr>
                <w:sz w:val="24"/>
                <w:szCs w:val="28"/>
              </w:rPr>
              <w:t>- HS trả lời: đếm tiếp.</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nhận xét, tuyên dương.</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lắng nghe.</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Cho HS tự làm phần b sau đó chữa:</w:t>
            </w:r>
          </w:p>
          <w:p w:rsidR="0059555F" w:rsidRPr="0059555F" w:rsidRDefault="0059555F" w:rsidP="0059555F">
            <w:pPr>
              <w:rPr>
                <w:sz w:val="28"/>
                <w:szCs w:val="28"/>
              </w:rPr>
            </w:pPr>
            <w:r w:rsidRPr="0059555F">
              <w:rPr>
                <w:sz w:val="24"/>
                <w:szCs w:val="28"/>
              </w:rPr>
              <w:lastRenderedPageBreak/>
              <w:t>- Các số này được sắp xếp như thế nào trên tia số?</w:t>
            </w:r>
          </w:p>
          <w:p w:rsidR="0059555F" w:rsidRPr="0059555F" w:rsidRDefault="0059555F" w:rsidP="0059555F">
            <w:pPr>
              <w:rPr>
                <w:sz w:val="28"/>
                <w:szCs w:val="28"/>
              </w:rPr>
            </w:pPr>
            <w:r w:rsidRPr="0059555F">
              <w:rPr>
                <w:sz w:val="24"/>
                <w:szCs w:val="28"/>
              </w:rPr>
              <w:t>- Số đứng sau hơn số đứng trước bao nhiêu đơn vị?</w:t>
            </w:r>
          </w:p>
          <w:p w:rsidR="0059555F" w:rsidRPr="0059555F" w:rsidRDefault="0059555F" w:rsidP="0059555F">
            <w:pPr>
              <w:rPr>
                <w:sz w:val="28"/>
                <w:szCs w:val="28"/>
              </w:rPr>
            </w:pPr>
            <w:r w:rsidRPr="0059555F">
              <w:rPr>
                <w:sz w:val="24"/>
                <w:szCs w:val="28"/>
              </w:rPr>
              <w:t>- GV chốt kết quả đúng.</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lastRenderedPageBreak/>
              <w:t>+ Theo thứ tự tăng dần.</w:t>
            </w:r>
          </w:p>
          <w:p w:rsidR="0059555F" w:rsidRPr="0059555F" w:rsidRDefault="0059555F" w:rsidP="0059555F">
            <w:pPr>
              <w:rPr>
                <w:sz w:val="28"/>
                <w:szCs w:val="28"/>
              </w:rPr>
            </w:pPr>
            <w:r w:rsidRPr="0059555F">
              <w:rPr>
                <w:sz w:val="24"/>
                <w:szCs w:val="28"/>
              </w:rPr>
              <w:lastRenderedPageBreak/>
              <w:t>+ HS nêu: 1 đơn vị.</w:t>
            </w:r>
          </w:p>
          <w:p w:rsidR="0059555F" w:rsidRPr="0059555F" w:rsidRDefault="0059555F" w:rsidP="0059555F">
            <w:pPr>
              <w:rPr>
                <w:sz w:val="28"/>
                <w:szCs w:val="28"/>
              </w:rPr>
            </w:pPr>
            <w:r w:rsidRPr="0059555F">
              <w:rPr>
                <w:sz w:val="24"/>
                <w:szCs w:val="28"/>
              </w:rPr>
              <w:t>- HS trả lời: đếm tiếp.</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lastRenderedPageBreak/>
              <w:t>- Đánh giá, biểu dương HS.</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lắng nghe.</w:t>
            </w:r>
          </w:p>
        </w:tc>
      </w:tr>
      <w:tr w:rsidR="0059555F" w:rsidRPr="0059555F" w:rsidTr="005B7F93">
        <w:trPr>
          <w:jc w:val="center"/>
        </w:trPr>
        <w:tc>
          <w:tcPr>
            <w:tcW w:w="10496" w:type="dxa"/>
            <w:gridSpan w:val="2"/>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Bài 3</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Gọi HS đọc và xác định yêu cầu bài tập.</w:t>
            </w:r>
          </w:p>
          <w:p w:rsidR="0059555F" w:rsidRPr="0059555F" w:rsidRDefault="0059555F" w:rsidP="0059555F">
            <w:pPr>
              <w:rPr>
                <w:sz w:val="28"/>
                <w:szCs w:val="28"/>
              </w:rPr>
            </w:pPr>
            <w:r w:rsidRPr="0059555F">
              <w:rPr>
                <w:sz w:val="24"/>
                <w:szCs w:val="28"/>
              </w:rPr>
              <w:t>- Bài yêu cầu làm gì?</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- 1–2 HS đọc và nêu yêu cầu.</w:t>
            </w:r>
          </w:p>
          <w:p w:rsidR="0059555F" w:rsidRPr="0059555F" w:rsidRDefault="0059555F" w:rsidP="0059555F">
            <w:pPr>
              <w:rPr>
                <w:sz w:val="28"/>
                <w:szCs w:val="28"/>
              </w:rPr>
            </w:pPr>
            <w:r w:rsidRPr="0059555F">
              <w:rPr>
                <w:sz w:val="24"/>
                <w:szCs w:val="28"/>
              </w:rPr>
              <w:t>- 1–2 HS trả lời.</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hướng dẫn mẫu: Trên này có 4 bạn ốc sên và 4 bạn cua. Bạn ốc sên và cua đang chơi đố nhau. Bạn ốc sên đọc 1 số và bạn cua viết số mà bạn sên đã đọc. Ví dụ bạn ốc sên thứ nhất đọc là “Bảy trăm linh một” thì bạn cua sẽ viết số là 701 vào ô trống của bạn. Tương tự như vậy, các con có muốn chơi giống như hai bạn không?</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nghe.</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Cho HS trao đổi trong nhóm 2 (HS đóng vai sên và cua để trả lời).</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làm theo nhóm 2.</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Cho các nhóm đóng vai: 1 bạn đọc số, 1 bạn viết số ngoài bài.</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- 3 nhóm HS thực hiện.</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hỏi thêm:</w:t>
            </w:r>
          </w:p>
          <w:p w:rsidR="0059555F" w:rsidRPr="0059555F" w:rsidRDefault="0059555F" w:rsidP="0059555F">
            <w:pPr>
              <w:rPr>
                <w:sz w:val="28"/>
                <w:szCs w:val="28"/>
              </w:rPr>
            </w:pPr>
            <w:r w:rsidRPr="0059555F">
              <w:rPr>
                <w:sz w:val="24"/>
                <w:szCs w:val="28"/>
              </w:rPr>
              <w:t>+ Số 710 gồm mấy trăm, mấy chục, mấy đơn vị?</w:t>
            </w:r>
          </w:p>
          <w:p w:rsidR="0059555F" w:rsidRPr="0059555F" w:rsidRDefault="0059555F" w:rsidP="0059555F">
            <w:pPr>
              <w:rPr>
                <w:sz w:val="28"/>
                <w:szCs w:val="28"/>
              </w:rPr>
            </w:pPr>
            <w:r w:rsidRPr="0059555F">
              <w:rPr>
                <w:sz w:val="24"/>
                <w:szCs w:val="28"/>
              </w:rPr>
              <w:t>+ Số 170 gồm mấy trăm, mấy chục, mấy đơn vị?</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nghe, nhận xét.</w:t>
            </w:r>
          </w:p>
          <w:p w:rsidR="0059555F" w:rsidRPr="0059555F" w:rsidRDefault="0059555F" w:rsidP="0059555F">
            <w:pPr>
              <w:rPr>
                <w:sz w:val="28"/>
                <w:szCs w:val="28"/>
              </w:rPr>
            </w:pPr>
            <w:r w:rsidRPr="0059555F">
              <w:rPr>
                <w:sz w:val="24"/>
                <w:szCs w:val="28"/>
              </w:rPr>
              <w:t>- Nhiều HS trả lời.</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nhận xét, khen ngợi HS.</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lắng nghe.</w:t>
            </w:r>
          </w:p>
        </w:tc>
      </w:tr>
      <w:tr w:rsidR="0059555F" w:rsidRPr="0059555F" w:rsidTr="00B35F9D">
        <w:trPr>
          <w:jc w:val="center"/>
        </w:trPr>
        <w:tc>
          <w:tcPr>
            <w:tcW w:w="5839" w:type="dxa"/>
            <w:tcBorders>
              <w:bottom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Lưu ý HS: Khi viết số các con lưu ý các con đọc như thế nào thì viết như thế bắt đầu từ chữ số hàng cao nhất.</w:t>
            </w:r>
          </w:p>
        </w:tc>
        <w:tc>
          <w:tcPr>
            <w:tcW w:w="4657" w:type="dxa"/>
            <w:tcBorders>
              <w:bottom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lắng nghe và ghi nhớ.</w:t>
            </w:r>
          </w:p>
        </w:tc>
      </w:tr>
      <w:tr w:rsidR="0059555F" w:rsidRPr="0059555F" w:rsidTr="00B35F9D">
        <w:trPr>
          <w:jc w:val="center"/>
        </w:trPr>
        <w:tc>
          <w:tcPr>
            <w:tcW w:w="10496" w:type="dxa"/>
            <w:gridSpan w:val="2"/>
            <w:tcBorders>
              <w:top w:val="single" w:sz="4" w:space="0" w:color="auto"/>
              <w:bottom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4. HĐ Vận dụng, trải nghiệm (5’) – Mục tiêu: Vận dụng bài học vào giải quyết các vấn đề trong cuộc sống.</w:t>
            </w:r>
          </w:p>
        </w:tc>
      </w:tr>
      <w:tr w:rsidR="0059555F" w:rsidRPr="0059555F" w:rsidTr="00B35F9D">
        <w:trPr>
          <w:jc w:val="center"/>
        </w:trPr>
        <w:tc>
          <w:tcPr>
            <w:tcW w:w="10496" w:type="dxa"/>
            <w:gridSpan w:val="2"/>
            <w:tcBorders>
              <w:top w:val="single" w:sz="4" w:space="0" w:color="auto"/>
            </w:tcBorders>
            <w:shd w:val="clear" w:color="auto" w:fill="auto"/>
            <w:tcMar>
              <w:top w:w="40" w:type="dxa"/>
              <w:left w:w="60" w:type="dxa"/>
              <w:bottom w:w="40" w:type="dxa"/>
              <w:right w:w="60" w:type="dxa"/>
            </w:tcMar>
          </w:tcPr>
          <w:p w:rsidR="0059555F" w:rsidRPr="0059555F" w:rsidRDefault="0059555F" w:rsidP="0059555F">
            <w:pPr>
              <w:rPr>
                <w:b/>
                <w:sz w:val="28"/>
                <w:szCs w:val="28"/>
              </w:rPr>
            </w:pPr>
            <w:r w:rsidRPr="0059555F">
              <w:rPr>
                <w:b/>
                <w:sz w:val="24"/>
                <w:szCs w:val="28"/>
              </w:rPr>
              <w:t>Bài 4</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Default="0059555F" w:rsidP="0059555F">
            <w:pPr>
              <w:rPr>
                <w:sz w:val="28"/>
                <w:szCs w:val="28"/>
              </w:rPr>
            </w:pPr>
            <w:r w:rsidRPr="0059555F">
              <w:rPr>
                <w:sz w:val="24"/>
                <w:szCs w:val="28"/>
              </w:rPr>
              <w:t>- Gọi HS đọc yêu cầu bài.</w:t>
            </w:r>
          </w:p>
          <w:p w:rsidR="0059555F" w:rsidRPr="0059555F" w:rsidRDefault="0059555F" w:rsidP="0059555F">
            <w:pPr>
              <w:rPr>
                <w:sz w:val="28"/>
                <w:szCs w:val="28"/>
              </w:rPr>
            </w:pP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- 1 HS đọc.</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Bài yêu cầu gì?</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Trả lời.</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hướng dẫn mẫu: Để viết, đọc được số thì em cần nắm được cấu tạo số đó.</w:t>
            </w:r>
          </w:p>
          <w:p w:rsidR="0059555F" w:rsidRPr="0059555F" w:rsidRDefault="0059555F" w:rsidP="0059555F">
            <w:pPr>
              <w:rPr>
                <w:sz w:val="28"/>
                <w:szCs w:val="28"/>
              </w:rPr>
            </w:pPr>
            <w:r w:rsidRPr="0059555F">
              <w:rPr>
                <w:sz w:val="24"/>
                <w:szCs w:val="28"/>
              </w:rPr>
              <w:t>- GV đưa bảng phụ. Gọi HS lên bảng viết số, đọc số.</w:t>
            </w:r>
          </w:p>
          <w:p w:rsidR="0059555F" w:rsidRPr="0059555F" w:rsidRDefault="0059555F" w:rsidP="0059555F">
            <w:pPr>
              <w:rPr>
                <w:sz w:val="28"/>
                <w:szCs w:val="28"/>
              </w:rPr>
            </w:pPr>
            <w:r w:rsidRPr="0059555F">
              <w:rPr>
                <w:sz w:val="24"/>
                <w:szCs w:val="28"/>
              </w:rPr>
              <w:t>+ Số 749 gồm mấy trăm, mấy chục, mấy đơn vị?</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viết, đọc.</w:t>
            </w:r>
          </w:p>
          <w:p w:rsidR="0059555F" w:rsidRPr="0059555F" w:rsidRDefault="0059555F" w:rsidP="0059555F">
            <w:pPr>
              <w:rPr>
                <w:sz w:val="28"/>
                <w:szCs w:val="28"/>
              </w:rPr>
            </w:pPr>
            <w:r w:rsidRPr="0059555F">
              <w:rPr>
                <w:sz w:val="24"/>
                <w:szCs w:val="28"/>
              </w:rPr>
              <w:t>- 1 HS lên bảng.</w:t>
            </w:r>
          </w:p>
          <w:p w:rsidR="0059555F" w:rsidRPr="0059555F" w:rsidRDefault="0059555F" w:rsidP="0059555F">
            <w:pPr>
              <w:rPr>
                <w:sz w:val="28"/>
                <w:szCs w:val="28"/>
              </w:rPr>
            </w:pPr>
            <w:r w:rsidRPr="0059555F">
              <w:rPr>
                <w:sz w:val="24"/>
                <w:szCs w:val="28"/>
              </w:rPr>
              <w:t>- HS làm ra nháp.</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cho HS tham gia trò chơi “Đố bạn” các phần còn lại.</w:t>
            </w:r>
          </w:p>
          <w:p w:rsidR="0059555F" w:rsidRPr="0059555F" w:rsidRDefault="0059555F" w:rsidP="0059555F">
            <w:pPr>
              <w:rPr>
                <w:sz w:val="28"/>
                <w:szCs w:val="28"/>
              </w:rPr>
            </w:pPr>
            <w:r w:rsidRPr="0059555F">
              <w:rPr>
                <w:sz w:val="24"/>
                <w:szCs w:val="28"/>
              </w:rPr>
              <w:t>- Phổ biến cho HS chơi, cách chơi: Yêu cầu bạn lớp phó lên điều hành trò chơi, đọc 3 số có ở phần b, c, d; mời 3 bạn bất kì lên bảng sẽ viết số đó.</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lắng nghe hướng dẫn chơi, nắm luật chơi, cách chơi.</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Tổ chức cho HS chơi.</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chơi.</w:t>
            </w:r>
          </w:p>
        </w:tc>
      </w:tr>
      <w:tr w:rsidR="0059555F" w:rsidRPr="0059555F" w:rsidTr="005B7F93">
        <w:trPr>
          <w:jc w:val="center"/>
        </w:trPr>
        <w:tc>
          <w:tcPr>
            <w:tcW w:w="583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Nhận xét giờ học, khen ngợi, động viên HS.</w:t>
            </w:r>
          </w:p>
          <w:p w:rsidR="0059555F" w:rsidRPr="0059555F" w:rsidRDefault="0059555F" w:rsidP="0059555F">
            <w:pPr>
              <w:rPr>
                <w:sz w:val="28"/>
                <w:szCs w:val="28"/>
              </w:rPr>
            </w:pPr>
            <w:r w:rsidRPr="0059555F">
              <w:rPr>
                <w:sz w:val="24"/>
                <w:szCs w:val="28"/>
              </w:rPr>
              <w:t>* GV cho HS so sánh thêm.</w:t>
            </w:r>
          </w:p>
          <w:p w:rsidR="0059555F" w:rsidRPr="0059555F" w:rsidRDefault="0059555F" w:rsidP="0059555F">
            <w:pPr>
              <w:rPr>
                <w:sz w:val="28"/>
                <w:szCs w:val="28"/>
              </w:rPr>
            </w:pPr>
            <w:r w:rsidRPr="0059555F">
              <w:rPr>
                <w:sz w:val="24"/>
                <w:szCs w:val="28"/>
              </w:rPr>
              <w:t>- Chuẩn bị bài tiếp theo.</w:t>
            </w:r>
          </w:p>
        </w:tc>
        <w:tc>
          <w:tcPr>
            <w:tcW w:w="4657"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- 1 HS đọc hai số có 3 chữ số bất kì rồi đố bạn so sánh 2 số.</w:t>
            </w:r>
          </w:p>
          <w:p w:rsidR="0059555F" w:rsidRPr="0059555F" w:rsidRDefault="0059555F" w:rsidP="0059555F">
            <w:pPr>
              <w:rPr>
                <w:sz w:val="28"/>
                <w:szCs w:val="28"/>
              </w:rPr>
            </w:pPr>
            <w:r w:rsidRPr="0059555F">
              <w:rPr>
                <w:sz w:val="24"/>
                <w:szCs w:val="28"/>
              </w:rPr>
              <w:t>- Lắng nghe.</w:t>
            </w:r>
          </w:p>
        </w:tc>
      </w:tr>
    </w:tbl>
    <w:p w:rsidR="0059555F" w:rsidRPr="0059555F" w:rsidRDefault="0059555F" w:rsidP="0059555F">
      <w:pPr>
        <w:spacing w:after="0" w:line="240" w:lineRule="auto"/>
        <w:rPr>
          <w:sz w:val="28"/>
          <w:szCs w:val="28"/>
        </w:rPr>
      </w:pPr>
    </w:p>
    <w:p w:rsidR="0059555F" w:rsidRPr="0059555F" w:rsidRDefault="0059555F" w:rsidP="0059555F">
      <w:pPr>
        <w:spacing w:after="0" w:line="240" w:lineRule="auto"/>
        <w:jc w:val="center"/>
        <w:rPr>
          <w:sz w:val="28"/>
          <w:szCs w:val="28"/>
        </w:rPr>
      </w:pPr>
      <w:r w:rsidRPr="0059555F">
        <w:rPr>
          <w:b/>
          <w:sz w:val="24"/>
          <w:szCs w:val="28"/>
        </w:rPr>
        <w:t>TOÁN</w:t>
      </w:r>
    </w:p>
    <w:p w:rsidR="0059555F" w:rsidRPr="0059555F" w:rsidRDefault="0059555F" w:rsidP="0059555F">
      <w:pPr>
        <w:spacing w:after="0" w:line="240" w:lineRule="auto"/>
        <w:jc w:val="center"/>
        <w:rPr>
          <w:sz w:val="28"/>
          <w:szCs w:val="28"/>
        </w:rPr>
      </w:pPr>
      <w:r w:rsidRPr="0059555F">
        <w:rPr>
          <w:b/>
          <w:sz w:val="24"/>
          <w:szCs w:val="28"/>
        </w:rPr>
        <w:lastRenderedPageBreak/>
        <w:t>TIẾT 123 – BÀI 51. SỐ CÓ BA CHỮ SỐ (TIẾT 2)</w:t>
      </w:r>
    </w:p>
    <w:p w:rsidR="0059555F" w:rsidRPr="0059555F" w:rsidRDefault="0059555F" w:rsidP="0059555F">
      <w:pPr>
        <w:spacing w:after="0" w:line="240" w:lineRule="auto"/>
        <w:jc w:val="center"/>
        <w:rPr>
          <w:sz w:val="28"/>
          <w:szCs w:val="28"/>
        </w:rPr>
      </w:pPr>
      <w:r w:rsidRPr="0059555F">
        <w:rPr>
          <w:b/>
          <w:sz w:val="24"/>
          <w:szCs w:val="28"/>
        </w:rPr>
        <w:t>LUYỆN TẬP</w:t>
      </w:r>
    </w:p>
    <w:p w:rsidR="0059555F" w:rsidRPr="0059555F" w:rsidRDefault="0059555F" w:rsidP="0059555F">
      <w:pPr>
        <w:spacing w:after="0" w:line="240" w:lineRule="auto"/>
        <w:rPr>
          <w:sz w:val="28"/>
          <w:szCs w:val="28"/>
        </w:rPr>
      </w:pPr>
      <w:r w:rsidRPr="0059555F">
        <w:rPr>
          <w:b/>
          <w:sz w:val="24"/>
          <w:szCs w:val="28"/>
        </w:rPr>
        <w:t>I. YÊU CẦU CẦN ĐẠT</w:t>
      </w:r>
    </w:p>
    <w:p w:rsidR="0059555F" w:rsidRPr="0059555F" w:rsidRDefault="0059555F" w:rsidP="0059555F">
      <w:pPr>
        <w:spacing w:after="0" w:line="240" w:lineRule="auto"/>
        <w:rPr>
          <w:sz w:val="28"/>
          <w:szCs w:val="28"/>
        </w:rPr>
      </w:pPr>
      <w:r w:rsidRPr="0059555F">
        <w:rPr>
          <w:b/>
          <w:sz w:val="24"/>
          <w:szCs w:val="28"/>
        </w:rPr>
        <w:t>1. Năng lực đặc thù</w:t>
      </w:r>
    </w:p>
    <w:p w:rsidR="0059555F" w:rsidRPr="0059555F" w:rsidRDefault="0059555F" w:rsidP="0059555F">
      <w:pPr>
        <w:spacing w:after="0" w:line="240" w:lineRule="auto"/>
        <w:rPr>
          <w:sz w:val="28"/>
          <w:szCs w:val="28"/>
        </w:rPr>
      </w:pPr>
      <w:r w:rsidRPr="0059555F">
        <w:rPr>
          <w:sz w:val="24"/>
          <w:szCs w:val="28"/>
        </w:rPr>
        <w:t>- Đọc và viết thành thạo các số có ba chữ số; củng cố về cấu tạo số của các số có ba chữ số.</w:t>
      </w:r>
    </w:p>
    <w:p w:rsidR="0059555F" w:rsidRPr="0059555F" w:rsidRDefault="0059555F" w:rsidP="0059555F">
      <w:pPr>
        <w:spacing w:after="0" w:line="240" w:lineRule="auto"/>
        <w:rPr>
          <w:sz w:val="28"/>
          <w:szCs w:val="28"/>
        </w:rPr>
      </w:pPr>
      <w:r w:rsidRPr="0059555F">
        <w:rPr>
          <w:sz w:val="24"/>
          <w:szCs w:val="28"/>
        </w:rPr>
        <w:t>- Biết tìm số liền trước, liền sau.</w:t>
      </w:r>
    </w:p>
    <w:p w:rsidR="0059555F" w:rsidRPr="0059555F" w:rsidRDefault="0059555F" w:rsidP="0059555F">
      <w:pPr>
        <w:spacing w:after="0" w:line="240" w:lineRule="auto"/>
        <w:rPr>
          <w:sz w:val="28"/>
          <w:szCs w:val="28"/>
        </w:rPr>
      </w:pPr>
      <w:r w:rsidRPr="0059555F">
        <w:rPr>
          <w:sz w:val="24"/>
          <w:szCs w:val="28"/>
        </w:rPr>
        <w:t>- Thông qua hoạt động khám phá, phát hiện tình huống, nêu bài toán và cách giải, HS phát triển năng lực giao tiếp, năng lực mô hình hóa toán học, năng lực giải quyết vấn đề. Rèn kĩ năng hợp tác, rèn tính cẩn thận.</w:t>
      </w:r>
    </w:p>
    <w:p w:rsidR="0059555F" w:rsidRPr="0059555F" w:rsidRDefault="0059555F" w:rsidP="0059555F">
      <w:pPr>
        <w:spacing w:after="0" w:line="240" w:lineRule="auto"/>
        <w:rPr>
          <w:sz w:val="28"/>
          <w:szCs w:val="28"/>
        </w:rPr>
      </w:pPr>
      <w:r w:rsidRPr="0059555F">
        <w:rPr>
          <w:b/>
          <w:sz w:val="24"/>
          <w:szCs w:val="28"/>
        </w:rPr>
        <w:t>2. Năng lực chung</w:t>
      </w:r>
    </w:p>
    <w:p w:rsidR="0059555F" w:rsidRPr="0059555F" w:rsidRDefault="0059555F" w:rsidP="0059555F">
      <w:pPr>
        <w:spacing w:after="0" w:line="240" w:lineRule="auto"/>
        <w:rPr>
          <w:sz w:val="28"/>
          <w:szCs w:val="28"/>
        </w:rPr>
      </w:pPr>
      <w:r w:rsidRPr="0059555F">
        <w:rPr>
          <w:sz w:val="24"/>
          <w:szCs w:val="28"/>
        </w:rPr>
        <w:t>- Giao tiếp – hợp tác: HS hợp tác khi làm việc nhóm/cặp; chia sẻ kết quả.</w:t>
      </w:r>
    </w:p>
    <w:p w:rsidR="0059555F" w:rsidRPr="0059555F" w:rsidRDefault="0059555F" w:rsidP="0059555F">
      <w:pPr>
        <w:spacing w:after="0" w:line="240" w:lineRule="auto"/>
        <w:rPr>
          <w:sz w:val="28"/>
          <w:szCs w:val="28"/>
        </w:rPr>
      </w:pPr>
      <w:r w:rsidRPr="0059555F">
        <w:rPr>
          <w:sz w:val="24"/>
          <w:szCs w:val="28"/>
        </w:rPr>
        <w:t>- Tự chủ – tự học: HS chủ động thực hiện bài tập; tự kiểm tra, điều chỉnh.</w:t>
      </w:r>
    </w:p>
    <w:p w:rsidR="0059555F" w:rsidRPr="0059555F" w:rsidRDefault="0059555F" w:rsidP="0059555F">
      <w:pPr>
        <w:spacing w:after="0" w:line="240" w:lineRule="auto"/>
        <w:rPr>
          <w:sz w:val="28"/>
          <w:szCs w:val="28"/>
        </w:rPr>
      </w:pPr>
      <w:r w:rsidRPr="0059555F">
        <w:rPr>
          <w:sz w:val="24"/>
          <w:szCs w:val="28"/>
        </w:rPr>
        <w:t>- Giải quyết vấn đề sáng tạo: HS vận dụng kiến thức để giải quyết các nhiệm vụ học tập.</w:t>
      </w:r>
    </w:p>
    <w:p w:rsidR="0059555F" w:rsidRPr="0059555F" w:rsidRDefault="0059555F" w:rsidP="0059555F">
      <w:pPr>
        <w:spacing w:after="0" w:line="240" w:lineRule="auto"/>
        <w:rPr>
          <w:sz w:val="28"/>
          <w:szCs w:val="28"/>
        </w:rPr>
      </w:pPr>
      <w:r w:rsidRPr="0059555F">
        <w:rPr>
          <w:b/>
          <w:sz w:val="24"/>
          <w:szCs w:val="28"/>
        </w:rPr>
        <w:t>3. Phẩm chất</w:t>
      </w:r>
    </w:p>
    <w:p w:rsidR="0059555F" w:rsidRPr="0059555F" w:rsidRDefault="0059555F" w:rsidP="0059555F">
      <w:pPr>
        <w:spacing w:after="0" w:line="240" w:lineRule="auto"/>
        <w:rPr>
          <w:sz w:val="28"/>
          <w:szCs w:val="28"/>
        </w:rPr>
      </w:pPr>
      <w:r w:rsidRPr="0059555F">
        <w:rPr>
          <w:sz w:val="24"/>
          <w:szCs w:val="28"/>
        </w:rPr>
        <w:t>- Chăm chỉ: Tích cực tham gia hoạt động, hoàn thành bài tập.</w:t>
      </w:r>
    </w:p>
    <w:p w:rsidR="0059555F" w:rsidRPr="0059555F" w:rsidRDefault="0059555F" w:rsidP="0059555F">
      <w:pPr>
        <w:spacing w:after="0" w:line="240" w:lineRule="auto"/>
        <w:rPr>
          <w:sz w:val="28"/>
          <w:szCs w:val="28"/>
        </w:rPr>
      </w:pPr>
      <w:r w:rsidRPr="0059555F">
        <w:rPr>
          <w:sz w:val="24"/>
          <w:szCs w:val="28"/>
        </w:rPr>
        <w:t>- Trách nhiệm: Tự giác, nghiêm túc; chịu trách nhiệm với kết quả cá nhân/nhóm.</w:t>
      </w:r>
    </w:p>
    <w:p w:rsidR="0059555F" w:rsidRPr="0059555F" w:rsidRDefault="0059555F" w:rsidP="0059555F">
      <w:pPr>
        <w:spacing w:after="0" w:line="240" w:lineRule="auto"/>
        <w:rPr>
          <w:sz w:val="28"/>
          <w:szCs w:val="28"/>
        </w:rPr>
      </w:pPr>
      <w:r w:rsidRPr="0059555F">
        <w:rPr>
          <w:sz w:val="24"/>
          <w:szCs w:val="28"/>
        </w:rPr>
        <w:t>- Nhân ái: Tôn trọng, lắng nghe và hỗ trợ bạn.</w:t>
      </w:r>
    </w:p>
    <w:p w:rsidR="00501A6D" w:rsidRDefault="00CD74F3">
      <w:pPr>
        <w:spacing w:after="0" w:line="240" w:lineRule="auto"/>
      </w:pPr>
      <w:r>
        <w:rPr>
          <w:b/>
          <w:color w:val="C00000"/>
          <w:sz w:val="24"/>
        </w:rPr>
        <w:t>4. Tích hợp</w:t>
      </w:r>
    </w:p>
    <w:p w:rsidR="00501A6D" w:rsidRDefault="00CD74F3">
      <w:pPr>
        <w:spacing w:after="0" w:line="240" w:lineRule="auto"/>
      </w:pPr>
      <w:r>
        <w:rPr>
          <w:color w:val="C00000"/>
          <w:sz w:val="24"/>
        </w:rPr>
        <w:t>- Tích hợp năng lực số 1.3.CB1a: Nhận biết nơi sắp xếp dữ liệu, thông tin đơn giản trong môi trường có cấu trúc.</w:t>
      </w:r>
    </w:p>
    <w:p w:rsidR="00501A6D" w:rsidRDefault="00CD74F3">
      <w:pPr>
        <w:spacing w:after="0" w:line="240" w:lineRule="auto"/>
      </w:pPr>
      <w:r>
        <w:rPr>
          <w:color w:val="C00000"/>
          <w:sz w:val="24"/>
        </w:rPr>
        <w:t>- Mục tiêu tích hợp: HS biết quan sát bảng hàng trăm, chục, đơn vị trên slide/bảng tương tác để viết, đọc số có ba chữ số; biết kiểm tra vị trí từng chữ số trước khi nêu kết quả.</w:t>
      </w:r>
    </w:p>
    <w:p w:rsidR="0059555F" w:rsidRPr="0059555F" w:rsidRDefault="0059555F" w:rsidP="0059555F">
      <w:pPr>
        <w:spacing w:after="0" w:line="240" w:lineRule="auto"/>
        <w:rPr>
          <w:sz w:val="28"/>
          <w:szCs w:val="28"/>
        </w:rPr>
      </w:pPr>
      <w:r w:rsidRPr="0059555F">
        <w:rPr>
          <w:b/>
          <w:sz w:val="24"/>
          <w:szCs w:val="28"/>
        </w:rPr>
        <w:t>II. ĐỒ DÙNG DẠY HỌC</w:t>
      </w:r>
    </w:p>
    <w:p w:rsidR="0059555F" w:rsidRPr="0059555F" w:rsidRDefault="0059555F" w:rsidP="0059555F">
      <w:pPr>
        <w:spacing w:after="0" w:line="240" w:lineRule="auto"/>
        <w:rPr>
          <w:sz w:val="28"/>
          <w:szCs w:val="28"/>
        </w:rPr>
      </w:pPr>
      <w:r w:rsidRPr="0059555F">
        <w:rPr>
          <w:sz w:val="24"/>
          <w:szCs w:val="28"/>
        </w:rPr>
        <w:t>- GV: Laptop; máy chiếu; clip, slide minh họa, ...</w:t>
      </w:r>
    </w:p>
    <w:p w:rsidR="0059555F" w:rsidRPr="0059555F" w:rsidRDefault="0059555F" w:rsidP="0059555F">
      <w:pPr>
        <w:spacing w:after="0" w:line="240" w:lineRule="auto"/>
        <w:rPr>
          <w:sz w:val="28"/>
          <w:szCs w:val="28"/>
        </w:rPr>
      </w:pPr>
      <w:r w:rsidRPr="0059555F">
        <w:rPr>
          <w:sz w:val="24"/>
          <w:szCs w:val="28"/>
        </w:rPr>
        <w:t>- GV: Nếu có điều kiện, chuẩn bị hình phóng to bài 1, 2, 3, 4.</w:t>
      </w:r>
    </w:p>
    <w:p w:rsidR="0059555F" w:rsidRPr="0059555F" w:rsidRDefault="0059555F" w:rsidP="0059555F">
      <w:pPr>
        <w:spacing w:after="0" w:line="240" w:lineRule="auto"/>
        <w:rPr>
          <w:sz w:val="28"/>
          <w:szCs w:val="28"/>
        </w:rPr>
      </w:pPr>
      <w:r w:rsidRPr="0059555F">
        <w:rPr>
          <w:sz w:val="24"/>
          <w:szCs w:val="28"/>
        </w:rPr>
        <w:t>- HS: SGK, vở, bộ đồ dùng học Toán 2.</w:t>
      </w:r>
    </w:p>
    <w:p w:rsidR="0059555F" w:rsidRPr="0059555F" w:rsidRDefault="0059555F" w:rsidP="0059555F">
      <w:pPr>
        <w:spacing w:after="0" w:line="240" w:lineRule="auto"/>
        <w:rPr>
          <w:sz w:val="28"/>
          <w:szCs w:val="28"/>
        </w:rPr>
      </w:pPr>
      <w:r w:rsidRPr="0059555F">
        <w:rPr>
          <w:b/>
          <w:sz w:val="24"/>
          <w:szCs w:val="28"/>
        </w:rPr>
        <w:t>III. CÁC HOẠT ĐỘNG DẠY HỌC</w:t>
      </w:r>
    </w:p>
    <w:tbl>
      <w:tblPr>
        <w:tblStyle w:val="TableGrid"/>
        <w:tblW w:w="10271" w:type="dxa"/>
        <w:jc w:val="center"/>
        <w:tblBorders>
          <w:insideH w:val="none" w:sz="0" w:space="0" w:color="auto"/>
        </w:tblBorders>
        <w:tblLook w:val="04A0" w:firstRow="1" w:lastRow="0" w:firstColumn="1" w:lastColumn="0" w:noHBand="0" w:noVBand="1"/>
      </w:tblPr>
      <w:tblGrid>
        <w:gridCol w:w="5569"/>
        <w:gridCol w:w="4702"/>
      </w:tblGrid>
      <w:tr w:rsidR="0059555F" w:rsidRPr="0059555F" w:rsidTr="00B35F9D">
        <w:trPr>
          <w:jc w:val="center"/>
        </w:trPr>
        <w:tc>
          <w:tcPr>
            <w:tcW w:w="5569" w:type="dxa"/>
            <w:tcBorders>
              <w:bottom w:val="single" w:sz="4" w:space="0" w:color="auto"/>
            </w:tcBorders>
            <w:shd w:val="clear" w:color="auto" w:fill="auto"/>
            <w:tcMar>
              <w:top w:w="40" w:type="dxa"/>
              <w:left w:w="60" w:type="dxa"/>
              <w:bottom w:w="40" w:type="dxa"/>
              <w:right w:w="60" w:type="dxa"/>
            </w:tcMar>
          </w:tcPr>
          <w:p w:rsidR="0059555F" w:rsidRPr="0059555F" w:rsidRDefault="0059555F" w:rsidP="0059555F">
            <w:pPr>
              <w:jc w:val="center"/>
              <w:rPr>
                <w:sz w:val="28"/>
                <w:szCs w:val="28"/>
              </w:rPr>
            </w:pPr>
            <w:r w:rsidRPr="0059555F">
              <w:rPr>
                <w:sz w:val="24"/>
                <w:szCs w:val="28"/>
              </w:rPr>
              <w:t>Hoạt động của giáo viên</w:t>
            </w:r>
          </w:p>
        </w:tc>
        <w:tc>
          <w:tcPr>
            <w:tcW w:w="4702" w:type="dxa"/>
            <w:tcBorders>
              <w:bottom w:val="single" w:sz="4" w:space="0" w:color="auto"/>
            </w:tcBorders>
            <w:shd w:val="clear" w:color="auto" w:fill="auto"/>
            <w:tcMar>
              <w:top w:w="40" w:type="dxa"/>
              <w:left w:w="60" w:type="dxa"/>
              <w:bottom w:w="40" w:type="dxa"/>
              <w:right w:w="60" w:type="dxa"/>
            </w:tcMar>
          </w:tcPr>
          <w:p w:rsidR="0059555F" w:rsidRPr="0059555F" w:rsidRDefault="0059555F" w:rsidP="0059555F">
            <w:pPr>
              <w:jc w:val="center"/>
              <w:rPr>
                <w:sz w:val="28"/>
                <w:szCs w:val="28"/>
              </w:rPr>
            </w:pPr>
            <w:r w:rsidRPr="0059555F">
              <w:rPr>
                <w:sz w:val="24"/>
                <w:szCs w:val="28"/>
              </w:rPr>
              <w:t>Hoạt động của học sinh</w:t>
            </w:r>
          </w:p>
        </w:tc>
      </w:tr>
      <w:tr w:rsidR="0059555F" w:rsidRPr="0059555F" w:rsidTr="00B35F9D">
        <w:trPr>
          <w:jc w:val="center"/>
        </w:trPr>
        <w:tc>
          <w:tcPr>
            <w:tcW w:w="10271" w:type="dxa"/>
            <w:gridSpan w:val="2"/>
            <w:tcBorders>
              <w:top w:val="single" w:sz="4" w:space="0" w:color="auto"/>
              <w:bottom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1. HĐ Khởi động (3–5’) – Mục tiêu: Tạo tâm thế cho HS và từng bước làm quen bài học.</w:t>
            </w:r>
          </w:p>
        </w:tc>
      </w:tr>
      <w:tr w:rsidR="0059555F" w:rsidRPr="0059555F" w:rsidTr="00B35F9D">
        <w:trPr>
          <w:jc w:val="center"/>
        </w:trPr>
        <w:tc>
          <w:tcPr>
            <w:tcW w:w="5569" w:type="dxa"/>
            <w:tcBorders>
              <w:top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tổ chức cho HS chơi trò chơi “CON SỐ BÍ MẬT” theo lớp.</w:t>
            </w:r>
          </w:p>
          <w:p w:rsidR="0059555F" w:rsidRPr="0059555F" w:rsidRDefault="0059555F" w:rsidP="0059555F">
            <w:pPr>
              <w:rPr>
                <w:sz w:val="28"/>
                <w:szCs w:val="28"/>
              </w:rPr>
            </w:pPr>
            <w:r w:rsidRPr="0059555F">
              <w:rPr>
                <w:sz w:val="24"/>
                <w:szCs w:val="28"/>
              </w:rPr>
              <w:t>+ Cho 1 HS viết vào bảng con 1 số có ba chữ số rồi quay ngược lại cho các bạn không nhìn thấy.</w:t>
            </w:r>
          </w:p>
          <w:p w:rsidR="0059555F" w:rsidRPr="0059555F" w:rsidRDefault="0059555F" w:rsidP="0059555F">
            <w:pPr>
              <w:rPr>
                <w:sz w:val="28"/>
                <w:szCs w:val="28"/>
              </w:rPr>
            </w:pPr>
            <w:r w:rsidRPr="0059555F">
              <w:rPr>
                <w:sz w:val="24"/>
                <w:szCs w:val="28"/>
              </w:rPr>
              <w:t>+ Mời các bạn trong lớp đặt câu hỏi để đoán xem bạn đã viết số gì?</w:t>
            </w:r>
          </w:p>
          <w:p w:rsidR="0059555F" w:rsidRPr="0059555F" w:rsidRDefault="0059555F" w:rsidP="0059555F">
            <w:pPr>
              <w:rPr>
                <w:sz w:val="28"/>
                <w:szCs w:val="28"/>
              </w:rPr>
            </w:pPr>
            <w:r w:rsidRPr="0059555F">
              <w:rPr>
                <w:sz w:val="24"/>
                <w:szCs w:val="28"/>
              </w:rPr>
              <w:t>+ Ai giải mã được con số bí mật trước, người đó thắng cuộc.</w:t>
            </w:r>
          </w:p>
          <w:p w:rsidR="0059555F" w:rsidRPr="0059555F" w:rsidRDefault="0059555F" w:rsidP="0059555F">
            <w:pPr>
              <w:rPr>
                <w:sz w:val="28"/>
                <w:szCs w:val="28"/>
              </w:rPr>
            </w:pPr>
            <w:r w:rsidRPr="0059555F">
              <w:rPr>
                <w:sz w:val="24"/>
                <w:szCs w:val="28"/>
              </w:rPr>
              <w:t>- Tổ chức cho HS chơi.</w:t>
            </w:r>
          </w:p>
        </w:tc>
        <w:tc>
          <w:tcPr>
            <w:tcW w:w="4702" w:type="dxa"/>
            <w:tcBorders>
              <w:top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lắng nghe GV phổ biến luật chơi, cách chơi.</w:t>
            </w:r>
          </w:p>
          <w:p w:rsidR="0059555F" w:rsidRPr="0059555F" w:rsidRDefault="0059555F" w:rsidP="0059555F">
            <w:pPr>
              <w:rPr>
                <w:sz w:val="28"/>
                <w:szCs w:val="28"/>
              </w:rPr>
            </w:pPr>
            <w:r w:rsidRPr="0059555F">
              <w:rPr>
                <w:sz w:val="24"/>
                <w:szCs w:val="28"/>
              </w:rPr>
              <w:t>- HS chơi.</w:t>
            </w:r>
          </w:p>
        </w:tc>
      </w:tr>
      <w:tr w:rsidR="0059555F" w:rsidRPr="0059555F" w:rsidTr="00B35F9D">
        <w:trPr>
          <w:jc w:val="center"/>
        </w:trPr>
        <w:tc>
          <w:tcPr>
            <w:tcW w:w="5569" w:type="dxa"/>
            <w:tcBorders>
              <w:bottom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nhận xét, khen HS.</w:t>
            </w:r>
          </w:p>
          <w:p w:rsidR="0059555F" w:rsidRPr="0059555F" w:rsidRDefault="0059555F" w:rsidP="0059555F">
            <w:pPr>
              <w:rPr>
                <w:sz w:val="28"/>
                <w:szCs w:val="28"/>
              </w:rPr>
            </w:pPr>
            <w:r w:rsidRPr="0059555F">
              <w:rPr>
                <w:sz w:val="24"/>
                <w:szCs w:val="28"/>
              </w:rPr>
              <w:t>- Chuyển vào bài mới. Giới thiệu bài.</w:t>
            </w:r>
          </w:p>
          <w:p w:rsidR="0059555F" w:rsidRPr="0059555F" w:rsidRDefault="0059555F" w:rsidP="0059555F">
            <w:pPr>
              <w:rPr>
                <w:sz w:val="28"/>
                <w:szCs w:val="28"/>
              </w:rPr>
            </w:pPr>
            <w:r w:rsidRPr="0059555F">
              <w:rPr>
                <w:sz w:val="24"/>
                <w:szCs w:val="28"/>
              </w:rPr>
              <w:t>- Ghi bảng tên bài: Luyện tập.</w:t>
            </w:r>
          </w:p>
        </w:tc>
        <w:tc>
          <w:tcPr>
            <w:tcW w:w="4702" w:type="dxa"/>
            <w:tcBorders>
              <w:bottom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lắng nghe.</w:t>
            </w:r>
          </w:p>
          <w:p w:rsidR="0059555F" w:rsidRPr="0059555F" w:rsidRDefault="0059555F" w:rsidP="0059555F">
            <w:pPr>
              <w:rPr>
                <w:sz w:val="28"/>
                <w:szCs w:val="28"/>
              </w:rPr>
            </w:pPr>
            <w:r w:rsidRPr="0059555F">
              <w:rPr>
                <w:sz w:val="24"/>
                <w:szCs w:val="28"/>
              </w:rPr>
              <w:t>- Theo dõi.</w:t>
            </w:r>
          </w:p>
          <w:p w:rsidR="0059555F" w:rsidRPr="0059555F" w:rsidRDefault="0059555F" w:rsidP="0059555F">
            <w:pPr>
              <w:rPr>
                <w:sz w:val="28"/>
                <w:szCs w:val="28"/>
              </w:rPr>
            </w:pPr>
            <w:r w:rsidRPr="0059555F">
              <w:rPr>
                <w:sz w:val="24"/>
                <w:szCs w:val="28"/>
              </w:rPr>
              <w:t>- HS nhắc lại tên bài.</w:t>
            </w:r>
          </w:p>
        </w:tc>
      </w:tr>
      <w:tr w:rsidR="0059555F" w:rsidRPr="0059555F" w:rsidTr="00B35F9D">
        <w:trPr>
          <w:jc w:val="center"/>
        </w:trPr>
        <w:tc>
          <w:tcPr>
            <w:tcW w:w="10271" w:type="dxa"/>
            <w:gridSpan w:val="2"/>
            <w:tcBorders>
              <w:top w:val="single" w:sz="4" w:space="0" w:color="auto"/>
              <w:bottom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2. HĐ Luyện tập – thực hành – Mục tiêu: HS củng cố kiến thức, kĩ năng về cấu tạo số, so sánh số có 3 chữ số thông qua các bài tập.</w:t>
            </w:r>
          </w:p>
        </w:tc>
      </w:tr>
      <w:tr w:rsidR="0059555F" w:rsidRPr="0059555F" w:rsidTr="00B35F9D">
        <w:trPr>
          <w:jc w:val="center"/>
        </w:trPr>
        <w:tc>
          <w:tcPr>
            <w:tcW w:w="10271" w:type="dxa"/>
            <w:gridSpan w:val="2"/>
            <w:tcBorders>
              <w:top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Bài 1</w:t>
            </w:r>
          </w:p>
        </w:tc>
      </w:tr>
      <w:tr w:rsidR="0059555F" w:rsidRPr="0059555F" w:rsidTr="00B35F9D">
        <w:trPr>
          <w:jc w:val="center"/>
        </w:trPr>
        <w:tc>
          <w:tcPr>
            <w:tcW w:w="556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Gọi HS đọc và xác định yêu cầu bài tập.</w:t>
            </w:r>
          </w:p>
          <w:p w:rsidR="0059555F" w:rsidRPr="0059555F" w:rsidRDefault="0059555F" w:rsidP="0059555F">
            <w:pPr>
              <w:rPr>
                <w:sz w:val="28"/>
                <w:szCs w:val="28"/>
              </w:rPr>
            </w:pPr>
            <w:r w:rsidRPr="0059555F">
              <w:rPr>
                <w:sz w:val="24"/>
                <w:szCs w:val="28"/>
              </w:rPr>
              <w:t>- Bài yêu cầu làm gì?</w:t>
            </w:r>
          </w:p>
        </w:tc>
        <w:tc>
          <w:tcPr>
            <w:tcW w:w="4702"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- 1–2 HS đọc và nêu yêu cầu.</w:t>
            </w:r>
          </w:p>
          <w:p w:rsidR="0059555F" w:rsidRPr="0059555F" w:rsidRDefault="0059555F" w:rsidP="0059555F">
            <w:pPr>
              <w:rPr>
                <w:sz w:val="28"/>
                <w:szCs w:val="28"/>
              </w:rPr>
            </w:pPr>
            <w:r w:rsidRPr="0059555F">
              <w:rPr>
                <w:sz w:val="24"/>
                <w:szCs w:val="28"/>
              </w:rPr>
              <w:t>- 1–2 HS trả lời.</w:t>
            </w:r>
          </w:p>
        </w:tc>
      </w:tr>
      <w:tr w:rsidR="0059555F" w:rsidRPr="0059555F" w:rsidTr="00B35F9D">
        <w:trPr>
          <w:jc w:val="center"/>
        </w:trPr>
        <w:tc>
          <w:tcPr>
            <w:tcW w:w="5569" w:type="dxa"/>
            <w:shd w:val="clear" w:color="auto" w:fill="auto"/>
            <w:tcMar>
              <w:top w:w="40" w:type="dxa"/>
              <w:left w:w="60" w:type="dxa"/>
              <w:bottom w:w="40" w:type="dxa"/>
              <w:right w:w="60" w:type="dxa"/>
            </w:tcMar>
          </w:tcPr>
          <w:p w:rsidR="0059555F" w:rsidRDefault="0059555F" w:rsidP="0059555F">
            <w:pPr>
              <w:rPr>
                <w:sz w:val="28"/>
                <w:szCs w:val="28"/>
              </w:rPr>
            </w:pPr>
            <w:r w:rsidRPr="0059555F">
              <w:rPr>
                <w:sz w:val="24"/>
                <w:szCs w:val="28"/>
              </w:rPr>
              <w:lastRenderedPageBreak/>
              <w:t>- GV hướng dẫn HS quan sát tranh SGK/tr.51.</w:t>
            </w:r>
          </w:p>
          <w:p w:rsidR="0059555F" w:rsidRPr="0059555F" w:rsidRDefault="0059555F" w:rsidP="0059555F">
            <w:pPr>
              <w:rPr>
                <w:sz w:val="28"/>
                <w:szCs w:val="28"/>
              </w:rPr>
            </w:pPr>
          </w:p>
          <w:p w:rsidR="0059555F" w:rsidRPr="0059555F" w:rsidRDefault="0059555F" w:rsidP="0059555F">
            <w:pPr>
              <w:rPr>
                <w:sz w:val="28"/>
                <w:szCs w:val="28"/>
              </w:rPr>
            </w:pPr>
            <w:r w:rsidRPr="0059555F">
              <w:rPr>
                <w:sz w:val="24"/>
                <w:szCs w:val="28"/>
              </w:rPr>
              <w:t>- GV hướng dẫn mẫu: Số cần tìm ở chiếc vợt được cấu tạo từ các thành phần ghi ở các hũ mật. HS dựa vào cấu tạo số để viết đúng số theo yêu cầu.</w:t>
            </w:r>
          </w:p>
        </w:tc>
        <w:tc>
          <w:tcPr>
            <w:tcW w:w="4702"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quan sát.</w:t>
            </w:r>
          </w:p>
          <w:p w:rsidR="0059555F" w:rsidRPr="0059555F" w:rsidRDefault="0059555F" w:rsidP="0059555F">
            <w:pPr>
              <w:rPr>
                <w:sz w:val="28"/>
                <w:szCs w:val="28"/>
              </w:rPr>
            </w:pPr>
            <w:r w:rsidRPr="0059555F">
              <w:rPr>
                <w:sz w:val="24"/>
                <w:szCs w:val="28"/>
              </w:rPr>
              <w:t>- HS lắng nghe.</w:t>
            </w:r>
          </w:p>
        </w:tc>
      </w:tr>
      <w:tr w:rsidR="0059555F" w:rsidRPr="0059555F" w:rsidTr="00B35F9D">
        <w:trPr>
          <w:jc w:val="center"/>
        </w:trPr>
        <w:tc>
          <w:tcPr>
            <w:tcW w:w="556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yêu cầu HS lên bảng viết số tương ứng với cấu tạo số đã cho.</w:t>
            </w:r>
          </w:p>
          <w:p w:rsidR="0059555F" w:rsidRPr="0059555F" w:rsidRDefault="0059555F" w:rsidP="0059555F">
            <w:pPr>
              <w:rPr>
                <w:sz w:val="28"/>
                <w:szCs w:val="28"/>
              </w:rPr>
            </w:pPr>
            <w:r w:rsidRPr="0059555F">
              <w:rPr>
                <w:sz w:val="24"/>
                <w:szCs w:val="28"/>
              </w:rPr>
              <w:t>+ Làm thế nào em viết được số?</w:t>
            </w:r>
          </w:p>
          <w:p w:rsidR="0059555F" w:rsidRPr="0059555F" w:rsidRDefault="0059555F" w:rsidP="0059555F">
            <w:pPr>
              <w:rPr>
                <w:sz w:val="28"/>
                <w:szCs w:val="28"/>
              </w:rPr>
            </w:pPr>
            <w:r w:rsidRPr="0059555F">
              <w:rPr>
                <w:sz w:val="24"/>
                <w:szCs w:val="28"/>
              </w:rPr>
              <w:t>+ Số 752 gồm mấy trăm, mấy chục, mấy đơn vị?</w:t>
            </w:r>
          </w:p>
        </w:tc>
        <w:tc>
          <w:tcPr>
            <w:tcW w:w="4702"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lên bảng viết: 752.</w:t>
            </w:r>
          </w:p>
          <w:p w:rsidR="0059555F" w:rsidRPr="0059555F" w:rsidRDefault="0059555F" w:rsidP="0059555F">
            <w:pPr>
              <w:rPr>
                <w:sz w:val="28"/>
                <w:szCs w:val="28"/>
              </w:rPr>
            </w:pPr>
            <w:r w:rsidRPr="0059555F">
              <w:rPr>
                <w:sz w:val="24"/>
                <w:szCs w:val="28"/>
              </w:rPr>
              <w:t>- HS trả lời.</w:t>
            </w:r>
          </w:p>
        </w:tc>
      </w:tr>
      <w:tr w:rsidR="0059555F" w:rsidRPr="0059555F" w:rsidTr="00B35F9D">
        <w:trPr>
          <w:jc w:val="center"/>
        </w:trPr>
        <w:tc>
          <w:tcPr>
            <w:tcW w:w="556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yêu cầu HS thực hiện tương tự với các phần c, d.</w:t>
            </w:r>
          </w:p>
        </w:tc>
        <w:tc>
          <w:tcPr>
            <w:tcW w:w="4702"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nêu.</w:t>
            </w:r>
          </w:p>
          <w:p w:rsidR="0059555F" w:rsidRPr="0059555F" w:rsidRDefault="0059555F" w:rsidP="0059555F">
            <w:pPr>
              <w:rPr>
                <w:sz w:val="28"/>
                <w:szCs w:val="28"/>
              </w:rPr>
            </w:pPr>
            <w:r w:rsidRPr="0059555F">
              <w:rPr>
                <w:sz w:val="24"/>
                <w:szCs w:val="28"/>
              </w:rPr>
              <w:t>- HS thực hiện lần lượt các yêu cầu.</w:t>
            </w:r>
          </w:p>
        </w:tc>
      </w:tr>
      <w:tr w:rsidR="0059555F" w:rsidRPr="0059555F" w:rsidTr="00B35F9D">
        <w:trPr>
          <w:jc w:val="center"/>
        </w:trPr>
        <w:tc>
          <w:tcPr>
            <w:tcW w:w="556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Chữa bài b, c bằng hình thức chơi trò chơi “Đố bạn”.</w:t>
            </w:r>
          </w:p>
          <w:p w:rsidR="0059555F" w:rsidRPr="0059555F" w:rsidRDefault="0059555F" w:rsidP="0059555F">
            <w:pPr>
              <w:rPr>
                <w:sz w:val="28"/>
                <w:szCs w:val="28"/>
              </w:rPr>
            </w:pPr>
            <w:r w:rsidRPr="0059555F">
              <w:rPr>
                <w:sz w:val="24"/>
                <w:szCs w:val="28"/>
              </w:rPr>
              <w:t>+ Số gồm 4 trăm, 7 chục, 5 đơn vị viết được số nào?</w:t>
            </w:r>
          </w:p>
          <w:p w:rsidR="0059555F" w:rsidRPr="0059555F" w:rsidRDefault="0059555F" w:rsidP="0059555F">
            <w:pPr>
              <w:rPr>
                <w:sz w:val="28"/>
                <w:szCs w:val="28"/>
              </w:rPr>
            </w:pPr>
            <w:r w:rsidRPr="0059555F">
              <w:rPr>
                <w:sz w:val="24"/>
                <w:szCs w:val="28"/>
              </w:rPr>
              <w:t>+ Khi viết số con cần lưu ý gì?</w:t>
            </w:r>
          </w:p>
          <w:p w:rsidR="0059555F" w:rsidRPr="0059555F" w:rsidRDefault="0059555F" w:rsidP="0059555F">
            <w:pPr>
              <w:rPr>
                <w:sz w:val="28"/>
                <w:szCs w:val="28"/>
              </w:rPr>
            </w:pPr>
            <w:r w:rsidRPr="0059555F">
              <w:rPr>
                <w:sz w:val="24"/>
                <w:szCs w:val="28"/>
              </w:rPr>
              <w:t>- GV nêu các số ngoài bài: 678, 959, 321.</w:t>
            </w:r>
          </w:p>
        </w:tc>
        <w:tc>
          <w:tcPr>
            <w:tcW w:w="4702"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chơi trò chơi “Đố bạn”.</w:t>
            </w:r>
          </w:p>
          <w:p w:rsidR="0059555F" w:rsidRPr="0059555F" w:rsidRDefault="0059555F" w:rsidP="0059555F">
            <w:pPr>
              <w:rPr>
                <w:sz w:val="28"/>
                <w:szCs w:val="28"/>
              </w:rPr>
            </w:pPr>
            <w:r w:rsidRPr="0059555F">
              <w:rPr>
                <w:sz w:val="24"/>
                <w:szCs w:val="28"/>
              </w:rPr>
              <w:t>- HS trả lời: 475.</w:t>
            </w:r>
          </w:p>
          <w:p w:rsidR="0059555F" w:rsidRPr="0059555F" w:rsidRDefault="0059555F" w:rsidP="0059555F">
            <w:pPr>
              <w:rPr>
                <w:sz w:val="28"/>
                <w:szCs w:val="28"/>
              </w:rPr>
            </w:pPr>
            <w:r w:rsidRPr="0059555F">
              <w:rPr>
                <w:sz w:val="24"/>
                <w:szCs w:val="28"/>
              </w:rPr>
              <w:t>- HS lắng nghe và ghi nhớ.</w:t>
            </w:r>
          </w:p>
        </w:tc>
      </w:tr>
      <w:tr w:rsidR="00501A6D" w:rsidTr="00B35F9D">
        <w:trPr>
          <w:jc w:val="center"/>
        </w:trPr>
        <w:tc>
          <w:tcPr>
            <w:tcW w:w="5569" w:type="dxa"/>
            <w:shd w:val="clear" w:color="auto" w:fill="auto"/>
            <w:tcMar>
              <w:top w:w="40" w:type="dxa"/>
              <w:left w:w="60" w:type="dxa"/>
              <w:bottom w:w="40" w:type="dxa"/>
              <w:right w:w="60" w:type="dxa"/>
            </w:tcMar>
          </w:tcPr>
          <w:p w:rsidR="00501A6D" w:rsidRDefault="00CD74F3">
            <w:r>
              <w:rPr>
                <w:color w:val="C00000"/>
                <w:sz w:val="24"/>
              </w:rPr>
              <w:t>- Tích hợp năng lực số 1.3.CB1a: GV mở bảng hàng trăm - chục - đơn vị trên slide/bảng tương tác, giao nhiệm vụ HS làm việc nhóm 2: nhập hoặc kéo thả chữ số vào đúng cột để tạo các số trong bài, sau đó đọc số.</w:t>
            </w:r>
          </w:p>
          <w:p w:rsidR="00501A6D" w:rsidRDefault="00CD74F3">
            <w:r>
              <w:rPr>
                <w:color w:val="C00000"/>
                <w:sz w:val="24"/>
              </w:rPr>
              <w:t>- GV hỏi: Nếu chữ số 0 đứng ở hàng chục thì ta đọc số như thế nào? Nếu đổi vị trí chữ số hàng trăm và hàng đơn vị thì số có thay đổi không? Vì sao cần sắp xếp dữ liệu đúng cột?</w:t>
            </w:r>
          </w:p>
          <w:p w:rsidR="00501A6D" w:rsidRDefault="00CD74F3">
            <w:r>
              <w:rPr>
                <w:color w:val="C00000"/>
                <w:sz w:val="24"/>
              </w:rPr>
              <w:t>- GV chốt: Bảng có cấu trúc giúp chúng ta đặt thông tin đúng nơi. Khi dữ liệu được sắp xếp đúng hàng trăm, chục, đơn vị, việc đọc và viết số sẽ chính xác hơn.</w:t>
            </w:r>
          </w:p>
        </w:tc>
        <w:tc>
          <w:tcPr>
            <w:tcW w:w="4702" w:type="dxa"/>
            <w:shd w:val="clear" w:color="auto" w:fill="auto"/>
            <w:tcMar>
              <w:top w:w="40" w:type="dxa"/>
              <w:left w:w="60" w:type="dxa"/>
              <w:bottom w:w="40" w:type="dxa"/>
              <w:right w:w="60" w:type="dxa"/>
            </w:tcMar>
          </w:tcPr>
          <w:p w:rsidR="00501A6D" w:rsidRDefault="00CD74F3">
            <w:r>
              <w:rPr>
                <w:color w:val="C00000"/>
                <w:sz w:val="24"/>
              </w:rPr>
              <w:t>- HS làm việc nhóm 2, quan sát bảng cấu trúc, nhập/kéo thả chữ số vào đúng cột và đọc số trước lớp.</w:t>
            </w:r>
          </w:p>
          <w:p w:rsidR="00501A6D" w:rsidRDefault="00CD74F3">
            <w:r>
              <w:rPr>
                <w:color w:val="C00000"/>
                <w:sz w:val="24"/>
              </w:rPr>
              <w:t>- HS trả lời: chữ số 0 ở hàng chục vẫn phải được tính đến khi đọc, nhưng không đọc “không chục”; nếu đổi vị trí chữ số thì giá trị số thay đổi.</w:t>
            </w:r>
          </w:p>
          <w:p w:rsidR="00501A6D" w:rsidRDefault="00CD74F3">
            <w:r>
              <w:rPr>
                <w:color w:val="C00000"/>
                <w:sz w:val="24"/>
              </w:rPr>
              <w:t>- HS ghi nhớ: cần sắp xếp dữ liệu đúng vị trí trong bảng để đọc, viết và kiểm tra số có ba chữ số chính xác.</w:t>
            </w:r>
          </w:p>
        </w:tc>
      </w:tr>
      <w:tr w:rsidR="0059555F" w:rsidRPr="0059555F" w:rsidTr="00B35F9D">
        <w:trPr>
          <w:jc w:val="center"/>
        </w:trPr>
        <w:tc>
          <w:tcPr>
            <w:tcW w:w="556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Nhận xét, tuyên dương HS.</w:t>
            </w:r>
          </w:p>
        </w:tc>
        <w:tc>
          <w:tcPr>
            <w:tcW w:w="4702"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lắng nghe.</w:t>
            </w:r>
          </w:p>
        </w:tc>
      </w:tr>
      <w:tr w:rsidR="0059555F" w:rsidRPr="0059555F" w:rsidTr="00B35F9D">
        <w:trPr>
          <w:jc w:val="center"/>
        </w:trPr>
        <w:tc>
          <w:tcPr>
            <w:tcW w:w="10271" w:type="dxa"/>
            <w:gridSpan w:val="2"/>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Bài 2</w:t>
            </w:r>
          </w:p>
        </w:tc>
      </w:tr>
      <w:tr w:rsidR="0059555F" w:rsidRPr="0059555F" w:rsidTr="00B35F9D">
        <w:trPr>
          <w:jc w:val="center"/>
        </w:trPr>
        <w:tc>
          <w:tcPr>
            <w:tcW w:w="556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Gọi HS đọc và xác định yêu cầu bài tập.</w:t>
            </w:r>
          </w:p>
          <w:p w:rsidR="0059555F" w:rsidRDefault="0059555F" w:rsidP="0059555F">
            <w:pPr>
              <w:rPr>
                <w:sz w:val="28"/>
                <w:szCs w:val="28"/>
              </w:rPr>
            </w:pPr>
            <w:r w:rsidRPr="0059555F">
              <w:rPr>
                <w:sz w:val="24"/>
                <w:szCs w:val="28"/>
              </w:rPr>
              <w:t>- Bài yêu cầu làm gì?</w:t>
            </w:r>
          </w:p>
          <w:p w:rsidR="0059555F" w:rsidRPr="0059555F" w:rsidRDefault="0059555F" w:rsidP="0059555F">
            <w:pPr>
              <w:rPr>
                <w:sz w:val="28"/>
                <w:szCs w:val="28"/>
              </w:rPr>
            </w:pPr>
          </w:p>
        </w:tc>
        <w:tc>
          <w:tcPr>
            <w:tcW w:w="4702"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- 1–2 HS đọc và nêu yêu cầu.</w:t>
            </w:r>
          </w:p>
          <w:p w:rsidR="0059555F" w:rsidRPr="0059555F" w:rsidRDefault="0059555F" w:rsidP="0059555F">
            <w:pPr>
              <w:rPr>
                <w:sz w:val="28"/>
                <w:szCs w:val="28"/>
              </w:rPr>
            </w:pPr>
            <w:r w:rsidRPr="0059555F">
              <w:rPr>
                <w:sz w:val="24"/>
                <w:szCs w:val="28"/>
              </w:rPr>
              <w:t>- 1–2 HS trả lời.</w:t>
            </w:r>
          </w:p>
        </w:tc>
      </w:tr>
      <w:tr w:rsidR="0059555F" w:rsidRPr="0059555F" w:rsidTr="00B35F9D">
        <w:trPr>
          <w:jc w:val="center"/>
        </w:trPr>
        <w:tc>
          <w:tcPr>
            <w:tcW w:w="556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hướng dẫn mẫu: Mỗi con ong được nối với tổ ghi cách đọc số ở bóng nói của con ong đó. HS dựa vào cách đọc để tìm đúng số theo yêu cầu.</w:t>
            </w:r>
          </w:p>
          <w:p w:rsidR="0059555F" w:rsidRPr="0059555F" w:rsidRDefault="0059555F" w:rsidP="0059555F">
            <w:pPr>
              <w:rPr>
                <w:sz w:val="28"/>
                <w:szCs w:val="28"/>
              </w:rPr>
            </w:pPr>
            <w:r w:rsidRPr="0059555F">
              <w:rPr>
                <w:sz w:val="24"/>
                <w:szCs w:val="28"/>
              </w:rPr>
              <w:t>- GV yêu cầu HS nối số tương ứng với cách đọc đã cho.</w:t>
            </w:r>
          </w:p>
        </w:tc>
        <w:tc>
          <w:tcPr>
            <w:tcW w:w="4702"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quan sát SGK/tr.52.</w:t>
            </w:r>
          </w:p>
          <w:p w:rsidR="0059555F" w:rsidRPr="0059555F" w:rsidRDefault="0059555F" w:rsidP="0059555F">
            <w:pPr>
              <w:rPr>
                <w:sz w:val="28"/>
                <w:szCs w:val="28"/>
              </w:rPr>
            </w:pPr>
            <w:r w:rsidRPr="0059555F">
              <w:rPr>
                <w:sz w:val="24"/>
                <w:szCs w:val="28"/>
              </w:rPr>
              <w:t>- HS thực hiện.</w:t>
            </w:r>
          </w:p>
        </w:tc>
      </w:tr>
      <w:tr w:rsidR="0059555F" w:rsidRPr="0059555F" w:rsidTr="00B35F9D">
        <w:trPr>
          <w:jc w:val="center"/>
        </w:trPr>
        <w:tc>
          <w:tcPr>
            <w:tcW w:w="556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Yêu cầu HS nhận xét – chia sẻ.</w:t>
            </w:r>
          </w:p>
          <w:p w:rsidR="0059555F" w:rsidRPr="0059555F" w:rsidRDefault="0059555F" w:rsidP="0059555F">
            <w:pPr>
              <w:rPr>
                <w:sz w:val="28"/>
                <w:szCs w:val="28"/>
              </w:rPr>
            </w:pPr>
            <w:r w:rsidRPr="0059555F">
              <w:rPr>
                <w:sz w:val="24"/>
                <w:szCs w:val="28"/>
              </w:rPr>
              <w:t>? Làm thế nào em nối được đúng tổ cho các chú ong?</w:t>
            </w:r>
          </w:p>
        </w:tc>
        <w:tc>
          <w:tcPr>
            <w:tcW w:w="4702"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nhận xét – chia sẻ:</w:t>
            </w:r>
          </w:p>
          <w:p w:rsidR="0059555F" w:rsidRPr="0059555F" w:rsidRDefault="0059555F" w:rsidP="0059555F">
            <w:pPr>
              <w:rPr>
                <w:sz w:val="28"/>
                <w:szCs w:val="28"/>
              </w:rPr>
            </w:pPr>
            <w:r w:rsidRPr="0059555F">
              <w:rPr>
                <w:sz w:val="24"/>
                <w:szCs w:val="28"/>
              </w:rPr>
              <w:t>? Số 239 gồm mấy trăm, mấy chục, mấy đơn vị?</w:t>
            </w:r>
          </w:p>
          <w:p w:rsidR="0059555F" w:rsidRPr="0059555F" w:rsidRDefault="0059555F" w:rsidP="0059555F">
            <w:pPr>
              <w:rPr>
                <w:sz w:val="28"/>
                <w:szCs w:val="28"/>
              </w:rPr>
            </w:pPr>
            <w:r w:rsidRPr="0059555F">
              <w:rPr>
                <w:sz w:val="24"/>
                <w:szCs w:val="28"/>
              </w:rPr>
              <w:t>? Số 293 gồm mấy trăm, mấy chục, mấy đơn vị?</w:t>
            </w:r>
          </w:p>
          <w:p w:rsidR="0059555F" w:rsidRPr="0059555F" w:rsidRDefault="0059555F" w:rsidP="0059555F">
            <w:pPr>
              <w:rPr>
                <w:sz w:val="28"/>
                <w:szCs w:val="28"/>
              </w:rPr>
            </w:pPr>
            <w:r w:rsidRPr="0059555F">
              <w:rPr>
                <w:sz w:val="24"/>
                <w:szCs w:val="28"/>
              </w:rPr>
              <w:t>? Số 293 và 239 số nào lớn hơn?</w:t>
            </w:r>
          </w:p>
          <w:p w:rsidR="0059555F" w:rsidRPr="0059555F" w:rsidRDefault="0059555F" w:rsidP="0059555F">
            <w:pPr>
              <w:rPr>
                <w:sz w:val="28"/>
                <w:szCs w:val="28"/>
              </w:rPr>
            </w:pPr>
            <w:r w:rsidRPr="0059555F">
              <w:rPr>
                <w:sz w:val="24"/>
                <w:szCs w:val="28"/>
              </w:rPr>
              <w:t>- 2 HS trả lời.</w:t>
            </w:r>
          </w:p>
        </w:tc>
      </w:tr>
      <w:tr w:rsidR="0059555F" w:rsidRPr="0059555F" w:rsidTr="00B35F9D">
        <w:trPr>
          <w:jc w:val="center"/>
        </w:trPr>
        <w:tc>
          <w:tcPr>
            <w:tcW w:w="556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Nhận xét, tuyên dương.</w:t>
            </w:r>
          </w:p>
        </w:tc>
        <w:tc>
          <w:tcPr>
            <w:tcW w:w="4702"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lắng nghe.</w:t>
            </w:r>
          </w:p>
        </w:tc>
      </w:tr>
      <w:tr w:rsidR="0059555F" w:rsidRPr="0059555F" w:rsidTr="00B35F9D">
        <w:trPr>
          <w:jc w:val="center"/>
        </w:trPr>
        <w:tc>
          <w:tcPr>
            <w:tcW w:w="10271" w:type="dxa"/>
            <w:gridSpan w:val="2"/>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Bài 3</w:t>
            </w:r>
          </w:p>
        </w:tc>
      </w:tr>
      <w:tr w:rsidR="0059555F" w:rsidRPr="0059555F" w:rsidTr="00B35F9D">
        <w:trPr>
          <w:jc w:val="center"/>
        </w:trPr>
        <w:tc>
          <w:tcPr>
            <w:tcW w:w="5569" w:type="dxa"/>
            <w:shd w:val="clear" w:color="auto" w:fill="auto"/>
            <w:tcMar>
              <w:top w:w="40" w:type="dxa"/>
              <w:left w:w="60" w:type="dxa"/>
              <w:bottom w:w="40" w:type="dxa"/>
              <w:right w:w="60" w:type="dxa"/>
            </w:tcMar>
          </w:tcPr>
          <w:p w:rsidR="00670669" w:rsidRPr="0059555F" w:rsidRDefault="0059555F" w:rsidP="0059555F">
            <w:pPr>
              <w:rPr>
                <w:sz w:val="28"/>
                <w:szCs w:val="28"/>
              </w:rPr>
            </w:pPr>
            <w:r w:rsidRPr="0059555F">
              <w:rPr>
                <w:sz w:val="24"/>
                <w:szCs w:val="28"/>
              </w:rPr>
              <w:t>- GV hướng dẫn HS quan sát SGK/tr.52.</w:t>
            </w:r>
          </w:p>
          <w:p w:rsidR="0059555F" w:rsidRPr="0059555F" w:rsidRDefault="0059555F" w:rsidP="0059555F">
            <w:pPr>
              <w:rPr>
                <w:sz w:val="28"/>
                <w:szCs w:val="28"/>
              </w:rPr>
            </w:pPr>
            <w:r w:rsidRPr="0059555F">
              <w:rPr>
                <w:sz w:val="24"/>
                <w:szCs w:val="28"/>
              </w:rPr>
              <w:lastRenderedPageBreak/>
              <w:t>- Bài yêu cầu làm gì?</w:t>
            </w:r>
          </w:p>
          <w:p w:rsidR="0059555F" w:rsidRPr="0059555F" w:rsidRDefault="0059555F" w:rsidP="0059555F">
            <w:pPr>
              <w:rPr>
                <w:sz w:val="28"/>
                <w:szCs w:val="28"/>
              </w:rPr>
            </w:pPr>
            <w:r w:rsidRPr="0059555F">
              <w:rPr>
                <w:sz w:val="24"/>
                <w:szCs w:val="28"/>
              </w:rPr>
              <w:t>- Yêu cầu HS đọc các số lần lượt trên thanh gỗ.</w:t>
            </w:r>
          </w:p>
        </w:tc>
        <w:tc>
          <w:tcPr>
            <w:tcW w:w="4702"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lastRenderedPageBreak/>
              <w:t>- HS đọc nối tiếp.</w:t>
            </w:r>
          </w:p>
        </w:tc>
      </w:tr>
      <w:tr w:rsidR="0059555F" w:rsidRPr="0059555F" w:rsidTr="00B35F9D">
        <w:trPr>
          <w:jc w:val="center"/>
        </w:trPr>
        <w:tc>
          <w:tcPr>
            <w:tcW w:w="556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lastRenderedPageBreak/>
              <w:t>- GV hướng dẫn: Dựa vào cách đọc mỗi số trên thanh gỗ, liên hệ với cách đọc được ghi trên thùng sơn tương ứng để xác định màu sơn của mỗi thanh gỗ.</w:t>
            </w:r>
          </w:p>
          <w:p w:rsidR="0059555F" w:rsidRPr="0059555F" w:rsidRDefault="0059555F" w:rsidP="0059555F">
            <w:pPr>
              <w:rPr>
                <w:sz w:val="28"/>
                <w:szCs w:val="28"/>
              </w:rPr>
            </w:pPr>
            <w:r w:rsidRPr="0059555F">
              <w:rPr>
                <w:sz w:val="24"/>
                <w:szCs w:val="28"/>
              </w:rPr>
              <w:t>- YC HS thực hiện tô màu từng thanh gỗ bằng bút chì màu theo đúng màu sơn.</w:t>
            </w:r>
          </w:p>
        </w:tc>
        <w:tc>
          <w:tcPr>
            <w:tcW w:w="4702"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thực hiện tô màu từng thanh gỗ bằng bút chì màu theo đúng màu sơn.</w:t>
            </w:r>
          </w:p>
        </w:tc>
      </w:tr>
      <w:tr w:rsidR="0059555F" w:rsidRPr="0059555F" w:rsidTr="00B35F9D">
        <w:trPr>
          <w:jc w:val="center"/>
        </w:trPr>
        <w:tc>
          <w:tcPr>
            <w:tcW w:w="556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quan sát, hỗ trợ HS gặp khó khăn.</w:t>
            </w:r>
          </w:p>
          <w:p w:rsidR="0059555F" w:rsidRPr="0059555F" w:rsidRDefault="0059555F" w:rsidP="0059555F">
            <w:pPr>
              <w:rPr>
                <w:sz w:val="28"/>
                <w:szCs w:val="28"/>
              </w:rPr>
            </w:pPr>
            <w:r w:rsidRPr="0059555F">
              <w:rPr>
                <w:sz w:val="24"/>
                <w:szCs w:val="28"/>
              </w:rPr>
              <w:t>- Cho HS đổi chéo vở nhận xét.</w:t>
            </w:r>
          </w:p>
          <w:p w:rsidR="0059555F" w:rsidRPr="0059555F" w:rsidRDefault="0059555F" w:rsidP="0059555F">
            <w:pPr>
              <w:rPr>
                <w:sz w:val="28"/>
                <w:szCs w:val="28"/>
              </w:rPr>
            </w:pPr>
            <w:r w:rsidRPr="0059555F">
              <w:rPr>
                <w:sz w:val="24"/>
                <w:szCs w:val="28"/>
              </w:rPr>
              <w:t>+ Số 342, 652 gồm mấy trăm, mấy chục, mấy đơn vị?</w:t>
            </w:r>
          </w:p>
          <w:p w:rsidR="0059555F" w:rsidRPr="0059555F" w:rsidRDefault="0059555F" w:rsidP="0059555F">
            <w:pPr>
              <w:rPr>
                <w:sz w:val="28"/>
                <w:szCs w:val="28"/>
              </w:rPr>
            </w:pPr>
            <w:r w:rsidRPr="0059555F">
              <w:rPr>
                <w:sz w:val="24"/>
                <w:szCs w:val="28"/>
              </w:rPr>
              <w:t>+ Trong các số này số nào lớn nhất? số nào bé nhất?</w:t>
            </w:r>
          </w:p>
        </w:tc>
        <w:tc>
          <w:tcPr>
            <w:tcW w:w="4702"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Đổi chéo vở kiểm tra, nhận xét.</w:t>
            </w:r>
          </w:p>
          <w:p w:rsidR="0059555F" w:rsidRPr="0059555F" w:rsidRDefault="0059555F" w:rsidP="0059555F">
            <w:pPr>
              <w:rPr>
                <w:sz w:val="28"/>
                <w:szCs w:val="28"/>
              </w:rPr>
            </w:pPr>
            <w:r w:rsidRPr="0059555F">
              <w:rPr>
                <w:sz w:val="24"/>
                <w:szCs w:val="28"/>
              </w:rPr>
              <w:t>- Trả lời.</w:t>
            </w:r>
          </w:p>
        </w:tc>
      </w:tr>
      <w:tr w:rsidR="0059555F" w:rsidRPr="0059555F" w:rsidTr="00B35F9D">
        <w:trPr>
          <w:jc w:val="center"/>
        </w:trPr>
        <w:tc>
          <w:tcPr>
            <w:tcW w:w="556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nhận xét, tuyên dương HS.</w:t>
            </w:r>
          </w:p>
        </w:tc>
        <w:tc>
          <w:tcPr>
            <w:tcW w:w="4702"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lắng nghe.</w:t>
            </w:r>
          </w:p>
        </w:tc>
      </w:tr>
      <w:tr w:rsidR="0059555F" w:rsidRPr="0059555F" w:rsidTr="00B35F9D">
        <w:trPr>
          <w:jc w:val="center"/>
        </w:trPr>
        <w:tc>
          <w:tcPr>
            <w:tcW w:w="10271" w:type="dxa"/>
            <w:gridSpan w:val="2"/>
            <w:shd w:val="clear" w:color="auto" w:fill="auto"/>
            <w:tcMar>
              <w:top w:w="40" w:type="dxa"/>
              <w:left w:w="60" w:type="dxa"/>
              <w:bottom w:w="40" w:type="dxa"/>
              <w:right w:w="60" w:type="dxa"/>
            </w:tcMar>
          </w:tcPr>
          <w:p w:rsidR="0059555F" w:rsidRPr="0059555F" w:rsidRDefault="0059555F" w:rsidP="0059555F">
            <w:pPr>
              <w:rPr>
                <w:b/>
                <w:sz w:val="28"/>
                <w:szCs w:val="28"/>
              </w:rPr>
            </w:pPr>
            <w:r w:rsidRPr="0059555F">
              <w:rPr>
                <w:b/>
                <w:sz w:val="24"/>
                <w:szCs w:val="28"/>
              </w:rPr>
              <w:t>Bài 4</w:t>
            </w:r>
          </w:p>
        </w:tc>
      </w:tr>
      <w:tr w:rsidR="0059555F" w:rsidRPr="0059555F" w:rsidTr="00B35F9D">
        <w:trPr>
          <w:jc w:val="center"/>
        </w:trPr>
        <w:tc>
          <w:tcPr>
            <w:tcW w:w="5569" w:type="dxa"/>
            <w:shd w:val="clear" w:color="auto" w:fill="auto"/>
            <w:tcMar>
              <w:top w:w="40" w:type="dxa"/>
              <w:left w:w="60" w:type="dxa"/>
              <w:bottom w:w="40" w:type="dxa"/>
              <w:right w:w="60" w:type="dxa"/>
            </w:tcMar>
          </w:tcPr>
          <w:p w:rsidR="0059555F" w:rsidRDefault="0059555F" w:rsidP="0059555F">
            <w:pPr>
              <w:rPr>
                <w:sz w:val="28"/>
                <w:szCs w:val="28"/>
              </w:rPr>
            </w:pPr>
            <w:r w:rsidRPr="0059555F">
              <w:rPr>
                <w:sz w:val="24"/>
                <w:szCs w:val="28"/>
              </w:rPr>
              <w:t>- Gọi HS đọc yêu cầu bài.</w:t>
            </w:r>
          </w:p>
          <w:p w:rsidR="0059555F" w:rsidRPr="0059555F" w:rsidRDefault="0059555F" w:rsidP="0059555F">
            <w:pPr>
              <w:rPr>
                <w:sz w:val="28"/>
                <w:szCs w:val="28"/>
              </w:rPr>
            </w:pPr>
            <w:r w:rsidRPr="0059555F">
              <w:rPr>
                <w:sz w:val="24"/>
                <w:szCs w:val="28"/>
              </w:rPr>
              <w:t>+ Số liền trước là số như thế nào?</w:t>
            </w:r>
          </w:p>
          <w:p w:rsidR="00670669" w:rsidRPr="0059555F" w:rsidRDefault="0059555F" w:rsidP="0059555F">
            <w:pPr>
              <w:rPr>
                <w:sz w:val="28"/>
                <w:szCs w:val="28"/>
              </w:rPr>
            </w:pPr>
            <w:r w:rsidRPr="0059555F">
              <w:rPr>
                <w:sz w:val="24"/>
                <w:szCs w:val="28"/>
              </w:rPr>
              <w:t>+ Số liền sau là số như thế nào?</w:t>
            </w:r>
          </w:p>
          <w:p w:rsidR="0059555F" w:rsidRPr="0059555F" w:rsidRDefault="0059555F" w:rsidP="0059555F">
            <w:pPr>
              <w:rPr>
                <w:sz w:val="28"/>
                <w:szCs w:val="28"/>
              </w:rPr>
            </w:pPr>
            <w:r w:rsidRPr="0059555F">
              <w:rPr>
                <w:sz w:val="24"/>
                <w:szCs w:val="28"/>
              </w:rPr>
              <w:t>- Yêu cầu HS làm bài cá nhân vào vở.</w:t>
            </w:r>
          </w:p>
        </w:tc>
        <w:tc>
          <w:tcPr>
            <w:tcW w:w="4702"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- 2–3 HS đọc yêu cầu.</w:t>
            </w:r>
          </w:p>
          <w:p w:rsidR="0059555F" w:rsidRPr="0059555F" w:rsidRDefault="0059555F" w:rsidP="0059555F">
            <w:pPr>
              <w:rPr>
                <w:sz w:val="28"/>
                <w:szCs w:val="28"/>
              </w:rPr>
            </w:pPr>
            <w:r w:rsidRPr="0059555F">
              <w:rPr>
                <w:sz w:val="24"/>
                <w:szCs w:val="28"/>
              </w:rPr>
              <w:t>- HS nêu.</w:t>
            </w:r>
          </w:p>
          <w:p w:rsidR="0059555F" w:rsidRPr="0059555F" w:rsidRDefault="0059555F" w:rsidP="0059555F">
            <w:pPr>
              <w:rPr>
                <w:sz w:val="28"/>
                <w:szCs w:val="28"/>
              </w:rPr>
            </w:pPr>
            <w:r w:rsidRPr="0059555F">
              <w:rPr>
                <w:sz w:val="24"/>
                <w:szCs w:val="28"/>
              </w:rPr>
              <w:t>- HS làm vở:</w:t>
            </w:r>
          </w:p>
        </w:tc>
      </w:tr>
      <w:tr w:rsidR="0059555F" w:rsidRPr="0059555F" w:rsidTr="00B35F9D">
        <w:trPr>
          <w:jc w:val="center"/>
        </w:trPr>
        <w:tc>
          <w:tcPr>
            <w:tcW w:w="556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Gọi HS chữa bài.</w:t>
            </w:r>
          </w:p>
          <w:p w:rsidR="0059555F" w:rsidRPr="0059555F" w:rsidRDefault="0059555F" w:rsidP="0059555F">
            <w:pPr>
              <w:rPr>
                <w:sz w:val="28"/>
                <w:szCs w:val="28"/>
              </w:rPr>
            </w:pPr>
            <w:r w:rsidRPr="0059555F">
              <w:rPr>
                <w:sz w:val="24"/>
                <w:szCs w:val="28"/>
              </w:rPr>
              <w:t>+ Số 1000 có mấy chữ số?</w:t>
            </w:r>
          </w:p>
          <w:p w:rsidR="0059555F" w:rsidRPr="0059555F" w:rsidRDefault="0059555F" w:rsidP="0059555F">
            <w:pPr>
              <w:rPr>
                <w:sz w:val="28"/>
                <w:szCs w:val="28"/>
              </w:rPr>
            </w:pPr>
            <w:r w:rsidRPr="0059555F">
              <w:rPr>
                <w:sz w:val="24"/>
                <w:szCs w:val="28"/>
              </w:rPr>
              <w:t>+ So sánh số 1000 và số 999?</w:t>
            </w:r>
          </w:p>
        </w:tc>
        <w:tc>
          <w:tcPr>
            <w:tcW w:w="4702"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nối tiếp nêu.</w:t>
            </w:r>
          </w:p>
          <w:p w:rsidR="0059555F" w:rsidRPr="0059555F" w:rsidRDefault="0059555F" w:rsidP="0059555F">
            <w:pPr>
              <w:rPr>
                <w:sz w:val="28"/>
                <w:szCs w:val="28"/>
              </w:rPr>
            </w:pPr>
            <w:r w:rsidRPr="0059555F">
              <w:rPr>
                <w:sz w:val="24"/>
                <w:szCs w:val="28"/>
              </w:rPr>
              <w:t>- HS trả lời.</w:t>
            </w:r>
          </w:p>
          <w:p w:rsidR="0059555F" w:rsidRPr="0059555F" w:rsidRDefault="0059555F" w:rsidP="0059555F">
            <w:pPr>
              <w:rPr>
                <w:sz w:val="28"/>
                <w:szCs w:val="28"/>
              </w:rPr>
            </w:pPr>
            <w:r w:rsidRPr="0059555F">
              <w:rPr>
                <w:sz w:val="24"/>
                <w:szCs w:val="28"/>
              </w:rPr>
              <w:t>- HS nêu.</w:t>
            </w:r>
          </w:p>
        </w:tc>
      </w:tr>
      <w:tr w:rsidR="0059555F" w:rsidRPr="0059555F" w:rsidTr="00B35F9D">
        <w:trPr>
          <w:jc w:val="center"/>
        </w:trPr>
        <w:tc>
          <w:tcPr>
            <w:tcW w:w="5569" w:type="dxa"/>
            <w:tcBorders>
              <w:bottom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nhận xét, tuyên dương HS.</w:t>
            </w:r>
          </w:p>
        </w:tc>
        <w:tc>
          <w:tcPr>
            <w:tcW w:w="4702" w:type="dxa"/>
            <w:tcBorders>
              <w:bottom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lắng nghe.</w:t>
            </w:r>
          </w:p>
        </w:tc>
      </w:tr>
      <w:tr w:rsidR="0059555F" w:rsidRPr="0059555F" w:rsidTr="00B35F9D">
        <w:trPr>
          <w:jc w:val="center"/>
        </w:trPr>
        <w:tc>
          <w:tcPr>
            <w:tcW w:w="10271" w:type="dxa"/>
            <w:gridSpan w:val="2"/>
            <w:tcBorders>
              <w:top w:val="single" w:sz="4" w:space="0" w:color="auto"/>
              <w:bottom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3. HĐ Vận dụng, trải nghiệm</w:t>
            </w:r>
          </w:p>
        </w:tc>
      </w:tr>
      <w:tr w:rsidR="0059555F" w:rsidRPr="0059555F" w:rsidTr="00B35F9D">
        <w:trPr>
          <w:jc w:val="center"/>
        </w:trPr>
        <w:tc>
          <w:tcPr>
            <w:tcW w:w="5569" w:type="dxa"/>
            <w:tcBorders>
              <w:top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Lấy ví dụ 1 số có ba chữ số. Nêu cấu tạo của số đó. Nêu số liền trước, liền sau của số đó?</w:t>
            </w:r>
          </w:p>
        </w:tc>
        <w:tc>
          <w:tcPr>
            <w:tcW w:w="4702" w:type="dxa"/>
            <w:tcBorders>
              <w:top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- 2 HS nêu.</w:t>
            </w:r>
          </w:p>
        </w:tc>
      </w:tr>
      <w:tr w:rsidR="0059555F" w:rsidRPr="0059555F" w:rsidTr="00B35F9D">
        <w:trPr>
          <w:jc w:val="center"/>
        </w:trPr>
        <w:tc>
          <w:tcPr>
            <w:tcW w:w="5569"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Nhận xét giờ học.</w:t>
            </w:r>
          </w:p>
          <w:p w:rsidR="0059555F" w:rsidRPr="0059555F" w:rsidRDefault="0059555F" w:rsidP="0059555F">
            <w:pPr>
              <w:rPr>
                <w:sz w:val="28"/>
                <w:szCs w:val="28"/>
              </w:rPr>
            </w:pPr>
            <w:r w:rsidRPr="0059555F">
              <w:rPr>
                <w:sz w:val="24"/>
                <w:szCs w:val="28"/>
              </w:rPr>
              <w:t>- Dặn HS chuẩn bị bài sau.</w:t>
            </w:r>
          </w:p>
        </w:tc>
        <w:tc>
          <w:tcPr>
            <w:tcW w:w="4702"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Nghe.</w:t>
            </w:r>
          </w:p>
          <w:p w:rsidR="0059555F" w:rsidRPr="0059555F" w:rsidRDefault="0059555F" w:rsidP="0059555F">
            <w:pPr>
              <w:rPr>
                <w:sz w:val="28"/>
                <w:szCs w:val="28"/>
              </w:rPr>
            </w:pPr>
            <w:r w:rsidRPr="0059555F">
              <w:rPr>
                <w:sz w:val="24"/>
                <w:szCs w:val="28"/>
              </w:rPr>
              <w:t>- HS lắng nghe và ghi nhớ.</w:t>
            </w:r>
          </w:p>
        </w:tc>
      </w:tr>
    </w:tbl>
    <w:p w:rsidR="0059555F" w:rsidRPr="0059555F" w:rsidRDefault="0059555F" w:rsidP="0059555F">
      <w:pPr>
        <w:spacing w:after="0" w:line="240" w:lineRule="auto"/>
        <w:jc w:val="center"/>
        <w:rPr>
          <w:sz w:val="28"/>
          <w:szCs w:val="28"/>
        </w:rPr>
      </w:pPr>
      <w:r w:rsidRPr="0059555F">
        <w:rPr>
          <w:b/>
          <w:sz w:val="24"/>
          <w:szCs w:val="28"/>
        </w:rPr>
        <w:t>TOÁN</w:t>
      </w:r>
    </w:p>
    <w:p w:rsidR="0059555F" w:rsidRPr="0059555F" w:rsidRDefault="0059555F" w:rsidP="0059555F">
      <w:pPr>
        <w:spacing w:after="0" w:line="240" w:lineRule="auto"/>
        <w:jc w:val="center"/>
        <w:rPr>
          <w:sz w:val="28"/>
          <w:szCs w:val="28"/>
        </w:rPr>
      </w:pPr>
      <w:r w:rsidRPr="0059555F">
        <w:rPr>
          <w:b/>
          <w:sz w:val="24"/>
          <w:szCs w:val="28"/>
        </w:rPr>
        <w:t>TIẾT 124 – BÀI 51. SỐ CÓ BA CHỮ SỐ (TIẾT 3)</w:t>
      </w:r>
    </w:p>
    <w:p w:rsidR="0059555F" w:rsidRPr="0059555F" w:rsidRDefault="0059555F" w:rsidP="0059555F">
      <w:pPr>
        <w:spacing w:after="0" w:line="240" w:lineRule="auto"/>
        <w:jc w:val="center"/>
        <w:rPr>
          <w:sz w:val="28"/>
          <w:szCs w:val="28"/>
        </w:rPr>
      </w:pPr>
      <w:r w:rsidRPr="0059555F">
        <w:rPr>
          <w:b/>
          <w:sz w:val="24"/>
          <w:szCs w:val="28"/>
        </w:rPr>
        <w:t>LUYỆN TẬP</w:t>
      </w:r>
    </w:p>
    <w:p w:rsidR="0059555F" w:rsidRPr="0059555F" w:rsidRDefault="0059555F" w:rsidP="0059555F">
      <w:pPr>
        <w:spacing w:after="0" w:line="240" w:lineRule="auto"/>
        <w:rPr>
          <w:sz w:val="28"/>
          <w:szCs w:val="28"/>
        </w:rPr>
      </w:pPr>
      <w:r w:rsidRPr="0059555F">
        <w:rPr>
          <w:b/>
          <w:sz w:val="24"/>
          <w:szCs w:val="28"/>
        </w:rPr>
        <w:t>I. YÊU CẦU CẦN ĐẠT</w:t>
      </w:r>
    </w:p>
    <w:p w:rsidR="0059555F" w:rsidRPr="0059555F" w:rsidRDefault="0059555F" w:rsidP="0059555F">
      <w:pPr>
        <w:spacing w:after="0" w:line="240" w:lineRule="auto"/>
        <w:rPr>
          <w:sz w:val="28"/>
          <w:szCs w:val="28"/>
        </w:rPr>
      </w:pPr>
      <w:r w:rsidRPr="0059555F">
        <w:rPr>
          <w:b/>
          <w:sz w:val="24"/>
          <w:szCs w:val="28"/>
        </w:rPr>
        <w:t>1. Năng lực đặc thù</w:t>
      </w:r>
    </w:p>
    <w:p w:rsidR="0059555F" w:rsidRPr="0059555F" w:rsidRDefault="0059555F" w:rsidP="0059555F">
      <w:pPr>
        <w:spacing w:after="0" w:line="240" w:lineRule="auto"/>
        <w:rPr>
          <w:sz w:val="28"/>
          <w:szCs w:val="28"/>
        </w:rPr>
      </w:pPr>
      <w:r w:rsidRPr="0059555F">
        <w:rPr>
          <w:sz w:val="24"/>
          <w:szCs w:val="28"/>
        </w:rPr>
        <w:t>- Đọc và viết thành thạo các số có ba chữ số.</w:t>
      </w:r>
    </w:p>
    <w:p w:rsidR="0059555F" w:rsidRPr="0059555F" w:rsidRDefault="0059555F" w:rsidP="0059555F">
      <w:pPr>
        <w:spacing w:after="0" w:line="240" w:lineRule="auto"/>
        <w:rPr>
          <w:sz w:val="28"/>
          <w:szCs w:val="28"/>
        </w:rPr>
      </w:pPr>
      <w:r w:rsidRPr="0059555F">
        <w:rPr>
          <w:sz w:val="24"/>
          <w:szCs w:val="28"/>
        </w:rPr>
        <w:t>- Củng cố về cấu tạo của các số có ba chữ số.</w:t>
      </w:r>
    </w:p>
    <w:p w:rsidR="0059555F" w:rsidRPr="0059555F" w:rsidRDefault="0059555F" w:rsidP="0059555F">
      <w:pPr>
        <w:spacing w:after="0" w:line="240" w:lineRule="auto"/>
        <w:rPr>
          <w:sz w:val="28"/>
          <w:szCs w:val="28"/>
        </w:rPr>
      </w:pPr>
      <w:r w:rsidRPr="0059555F">
        <w:rPr>
          <w:sz w:val="24"/>
          <w:szCs w:val="28"/>
        </w:rPr>
        <w:t>- Phát triển năng lực mô hình hóa Toán học, năng lực tư duy và lập luận toán học, năng lực giao tiếp Toán học.</w:t>
      </w:r>
    </w:p>
    <w:p w:rsidR="0059555F" w:rsidRPr="0059555F" w:rsidRDefault="0059555F" w:rsidP="0059555F">
      <w:pPr>
        <w:spacing w:after="0" w:line="240" w:lineRule="auto"/>
        <w:rPr>
          <w:sz w:val="28"/>
          <w:szCs w:val="28"/>
        </w:rPr>
      </w:pPr>
      <w:r w:rsidRPr="0059555F">
        <w:rPr>
          <w:b/>
          <w:sz w:val="24"/>
          <w:szCs w:val="28"/>
        </w:rPr>
        <w:t>2. Năng lực chung</w:t>
      </w:r>
    </w:p>
    <w:p w:rsidR="0059555F" w:rsidRPr="0059555F" w:rsidRDefault="0059555F" w:rsidP="0059555F">
      <w:pPr>
        <w:spacing w:after="0" w:line="240" w:lineRule="auto"/>
        <w:rPr>
          <w:sz w:val="28"/>
          <w:szCs w:val="28"/>
        </w:rPr>
      </w:pPr>
      <w:r w:rsidRPr="0059555F">
        <w:rPr>
          <w:sz w:val="24"/>
          <w:szCs w:val="28"/>
        </w:rPr>
        <w:t>- Giao tiếp – hợp tác: HS hợp tác khi làm việc nhóm/cặp; chia sẻ kết quả.</w:t>
      </w:r>
    </w:p>
    <w:p w:rsidR="0059555F" w:rsidRPr="0059555F" w:rsidRDefault="0059555F" w:rsidP="0059555F">
      <w:pPr>
        <w:spacing w:after="0" w:line="240" w:lineRule="auto"/>
        <w:rPr>
          <w:sz w:val="28"/>
          <w:szCs w:val="28"/>
        </w:rPr>
      </w:pPr>
      <w:r w:rsidRPr="0059555F">
        <w:rPr>
          <w:sz w:val="24"/>
          <w:szCs w:val="28"/>
        </w:rPr>
        <w:t>- Tự chủ – tự học: HS chủ động thực hiện nhiệm vụ; tự kiểm tra, điều chỉnh.</w:t>
      </w:r>
    </w:p>
    <w:p w:rsidR="0059555F" w:rsidRPr="0059555F" w:rsidRDefault="0059555F" w:rsidP="0059555F">
      <w:pPr>
        <w:spacing w:after="0" w:line="240" w:lineRule="auto"/>
        <w:rPr>
          <w:sz w:val="28"/>
          <w:szCs w:val="28"/>
        </w:rPr>
      </w:pPr>
      <w:r w:rsidRPr="0059555F">
        <w:rPr>
          <w:sz w:val="24"/>
          <w:szCs w:val="28"/>
        </w:rPr>
        <w:t>- Giải quyết vấn đề sáng tạo: HS vận dụng kiến thức vào trò chơi, bài tập.</w:t>
      </w:r>
    </w:p>
    <w:p w:rsidR="0059555F" w:rsidRPr="0059555F" w:rsidRDefault="0059555F" w:rsidP="0059555F">
      <w:pPr>
        <w:spacing w:after="0" w:line="240" w:lineRule="auto"/>
        <w:rPr>
          <w:sz w:val="28"/>
          <w:szCs w:val="28"/>
        </w:rPr>
      </w:pPr>
      <w:r w:rsidRPr="0059555F">
        <w:rPr>
          <w:b/>
          <w:sz w:val="24"/>
          <w:szCs w:val="28"/>
        </w:rPr>
        <w:t>3. Phẩm chất</w:t>
      </w:r>
    </w:p>
    <w:p w:rsidR="0059555F" w:rsidRPr="0059555F" w:rsidRDefault="0059555F" w:rsidP="0059555F">
      <w:pPr>
        <w:spacing w:after="0" w:line="240" w:lineRule="auto"/>
        <w:rPr>
          <w:sz w:val="28"/>
          <w:szCs w:val="28"/>
        </w:rPr>
      </w:pPr>
      <w:r w:rsidRPr="0059555F">
        <w:rPr>
          <w:sz w:val="24"/>
          <w:szCs w:val="28"/>
        </w:rPr>
        <w:t>- Chăm chỉ: Tích cực tham gia hoạt động và hoàn thành bài tập.</w:t>
      </w:r>
    </w:p>
    <w:p w:rsidR="0059555F" w:rsidRPr="0059555F" w:rsidRDefault="0059555F" w:rsidP="0059555F">
      <w:pPr>
        <w:spacing w:after="0" w:line="240" w:lineRule="auto"/>
        <w:rPr>
          <w:sz w:val="28"/>
          <w:szCs w:val="28"/>
        </w:rPr>
      </w:pPr>
      <w:r w:rsidRPr="0059555F">
        <w:rPr>
          <w:sz w:val="24"/>
          <w:szCs w:val="28"/>
        </w:rPr>
        <w:t>- Trách nhiệm: Tự giác, nghiêm túc; chịu trách nhiệm với kết quả cá nhân/nhóm.</w:t>
      </w:r>
    </w:p>
    <w:p w:rsidR="0059555F" w:rsidRPr="0059555F" w:rsidRDefault="0059555F" w:rsidP="0059555F">
      <w:pPr>
        <w:spacing w:after="0" w:line="240" w:lineRule="auto"/>
        <w:rPr>
          <w:sz w:val="28"/>
          <w:szCs w:val="28"/>
        </w:rPr>
      </w:pPr>
      <w:r w:rsidRPr="0059555F">
        <w:rPr>
          <w:sz w:val="24"/>
          <w:szCs w:val="28"/>
        </w:rPr>
        <w:t>- Nhân ái: Tôn trọng, lắng nghe và hỗ trợ bạn.</w:t>
      </w:r>
    </w:p>
    <w:p w:rsidR="00501A6D" w:rsidRDefault="00CD74F3">
      <w:pPr>
        <w:spacing w:after="0" w:line="240" w:lineRule="auto"/>
      </w:pPr>
      <w:r>
        <w:rPr>
          <w:b/>
          <w:color w:val="C00000"/>
          <w:sz w:val="24"/>
        </w:rPr>
        <w:t>4. Tích hợp</w:t>
      </w:r>
    </w:p>
    <w:p w:rsidR="00501A6D" w:rsidRDefault="00CD74F3">
      <w:pPr>
        <w:spacing w:after="0" w:line="240" w:lineRule="auto"/>
      </w:pPr>
      <w:r>
        <w:rPr>
          <w:color w:val="C00000"/>
          <w:sz w:val="24"/>
        </w:rPr>
        <w:lastRenderedPageBreak/>
        <w:t>- Tích hợp kĩ năng sống: Rèn thói quen tự kiểm tra số đã viết, đọc lại kết quả và sửa lỗi nếu nhầm hàng trăm, chục, đơn vị.</w:t>
      </w:r>
    </w:p>
    <w:p w:rsidR="00501A6D" w:rsidRDefault="00CD74F3">
      <w:pPr>
        <w:spacing w:after="0" w:line="240" w:lineRule="auto"/>
      </w:pPr>
      <w:r>
        <w:rPr>
          <w:color w:val="C00000"/>
          <w:sz w:val="24"/>
        </w:rPr>
        <w:t>- Mục tiêu tích hợp: HS biết đọc chậm, đối chiếu cấu tạo số, tự sửa lỗi và góp ý cho bạn bằng lời nói nhẹ nhàng, tôn trọng.</w:t>
      </w:r>
    </w:p>
    <w:p w:rsidR="0059555F" w:rsidRPr="0059555F" w:rsidRDefault="0059555F" w:rsidP="0059555F">
      <w:pPr>
        <w:spacing w:after="0" w:line="240" w:lineRule="auto"/>
        <w:rPr>
          <w:sz w:val="28"/>
          <w:szCs w:val="28"/>
        </w:rPr>
      </w:pPr>
      <w:r w:rsidRPr="0059555F">
        <w:rPr>
          <w:b/>
          <w:sz w:val="24"/>
          <w:szCs w:val="28"/>
        </w:rPr>
        <w:t>II. ĐỒ DÙNG DẠY HỌC</w:t>
      </w:r>
    </w:p>
    <w:p w:rsidR="0059555F" w:rsidRPr="0059555F" w:rsidRDefault="0059555F" w:rsidP="0059555F">
      <w:pPr>
        <w:spacing w:after="0" w:line="240" w:lineRule="auto"/>
        <w:rPr>
          <w:sz w:val="28"/>
          <w:szCs w:val="28"/>
        </w:rPr>
      </w:pPr>
      <w:r w:rsidRPr="0059555F">
        <w:rPr>
          <w:sz w:val="24"/>
          <w:szCs w:val="28"/>
        </w:rPr>
        <w:t>- GV: Máy tính, tivi chiếu nội dung bài.</w:t>
      </w:r>
    </w:p>
    <w:p w:rsidR="0059555F" w:rsidRPr="0059555F" w:rsidRDefault="0059555F" w:rsidP="0059555F">
      <w:pPr>
        <w:spacing w:after="0" w:line="240" w:lineRule="auto"/>
        <w:rPr>
          <w:sz w:val="28"/>
          <w:szCs w:val="28"/>
        </w:rPr>
      </w:pPr>
      <w:r w:rsidRPr="0059555F">
        <w:rPr>
          <w:sz w:val="24"/>
          <w:szCs w:val="28"/>
        </w:rPr>
        <w:t>- HS: SGK; xúc xắc, quân cờ.</w:t>
      </w:r>
    </w:p>
    <w:p w:rsidR="0059555F" w:rsidRPr="0059555F" w:rsidRDefault="0059555F" w:rsidP="0059555F">
      <w:pPr>
        <w:spacing w:after="0" w:line="240" w:lineRule="auto"/>
        <w:rPr>
          <w:sz w:val="28"/>
          <w:szCs w:val="28"/>
        </w:rPr>
      </w:pPr>
      <w:r w:rsidRPr="0059555F">
        <w:rPr>
          <w:b/>
          <w:sz w:val="24"/>
          <w:szCs w:val="28"/>
        </w:rPr>
        <w:t>III. CÁC HOẠT ĐỘNG DẠY HỌC</w:t>
      </w:r>
    </w:p>
    <w:tbl>
      <w:tblPr>
        <w:tblStyle w:val="TableGrid"/>
        <w:tblW w:w="10479" w:type="dxa"/>
        <w:jc w:val="center"/>
        <w:tblBorders>
          <w:insideH w:val="none" w:sz="0" w:space="0" w:color="auto"/>
        </w:tblBorders>
        <w:tblLook w:val="04A0" w:firstRow="1" w:lastRow="0" w:firstColumn="1" w:lastColumn="0" w:noHBand="0" w:noVBand="1"/>
      </w:tblPr>
      <w:tblGrid>
        <w:gridCol w:w="5605"/>
        <w:gridCol w:w="4874"/>
      </w:tblGrid>
      <w:tr w:rsidR="0059555F" w:rsidRPr="0059555F" w:rsidTr="00B35F9D">
        <w:trPr>
          <w:jc w:val="center"/>
        </w:trPr>
        <w:tc>
          <w:tcPr>
            <w:tcW w:w="5605" w:type="dxa"/>
            <w:tcBorders>
              <w:bottom w:val="single" w:sz="4" w:space="0" w:color="auto"/>
            </w:tcBorders>
            <w:shd w:val="clear" w:color="auto" w:fill="auto"/>
            <w:tcMar>
              <w:top w:w="40" w:type="dxa"/>
              <w:left w:w="60" w:type="dxa"/>
              <w:bottom w:w="40" w:type="dxa"/>
              <w:right w:w="60" w:type="dxa"/>
            </w:tcMar>
          </w:tcPr>
          <w:p w:rsidR="0059555F" w:rsidRPr="0059555F" w:rsidRDefault="0059555F" w:rsidP="0059555F">
            <w:pPr>
              <w:jc w:val="center"/>
              <w:rPr>
                <w:sz w:val="28"/>
                <w:szCs w:val="28"/>
              </w:rPr>
            </w:pPr>
            <w:r w:rsidRPr="0059555F">
              <w:rPr>
                <w:sz w:val="24"/>
                <w:szCs w:val="28"/>
              </w:rPr>
              <w:t>Hoạt động của giáo viên</w:t>
            </w:r>
          </w:p>
        </w:tc>
        <w:tc>
          <w:tcPr>
            <w:tcW w:w="4874" w:type="dxa"/>
            <w:tcBorders>
              <w:bottom w:val="single" w:sz="4" w:space="0" w:color="auto"/>
            </w:tcBorders>
            <w:shd w:val="clear" w:color="auto" w:fill="auto"/>
            <w:tcMar>
              <w:top w:w="40" w:type="dxa"/>
              <w:left w:w="60" w:type="dxa"/>
              <w:bottom w:w="40" w:type="dxa"/>
              <w:right w:w="60" w:type="dxa"/>
            </w:tcMar>
          </w:tcPr>
          <w:p w:rsidR="0059555F" w:rsidRPr="0059555F" w:rsidRDefault="0059555F" w:rsidP="0059555F">
            <w:pPr>
              <w:jc w:val="center"/>
              <w:rPr>
                <w:sz w:val="28"/>
                <w:szCs w:val="28"/>
              </w:rPr>
            </w:pPr>
            <w:r w:rsidRPr="0059555F">
              <w:rPr>
                <w:sz w:val="24"/>
                <w:szCs w:val="28"/>
              </w:rPr>
              <w:t>Hoạt động của học sinh</w:t>
            </w:r>
          </w:p>
        </w:tc>
      </w:tr>
      <w:tr w:rsidR="0059555F" w:rsidRPr="0059555F" w:rsidTr="00B35F9D">
        <w:trPr>
          <w:jc w:val="center"/>
        </w:trPr>
        <w:tc>
          <w:tcPr>
            <w:tcW w:w="10479" w:type="dxa"/>
            <w:gridSpan w:val="2"/>
            <w:tcBorders>
              <w:top w:val="single" w:sz="4" w:space="0" w:color="auto"/>
              <w:bottom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1. Hoạt động khởi động (5’) – Mục tiêu: Tạo tâm thế cho HS và từng bước làm quen bài học.</w:t>
            </w:r>
          </w:p>
        </w:tc>
      </w:tr>
      <w:tr w:rsidR="0059555F" w:rsidRPr="0059555F" w:rsidTr="00B35F9D">
        <w:trPr>
          <w:jc w:val="center"/>
        </w:trPr>
        <w:tc>
          <w:tcPr>
            <w:tcW w:w="5605" w:type="dxa"/>
            <w:tcBorders>
              <w:top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tổ chức cho HS chơi trò chơi.</w:t>
            </w:r>
          </w:p>
          <w:p w:rsidR="0059555F" w:rsidRPr="0059555F" w:rsidRDefault="0059555F" w:rsidP="0059555F">
            <w:pPr>
              <w:rPr>
                <w:sz w:val="28"/>
                <w:szCs w:val="28"/>
              </w:rPr>
            </w:pPr>
            <w:r w:rsidRPr="0059555F">
              <w:rPr>
                <w:sz w:val="24"/>
                <w:szCs w:val="28"/>
              </w:rPr>
              <w:t>- Phổ biến cho HS chơi, cách chơi: Yêu cầu bạn ...</w:t>
            </w:r>
          </w:p>
          <w:p w:rsidR="0059555F" w:rsidRPr="0059555F" w:rsidRDefault="0059555F" w:rsidP="0059555F">
            <w:pPr>
              <w:rPr>
                <w:sz w:val="28"/>
                <w:szCs w:val="28"/>
              </w:rPr>
            </w:pPr>
            <w:r w:rsidRPr="0059555F">
              <w:rPr>
                <w:sz w:val="24"/>
                <w:szCs w:val="28"/>
              </w:rPr>
              <w:t>- Tổ chức cho HS chơi.</w:t>
            </w:r>
          </w:p>
        </w:tc>
        <w:tc>
          <w:tcPr>
            <w:tcW w:w="4874" w:type="dxa"/>
            <w:tcBorders>
              <w:top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lắng nghe hướng dẫn chơi, nắm luật chơi, cách chơi.</w:t>
            </w:r>
          </w:p>
          <w:p w:rsidR="0059555F" w:rsidRPr="0059555F" w:rsidRDefault="0059555F" w:rsidP="0059555F">
            <w:pPr>
              <w:rPr>
                <w:sz w:val="28"/>
                <w:szCs w:val="28"/>
              </w:rPr>
            </w:pPr>
            <w:r w:rsidRPr="0059555F">
              <w:rPr>
                <w:sz w:val="24"/>
                <w:szCs w:val="28"/>
              </w:rPr>
              <w:t>- 1 HS tham gia chơi.</w:t>
            </w:r>
          </w:p>
          <w:p w:rsidR="0059555F" w:rsidRPr="0059555F" w:rsidRDefault="0059555F" w:rsidP="0059555F">
            <w:pPr>
              <w:rPr>
                <w:sz w:val="28"/>
                <w:szCs w:val="28"/>
              </w:rPr>
            </w:pPr>
            <w:r w:rsidRPr="0059555F">
              <w:rPr>
                <w:sz w:val="24"/>
                <w:szCs w:val="28"/>
              </w:rPr>
              <w:t>- HS chơi.</w:t>
            </w:r>
          </w:p>
        </w:tc>
      </w:tr>
      <w:tr w:rsidR="0059555F" w:rsidRPr="0059555F" w:rsidTr="00B35F9D">
        <w:trPr>
          <w:jc w:val="center"/>
        </w:trPr>
        <w:tc>
          <w:tcPr>
            <w:tcW w:w="5605" w:type="dxa"/>
            <w:tcBorders>
              <w:bottom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nhận xét, tuyên dương HS.</w:t>
            </w:r>
          </w:p>
          <w:p w:rsidR="0059555F" w:rsidRPr="0059555F" w:rsidRDefault="0059555F" w:rsidP="0059555F">
            <w:pPr>
              <w:rPr>
                <w:sz w:val="28"/>
                <w:szCs w:val="28"/>
              </w:rPr>
            </w:pPr>
            <w:r w:rsidRPr="0059555F">
              <w:rPr>
                <w:sz w:val="24"/>
                <w:szCs w:val="28"/>
              </w:rPr>
              <w:t>- GV dẫn dắt, giới thiệu bài: Luyện tập.</w:t>
            </w:r>
          </w:p>
        </w:tc>
        <w:tc>
          <w:tcPr>
            <w:tcW w:w="4874" w:type="dxa"/>
            <w:tcBorders>
              <w:bottom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Lắng nghe.</w:t>
            </w:r>
          </w:p>
        </w:tc>
      </w:tr>
      <w:tr w:rsidR="0059555F" w:rsidRPr="0059555F" w:rsidTr="00B35F9D">
        <w:trPr>
          <w:jc w:val="center"/>
        </w:trPr>
        <w:tc>
          <w:tcPr>
            <w:tcW w:w="10479" w:type="dxa"/>
            <w:gridSpan w:val="2"/>
            <w:tcBorders>
              <w:top w:val="single" w:sz="4" w:space="0" w:color="auto"/>
              <w:bottom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2. Hoạt động thực hành – luyện tập (25’) – Mục tiêu: HS củng cố kiến thức, kĩ năng về số có 3 chữ số qua các bài tập.</w:t>
            </w:r>
          </w:p>
        </w:tc>
      </w:tr>
      <w:tr w:rsidR="0059555F" w:rsidRPr="0059555F" w:rsidTr="00B35F9D">
        <w:trPr>
          <w:jc w:val="center"/>
        </w:trPr>
        <w:tc>
          <w:tcPr>
            <w:tcW w:w="10479" w:type="dxa"/>
            <w:gridSpan w:val="2"/>
            <w:tcBorders>
              <w:top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Bài 1</w:t>
            </w:r>
          </w:p>
        </w:tc>
      </w:tr>
      <w:tr w:rsidR="0059555F" w:rsidRPr="0059555F" w:rsidTr="00B35F9D">
        <w:trPr>
          <w:jc w:val="center"/>
        </w:trPr>
        <w:tc>
          <w:tcPr>
            <w:tcW w:w="5605"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Gọi HS đọc và xác định yêu cầu bài tập.</w:t>
            </w:r>
          </w:p>
          <w:p w:rsidR="00670669" w:rsidRPr="0059555F" w:rsidRDefault="0059555F" w:rsidP="0059555F">
            <w:pPr>
              <w:rPr>
                <w:sz w:val="28"/>
                <w:szCs w:val="28"/>
              </w:rPr>
            </w:pPr>
            <w:r w:rsidRPr="0059555F">
              <w:rPr>
                <w:sz w:val="24"/>
                <w:szCs w:val="28"/>
              </w:rPr>
              <w:t>- Bài yêu cầu làm gì?</w:t>
            </w:r>
          </w:p>
        </w:tc>
        <w:tc>
          <w:tcPr>
            <w:tcW w:w="4874"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- 1–2 HS đọc và nêu yêu cầu.</w:t>
            </w:r>
          </w:p>
          <w:p w:rsidR="0059555F" w:rsidRPr="0059555F" w:rsidRDefault="0059555F" w:rsidP="0059555F">
            <w:pPr>
              <w:rPr>
                <w:sz w:val="28"/>
                <w:szCs w:val="28"/>
              </w:rPr>
            </w:pPr>
            <w:r w:rsidRPr="0059555F">
              <w:rPr>
                <w:sz w:val="24"/>
                <w:szCs w:val="28"/>
              </w:rPr>
              <w:t>- 1–2 HS trả lời.</w:t>
            </w:r>
          </w:p>
        </w:tc>
      </w:tr>
      <w:tr w:rsidR="0059555F" w:rsidRPr="0059555F" w:rsidTr="00B35F9D">
        <w:trPr>
          <w:jc w:val="center"/>
        </w:trPr>
        <w:tc>
          <w:tcPr>
            <w:tcW w:w="5605"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hướng dẫn HS: Để tìm được đường đưa chú chuột đến chỗ miếng pho mát các con cần đọc gợi ý tại mỗi ô và tìm đường đi chính xác cho chuột (có ghi số phù hợp với gợi ý).</w:t>
            </w:r>
          </w:p>
        </w:tc>
        <w:tc>
          <w:tcPr>
            <w:tcW w:w="4874"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nghe.</w:t>
            </w:r>
          </w:p>
        </w:tc>
      </w:tr>
      <w:tr w:rsidR="0059555F" w:rsidRPr="0059555F" w:rsidTr="00B35F9D">
        <w:trPr>
          <w:jc w:val="center"/>
        </w:trPr>
        <w:tc>
          <w:tcPr>
            <w:tcW w:w="5605"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Yêu cầu HS làm bài theo nhóm 2.</w:t>
            </w:r>
          </w:p>
          <w:p w:rsidR="0059555F" w:rsidRPr="0059555F" w:rsidRDefault="0059555F" w:rsidP="0059555F">
            <w:pPr>
              <w:rPr>
                <w:sz w:val="28"/>
                <w:szCs w:val="28"/>
              </w:rPr>
            </w:pPr>
            <w:r w:rsidRPr="0059555F">
              <w:rPr>
                <w:sz w:val="24"/>
                <w:szCs w:val="28"/>
              </w:rPr>
              <w:t>- Chữa bài:</w:t>
            </w:r>
          </w:p>
          <w:p w:rsidR="0059555F" w:rsidRPr="0059555F" w:rsidRDefault="0059555F" w:rsidP="0059555F">
            <w:pPr>
              <w:rPr>
                <w:sz w:val="28"/>
                <w:szCs w:val="28"/>
              </w:rPr>
            </w:pPr>
            <w:r w:rsidRPr="0059555F">
              <w:rPr>
                <w:sz w:val="24"/>
                <w:szCs w:val="28"/>
              </w:rPr>
              <w:t>+ Nêu các số tròn trăm?</w:t>
            </w:r>
          </w:p>
          <w:p w:rsidR="0059555F" w:rsidRPr="0059555F" w:rsidRDefault="0059555F" w:rsidP="0059555F">
            <w:pPr>
              <w:rPr>
                <w:sz w:val="28"/>
                <w:szCs w:val="28"/>
              </w:rPr>
            </w:pPr>
            <w:r w:rsidRPr="0059555F">
              <w:rPr>
                <w:sz w:val="24"/>
                <w:szCs w:val="28"/>
              </w:rPr>
              <w:t>+ Nêu cách tìm số liền sau, liền trước?</w:t>
            </w:r>
          </w:p>
        </w:tc>
        <w:tc>
          <w:tcPr>
            <w:tcW w:w="4874"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làm theo nhóm 2.</w:t>
            </w:r>
          </w:p>
          <w:p w:rsidR="0059555F" w:rsidRPr="0059555F" w:rsidRDefault="0059555F" w:rsidP="0059555F">
            <w:pPr>
              <w:rPr>
                <w:sz w:val="28"/>
                <w:szCs w:val="28"/>
              </w:rPr>
            </w:pPr>
            <w:r w:rsidRPr="0059555F">
              <w:rPr>
                <w:sz w:val="24"/>
                <w:szCs w:val="28"/>
              </w:rPr>
              <w:t>- HS nhận xét.</w:t>
            </w:r>
          </w:p>
          <w:p w:rsidR="0059555F" w:rsidRPr="0059555F" w:rsidRDefault="0059555F" w:rsidP="0059555F">
            <w:pPr>
              <w:rPr>
                <w:sz w:val="28"/>
                <w:szCs w:val="28"/>
              </w:rPr>
            </w:pPr>
            <w:r w:rsidRPr="0059555F">
              <w:rPr>
                <w:sz w:val="24"/>
                <w:szCs w:val="28"/>
              </w:rPr>
              <w:t>- HS trả lời.</w:t>
            </w:r>
          </w:p>
        </w:tc>
      </w:tr>
      <w:tr w:rsidR="0059555F" w:rsidRPr="0059555F" w:rsidTr="00B35F9D">
        <w:trPr>
          <w:jc w:val="center"/>
        </w:trPr>
        <w:tc>
          <w:tcPr>
            <w:tcW w:w="5605"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Nhận xét, tuyên dương HS.</w:t>
            </w:r>
          </w:p>
        </w:tc>
        <w:tc>
          <w:tcPr>
            <w:tcW w:w="4874"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lắng nghe.</w:t>
            </w:r>
          </w:p>
        </w:tc>
      </w:tr>
      <w:tr w:rsidR="0059555F" w:rsidRPr="0059555F" w:rsidTr="00B35F9D">
        <w:trPr>
          <w:jc w:val="center"/>
        </w:trPr>
        <w:tc>
          <w:tcPr>
            <w:tcW w:w="10479" w:type="dxa"/>
            <w:gridSpan w:val="2"/>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Bài 2</w:t>
            </w:r>
          </w:p>
        </w:tc>
      </w:tr>
      <w:tr w:rsidR="0059555F" w:rsidRPr="0059555F" w:rsidTr="00B35F9D">
        <w:trPr>
          <w:jc w:val="center"/>
        </w:trPr>
        <w:tc>
          <w:tcPr>
            <w:tcW w:w="5605"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Gọi HS đọc và xác định yêu cầu bài tập.</w:t>
            </w:r>
          </w:p>
          <w:p w:rsidR="00670669" w:rsidRPr="0059555F" w:rsidRDefault="0059555F" w:rsidP="0059555F">
            <w:pPr>
              <w:rPr>
                <w:sz w:val="28"/>
                <w:szCs w:val="28"/>
              </w:rPr>
            </w:pPr>
            <w:r w:rsidRPr="0059555F">
              <w:rPr>
                <w:sz w:val="24"/>
                <w:szCs w:val="28"/>
              </w:rPr>
              <w:t>- Bài yêu cầu làm gì?</w:t>
            </w:r>
          </w:p>
        </w:tc>
        <w:tc>
          <w:tcPr>
            <w:tcW w:w="4874"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- 1–2 HS đọc và nêu yêu cầu.</w:t>
            </w:r>
          </w:p>
          <w:p w:rsidR="0059555F" w:rsidRPr="0059555F" w:rsidRDefault="0059555F" w:rsidP="0059555F">
            <w:pPr>
              <w:rPr>
                <w:sz w:val="28"/>
                <w:szCs w:val="28"/>
              </w:rPr>
            </w:pPr>
            <w:r w:rsidRPr="0059555F">
              <w:rPr>
                <w:sz w:val="24"/>
                <w:szCs w:val="28"/>
              </w:rPr>
              <w:t>- 1–2 HS trả lời.</w:t>
            </w:r>
          </w:p>
        </w:tc>
      </w:tr>
      <w:tr w:rsidR="0059555F" w:rsidRPr="0059555F" w:rsidTr="00B35F9D">
        <w:trPr>
          <w:jc w:val="center"/>
        </w:trPr>
        <w:tc>
          <w:tcPr>
            <w:tcW w:w="5605"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phân tích mẫu: Số 630 gồm mấy trăm, mấy chục, mấy đơn vị? Vậy nên cô viết được số trăm là 6, số chục là 3 và số đơn vị là 0.</w:t>
            </w:r>
          </w:p>
          <w:p w:rsidR="0059555F" w:rsidRPr="0059555F" w:rsidRDefault="0059555F" w:rsidP="0059555F">
            <w:pPr>
              <w:rPr>
                <w:sz w:val="28"/>
                <w:szCs w:val="28"/>
              </w:rPr>
            </w:pPr>
            <w:r w:rsidRPr="0059555F">
              <w:rPr>
                <w:sz w:val="24"/>
                <w:szCs w:val="28"/>
              </w:rPr>
              <w:t>- Yêu cầu HS thảo luận hỏi – đáp.</w:t>
            </w:r>
          </w:p>
          <w:p w:rsidR="0059555F" w:rsidRPr="0059555F" w:rsidRDefault="0059555F" w:rsidP="0059555F">
            <w:pPr>
              <w:rPr>
                <w:sz w:val="28"/>
                <w:szCs w:val="28"/>
              </w:rPr>
            </w:pPr>
            <w:r w:rsidRPr="0059555F">
              <w:rPr>
                <w:sz w:val="24"/>
                <w:szCs w:val="28"/>
              </w:rPr>
              <w:t>- Tổ chức cho HS chia sẻ trước lớp.</w:t>
            </w:r>
          </w:p>
        </w:tc>
        <w:tc>
          <w:tcPr>
            <w:tcW w:w="4874"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Nghe.</w:t>
            </w:r>
          </w:p>
          <w:p w:rsidR="0059555F" w:rsidRPr="0059555F" w:rsidRDefault="0059555F" w:rsidP="0059555F">
            <w:pPr>
              <w:rPr>
                <w:sz w:val="28"/>
                <w:szCs w:val="28"/>
              </w:rPr>
            </w:pPr>
            <w:r w:rsidRPr="0059555F">
              <w:rPr>
                <w:sz w:val="24"/>
                <w:szCs w:val="28"/>
              </w:rPr>
              <w:t>- HS làm việc theo cặp.</w:t>
            </w:r>
          </w:p>
          <w:p w:rsidR="0059555F" w:rsidRPr="0059555F" w:rsidRDefault="0059555F" w:rsidP="0059555F">
            <w:pPr>
              <w:rPr>
                <w:sz w:val="28"/>
                <w:szCs w:val="28"/>
              </w:rPr>
            </w:pPr>
            <w:r w:rsidRPr="0059555F">
              <w:rPr>
                <w:sz w:val="24"/>
                <w:szCs w:val="28"/>
              </w:rPr>
              <w:t>- HS chia sẻ, nhận xét.</w:t>
            </w:r>
          </w:p>
          <w:p w:rsidR="0059555F" w:rsidRPr="0059555F" w:rsidRDefault="0059555F" w:rsidP="0059555F">
            <w:pPr>
              <w:rPr>
                <w:sz w:val="28"/>
                <w:szCs w:val="28"/>
              </w:rPr>
            </w:pPr>
            <w:r w:rsidRPr="0059555F">
              <w:rPr>
                <w:sz w:val="24"/>
                <w:szCs w:val="28"/>
              </w:rPr>
              <w:t>+ Tại sao từ số 408 bạn điền được số trăm là 4, số chục là 0, số đơn vị là 8?</w:t>
            </w:r>
          </w:p>
          <w:p w:rsidR="0059555F" w:rsidRPr="0059555F" w:rsidRDefault="0059555F" w:rsidP="0059555F">
            <w:pPr>
              <w:rPr>
                <w:sz w:val="28"/>
                <w:szCs w:val="28"/>
              </w:rPr>
            </w:pPr>
            <w:r w:rsidRPr="0059555F">
              <w:rPr>
                <w:sz w:val="24"/>
                <w:szCs w:val="28"/>
              </w:rPr>
              <w:t>+ Số 970 gồm mấy trăm, mấy chục, mấy đơn vị?</w:t>
            </w:r>
          </w:p>
          <w:p w:rsidR="0059555F" w:rsidRPr="0059555F" w:rsidRDefault="0059555F" w:rsidP="0059555F">
            <w:pPr>
              <w:rPr>
                <w:sz w:val="28"/>
                <w:szCs w:val="28"/>
              </w:rPr>
            </w:pPr>
            <w:r w:rsidRPr="0059555F">
              <w:rPr>
                <w:sz w:val="24"/>
                <w:szCs w:val="28"/>
              </w:rPr>
              <w:t>+ Số gồm 5 trăm, 1 chục, 4 đơn vị là số nào?</w:t>
            </w:r>
          </w:p>
        </w:tc>
      </w:tr>
      <w:tr w:rsidR="0059555F" w:rsidRPr="0059555F" w:rsidTr="00B35F9D">
        <w:trPr>
          <w:jc w:val="center"/>
        </w:trPr>
        <w:tc>
          <w:tcPr>
            <w:tcW w:w="5605"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Cho HS làm bài vào vở.</w:t>
            </w:r>
          </w:p>
        </w:tc>
        <w:tc>
          <w:tcPr>
            <w:tcW w:w="4874"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làm bài vào vở:</w:t>
            </w:r>
          </w:p>
        </w:tc>
      </w:tr>
      <w:tr w:rsidR="00501A6D" w:rsidTr="00B35F9D">
        <w:trPr>
          <w:jc w:val="center"/>
        </w:trPr>
        <w:tc>
          <w:tcPr>
            <w:tcW w:w="5605" w:type="dxa"/>
            <w:shd w:val="clear" w:color="auto" w:fill="auto"/>
            <w:tcMar>
              <w:top w:w="40" w:type="dxa"/>
              <w:left w:w="60" w:type="dxa"/>
              <w:bottom w:w="40" w:type="dxa"/>
              <w:right w:w="60" w:type="dxa"/>
            </w:tcMar>
          </w:tcPr>
          <w:p w:rsidR="00501A6D" w:rsidRDefault="00CD74F3">
            <w:r>
              <w:rPr>
                <w:color w:val="C00000"/>
                <w:sz w:val="24"/>
              </w:rPr>
              <w:t xml:space="preserve">- Tích hợp kĩ năng sống: GV hướng dẫn HS hình thành thói quen “đọc lại - kiểm tra - sửa lỗi”. Sau khi hoàn thành bảng cấu tạo số, GV yêu cầu HS tự đọc lại từng </w:t>
            </w:r>
            <w:r>
              <w:rPr>
                <w:color w:val="C00000"/>
                <w:sz w:val="24"/>
              </w:rPr>
              <w:lastRenderedPageBreak/>
              <w:t>số, dùng bút chì gạch nhẹ vào hàng trăm, hàng chục, hàng đơn vị để đối chiếu.</w:t>
            </w:r>
          </w:p>
          <w:p w:rsidR="00501A6D" w:rsidRDefault="00CD74F3">
            <w:r>
              <w:rPr>
                <w:color w:val="C00000"/>
                <w:sz w:val="24"/>
              </w:rPr>
              <w:t>- GV tổ chức HS đổi vở theo nhóm đôi, góp ý bằng câu nói lịch sự: “Bạn xem lại hàng chục nhé”, “Mình nghĩ số này cần đọc lại là…”. GV nhắc HS không chê bai khi bạn nhầm mà giúp bạn tìm lỗi và sửa đúng.</w:t>
            </w:r>
          </w:p>
          <w:p w:rsidR="00501A6D" w:rsidRDefault="00CD74F3">
            <w:r>
              <w:rPr>
                <w:color w:val="C00000"/>
                <w:sz w:val="24"/>
              </w:rPr>
              <w:t>- GV chốt: Khi làm Toán, tự kiểm tra giúp em tránh nhầm hàng; biết sửa lỗi và góp ý nhẹ nhàng cũng là kĩ năng học tập quan trọng.</w:t>
            </w:r>
          </w:p>
        </w:tc>
        <w:tc>
          <w:tcPr>
            <w:tcW w:w="4874" w:type="dxa"/>
            <w:shd w:val="clear" w:color="auto" w:fill="auto"/>
            <w:tcMar>
              <w:top w:w="40" w:type="dxa"/>
              <w:left w:w="60" w:type="dxa"/>
              <w:bottom w:w="40" w:type="dxa"/>
              <w:right w:w="60" w:type="dxa"/>
            </w:tcMar>
          </w:tcPr>
          <w:p w:rsidR="00501A6D" w:rsidRDefault="00CD74F3">
            <w:r>
              <w:rPr>
                <w:color w:val="C00000"/>
                <w:sz w:val="24"/>
              </w:rPr>
              <w:lastRenderedPageBreak/>
              <w:t>- HS đọc lại kết quả của mình, đối chiếu từng hàng và tự phát hiện lỗi nếu có.</w:t>
            </w:r>
          </w:p>
          <w:p w:rsidR="00501A6D" w:rsidRDefault="00CD74F3">
            <w:r>
              <w:rPr>
                <w:color w:val="C00000"/>
                <w:sz w:val="24"/>
              </w:rPr>
              <w:t xml:space="preserve">- HS đổi vở kiểm tra theo nhóm đôi, góp ý lịch </w:t>
            </w:r>
            <w:r>
              <w:rPr>
                <w:color w:val="C00000"/>
                <w:sz w:val="24"/>
              </w:rPr>
              <w:lastRenderedPageBreak/>
              <w:t>sự, tiếp nhận góp ý và sửa lại kết quả vào vở.</w:t>
            </w:r>
          </w:p>
          <w:p w:rsidR="00501A6D" w:rsidRDefault="00CD74F3">
            <w:r>
              <w:rPr>
                <w:color w:val="C00000"/>
                <w:sz w:val="24"/>
              </w:rPr>
              <w:t>- HS nêu được: trước khi nộp bài cần đọc lại số, kiểm tra cấu tạo số và sửa lỗi nếu nhầm hàng trăm, chục, đơn vị.</w:t>
            </w:r>
          </w:p>
        </w:tc>
      </w:tr>
      <w:tr w:rsidR="0059555F" w:rsidRPr="0059555F" w:rsidTr="00B35F9D">
        <w:trPr>
          <w:jc w:val="center"/>
        </w:trPr>
        <w:tc>
          <w:tcPr>
            <w:tcW w:w="5605" w:type="dxa"/>
            <w:tcBorders>
              <w:bottom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lastRenderedPageBreak/>
              <w:t>- Nhận xét, tuyên dương.</w:t>
            </w:r>
          </w:p>
        </w:tc>
        <w:tc>
          <w:tcPr>
            <w:tcW w:w="4874" w:type="dxa"/>
            <w:tcBorders>
              <w:bottom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lắng nghe.</w:t>
            </w:r>
          </w:p>
        </w:tc>
      </w:tr>
      <w:tr w:rsidR="0059555F" w:rsidRPr="0059555F" w:rsidTr="00B35F9D">
        <w:trPr>
          <w:jc w:val="center"/>
        </w:trPr>
        <w:tc>
          <w:tcPr>
            <w:tcW w:w="10479" w:type="dxa"/>
            <w:gridSpan w:val="2"/>
            <w:tcBorders>
              <w:top w:val="single" w:sz="4" w:space="0" w:color="auto"/>
              <w:bottom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3. HĐ Vận dụng, trải nghiệm – Mục tiêu: Vận dụng bài học vào giải quyết các vấn đề trong cuộc sống.</w:t>
            </w:r>
          </w:p>
        </w:tc>
      </w:tr>
      <w:tr w:rsidR="0059555F" w:rsidRPr="0059555F" w:rsidTr="00B35F9D">
        <w:trPr>
          <w:jc w:val="center"/>
        </w:trPr>
        <w:tc>
          <w:tcPr>
            <w:tcW w:w="5605" w:type="dxa"/>
            <w:tcBorders>
              <w:top w:val="single" w:sz="4" w:space="0" w:color="auto"/>
            </w:tcBorders>
            <w:shd w:val="clear" w:color="auto" w:fill="auto"/>
            <w:tcMar>
              <w:top w:w="40" w:type="dxa"/>
              <w:left w:w="60" w:type="dxa"/>
              <w:bottom w:w="40" w:type="dxa"/>
              <w:right w:w="60" w:type="dxa"/>
            </w:tcMar>
          </w:tcPr>
          <w:p w:rsidR="0059555F" w:rsidRDefault="0059555F" w:rsidP="0059555F">
            <w:pPr>
              <w:rPr>
                <w:sz w:val="28"/>
                <w:szCs w:val="28"/>
              </w:rPr>
            </w:pPr>
            <w:r w:rsidRPr="0059555F">
              <w:rPr>
                <w:sz w:val="24"/>
                <w:szCs w:val="28"/>
              </w:rPr>
              <w:t>* Trò chơi “Bữa tiệc của chim cánh cụt”:</w:t>
            </w:r>
          </w:p>
          <w:p w:rsidR="00670669" w:rsidRPr="0059555F" w:rsidRDefault="00670669" w:rsidP="0059555F">
            <w:pPr>
              <w:rPr>
                <w:sz w:val="28"/>
                <w:szCs w:val="28"/>
              </w:rPr>
            </w:pPr>
          </w:p>
          <w:p w:rsidR="0059555F" w:rsidRPr="0059555F" w:rsidRDefault="0059555F" w:rsidP="0059555F">
            <w:pPr>
              <w:rPr>
                <w:sz w:val="28"/>
                <w:szCs w:val="28"/>
              </w:rPr>
            </w:pPr>
            <w:r w:rsidRPr="0059555F">
              <w:rPr>
                <w:sz w:val="24"/>
                <w:szCs w:val="28"/>
              </w:rPr>
              <w:t>- GV nêu tên trò chơi và phổ biến cách chơi, luật chơi.</w:t>
            </w:r>
          </w:p>
          <w:p w:rsidR="0059555F" w:rsidRPr="0059555F" w:rsidRDefault="0059555F" w:rsidP="0059555F">
            <w:pPr>
              <w:rPr>
                <w:sz w:val="28"/>
                <w:szCs w:val="28"/>
              </w:rPr>
            </w:pPr>
            <w:r w:rsidRPr="0059555F">
              <w:rPr>
                <w:sz w:val="24"/>
                <w:szCs w:val="28"/>
              </w:rPr>
              <w:t>- GV thao tác mẫu.</w:t>
            </w:r>
          </w:p>
          <w:p w:rsidR="0059555F" w:rsidRPr="0059555F" w:rsidRDefault="0059555F" w:rsidP="0059555F">
            <w:pPr>
              <w:rPr>
                <w:sz w:val="28"/>
                <w:szCs w:val="28"/>
              </w:rPr>
            </w:pPr>
            <w:r w:rsidRPr="0059555F">
              <w:rPr>
                <w:sz w:val="24"/>
                <w:szCs w:val="28"/>
              </w:rPr>
              <w:t>- GV phát đồ dùng cho các nhóm; yêu cầu các nhóm thực hiện.</w:t>
            </w:r>
          </w:p>
          <w:p w:rsidR="0059555F" w:rsidRPr="0059555F" w:rsidRDefault="0059555F" w:rsidP="0059555F">
            <w:pPr>
              <w:rPr>
                <w:sz w:val="28"/>
                <w:szCs w:val="28"/>
              </w:rPr>
            </w:pPr>
            <w:r w:rsidRPr="0059555F">
              <w:rPr>
                <w:sz w:val="24"/>
                <w:szCs w:val="28"/>
              </w:rPr>
              <w:t>- Gọi 2 nhóm lên chơi.</w:t>
            </w:r>
          </w:p>
          <w:p w:rsidR="0059555F" w:rsidRPr="0059555F" w:rsidRDefault="0059555F" w:rsidP="0059555F">
            <w:pPr>
              <w:rPr>
                <w:sz w:val="28"/>
                <w:szCs w:val="28"/>
              </w:rPr>
            </w:pPr>
            <w:r w:rsidRPr="0059555F">
              <w:rPr>
                <w:sz w:val="24"/>
                <w:szCs w:val="28"/>
              </w:rPr>
              <w:t>- GV nhận xét, khen ngợi HS.</w:t>
            </w:r>
          </w:p>
        </w:tc>
        <w:tc>
          <w:tcPr>
            <w:tcW w:w="4874" w:type="dxa"/>
            <w:tcBorders>
              <w:top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quan sát hướng dẫn.</w:t>
            </w:r>
          </w:p>
          <w:p w:rsidR="0059555F" w:rsidRPr="0059555F" w:rsidRDefault="0059555F" w:rsidP="0059555F">
            <w:pPr>
              <w:rPr>
                <w:sz w:val="28"/>
                <w:szCs w:val="28"/>
              </w:rPr>
            </w:pPr>
            <w:r w:rsidRPr="0059555F">
              <w:rPr>
                <w:sz w:val="24"/>
                <w:szCs w:val="28"/>
              </w:rPr>
              <w:t>- HS thực hiện chơi theo nhóm 4.</w:t>
            </w:r>
          </w:p>
          <w:p w:rsidR="0059555F" w:rsidRPr="0059555F" w:rsidRDefault="0059555F" w:rsidP="0059555F">
            <w:pPr>
              <w:rPr>
                <w:sz w:val="28"/>
                <w:szCs w:val="28"/>
              </w:rPr>
            </w:pPr>
            <w:r w:rsidRPr="0059555F">
              <w:rPr>
                <w:sz w:val="24"/>
                <w:szCs w:val="28"/>
              </w:rPr>
              <w:t>- HS lên bảng thực hiện.</w:t>
            </w:r>
          </w:p>
          <w:p w:rsidR="0059555F" w:rsidRPr="0059555F" w:rsidRDefault="0059555F" w:rsidP="0059555F">
            <w:pPr>
              <w:rPr>
                <w:sz w:val="28"/>
                <w:szCs w:val="28"/>
              </w:rPr>
            </w:pPr>
            <w:r w:rsidRPr="0059555F">
              <w:rPr>
                <w:sz w:val="24"/>
                <w:szCs w:val="28"/>
              </w:rPr>
              <w:t>- 2 nhóm chơi.</w:t>
            </w:r>
          </w:p>
          <w:p w:rsidR="0059555F" w:rsidRPr="0059555F" w:rsidRDefault="0059555F" w:rsidP="0059555F">
            <w:pPr>
              <w:rPr>
                <w:sz w:val="28"/>
                <w:szCs w:val="28"/>
              </w:rPr>
            </w:pPr>
            <w:r w:rsidRPr="0059555F">
              <w:rPr>
                <w:sz w:val="24"/>
                <w:szCs w:val="28"/>
              </w:rPr>
              <w:t>- HS nhận xét.</w:t>
            </w:r>
          </w:p>
        </w:tc>
      </w:tr>
      <w:tr w:rsidR="0059555F" w:rsidRPr="0059555F" w:rsidTr="00B35F9D">
        <w:trPr>
          <w:jc w:val="center"/>
        </w:trPr>
        <w:tc>
          <w:tcPr>
            <w:tcW w:w="5605"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Gọi HS lên bảng viết số có ba chữ số. Đọc số, phân tích cấu tạo số, tìm số liền trước, liền sau của số đó?</w:t>
            </w:r>
          </w:p>
        </w:tc>
        <w:tc>
          <w:tcPr>
            <w:tcW w:w="4874"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- 2 HS lên bảng.</w:t>
            </w:r>
          </w:p>
        </w:tc>
      </w:tr>
      <w:tr w:rsidR="0059555F" w:rsidRPr="0059555F" w:rsidTr="00B35F9D">
        <w:trPr>
          <w:jc w:val="center"/>
        </w:trPr>
        <w:tc>
          <w:tcPr>
            <w:tcW w:w="5605"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Nhận xét giờ học.</w:t>
            </w:r>
          </w:p>
          <w:p w:rsidR="0059555F" w:rsidRPr="0059555F" w:rsidRDefault="0059555F" w:rsidP="0059555F">
            <w:pPr>
              <w:rPr>
                <w:sz w:val="28"/>
                <w:szCs w:val="28"/>
              </w:rPr>
            </w:pPr>
            <w:r w:rsidRPr="0059555F">
              <w:rPr>
                <w:sz w:val="24"/>
                <w:szCs w:val="28"/>
              </w:rPr>
              <w:t>- Dặn HS chuẩn bị bài sau.</w:t>
            </w:r>
          </w:p>
        </w:tc>
        <w:tc>
          <w:tcPr>
            <w:tcW w:w="4874"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lắng nghe và ghi nhớ.</w:t>
            </w:r>
          </w:p>
        </w:tc>
      </w:tr>
    </w:tbl>
    <w:p w:rsidR="0059555F" w:rsidRPr="0059555F" w:rsidRDefault="0059555F" w:rsidP="0059555F">
      <w:pPr>
        <w:spacing w:after="0" w:line="240" w:lineRule="auto"/>
        <w:rPr>
          <w:sz w:val="28"/>
          <w:szCs w:val="28"/>
        </w:rPr>
      </w:pPr>
    </w:p>
    <w:p w:rsidR="0059555F" w:rsidRPr="0059555F" w:rsidRDefault="0059555F" w:rsidP="0059555F">
      <w:pPr>
        <w:spacing w:after="0" w:line="240" w:lineRule="auto"/>
        <w:rPr>
          <w:sz w:val="28"/>
          <w:szCs w:val="28"/>
        </w:rPr>
      </w:pPr>
    </w:p>
    <w:p w:rsidR="0059555F" w:rsidRPr="0059555F" w:rsidRDefault="0059555F" w:rsidP="0059555F">
      <w:pPr>
        <w:spacing w:after="0" w:line="240" w:lineRule="auto"/>
        <w:jc w:val="center"/>
        <w:rPr>
          <w:sz w:val="28"/>
          <w:szCs w:val="28"/>
        </w:rPr>
      </w:pPr>
      <w:r w:rsidRPr="0059555F">
        <w:rPr>
          <w:b/>
          <w:sz w:val="24"/>
          <w:szCs w:val="28"/>
        </w:rPr>
        <w:t>TOÁN</w:t>
      </w:r>
    </w:p>
    <w:p w:rsidR="0059555F" w:rsidRPr="0059555F" w:rsidRDefault="0059555F" w:rsidP="0059555F">
      <w:pPr>
        <w:spacing w:after="0" w:line="240" w:lineRule="auto"/>
        <w:jc w:val="center"/>
        <w:rPr>
          <w:sz w:val="28"/>
          <w:szCs w:val="28"/>
        </w:rPr>
      </w:pPr>
      <w:r w:rsidRPr="0059555F">
        <w:rPr>
          <w:b/>
          <w:sz w:val="24"/>
          <w:szCs w:val="28"/>
        </w:rPr>
        <w:t>TIẾT 125 – BÀI 52. VIẾT SỐ THÀNH TỔNG CÁC TRĂM, CHỤC, ĐƠN VỊ (TIẾT 1)</w:t>
      </w:r>
    </w:p>
    <w:p w:rsidR="0059555F" w:rsidRPr="0059555F" w:rsidRDefault="0059555F" w:rsidP="0059555F">
      <w:pPr>
        <w:spacing w:after="0" w:line="240" w:lineRule="auto"/>
        <w:rPr>
          <w:sz w:val="28"/>
          <w:szCs w:val="28"/>
        </w:rPr>
      </w:pPr>
      <w:r w:rsidRPr="0059555F">
        <w:rPr>
          <w:b/>
          <w:sz w:val="24"/>
          <w:szCs w:val="28"/>
        </w:rPr>
        <w:t>I. YÊU CẦU CẦN ĐẠT</w:t>
      </w:r>
    </w:p>
    <w:p w:rsidR="0059555F" w:rsidRPr="0059555F" w:rsidRDefault="0059555F" w:rsidP="0059555F">
      <w:pPr>
        <w:spacing w:after="0" w:line="240" w:lineRule="auto"/>
        <w:rPr>
          <w:sz w:val="28"/>
          <w:szCs w:val="28"/>
        </w:rPr>
      </w:pPr>
      <w:r w:rsidRPr="0059555F">
        <w:rPr>
          <w:b/>
          <w:sz w:val="24"/>
          <w:szCs w:val="28"/>
        </w:rPr>
        <w:t>1. Năng lực đặc thù</w:t>
      </w:r>
    </w:p>
    <w:p w:rsidR="0059555F" w:rsidRPr="0059555F" w:rsidRDefault="0059555F" w:rsidP="0059555F">
      <w:pPr>
        <w:spacing w:after="0" w:line="240" w:lineRule="auto"/>
        <w:rPr>
          <w:sz w:val="28"/>
          <w:szCs w:val="28"/>
        </w:rPr>
      </w:pPr>
      <w:r w:rsidRPr="0059555F">
        <w:rPr>
          <w:sz w:val="24"/>
          <w:szCs w:val="28"/>
        </w:rPr>
        <w:t>- HS nắm được cách viết một số có ba chữ số thành tổng các trăm, chục, đơn vị.</w:t>
      </w:r>
    </w:p>
    <w:p w:rsidR="0059555F" w:rsidRPr="0059555F" w:rsidRDefault="0059555F" w:rsidP="0059555F">
      <w:pPr>
        <w:spacing w:after="0" w:line="240" w:lineRule="auto"/>
        <w:rPr>
          <w:sz w:val="28"/>
          <w:szCs w:val="28"/>
        </w:rPr>
      </w:pPr>
      <w:r w:rsidRPr="0059555F">
        <w:rPr>
          <w:sz w:val="24"/>
          <w:szCs w:val="28"/>
        </w:rPr>
        <w:t>- HS biết cách viết một số có ba chữ số thành tổng các trăm, chục, đơn vị (theo cấu tạo thập phân của nó). Vận dụng giải các bài toán có tình huống.</w:t>
      </w:r>
    </w:p>
    <w:p w:rsidR="0059555F" w:rsidRPr="0059555F" w:rsidRDefault="0059555F" w:rsidP="0059555F">
      <w:pPr>
        <w:spacing w:after="0" w:line="240" w:lineRule="auto"/>
        <w:rPr>
          <w:sz w:val="28"/>
          <w:szCs w:val="28"/>
        </w:rPr>
      </w:pPr>
      <w:r w:rsidRPr="0059555F">
        <w:rPr>
          <w:sz w:val="24"/>
          <w:szCs w:val="28"/>
        </w:rPr>
        <w:t>- Thông qua quan sát, nhận biết hình ảnh đơn vị, chục, trăm, nghìn HS phát triển năng lực mô hình hóa Toán học. Qua hoạt động diễn đạt, trả lời câu hỏi HS phát triển năng lực giao tiếp Toán học.</w:t>
      </w:r>
    </w:p>
    <w:p w:rsidR="0059555F" w:rsidRPr="0059555F" w:rsidRDefault="0059555F" w:rsidP="0059555F">
      <w:pPr>
        <w:spacing w:after="0" w:line="240" w:lineRule="auto"/>
        <w:rPr>
          <w:sz w:val="28"/>
          <w:szCs w:val="28"/>
        </w:rPr>
      </w:pPr>
      <w:r w:rsidRPr="0059555F">
        <w:rPr>
          <w:b/>
          <w:sz w:val="24"/>
          <w:szCs w:val="28"/>
        </w:rPr>
        <w:t>2. Năng lực chung</w:t>
      </w:r>
    </w:p>
    <w:p w:rsidR="0059555F" w:rsidRPr="0059555F" w:rsidRDefault="0059555F" w:rsidP="0059555F">
      <w:pPr>
        <w:spacing w:after="0" w:line="240" w:lineRule="auto"/>
        <w:rPr>
          <w:sz w:val="28"/>
          <w:szCs w:val="28"/>
        </w:rPr>
      </w:pPr>
      <w:r w:rsidRPr="0059555F">
        <w:rPr>
          <w:sz w:val="24"/>
          <w:szCs w:val="28"/>
        </w:rPr>
        <w:t>- Giao tiếp – hợp tác: HS hợp tác khi làm việc nhóm/cặp; chia sẻ kết quả.</w:t>
      </w:r>
    </w:p>
    <w:p w:rsidR="0059555F" w:rsidRPr="0059555F" w:rsidRDefault="0059555F" w:rsidP="0059555F">
      <w:pPr>
        <w:spacing w:after="0" w:line="240" w:lineRule="auto"/>
        <w:rPr>
          <w:sz w:val="28"/>
          <w:szCs w:val="28"/>
        </w:rPr>
      </w:pPr>
      <w:r w:rsidRPr="0059555F">
        <w:rPr>
          <w:sz w:val="24"/>
          <w:szCs w:val="28"/>
        </w:rPr>
        <w:t>- Tự chủ – tự học: HS chủ động thực hiện nhiệm vụ; tự kiểm tra, điều chỉnh.</w:t>
      </w:r>
    </w:p>
    <w:p w:rsidR="0059555F" w:rsidRPr="0059555F" w:rsidRDefault="0059555F" w:rsidP="0059555F">
      <w:pPr>
        <w:spacing w:after="0" w:line="240" w:lineRule="auto"/>
        <w:rPr>
          <w:sz w:val="28"/>
          <w:szCs w:val="28"/>
        </w:rPr>
      </w:pPr>
      <w:r w:rsidRPr="0059555F">
        <w:rPr>
          <w:sz w:val="24"/>
          <w:szCs w:val="28"/>
        </w:rPr>
        <w:t>- Giải quyết vấn đề sáng tạo: HS vận dụng kiến thức để giải quyết bài tập có tình huống.</w:t>
      </w:r>
    </w:p>
    <w:p w:rsidR="0059555F" w:rsidRPr="0059555F" w:rsidRDefault="0059555F" w:rsidP="0059555F">
      <w:pPr>
        <w:spacing w:after="0" w:line="240" w:lineRule="auto"/>
        <w:rPr>
          <w:sz w:val="28"/>
          <w:szCs w:val="28"/>
        </w:rPr>
      </w:pPr>
      <w:r w:rsidRPr="0059555F">
        <w:rPr>
          <w:b/>
          <w:sz w:val="24"/>
          <w:szCs w:val="28"/>
        </w:rPr>
        <w:t>3. Phẩm chất</w:t>
      </w:r>
    </w:p>
    <w:p w:rsidR="0059555F" w:rsidRPr="0059555F" w:rsidRDefault="0059555F" w:rsidP="0059555F">
      <w:pPr>
        <w:spacing w:after="0" w:line="240" w:lineRule="auto"/>
        <w:rPr>
          <w:sz w:val="28"/>
          <w:szCs w:val="28"/>
        </w:rPr>
      </w:pPr>
      <w:r w:rsidRPr="0059555F">
        <w:rPr>
          <w:sz w:val="24"/>
          <w:szCs w:val="28"/>
        </w:rPr>
        <w:t>- Chăm chỉ: Tích cực tham gia hoạt động và hoàn thành bài tập.</w:t>
      </w:r>
    </w:p>
    <w:p w:rsidR="0059555F" w:rsidRPr="0059555F" w:rsidRDefault="0059555F" w:rsidP="0059555F">
      <w:pPr>
        <w:spacing w:after="0" w:line="240" w:lineRule="auto"/>
        <w:rPr>
          <w:sz w:val="28"/>
          <w:szCs w:val="28"/>
        </w:rPr>
      </w:pPr>
      <w:r w:rsidRPr="0059555F">
        <w:rPr>
          <w:sz w:val="24"/>
          <w:szCs w:val="28"/>
        </w:rPr>
        <w:t>- Trách nhiệm: Tự giác, nghiêm túc; chịu trách nhiệm với kết quả cá nhân/nhóm.</w:t>
      </w:r>
    </w:p>
    <w:p w:rsidR="0059555F" w:rsidRPr="0059555F" w:rsidRDefault="0059555F" w:rsidP="0059555F">
      <w:pPr>
        <w:spacing w:after="0" w:line="240" w:lineRule="auto"/>
        <w:rPr>
          <w:sz w:val="28"/>
          <w:szCs w:val="28"/>
        </w:rPr>
      </w:pPr>
      <w:r w:rsidRPr="0059555F">
        <w:rPr>
          <w:sz w:val="24"/>
          <w:szCs w:val="28"/>
        </w:rPr>
        <w:t>- Nhân ái: Tôn trọng, lắng nghe và hỗ trợ bạn.</w:t>
      </w:r>
    </w:p>
    <w:p w:rsidR="0059555F" w:rsidRPr="0059555F" w:rsidRDefault="0059555F" w:rsidP="0059555F">
      <w:pPr>
        <w:spacing w:after="0" w:line="240" w:lineRule="auto"/>
        <w:rPr>
          <w:sz w:val="28"/>
          <w:szCs w:val="28"/>
        </w:rPr>
      </w:pPr>
      <w:r w:rsidRPr="0059555F">
        <w:rPr>
          <w:b/>
          <w:sz w:val="24"/>
          <w:szCs w:val="28"/>
        </w:rPr>
        <w:t>II. ĐỒ DÙNG DẠY HỌC</w:t>
      </w:r>
    </w:p>
    <w:p w:rsidR="0059555F" w:rsidRPr="0059555F" w:rsidRDefault="0059555F" w:rsidP="0059555F">
      <w:pPr>
        <w:spacing w:after="0" w:line="240" w:lineRule="auto"/>
        <w:rPr>
          <w:sz w:val="28"/>
          <w:szCs w:val="28"/>
        </w:rPr>
      </w:pPr>
      <w:r w:rsidRPr="0059555F">
        <w:rPr>
          <w:sz w:val="24"/>
          <w:szCs w:val="28"/>
        </w:rPr>
        <w:t>- GV: Laptop, máy chiếu, bộ đồ dùng học Toán 2.</w:t>
      </w:r>
    </w:p>
    <w:p w:rsidR="0059555F" w:rsidRPr="0059555F" w:rsidRDefault="0059555F" w:rsidP="0059555F">
      <w:pPr>
        <w:spacing w:after="0" w:line="240" w:lineRule="auto"/>
        <w:rPr>
          <w:sz w:val="28"/>
          <w:szCs w:val="28"/>
        </w:rPr>
      </w:pPr>
      <w:r w:rsidRPr="0059555F">
        <w:rPr>
          <w:sz w:val="24"/>
          <w:szCs w:val="28"/>
        </w:rPr>
        <w:t>- HS: SGK, vở, bộ đồ dùng học Toán 2.</w:t>
      </w:r>
    </w:p>
    <w:p w:rsidR="0059555F" w:rsidRPr="0059555F" w:rsidRDefault="0059555F" w:rsidP="0059555F">
      <w:pPr>
        <w:spacing w:after="0" w:line="240" w:lineRule="auto"/>
        <w:rPr>
          <w:sz w:val="28"/>
          <w:szCs w:val="28"/>
        </w:rPr>
      </w:pPr>
      <w:r w:rsidRPr="0059555F">
        <w:rPr>
          <w:b/>
          <w:sz w:val="24"/>
          <w:szCs w:val="28"/>
        </w:rPr>
        <w:lastRenderedPageBreak/>
        <w:t>III. CÁC HOẠT ĐỘNG DẠY HỌC</w:t>
      </w:r>
    </w:p>
    <w:tbl>
      <w:tblPr>
        <w:tblStyle w:val="TableGrid"/>
        <w:tblW w:w="10239" w:type="dxa"/>
        <w:jc w:val="center"/>
        <w:tblBorders>
          <w:insideH w:val="none" w:sz="0" w:space="0" w:color="auto"/>
        </w:tblBorders>
        <w:tblLook w:val="04A0" w:firstRow="1" w:lastRow="0" w:firstColumn="1" w:lastColumn="0" w:noHBand="0" w:noVBand="1"/>
      </w:tblPr>
      <w:tblGrid>
        <w:gridCol w:w="5326"/>
        <w:gridCol w:w="4913"/>
      </w:tblGrid>
      <w:tr w:rsidR="0059555F" w:rsidRPr="0059555F" w:rsidTr="00B35F9D">
        <w:trPr>
          <w:jc w:val="center"/>
        </w:trPr>
        <w:tc>
          <w:tcPr>
            <w:tcW w:w="5326" w:type="dxa"/>
            <w:tcBorders>
              <w:bottom w:val="single" w:sz="4" w:space="0" w:color="auto"/>
            </w:tcBorders>
            <w:shd w:val="clear" w:color="auto" w:fill="auto"/>
            <w:tcMar>
              <w:top w:w="40" w:type="dxa"/>
              <w:left w:w="60" w:type="dxa"/>
              <w:bottom w:w="40" w:type="dxa"/>
              <w:right w:w="60" w:type="dxa"/>
            </w:tcMar>
          </w:tcPr>
          <w:p w:rsidR="0059555F" w:rsidRPr="0059555F" w:rsidRDefault="0059555F" w:rsidP="0059555F">
            <w:pPr>
              <w:jc w:val="center"/>
              <w:rPr>
                <w:sz w:val="28"/>
                <w:szCs w:val="28"/>
              </w:rPr>
            </w:pPr>
            <w:r w:rsidRPr="0059555F">
              <w:rPr>
                <w:sz w:val="24"/>
                <w:szCs w:val="28"/>
              </w:rPr>
              <w:t>Hoạt động của giáo viên</w:t>
            </w:r>
          </w:p>
        </w:tc>
        <w:tc>
          <w:tcPr>
            <w:tcW w:w="4913" w:type="dxa"/>
            <w:tcBorders>
              <w:bottom w:val="single" w:sz="4" w:space="0" w:color="auto"/>
            </w:tcBorders>
            <w:shd w:val="clear" w:color="auto" w:fill="auto"/>
            <w:tcMar>
              <w:top w:w="40" w:type="dxa"/>
              <w:left w:w="60" w:type="dxa"/>
              <w:bottom w:w="40" w:type="dxa"/>
              <w:right w:w="60" w:type="dxa"/>
            </w:tcMar>
          </w:tcPr>
          <w:p w:rsidR="0059555F" w:rsidRPr="0059555F" w:rsidRDefault="0059555F" w:rsidP="0059555F">
            <w:pPr>
              <w:jc w:val="center"/>
              <w:rPr>
                <w:sz w:val="28"/>
                <w:szCs w:val="28"/>
              </w:rPr>
            </w:pPr>
            <w:r w:rsidRPr="0059555F">
              <w:rPr>
                <w:sz w:val="24"/>
                <w:szCs w:val="28"/>
              </w:rPr>
              <w:t>Hoạt động của học sinh</w:t>
            </w:r>
          </w:p>
        </w:tc>
      </w:tr>
      <w:tr w:rsidR="0059555F" w:rsidRPr="0059555F" w:rsidTr="00B35F9D">
        <w:trPr>
          <w:jc w:val="center"/>
        </w:trPr>
        <w:tc>
          <w:tcPr>
            <w:tcW w:w="10239" w:type="dxa"/>
            <w:gridSpan w:val="2"/>
            <w:tcBorders>
              <w:top w:val="single" w:sz="4" w:space="0" w:color="auto"/>
              <w:bottom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1. HĐ Khởi động (5’) – Mục tiêu: Tạo tâm thế cho HS và từng bước làm quen bài học.</w:t>
            </w:r>
          </w:p>
        </w:tc>
      </w:tr>
      <w:tr w:rsidR="0059555F" w:rsidRPr="0059555F" w:rsidTr="00B35F9D">
        <w:trPr>
          <w:jc w:val="center"/>
        </w:trPr>
        <w:tc>
          <w:tcPr>
            <w:tcW w:w="5326" w:type="dxa"/>
            <w:tcBorders>
              <w:top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tổ chức cho HS chơi trò chơi “Con số bí mật” theo lớp.</w:t>
            </w:r>
          </w:p>
          <w:p w:rsidR="0059555F" w:rsidRPr="0059555F" w:rsidRDefault="0059555F" w:rsidP="0059555F">
            <w:pPr>
              <w:rPr>
                <w:sz w:val="28"/>
                <w:szCs w:val="28"/>
              </w:rPr>
            </w:pPr>
            <w:r w:rsidRPr="0059555F">
              <w:rPr>
                <w:sz w:val="24"/>
                <w:szCs w:val="28"/>
              </w:rPr>
              <w:t>+ Cho 1 HS viết vào bảng con 1 số có ba chữ số rồi quay ngược lại cho các bạn không nhìn thấy.</w:t>
            </w:r>
          </w:p>
          <w:p w:rsidR="0059555F" w:rsidRPr="0059555F" w:rsidRDefault="0059555F" w:rsidP="0059555F">
            <w:pPr>
              <w:rPr>
                <w:sz w:val="28"/>
                <w:szCs w:val="28"/>
              </w:rPr>
            </w:pPr>
            <w:r w:rsidRPr="0059555F">
              <w:rPr>
                <w:sz w:val="24"/>
                <w:szCs w:val="28"/>
              </w:rPr>
              <w:t>+ Mời các bạn trong lớp đặt câu hỏi để đoán xem bạn đã viết số gì?</w:t>
            </w:r>
          </w:p>
          <w:p w:rsidR="0059555F" w:rsidRPr="0059555F" w:rsidRDefault="0059555F" w:rsidP="0059555F">
            <w:pPr>
              <w:rPr>
                <w:sz w:val="28"/>
                <w:szCs w:val="28"/>
              </w:rPr>
            </w:pPr>
            <w:r w:rsidRPr="0059555F">
              <w:rPr>
                <w:sz w:val="24"/>
                <w:szCs w:val="28"/>
              </w:rPr>
              <w:t>+ Ai giải mã được con số bí mật trước, người đó thắng cuộc.</w:t>
            </w:r>
          </w:p>
          <w:p w:rsidR="0059555F" w:rsidRPr="0059555F" w:rsidRDefault="0059555F" w:rsidP="0059555F">
            <w:pPr>
              <w:rPr>
                <w:sz w:val="28"/>
                <w:szCs w:val="28"/>
              </w:rPr>
            </w:pPr>
            <w:r w:rsidRPr="0059555F">
              <w:rPr>
                <w:sz w:val="24"/>
                <w:szCs w:val="28"/>
              </w:rPr>
              <w:t>- Tổ chức cho HS chơi.</w:t>
            </w:r>
          </w:p>
        </w:tc>
        <w:tc>
          <w:tcPr>
            <w:tcW w:w="4913" w:type="dxa"/>
            <w:tcBorders>
              <w:top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lắng nghe GV phổ biến luật chơi, cách chơi.</w:t>
            </w:r>
          </w:p>
          <w:p w:rsidR="0059555F" w:rsidRPr="0059555F" w:rsidRDefault="0059555F" w:rsidP="0059555F">
            <w:pPr>
              <w:rPr>
                <w:sz w:val="28"/>
                <w:szCs w:val="28"/>
              </w:rPr>
            </w:pPr>
            <w:r w:rsidRPr="0059555F">
              <w:rPr>
                <w:sz w:val="24"/>
                <w:szCs w:val="28"/>
              </w:rPr>
              <w:t>- HS chơi.</w:t>
            </w:r>
          </w:p>
        </w:tc>
      </w:tr>
      <w:tr w:rsidR="0059555F" w:rsidRPr="0059555F" w:rsidTr="00B35F9D">
        <w:trPr>
          <w:jc w:val="center"/>
        </w:trPr>
        <w:tc>
          <w:tcPr>
            <w:tcW w:w="5326"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nhận xét, khen HS.</w:t>
            </w:r>
          </w:p>
          <w:p w:rsidR="0059555F" w:rsidRPr="0059555F" w:rsidRDefault="0059555F" w:rsidP="0059555F">
            <w:pPr>
              <w:rPr>
                <w:sz w:val="28"/>
                <w:szCs w:val="28"/>
              </w:rPr>
            </w:pPr>
            <w:r w:rsidRPr="0059555F">
              <w:rPr>
                <w:sz w:val="24"/>
                <w:szCs w:val="28"/>
              </w:rPr>
              <w:t>- Chuyển vào bài mới. Giới thiệu bài.</w:t>
            </w:r>
          </w:p>
          <w:p w:rsidR="0059555F" w:rsidRPr="0059555F" w:rsidRDefault="0059555F" w:rsidP="0059555F">
            <w:pPr>
              <w:rPr>
                <w:sz w:val="28"/>
                <w:szCs w:val="28"/>
              </w:rPr>
            </w:pPr>
            <w:r w:rsidRPr="0059555F">
              <w:rPr>
                <w:sz w:val="24"/>
                <w:szCs w:val="28"/>
              </w:rPr>
              <w:t>- Ghi bảng tên bài.</w:t>
            </w:r>
          </w:p>
          <w:p w:rsidR="0059555F" w:rsidRPr="0059555F" w:rsidRDefault="0059555F" w:rsidP="0059555F">
            <w:pPr>
              <w:rPr>
                <w:sz w:val="28"/>
                <w:szCs w:val="28"/>
              </w:rPr>
            </w:pPr>
            <w:r w:rsidRPr="0059555F">
              <w:rPr>
                <w:sz w:val="24"/>
                <w:szCs w:val="28"/>
              </w:rPr>
              <w:t>- GV ghi tên bài: Viết số thành tổng các trăm, chục, đơn vị (tiết 1).</w:t>
            </w:r>
          </w:p>
        </w:tc>
        <w:tc>
          <w:tcPr>
            <w:tcW w:w="4913"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lắng nghe.</w:t>
            </w:r>
          </w:p>
          <w:p w:rsidR="0059555F" w:rsidRPr="0059555F" w:rsidRDefault="0059555F" w:rsidP="0059555F">
            <w:pPr>
              <w:rPr>
                <w:sz w:val="28"/>
                <w:szCs w:val="28"/>
              </w:rPr>
            </w:pPr>
            <w:r w:rsidRPr="0059555F">
              <w:rPr>
                <w:sz w:val="24"/>
                <w:szCs w:val="28"/>
              </w:rPr>
              <w:t>- Theo dõi.</w:t>
            </w:r>
          </w:p>
          <w:p w:rsidR="0059555F" w:rsidRPr="0059555F" w:rsidRDefault="0059555F" w:rsidP="0059555F">
            <w:pPr>
              <w:rPr>
                <w:sz w:val="28"/>
                <w:szCs w:val="28"/>
              </w:rPr>
            </w:pPr>
            <w:r w:rsidRPr="0059555F">
              <w:rPr>
                <w:sz w:val="24"/>
                <w:szCs w:val="28"/>
              </w:rPr>
              <w:t>- HS nhắc lại tên bài.</w:t>
            </w:r>
          </w:p>
        </w:tc>
      </w:tr>
      <w:tr w:rsidR="0059555F" w:rsidRPr="0059555F" w:rsidTr="00B35F9D">
        <w:trPr>
          <w:jc w:val="center"/>
        </w:trPr>
        <w:tc>
          <w:tcPr>
            <w:tcW w:w="10239" w:type="dxa"/>
            <w:gridSpan w:val="2"/>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2. Hình thành kiến thức mới – Mục tiêu: Giúp HS tự khám phá, phát hiện và chiếm lĩnh kiến thức mới.</w:t>
            </w:r>
          </w:p>
        </w:tc>
      </w:tr>
      <w:tr w:rsidR="0059555F" w:rsidRPr="0059555F" w:rsidTr="00B35F9D">
        <w:trPr>
          <w:jc w:val="center"/>
        </w:trPr>
        <w:tc>
          <w:tcPr>
            <w:tcW w:w="5326"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Nhắc lại cách viết và phân tích số:</w:t>
            </w:r>
          </w:p>
          <w:p w:rsidR="0059555F" w:rsidRPr="0059555F" w:rsidRDefault="0059555F" w:rsidP="0059555F">
            <w:pPr>
              <w:rPr>
                <w:sz w:val="28"/>
                <w:szCs w:val="28"/>
              </w:rPr>
            </w:pPr>
            <w:r w:rsidRPr="0059555F">
              <w:rPr>
                <w:sz w:val="24"/>
                <w:szCs w:val="28"/>
              </w:rPr>
              <w:t>- GV cùng HS nhắc lại cách viết một số có hai chữ số thành tổng các chục và đơn vị.</w:t>
            </w:r>
          </w:p>
        </w:tc>
        <w:tc>
          <w:tcPr>
            <w:tcW w:w="4913"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nhắc lại cách viết một số có hai chữ số thành tổng các chục và đơn vị.</w:t>
            </w:r>
          </w:p>
        </w:tc>
      </w:tr>
      <w:tr w:rsidR="0059555F" w:rsidRPr="0059555F" w:rsidTr="00B35F9D">
        <w:trPr>
          <w:jc w:val="center"/>
        </w:trPr>
        <w:tc>
          <w:tcPr>
            <w:tcW w:w="5326" w:type="dxa"/>
            <w:shd w:val="clear" w:color="auto" w:fill="auto"/>
            <w:tcMar>
              <w:top w:w="40" w:type="dxa"/>
              <w:left w:w="60" w:type="dxa"/>
              <w:bottom w:w="40" w:type="dxa"/>
              <w:right w:w="60" w:type="dxa"/>
            </w:tcMar>
          </w:tcPr>
          <w:p w:rsidR="00670669" w:rsidRPr="0059555F" w:rsidRDefault="0059555F" w:rsidP="0059555F">
            <w:pPr>
              <w:rPr>
                <w:sz w:val="28"/>
                <w:szCs w:val="28"/>
              </w:rPr>
            </w:pPr>
            <w:r w:rsidRPr="0059555F">
              <w:rPr>
                <w:sz w:val="24"/>
                <w:szCs w:val="28"/>
              </w:rPr>
              <w:t>* Hướng dẫn HS viết thành tổng các trăm, chục, đơn vị:</w:t>
            </w:r>
          </w:p>
          <w:p w:rsidR="0059555F" w:rsidRPr="0059555F" w:rsidRDefault="0059555F" w:rsidP="0059555F">
            <w:pPr>
              <w:rPr>
                <w:sz w:val="28"/>
                <w:szCs w:val="28"/>
              </w:rPr>
            </w:pPr>
            <w:r w:rsidRPr="0059555F">
              <w:rPr>
                <w:sz w:val="24"/>
                <w:szCs w:val="28"/>
              </w:rPr>
              <w:t>- GV gắn các nhóm hình vuông to, hình chữ nhật, hình vuông nhỏ biểu diễn số có ba chữ số lên bảng, yêu cầu HS viết cấu tạo số và số có ba chữ số tương ứng.</w:t>
            </w:r>
          </w:p>
          <w:p w:rsidR="0059555F" w:rsidRPr="0059555F" w:rsidRDefault="0059555F" w:rsidP="0059555F">
            <w:pPr>
              <w:rPr>
                <w:sz w:val="28"/>
                <w:szCs w:val="28"/>
              </w:rPr>
            </w:pPr>
            <w:r w:rsidRPr="0059555F">
              <w:rPr>
                <w:sz w:val="24"/>
                <w:szCs w:val="28"/>
              </w:rPr>
              <w:t>- GV hướng dẫn HS viết thành tổng các trăm, chục, đơn vị như SGK.</w:t>
            </w:r>
          </w:p>
        </w:tc>
        <w:tc>
          <w:tcPr>
            <w:tcW w:w="4913"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thực hiện: Từng cặp HS lên bảng thực hành. 1 HS đọc số, 1 HS viết lên bảng. Dưới lớp nhận xét, góp ý.</w:t>
            </w:r>
          </w:p>
          <w:p w:rsidR="0059555F" w:rsidRPr="0059555F" w:rsidRDefault="0059555F" w:rsidP="0059555F">
            <w:pPr>
              <w:rPr>
                <w:sz w:val="28"/>
                <w:szCs w:val="28"/>
              </w:rPr>
            </w:pPr>
            <w:r w:rsidRPr="0059555F">
              <w:rPr>
                <w:sz w:val="24"/>
                <w:szCs w:val="28"/>
              </w:rPr>
              <w:t>- HS theo dõi.</w:t>
            </w:r>
          </w:p>
        </w:tc>
      </w:tr>
      <w:tr w:rsidR="0059555F" w:rsidRPr="0059555F" w:rsidTr="00B35F9D">
        <w:trPr>
          <w:jc w:val="center"/>
        </w:trPr>
        <w:tc>
          <w:tcPr>
            <w:tcW w:w="5326"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yêu cầu HS lấy ví dụ các số có ba chữ số và viết thành tổng vào bảng con.</w:t>
            </w:r>
          </w:p>
          <w:p w:rsidR="0059555F" w:rsidRPr="0059555F" w:rsidRDefault="0059555F" w:rsidP="0059555F">
            <w:pPr>
              <w:rPr>
                <w:sz w:val="28"/>
                <w:szCs w:val="28"/>
              </w:rPr>
            </w:pPr>
            <w:r w:rsidRPr="0059555F">
              <w:rPr>
                <w:sz w:val="24"/>
                <w:szCs w:val="28"/>
              </w:rPr>
              <w:t>- GV nhận xét, biểu dương.</w:t>
            </w:r>
          </w:p>
        </w:tc>
        <w:tc>
          <w:tcPr>
            <w:tcW w:w="4913"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lấy ví dụ, làm bảng con.</w:t>
            </w:r>
          </w:p>
        </w:tc>
      </w:tr>
      <w:tr w:rsidR="0059555F" w:rsidRPr="0059555F" w:rsidTr="00B35F9D">
        <w:trPr>
          <w:jc w:val="center"/>
        </w:trPr>
        <w:tc>
          <w:tcPr>
            <w:tcW w:w="10239" w:type="dxa"/>
            <w:gridSpan w:val="2"/>
            <w:shd w:val="clear" w:color="auto" w:fill="auto"/>
            <w:tcMar>
              <w:top w:w="40" w:type="dxa"/>
              <w:left w:w="60" w:type="dxa"/>
              <w:bottom w:w="40" w:type="dxa"/>
              <w:right w:w="60" w:type="dxa"/>
            </w:tcMar>
          </w:tcPr>
          <w:p w:rsidR="00670669" w:rsidRDefault="00670669" w:rsidP="0059555F">
            <w:pPr>
              <w:rPr>
                <w:b/>
                <w:sz w:val="28"/>
                <w:szCs w:val="28"/>
              </w:rPr>
            </w:pPr>
            <w:r>
              <w:rPr>
                <w:b/>
                <w:sz w:val="24"/>
                <w:szCs w:val="28"/>
              </w:rPr>
              <w:t xml:space="preserve">3. Hoạt động </w:t>
            </w:r>
          </w:p>
          <w:p w:rsidR="0059555F" w:rsidRPr="0059555F" w:rsidRDefault="0059555F" w:rsidP="0059555F">
            <w:pPr>
              <w:rPr>
                <w:sz w:val="28"/>
                <w:szCs w:val="28"/>
              </w:rPr>
            </w:pPr>
            <w:r w:rsidRPr="0059555F">
              <w:rPr>
                <w:b/>
                <w:sz w:val="24"/>
                <w:szCs w:val="28"/>
              </w:rPr>
              <w:t xml:space="preserve"> Mục tiêu: HS thực hành kiến thức, kĩ năng vừa học qua các dạng bài tập.</w:t>
            </w:r>
          </w:p>
        </w:tc>
      </w:tr>
      <w:tr w:rsidR="0059555F" w:rsidRPr="0059555F" w:rsidTr="00B35F9D">
        <w:trPr>
          <w:jc w:val="center"/>
        </w:trPr>
        <w:tc>
          <w:tcPr>
            <w:tcW w:w="10239" w:type="dxa"/>
            <w:gridSpan w:val="2"/>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Bài 1</w:t>
            </w:r>
          </w:p>
        </w:tc>
      </w:tr>
      <w:tr w:rsidR="0059555F" w:rsidRPr="0059555F" w:rsidTr="00B35F9D">
        <w:trPr>
          <w:jc w:val="center"/>
        </w:trPr>
        <w:tc>
          <w:tcPr>
            <w:tcW w:w="5326"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cho HS đọc yêu cầu đề bài.</w:t>
            </w:r>
          </w:p>
          <w:p w:rsidR="00670669" w:rsidRPr="0059555F" w:rsidRDefault="0059555F" w:rsidP="0059555F">
            <w:pPr>
              <w:rPr>
                <w:sz w:val="28"/>
                <w:szCs w:val="28"/>
              </w:rPr>
            </w:pPr>
            <w:r w:rsidRPr="0059555F">
              <w:rPr>
                <w:sz w:val="24"/>
                <w:szCs w:val="28"/>
              </w:rPr>
              <w:t>- GV yêu cầu HS làm bài cá nhân.</w:t>
            </w:r>
          </w:p>
        </w:tc>
        <w:tc>
          <w:tcPr>
            <w:tcW w:w="4913" w:type="dxa"/>
            <w:shd w:val="clear" w:color="auto" w:fill="auto"/>
            <w:tcMar>
              <w:top w:w="40" w:type="dxa"/>
              <w:left w:w="60" w:type="dxa"/>
              <w:bottom w:w="40" w:type="dxa"/>
              <w:right w:w="60" w:type="dxa"/>
            </w:tcMar>
          </w:tcPr>
          <w:p w:rsidR="0059555F" w:rsidRPr="0059555F" w:rsidRDefault="0059555F" w:rsidP="00670669">
            <w:pPr>
              <w:rPr>
                <w:sz w:val="28"/>
                <w:szCs w:val="28"/>
              </w:rPr>
            </w:pPr>
            <w:r w:rsidRPr="0059555F">
              <w:rPr>
                <w:sz w:val="24"/>
                <w:szCs w:val="28"/>
              </w:rPr>
              <w:t>- HS đọc yêu cầu đề bài.</w:t>
            </w:r>
          </w:p>
          <w:p w:rsidR="0059555F" w:rsidRPr="0059555F" w:rsidRDefault="0059555F" w:rsidP="00670669">
            <w:pPr>
              <w:rPr>
                <w:sz w:val="28"/>
                <w:szCs w:val="28"/>
              </w:rPr>
            </w:pPr>
            <w:r w:rsidRPr="0059555F">
              <w:rPr>
                <w:sz w:val="24"/>
                <w:szCs w:val="28"/>
              </w:rPr>
              <w:t>- HS làm bài.</w:t>
            </w:r>
          </w:p>
        </w:tc>
      </w:tr>
      <w:tr w:rsidR="0059555F" w:rsidRPr="0059555F" w:rsidTr="00B35F9D">
        <w:trPr>
          <w:jc w:val="center"/>
        </w:trPr>
        <w:tc>
          <w:tcPr>
            <w:tcW w:w="5326"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Tổ chức chữa bài qua trò chơi: “Ai nhanh, ai đúng”.</w:t>
            </w:r>
          </w:p>
          <w:p w:rsidR="0059555F" w:rsidRPr="0059555F" w:rsidRDefault="0059555F" w:rsidP="0059555F">
            <w:pPr>
              <w:rPr>
                <w:sz w:val="28"/>
                <w:szCs w:val="28"/>
              </w:rPr>
            </w:pPr>
            <w:r w:rsidRPr="0059555F">
              <w:rPr>
                <w:sz w:val="24"/>
                <w:szCs w:val="28"/>
              </w:rPr>
              <w:t xml:space="preserve">+ GV phổ biến luật chơi, cách chơi: GV chia lớp thành 2 đội, mỗi đội cử 4 người chơi, xếp thành hàng, khi nghe hiệu lệnh “Bắt đầu”, HS lần lượt cầm những tấm thẻ được viết thành tổng giúp các bạn nhím được ngôi nhà nấm tương ứng. Các đội thi trong 2 phút. Đội nào làm nhanh và chính xác thì đội đó giành </w:t>
            </w:r>
            <w:r w:rsidRPr="0059555F">
              <w:rPr>
                <w:sz w:val="24"/>
                <w:szCs w:val="28"/>
              </w:rPr>
              <w:lastRenderedPageBreak/>
              <w:t>chiến thắng.</w:t>
            </w:r>
          </w:p>
          <w:p w:rsidR="0059555F" w:rsidRPr="0059555F" w:rsidRDefault="0059555F" w:rsidP="0059555F">
            <w:pPr>
              <w:rPr>
                <w:sz w:val="28"/>
                <w:szCs w:val="28"/>
              </w:rPr>
            </w:pPr>
            <w:r w:rsidRPr="0059555F">
              <w:rPr>
                <w:sz w:val="24"/>
                <w:szCs w:val="28"/>
              </w:rPr>
              <w:t>+ Tổ chức cho HS chơi.</w:t>
            </w:r>
          </w:p>
          <w:p w:rsidR="0059555F" w:rsidRPr="0059555F" w:rsidRDefault="0059555F" w:rsidP="0059555F">
            <w:pPr>
              <w:rPr>
                <w:sz w:val="28"/>
                <w:szCs w:val="28"/>
              </w:rPr>
            </w:pPr>
            <w:r w:rsidRPr="0059555F">
              <w:rPr>
                <w:sz w:val="24"/>
                <w:szCs w:val="28"/>
              </w:rPr>
              <w:t>? Vì sao ngôi nhà nấm 840 lại là nhà của chú nhím có tấm bảng 800 + 40?</w:t>
            </w:r>
          </w:p>
          <w:p w:rsidR="0059555F" w:rsidRPr="0059555F" w:rsidRDefault="0059555F" w:rsidP="0059555F">
            <w:pPr>
              <w:rPr>
                <w:sz w:val="28"/>
                <w:szCs w:val="28"/>
              </w:rPr>
            </w:pPr>
            <w:r w:rsidRPr="0059555F">
              <w:rPr>
                <w:sz w:val="24"/>
                <w:szCs w:val="28"/>
              </w:rPr>
              <w:t>? Vì sao chú nhím có tấm bảng 400 + 8 lại ở ngôi nhà 408?</w:t>
            </w:r>
          </w:p>
          <w:p w:rsidR="0059555F" w:rsidRPr="0059555F" w:rsidRDefault="0059555F" w:rsidP="0059555F">
            <w:pPr>
              <w:rPr>
                <w:sz w:val="28"/>
                <w:szCs w:val="28"/>
              </w:rPr>
            </w:pPr>
            <w:r w:rsidRPr="0059555F">
              <w:rPr>
                <w:sz w:val="24"/>
                <w:szCs w:val="28"/>
              </w:rPr>
              <w:t>+ Nhận xét, tuyên dương đội chơi thắng.</w:t>
            </w:r>
          </w:p>
        </w:tc>
        <w:tc>
          <w:tcPr>
            <w:tcW w:w="4913"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lastRenderedPageBreak/>
              <w:t>- HS lên chữa bài theo hình thức trò chơi.</w:t>
            </w:r>
          </w:p>
          <w:p w:rsidR="0059555F" w:rsidRPr="0059555F" w:rsidRDefault="0059555F" w:rsidP="0059555F">
            <w:pPr>
              <w:rPr>
                <w:sz w:val="28"/>
                <w:szCs w:val="28"/>
              </w:rPr>
            </w:pPr>
            <w:r w:rsidRPr="0059555F">
              <w:rPr>
                <w:sz w:val="24"/>
                <w:szCs w:val="28"/>
              </w:rPr>
              <w:t>- HS trả lời.</w:t>
            </w:r>
          </w:p>
          <w:p w:rsidR="0059555F" w:rsidRPr="0059555F" w:rsidRDefault="0059555F" w:rsidP="0059555F">
            <w:pPr>
              <w:rPr>
                <w:sz w:val="28"/>
                <w:szCs w:val="28"/>
              </w:rPr>
            </w:pPr>
            <w:r w:rsidRPr="0059555F">
              <w:rPr>
                <w:sz w:val="24"/>
                <w:szCs w:val="28"/>
              </w:rPr>
              <w:t>- HS lắng nghe.</w:t>
            </w:r>
          </w:p>
        </w:tc>
      </w:tr>
      <w:tr w:rsidR="0059555F" w:rsidRPr="0059555F" w:rsidTr="00B35F9D">
        <w:trPr>
          <w:jc w:val="center"/>
        </w:trPr>
        <w:tc>
          <w:tcPr>
            <w:tcW w:w="5326"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lastRenderedPageBreak/>
              <w:t>GV lưu ý: Số có ba chữ số mà có số chục hay số đơn vị là 0, ta không cần viết số hạng đó trong tổng.</w:t>
            </w:r>
          </w:p>
        </w:tc>
        <w:tc>
          <w:tcPr>
            <w:tcW w:w="4913"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lắng nghe.</w:t>
            </w:r>
          </w:p>
        </w:tc>
      </w:tr>
      <w:tr w:rsidR="0059555F" w:rsidRPr="0059555F" w:rsidTr="00B35F9D">
        <w:trPr>
          <w:jc w:val="center"/>
        </w:trPr>
        <w:tc>
          <w:tcPr>
            <w:tcW w:w="10239" w:type="dxa"/>
            <w:gridSpan w:val="2"/>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Bài 2</w:t>
            </w:r>
          </w:p>
        </w:tc>
      </w:tr>
      <w:tr w:rsidR="0059555F" w:rsidRPr="0059555F" w:rsidTr="00B35F9D">
        <w:trPr>
          <w:jc w:val="center"/>
        </w:trPr>
        <w:tc>
          <w:tcPr>
            <w:tcW w:w="5326"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GV cho HS đọc yêu cầu đề bài.</w:t>
            </w:r>
          </w:p>
          <w:p w:rsidR="0059555F" w:rsidRPr="0059555F" w:rsidRDefault="0059555F" w:rsidP="0059555F">
            <w:pPr>
              <w:rPr>
                <w:sz w:val="28"/>
                <w:szCs w:val="28"/>
              </w:rPr>
            </w:pPr>
            <w:r w:rsidRPr="0059555F">
              <w:rPr>
                <w:sz w:val="24"/>
                <w:szCs w:val="28"/>
              </w:rPr>
              <w:t>- GV cho HS làm vở, 2 HS lên bảng.</w:t>
            </w:r>
          </w:p>
          <w:p w:rsidR="0059555F" w:rsidRPr="0059555F" w:rsidRDefault="0059555F" w:rsidP="0059555F">
            <w:pPr>
              <w:rPr>
                <w:sz w:val="28"/>
                <w:szCs w:val="28"/>
              </w:rPr>
            </w:pPr>
            <w:r w:rsidRPr="0059555F">
              <w:rPr>
                <w:sz w:val="24"/>
                <w:szCs w:val="28"/>
              </w:rPr>
              <w:t>- GV gọi HS nhận xét.</w:t>
            </w:r>
          </w:p>
          <w:p w:rsidR="0059555F" w:rsidRPr="0059555F" w:rsidRDefault="0059555F" w:rsidP="0059555F">
            <w:pPr>
              <w:rPr>
                <w:sz w:val="28"/>
                <w:szCs w:val="28"/>
              </w:rPr>
            </w:pPr>
            <w:r w:rsidRPr="0059555F">
              <w:rPr>
                <w:sz w:val="24"/>
                <w:szCs w:val="28"/>
              </w:rPr>
              <w:t>- GV nhận xét, chốt.</w:t>
            </w:r>
          </w:p>
          <w:p w:rsidR="0059555F" w:rsidRPr="0059555F" w:rsidRDefault="0059555F" w:rsidP="0059555F">
            <w:pPr>
              <w:rPr>
                <w:sz w:val="28"/>
                <w:szCs w:val="28"/>
              </w:rPr>
            </w:pPr>
            <w:r w:rsidRPr="0059555F">
              <w:rPr>
                <w:sz w:val="24"/>
                <w:szCs w:val="28"/>
              </w:rPr>
              <w:t>GV lưu ý: Số có ba chữ số mà có số chục hay số đơn vị là 0, ta không cần viết số hạng đó trong tổng.</w:t>
            </w:r>
          </w:p>
        </w:tc>
        <w:tc>
          <w:tcPr>
            <w:tcW w:w="4913" w:type="dxa"/>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đọc yêu cầu đề bài.</w:t>
            </w:r>
          </w:p>
          <w:p w:rsidR="0059555F" w:rsidRPr="0059555F" w:rsidRDefault="0059555F" w:rsidP="0059555F">
            <w:pPr>
              <w:rPr>
                <w:sz w:val="28"/>
                <w:szCs w:val="28"/>
              </w:rPr>
            </w:pPr>
            <w:r w:rsidRPr="0059555F">
              <w:rPr>
                <w:sz w:val="24"/>
                <w:szCs w:val="28"/>
              </w:rPr>
              <w:t>- HS làm vở, 2 HS làm bảng lớp.</w:t>
            </w:r>
          </w:p>
          <w:p w:rsidR="0059555F" w:rsidRPr="0059555F" w:rsidRDefault="0059555F" w:rsidP="0059555F">
            <w:pPr>
              <w:rPr>
                <w:sz w:val="28"/>
                <w:szCs w:val="28"/>
              </w:rPr>
            </w:pPr>
            <w:r w:rsidRPr="0059555F">
              <w:rPr>
                <w:sz w:val="24"/>
                <w:szCs w:val="28"/>
              </w:rPr>
              <w:t>139 = 100 + 30 + 9</w:t>
            </w:r>
          </w:p>
          <w:p w:rsidR="0059555F" w:rsidRPr="0059555F" w:rsidRDefault="0059555F" w:rsidP="0059555F">
            <w:pPr>
              <w:rPr>
                <w:sz w:val="28"/>
                <w:szCs w:val="28"/>
              </w:rPr>
            </w:pPr>
            <w:r w:rsidRPr="0059555F">
              <w:rPr>
                <w:sz w:val="24"/>
                <w:szCs w:val="28"/>
              </w:rPr>
              <w:t>765 = 700 + 60 + 5</w:t>
            </w:r>
          </w:p>
          <w:p w:rsidR="0059555F" w:rsidRPr="0059555F" w:rsidRDefault="0059555F" w:rsidP="0059555F">
            <w:pPr>
              <w:rPr>
                <w:sz w:val="28"/>
                <w:szCs w:val="28"/>
              </w:rPr>
            </w:pPr>
            <w:r w:rsidRPr="0059555F">
              <w:rPr>
                <w:sz w:val="24"/>
                <w:szCs w:val="28"/>
              </w:rPr>
              <w:t>992 = 900 + 90 + 2</w:t>
            </w:r>
          </w:p>
          <w:p w:rsidR="0059555F" w:rsidRPr="0059555F" w:rsidRDefault="0059555F" w:rsidP="0059555F">
            <w:pPr>
              <w:rPr>
                <w:sz w:val="28"/>
                <w:szCs w:val="28"/>
              </w:rPr>
            </w:pPr>
            <w:r w:rsidRPr="0059555F">
              <w:rPr>
                <w:sz w:val="24"/>
                <w:szCs w:val="28"/>
              </w:rPr>
              <w:t>360 = 300 + 60</w:t>
            </w:r>
          </w:p>
          <w:p w:rsidR="0059555F" w:rsidRPr="0059555F" w:rsidRDefault="0059555F" w:rsidP="0059555F">
            <w:pPr>
              <w:rPr>
                <w:sz w:val="28"/>
                <w:szCs w:val="28"/>
              </w:rPr>
            </w:pPr>
            <w:r w:rsidRPr="0059555F">
              <w:rPr>
                <w:sz w:val="24"/>
                <w:szCs w:val="28"/>
              </w:rPr>
              <w:t>607 = 600 + 7</w:t>
            </w:r>
          </w:p>
          <w:p w:rsidR="0059555F" w:rsidRPr="0059555F" w:rsidRDefault="0059555F" w:rsidP="0059555F">
            <w:pPr>
              <w:rPr>
                <w:sz w:val="28"/>
                <w:szCs w:val="28"/>
              </w:rPr>
            </w:pPr>
            <w:r w:rsidRPr="0059555F">
              <w:rPr>
                <w:sz w:val="24"/>
                <w:szCs w:val="28"/>
              </w:rPr>
              <w:t>- HS nhận xét.</w:t>
            </w:r>
          </w:p>
          <w:p w:rsidR="0059555F" w:rsidRPr="0059555F" w:rsidRDefault="0059555F" w:rsidP="0059555F">
            <w:pPr>
              <w:rPr>
                <w:sz w:val="28"/>
                <w:szCs w:val="28"/>
              </w:rPr>
            </w:pPr>
            <w:r w:rsidRPr="0059555F">
              <w:rPr>
                <w:sz w:val="24"/>
                <w:szCs w:val="28"/>
              </w:rPr>
              <w:t>- HS lắng nghe.</w:t>
            </w:r>
          </w:p>
        </w:tc>
      </w:tr>
      <w:tr w:rsidR="0059555F" w:rsidRPr="0059555F" w:rsidTr="00B35F9D">
        <w:trPr>
          <w:jc w:val="center"/>
        </w:trPr>
        <w:tc>
          <w:tcPr>
            <w:tcW w:w="10239" w:type="dxa"/>
            <w:gridSpan w:val="2"/>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b/>
                <w:sz w:val="24"/>
                <w:szCs w:val="28"/>
              </w:rPr>
              <w:t>Bài 3</w:t>
            </w:r>
          </w:p>
        </w:tc>
      </w:tr>
      <w:tr w:rsidR="0059555F" w:rsidRPr="0059555F" w:rsidTr="00B35F9D">
        <w:trPr>
          <w:jc w:val="center"/>
        </w:trPr>
        <w:tc>
          <w:tcPr>
            <w:tcW w:w="5326" w:type="dxa"/>
            <w:tcBorders>
              <w:bottom w:val="single" w:sz="4" w:space="0" w:color="auto"/>
            </w:tcBorders>
            <w:shd w:val="clear" w:color="auto" w:fill="auto"/>
            <w:tcMar>
              <w:top w:w="40" w:type="dxa"/>
              <w:left w:w="60" w:type="dxa"/>
              <w:bottom w:w="40" w:type="dxa"/>
              <w:right w:w="60" w:type="dxa"/>
            </w:tcMar>
          </w:tcPr>
          <w:p w:rsidR="0059555F" w:rsidRDefault="0059555F" w:rsidP="00670669">
            <w:pPr>
              <w:rPr>
                <w:sz w:val="28"/>
                <w:szCs w:val="28"/>
              </w:rPr>
            </w:pPr>
            <w:r w:rsidRPr="0059555F">
              <w:rPr>
                <w:sz w:val="24"/>
                <w:szCs w:val="28"/>
              </w:rPr>
              <w:t>- Gọi HS đọc yêu cầu bài toán.</w:t>
            </w:r>
          </w:p>
          <w:p w:rsidR="00670669" w:rsidRPr="0059555F" w:rsidRDefault="00670669" w:rsidP="00670669">
            <w:pPr>
              <w:rPr>
                <w:sz w:val="28"/>
                <w:szCs w:val="28"/>
              </w:rPr>
            </w:pPr>
          </w:p>
          <w:p w:rsidR="0059555F" w:rsidRPr="0059555F" w:rsidRDefault="0059555F" w:rsidP="00670669">
            <w:pPr>
              <w:rPr>
                <w:sz w:val="28"/>
                <w:szCs w:val="28"/>
              </w:rPr>
            </w:pPr>
            <w:r w:rsidRPr="0059555F">
              <w:rPr>
                <w:sz w:val="24"/>
                <w:szCs w:val="28"/>
              </w:rPr>
              <w:t>- GV lưu ý HS: Số giỏ tương ứng với số trăm, số túi tương ứng với số chục, số hạt dẻ bên ngoài tương ứng với số đơn vị.</w:t>
            </w:r>
          </w:p>
          <w:p w:rsidR="0059555F" w:rsidRPr="0059555F" w:rsidRDefault="0059555F" w:rsidP="00670669">
            <w:pPr>
              <w:rPr>
                <w:sz w:val="28"/>
                <w:szCs w:val="28"/>
              </w:rPr>
            </w:pPr>
            <w:r w:rsidRPr="0059555F">
              <w:rPr>
                <w:sz w:val="24"/>
                <w:szCs w:val="28"/>
              </w:rPr>
              <w:t>- GV hướng dẫn mẫu phần a.</w:t>
            </w:r>
          </w:p>
          <w:p w:rsidR="0059555F" w:rsidRPr="0059555F" w:rsidRDefault="0059555F" w:rsidP="00670669">
            <w:pPr>
              <w:rPr>
                <w:sz w:val="28"/>
                <w:szCs w:val="28"/>
              </w:rPr>
            </w:pPr>
            <w:r w:rsidRPr="0059555F">
              <w:rPr>
                <w:sz w:val="24"/>
                <w:szCs w:val="28"/>
              </w:rPr>
              <w:t>- Yêu cầu HS làm các phần còn lại, đổi chéo vở kiểm tra.</w:t>
            </w:r>
          </w:p>
          <w:p w:rsidR="0059555F" w:rsidRPr="0059555F" w:rsidRDefault="0059555F" w:rsidP="00670669">
            <w:pPr>
              <w:rPr>
                <w:sz w:val="28"/>
                <w:szCs w:val="28"/>
              </w:rPr>
            </w:pPr>
            <w:r w:rsidRPr="0059555F">
              <w:rPr>
                <w:sz w:val="24"/>
                <w:szCs w:val="28"/>
              </w:rPr>
              <w:t>- GV chốt đáp án.</w:t>
            </w:r>
          </w:p>
          <w:p w:rsidR="0059555F" w:rsidRPr="0059555F" w:rsidRDefault="0059555F" w:rsidP="00670669">
            <w:pPr>
              <w:rPr>
                <w:sz w:val="28"/>
                <w:szCs w:val="28"/>
              </w:rPr>
            </w:pPr>
            <w:r w:rsidRPr="0059555F">
              <w:rPr>
                <w:sz w:val="24"/>
                <w:szCs w:val="28"/>
              </w:rPr>
              <w:t>- Nhận xét, biểu dương.</w:t>
            </w:r>
          </w:p>
        </w:tc>
        <w:tc>
          <w:tcPr>
            <w:tcW w:w="4913" w:type="dxa"/>
            <w:tcBorders>
              <w:bottom w:val="single" w:sz="4" w:space="0" w:color="auto"/>
            </w:tcBorders>
            <w:shd w:val="clear" w:color="auto" w:fill="auto"/>
            <w:tcMar>
              <w:top w:w="40" w:type="dxa"/>
              <w:left w:w="60" w:type="dxa"/>
              <w:bottom w:w="40" w:type="dxa"/>
              <w:right w:w="60" w:type="dxa"/>
            </w:tcMar>
          </w:tcPr>
          <w:p w:rsidR="0059555F" w:rsidRDefault="0059555F" w:rsidP="00670669">
            <w:pPr>
              <w:rPr>
                <w:sz w:val="28"/>
                <w:szCs w:val="28"/>
              </w:rPr>
            </w:pPr>
            <w:r w:rsidRPr="0059555F">
              <w:rPr>
                <w:sz w:val="24"/>
                <w:szCs w:val="28"/>
              </w:rPr>
              <w:t>- HS đọc yêu cầu đề bài.</w:t>
            </w:r>
          </w:p>
          <w:p w:rsidR="0059555F" w:rsidRPr="0059555F" w:rsidRDefault="0059555F" w:rsidP="00670669">
            <w:pPr>
              <w:rPr>
                <w:sz w:val="28"/>
                <w:szCs w:val="28"/>
              </w:rPr>
            </w:pPr>
            <w:r w:rsidRPr="0059555F">
              <w:rPr>
                <w:sz w:val="24"/>
                <w:szCs w:val="28"/>
              </w:rPr>
              <w:t>- HS lắng nghe, quan sát mẫu.</w:t>
            </w:r>
          </w:p>
          <w:p w:rsidR="0059555F" w:rsidRPr="0059555F" w:rsidRDefault="0059555F" w:rsidP="00670669">
            <w:pPr>
              <w:rPr>
                <w:sz w:val="28"/>
                <w:szCs w:val="28"/>
              </w:rPr>
            </w:pPr>
            <w:r w:rsidRPr="0059555F">
              <w:rPr>
                <w:sz w:val="24"/>
                <w:szCs w:val="28"/>
              </w:rPr>
              <w:t>- HS làm VBT.</w:t>
            </w:r>
          </w:p>
          <w:p w:rsidR="0059555F" w:rsidRPr="0059555F" w:rsidRDefault="0059555F" w:rsidP="00670669">
            <w:pPr>
              <w:rPr>
                <w:sz w:val="28"/>
                <w:szCs w:val="28"/>
              </w:rPr>
            </w:pPr>
            <w:r w:rsidRPr="0059555F">
              <w:rPr>
                <w:sz w:val="24"/>
                <w:szCs w:val="28"/>
              </w:rPr>
              <w:t>- HS nêu và chữa bài:</w:t>
            </w:r>
          </w:p>
          <w:p w:rsidR="0059555F" w:rsidRPr="0059555F" w:rsidRDefault="0059555F" w:rsidP="00670669">
            <w:pPr>
              <w:rPr>
                <w:sz w:val="28"/>
                <w:szCs w:val="28"/>
              </w:rPr>
            </w:pPr>
            <w:r w:rsidRPr="0059555F">
              <w:rPr>
                <w:sz w:val="24"/>
                <w:szCs w:val="28"/>
              </w:rPr>
              <w:t>+ Hôm qua Sóc nhặt được 132 hạt dẻ.</w:t>
            </w:r>
          </w:p>
          <w:p w:rsidR="0059555F" w:rsidRPr="0059555F" w:rsidRDefault="0059555F" w:rsidP="00670669">
            <w:pPr>
              <w:rPr>
                <w:sz w:val="28"/>
                <w:szCs w:val="28"/>
              </w:rPr>
            </w:pPr>
            <w:r w:rsidRPr="0059555F">
              <w:rPr>
                <w:sz w:val="24"/>
                <w:szCs w:val="28"/>
              </w:rPr>
              <w:t>+ Hôm nay Sóc nhặt được 213 hạt dẻ.</w:t>
            </w:r>
          </w:p>
          <w:p w:rsidR="0059555F" w:rsidRPr="0059555F" w:rsidRDefault="0059555F" w:rsidP="00670669">
            <w:pPr>
              <w:rPr>
                <w:sz w:val="28"/>
                <w:szCs w:val="28"/>
              </w:rPr>
            </w:pPr>
            <w:r w:rsidRPr="0059555F">
              <w:rPr>
                <w:sz w:val="24"/>
                <w:szCs w:val="28"/>
              </w:rPr>
              <w:t>+ Ngày mai Sóc cần 3 giỏ 1 túi hạt dẻ.</w:t>
            </w:r>
          </w:p>
          <w:p w:rsidR="0059555F" w:rsidRPr="0059555F" w:rsidRDefault="0059555F" w:rsidP="00670669">
            <w:pPr>
              <w:rPr>
                <w:sz w:val="28"/>
                <w:szCs w:val="28"/>
              </w:rPr>
            </w:pPr>
            <w:r w:rsidRPr="0059555F">
              <w:rPr>
                <w:sz w:val="24"/>
                <w:szCs w:val="28"/>
              </w:rPr>
              <w:t>- HS làm bài cá nhân, đổi vở kiểm tra.</w:t>
            </w:r>
          </w:p>
          <w:p w:rsidR="0059555F" w:rsidRPr="0059555F" w:rsidRDefault="0059555F" w:rsidP="00670669">
            <w:pPr>
              <w:rPr>
                <w:sz w:val="28"/>
                <w:szCs w:val="28"/>
              </w:rPr>
            </w:pPr>
            <w:r w:rsidRPr="0059555F">
              <w:rPr>
                <w:sz w:val="24"/>
                <w:szCs w:val="28"/>
              </w:rPr>
              <w:t>- HS lắng nghe.</w:t>
            </w:r>
          </w:p>
        </w:tc>
      </w:tr>
      <w:tr w:rsidR="0059555F" w:rsidRPr="0059555F" w:rsidTr="00B35F9D">
        <w:trPr>
          <w:jc w:val="center"/>
        </w:trPr>
        <w:tc>
          <w:tcPr>
            <w:tcW w:w="10239" w:type="dxa"/>
            <w:gridSpan w:val="2"/>
            <w:tcBorders>
              <w:top w:val="single" w:sz="4" w:space="0" w:color="auto"/>
              <w:bottom w:val="single" w:sz="4" w:space="0" w:color="auto"/>
            </w:tcBorders>
            <w:shd w:val="clear" w:color="auto" w:fill="auto"/>
            <w:tcMar>
              <w:top w:w="40" w:type="dxa"/>
              <w:left w:w="60" w:type="dxa"/>
              <w:bottom w:w="40" w:type="dxa"/>
              <w:right w:w="60" w:type="dxa"/>
            </w:tcMar>
          </w:tcPr>
          <w:p w:rsidR="0059555F" w:rsidRDefault="0059555F" w:rsidP="0059555F">
            <w:pPr>
              <w:rPr>
                <w:b/>
                <w:sz w:val="28"/>
                <w:szCs w:val="28"/>
              </w:rPr>
            </w:pPr>
            <w:bookmarkStart w:id="0" w:name="_GoBack"/>
            <w:r w:rsidRPr="0059555F">
              <w:rPr>
                <w:b/>
                <w:sz w:val="24"/>
                <w:szCs w:val="28"/>
              </w:rPr>
              <w:t>4. HĐ Vận dụng, trải nghiệm</w:t>
            </w:r>
          </w:p>
          <w:p w:rsidR="00670669" w:rsidRPr="0059555F" w:rsidRDefault="00670669" w:rsidP="0059555F">
            <w:pPr>
              <w:rPr>
                <w:sz w:val="28"/>
                <w:szCs w:val="28"/>
              </w:rPr>
            </w:pPr>
            <w:r w:rsidRPr="0059555F">
              <w:rPr>
                <w:b/>
                <w:sz w:val="24"/>
                <w:szCs w:val="28"/>
              </w:rPr>
              <w:t>Mục tiêu: Vận dụng bài học vào giải quyết các vấn đề trong cuộc sống.</w:t>
            </w:r>
          </w:p>
        </w:tc>
      </w:tr>
      <w:bookmarkEnd w:id="0"/>
      <w:tr w:rsidR="0059555F" w:rsidRPr="0059555F" w:rsidTr="00B35F9D">
        <w:trPr>
          <w:jc w:val="center"/>
        </w:trPr>
        <w:tc>
          <w:tcPr>
            <w:tcW w:w="5326" w:type="dxa"/>
            <w:tcBorders>
              <w:top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Hôm nay, chúng ta học bài gì?</w:t>
            </w:r>
          </w:p>
          <w:p w:rsidR="0059555F" w:rsidRPr="0059555F" w:rsidRDefault="0059555F" w:rsidP="0059555F">
            <w:pPr>
              <w:rPr>
                <w:sz w:val="28"/>
                <w:szCs w:val="28"/>
              </w:rPr>
            </w:pPr>
            <w:r w:rsidRPr="0059555F">
              <w:rPr>
                <w:sz w:val="24"/>
                <w:szCs w:val="28"/>
              </w:rPr>
              <w:t>- GV cho HS nhắc lại cách viết số có ba chữ số thành tổng các trăm, chục, đơn vị.</w:t>
            </w:r>
          </w:p>
          <w:p w:rsidR="0059555F" w:rsidRPr="0059555F" w:rsidRDefault="0059555F" w:rsidP="0059555F">
            <w:pPr>
              <w:rPr>
                <w:sz w:val="28"/>
                <w:szCs w:val="28"/>
              </w:rPr>
            </w:pPr>
            <w:r w:rsidRPr="0059555F">
              <w:rPr>
                <w:sz w:val="24"/>
                <w:szCs w:val="28"/>
              </w:rPr>
              <w:t>- Nhận xét giờ học, khen ngợi, động viên HS.</w:t>
            </w:r>
          </w:p>
          <w:p w:rsidR="0059555F" w:rsidRPr="0059555F" w:rsidRDefault="0059555F" w:rsidP="0059555F">
            <w:pPr>
              <w:rPr>
                <w:sz w:val="28"/>
                <w:szCs w:val="28"/>
              </w:rPr>
            </w:pPr>
            <w:r w:rsidRPr="0059555F">
              <w:rPr>
                <w:sz w:val="24"/>
                <w:szCs w:val="28"/>
              </w:rPr>
              <w:t>- Chuẩn bị bài tiếp theo.</w:t>
            </w:r>
          </w:p>
        </w:tc>
        <w:tc>
          <w:tcPr>
            <w:tcW w:w="4913" w:type="dxa"/>
            <w:tcBorders>
              <w:top w:val="single" w:sz="4" w:space="0" w:color="auto"/>
            </w:tcBorders>
            <w:shd w:val="clear" w:color="auto" w:fill="auto"/>
            <w:tcMar>
              <w:top w:w="40" w:type="dxa"/>
              <w:left w:w="60" w:type="dxa"/>
              <w:bottom w:w="40" w:type="dxa"/>
              <w:right w:w="60" w:type="dxa"/>
            </w:tcMar>
          </w:tcPr>
          <w:p w:rsidR="0059555F" w:rsidRPr="0059555F" w:rsidRDefault="0059555F" w:rsidP="0059555F">
            <w:pPr>
              <w:rPr>
                <w:sz w:val="28"/>
                <w:szCs w:val="28"/>
              </w:rPr>
            </w:pPr>
            <w:r w:rsidRPr="0059555F">
              <w:rPr>
                <w:sz w:val="24"/>
                <w:szCs w:val="28"/>
              </w:rPr>
              <w:t>- HS trả lời.</w:t>
            </w:r>
          </w:p>
          <w:p w:rsidR="0059555F" w:rsidRPr="0059555F" w:rsidRDefault="0059555F" w:rsidP="0059555F">
            <w:pPr>
              <w:rPr>
                <w:sz w:val="28"/>
                <w:szCs w:val="28"/>
              </w:rPr>
            </w:pPr>
            <w:r w:rsidRPr="0059555F">
              <w:rPr>
                <w:sz w:val="24"/>
                <w:szCs w:val="28"/>
              </w:rPr>
              <w:t>- HS lắng nghe.</w:t>
            </w:r>
          </w:p>
          <w:p w:rsidR="0059555F" w:rsidRPr="0059555F" w:rsidRDefault="0059555F" w:rsidP="0059555F">
            <w:pPr>
              <w:rPr>
                <w:sz w:val="28"/>
                <w:szCs w:val="28"/>
              </w:rPr>
            </w:pPr>
            <w:r w:rsidRPr="0059555F">
              <w:rPr>
                <w:sz w:val="24"/>
                <w:szCs w:val="28"/>
              </w:rPr>
              <w:t>- HS lắng nghe.</w:t>
            </w:r>
          </w:p>
        </w:tc>
      </w:tr>
    </w:tbl>
    <w:p w:rsidR="0059555F" w:rsidRPr="0059555F" w:rsidRDefault="0059555F" w:rsidP="0059555F">
      <w:pPr>
        <w:spacing w:after="0" w:line="240" w:lineRule="auto"/>
        <w:rPr>
          <w:sz w:val="28"/>
          <w:szCs w:val="28"/>
        </w:rPr>
      </w:pPr>
    </w:p>
    <w:p w:rsidR="0059555F" w:rsidRPr="0059555F" w:rsidRDefault="0059555F">
      <w:pPr>
        <w:spacing w:after="0" w:line="240" w:lineRule="auto"/>
        <w:rPr>
          <w:sz w:val="28"/>
          <w:szCs w:val="28"/>
        </w:rPr>
      </w:pPr>
    </w:p>
    <w:sectPr w:rsidR="0059555F" w:rsidRPr="0059555F" w:rsidSect="00034616">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5"/>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501A6D"/>
    <w:rsid w:val="0059555F"/>
    <w:rsid w:val="005B7F93"/>
    <w:rsid w:val="00670669"/>
    <w:rsid w:val="0084133C"/>
    <w:rsid w:val="00AA1D8D"/>
    <w:rsid w:val="00B35F9D"/>
    <w:rsid w:val="00B47730"/>
    <w:rsid w:val="00CB0664"/>
    <w:rsid w:val="00CD74F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5B7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7F9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5B7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7F9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F4203-5D94-4B05-826F-A7841049F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4516</Words>
  <Characters>25742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30198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TRÂN</dc:creator>
  <cp:keywords/>
  <dc:description>generated by python-docx</dc:description>
  <cp:lastModifiedBy>Administrator</cp:lastModifiedBy>
  <cp:revision>3</cp:revision>
  <dcterms:created xsi:type="dcterms:W3CDTF">2026-06-10T11:07:00Z</dcterms:created>
  <dcterms:modified xsi:type="dcterms:W3CDTF">2026-08-17T15:51:00Z</dcterms:modified>
  <cp:category/>
</cp:coreProperties>
</file>