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27" w:rsidRDefault="00D809FC">
      <w:pPr>
        <w:spacing w:after="40"/>
        <w:jc w:val="center"/>
      </w:pPr>
      <w:r>
        <w:rPr>
          <w:b/>
          <w:sz w:val="32"/>
        </w:rPr>
        <w:t>KẾ HOẠCH BÀI DẠY MÔN TOÁN LỚP 1</w:t>
      </w:r>
    </w:p>
    <w:p w:rsidR="00CB7527" w:rsidRDefault="00D809FC">
      <w:pPr>
        <w:spacing w:after="40"/>
        <w:jc w:val="center"/>
      </w:pPr>
      <w:r>
        <w:rPr>
          <w:b/>
          <w:sz w:val="28"/>
        </w:rPr>
        <w:t>BỘ SÁCH KẾT NỐI TRI THỨC VỚI CUỘC SỐNG</w:t>
      </w:r>
    </w:p>
    <w:p w:rsidR="00CB7527" w:rsidRDefault="00D809FC">
      <w:pPr>
        <w:spacing w:after="160"/>
        <w:jc w:val="center"/>
      </w:pPr>
      <w:r>
        <w:rPr>
          <w:b/>
          <w:sz w:val="28"/>
        </w:rPr>
        <w:t>TUẦN 14</w:t>
      </w:r>
    </w:p>
    <w:p w:rsidR="00CB7527" w:rsidRDefault="00D809FC">
      <w:pPr>
        <w:keepNext/>
        <w:spacing w:before="80" w:after="40"/>
        <w:jc w:val="center"/>
      </w:pPr>
      <w:r>
        <w:rPr>
          <w:b/>
          <w:sz w:val="30"/>
        </w:rPr>
        <w:t>BÀI 12: BẢNG CỘNG, BẢNG TRỪ TRONG PHẠM VI 10 - TIẾT 3: LUYỆN TẬP</w:t>
      </w:r>
    </w:p>
    <w:p w:rsidR="00CB7527" w:rsidRDefault="00D809FC">
      <w:pPr>
        <w:keepNext/>
        <w:spacing w:after="100"/>
        <w:jc w:val="center"/>
      </w:pPr>
      <w:r>
        <w:rPr>
          <w:i/>
        </w:rPr>
        <w:t>Số tiết thực hiện: 01 tiết    -    Thời gian thực hiện: .........................</w:t>
      </w:r>
    </w:p>
    <w:p w:rsidR="00CB7527" w:rsidRDefault="00D809FC">
      <w:pPr>
        <w:keepNext/>
        <w:spacing w:before="80" w:after="40"/>
      </w:pPr>
      <w:r>
        <w:rPr>
          <w:b/>
        </w:rPr>
        <w:t>I. YÊU CẦU CẦN ĐẠT</w:t>
      </w:r>
    </w:p>
    <w:p w:rsidR="00CB7527" w:rsidRDefault="00D809FC">
      <w:r>
        <w:rPr>
          <w:b/>
        </w:rPr>
        <w:t>1. Năng lực đặc thù</w:t>
      </w:r>
    </w:p>
    <w:p w:rsidR="00CB7527" w:rsidRDefault="00D809FC">
      <w:r>
        <w:t>- Vận dụng bảng cộng, bảng trừ để tính nhẩm trong phạm vi 10.</w:t>
      </w:r>
    </w:p>
    <w:p w:rsidR="00CB7527" w:rsidRDefault="00D809FC">
      <w:r>
        <w:t>- Điền được số còn thiếu trong các phép tính.</w:t>
      </w:r>
    </w:p>
    <w:p w:rsidR="00CB7527" w:rsidRDefault="00D809FC">
      <w:r>
        <w:t>- Giải quyết được tình huống tranh bằng phép cộng hoặc phép trừ.</w:t>
      </w:r>
    </w:p>
    <w:p w:rsidR="00CB7527" w:rsidRDefault="00D809FC">
      <w:r>
        <w:rPr>
          <w:b/>
        </w:rPr>
        <w:t>2. Năng lực chung</w:t>
      </w:r>
    </w:p>
    <w:p w:rsidR="00CB7527" w:rsidRDefault="00D809FC">
      <w:r>
        <w:t>- Tự chủ và tự học: Chủ động thực hiện nhiệm vụ; biết tự kiểm tra và điều chỉnh kết quả.</w:t>
      </w:r>
    </w:p>
    <w:p w:rsidR="00CB7527" w:rsidRDefault="00D809FC">
      <w:r>
        <w:t>- Giao tiếp và hợp tác: Trao đổi cách làm; biết lắng nghe, hỗ trợ bạn khi học theo cặp hoặc theo nhóm.</w:t>
      </w:r>
    </w:p>
    <w:p w:rsidR="00CB7527" w:rsidRDefault="00D809FC">
      <w:r>
        <w:t>- Giải quyết vấn đề và sáng tạo: Vận dụng kiến thức toán học để xử lí nhiệm vụ gắn với tranh, đồ vật hoặc tình huống thực tế.</w:t>
      </w:r>
    </w:p>
    <w:p w:rsidR="00CB7527" w:rsidRDefault="00D809FC">
      <w:r>
        <w:rPr>
          <w:b/>
        </w:rPr>
        <w:t>3. Phẩm chất</w:t>
      </w:r>
    </w:p>
    <w:p w:rsidR="00CB7527" w:rsidRDefault="00D809FC">
      <w:r>
        <w:t>- Chăm chỉ: Tích cực tham gia hoạt động học tập và hoàn thành bài tập.</w:t>
      </w:r>
    </w:p>
    <w:p w:rsidR="00CB7527" w:rsidRDefault="00D809FC">
      <w:r>
        <w:t>- Trung thực: Nêu, viết và báo cáo đúng kết quả quan sát hoặc tính toán.</w:t>
      </w:r>
    </w:p>
    <w:p w:rsidR="00CB7527" w:rsidRDefault="00D809FC">
      <w:r>
        <w:t>- Trách nhiệm: Giữ gìn đồ dùng; thực hiện nghiêm túc nhiệm vụ cá nhân và nhiệm vụ nhóm.</w:t>
      </w:r>
    </w:p>
    <w:p w:rsidR="00CB7527" w:rsidRDefault="00D809FC">
      <w:pPr>
        <w:keepNext/>
        <w:spacing w:before="80" w:after="40"/>
      </w:pPr>
      <w:r>
        <w:rPr>
          <w:b/>
        </w:rPr>
        <w:t>II. ĐỒ DÙNG DẠY HỌC</w:t>
      </w:r>
    </w:p>
    <w:p w:rsidR="00CB7527" w:rsidRDefault="00D809FC">
      <w:r>
        <w:rPr>
          <w:b/>
        </w:rPr>
        <w:t>1. Giáo viên</w:t>
      </w:r>
    </w:p>
    <w:p w:rsidR="00CB7527" w:rsidRDefault="00D809FC">
      <w:r>
        <w:t>- SGK Toán 1, Tập một; SGV Toán 1, Tập một.</w:t>
      </w:r>
    </w:p>
    <w:p w:rsidR="00CB7527" w:rsidRDefault="00D809FC">
      <w:r>
        <w:t>- Tranh cắt đúng nội dung sử dụng từ SGK; bảng phụ; thẻ số; bộ đồ dùng học Toán.</w:t>
      </w:r>
    </w:p>
    <w:p w:rsidR="00CB7527" w:rsidRDefault="00D809FC">
      <w:r>
        <w:rPr>
          <w:b/>
        </w:rPr>
        <w:t>2. Học sinh</w:t>
      </w:r>
    </w:p>
    <w:p w:rsidR="00CB7527" w:rsidRDefault="00D809FC">
      <w:r>
        <w:t>- SGK Toán 1; bộ đồ dùng học Toán; bảng con; vở/bút chì.</w:t>
      </w:r>
    </w:p>
    <w:p w:rsidR="00CB7527" w:rsidRDefault="00D809FC">
      <w:pPr>
        <w:keepNext/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CB7527" w:rsidTr="00A83C81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CB7527" w:rsidRDefault="00D809FC">
            <w:r>
              <w:rPr>
                <w:b/>
              </w:rPr>
              <w:t>1. KHỞI ĐỘNG - Truyền điện bảng cộng, bảng trừ</w:t>
            </w:r>
          </w:p>
          <w:p w:rsidR="00CB7527" w:rsidRDefault="00D809FC">
            <w:r>
              <w:rPr>
                <w:b/>
              </w:rPr>
              <w:t>Mục tiêu:</w:t>
            </w:r>
          </w:p>
          <w:p w:rsidR="00CB7527" w:rsidRDefault="00D809FC">
            <w:r>
              <w:t>- Ôn kết quả tính trong phạm vi 10.</w:t>
            </w:r>
          </w:p>
          <w:p w:rsidR="00CB7527" w:rsidRDefault="00D809FC">
            <w:r>
              <w:rPr>
                <w:b/>
              </w:rPr>
              <w:t>Cách tiến hành: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tổ chức hai đội nêu nhanh phép cộng, phép trừ có kết quả bằng 7 hoặc 8.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tham gia, nêu phép tính đúng.</w:t>
            </w:r>
          </w:p>
        </w:tc>
      </w:tr>
      <w:tr w:rsidR="00CB7527" w:rsidTr="00A83C81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CB7527" w:rsidRDefault="00D809FC">
            <w:r>
              <w:rPr>
                <w:b/>
              </w:rPr>
              <w:t>2. LUYỆN TẬP - Bài 1 và Bài 2</w:t>
            </w:r>
          </w:p>
          <w:p w:rsidR="00CB7527" w:rsidRDefault="00D809FC">
            <w:r>
              <w:rPr>
                <w:b/>
              </w:rPr>
              <w:t>Mục tiêu:</w:t>
            </w:r>
          </w:p>
          <w:p w:rsidR="00CB7527" w:rsidRDefault="00D809FC">
            <w:r>
              <w:t>- Tính đúng và điền số còn thiếu.</w:t>
            </w:r>
          </w:p>
          <w:p w:rsidR="00CB7527" w:rsidRDefault="00D809FC">
            <w:r>
              <w:rPr>
                <w:b/>
              </w:rPr>
              <w:t>Cách tiến hành:</w:t>
            </w:r>
          </w:p>
        </w:tc>
      </w:tr>
      <w:tr w:rsidR="00CB7527" w:rsidTr="00A83C81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 xml:space="preserve">- </w:t>
            </w:r>
            <w:r>
              <w:rPr>
                <w:b/>
              </w:rPr>
              <w:t>Bài 1:</w:t>
            </w:r>
            <w:r>
              <w:t xml:space="preserve"> GV yêu cầu HS quan sát tranh bóng và ô tính, nêu phép tính thích hợp.</w:t>
            </w:r>
          </w:p>
          <w:p w:rsidR="00CB7527" w:rsidRDefault="00CB7527">
            <w:pPr>
              <w:spacing w:before="40" w:after="40"/>
              <w:jc w:val="center"/>
            </w:pPr>
          </w:p>
          <w:p w:rsidR="00CB7527" w:rsidRDefault="00CB7527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quan sát, tính nhẩm và điền số.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yêu cầu HS làm cá nhân vào SGK/vở bài tập.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hoàn thành các phép tính cộng, trừ.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lastRenderedPageBreak/>
              <w:t>- GV mời HS giải thích một phép tính.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nêu cách tìm kết quả bằng bảng cộng hoặc bảng trừ.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chốt Bài 1: “Cần nhận diện đúng dấu cộng hoặc dấu trừ trước khi tính.”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kiểm tra lại bài.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 xml:space="preserve">- </w:t>
            </w:r>
            <w:r>
              <w:rPr>
                <w:b/>
              </w:rPr>
              <w:t>Bài 2:</w:t>
            </w:r>
            <w:r>
              <w:t xml:space="preserve"> GV cho HS tính nhẩm và điền số vào sơ đồ/ô trống.</w:t>
            </w:r>
          </w:p>
          <w:p w:rsidR="00CB7527" w:rsidRDefault="00CB7527">
            <w:pPr>
              <w:spacing w:before="40" w:after="4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làm vào vở và đổi bài kiểm tra.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chiếu đáp án, hướng dẫn HS sửa lỗi.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đối chiếu và sửa bài.</w:t>
            </w:r>
          </w:p>
        </w:tc>
      </w:tr>
      <w:tr w:rsidR="00CB7527" w:rsidTr="00A83C81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CB7527" w:rsidRDefault="00D809FC">
            <w:r>
              <w:rPr>
                <w:b/>
              </w:rPr>
              <w:t>3. VẬN DỤNG - Trò chơi thẻ phép tính</w:t>
            </w:r>
          </w:p>
          <w:p w:rsidR="00CB7527" w:rsidRDefault="00D809FC">
            <w:r>
              <w:rPr>
                <w:b/>
              </w:rPr>
              <w:t>Mục tiêu:</w:t>
            </w:r>
          </w:p>
          <w:p w:rsidR="00CB7527" w:rsidRDefault="00D809FC">
            <w:r>
              <w:t>- Vận dụng tính nhẩm nhanh.</w:t>
            </w:r>
          </w:p>
          <w:p w:rsidR="00CB7527" w:rsidRDefault="00D809FC">
            <w:r>
              <w:rPr>
                <w:b/>
              </w:rPr>
              <w:t>Cách tiến hành: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phát thẻ phép tính cho nhóm và yêu cầu xếp với thẻ kết quả đúng.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hợp tác xếp thẻ và đọc phép tính.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kết luận: “Bảng cộng, bảng trừ là công cụ giúp tính nhanh và kiểm tra kết quả.”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ghi nhớ.</w:t>
            </w:r>
          </w:p>
        </w:tc>
      </w:tr>
    </w:tbl>
    <w:p w:rsidR="00CB7527" w:rsidRDefault="00D809FC">
      <w:pPr>
        <w:keepNext/>
        <w:spacing w:before="80" w:after="40"/>
      </w:pPr>
      <w:r>
        <w:rPr>
          <w:b/>
        </w:rPr>
        <w:t>IV. ĐIỀU CHỈNH SAU BÀI DẠY (NẾU CÓ)</w:t>
      </w:r>
    </w:p>
    <w:p w:rsidR="00CB7527" w:rsidRDefault="00D809FC">
      <w:r>
        <w:t>........................................................................................................................................................</w:t>
      </w:r>
    </w:p>
    <w:p w:rsidR="00CB7527" w:rsidRDefault="00D809FC">
      <w:r>
        <w:t>........................................................................................................................................................</w:t>
      </w:r>
    </w:p>
    <w:p w:rsidR="00CB7527" w:rsidRDefault="00CB7527"/>
    <w:p w:rsidR="00CB7527" w:rsidRDefault="00D809FC">
      <w:pPr>
        <w:keepNext/>
        <w:spacing w:before="80" w:after="40"/>
        <w:jc w:val="center"/>
      </w:pPr>
      <w:r>
        <w:rPr>
          <w:b/>
          <w:sz w:val="30"/>
        </w:rPr>
        <w:t>BÀI HỌC STEM: DỤNG CỤ TÍNH CỘNG, TÍNH TRỪ - TIẾT 1 (TIẾT 2 TRONG TUẦN 14)</w:t>
      </w:r>
    </w:p>
    <w:p w:rsidR="00CB7527" w:rsidRDefault="00D809FC">
      <w:pPr>
        <w:keepNext/>
        <w:spacing w:after="100"/>
        <w:jc w:val="center"/>
      </w:pPr>
      <w:r>
        <w:rPr>
          <w:i/>
        </w:rPr>
        <w:t>Số tiết thực hiện: 01 tiết    -    Thời gian thực hiện: .........................</w:t>
      </w:r>
    </w:p>
    <w:p w:rsidR="00CB7527" w:rsidRDefault="00D809FC">
      <w:pPr>
        <w:keepNext/>
        <w:spacing w:before="80" w:after="40"/>
      </w:pPr>
      <w:r>
        <w:rPr>
          <w:b/>
        </w:rPr>
        <w:t>I. YÊU CẦU CẦN ĐẠT</w:t>
      </w:r>
    </w:p>
    <w:p w:rsidR="00CB7527" w:rsidRDefault="00D809FC">
      <w:r>
        <w:rPr>
          <w:b/>
        </w:rPr>
        <w:t>1. Năng lực đặc thù</w:t>
      </w:r>
    </w:p>
    <w:p w:rsidR="00CB7527" w:rsidRDefault="00D809FC">
      <w:r>
        <w:t>- Viết được các số theo thứ tự từ 0 đến 10 để tạo thành băng số.</w:t>
      </w:r>
    </w:p>
    <w:p w:rsidR="00CB7527" w:rsidRDefault="00D809FC">
      <w:r>
        <w:t>- Thực hiện được phép cộng, phép trừ trong phạm vi 10 bằng thao tác di chuyển thanh trượt.</w:t>
      </w:r>
    </w:p>
    <w:p w:rsidR="00CB7527" w:rsidRDefault="00D809FC">
      <w:r>
        <w:t>- Hợp tác thiết kế, sử dụng và giới thiệu sản phẩm học tập.</w:t>
      </w:r>
    </w:p>
    <w:p w:rsidR="00CB7527" w:rsidRDefault="00D809FC">
      <w:r>
        <w:rPr>
          <w:b/>
        </w:rPr>
        <w:t>2. Năng lực chung</w:t>
      </w:r>
    </w:p>
    <w:p w:rsidR="00CB7527" w:rsidRDefault="00D809FC">
      <w:r>
        <w:t>- Tự chủ và tự học: Chủ động thực hiện nhiệm vụ; biết tự kiểm tra và điều chỉnh kết quả.</w:t>
      </w:r>
    </w:p>
    <w:p w:rsidR="00CB7527" w:rsidRDefault="00D809FC">
      <w:r>
        <w:t>- Giao tiếp và hợp tác: Trao đổi cách làm; biết lắng nghe, hỗ trợ bạn khi học theo cặp hoặc theo nhóm.</w:t>
      </w:r>
    </w:p>
    <w:p w:rsidR="00CB7527" w:rsidRDefault="00D809FC">
      <w:r>
        <w:t>- Giải quyết vấn đề và sáng tạo: Vận dụng kiến thức toán học để xử lí nhiệm vụ gắn với tranh, đồ vật hoặc tình huống thực tế.</w:t>
      </w:r>
    </w:p>
    <w:p w:rsidR="00CB7527" w:rsidRDefault="00D809FC">
      <w:r>
        <w:rPr>
          <w:b/>
        </w:rPr>
        <w:t>3. Phẩm chất</w:t>
      </w:r>
    </w:p>
    <w:p w:rsidR="00CB7527" w:rsidRDefault="00D809FC">
      <w:r>
        <w:t>- Chăm chỉ: Tích cực tham gia hoạt động học tập và hoàn thành bài tập.</w:t>
      </w:r>
    </w:p>
    <w:p w:rsidR="00CB7527" w:rsidRDefault="00D809FC">
      <w:r>
        <w:t>- Trung thực: Nêu, viết và báo cáo đúng kết quả quan sát hoặc tính toán.</w:t>
      </w:r>
    </w:p>
    <w:p w:rsidR="00CB7527" w:rsidRDefault="00D809FC">
      <w:r>
        <w:t>- Trách nhiệm: Giữ gìn đồ dùng; thực hiện nghiêm túc nhiệm vụ cá nhân và nhiệm vụ nhóm.</w:t>
      </w:r>
    </w:p>
    <w:p w:rsidR="00CB7527" w:rsidRDefault="00D809FC">
      <w:pPr>
        <w:spacing w:before="40"/>
      </w:pPr>
      <w:r>
        <w:rPr>
          <w:b/>
          <w:color w:val="C00000"/>
        </w:rPr>
        <w:t>4. Tích hợp</w:t>
      </w:r>
    </w:p>
    <w:p w:rsidR="00CB7527" w:rsidRDefault="00D809FC">
      <w:r>
        <w:rPr>
          <w:color w:val="C00000"/>
        </w:rPr>
        <w:t>- Nội dung điều chỉnh theo KHGD: Thay bằng Bài học STEM “Dụng cụ tính cộng, tính trừ” (02 tiết).</w:t>
      </w:r>
    </w:p>
    <w:p w:rsidR="00CB7527" w:rsidRDefault="00D809FC">
      <w:pPr>
        <w:keepNext/>
        <w:spacing w:before="80" w:after="40"/>
      </w:pPr>
      <w:r>
        <w:rPr>
          <w:b/>
        </w:rPr>
        <w:t>II. ĐỒ DÙNG DẠY HỌC</w:t>
      </w:r>
    </w:p>
    <w:p w:rsidR="00CB7527" w:rsidRDefault="00D809FC">
      <w:r>
        <w:rPr>
          <w:b/>
        </w:rPr>
        <w:t>1. Giáo viên</w:t>
      </w:r>
    </w:p>
    <w:p w:rsidR="00CB7527" w:rsidRDefault="00D809FC">
      <w:r>
        <w:t>- Mẫu dụng cụ tính cộng, tính trừ; bìa A5; dải bìa có vạch; phiếu học tập; kéo và hồ dán dự phòng.</w:t>
      </w:r>
    </w:p>
    <w:p w:rsidR="00CB7527" w:rsidRDefault="00D809FC">
      <w:r>
        <w:rPr>
          <w:b/>
        </w:rPr>
        <w:lastRenderedPageBreak/>
        <w:t>2. Học sinh</w:t>
      </w:r>
    </w:p>
    <w:p w:rsidR="00CB7527" w:rsidRDefault="00D809FC">
      <w:r>
        <w:t>- Bìa màu; thước kẻ; kéo thủ công; bút màu; hồ dán.</w:t>
      </w:r>
    </w:p>
    <w:p w:rsidR="00CB7527" w:rsidRDefault="00D809FC">
      <w:pPr>
        <w:keepNext/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CB7527" w:rsidTr="00A83C81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CB7527" w:rsidRDefault="00D809FC">
            <w:r>
              <w:rPr>
                <w:b/>
              </w:rPr>
              <w:t>1. KHỞI ĐỘNG - Rồng cuốn lên mây</w:t>
            </w:r>
          </w:p>
          <w:p w:rsidR="00CB7527" w:rsidRDefault="00D809FC">
            <w:r>
              <w:rPr>
                <w:b/>
              </w:rPr>
              <w:t>Mục tiêu:</w:t>
            </w:r>
          </w:p>
          <w:p w:rsidR="00CB7527" w:rsidRDefault="00D809FC">
            <w:r>
              <w:t>- Ôn tính nhẩm cộng, trừ trong phạm vi 10.</w:t>
            </w:r>
          </w:p>
          <w:p w:rsidR="00CB7527" w:rsidRDefault="00D809FC">
            <w:r>
              <w:rPr>
                <w:b/>
              </w:rPr>
              <w:t>Cách tiến hành: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tổ chức trò chơi: HS trả lời đúng phép tính sẽ nối tiếp vào đoàn rồng.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tham gia trò chơi, tính và trả lời nhanh.</w:t>
            </w:r>
          </w:p>
        </w:tc>
      </w:tr>
      <w:tr w:rsidR="00CB7527" w:rsidTr="00A83C81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CB7527" w:rsidRDefault="00D809FC">
            <w:r>
              <w:rPr>
                <w:b/>
              </w:rPr>
              <w:t>2. XÁC ĐỊNH VẤN ĐỀ - Cần một dụng cụ hỗ trợ tính</w:t>
            </w:r>
          </w:p>
          <w:p w:rsidR="00CB7527" w:rsidRDefault="00D809FC">
            <w:r>
              <w:rPr>
                <w:b/>
              </w:rPr>
              <w:t>Mục tiêu:</w:t>
            </w:r>
          </w:p>
          <w:p w:rsidR="00CB7527" w:rsidRDefault="00D809FC">
            <w:r>
              <w:t>- Nhận biết nhu cầu tạo dụng cụ để kiểm tra phép tính.</w:t>
            </w:r>
          </w:p>
          <w:p w:rsidR="00CB7527" w:rsidRDefault="00D809FC">
            <w:r>
              <w:rPr>
                <w:color w:val="C00000"/>
              </w:rPr>
              <w:t>- Mục tiêu tích hợp: Thực hiện đúng nội dung thay thế bằng bài học STEM theo KHGD.</w:t>
            </w:r>
          </w:p>
          <w:p w:rsidR="00CB7527" w:rsidRDefault="00D809FC">
            <w:r>
              <w:rPr>
                <w:b/>
              </w:rPr>
              <w:t>Cách tiến hành: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rPr>
                <w:color w:val="C00000"/>
              </w:rPr>
              <w:t>- GV hỏi: “Khi chưa thuộc hết bảng cộng, bảng trừ, em thường dùng cách nào để kiểm tra kết quả?”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nêu: Dùng que tính, ngón tay hoặc đếm thêm, đếm bớt.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rPr>
                <w:color w:val="C00000"/>
              </w:rPr>
              <w:t>- GV giới thiệu yêu cầu sản phẩm: có băng số 0 đến 10, có thanh trượt di chuyển được, chắc chắn và dễ dùng.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lắng nghe, nêu lại các tiêu chí sản phẩm.</w:t>
            </w:r>
          </w:p>
        </w:tc>
      </w:tr>
      <w:tr w:rsidR="00CB7527" w:rsidTr="00A83C81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CB7527" w:rsidRDefault="00D809FC">
            <w:r>
              <w:rPr>
                <w:b/>
              </w:rPr>
              <w:t>3. HÌNH THÀNH KIẾN THỨC - Đếm thêm, đếm bớt trên băng số</w:t>
            </w:r>
          </w:p>
          <w:p w:rsidR="00CB7527" w:rsidRDefault="00D809FC">
            <w:r>
              <w:rPr>
                <w:b/>
              </w:rPr>
              <w:t>Mục tiêu:</w:t>
            </w:r>
          </w:p>
          <w:p w:rsidR="00CB7527" w:rsidRDefault="00D809FC">
            <w:r>
              <w:t>- Sử dụng băng số để minh hoạ phép cộng và phép trừ.</w:t>
            </w:r>
          </w:p>
          <w:p w:rsidR="00CB7527" w:rsidRDefault="00D809FC">
            <w:r>
              <w:rPr>
                <w:b/>
              </w:rPr>
              <w:t>Cách tiến hành: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vẽ băng số và minh hoạ: từ 1 dịch sang phải 4 bước để tìm 1 + 4.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đếm bước và trả lời: 1 + 4 = 5.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minh hoạ: từ 9 dịch sang trái 4 bước để tìm 9 - 4.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đếm lùi và trả lời: 9 - 4 = 5.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chốt: “Cộng dịch sang phải; trừ dịch sang trái trên băng số.”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nhắc lại quy tắc.</w:t>
            </w:r>
          </w:p>
        </w:tc>
      </w:tr>
      <w:tr w:rsidR="00CB7527" w:rsidTr="00A83C81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CB7527" w:rsidRDefault="00D809FC">
            <w:r>
              <w:rPr>
                <w:b/>
              </w:rPr>
              <w:t>4. ĐỀ XUẤT Ý TƯỞNG - CHUẨN BỊ SẢN PHẨM</w:t>
            </w:r>
          </w:p>
          <w:p w:rsidR="00CB7527" w:rsidRDefault="00D809FC">
            <w:r>
              <w:rPr>
                <w:b/>
              </w:rPr>
              <w:t>Mục tiêu:</w:t>
            </w:r>
          </w:p>
          <w:p w:rsidR="00CB7527" w:rsidRDefault="00D809FC">
            <w:r>
              <w:t>- Đề xuất cách làm và lựa chọn vật liệu.</w:t>
            </w:r>
          </w:p>
          <w:p w:rsidR="00CB7527" w:rsidRDefault="00D809FC">
            <w:r>
              <w:rPr>
                <w:b/>
              </w:rPr>
              <w:t>Cách tiến hành: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chia nhóm 4, yêu cầu nhóm phác thảo dụng cụ và ghi vật liệu cần dùng.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thảo luận, vẽ phác thảo, phân công nhiệm vụ.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mời đại diện nhóm trình bày cách để thanh trượt di chuyển được.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trình bày ý tưởng và lắng nghe góp ý.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kết luận: “Tiết sau các nhóm làm sản phẩm theo ý tưởng đã thống nhất.”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thu dọn và chuẩn bị vật liệu.</w:t>
            </w:r>
          </w:p>
        </w:tc>
      </w:tr>
    </w:tbl>
    <w:p w:rsidR="00CB7527" w:rsidRDefault="00D809FC">
      <w:pPr>
        <w:keepNext/>
        <w:spacing w:before="80" w:after="40"/>
      </w:pPr>
      <w:r>
        <w:rPr>
          <w:b/>
        </w:rPr>
        <w:t>IV. ĐIỀU CHỈNH SAU BÀI DẠY (NẾU CÓ)</w:t>
      </w:r>
    </w:p>
    <w:p w:rsidR="00CB7527" w:rsidRDefault="00D809FC">
      <w:r>
        <w:t>........................................................................................................................................................</w:t>
      </w:r>
    </w:p>
    <w:p w:rsidR="00CB7527" w:rsidRDefault="00D809FC">
      <w:r>
        <w:t>........................................................................................................................................................</w:t>
      </w:r>
    </w:p>
    <w:p w:rsidR="00CB7527" w:rsidRDefault="00CB7527"/>
    <w:p w:rsidR="00CB7527" w:rsidRDefault="00D809FC">
      <w:pPr>
        <w:keepNext/>
        <w:spacing w:before="80" w:after="40"/>
        <w:jc w:val="center"/>
      </w:pPr>
      <w:r>
        <w:rPr>
          <w:b/>
          <w:sz w:val="30"/>
        </w:rPr>
        <w:lastRenderedPageBreak/>
        <w:t>BÀI HỌC STEM: DỤNG CỤ TÍNH CỘNG, TÍNH TRỪ - TIẾT 2 (TIẾT 3 TRONG TUẦN 14)</w:t>
      </w:r>
    </w:p>
    <w:p w:rsidR="00CB7527" w:rsidRDefault="00D809FC">
      <w:pPr>
        <w:keepNext/>
        <w:spacing w:after="100"/>
        <w:jc w:val="center"/>
      </w:pPr>
      <w:r>
        <w:rPr>
          <w:i/>
        </w:rPr>
        <w:t>Số tiết thực hiện: 01 tiết    -    Thời gian thực hiện: .........................</w:t>
      </w:r>
    </w:p>
    <w:p w:rsidR="00CB7527" w:rsidRDefault="00D809FC">
      <w:pPr>
        <w:keepNext/>
        <w:spacing w:before="80" w:after="40"/>
      </w:pPr>
      <w:r>
        <w:rPr>
          <w:b/>
        </w:rPr>
        <w:t>I. YÊU CẦU CẦN ĐẠT</w:t>
      </w:r>
    </w:p>
    <w:p w:rsidR="00CB7527" w:rsidRDefault="00D809FC">
      <w:r>
        <w:rPr>
          <w:b/>
        </w:rPr>
        <w:t>1. Năng lực đặc thù</w:t>
      </w:r>
    </w:p>
    <w:p w:rsidR="00CB7527" w:rsidRDefault="00D809FC">
      <w:r>
        <w:t>- Viết được các số theo thứ tự từ 0 đến 10 để tạo thành băng số.</w:t>
      </w:r>
    </w:p>
    <w:p w:rsidR="00CB7527" w:rsidRDefault="00D809FC">
      <w:r>
        <w:t>- Thực hiện được phép cộng, phép trừ trong phạm vi 10 bằng thao tác di chuyển thanh trượt.</w:t>
      </w:r>
    </w:p>
    <w:p w:rsidR="00CB7527" w:rsidRDefault="00D809FC">
      <w:r>
        <w:t>- Hợp tác thiết kế, sử dụng và giới thiệu sản phẩm học tập.</w:t>
      </w:r>
    </w:p>
    <w:p w:rsidR="00CB7527" w:rsidRDefault="00D809FC">
      <w:r>
        <w:rPr>
          <w:b/>
        </w:rPr>
        <w:t>2. Năng lực chung</w:t>
      </w:r>
    </w:p>
    <w:p w:rsidR="00CB7527" w:rsidRDefault="00D809FC">
      <w:r>
        <w:t>- Tự chủ và tự học: Chủ động thực hiện nhiệm vụ; biết tự kiểm tra và điều chỉnh kết quả.</w:t>
      </w:r>
    </w:p>
    <w:p w:rsidR="00CB7527" w:rsidRDefault="00D809FC">
      <w:r>
        <w:t>- Giao tiếp và hợp tác: Trao đổi cách làm; biết lắng nghe, hỗ trợ bạn khi học theo cặp hoặc theo nhóm.</w:t>
      </w:r>
    </w:p>
    <w:p w:rsidR="00CB7527" w:rsidRDefault="00D809FC">
      <w:r>
        <w:t>- Giải quyết vấn đề và sáng tạo: Vận dụng kiến thức toán học để xử lí nhiệm vụ gắn với tranh, đồ vật hoặc tình huống thực tế.</w:t>
      </w:r>
    </w:p>
    <w:p w:rsidR="00CB7527" w:rsidRDefault="00D809FC">
      <w:r>
        <w:rPr>
          <w:b/>
        </w:rPr>
        <w:t>3. Phẩm chất</w:t>
      </w:r>
    </w:p>
    <w:p w:rsidR="00CB7527" w:rsidRDefault="00D809FC">
      <w:r>
        <w:t>- Chăm chỉ: Tích cực tham gia hoạt động học tập và hoàn thành bài tập.</w:t>
      </w:r>
    </w:p>
    <w:p w:rsidR="00CB7527" w:rsidRDefault="00D809FC">
      <w:r>
        <w:t>- Trung thực: Nêu, viết và báo cáo đúng kết quả quan sát hoặc tính toán.</w:t>
      </w:r>
    </w:p>
    <w:p w:rsidR="00CB7527" w:rsidRDefault="00D809FC">
      <w:r>
        <w:t>- Trách nhiệm: Giữ gìn đồ dùng; thực hiện nghiêm túc nhiệm vụ cá nhân và nhiệm vụ nhóm.</w:t>
      </w:r>
    </w:p>
    <w:p w:rsidR="00CB7527" w:rsidRDefault="00D809FC">
      <w:pPr>
        <w:spacing w:before="40"/>
      </w:pPr>
      <w:r>
        <w:rPr>
          <w:b/>
          <w:color w:val="C00000"/>
        </w:rPr>
        <w:t>4. Tích hợp</w:t>
      </w:r>
    </w:p>
    <w:p w:rsidR="00CB7527" w:rsidRDefault="00D809FC">
      <w:r>
        <w:rPr>
          <w:color w:val="C00000"/>
        </w:rPr>
        <w:t>- Nội dung điều chỉnh theo KHGD: Thay bằng Bài học STEM “Dụng cụ tính cộng, tính trừ” (02 tiết).</w:t>
      </w:r>
    </w:p>
    <w:p w:rsidR="00CB7527" w:rsidRDefault="00D809FC">
      <w:pPr>
        <w:keepNext/>
        <w:spacing w:before="80" w:after="40"/>
      </w:pPr>
      <w:r>
        <w:rPr>
          <w:b/>
        </w:rPr>
        <w:t>II. ĐỒ DÙNG DẠY HỌC</w:t>
      </w:r>
    </w:p>
    <w:p w:rsidR="00CB7527" w:rsidRDefault="00D809FC">
      <w:r>
        <w:rPr>
          <w:b/>
        </w:rPr>
        <w:t>1. Giáo viên</w:t>
      </w:r>
    </w:p>
    <w:p w:rsidR="00CB7527" w:rsidRDefault="00D809FC">
      <w:r>
        <w:t>- Mẫu dụng cụ tính cộng, tính trừ; bìa A5; dải bìa có vạch; phiếu học tập; kéo và hồ dán dự phòng.</w:t>
      </w:r>
    </w:p>
    <w:p w:rsidR="00CB7527" w:rsidRDefault="00D809FC">
      <w:r>
        <w:rPr>
          <w:b/>
        </w:rPr>
        <w:t>2. Học sinh</w:t>
      </w:r>
    </w:p>
    <w:p w:rsidR="00CB7527" w:rsidRDefault="00D809FC">
      <w:r>
        <w:t>- Bìa màu; thước kẻ; kéo thủ công; bút màu; hồ dán.</w:t>
      </w:r>
    </w:p>
    <w:p w:rsidR="00CB7527" w:rsidRDefault="00D809FC">
      <w:pPr>
        <w:keepNext/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CB7527" w:rsidTr="00A83C81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CB7527" w:rsidRDefault="00D809FC">
            <w:r>
              <w:rPr>
                <w:b/>
              </w:rPr>
              <w:t>1. KHỞI ĐỘNG - Nhắc lại tiêu chí sản phẩm</w:t>
            </w:r>
          </w:p>
          <w:p w:rsidR="00CB7527" w:rsidRDefault="00D809FC">
            <w:r>
              <w:rPr>
                <w:b/>
              </w:rPr>
              <w:t>Mục tiêu:</w:t>
            </w:r>
          </w:p>
          <w:p w:rsidR="00CB7527" w:rsidRDefault="00D809FC">
            <w:r>
              <w:t>- Nhớ yêu cầu sản phẩm và quy tắc thao tác trên băng số.</w:t>
            </w:r>
          </w:p>
          <w:p w:rsidR="00CB7527" w:rsidRDefault="00D809FC">
            <w:r>
              <w:rPr>
                <w:b/>
              </w:rPr>
              <w:t>Cách tiến hành: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hỏi: “Khi cộng thanh trượt đi về phía nào? Khi trừ đi về phía nào?”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trả lời: Cộng sang phải; trừ sang trái.</w:t>
            </w:r>
          </w:p>
        </w:tc>
      </w:tr>
      <w:tr w:rsidR="00CB7527" w:rsidTr="00A83C81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CB7527" w:rsidRDefault="00D809FC">
            <w:r>
              <w:rPr>
                <w:b/>
              </w:rPr>
              <w:t>2. THỰC HÀNH LÀM SẢN PHẨM</w:t>
            </w:r>
          </w:p>
          <w:p w:rsidR="00CB7527" w:rsidRDefault="00D809FC">
            <w:r>
              <w:rPr>
                <w:b/>
              </w:rPr>
              <w:t>Mục tiêu:</w:t>
            </w:r>
          </w:p>
          <w:p w:rsidR="00CB7527" w:rsidRDefault="00D809FC">
            <w:r>
              <w:t>- Tạo được dụng cụ chắc chắn, sử dụng được.</w:t>
            </w:r>
          </w:p>
          <w:p w:rsidR="00CB7527" w:rsidRDefault="00D809FC">
            <w:r>
              <w:rPr>
                <w:color w:val="C00000"/>
              </w:rPr>
              <w:t>- Mục tiêu tích hợp: Thực hiện nội dung bài học STEM thay thế đúng hai tiết theo KHGD.</w:t>
            </w:r>
          </w:p>
          <w:p w:rsidR="00CB7527" w:rsidRDefault="00D809FC">
            <w:r>
              <w:rPr>
                <w:b/>
              </w:rPr>
              <w:t>Cách tiến hành: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rPr>
                <w:color w:val="C00000"/>
              </w:rPr>
              <w:t>- GV hướng dẫn HS kẻ và viết lần lượt các số 0, 1, 2, ..., 10 trên băng số.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kẻ băng số, viết số to, rõ, đúng thứ tự.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rPr>
                <w:color w:val="C00000"/>
              </w:rPr>
              <w:t>- GV hướng dẫn HS cắt và gắn thanh trượt sao cho có thể di chuyển qua từng số.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thực hành cắt, dán và thử di chuyển thanh trượt.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rPr>
                <w:color w:val="C00000"/>
              </w:rPr>
              <w:t>- GV nhắc HS dùng kéo an toàn, giữ bàn học gọn và hỗ trợ bạn trong nhóm.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thực hiện đúng quy định an toàn và hợp tác hoàn thành sản phẩm.</w:t>
            </w:r>
          </w:p>
        </w:tc>
      </w:tr>
      <w:tr w:rsidR="00CB7527" w:rsidTr="00A83C81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CB7527" w:rsidRDefault="00D809FC">
            <w:r>
              <w:rPr>
                <w:b/>
              </w:rPr>
              <w:lastRenderedPageBreak/>
              <w:t>3. THỬ NGHIỆM - ĐÁNH GIÁ SẢN PHẨM</w:t>
            </w:r>
          </w:p>
          <w:p w:rsidR="00CB7527" w:rsidRDefault="00D809FC">
            <w:r>
              <w:rPr>
                <w:b/>
              </w:rPr>
              <w:t>Mục tiêu:</w:t>
            </w:r>
          </w:p>
          <w:p w:rsidR="00CB7527" w:rsidRDefault="00D809FC">
            <w:r>
              <w:t>- Dùng dụng cụ để tính cộng, tính trừ và tự điều chỉnh sản phẩm.</w:t>
            </w:r>
          </w:p>
          <w:p w:rsidR="00CB7527" w:rsidRDefault="00D809FC">
            <w:r>
              <w:rPr>
                <w:b/>
              </w:rPr>
              <w:t>Cách tiến hành: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nêu phép tính 3 + 5; 9 - 6; 4 + 4; 10 - 3 để các nhóm thử dụng cụ.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di chuyển thanh trượt và nêu kết quả: 8; 3; 8; 7.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yêu cầu nhóm kiểm tra sản phẩm: số có rõ không, thanh trượt có di chuyển đúng vạch không.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kiểm tra, chỉnh sửa sản phẩm nếu cần.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mời nhóm giới thiệu sản phẩm và thao tác một phép tính.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Đại diện nhóm giới thiệu và thực hiện phép tính trước lớp.</w:t>
            </w:r>
          </w:p>
        </w:tc>
      </w:tr>
      <w:tr w:rsidR="00CB7527" w:rsidTr="00A83C81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CB7527" w:rsidRDefault="00D809FC">
            <w:r>
              <w:rPr>
                <w:b/>
              </w:rPr>
              <w:t>4. TỔNG KẾT - VẬN DỤNG</w:t>
            </w:r>
          </w:p>
          <w:p w:rsidR="00CB7527" w:rsidRDefault="00D809FC">
            <w:r>
              <w:rPr>
                <w:b/>
              </w:rPr>
              <w:t>Mục tiêu:</w:t>
            </w:r>
          </w:p>
          <w:p w:rsidR="00CB7527" w:rsidRDefault="00D809FC">
            <w:r>
              <w:t>- Tự đánh giá kết quả sản phẩm; biết sử dụng ở nhà.</w:t>
            </w:r>
          </w:p>
          <w:p w:rsidR="00CB7527" w:rsidRDefault="00D809FC">
            <w:r>
              <w:rPr>
                <w:b/>
              </w:rPr>
              <w:t>Cách tiến hành: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chốt: “Dụng cụ giúp kiểm tra phép cộng, phép trừ; nhưng các em vẫn cần luyện tính nhẩm.”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ghi nhớ và tự đánh giá sản phẩm.</w:t>
            </w:r>
          </w:p>
        </w:tc>
      </w:tr>
      <w:tr w:rsidR="00CB7527" w:rsidTr="00A83C81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GV dặn HS mang dụng cụ về thực hành cùng người thân.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CB7527" w:rsidRDefault="00D809FC">
            <w:r>
              <w:t>- HS lắng nghe.</w:t>
            </w:r>
          </w:p>
        </w:tc>
      </w:tr>
    </w:tbl>
    <w:p w:rsidR="00CB7527" w:rsidRDefault="00D809FC">
      <w:pPr>
        <w:keepNext/>
        <w:spacing w:before="80" w:after="40"/>
      </w:pPr>
      <w:r>
        <w:rPr>
          <w:b/>
        </w:rPr>
        <w:t>IV. ĐIỀU CHỈNH SAU BÀI DẠY (NẾU CÓ)</w:t>
      </w:r>
    </w:p>
    <w:p w:rsidR="00CB7527" w:rsidRDefault="00D809FC">
      <w:r>
        <w:t>........................................................................................................................................................</w:t>
      </w:r>
    </w:p>
    <w:p w:rsidR="00CB7527" w:rsidRDefault="00D809FC">
      <w:r>
        <w:t>........................................................................................................................................................</w:t>
      </w:r>
    </w:p>
    <w:p w:rsidR="00CB7527" w:rsidRDefault="00CB7527">
      <w:pPr>
        <w:spacing w:before="80"/>
      </w:pPr>
      <w:bookmarkStart w:id="0" w:name="_GoBack"/>
      <w:bookmarkEnd w:id="0"/>
    </w:p>
    <w:sectPr w:rsidR="00CB7527" w:rsidSect="00034616">
      <w:footerReference w:type="default" r:id="rId9"/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CAD" w:rsidRDefault="00B75CAD">
      <w:r>
        <w:separator/>
      </w:r>
    </w:p>
  </w:endnote>
  <w:endnote w:type="continuationSeparator" w:id="0">
    <w:p w:rsidR="00B75CAD" w:rsidRDefault="00B7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27" w:rsidRDefault="00D809FC">
    <w:pPr>
      <w:pStyle w:val="Footer"/>
      <w:jc w:val="center"/>
    </w:pPr>
    <w:r>
      <w:rPr>
        <w:i/>
        <w:color w:val="646464"/>
        <w:sz w:val="20"/>
      </w:rPr>
      <w:t>Kế hoạch bài dạy môn Toán lớp 1 - Kết nối tri thức với cuộc sống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CAD" w:rsidRDefault="00B75CAD">
      <w:r>
        <w:separator/>
      </w:r>
    </w:p>
  </w:footnote>
  <w:footnote w:type="continuationSeparator" w:id="0">
    <w:p w:rsidR="00B75CAD" w:rsidRDefault="00B75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26906"/>
    <w:rsid w:val="00A83C81"/>
    <w:rsid w:val="00AA1D8D"/>
    <w:rsid w:val="00B47730"/>
    <w:rsid w:val="00B75CAD"/>
    <w:rsid w:val="00CB0664"/>
    <w:rsid w:val="00CB7527"/>
    <w:rsid w:val="00D809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83C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C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83C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3F03CD-9C9E-4256-886E-C4A2C2DD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9411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Iamp Iamp</cp:lastModifiedBy>
  <cp:revision>3</cp:revision>
  <dcterms:created xsi:type="dcterms:W3CDTF">2026-06-03T13:20:00Z</dcterms:created>
  <dcterms:modified xsi:type="dcterms:W3CDTF">2026-08-18T01:46:00Z</dcterms:modified>
  <cp:category/>
</cp:coreProperties>
</file>