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94" w:rsidRPr="00EC796B" w:rsidRDefault="00C76EFA">
      <w:pPr>
        <w:spacing w:after="0" w:line="240" w:lineRule="auto"/>
        <w:jc w:val="center"/>
        <w:rPr>
          <w:sz w:val="28"/>
          <w:szCs w:val="28"/>
        </w:rPr>
      </w:pPr>
      <w:r w:rsidRPr="00EC796B">
        <w:rPr>
          <w:b/>
          <w:szCs w:val="28"/>
        </w:rPr>
        <w:t>TOÁN</w:t>
      </w:r>
    </w:p>
    <w:p w:rsidR="00D73094" w:rsidRPr="00EC796B" w:rsidRDefault="00C76EFA">
      <w:pPr>
        <w:spacing w:after="0" w:line="240" w:lineRule="auto"/>
        <w:jc w:val="center"/>
        <w:rPr>
          <w:sz w:val="28"/>
          <w:szCs w:val="28"/>
        </w:rPr>
      </w:pPr>
      <w:r w:rsidRPr="00EC796B">
        <w:rPr>
          <w:b/>
          <w:szCs w:val="28"/>
        </w:rPr>
        <w:t>TIẾT 111 - BÀI 45: LUYỆN TẬP CHUNG</w:t>
      </w:r>
    </w:p>
    <w:p w:rsidR="00D73094" w:rsidRPr="00EC796B" w:rsidRDefault="00C76EFA">
      <w:pPr>
        <w:spacing w:after="0" w:line="240" w:lineRule="auto"/>
        <w:jc w:val="center"/>
        <w:rPr>
          <w:sz w:val="28"/>
          <w:szCs w:val="28"/>
        </w:rPr>
      </w:pPr>
      <w:r w:rsidRPr="00EC796B">
        <w:rPr>
          <w:b/>
          <w:szCs w:val="28"/>
        </w:rPr>
        <w:t>LUYỆN TẬP (TIẾT 5)</w:t>
      </w:r>
    </w:p>
    <w:p w:rsidR="00D73094" w:rsidRPr="00EC796B" w:rsidRDefault="00C76EFA">
      <w:pPr>
        <w:spacing w:after="0" w:line="240" w:lineRule="auto"/>
        <w:rPr>
          <w:sz w:val="28"/>
          <w:szCs w:val="28"/>
        </w:rPr>
      </w:pPr>
      <w:r w:rsidRPr="00EC796B">
        <w:rPr>
          <w:b/>
          <w:szCs w:val="28"/>
        </w:rPr>
        <w:t>I. YÊU CẦU CẦN ĐẠT</w:t>
      </w:r>
    </w:p>
    <w:p w:rsidR="00D73094" w:rsidRPr="00EC796B" w:rsidRDefault="00C76EFA">
      <w:pPr>
        <w:spacing w:after="0" w:line="240" w:lineRule="auto"/>
        <w:rPr>
          <w:sz w:val="28"/>
          <w:szCs w:val="28"/>
        </w:rPr>
      </w:pPr>
      <w:r w:rsidRPr="00EC796B">
        <w:rPr>
          <w:b/>
          <w:szCs w:val="28"/>
        </w:rPr>
        <w:t>1. Năng lực đặc thù</w:t>
      </w:r>
    </w:p>
    <w:p w:rsidR="00D73094" w:rsidRPr="00EC796B" w:rsidRDefault="00C76EFA">
      <w:pPr>
        <w:spacing w:after="0" w:line="240" w:lineRule="auto"/>
        <w:rPr>
          <w:sz w:val="28"/>
          <w:szCs w:val="28"/>
        </w:rPr>
      </w:pPr>
      <w:r w:rsidRPr="00EC796B">
        <w:rPr>
          <w:szCs w:val="28"/>
        </w:rPr>
        <w:t>- Thực hiện được phép nhân, phép chia.</w:t>
      </w:r>
    </w:p>
    <w:p w:rsidR="00D73094" w:rsidRPr="00EC796B" w:rsidRDefault="00C76EFA">
      <w:pPr>
        <w:spacing w:after="0" w:line="240" w:lineRule="auto"/>
        <w:rPr>
          <w:sz w:val="28"/>
          <w:szCs w:val="28"/>
        </w:rPr>
      </w:pPr>
      <w:r w:rsidRPr="00EC796B">
        <w:rPr>
          <w:szCs w:val="28"/>
        </w:rPr>
        <w:t>- Giải được bài toán thực tế liên quan đến phép chia.</w:t>
      </w:r>
    </w:p>
    <w:p w:rsidR="00D73094" w:rsidRPr="00EC796B" w:rsidRDefault="00C76EFA">
      <w:pPr>
        <w:spacing w:after="0" w:line="240" w:lineRule="auto"/>
        <w:rPr>
          <w:sz w:val="28"/>
          <w:szCs w:val="28"/>
        </w:rPr>
      </w:pPr>
      <w:r w:rsidRPr="00EC796B">
        <w:rPr>
          <w:szCs w:val="28"/>
        </w:rPr>
        <w:t>- Qua thực hành, luyện tập sẽ phát triển năng lực tư duy và lập luận toán học, năng lực giao tiếp Toán học. Qua giải bài toán thực tế sẽ phát triển năng lực giải quyết vấn đề Toán học.</w:t>
      </w:r>
    </w:p>
    <w:p w:rsidR="00D73094" w:rsidRPr="00EC796B" w:rsidRDefault="00C76EFA">
      <w:pPr>
        <w:spacing w:after="0" w:line="240" w:lineRule="auto"/>
        <w:rPr>
          <w:sz w:val="28"/>
          <w:szCs w:val="28"/>
        </w:rPr>
      </w:pPr>
      <w:r w:rsidRPr="00EC796B">
        <w:rPr>
          <w:b/>
          <w:szCs w:val="28"/>
        </w:rPr>
        <w:t>2. Năng lực chung</w:t>
      </w:r>
    </w:p>
    <w:p w:rsidR="00D73094" w:rsidRPr="00EC796B" w:rsidRDefault="00C76EFA">
      <w:pPr>
        <w:spacing w:after="0" w:line="240" w:lineRule="auto"/>
        <w:rPr>
          <w:sz w:val="28"/>
          <w:szCs w:val="28"/>
        </w:rPr>
      </w:pPr>
      <w:r w:rsidRPr="00EC796B">
        <w:rPr>
          <w:szCs w:val="28"/>
        </w:rPr>
        <w:t>- Giao tiếp – hợp tác: Trao đổi, thảo luận nhóm/cặp; trình bày và lắng nghe ý kiến; phối hợp thực hiện nhiệm vụ học tập.</w:t>
      </w:r>
    </w:p>
    <w:p w:rsidR="00D73094" w:rsidRPr="00EC796B" w:rsidRDefault="00C76EFA">
      <w:pPr>
        <w:spacing w:after="0" w:line="240" w:lineRule="auto"/>
        <w:rPr>
          <w:sz w:val="28"/>
          <w:szCs w:val="28"/>
        </w:rPr>
      </w:pPr>
      <w:r w:rsidRPr="00EC796B">
        <w:rPr>
          <w:szCs w:val="28"/>
        </w:rPr>
        <w:t>- Tự chủ - tự học: Tự giác thực hiện nhiệm vụ; chủ động quan sát, suy nghĩ và hoàn thành bài tập; tự kiểm tra, điều chỉnh kết quả.</w:t>
      </w:r>
    </w:p>
    <w:p w:rsidR="00D73094" w:rsidRPr="00EC796B" w:rsidRDefault="00C76EFA">
      <w:pPr>
        <w:spacing w:after="0" w:line="240" w:lineRule="auto"/>
        <w:rPr>
          <w:sz w:val="28"/>
          <w:szCs w:val="28"/>
        </w:rPr>
      </w:pPr>
      <w:r w:rsidRPr="00EC796B">
        <w:rPr>
          <w:szCs w:val="28"/>
        </w:rPr>
        <w:t>- Giải quyết vấn đề và sáng tạo: Phát hiện và lựa chọn cách làm phù hợp; vận dụng kiến thức đã học để giải quyết các tình huống/bài toán.</w:t>
      </w:r>
    </w:p>
    <w:p w:rsidR="00D73094" w:rsidRPr="00EC796B" w:rsidRDefault="00C76EFA">
      <w:pPr>
        <w:spacing w:after="0" w:line="240" w:lineRule="auto"/>
        <w:rPr>
          <w:sz w:val="28"/>
          <w:szCs w:val="28"/>
        </w:rPr>
      </w:pPr>
      <w:r w:rsidRPr="00EC796B">
        <w:rPr>
          <w:b/>
          <w:szCs w:val="28"/>
        </w:rPr>
        <w:t>3. Phẩm chất</w:t>
      </w:r>
    </w:p>
    <w:p w:rsidR="00D73094" w:rsidRPr="00EC796B" w:rsidRDefault="00C76EFA">
      <w:pPr>
        <w:spacing w:after="0" w:line="240" w:lineRule="auto"/>
        <w:rPr>
          <w:sz w:val="28"/>
          <w:szCs w:val="28"/>
        </w:rPr>
      </w:pPr>
      <w:r w:rsidRPr="00EC796B">
        <w:rPr>
          <w:szCs w:val="28"/>
        </w:rPr>
        <w:t>- Chăm chỉ: Tích cực tham gia các hoạt động học tập; kiên trì luyện tập để hoàn thành nhiệm vụ.</w:t>
      </w:r>
    </w:p>
    <w:p w:rsidR="00D73094" w:rsidRPr="00EC796B" w:rsidRDefault="00C76EFA">
      <w:pPr>
        <w:spacing w:after="0" w:line="240" w:lineRule="auto"/>
        <w:rPr>
          <w:sz w:val="28"/>
          <w:szCs w:val="28"/>
        </w:rPr>
      </w:pPr>
      <w:r w:rsidRPr="00EC796B">
        <w:rPr>
          <w:szCs w:val="28"/>
        </w:rPr>
        <w:t>- Trách nhiệm: Thực hiện đúng yêu cầu của GV; hoàn thành bài tập; giữ gìn đồ dùng học tập.</w:t>
      </w:r>
    </w:p>
    <w:p w:rsidR="00D73094" w:rsidRPr="00EC796B" w:rsidRDefault="00C76EFA">
      <w:pPr>
        <w:spacing w:after="0" w:line="240" w:lineRule="auto"/>
        <w:rPr>
          <w:sz w:val="28"/>
          <w:szCs w:val="28"/>
        </w:rPr>
      </w:pPr>
      <w:r w:rsidRPr="00EC796B">
        <w:rPr>
          <w:szCs w:val="28"/>
        </w:rPr>
        <w:t>- Nhân ái: Tôn trọng, giúp đỡ bạn; ứng xử thân thiện trong học tập và sinh hoạt.</w:t>
      </w:r>
    </w:p>
    <w:p w:rsidR="00D73094" w:rsidRPr="00EC796B" w:rsidRDefault="00C76EFA">
      <w:pPr>
        <w:spacing w:after="0" w:line="240" w:lineRule="auto"/>
        <w:rPr>
          <w:sz w:val="28"/>
          <w:szCs w:val="28"/>
        </w:rPr>
      </w:pPr>
      <w:r w:rsidRPr="00EC796B">
        <w:rPr>
          <w:szCs w:val="28"/>
        </w:rPr>
        <w:t>- Tinh thần hợp tác: Phối hợp làm việc nhóm; chia sẻ, hỗ trợ nhau để hoàn thành nhiệm vụ chung.</w:t>
      </w:r>
    </w:p>
    <w:p w:rsidR="00EC796B" w:rsidRPr="00EC796B" w:rsidRDefault="00EC796B">
      <w:pPr>
        <w:spacing w:after="0" w:line="240" w:lineRule="auto"/>
        <w:rPr>
          <w:sz w:val="28"/>
          <w:szCs w:val="28"/>
        </w:rPr>
      </w:pPr>
      <w:r w:rsidRPr="00EC796B">
        <w:rPr>
          <w:b/>
          <w:color w:val="FF0000"/>
          <w:szCs w:val="28"/>
        </w:rPr>
        <w:t>4. Tích hợp:</w:t>
      </w:r>
    </w:p>
    <w:p w:rsidR="00EC796B" w:rsidRPr="00EC796B" w:rsidRDefault="00EC796B">
      <w:pPr>
        <w:spacing w:after="0" w:line="240" w:lineRule="auto"/>
        <w:rPr>
          <w:color w:val="FF0000"/>
          <w:sz w:val="28"/>
          <w:szCs w:val="28"/>
        </w:rPr>
      </w:pPr>
      <w:r w:rsidRPr="00EC796B">
        <w:rPr>
          <w:color w:val="FF0000"/>
          <w:szCs w:val="28"/>
        </w:rPr>
        <w:t xml:space="preserve">Đạo đức, lối sống: HS khi được bạn bè/người thân </w:t>
      </w:r>
      <w:r w:rsidRPr="00EC796B">
        <w:rPr>
          <w:rStyle w:val="Strong"/>
          <w:rFonts w:eastAsiaTheme="majorEastAsia"/>
          <w:color w:val="FF0000"/>
          <w:szCs w:val="28"/>
        </w:rPr>
        <w:t>chúc mừng sinh nhật</w:t>
      </w:r>
      <w:r w:rsidRPr="00EC796B">
        <w:rPr>
          <w:color w:val="FF0000"/>
          <w:szCs w:val="28"/>
        </w:rPr>
        <w:t xml:space="preserve"> cần </w:t>
      </w:r>
      <w:r w:rsidRPr="00EC796B">
        <w:rPr>
          <w:rStyle w:val="Strong"/>
          <w:rFonts w:eastAsiaTheme="majorEastAsia"/>
          <w:color w:val="FF0000"/>
          <w:szCs w:val="28"/>
        </w:rPr>
        <w:t>lễ phép đáp lại</w:t>
      </w:r>
      <w:r w:rsidRPr="00EC796B">
        <w:rPr>
          <w:color w:val="FF0000"/>
          <w:szCs w:val="28"/>
        </w:rPr>
        <w:t xml:space="preserve">, biết nói lời </w:t>
      </w:r>
      <w:r w:rsidRPr="00EC796B">
        <w:rPr>
          <w:rStyle w:val="Strong"/>
          <w:rFonts w:eastAsiaTheme="majorEastAsia"/>
          <w:color w:val="FF0000"/>
          <w:szCs w:val="28"/>
        </w:rPr>
        <w:t>“Cảm ơn”</w:t>
      </w:r>
      <w:r w:rsidRPr="00EC796B">
        <w:rPr>
          <w:color w:val="FF0000"/>
          <w:szCs w:val="28"/>
        </w:rPr>
        <w:t xml:space="preserve"> và thể hiện sự trân trọng.</w:t>
      </w:r>
    </w:p>
    <w:p w:rsidR="00D73094" w:rsidRPr="00EC796B" w:rsidRDefault="00C76EFA">
      <w:pPr>
        <w:spacing w:after="0" w:line="240" w:lineRule="auto"/>
        <w:rPr>
          <w:sz w:val="28"/>
          <w:szCs w:val="28"/>
        </w:rPr>
      </w:pPr>
      <w:r w:rsidRPr="00EC796B">
        <w:rPr>
          <w:b/>
          <w:szCs w:val="28"/>
        </w:rPr>
        <w:t>II. ĐỒ DÙNG DẠY HỌC</w:t>
      </w:r>
    </w:p>
    <w:p w:rsidR="00D73094" w:rsidRPr="00EC796B" w:rsidRDefault="00C76EFA">
      <w:pPr>
        <w:spacing w:after="0" w:line="240" w:lineRule="auto"/>
        <w:rPr>
          <w:sz w:val="28"/>
          <w:szCs w:val="28"/>
        </w:rPr>
      </w:pPr>
      <w:r w:rsidRPr="00EC796B">
        <w:rPr>
          <w:szCs w:val="28"/>
        </w:rPr>
        <w:t>- GV: Laptop; máy chiếu; clip, slide minh họa, ... Bộ đồ dùng học Toán 2. Phiếu học tập nhóm BT 1, BT 3.</w:t>
      </w:r>
    </w:p>
    <w:p w:rsidR="00D73094" w:rsidRPr="00EC796B" w:rsidRDefault="00C76EFA">
      <w:pPr>
        <w:spacing w:after="0" w:line="240" w:lineRule="auto"/>
        <w:rPr>
          <w:sz w:val="28"/>
          <w:szCs w:val="28"/>
        </w:rPr>
      </w:pPr>
      <w:r w:rsidRPr="00EC796B">
        <w:rPr>
          <w:szCs w:val="28"/>
        </w:rPr>
        <w:t>- HS: SGK, vở, bộ đồ dùng học Toán 2.</w:t>
      </w:r>
    </w:p>
    <w:p w:rsidR="00D73094" w:rsidRPr="00EC796B" w:rsidRDefault="00C76EFA">
      <w:pPr>
        <w:spacing w:after="0" w:line="240" w:lineRule="auto"/>
        <w:rPr>
          <w:sz w:val="28"/>
          <w:szCs w:val="28"/>
        </w:rPr>
      </w:pPr>
      <w:r w:rsidRPr="00EC796B">
        <w:rPr>
          <w:b/>
          <w:szCs w:val="28"/>
        </w:rPr>
        <w:t>III. CÁC HOẠT ĐỘNG DẠY HỌC CHỦ YẾU</w:t>
      </w:r>
    </w:p>
    <w:tbl>
      <w:tblPr>
        <w:tblStyle w:val="TableGrid"/>
        <w:tblW w:w="0" w:type="auto"/>
        <w:tblBorders>
          <w:insideH w:val="none" w:sz="0" w:space="0" w:color="auto"/>
        </w:tblBorders>
        <w:tblLook w:val="04A0" w:firstRow="1" w:lastRow="0" w:firstColumn="1" w:lastColumn="0" w:noHBand="0" w:noVBand="1"/>
      </w:tblPr>
      <w:tblGrid>
        <w:gridCol w:w="4986"/>
        <w:gridCol w:w="5038"/>
      </w:tblGrid>
      <w:tr w:rsidR="00D73094" w:rsidRPr="00EC796B" w:rsidTr="002D5BCB">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GV</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HS</w:t>
            </w:r>
          </w:p>
        </w:tc>
      </w:tr>
      <w:tr w:rsidR="00C76EFA" w:rsidRPr="00EC796B" w:rsidTr="002D5BCB">
        <w:trPr>
          <w:trHeight w:val="907"/>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C76EFA" w:rsidRPr="00EC796B" w:rsidRDefault="00C76EFA">
            <w:pPr>
              <w:rPr>
                <w:sz w:val="28"/>
                <w:szCs w:val="28"/>
              </w:rPr>
            </w:pPr>
            <w:r w:rsidRPr="00EC796B">
              <w:rPr>
                <w:b/>
                <w:szCs w:val="28"/>
              </w:rPr>
              <w:t xml:space="preserve">1. HĐ </w:t>
            </w:r>
            <w:r w:rsidR="00EC796B" w:rsidRPr="00EC796B">
              <w:rPr>
                <w:b/>
                <w:szCs w:val="28"/>
              </w:rPr>
              <w:t>Khởi động</w:t>
            </w:r>
            <w:r w:rsidRPr="00EC796B">
              <w:rPr>
                <w:b/>
                <w:szCs w:val="28"/>
              </w:rPr>
              <w:t>. (3-5’)</w:t>
            </w:r>
          </w:p>
          <w:p w:rsidR="00C76EFA" w:rsidRPr="00EC796B" w:rsidRDefault="00C76EFA">
            <w:pPr>
              <w:rPr>
                <w:sz w:val="28"/>
                <w:szCs w:val="28"/>
              </w:rPr>
            </w:pPr>
            <w:r w:rsidRPr="00EC796B">
              <w:rPr>
                <w:b/>
                <w:szCs w:val="28"/>
              </w:rPr>
              <w:t>Mục tiêu:</w:t>
            </w:r>
          </w:p>
          <w:p w:rsidR="00C76EFA" w:rsidRPr="00EC796B" w:rsidRDefault="00C76EFA" w:rsidP="00C76EFA">
            <w:pPr>
              <w:rPr>
                <w:sz w:val="28"/>
                <w:szCs w:val="28"/>
              </w:rPr>
            </w:pPr>
            <w:r w:rsidRPr="00EC796B">
              <w:rPr>
                <w:b/>
                <w:szCs w:val="28"/>
              </w:rPr>
              <w:t>- Tạo hứng thú, ôn lại bảng nhân và bảng chia đã học; kết nối vào bài luyện tập.</w:t>
            </w:r>
          </w:p>
        </w:tc>
      </w:tr>
      <w:tr w:rsidR="00D73094" w:rsidRPr="00EC796B" w:rsidTr="002D5BCB">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tổ chức cho HS chơi trò chơi Chèo thuyền với nội dung là các bảng nhân, bảng chia đã học.</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chơi trò chơi theo quản trò.</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nhận xét, khen ngợi.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kết nối vào bài: Bài học hôm nay giúp các em củng cố về phép nhân, phép chia. Từ đó, sẽ vận dụng để giải bài toán có lời văn.</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ghi tên bài: Luyện tập</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ghi tên bài vào vở.</w:t>
            </w:r>
          </w:p>
        </w:tc>
      </w:tr>
      <w:tr w:rsidR="00D73094" w:rsidRPr="00EC796B" w:rsidTr="002D5BCB">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2. HĐ Luyện tập - Thực hành. 25’</w:t>
            </w:r>
          </w:p>
        </w:tc>
      </w:tr>
      <w:tr w:rsidR="00D73094" w:rsidRPr="00EC796B" w:rsidTr="002D5BCB">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lastRenderedPageBreak/>
              <w:t>Mục tiêu:</w:t>
            </w:r>
          </w:p>
          <w:p w:rsidR="00D73094" w:rsidRPr="00EC796B" w:rsidRDefault="00C76EFA">
            <w:pPr>
              <w:rPr>
                <w:sz w:val="28"/>
                <w:szCs w:val="28"/>
              </w:rPr>
            </w:pPr>
            <w:r w:rsidRPr="00EC796B">
              <w:rPr>
                <w:b/>
                <w:szCs w:val="28"/>
              </w:rPr>
              <w:t>- Củng cố kĩ năng thực hiện phép nhân, phép chia và giải bài toán có lời văn liên quan đến phép chia.</w:t>
            </w:r>
          </w:p>
        </w:tc>
      </w:tr>
      <w:tr w:rsidR="00D73094" w:rsidRPr="00EC796B" w:rsidTr="002D5BCB">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b/>
                <w:sz w:val="28"/>
                <w:szCs w:val="28"/>
              </w:rPr>
            </w:pPr>
            <w:r w:rsidRPr="00EC796B">
              <w:rPr>
                <w:b/>
                <w:szCs w:val="28"/>
              </w:rPr>
              <w:t>- Bài 1:</w:t>
            </w:r>
          </w:p>
          <w:p w:rsidR="00D73094" w:rsidRPr="00EC796B" w:rsidRDefault="00C76EFA">
            <w:pPr>
              <w:rPr>
                <w:sz w:val="28"/>
                <w:szCs w:val="28"/>
              </w:rPr>
            </w:pPr>
            <w:r w:rsidRPr="00EC796B">
              <w:rPr>
                <w:szCs w:val="28"/>
              </w:rPr>
              <w:t>- GV cho HS đọc yêu cầu đề bài.</w:t>
            </w:r>
          </w:p>
          <w:p w:rsidR="00EC796B" w:rsidRPr="00EC796B" w:rsidRDefault="00EC796B">
            <w:pPr>
              <w:rPr>
                <w:sz w:val="28"/>
                <w:szCs w:val="28"/>
              </w:rPr>
            </w:pP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đọc yêu cầu đề bài.</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làm việc nhóm.</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làm nhóm.</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bài, chia sẻ bằng bài Rap! vui nhộn.</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Một HS làm quản trò, HS dưới lớp chơi đọc bản Rap! Và trả lời các theo các phép tính trên máy chiếu.</w:t>
            </w:r>
          </w:p>
          <w:p w:rsidR="00D73094" w:rsidRPr="00EC796B" w:rsidRDefault="00C76EFA">
            <w:pPr>
              <w:rPr>
                <w:sz w:val="28"/>
                <w:szCs w:val="28"/>
              </w:rPr>
            </w:pPr>
            <w:r w:rsidRPr="00EC796B">
              <w:rPr>
                <w:szCs w:val="28"/>
              </w:rPr>
              <w:t>- Đáp án</w:t>
            </w:r>
          </w:p>
          <w:p w:rsidR="00EC796B" w:rsidRPr="00EC796B" w:rsidRDefault="00EC796B">
            <w:pPr>
              <w:rPr>
                <w:sz w:val="28"/>
                <w:szCs w:val="28"/>
              </w:rPr>
            </w:pPr>
            <w:r w:rsidRPr="00EC796B">
              <w:rPr>
                <w:szCs w:val="28"/>
              </w:rPr>
              <w:t>a.</w:t>
            </w:r>
          </w:p>
          <w:tbl>
            <w:tblPr>
              <w:tblW w:w="4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10"/>
              <w:gridCol w:w="711"/>
              <w:gridCol w:w="622"/>
              <w:gridCol w:w="622"/>
              <w:gridCol w:w="622"/>
              <w:gridCol w:w="600"/>
            </w:tblGrid>
            <w:tr w:rsidR="00EC796B" w:rsidRPr="00EC796B" w:rsidTr="00EC796B">
              <w:trPr>
                <w:trHeight w:val="278"/>
              </w:trPr>
              <w:tc>
                <w:tcPr>
                  <w:tcW w:w="10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both"/>
                    <w:rPr>
                      <w:b/>
                      <w:i/>
                      <w:noProof/>
                      <w:sz w:val="20"/>
                      <w:szCs w:val="20"/>
                    </w:rPr>
                  </w:pPr>
                  <w:r w:rsidRPr="00EC796B">
                    <w:rPr>
                      <w:b/>
                      <w:i/>
                      <w:noProof/>
                      <w:sz w:val="20"/>
                      <w:szCs w:val="20"/>
                    </w:rPr>
                    <w:t>Thừa số</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2</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2</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2</w:t>
                  </w:r>
                </w:p>
              </w:tc>
              <w:tc>
                <w:tcPr>
                  <w:tcW w:w="599"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r>
            <w:tr w:rsidR="00EC796B" w:rsidRPr="00EC796B" w:rsidTr="00EC796B">
              <w:trPr>
                <w:trHeight w:val="278"/>
              </w:trPr>
              <w:tc>
                <w:tcPr>
                  <w:tcW w:w="10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both"/>
                    <w:rPr>
                      <w:b/>
                      <w:noProof/>
                      <w:sz w:val="20"/>
                      <w:szCs w:val="20"/>
                    </w:rPr>
                  </w:pPr>
                  <w:r w:rsidRPr="00EC796B">
                    <w:rPr>
                      <w:b/>
                      <w:i/>
                      <w:noProof/>
                      <w:sz w:val="20"/>
                      <w:szCs w:val="20"/>
                    </w:rPr>
                    <w:t>Thừa số</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6</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7</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8</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3</w:t>
                  </w:r>
                </w:p>
              </w:tc>
              <w:tc>
                <w:tcPr>
                  <w:tcW w:w="599"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9</w:t>
                  </w:r>
                </w:p>
              </w:tc>
            </w:tr>
            <w:tr w:rsidR="00EC796B" w:rsidRPr="00EC796B" w:rsidTr="00EC796B">
              <w:trPr>
                <w:trHeight w:val="266"/>
              </w:trPr>
              <w:tc>
                <w:tcPr>
                  <w:tcW w:w="10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both"/>
                    <w:rPr>
                      <w:b/>
                      <w:i/>
                      <w:noProof/>
                      <w:sz w:val="20"/>
                      <w:szCs w:val="20"/>
                    </w:rPr>
                  </w:pPr>
                  <w:r w:rsidRPr="00EC796B">
                    <w:rPr>
                      <w:b/>
                      <w:i/>
                      <w:noProof/>
                      <w:sz w:val="20"/>
                      <w:szCs w:val="20"/>
                    </w:rPr>
                    <w:t>Tích</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10</w:t>
                  </w:r>
                </w:p>
              </w:tc>
              <w:tc>
                <w:tcPr>
                  <w:tcW w:w="71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30</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14</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40</w:t>
                  </w:r>
                </w:p>
              </w:tc>
              <w:tc>
                <w:tcPr>
                  <w:tcW w:w="621"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6</w:t>
                  </w:r>
                </w:p>
              </w:tc>
              <w:tc>
                <w:tcPr>
                  <w:tcW w:w="599"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45</w:t>
                  </w:r>
                </w:p>
              </w:tc>
            </w:tr>
          </w:tbl>
          <w:p w:rsidR="00EC796B" w:rsidRPr="00EC796B" w:rsidRDefault="00EC796B" w:rsidP="00EC796B">
            <w:pPr>
              <w:jc w:val="both"/>
              <w:rPr>
                <w:rFonts w:eastAsia="Calibri"/>
                <w:b/>
                <w:noProof/>
                <w:sz w:val="20"/>
                <w:szCs w:val="20"/>
              </w:rPr>
            </w:pPr>
            <w:r w:rsidRPr="00EC796B">
              <w:rPr>
                <w:b/>
                <w:noProof/>
                <w:szCs w:val="20"/>
              </w:rPr>
              <w:t>b.</w:t>
            </w:r>
          </w:p>
          <w:tbl>
            <w:tblPr>
              <w:tblW w:w="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674"/>
              <w:gridCol w:w="590"/>
              <w:gridCol w:w="590"/>
              <w:gridCol w:w="590"/>
              <w:gridCol w:w="590"/>
              <w:gridCol w:w="568"/>
            </w:tblGrid>
            <w:tr w:rsidR="00EC796B" w:rsidRPr="00EC796B" w:rsidTr="00EC796B">
              <w:trPr>
                <w:trHeight w:val="526"/>
              </w:trPr>
              <w:tc>
                <w:tcPr>
                  <w:tcW w:w="105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i/>
                      <w:noProof/>
                      <w:sz w:val="20"/>
                      <w:szCs w:val="20"/>
                    </w:rPr>
                  </w:pPr>
                  <w:r w:rsidRPr="00EC796B">
                    <w:rPr>
                      <w:b/>
                      <w:i/>
                      <w:noProof/>
                      <w:sz w:val="20"/>
                      <w:szCs w:val="20"/>
                    </w:rPr>
                    <w:t>Số bị chia</w:t>
                  </w:r>
                </w:p>
              </w:tc>
              <w:tc>
                <w:tcPr>
                  <w:tcW w:w="67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12</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15</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14</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30</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8</w:t>
                  </w:r>
                </w:p>
              </w:tc>
              <w:tc>
                <w:tcPr>
                  <w:tcW w:w="568"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10</w:t>
                  </w:r>
                </w:p>
              </w:tc>
            </w:tr>
            <w:tr w:rsidR="00EC796B" w:rsidRPr="00EC796B" w:rsidTr="00EC796B">
              <w:trPr>
                <w:trHeight w:val="262"/>
              </w:trPr>
              <w:tc>
                <w:tcPr>
                  <w:tcW w:w="105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i/>
                      <w:noProof/>
                      <w:sz w:val="20"/>
                      <w:szCs w:val="20"/>
                    </w:rPr>
                    <w:t>Số chia</w:t>
                  </w:r>
                </w:p>
              </w:tc>
              <w:tc>
                <w:tcPr>
                  <w:tcW w:w="67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2</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c>
                <w:tcPr>
                  <w:tcW w:w="590" w:type="dxa"/>
                  <w:tcBorders>
                    <w:top w:val="single" w:sz="4" w:space="0" w:color="auto"/>
                    <w:left w:val="single" w:sz="4" w:space="0" w:color="auto"/>
                    <w:bottom w:val="single" w:sz="4" w:space="0" w:color="auto"/>
                    <w:right w:val="single" w:sz="4" w:space="0" w:color="auto"/>
                  </w:tcBorders>
                </w:tcPr>
                <w:p w:rsidR="00EC796B" w:rsidRPr="00EC796B" w:rsidRDefault="00EC796B" w:rsidP="00EC796B">
                  <w:pPr>
                    <w:spacing w:after="0" w:line="240" w:lineRule="auto"/>
                    <w:jc w:val="center"/>
                    <w:rPr>
                      <w:noProof/>
                      <w:sz w:val="20"/>
                      <w:szCs w:val="20"/>
                    </w:rPr>
                  </w:pP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2</w:t>
                  </w:r>
                </w:p>
              </w:tc>
              <w:tc>
                <w:tcPr>
                  <w:tcW w:w="568"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noProof/>
                      <w:sz w:val="20"/>
                      <w:szCs w:val="20"/>
                    </w:rPr>
                  </w:pPr>
                  <w:r w:rsidRPr="00EC796B">
                    <w:rPr>
                      <w:noProof/>
                      <w:sz w:val="20"/>
                      <w:szCs w:val="20"/>
                    </w:rPr>
                    <w:t>5</w:t>
                  </w:r>
                </w:p>
              </w:tc>
            </w:tr>
            <w:tr w:rsidR="00EC796B" w:rsidRPr="00EC796B" w:rsidTr="00EC796B">
              <w:trPr>
                <w:trHeight w:val="251"/>
              </w:trPr>
              <w:tc>
                <w:tcPr>
                  <w:tcW w:w="105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i/>
                      <w:noProof/>
                      <w:sz w:val="20"/>
                      <w:szCs w:val="20"/>
                    </w:rPr>
                  </w:pPr>
                  <w:r w:rsidRPr="00EC796B">
                    <w:rPr>
                      <w:b/>
                      <w:i/>
                      <w:noProof/>
                      <w:sz w:val="20"/>
                      <w:szCs w:val="20"/>
                    </w:rPr>
                    <w:t>Thương</w:t>
                  </w:r>
                </w:p>
              </w:tc>
              <w:tc>
                <w:tcPr>
                  <w:tcW w:w="674"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6</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3</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7</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6</w:t>
                  </w:r>
                </w:p>
              </w:tc>
              <w:tc>
                <w:tcPr>
                  <w:tcW w:w="590"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4</w:t>
                  </w:r>
                </w:p>
              </w:tc>
              <w:tc>
                <w:tcPr>
                  <w:tcW w:w="568" w:type="dxa"/>
                  <w:tcBorders>
                    <w:top w:val="single" w:sz="4" w:space="0" w:color="auto"/>
                    <w:left w:val="single" w:sz="4" w:space="0" w:color="auto"/>
                    <w:bottom w:val="single" w:sz="4" w:space="0" w:color="auto"/>
                    <w:right w:val="single" w:sz="4" w:space="0" w:color="auto"/>
                  </w:tcBorders>
                  <w:hideMark/>
                </w:tcPr>
                <w:p w:rsidR="00EC796B" w:rsidRPr="00EC796B" w:rsidRDefault="00EC796B" w:rsidP="00EC796B">
                  <w:pPr>
                    <w:spacing w:after="0" w:line="240" w:lineRule="auto"/>
                    <w:jc w:val="center"/>
                    <w:rPr>
                      <w:b/>
                      <w:noProof/>
                      <w:sz w:val="20"/>
                      <w:szCs w:val="20"/>
                    </w:rPr>
                  </w:pPr>
                  <w:r w:rsidRPr="00EC796B">
                    <w:rPr>
                      <w:b/>
                      <w:noProof/>
                      <w:sz w:val="20"/>
                      <w:szCs w:val="20"/>
                    </w:rPr>
                    <w:t>2</w:t>
                  </w:r>
                </w:p>
              </w:tc>
            </w:tr>
          </w:tbl>
          <w:p w:rsidR="00865AC5" w:rsidRDefault="00865AC5">
            <w:pPr>
              <w:rPr>
                <w:rFonts w:asciiTheme="minorHAnsi" w:eastAsiaTheme="minorEastAsia" w:hAnsiTheme="minorHAnsi"/>
                <w:sz w:val="22"/>
              </w:rPr>
            </w:pP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 GV hỏi củng cố:</w:t>
            </w:r>
          </w:p>
          <w:p w:rsidR="00D73094" w:rsidRPr="00EC796B" w:rsidRDefault="00C76EFA">
            <w:pPr>
              <w:rPr>
                <w:sz w:val="28"/>
                <w:szCs w:val="28"/>
              </w:rPr>
            </w:pPr>
            <w:r w:rsidRPr="00EC796B">
              <w:rPr>
                <w:szCs w:val="28"/>
              </w:rPr>
              <w:t>- Em có nhận xét gì về các phép tính trong câu a?</w:t>
            </w:r>
          </w:p>
          <w:p w:rsidR="00D73094" w:rsidRPr="00EC796B" w:rsidRDefault="00C76EFA">
            <w:pPr>
              <w:rPr>
                <w:sz w:val="28"/>
                <w:szCs w:val="28"/>
              </w:rPr>
            </w:pPr>
            <w:r w:rsidRPr="00EC796B">
              <w:rPr>
                <w:szCs w:val="28"/>
              </w:rPr>
              <w:t>- Em có nhận xét gì về các phép tính trong câu b?</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p w:rsidR="00D73094" w:rsidRPr="00EC796B" w:rsidRDefault="00C76EFA">
            <w:pPr>
              <w:rPr>
                <w:sz w:val="28"/>
                <w:szCs w:val="28"/>
              </w:rPr>
            </w:pPr>
            <w:r w:rsidRPr="00EC796B">
              <w:rPr>
                <w:szCs w:val="28"/>
              </w:rPr>
              <w:t>- Câu a các phép tính đều nằm trong bảng nhân 2 và 5</w:t>
            </w:r>
          </w:p>
          <w:p w:rsidR="00D73094" w:rsidRPr="00EC796B" w:rsidRDefault="00C76EFA">
            <w:pPr>
              <w:rPr>
                <w:sz w:val="28"/>
                <w:szCs w:val="28"/>
              </w:rPr>
            </w:pPr>
            <w:r w:rsidRPr="00EC796B">
              <w:rPr>
                <w:szCs w:val="28"/>
              </w:rPr>
              <w:t>- Câu b các phép tính đều nằm trong bảng chia 2 và 5.</w:t>
            </w:r>
          </w:p>
        </w:tc>
      </w:tr>
      <w:tr w:rsidR="00D73094" w:rsidRPr="00EC796B" w:rsidTr="002D5BCB">
        <w:trPr>
          <w:trHeight w:val="1022"/>
        </w:trPr>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Để tìm được tích và thương trong câu a và b ta cần học thuộc lòng bảng nhân và bảng chia.</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b/>
                <w:sz w:val="28"/>
                <w:szCs w:val="28"/>
              </w:rPr>
            </w:pPr>
            <w:r w:rsidRPr="00EC796B">
              <w:rPr>
                <w:b/>
                <w:szCs w:val="28"/>
              </w:rPr>
              <w:t>- Bài 2:</w:t>
            </w:r>
          </w:p>
          <w:p w:rsidR="00EC796B" w:rsidRPr="00EC796B" w:rsidRDefault="00C76EFA">
            <w:pPr>
              <w:rPr>
                <w:sz w:val="28"/>
                <w:szCs w:val="28"/>
              </w:rPr>
            </w:pPr>
            <w:r w:rsidRPr="00EC796B">
              <w:rPr>
                <w:szCs w:val="28"/>
              </w:rPr>
              <w:t>- GV cho HS đọc yêu cầu đề bài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đọc yêu cầu đề bài</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quan sát và hướng dẫn cách thực hiện:</w:t>
            </w:r>
          </w:p>
          <w:p w:rsidR="00D73094" w:rsidRPr="00EC796B" w:rsidRDefault="00C76EFA">
            <w:pPr>
              <w:rPr>
                <w:sz w:val="28"/>
                <w:szCs w:val="28"/>
              </w:rPr>
            </w:pPr>
            <w:r w:rsidRPr="00EC796B">
              <w:rPr>
                <w:b/>
                <w:szCs w:val="28"/>
              </w:rPr>
              <w:t>- Bài toán cho biết gì?</w:t>
            </w:r>
          </w:p>
          <w:p w:rsidR="00D73094" w:rsidRPr="00EC796B" w:rsidRDefault="00C76EFA">
            <w:pPr>
              <w:rPr>
                <w:sz w:val="28"/>
                <w:szCs w:val="28"/>
              </w:rPr>
            </w:pPr>
            <w:r w:rsidRPr="00EC796B">
              <w:rPr>
                <w:b/>
                <w:szCs w:val="28"/>
              </w:rPr>
              <w:t>- Bài toán hỏi gì?</w:t>
            </w:r>
          </w:p>
          <w:p w:rsidR="00D73094" w:rsidRPr="00EC796B" w:rsidRDefault="00C76EFA">
            <w:pPr>
              <w:rPr>
                <w:sz w:val="28"/>
                <w:szCs w:val="28"/>
              </w:rPr>
            </w:pPr>
            <w:r w:rsidRPr="00EC796B">
              <w:rPr>
                <w:szCs w:val="28"/>
              </w:rPr>
              <w:t>- Để tìm được mỗi bạn có bao nhiêu quả vải cần phải làm phép tính gì?</w:t>
            </w:r>
          </w:p>
          <w:p w:rsidR="00D73094" w:rsidRPr="00EC796B" w:rsidRDefault="00C76EFA">
            <w:pPr>
              <w:rPr>
                <w:sz w:val="28"/>
                <w:szCs w:val="28"/>
              </w:rPr>
            </w:pPr>
            <w:r w:rsidRPr="00EC796B">
              <w:rPr>
                <w:szCs w:val="28"/>
              </w:rPr>
              <w:t>- Em hãy nêu câu trả lời cho bài toán?</w:t>
            </w:r>
          </w:p>
          <w:p w:rsidR="00D73094" w:rsidRPr="00EC796B" w:rsidRDefault="00C76EFA">
            <w:pPr>
              <w:rPr>
                <w:sz w:val="28"/>
                <w:szCs w:val="28"/>
              </w:rPr>
            </w:pPr>
            <w:r w:rsidRPr="00EC796B">
              <w:rPr>
                <w:szCs w:val="28"/>
              </w:rPr>
              <w:t>- Ngoài câu trả lời này ra, ai có câu trả lời khác?</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HS nghe hướng dẫn cách thực hiện.</w:t>
            </w:r>
          </w:p>
          <w:p w:rsidR="00D73094" w:rsidRPr="00EC796B" w:rsidRDefault="00C76EFA">
            <w:pPr>
              <w:rPr>
                <w:sz w:val="28"/>
                <w:szCs w:val="28"/>
              </w:rPr>
            </w:pPr>
            <w:r w:rsidRPr="00EC796B">
              <w:rPr>
                <w:szCs w:val="28"/>
              </w:rPr>
              <w:t>- Bà có 20 quả vải, bà chia đều cho 2 cháu.</w:t>
            </w:r>
          </w:p>
          <w:p w:rsidR="00D73094" w:rsidRPr="00EC796B" w:rsidRDefault="00C76EFA">
            <w:pPr>
              <w:rPr>
                <w:sz w:val="28"/>
                <w:szCs w:val="28"/>
              </w:rPr>
            </w:pPr>
            <w:r w:rsidRPr="00EC796B">
              <w:rPr>
                <w:szCs w:val="28"/>
              </w:rPr>
              <w:t>- Hỏi mỗi cháu được bao nhiêu quả vải?</w:t>
            </w:r>
          </w:p>
          <w:p w:rsidR="00D73094" w:rsidRPr="00EC796B" w:rsidRDefault="00C76EFA">
            <w:pPr>
              <w:rPr>
                <w:sz w:val="28"/>
                <w:szCs w:val="28"/>
              </w:rPr>
            </w:pPr>
            <w:r w:rsidRPr="00EC796B">
              <w:rPr>
                <w:szCs w:val="28"/>
              </w:rPr>
              <w:t>- Phép tính chia.</w:t>
            </w:r>
          </w:p>
          <w:p w:rsidR="00D73094" w:rsidRPr="00EC796B" w:rsidRDefault="00C76EFA">
            <w:pPr>
              <w:rPr>
                <w:sz w:val="28"/>
                <w:szCs w:val="28"/>
              </w:rPr>
            </w:pPr>
            <w:r w:rsidRPr="00EC796B">
              <w:rPr>
                <w:szCs w:val="28"/>
              </w:rPr>
              <w:t>- Mỗi cháu được số quả vải là:</w:t>
            </w:r>
          </w:p>
          <w:p w:rsidR="00D73094" w:rsidRPr="00EC796B" w:rsidRDefault="00C76EFA">
            <w:pPr>
              <w:rPr>
                <w:sz w:val="28"/>
                <w:szCs w:val="28"/>
              </w:rPr>
            </w:pPr>
            <w:r w:rsidRPr="00EC796B">
              <w:rPr>
                <w:szCs w:val="28"/>
              </w:rPr>
              <w:t>- Số quả vải mỗi cháu được là:</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tổ chức cho HS làm việc theo cặp đôi. GV đi hỗ trợ những nhóm còn lúng túng bằng các câu hỏi gợi ý.</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làm việc cặp đôi, hoàn thành bài vào vở.</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bài.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xml:space="preserve">- Một số nhóm chia sẻ cách làm, mang vở lên </w:t>
            </w:r>
            <w:r w:rsidRPr="00EC796B">
              <w:rPr>
                <w:szCs w:val="28"/>
              </w:rPr>
              <w:lastRenderedPageBreak/>
              <w:t>chiếu máy chiếu để các bạn cùng nhận xét.</w:t>
            </w:r>
          </w:p>
          <w:p w:rsidR="00D73094" w:rsidRPr="00EC796B" w:rsidRDefault="00C76EFA">
            <w:pPr>
              <w:rPr>
                <w:sz w:val="28"/>
                <w:szCs w:val="28"/>
              </w:rPr>
            </w:pPr>
            <w:r w:rsidRPr="00EC796B">
              <w:rPr>
                <w:b/>
                <w:szCs w:val="28"/>
              </w:rPr>
              <w:t>- Bài giải</w:t>
            </w:r>
          </w:p>
          <w:p w:rsidR="00D73094" w:rsidRPr="00EC796B" w:rsidRDefault="00C76EFA">
            <w:pPr>
              <w:rPr>
                <w:sz w:val="28"/>
                <w:szCs w:val="28"/>
              </w:rPr>
            </w:pPr>
            <w:r w:rsidRPr="00EC796B">
              <w:rPr>
                <w:szCs w:val="28"/>
              </w:rPr>
              <w:t>- Mỗi cháu được số quả vải là:</w:t>
            </w:r>
          </w:p>
          <w:p w:rsidR="00D73094" w:rsidRPr="00EC796B" w:rsidRDefault="00C76EFA">
            <w:pPr>
              <w:rPr>
                <w:sz w:val="28"/>
                <w:szCs w:val="28"/>
              </w:rPr>
            </w:pPr>
            <w:r w:rsidRPr="00EC796B">
              <w:rPr>
                <w:szCs w:val="28"/>
              </w:rPr>
              <w:t>- 20 : 2 = 10 (quả)</w:t>
            </w:r>
          </w:p>
          <w:p w:rsidR="00D73094" w:rsidRPr="00EC796B" w:rsidRDefault="00C76EFA">
            <w:pPr>
              <w:rPr>
                <w:sz w:val="28"/>
                <w:szCs w:val="28"/>
              </w:rPr>
            </w:pPr>
            <w:r w:rsidRPr="00EC796B">
              <w:rPr>
                <w:szCs w:val="28"/>
              </w:rPr>
              <w:t>- Đáp số: 10 quả</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GV gọi HS nhận xét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tc>
      </w:tr>
      <w:tr w:rsidR="00D73094" w:rsidRPr="00EC796B" w:rsidTr="002D5BCB">
        <w:trPr>
          <w:trHeight w:val="2811"/>
        </w:trPr>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Đây là bài toán có lời văn sử dụng một phép tính chia trong bảng chia 2 mà các em đã được học. Bài toán có lời văn các em có thể viết lời giải bằng các cách khác nhau.</w:t>
            </w:r>
          </w:p>
          <w:p w:rsidR="00D73094" w:rsidRPr="00EC796B" w:rsidRDefault="00C76EFA" w:rsidP="00EC796B">
            <w:pPr>
              <w:rPr>
                <w:color w:val="FF0000"/>
                <w:sz w:val="28"/>
                <w:szCs w:val="28"/>
              </w:rPr>
            </w:pPr>
            <w:r w:rsidRPr="00EC796B">
              <w:rPr>
                <w:color w:val="FF0000"/>
                <w:szCs w:val="28"/>
              </w:rPr>
              <w:t xml:space="preserve">- </w:t>
            </w:r>
            <w:r w:rsidR="00EC796B" w:rsidRPr="00EC796B">
              <w:rPr>
                <w:color w:val="FF0000"/>
                <w:szCs w:val="28"/>
              </w:rPr>
              <w:t>Tích hợp đạo đức, lối sống</w:t>
            </w:r>
            <w:r w:rsidRPr="00EC796B">
              <w:rPr>
                <w:color w:val="FF0000"/>
                <w:szCs w:val="28"/>
              </w:rPr>
              <w:t>: Khi nhận được quà của bà thì các em cần lễ phép cầm bằng 2 tay và nói lời cảm ơn chân thành đến bà.</w:t>
            </w:r>
          </w:p>
          <w:p w:rsidR="00EC796B" w:rsidRPr="00EC796B" w:rsidRDefault="00EC796B" w:rsidP="00EC796B">
            <w:pPr>
              <w:rPr>
                <w:color w:val="FF0000"/>
                <w:sz w:val="28"/>
                <w:szCs w:val="28"/>
              </w:rPr>
            </w:pPr>
            <w:r w:rsidRPr="00EC796B">
              <w:rPr>
                <w:color w:val="FF0000"/>
                <w:szCs w:val="28"/>
              </w:rPr>
              <w:t xml:space="preserve">- HS khi được bạn bè/người thân </w:t>
            </w:r>
            <w:r w:rsidRPr="00EC796B">
              <w:rPr>
                <w:rStyle w:val="Strong"/>
                <w:rFonts w:eastAsiaTheme="majorEastAsia"/>
                <w:color w:val="FF0000"/>
                <w:szCs w:val="28"/>
              </w:rPr>
              <w:t>chúc mừng sinh nhật</w:t>
            </w:r>
            <w:r w:rsidRPr="00EC796B">
              <w:rPr>
                <w:color w:val="FF0000"/>
                <w:szCs w:val="28"/>
              </w:rPr>
              <w:t xml:space="preserve"> cần </w:t>
            </w:r>
            <w:r w:rsidRPr="00EC796B">
              <w:rPr>
                <w:rStyle w:val="Strong"/>
                <w:rFonts w:eastAsiaTheme="majorEastAsia"/>
                <w:color w:val="FF0000"/>
                <w:szCs w:val="28"/>
              </w:rPr>
              <w:t>lễ phép đáp lại</w:t>
            </w:r>
            <w:r w:rsidRPr="00EC796B">
              <w:rPr>
                <w:color w:val="FF0000"/>
                <w:szCs w:val="28"/>
              </w:rPr>
              <w:t xml:space="preserve">, biết nói lời </w:t>
            </w:r>
            <w:r w:rsidRPr="00EC796B">
              <w:rPr>
                <w:rStyle w:val="Strong"/>
                <w:rFonts w:eastAsiaTheme="majorEastAsia"/>
                <w:color w:val="FF0000"/>
                <w:szCs w:val="28"/>
              </w:rPr>
              <w:t>“Cảm ơn”</w:t>
            </w:r>
            <w:r w:rsidRPr="00EC796B">
              <w:rPr>
                <w:color w:val="FF0000"/>
                <w:szCs w:val="28"/>
              </w:rPr>
              <w:t xml:space="preserve"> và thể hiện sự trân trọng.</w:t>
            </w:r>
          </w:p>
          <w:p w:rsidR="006E6FB9" w:rsidRDefault="00C83376">
            <w:r>
              <w:rPr>
                <w:color w:val="FF0000"/>
              </w:rPr>
              <w:t>- Diễn giải tích hợp chi tiết: GV liên hệ tình huống trong bài với cách ứng xử khi nhận được sự quan tâm, quà tặng hoặc lời chúc mừng sinh nhật từ người thân, bạn bè. GV hỏi: Khi bà cho quà, khi bạn chúc mừng sinh nhật hoặc khi người thân động viên em, em cần đáp lại như thế nào để thể hiện sự lễ phép và trân trọng?</w:t>
            </w:r>
          </w:p>
          <w:p w:rsidR="006E6FB9" w:rsidRDefault="00C83376">
            <w:r>
              <w:rPr>
                <w:color w:val="FF0000"/>
              </w:rPr>
              <w:t>- GV giao nhiệm vụ HS thảo luận nhóm 2, nêu 1 câu đáp lịch sự. GV gợi ý: cầm quà bằng hai tay, nhìn người nói, mỉm cười, nói “Con cảm ơn bà ạ!”, “Mình cảm ơn bạn, mình rất vui!”. GV chốt: Biết nói lời cảm ơn, đáp lại lời chúc bằng thái độ vui vẻ là biểu hiện của nếp sống văn minh, biết yêu thương và trân trọng người quan tâm đến mình.</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p w:rsidR="006E6FB9" w:rsidRDefault="00C83376">
            <w:r>
              <w:t>- HS thảo luận nhóm 2, nêu cách đáp lời phù hợp và thực hành nói lời cảm ơn.</w:t>
            </w:r>
          </w:p>
          <w:p w:rsidR="006E6FB9" w:rsidRDefault="00C83376">
            <w:r>
              <w:t>- HS biết lễ phép khi nhận quà, lời chúc; biết trân trọng tình cảm của người thân, bạn bè.</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b/>
                <w:sz w:val="28"/>
                <w:szCs w:val="28"/>
              </w:rPr>
            </w:pPr>
            <w:r w:rsidRPr="00EC796B">
              <w:rPr>
                <w:b/>
                <w:szCs w:val="28"/>
              </w:rPr>
              <w:t>- Bài 3:</w:t>
            </w:r>
          </w:p>
          <w:p w:rsidR="00D73094" w:rsidRPr="00EC796B" w:rsidRDefault="00C76EFA">
            <w:pPr>
              <w:rPr>
                <w:sz w:val="28"/>
                <w:szCs w:val="28"/>
              </w:rPr>
            </w:pPr>
            <w:r w:rsidRPr="00EC796B">
              <w:rPr>
                <w:szCs w:val="28"/>
              </w:rPr>
              <w:t>- GV cho HS quan sát và hướng dẫn cách thực hiện: Làm lần lượt phép tính từ trái sang phải.</w:t>
            </w:r>
          </w:p>
          <w:p w:rsidR="00EC796B" w:rsidRPr="00EC796B" w:rsidRDefault="00EC796B">
            <w:pPr>
              <w:rPr>
                <w:sz w:val="28"/>
                <w:szCs w:val="28"/>
              </w:rPr>
            </w:pP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nghe hướng dẫn cách thực hiện.</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thảo luận nhóm làm bài vào phiếu.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nhóm 4 và làm bài.</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bài.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lên chia sẻ theo nhóm.</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tc>
      </w:tr>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Thực hiện lần lượt theo thứ tự từ trái sang phải.</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3. HĐ Vận dụng, trải nghiệm</w:t>
            </w:r>
          </w:p>
        </w:tc>
      </w:tr>
      <w:tr w:rsidR="00D73094" w:rsidRPr="00EC796B" w:rsidTr="009C7DB4">
        <w:tc>
          <w:tcPr>
            <w:tcW w:w="9972" w:type="dxa"/>
            <w:gridSpan w:val="2"/>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lastRenderedPageBreak/>
              <w:t>Mục tiêu:</w:t>
            </w:r>
          </w:p>
          <w:p w:rsidR="00D73094" w:rsidRPr="00EC796B" w:rsidRDefault="00C76EFA">
            <w:pPr>
              <w:rPr>
                <w:sz w:val="28"/>
                <w:szCs w:val="28"/>
              </w:rPr>
            </w:pPr>
            <w:r w:rsidRPr="00EC796B">
              <w:rPr>
                <w:b/>
                <w:szCs w:val="28"/>
              </w:rPr>
              <w:t>- Vận dụng bảng nhân, bảng chia thông qua trò chơi; củng cố kiến thức đã học.</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Tổ chức HĐ Trò chơi (Nhóm)</w:t>
            </w:r>
          </w:p>
          <w:p w:rsidR="00EC796B" w:rsidRPr="00EC796B" w:rsidRDefault="00C76EFA">
            <w:pPr>
              <w:rPr>
                <w:sz w:val="28"/>
                <w:szCs w:val="28"/>
              </w:rPr>
            </w:pPr>
            <w:r w:rsidRPr="00EC796B">
              <w:rPr>
                <w:szCs w:val="28"/>
              </w:rPr>
              <w:t>- GV phổ biến luật chơi: Truy tìm kho báu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quan sát và hướng dẫn cách chơi: Người chơi đầu tiên gieo xúc xắc... Trò chơi kết thúc khi có người đến được kho báu...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chơi trong nhóm của mình</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hỗ trợ các nhóm.</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thực hiện.</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Tuyên dương các nhóm chơi nhanh.</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Trò chơi này giúp các em điều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Giúp em ôn lại các bảng nhân và chia đã học.</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nhận xét phần chơi.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Hôm nay, chúng ta học bài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nhắc lại cách thực hiện phép nhân, phép chia. Nêu được cách giải bài toán có một phép tính chia.</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w:t>
            </w:r>
          </w:p>
        </w:tc>
      </w:tr>
      <w:tr w:rsidR="00D73094" w:rsidRPr="00EC796B" w:rsidTr="002D5BCB">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Nhận xét giờ học, khen ngợi, động viên HS.</w:t>
            </w:r>
          </w:p>
          <w:p w:rsidR="00D73094" w:rsidRPr="00EC796B" w:rsidRDefault="00C76EFA">
            <w:pPr>
              <w:rPr>
                <w:sz w:val="28"/>
                <w:szCs w:val="28"/>
              </w:rPr>
            </w:pPr>
            <w:r w:rsidRPr="00EC796B">
              <w:rPr>
                <w:szCs w:val="28"/>
              </w:rPr>
              <w:t>- Chuẩn bị bài tiếp theo.</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bl>
    <w:p w:rsidR="00D73094" w:rsidRPr="00EC796B" w:rsidRDefault="00EC796B" w:rsidP="00EC796B">
      <w:pPr>
        <w:spacing w:after="0" w:line="240" w:lineRule="auto"/>
        <w:jc w:val="center"/>
        <w:rPr>
          <w:sz w:val="28"/>
          <w:szCs w:val="28"/>
        </w:rPr>
      </w:pPr>
      <w:r>
        <w:rPr>
          <w:b/>
          <w:szCs w:val="28"/>
        </w:rPr>
        <w:tab/>
      </w:r>
      <w:r>
        <w:rPr>
          <w:b/>
          <w:szCs w:val="28"/>
        </w:rPr>
        <w:tab/>
      </w:r>
      <w:r>
        <w:rPr>
          <w:b/>
          <w:szCs w:val="28"/>
        </w:rPr>
        <w:tab/>
      </w:r>
      <w:r>
        <w:rPr>
          <w:b/>
          <w:szCs w:val="28"/>
        </w:rPr>
        <w:tab/>
      </w:r>
      <w:r>
        <w:rPr>
          <w:b/>
          <w:szCs w:val="28"/>
        </w:rPr>
        <w:tab/>
      </w:r>
      <w:r>
        <w:rPr>
          <w:b/>
          <w:szCs w:val="28"/>
        </w:rPr>
        <w:tab/>
      </w:r>
      <w:r w:rsidR="00C76EFA" w:rsidRPr="00EC796B">
        <w:rPr>
          <w:b/>
          <w:szCs w:val="28"/>
        </w:rPr>
        <w:t>TOÁN</w:t>
      </w:r>
    </w:p>
    <w:p w:rsidR="00D73094" w:rsidRPr="00EC796B" w:rsidRDefault="00C76EFA">
      <w:pPr>
        <w:spacing w:after="0" w:line="240" w:lineRule="auto"/>
        <w:jc w:val="center"/>
        <w:rPr>
          <w:sz w:val="28"/>
          <w:szCs w:val="28"/>
        </w:rPr>
      </w:pPr>
      <w:r w:rsidRPr="00EC796B">
        <w:rPr>
          <w:b/>
          <w:szCs w:val="28"/>
        </w:rPr>
        <w:t>TIẾT 112 - BÀI 46: KHỐI TRỤ, KHỐI CẦU</w:t>
      </w:r>
    </w:p>
    <w:p w:rsidR="00D73094" w:rsidRPr="00EC796B" w:rsidRDefault="00C76EFA">
      <w:pPr>
        <w:spacing w:after="0" w:line="240" w:lineRule="auto"/>
        <w:jc w:val="center"/>
        <w:rPr>
          <w:sz w:val="28"/>
          <w:szCs w:val="28"/>
        </w:rPr>
      </w:pPr>
      <w:r w:rsidRPr="00EC796B">
        <w:rPr>
          <w:b/>
          <w:szCs w:val="28"/>
        </w:rPr>
        <w:t>KHỐI TRỤ, KHỐI CẦU</w:t>
      </w:r>
    </w:p>
    <w:p w:rsidR="00D73094" w:rsidRPr="00EC796B" w:rsidRDefault="00C76EFA">
      <w:pPr>
        <w:spacing w:after="0" w:line="240" w:lineRule="auto"/>
        <w:rPr>
          <w:sz w:val="28"/>
          <w:szCs w:val="28"/>
        </w:rPr>
      </w:pPr>
      <w:r w:rsidRPr="00EC796B">
        <w:rPr>
          <w:b/>
          <w:szCs w:val="28"/>
        </w:rPr>
        <w:t>I. YÊU CẦU CẦN ĐẠT</w:t>
      </w:r>
    </w:p>
    <w:p w:rsidR="00D73094" w:rsidRPr="00EC796B" w:rsidRDefault="00C76EFA">
      <w:pPr>
        <w:spacing w:after="0" w:line="240" w:lineRule="auto"/>
        <w:rPr>
          <w:sz w:val="28"/>
          <w:szCs w:val="28"/>
        </w:rPr>
      </w:pPr>
      <w:r w:rsidRPr="00EC796B">
        <w:rPr>
          <w:b/>
          <w:szCs w:val="28"/>
        </w:rPr>
        <w:t>1. Năng lực đặc thù</w:t>
      </w:r>
    </w:p>
    <w:p w:rsidR="00D73094" w:rsidRPr="00EC796B" w:rsidRDefault="00C76EFA">
      <w:pPr>
        <w:spacing w:after="0" w:line="240" w:lineRule="auto"/>
        <w:rPr>
          <w:sz w:val="28"/>
          <w:szCs w:val="28"/>
        </w:rPr>
      </w:pPr>
      <w:r w:rsidRPr="00EC796B">
        <w:rPr>
          <w:szCs w:val="28"/>
        </w:rPr>
        <w:t>- Nhận dạng được khối trụ, khối cầu trong các mô hình ở bộ đồ dùng học tập và vật thật.</w:t>
      </w:r>
    </w:p>
    <w:p w:rsidR="00D73094" w:rsidRPr="00EC796B" w:rsidRDefault="00C76EFA">
      <w:pPr>
        <w:spacing w:after="0" w:line="240" w:lineRule="auto"/>
        <w:rPr>
          <w:sz w:val="28"/>
          <w:szCs w:val="28"/>
        </w:rPr>
      </w:pPr>
      <w:r w:rsidRPr="00EC796B">
        <w:rPr>
          <w:szCs w:val="28"/>
        </w:rPr>
        <w:t>- Liên hệ, nhận biết được các đồ vật gần gũi có dạng khối trụ, khối cầu.</w:t>
      </w:r>
    </w:p>
    <w:p w:rsidR="00D73094" w:rsidRPr="00EC796B" w:rsidRDefault="00C76EFA">
      <w:pPr>
        <w:spacing w:after="0" w:line="240" w:lineRule="auto"/>
        <w:rPr>
          <w:sz w:val="28"/>
          <w:szCs w:val="28"/>
        </w:rPr>
      </w:pPr>
      <w:r w:rsidRPr="00EC796B">
        <w:rPr>
          <w:szCs w:val="28"/>
        </w:rPr>
        <w:t>- Thông qua nhận dạng hình, HS phát triển năng lực quan sát, năng lực tư duy, mô hình hóa, đồng thời bước bước đầu phát triển trí tưởng tượng không gian. Qua thực hành, luyện tập, HS phát triển được năng lực giải quyết vấn đề Toán học và sử dụng công cụ, phương tiện, đồ dung Toán học.</w:t>
      </w:r>
    </w:p>
    <w:p w:rsidR="00D73094" w:rsidRPr="00EC796B" w:rsidRDefault="00C76EFA">
      <w:pPr>
        <w:spacing w:after="0" w:line="240" w:lineRule="auto"/>
        <w:rPr>
          <w:sz w:val="28"/>
          <w:szCs w:val="28"/>
        </w:rPr>
      </w:pPr>
      <w:r w:rsidRPr="00EC796B">
        <w:rPr>
          <w:b/>
          <w:szCs w:val="28"/>
        </w:rPr>
        <w:t>2. Năng lực chung</w:t>
      </w:r>
    </w:p>
    <w:p w:rsidR="00D73094" w:rsidRPr="00EC796B" w:rsidRDefault="00C76EFA">
      <w:pPr>
        <w:spacing w:after="0" w:line="240" w:lineRule="auto"/>
        <w:rPr>
          <w:sz w:val="28"/>
          <w:szCs w:val="28"/>
        </w:rPr>
      </w:pPr>
      <w:r w:rsidRPr="00EC796B">
        <w:rPr>
          <w:szCs w:val="28"/>
        </w:rPr>
        <w:t>- Giao tiếp – hợp tác: Trao đổi, thảo luận nhóm/cặp; trình bày và lắng nghe ý kiến; phối hợp thực hiện nhiệm vụ học tập.</w:t>
      </w:r>
    </w:p>
    <w:p w:rsidR="00D73094" w:rsidRPr="00EC796B" w:rsidRDefault="00C76EFA">
      <w:pPr>
        <w:spacing w:after="0" w:line="240" w:lineRule="auto"/>
        <w:rPr>
          <w:sz w:val="28"/>
          <w:szCs w:val="28"/>
        </w:rPr>
      </w:pPr>
      <w:r w:rsidRPr="00EC796B">
        <w:rPr>
          <w:szCs w:val="28"/>
        </w:rPr>
        <w:t>- Tự chủ - tự học: Tự giác thực hiện nhiệm vụ; chủ động quan sát, suy nghĩ và hoàn thành bài tập; tự kiểm tra, điều chỉnh kết quả.</w:t>
      </w:r>
    </w:p>
    <w:p w:rsidR="00D73094" w:rsidRPr="00EC796B" w:rsidRDefault="00C76EFA">
      <w:pPr>
        <w:spacing w:after="0" w:line="240" w:lineRule="auto"/>
        <w:rPr>
          <w:sz w:val="28"/>
          <w:szCs w:val="28"/>
        </w:rPr>
      </w:pPr>
      <w:r w:rsidRPr="00EC796B">
        <w:rPr>
          <w:szCs w:val="28"/>
        </w:rPr>
        <w:t>- Giải quyết vấn đề và sáng tạo: Phát hiện và lựa chọn cách làm phù hợp; vận dụng kiến thức đã học để giải quyết các tình huống/bài toán.</w:t>
      </w:r>
    </w:p>
    <w:p w:rsidR="00D73094" w:rsidRPr="00EC796B" w:rsidRDefault="00C76EFA">
      <w:pPr>
        <w:spacing w:after="0" w:line="240" w:lineRule="auto"/>
        <w:rPr>
          <w:sz w:val="28"/>
          <w:szCs w:val="28"/>
        </w:rPr>
      </w:pPr>
      <w:r w:rsidRPr="00EC796B">
        <w:rPr>
          <w:b/>
          <w:szCs w:val="28"/>
        </w:rPr>
        <w:t>3. Phẩm chất</w:t>
      </w:r>
    </w:p>
    <w:p w:rsidR="00D73094" w:rsidRPr="00EC796B" w:rsidRDefault="00C76EFA">
      <w:pPr>
        <w:spacing w:after="0" w:line="240" w:lineRule="auto"/>
        <w:rPr>
          <w:sz w:val="28"/>
          <w:szCs w:val="28"/>
        </w:rPr>
      </w:pPr>
      <w:r w:rsidRPr="00EC796B">
        <w:rPr>
          <w:szCs w:val="28"/>
        </w:rPr>
        <w:t>- Chăm chỉ: Tích cực tham gia các hoạt động học tập; kiên trì luyện tập để hoàn thành nhiệm vụ.</w:t>
      </w:r>
    </w:p>
    <w:p w:rsidR="00D73094" w:rsidRPr="00EC796B" w:rsidRDefault="00C76EFA">
      <w:pPr>
        <w:spacing w:after="0" w:line="240" w:lineRule="auto"/>
        <w:rPr>
          <w:sz w:val="28"/>
          <w:szCs w:val="28"/>
        </w:rPr>
      </w:pPr>
      <w:r w:rsidRPr="00EC796B">
        <w:rPr>
          <w:szCs w:val="28"/>
        </w:rPr>
        <w:t>- Trách nhiệm: Thực hiện đúng yêu cầu của GV; hoàn thành bài tập; giữ gìn đồ dùng học tập.</w:t>
      </w:r>
    </w:p>
    <w:p w:rsidR="00D73094" w:rsidRPr="00EC796B" w:rsidRDefault="00C76EFA">
      <w:pPr>
        <w:spacing w:after="0" w:line="240" w:lineRule="auto"/>
        <w:rPr>
          <w:sz w:val="28"/>
          <w:szCs w:val="28"/>
        </w:rPr>
      </w:pPr>
      <w:r w:rsidRPr="00EC796B">
        <w:rPr>
          <w:szCs w:val="28"/>
        </w:rPr>
        <w:t>- Nhân ái: Tôn trọng, giúp đỡ bạn; ứng xử thân thiện trong học tập và sinh hoạt.</w:t>
      </w:r>
    </w:p>
    <w:p w:rsidR="00D73094" w:rsidRDefault="00C76EFA">
      <w:pPr>
        <w:spacing w:after="0" w:line="240" w:lineRule="auto"/>
        <w:rPr>
          <w:sz w:val="28"/>
          <w:szCs w:val="28"/>
        </w:rPr>
      </w:pPr>
      <w:r w:rsidRPr="00EC796B">
        <w:rPr>
          <w:szCs w:val="28"/>
        </w:rPr>
        <w:t>- Tinh thần hợp tác: Phối hợp làm việc nhóm; chia sẻ, hỗ trợ nhau để hoàn thành nhiệm vụ chung.</w:t>
      </w:r>
    </w:p>
    <w:p w:rsidR="00EC796B" w:rsidRDefault="00EC796B">
      <w:pPr>
        <w:spacing w:after="0" w:line="240" w:lineRule="auto"/>
        <w:rPr>
          <w:sz w:val="28"/>
          <w:szCs w:val="28"/>
        </w:rPr>
      </w:pPr>
      <w:r>
        <w:rPr>
          <w:b/>
          <w:color w:val="FF0000"/>
          <w:szCs w:val="28"/>
        </w:rPr>
        <w:t>4. Tích hợp</w:t>
      </w:r>
    </w:p>
    <w:p w:rsidR="00EC796B" w:rsidRPr="00EC796B" w:rsidRDefault="00EC796B">
      <w:pPr>
        <w:spacing w:after="0" w:line="240" w:lineRule="auto"/>
        <w:rPr>
          <w:color w:val="FF0000"/>
          <w:sz w:val="28"/>
          <w:szCs w:val="28"/>
        </w:rPr>
      </w:pPr>
      <w:r>
        <w:rPr>
          <w:color w:val="FF0000"/>
        </w:rPr>
        <w:lastRenderedPageBreak/>
        <w:t>Bảo vệ môi trường: Giáo dục HS giữ gìn môi trường biển, không xả rác ở biển.</w:t>
      </w:r>
      <w:r>
        <w:rPr>
          <w:color w:val="FF0000"/>
        </w:rPr>
        <w:br/>
        <w:t>Tích hợp năng lực số 4.4.CB1a: Nhận biết tác động cơ bản của công nghệ số đối với môi trường; có ý thức phân loại, thu gom rác thải công nghệ như pin cũ có dạng khối trụ.</w:t>
      </w:r>
      <w:r>
        <w:rPr>
          <w:color w:val="FF0000"/>
        </w:rPr>
        <w:br/>
        <w:t>Tích hợp AI - YCCĐ 2.C3.2: HS hiểu rằng AI có thể nhận diện và phân loại sai nếu hình ảnh không rõ hoặc dữ liệu còn thiếu.</w:t>
      </w:r>
    </w:p>
    <w:p w:rsidR="00D73094" w:rsidRPr="00EC796B" w:rsidRDefault="00C76EFA">
      <w:pPr>
        <w:spacing w:after="0" w:line="240" w:lineRule="auto"/>
        <w:rPr>
          <w:sz w:val="28"/>
          <w:szCs w:val="28"/>
        </w:rPr>
      </w:pPr>
      <w:r w:rsidRPr="00EC796B">
        <w:rPr>
          <w:b/>
          <w:szCs w:val="28"/>
        </w:rPr>
        <w:t>II. ĐỒ DÙNG DẠY HỌC</w:t>
      </w:r>
    </w:p>
    <w:p w:rsidR="00D73094" w:rsidRPr="00EC796B" w:rsidRDefault="00C76EFA">
      <w:pPr>
        <w:spacing w:after="0" w:line="240" w:lineRule="auto"/>
        <w:rPr>
          <w:sz w:val="28"/>
          <w:szCs w:val="28"/>
        </w:rPr>
      </w:pPr>
      <w:r w:rsidRPr="00EC796B">
        <w:rPr>
          <w:szCs w:val="28"/>
        </w:rPr>
        <w:t>- GV: Mô hình khối trụ, khối cầu bằng bìa hoặc nhựa như: hộp sữa, cái cốc, ống nước, quả bóng, ống chè, hộp bánh sắt, quả địa cầu …</w:t>
      </w:r>
    </w:p>
    <w:p w:rsidR="00D73094" w:rsidRPr="00EC796B" w:rsidRDefault="00C76EFA">
      <w:pPr>
        <w:spacing w:after="0" w:line="240" w:lineRule="auto"/>
        <w:rPr>
          <w:sz w:val="28"/>
          <w:szCs w:val="28"/>
        </w:rPr>
      </w:pPr>
      <w:r w:rsidRPr="00EC796B">
        <w:rPr>
          <w:szCs w:val="28"/>
        </w:rPr>
        <w:t>- HS: SGK; Bộ đồ dùng Toán.</w:t>
      </w:r>
    </w:p>
    <w:p w:rsidR="00D73094" w:rsidRPr="00EC796B" w:rsidRDefault="00C76EFA">
      <w:pPr>
        <w:spacing w:after="0" w:line="240" w:lineRule="auto"/>
        <w:rPr>
          <w:sz w:val="28"/>
          <w:szCs w:val="28"/>
        </w:rPr>
      </w:pPr>
      <w:r w:rsidRPr="00EC796B">
        <w:rPr>
          <w:b/>
          <w:szCs w:val="28"/>
        </w:rPr>
        <w:t>III. CÁC HOẠT ĐỘNG DẠY HỌC CHỦ YẾU</w:t>
      </w:r>
    </w:p>
    <w:tbl>
      <w:tblPr>
        <w:tblStyle w:val="TableGrid"/>
        <w:tblW w:w="0" w:type="auto"/>
        <w:tblBorders>
          <w:insideH w:val="none" w:sz="0" w:space="0" w:color="auto"/>
        </w:tblBorders>
        <w:tblLook w:val="04A0" w:firstRow="1" w:lastRow="0" w:firstColumn="1" w:lastColumn="0" w:noHBand="0" w:noVBand="1"/>
      </w:tblPr>
      <w:tblGrid>
        <w:gridCol w:w="4986"/>
        <w:gridCol w:w="4986"/>
      </w:tblGrid>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GV</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HS</w:t>
            </w:r>
          </w:p>
        </w:tc>
      </w:tr>
      <w:tr w:rsidR="00EC796B" w:rsidRPr="00EC796B" w:rsidTr="009C7DB4">
        <w:trPr>
          <w:trHeight w:val="976"/>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1. Khởi động. (3-5’)</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Tạo hứng thú, kết nối vào bài học về khối trụ, khối cầu.</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cả lớp khởi động bằng bài hát “Quả”. GV nhận xét.</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hát theo nhạc</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Trong bài hát có những loại quả nào?</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 quả mít, quả khế, quả đất, quả bóng, quả pháo, quả trứng.</w:t>
            </w:r>
          </w:p>
        </w:tc>
      </w:tr>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chiếu hình cảnh các loại quả và giới thiệu: Trong các loại quả mà bạn vừa nêu. Có những quả thuộc dạng khối mà chúng ta sẽ học trong bài ngày hôm nay.</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w:t>
            </w:r>
          </w:p>
        </w:tc>
      </w:tr>
      <w:tr w:rsidR="00EC796B" w:rsidRPr="00EC796B" w:rsidTr="009C7DB4">
        <w:trPr>
          <w:trHeight w:val="1298"/>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2. HĐ Khám phá. 15’</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Nhận biết và mô tả khối trụ, khối cầu qua vật thật; bước đầu phát triển quan sát và tư duy không gian.</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a. Khối trụ:</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Trên tay cô có một hộp sữa có dạng hình khối... Người ta nói, hộp sữa có dạng khối trụ.</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xung quanh và hai đáy của những đồ vật đó.</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đưa thêm vật thật khúc gỗ (có hình dạng khối trụ) và hỏi HS khúc gỗ có dạng khối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trả lời: dạng khối trụ.</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nhận xét và chốt khúc gỗ có dạng khối trụ.</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 - nhận xét.</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đưa thêm đồ vật có hình khối trụ cho HS quan sát và nhận diện như: Hộp bánh sắt Danisa, lõi cuộn giấy, …</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trả lời.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xem cả tư thế đứng và nằm của khối trụ. GV cho HS quan sát nhiều mẫu khác nhau.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trả lời.</w:t>
            </w:r>
          </w:p>
        </w:tc>
      </w:tr>
      <w:tr w:rsidR="00D73094" w:rsidRPr="00EC796B" w:rsidTr="009C7DB4">
        <w:tc>
          <w:tcPr>
            <w:tcW w:w="4986" w:type="dxa"/>
            <w:shd w:val="clear" w:color="auto" w:fill="auto"/>
            <w:tcMar>
              <w:top w:w="20" w:type="dxa"/>
              <w:left w:w="60" w:type="dxa"/>
              <w:bottom w:w="20" w:type="dxa"/>
              <w:right w:w="60" w:type="dxa"/>
            </w:tcMar>
          </w:tcPr>
          <w:p w:rsidR="00D73094" w:rsidRDefault="00C76EFA">
            <w:pPr>
              <w:rPr>
                <w:sz w:val="28"/>
                <w:szCs w:val="28"/>
              </w:rPr>
            </w:pPr>
            <w:r w:rsidRPr="00EC796B">
              <w:rPr>
                <w:szCs w:val="28"/>
              </w:rPr>
              <w:t>- GV giới thiệu mô hình thật và hình vẽ trong SGK /34.</w:t>
            </w:r>
          </w:p>
          <w:p w:rsidR="00EC796B" w:rsidRPr="00EC796B" w:rsidRDefault="00EC796B">
            <w:pPr>
              <w:rPr>
                <w:sz w:val="28"/>
                <w:szCs w:val="28"/>
              </w:rPr>
            </w:pP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Vậy là cô trò mình đã cùng nhau tìm hiểu các đồ vật có hình dạng khối trụ... chuyển sang khối mới.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b. Khối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diện</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Trên tay cô có 1 quả bóng... Cô nói quả bóng có dạng khối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 nhắc lại.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đưa thêm nhiều đồ vật có dạng khối cầu với kích thước khác nhau (3 quả bóng có kích thước khác nhau)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giới thiệu mô hình thật và hình vẽ trong SGK /34.</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Nhận xét, tuyên dương.</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Như vậy là chúng ta đã cùng nhau khám phá hai khối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 Khối trụ và khối cầu.</w:t>
            </w:r>
          </w:p>
        </w:tc>
      </w:tr>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chuyển sang phần hoạt động.</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EC796B" w:rsidRPr="00EC796B" w:rsidTr="009C7DB4">
        <w:trPr>
          <w:trHeight w:val="976"/>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3. Hoạt động</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Luyện tập nhận dạng khối trụ, khối cầu; liên hệ đồ vật thực tế.</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b/>
                <w:sz w:val="28"/>
                <w:szCs w:val="28"/>
              </w:rPr>
            </w:pPr>
            <w:r w:rsidRPr="00EC796B">
              <w:rPr>
                <w:b/>
                <w:szCs w:val="28"/>
              </w:rPr>
              <w:t>- Bài 1: Hình nào là khối trụ? Hình nào là khối cầu?</w:t>
            </w:r>
          </w:p>
          <w:p w:rsidR="00EC796B" w:rsidRPr="00EC796B" w:rsidRDefault="00EC796B">
            <w:pPr>
              <w:rPr>
                <w:sz w:val="28"/>
                <w:szCs w:val="28"/>
              </w:rPr>
            </w:pP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Gọi HS đọc yêu cầu bài.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- 2 -3 HS đọc.</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 Bài yêu cầu làm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- 1-2 HS trả lời.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yêu cầu HS thảo luận cặp đôi. GV đi kiểm tra giúp đỡ HS.</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cặp đôi.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lên bảng trình bày phần thảo luận của mình.</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- 2-3 đại diện nhóm lên trình bày. HS nhận xét đánh giá phần thảo luận nhóm bạn.</w:t>
            </w:r>
          </w:p>
          <w:p w:rsidR="00D73094" w:rsidRPr="00EC796B" w:rsidRDefault="00C76EFA">
            <w:pPr>
              <w:rPr>
                <w:sz w:val="28"/>
                <w:szCs w:val="28"/>
              </w:rPr>
            </w:pPr>
            <w:r w:rsidRPr="00EC796B">
              <w:rPr>
                <w:szCs w:val="28"/>
              </w:rPr>
              <w:t>- Đáp án:</w:t>
            </w:r>
          </w:p>
          <w:p w:rsidR="00D73094" w:rsidRPr="00EC796B" w:rsidRDefault="00C76EFA">
            <w:pPr>
              <w:rPr>
                <w:sz w:val="28"/>
                <w:szCs w:val="28"/>
              </w:rPr>
            </w:pPr>
            <w:r w:rsidRPr="00EC796B">
              <w:rPr>
                <w:szCs w:val="28"/>
              </w:rPr>
              <w:t>- Hình B: Khối cầu</w:t>
            </w:r>
          </w:p>
          <w:p w:rsidR="00D73094" w:rsidRPr="00EC796B" w:rsidRDefault="00C76EFA">
            <w:pPr>
              <w:rPr>
                <w:sz w:val="28"/>
                <w:szCs w:val="28"/>
              </w:rPr>
            </w:pPr>
            <w:r w:rsidRPr="00EC796B">
              <w:rPr>
                <w:szCs w:val="28"/>
              </w:rPr>
              <w:t>- Hình D: Khối trụ.</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 trong cuộc sống có rất nhiều đồ vật có dạng khối trụ, khối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EC796B" w:rsidRPr="00EC796B" w:rsidRDefault="00C76EFA">
            <w:pPr>
              <w:rPr>
                <w:b/>
                <w:sz w:val="28"/>
                <w:szCs w:val="28"/>
              </w:rPr>
            </w:pPr>
            <w:r w:rsidRPr="00EC796B">
              <w:rPr>
                <w:b/>
                <w:szCs w:val="28"/>
              </w:rPr>
              <w:t>- Bài 2: a. Mỗi vật sau có dạng khối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đọc yêu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- 1-2 HS đọc yêu cầu bài.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quan sát các hình trên bằng đồ vật thật đã được yêu cầu chuẩn bị từ tiết trước.</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nhóm 4 để tìm xem những vật nào có dạng khối trụ, khối cầu.</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quan sát, hỗ trợ HS gặp khó khăn.</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thực hiện.</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cùng HS đánh giá, nhận xét bài HS.</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- 2 nhóm HS lên bảng chỉ và nêu vật nào có khối trụ vật nào có khối cầu.</w:t>
            </w:r>
          </w:p>
          <w:p w:rsidR="00D73094" w:rsidRPr="00EC796B" w:rsidRDefault="00C76EFA">
            <w:pPr>
              <w:rPr>
                <w:sz w:val="28"/>
                <w:szCs w:val="28"/>
              </w:rPr>
            </w:pPr>
            <w:r w:rsidRPr="00EC796B">
              <w:rPr>
                <w:szCs w:val="28"/>
              </w:rPr>
              <w:t>- Đáp án:</w:t>
            </w:r>
          </w:p>
          <w:p w:rsidR="00D73094" w:rsidRPr="00EC796B" w:rsidRDefault="00C76EFA">
            <w:pPr>
              <w:rPr>
                <w:sz w:val="28"/>
                <w:szCs w:val="28"/>
              </w:rPr>
            </w:pPr>
            <w:r w:rsidRPr="00EC796B">
              <w:rPr>
                <w:szCs w:val="28"/>
              </w:rPr>
              <w:t>- Khối trụ: Hộp chè, ống nhựa, ống tre.</w:t>
            </w:r>
          </w:p>
          <w:p w:rsidR="00D73094" w:rsidRPr="00EC796B" w:rsidRDefault="00C76EFA">
            <w:pPr>
              <w:rPr>
                <w:sz w:val="28"/>
                <w:szCs w:val="28"/>
              </w:rPr>
            </w:pPr>
            <w:r w:rsidRPr="00EC796B">
              <w:rPr>
                <w:szCs w:val="28"/>
              </w:rPr>
              <w:t>- Khối cầu: quả địa cầu, quả bóng.</w:t>
            </w:r>
          </w:p>
          <w:p w:rsidR="00D73094" w:rsidRPr="00EC796B" w:rsidRDefault="00C76EFA">
            <w:pPr>
              <w:rPr>
                <w:sz w:val="28"/>
                <w:szCs w:val="28"/>
              </w:rPr>
            </w:pPr>
            <w:r w:rsidRPr="00EC796B">
              <w:rPr>
                <w:szCs w:val="28"/>
              </w:rPr>
              <w:lastRenderedPageBreak/>
              <w:t>- HS nhận xét, bổ sung.</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b. Hãy nêu tên một số đồ vật có dạng khối trụ hoặc khối cầu mà em biết.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mời HS đọc nhiệm vụ.</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Dưới lớp HS đọc nhiệm vụ và làm miệng theo nhóm cặp.</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nêu miệng qua phần thi: Ai nhanh ai đúng.</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thi Ai nhanh hơn và nói đúng thì được 1 tràng vỗ tay.</w:t>
            </w:r>
          </w:p>
          <w:p w:rsidR="00D73094" w:rsidRPr="00EC796B" w:rsidRDefault="00C76EFA">
            <w:pPr>
              <w:rPr>
                <w:sz w:val="28"/>
                <w:szCs w:val="28"/>
              </w:rPr>
            </w:pPr>
            <w:r w:rsidRPr="00EC796B">
              <w:rPr>
                <w:szCs w:val="28"/>
              </w:rPr>
              <w:t>- Ví dụ:</w:t>
            </w:r>
          </w:p>
          <w:p w:rsidR="00D73094" w:rsidRPr="00EC796B" w:rsidRDefault="00C76EFA">
            <w:pPr>
              <w:rPr>
                <w:sz w:val="28"/>
                <w:szCs w:val="28"/>
              </w:rPr>
            </w:pPr>
            <w:r w:rsidRPr="00EC796B">
              <w:rPr>
                <w:szCs w:val="28"/>
              </w:rPr>
              <w:t>- Viên bi đá, hạt ngọc trai, quả bóng tennis có dạng khối cầu…</w:t>
            </w:r>
          </w:p>
          <w:p w:rsidR="00D73094" w:rsidRPr="00EC796B" w:rsidRDefault="00C76EFA">
            <w:pPr>
              <w:rPr>
                <w:sz w:val="28"/>
                <w:szCs w:val="28"/>
              </w:rPr>
            </w:pPr>
            <w:r w:rsidRPr="00EC796B">
              <w:rPr>
                <w:szCs w:val="28"/>
              </w:rPr>
              <w:t>- Thùng phi nước, hộp chè, hộp bánh sắt, hộp sữa bột có dạng khối trụ …</w:t>
            </w:r>
          </w:p>
        </w:tc>
      </w:tr>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cùng HS nhận xét. GV khen ngợi.</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EC796B" w:rsidRPr="00EC796B" w:rsidTr="009C7DB4">
        <w:trPr>
          <w:trHeight w:val="976"/>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4. HĐ Vận dụng</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Vận dụng nhận dạng khối trụ, khối cầu trong tranh và đời sống.</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Default="00C76EFA">
            <w:pPr>
              <w:rPr>
                <w:sz w:val="28"/>
                <w:szCs w:val="28"/>
              </w:rPr>
            </w:pPr>
            <w:r w:rsidRPr="00EC796B">
              <w:rPr>
                <w:b/>
                <w:szCs w:val="28"/>
              </w:rPr>
              <w:t>- Bài 3:</w:t>
            </w:r>
          </w:p>
          <w:p w:rsidR="00EC796B" w:rsidRPr="00EC796B" w:rsidRDefault="00EC796B">
            <w:pPr>
              <w:rPr>
                <w:sz w:val="28"/>
                <w:szCs w:val="28"/>
              </w:rPr>
            </w:pP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chú ý</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đọc yêu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- 2 -3 HS đọc yêu cầu bài tập: Quan sát tranh rồi chỉ ra hình có dạng khối trụ, hình có dạng khối cầu.</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phóng to tranh, và đưa ra yêu cầu đánh dấu chữ T với hình khối trụ. Chữ C với hình khối cầu...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Đánh dấu theo đúng yêu cầu của GV.</w:t>
            </w:r>
          </w:p>
          <w:p w:rsidR="00D73094" w:rsidRPr="00EC796B" w:rsidRDefault="00C76EFA">
            <w:pPr>
              <w:rPr>
                <w:sz w:val="28"/>
                <w:szCs w:val="28"/>
              </w:rPr>
            </w:pPr>
            <w:r w:rsidRPr="00EC796B">
              <w:rPr>
                <w:szCs w:val="28"/>
              </w:rPr>
              <w:t>- HS thi nhau nói đúng tên khối.</w:t>
            </w:r>
          </w:p>
          <w:p w:rsidR="00D73094" w:rsidRPr="00EC796B" w:rsidRDefault="00C76EFA">
            <w:pPr>
              <w:rPr>
                <w:sz w:val="28"/>
                <w:szCs w:val="28"/>
              </w:rPr>
            </w:pPr>
            <w:r w:rsidRPr="00EC796B">
              <w:rPr>
                <w:szCs w:val="28"/>
              </w:rPr>
              <w:t>- Cả lớp tuyên dương.</w:t>
            </w:r>
          </w:p>
          <w:p w:rsidR="00D73094" w:rsidRPr="00EC796B" w:rsidRDefault="00C76EFA">
            <w:pPr>
              <w:rPr>
                <w:sz w:val="28"/>
                <w:szCs w:val="28"/>
              </w:rPr>
            </w:pPr>
            <w:r w:rsidRPr="00EC796B">
              <w:rPr>
                <w:szCs w:val="28"/>
              </w:rPr>
              <w:t>- Đáp án:</w:t>
            </w:r>
          </w:p>
          <w:p w:rsidR="00D73094" w:rsidRPr="00EC796B" w:rsidRDefault="00C76EFA">
            <w:pPr>
              <w:rPr>
                <w:sz w:val="28"/>
                <w:szCs w:val="28"/>
              </w:rPr>
            </w:pPr>
            <w:r w:rsidRPr="00EC796B">
              <w:rPr>
                <w:szCs w:val="28"/>
              </w:rPr>
              <w:t>- Có 6 khối trụ: đầu, 2 cẳng tay, 2 cẳng chân, lon nước ngọt.</w:t>
            </w:r>
          </w:p>
          <w:p w:rsidR="00D73094" w:rsidRPr="00EC796B" w:rsidRDefault="00C76EFA">
            <w:pPr>
              <w:rPr>
                <w:sz w:val="28"/>
                <w:szCs w:val="28"/>
              </w:rPr>
            </w:pPr>
            <w:r w:rsidRPr="00EC796B">
              <w:rPr>
                <w:szCs w:val="28"/>
              </w:rPr>
              <w:t>- Có 6 khối cầu: 2 đầu râu, 2 cầu vai, thân của Rô-bốt và tàu lặn.</w:t>
            </w:r>
          </w:p>
        </w:tc>
      </w:tr>
      <w:tr w:rsidR="00D73094" w:rsidRPr="00EC796B" w:rsidTr="009C7DB4">
        <w:tc>
          <w:tcPr>
            <w:tcW w:w="4986" w:type="dxa"/>
            <w:shd w:val="clear" w:color="auto" w:fill="auto"/>
            <w:tcMar>
              <w:top w:w="20" w:type="dxa"/>
              <w:left w:w="60" w:type="dxa"/>
              <w:bottom w:w="20" w:type="dxa"/>
              <w:right w:w="60" w:type="dxa"/>
            </w:tcMar>
          </w:tcPr>
          <w:p w:rsidR="00D73094" w:rsidRDefault="00C76EFA">
            <w:pPr>
              <w:rPr>
                <w:sz w:val="28"/>
                <w:szCs w:val="28"/>
              </w:rPr>
            </w:pPr>
            <w:r w:rsidRPr="00EC796B">
              <w:rPr>
                <w:szCs w:val="28"/>
              </w:rPr>
              <w:t>- GV nhận xét, khen ngợi HS.</w:t>
            </w:r>
          </w:p>
          <w:p w:rsidR="00EC796B" w:rsidRPr="00EC796B" w:rsidRDefault="00EC796B">
            <w:pPr>
              <w:rPr>
                <w:sz w:val="28"/>
                <w:szCs w:val="28"/>
              </w:rPr>
            </w:pPr>
            <w:r w:rsidRPr="00EC796B">
              <w:rPr>
                <w:color w:val="FF0000"/>
                <w:szCs w:val="28"/>
              </w:rPr>
              <w:t>Tích hợp: giữ gìn môi trường biển, không xả rác ở biển.</w:t>
            </w:r>
          </w:p>
          <w:p w:rsidR="006E6FB9" w:rsidRDefault="00C83376">
            <w:r>
              <w:rPr>
                <w:color w:val="FF0000"/>
              </w:rPr>
              <w:t>- Diễn giải tích hợp chi tiết: Từ tranh rô-bốt dưới biển và hình lon nước, GV hỏi: Nếu con người xả rác xuống biển thì điều gì sẽ xảy ra với cá, rùa biển và cảnh quan biển? GV nhấn mạnh: biển là môi trường sống của nhiều sinh vật, rác thải làm nước biển bẩn, gây hại cho sinh vật và làm mất vẻ đẹp thiên nhiên.</w:t>
            </w:r>
          </w:p>
          <w:p w:rsidR="006E6FB9" w:rsidRDefault="00C83376">
            <w:r>
              <w:rPr>
                <w:color w:val="FF0000"/>
              </w:rPr>
              <w:t xml:space="preserve">- Tích hợp năng lực số 4.4.CB1a: GV mở rộng: Một số rác thải công nghệ như pin cũ có dạng gần giống khối trụ; nếu vứt bừa bãi, hóa </w:t>
            </w:r>
            <w:r>
              <w:rPr>
                <w:color w:val="FF0000"/>
              </w:rPr>
              <w:lastRenderedPageBreak/>
              <w:t>chất có thể rò rỉ, gây hại cho đất, nước và sức khỏe. GV giao nhiệm vụ HS thảo luận nhóm 4: nêu cách thu gom pin cũ an toàn; không vứt pin vào thùng rác thường, bỏ đúng điểm thu gom và nhờ người lớn hỗ trợ.</w:t>
            </w:r>
          </w:p>
          <w:p w:rsidR="006E6FB9" w:rsidRDefault="00C83376">
            <w:r>
              <w:rPr>
                <w:color w:val="FF0000"/>
              </w:rPr>
              <w:t>- Tích hợp AI - YCCĐ 2.C3.2: GV tổ chức tình huống “Đố AI”: Nếu chụp một khối trụ bị che khuất, thiếu sáng hoặc chỉ nhìn từ một phía, AI có thể nhận diện nhầm thành khối cầu. GV kết luận: Công nghệ số và AI hỗ trợ con người phân loại, nhận diện nhanh hơn nhưng có thể sai; HS cần quan sát kĩ, kiểm tra lại bằng kiến thức đã học trước khi tin vào kết quả.</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HS lắng nghe.</w:t>
            </w:r>
          </w:p>
          <w:p w:rsidR="006E6FB9" w:rsidRDefault="00C83376">
            <w:r>
              <w:t>- HS nêu tác hại của rác thải đối với biển và sinh vật biển; biết không xả rác xuống biển.</w:t>
            </w:r>
          </w:p>
          <w:p w:rsidR="006E6FB9" w:rsidRDefault="00C83376">
            <w:r>
              <w:t>- HS thảo luận nhóm 4, nêu cách thu gom pin cũ an toàn: để riêng, không đập vỡ, không bỏ lẫn rác thường, nhờ người lớn mang đến điểm thu gom.</w:t>
            </w:r>
          </w:p>
          <w:p w:rsidR="006E6FB9" w:rsidRDefault="00C83376">
            <w:r>
              <w:rPr>
                <w:color w:val="FF0000"/>
              </w:rPr>
              <w:t>- HS hiểu AI có thể phân loại sai khi hình ảnh không rõ; biết kiểm tra lại bằng đặc điểm khối trụ, khối cầu đã học.</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Hôm nay em học bài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Về nhà tìm thêm khối trụ khối cầu có trong nhà em nhé.</w:t>
            </w:r>
          </w:p>
          <w:p w:rsidR="00D73094" w:rsidRPr="00EC796B" w:rsidRDefault="00C76EFA">
            <w:pPr>
              <w:rPr>
                <w:sz w:val="28"/>
                <w:szCs w:val="28"/>
              </w:rPr>
            </w:pPr>
            <w:r w:rsidRPr="00EC796B">
              <w:rPr>
                <w:szCs w:val="28"/>
              </w:rPr>
              <w:t>- Nhận xét giờ học.</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bl>
    <w:p w:rsidR="00D73094" w:rsidRPr="00EC796B" w:rsidRDefault="00C76EFA">
      <w:pPr>
        <w:spacing w:after="0" w:line="240" w:lineRule="auto"/>
        <w:jc w:val="center"/>
        <w:rPr>
          <w:sz w:val="28"/>
          <w:szCs w:val="28"/>
        </w:rPr>
      </w:pPr>
      <w:r w:rsidRPr="00EC796B">
        <w:rPr>
          <w:b/>
          <w:szCs w:val="28"/>
        </w:rPr>
        <w:t>TOÁN</w:t>
      </w:r>
    </w:p>
    <w:p w:rsidR="00D73094" w:rsidRPr="00EC796B" w:rsidRDefault="00C76EFA">
      <w:pPr>
        <w:spacing w:after="0" w:line="240" w:lineRule="auto"/>
        <w:jc w:val="center"/>
        <w:rPr>
          <w:sz w:val="28"/>
          <w:szCs w:val="28"/>
        </w:rPr>
      </w:pPr>
      <w:r w:rsidRPr="00EC796B">
        <w:rPr>
          <w:b/>
          <w:szCs w:val="28"/>
        </w:rPr>
        <w:t>TIẾT 113 - BÀI 46: KHỐI TRỤ, KHỐI CẦU</w:t>
      </w:r>
    </w:p>
    <w:p w:rsidR="00D73094" w:rsidRPr="00EC796B" w:rsidRDefault="00C76EFA">
      <w:pPr>
        <w:spacing w:after="0" w:line="240" w:lineRule="auto"/>
        <w:jc w:val="center"/>
        <w:rPr>
          <w:sz w:val="28"/>
          <w:szCs w:val="28"/>
        </w:rPr>
      </w:pPr>
      <w:r w:rsidRPr="00EC796B">
        <w:rPr>
          <w:b/>
          <w:szCs w:val="28"/>
        </w:rPr>
        <w:t>LUYỆN TẬP</w:t>
      </w:r>
    </w:p>
    <w:p w:rsidR="00D73094" w:rsidRPr="00EC796B" w:rsidRDefault="00C76EFA">
      <w:pPr>
        <w:spacing w:after="0" w:line="240" w:lineRule="auto"/>
        <w:rPr>
          <w:sz w:val="28"/>
          <w:szCs w:val="28"/>
        </w:rPr>
      </w:pPr>
      <w:r w:rsidRPr="00EC796B">
        <w:rPr>
          <w:b/>
          <w:szCs w:val="28"/>
        </w:rPr>
        <w:t>I. YÊU CẦU CẦN ĐẠT</w:t>
      </w:r>
    </w:p>
    <w:p w:rsidR="00D73094" w:rsidRPr="00EC796B" w:rsidRDefault="00C76EFA">
      <w:pPr>
        <w:spacing w:after="0" w:line="240" w:lineRule="auto"/>
        <w:rPr>
          <w:sz w:val="28"/>
          <w:szCs w:val="28"/>
        </w:rPr>
      </w:pPr>
      <w:r w:rsidRPr="00EC796B">
        <w:rPr>
          <w:b/>
          <w:szCs w:val="28"/>
        </w:rPr>
        <w:t>1. Năng lực đặc thù</w:t>
      </w:r>
    </w:p>
    <w:p w:rsidR="00D73094" w:rsidRPr="00EC796B" w:rsidRDefault="00C76EFA">
      <w:pPr>
        <w:spacing w:after="0" w:line="240" w:lineRule="auto"/>
        <w:rPr>
          <w:sz w:val="28"/>
          <w:szCs w:val="28"/>
        </w:rPr>
      </w:pPr>
      <w:r w:rsidRPr="00EC796B">
        <w:rPr>
          <w:szCs w:val="28"/>
        </w:rPr>
        <w:t>- Củng cố khả năng nhận dạng khối trụ và khối cầu; học sinh củng cố kĩ năng xử lí vấn đề trong bài toán có quy luật hình.</w:t>
      </w:r>
    </w:p>
    <w:p w:rsidR="00D73094" w:rsidRPr="00EC796B" w:rsidRDefault="00C76EFA">
      <w:pPr>
        <w:spacing w:after="0" w:line="240" w:lineRule="auto"/>
        <w:rPr>
          <w:sz w:val="28"/>
          <w:szCs w:val="28"/>
        </w:rPr>
      </w:pPr>
      <w:r w:rsidRPr="00EC796B">
        <w:rPr>
          <w:szCs w:val="28"/>
        </w:rPr>
        <w:t>- Thông qua nhận dạng hình, HS phát triển năng lực quan sát, năng lực tư duy, mô hình hoá; bước đầu phát triển trí tưởng tượng không gian.  Qua thực hành, luyện tập phát triển năng lực giải quyết vấn đề Toán học.</w:t>
      </w:r>
    </w:p>
    <w:p w:rsidR="00D73094" w:rsidRPr="00EC796B" w:rsidRDefault="00C76EFA">
      <w:pPr>
        <w:spacing w:after="0" w:line="240" w:lineRule="auto"/>
        <w:rPr>
          <w:sz w:val="28"/>
          <w:szCs w:val="28"/>
        </w:rPr>
      </w:pPr>
      <w:r w:rsidRPr="00EC796B">
        <w:rPr>
          <w:b/>
          <w:szCs w:val="28"/>
        </w:rPr>
        <w:t>2. Năng lực chung</w:t>
      </w:r>
    </w:p>
    <w:p w:rsidR="00D73094" w:rsidRPr="00EC796B" w:rsidRDefault="00C76EFA">
      <w:pPr>
        <w:spacing w:after="0" w:line="240" w:lineRule="auto"/>
        <w:rPr>
          <w:sz w:val="28"/>
          <w:szCs w:val="28"/>
        </w:rPr>
      </w:pPr>
      <w:r w:rsidRPr="00EC796B">
        <w:rPr>
          <w:szCs w:val="28"/>
        </w:rPr>
        <w:t>- Giao tiếp – hợp tác: Trao đổi, thảo luận nhóm/cặp; trình bày và lắng nghe ý kiến; phối hợp thực hiện nhiệm vụ học tập.</w:t>
      </w:r>
    </w:p>
    <w:p w:rsidR="00D73094" w:rsidRPr="00EC796B" w:rsidRDefault="00C76EFA">
      <w:pPr>
        <w:spacing w:after="0" w:line="240" w:lineRule="auto"/>
        <w:rPr>
          <w:sz w:val="28"/>
          <w:szCs w:val="28"/>
        </w:rPr>
      </w:pPr>
      <w:r w:rsidRPr="00EC796B">
        <w:rPr>
          <w:szCs w:val="28"/>
        </w:rPr>
        <w:t>- Tự chủ - tự học: Tự giác thực hiện nhiệm vụ; chủ động quan sát, suy nghĩ và hoàn thành bài tập; tự kiểm tra, điều chỉnh kết quả.</w:t>
      </w:r>
    </w:p>
    <w:p w:rsidR="00D73094" w:rsidRPr="00EC796B" w:rsidRDefault="00C76EFA">
      <w:pPr>
        <w:spacing w:after="0" w:line="240" w:lineRule="auto"/>
        <w:rPr>
          <w:sz w:val="28"/>
          <w:szCs w:val="28"/>
        </w:rPr>
      </w:pPr>
      <w:r w:rsidRPr="00EC796B">
        <w:rPr>
          <w:szCs w:val="28"/>
        </w:rPr>
        <w:t>- Giải quyết vấn đề và sáng tạo: Phát hiện và lựa chọn cách làm phù hợp; vận dụng kiến thức đã học để giải quyết các tình huống/bài toán.</w:t>
      </w:r>
    </w:p>
    <w:p w:rsidR="00D73094" w:rsidRPr="00EC796B" w:rsidRDefault="00C76EFA">
      <w:pPr>
        <w:spacing w:after="0" w:line="240" w:lineRule="auto"/>
        <w:rPr>
          <w:sz w:val="28"/>
          <w:szCs w:val="28"/>
        </w:rPr>
      </w:pPr>
      <w:r w:rsidRPr="00EC796B">
        <w:rPr>
          <w:b/>
          <w:szCs w:val="28"/>
        </w:rPr>
        <w:t>3. Phẩm chất</w:t>
      </w:r>
    </w:p>
    <w:p w:rsidR="00D73094" w:rsidRPr="00EC796B" w:rsidRDefault="00C76EFA">
      <w:pPr>
        <w:spacing w:after="0" w:line="240" w:lineRule="auto"/>
        <w:rPr>
          <w:sz w:val="28"/>
          <w:szCs w:val="28"/>
        </w:rPr>
      </w:pPr>
      <w:r w:rsidRPr="00EC796B">
        <w:rPr>
          <w:szCs w:val="28"/>
        </w:rPr>
        <w:t>- Chăm chỉ: Tích cực tham gia các hoạt động học tập; kiên trì luyện tập để hoàn thành nhiệm vụ.</w:t>
      </w:r>
    </w:p>
    <w:p w:rsidR="00D73094" w:rsidRPr="00EC796B" w:rsidRDefault="00C76EFA">
      <w:pPr>
        <w:spacing w:after="0" w:line="240" w:lineRule="auto"/>
        <w:rPr>
          <w:sz w:val="28"/>
          <w:szCs w:val="28"/>
        </w:rPr>
      </w:pPr>
      <w:r w:rsidRPr="00EC796B">
        <w:rPr>
          <w:szCs w:val="28"/>
        </w:rPr>
        <w:t>- Trách nhiệm: Thực hiện đúng yêu cầu của GV; hoàn thành bài tập; giữ gìn đồ dùng học tập.</w:t>
      </w:r>
    </w:p>
    <w:p w:rsidR="00D73094" w:rsidRPr="00EC796B" w:rsidRDefault="00C76EFA">
      <w:pPr>
        <w:spacing w:after="0" w:line="240" w:lineRule="auto"/>
        <w:rPr>
          <w:sz w:val="28"/>
          <w:szCs w:val="28"/>
        </w:rPr>
      </w:pPr>
      <w:r w:rsidRPr="00EC796B">
        <w:rPr>
          <w:szCs w:val="28"/>
        </w:rPr>
        <w:t>- Nhân ái: Tôn trọng, giúp đỡ bạn; ứng xử thân thiện trong học tập và sinh hoạt.</w:t>
      </w:r>
    </w:p>
    <w:p w:rsidR="00D73094" w:rsidRPr="00EC796B" w:rsidRDefault="00C76EFA">
      <w:pPr>
        <w:spacing w:after="0" w:line="240" w:lineRule="auto"/>
        <w:rPr>
          <w:sz w:val="28"/>
          <w:szCs w:val="28"/>
        </w:rPr>
      </w:pPr>
      <w:r w:rsidRPr="00EC796B">
        <w:rPr>
          <w:szCs w:val="28"/>
        </w:rPr>
        <w:t>- Tinh thần hợp tác: Phối hợp làm việc nhóm; chia sẻ, hỗ trợ nhau để hoàn thành nhiệm vụ chung.</w:t>
      </w:r>
    </w:p>
    <w:p w:rsidR="006E6FB9" w:rsidRDefault="00C83376">
      <w:pPr>
        <w:spacing w:after="0" w:line="240" w:lineRule="auto"/>
      </w:pPr>
      <w:r>
        <w:rPr>
          <w:b/>
          <w:color w:val="FF0000"/>
        </w:rPr>
        <w:t>4. Tích hợp</w:t>
      </w:r>
      <w:r>
        <w:rPr>
          <w:b/>
          <w:color w:val="FF0000"/>
        </w:rPr>
        <w:br/>
        <w:t xml:space="preserve">Tích hợp AI - YCCĐ 2.C3.2: Biết được rằng AI có thể phân loại sai; HS hiểu khi hình ảnh </w:t>
      </w:r>
      <w:r>
        <w:rPr>
          <w:b/>
          <w:color w:val="FF0000"/>
        </w:rPr>
        <w:lastRenderedPageBreak/>
        <w:t>không rõ ràng hoặc dữ liệu thiếu, AI có thể nhầm khối trụ với khối cầu, vì vậy cần quan sát và kiểm tra lại bằng kiến thức đã học.</w:t>
      </w:r>
    </w:p>
    <w:p w:rsidR="00D73094" w:rsidRPr="00EC796B" w:rsidRDefault="00C76EFA">
      <w:pPr>
        <w:spacing w:after="0" w:line="240" w:lineRule="auto"/>
        <w:rPr>
          <w:sz w:val="28"/>
          <w:szCs w:val="28"/>
        </w:rPr>
      </w:pPr>
      <w:r w:rsidRPr="00EC796B">
        <w:rPr>
          <w:b/>
          <w:szCs w:val="28"/>
        </w:rPr>
        <w:t>II. ĐỒ DÙNG DẠY HỌC</w:t>
      </w:r>
    </w:p>
    <w:p w:rsidR="00D73094" w:rsidRPr="00EC796B" w:rsidRDefault="00C76EFA">
      <w:pPr>
        <w:spacing w:after="0" w:line="240" w:lineRule="auto"/>
        <w:rPr>
          <w:sz w:val="28"/>
          <w:szCs w:val="28"/>
        </w:rPr>
      </w:pPr>
      <w:r w:rsidRPr="00EC796B">
        <w:rPr>
          <w:szCs w:val="28"/>
        </w:rPr>
        <w:t>- GV: Laptop; máy chiếu; clip, slide minh họa, ... Bộ đồ dùng học Toán 2. Phiếu học tập nhóm bài 4.</w:t>
      </w:r>
    </w:p>
    <w:p w:rsidR="00D73094" w:rsidRPr="00EC796B" w:rsidRDefault="00C76EFA">
      <w:pPr>
        <w:spacing w:after="0" w:line="240" w:lineRule="auto"/>
        <w:rPr>
          <w:sz w:val="28"/>
          <w:szCs w:val="28"/>
        </w:rPr>
      </w:pPr>
      <w:r w:rsidRPr="00EC796B">
        <w:rPr>
          <w:szCs w:val="28"/>
        </w:rPr>
        <w:t>- HS: SGK, vở, bộ đồ dùng học Toán 2.</w:t>
      </w:r>
    </w:p>
    <w:p w:rsidR="00D73094" w:rsidRPr="00EC796B" w:rsidRDefault="00C76EFA">
      <w:pPr>
        <w:spacing w:after="0" w:line="240" w:lineRule="auto"/>
        <w:rPr>
          <w:sz w:val="28"/>
          <w:szCs w:val="28"/>
        </w:rPr>
      </w:pPr>
      <w:r w:rsidRPr="00EC796B">
        <w:rPr>
          <w:b/>
          <w:szCs w:val="28"/>
        </w:rPr>
        <w:t>III. CÁC HOẠT ĐỘNG DẠY HỌC CHỦ YẾU</w:t>
      </w:r>
    </w:p>
    <w:tbl>
      <w:tblPr>
        <w:tblStyle w:val="TableGrid"/>
        <w:tblW w:w="0" w:type="auto"/>
        <w:tblBorders>
          <w:insideH w:val="none" w:sz="0" w:space="0" w:color="auto"/>
        </w:tblBorders>
        <w:tblLook w:val="04A0" w:firstRow="1" w:lastRow="0" w:firstColumn="1" w:lastColumn="0" w:noHBand="0" w:noVBand="1"/>
      </w:tblPr>
      <w:tblGrid>
        <w:gridCol w:w="4986"/>
        <w:gridCol w:w="4986"/>
      </w:tblGrid>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GV</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Hoạt động của HS</w:t>
            </w:r>
          </w:p>
        </w:tc>
      </w:tr>
      <w:tr w:rsidR="00EC796B" w:rsidRPr="00EC796B" w:rsidTr="009C7DB4">
        <w:trPr>
          <w:trHeight w:val="976"/>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1. HĐ Khởi động. (3-5’)</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Khởi động, ôn lại các đồ vật có dạng khối trụ/khối cầu; kết nối vào bài.</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tổ chức cho HS chơi trò chơi Truyền điện với nội dung tìm những đồ vật các em biết có dạng khối cầu và khối trụ.</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chơi trò chơi.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kết nối vào bài: Bài học hôm nay giúp các em vận dụng những hiểu biết của mình về khối cầu và khối trụ để giải những bài toán có liên quan đến hình khối.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ghi tên bài: Luyện tập</w:t>
            </w:r>
          </w:p>
        </w:tc>
        <w:tc>
          <w:tcPr>
            <w:tcW w:w="4986" w:type="dxa"/>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ghi tên bài vào vở.</w:t>
            </w:r>
          </w:p>
        </w:tc>
      </w:tr>
      <w:tr w:rsidR="00EC796B" w:rsidRPr="00EC796B" w:rsidTr="009C7DB4">
        <w:trPr>
          <w:trHeight w:val="976"/>
        </w:trPr>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EC796B" w:rsidRPr="00EC796B" w:rsidRDefault="00EC796B">
            <w:pPr>
              <w:rPr>
                <w:sz w:val="28"/>
                <w:szCs w:val="28"/>
              </w:rPr>
            </w:pPr>
            <w:r w:rsidRPr="00EC796B">
              <w:rPr>
                <w:b/>
                <w:szCs w:val="28"/>
              </w:rPr>
              <w:t>2. HĐ Luyện tập - Thực hành. 15’</w:t>
            </w:r>
          </w:p>
          <w:p w:rsidR="00EC796B" w:rsidRPr="00EC796B" w:rsidRDefault="00EC796B">
            <w:pPr>
              <w:rPr>
                <w:sz w:val="28"/>
                <w:szCs w:val="28"/>
              </w:rPr>
            </w:pPr>
            <w:r w:rsidRPr="00EC796B">
              <w:rPr>
                <w:b/>
                <w:szCs w:val="28"/>
              </w:rPr>
              <w:t>Mục tiêu:</w:t>
            </w:r>
          </w:p>
          <w:p w:rsidR="00EC796B" w:rsidRPr="00EC796B" w:rsidRDefault="00EC796B" w:rsidP="002D5BCB">
            <w:pPr>
              <w:rPr>
                <w:sz w:val="28"/>
                <w:szCs w:val="28"/>
              </w:rPr>
            </w:pPr>
            <w:r w:rsidRPr="00EC796B">
              <w:rPr>
                <w:b/>
                <w:szCs w:val="28"/>
              </w:rPr>
              <w:t>- Củng cố nhận dạng khối trụ/khối cầu và nhận biết quy luật dãy hình.</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 Bài 1:</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đọc yêu cầu đề bài: Số?</w:t>
            </w:r>
          </w:p>
        </w:tc>
      </w:tr>
      <w:tr w:rsidR="00D73094" w:rsidRPr="00EC796B" w:rsidTr="009C7DB4">
        <w:tc>
          <w:tcPr>
            <w:tcW w:w="4986" w:type="dxa"/>
            <w:shd w:val="clear" w:color="auto" w:fill="auto"/>
            <w:tcMar>
              <w:top w:w="20" w:type="dxa"/>
              <w:left w:w="60" w:type="dxa"/>
              <w:bottom w:w="20" w:type="dxa"/>
              <w:right w:w="60" w:type="dxa"/>
            </w:tcMar>
          </w:tcPr>
          <w:p w:rsidR="00EC796B" w:rsidRPr="00EC796B" w:rsidRDefault="00C76EFA">
            <w:pPr>
              <w:rPr>
                <w:sz w:val="28"/>
                <w:szCs w:val="28"/>
              </w:rPr>
            </w:pPr>
            <w:r w:rsidRPr="00EC796B">
              <w:rPr>
                <w:szCs w:val="28"/>
              </w:rPr>
              <w:t>- GV cho HS nhắc lại đặc điểm của khối trụ và khối cầu đã được học.</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nhắc lại đặc điểm của khối cầu, khối trụ.</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làm việc nhóm.</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làm nhóm.</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bài, chia sẻ kết quả tìm được</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Một HS làm quản trò, HS dưới lớp chơi với hình thức lên chỉ tranh và đếm.</w:t>
            </w:r>
          </w:p>
          <w:p w:rsidR="00D73094" w:rsidRPr="00EC796B" w:rsidRDefault="00C76EFA">
            <w:pPr>
              <w:rPr>
                <w:sz w:val="28"/>
                <w:szCs w:val="28"/>
              </w:rPr>
            </w:pPr>
            <w:r w:rsidRPr="00EC796B">
              <w:rPr>
                <w:szCs w:val="28"/>
              </w:rPr>
              <w:t>- Đáp án</w:t>
            </w:r>
          </w:p>
          <w:p w:rsidR="00D73094" w:rsidRPr="00EC796B" w:rsidRDefault="00C76EFA">
            <w:pPr>
              <w:rPr>
                <w:sz w:val="28"/>
                <w:szCs w:val="28"/>
              </w:rPr>
            </w:pPr>
            <w:r w:rsidRPr="00EC796B">
              <w:rPr>
                <w:szCs w:val="28"/>
              </w:rPr>
              <w:t>- a) 7 lồng đèn dạng khối trụ</w:t>
            </w:r>
          </w:p>
          <w:p w:rsidR="00D73094" w:rsidRPr="00EC796B" w:rsidRDefault="00C76EFA">
            <w:pPr>
              <w:rPr>
                <w:sz w:val="28"/>
                <w:szCs w:val="28"/>
              </w:rPr>
            </w:pPr>
            <w:r w:rsidRPr="00EC796B">
              <w:rPr>
                <w:szCs w:val="28"/>
              </w:rPr>
              <w:t>- b) 12 lồng đèn dạng khối cầu.</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 GV hỏi thêm: Em có nhận xét gì về phong cảnh của bức tranh trên?</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p w:rsidR="00D73094" w:rsidRPr="00EC796B" w:rsidRDefault="00C76EFA">
            <w:pPr>
              <w:rPr>
                <w:sz w:val="28"/>
                <w:szCs w:val="28"/>
              </w:rPr>
            </w:pPr>
            <w:r w:rsidRPr="00EC796B">
              <w:rPr>
                <w:szCs w:val="28"/>
              </w:rPr>
              <w:t>- Cảnh chụp phong cảnh Hội An ngày Tết.</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Mỗi dịp Tết đến, xuân về Hội An lại lấp lánh đèn lồng dạng khối cầu và khối trụ.</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D73094" w:rsidRDefault="00C76EFA">
            <w:pPr>
              <w:rPr>
                <w:sz w:val="28"/>
                <w:szCs w:val="28"/>
              </w:rPr>
            </w:pPr>
            <w:r w:rsidRPr="00EC796B">
              <w:rPr>
                <w:b/>
                <w:szCs w:val="28"/>
              </w:rPr>
              <w:t>- Bài 2: Chọn hình thích hợp đặt vào dấu ?</w:t>
            </w:r>
          </w:p>
          <w:p w:rsidR="00EC796B" w:rsidRPr="00EC796B" w:rsidRDefault="00EC796B">
            <w:pPr>
              <w:rPr>
                <w:sz w:val="28"/>
                <w:szCs w:val="28"/>
              </w:rPr>
            </w:pPr>
          </w:p>
          <w:p w:rsidR="00D73094" w:rsidRPr="00EC796B" w:rsidRDefault="00C76EFA">
            <w:pPr>
              <w:rPr>
                <w:sz w:val="28"/>
                <w:szCs w:val="28"/>
              </w:rPr>
            </w:pPr>
            <w:r w:rsidRPr="00EC796B">
              <w:rPr>
                <w:szCs w:val="28"/>
              </w:rPr>
              <w:t>- HD: Đầu tiên quan sát kĩ trong dãy hình đó có những hình khối nào? Đọc tên những hình khối đó.</w:t>
            </w:r>
          </w:p>
          <w:p w:rsidR="00D73094" w:rsidRPr="00EC796B" w:rsidRDefault="00C76EFA">
            <w:pPr>
              <w:rPr>
                <w:sz w:val="28"/>
                <w:szCs w:val="28"/>
              </w:rPr>
            </w:pPr>
            <w:r w:rsidRPr="00EC796B">
              <w:rPr>
                <w:szCs w:val="28"/>
              </w:rPr>
              <w:t xml:space="preserve">- Sau đó tìm ra quy luật của hình để chọn đáp </w:t>
            </w:r>
            <w:r w:rsidRPr="00EC796B">
              <w:rPr>
                <w:szCs w:val="28"/>
              </w:rPr>
              <w:lastRenderedPageBreak/>
              <w:t>án cho thích hợp.</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HS đọc yêu cầu đề bài.</w:t>
            </w:r>
          </w:p>
          <w:p w:rsidR="00D73094" w:rsidRPr="00EC796B" w:rsidRDefault="00C76EFA">
            <w:pPr>
              <w:rPr>
                <w:sz w:val="28"/>
                <w:szCs w:val="28"/>
              </w:rPr>
            </w:pPr>
            <w:r w:rsidRPr="00EC796B">
              <w:rPr>
                <w:szCs w:val="28"/>
              </w:rPr>
              <w:t>- HS quan sát và HS nghe hướng dẫn cách thực hiện.</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GV tổ chức cho HS làm việc theo cặp đôi. GV đi hỗ trợ những nhóm còn lúng túng bằng các câu hỏi gợi ý.</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làm việc cặp đôi, hoàn thành bài vào phiếu học tập.</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kết quả và nêu rõ cách thực hiện.</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Một số nhóm chia sẻ cách làm.</w:t>
            </w:r>
          </w:p>
          <w:p w:rsidR="00D73094" w:rsidRPr="00EC796B" w:rsidRDefault="00C76EFA">
            <w:pPr>
              <w:rPr>
                <w:sz w:val="28"/>
                <w:szCs w:val="28"/>
              </w:rPr>
            </w:pPr>
            <w:r w:rsidRPr="00EC796B">
              <w:rPr>
                <w:szCs w:val="28"/>
              </w:rPr>
              <w:t>- Đáp án: B</w:t>
            </w:r>
          </w:p>
          <w:p w:rsidR="00D73094" w:rsidRPr="00EC796B" w:rsidRDefault="00C76EFA">
            <w:pPr>
              <w:rPr>
                <w:sz w:val="28"/>
                <w:szCs w:val="28"/>
              </w:rPr>
            </w:pPr>
            <w:r w:rsidRPr="00EC796B">
              <w:rPr>
                <w:szCs w:val="28"/>
              </w:rPr>
              <w:t>- Vì: Dãy hình đó có 3 loại hình khối là Khối cầu, Khối trụ và Khối lập phương. Cứ 3 khối thì làm thành một nhóm, Đây là quy luật của dãy. Vậy hình cần điền vào là B- Khối trụ.</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Quy luật dãy: Cứ 3 khối làm thành một nhóm và các nhóm lập lại giống nhau.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9972" w:type="dxa"/>
            <w:gridSpan w:val="2"/>
            <w:tcBorders>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3. HĐ Vận dụng, trải nghiệm. 15’</w:t>
            </w:r>
          </w:p>
        </w:tc>
      </w:tr>
      <w:tr w:rsidR="00D73094" w:rsidRPr="00EC796B" w:rsidTr="009C7DB4">
        <w:tc>
          <w:tcPr>
            <w:tcW w:w="9972"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b/>
                <w:szCs w:val="28"/>
              </w:rPr>
              <w:t>Mục tiêu:</w:t>
            </w:r>
          </w:p>
          <w:p w:rsidR="00D73094" w:rsidRPr="00EC796B" w:rsidRDefault="00C76EFA">
            <w:pPr>
              <w:rPr>
                <w:sz w:val="28"/>
                <w:szCs w:val="28"/>
              </w:rPr>
            </w:pPr>
            <w:r w:rsidRPr="00EC796B">
              <w:rPr>
                <w:b/>
                <w:szCs w:val="28"/>
              </w:rPr>
              <w:t>- Vận dụng nhận dạng khối và quy luật; củng cố kiến thức qua bài toán thực tế và xếp hình.</w:t>
            </w:r>
          </w:p>
        </w:tc>
      </w:tr>
      <w:tr w:rsidR="00D73094" w:rsidRPr="00EC796B" w:rsidTr="009C7DB4">
        <w:tc>
          <w:tcPr>
            <w:tcW w:w="4986" w:type="dxa"/>
            <w:tcBorders>
              <w:top w:val="single" w:sz="4" w:space="0" w:color="auto"/>
            </w:tcBorders>
            <w:shd w:val="clear" w:color="auto" w:fill="auto"/>
            <w:tcMar>
              <w:top w:w="20" w:type="dxa"/>
              <w:left w:w="60" w:type="dxa"/>
              <w:bottom w:w="20" w:type="dxa"/>
              <w:right w:w="60" w:type="dxa"/>
            </w:tcMar>
          </w:tcPr>
          <w:p w:rsidR="00EC796B" w:rsidRPr="002D5BCB" w:rsidRDefault="002D5BCB">
            <w:pPr>
              <w:rPr>
                <w:b/>
                <w:sz w:val="28"/>
                <w:szCs w:val="28"/>
              </w:rPr>
            </w:pPr>
            <w:r>
              <w:rPr>
                <w:b/>
                <w:szCs w:val="28"/>
              </w:rPr>
              <w:t>- Bài 3</w:t>
            </w:r>
          </w:p>
        </w:tc>
        <w:tc>
          <w:tcPr>
            <w:tcW w:w="4986" w:type="dxa"/>
            <w:tcBorders>
              <w:top w:val="single" w:sz="4" w:space="0" w:color="auto"/>
            </w:tcBorders>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đọc yêu cầu của bài. Bạn khối cầu sẽ rơi vào khoang khi phép tính có kết quả lớn nhất. Khoang đó có dạng khối trụ hay khối cầu?</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quan sát và hướng dẫn cách thực hiện: “Ở xóm nhỏ nọ... Em hãy tìm ngôi nhà của khối cầu và cho cả lớp biết ngôi nhà đó có dạng khối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hình,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thảo luận nhóm làm bài vào phiếu.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nhóm 4 và làm bài.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trình bày bài.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lên chia sẻ theo nhóm.</w:t>
            </w:r>
          </w:p>
          <w:p w:rsidR="00D73094" w:rsidRPr="00EC796B" w:rsidRDefault="00C76EFA">
            <w:pPr>
              <w:rPr>
                <w:sz w:val="28"/>
                <w:szCs w:val="28"/>
              </w:rPr>
            </w:pPr>
            <w:r w:rsidRPr="00EC796B">
              <w:rPr>
                <w:szCs w:val="28"/>
              </w:rPr>
              <w:t>- Đáp án: Khoang D- Khối trụ</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nhận xét.</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Các phép tính trong mỗi khoang là các phép tính đã học trong bảng nhân, chia 2 và 5. Qua bài tập chúng ta còn củng cố nhận dạng Khối trụ, khối cầu.</w:t>
            </w:r>
          </w:p>
          <w:p w:rsidR="006E6FB9" w:rsidRDefault="00C83376">
            <w:r>
              <w:rPr>
                <w:color w:val="FF0000"/>
              </w:rPr>
              <w:t>- Tích hợp AI - YCCĐ 2.C3.2 (diễn giải chi tiết): GV tổ chức thử thách “Đố AI”. GV chiếu/vẽ một khối trụ ở góc nhìn khuất, nét vẽ chưa rõ hoặc bị che một phần rồi hỏi: Nếu đưa hình này cho một công cụ nhận diện hình ảnh, AI có thể nhầm khối trụ thành khối cầu không? Vì sao?</w:t>
            </w:r>
          </w:p>
          <w:p w:rsidR="006E6FB9" w:rsidRDefault="00C83376">
            <w:r>
              <w:rPr>
                <w:color w:val="FF0000"/>
              </w:rPr>
              <w:t xml:space="preserve">- GV giao nhiệm vụ HS thảo luận nhóm 4: quan sát đặc điểm của hình, chỉ ra dấu hiệu giúp nhận biết đúng khối trụ/khối cầu. GV </w:t>
            </w:r>
            <w:r>
              <w:rPr>
                <w:color w:val="FF0000"/>
              </w:rPr>
              <w:lastRenderedPageBreak/>
              <w:t>chốt: AI chỉ là công cụ hỗ trợ; khi kết quả chưa chắc chắn, con người cần quan sát nhiều góc nhìn và kiểm tra lại.</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lastRenderedPageBreak/>
              <w:t>- HS lắng nghe.</w:t>
            </w:r>
          </w:p>
          <w:p w:rsidR="006E6FB9" w:rsidRDefault="00C83376">
            <w:r>
              <w:rPr>
                <w:color w:val="FF0000"/>
              </w:rPr>
              <w:t>- HS quan sát hình, dự đoán AI có thể nhận diện đúng hoặc sai và nêu lí do.</w:t>
            </w:r>
          </w:p>
          <w:p w:rsidR="006E6FB9" w:rsidRDefault="00C83376">
            <w:r>
              <w:rPr>
                <w:color w:val="FF0000"/>
              </w:rPr>
              <w:t>- HS thảo luận nhóm 4, trình bày dấu hiệu nhận biết đúng; hiểu rằng hình ảnh không rõ hoặc dữ liệu thiếu có thể làm AI phân loại sai.</w:t>
            </w:r>
          </w:p>
        </w:tc>
      </w:tr>
      <w:tr w:rsidR="00D73094" w:rsidRPr="00EC796B" w:rsidTr="009C7DB4">
        <w:tc>
          <w:tcPr>
            <w:tcW w:w="4986" w:type="dxa"/>
            <w:shd w:val="clear" w:color="auto" w:fill="auto"/>
            <w:tcMar>
              <w:top w:w="20" w:type="dxa"/>
              <w:left w:w="60" w:type="dxa"/>
              <w:bottom w:w="20" w:type="dxa"/>
              <w:right w:w="60" w:type="dxa"/>
            </w:tcMar>
          </w:tcPr>
          <w:p w:rsidR="00EC796B" w:rsidRPr="00EC796B" w:rsidRDefault="00C76EFA">
            <w:pPr>
              <w:rPr>
                <w:b/>
                <w:sz w:val="28"/>
                <w:szCs w:val="28"/>
              </w:rPr>
            </w:pPr>
            <w:r w:rsidRPr="00EC796B">
              <w:rPr>
                <w:b/>
                <w:szCs w:val="28"/>
              </w:rPr>
              <w:lastRenderedPageBreak/>
              <w:t>- Bài 4:</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đọc yêu cầu đề bài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quan sát và hướng dẫn cách thực hiện:</w:t>
            </w:r>
          </w:p>
          <w:p w:rsidR="00D73094" w:rsidRPr="00EC796B" w:rsidRDefault="00C76EFA">
            <w:pPr>
              <w:rPr>
                <w:sz w:val="28"/>
                <w:szCs w:val="28"/>
              </w:rPr>
            </w:pPr>
            <w:r w:rsidRPr="00EC796B">
              <w:rPr>
                <w:b/>
                <w:szCs w:val="28"/>
              </w:rPr>
              <w:t>- Bài toán cho biết gì?</w:t>
            </w:r>
          </w:p>
          <w:p w:rsidR="00D73094" w:rsidRPr="00EC796B" w:rsidRDefault="00C76EFA">
            <w:pPr>
              <w:rPr>
                <w:sz w:val="28"/>
                <w:szCs w:val="28"/>
              </w:rPr>
            </w:pPr>
            <w:r w:rsidRPr="00EC796B">
              <w:rPr>
                <w:b/>
                <w:szCs w:val="28"/>
              </w:rPr>
              <w:t>- Bài toán hỏi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quan sát và hướng dẫn cách thực hiện:</w:t>
            </w:r>
          </w:p>
          <w:p w:rsidR="00D73094" w:rsidRPr="00EC796B" w:rsidRDefault="00C76EFA">
            <w:pPr>
              <w:rPr>
                <w:sz w:val="28"/>
                <w:szCs w:val="28"/>
              </w:rPr>
            </w:pPr>
            <w:r w:rsidRPr="00EC796B">
              <w:rPr>
                <w:szCs w:val="28"/>
              </w:rPr>
              <w:t>- Hình A có 1 hộp.</w:t>
            </w:r>
          </w:p>
          <w:p w:rsidR="00D73094" w:rsidRPr="00EC796B" w:rsidRDefault="00C76EFA">
            <w:pPr>
              <w:rPr>
                <w:sz w:val="28"/>
                <w:szCs w:val="28"/>
              </w:rPr>
            </w:pPr>
            <w:r w:rsidRPr="00EC796B">
              <w:rPr>
                <w:szCs w:val="28"/>
              </w:rPr>
              <w:t>- Hình B được xếp bằng 3 hộp.</w:t>
            </w:r>
          </w:p>
          <w:p w:rsidR="00D73094" w:rsidRPr="00EC796B" w:rsidRDefault="00C76EFA">
            <w:pPr>
              <w:rPr>
                <w:sz w:val="28"/>
                <w:szCs w:val="28"/>
              </w:rPr>
            </w:pPr>
            <w:r w:rsidRPr="00EC796B">
              <w:rPr>
                <w:szCs w:val="28"/>
              </w:rPr>
              <w:t>- Hình C được xếp bằng 6 hộp.</w:t>
            </w:r>
          </w:p>
          <w:p w:rsidR="00D73094" w:rsidRPr="00EC796B" w:rsidRDefault="00C76EFA">
            <w:pPr>
              <w:rPr>
                <w:sz w:val="28"/>
                <w:szCs w:val="28"/>
              </w:rPr>
            </w:pPr>
            <w:r w:rsidRPr="00EC796B">
              <w:rPr>
                <w:szCs w:val="28"/>
              </w:rPr>
              <w:t>- Hỏi hình D sẽ cần bao nhiêu hộp để xếp?</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Muốn xếp được hình D các em cần quan sát kĩ hình A, B, C và tìm ra được quy luật của nó.</w:t>
            </w:r>
          </w:p>
          <w:p w:rsidR="00D73094" w:rsidRPr="00EC796B" w:rsidRDefault="00C76EFA">
            <w:pPr>
              <w:rPr>
                <w:sz w:val="28"/>
                <w:szCs w:val="28"/>
              </w:rPr>
            </w:pPr>
            <w:r w:rsidRPr="00EC796B">
              <w:rPr>
                <w:szCs w:val="28"/>
              </w:rPr>
              <w:t>- Để tìm được hình D có bao nhiêu hộp ta làm như thế nào?</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 quan sát, thực hiện.</w:t>
            </w:r>
          </w:p>
          <w:p w:rsidR="00D73094" w:rsidRPr="00EC796B" w:rsidRDefault="00C76EFA">
            <w:pPr>
              <w:rPr>
                <w:sz w:val="28"/>
                <w:szCs w:val="28"/>
              </w:rPr>
            </w:pPr>
            <w:r w:rsidRPr="00EC796B">
              <w:rPr>
                <w:szCs w:val="28"/>
              </w:rPr>
              <w:t>- Tìm ra quy luật hình A, B, C.</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thảo luận nhóm làm bài vào phiếu.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nhóm 4 và làm bài.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đi quan sát cách thực hiện của các nhóm.</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thảo luận tìm đáp án.</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chia sẻ bài làm.</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Hình A có 1 hộp.</w:t>
            </w:r>
          </w:p>
          <w:p w:rsidR="00D73094" w:rsidRPr="00EC796B" w:rsidRDefault="00C76EFA">
            <w:pPr>
              <w:rPr>
                <w:sz w:val="28"/>
                <w:szCs w:val="28"/>
              </w:rPr>
            </w:pPr>
            <w:r w:rsidRPr="00EC796B">
              <w:rPr>
                <w:szCs w:val="28"/>
              </w:rPr>
              <w:t>- Hình B có 1 hộp + 2 hộp.</w:t>
            </w:r>
          </w:p>
          <w:p w:rsidR="00D73094" w:rsidRPr="00EC796B" w:rsidRDefault="00C76EFA">
            <w:pPr>
              <w:rPr>
                <w:sz w:val="28"/>
                <w:szCs w:val="28"/>
              </w:rPr>
            </w:pPr>
            <w:r w:rsidRPr="00EC796B">
              <w:rPr>
                <w:szCs w:val="28"/>
              </w:rPr>
              <w:t>- Hình C có 1 hộp + 2 hộp + 3 hộp.</w:t>
            </w:r>
          </w:p>
          <w:p w:rsidR="00D73094" w:rsidRPr="00EC796B" w:rsidRDefault="00C76EFA">
            <w:pPr>
              <w:rPr>
                <w:sz w:val="28"/>
                <w:szCs w:val="28"/>
              </w:rPr>
            </w:pPr>
            <w:r w:rsidRPr="00EC796B">
              <w:rPr>
                <w:szCs w:val="28"/>
              </w:rPr>
              <w:t>- Vậy Hình D cần có: 1 hộp + 2 hộp + 3 hộp + 4 hộp = 10 hộp</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gọi HS nhận xét, bổ sung các cách tìm khác nhau.</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 bổ sung ý kiến</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chốt: Chú ý các dạng toán dãy số, dãy tính, xếp hình… cần tìm ra quy luật.</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Hôm nay, chúng ta học bài gì?</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trả lời.</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GV cho HS nhắc lại đặc điểm của khối cầu, khối trụ. Củng cố kĩ năng xử lý vấn đề trong bài toán có quy luật hình.</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nhắc lại kiến thức đã học.</w:t>
            </w:r>
          </w:p>
        </w:tc>
      </w:tr>
      <w:tr w:rsidR="00D73094" w:rsidRPr="00EC796B" w:rsidTr="009C7DB4">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Nhận xét giờ học, khen ngợi, động viên HS.</w:t>
            </w:r>
          </w:p>
          <w:p w:rsidR="00D73094" w:rsidRPr="00EC796B" w:rsidRDefault="00C76EFA">
            <w:pPr>
              <w:rPr>
                <w:sz w:val="28"/>
                <w:szCs w:val="28"/>
              </w:rPr>
            </w:pPr>
            <w:r w:rsidRPr="00EC796B">
              <w:rPr>
                <w:szCs w:val="28"/>
              </w:rPr>
              <w:t>- Chuẩn bị bài tiếp theo.</w:t>
            </w:r>
          </w:p>
        </w:tc>
        <w:tc>
          <w:tcPr>
            <w:tcW w:w="4986" w:type="dxa"/>
            <w:shd w:val="clear" w:color="auto" w:fill="auto"/>
            <w:tcMar>
              <w:top w:w="20" w:type="dxa"/>
              <w:left w:w="60" w:type="dxa"/>
              <w:bottom w:w="20" w:type="dxa"/>
              <w:right w:w="60" w:type="dxa"/>
            </w:tcMar>
          </w:tcPr>
          <w:p w:rsidR="00D73094" w:rsidRPr="00EC796B" w:rsidRDefault="00C76EFA">
            <w:pPr>
              <w:rPr>
                <w:sz w:val="28"/>
                <w:szCs w:val="28"/>
              </w:rPr>
            </w:pPr>
            <w:r w:rsidRPr="00EC796B">
              <w:rPr>
                <w:szCs w:val="28"/>
              </w:rPr>
              <w:t>- HS lắng nghe</w:t>
            </w:r>
          </w:p>
        </w:tc>
      </w:tr>
    </w:tbl>
    <w:p w:rsidR="00C76EFA" w:rsidRPr="00EC796B" w:rsidRDefault="00C76EFA" w:rsidP="00C76EFA">
      <w:pPr>
        <w:spacing w:after="0" w:line="240" w:lineRule="auto"/>
        <w:jc w:val="center"/>
        <w:rPr>
          <w:sz w:val="28"/>
          <w:szCs w:val="28"/>
        </w:rPr>
      </w:pPr>
      <w:r w:rsidRPr="00EC796B">
        <w:rPr>
          <w:b/>
          <w:szCs w:val="28"/>
        </w:rPr>
        <w:t>BÀI HỌC STEM LỚP 2</w:t>
      </w:r>
    </w:p>
    <w:p w:rsidR="00C76EFA" w:rsidRPr="00EC796B" w:rsidRDefault="00C76EFA" w:rsidP="00C76EFA">
      <w:pPr>
        <w:spacing w:after="0" w:line="240" w:lineRule="auto"/>
        <w:jc w:val="center"/>
        <w:rPr>
          <w:sz w:val="28"/>
          <w:szCs w:val="28"/>
        </w:rPr>
      </w:pPr>
      <w:r w:rsidRPr="00EC796B">
        <w:rPr>
          <w:b/>
          <w:szCs w:val="28"/>
        </w:rPr>
        <w:t>KẾ HOẠCH BÀI DẠY</w:t>
      </w:r>
    </w:p>
    <w:p w:rsidR="00C76EFA" w:rsidRPr="00EC796B" w:rsidRDefault="00C76EFA" w:rsidP="00C76EFA">
      <w:pPr>
        <w:spacing w:after="0" w:line="240" w:lineRule="auto"/>
        <w:jc w:val="center"/>
        <w:rPr>
          <w:sz w:val="28"/>
          <w:szCs w:val="28"/>
        </w:rPr>
      </w:pPr>
      <w:r w:rsidRPr="00EC796B">
        <w:rPr>
          <w:b/>
          <w:szCs w:val="28"/>
        </w:rPr>
        <w:t>BÀI 9: TRẢI NGHIỆM THÀNH PHỐ HÌNH HỌC (2 TIẾT)</w:t>
      </w:r>
    </w:p>
    <w:p w:rsidR="00C76EFA" w:rsidRPr="00EC796B" w:rsidRDefault="00C76EFA" w:rsidP="00C76EFA">
      <w:pPr>
        <w:spacing w:after="0" w:line="240" w:lineRule="auto"/>
        <w:rPr>
          <w:sz w:val="28"/>
          <w:szCs w:val="28"/>
        </w:rPr>
      </w:pPr>
      <w:r w:rsidRPr="00EC796B">
        <w:rPr>
          <w:b/>
          <w:szCs w:val="28"/>
        </w:rPr>
        <w:t>I. YÊU CẦU CẦN ĐẠT</w:t>
      </w:r>
    </w:p>
    <w:p w:rsidR="00C76EFA" w:rsidRPr="00EC796B" w:rsidRDefault="00C76EFA" w:rsidP="00C76EFA">
      <w:pPr>
        <w:spacing w:after="0" w:line="240" w:lineRule="auto"/>
        <w:rPr>
          <w:sz w:val="28"/>
          <w:szCs w:val="28"/>
        </w:rPr>
      </w:pPr>
      <w:r w:rsidRPr="00EC796B">
        <w:rPr>
          <w:szCs w:val="28"/>
        </w:rPr>
        <w:t>- Nhận biết và thực hiện được việc cắt, ghép, tạo hình gắn với việc sử dụng bộ đồ dùng học tập cá nhân hoặc vật thật.</w:t>
      </w:r>
    </w:p>
    <w:p w:rsidR="00C76EFA" w:rsidRPr="00EC796B" w:rsidRDefault="00C76EFA" w:rsidP="00C76EFA">
      <w:pPr>
        <w:spacing w:after="0" w:line="240" w:lineRule="auto"/>
        <w:rPr>
          <w:sz w:val="28"/>
          <w:szCs w:val="28"/>
        </w:rPr>
      </w:pPr>
      <w:r w:rsidRPr="00EC796B">
        <w:rPr>
          <w:szCs w:val="28"/>
        </w:rPr>
        <w:t>- Giải quyết được một số vấn đề thực tiễn đơn giản liên quan đến hình khối đã học.</w:t>
      </w:r>
    </w:p>
    <w:p w:rsidR="00C76EFA" w:rsidRPr="00EC796B" w:rsidRDefault="00C76EFA" w:rsidP="00C76EFA">
      <w:pPr>
        <w:spacing w:after="0" w:line="240" w:lineRule="auto"/>
        <w:rPr>
          <w:sz w:val="28"/>
          <w:szCs w:val="28"/>
        </w:rPr>
      </w:pPr>
      <w:r w:rsidRPr="00EC796B">
        <w:rPr>
          <w:szCs w:val="28"/>
        </w:rPr>
        <w:t>- Nêu được những quy định khi tham gia giao thông qua việc thuyết minh sản phẩm “thành phố hình học”.</w:t>
      </w:r>
    </w:p>
    <w:p w:rsidR="00C76EFA" w:rsidRPr="00EC796B" w:rsidRDefault="00C76EFA" w:rsidP="00C76EFA">
      <w:pPr>
        <w:spacing w:after="0" w:line="240" w:lineRule="auto"/>
        <w:rPr>
          <w:sz w:val="28"/>
          <w:szCs w:val="28"/>
        </w:rPr>
      </w:pPr>
      <w:r w:rsidRPr="00EC796B">
        <w:rPr>
          <w:szCs w:val="28"/>
        </w:rPr>
        <w:t>- Năng lực giao tiếp và hợp tác: Phối hợp hoạt động nhóm tạo sản phẩm; tự tin thuyết trình về ý tưởng và sản phẩm.</w:t>
      </w:r>
    </w:p>
    <w:p w:rsidR="00C76EFA" w:rsidRPr="00EC796B" w:rsidRDefault="00C76EFA" w:rsidP="00C76EFA">
      <w:pPr>
        <w:spacing w:after="0" w:line="240" w:lineRule="auto"/>
        <w:rPr>
          <w:sz w:val="28"/>
          <w:szCs w:val="28"/>
        </w:rPr>
      </w:pPr>
      <w:r w:rsidRPr="00EC796B">
        <w:rPr>
          <w:szCs w:val="28"/>
        </w:rPr>
        <w:lastRenderedPageBreak/>
        <w:t>- Năng lực giải quyết vấn đề và sáng tạo: Đề xuất ý tưởng, lựa chọn cách làm phù hợp; hoàn thiện sản phẩm theo tiêu chí.</w:t>
      </w:r>
    </w:p>
    <w:p w:rsidR="00C76EFA" w:rsidRPr="00EC796B" w:rsidRDefault="00C76EFA" w:rsidP="00C76EFA">
      <w:pPr>
        <w:spacing w:after="0" w:line="240" w:lineRule="auto"/>
        <w:rPr>
          <w:sz w:val="28"/>
          <w:szCs w:val="28"/>
        </w:rPr>
      </w:pPr>
      <w:r w:rsidRPr="00EC796B">
        <w:rPr>
          <w:szCs w:val="28"/>
        </w:rPr>
        <w:t>- Năng lực giải quyết vấn đề Toán học, năng lực sử dụng công cụ và phương tiện học Toán: Nhận biết đồ vật có dạng hình khối, sử dụng hình khối để tạo ra sản phẩm.</w:t>
      </w:r>
    </w:p>
    <w:p w:rsidR="00C76EFA" w:rsidRPr="00EC796B" w:rsidRDefault="00C76EFA" w:rsidP="00C76EFA">
      <w:pPr>
        <w:spacing w:after="0" w:line="240" w:lineRule="auto"/>
        <w:rPr>
          <w:sz w:val="28"/>
          <w:szCs w:val="28"/>
        </w:rPr>
      </w:pPr>
      <w:r w:rsidRPr="00EC796B">
        <w:rPr>
          <w:szCs w:val="28"/>
        </w:rPr>
        <w:t>- Phẩm chất chăm chỉ, trách nhiệm: Tích cực tham gia hoạt động học tập; có trách nhiệm với nhiệm vụ được giao.</w:t>
      </w:r>
    </w:p>
    <w:p w:rsidR="006E6FB9" w:rsidRDefault="00C83376">
      <w:pPr>
        <w:spacing w:after="0" w:line="240" w:lineRule="auto"/>
      </w:pPr>
      <w:r>
        <w:rPr>
          <w:b/>
          <w:color w:val="FF0000"/>
        </w:rPr>
        <w:t>4. Tích hợp</w:t>
      </w:r>
      <w:r>
        <w:rPr>
          <w:b/>
          <w:color w:val="FF0000"/>
        </w:rPr>
        <w:br/>
        <w:t>Bài học STEM: Trải nghiệm thành phố hình học; tích hợp Toán - Mĩ thuật - Tự nhiên và Xã hội - An toàn giao thông. HS vận dụng nhận biết hình khối để thiết kế sản phẩm, hợp tác nhóm, trình bày ý tưởng và nêu quy định giao thông trong mô hình thành phố.</w:t>
      </w:r>
    </w:p>
    <w:p w:rsidR="00C76EFA" w:rsidRPr="00EC796B" w:rsidRDefault="00C76EFA" w:rsidP="00C76EFA">
      <w:pPr>
        <w:spacing w:after="0" w:line="240" w:lineRule="auto"/>
        <w:rPr>
          <w:sz w:val="28"/>
          <w:szCs w:val="28"/>
        </w:rPr>
      </w:pPr>
      <w:r w:rsidRPr="00EC796B">
        <w:rPr>
          <w:b/>
          <w:szCs w:val="28"/>
        </w:rPr>
        <w:t>II. ĐỒ DÙNG DẠY HỌC</w:t>
      </w:r>
    </w:p>
    <w:p w:rsidR="00C76EFA" w:rsidRPr="00EC796B" w:rsidRDefault="00C76EFA" w:rsidP="00C76EFA">
      <w:pPr>
        <w:spacing w:after="0" w:line="240" w:lineRule="auto"/>
        <w:rPr>
          <w:sz w:val="28"/>
          <w:szCs w:val="28"/>
        </w:rPr>
      </w:pPr>
      <w:r w:rsidRPr="00EC796B">
        <w:rPr>
          <w:b/>
          <w:szCs w:val="28"/>
        </w:rPr>
        <w:t>1. Chuẩn bị của giáo viên</w:t>
      </w:r>
    </w:p>
    <w:p w:rsidR="00C76EFA" w:rsidRPr="00EC796B" w:rsidRDefault="00C76EFA" w:rsidP="00C76EFA">
      <w:pPr>
        <w:spacing w:after="0" w:line="240" w:lineRule="auto"/>
        <w:rPr>
          <w:sz w:val="28"/>
          <w:szCs w:val="28"/>
        </w:rPr>
      </w:pPr>
      <w:r w:rsidRPr="00EC796B">
        <w:rPr>
          <w:szCs w:val="28"/>
        </w:rPr>
        <w:t>- Phiếu học tập (dùng cho hoạt động 2).</w:t>
      </w:r>
    </w:p>
    <w:p w:rsidR="00C76EFA" w:rsidRPr="00EC796B" w:rsidRDefault="00C76EFA" w:rsidP="00C76EFA">
      <w:pPr>
        <w:spacing w:after="0" w:line="240" w:lineRule="auto"/>
        <w:rPr>
          <w:sz w:val="28"/>
          <w:szCs w:val="28"/>
        </w:rPr>
      </w:pPr>
      <w:r w:rsidRPr="00EC796B">
        <w:rPr>
          <w:szCs w:val="28"/>
        </w:rPr>
        <w:t>- Súng bắn keo: 1.</w:t>
      </w:r>
    </w:p>
    <w:p w:rsidR="00C76EFA" w:rsidRPr="00EC796B" w:rsidRDefault="00C76EFA" w:rsidP="00C76EFA">
      <w:pPr>
        <w:spacing w:after="0" w:line="240" w:lineRule="auto"/>
        <w:rPr>
          <w:sz w:val="28"/>
          <w:szCs w:val="28"/>
        </w:rPr>
      </w:pPr>
      <w:r w:rsidRPr="00EC796B">
        <w:rPr>
          <w:szCs w:val="28"/>
        </w:rPr>
        <w:t>- Keo nến: 1 cái.</w:t>
      </w:r>
    </w:p>
    <w:p w:rsidR="00C76EFA" w:rsidRPr="00EC796B" w:rsidRDefault="00C76EFA" w:rsidP="00C76EFA">
      <w:pPr>
        <w:spacing w:after="0" w:line="240" w:lineRule="auto"/>
        <w:rPr>
          <w:sz w:val="28"/>
          <w:szCs w:val="28"/>
        </w:rPr>
      </w:pPr>
      <w:r w:rsidRPr="00EC796B">
        <w:rPr>
          <w:b/>
          <w:szCs w:val="28"/>
        </w:rPr>
        <w:t>2. Chuẩn bị của học sinh (dành cho 1 nhóm)</w:t>
      </w:r>
    </w:p>
    <w:p w:rsidR="00C76EFA" w:rsidRPr="00EC796B" w:rsidRDefault="00C76EFA" w:rsidP="00C76EFA">
      <w:pPr>
        <w:spacing w:after="0" w:line="240" w:lineRule="auto"/>
        <w:rPr>
          <w:sz w:val="28"/>
          <w:szCs w:val="28"/>
        </w:rPr>
      </w:pPr>
      <w:r w:rsidRPr="00EC796B">
        <w:rPr>
          <w:szCs w:val="28"/>
        </w:rPr>
        <w:t>- Vỏ hộp dạng khối hộp chữ nhật: 5–6 cái.</w:t>
      </w:r>
    </w:p>
    <w:p w:rsidR="00C76EFA" w:rsidRPr="00EC796B" w:rsidRDefault="00C76EFA" w:rsidP="00C76EFA">
      <w:pPr>
        <w:spacing w:after="0" w:line="240" w:lineRule="auto"/>
        <w:rPr>
          <w:sz w:val="28"/>
          <w:szCs w:val="28"/>
        </w:rPr>
      </w:pPr>
      <w:r w:rsidRPr="00EC796B">
        <w:rPr>
          <w:szCs w:val="28"/>
        </w:rPr>
        <w:t>- Kéo, que tre: 1 cái.</w:t>
      </w:r>
    </w:p>
    <w:p w:rsidR="00C76EFA" w:rsidRPr="00EC796B" w:rsidRDefault="00C76EFA" w:rsidP="00C76EFA">
      <w:pPr>
        <w:spacing w:after="0" w:line="240" w:lineRule="auto"/>
        <w:rPr>
          <w:sz w:val="28"/>
          <w:szCs w:val="28"/>
        </w:rPr>
      </w:pPr>
      <w:r w:rsidRPr="00EC796B">
        <w:rPr>
          <w:szCs w:val="28"/>
        </w:rPr>
        <w:t>- Giấy thủ công: 1 tập.</w:t>
      </w:r>
    </w:p>
    <w:p w:rsidR="00C76EFA" w:rsidRPr="00EC796B" w:rsidRDefault="00C76EFA" w:rsidP="00C76EFA">
      <w:pPr>
        <w:spacing w:after="0" w:line="240" w:lineRule="auto"/>
        <w:rPr>
          <w:sz w:val="28"/>
          <w:szCs w:val="28"/>
        </w:rPr>
      </w:pPr>
      <w:r w:rsidRPr="00EC796B">
        <w:rPr>
          <w:b/>
          <w:szCs w:val="28"/>
        </w:rPr>
        <w:t>III. CÁC HOẠT ĐỘNG DẠY HỌC CHỦ YẾU</w:t>
      </w:r>
    </w:p>
    <w:tbl>
      <w:tblPr>
        <w:tblStyle w:val="TableGrid"/>
        <w:tblW w:w="10356" w:type="dxa"/>
        <w:tblBorders>
          <w:insideH w:val="none" w:sz="0" w:space="0" w:color="auto"/>
        </w:tblBorders>
        <w:tblLook w:val="04A0" w:firstRow="1" w:lastRow="0" w:firstColumn="1" w:lastColumn="0" w:noHBand="0" w:noVBand="1"/>
      </w:tblPr>
      <w:tblGrid>
        <w:gridCol w:w="5370"/>
        <w:gridCol w:w="4986"/>
      </w:tblGrid>
      <w:tr w:rsidR="00C76EFA" w:rsidRPr="00EC796B" w:rsidTr="009C7DB4">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b/>
                <w:szCs w:val="28"/>
              </w:rPr>
              <w:t>Hoạt động của GV</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b/>
                <w:szCs w:val="28"/>
              </w:rPr>
              <w:t>Hoạt động của HS</w:t>
            </w:r>
          </w:p>
        </w:tc>
      </w:tr>
      <w:tr w:rsidR="00695E1A" w:rsidRPr="00EC796B" w:rsidTr="009C7DB4">
        <w:trPr>
          <w:trHeight w:val="976"/>
        </w:trPr>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695E1A" w:rsidRPr="00EC796B" w:rsidRDefault="00695E1A" w:rsidP="00C76EFA">
            <w:pPr>
              <w:rPr>
                <w:sz w:val="28"/>
                <w:szCs w:val="28"/>
              </w:rPr>
            </w:pPr>
            <w:r w:rsidRPr="00EC796B">
              <w:rPr>
                <w:b/>
                <w:szCs w:val="28"/>
              </w:rPr>
              <w:t>KHỞI ĐỘNG – Hoạt động 1: Đố bạn: Các vật trong tranh có dạng hình gì?</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b/>
                <w:color w:val="FF0000"/>
                <w:szCs w:val="28"/>
              </w:rPr>
              <w:t>- HS nhận biết khối hình qua tranh; tạo hứng thú và kết nối nội dung bài học STEM.</w:t>
            </w:r>
          </w:p>
        </w:tc>
      </w:tr>
      <w:tr w:rsidR="00C76EFA" w:rsidRPr="00EC796B" w:rsidTr="009C7DB4">
        <w:tc>
          <w:tcPr>
            <w:tcW w:w="5370"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cho HS hoạt động cặp đôi: Quan sát tranh trong hoạt động 1 trang 41 và đố bạn trong nhóm: các vật trong tranh có hình dạng gì?</w:t>
            </w:r>
          </w:p>
        </w:tc>
        <w:tc>
          <w:tcPr>
            <w:tcW w:w="4986"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hoạt động cặp đôi.</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gọi đại diện một vài nhóm trả lời, gọi HS nhóm khác nhận xét nhóm bạn. GV bấm vào ô số để hiện tên hình.</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trả lời:</w:t>
            </w:r>
          </w:p>
          <w:p w:rsidR="00C76EFA" w:rsidRPr="00EC796B" w:rsidRDefault="00C76EFA" w:rsidP="00C76EFA">
            <w:pPr>
              <w:rPr>
                <w:sz w:val="28"/>
                <w:szCs w:val="28"/>
              </w:rPr>
            </w:pPr>
            <w:r w:rsidRPr="00EC796B">
              <w:rPr>
                <w:szCs w:val="28"/>
              </w:rPr>
              <w:t>- 1–khối hộp chữ nhật</w:t>
            </w:r>
          </w:p>
          <w:p w:rsidR="00C76EFA" w:rsidRPr="00EC796B" w:rsidRDefault="00C76EFA" w:rsidP="00C76EFA">
            <w:pPr>
              <w:rPr>
                <w:sz w:val="28"/>
                <w:szCs w:val="28"/>
              </w:rPr>
            </w:pPr>
            <w:r w:rsidRPr="00EC796B">
              <w:rPr>
                <w:szCs w:val="28"/>
              </w:rPr>
              <w:t>- 2–khối cầu</w:t>
            </w:r>
          </w:p>
          <w:p w:rsidR="00C76EFA" w:rsidRPr="00EC796B" w:rsidRDefault="00C76EFA" w:rsidP="00C76EFA">
            <w:pPr>
              <w:rPr>
                <w:sz w:val="28"/>
                <w:szCs w:val="28"/>
              </w:rPr>
            </w:pPr>
            <w:r w:rsidRPr="00EC796B">
              <w:rPr>
                <w:szCs w:val="28"/>
              </w:rPr>
              <w:t>- 3–khối trụ</w:t>
            </w:r>
          </w:p>
          <w:p w:rsidR="00C76EFA" w:rsidRPr="00EC796B" w:rsidRDefault="00C76EFA" w:rsidP="00C76EFA">
            <w:pPr>
              <w:rPr>
                <w:sz w:val="28"/>
                <w:szCs w:val="28"/>
              </w:rPr>
            </w:pPr>
            <w:r w:rsidRPr="00EC796B">
              <w:rPr>
                <w:szCs w:val="28"/>
              </w:rPr>
              <w:t>- 4–khối lập phương</w:t>
            </w:r>
          </w:p>
          <w:p w:rsidR="00C76EFA" w:rsidRPr="00EC796B" w:rsidRDefault="00C76EFA" w:rsidP="00C76EFA">
            <w:pPr>
              <w:rPr>
                <w:sz w:val="28"/>
                <w:szCs w:val="28"/>
              </w:rPr>
            </w:pPr>
            <w:r w:rsidRPr="00EC796B">
              <w:rPr>
                <w:szCs w:val="28"/>
              </w:rPr>
              <w:t>- HS nhận xét, góp ý.</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hỏi HS: Hai bạn trong tranh đang trao đổi điều gì?</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trả lời: Các bạn đang trao đổi: các hình khối không chỉ có trong các đồ vật thực tế mà còn có trong tác phẩm nghệ thuật.</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cả lớp xem video.</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xem video.</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hỏi HS: Các bạn trong video vừa chơi xếp hình gì nhỉ? Xếp bằng những hình khối nào?</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trả lời: Các bạn chơi xếp hình ngôi nhà bằng các hình khối: khối cầu, khối lập phương, khối hộp chữ nhật.</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HS khác nhận xét, bổ sung.</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nhận xét, góp ý.</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xml:space="preserve">- GV dẫn dắt: ... Trong bài học ngày hôm nay, chúng mình cùng tạo một sản phẩm từ những hình </w:t>
            </w:r>
            <w:r w:rsidRPr="00EC796B">
              <w:rPr>
                <w:szCs w:val="28"/>
              </w:rPr>
              <w:lastRenderedPageBreak/>
              <w:t>khối đã học giống các bạn nhé.</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lastRenderedPageBreak/>
              <w:t>- HS lắng nghe.</w:t>
            </w:r>
          </w:p>
        </w:tc>
      </w:tr>
      <w:tr w:rsidR="00695E1A" w:rsidRPr="00EC796B" w:rsidTr="009C7DB4">
        <w:trPr>
          <w:trHeight w:val="1298"/>
        </w:trPr>
        <w:tc>
          <w:tcPr>
            <w:tcW w:w="10356" w:type="dxa"/>
            <w:gridSpan w:val="2"/>
            <w:shd w:val="clear" w:color="auto" w:fill="auto"/>
            <w:tcMar>
              <w:top w:w="20" w:type="dxa"/>
              <w:left w:w="60" w:type="dxa"/>
              <w:bottom w:w="20" w:type="dxa"/>
              <w:right w:w="60" w:type="dxa"/>
            </w:tcMar>
          </w:tcPr>
          <w:p w:rsidR="00695E1A" w:rsidRPr="00EC796B" w:rsidRDefault="00695E1A" w:rsidP="00C76EFA">
            <w:pPr>
              <w:rPr>
                <w:sz w:val="28"/>
                <w:szCs w:val="28"/>
              </w:rPr>
            </w:pPr>
            <w:r w:rsidRPr="00EC796B">
              <w:rPr>
                <w:b/>
                <w:szCs w:val="28"/>
              </w:rPr>
              <w:lastRenderedPageBreak/>
              <w:t>HÌNH THÀNH KIẾN THỨC – Hoạt động 2: Ghép tên với hình khối thích hợp</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b/>
                <w:szCs w:val="28"/>
              </w:rPr>
              <w:t>- HS củng cố nhận dạng khối hình; hoàn thiện phiếu học tập để chuẩn bị cho thiết kế sản phẩm.</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yêu cầu HS đọc hoạt động 2 và thực hiện làm bài trên phiếu học tập số 1.</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hoàn thiện phiếu học tập số 1.</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HS lên trình bày phiếu học tập số 1.</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lên trình bày phiếu học tập số 1.</w:t>
            </w:r>
          </w:p>
          <w:p w:rsidR="00C76EFA" w:rsidRPr="00EC796B" w:rsidRDefault="00C76EFA" w:rsidP="00C76EFA">
            <w:pPr>
              <w:rPr>
                <w:sz w:val="28"/>
                <w:szCs w:val="28"/>
              </w:rPr>
            </w:pPr>
            <w:r w:rsidRPr="00EC796B">
              <w:rPr>
                <w:szCs w:val="28"/>
              </w:rPr>
              <w:t>- 1–khối lập phương</w:t>
            </w:r>
          </w:p>
          <w:p w:rsidR="00C76EFA" w:rsidRPr="00EC796B" w:rsidRDefault="00C76EFA" w:rsidP="00C76EFA">
            <w:pPr>
              <w:rPr>
                <w:sz w:val="28"/>
                <w:szCs w:val="28"/>
              </w:rPr>
            </w:pPr>
            <w:r w:rsidRPr="00EC796B">
              <w:rPr>
                <w:szCs w:val="28"/>
              </w:rPr>
              <w:t>- 2–khối trụ</w:t>
            </w:r>
          </w:p>
          <w:p w:rsidR="00C76EFA" w:rsidRPr="00EC796B" w:rsidRDefault="00C76EFA" w:rsidP="00C76EFA">
            <w:pPr>
              <w:rPr>
                <w:sz w:val="28"/>
                <w:szCs w:val="28"/>
              </w:rPr>
            </w:pPr>
            <w:r w:rsidRPr="00EC796B">
              <w:rPr>
                <w:szCs w:val="28"/>
              </w:rPr>
              <w:t>- 3–khối hộp chữ nhật</w:t>
            </w:r>
          </w:p>
          <w:p w:rsidR="00C76EFA" w:rsidRPr="00EC796B" w:rsidRDefault="00C76EFA" w:rsidP="00C76EFA">
            <w:pPr>
              <w:rPr>
                <w:sz w:val="28"/>
                <w:szCs w:val="28"/>
              </w:rPr>
            </w:pPr>
            <w:r w:rsidRPr="00EC796B">
              <w:rPr>
                <w:szCs w:val="28"/>
              </w:rPr>
              <w:t>- 4–khối cầu</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phát phiếu học tập số 2 và yêu cầu HS hoàn thiện.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hoàn thiện phiếu học tập số 2.</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gọi HS lên trình bày phiếu học tập số 2.</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trình bày phiếu học tập số 2.</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gọi HS khác nhận xét bài của bạn.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khác nhận xét, sửa bài nếu bạn làm sai.</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Để HS được củng cố về nhận dạng khối hình, GV có thể yêu cầu các nhóm lấy trong bộ đồ dùng học tập các khối hình...</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thực hiện theo yêu cầu.</w:t>
            </w:r>
          </w:p>
        </w:tc>
      </w:tr>
      <w:tr w:rsidR="00C76EFA" w:rsidRPr="00EC796B" w:rsidTr="009C7DB4">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nhận xét, đánh giá tổng kết hoạt động của giờ học.</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lắng nghe.</w:t>
            </w:r>
          </w:p>
        </w:tc>
      </w:tr>
      <w:tr w:rsidR="00C76EFA" w:rsidRPr="00EC796B" w:rsidTr="009C7DB4">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b/>
                <w:szCs w:val="28"/>
              </w:rPr>
              <w:t>NGHỈ GIỮA TIẾT 1 VÀ TIẾT 2</w:t>
            </w:r>
          </w:p>
        </w:tc>
      </w:tr>
      <w:tr w:rsidR="00C76EFA" w:rsidRPr="00EC796B" w:rsidTr="009C7DB4">
        <w:tc>
          <w:tcPr>
            <w:tcW w:w="10356" w:type="dxa"/>
            <w:gridSpan w:val="2"/>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b/>
                <w:szCs w:val="28"/>
              </w:rPr>
              <w:t>Mục tiêu:</w:t>
            </w:r>
          </w:p>
          <w:p w:rsidR="00C76EFA" w:rsidRPr="00EC796B" w:rsidRDefault="00C76EFA" w:rsidP="00C76EFA">
            <w:pPr>
              <w:rPr>
                <w:sz w:val="28"/>
                <w:szCs w:val="28"/>
              </w:rPr>
            </w:pPr>
            <w:r w:rsidRPr="00EC796B">
              <w:rPr>
                <w:b/>
                <w:szCs w:val="28"/>
              </w:rPr>
              <w:t>- Chuyển tiếp sang tiết 2; ổn định lớp và chuẩn bị vật liệu, dụng cụ để thực hành.</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nhắc HS nghỉ giữa tiết đúng quy định, đảm bảo an toàn.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thực hiện.</w:t>
            </w:r>
          </w:p>
        </w:tc>
      </w:tr>
      <w:tr w:rsidR="00C76EFA" w:rsidRPr="00EC796B" w:rsidTr="00CB404B">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kiểm tra nhanh sự chuẩn bị vật liệu/dụng cụ của các nhóm.</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chuẩn bị theo nhóm.</w:t>
            </w:r>
          </w:p>
        </w:tc>
      </w:tr>
      <w:tr w:rsidR="00695E1A" w:rsidRPr="00EC796B" w:rsidTr="00CB404B">
        <w:trPr>
          <w:trHeight w:val="1620"/>
        </w:trPr>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695E1A" w:rsidRPr="00EC796B" w:rsidRDefault="00695E1A" w:rsidP="00C76EFA">
            <w:pPr>
              <w:rPr>
                <w:sz w:val="28"/>
                <w:szCs w:val="28"/>
              </w:rPr>
            </w:pPr>
            <w:r w:rsidRPr="00EC796B">
              <w:rPr>
                <w:b/>
                <w:szCs w:val="28"/>
              </w:rPr>
              <w:t>THỰC HÀNH – VẬN DỤNG – Hoạt động 3: Đề xuất ý tưởng và cách làm mô hình thành phố hình học</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b/>
                <w:szCs w:val="28"/>
              </w:rPr>
              <w:t>- HS thảo luận, lựa chọn ý tưởng; dự kiến vật liệu, hình khối; lập kế hoạch thực hiện theo nhóm.</w:t>
            </w:r>
          </w:p>
        </w:tc>
      </w:tr>
      <w:tr w:rsidR="00C76EFA" w:rsidRPr="00EC796B" w:rsidTr="00CB404B">
        <w:tc>
          <w:tcPr>
            <w:tcW w:w="5370"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a) Thảo luận và chia sẻ ý tưởng làm mô hình thành phố hình học</w:t>
            </w:r>
          </w:p>
        </w:tc>
        <w:tc>
          <w:tcPr>
            <w:tcW w:w="4986"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chú ý.</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chia lớp thành các nhóm, mỗi nhóm 4 – 6 HS.</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lập nhóm theo yêu cầu.</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tổ chức cho các nhóm thảo luận và chia sẻ ý tưởng làm mô hình thành phố theo các tiêu chí:</w:t>
            </w:r>
          </w:p>
          <w:p w:rsidR="00C76EFA" w:rsidRPr="00EC796B" w:rsidRDefault="00C76EFA" w:rsidP="00C76EFA">
            <w:pPr>
              <w:rPr>
                <w:sz w:val="28"/>
                <w:szCs w:val="28"/>
              </w:rPr>
            </w:pPr>
            <w:r w:rsidRPr="00EC796B">
              <w:rPr>
                <w:szCs w:val="28"/>
              </w:rPr>
              <w:t>- Mô hình thành phố hình học được lắp ghép từ những đồ vật có dạng khối lập phương, khối trụ, khối cầu.</w:t>
            </w:r>
          </w:p>
          <w:p w:rsidR="00C76EFA" w:rsidRPr="00EC796B" w:rsidRDefault="00C76EFA" w:rsidP="00C76EFA">
            <w:pPr>
              <w:rPr>
                <w:sz w:val="28"/>
                <w:szCs w:val="28"/>
              </w:rPr>
            </w:pPr>
            <w:r w:rsidRPr="00EC796B">
              <w:rPr>
                <w:szCs w:val="28"/>
              </w:rPr>
              <w:lastRenderedPageBreak/>
              <w:t>- Đảm bảo tính thẩm mĩ, hài hoà về màu sắc, cân đối về hình dáng.</w:t>
            </w:r>
          </w:p>
          <w:p w:rsidR="006E6FB9" w:rsidRDefault="00C83376">
            <w:r>
              <w:rPr>
                <w:color w:val="FF0000"/>
              </w:rPr>
              <w:t>- Tích hợp bài học STEM (diễn giải chi tiết): GV nhấn mạnh sản phẩm “Thành phố hình học” cần vận dụng kiến thức Toán về khối lập phương, khối hộp chữ nhật, khối trụ, khối cầu; vận dụng Mĩ thuật để phối màu, sắp xếp bố cục; vận dụng hiểu biết đời sống để bố trí đường phố, cây xanh, đèn giao thông an toàn.</w:t>
            </w:r>
          </w:p>
          <w:p w:rsidR="006E6FB9" w:rsidRDefault="00C83376">
            <w:r>
              <w:rPr>
                <w:color w:val="FF0000"/>
              </w:rPr>
              <w:t>- GV yêu cầu mỗi nhóm nêu rõ bộ phận nào trong mô hình có dạng khối gì, vì sao chọn vật liệu đó; khi thuyết minh cần nêu quy định giao thông đơn giản và biết thu gom rác sau khi làm sản phẩm.</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lastRenderedPageBreak/>
              <w:t>- Thảo luận nhóm.</w:t>
            </w:r>
          </w:p>
          <w:p w:rsidR="006E6FB9" w:rsidRDefault="00C83376">
            <w:r>
              <w:t>- HS xác định các hình khối sẽ dùng trong mô hình; nêu ý tưởng phối màu, bố cục và vật liệu.</w:t>
            </w:r>
          </w:p>
          <w:p w:rsidR="006E6FB9" w:rsidRDefault="00C83376">
            <w:r>
              <w:rPr>
                <w:color w:val="FF0000"/>
              </w:rPr>
              <w:t xml:space="preserve">- HS biết liên hệ quy định giao thông, bảo vệ </w:t>
            </w:r>
            <w:r>
              <w:rPr>
                <w:color w:val="FF0000"/>
              </w:rPr>
              <w:lastRenderedPageBreak/>
              <w:t>môi trường và hợp tác nhóm khi thiết kế mô hình thành phố.</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lastRenderedPageBreak/>
              <w:t>- GV mời đại diện nhóm lên chia sẻ ý tưởng làm mô hình thành phố hình học.</w:t>
            </w:r>
          </w:p>
          <w:p w:rsidR="00C76EFA" w:rsidRPr="00EC796B" w:rsidRDefault="00C76EFA" w:rsidP="00C76EFA">
            <w:pPr>
              <w:rPr>
                <w:sz w:val="28"/>
                <w:szCs w:val="28"/>
              </w:rPr>
            </w:pPr>
            <w:r w:rsidRPr="00EC796B">
              <w:rPr>
                <w:szCs w:val="28"/>
              </w:rPr>
              <w:t>- GV có thể đặt các câu hỏi gợi ý: Nhóm dùng vật liệu gì? Mô hình gồm gì? Các vật làm từ vật liệu và hình khối gì?...</w:t>
            </w:r>
          </w:p>
          <w:p w:rsidR="00C76EFA" w:rsidRPr="00EC796B" w:rsidRDefault="00C76EFA" w:rsidP="00C76EFA">
            <w:pPr>
              <w:rPr>
                <w:sz w:val="28"/>
                <w:szCs w:val="28"/>
              </w:rPr>
            </w:pPr>
            <w:r w:rsidRPr="00EC796B">
              <w:rPr>
                <w:szCs w:val="28"/>
              </w:rPr>
              <w:t>- GV lưu ý HS dự kiến số lượng: toà nhà, xe ô tô, cây xanh, đường phố, đèn giao thông, cầu,...</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Đại diện nhóm lên chia sẻ ý tưởng. Ví dụ:</w:t>
            </w:r>
          </w:p>
          <w:p w:rsidR="00C76EFA" w:rsidRPr="00EC796B" w:rsidRDefault="00C76EFA" w:rsidP="00C76EFA">
            <w:pPr>
              <w:rPr>
                <w:sz w:val="28"/>
                <w:szCs w:val="28"/>
              </w:rPr>
            </w:pPr>
            <w:r w:rsidRPr="00EC796B">
              <w:rPr>
                <w:szCs w:val="28"/>
              </w:rPr>
              <w:t>- Nhóm dùng vật liệu có sẵn như hộp sữa tươi dạng khối hộp chữ nhật, lọ dạng khối trụ,... và giấy màu.</w:t>
            </w:r>
          </w:p>
          <w:p w:rsidR="00C76EFA" w:rsidRPr="00EC796B" w:rsidRDefault="00C76EFA" w:rsidP="00C76EFA">
            <w:pPr>
              <w:rPr>
                <w:sz w:val="28"/>
                <w:szCs w:val="28"/>
              </w:rPr>
            </w:pPr>
            <w:r w:rsidRPr="00EC796B">
              <w:rPr>
                <w:szCs w:val="28"/>
              </w:rPr>
              <w:t>- Mô hình thành phố gồm: toà nhà, đèn xanh đỏ, cây xanh, ô tô,…</w:t>
            </w:r>
          </w:p>
          <w:p w:rsidR="00C76EFA" w:rsidRPr="00EC796B" w:rsidRDefault="00C76EFA" w:rsidP="00C76EFA">
            <w:pPr>
              <w:rPr>
                <w:sz w:val="28"/>
                <w:szCs w:val="28"/>
              </w:rPr>
            </w:pPr>
            <w:r w:rsidRPr="00EC796B">
              <w:rPr>
                <w:szCs w:val="28"/>
              </w:rPr>
              <w:t>- Thiết kế toà nhà từ vỏ hộp; làm đèn công viên từ vật dạng khối trụ; làm đèn xanh đỏ từ vật dạng khối trụ…</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các nhóm khác góp ý hoặc phản biện cho ý tưởng của nhóm bạn...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Nhóm khác góp ý cho nhóm bạn.</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b) Lựa chọn ý tưởng và đề xuất cách làm mô hình thành phố hình học.</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chú ý.</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HS thảo luận nhóm, lựa chọn ý tưởng và đề xuất cách làm.</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thảo luận lựa chọn ý tưởng và đề xuất cách làm mô hình.</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khuyến khích HS vẽ phác hoạ bản thiết kế thành phố hình học.</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phác hoạ (nếu có).</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giao phiếu học tập số 3 cho HS hoàn thiện.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hoàn thiện phiếu học tập số 3.</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HS trình bày phiếu học tập số 3.</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trình bày phiếu học tập số 3.</w:t>
            </w:r>
          </w:p>
        </w:tc>
      </w:tr>
      <w:tr w:rsidR="00C76EFA" w:rsidRPr="00EC796B" w:rsidTr="00CB404B">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đánh giá hoạt động của HS và chuyển sang hoạt động sau.</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lắng nghe.</w:t>
            </w:r>
          </w:p>
        </w:tc>
      </w:tr>
      <w:tr w:rsidR="00695E1A" w:rsidRPr="00EC796B" w:rsidTr="00CB404B">
        <w:trPr>
          <w:trHeight w:val="1298"/>
        </w:trPr>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695E1A" w:rsidRPr="00EC796B" w:rsidRDefault="00695E1A" w:rsidP="00C76EFA">
            <w:pPr>
              <w:rPr>
                <w:sz w:val="28"/>
                <w:szCs w:val="28"/>
              </w:rPr>
            </w:pPr>
            <w:bookmarkStart w:id="0" w:name="_GoBack"/>
            <w:r w:rsidRPr="00EC796B">
              <w:rPr>
                <w:b/>
                <w:szCs w:val="28"/>
              </w:rPr>
              <w:t>Hoạt động 4: Làm mô hình thành phố hình học</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szCs w:val="28"/>
              </w:rPr>
              <w:t>- HS thực hành tạo sản phẩm theo nhóm; sử dụng dụng cụ an toàn; kiểm tra, chỉnh sửa theo tiêu chí.</w:t>
            </w:r>
          </w:p>
        </w:tc>
      </w:tr>
      <w:bookmarkEnd w:id="0"/>
      <w:tr w:rsidR="00C76EFA" w:rsidRPr="00EC796B" w:rsidTr="00CB404B">
        <w:tc>
          <w:tcPr>
            <w:tcW w:w="5370"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yêu cầu các nhóm lựa chọn đồ dùng và vật liệu phù hợp với ý tưởng thiết kế mô hình thành phố hình học mà nhóm đã chọn.</w:t>
            </w:r>
          </w:p>
        </w:tc>
        <w:tc>
          <w:tcPr>
            <w:tcW w:w="4986"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chọn đồ dùng và vật liệu phù hợp.</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color w:val="FF0000"/>
                <w:szCs w:val="28"/>
              </w:rPr>
              <w:t xml:space="preserve">- GV yêu cầu HS đọc phần b mục 4 trong sách Bài học STEM 2 trang 43 và cho biết: Sách gợi ý </w:t>
            </w:r>
            <w:r w:rsidRPr="00EC796B">
              <w:rPr>
                <w:color w:val="FF0000"/>
                <w:szCs w:val="28"/>
              </w:rPr>
              <w:lastRenderedPageBreak/>
              <w:t>làm mô hình thành phố theo mấy bước?</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lastRenderedPageBreak/>
              <w:t>- HS trả lời: 3 bước:</w:t>
            </w:r>
          </w:p>
          <w:p w:rsidR="00C76EFA" w:rsidRPr="00EC796B" w:rsidRDefault="00C76EFA" w:rsidP="00C76EFA">
            <w:pPr>
              <w:rPr>
                <w:sz w:val="28"/>
                <w:szCs w:val="28"/>
              </w:rPr>
            </w:pPr>
            <w:r w:rsidRPr="00EC796B">
              <w:rPr>
                <w:szCs w:val="28"/>
              </w:rPr>
              <w:t>- Bước 1: Tạo các bộ phận của thành phố.</w:t>
            </w:r>
          </w:p>
          <w:p w:rsidR="00C76EFA" w:rsidRPr="00EC796B" w:rsidRDefault="00C76EFA" w:rsidP="00C76EFA">
            <w:pPr>
              <w:rPr>
                <w:sz w:val="28"/>
                <w:szCs w:val="28"/>
              </w:rPr>
            </w:pPr>
            <w:r w:rsidRPr="00EC796B">
              <w:rPr>
                <w:szCs w:val="28"/>
              </w:rPr>
              <w:lastRenderedPageBreak/>
              <w:t>- Bước 2: Lắp ghép các bộ phận vào các vị trí cho phù hợp.</w:t>
            </w:r>
          </w:p>
          <w:p w:rsidR="00C76EFA" w:rsidRPr="00EC796B" w:rsidRDefault="00C76EFA" w:rsidP="00C76EFA">
            <w:pPr>
              <w:rPr>
                <w:sz w:val="28"/>
                <w:szCs w:val="28"/>
              </w:rPr>
            </w:pPr>
            <w:r w:rsidRPr="00EC796B">
              <w:rPr>
                <w:szCs w:val="28"/>
              </w:rPr>
              <w:t>- Bước 3: Hoàn thiện sản phẩm.</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lastRenderedPageBreak/>
              <w:t>- GV: ... giờ chúng ta tiến hành làm mô hình thành phố hình học, khi cần hãy cho cô biết để hỗ trợ nhé.</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làm mô hình.</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theo dõi việc làm sản phẩm của HS và hỗ trợ khi cần thiết.</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làm mô hình; trao đổi trong nhóm.</w:t>
            </w:r>
          </w:p>
        </w:tc>
      </w:tr>
      <w:tr w:rsidR="00C76EFA" w:rsidRPr="00EC796B" w:rsidTr="00CB404B">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nhắc: Làm xong sản phẩm hãy tự đối chiếu, kiểm tra lại theo các tiêu chí...</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rà soát lại các thành phần của thành phố hình học; chỉnh sửa và hoàn thiện sản phẩm đảm bảo tính thẩm mĩ phù hợp với thực tiễn.</w:t>
            </w:r>
          </w:p>
        </w:tc>
      </w:tr>
      <w:tr w:rsidR="00695E1A" w:rsidRPr="00EC796B" w:rsidTr="00CB404B">
        <w:trPr>
          <w:trHeight w:val="1298"/>
        </w:trPr>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695E1A" w:rsidRPr="00EC796B" w:rsidRDefault="00695E1A" w:rsidP="00C76EFA">
            <w:pPr>
              <w:rPr>
                <w:sz w:val="28"/>
                <w:szCs w:val="28"/>
              </w:rPr>
            </w:pPr>
            <w:r w:rsidRPr="00EC796B">
              <w:rPr>
                <w:b/>
                <w:szCs w:val="28"/>
              </w:rPr>
              <w:t>Hoạt động 5: Trưng bày và giới thiệu sản phẩm</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szCs w:val="28"/>
              </w:rPr>
              <w:t>- HS trưng bày sản phẩm; thuyết minh, phản hồi; tự đánh giá và đánh giá sản phẩm theo tiêu chí.</w:t>
            </w:r>
          </w:p>
        </w:tc>
      </w:tr>
      <w:tr w:rsidR="00C76EFA" w:rsidRPr="00EC796B" w:rsidTr="00CB404B">
        <w:tc>
          <w:tcPr>
            <w:tcW w:w="5370"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tổ chức cho các nhóm trưng bày sản phẩm thành phố hình học và chuẩn bị nội dung giới thiệu về sản phẩm của nhóm khi có nhóm bạn đến tham quan.</w:t>
            </w:r>
          </w:p>
        </w:tc>
        <w:tc>
          <w:tcPr>
            <w:tcW w:w="4986"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trưng bày sản phẩm của mình.</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các nhóm đi tham quan sản phẩm của nhóm bạn, mỗi nhóm cử 1 đại diện ở lại nhóm để thuyết minh và trả lời câu hỏi (nếu có) của khách đến tham quan.</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tham quan; đặt câu hỏi và lắng nghe thuyết minh.</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yêu cầu nhóm giới thiệu sản phẩm của nhóm mình trước lớp.</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giới thiệu sản phẩm:</w:t>
            </w:r>
          </w:p>
          <w:p w:rsidR="00C76EFA" w:rsidRPr="00EC796B" w:rsidRDefault="00C76EFA" w:rsidP="00C76EFA">
            <w:pPr>
              <w:rPr>
                <w:sz w:val="28"/>
                <w:szCs w:val="28"/>
              </w:rPr>
            </w:pPr>
            <w:r w:rsidRPr="00EC796B">
              <w:rPr>
                <w:szCs w:val="28"/>
              </w:rPr>
              <w:t>- Giới thiệu tổng quan kiến trúc; vật liệu làm từng thành phần; số lượng từng loại đồ vật; dạng hình khối; quy trình nhóm thực hiện.</w:t>
            </w:r>
          </w:p>
        </w:tc>
      </w:tr>
      <w:tr w:rsidR="00C76EFA" w:rsidRPr="00EC796B" w:rsidTr="00CB404B">
        <w:tc>
          <w:tcPr>
            <w:tcW w:w="5370"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mời các nhóm tự đánh giá sản phẩm của nhóm mình và nhóm bạn bằng cách tô khuôn mặt cảm xúc phù hợp.</w:t>
            </w:r>
          </w:p>
        </w:tc>
        <w:tc>
          <w:tcPr>
            <w:tcW w:w="4986" w:type="dxa"/>
            <w:tcBorders>
              <w:bottom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hoàn thiện phiếu đánh giá.</w:t>
            </w:r>
          </w:p>
        </w:tc>
      </w:tr>
      <w:tr w:rsidR="00695E1A" w:rsidRPr="00EC796B" w:rsidTr="00CB404B">
        <w:trPr>
          <w:trHeight w:val="1298"/>
        </w:trPr>
        <w:tc>
          <w:tcPr>
            <w:tcW w:w="10356" w:type="dxa"/>
            <w:gridSpan w:val="2"/>
            <w:tcBorders>
              <w:top w:val="single" w:sz="4" w:space="0" w:color="auto"/>
              <w:bottom w:val="single" w:sz="4" w:space="0" w:color="auto"/>
            </w:tcBorders>
            <w:shd w:val="clear" w:color="auto" w:fill="auto"/>
            <w:tcMar>
              <w:top w:w="20" w:type="dxa"/>
              <w:left w:w="60" w:type="dxa"/>
              <w:bottom w:w="20" w:type="dxa"/>
              <w:right w:w="60" w:type="dxa"/>
            </w:tcMar>
          </w:tcPr>
          <w:p w:rsidR="00695E1A" w:rsidRPr="00EC796B" w:rsidRDefault="00695E1A" w:rsidP="00C76EFA">
            <w:pPr>
              <w:rPr>
                <w:sz w:val="28"/>
                <w:szCs w:val="28"/>
              </w:rPr>
            </w:pPr>
            <w:r w:rsidRPr="00EC796B">
              <w:rPr>
                <w:b/>
                <w:szCs w:val="28"/>
              </w:rPr>
              <w:t>TỔNG KẾT BÀI HỌC</w:t>
            </w:r>
          </w:p>
          <w:p w:rsidR="00695E1A" w:rsidRPr="00EC796B" w:rsidRDefault="00695E1A" w:rsidP="00C76EFA">
            <w:pPr>
              <w:rPr>
                <w:sz w:val="28"/>
                <w:szCs w:val="28"/>
              </w:rPr>
            </w:pPr>
            <w:r w:rsidRPr="00EC796B">
              <w:rPr>
                <w:b/>
                <w:szCs w:val="28"/>
              </w:rPr>
              <w:t>Mục tiêu:</w:t>
            </w:r>
          </w:p>
          <w:p w:rsidR="00695E1A" w:rsidRPr="00EC796B" w:rsidRDefault="00695E1A" w:rsidP="00C76EFA">
            <w:pPr>
              <w:rPr>
                <w:sz w:val="28"/>
                <w:szCs w:val="28"/>
              </w:rPr>
            </w:pPr>
            <w:r w:rsidRPr="00EC796B">
              <w:rPr>
                <w:color w:val="FF0000"/>
                <w:szCs w:val="28"/>
              </w:rPr>
              <w:t>- Đánh giá quá trình và sản phẩm; củng cố kiến thức, kĩ năng và phẩm chất sau hoạt động STEM.</w:t>
            </w:r>
          </w:p>
        </w:tc>
      </w:tr>
      <w:tr w:rsidR="00C76EFA" w:rsidRPr="00EC796B" w:rsidTr="00CB404B">
        <w:tc>
          <w:tcPr>
            <w:tcW w:w="5370"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khen ngợi nhóm HS tích cực tham gia hoạt động, động viên các nhóm làm chưa tốt để lần sau cố gắng.</w:t>
            </w:r>
          </w:p>
        </w:tc>
        <w:tc>
          <w:tcPr>
            <w:tcW w:w="4986" w:type="dxa"/>
            <w:tcBorders>
              <w:top w:val="single" w:sz="4" w:space="0" w:color="auto"/>
            </w:tcBorders>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lắng nghe.</w:t>
            </w:r>
          </w:p>
        </w:tc>
      </w:tr>
      <w:tr w:rsidR="00C76EFA" w:rsidRPr="00EC796B" w:rsidTr="009C7DB4">
        <w:tc>
          <w:tcPr>
            <w:tcW w:w="5370"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GV nhận xét và tổng kết buổi học.</w:t>
            </w:r>
          </w:p>
        </w:tc>
        <w:tc>
          <w:tcPr>
            <w:tcW w:w="4986" w:type="dxa"/>
            <w:shd w:val="clear" w:color="auto" w:fill="auto"/>
            <w:tcMar>
              <w:top w:w="20" w:type="dxa"/>
              <w:left w:w="60" w:type="dxa"/>
              <w:bottom w:w="20" w:type="dxa"/>
              <w:right w:w="60" w:type="dxa"/>
            </w:tcMar>
          </w:tcPr>
          <w:p w:rsidR="00C76EFA" w:rsidRPr="00EC796B" w:rsidRDefault="00C76EFA" w:rsidP="00C76EFA">
            <w:pPr>
              <w:rPr>
                <w:sz w:val="28"/>
                <w:szCs w:val="28"/>
              </w:rPr>
            </w:pPr>
            <w:r w:rsidRPr="00EC796B">
              <w:rPr>
                <w:szCs w:val="28"/>
              </w:rPr>
              <w:t>- HS lắng nghe và ghi nhớ.</w:t>
            </w:r>
          </w:p>
        </w:tc>
      </w:tr>
    </w:tbl>
    <w:p w:rsidR="00C83376" w:rsidRDefault="00C83376"/>
    <w:sectPr w:rsidR="00C83376"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A297B"/>
    <w:rsid w:val="0015074B"/>
    <w:rsid w:val="0029639D"/>
    <w:rsid w:val="002D5BCB"/>
    <w:rsid w:val="00326F90"/>
    <w:rsid w:val="00695E1A"/>
    <w:rsid w:val="006E6FB9"/>
    <w:rsid w:val="00865AC5"/>
    <w:rsid w:val="009C7DB4"/>
    <w:rsid w:val="00AA1D8D"/>
    <w:rsid w:val="00B47730"/>
    <w:rsid w:val="00C76EFA"/>
    <w:rsid w:val="00C83376"/>
    <w:rsid w:val="00CB0664"/>
    <w:rsid w:val="00CB404B"/>
    <w:rsid w:val="00D73094"/>
    <w:rsid w:val="00EC79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D5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BC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D5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BC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927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21083-AB5E-41A4-A127-54FB4F8C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4407</Words>
  <Characters>25121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Administrator</cp:lastModifiedBy>
  <cp:revision>2</cp:revision>
  <dcterms:created xsi:type="dcterms:W3CDTF">2026-02-21T11:09:00Z</dcterms:created>
  <dcterms:modified xsi:type="dcterms:W3CDTF">2026-08-17T15:44:00Z</dcterms:modified>
  <cp:category/>
</cp:coreProperties>
</file>