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F6F0" w14:textId="77777777" w:rsidR="00D04BC7" w:rsidRDefault="00CB1482">
      <w:pPr>
        <w:pStyle w:val="Heading1"/>
      </w:pPr>
      <w:r>
        <w:t>Donation Receipt / Paramos kvitas</w:t>
      </w:r>
    </w:p>
    <w:p w14:paraId="788837B7" w14:textId="77777777" w:rsidR="00D04BC7" w:rsidRDefault="00CB1482">
      <w:r>
        <w:rPr>
          <w:b/>
        </w:rPr>
        <w:t xml:space="preserve">Dear / Gerb. </w:t>
      </w:r>
      <w:r>
        <w:rPr>
          <w:i/>
        </w:rPr>
        <w:t>[DONOR FULL NAME]</w:t>
      </w:r>
      <w:r>
        <w:rPr>
          <w:i/>
        </w:rPr>
        <w:br/>
      </w:r>
      <w:r>
        <w:rPr>
          <w:i/>
        </w:rPr>
        <w:br/>
      </w:r>
    </w:p>
    <w:p w14:paraId="1CCE6237" w14:textId="77777777" w:rsidR="00D04BC7" w:rsidRDefault="00CB1482">
      <w:r>
        <w:t>Nuoširdžiai dėkojame už jūsų dosnią paramą JAV Lietuvių Bendruomenei, skirtą [CHAPTER / APYGARDA]. Šis laiškas yra mūsų nuoširdi padėka už jūsų dosnumą ir palaikymą.</w:t>
      </w:r>
      <w:r>
        <w:br/>
      </w:r>
      <w:r>
        <w:br/>
      </w:r>
    </w:p>
    <w:p w14:paraId="349A9FD6" w14:textId="77777777" w:rsidR="00D04BC7" w:rsidRDefault="00CB1482">
      <w:r>
        <w:t>Thank you for your generous contribution to the Lithuanian American Community, Inc., designated for [CHAPTER / DISTRICT]. This letter serves as an official acknowledgment and receipt of your donation.</w:t>
      </w:r>
      <w:r>
        <w:br/>
      </w:r>
      <w:r>
        <w:br/>
      </w:r>
    </w:p>
    <w:p w14:paraId="2AF2B600" w14:textId="77777777" w:rsidR="00D04BC7" w:rsidRDefault="00CB1482">
      <w:r>
        <w:t>The Lithuanian American Community is a 501(c)(3) nonprofit organization (EIN: 36-3625439). No goods or services were provided in exchange for this gift.</w:t>
      </w:r>
      <w:r>
        <w:br/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D04BC7" w14:paraId="6CA11095" w14:textId="77777777">
        <w:tc>
          <w:tcPr>
            <w:tcW w:w="4320" w:type="dxa"/>
          </w:tcPr>
          <w:p w14:paraId="3C3CEEFF" w14:textId="77777777" w:rsidR="00D04BC7" w:rsidRDefault="00CB1482">
            <w:r>
              <w:t>Donor / Aukotojas</w:t>
            </w:r>
          </w:p>
        </w:tc>
        <w:tc>
          <w:tcPr>
            <w:tcW w:w="4320" w:type="dxa"/>
          </w:tcPr>
          <w:p w14:paraId="08A9940B" w14:textId="77777777" w:rsidR="00D04BC7" w:rsidRDefault="00CB1482">
            <w:r>
              <w:t>[FULL NAME]</w:t>
            </w:r>
          </w:p>
        </w:tc>
      </w:tr>
      <w:tr w:rsidR="00D04BC7" w14:paraId="49FB1D70" w14:textId="77777777">
        <w:tc>
          <w:tcPr>
            <w:tcW w:w="4320" w:type="dxa"/>
          </w:tcPr>
          <w:p w14:paraId="4ED80DAB" w14:textId="77777777" w:rsidR="00D04BC7" w:rsidRDefault="00CB1482">
            <w:proofErr w:type="gramStart"/>
            <w:r>
              <w:t>Check # /</w:t>
            </w:r>
            <w:proofErr w:type="gramEnd"/>
            <w:r>
              <w:t xml:space="preserve"> Cash</w:t>
            </w:r>
          </w:p>
        </w:tc>
        <w:tc>
          <w:tcPr>
            <w:tcW w:w="4320" w:type="dxa"/>
          </w:tcPr>
          <w:p w14:paraId="51913069" w14:textId="77777777" w:rsidR="00D04BC7" w:rsidRDefault="00CB1482">
            <w:r>
              <w:t>[CHECK NUMBER or CASH]</w:t>
            </w:r>
          </w:p>
        </w:tc>
      </w:tr>
      <w:tr w:rsidR="00D04BC7" w14:paraId="2BC348FD" w14:textId="77777777">
        <w:tc>
          <w:tcPr>
            <w:tcW w:w="4320" w:type="dxa"/>
          </w:tcPr>
          <w:p w14:paraId="41A51DBD" w14:textId="77777777" w:rsidR="00D04BC7" w:rsidRDefault="00CB1482">
            <w:r>
              <w:t>Date / Data</w:t>
            </w:r>
          </w:p>
        </w:tc>
        <w:tc>
          <w:tcPr>
            <w:tcW w:w="4320" w:type="dxa"/>
          </w:tcPr>
          <w:p w14:paraId="7672C382" w14:textId="77777777" w:rsidR="00D04BC7" w:rsidRDefault="00CB1482">
            <w:r>
              <w:t>[MM/DD/YYYY]</w:t>
            </w:r>
          </w:p>
        </w:tc>
      </w:tr>
      <w:tr w:rsidR="00D04BC7" w14:paraId="30C4B818" w14:textId="77777777">
        <w:tc>
          <w:tcPr>
            <w:tcW w:w="4320" w:type="dxa"/>
          </w:tcPr>
          <w:p w14:paraId="7DD3E800" w14:textId="77777777" w:rsidR="00D04BC7" w:rsidRDefault="00CB1482">
            <w:r>
              <w:t>Amount / Suma</w:t>
            </w:r>
          </w:p>
        </w:tc>
        <w:tc>
          <w:tcPr>
            <w:tcW w:w="4320" w:type="dxa"/>
          </w:tcPr>
          <w:p w14:paraId="45783CE3" w14:textId="77777777" w:rsidR="00D04BC7" w:rsidRDefault="00CB1482">
            <w:r>
              <w:t>[$ AMOUNT]</w:t>
            </w:r>
          </w:p>
        </w:tc>
      </w:tr>
      <w:tr w:rsidR="00D04BC7" w14:paraId="5435246F" w14:textId="77777777">
        <w:tc>
          <w:tcPr>
            <w:tcW w:w="4320" w:type="dxa"/>
          </w:tcPr>
          <w:p w14:paraId="05D72C37" w14:textId="77777777" w:rsidR="00D04BC7" w:rsidRDefault="00CB1482">
            <w:r>
              <w:t>Amount in words</w:t>
            </w:r>
          </w:p>
        </w:tc>
        <w:tc>
          <w:tcPr>
            <w:tcW w:w="4320" w:type="dxa"/>
          </w:tcPr>
          <w:p w14:paraId="2AC7F600" w14:textId="77777777" w:rsidR="00D04BC7" w:rsidRDefault="00CB1482">
            <w:r>
              <w:t>[AMOUNT IN WORDS]</w:t>
            </w:r>
          </w:p>
        </w:tc>
      </w:tr>
    </w:tbl>
    <w:p w14:paraId="15C38647" w14:textId="77777777" w:rsidR="00D04BC7" w:rsidRDefault="00CB1482">
      <w:r>
        <w:br/>
        <w:t>Sincerely / Pagarbiai,</w:t>
      </w:r>
      <w:r>
        <w:br/>
      </w:r>
    </w:p>
    <w:p w14:paraId="0902FE01" w14:textId="77777777" w:rsidR="00D04BC7" w:rsidRDefault="00CB1482">
      <w:r>
        <w:t>[SIGNATURE]</w:t>
      </w:r>
      <w:r>
        <w:br/>
        <w:t>[NAME]</w:t>
      </w:r>
      <w:r>
        <w:br/>
        <w:t>[TITLE]</w:t>
      </w:r>
      <w:r>
        <w:br/>
        <w:t>[LAC Chapter / District]</w:t>
      </w:r>
    </w:p>
    <w:p w14:paraId="52D72648" w14:textId="77777777" w:rsidR="00D04BC7" w:rsidRDefault="00CB1482">
      <w:r>
        <w:br/>
      </w:r>
      <w:r>
        <w:t>Prepared in accordance with IRS charitable acknowledgment requirements (Pub. 1771, IRC §170(f)(8)).</w:t>
      </w:r>
    </w:p>
    <w:sectPr w:rsidR="00D04B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5801562">
    <w:abstractNumId w:val="8"/>
  </w:num>
  <w:num w:numId="2" w16cid:durableId="1643463051">
    <w:abstractNumId w:val="6"/>
  </w:num>
  <w:num w:numId="3" w16cid:durableId="2077509088">
    <w:abstractNumId w:val="5"/>
  </w:num>
  <w:num w:numId="4" w16cid:durableId="1690378149">
    <w:abstractNumId w:val="4"/>
  </w:num>
  <w:num w:numId="5" w16cid:durableId="339740417">
    <w:abstractNumId w:val="7"/>
  </w:num>
  <w:num w:numId="6" w16cid:durableId="1350788625">
    <w:abstractNumId w:val="3"/>
  </w:num>
  <w:num w:numId="7" w16cid:durableId="1092124295">
    <w:abstractNumId w:val="2"/>
  </w:num>
  <w:num w:numId="8" w16cid:durableId="1445610268">
    <w:abstractNumId w:val="1"/>
  </w:num>
  <w:num w:numId="9" w16cid:durableId="7984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DBF"/>
    <w:rsid w:val="00326F90"/>
    <w:rsid w:val="00AA1D8D"/>
    <w:rsid w:val="00B47730"/>
    <w:rsid w:val="00C92D7A"/>
    <w:rsid w:val="00CB0664"/>
    <w:rsid w:val="00CB1482"/>
    <w:rsid w:val="00D04B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D27F6"/>
  <w14:defaultImageDpi w14:val="300"/>
  <w15:docId w15:val="{C2DF0B27-7D8D-4782-8A5C-BBB9D4E4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CAAFEAC6E6A418FD517633E1854E1" ma:contentTypeVersion="14" ma:contentTypeDescription="Create a new document." ma:contentTypeScope="" ma:versionID="2634f6304b8964f3d9dd920a41dad3be">
  <xsd:schema xmlns:xsd="http://www.w3.org/2001/XMLSchema" xmlns:xs="http://www.w3.org/2001/XMLSchema" xmlns:p="http://schemas.microsoft.com/office/2006/metadata/properties" xmlns:ns2="56a5b1c6-1963-4a83-9582-f7323d52002d" xmlns:ns3="5e50c51b-56ef-4442-8e9f-130933b5ceec" targetNamespace="http://schemas.microsoft.com/office/2006/metadata/properties" ma:root="true" ma:fieldsID="f5da8c5965d3c01936fc02e3323e17e6" ns2:_="" ns3:_="">
    <xsd:import namespace="56a5b1c6-1963-4a83-9582-f7323d52002d"/>
    <xsd:import namespace="5e50c51b-56ef-4442-8e9f-130933b5ce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b1c6-1963-4a83-9582-f7323d5200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65eda8b-59fc-4bbb-a5f6-5635abad89cc}" ma:internalName="TaxCatchAll" ma:showField="CatchAllData" ma:web="56a5b1c6-1963-4a83-9582-f7323d5200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0c51b-56ef-4442-8e9f-130933b5c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7c19005-0159-40ac-aaf2-53b342a6ec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0c51b-56ef-4442-8e9f-130933b5ceec">
      <Terms xmlns="http://schemas.microsoft.com/office/infopath/2007/PartnerControls"/>
    </lcf76f155ced4ddcb4097134ff3c332f>
    <TaxCatchAll xmlns="56a5b1c6-1963-4a83-9582-f7323d52002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BCC80F-FF47-4A64-A77D-0F856F9FF85E}"/>
</file>

<file path=customXml/itemProps3.xml><?xml version="1.0" encoding="utf-8"?>
<ds:datastoreItem xmlns:ds="http://schemas.openxmlformats.org/officeDocument/2006/customXml" ds:itemID="{B3C43B3D-C504-401D-8E11-907D78C4A098}"/>
</file>

<file path=customXml/itemProps4.xml><?xml version="1.0" encoding="utf-8"?>
<ds:datastoreItem xmlns:ds="http://schemas.openxmlformats.org/officeDocument/2006/customXml" ds:itemID="{5B22F462-9C93-48E9-B5B2-D5C7BCEDBC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Ruta Cariov</cp:lastModifiedBy>
  <cp:revision>2</cp:revision>
  <dcterms:created xsi:type="dcterms:W3CDTF">2026-01-12T20:50:00Z</dcterms:created>
  <dcterms:modified xsi:type="dcterms:W3CDTF">2026-01-12T20:50:00Z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0x0101008B8CAAFEAC6E6A418FD517633E1854E1</vt:lpwstr>
  </property>
</Properties>
</file>