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BB8A3" w14:textId="77777777" w:rsidR="00B308D2" w:rsidRDefault="00ED7F7F">
      <w:pPr>
        <w:jc w:val="center"/>
      </w:pPr>
      <w:r>
        <w:rPr>
          <w:b/>
          <w:sz w:val="25"/>
        </w:rPr>
        <w:t>LETTER OF INVITATION AND SOLEMN DECLARATION</w:t>
      </w:r>
    </w:p>
    <w:p w14:paraId="0B871F48" w14:textId="77777777" w:rsidR="00B308D2" w:rsidRDefault="00ED7F7F">
      <w:pPr>
        <w:spacing w:after="80"/>
        <w:jc w:val="center"/>
      </w:pPr>
      <w:r>
        <w:rPr>
          <w:b/>
          <w:sz w:val="18"/>
        </w:rPr>
        <w:t>SUPPORTING A CANADIAN VISITOR VISA APPLICATION</w:t>
      </w:r>
    </w:p>
    <w:p w14:paraId="59C7CD5E" w14:textId="77777777" w:rsidR="00B308D2" w:rsidRDefault="00ED7F7F">
      <w:pPr>
        <w:spacing w:after="40"/>
        <w:rPr>
          <w:b/>
        </w:rPr>
      </w:pPr>
      <w:r>
        <w:rPr>
          <w:b/>
        </w:rPr>
        <w:t>To Whom It May Concern:</w:t>
      </w:r>
    </w:p>
    <w:p w14:paraId="27213DE5" w14:textId="77777777" w:rsidR="00ED7F7F" w:rsidRDefault="00ED7F7F">
      <w:pPr>
        <w:spacing w:after="40"/>
      </w:pPr>
    </w:p>
    <w:p w14:paraId="611E8289" w14:textId="77777777" w:rsidR="00B308D2" w:rsidRDefault="00ED7F7F">
      <w:pPr>
        <w:spacing w:after="40"/>
      </w:pPr>
      <w:r>
        <w:rPr>
          <w:b/>
        </w:rPr>
        <w:t xml:space="preserve">I, </w:t>
      </w:r>
      <w:r>
        <w:t>[FULL NAME OF INVITER], residing at [FULL CANADIAN ADDRESS], solemnly declare as follows:</w:t>
      </w:r>
    </w:p>
    <w:p w14:paraId="3E9B2C46" w14:textId="77777777" w:rsidR="00ED7F7F" w:rsidRDefault="00ED7F7F">
      <w:pPr>
        <w:spacing w:after="20"/>
        <w:rPr>
          <w:b/>
        </w:rPr>
      </w:pPr>
    </w:p>
    <w:p w14:paraId="6A82B77B" w14:textId="41503F5A" w:rsidR="00B308D2" w:rsidRDefault="00ED7F7F">
      <w:pPr>
        <w:spacing w:after="20"/>
      </w:pPr>
      <w:r>
        <w:rPr>
          <w:b/>
        </w:rPr>
        <w:t xml:space="preserve">Visitor: </w:t>
      </w:r>
      <w:r>
        <w:t xml:space="preserve">[FULL NAME], born [DATE OF </w:t>
      </w:r>
      <w:r>
        <w:t>BIRTH], citizen of [COUNTRY], residing at [HOME COUNTRY ADDRESS].</w:t>
      </w:r>
    </w:p>
    <w:p w14:paraId="72B6A7CA" w14:textId="77777777" w:rsidR="00ED7F7F" w:rsidRDefault="00ED7F7F">
      <w:pPr>
        <w:spacing w:after="20"/>
        <w:rPr>
          <w:b/>
        </w:rPr>
      </w:pPr>
    </w:p>
    <w:p w14:paraId="33C5D13C" w14:textId="61FE4555" w:rsidR="00B308D2" w:rsidRDefault="00ED7F7F">
      <w:pPr>
        <w:spacing w:after="20"/>
      </w:pPr>
      <w:r>
        <w:rPr>
          <w:b/>
        </w:rPr>
        <w:t xml:space="preserve">Relationship: </w:t>
      </w:r>
      <w:r>
        <w:t>I am the visitor's [RELATIONSHIP] and invite them to visit me in Canada.</w:t>
      </w:r>
    </w:p>
    <w:p w14:paraId="699F7E4E" w14:textId="77777777" w:rsidR="00ED7F7F" w:rsidRDefault="00ED7F7F">
      <w:pPr>
        <w:spacing w:after="20"/>
        <w:rPr>
          <w:b/>
        </w:rPr>
      </w:pPr>
    </w:p>
    <w:p w14:paraId="46F8C5AF" w14:textId="644FEF62" w:rsidR="00B308D2" w:rsidRDefault="00ED7F7F">
      <w:pPr>
        <w:spacing w:after="20"/>
      </w:pPr>
      <w:r>
        <w:rPr>
          <w:b/>
        </w:rPr>
        <w:t xml:space="preserve">Purpose: </w:t>
      </w:r>
      <w:r>
        <w:t>[FAMILY VISIT / VACATION / WEDDING / SPECIAL EVENT / OTHER].</w:t>
      </w:r>
    </w:p>
    <w:p w14:paraId="4CD5852D" w14:textId="77777777" w:rsidR="00ED7F7F" w:rsidRDefault="00ED7F7F">
      <w:pPr>
        <w:spacing w:after="20"/>
        <w:rPr>
          <w:b/>
        </w:rPr>
      </w:pPr>
    </w:p>
    <w:p w14:paraId="50C4B113" w14:textId="26BD7245" w:rsidR="00B308D2" w:rsidRDefault="00ED7F7F">
      <w:pPr>
        <w:spacing w:after="20"/>
      </w:pPr>
      <w:r>
        <w:rPr>
          <w:b/>
        </w:rPr>
        <w:t xml:space="preserve">Travel Plans: </w:t>
      </w:r>
      <w:r>
        <w:t>Expected arrival: [DATE]. Planned stay: approximately [LENGTH OF STAY].</w:t>
      </w:r>
    </w:p>
    <w:p w14:paraId="0C3C80BE" w14:textId="77777777" w:rsidR="00ED7F7F" w:rsidRDefault="00ED7F7F">
      <w:pPr>
        <w:spacing w:after="20"/>
        <w:rPr>
          <w:b/>
        </w:rPr>
      </w:pPr>
    </w:p>
    <w:p w14:paraId="24CA1253" w14:textId="3662ED75" w:rsidR="00B308D2" w:rsidRDefault="00ED7F7F">
      <w:pPr>
        <w:spacing w:after="20"/>
      </w:pPr>
      <w:r>
        <w:rPr>
          <w:b/>
        </w:rPr>
        <w:t xml:space="preserve">Accommodation: </w:t>
      </w:r>
      <w:r>
        <w:t>I will provide accommodation at [FULL CANADIAN ADDRESS].</w:t>
      </w:r>
    </w:p>
    <w:p w14:paraId="5AD72518" w14:textId="77777777" w:rsidR="00ED7F7F" w:rsidRDefault="00ED7F7F">
      <w:pPr>
        <w:spacing w:after="20"/>
        <w:rPr>
          <w:b/>
        </w:rPr>
      </w:pPr>
    </w:p>
    <w:p w14:paraId="772DCD9F" w14:textId="0823A755" w:rsidR="00B308D2" w:rsidRDefault="00ED7F7F">
      <w:pPr>
        <w:spacing w:after="20"/>
      </w:pPr>
      <w:r>
        <w:rPr>
          <w:b/>
        </w:rPr>
        <w:t xml:space="preserve">Financial Support: </w:t>
      </w:r>
      <w:r>
        <w:t>I will [provide / not provide] support for [ACCOMMODATION / FOOD / TRANSPORTATION / OTHER].</w:t>
      </w:r>
    </w:p>
    <w:p w14:paraId="2791FC1C" w14:textId="77777777" w:rsidR="00ED7F7F" w:rsidRDefault="00ED7F7F">
      <w:pPr>
        <w:spacing w:after="20"/>
        <w:rPr>
          <w:b/>
        </w:rPr>
      </w:pPr>
    </w:p>
    <w:p w14:paraId="333633F0" w14:textId="0AB6F2EC" w:rsidR="00B308D2" w:rsidRDefault="00ED7F7F">
      <w:pPr>
        <w:spacing w:after="20"/>
      </w:pPr>
      <w:r>
        <w:rPr>
          <w:b/>
        </w:rPr>
        <w:t xml:space="preserve">Inviter: </w:t>
      </w:r>
      <w:r>
        <w:t>I am [EMPLOYED / SELF-EMPLOYED / STUDENT / OTHER] as [JOB TITLE] with [EMPLOYER].</w:t>
      </w:r>
    </w:p>
    <w:p w14:paraId="54809EF6" w14:textId="77777777" w:rsidR="00ED7F7F" w:rsidRDefault="00ED7F7F">
      <w:pPr>
        <w:spacing w:after="20"/>
        <w:rPr>
          <w:b/>
        </w:rPr>
      </w:pPr>
    </w:p>
    <w:p w14:paraId="41735CAC" w14:textId="268196BD" w:rsidR="00B308D2" w:rsidRDefault="00ED7F7F">
      <w:pPr>
        <w:spacing w:after="20"/>
      </w:pPr>
      <w:r>
        <w:rPr>
          <w:b/>
        </w:rPr>
        <w:t xml:space="preserve">Contact: </w:t>
      </w:r>
      <w:r>
        <w:t>Phone: [</w:t>
      </w:r>
      <w:proofErr w:type="gramStart"/>
      <w:r>
        <w:t>PHONE]  |</w:t>
      </w:r>
      <w:proofErr w:type="gramEnd"/>
      <w:r>
        <w:t xml:space="preserve">  Email: [EMAIL]</w:t>
      </w:r>
    </w:p>
    <w:p w14:paraId="0BDF3837" w14:textId="77777777" w:rsidR="00ED7F7F" w:rsidRDefault="00ED7F7F">
      <w:pPr>
        <w:spacing w:after="20"/>
        <w:rPr>
          <w:b/>
        </w:rPr>
      </w:pPr>
    </w:p>
    <w:p w14:paraId="01B70E33" w14:textId="655F1616" w:rsidR="00B308D2" w:rsidRDefault="00ED7F7F">
      <w:pPr>
        <w:spacing w:after="20"/>
      </w:pPr>
      <w:r>
        <w:rPr>
          <w:b/>
        </w:rPr>
        <w:t xml:space="preserve">Declaration: </w:t>
      </w:r>
      <w:r>
        <w:t>I make this declaration in support of the visitor's Canadian Visitor Visa application. The information above is true and accurate to the best of my knowledge.</w:t>
      </w:r>
    </w:p>
    <w:p w14:paraId="7537725F" w14:textId="77777777" w:rsidR="00ED7F7F" w:rsidRDefault="00ED7F7F">
      <w:pPr>
        <w:spacing w:after="20"/>
      </w:pPr>
    </w:p>
    <w:p w14:paraId="66A87A97" w14:textId="77777777" w:rsidR="00B308D2" w:rsidRDefault="00ED7F7F">
      <w:pPr>
        <w:spacing w:before="40" w:after="60"/>
      </w:pPr>
      <w:r>
        <w:t>I make this solemn declaration conscientiously believing it to be true and knowing that it has the same force and effect as if made under oath.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B308D2" w14:paraId="51C243FB" w14:textId="77777777">
        <w:trPr>
          <w:jc w:val="center"/>
        </w:trPr>
        <w:tc>
          <w:tcPr>
            <w:tcW w:w="5328" w:type="dxa"/>
          </w:tcPr>
          <w:p w14:paraId="4172A1EE" w14:textId="77777777" w:rsidR="00ED7F7F" w:rsidRDefault="00ED7F7F">
            <w:pPr>
              <w:spacing w:after="0"/>
              <w:rPr>
                <w:b/>
              </w:rPr>
            </w:pPr>
          </w:p>
          <w:p w14:paraId="6873D84F" w14:textId="15ADA3D3" w:rsidR="00B308D2" w:rsidRDefault="00ED7F7F">
            <w:pPr>
              <w:spacing w:after="0"/>
            </w:pPr>
            <w:r>
              <w:rPr>
                <w:b/>
              </w:rPr>
              <w:t>Signature of Inviter:</w:t>
            </w:r>
          </w:p>
        </w:tc>
        <w:tc>
          <w:tcPr>
            <w:tcW w:w="5328" w:type="dxa"/>
          </w:tcPr>
          <w:p w14:paraId="3F3E3D4B" w14:textId="77777777" w:rsidR="00B308D2" w:rsidRDefault="00ED7F7F">
            <w:pPr>
              <w:spacing w:after="0"/>
            </w:pPr>
            <w:r>
              <w:t>____________________________________</w:t>
            </w:r>
          </w:p>
        </w:tc>
      </w:tr>
      <w:tr w:rsidR="00B308D2" w14:paraId="36ABF693" w14:textId="77777777">
        <w:trPr>
          <w:jc w:val="center"/>
        </w:trPr>
        <w:tc>
          <w:tcPr>
            <w:tcW w:w="5328" w:type="dxa"/>
          </w:tcPr>
          <w:p w14:paraId="24B6D6F1" w14:textId="77777777" w:rsidR="00B308D2" w:rsidRDefault="00ED7F7F">
            <w:pPr>
              <w:spacing w:after="0"/>
            </w:pPr>
            <w:r>
              <w:rPr>
                <w:b/>
              </w:rPr>
              <w:t>Printed Full Name:</w:t>
            </w:r>
          </w:p>
        </w:tc>
        <w:tc>
          <w:tcPr>
            <w:tcW w:w="5328" w:type="dxa"/>
          </w:tcPr>
          <w:p w14:paraId="15609E77" w14:textId="77777777" w:rsidR="00B308D2" w:rsidRDefault="00ED7F7F">
            <w:pPr>
              <w:spacing w:after="0"/>
            </w:pPr>
            <w:r>
              <w:t>____________________________________</w:t>
            </w:r>
          </w:p>
        </w:tc>
      </w:tr>
    </w:tbl>
    <w:p w14:paraId="102F1FBA" w14:textId="77777777" w:rsidR="00ED7F7F" w:rsidRDefault="00ED7F7F">
      <w:pPr>
        <w:spacing w:before="40" w:after="40"/>
        <w:jc w:val="center"/>
        <w:rPr>
          <w:b/>
        </w:rPr>
      </w:pPr>
    </w:p>
    <w:p w14:paraId="7E1F39D8" w14:textId="004FCB19" w:rsidR="00B308D2" w:rsidRDefault="00ED7F7F">
      <w:pPr>
        <w:spacing w:before="40" w:after="40"/>
        <w:jc w:val="center"/>
      </w:pPr>
      <w:r>
        <w:rPr>
          <w:b/>
        </w:rPr>
        <w:t>S</w:t>
      </w:r>
      <w:r>
        <w:rPr>
          <w:b/>
        </w:rPr>
        <w:t>OLEMNLY DECLARED BEFORE ME at the City of Toronto, Province of Ontario, this ______ day of __________________, 20______.</w:t>
      </w:r>
    </w:p>
    <w:p w14:paraId="0EFB0883" w14:textId="77777777" w:rsidR="00B308D2" w:rsidRDefault="00ED7F7F">
      <w:pPr>
        <w:spacing w:after="0"/>
        <w:jc w:val="right"/>
      </w:pPr>
      <w:r>
        <w:rPr>
          <w:b/>
        </w:rPr>
        <w:t>____________________________________</w:t>
      </w:r>
    </w:p>
    <w:p w14:paraId="21B3A58B" w14:textId="248C5403" w:rsidR="00ED7F7F" w:rsidRPr="00ED7F7F" w:rsidRDefault="00ED7F7F" w:rsidP="00ED7F7F">
      <w:pPr>
        <w:spacing w:after="0"/>
        <w:jc w:val="right"/>
      </w:pPr>
      <w:r>
        <w:rPr>
          <w:b/>
        </w:rPr>
        <w:t>Notary Public / Commissioner for Taking Affidavits</w:t>
      </w:r>
    </w:p>
    <w:p w14:paraId="50DB18F4" w14:textId="7AE0EB66" w:rsidR="00B308D2" w:rsidRDefault="00ED7F7F">
      <w:pPr>
        <w:spacing w:after="0"/>
        <w:jc w:val="right"/>
        <w:rPr>
          <w:b/>
        </w:rPr>
      </w:pPr>
      <w:r>
        <w:rPr>
          <w:b/>
        </w:rPr>
        <w:t>Province of Ontario</w:t>
      </w:r>
    </w:p>
    <w:p w14:paraId="60486E97" w14:textId="24016DC8" w:rsidR="00ED7F7F" w:rsidRDefault="00ED7F7F">
      <w:pPr>
        <w:spacing w:after="0"/>
        <w:jc w:val="right"/>
        <w:rPr>
          <w:b/>
        </w:rPr>
      </w:pPr>
      <w:r>
        <w:rPr>
          <w:b/>
        </w:rPr>
        <w:t xml:space="preserve">Low Fee Public Notary </w:t>
      </w:r>
    </w:p>
    <w:p w14:paraId="5F664C65" w14:textId="77777777" w:rsidR="00ED7F7F" w:rsidRDefault="00ED7F7F">
      <w:pPr>
        <w:spacing w:after="0"/>
        <w:jc w:val="right"/>
      </w:pPr>
    </w:p>
    <w:p w14:paraId="00592388" w14:textId="77777777" w:rsidR="00B308D2" w:rsidRDefault="00ED7F7F">
      <w:pPr>
        <w:spacing w:before="40"/>
        <w:jc w:val="center"/>
      </w:pPr>
      <w:r>
        <w:rPr>
          <w:b/>
          <w:sz w:val="16"/>
        </w:rPr>
        <w:t>OFFICIAL STAMP / SEAL</w:t>
      </w:r>
    </w:p>
    <w:sectPr w:rsidR="00B308D2" w:rsidSect="00034616">
      <w:pgSz w:w="12240" w:h="158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7436079">
    <w:abstractNumId w:val="8"/>
  </w:num>
  <w:num w:numId="2" w16cid:durableId="1111243083">
    <w:abstractNumId w:val="6"/>
  </w:num>
  <w:num w:numId="3" w16cid:durableId="1530341067">
    <w:abstractNumId w:val="5"/>
  </w:num>
  <w:num w:numId="4" w16cid:durableId="2079934253">
    <w:abstractNumId w:val="4"/>
  </w:num>
  <w:num w:numId="5" w16cid:durableId="1283803549">
    <w:abstractNumId w:val="7"/>
  </w:num>
  <w:num w:numId="6" w16cid:durableId="1433932860">
    <w:abstractNumId w:val="3"/>
  </w:num>
  <w:num w:numId="7" w16cid:durableId="91554269">
    <w:abstractNumId w:val="2"/>
  </w:num>
  <w:num w:numId="8" w16cid:durableId="1414159406">
    <w:abstractNumId w:val="1"/>
  </w:num>
  <w:num w:numId="9" w16cid:durableId="26484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308D2"/>
    <w:rsid w:val="00B47730"/>
    <w:rsid w:val="00C44E7D"/>
    <w:rsid w:val="00CB0664"/>
    <w:rsid w:val="00ED7F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68714D"/>
  <w14:defaultImageDpi w14:val="300"/>
  <w15:docId w15:val="{33D0EA70-3CAF-4333-B34F-30DE4E3C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Rajesh Acharya</cp:lastModifiedBy>
  <cp:revision>2</cp:revision>
  <dcterms:created xsi:type="dcterms:W3CDTF">2026-08-14T06:04:00Z</dcterms:created>
  <dcterms:modified xsi:type="dcterms:W3CDTF">2026-08-14T06:04:00Z</dcterms:modified>
  <cp:category/>
</cp:coreProperties>
</file>