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C6E" w:rsidRPr="0074741F" w:rsidRDefault="00DD0248">
      <w:pPr>
        <w:spacing w:after="0" w:line="240" w:lineRule="auto"/>
        <w:jc w:val="center"/>
      </w:pPr>
      <w:r w:rsidRPr="0074741F">
        <w:rPr>
          <w:rFonts w:cs="Times New Roman"/>
          <w:b/>
        </w:rPr>
        <w:t>KẾ HOẠCH BÀI DẠY MÔN TOÁN LỚP 4 - TUẦN 4</w:t>
      </w:r>
    </w:p>
    <w:p w:rsidR="00A23C6E" w:rsidRPr="0074741F" w:rsidRDefault="00DD0248">
      <w:pPr>
        <w:spacing w:after="0" w:line="240" w:lineRule="auto"/>
        <w:jc w:val="center"/>
      </w:pPr>
      <w:r w:rsidRPr="0074741F">
        <w:rPr>
          <w:rFonts w:cs="Times New Roman"/>
          <w:b/>
        </w:rPr>
        <w:t>BÀI 7: ĐO GÓC, ĐƠN VỊ ĐO GÓC</w:t>
      </w:r>
    </w:p>
    <w:p w:rsidR="00A23C6E" w:rsidRPr="0074741F" w:rsidRDefault="00DD0248">
      <w:pPr>
        <w:spacing w:after="0" w:line="240" w:lineRule="auto"/>
        <w:jc w:val="center"/>
      </w:pPr>
      <w:r w:rsidRPr="0074741F">
        <w:rPr>
          <w:rFonts w:cs="Times New Roman"/>
          <w:b/>
        </w:rPr>
        <w:t>TIẾT 16: LUYỆN TẬP (TIẾT 2)</w:t>
      </w:r>
    </w:p>
    <w:p w:rsidR="00A23C6E" w:rsidRPr="0074741F" w:rsidRDefault="00DD0248">
      <w:pPr>
        <w:spacing w:after="0" w:line="240" w:lineRule="auto"/>
      </w:pPr>
      <w:r w:rsidRPr="0074741F">
        <w:rPr>
          <w:rFonts w:cs="Times New Roman"/>
          <w:b/>
        </w:rPr>
        <w:t>I. YÊU CẦU CẦN ĐẠT</w:t>
      </w:r>
    </w:p>
    <w:p w:rsidR="00A23C6E" w:rsidRPr="0074741F" w:rsidRDefault="00DD0248">
      <w:pPr>
        <w:spacing w:after="0" w:line="240" w:lineRule="auto"/>
      </w:pPr>
      <w:r w:rsidRPr="0074741F">
        <w:rPr>
          <w:rFonts w:cs="Times New Roman"/>
          <w:b/>
        </w:rPr>
        <w:t>1. Năng lực đặc thù:</w:t>
      </w:r>
    </w:p>
    <w:p w:rsidR="00A23C6E" w:rsidRPr="0074741F" w:rsidRDefault="00DD0248">
      <w:pPr>
        <w:spacing w:after="0" w:line="240" w:lineRule="auto"/>
      </w:pPr>
      <w:r w:rsidRPr="0074741F">
        <w:rPr>
          <w:rFonts w:cs="Times New Roman"/>
        </w:rPr>
        <w:t>- Củng cố kĩ năng nhận biết, cách đọc và viết số đo của góc.</w:t>
      </w:r>
    </w:p>
    <w:p w:rsidR="00A23C6E" w:rsidRPr="0074741F" w:rsidRDefault="00DD0248">
      <w:pPr>
        <w:spacing w:after="0" w:line="240" w:lineRule="auto"/>
      </w:pPr>
      <w:r w:rsidRPr="0074741F">
        <w:rPr>
          <w:rFonts w:cs="Times New Roman"/>
        </w:rPr>
        <w:t>- Biết vận dụng kiến thức để đo chính xác các góc cho trước.</w:t>
      </w:r>
    </w:p>
    <w:p w:rsidR="00A23C6E" w:rsidRPr="0074741F" w:rsidRDefault="00DD0248">
      <w:pPr>
        <w:spacing w:after="0" w:line="240" w:lineRule="auto"/>
      </w:pPr>
      <w:r w:rsidRPr="0074741F">
        <w:rPr>
          <w:rFonts w:cs="Times New Roman"/>
        </w:rPr>
        <w:t>- Vận dụng thước đo góc để xác định số đo góc trong hình và trên mặt đồng hồ.</w:t>
      </w:r>
    </w:p>
    <w:p w:rsidR="00A23C6E" w:rsidRPr="0074741F" w:rsidRDefault="00DD0248">
      <w:pPr>
        <w:spacing w:after="0" w:line="240" w:lineRule="auto"/>
      </w:pPr>
      <w:r w:rsidRPr="0074741F">
        <w:rPr>
          <w:rFonts w:cs="Times New Roman"/>
          <w:b/>
        </w:rPr>
        <w:t>2. Năng lực chung:</w:t>
      </w:r>
    </w:p>
    <w:p w:rsidR="00A23C6E" w:rsidRPr="0074741F" w:rsidRDefault="00DD0248">
      <w:pPr>
        <w:spacing w:after="0" w:line="240" w:lineRule="auto"/>
      </w:pPr>
      <w:r w:rsidRPr="0074741F">
        <w:rPr>
          <w:rFonts w:cs="Times New Roman"/>
        </w:rPr>
        <w:t>- Tư duy và lập luận toán học: Biết phân tích, suy luận khi xác định và đo góc.</w:t>
      </w:r>
    </w:p>
    <w:p w:rsidR="00A23C6E" w:rsidRPr="0074741F" w:rsidRDefault="00DD0248">
      <w:pPr>
        <w:spacing w:after="0" w:line="240" w:lineRule="auto"/>
      </w:pPr>
      <w:r w:rsidRPr="0074741F">
        <w:rPr>
          <w:rFonts w:cs="Times New Roman"/>
        </w:rPr>
        <w:t>- Giải quyết vấn đề: Vận dụng kiến thức đo góc để xử lí bài tập, tình huống thực tế.</w:t>
      </w:r>
    </w:p>
    <w:p w:rsidR="00A23C6E" w:rsidRPr="0074741F" w:rsidRDefault="00DD0248">
      <w:pPr>
        <w:spacing w:after="0" w:line="240" w:lineRule="auto"/>
      </w:pPr>
      <w:r w:rsidRPr="0074741F">
        <w:rPr>
          <w:rFonts w:cs="Times New Roman"/>
        </w:rPr>
        <w:t>- Giao tiếp và hợp tác: Trao đổi, chia sẻ cách đo, cách viết số đo của góc với bạn, làm việc nhóm hiệu quả.</w:t>
      </w:r>
    </w:p>
    <w:p w:rsidR="00A23C6E" w:rsidRPr="0074741F" w:rsidRDefault="00DD0248">
      <w:pPr>
        <w:spacing w:after="0" w:line="240" w:lineRule="auto"/>
      </w:pPr>
      <w:r w:rsidRPr="0074741F">
        <w:rPr>
          <w:rFonts w:cs="Times New Roman"/>
          <w:b/>
        </w:rPr>
        <w:t>3. Phẩm chất:</w:t>
      </w:r>
    </w:p>
    <w:p w:rsidR="00A23C6E" w:rsidRPr="0074741F" w:rsidRDefault="00DD0248">
      <w:pPr>
        <w:spacing w:after="0" w:line="240" w:lineRule="auto"/>
      </w:pPr>
      <w:r w:rsidRPr="0074741F">
        <w:rPr>
          <w:rFonts w:cs="Times New Roman"/>
        </w:rPr>
        <w:t>- Chăm chỉ: Cẩn thận, kiên trì trong quá trình đo và ghi số đo của góc.</w:t>
      </w:r>
    </w:p>
    <w:p w:rsidR="00A23C6E" w:rsidRPr="0074741F" w:rsidRDefault="00DD0248">
      <w:pPr>
        <w:spacing w:after="0" w:line="240" w:lineRule="auto"/>
      </w:pPr>
      <w:r w:rsidRPr="0074741F">
        <w:rPr>
          <w:rFonts w:cs="Times New Roman"/>
        </w:rPr>
        <w:t>- Trách nhiệm: Hoàn thành nhiệm vụ học tập, có ý thức rèn luyện để vận dụng đúng trong thực tiễn.</w:t>
      </w:r>
    </w:p>
    <w:p w:rsidR="00A23C6E" w:rsidRPr="0074741F" w:rsidRDefault="00DD0248">
      <w:pPr>
        <w:spacing w:after="0" w:line="240" w:lineRule="auto"/>
      </w:pPr>
      <w:r w:rsidRPr="0074741F">
        <w:rPr>
          <w:rFonts w:cs="Times New Roman"/>
        </w:rPr>
        <w:t>- Trung thực: Báo cáo đúng kết quả đo và chủ động đo lại khi kết quả chưa thống nhất.</w:t>
      </w:r>
    </w:p>
    <w:p w:rsidR="00A23C6E" w:rsidRPr="0074741F" w:rsidRDefault="00DD0248">
      <w:pPr>
        <w:spacing w:after="0" w:line="240" w:lineRule="auto"/>
      </w:pPr>
      <w:r w:rsidRPr="0074741F">
        <w:rPr>
          <w:rFonts w:cs="Times New Roman"/>
          <w:b/>
        </w:rPr>
        <w:t>II. ĐỒ DÙNG DẠY HỌC</w:t>
      </w:r>
    </w:p>
    <w:p w:rsidR="00A23C6E" w:rsidRPr="0074741F" w:rsidRDefault="00DD0248">
      <w:pPr>
        <w:spacing w:after="0" w:line="240" w:lineRule="auto"/>
      </w:pPr>
      <w:r w:rsidRPr="0074741F">
        <w:rPr>
          <w:rFonts w:cs="Times New Roman"/>
        </w:rPr>
        <w:t>- GV: SGK Toán 4, kế hoạch bài dạy, máy tính, ti vi, bài giảng điện tử, bảng phụ, phiếu học tập, thước đo góc cỡ lớn, ê-ke và tranh/bài tập SGK được cắt đúng nội dung.</w:t>
      </w:r>
    </w:p>
    <w:p w:rsidR="00A23C6E" w:rsidRPr="0074741F" w:rsidRDefault="00DD0248">
      <w:pPr>
        <w:spacing w:after="0" w:line="240" w:lineRule="auto"/>
      </w:pPr>
      <w:r w:rsidRPr="0074741F">
        <w:rPr>
          <w:rFonts w:cs="Times New Roman"/>
        </w:rPr>
        <w:t>- HS: SGK, vở ghi, bút, bảng con, thước đo góc, ê-ke, phiếu học tập và đồ dùng học tập cá nhân.</w:t>
      </w:r>
    </w:p>
    <w:p w:rsidR="00A23C6E" w:rsidRPr="0074741F" w:rsidRDefault="00DD0248">
      <w:pPr>
        <w:spacing w:after="0" w:line="240" w:lineRule="auto"/>
      </w:pPr>
      <w:r w:rsidRPr="0074741F">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74741F" w:rsidRPr="0074741F" w:rsidTr="0074741F">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học sinh</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1. Khởi động</w:t>
            </w:r>
          </w:p>
          <w:p w:rsidR="00A23C6E" w:rsidRPr="0074741F" w:rsidRDefault="00DD0248">
            <w:pPr>
              <w:spacing w:after="0" w:line="240" w:lineRule="auto"/>
            </w:pPr>
            <w:r w:rsidRPr="0074741F">
              <w:rPr>
                <w:rFonts w:cs="Times New Roman"/>
                <w:b/>
              </w:rPr>
              <w:t>- Mục tiêu: Tạo không khí vui vẻ, phấn khởi trước giờ học; ôn lại cách sử dụng thước đo góc.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Nêu cách đo góc bằng thước đo góc?</w:t>
            </w:r>
          </w:p>
          <w:p w:rsidR="00A23C6E" w:rsidRPr="0074741F" w:rsidRDefault="00DD0248">
            <w:pPr>
              <w:spacing w:after="0" w:line="240" w:lineRule="auto"/>
            </w:pPr>
            <w:r w:rsidRPr="0074741F">
              <w:rPr>
                <w:rFonts w:cs="Times New Roman"/>
              </w:rPr>
              <w:t>- GV mời 1 HS thao tác trên góc vẽ sẵn ở bảng.</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trả lời: Đặt tâm thước trùng với đỉnh góc; một cạnh của góc trùng với vạch 0°; đọc số đo tại vị trí cạnh còn lại đi qua.</w:t>
            </w:r>
          </w:p>
          <w:p w:rsidR="00A23C6E" w:rsidRPr="0074741F" w:rsidRDefault="00DD0248">
            <w:pPr>
              <w:spacing w:after="0" w:line="240" w:lineRule="auto"/>
            </w:pPr>
            <w:r w:rsidRPr="0074741F">
              <w:rPr>
                <w:rFonts w:cs="Times New Roman"/>
              </w:rPr>
              <w:t>- 1 HS thực hiện; cả lớp quan sát, nhận xét.</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giới thiệu - ghi bài.</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 ghi tên bài.</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2. Luyện tập, thực hành</w:t>
            </w:r>
          </w:p>
          <w:p w:rsidR="00A23C6E" w:rsidRPr="0074741F" w:rsidRDefault="00DD0248">
            <w:pPr>
              <w:spacing w:after="0" w:line="240" w:lineRule="auto"/>
            </w:pPr>
            <w:r w:rsidRPr="0074741F">
              <w:rPr>
                <w:rFonts w:cs="Times New Roman"/>
                <w:b/>
              </w:rPr>
              <w:t>- Mục tiêu: Củng cố kĩ năng nhận biết, cách đọc và viết số đo của góc; biết vận dụng kiến thức để đo chính xác các góc cho trước.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1:</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GV yêu cầu HS làm cá nhân sau đó thảo luận nhóm đôi.</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Nêu số đo góc theo mẫu.</w:t>
            </w:r>
          </w:p>
          <w:p w:rsidR="00A23C6E" w:rsidRPr="0074741F" w:rsidRDefault="00DD0248">
            <w:pPr>
              <w:spacing w:after="0" w:line="240" w:lineRule="auto"/>
            </w:pPr>
            <w:r w:rsidRPr="0074741F">
              <w:rPr>
                <w:rFonts w:cs="Times New Roman"/>
              </w:rPr>
              <w:t>- HS quan sát hình, hoàn thành bảng rồi trao đổi kết quả theo cặp.</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lastRenderedPageBreak/>
              <w:t>+ Làm sao để xác định được góc đỉnh C, cạnh CB, CD có số đo góc là 90 độ?</w:t>
            </w:r>
          </w:p>
          <w:p w:rsidR="00A23C6E" w:rsidRPr="0074741F" w:rsidRDefault="00DD0248">
            <w:pPr>
              <w:spacing w:after="0" w:line="240" w:lineRule="auto"/>
            </w:pPr>
            <w:r w:rsidRPr="0074741F">
              <w:rPr>
                <w:rFonts w:cs="Times New Roman"/>
              </w:rPr>
              <w:t>- GV mời đại diện nêu miệng từng kết quả.</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trả lời: Quan sát số đo đã ghi trực tiếp trên hình.</w:t>
            </w:r>
          </w:p>
          <w:p w:rsidR="00A23C6E" w:rsidRPr="0074741F" w:rsidRDefault="00DD0248">
            <w:pPr>
              <w:spacing w:after="0" w:line="240" w:lineRule="auto"/>
            </w:pPr>
            <w:r w:rsidRPr="0074741F">
              <w:rPr>
                <w:rFonts w:cs="Times New Roman"/>
              </w:rPr>
              <w:t>- HS nêu: Góc đỉnh B, cạnh BA, BC bằng 60°; góc đỉnh C, cạnh CB, CD bằng 90°; góc đỉnh D, cạnh DA, DC bằng 120°.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nhận xét chung, tuyên dương HS và nhắc HS viết kí hiệu độ ở phía trên bên phải số đo.</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 tự sửa bài nếu cần.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2:</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Yêu cầu HS làm phiếu sau đó đổi chéo.</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Dùng thước đo góc để đo góc đỉnh B, cạnh BA, BC.</w:t>
            </w:r>
          </w:p>
          <w:p w:rsidR="00A23C6E" w:rsidRPr="0074741F" w:rsidRDefault="00DD0248">
            <w:pPr>
              <w:spacing w:after="0" w:line="240" w:lineRule="auto"/>
            </w:pPr>
            <w:r w:rsidRPr="0074741F">
              <w:rPr>
                <w:rFonts w:cs="Times New Roman"/>
              </w:rPr>
              <w:t>- HS thực hiện cá nhân, đổi phiếu kiểm tra theo cặp.</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cách làm.</w:t>
            </w:r>
          </w:p>
          <w:p w:rsidR="00A23C6E" w:rsidRPr="0074741F" w:rsidRDefault="00DD0248">
            <w:pPr>
              <w:spacing w:after="0" w:line="240" w:lineRule="auto"/>
            </w:pPr>
            <w:r w:rsidRPr="0074741F">
              <w:rPr>
                <w:rFonts w:cs="Times New Roman"/>
              </w:rPr>
              <w:t>- GV yêu cầu HS đặt thước đúng vị trí và đọc kết quả.</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Bước 1 đặt tâm thước trùng với đỉnh B, cạnh BC trùng với vạch 0°. Bước 2 đọc số đo nơi cạnh BA đi qua.</w:t>
            </w:r>
          </w:p>
          <w:p w:rsidR="00A23C6E" w:rsidRPr="0074741F" w:rsidRDefault="00DD0248">
            <w:pPr>
              <w:spacing w:after="0" w:line="240" w:lineRule="auto"/>
            </w:pPr>
            <w:r w:rsidRPr="0074741F">
              <w:rPr>
                <w:rFonts w:cs="Times New Roman"/>
              </w:rPr>
              <w:t>- HS báo cáo: Góc đỉnh B, cạnh BA, BC có số đo khoảng 60°.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củng cố cách đo góc.</w:t>
            </w:r>
          </w:p>
          <w:p w:rsidR="00A23C6E" w:rsidRPr="0074741F" w:rsidRDefault="00DD0248">
            <w:pPr>
              <w:spacing w:after="0" w:line="240" w:lineRule="auto"/>
            </w:pPr>
            <w:r w:rsidRPr="0074741F">
              <w:rPr>
                <w:rFonts w:cs="Times New Roman"/>
              </w:rPr>
              <w:t>- GV khen ngợi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nhắc lại thao tác đặt thước và cách chọn đúng thang đo.</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3:</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Dùng thước đo góc để đo góc được tạo bởi hai kim đồng hồ khi đồng hồ chỉ 3 giờ, 4 giờ, 6 giờ, 2 giờ.</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yêu cầu.</w:t>
            </w:r>
          </w:p>
          <w:p w:rsidR="00A23C6E" w:rsidRPr="0074741F" w:rsidRDefault="00DD0248">
            <w:pPr>
              <w:spacing w:after="0" w:line="240" w:lineRule="auto"/>
            </w:pPr>
            <w:r w:rsidRPr="0074741F">
              <w:rPr>
                <w:rFonts w:cs="Times New Roman"/>
              </w:rPr>
              <w:t>- HS quan sát từng mặt đồng hồ, dự đoán rồi dùng thước đo góc kiểm tra.</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làm phiếu sau đó thảo luận nhóm.</w:t>
            </w:r>
          </w:p>
          <w:p w:rsidR="00A23C6E" w:rsidRPr="0074741F" w:rsidRDefault="00DD0248">
            <w:pPr>
              <w:spacing w:after="0" w:line="240" w:lineRule="auto"/>
            </w:pPr>
            <w:r w:rsidRPr="0074741F">
              <w:rPr>
                <w:rFonts w:cs="Times New Roman"/>
              </w:rPr>
              <w:t>- Yêu cầu HS nêu cách làm.</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thực hiện, thảo luận và thống nhất kết quả.</w:t>
            </w:r>
          </w:p>
          <w:p w:rsidR="00A23C6E" w:rsidRPr="0074741F" w:rsidRDefault="00DD0248">
            <w:pPr>
              <w:spacing w:after="0" w:line="240" w:lineRule="auto"/>
            </w:pPr>
            <w:r w:rsidRPr="0074741F">
              <w:rPr>
                <w:rFonts w:cs="Times New Roman"/>
              </w:rPr>
              <w:t>- HS nêu: 3 giờ tạo góc 90°; 4 giờ tạo góc 120°; 6 giờ tạo góc 180°; 2 giờ tạo góc 60°.</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củng cố cách đo góc và lưu ý chọn góc nhỏ hơn giữa hai kim khi đề không yêu cầu khác.</w:t>
            </w:r>
          </w:p>
          <w:p w:rsidR="00A23C6E" w:rsidRPr="0074741F" w:rsidRDefault="00DD0248">
            <w:pPr>
              <w:spacing w:after="0" w:line="240" w:lineRule="auto"/>
            </w:pPr>
            <w:r w:rsidRPr="0074741F">
              <w:rPr>
                <w:rFonts w:cs="Times New Roman"/>
              </w:rPr>
              <w:t>- GV cùng HS nhận xét, tuyên dương HS.</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 ghi nhớ.</w:t>
            </w:r>
          </w:p>
          <w:p w:rsidR="00A23C6E" w:rsidRPr="0074741F" w:rsidRDefault="00DD0248">
            <w:pPr>
              <w:spacing w:after="0" w:line="240" w:lineRule="auto"/>
            </w:pPr>
            <w:r w:rsidRPr="0074741F">
              <w:rPr>
                <w:rFonts w:cs="Times New Roman"/>
              </w:rPr>
              <w:t>- HS nhận xét bài của bạn.</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3. Vận dụng, trải nghiệm</w:t>
            </w:r>
          </w:p>
          <w:p w:rsidR="00A23C6E" w:rsidRPr="0074741F" w:rsidRDefault="00DD0248">
            <w:pPr>
              <w:spacing w:after="0" w:line="240" w:lineRule="auto"/>
            </w:pPr>
            <w:r w:rsidRPr="0074741F">
              <w:rPr>
                <w:rFonts w:cs="Times New Roman"/>
                <w:b/>
              </w:rPr>
              <w:t>- Mục tiêu: Củng cố những kiến thức đã học trong tiết học để học sinh khắc sâu nội dung.</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Nêu các bước đo góc?</w:t>
            </w:r>
          </w:p>
          <w:p w:rsidR="00A23C6E" w:rsidRPr="0074741F" w:rsidRDefault="00DD0248">
            <w:pPr>
              <w:spacing w:after="0" w:line="240" w:lineRule="auto"/>
            </w:pPr>
            <w:r w:rsidRPr="0074741F">
              <w:rPr>
                <w:rFonts w:cs="Times New Roman"/>
              </w:rPr>
              <w:t>- GV yêu cầu HS chọn một góc ở đồ vật trong lớp và ước lượng trước khi đo.</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các bước đo góc.</w:t>
            </w:r>
          </w:p>
          <w:p w:rsidR="00A23C6E" w:rsidRPr="0074741F" w:rsidRDefault="00DD0248">
            <w:pPr>
              <w:spacing w:after="0" w:line="240" w:lineRule="auto"/>
            </w:pPr>
            <w:r w:rsidRPr="0074741F">
              <w:rPr>
                <w:rFonts w:cs="Times New Roman"/>
              </w:rPr>
              <w:t>- HS chọn góc của quyển sách, bảng, cửa sổ hoặc ê-ke; dự đoán rồi dùng thước kiểm tra.</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Nhận xét tiết học.</w:t>
            </w:r>
          </w:p>
          <w:p w:rsidR="00A23C6E" w:rsidRPr="0074741F" w:rsidRDefault="00DD0248">
            <w:pPr>
              <w:spacing w:after="0" w:line="240" w:lineRule="auto"/>
            </w:pPr>
            <w:r w:rsidRPr="0074741F">
              <w:rPr>
                <w:rFonts w:cs="Times New Roman"/>
              </w:rPr>
              <w:t>- Dặn HS chuẩn bị ê-ke cho bài học sau.</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p w:rsidR="00A23C6E" w:rsidRPr="0074741F" w:rsidRDefault="00DD0248">
            <w:pPr>
              <w:spacing w:after="0" w:line="240" w:lineRule="auto"/>
            </w:pPr>
            <w:r w:rsidRPr="0074741F">
              <w:rPr>
                <w:rFonts w:cs="Times New Roman"/>
              </w:rPr>
              <w:t>- HS ghi nhớ nhiệm vụ.</w:t>
            </w:r>
          </w:p>
        </w:tc>
      </w:tr>
    </w:tbl>
    <w:p w:rsidR="00A23C6E" w:rsidRPr="0074741F" w:rsidRDefault="00DD0248">
      <w:pPr>
        <w:spacing w:after="0" w:line="240" w:lineRule="auto"/>
      </w:pPr>
      <w:r w:rsidRPr="0074741F">
        <w:rPr>
          <w:rFonts w:cs="Times New Roman"/>
          <w:b/>
        </w:rPr>
        <w:t>IV. ĐIỀU CHỈNH SAU BÀI DẠY (nếu có):</w:t>
      </w:r>
    </w:p>
    <w:p w:rsidR="00A23C6E" w:rsidRPr="0074741F" w:rsidRDefault="00DD0248">
      <w:pPr>
        <w:spacing w:after="0" w:line="240" w:lineRule="auto"/>
      </w:pPr>
      <w:r w:rsidRPr="0074741F">
        <w:rPr>
          <w:rFonts w:cs="Times New Roman"/>
        </w:rPr>
        <w:lastRenderedPageBreak/>
        <w:t>................................................................................................................................................</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A23C6E">
      <w:pPr>
        <w:spacing w:after="0" w:line="240" w:lineRule="auto"/>
      </w:pPr>
    </w:p>
    <w:p w:rsidR="00A23C6E" w:rsidRPr="0074741F" w:rsidRDefault="00DD0248">
      <w:pPr>
        <w:spacing w:after="0" w:line="240" w:lineRule="auto"/>
        <w:jc w:val="center"/>
      </w:pPr>
      <w:r w:rsidRPr="0074741F">
        <w:rPr>
          <w:rFonts w:cs="Times New Roman"/>
          <w:b/>
        </w:rPr>
        <w:t>KẾ HOẠCH BÀI DẠY MÔN TOÁN LỚP 4 - TUẦN 4</w:t>
      </w:r>
    </w:p>
    <w:p w:rsidR="00A23C6E" w:rsidRPr="0074741F" w:rsidRDefault="00DD0248">
      <w:pPr>
        <w:spacing w:after="0" w:line="240" w:lineRule="auto"/>
        <w:jc w:val="center"/>
      </w:pPr>
      <w:r w:rsidRPr="0074741F">
        <w:rPr>
          <w:rFonts w:cs="Times New Roman"/>
          <w:b/>
        </w:rPr>
        <w:t>BÀI 8: GÓC NHỌN, GÓC TÙ, GÓC BẸT</w:t>
      </w:r>
    </w:p>
    <w:p w:rsidR="00A23C6E" w:rsidRPr="0074741F" w:rsidRDefault="00DD0248">
      <w:pPr>
        <w:spacing w:after="0" w:line="240" w:lineRule="auto"/>
        <w:jc w:val="center"/>
      </w:pPr>
      <w:r w:rsidRPr="0074741F">
        <w:rPr>
          <w:rFonts w:cs="Times New Roman"/>
          <w:b/>
        </w:rPr>
        <w:t>TIẾT 17: KHÁM PHÁ - HOẠT ĐỘNG (TIẾT 1)</w:t>
      </w:r>
    </w:p>
    <w:p w:rsidR="00A23C6E" w:rsidRPr="0074741F" w:rsidRDefault="00DD0248">
      <w:pPr>
        <w:spacing w:after="0" w:line="240" w:lineRule="auto"/>
      </w:pPr>
      <w:r w:rsidRPr="0074741F">
        <w:rPr>
          <w:rFonts w:cs="Times New Roman"/>
          <w:b/>
        </w:rPr>
        <w:t>I. YÊU CẦU CẦN ĐẠT</w:t>
      </w:r>
    </w:p>
    <w:p w:rsidR="00A23C6E" w:rsidRPr="0074741F" w:rsidRDefault="00DD0248">
      <w:pPr>
        <w:spacing w:after="0" w:line="240" w:lineRule="auto"/>
      </w:pPr>
      <w:r w:rsidRPr="0074741F">
        <w:rPr>
          <w:rFonts w:cs="Times New Roman"/>
          <w:b/>
        </w:rPr>
        <w:t>1. Năng lực đặc thù:</w:t>
      </w:r>
    </w:p>
    <w:p w:rsidR="00A23C6E" w:rsidRPr="0074741F" w:rsidRDefault="00DD0248">
      <w:pPr>
        <w:spacing w:after="0" w:line="240" w:lineRule="auto"/>
      </w:pPr>
      <w:r w:rsidRPr="0074741F">
        <w:rPr>
          <w:rFonts w:cs="Times New Roman"/>
        </w:rPr>
        <w:t>- HS làm quen và nhận biết được các loại góc: góc nhọn, góc tù, góc bẹt.</w:t>
      </w:r>
    </w:p>
    <w:p w:rsidR="00A23C6E" w:rsidRPr="0074741F" w:rsidRDefault="00DD0248">
      <w:pPr>
        <w:spacing w:after="0" w:line="240" w:lineRule="auto"/>
      </w:pPr>
      <w:r w:rsidRPr="0074741F">
        <w:rPr>
          <w:rFonts w:cs="Times New Roman"/>
        </w:rPr>
        <w:t>- Biết sử dụng ê-ke để kiểm tra góc nhọn, góc tù, góc bẹt.</w:t>
      </w:r>
    </w:p>
    <w:p w:rsidR="00A23C6E" w:rsidRPr="0074741F" w:rsidRDefault="00DD0248">
      <w:pPr>
        <w:spacing w:after="0" w:line="240" w:lineRule="auto"/>
      </w:pPr>
      <w:r w:rsidRPr="0074741F">
        <w:rPr>
          <w:rFonts w:cs="Times New Roman"/>
        </w:rPr>
        <w:t>- Vận dụng kiến thức để giải quyết một số bài toán, tình huống thực tế liên quan đến các loại góc trên.</w:t>
      </w:r>
    </w:p>
    <w:p w:rsidR="00A23C6E" w:rsidRPr="0074741F" w:rsidRDefault="00DD0248">
      <w:pPr>
        <w:spacing w:after="0" w:line="240" w:lineRule="auto"/>
      </w:pPr>
      <w:r w:rsidRPr="0074741F">
        <w:rPr>
          <w:rFonts w:cs="Times New Roman"/>
          <w:b/>
        </w:rPr>
        <w:t>2. Năng lực chung:</w:t>
      </w:r>
    </w:p>
    <w:p w:rsidR="00A23C6E" w:rsidRPr="0074741F" w:rsidRDefault="00DD0248">
      <w:pPr>
        <w:spacing w:after="0" w:line="240" w:lineRule="auto"/>
      </w:pPr>
      <w:r w:rsidRPr="0074741F">
        <w:rPr>
          <w:rFonts w:cs="Times New Roman"/>
        </w:rPr>
        <w:t>- Tư duy và lập luận toán học: Biết phân tích đặc điểm của góc để đưa ra nhận xét, so sánh.</w:t>
      </w:r>
    </w:p>
    <w:p w:rsidR="00A23C6E" w:rsidRPr="0074741F" w:rsidRDefault="00DD0248">
      <w:pPr>
        <w:spacing w:after="0" w:line="240" w:lineRule="auto"/>
      </w:pPr>
      <w:r w:rsidRPr="0074741F">
        <w:rPr>
          <w:rFonts w:cs="Times New Roman"/>
        </w:rPr>
        <w:t>- Giải quyết vấn đề: Vận dụng kiến thức về góc để xử lí bài tập và tình huống thực tế.</w:t>
      </w:r>
    </w:p>
    <w:p w:rsidR="00A23C6E" w:rsidRPr="0074741F" w:rsidRDefault="00DD0248">
      <w:pPr>
        <w:spacing w:after="0" w:line="240" w:lineRule="auto"/>
      </w:pPr>
      <w:r w:rsidRPr="0074741F">
        <w:rPr>
          <w:rFonts w:cs="Times New Roman"/>
        </w:rPr>
        <w:t>- Giao tiếp và hợp tác: Biết trao đổi, thảo luận, chia sẻ cách nhận biết và kiểm tra góc trong hoạt động nhóm.</w:t>
      </w:r>
    </w:p>
    <w:p w:rsidR="00A23C6E" w:rsidRPr="0074741F" w:rsidRDefault="00DD0248">
      <w:pPr>
        <w:spacing w:after="0" w:line="240" w:lineRule="auto"/>
      </w:pPr>
      <w:r w:rsidRPr="0074741F">
        <w:rPr>
          <w:rFonts w:cs="Times New Roman"/>
          <w:b/>
        </w:rPr>
        <w:t>3. Phẩm chất:</w:t>
      </w:r>
    </w:p>
    <w:p w:rsidR="00A23C6E" w:rsidRPr="0074741F" w:rsidRDefault="00DD0248">
      <w:pPr>
        <w:spacing w:after="0" w:line="240" w:lineRule="auto"/>
      </w:pPr>
      <w:r w:rsidRPr="0074741F">
        <w:rPr>
          <w:rFonts w:cs="Times New Roman"/>
        </w:rPr>
        <w:t>- Chăm chỉ: Cẩn thận, kiên trì khi quan sát, nhận biết và sử dụng ê-ke.</w:t>
      </w:r>
    </w:p>
    <w:p w:rsidR="00A23C6E" w:rsidRPr="0074741F" w:rsidRDefault="00DD0248">
      <w:pPr>
        <w:spacing w:after="0" w:line="240" w:lineRule="auto"/>
      </w:pPr>
      <w:r w:rsidRPr="0074741F">
        <w:rPr>
          <w:rFonts w:cs="Times New Roman"/>
        </w:rPr>
        <w:t>- Trách nhiệm: Hoàn thành nhiệm vụ học tập, biết vận dụng kiến thức về góc vào các tình huống trong thực tiễn.</w:t>
      </w:r>
    </w:p>
    <w:p w:rsidR="00A23C6E" w:rsidRPr="0074741F" w:rsidRDefault="00DD0248">
      <w:pPr>
        <w:spacing w:after="0" w:line="240" w:lineRule="auto"/>
      </w:pPr>
      <w:r w:rsidRPr="0074741F">
        <w:rPr>
          <w:rFonts w:cs="Times New Roman"/>
        </w:rPr>
        <w:t>- Trung thực: Kiểm tra bằng ê-ke trước khi khẳng định loại góc.</w:t>
      </w:r>
    </w:p>
    <w:p w:rsidR="00A23C6E" w:rsidRPr="0074741F" w:rsidRDefault="00DD0248">
      <w:pPr>
        <w:spacing w:after="0" w:line="240" w:lineRule="auto"/>
      </w:pPr>
      <w:r w:rsidRPr="0074741F">
        <w:rPr>
          <w:b/>
        </w:rPr>
        <w:t>4. Tích hợp:</w:t>
      </w:r>
    </w:p>
    <w:p w:rsidR="00A23C6E" w:rsidRPr="0074741F" w:rsidRDefault="00DD0248">
      <w:pPr>
        <w:spacing w:after="0" w:line="240" w:lineRule="auto"/>
      </w:pPr>
      <w:r w:rsidRPr="0074741F">
        <w:t>- Tích hợp AI (4.C5.1): HS biết AI có thể hỗ trợ phân loại hình ảnh dựa trên các đặc trưng hình học. GV sử dụng Teachable Machine tạo hai lớp dữ liệu “Ảnh có góc nhọn” và “Ảnh có góc tù”, đưa các ảnh mẫu đã được kiểm duyệt vào đúng lớp, cho mô hình học và thử phân loại bằng ảnh mới. HS quan sát kết quả, đối chiếu với kiến thức về góc nhọn, góc tù; phát hiện trường hợp máy phân loại sai và hiểu rằng AI chỉ học từ dữ liệu mẫu. Muốn kết quả đáng tin cậy, con người phải gắn nhãn đúng, cung cấp đủ ảnh đa dạng, kiểm tra kết quả và điều chỉnh dữ liệu, không tin máy một cách máy móc.</w:t>
      </w:r>
    </w:p>
    <w:p w:rsidR="00A23C6E" w:rsidRPr="0074741F" w:rsidRDefault="00DD0248">
      <w:pPr>
        <w:spacing w:after="0" w:line="240" w:lineRule="auto"/>
      </w:pPr>
      <w:r w:rsidRPr="0074741F">
        <w:rPr>
          <w:rFonts w:cs="Times New Roman"/>
          <w:b/>
        </w:rPr>
        <w:t>II. ĐỒ DÙNG DẠY HỌC</w:t>
      </w:r>
    </w:p>
    <w:p w:rsidR="00A23C6E" w:rsidRPr="0074741F" w:rsidRDefault="00DD0248">
      <w:pPr>
        <w:spacing w:after="0" w:line="240" w:lineRule="auto"/>
      </w:pPr>
      <w:r w:rsidRPr="0074741F">
        <w:rPr>
          <w:rFonts w:cs="Times New Roman"/>
        </w:rPr>
        <w:t>- GV: SGK Toán 4, kế hoạch bài dạy, máy tính, ti vi, bài giảng điện tử, bảng phụ, phiếu học tập, thước đo góc cỡ lớn, ê-ke và tranh/bài tập SGK được cắt đúng nội dung.</w:t>
      </w:r>
    </w:p>
    <w:p w:rsidR="00A23C6E" w:rsidRPr="0074741F" w:rsidRDefault="00DD0248">
      <w:pPr>
        <w:spacing w:after="0" w:line="240" w:lineRule="auto"/>
      </w:pPr>
      <w:r w:rsidRPr="0074741F">
        <w:rPr>
          <w:rFonts w:cs="Times New Roman"/>
        </w:rPr>
        <w:t>- HS: SGK, vở ghi, bút, bảng con, thước đo góc, ê-ke, phiếu học tập và đồ dùng học tập cá nhân.</w:t>
      </w:r>
    </w:p>
    <w:p w:rsidR="00A23C6E" w:rsidRPr="0074741F" w:rsidRDefault="00DD0248">
      <w:pPr>
        <w:spacing w:after="0" w:line="240" w:lineRule="auto"/>
      </w:pPr>
      <w:r w:rsidRPr="0074741F">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8" w:space="0" w:color="000000"/>
        </w:tblBorders>
        <w:tblLayout w:type="fixed"/>
        <w:tblLook w:val="04A0" w:firstRow="1" w:lastRow="0" w:firstColumn="1" w:lastColumn="0" w:noHBand="0" w:noVBand="1"/>
      </w:tblPr>
      <w:tblGrid>
        <w:gridCol w:w="4819"/>
        <w:gridCol w:w="4819"/>
      </w:tblGrid>
      <w:tr w:rsidR="0074741F" w:rsidRPr="0074741F" w:rsidTr="0074741F">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học sinh</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1. Khởi động</w:t>
            </w:r>
          </w:p>
          <w:p w:rsidR="00A23C6E" w:rsidRPr="0074741F" w:rsidRDefault="00DD0248">
            <w:pPr>
              <w:spacing w:after="0" w:line="240" w:lineRule="auto"/>
            </w:pPr>
            <w:r w:rsidRPr="0074741F">
              <w:rPr>
                <w:rFonts w:cs="Times New Roman"/>
                <w:b/>
              </w:rPr>
              <w:t>- Mục tiêu: Tạo không khí vui vẻ, phấn khởi trước giờ học; kết nối kiến thức góc vuông, góc không vuông đã học.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yêu cầu HS quan sát tranh, hỏi:</w:t>
            </w:r>
          </w:p>
          <w:p w:rsidR="00A23C6E" w:rsidRPr="0074741F" w:rsidRDefault="00DD0248">
            <w:pPr>
              <w:spacing w:after="0" w:line="240" w:lineRule="auto"/>
            </w:pPr>
            <w:r w:rsidRPr="0074741F">
              <w:rPr>
                <w:rFonts w:cs="Times New Roman"/>
              </w:rPr>
              <w:t>+ Tranh vẽ gì?</w:t>
            </w:r>
          </w:p>
          <w:p w:rsidR="00A23C6E" w:rsidRPr="0074741F" w:rsidRDefault="00DD0248">
            <w:pPr>
              <w:spacing w:after="0" w:line="240" w:lineRule="auto"/>
            </w:pPr>
            <w:r w:rsidRPr="0074741F">
              <w:rPr>
                <w:rFonts w:cs="Times New Roman"/>
              </w:rPr>
              <w:t>+ Ở lớp 3 các em đã được học những loại góc nào?</w:t>
            </w:r>
          </w:p>
          <w:p w:rsidR="00A23C6E" w:rsidRPr="0074741F" w:rsidRDefault="00DD0248" w:rsidP="0074741F">
            <w:pPr>
              <w:spacing w:after="0" w:line="240" w:lineRule="auto"/>
            </w:pPr>
            <w:r w:rsidRPr="0074741F">
              <w:rPr>
                <w:rFonts w:cs="Times New Roman"/>
              </w:rPr>
              <w:t>+ Trong toán học, làm thế nào để nhận biết góc nhọn, góc tù, góc bẹt?</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thảo luận nhóm đôi, chia sẻ.</w:t>
            </w:r>
          </w:p>
          <w:p w:rsidR="00A23C6E" w:rsidRPr="0074741F" w:rsidRDefault="00DD0248">
            <w:pPr>
              <w:spacing w:after="0" w:line="240" w:lineRule="auto"/>
            </w:pPr>
            <w:r w:rsidRPr="0074741F">
              <w:rPr>
                <w:rFonts w:cs="Times New Roman"/>
              </w:rPr>
              <w:t>- HS nêu: Tranh vẽ bạn Rô-bốt đang khép cái thước để tạo thành góc nhọn, góc tù, góc bẹt.</w:t>
            </w:r>
          </w:p>
          <w:p w:rsidR="00A23C6E" w:rsidRPr="0074741F" w:rsidRDefault="00DD0248">
            <w:pPr>
              <w:spacing w:after="0" w:line="240" w:lineRule="auto"/>
            </w:pPr>
            <w:r w:rsidRPr="0074741F">
              <w:rPr>
                <w:rFonts w:cs="Times New Roman"/>
              </w:rPr>
              <w:t>- HS trả lời: Góc vuông và góc không vuông.</w:t>
            </w:r>
          </w:p>
          <w:p w:rsidR="00A23C6E" w:rsidRPr="0074741F" w:rsidRDefault="00DD0248">
            <w:pPr>
              <w:spacing w:after="0" w:line="240" w:lineRule="auto"/>
            </w:pPr>
            <w:r w:rsidRPr="0074741F">
              <w:rPr>
                <w:rFonts w:cs="Times New Roman"/>
              </w:rPr>
              <w:t>- HS suy ngẫm, nêu dự đoán.</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lastRenderedPageBreak/>
              <w:t>- GV giới thiệu - ghi bài.</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 ghi tên bài.</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b/>
              </w:rPr>
              <w:t>2. Khám phá</w:t>
            </w:r>
          </w:p>
          <w:p w:rsidR="00A23C6E" w:rsidRPr="0074741F" w:rsidRDefault="00DD0248">
            <w:pPr>
              <w:spacing w:after="0" w:line="240" w:lineRule="auto"/>
            </w:pPr>
            <w:r w:rsidRPr="0074741F">
              <w:rPr>
                <w:b/>
              </w:rPr>
              <w:t>- Mục tiêu: HS làm quen và nhận biết được các loại góc: góc nhọn, góc tù, góc bẹt.</w:t>
            </w:r>
          </w:p>
          <w:p w:rsidR="00A23C6E" w:rsidRPr="0074741F" w:rsidRDefault="00DD0248">
            <w:pPr>
              <w:spacing w:after="0" w:line="240" w:lineRule="auto"/>
            </w:pPr>
            <w:r w:rsidRPr="0074741F">
              <w:rPr>
                <w:b/>
              </w:rPr>
              <w:t>- Mục tiêu tích hợp AI (4.C5.1): HS trực tiếp quan sát quy trình dạy Teachable Machine phân biệt “Ảnh có góc nhọn” và “Ảnh có góc tù”; hiểu AI phân loại từ dữ liệu mẫu, con người phải gắn nhãn đúng và kiểm tra kết quả.</w:t>
            </w:r>
          </w:p>
          <w:p w:rsidR="00A23C6E" w:rsidRPr="0074741F" w:rsidRDefault="00DD0248">
            <w:pPr>
              <w:spacing w:after="0" w:line="240" w:lineRule="auto"/>
            </w:pPr>
            <w:r w:rsidRPr="0074741F">
              <w:rPr>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Bạn Rô-bốt khép cái thước và nói đây là góc nhọn, góc bẹt, góc tù. Vậy góc nhọn, góc bẹt, góc tù tương ứng với góc nào dưới đây?</w:t>
            </w:r>
          </w:p>
          <w:p w:rsidR="00A23C6E" w:rsidRPr="0074741F" w:rsidRDefault="00DD0248">
            <w:pPr>
              <w:spacing w:after="0" w:line="240" w:lineRule="auto"/>
            </w:pPr>
            <w:r w:rsidRPr="0074741F">
              <w:rPr>
                <w:rFonts w:cs="Times New Roman"/>
              </w:rPr>
              <w:t>+ Em hãy quan sát hình và so sánh các góc trên như thế nào với góc vuông?</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suy nghĩ cá nhân sau đó thảo luận nhóm 4 trả lời.</w:t>
            </w:r>
          </w:p>
          <w:p w:rsidR="00A23C6E" w:rsidRPr="0074741F" w:rsidRDefault="00DD0248">
            <w:pPr>
              <w:spacing w:after="0" w:line="240" w:lineRule="auto"/>
            </w:pPr>
            <w:r w:rsidRPr="0074741F">
              <w:rPr>
                <w:rFonts w:cs="Times New Roman"/>
              </w:rPr>
              <w:t>- HS nêu: Góc nhọn đỉnh O, cạnh OA, OB bé hơn góc vuông; góc tù đỉnh O, cạnh OM, ON lớn hơn góc vuông; góc bẹt đỉnh O, cạnh OC, OD bằng hai góc vuông.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thảo luận nhóm 2 rút ra đặc điểm của góc nhọn, góc bẹt, góc tù.</w:t>
            </w:r>
          </w:p>
          <w:p w:rsidR="00A23C6E" w:rsidRPr="0074741F" w:rsidRDefault="00DD0248">
            <w:pPr>
              <w:spacing w:after="0" w:line="240" w:lineRule="auto"/>
            </w:pPr>
            <w:r w:rsidRPr="0074741F">
              <w:rPr>
                <w:rFonts w:cs="Times New Roman"/>
              </w:rPr>
              <w:t>+ Vậy để nhận biết đó là góc nhọn, góc tù hay góc bẹt thì chúng ta làm như thế nào?</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thảo luận và nêu: Góc nhọn bé hơn góc vuông; góc tù lớn hơn góc vuông; góc bẹt bằng hai góc vuông.</w:t>
            </w:r>
          </w:p>
          <w:p w:rsidR="00A23C6E" w:rsidRPr="0074741F" w:rsidRDefault="00DD0248">
            <w:pPr>
              <w:spacing w:after="0" w:line="240" w:lineRule="auto"/>
            </w:pPr>
            <w:r w:rsidRPr="0074741F">
              <w:rPr>
                <w:rFonts w:cs="Times New Roman"/>
              </w:rPr>
              <w:t>- HS trả lời: Dùng ê-ke để kiểm tra.</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Như vậy trong số các góc không vuông mà các em được học ở lớp 3, người ta gọi tên là các góc nhọn, góc tù, góc bẹt mà cô vừa giới thiệu với cả lớp mình.</w:t>
            </w:r>
          </w:p>
          <w:p w:rsidR="00A23C6E" w:rsidRPr="0074741F" w:rsidRDefault="00DD0248">
            <w:pPr>
              <w:spacing w:after="0" w:line="240" w:lineRule="auto"/>
            </w:pPr>
            <w:r w:rsidRPr="0074741F">
              <w:rPr>
                <w:rFonts w:cs="Times New Roman"/>
              </w:rPr>
              <w:t>- GV trình chiếu phần giới thiệu góc nhọn, góc tù, góc bẹt.</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p w:rsidR="00A23C6E" w:rsidRPr="0074741F" w:rsidRDefault="00DD0248">
            <w:pPr>
              <w:spacing w:after="0" w:line="240" w:lineRule="auto"/>
            </w:pPr>
            <w:r w:rsidRPr="0074741F">
              <w:rPr>
                <w:rFonts w:cs="Times New Roman"/>
              </w:rPr>
              <w:t>- 3 HS nối tiếp nhắc lại đặc điểm từng loại góc.</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Hãy sắp xếp các góc: góc vuông, góc nhọn, góc bẹt, góc tù theo thứ tự góc lớn dần?</w:t>
            </w:r>
          </w:p>
          <w:p w:rsidR="00A23C6E" w:rsidRPr="0074741F" w:rsidRDefault="00DD0248">
            <w:pPr>
              <w:spacing w:after="0" w:line="240" w:lineRule="auto"/>
            </w:pPr>
            <w:r w:rsidRPr="0074741F">
              <w:rPr>
                <w:rFonts w:cs="Times New Roman"/>
              </w:rPr>
              <w:t>+ Vậy góc lớn nhất, góc nhỏ nhất là góc nào?</w:t>
            </w:r>
          </w:p>
          <w:p w:rsidR="00A23C6E" w:rsidRPr="0074741F" w:rsidRDefault="00DD0248">
            <w:pPr>
              <w:spacing w:after="0" w:line="240" w:lineRule="auto"/>
            </w:pPr>
            <w:r w:rsidRPr="0074741F">
              <w:rPr>
                <w:rFonts w:cs="Times New Roman"/>
              </w:rPr>
              <w:t>- Yêu cầu HS lấy ví dụ về đồ dùng ngoài thực tế tương ứng với các góc trên.</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Góc nhọn, góc vuông, góc tù, góc bẹt.</w:t>
            </w:r>
          </w:p>
          <w:p w:rsidR="00A23C6E" w:rsidRPr="0074741F" w:rsidRDefault="00DD0248">
            <w:pPr>
              <w:spacing w:after="0" w:line="240" w:lineRule="auto"/>
            </w:pPr>
            <w:r w:rsidRPr="0074741F">
              <w:rPr>
                <w:rFonts w:cs="Times New Roman"/>
              </w:rPr>
              <w:t>- HS trả lời: Góc lớn nhất là góc bẹt, góc nhỏ nhất là góc nhọn.</w:t>
            </w:r>
          </w:p>
          <w:p w:rsidR="00A23C6E" w:rsidRPr="0074741F" w:rsidRDefault="00DD0248">
            <w:pPr>
              <w:spacing w:after="0" w:line="240" w:lineRule="auto"/>
            </w:pPr>
            <w:r w:rsidRPr="0074741F">
              <w:rPr>
                <w:rFonts w:cs="Times New Roman"/>
              </w:rPr>
              <w:t>- HS lấy ví dụ: góc mở của kéo, kim đồng hồ, cánh cửa, quyển sách mở.</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t>- GV tích hợp AI: GV mở Teachable Machine trên máy tính và trình chiếu cho cả lớp. GV tạo hai lớp dữ liệu, đặt tên “Ảnh có góc nhọn” và “Ảnh có góc tù”.</w:t>
            </w:r>
          </w:p>
          <w:p w:rsidR="00A23C6E" w:rsidRPr="0074741F" w:rsidRDefault="00DD0248">
            <w:pPr>
              <w:spacing w:after="0" w:line="240" w:lineRule="auto"/>
            </w:pPr>
            <w:r w:rsidRPr="0074741F">
              <w:t>- GV lần lượt đưa các ảnh mẫu đã kiểm duyệt lên màn hình, yêu cầu HS quan sát và quyết định mỗi ảnh phải được đưa vào lớp nào; sau mỗi lựa chọn, GV gắn nhãn đúng cho ảnh.</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t>- HS quan sát giao diện Teachable Machine và đọc tên hai lớp dữ liệu.</w:t>
            </w:r>
          </w:p>
          <w:p w:rsidR="00A23C6E" w:rsidRPr="0074741F" w:rsidRDefault="00DD0248">
            <w:pPr>
              <w:spacing w:after="0" w:line="240" w:lineRule="auto"/>
            </w:pPr>
            <w:r w:rsidRPr="0074741F">
              <w:t>- HS vận dụng kiến thức đã học để phân loại ảnh: ảnh có góc bé hơn góc vuông đưa vào lớp “Ảnh có góc nhọn”; ảnh có góc lớn hơn góc vuông nhưng bé hơn góc bẹt đưa vào lớp “Ảnh có góc tù”.</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t>- GV cho mô hình học từ hai nhóm ảnh mẫu, sau đó đưa một số ảnh mới chưa dùng khi huấn luyện để máy dự đoán.</w:t>
            </w:r>
          </w:p>
          <w:p w:rsidR="00A23C6E" w:rsidRPr="0074741F" w:rsidRDefault="00DD0248">
            <w:pPr>
              <w:spacing w:after="0" w:line="240" w:lineRule="auto"/>
            </w:pPr>
            <w:r w:rsidRPr="0074741F">
              <w:t>- GV yêu cầu HS dự đoán trước kết quả, rồi so sánh dự đoán của mình với nhãn do máy đưa ra.</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t>- HS theo dõi quá trình huấn luyện và thử nghiệm mô hình.</w:t>
            </w:r>
          </w:p>
          <w:p w:rsidR="00A23C6E" w:rsidRPr="0074741F" w:rsidRDefault="00DD0248">
            <w:pPr>
              <w:spacing w:after="0" w:line="240" w:lineRule="auto"/>
            </w:pPr>
            <w:r w:rsidRPr="0074741F">
              <w:t>- HS giơ thẻ “góc nhọn” hoặc “góc tù” để dự đoán; sau đó đối chiếu với kết quả của Teachable Machine và nêu trường hợp máy phân loại đúng hoặc chưa đúng.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lastRenderedPageBreak/>
              <w:t>- GV cố ý thử một ảnh có góc bị che khuất, ảnh chụp nghiêng hoặc ảnh chưa rõ. GV hỏi: Vì sao máy có thể xếp sai? Muốn máy phân loại tốt hơn, con người cần làm gì?</w:t>
            </w:r>
          </w:p>
          <w:p w:rsidR="00A23C6E" w:rsidRPr="0074741F" w:rsidRDefault="00DD0248">
            <w:pPr>
              <w:spacing w:after="0" w:line="240" w:lineRule="auto"/>
            </w:pPr>
            <w:r w:rsidRPr="0074741F">
              <w:t>- GV cho HS đề xuất cách bổ sung dữ liệu rồi cập nhật thêm ảnh mẫu rõ ràng, đa dạng và huấn luyện lại để kiểm tra sự thay đổi.</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t>- HS nhận xét: Máy có thể xếp sai vì ảnh mẫu còn ít, ảnh chưa rõ, góc chụp khác hoặc nhãn ban đầu chưa chính xác.</w:t>
            </w:r>
          </w:p>
          <w:p w:rsidR="00A23C6E" w:rsidRPr="0074741F" w:rsidRDefault="00DD0248">
            <w:pPr>
              <w:spacing w:after="0" w:line="240" w:lineRule="auto"/>
            </w:pPr>
            <w:r w:rsidRPr="0074741F">
              <w:t>- HS đề xuất: Bổ sung nhiều ảnh ở các hướng khác nhau, kiểm tra lại nhãn “góc nhọn” và “góc tù”, sau đó thử lại bằng ảnh mới.</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t>- GV kết luận tích hợp: Teachable Machine chỉ phân loại dựa trên những đặc trưng đã học từ ảnh mẫu. AI không tự hiểu bài như con người; vì vậy con người phải lựa chọn dữ liệu phù hợp, gắn nhãn đúng, kiểm tra trường hợp máy nhận diện sai và chịu trách nhiệm về kết quả sử dụng.</w:t>
            </w:r>
          </w:p>
          <w:p w:rsidR="00A23C6E" w:rsidRPr="0074741F" w:rsidRDefault="00DD0248">
            <w:pPr>
              <w:spacing w:after="0" w:line="240" w:lineRule="auto"/>
            </w:pPr>
            <w:r w:rsidRPr="0074741F">
              <w:t>+ Em hãy nêu lại đặc điểm của góc nhọn, góc tù, góc bẹt?</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t>- HS lắng nghe, ghi nhớ: Không tin kết quả máy một cách máy móc; cần đối chiếu với kiến thức toán học.</w:t>
            </w:r>
          </w:p>
          <w:p w:rsidR="00A23C6E" w:rsidRPr="0074741F" w:rsidRDefault="00DD0248">
            <w:pPr>
              <w:spacing w:after="0" w:line="240" w:lineRule="auto"/>
            </w:pPr>
            <w:r w:rsidRPr="0074741F">
              <w:t>- HS nối tiếp nêu: Góc nhọn bé hơn góc vuông; góc tù lớn hơn góc vuông nhưng bé hơn góc bẹt; góc bẹt bằng hai góc vuông.</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3. Luyện tập, thực hành</w:t>
            </w:r>
          </w:p>
          <w:p w:rsidR="00A23C6E" w:rsidRPr="0074741F" w:rsidRDefault="00DD0248">
            <w:pPr>
              <w:spacing w:after="0" w:line="240" w:lineRule="auto"/>
            </w:pPr>
            <w:r w:rsidRPr="0074741F">
              <w:rPr>
                <w:rFonts w:cs="Times New Roman"/>
                <w:b/>
              </w:rPr>
              <w:t>- Mục tiêu: Biết sử dụng ê-ke để kiểm tra góc nhọn, góc tù, góc bẹt; vận dụng kiến thức vào hình vẽ và tình huống thực tế.</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1:</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GV phát phiếu, yêu cầu HS ghi tên góc ở dưới hình như trong SGK.</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Tìm các góc nhọn, góc tù và góc bẹt trong các góc đã cho.</w:t>
            </w:r>
          </w:p>
          <w:p w:rsidR="00A23C6E" w:rsidRPr="0074741F" w:rsidRDefault="00DD0248">
            <w:pPr>
              <w:spacing w:after="0" w:line="240" w:lineRule="auto"/>
            </w:pPr>
            <w:r w:rsidRPr="0074741F">
              <w:rPr>
                <w:rFonts w:cs="Times New Roman"/>
              </w:rPr>
              <w:t>- HS thực hiện cá nhân.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đổi chéo, đánh giá bài theo cặp.</w:t>
            </w:r>
          </w:p>
          <w:p w:rsidR="00A23C6E" w:rsidRPr="0074741F" w:rsidRDefault="00DD0248">
            <w:pPr>
              <w:spacing w:after="0" w:line="240" w:lineRule="auto"/>
            </w:pPr>
            <w:r w:rsidRPr="0074741F">
              <w:rPr>
                <w:rFonts w:cs="Times New Roman"/>
              </w:rPr>
              <w:t>- GV hỏi: Tại sao góc MON là góc nhọn?</w:t>
            </w:r>
          </w:p>
          <w:p w:rsidR="00A23C6E" w:rsidRPr="0074741F" w:rsidRDefault="00DD0248">
            <w:pPr>
              <w:spacing w:after="0" w:line="240" w:lineRule="auto"/>
            </w:pPr>
            <w:r w:rsidRPr="0074741F">
              <w:rPr>
                <w:rFonts w:cs="Times New Roman"/>
              </w:rPr>
              <w:t>+ Vậy để biết góc đó là góc nhọn, góc tù hay góc bẹt em làm như thế nào?</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quan sát đáp án và đánh giá bài theo cặp.</w:t>
            </w:r>
          </w:p>
          <w:p w:rsidR="00A23C6E" w:rsidRPr="0074741F" w:rsidRDefault="00DD0248">
            <w:pPr>
              <w:spacing w:after="0" w:line="240" w:lineRule="auto"/>
            </w:pPr>
            <w:r w:rsidRPr="0074741F">
              <w:rPr>
                <w:rFonts w:cs="Times New Roman"/>
              </w:rPr>
              <w:t>- HS trả lời: Vì kiểm tra bằng ê-ke thấy góc MON bé hơn góc vuông.</w:t>
            </w:r>
          </w:p>
          <w:p w:rsidR="00A23C6E" w:rsidRPr="0074741F" w:rsidRDefault="00DD0248">
            <w:pPr>
              <w:spacing w:after="0" w:line="240" w:lineRule="auto"/>
            </w:pPr>
            <w:r w:rsidRPr="0074741F">
              <w:rPr>
                <w:rFonts w:cs="Times New Roman"/>
              </w:rPr>
              <w:t>- HS trả lời: Dùng ê-ke để kiểm tra và so sánh với góc vuông.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chốt: Góc nhọn gồm góc MON, góc VDU; góc tù gồm góc PBQ, góc GAH; góc bẹt là góc XEY; góc ICK là góc vuông.</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đối chiếu, sửa bài và đọc tên từng góc.</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2:</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GV yêu cầu HS suy nghĩ cá nhân sau đó thảo luận nhóm đôi trả lời.</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Viết tên hai cái bút chì và xác định đầu bút tạo góc tù, góc nhọn.</w:t>
            </w:r>
          </w:p>
          <w:p w:rsidR="00A23C6E" w:rsidRPr="0074741F" w:rsidRDefault="00DD0248">
            <w:pPr>
              <w:spacing w:after="0" w:line="240" w:lineRule="auto"/>
            </w:pPr>
            <w:r w:rsidRPr="0074741F">
              <w:rPr>
                <w:rFonts w:cs="Times New Roman"/>
              </w:rPr>
              <w:t>- HS thực hiện.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Vì sao em xác định đầu bút chì A là góc nhọn?</w:t>
            </w:r>
          </w:p>
          <w:p w:rsidR="00A23C6E" w:rsidRPr="0074741F" w:rsidRDefault="00DD0248">
            <w:pPr>
              <w:spacing w:after="0" w:line="240" w:lineRule="auto"/>
            </w:pPr>
            <w:r w:rsidRPr="0074741F">
              <w:rPr>
                <w:rFonts w:cs="Times New Roman"/>
              </w:rPr>
              <w:t>+ Vì sao em xác định đầu bút chì B là góc tù?</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trả lời: Đầu bút chì A tạo góc bé hơn góc vuông.</w:t>
            </w:r>
          </w:p>
          <w:p w:rsidR="00A23C6E" w:rsidRPr="0074741F" w:rsidRDefault="00DD0248">
            <w:pPr>
              <w:spacing w:after="0" w:line="240" w:lineRule="auto"/>
            </w:pPr>
            <w:r w:rsidRPr="0074741F">
              <w:rPr>
                <w:rFonts w:cs="Times New Roman"/>
              </w:rPr>
              <w:t>- HS trả lời: Đầu bút chì B tạo góc lớn hơn góc vuông.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lastRenderedPageBreak/>
              <w:t>Bài 3:</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GV yêu cầu HS suy nghĩ cá nhân sau đó thảo luận nhóm đôi trả lời.</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Tìm miếng bánh bạn An đã chọn.</w:t>
            </w:r>
          </w:p>
          <w:p w:rsidR="00A23C6E" w:rsidRPr="0074741F" w:rsidRDefault="00DD0248">
            <w:pPr>
              <w:spacing w:after="0" w:line="240" w:lineRule="auto"/>
            </w:pPr>
            <w:r w:rsidRPr="0074741F">
              <w:rPr>
                <w:rFonts w:cs="Times New Roman"/>
              </w:rPr>
              <w:t>- HS quan sát hình và đối chiếu hai điều kiện.</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Em hãy nêu loại góc ở tâm O của từng miếng bánh.</w:t>
            </w:r>
          </w:p>
          <w:p w:rsidR="00A23C6E" w:rsidRPr="0074741F" w:rsidRDefault="00DD0248">
            <w:pPr>
              <w:spacing w:after="0" w:line="240" w:lineRule="auto"/>
            </w:pPr>
            <w:r w:rsidRPr="0074741F">
              <w:rPr>
                <w:rFonts w:cs="Times New Roman"/>
              </w:rPr>
              <w:t>+ Vì sao em chọn miếng bánh thứ hai là miếng bánh của bạn An đã chọn?</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Miếng 1 có góc nhỏ; miếng 3 có góc bẹt; miếng 2 là miếng còn lại phù hợp.</w:t>
            </w:r>
          </w:p>
          <w:p w:rsidR="00A23C6E" w:rsidRPr="0074741F" w:rsidRDefault="00DD0248">
            <w:pPr>
              <w:spacing w:after="0" w:line="240" w:lineRule="auto"/>
            </w:pPr>
            <w:r w:rsidRPr="0074741F">
              <w:rPr>
                <w:rFonts w:cs="Times New Roman"/>
              </w:rPr>
              <w:t>- HS giải thích: Miếng 1 là miếng bé nhất nên không chọn; miếng 3 có góc đỉnh O là góc bẹt nên không chọn; vậy An chọn miếng 2.</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4. Vận dụng, trải nghiệm</w:t>
            </w:r>
          </w:p>
          <w:p w:rsidR="00A23C6E" w:rsidRPr="0074741F" w:rsidRDefault="00DD0248">
            <w:pPr>
              <w:spacing w:after="0" w:line="240" w:lineRule="auto"/>
            </w:pPr>
            <w:r w:rsidRPr="0074741F">
              <w:rPr>
                <w:rFonts w:cs="Times New Roman"/>
                <w:b/>
              </w:rPr>
              <w:t>- Mục tiêu: Củng cố kiến thức về đặc điểm nhận biết góc nhọn, góc tù, góc bẹt.</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Nêu đặc điểm nhận biết góc nhọn, góc tù, góc bẹt?</w:t>
            </w:r>
          </w:p>
          <w:p w:rsidR="00A23C6E" w:rsidRPr="0074741F" w:rsidRDefault="00DD0248">
            <w:pPr>
              <w:spacing w:after="0" w:line="240" w:lineRule="auto"/>
            </w:pPr>
            <w:r w:rsidRPr="0074741F">
              <w:rPr>
                <w:rFonts w:cs="Times New Roman"/>
              </w:rPr>
              <w:t>- GV yêu cầu HS tìm nhanh một đồ vật trong lớp tạo mỗi loại góc.</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Góc nhọn bé hơn góc vuông; góc tù lớn hơn góc vuông; góc bẹt bằng hai góc vuông.</w:t>
            </w:r>
          </w:p>
          <w:p w:rsidR="00A23C6E" w:rsidRPr="0074741F" w:rsidRDefault="00DD0248">
            <w:pPr>
              <w:spacing w:after="0" w:line="240" w:lineRule="auto"/>
            </w:pPr>
            <w:r w:rsidRPr="0074741F">
              <w:rPr>
                <w:rFonts w:cs="Times New Roman"/>
              </w:rPr>
              <w:t>- HS quan sát, chỉ và giải thích bằng cách so sánh với góc vuông.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Nhận xét tiết học.</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tc>
      </w:tr>
    </w:tbl>
    <w:p w:rsidR="00A23C6E" w:rsidRPr="0074741F" w:rsidRDefault="00DD0248">
      <w:pPr>
        <w:spacing w:after="0" w:line="240" w:lineRule="auto"/>
      </w:pPr>
      <w:r w:rsidRPr="0074741F">
        <w:rPr>
          <w:rFonts w:cs="Times New Roman"/>
          <w:b/>
        </w:rPr>
        <w:t>IV. ĐIỀU CHỈNH SAU BÀI DẠY (nếu có):</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A23C6E">
      <w:pPr>
        <w:spacing w:after="0" w:line="240" w:lineRule="auto"/>
      </w:pPr>
    </w:p>
    <w:p w:rsidR="00A23C6E" w:rsidRPr="0074741F" w:rsidRDefault="00DD0248">
      <w:pPr>
        <w:spacing w:after="0" w:line="240" w:lineRule="auto"/>
        <w:jc w:val="center"/>
      </w:pPr>
      <w:r w:rsidRPr="0074741F">
        <w:rPr>
          <w:rFonts w:cs="Times New Roman"/>
          <w:b/>
        </w:rPr>
        <w:t>KẾ HOẠCH BÀI DẠY MÔN TOÁN LỚP 4 - TUẦN 4</w:t>
      </w:r>
    </w:p>
    <w:p w:rsidR="00A23C6E" w:rsidRPr="0074741F" w:rsidRDefault="00DD0248">
      <w:pPr>
        <w:spacing w:after="0" w:line="240" w:lineRule="auto"/>
        <w:jc w:val="center"/>
      </w:pPr>
      <w:r w:rsidRPr="0074741F">
        <w:rPr>
          <w:rFonts w:cs="Times New Roman"/>
          <w:b/>
        </w:rPr>
        <w:t>BÀI 8: GÓC NHỌN, GÓC TÙ, GÓC BẸT</w:t>
      </w:r>
    </w:p>
    <w:p w:rsidR="00A23C6E" w:rsidRPr="0074741F" w:rsidRDefault="00DD0248">
      <w:pPr>
        <w:spacing w:after="0" w:line="240" w:lineRule="auto"/>
        <w:jc w:val="center"/>
      </w:pPr>
      <w:r w:rsidRPr="0074741F">
        <w:rPr>
          <w:rFonts w:cs="Times New Roman"/>
          <w:b/>
        </w:rPr>
        <w:t>TIẾT 18: LUYỆN TẬP (TIẾT 2)</w:t>
      </w:r>
    </w:p>
    <w:p w:rsidR="00A23C6E" w:rsidRPr="0074741F" w:rsidRDefault="00DD0248">
      <w:pPr>
        <w:spacing w:after="0" w:line="240" w:lineRule="auto"/>
      </w:pPr>
      <w:r w:rsidRPr="0074741F">
        <w:rPr>
          <w:rFonts w:cs="Times New Roman"/>
          <w:b/>
        </w:rPr>
        <w:t>I. YÊU CẦU CẦN ĐẠT</w:t>
      </w:r>
    </w:p>
    <w:p w:rsidR="00A23C6E" w:rsidRPr="0074741F" w:rsidRDefault="00DD0248">
      <w:pPr>
        <w:spacing w:after="0" w:line="240" w:lineRule="auto"/>
      </w:pPr>
      <w:r w:rsidRPr="0074741F">
        <w:rPr>
          <w:rFonts w:cs="Times New Roman"/>
          <w:b/>
        </w:rPr>
        <w:t>1. Năng lực đặc thù:</w:t>
      </w:r>
    </w:p>
    <w:p w:rsidR="00A23C6E" w:rsidRPr="0074741F" w:rsidRDefault="00DD0248">
      <w:pPr>
        <w:spacing w:after="0" w:line="240" w:lineRule="auto"/>
      </w:pPr>
      <w:r w:rsidRPr="0074741F">
        <w:rPr>
          <w:rFonts w:cs="Times New Roman"/>
        </w:rPr>
        <w:t>- Củng cố kĩ năng nhận biết góc tù, góc vuông, góc nhọn và góc bẹt.</w:t>
      </w:r>
    </w:p>
    <w:p w:rsidR="00A23C6E" w:rsidRPr="0074741F" w:rsidRDefault="00DD0248">
      <w:pPr>
        <w:spacing w:after="0" w:line="240" w:lineRule="auto"/>
      </w:pPr>
      <w:r w:rsidRPr="0074741F">
        <w:rPr>
          <w:rFonts w:cs="Times New Roman"/>
        </w:rPr>
        <w:t>- Làm quen với các tình huống thực tế có các loại góc trên.</w:t>
      </w:r>
    </w:p>
    <w:p w:rsidR="00A23C6E" w:rsidRPr="0074741F" w:rsidRDefault="00DD0248">
      <w:pPr>
        <w:spacing w:after="0" w:line="240" w:lineRule="auto"/>
      </w:pPr>
      <w:r w:rsidRPr="0074741F">
        <w:rPr>
          <w:rFonts w:cs="Times New Roman"/>
        </w:rPr>
        <w:t>- Ôn tập cách xác định số đo và đo góc bằng thước đo góc.</w:t>
      </w:r>
    </w:p>
    <w:p w:rsidR="00A23C6E" w:rsidRPr="0074741F" w:rsidRDefault="00DD0248">
      <w:pPr>
        <w:spacing w:after="0" w:line="240" w:lineRule="auto"/>
      </w:pPr>
      <w:r w:rsidRPr="0074741F">
        <w:rPr>
          <w:rFonts w:cs="Times New Roman"/>
        </w:rPr>
        <w:t>- Củng cố nhận diện các loại góc qua hình ảnh thực tế, góc tạo bởi kim giờ và kim phút.</w:t>
      </w:r>
    </w:p>
    <w:p w:rsidR="00A23C6E" w:rsidRPr="0074741F" w:rsidRDefault="00DD0248">
      <w:pPr>
        <w:spacing w:after="0" w:line="240" w:lineRule="auto"/>
      </w:pPr>
      <w:r w:rsidRPr="0074741F">
        <w:rPr>
          <w:rFonts w:cs="Times New Roman"/>
          <w:b/>
        </w:rPr>
        <w:t>2. Năng lực chung:</w:t>
      </w:r>
    </w:p>
    <w:p w:rsidR="00A23C6E" w:rsidRPr="0074741F" w:rsidRDefault="00DD0248">
      <w:pPr>
        <w:spacing w:after="0" w:line="240" w:lineRule="auto"/>
      </w:pPr>
      <w:r w:rsidRPr="0074741F">
        <w:rPr>
          <w:rFonts w:cs="Times New Roman"/>
        </w:rPr>
        <w:t>- Tự chủ và tự học: Chủ động luyện tập nhận biết và đo góc.</w:t>
      </w:r>
    </w:p>
    <w:p w:rsidR="00A23C6E" w:rsidRPr="0074741F" w:rsidRDefault="00DD0248">
      <w:pPr>
        <w:spacing w:after="0" w:line="240" w:lineRule="auto"/>
      </w:pPr>
      <w:r w:rsidRPr="0074741F">
        <w:rPr>
          <w:rFonts w:cs="Times New Roman"/>
        </w:rPr>
        <w:t>- Giao tiếp và hợp tác: Biết thảo luận, trao đổi kết quả với bạn trong nhóm.</w:t>
      </w:r>
    </w:p>
    <w:p w:rsidR="00A23C6E" w:rsidRPr="0074741F" w:rsidRDefault="00DD0248">
      <w:pPr>
        <w:spacing w:after="0" w:line="240" w:lineRule="auto"/>
      </w:pPr>
      <w:r w:rsidRPr="0074741F">
        <w:rPr>
          <w:rFonts w:cs="Times New Roman"/>
        </w:rPr>
        <w:t>- Giải quyết vấn đề và sáng tạo: Vận dụng kiến thức về góc để giải quyết bài tập và tình huống gắn với thực tế.</w:t>
      </w:r>
    </w:p>
    <w:p w:rsidR="00A23C6E" w:rsidRPr="0074741F" w:rsidRDefault="00DD0248">
      <w:pPr>
        <w:spacing w:after="0" w:line="240" w:lineRule="auto"/>
      </w:pPr>
      <w:r w:rsidRPr="0074741F">
        <w:rPr>
          <w:rFonts w:cs="Times New Roman"/>
          <w:b/>
        </w:rPr>
        <w:t>3. Phẩm chất:</w:t>
      </w:r>
    </w:p>
    <w:p w:rsidR="00A23C6E" w:rsidRPr="0074741F" w:rsidRDefault="00DD0248">
      <w:pPr>
        <w:spacing w:after="0" w:line="240" w:lineRule="auto"/>
      </w:pPr>
      <w:r w:rsidRPr="0074741F">
        <w:rPr>
          <w:rFonts w:cs="Times New Roman"/>
        </w:rPr>
        <w:t>- Chăm chỉ: Tích cực, kiên trì khi quan sát, nhận biết và đo góc.</w:t>
      </w:r>
    </w:p>
    <w:p w:rsidR="00A23C6E" w:rsidRPr="0074741F" w:rsidRDefault="00DD0248">
      <w:pPr>
        <w:spacing w:after="0" w:line="240" w:lineRule="auto"/>
      </w:pPr>
      <w:r w:rsidRPr="0074741F">
        <w:rPr>
          <w:rFonts w:cs="Times New Roman"/>
        </w:rPr>
        <w:t>- Trách nhiệm: Hoàn thành nhiệm vụ học tập, có ý thức vận dụng kiến thức về góc trong thực tiễn.</w:t>
      </w:r>
    </w:p>
    <w:p w:rsidR="00A23C6E" w:rsidRPr="0074741F" w:rsidRDefault="00DD0248">
      <w:pPr>
        <w:spacing w:after="0" w:line="240" w:lineRule="auto"/>
      </w:pPr>
      <w:r w:rsidRPr="0074741F">
        <w:rPr>
          <w:rFonts w:cs="Times New Roman"/>
        </w:rPr>
        <w:t>- Trung thực: Báo cáo đúng kết quả quan sát và đo.</w:t>
      </w:r>
    </w:p>
    <w:p w:rsidR="00A23C6E" w:rsidRPr="0074741F" w:rsidRDefault="00DD0248">
      <w:pPr>
        <w:spacing w:after="0" w:line="240" w:lineRule="auto"/>
      </w:pPr>
      <w:r w:rsidRPr="0074741F">
        <w:rPr>
          <w:rFonts w:cs="Times New Roman"/>
          <w:b/>
        </w:rPr>
        <w:t>II. ĐỒ DÙNG DẠY HỌC</w:t>
      </w:r>
    </w:p>
    <w:p w:rsidR="00A23C6E" w:rsidRPr="0074741F" w:rsidRDefault="00DD0248">
      <w:pPr>
        <w:spacing w:after="0" w:line="240" w:lineRule="auto"/>
      </w:pPr>
      <w:r w:rsidRPr="0074741F">
        <w:rPr>
          <w:rFonts w:cs="Times New Roman"/>
        </w:rPr>
        <w:t>- GV: SGK Toán 4, kế hoạch bài dạy, máy tính, ti vi, bài giảng điện tử, bảng phụ, phiếu học tập, thước đo góc cỡ lớn, ê-ke và tranh/bài tập SGK được cắt đúng nội dung.</w:t>
      </w:r>
    </w:p>
    <w:p w:rsidR="00A23C6E" w:rsidRPr="0074741F" w:rsidRDefault="00DD0248">
      <w:pPr>
        <w:spacing w:after="0" w:line="240" w:lineRule="auto"/>
      </w:pPr>
      <w:r w:rsidRPr="0074741F">
        <w:rPr>
          <w:rFonts w:cs="Times New Roman"/>
        </w:rPr>
        <w:lastRenderedPageBreak/>
        <w:t>- HS: SGK, vở ghi, bút, bảng con, thước đo góc, ê-ke, phiếu học tập và đồ dùng học tập cá nhân.</w:t>
      </w:r>
    </w:p>
    <w:p w:rsidR="00A23C6E" w:rsidRPr="0074741F" w:rsidRDefault="00DD0248">
      <w:pPr>
        <w:spacing w:after="0" w:line="240" w:lineRule="auto"/>
      </w:pPr>
      <w:r w:rsidRPr="0074741F">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74741F" w:rsidRPr="0074741F" w:rsidTr="0074741F">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học sinh</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1. Khởi động</w:t>
            </w:r>
          </w:p>
          <w:p w:rsidR="00A23C6E" w:rsidRPr="0074741F" w:rsidRDefault="00DD0248">
            <w:pPr>
              <w:spacing w:after="0" w:line="240" w:lineRule="auto"/>
            </w:pPr>
            <w:r w:rsidRPr="0074741F">
              <w:rPr>
                <w:rFonts w:cs="Times New Roman"/>
                <w:b/>
              </w:rPr>
              <w:t>- Mục tiêu: Tạo không khí vui vẻ, phấn khởi trước giờ học; ôn các loại góc đã học.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1. Mở đầu:</w:t>
            </w:r>
          </w:p>
          <w:p w:rsidR="00A23C6E" w:rsidRPr="0074741F" w:rsidRDefault="00DD0248">
            <w:pPr>
              <w:spacing w:after="0" w:line="240" w:lineRule="auto"/>
            </w:pPr>
            <w:r w:rsidRPr="0074741F">
              <w:rPr>
                <w:rFonts w:cs="Times New Roman"/>
              </w:rPr>
              <w:t>+ Nêu các góc em đã học?</w:t>
            </w:r>
          </w:p>
          <w:p w:rsidR="00A23C6E" w:rsidRPr="0074741F" w:rsidRDefault="00DD0248">
            <w:pPr>
              <w:spacing w:after="0" w:line="240" w:lineRule="auto"/>
            </w:pPr>
            <w:r w:rsidRPr="0074741F">
              <w:rPr>
                <w:rFonts w:cs="Times New Roman"/>
              </w:rPr>
              <w:t>- GV giới thiệu - ghi bài.</w:t>
            </w:r>
          </w:p>
        </w:tc>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trả lời: Góc nhọn, góc vuông, góc tù, góc bẹt.</w:t>
            </w:r>
          </w:p>
          <w:p w:rsidR="00A23C6E" w:rsidRPr="0074741F" w:rsidRDefault="00DD0248">
            <w:pPr>
              <w:spacing w:after="0" w:line="240" w:lineRule="auto"/>
            </w:pPr>
            <w:r w:rsidRPr="0074741F">
              <w:rPr>
                <w:rFonts w:cs="Times New Roman"/>
              </w:rPr>
              <w:t>- HS ghi tên bài.</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2. Luyện tập, thực hành</w:t>
            </w:r>
          </w:p>
          <w:p w:rsidR="00A23C6E" w:rsidRPr="0074741F" w:rsidRDefault="00DD0248">
            <w:pPr>
              <w:spacing w:after="0" w:line="240" w:lineRule="auto"/>
            </w:pPr>
            <w:r w:rsidRPr="0074741F">
              <w:rPr>
                <w:rFonts w:cs="Times New Roman"/>
                <w:b/>
              </w:rPr>
              <w:t>- Mục tiêu: Củng cố cách nhận biết các loại góc, đo góc và vận dụng vào tình huống thực tế.</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1:</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gì?</w:t>
            </w:r>
          </w:p>
          <w:p w:rsidR="00A23C6E" w:rsidRPr="0074741F" w:rsidRDefault="00DD0248" w:rsidP="0074741F">
            <w:pPr>
              <w:spacing w:after="0" w:line="240" w:lineRule="auto"/>
            </w:pPr>
            <w:r w:rsidRPr="0074741F">
              <w:rPr>
                <w:rFonts w:cs="Times New Roman"/>
              </w:rPr>
              <w:t>- GV yêu cầu HS làm cá nhân sau đó thảo luận nhóm đôi.</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Tìm các góc nhọn, góc tù và góc bẹt trong các góc đã cho.</w:t>
            </w:r>
          </w:p>
          <w:p w:rsidR="00A23C6E" w:rsidRPr="0074741F" w:rsidRDefault="00DD0248">
            <w:pPr>
              <w:spacing w:after="0" w:line="240" w:lineRule="auto"/>
            </w:pPr>
            <w:r w:rsidRPr="0074741F">
              <w:rPr>
                <w:rFonts w:cs="Times New Roman"/>
              </w:rPr>
              <w:t>- HS quan sát, dùng ê-ke kiểm tra và trao đổi kết quả.</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Làm sao để xác định được các góc?</w:t>
            </w:r>
          </w:p>
          <w:p w:rsidR="00A23C6E" w:rsidRPr="0074741F" w:rsidRDefault="00DD0248">
            <w:pPr>
              <w:spacing w:after="0" w:line="240" w:lineRule="auto"/>
            </w:pPr>
            <w:r w:rsidRPr="0074741F">
              <w:rPr>
                <w:rFonts w:cs="Times New Roman"/>
              </w:rPr>
              <w:t>+ UVX có phải một góc không? Vì sao?</w:t>
            </w:r>
          </w:p>
          <w:p w:rsidR="00A23C6E" w:rsidRPr="0074741F" w:rsidRDefault="00DD0248">
            <w:pPr>
              <w:spacing w:after="0" w:line="240" w:lineRule="auto"/>
            </w:pPr>
            <w:r w:rsidRPr="0074741F">
              <w:rPr>
                <w:rFonts w:cs="Times New Roman"/>
              </w:rPr>
              <w:t>- GV nhận xét chung, tuyên dương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trả lời: So sánh với góc vuông của ê-ke.</w:t>
            </w:r>
          </w:p>
          <w:p w:rsidR="00A23C6E" w:rsidRPr="0074741F" w:rsidRDefault="00DD0248">
            <w:pPr>
              <w:spacing w:after="0" w:line="240" w:lineRule="auto"/>
            </w:pPr>
            <w:r w:rsidRPr="0074741F">
              <w:rPr>
                <w:rFonts w:cs="Times New Roman"/>
              </w:rPr>
              <w:t>- HS trả lời: UVX là góc bẹt vì hai cạnh VU và VX là hai tia đối nhau.</w:t>
            </w:r>
          </w:p>
          <w:p w:rsidR="00A23C6E" w:rsidRPr="0074741F" w:rsidRDefault="00DD0248">
            <w:pPr>
              <w:spacing w:after="0" w:line="240" w:lineRule="auto"/>
            </w:pPr>
            <w:r w:rsidRPr="0074741F">
              <w:rPr>
                <w:rFonts w:cs="Times New Roman"/>
              </w:rPr>
              <w:t>- HS nêu kết quả: Góc nhọn EIH, PIR; góc tù COD, KJL; góc bẹt UVX; góc AOB là góc vuông.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2:</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Yêu cầu HS làm phiếu sau đó đổi chéo, thảo luận, kiểm tra trong nhóm 2.</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Kiểm tra biểu đồ số góc tạo bởi các chiếc quạt và tìm cột Nga đếm nhầm.</w:t>
            </w:r>
          </w:p>
          <w:p w:rsidR="00A23C6E" w:rsidRPr="0074741F" w:rsidRDefault="00DD0248">
            <w:pPr>
              <w:spacing w:after="0" w:line="240" w:lineRule="auto"/>
            </w:pPr>
            <w:r w:rsidRPr="0074741F">
              <w:rPr>
                <w:rFonts w:cs="Times New Roman"/>
              </w:rPr>
              <w:t>- HS đếm từng loại góc rồi đối chiếu số chấm trong biểu đồ.</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cách làm.</w:t>
            </w:r>
          </w:p>
          <w:p w:rsidR="00A23C6E" w:rsidRPr="0074741F" w:rsidRDefault="00DD0248">
            <w:pPr>
              <w:spacing w:after="0" w:line="240" w:lineRule="auto"/>
            </w:pPr>
            <w:r w:rsidRPr="0074741F">
              <w:rPr>
                <w:rFonts w:cs="Times New Roman"/>
              </w:rPr>
              <w:t>- GV chốt: Có 2 góc nhọn, 1 góc vuông, 3 góc tù, 3 góc bẹt. Nga đếm nhầm cột góc vuông.</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Phân loại từng chiếc quạt theo độ mở rồi đếm.</w:t>
            </w:r>
          </w:p>
          <w:p w:rsidR="00A23C6E" w:rsidRPr="0074741F" w:rsidRDefault="00DD0248">
            <w:pPr>
              <w:spacing w:after="0" w:line="240" w:lineRule="auto"/>
            </w:pPr>
            <w:r w:rsidRPr="0074741F">
              <w:rPr>
                <w:rFonts w:cs="Times New Roman"/>
              </w:rPr>
              <w:t>- HS sửa cột góc vuông từ 2 chấm thành 1 chấm.</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3:</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Yêu cầu HS làm phiếu sau đó thảo luận nhóm 4.</w:t>
            </w:r>
          </w:p>
          <w:p w:rsidR="00A23C6E" w:rsidRPr="0074741F" w:rsidRDefault="00DD0248" w:rsidP="0074741F">
            <w:pPr>
              <w:spacing w:after="0" w:line="240" w:lineRule="auto"/>
            </w:pPr>
            <w:r w:rsidRPr="0074741F">
              <w:rPr>
                <w:rFonts w:cs="Times New Roman"/>
              </w:rPr>
              <w:t>- Yêu cầu HS nêu cách làm câu a.</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quan sát hai đường đi màu đỏ, màu xanh.</w:t>
            </w:r>
          </w:p>
          <w:p w:rsidR="00A23C6E" w:rsidRPr="0074741F" w:rsidRDefault="00DD0248">
            <w:pPr>
              <w:spacing w:after="0" w:line="240" w:lineRule="auto"/>
            </w:pPr>
            <w:r w:rsidRPr="0074741F">
              <w:rPr>
                <w:rFonts w:cs="Times New Roman"/>
              </w:rPr>
              <w:t>- HS nêu: Tìm đường có ít nhất một góc tù rồi dùng thước đo góc ở câu b.</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củng cố cách nhận diện và đo góc.</w:t>
            </w:r>
          </w:p>
          <w:p w:rsidR="00A23C6E" w:rsidRPr="0074741F" w:rsidRDefault="00DD0248">
            <w:pPr>
              <w:spacing w:after="0" w:line="240" w:lineRule="auto"/>
            </w:pPr>
            <w:r w:rsidRPr="0074741F">
              <w:rPr>
                <w:rFonts w:cs="Times New Roman"/>
              </w:rPr>
              <w:t>- GV chốt đáp án: a) Đường màu xanh. b) Góc đỉnh O, cạnh OM, ON bằng 120°.</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xác định đường màu xanh có góc tù.</w:t>
            </w:r>
          </w:p>
          <w:p w:rsidR="00A23C6E" w:rsidRPr="0074741F" w:rsidRDefault="00DD0248">
            <w:pPr>
              <w:spacing w:after="0" w:line="240" w:lineRule="auto"/>
            </w:pPr>
            <w:r w:rsidRPr="0074741F">
              <w:rPr>
                <w:rFonts w:cs="Times New Roman"/>
              </w:rPr>
              <w:t>- HS đặt thước đo và báo cáo số đo 120°.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4:</w:t>
            </w:r>
          </w:p>
          <w:p w:rsidR="00A23C6E" w:rsidRPr="0074741F" w:rsidRDefault="00DD0248">
            <w:pPr>
              <w:spacing w:after="0" w:line="240" w:lineRule="auto"/>
            </w:pPr>
            <w:r w:rsidRPr="0074741F">
              <w:rPr>
                <w:rFonts w:cs="Times New Roman"/>
              </w:rPr>
              <w:t>- Gọi HS đọc yêu cầu.</w:t>
            </w:r>
          </w:p>
          <w:p w:rsidR="00A23C6E" w:rsidRPr="0074741F" w:rsidRDefault="00DD0248" w:rsidP="0074741F">
            <w:pPr>
              <w:spacing w:after="0" w:line="240" w:lineRule="auto"/>
            </w:pPr>
            <w:r w:rsidRPr="0074741F">
              <w:rPr>
                <w:rFonts w:cs="Times New Roman"/>
              </w:rPr>
              <w:t>- Yêu cầu HS quan sát các mặt đồng hồ, nêu loại góc tạo bởi kim giờ và kim phút.</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quan sát, thảo luận và nêu: 6 giờ tạo góc bẹt; 2 giờ tạo góc nhọn; 9 giờ tạo góc vuông; 4 giờ tạo góc tù.</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lastRenderedPageBreak/>
              <w:t>- Câu b: GV yêu cầu HS tìm một thời điểm khác mà khi đó kim giờ và kim phút tạo thành góc vuông.</w:t>
            </w:r>
          </w:p>
          <w:p w:rsidR="00A23C6E" w:rsidRPr="0074741F" w:rsidRDefault="00DD0248">
            <w:pPr>
              <w:spacing w:after="0" w:line="240" w:lineRule="auto"/>
            </w:pPr>
            <w:r w:rsidRPr="0074741F">
              <w:rPr>
                <w:rFonts w:cs="Times New Roman"/>
              </w:rPr>
              <w:t>- GV củng cố cách nhận diện góc tạo bởi kim đồng hồ.</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ví dụ: 3 giờ.</w:t>
            </w:r>
          </w:p>
          <w:p w:rsidR="00A23C6E" w:rsidRPr="0074741F" w:rsidRDefault="00DD0248">
            <w:pPr>
              <w:spacing w:after="0" w:line="240" w:lineRule="auto"/>
            </w:pPr>
            <w:r w:rsidRPr="0074741F">
              <w:rPr>
                <w:rFonts w:cs="Times New Roman"/>
              </w:rPr>
              <w:t>- HS lắng nghe, nhận xét câu trả lời của bạn.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5:</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Yêu cầu HS suy nghĩ cá nhân sau đó thảo luận nhóm 4.</w:t>
            </w:r>
          </w:p>
          <w:p w:rsidR="00A23C6E" w:rsidRPr="0074741F" w:rsidRDefault="00DD0248" w:rsidP="0074741F">
            <w:pPr>
              <w:spacing w:after="0" w:line="240" w:lineRule="auto"/>
            </w:pPr>
            <w:r w:rsidRPr="0074741F">
              <w:rPr>
                <w:rFonts w:cs="Times New Roman"/>
              </w:rPr>
              <w:t>+ Tại sao nan xe A không phải nan xe mà con mọt đang gặm?</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quan sát nan màu xanh và hai nan đỏ A, B.</w:t>
            </w:r>
          </w:p>
          <w:p w:rsidR="00A23C6E" w:rsidRPr="0074741F" w:rsidRDefault="00DD0248">
            <w:pPr>
              <w:spacing w:after="0" w:line="240" w:lineRule="auto"/>
            </w:pPr>
            <w:r w:rsidRPr="0074741F">
              <w:rPr>
                <w:rFonts w:cs="Times New Roman"/>
              </w:rPr>
              <w:t>- HS giải thích: Nan màu xanh tạo với nan đỏ A một góc tù; vì nan còn lại phải tạo góc tù nên nan A còn nguyên, nan B bị mọt gặm.</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Mời nhóm khác nhận xét, bổ sung.</w:t>
            </w:r>
          </w:p>
          <w:p w:rsidR="00A23C6E" w:rsidRPr="0074741F" w:rsidRDefault="00DD0248">
            <w:pPr>
              <w:spacing w:after="0" w:line="240" w:lineRule="auto"/>
            </w:pPr>
            <w:r w:rsidRPr="0074741F">
              <w:rPr>
                <w:rFonts w:cs="Times New Roman"/>
              </w:rPr>
              <w:t>- GV củng cố cách nhận diện góc tạo bởi các nan xe bằng gỗ.</w:t>
            </w:r>
          </w:p>
          <w:p w:rsidR="00A23C6E" w:rsidRPr="0074741F" w:rsidRDefault="00DD0248">
            <w:pPr>
              <w:spacing w:after="0" w:line="240" w:lineRule="auto"/>
            </w:pPr>
            <w:r w:rsidRPr="0074741F">
              <w:rPr>
                <w:rFonts w:cs="Times New Roman"/>
              </w:rPr>
              <w:t>- GV cùng HS nhận xét, tuyên dương HS.</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Nhóm khác nhận xét, bổ sung.</w:t>
            </w:r>
          </w:p>
          <w:p w:rsidR="00A23C6E" w:rsidRPr="0074741F" w:rsidRDefault="00DD0248">
            <w:pPr>
              <w:spacing w:after="0" w:line="240" w:lineRule="auto"/>
            </w:pPr>
            <w:r w:rsidRPr="0074741F">
              <w:rPr>
                <w:rFonts w:cs="Times New Roman"/>
              </w:rPr>
              <w:t>- HS nêu đáp án: Nan xe B là nan xe bị mọt gặm.</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3. Vận dụng, trải nghiệm</w:t>
            </w:r>
          </w:p>
          <w:p w:rsidR="00A23C6E" w:rsidRPr="0074741F" w:rsidRDefault="00DD0248">
            <w:pPr>
              <w:spacing w:after="0" w:line="240" w:lineRule="auto"/>
            </w:pPr>
            <w:r w:rsidRPr="0074741F">
              <w:rPr>
                <w:rFonts w:cs="Times New Roman"/>
                <w:b/>
              </w:rPr>
              <w:t>- Mục tiêu: Củng cố những kiến thức đã học trong tiết học để học sinh khắc sâu nội dung.</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Nêu các bước đo góc?</w:t>
            </w:r>
          </w:p>
          <w:p w:rsidR="00A23C6E" w:rsidRPr="0074741F" w:rsidRDefault="00DD0248">
            <w:pPr>
              <w:spacing w:after="0" w:line="240" w:lineRule="auto"/>
            </w:pPr>
            <w:r w:rsidRPr="0074741F">
              <w:rPr>
                <w:rFonts w:cs="Times New Roman"/>
              </w:rPr>
              <w:t>- GV cho HS quan sát một mặt đồng hồ và nêu loại góc khi kim chỉ 5 giờ.</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các bước đo góc.</w:t>
            </w:r>
          </w:p>
          <w:p w:rsidR="00A23C6E" w:rsidRPr="0074741F" w:rsidRDefault="00DD0248">
            <w:pPr>
              <w:spacing w:after="0" w:line="240" w:lineRule="auto"/>
            </w:pPr>
            <w:r w:rsidRPr="0074741F">
              <w:rPr>
                <w:rFonts w:cs="Times New Roman"/>
              </w:rPr>
              <w:t>- HS trả lời: Hai kim tạo góc tù.</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Nhận xét tiết học.</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tc>
      </w:tr>
    </w:tbl>
    <w:p w:rsidR="00A23C6E" w:rsidRPr="0074741F" w:rsidRDefault="00DD0248">
      <w:pPr>
        <w:spacing w:after="0" w:line="240" w:lineRule="auto"/>
      </w:pPr>
      <w:r w:rsidRPr="0074741F">
        <w:rPr>
          <w:rFonts w:cs="Times New Roman"/>
          <w:b/>
        </w:rPr>
        <w:t>IV. ĐIỀU CHỈNH SAU BÀI DẠY (nếu có):</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A23C6E">
      <w:pPr>
        <w:spacing w:after="0" w:line="240" w:lineRule="auto"/>
      </w:pPr>
    </w:p>
    <w:p w:rsidR="00A23C6E" w:rsidRPr="0074741F" w:rsidRDefault="00DD0248">
      <w:pPr>
        <w:spacing w:after="0" w:line="240" w:lineRule="auto"/>
        <w:jc w:val="center"/>
      </w:pPr>
      <w:r w:rsidRPr="0074741F">
        <w:rPr>
          <w:rFonts w:cs="Times New Roman"/>
          <w:b/>
        </w:rPr>
        <w:t>KẾ HOẠCH BÀI DẠY MÔN TOÁN LỚP 4 - TUẦN 4</w:t>
      </w:r>
    </w:p>
    <w:p w:rsidR="00A23C6E" w:rsidRPr="0074741F" w:rsidRDefault="00DD0248">
      <w:pPr>
        <w:spacing w:after="0" w:line="240" w:lineRule="auto"/>
        <w:jc w:val="center"/>
      </w:pPr>
      <w:r w:rsidRPr="0074741F">
        <w:rPr>
          <w:rFonts w:cs="Times New Roman"/>
          <w:b/>
        </w:rPr>
        <w:t>BÀI 8: GÓC NHỌN, GÓC TÙ, GÓC BẸT</w:t>
      </w:r>
    </w:p>
    <w:p w:rsidR="00A23C6E" w:rsidRPr="0074741F" w:rsidRDefault="00DD0248">
      <w:pPr>
        <w:spacing w:after="0" w:line="240" w:lineRule="auto"/>
        <w:jc w:val="center"/>
      </w:pPr>
      <w:r w:rsidRPr="0074741F">
        <w:rPr>
          <w:rFonts w:cs="Times New Roman"/>
          <w:b/>
        </w:rPr>
        <w:t>TIẾT 19: LUYỆN TẬP - TRÒ CHƠI (TIẾT 3)</w:t>
      </w:r>
    </w:p>
    <w:p w:rsidR="00A23C6E" w:rsidRPr="0074741F" w:rsidRDefault="00DD0248">
      <w:pPr>
        <w:spacing w:after="0" w:line="240" w:lineRule="auto"/>
      </w:pPr>
      <w:r w:rsidRPr="0074741F">
        <w:rPr>
          <w:rFonts w:cs="Times New Roman"/>
          <w:b/>
        </w:rPr>
        <w:t>I. YÊU CẦU CẦN ĐẠT</w:t>
      </w:r>
    </w:p>
    <w:p w:rsidR="00A23C6E" w:rsidRPr="0074741F" w:rsidRDefault="00DD0248">
      <w:pPr>
        <w:spacing w:after="0" w:line="240" w:lineRule="auto"/>
      </w:pPr>
      <w:r w:rsidRPr="0074741F">
        <w:rPr>
          <w:rFonts w:cs="Times New Roman"/>
          <w:b/>
        </w:rPr>
        <w:t>1. Năng lực đặc thù:</w:t>
      </w:r>
    </w:p>
    <w:p w:rsidR="00A23C6E" w:rsidRPr="0074741F" w:rsidRDefault="00DD0248">
      <w:pPr>
        <w:spacing w:after="0" w:line="240" w:lineRule="auto"/>
      </w:pPr>
      <w:r w:rsidRPr="0074741F">
        <w:rPr>
          <w:rFonts w:cs="Times New Roman"/>
        </w:rPr>
        <w:t>- Củng cố kĩ năng nhận biết các loại góc: góc nhọn, góc vuông, góc tù, góc bẹt.</w:t>
      </w:r>
    </w:p>
    <w:p w:rsidR="00A23C6E" w:rsidRPr="0074741F" w:rsidRDefault="00DD0248">
      <w:pPr>
        <w:spacing w:after="0" w:line="240" w:lineRule="auto"/>
      </w:pPr>
      <w:r w:rsidRPr="0074741F">
        <w:rPr>
          <w:rFonts w:cs="Times New Roman"/>
        </w:rPr>
        <w:t>- Làm quen với các tình huống thực tế có góc nhọn, góc vuông, góc tù, góc bẹt.</w:t>
      </w:r>
    </w:p>
    <w:p w:rsidR="00A23C6E" w:rsidRPr="0074741F" w:rsidRDefault="00DD0248">
      <w:pPr>
        <w:spacing w:after="0" w:line="240" w:lineRule="auto"/>
      </w:pPr>
      <w:r w:rsidRPr="0074741F">
        <w:rPr>
          <w:rFonts w:cs="Times New Roman"/>
        </w:rPr>
        <w:t>- Ôn tập cách xác định số đo và đo góc bằng thước đo góc.</w:t>
      </w:r>
    </w:p>
    <w:p w:rsidR="00A23C6E" w:rsidRPr="0074741F" w:rsidRDefault="00DD0248">
      <w:pPr>
        <w:spacing w:after="0" w:line="240" w:lineRule="auto"/>
      </w:pPr>
      <w:r w:rsidRPr="0074741F">
        <w:rPr>
          <w:rFonts w:cs="Times New Roman"/>
        </w:rPr>
        <w:t>- Tham gia trò chơi học tập để vận dụng nhanh kiến thức về các loại góc.</w:t>
      </w:r>
    </w:p>
    <w:p w:rsidR="00A23C6E" w:rsidRPr="0074741F" w:rsidRDefault="00DD0248">
      <w:pPr>
        <w:spacing w:after="0" w:line="240" w:lineRule="auto"/>
      </w:pPr>
      <w:r w:rsidRPr="0074741F">
        <w:rPr>
          <w:rFonts w:cs="Times New Roman"/>
          <w:b/>
        </w:rPr>
        <w:t>2. Năng lực chung:</w:t>
      </w:r>
    </w:p>
    <w:p w:rsidR="00A23C6E" w:rsidRPr="0074741F" w:rsidRDefault="00DD0248">
      <w:pPr>
        <w:spacing w:after="0" w:line="240" w:lineRule="auto"/>
      </w:pPr>
      <w:r w:rsidRPr="0074741F">
        <w:rPr>
          <w:rFonts w:cs="Times New Roman"/>
        </w:rPr>
        <w:t>- Tư duy và lập luận toán học: Biết quan sát, phân tích để phân biệt và đo các loại góc.</w:t>
      </w:r>
    </w:p>
    <w:p w:rsidR="00A23C6E" w:rsidRPr="0074741F" w:rsidRDefault="00DD0248">
      <w:pPr>
        <w:spacing w:after="0" w:line="240" w:lineRule="auto"/>
      </w:pPr>
      <w:r w:rsidRPr="0074741F">
        <w:rPr>
          <w:rFonts w:cs="Times New Roman"/>
        </w:rPr>
        <w:t>- Giải quyết vấn đề: Vận dụng kiến thức về góc để giải quyết bài tập và tình huống gắn với thực tế.</w:t>
      </w:r>
    </w:p>
    <w:p w:rsidR="00A23C6E" w:rsidRPr="0074741F" w:rsidRDefault="00DD0248">
      <w:pPr>
        <w:spacing w:after="0" w:line="240" w:lineRule="auto"/>
      </w:pPr>
      <w:r w:rsidRPr="0074741F">
        <w:rPr>
          <w:rFonts w:cs="Times New Roman"/>
        </w:rPr>
        <w:t>- Giao tiếp và hợp tác: Biết chia sẻ, thảo luận, cùng bạn nhận xét và kiểm tra góc trong nhóm.</w:t>
      </w:r>
    </w:p>
    <w:p w:rsidR="00A23C6E" w:rsidRPr="0074741F" w:rsidRDefault="00DD0248">
      <w:pPr>
        <w:spacing w:after="0" w:line="240" w:lineRule="auto"/>
      </w:pPr>
      <w:r w:rsidRPr="0074741F">
        <w:rPr>
          <w:rFonts w:cs="Times New Roman"/>
          <w:b/>
        </w:rPr>
        <w:t>3. Phẩm chất:</w:t>
      </w:r>
    </w:p>
    <w:p w:rsidR="00A23C6E" w:rsidRPr="0074741F" w:rsidRDefault="00DD0248">
      <w:pPr>
        <w:spacing w:after="0" w:line="240" w:lineRule="auto"/>
      </w:pPr>
      <w:r w:rsidRPr="0074741F">
        <w:rPr>
          <w:rFonts w:cs="Times New Roman"/>
        </w:rPr>
        <w:t>- Chăm chỉ: Tích cực luyện tập, cẩn thận khi đo góc và ghi kết quả.</w:t>
      </w:r>
    </w:p>
    <w:p w:rsidR="00A23C6E" w:rsidRPr="0074741F" w:rsidRDefault="00DD0248">
      <w:pPr>
        <w:spacing w:after="0" w:line="240" w:lineRule="auto"/>
      </w:pPr>
      <w:r w:rsidRPr="0074741F">
        <w:rPr>
          <w:rFonts w:cs="Times New Roman"/>
        </w:rPr>
        <w:t>- Trách nhiệm: Hoàn thành nhiệm vụ học tập, tuân thủ luật chơi.</w:t>
      </w:r>
    </w:p>
    <w:p w:rsidR="00A23C6E" w:rsidRPr="0074741F" w:rsidRDefault="00DD0248">
      <w:pPr>
        <w:spacing w:after="0" w:line="240" w:lineRule="auto"/>
      </w:pPr>
      <w:r w:rsidRPr="0074741F">
        <w:rPr>
          <w:rFonts w:cs="Times New Roman"/>
        </w:rPr>
        <w:t>- Trung thực: Di chuyển đúng số ô và trả lời đúng theo kết quả gieo xúc xắc.</w:t>
      </w:r>
    </w:p>
    <w:p w:rsidR="00A23C6E" w:rsidRPr="0074741F" w:rsidRDefault="00DD0248">
      <w:pPr>
        <w:spacing w:after="0" w:line="240" w:lineRule="auto"/>
      </w:pPr>
      <w:r w:rsidRPr="0074741F">
        <w:rPr>
          <w:rFonts w:cs="Times New Roman"/>
          <w:b/>
        </w:rPr>
        <w:lastRenderedPageBreak/>
        <w:t>II. ĐỒ DÙNG DẠY HỌC</w:t>
      </w:r>
    </w:p>
    <w:p w:rsidR="00A23C6E" w:rsidRPr="0074741F" w:rsidRDefault="00DD0248">
      <w:pPr>
        <w:spacing w:after="0" w:line="240" w:lineRule="auto"/>
      </w:pPr>
      <w:r w:rsidRPr="0074741F">
        <w:rPr>
          <w:rFonts w:cs="Times New Roman"/>
        </w:rPr>
        <w:t>- GV: SGK Toán 4, kế hoạch bài dạy, máy tính, ti vi, bài giảng điện tử, bảng phụ, phiếu học tập, thước đo góc cỡ lớn, ê-ke và tranh/bài tập SGK được cắt đúng nội dung.</w:t>
      </w:r>
    </w:p>
    <w:p w:rsidR="00A23C6E" w:rsidRPr="0074741F" w:rsidRDefault="00DD0248">
      <w:pPr>
        <w:spacing w:after="0" w:line="240" w:lineRule="auto"/>
      </w:pPr>
      <w:r w:rsidRPr="0074741F">
        <w:rPr>
          <w:rFonts w:cs="Times New Roman"/>
        </w:rPr>
        <w:t>- HS: SGK, vở ghi, bút, bảng con, thước đo góc, ê-ke, phiếu học tập và đồ dùng học tập cá nhân.</w:t>
      </w:r>
    </w:p>
    <w:p w:rsidR="00A23C6E" w:rsidRPr="0074741F" w:rsidRDefault="00DD0248">
      <w:pPr>
        <w:spacing w:after="0" w:line="240" w:lineRule="auto"/>
      </w:pPr>
      <w:r w:rsidRPr="0074741F">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74741F" w:rsidRPr="0074741F" w:rsidTr="0074741F">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học sinh</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1. Khởi động</w:t>
            </w:r>
          </w:p>
          <w:p w:rsidR="00A23C6E" w:rsidRPr="0074741F" w:rsidRDefault="00DD0248">
            <w:pPr>
              <w:spacing w:after="0" w:line="240" w:lineRule="auto"/>
            </w:pPr>
            <w:r w:rsidRPr="0074741F">
              <w:rPr>
                <w:rFonts w:cs="Times New Roman"/>
                <w:b/>
              </w:rPr>
              <w:t>- Mục tiêu: Tạo không khí vui vẻ, phấn khởi trước giờ học; ôn nhanh tên các loại góc.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tổ chức trò chơi để tìm các góc: GV giơ nhanh thẻ hình, HS nêu tên loại góc.</w:t>
            </w:r>
          </w:p>
          <w:p w:rsidR="00A23C6E" w:rsidRPr="0074741F" w:rsidRDefault="00DD0248">
            <w:pPr>
              <w:spacing w:after="0" w:line="240" w:lineRule="auto"/>
            </w:pPr>
            <w:r w:rsidRPr="0074741F">
              <w:rPr>
                <w:rFonts w:cs="Times New Roman"/>
              </w:rPr>
              <w:t>- GV giới thiệu - ghi bài.</w:t>
            </w:r>
          </w:p>
        </w:tc>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tham gia trò chơi, giơ thẻ hoặc gọi tên góc.</w:t>
            </w:r>
          </w:p>
          <w:p w:rsidR="00A23C6E" w:rsidRPr="0074741F" w:rsidRDefault="00DD0248">
            <w:pPr>
              <w:spacing w:after="0" w:line="240" w:lineRule="auto"/>
            </w:pPr>
            <w:r w:rsidRPr="0074741F">
              <w:rPr>
                <w:rFonts w:cs="Times New Roman"/>
              </w:rPr>
              <w:t>- HS ghi tên bài.</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2. Luyện tập, thực hành</w:t>
            </w:r>
          </w:p>
          <w:p w:rsidR="00A23C6E" w:rsidRPr="0074741F" w:rsidRDefault="00DD0248">
            <w:pPr>
              <w:spacing w:after="0" w:line="240" w:lineRule="auto"/>
            </w:pPr>
            <w:r w:rsidRPr="0074741F">
              <w:rPr>
                <w:rFonts w:cs="Times New Roman"/>
                <w:b/>
              </w:rPr>
              <w:t>- Mục tiêu: Củng cố nhận biết góc nhọn, góc vuông, góc tù, góc bẹt; vận dụng qua hình ảnh và trò chơi.</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1:</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gì?</w:t>
            </w:r>
          </w:p>
          <w:p w:rsidR="00A23C6E" w:rsidRPr="0074741F" w:rsidRDefault="00DD0248" w:rsidP="0074741F">
            <w:pPr>
              <w:spacing w:after="0" w:line="240" w:lineRule="auto"/>
            </w:pPr>
            <w:r w:rsidRPr="0074741F">
              <w:rPr>
                <w:rFonts w:cs="Times New Roman"/>
              </w:rPr>
              <w:t>- GV yêu cầu HS lên nhận diện kiểu góc tạo bởi một số chiếc càng cua trong hình. HS ở dưới quan sát, lắng nghe, nhận xét, bổ sung.</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Tìm một góc tù, một góc nhọn và một góc bẹt trong hình.</w:t>
            </w:r>
          </w:p>
          <w:p w:rsidR="00A23C6E" w:rsidRPr="0074741F" w:rsidRDefault="00DD0248">
            <w:pPr>
              <w:spacing w:after="0" w:line="240" w:lineRule="auto"/>
            </w:pPr>
            <w:r w:rsidRPr="0074741F">
              <w:rPr>
                <w:rFonts w:cs="Times New Roman"/>
              </w:rPr>
              <w:t>- HS lần lượt chỉ trực tiếp trên hình và nêu loại góc; HS khác dùng ê-ke hoặc so sánh với góc vuông để kiểm tra.</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làm cá nhân sau đó thảo luận nhóm đôi.</w:t>
            </w:r>
          </w:p>
          <w:p w:rsidR="00A23C6E" w:rsidRPr="0074741F" w:rsidRDefault="00DD0248">
            <w:pPr>
              <w:spacing w:after="0" w:line="240" w:lineRule="auto"/>
            </w:pPr>
            <w:r w:rsidRPr="0074741F">
              <w:rPr>
                <w:rFonts w:cs="Times New Roman"/>
              </w:rPr>
              <w:t>- Mời các nhóm báo cáo kết quả.</w:t>
            </w:r>
          </w:p>
          <w:p w:rsidR="00A23C6E" w:rsidRPr="0074741F" w:rsidRDefault="00DD0248">
            <w:pPr>
              <w:spacing w:after="0" w:line="240" w:lineRule="auto"/>
            </w:pPr>
            <w:r w:rsidRPr="0074741F">
              <w:rPr>
                <w:rFonts w:cs="Times New Roman"/>
              </w:rPr>
              <w:t>+ Làm sao để xác định được loại góc?</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đánh dấu một ví dụ cho mỗi loại góc.</w:t>
            </w:r>
          </w:p>
          <w:p w:rsidR="00A23C6E" w:rsidRPr="0074741F" w:rsidRDefault="00DD0248">
            <w:pPr>
              <w:spacing w:after="0" w:line="240" w:lineRule="auto"/>
            </w:pPr>
            <w:r w:rsidRPr="0074741F">
              <w:rPr>
                <w:rFonts w:cs="Times New Roman"/>
              </w:rPr>
              <w:t>- Đại diện nhóm chỉ trên tranh; các nhóm khác nhận xét, bổ sung.</w:t>
            </w:r>
          </w:p>
          <w:p w:rsidR="00A23C6E" w:rsidRPr="0074741F" w:rsidRDefault="00DD0248">
            <w:pPr>
              <w:spacing w:after="0" w:line="240" w:lineRule="auto"/>
            </w:pPr>
            <w:r w:rsidRPr="0074741F">
              <w:rPr>
                <w:rFonts w:cs="Times New Roman"/>
              </w:rPr>
              <w:t>- HS trả lời: Quan sát độ mở và kiểm tra bằng góc vuông của ê-ke.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nhận xét chung, tuyên dương HS; chấp nhận các cách chỉ đúng trên hình.</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 sửa cách chỉ nếu cần.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2:</w:t>
            </w:r>
          </w:p>
          <w:p w:rsidR="00A23C6E" w:rsidRPr="0074741F" w:rsidRDefault="00DD0248">
            <w:pPr>
              <w:spacing w:after="0" w:line="240" w:lineRule="auto"/>
            </w:pPr>
            <w:r w:rsidRPr="0074741F">
              <w:rPr>
                <w:rFonts w:cs="Times New Roman"/>
              </w:rPr>
              <w:t>- Gọi HS đọc yêu cầu.</w:t>
            </w:r>
          </w:p>
          <w:p w:rsidR="00A23C6E" w:rsidRPr="0074741F" w:rsidRDefault="00DD0248" w:rsidP="0074741F">
            <w:pPr>
              <w:spacing w:after="0" w:line="240" w:lineRule="auto"/>
            </w:pPr>
            <w:r w:rsidRPr="0074741F">
              <w:rPr>
                <w:rFonts w:cs="Times New Roman"/>
              </w:rPr>
              <w:t>- Yêu cầu HS làm phiếu sau đó đổi chéo, thảo luận, kiểm tra trong nhóm 2.</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đếm các góc có trong hình rồi ghi số vào ô trống.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kết quả và cách làm.</w:t>
            </w:r>
          </w:p>
          <w:p w:rsidR="00A23C6E" w:rsidRPr="0074741F" w:rsidRDefault="00DD0248">
            <w:pPr>
              <w:spacing w:after="0" w:line="240" w:lineRule="auto"/>
            </w:pPr>
            <w:r w:rsidRPr="0074741F">
              <w:rPr>
                <w:rFonts w:cs="Times New Roman"/>
              </w:rPr>
              <w:t>+ Hình bên có mấy góc nhọn, góc vuông, góc tù?</w:t>
            </w:r>
          </w:p>
          <w:p w:rsidR="00A23C6E" w:rsidRPr="0074741F" w:rsidRDefault="00DD0248">
            <w:pPr>
              <w:spacing w:after="0" w:line="240" w:lineRule="auto"/>
            </w:pPr>
            <w:r w:rsidRPr="0074741F">
              <w:rPr>
                <w:rFonts w:cs="Times New Roman"/>
              </w:rPr>
              <w:t>+ Hình có góc bẹt không? Chỉ và nêu rõ.</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Đếm tại từng đỉnh A, B, C, H.</w:t>
            </w:r>
          </w:p>
          <w:p w:rsidR="00A23C6E" w:rsidRPr="0074741F" w:rsidRDefault="00DD0248">
            <w:pPr>
              <w:spacing w:after="0" w:line="240" w:lineRule="auto"/>
            </w:pPr>
            <w:r w:rsidRPr="0074741F">
              <w:rPr>
                <w:rFonts w:cs="Times New Roman"/>
              </w:rPr>
              <w:t>- HS trả lời: Có 4 góc nhọn, 2 góc vuông, 1 góc tù.</w:t>
            </w:r>
          </w:p>
          <w:p w:rsidR="00A23C6E" w:rsidRPr="0074741F" w:rsidRDefault="00DD0248">
            <w:pPr>
              <w:spacing w:after="0" w:line="240" w:lineRule="auto"/>
            </w:pPr>
            <w:r w:rsidRPr="0074741F">
              <w:rPr>
                <w:rFonts w:cs="Times New Roman"/>
              </w:rPr>
              <w:t>- HS nêu: Có 2 góc bẹt cùng đỉnh H, cạnh HB và HC, gồm một góc ở phía trên và một góc ở phía dưới đường thẳng BC.</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củng cố cách đếm góc, tránh bỏ sót góc lớn tạo bởi hai tia không liền nhau.</w:t>
            </w:r>
          </w:p>
          <w:p w:rsidR="00A23C6E" w:rsidRPr="0074741F" w:rsidRDefault="00DD0248">
            <w:pPr>
              <w:spacing w:after="0" w:line="240" w:lineRule="auto"/>
            </w:pPr>
            <w:r w:rsidRPr="0074741F">
              <w:rPr>
                <w:rFonts w:cs="Times New Roman"/>
              </w:rPr>
              <w:t>- GV chốt đáp án và khen ngợi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đối chiếu kết quả, sửa bài.</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3: Trò chơi “Giải cứu khủng long”</w:t>
            </w:r>
          </w:p>
          <w:p w:rsidR="00A23C6E" w:rsidRPr="0074741F" w:rsidRDefault="00DD0248">
            <w:pPr>
              <w:spacing w:after="0" w:line="240" w:lineRule="auto"/>
            </w:pPr>
            <w:r w:rsidRPr="0074741F">
              <w:rPr>
                <w:rFonts w:cs="Times New Roman"/>
              </w:rPr>
              <w:t>- Gọi HS đọc yêu cầu.</w:t>
            </w:r>
          </w:p>
          <w:p w:rsidR="00A23C6E" w:rsidRPr="0074741F" w:rsidRDefault="00DD0248" w:rsidP="0074741F">
            <w:pPr>
              <w:spacing w:after="0" w:line="240" w:lineRule="auto"/>
            </w:pPr>
            <w:r w:rsidRPr="0074741F">
              <w:rPr>
                <w:rFonts w:cs="Times New Roman"/>
              </w:rPr>
              <w:t>- GV hướng dẫn cách chơi, luật chơi.</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 phần cách chơi.</w:t>
            </w:r>
          </w:p>
          <w:p w:rsidR="00A23C6E" w:rsidRPr="0074741F" w:rsidRDefault="00DD0248">
            <w:pPr>
              <w:spacing w:after="0" w:line="240" w:lineRule="auto"/>
            </w:pPr>
            <w:r w:rsidRPr="0074741F">
              <w:rPr>
                <w:rFonts w:cs="Times New Roman"/>
              </w:rPr>
              <w:t>- HS quan sát bàn cờ, chuẩn bị xúc xắc và vật làm quân chơi.</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lastRenderedPageBreak/>
              <w:t>- GV tổ chức trò chơi cho HS tham gia theo cặp đôi hoặc hai đội.</w:t>
            </w:r>
          </w:p>
          <w:p w:rsidR="00A23C6E" w:rsidRPr="0074741F" w:rsidRDefault="00DD0248" w:rsidP="0074741F">
            <w:pPr>
              <w:spacing w:after="0" w:line="240" w:lineRule="auto"/>
            </w:pPr>
            <w:r w:rsidRPr="0074741F">
              <w:rPr>
                <w:rFonts w:cs="Times New Roman"/>
              </w:rPr>
              <w:t>- Khi đến ô có đồng hồ, GV yêu cầu HS đọc giờ và xác định góc tạo bởi kim giờ, kim phút.</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gieo xúc xắc; số chấm lẻ đi 1 ô, số chấm chẵn đi 2 ô; dừng đúng vị trí theo luật.</w:t>
            </w:r>
          </w:p>
          <w:p w:rsidR="00A23C6E" w:rsidRPr="0074741F" w:rsidRDefault="00DD0248">
            <w:pPr>
              <w:spacing w:after="0" w:line="240" w:lineRule="auto"/>
            </w:pPr>
            <w:r w:rsidRPr="0074741F">
              <w:rPr>
                <w:rFonts w:cs="Times New Roman"/>
              </w:rPr>
              <w:t>- HS nêu “góc nhọn”, “góc vuông”, “góc tù” hoặc “góc bẹt”; trả lời đúng được ở lại, sai quay về ô trước đó.</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đánh giá, nhận xét, tổng kết trò chơi.</w:t>
            </w:r>
          </w:p>
          <w:p w:rsidR="00A23C6E" w:rsidRPr="0074741F" w:rsidRDefault="00DD0248">
            <w:pPr>
              <w:spacing w:after="0" w:line="240" w:lineRule="auto"/>
            </w:pPr>
            <w:r w:rsidRPr="0074741F">
              <w:rPr>
                <w:rFonts w:cs="Times New Roman"/>
              </w:rPr>
              <w:t>- GV cùng HS nhận xét, tuyên dương HS.</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người hoặc đội đến ô màu xanh trước.</w:t>
            </w:r>
          </w:p>
          <w:p w:rsidR="00A23C6E" w:rsidRPr="0074741F" w:rsidRDefault="00DD0248">
            <w:pPr>
              <w:spacing w:after="0" w:line="240" w:lineRule="auto"/>
            </w:pPr>
            <w:r w:rsidRPr="0074741F">
              <w:rPr>
                <w:rFonts w:cs="Times New Roman"/>
              </w:rPr>
              <w:t>- HS lắng nghe, chúc mừng bạn.</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3. Vận dụng, trải nghiệm</w:t>
            </w:r>
          </w:p>
          <w:p w:rsidR="00A23C6E" w:rsidRPr="0074741F" w:rsidRDefault="00DD0248">
            <w:pPr>
              <w:spacing w:after="0" w:line="240" w:lineRule="auto"/>
            </w:pPr>
            <w:r w:rsidRPr="0074741F">
              <w:rPr>
                <w:rFonts w:cs="Times New Roman"/>
                <w:b/>
              </w:rPr>
              <w:t>- Mục tiêu: Củng cố những kiến thức đã học trong tiết học để học sinh khắc sâu nội dung.</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Tiết học hôm nay em được củng cố những kiến thức gì?</w:t>
            </w:r>
          </w:p>
          <w:p w:rsidR="00A23C6E" w:rsidRPr="0074741F" w:rsidRDefault="00DD0248">
            <w:pPr>
              <w:spacing w:after="0" w:line="240" w:lineRule="auto"/>
            </w:pPr>
            <w:r w:rsidRPr="0074741F">
              <w:rPr>
                <w:rFonts w:cs="Times New Roman"/>
              </w:rPr>
              <w:t>- GV yêu cầu HS nêu một tình huống thực tế có góc bẹt.</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Nhận biết, phân loại và đếm góc nhọn, góc vuông, góc tù, góc bẹt.</w:t>
            </w:r>
          </w:p>
          <w:p w:rsidR="00A23C6E" w:rsidRPr="0074741F" w:rsidRDefault="00DD0248">
            <w:pPr>
              <w:spacing w:after="0" w:line="240" w:lineRule="auto"/>
            </w:pPr>
            <w:r w:rsidRPr="0074741F">
              <w:rPr>
                <w:rFonts w:cs="Times New Roman"/>
              </w:rPr>
              <w:t>- HS nêu ví dụ: Hai kim đồng hồ lúc 6 giờ hoặc hai tia đối nhau trên một đường thẳng.</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Nhận xét tiết học.</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tc>
      </w:tr>
    </w:tbl>
    <w:p w:rsidR="00A23C6E" w:rsidRPr="0074741F" w:rsidRDefault="00DD0248">
      <w:pPr>
        <w:spacing w:after="0" w:line="240" w:lineRule="auto"/>
      </w:pPr>
      <w:r w:rsidRPr="0074741F">
        <w:rPr>
          <w:rFonts w:cs="Times New Roman"/>
          <w:b/>
        </w:rPr>
        <w:t>IV. ĐIỀU CHỈNH SAU BÀI DẠY (nếu có):</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A23C6E">
      <w:pPr>
        <w:spacing w:after="0" w:line="240" w:lineRule="auto"/>
      </w:pPr>
    </w:p>
    <w:p w:rsidR="00A23C6E" w:rsidRPr="0074741F" w:rsidRDefault="00DD0248">
      <w:pPr>
        <w:spacing w:after="0" w:line="240" w:lineRule="auto"/>
        <w:jc w:val="center"/>
      </w:pPr>
      <w:r w:rsidRPr="0074741F">
        <w:rPr>
          <w:rFonts w:cs="Times New Roman"/>
          <w:b/>
        </w:rPr>
        <w:t>KẾ HOẠCH BÀI DẠY MÔN TOÁN LỚP 4 - TUẦN 4</w:t>
      </w:r>
    </w:p>
    <w:p w:rsidR="00A23C6E" w:rsidRPr="0074741F" w:rsidRDefault="00DD0248">
      <w:pPr>
        <w:spacing w:after="0" w:line="240" w:lineRule="auto"/>
        <w:jc w:val="center"/>
      </w:pPr>
      <w:r w:rsidRPr="0074741F">
        <w:rPr>
          <w:rFonts w:cs="Times New Roman"/>
          <w:b/>
        </w:rPr>
        <w:t>BÀI 9: LUYỆN TẬP CHUNG</w:t>
      </w:r>
    </w:p>
    <w:p w:rsidR="00A23C6E" w:rsidRPr="0074741F" w:rsidRDefault="00DD0248">
      <w:pPr>
        <w:spacing w:after="0" w:line="240" w:lineRule="auto"/>
        <w:jc w:val="center"/>
      </w:pPr>
      <w:r w:rsidRPr="0074741F">
        <w:rPr>
          <w:rFonts w:cs="Times New Roman"/>
          <w:b/>
        </w:rPr>
        <w:t>TIẾT 20: LUYỆN TẬP (TIẾT 1)</w:t>
      </w:r>
    </w:p>
    <w:p w:rsidR="00A23C6E" w:rsidRPr="0074741F" w:rsidRDefault="00DD0248">
      <w:pPr>
        <w:spacing w:after="0" w:line="240" w:lineRule="auto"/>
      </w:pPr>
      <w:r w:rsidRPr="0074741F">
        <w:rPr>
          <w:rFonts w:cs="Times New Roman"/>
          <w:b/>
        </w:rPr>
        <w:t>I. YÊU CẦU CẦN ĐẠT</w:t>
      </w:r>
    </w:p>
    <w:p w:rsidR="00A23C6E" w:rsidRPr="0074741F" w:rsidRDefault="00DD0248">
      <w:pPr>
        <w:spacing w:after="0" w:line="240" w:lineRule="auto"/>
      </w:pPr>
      <w:r w:rsidRPr="0074741F">
        <w:rPr>
          <w:rFonts w:cs="Times New Roman"/>
          <w:b/>
        </w:rPr>
        <w:t>1. Năng lực đặc thù:</w:t>
      </w:r>
    </w:p>
    <w:p w:rsidR="00A23C6E" w:rsidRPr="0074741F" w:rsidRDefault="00DD0248">
      <w:pPr>
        <w:spacing w:after="0" w:line="240" w:lineRule="auto"/>
      </w:pPr>
      <w:r w:rsidRPr="0074741F">
        <w:rPr>
          <w:rFonts w:cs="Times New Roman"/>
        </w:rPr>
        <w:t>- Củng cố kĩ năng sử dụng đơn vị đo góc.</w:t>
      </w:r>
    </w:p>
    <w:p w:rsidR="00A23C6E" w:rsidRPr="0074741F" w:rsidRDefault="00DD0248">
      <w:pPr>
        <w:spacing w:after="0" w:line="240" w:lineRule="auto"/>
      </w:pPr>
      <w:r w:rsidRPr="0074741F">
        <w:rPr>
          <w:rFonts w:cs="Times New Roman"/>
        </w:rPr>
        <w:t>- Củng cố kĩ năng nhận biết các loại góc: góc nhọn, góc vuông, góc tù, góc bẹt.</w:t>
      </w:r>
    </w:p>
    <w:p w:rsidR="00A23C6E" w:rsidRPr="0074741F" w:rsidRDefault="00DD0248">
      <w:pPr>
        <w:spacing w:after="0" w:line="240" w:lineRule="auto"/>
      </w:pPr>
      <w:r w:rsidRPr="0074741F">
        <w:rPr>
          <w:rFonts w:cs="Times New Roman"/>
        </w:rPr>
        <w:t>- Vận dụng kiến thức để giải bài tập, bài toán thực tế liên quan đến đơn vị đo góc và nhận biết các loại góc.</w:t>
      </w:r>
    </w:p>
    <w:p w:rsidR="00A23C6E" w:rsidRPr="0074741F" w:rsidRDefault="00DD0248">
      <w:pPr>
        <w:spacing w:after="0" w:line="240" w:lineRule="auto"/>
      </w:pPr>
      <w:r w:rsidRPr="0074741F">
        <w:rPr>
          <w:rFonts w:cs="Times New Roman"/>
          <w:b/>
        </w:rPr>
        <w:t>2. Năng lực chung:</w:t>
      </w:r>
    </w:p>
    <w:p w:rsidR="00A23C6E" w:rsidRPr="0074741F" w:rsidRDefault="00DD0248">
      <w:pPr>
        <w:spacing w:after="0" w:line="240" w:lineRule="auto"/>
      </w:pPr>
      <w:r w:rsidRPr="0074741F">
        <w:rPr>
          <w:rFonts w:cs="Times New Roman"/>
        </w:rPr>
        <w:t>- Tự chủ và tự học: Chủ động luyện tập đo góc, nhận biết góc và tự rút ra kết luận.</w:t>
      </w:r>
    </w:p>
    <w:p w:rsidR="00A23C6E" w:rsidRPr="0074741F" w:rsidRDefault="00DD0248">
      <w:pPr>
        <w:spacing w:after="0" w:line="240" w:lineRule="auto"/>
      </w:pPr>
      <w:r w:rsidRPr="0074741F">
        <w:rPr>
          <w:rFonts w:cs="Times New Roman"/>
        </w:rPr>
        <w:t>- Giao tiếp và hợp tác: Biết thảo luận, chia sẻ kết quả với bạn trong hoạt động nhóm.</w:t>
      </w:r>
    </w:p>
    <w:p w:rsidR="00A23C6E" w:rsidRPr="0074741F" w:rsidRDefault="00DD0248">
      <w:pPr>
        <w:spacing w:after="0" w:line="240" w:lineRule="auto"/>
      </w:pPr>
      <w:r w:rsidRPr="0074741F">
        <w:rPr>
          <w:rFonts w:cs="Times New Roman"/>
        </w:rPr>
        <w:t>- Giải quyết vấn đề và sáng tạo: Vận dụng kiến thức về đơn vị đo góc và nhận biết góc để giải quyết bài tập, tình huống thực tiễn.</w:t>
      </w:r>
    </w:p>
    <w:p w:rsidR="00A23C6E" w:rsidRPr="0074741F" w:rsidRDefault="00DD0248">
      <w:pPr>
        <w:spacing w:after="0" w:line="240" w:lineRule="auto"/>
      </w:pPr>
      <w:r w:rsidRPr="0074741F">
        <w:rPr>
          <w:rFonts w:cs="Times New Roman"/>
          <w:b/>
        </w:rPr>
        <w:t>3. Phẩm chất:</w:t>
      </w:r>
    </w:p>
    <w:p w:rsidR="00A23C6E" w:rsidRPr="0074741F" w:rsidRDefault="00DD0248">
      <w:pPr>
        <w:spacing w:after="0" w:line="240" w:lineRule="auto"/>
      </w:pPr>
      <w:r w:rsidRPr="0074741F">
        <w:rPr>
          <w:rFonts w:cs="Times New Roman"/>
        </w:rPr>
        <w:t>- Chăm chỉ: Tích cực, kiên trì trong luyện tập đo và nhận biết góc.</w:t>
      </w:r>
    </w:p>
    <w:p w:rsidR="00A23C6E" w:rsidRPr="0074741F" w:rsidRDefault="00DD0248">
      <w:pPr>
        <w:spacing w:after="0" w:line="240" w:lineRule="auto"/>
      </w:pPr>
      <w:r w:rsidRPr="0074741F">
        <w:rPr>
          <w:rFonts w:cs="Times New Roman"/>
        </w:rPr>
        <w:t>- Trách nhiệm: Hoàn thành nhiệm vụ học tập, có ý thức vận dụng kiến thức vào thực tế, tôn trọng sự chính xác khoa học.</w:t>
      </w:r>
    </w:p>
    <w:p w:rsidR="00A23C6E" w:rsidRPr="0074741F" w:rsidRDefault="00DD0248">
      <w:pPr>
        <w:spacing w:after="0" w:line="240" w:lineRule="auto"/>
      </w:pPr>
      <w:r w:rsidRPr="0074741F">
        <w:rPr>
          <w:rFonts w:cs="Times New Roman"/>
        </w:rPr>
        <w:t>- Trung thực: Đo, ghi và báo cáo đúng số đo góc.</w:t>
      </w:r>
    </w:p>
    <w:p w:rsidR="00A23C6E" w:rsidRPr="0074741F" w:rsidRDefault="00DD0248">
      <w:pPr>
        <w:spacing w:after="0" w:line="240" w:lineRule="auto"/>
      </w:pPr>
      <w:r w:rsidRPr="0074741F">
        <w:rPr>
          <w:rFonts w:cs="Times New Roman"/>
          <w:b/>
        </w:rPr>
        <w:t>II. ĐỒ DÙNG DẠY HỌC</w:t>
      </w:r>
    </w:p>
    <w:p w:rsidR="00A23C6E" w:rsidRPr="0074741F" w:rsidRDefault="00DD0248">
      <w:pPr>
        <w:spacing w:after="0" w:line="240" w:lineRule="auto"/>
      </w:pPr>
      <w:r w:rsidRPr="0074741F">
        <w:rPr>
          <w:rFonts w:cs="Times New Roman"/>
        </w:rPr>
        <w:t>- GV: SGK Toán 4, kế hoạch bài dạy, máy tính, ti vi, bài giảng điện tử, bảng phụ, phiếu học tập, thước đo góc cỡ lớn, ê-ke và tranh/bài tập SGK được cắt đúng nội dung.</w:t>
      </w:r>
    </w:p>
    <w:p w:rsidR="00A23C6E" w:rsidRPr="0074741F" w:rsidRDefault="00DD0248">
      <w:pPr>
        <w:spacing w:after="0" w:line="240" w:lineRule="auto"/>
      </w:pPr>
      <w:r w:rsidRPr="0074741F">
        <w:rPr>
          <w:rFonts w:cs="Times New Roman"/>
        </w:rPr>
        <w:t>- HS: SGK, vở ghi, bút, bảng con, thước đo góc, ê-ke, phiếu học tập và đồ dùng học tập cá nhân.</w:t>
      </w:r>
    </w:p>
    <w:p w:rsidR="00A23C6E" w:rsidRPr="0074741F" w:rsidRDefault="00DD0248">
      <w:pPr>
        <w:spacing w:after="0" w:line="240" w:lineRule="auto"/>
      </w:pPr>
      <w:r w:rsidRPr="0074741F">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74741F" w:rsidRPr="0074741F" w:rsidTr="0074741F">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lastRenderedPageBreak/>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jc w:val="center"/>
            </w:pPr>
            <w:r w:rsidRPr="0074741F">
              <w:rPr>
                <w:rFonts w:cs="Times New Roman"/>
                <w:b/>
              </w:rPr>
              <w:t>Hoạt động của học sinh</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1. Khởi động</w:t>
            </w:r>
          </w:p>
          <w:p w:rsidR="00A23C6E" w:rsidRPr="0074741F" w:rsidRDefault="00DD0248">
            <w:pPr>
              <w:spacing w:after="0" w:line="240" w:lineRule="auto"/>
            </w:pPr>
            <w:r w:rsidRPr="0074741F">
              <w:rPr>
                <w:rFonts w:cs="Times New Roman"/>
                <w:b/>
              </w:rPr>
              <w:t>- Mục tiêu: Tạo không khí vui vẻ, phấn khởi trước giờ học; kiểm tra thao tác đo và nhận biết góc.</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Lên bảng thực hiện thao tác đo và kiểm tra một số góc?</w:t>
            </w:r>
          </w:p>
          <w:p w:rsidR="00A23C6E" w:rsidRPr="0074741F" w:rsidRDefault="00DD0248">
            <w:pPr>
              <w:spacing w:after="0" w:line="240" w:lineRule="auto"/>
            </w:pPr>
            <w:r w:rsidRPr="0074741F">
              <w:rPr>
                <w:rFonts w:cs="Times New Roman"/>
              </w:rPr>
              <w:t>- GV giới thiệu - ghi bài.</w:t>
            </w:r>
          </w:p>
        </w:tc>
        <w:tc>
          <w:tcPr>
            <w:tcW w:w="4592" w:type="dxa"/>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lên bảng thực hiện và trả lời; cả lớp nhận xét cách đặt thước.</w:t>
            </w:r>
          </w:p>
          <w:p w:rsidR="00A23C6E" w:rsidRPr="0074741F" w:rsidRDefault="00DD0248">
            <w:pPr>
              <w:spacing w:after="0" w:line="240" w:lineRule="auto"/>
            </w:pPr>
            <w:r w:rsidRPr="0074741F">
              <w:rPr>
                <w:rFonts w:cs="Times New Roman"/>
              </w:rPr>
              <w:t>- HS ghi tên bài.</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2. Luyện tập, thực hành</w:t>
            </w:r>
          </w:p>
          <w:p w:rsidR="00A23C6E" w:rsidRPr="0074741F" w:rsidRDefault="00DD0248">
            <w:pPr>
              <w:spacing w:after="0" w:line="240" w:lineRule="auto"/>
            </w:pPr>
            <w:r w:rsidRPr="0074741F">
              <w:rPr>
                <w:rFonts w:cs="Times New Roman"/>
                <w:b/>
              </w:rPr>
              <w:t>- Mục tiêu: Củng cố sử dụng đơn vị đo góc, nhận biết các loại góc và vận dụng giải bài tập thực tế.</w:t>
            </w:r>
          </w:p>
          <w:p w:rsidR="00A23C6E" w:rsidRPr="0074741F" w:rsidRDefault="00DD0248">
            <w:pPr>
              <w:spacing w:after="0" w:line="240" w:lineRule="auto"/>
            </w:pPr>
            <w:r w:rsidRPr="0074741F">
              <w:rPr>
                <w:rFonts w:cs="Times New Roman"/>
                <w:b/>
              </w:rPr>
              <w:t>- Cách tiến hành:</w:t>
            </w:r>
          </w:p>
        </w:tc>
      </w:tr>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1:</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gì?</w:t>
            </w:r>
          </w:p>
          <w:p w:rsidR="00A23C6E" w:rsidRPr="0074741F" w:rsidRDefault="00DD0248" w:rsidP="0074741F">
            <w:pPr>
              <w:spacing w:after="0" w:line="240" w:lineRule="auto"/>
            </w:pPr>
            <w:r w:rsidRPr="0074741F">
              <w:rPr>
                <w:rFonts w:cs="Times New Roman"/>
              </w:rPr>
              <w:t>- GV yêu cầu HS làm cá nhân sau đó thảo luận nhóm đôi.</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Đo rồi nêu số đo của các góc.</w:t>
            </w:r>
          </w:p>
          <w:p w:rsidR="00A23C6E" w:rsidRPr="0074741F" w:rsidRDefault="00DD0248">
            <w:pPr>
              <w:spacing w:after="0" w:line="240" w:lineRule="auto"/>
            </w:pPr>
            <w:r w:rsidRPr="0074741F">
              <w:rPr>
                <w:rFonts w:cs="Times New Roman"/>
              </w:rPr>
              <w:t>- HS dùng thước đo góc, ghi kết quả và đối chiếu với bạn.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Nêu kết quả đo em vừa thực hiện được?</w:t>
            </w:r>
          </w:p>
          <w:p w:rsidR="00A23C6E" w:rsidRPr="0074741F" w:rsidRDefault="00DD0248">
            <w:pPr>
              <w:spacing w:after="0" w:line="240" w:lineRule="auto"/>
            </w:pPr>
            <w:r w:rsidRPr="0074741F">
              <w:rPr>
                <w:rFonts w:cs="Times New Roman"/>
              </w:rPr>
              <w:t>+ Trong các góc em vừa đo, góc bẹt có số đo bao nhiêu độ?</w:t>
            </w:r>
          </w:p>
          <w:p w:rsidR="00A23C6E" w:rsidRPr="0074741F" w:rsidRDefault="00DD0248">
            <w:pPr>
              <w:spacing w:after="0" w:line="240" w:lineRule="auto"/>
            </w:pPr>
            <w:r w:rsidRPr="0074741F">
              <w:rPr>
                <w:rFonts w:cs="Times New Roman"/>
              </w:rPr>
              <w:t>+ Góc nhọn có số đo bao nhiêu độ?</w:t>
            </w:r>
          </w:p>
          <w:p w:rsidR="00A23C6E" w:rsidRPr="0074741F" w:rsidRDefault="00DD0248">
            <w:pPr>
              <w:spacing w:after="0" w:line="240" w:lineRule="auto"/>
            </w:pPr>
            <w:r w:rsidRPr="0074741F">
              <w:rPr>
                <w:rFonts w:cs="Times New Roman"/>
              </w:rPr>
              <w:t>+ Số đo góc tù là bao nhiêu độ?</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Góc AOB bằng 90°; góc MIN bằng 180°; góc CED bằng 120°; góc GKP bằng 60°.</w:t>
            </w:r>
          </w:p>
          <w:p w:rsidR="00A23C6E" w:rsidRPr="0074741F" w:rsidRDefault="00DD0248">
            <w:pPr>
              <w:spacing w:after="0" w:line="240" w:lineRule="auto"/>
            </w:pPr>
            <w:r w:rsidRPr="0074741F">
              <w:rPr>
                <w:rFonts w:cs="Times New Roman"/>
              </w:rPr>
              <w:t>- HS trả lời: Góc bẹt bằng 180°.</w:t>
            </w:r>
          </w:p>
          <w:p w:rsidR="00A23C6E" w:rsidRPr="0074741F" w:rsidRDefault="00DD0248">
            <w:pPr>
              <w:spacing w:after="0" w:line="240" w:lineRule="auto"/>
            </w:pPr>
            <w:r w:rsidRPr="0074741F">
              <w:rPr>
                <w:rFonts w:cs="Times New Roman"/>
              </w:rPr>
              <w:t>- HS trả lời: Góc nhọn nhỏ hơn 90°.</w:t>
            </w:r>
          </w:p>
          <w:p w:rsidR="00A23C6E" w:rsidRPr="0074741F" w:rsidRDefault="00DD0248">
            <w:pPr>
              <w:spacing w:after="0" w:line="240" w:lineRule="auto"/>
            </w:pPr>
            <w:r w:rsidRPr="0074741F">
              <w:rPr>
                <w:rFonts w:cs="Times New Roman"/>
              </w:rPr>
              <w:t>- HS trả lời: Góc tù lớn hơn 90° và nhỏ hơn 180°.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nhận xét, chốt kiến thức: Góc nhọn có số đo nhỏ hơn 90°, góc vuông bằng 90°, góc tù lớn hơn 90° và nhỏ hơn 180°, góc bẹt bằng 180°.</w:t>
            </w:r>
          </w:p>
          <w:p w:rsidR="00A23C6E" w:rsidRPr="0074741F" w:rsidRDefault="00DD0248">
            <w:pPr>
              <w:spacing w:after="0" w:line="240" w:lineRule="auto"/>
            </w:pPr>
            <w:r w:rsidRPr="0074741F">
              <w:rPr>
                <w:rFonts w:cs="Times New Roman"/>
              </w:rPr>
              <w:t>- GV nhận xét chung, tuyên dương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 lại kết luận.</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2:</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làm gì?</w:t>
            </w:r>
          </w:p>
          <w:p w:rsidR="00A23C6E" w:rsidRPr="0074741F" w:rsidRDefault="00DD0248" w:rsidP="0074741F">
            <w:pPr>
              <w:spacing w:after="0" w:line="240" w:lineRule="auto"/>
            </w:pPr>
            <w:r w:rsidRPr="0074741F">
              <w:rPr>
                <w:rFonts w:cs="Times New Roman"/>
              </w:rPr>
              <w:t>- Yêu cầu HS làm cá nhân sau đó thảo luận, kiểm tra trong nhóm 2.</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Dùng thước đo góc để tìm số đo của bốn góc đã cho.</w:t>
            </w:r>
          </w:p>
          <w:p w:rsidR="00A23C6E" w:rsidRPr="0074741F" w:rsidRDefault="00DD0248">
            <w:pPr>
              <w:spacing w:after="0" w:line="240" w:lineRule="auto"/>
            </w:pPr>
            <w:r w:rsidRPr="0074741F">
              <w:rPr>
                <w:rFonts w:cs="Times New Roman"/>
              </w:rPr>
              <w:t>- HS thực hiện đo và ghi kết quả.</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cách làm.</w:t>
            </w:r>
          </w:p>
          <w:p w:rsidR="00A23C6E" w:rsidRPr="0074741F" w:rsidRDefault="00DD0248">
            <w:pPr>
              <w:spacing w:after="0" w:line="240" w:lineRule="auto"/>
            </w:pPr>
            <w:r w:rsidRPr="0074741F">
              <w:rPr>
                <w:rFonts w:cs="Times New Roman"/>
              </w:rPr>
              <w:t>+ Vì sao em cho rằng góc phần c có số đo góc bằng với góc phần d?</w:t>
            </w:r>
          </w:p>
          <w:p w:rsidR="00A23C6E" w:rsidRPr="0074741F" w:rsidRDefault="00DD0248">
            <w:pPr>
              <w:spacing w:after="0" w:line="240" w:lineRule="auto"/>
            </w:pPr>
            <w:r w:rsidRPr="0074741F">
              <w:rPr>
                <w:rFonts w:cs="Times New Roman"/>
              </w:rPr>
              <w:t>+ Ngoài các góc bài hỏi, em còn tìm được góc nào khác cũng có số đo bằng nhau không?</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cách đặt tâm và cạnh thước.</w:t>
            </w:r>
          </w:p>
          <w:p w:rsidR="00A23C6E" w:rsidRPr="0074741F" w:rsidRDefault="00DD0248">
            <w:pPr>
              <w:spacing w:after="0" w:line="240" w:lineRule="auto"/>
            </w:pPr>
            <w:r w:rsidRPr="0074741F">
              <w:rPr>
                <w:rFonts w:cs="Times New Roman"/>
              </w:rPr>
              <w:t>- HS trả lời: Góc đỉnh G, cạnh GS, GL và góc đỉnh L, cạnh LG, LC đều bằng 120°.</w:t>
            </w:r>
          </w:p>
          <w:p w:rsidR="00A23C6E" w:rsidRPr="0074741F" w:rsidRDefault="00DD0248">
            <w:pPr>
              <w:spacing w:after="0" w:line="240" w:lineRule="auto"/>
            </w:pPr>
            <w:r w:rsidRPr="0074741F">
              <w:rPr>
                <w:rFonts w:cs="Times New Roman"/>
              </w:rPr>
              <w:t>- HS nêu: Góc đỉnh S, cạnh ST, SD và góc đỉnh D, cạnh DS, DL đều bằng 90°.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chốt đáp án: a) 90°; b) 90°; c) 120°; d) 120°.</w:t>
            </w:r>
          </w:p>
          <w:p w:rsidR="00A23C6E" w:rsidRPr="0074741F" w:rsidRDefault="00DD0248">
            <w:pPr>
              <w:spacing w:after="0" w:line="240" w:lineRule="auto"/>
            </w:pPr>
            <w:r w:rsidRPr="0074741F">
              <w:rPr>
                <w:rFonts w:cs="Times New Roman"/>
              </w:rPr>
              <w:t>- GV khen ngợi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đối chiếu, sửa bài.</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lastRenderedPageBreak/>
              <w:t>Bài 3:</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cho biết gì và yêu cầu làm gì?</w:t>
            </w:r>
          </w:p>
          <w:p w:rsidR="00A23C6E" w:rsidRPr="0074741F" w:rsidRDefault="00DD0248" w:rsidP="0074741F">
            <w:pPr>
              <w:spacing w:after="0" w:line="240" w:lineRule="auto"/>
            </w:pPr>
            <w:r w:rsidRPr="0074741F">
              <w:rPr>
                <w:rFonts w:cs="Times New Roman"/>
              </w:rPr>
              <w:t>- Yêu cầu HS làm phiếu sau đó thảo luận nhóm 4.</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Góc MON bằng 30°, góc NOP bằng 90°; chọn hình đúng biểu diễn góc MOP.</w:t>
            </w:r>
          </w:p>
          <w:p w:rsidR="00A23C6E" w:rsidRPr="0074741F" w:rsidRDefault="00DD0248">
            <w:pPr>
              <w:spacing w:after="0" w:line="240" w:lineRule="auto"/>
            </w:pPr>
            <w:r w:rsidRPr="0074741F">
              <w:rPr>
                <w:rFonts w:cs="Times New Roman"/>
              </w:rPr>
              <w:t>- HS phân tích vị trí các tia OM, ON, OP.</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cách làm.</w:t>
            </w:r>
          </w:p>
          <w:p w:rsidR="00A23C6E" w:rsidRPr="0074741F" w:rsidRDefault="00DD0248">
            <w:pPr>
              <w:spacing w:after="0" w:line="240" w:lineRule="auto"/>
            </w:pPr>
            <w:r w:rsidRPr="0074741F">
              <w:rPr>
                <w:rFonts w:cs="Times New Roman"/>
              </w:rPr>
              <w:t>+ Tìm số đo góc đỉnh O, cạnh OM, OP trong đáp án vừa tìm được?</w:t>
            </w:r>
          </w:p>
          <w:p w:rsidR="00A23C6E" w:rsidRPr="0074741F" w:rsidRDefault="00DD0248">
            <w:pPr>
              <w:spacing w:after="0" w:line="240" w:lineRule="auto"/>
            </w:pPr>
            <w:r w:rsidRPr="0074741F">
              <w:rPr>
                <w:rFonts w:cs="Times New Roman"/>
              </w:rPr>
              <w:t>+ Bài tập củng cố và cho em biết thêm điều gì?</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Tia ON nằm giữa OM và OP nên góc MOP bằng 30° + 90° = 120°.</w:t>
            </w:r>
          </w:p>
          <w:p w:rsidR="00A23C6E" w:rsidRPr="0074741F" w:rsidRDefault="00DD0248">
            <w:pPr>
              <w:spacing w:after="0" w:line="240" w:lineRule="auto"/>
            </w:pPr>
            <w:r w:rsidRPr="0074741F">
              <w:rPr>
                <w:rFonts w:cs="Times New Roman"/>
              </w:rPr>
              <w:t>- HS trả lời: Góc MOP bằng 120°, là góc tù.</w:t>
            </w:r>
          </w:p>
          <w:p w:rsidR="00A23C6E" w:rsidRPr="0074741F" w:rsidRDefault="00DD0248">
            <w:pPr>
              <w:spacing w:after="0" w:line="240" w:lineRule="auto"/>
            </w:pPr>
            <w:r w:rsidRPr="0074741F">
              <w:rPr>
                <w:rFonts w:cs="Times New Roman"/>
              </w:rPr>
              <w:t>- HS nêu: Có thể ghép hai góc kề nhau để xác định góc lớn hơn.</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chốt: Chọn hình B.</w:t>
            </w:r>
          </w:p>
          <w:p w:rsidR="00A23C6E" w:rsidRPr="0074741F" w:rsidRDefault="00DD0248">
            <w:pPr>
              <w:spacing w:after="0" w:line="240" w:lineRule="auto"/>
            </w:pPr>
            <w:r w:rsidRPr="0074741F">
              <w:rPr>
                <w:rFonts w:cs="Times New Roman"/>
              </w:rPr>
              <w:t>- GV cùng HS nhận xét, tuyên dương HS.</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khoanh đáp án B.</w:t>
            </w:r>
          </w:p>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b/>
              </w:rPr>
              <w:t>Bài 4:</w:t>
            </w:r>
          </w:p>
          <w:p w:rsidR="00A23C6E" w:rsidRPr="0074741F" w:rsidRDefault="00DD0248">
            <w:pPr>
              <w:spacing w:after="0" w:line="240" w:lineRule="auto"/>
            </w:pPr>
            <w:r w:rsidRPr="0074741F">
              <w:rPr>
                <w:rFonts w:cs="Times New Roman"/>
              </w:rPr>
              <w:t>- Gọi HS đọc yêu cầu.</w:t>
            </w:r>
          </w:p>
          <w:p w:rsidR="00A23C6E" w:rsidRPr="0074741F" w:rsidRDefault="00DD0248">
            <w:pPr>
              <w:spacing w:after="0" w:line="240" w:lineRule="auto"/>
            </w:pPr>
            <w:r w:rsidRPr="0074741F">
              <w:rPr>
                <w:rFonts w:cs="Times New Roman"/>
              </w:rPr>
              <w:t>+ Bài yêu cầu gì?</w:t>
            </w:r>
          </w:p>
          <w:p w:rsidR="00A23C6E" w:rsidRPr="0074741F" w:rsidRDefault="00DD0248" w:rsidP="0074741F">
            <w:pPr>
              <w:spacing w:after="0" w:line="240" w:lineRule="auto"/>
            </w:pPr>
            <w:r w:rsidRPr="0074741F">
              <w:rPr>
                <w:rFonts w:cs="Times New Roman"/>
              </w:rPr>
              <w:t>- Yêu cầu HS suy nghĩ cá nhân sau đó thảo luận nhóm 4.</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đọc.</w:t>
            </w:r>
          </w:p>
          <w:p w:rsidR="00A23C6E" w:rsidRPr="0074741F" w:rsidRDefault="00DD0248">
            <w:pPr>
              <w:spacing w:after="0" w:line="240" w:lineRule="auto"/>
            </w:pPr>
            <w:r w:rsidRPr="0074741F">
              <w:rPr>
                <w:rFonts w:cs="Times New Roman"/>
              </w:rPr>
              <w:t>- HS nêu: Tìm hình ảnh về góc nhọn, góc tù, góc vuông ở đồ vật quanh em.</w:t>
            </w:r>
          </w:p>
          <w:p w:rsidR="00A23C6E" w:rsidRPr="0074741F" w:rsidRDefault="00DD0248">
            <w:pPr>
              <w:spacing w:after="0" w:line="240" w:lineRule="auto"/>
            </w:pPr>
            <w:r w:rsidRPr="0074741F">
              <w:rPr>
                <w:rFonts w:cs="Times New Roman"/>
              </w:rPr>
              <w:t>- HS quan sát lớp học và liệt kê ví dụ.</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Yêu cầu HS nêu theo trò chơi “Bắn tên”.</w:t>
            </w:r>
          </w:p>
          <w:p w:rsidR="00A23C6E" w:rsidRPr="0074741F" w:rsidRDefault="00DD0248">
            <w:pPr>
              <w:spacing w:after="0" w:line="240" w:lineRule="auto"/>
            </w:pPr>
            <w:r w:rsidRPr="0074741F">
              <w:rPr>
                <w:rFonts w:cs="Times New Roman"/>
              </w:rPr>
              <w:t>- Mời nhóm khác nhận xét, bổ sung.</w:t>
            </w:r>
          </w:p>
          <w:p w:rsidR="00A23C6E" w:rsidRPr="0074741F" w:rsidRDefault="00DD0248">
            <w:pPr>
              <w:spacing w:after="0" w:line="240" w:lineRule="auto"/>
            </w:pPr>
            <w:r w:rsidRPr="0074741F">
              <w:rPr>
                <w:rFonts w:cs="Times New Roman"/>
              </w:rPr>
              <w:t>- GV củng cố cách nhận diện góc trong thực tế.</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Góc bàn, góc ghế, ê-ke, compa mở, cánh quạt, miếng bánh, miếng dưa hấu,...</w:t>
            </w:r>
          </w:p>
          <w:p w:rsidR="00A23C6E" w:rsidRPr="0074741F" w:rsidRDefault="00DD0248">
            <w:pPr>
              <w:spacing w:after="0" w:line="240" w:lineRule="auto"/>
            </w:pPr>
            <w:r w:rsidRPr="0074741F">
              <w:rPr>
                <w:rFonts w:cs="Times New Roman"/>
              </w:rPr>
              <w:t>- Nhóm khác nhận xét, bổ sung.</w:t>
            </w:r>
          </w:p>
          <w:p w:rsidR="00A23C6E" w:rsidRPr="0074741F" w:rsidRDefault="00DD0248">
            <w:pPr>
              <w:spacing w:after="0" w:line="240" w:lineRule="auto"/>
            </w:pPr>
            <w:r w:rsidRPr="0074741F">
              <w:rPr>
                <w:rFonts w:cs="Times New Roman"/>
              </w:rPr>
              <w:t>- HS giải thích mỗi ví dụ thuộc loại góc nào.</w:t>
            </w:r>
          </w:p>
        </w:tc>
      </w:tr>
      <w:tr w:rsidR="0074741F" w:rsidRPr="0074741F" w:rsidTr="0074741F">
        <w:trPr>
          <w:cantSplit/>
          <w:jc w:val="center"/>
        </w:trPr>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GV cùng HS nhận xét, tuyên dương HS.</w:t>
            </w:r>
          </w:p>
        </w:tc>
        <w:tc>
          <w:tcPr>
            <w:tcW w:w="4592" w:type="dxa"/>
            <w:tcBorders>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tc>
      </w:tr>
      <w:tr w:rsidR="0074741F" w:rsidRPr="0074741F" w:rsidTr="0074741F">
        <w:trPr>
          <w:cantSplit/>
          <w:jc w:val="center"/>
        </w:trPr>
        <w:tc>
          <w:tcPr>
            <w:tcW w:w="9184"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bookmarkStart w:id="0" w:name="_GoBack"/>
            <w:r w:rsidRPr="0074741F">
              <w:rPr>
                <w:rFonts w:cs="Times New Roman"/>
                <w:b/>
              </w:rPr>
              <w:t>3. Vận dụng, trải nghiệm</w:t>
            </w:r>
          </w:p>
          <w:p w:rsidR="00A23C6E" w:rsidRPr="0074741F" w:rsidRDefault="00DD0248">
            <w:pPr>
              <w:spacing w:after="0" w:line="240" w:lineRule="auto"/>
            </w:pPr>
            <w:r w:rsidRPr="0074741F">
              <w:rPr>
                <w:rFonts w:cs="Times New Roman"/>
                <w:b/>
              </w:rPr>
              <w:t>- Mục tiêu: Củng cố những kiến thức đã học trong tiết học để học sinh khắc sâu nội dung.</w:t>
            </w:r>
          </w:p>
          <w:p w:rsidR="00A23C6E" w:rsidRPr="0074741F" w:rsidRDefault="00DD0248">
            <w:pPr>
              <w:spacing w:after="0" w:line="240" w:lineRule="auto"/>
            </w:pPr>
            <w:r w:rsidRPr="0074741F">
              <w:rPr>
                <w:rFonts w:cs="Times New Roman"/>
                <w:b/>
              </w:rPr>
              <w:t>- Cách tiến hành:</w:t>
            </w:r>
          </w:p>
        </w:tc>
      </w:tr>
      <w:bookmarkEnd w:id="0"/>
      <w:tr w:rsidR="0074741F" w:rsidRPr="0074741F" w:rsidTr="0074741F">
        <w:trPr>
          <w:cantSplit/>
          <w:jc w:val="center"/>
        </w:trPr>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Bài học hôm nay củng cố cho em kiến thức gì?</w:t>
            </w:r>
          </w:p>
          <w:p w:rsidR="00A23C6E" w:rsidRPr="0074741F" w:rsidRDefault="00DD0248">
            <w:pPr>
              <w:spacing w:after="0" w:line="240" w:lineRule="auto"/>
            </w:pPr>
            <w:r w:rsidRPr="0074741F">
              <w:rPr>
                <w:rFonts w:cs="Times New Roman"/>
              </w:rPr>
              <w:t>- GV yêu cầu HS nêu mối quan hệ số đo giữa góc nhọn, góc vuông, góc tù và góc bẹt.</w:t>
            </w:r>
          </w:p>
        </w:tc>
        <w:tc>
          <w:tcPr>
            <w:tcW w:w="4592" w:type="dxa"/>
            <w:tcBorders>
              <w:top w:val="single" w:sz="4" w:space="0" w:color="auto"/>
            </w:tcBorders>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nêu: Cách đo góc, đọc số đo và nhận biết các loại góc.</w:t>
            </w:r>
          </w:p>
          <w:p w:rsidR="00A23C6E" w:rsidRPr="0074741F" w:rsidRDefault="00DD0248">
            <w:pPr>
              <w:spacing w:after="0" w:line="240" w:lineRule="auto"/>
            </w:pPr>
            <w:r w:rsidRPr="0074741F">
              <w:rPr>
                <w:rFonts w:cs="Times New Roman"/>
              </w:rPr>
              <w:t>- HS trả lời: Góc nhọn &lt; 90°; góc vuông = 90°; 90° &lt; góc tù &lt; 180°; góc bẹt = 180°.</w:t>
            </w:r>
          </w:p>
        </w:tc>
      </w:tr>
      <w:tr w:rsidR="0074741F" w:rsidRPr="0074741F" w:rsidTr="0074741F">
        <w:trPr>
          <w:cantSplit/>
          <w:jc w:val="center"/>
        </w:trPr>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Nhận xét tiết học.</w:t>
            </w:r>
          </w:p>
          <w:p w:rsidR="00A23C6E" w:rsidRPr="0074741F" w:rsidRDefault="00DD0248">
            <w:pPr>
              <w:spacing w:after="0" w:line="240" w:lineRule="auto"/>
            </w:pPr>
            <w:r w:rsidRPr="0074741F">
              <w:rPr>
                <w:rFonts w:cs="Times New Roman"/>
              </w:rPr>
              <w:t>- Dặn HS chuẩn bị bài Luyện tập chung tiết 2.</w:t>
            </w:r>
          </w:p>
        </w:tc>
        <w:tc>
          <w:tcPr>
            <w:tcW w:w="4592" w:type="dxa"/>
            <w:shd w:val="clear" w:color="auto" w:fill="auto"/>
            <w:tcMar>
              <w:top w:w="45" w:type="dxa"/>
              <w:left w:w="55" w:type="dxa"/>
              <w:bottom w:w="45" w:type="dxa"/>
              <w:right w:w="55" w:type="dxa"/>
            </w:tcMar>
          </w:tcPr>
          <w:p w:rsidR="00A23C6E" w:rsidRPr="0074741F" w:rsidRDefault="00DD0248">
            <w:pPr>
              <w:spacing w:after="0" w:line="240" w:lineRule="auto"/>
            </w:pPr>
            <w:r w:rsidRPr="0074741F">
              <w:rPr>
                <w:rFonts w:cs="Times New Roman"/>
              </w:rPr>
              <w:t>- HS lắng nghe.</w:t>
            </w:r>
          </w:p>
          <w:p w:rsidR="00A23C6E" w:rsidRPr="0074741F" w:rsidRDefault="00DD0248">
            <w:pPr>
              <w:spacing w:after="0" w:line="240" w:lineRule="auto"/>
            </w:pPr>
            <w:r w:rsidRPr="0074741F">
              <w:rPr>
                <w:rFonts w:cs="Times New Roman"/>
              </w:rPr>
              <w:t>- HS ghi nhớ nhiệm vụ.</w:t>
            </w:r>
          </w:p>
        </w:tc>
      </w:tr>
    </w:tbl>
    <w:p w:rsidR="00A23C6E" w:rsidRPr="0074741F" w:rsidRDefault="00DD0248">
      <w:pPr>
        <w:spacing w:after="0" w:line="240" w:lineRule="auto"/>
      </w:pPr>
      <w:r w:rsidRPr="0074741F">
        <w:rPr>
          <w:rFonts w:cs="Times New Roman"/>
          <w:b/>
        </w:rPr>
        <w:t>IV. ĐIỀU CHỈNH SAU BÀI DẠY (nếu có):</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p w:rsidR="00A23C6E" w:rsidRPr="0074741F" w:rsidRDefault="00DD0248">
      <w:pPr>
        <w:spacing w:after="0" w:line="240" w:lineRule="auto"/>
      </w:pPr>
      <w:r w:rsidRPr="0074741F">
        <w:rPr>
          <w:rFonts w:cs="Times New Roman"/>
        </w:rPr>
        <w:t>................................................................................................................................................</w:t>
      </w:r>
    </w:p>
    <w:sectPr w:rsidR="00A23C6E" w:rsidRPr="0074741F"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4741F"/>
    <w:rsid w:val="00A23C6E"/>
    <w:rsid w:val="00AA1D8D"/>
    <w:rsid w:val="00B47730"/>
    <w:rsid w:val="00CB0664"/>
    <w:rsid w:val="00DD02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sz w:val="26"/>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sz w:val="26"/>
    </w:rPr>
  </w:style>
  <w:style w:type="paragraph" w:styleId="NoSpacing">
    <w:name w:val="No Spacing"/>
    <w:uiPriority w:val="1"/>
    <w:qFormat/>
    <w:rsid w:val="00FC693F"/>
    <w:pPr>
      <w:spacing w:after="0" w:line="240" w:lineRule="auto"/>
    </w:pPr>
    <w:rPr>
      <w:rFonts w:ascii="Times New Roman" w:eastAsia="Times New Roman" w:hAnsi="Times New Roman"/>
      <w:sz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6"/>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6"/>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sz w:val="26"/>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sz w:val="26"/>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2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6"/>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6"/>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sz w:val="2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6"/>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6"/>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imes New Roman" w:eastAsia="Times New Roman" w:hAnsi="Times New Roman"/>
      <w:b/>
      <w:bCs/>
      <w:sz w:val="26"/>
    </w:rPr>
  </w:style>
  <w:style w:type="character" w:styleId="Emphasis">
    <w:name w:val="Emphasis"/>
    <w:basedOn w:val="DefaultParagraphFont"/>
    <w:uiPriority w:val="20"/>
    <w:qFormat/>
    <w:rsid w:val="00FC693F"/>
    <w:rPr>
      <w:rFonts w:ascii="Times New Roman" w:eastAsia="Times New Roman" w:hAnsi="Times New Roman"/>
      <w:i/>
      <w:iCs/>
      <w:sz w:val="26"/>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sz w:val="26"/>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sz w:val="26"/>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sz w:val="26"/>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sz w:val="26"/>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sz w:val="26"/>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sz w:val="26"/>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47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41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sz w:val="26"/>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sz w:val="26"/>
    </w:rPr>
  </w:style>
  <w:style w:type="paragraph" w:styleId="NoSpacing">
    <w:name w:val="No Spacing"/>
    <w:uiPriority w:val="1"/>
    <w:qFormat/>
    <w:rsid w:val="00FC693F"/>
    <w:pPr>
      <w:spacing w:after="0" w:line="240" w:lineRule="auto"/>
    </w:pPr>
    <w:rPr>
      <w:rFonts w:ascii="Times New Roman" w:eastAsia="Times New Roman" w:hAnsi="Times New Roman"/>
      <w:sz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6"/>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6"/>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sz w:val="26"/>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sz w:val="26"/>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2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6"/>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6"/>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sz w:val="2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6"/>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6"/>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imes New Roman" w:eastAsia="Times New Roman" w:hAnsi="Times New Roman"/>
      <w:b/>
      <w:bCs/>
      <w:sz w:val="26"/>
    </w:rPr>
  </w:style>
  <w:style w:type="character" w:styleId="Emphasis">
    <w:name w:val="Emphasis"/>
    <w:basedOn w:val="DefaultParagraphFont"/>
    <w:uiPriority w:val="20"/>
    <w:qFormat/>
    <w:rsid w:val="00FC693F"/>
    <w:rPr>
      <w:rFonts w:ascii="Times New Roman" w:eastAsia="Times New Roman" w:hAnsi="Times New Roman"/>
      <w:i/>
      <w:iCs/>
      <w:sz w:val="26"/>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sz w:val="26"/>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sz w:val="26"/>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sz w:val="26"/>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sz w:val="26"/>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sz w:val="26"/>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sz w:val="26"/>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47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41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457F7-6186-4A19-918A-8E643B564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4326</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Kế hoạch bài dạy môn Toán lớp 4 - Tuần 4</vt:lpstr>
    </vt:vector>
  </TitlesOfParts>
  <Manager/>
  <Company/>
  <LinksUpToDate>false</LinksUpToDate>
  <CharactersWithSpaces>28928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bài dạy môn Toán lớp 4 - Tuần 4</dc:title>
  <dc:subject>Toán 4 Kết nối tri thức</dc:subject>
  <dc:creator>Tran</dc:creator>
  <cp:keywords>KHBD, Toán 4, Tuần 4</cp:keywords>
  <dc:description>generated by python-docx</dc:description>
  <cp:lastModifiedBy>Iamp Iamp</cp:lastModifiedBy>
  <cp:revision>3</cp:revision>
  <dcterms:created xsi:type="dcterms:W3CDTF">2026-06-11T07:31:00Z</dcterms:created>
  <dcterms:modified xsi:type="dcterms:W3CDTF">2026-08-28T02:48:00Z</dcterms:modified>
  <cp:category/>
</cp:coreProperties>
</file>