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E0B" w:rsidRDefault="00285B89">
      <w:pPr>
        <w:jc w:val="center"/>
      </w:pPr>
      <w:r>
        <w:rPr>
          <w:rFonts w:cs="Times New Roman"/>
          <w:b/>
        </w:rPr>
        <w:t>KẾ HOẠCH BÀI DẠY MÔN TỰ NHIÊN VÀ XÃ HỘI</w:t>
      </w:r>
    </w:p>
    <w:p w:rsidR="00095E0B" w:rsidRDefault="00285B89">
      <w:pPr>
        <w:jc w:val="center"/>
      </w:pPr>
      <w:r>
        <w:rPr>
          <w:rFonts w:cs="Times New Roman"/>
          <w:b/>
        </w:rPr>
        <w:t>CHỦ ĐỀ 2: TRƯỜNG HỌC</w:t>
      </w:r>
    </w:p>
    <w:p w:rsidR="00095E0B" w:rsidRDefault="00285B89">
      <w:pPr>
        <w:jc w:val="center"/>
      </w:pPr>
      <w:r>
        <w:rPr>
          <w:rFonts w:cs="Times New Roman"/>
          <w:b/>
        </w:rPr>
        <w:t>BÀI 7: CÙNG KHÁM PHÁ TRƯỜNG HỌC (TIẾT 1)</w:t>
      </w:r>
    </w:p>
    <w:p w:rsidR="00095E0B" w:rsidRDefault="00285B89">
      <w:pPr>
        <w:spacing w:after="60"/>
      </w:pPr>
      <w:r>
        <w:rPr>
          <w:rFonts w:cs="Times New Roman"/>
          <w:b/>
        </w:rPr>
        <w:t>I. YÊU CẦU CẦN ĐẠT</w:t>
      </w:r>
    </w:p>
    <w:p w:rsidR="00095E0B" w:rsidRDefault="00285B89">
      <w:pPr>
        <w:spacing w:after="60"/>
      </w:pPr>
      <w:r>
        <w:rPr>
          <w:rFonts w:cs="Times New Roman"/>
          <w:b/>
        </w:rPr>
        <w:t>1. Năng lực đặc thù</w:t>
      </w:r>
    </w:p>
    <w:p w:rsidR="00095E0B" w:rsidRDefault="00285B89">
      <w:pPr>
        <w:spacing w:after="20"/>
      </w:pPr>
      <w:r>
        <w:rPr>
          <w:rFonts w:cs="Times New Roman"/>
        </w:rPr>
        <w:t>- Nói được tên và địa chỉ của trường học.</w:t>
      </w:r>
    </w:p>
    <w:p w:rsidR="00095E0B" w:rsidRDefault="00285B89">
      <w:pPr>
        <w:spacing w:after="20"/>
      </w:pPr>
      <w:r>
        <w:rPr>
          <w:rFonts w:cs="Times New Roman"/>
        </w:rPr>
        <w:t>- Nhận biết được một số khu vực, phòng chức năng trong trường và công dụng của chúng.</w:t>
      </w:r>
    </w:p>
    <w:p w:rsidR="00095E0B" w:rsidRDefault="00285B89">
      <w:pPr>
        <w:spacing w:after="20"/>
      </w:pPr>
      <w:r>
        <w:rPr>
          <w:rFonts w:cs="Times New Roman"/>
        </w:rPr>
        <w:t>- Bước đầu nhận biết một số thiết bị công nghệ có trong trường.</w:t>
      </w:r>
    </w:p>
    <w:p w:rsidR="00095E0B" w:rsidRDefault="00285B89">
      <w:pPr>
        <w:spacing w:after="60"/>
      </w:pPr>
      <w:r>
        <w:rPr>
          <w:rFonts w:cs="Times New Roman"/>
          <w:b/>
        </w:rPr>
        <w:t>2. Năng lực chung</w:t>
      </w:r>
    </w:p>
    <w:p w:rsidR="00095E0B" w:rsidRDefault="00285B89">
      <w:pPr>
        <w:spacing w:after="20"/>
      </w:pPr>
      <w:r>
        <w:rPr>
          <w:rFonts w:cs="Times New Roman"/>
        </w:rPr>
        <w:t>- Tự chủ và tự học: Chủ động quan sát, ghi nhớ thông tin về trường học.</w:t>
      </w:r>
    </w:p>
    <w:p w:rsidR="00095E0B" w:rsidRDefault="00285B89">
      <w:pPr>
        <w:spacing w:after="20"/>
      </w:pPr>
      <w:r>
        <w:rPr>
          <w:rFonts w:cs="Times New Roman"/>
        </w:rPr>
        <w:t>- Giao tiếp và hợp tác: Biết trao đổi, trình bày ý kiến về trường.</w:t>
      </w:r>
    </w:p>
    <w:p w:rsidR="00095E0B" w:rsidRDefault="00285B89">
      <w:pPr>
        <w:spacing w:after="20"/>
      </w:pPr>
      <w:r>
        <w:rPr>
          <w:rFonts w:cs="Times New Roman"/>
        </w:rPr>
        <w:t>- Giải quyết vấn đề và sáng tạo: Biết tìm đúng khu vực phù hợp khi cần hỗ trợ.</w:t>
      </w:r>
    </w:p>
    <w:p w:rsidR="00095E0B" w:rsidRDefault="00285B89">
      <w:pPr>
        <w:spacing w:after="60"/>
      </w:pPr>
      <w:r>
        <w:rPr>
          <w:rFonts w:cs="Times New Roman"/>
          <w:b/>
        </w:rPr>
        <w:t>3. Phẩm chất</w:t>
      </w:r>
    </w:p>
    <w:p w:rsidR="00095E0B" w:rsidRDefault="00285B89">
      <w:pPr>
        <w:spacing w:after="20"/>
      </w:pPr>
      <w:r>
        <w:rPr>
          <w:rFonts w:cs="Times New Roman"/>
        </w:rPr>
        <w:t>- Yêu nước: Yêu quý ngôi trường của mình.</w:t>
      </w:r>
    </w:p>
    <w:p w:rsidR="00095E0B" w:rsidRDefault="00285B89">
      <w:pPr>
        <w:spacing w:after="20"/>
      </w:pPr>
      <w:r>
        <w:rPr>
          <w:rFonts w:cs="Times New Roman"/>
        </w:rPr>
        <w:t>- Trách nhiệm: Có ý thức giữ gìn cơ sở vật chất của trường.</w:t>
      </w:r>
    </w:p>
    <w:p w:rsidR="00095E0B" w:rsidRDefault="00285B89">
      <w:pPr>
        <w:spacing w:after="20"/>
      </w:pPr>
      <w:r>
        <w:rPr>
          <w:rFonts w:cs="Times New Roman"/>
        </w:rPr>
        <w:t>- Nhân ái: Lễ phép, thân thiện với mọi người trong trường.</w:t>
      </w:r>
    </w:p>
    <w:p w:rsidR="00095E0B" w:rsidRDefault="00285B89">
      <w:pPr>
        <w:spacing w:after="60"/>
      </w:pPr>
      <w:r>
        <w:rPr>
          <w:rFonts w:cs="Times New Roman"/>
          <w:b/>
        </w:rPr>
        <w:t>4. Tích hợp</w:t>
      </w:r>
    </w:p>
    <w:p w:rsidR="00095E0B" w:rsidRDefault="00285B89">
      <w:pPr>
        <w:spacing w:after="20"/>
      </w:pPr>
      <w:r>
        <w:rPr>
          <w:rFonts w:cs="Times New Roman"/>
          <w:color w:val="C00000"/>
        </w:rPr>
        <w:t>- Tích hợp AI 1.C1.2: Nhận biết thiết bị AI có bộ phận giống giác quan của con người như camera là “mắt”, micro là “tai”; nhận diện một số thiết bị công nghệ trong trường và sử dụng theo hướng dẫn của giáo viên.</w:t>
      </w:r>
    </w:p>
    <w:p w:rsidR="00095E0B" w:rsidRDefault="00285B89">
      <w:pPr>
        <w:spacing w:after="60"/>
      </w:pPr>
      <w:r>
        <w:rPr>
          <w:rFonts w:cs="Times New Roman"/>
          <w:b/>
        </w:rPr>
        <w:t>II. ĐỒ DÙNG DẠY HỌC</w:t>
      </w:r>
    </w:p>
    <w:p w:rsidR="00095E0B" w:rsidRDefault="00285B89">
      <w:pPr>
        <w:spacing w:after="20"/>
      </w:pPr>
      <w:r>
        <w:rPr>
          <w:rFonts w:cs="Times New Roman"/>
        </w:rPr>
        <w:t>- Giáo viên: SGK, tranh minh hoạ trường học, hình ảnh/phương tiện quan sát camera hoặc loa của trường (nếu có).</w:t>
      </w:r>
    </w:p>
    <w:p w:rsidR="00095E0B" w:rsidRDefault="00285B89">
      <w:pPr>
        <w:spacing w:after="20"/>
      </w:pPr>
      <w:r>
        <w:rPr>
          <w:rFonts w:cs="Times New Roman"/>
        </w:rPr>
        <w:t>- Học sinh: SGK, đồ dùng học tập.</w:t>
      </w:r>
    </w:p>
    <w:p w:rsidR="00095E0B" w:rsidRDefault="00285B89">
      <w:pPr>
        <w:spacing w:after="60"/>
      </w:pPr>
      <w:r>
        <w:rPr>
          <w:rFonts w:cs="Times New Roman"/>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213"/>
        <w:gridCol w:w="5213"/>
      </w:tblGrid>
      <w:tr w:rsidR="00095E0B" w:rsidTr="003D108B">
        <w:trPr>
          <w:tblHeader/>
          <w:jc w:val="center"/>
        </w:trPr>
        <w:tc>
          <w:tcPr>
            <w:tcW w:w="5159" w:type="dxa"/>
            <w:tcBorders>
              <w:bottom w:val="single" w:sz="4" w:space="0" w:color="auto"/>
            </w:tcBorders>
            <w:shd w:val="clear" w:color="auto" w:fill="auto"/>
            <w:vAlign w:val="center"/>
          </w:tcPr>
          <w:p w:rsidR="00095E0B" w:rsidRDefault="00285B89">
            <w:pPr>
              <w:jc w:val="center"/>
            </w:pPr>
            <w:r>
              <w:rPr>
                <w:rFonts w:cs="Times New Roman"/>
                <w:b/>
              </w:rPr>
              <w:t>HOẠT ĐỘNG CỦA GIÁO VIÊN</w:t>
            </w:r>
          </w:p>
        </w:tc>
        <w:tc>
          <w:tcPr>
            <w:tcW w:w="4082" w:type="dxa"/>
            <w:tcBorders>
              <w:bottom w:val="single" w:sz="4" w:space="0" w:color="auto"/>
            </w:tcBorders>
            <w:shd w:val="clear" w:color="auto" w:fill="auto"/>
            <w:vAlign w:val="center"/>
          </w:tcPr>
          <w:p w:rsidR="00095E0B" w:rsidRDefault="00285B89">
            <w:pPr>
              <w:jc w:val="center"/>
            </w:pPr>
            <w:r>
              <w:rPr>
                <w:rFonts w:cs="Times New Roman"/>
                <w:b/>
              </w:rPr>
              <w:t>HOẠT ĐỘNG CỦA HỌC SINH</w:t>
            </w:r>
          </w:p>
        </w:tc>
      </w:tr>
      <w:tr w:rsidR="00095E0B" w:rsidTr="003D108B">
        <w:trPr>
          <w:jc w:val="center"/>
        </w:trPr>
        <w:tc>
          <w:tcPr>
            <w:tcW w:w="10426" w:type="dxa"/>
            <w:gridSpan w:val="2"/>
            <w:tcBorders>
              <w:top w:val="single" w:sz="4" w:space="0" w:color="auto"/>
              <w:bottom w:val="single" w:sz="4" w:space="0" w:color="auto"/>
            </w:tcBorders>
            <w:shd w:val="clear" w:color="auto" w:fill="auto"/>
          </w:tcPr>
          <w:p w:rsidR="00095E0B" w:rsidRDefault="00285B89">
            <w:r>
              <w:rPr>
                <w:rFonts w:cs="Times New Roman"/>
                <w:b/>
              </w:rPr>
              <w:t>1. Khởi động (4 - 5 phút)</w:t>
            </w:r>
          </w:p>
          <w:p w:rsidR="00095E0B" w:rsidRDefault="00285B89">
            <w:r>
              <w:rPr>
                <w:rFonts w:cs="Times New Roman"/>
                <w:b/>
              </w:rPr>
              <w:t>Mục tiêu: Khơi gợi hiểu biết về ngôi trường của học sinh.</w:t>
            </w:r>
          </w:p>
        </w:tc>
      </w:tr>
      <w:tr w:rsidR="00095E0B" w:rsidTr="003D108B">
        <w:trPr>
          <w:jc w:val="center"/>
        </w:trPr>
        <w:tc>
          <w:tcPr>
            <w:tcW w:w="5213" w:type="dxa"/>
            <w:tcBorders>
              <w:top w:val="single" w:sz="4" w:space="0" w:color="auto"/>
            </w:tcBorders>
            <w:shd w:val="clear" w:color="auto" w:fill="auto"/>
          </w:tcPr>
          <w:p w:rsidR="00095E0B" w:rsidRDefault="00285B89">
            <w:r>
              <w:rPr>
                <w:rFonts w:cs="Times New Roman"/>
              </w:rPr>
              <w:t>- GV giao nhiệm vụ: Nghĩ tên trường của em và một khu vực em thường đến trong trường.</w:t>
            </w:r>
          </w:p>
        </w:tc>
        <w:tc>
          <w:tcPr>
            <w:tcW w:w="5213" w:type="dxa"/>
            <w:tcBorders>
              <w:top w:val="single" w:sz="4" w:space="0" w:color="auto"/>
            </w:tcBorders>
            <w:shd w:val="clear" w:color="auto" w:fill="auto"/>
          </w:tcPr>
          <w:p w:rsidR="00095E0B" w:rsidRDefault="00285B89">
            <w:r>
              <w:rPr>
                <w:rFonts w:cs="Times New Roman"/>
              </w:rPr>
              <w:t>- HS nhớ tên trường và khu vực quen thuộc.</w:t>
            </w:r>
          </w:p>
        </w:tc>
      </w:tr>
      <w:tr w:rsidR="00095E0B" w:rsidTr="003D108B">
        <w:trPr>
          <w:jc w:val="center"/>
        </w:trPr>
        <w:tc>
          <w:tcPr>
            <w:tcW w:w="5213" w:type="dxa"/>
            <w:shd w:val="clear" w:color="auto" w:fill="auto"/>
          </w:tcPr>
          <w:p w:rsidR="00095E0B" w:rsidRDefault="00285B89">
            <w:r>
              <w:rPr>
                <w:rFonts w:cs="Times New Roman"/>
              </w:rPr>
              <w:t>- GV hỏi: Trường em có tên là gì?</w:t>
            </w:r>
          </w:p>
        </w:tc>
        <w:tc>
          <w:tcPr>
            <w:tcW w:w="5213" w:type="dxa"/>
            <w:shd w:val="clear" w:color="auto" w:fill="auto"/>
          </w:tcPr>
          <w:p w:rsidR="00095E0B" w:rsidRDefault="00285B89">
            <w:r>
              <w:rPr>
                <w:rFonts w:cs="Times New Roman"/>
              </w:rPr>
              <w:t>- HS trả lời đúng tên trường mình đang học.</w:t>
            </w:r>
          </w:p>
        </w:tc>
      </w:tr>
      <w:tr w:rsidR="00095E0B" w:rsidTr="003D108B">
        <w:trPr>
          <w:jc w:val="center"/>
        </w:trPr>
        <w:tc>
          <w:tcPr>
            <w:tcW w:w="5213" w:type="dxa"/>
            <w:shd w:val="clear" w:color="auto" w:fill="auto"/>
          </w:tcPr>
          <w:p w:rsidR="00095E0B" w:rsidRDefault="00285B89">
            <w:r>
              <w:rPr>
                <w:rFonts w:cs="Times New Roman"/>
              </w:rPr>
              <w:t>- GV hỏi: Em thường đến khu vực nào trong trường?</w:t>
            </w:r>
          </w:p>
        </w:tc>
        <w:tc>
          <w:tcPr>
            <w:tcW w:w="5213" w:type="dxa"/>
            <w:shd w:val="clear" w:color="auto" w:fill="auto"/>
          </w:tcPr>
          <w:p w:rsidR="00095E0B" w:rsidRDefault="00285B89">
            <w:r>
              <w:rPr>
                <w:rFonts w:cs="Times New Roman"/>
              </w:rPr>
              <w:t>- HS trả lời: Em thường đến lớp học, sân trường, thư viện hoặc phòng y tế.</w:t>
            </w:r>
          </w:p>
        </w:tc>
      </w:tr>
      <w:tr w:rsidR="00095E0B" w:rsidTr="003D108B">
        <w:trPr>
          <w:jc w:val="center"/>
        </w:trPr>
        <w:tc>
          <w:tcPr>
            <w:tcW w:w="5213" w:type="dxa"/>
            <w:shd w:val="clear" w:color="auto" w:fill="auto"/>
          </w:tcPr>
          <w:p w:rsidR="00095E0B" w:rsidRDefault="00285B89">
            <w:r>
              <w:rPr>
                <w:rFonts w:cs="Times New Roman"/>
              </w:rPr>
              <w:t>- GV mời HS trình bày.</w:t>
            </w:r>
          </w:p>
        </w:tc>
        <w:tc>
          <w:tcPr>
            <w:tcW w:w="5213" w:type="dxa"/>
            <w:shd w:val="clear" w:color="auto" w:fill="auto"/>
          </w:tcPr>
          <w:p w:rsidR="00095E0B" w:rsidRDefault="00285B89">
            <w:r>
              <w:rPr>
                <w:rFonts w:cs="Times New Roman"/>
              </w:rPr>
              <w:t>- HS trình bày; các bạn lắng nghe.</w:t>
            </w:r>
          </w:p>
        </w:tc>
      </w:tr>
      <w:tr w:rsidR="00095E0B" w:rsidTr="003D108B">
        <w:trPr>
          <w:jc w:val="center"/>
        </w:trPr>
        <w:tc>
          <w:tcPr>
            <w:tcW w:w="5213" w:type="dxa"/>
            <w:tcBorders>
              <w:bottom w:val="single" w:sz="4" w:space="0" w:color="auto"/>
            </w:tcBorders>
            <w:shd w:val="clear" w:color="auto" w:fill="auto"/>
          </w:tcPr>
          <w:p w:rsidR="00095E0B" w:rsidRDefault="00285B89">
            <w:r>
              <w:rPr>
                <w:rFonts w:cs="Times New Roman"/>
              </w:rPr>
              <w:t>- GV chốt ý, kết luận hoạt động: Ngôi trường có nhiều khu vực phục vụ việc học tập, vui chơi và chăm sóc học sinh.</w:t>
            </w:r>
          </w:p>
        </w:tc>
        <w:tc>
          <w:tcPr>
            <w:tcW w:w="5213" w:type="dxa"/>
            <w:tcBorders>
              <w:bottom w:val="single" w:sz="4" w:space="0" w:color="auto"/>
            </w:tcBorders>
            <w:shd w:val="clear" w:color="auto" w:fill="auto"/>
          </w:tcPr>
          <w:p w:rsidR="00095E0B" w:rsidRDefault="00285B89">
            <w:r>
              <w:rPr>
                <w:rFonts w:cs="Times New Roman"/>
              </w:rPr>
              <w:t>- HS lắng nghe.</w:t>
            </w:r>
          </w:p>
        </w:tc>
      </w:tr>
      <w:tr w:rsidR="00095E0B" w:rsidTr="003D108B">
        <w:trPr>
          <w:jc w:val="center"/>
        </w:trPr>
        <w:tc>
          <w:tcPr>
            <w:tcW w:w="10426" w:type="dxa"/>
            <w:gridSpan w:val="2"/>
            <w:tcBorders>
              <w:top w:val="single" w:sz="4" w:space="0" w:color="auto"/>
              <w:bottom w:val="single" w:sz="4" w:space="0" w:color="auto"/>
            </w:tcBorders>
            <w:shd w:val="clear" w:color="auto" w:fill="auto"/>
          </w:tcPr>
          <w:p w:rsidR="00095E0B" w:rsidRDefault="00285B89">
            <w:r>
              <w:rPr>
                <w:rFonts w:cs="Times New Roman"/>
                <w:b/>
              </w:rPr>
              <w:t>2. Khám phá: Quan sát trường học và các khu vực (13 - 15 phút)</w:t>
            </w:r>
          </w:p>
          <w:p w:rsidR="00095E0B" w:rsidRDefault="00285B89">
            <w:r>
              <w:rPr>
                <w:rFonts w:cs="Times New Roman"/>
                <w:b/>
              </w:rPr>
              <w:t>Mục tiêu: Nhận biết được khu vực, phòng chức năng và thiết bị công nghệ trong trường.</w:t>
            </w:r>
          </w:p>
        </w:tc>
      </w:tr>
      <w:tr w:rsidR="00095E0B" w:rsidTr="003D108B">
        <w:trPr>
          <w:jc w:val="center"/>
        </w:trPr>
        <w:tc>
          <w:tcPr>
            <w:tcW w:w="5213" w:type="dxa"/>
            <w:tcBorders>
              <w:top w:val="single" w:sz="4" w:space="0" w:color="auto"/>
            </w:tcBorders>
            <w:shd w:val="clear" w:color="auto" w:fill="auto"/>
          </w:tcPr>
          <w:p w:rsidR="00095E0B" w:rsidRDefault="00285B89" w:rsidP="003D108B">
            <w:r>
              <w:rPr>
                <w:rFonts w:cs="Times New Roman"/>
              </w:rPr>
              <w:lastRenderedPageBreak/>
              <w:t>- GV giao nhiệm vụ: Quan sát tranh và nói những khu vực em nhìn thấy trong trường của Minh và Hoa.</w:t>
            </w:r>
          </w:p>
        </w:tc>
        <w:tc>
          <w:tcPr>
            <w:tcW w:w="5213" w:type="dxa"/>
            <w:tcBorders>
              <w:top w:val="single" w:sz="4" w:space="0" w:color="auto"/>
            </w:tcBorders>
            <w:shd w:val="clear" w:color="auto" w:fill="auto"/>
          </w:tcPr>
          <w:p w:rsidR="00095E0B" w:rsidRDefault="00285B89">
            <w:r>
              <w:rPr>
                <w:rFonts w:cs="Times New Roman"/>
              </w:rPr>
              <w:t>- HS quan sát tranh, xác định khu vực trong trường.</w:t>
            </w:r>
          </w:p>
        </w:tc>
      </w:tr>
      <w:tr w:rsidR="00095E0B" w:rsidTr="003D108B">
        <w:trPr>
          <w:jc w:val="center"/>
        </w:trPr>
        <w:tc>
          <w:tcPr>
            <w:tcW w:w="5213" w:type="dxa"/>
            <w:shd w:val="clear" w:color="auto" w:fill="auto"/>
          </w:tcPr>
          <w:p w:rsidR="00095E0B" w:rsidRDefault="00285B89">
            <w:r>
              <w:rPr>
                <w:rFonts w:cs="Times New Roman"/>
              </w:rPr>
              <w:t>- GV hỏi: Trường của Minh và Hoa có những khu vực nào?</w:t>
            </w:r>
          </w:p>
        </w:tc>
        <w:tc>
          <w:tcPr>
            <w:tcW w:w="5213" w:type="dxa"/>
            <w:shd w:val="clear" w:color="auto" w:fill="auto"/>
          </w:tcPr>
          <w:p w:rsidR="00095E0B" w:rsidRDefault="00285B89">
            <w:r>
              <w:rPr>
                <w:rFonts w:cs="Times New Roman"/>
              </w:rPr>
              <w:t>- HS trả lời: Trường có lớp học, sân trường, thư viện, phòng y tế hoặc phòng học máy tính.</w:t>
            </w:r>
          </w:p>
        </w:tc>
      </w:tr>
      <w:tr w:rsidR="00095E0B" w:rsidTr="003D108B">
        <w:trPr>
          <w:jc w:val="center"/>
        </w:trPr>
        <w:tc>
          <w:tcPr>
            <w:tcW w:w="5213" w:type="dxa"/>
            <w:shd w:val="clear" w:color="auto" w:fill="auto"/>
          </w:tcPr>
          <w:p w:rsidR="00095E0B" w:rsidRDefault="00285B89">
            <w:r>
              <w:rPr>
                <w:rFonts w:cs="Times New Roman"/>
              </w:rPr>
              <w:t>- GV hỏi: Khi cần mượn sách, em đến phòng nào?</w:t>
            </w:r>
          </w:p>
        </w:tc>
        <w:tc>
          <w:tcPr>
            <w:tcW w:w="5213" w:type="dxa"/>
            <w:shd w:val="clear" w:color="auto" w:fill="auto"/>
          </w:tcPr>
          <w:p w:rsidR="00095E0B" w:rsidRDefault="00285B89">
            <w:r>
              <w:rPr>
                <w:rFonts w:cs="Times New Roman"/>
              </w:rPr>
              <w:t>- HS trả lời: Khi cần mượn sách, em đến thư viện.</w:t>
            </w:r>
          </w:p>
        </w:tc>
      </w:tr>
      <w:tr w:rsidR="00095E0B" w:rsidTr="003D108B">
        <w:trPr>
          <w:jc w:val="center"/>
        </w:trPr>
        <w:tc>
          <w:tcPr>
            <w:tcW w:w="5213" w:type="dxa"/>
            <w:shd w:val="clear" w:color="auto" w:fill="auto"/>
          </w:tcPr>
          <w:p w:rsidR="00095E0B" w:rsidRDefault="00285B89">
            <w:r>
              <w:rPr>
                <w:rFonts w:cs="Times New Roman"/>
              </w:rPr>
              <w:t>- GV hỏi: Khi bị mệt hoặc đau, em cần đến đâu?</w:t>
            </w:r>
          </w:p>
        </w:tc>
        <w:tc>
          <w:tcPr>
            <w:tcW w:w="5213" w:type="dxa"/>
            <w:shd w:val="clear" w:color="auto" w:fill="auto"/>
          </w:tcPr>
          <w:p w:rsidR="00095E0B" w:rsidRDefault="00285B89">
            <w:r>
              <w:rPr>
                <w:rFonts w:cs="Times New Roman"/>
              </w:rPr>
              <w:t>- HS trả lời: Em cần báo cô giáo và đến phòng y tế.</w:t>
            </w:r>
          </w:p>
        </w:tc>
      </w:tr>
      <w:tr w:rsidR="00095E0B" w:rsidTr="003D108B">
        <w:trPr>
          <w:jc w:val="center"/>
        </w:trPr>
        <w:tc>
          <w:tcPr>
            <w:tcW w:w="5213" w:type="dxa"/>
            <w:shd w:val="clear" w:color="auto" w:fill="auto"/>
          </w:tcPr>
          <w:p w:rsidR="00095E0B" w:rsidRDefault="00285B89">
            <w:r>
              <w:rPr>
                <w:rFonts w:cs="Times New Roman"/>
              </w:rPr>
              <w:t>- GV mời HS trình bày kết quả quan sát.</w:t>
            </w:r>
          </w:p>
        </w:tc>
        <w:tc>
          <w:tcPr>
            <w:tcW w:w="5213" w:type="dxa"/>
            <w:shd w:val="clear" w:color="auto" w:fill="auto"/>
          </w:tcPr>
          <w:p w:rsidR="00095E0B" w:rsidRDefault="00285B89">
            <w:r>
              <w:rPr>
                <w:rFonts w:cs="Times New Roman"/>
              </w:rPr>
              <w:t>- HS trình bày; các bạn bổ sung.</w:t>
            </w:r>
          </w:p>
        </w:tc>
      </w:tr>
      <w:tr w:rsidR="00095E0B" w:rsidTr="003D108B">
        <w:trPr>
          <w:jc w:val="center"/>
        </w:trPr>
        <w:tc>
          <w:tcPr>
            <w:tcW w:w="5213" w:type="dxa"/>
            <w:shd w:val="clear" w:color="auto" w:fill="auto"/>
          </w:tcPr>
          <w:p w:rsidR="00095E0B" w:rsidRDefault="00285B89">
            <w:r>
              <w:rPr>
                <w:rFonts w:cs="Times New Roman"/>
                <w:color w:val="C00000"/>
              </w:rPr>
              <w:t>- GV hỏi dẫn tích hợp AI: Em đã nhìn thấy camera hoặc loa ở trường chưa? Theo em, camera và loa giúp ích gì cho nhà trường?</w:t>
            </w:r>
          </w:p>
        </w:tc>
        <w:tc>
          <w:tcPr>
            <w:tcW w:w="5213" w:type="dxa"/>
            <w:shd w:val="clear" w:color="auto" w:fill="auto"/>
          </w:tcPr>
          <w:p w:rsidR="00095E0B" w:rsidRDefault="00285B89">
            <w:r>
              <w:rPr>
                <w:rFonts w:cs="Times New Roman"/>
                <w:color w:val="C00000"/>
              </w:rPr>
              <w:t>- HS trả lời: Em đã thấy camera hoặc loa; camera giúp quan sát, loa giúp phát thông báo cho mọi người nghe.</w:t>
            </w:r>
          </w:p>
        </w:tc>
      </w:tr>
      <w:tr w:rsidR="00095E0B" w:rsidTr="003D108B">
        <w:trPr>
          <w:jc w:val="center"/>
        </w:trPr>
        <w:tc>
          <w:tcPr>
            <w:tcW w:w="5213" w:type="dxa"/>
            <w:shd w:val="clear" w:color="auto" w:fill="auto"/>
          </w:tcPr>
          <w:p w:rsidR="00095E0B" w:rsidRDefault="00285B89">
            <w:r>
              <w:rPr>
                <w:rFonts w:cs="Times New Roman"/>
                <w:color w:val="C00000"/>
              </w:rPr>
              <w:t>- GV diễn giải tích hợp AI 1.C1.2: Một số thiết bị thông minh ở trường có bộ phận giống giác quan của con người: camera giống như “mắt” để ghi nhận hình ảnh, micro giống như “tai” để thu âm thanh, loa giúp phát thông báo. Những thiết bị này hỗ trợ nhà trường quản lí và thông tin tốt hơn, nhưng học sinh chỉ quan sát, sử dụng khi được cô giáo hướng dẫn; không tự ý chạm, nghịch hay làm hỏng thiết bị.</w:t>
            </w:r>
          </w:p>
        </w:tc>
        <w:tc>
          <w:tcPr>
            <w:tcW w:w="5213" w:type="dxa"/>
            <w:shd w:val="clear" w:color="auto" w:fill="auto"/>
          </w:tcPr>
          <w:p w:rsidR="00095E0B" w:rsidRDefault="00285B89">
            <w:r>
              <w:rPr>
                <w:rFonts w:cs="Times New Roman"/>
                <w:color w:val="C00000"/>
              </w:rPr>
              <w:t>- HS lắng nghe; nêu việc làm: không nghịch camera, loa; báo cô khi cần sử dụng thiết bị.</w:t>
            </w:r>
          </w:p>
        </w:tc>
      </w:tr>
      <w:tr w:rsidR="00095E0B" w:rsidTr="003D108B">
        <w:trPr>
          <w:jc w:val="center"/>
        </w:trPr>
        <w:tc>
          <w:tcPr>
            <w:tcW w:w="5213" w:type="dxa"/>
            <w:tcBorders>
              <w:bottom w:val="single" w:sz="4" w:space="0" w:color="auto"/>
            </w:tcBorders>
            <w:shd w:val="clear" w:color="auto" w:fill="auto"/>
          </w:tcPr>
          <w:p w:rsidR="00095E0B" w:rsidRDefault="00285B89">
            <w:r>
              <w:rPr>
                <w:rFonts w:cs="Times New Roman"/>
              </w:rPr>
              <w:t>- GV chốt ý, kết luận hoạt động: Trường học có nhiều khu vực và thiết bị hỗ trợ học tập, an toàn; các em cần biết sử dụng, giữ gìn đúng cách.</w:t>
            </w:r>
          </w:p>
        </w:tc>
        <w:tc>
          <w:tcPr>
            <w:tcW w:w="5213" w:type="dxa"/>
            <w:tcBorders>
              <w:bottom w:val="single" w:sz="4" w:space="0" w:color="auto"/>
            </w:tcBorders>
            <w:shd w:val="clear" w:color="auto" w:fill="auto"/>
          </w:tcPr>
          <w:p w:rsidR="00095E0B" w:rsidRDefault="00285B89">
            <w:r>
              <w:rPr>
                <w:rFonts w:cs="Times New Roman"/>
              </w:rPr>
              <w:t>- HS lắng nghe, ghi nhớ.</w:t>
            </w:r>
          </w:p>
        </w:tc>
      </w:tr>
      <w:tr w:rsidR="00095E0B" w:rsidTr="003D108B">
        <w:trPr>
          <w:jc w:val="center"/>
        </w:trPr>
        <w:tc>
          <w:tcPr>
            <w:tcW w:w="10426" w:type="dxa"/>
            <w:gridSpan w:val="2"/>
            <w:tcBorders>
              <w:top w:val="single" w:sz="4" w:space="0" w:color="auto"/>
              <w:bottom w:val="single" w:sz="4" w:space="0" w:color="auto"/>
            </w:tcBorders>
            <w:shd w:val="clear" w:color="auto" w:fill="auto"/>
          </w:tcPr>
          <w:p w:rsidR="00095E0B" w:rsidRDefault="00285B89">
            <w:r>
              <w:rPr>
                <w:rFonts w:cs="Times New Roman"/>
                <w:b/>
              </w:rPr>
              <w:t>3. Thực hành: Giới thiệu trường của em (10 - 12 phút)</w:t>
            </w:r>
          </w:p>
          <w:p w:rsidR="00095E0B" w:rsidRDefault="00285B89">
            <w:r>
              <w:rPr>
                <w:rFonts w:cs="Times New Roman"/>
                <w:b/>
              </w:rPr>
              <w:t>Mục tiêu: Nói được tên trường, khu vực và công dụng của một số phòng.</w:t>
            </w:r>
          </w:p>
        </w:tc>
      </w:tr>
      <w:tr w:rsidR="00095E0B" w:rsidTr="003D108B">
        <w:trPr>
          <w:jc w:val="center"/>
        </w:trPr>
        <w:tc>
          <w:tcPr>
            <w:tcW w:w="5213" w:type="dxa"/>
            <w:tcBorders>
              <w:top w:val="single" w:sz="4" w:space="0" w:color="auto"/>
            </w:tcBorders>
            <w:shd w:val="clear" w:color="auto" w:fill="auto"/>
          </w:tcPr>
          <w:p w:rsidR="00095E0B" w:rsidRDefault="00285B89">
            <w:r>
              <w:rPr>
                <w:rFonts w:cs="Times New Roman"/>
              </w:rPr>
              <w:t>- GV giao nhiệm vụ: Giới thiệu ngắn gọn về một khu vực trong trường em.</w:t>
            </w:r>
          </w:p>
        </w:tc>
        <w:tc>
          <w:tcPr>
            <w:tcW w:w="5213" w:type="dxa"/>
            <w:tcBorders>
              <w:top w:val="single" w:sz="4" w:space="0" w:color="auto"/>
            </w:tcBorders>
            <w:shd w:val="clear" w:color="auto" w:fill="auto"/>
          </w:tcPr>
          <w:p w:rsidR="00095E0B" w:rsidRDefault="00285B89">
            <w:r>
              <w:rPr>
                <w:rFonts w:cs="Times New Roman"/>
              </w:rPr>
              <w:t>- HS chọn khu vực để giới thiệu.</w:t>
            </w:r>
          </w:p>
        </w:tc>
      </w:tr>
      <w:tr w:rsidR="00095E0B" w:rsidTr="003D108B">
        <w:trPr>
          <w:jc w:val="center"/>
        </w:trPr>
        <w:tc>
          <w:tcPr>
            <w:tcW w:w="5213" w:type="dxa"/>
            <w:shd w:val="clear" w:color="auto" w:fill="auto"/>
          </w:tcPr>
          <w:p w:rsidR="00095E0B" w:rsidRDefault="00285B89">
            <w:r>
              <w:rPr>
                <w:rFonts w:cs="Times New Roman"/>
              </w:rPr>
              <w:t>- GV hỏi: Trường em có phòng hoặc khu vực nào em biết?</w:t>
            </w:r>
          </w:p>
        </w:tc>
        <w:tc>
          <w:tcPr>
            <w:tcW w:w="5213" w:type="dxa"/>
            <w:shd w:val="clear" w:color="auto" w:fill="auto"/>
          </w:tcPr>
          <w:p w:rsidR="00095E0B" w:rsidRDefault="00285B89">
            <w:r>
              <w:rPr>
                <w:rFonts w:cs="Times New Roman"/>
              </w:rPr>
              <w:t>- HS trả lời: Trường em có lớp học, sân trường, phòng y tế, thư viện hoặc khu vệ sinh.</w:t>
            </w:r>
          </w:p>
        </w:tc>
      </w:tr>
      <w:tr w:rsidR="00095E0B" w:rsidTr="003D108B">
        <w:trPr>
          <w:jc w:val="center"/>
        </w:trPr>
        <w:tc>
          <w:tcPr>
            <w:tcW w:w="5213" w:type="dxa"/>
            <w:shd w:val="clear" w:color="auto" w:fill="auto"/>
          </w:tcPr>
          <w:p w:rsidR="00095E0B" w:rsidRDefault="00285B89">
            <w:r>
              <w:rPr>
                <w:rFonts w:cs="Times New Roman"/>
              </w:rPr>
              <w:t>- GV hỏi: Khu vực đó được dùng để làm gì?</w:t>
            </w:r>
          </w:p>
        </w:tc>
        <w:tc>
          <w:tcPr>
            <w:tcW w:w="5213" w:type="dxa"/>
            <w:shd w:val="clear" w:color="auto" w:fill="auto"/>
          </w:tcPr>
          <w:p w:rsidR="00095E0B" w:rsidRDefault="00285B89">
            <w:r>
              <w:rPr>
                <w:rFonts w:cs="Times New Roman"/>
              </w:rPr>
              <w:t>- HS trả lời: Thư viện để đọc và mượn sách; phòng y tế để chăm sóc khi bị mệt; sân trường để hoạt động tập thể.</w:t>
            </w:r>
          </w:p>
        </w:tc>
      </w:tr>
      <w:tr w:rsidR="00095E0B" w:rsidTr="003D108B">
        <w:trPr>
          <w:jc w:val="center"/>
        </w:trPr>
        <w:tc>
          <w:tcPr>
            <w:tcW w:w="5213" w:type="dxa"/>
            <w:shd w:val="clear" w:color="auto" w:fill="auto"/>
          </w:tcPr>
          <w:p w:rsidR="00095E0B" w:rsidRDefault="00285B89">
            <w:r>
              <w:rPr>
                <w:rFonts w:cs="Times New Roman"/>
              </w:rPr>
              <w:t>- GV mời HS trình bày.</w:t>
            </w:r>
          </w:p>
        </w:tc>
        <w:tc>
          <w:tcPr>
            <w:tcW w:w="5213" w:type="dxa"/>
            <w:shd w:val="clear" w:color="auto" w:fill="auto"/>
          </w:tcPr>
          <w:p w:rsidR="00095E0B" w:rsidRDefault="00285B89">
            <w:r>
              <w:rPr>
                <w:rFonts w:cs="Times New Roman"/>
              </w:rPr>
              <w:t>- HS giới thiệu; các bạn nhận xét, bổ sung.</w:t>
            </w:r>
          </w:p>
        </w:tc>
      </w:tr>
      <w:tr w:rsidR="00095E0B" w:rsidTr="003D108B">
        <w:trPr>
          <w:jc w:val="center"/>
        </w:trPr>
        <w:tc>
          <w:tcPr>
            <w:tcW w:w="5213" w:type="dxa"/>
            <w:tcBorders>
              <w:bottom w:val="single" w:sz="4" w:space="0" w:color="auto"/>
            </w:tcBorders>
            <w:shd w:val="clear" w:color="auto" w:fill="auto"/>
          </w:tcPr>
          <w:p w:rsidR="00095E0B" w:rsidRDefault="00285B89">
            <w:r>
              <w:rPr>
                <w:rFonts w:cs="Times New Roman"/>
              </w:rPr>
              <w:t>- GV chốt ý, kết luận hoạt động: Biết các khu vực trong trường giúp các em học tập thuận lợi và tìm được nơi hỗ trợ khi cần.</w:t>
            </w:r>
          </w:p>
        </w:tc>
        <w:tc>
          <w:tcPr>
            <w:tcW w:w="5213" w:type="dxa"/>
            <w:tcBorders>
              <w:bottom w:val="single" w:sz="4" w:space="0" w:color="auto"/>
            </w:tcBorders>
            <w:shd w:val="clear" w:color="auto" w:fill="auto"/>
          </w:tcPr>
          <w:p w:rsidR="00095E0B" w:rsidRDefault="00285B89">
            <w:r>
              <w:rPr>
                <w:rFonts w:cs="Times New Roman"/>
              </w:rPr>
              <w:t>- HS lắng nghe.</w:t>
            </w:r>
          </w:p>
        </w:tc>
      </w:tr>
      <w:tr w:rsidR="00095E0B" w:rsidTr="003D108B">
        <w:trPr>
          <w:jc w:val="center"/>
        </w:trPr>
        <w:tc>
          <w:tcPr>
            <w:tcW w:w="10426" w:type="dxa"/>
            <w:gridSpan w:val="2"/>
            <w:tcBorders>
              <w:top w:val="single" w:sz="4" w:space="0" w:color="auto"/>
              <w:bottom w:val="single" w:sz="4" w:space="0" w:color="auto"/>
            </w:tcBorders>
            <w:shd w:val="clear" w:color="auto" w:fill="auto"/>
          </w:tcPr>
          <w:p w:rsidR="00095E0B" w:rsidRDefault="00285B89">
            <w:r>
              <w:rPr>
                <w:rFonts w:cs="Times New Roman"/>
                <w:b/>
              </w:rPr>
              <w:t>4. Vận dụng - Dặn dò (4 - 5 phút)</w:t>
            </w:r>
          </w:p>
          <w:p w:rsidR="00095E0B" w:rsidRDefault="00285B89">
            <w:r>
              <w:rPr>
                <w:rFonts w:cs="Times New Roman"/>
                <w:b/>
              </w:rPr>
              <w:lastRenderedPageBreak/>
              <w:t>Mục tiêu: Thể hiện việc làm giữ gìn và yêu quý trường học.</w:t>
            </w:r>
          </w:p>
        </w:tc>
      </w:tr>
      <w:tr w:rsidR="00095E0B" w:rsidTr="003D108B">
        <w:trPr>
          <w:jc w:val="center"/>
        </w:trPr>
        <w:tc>
          <w:tcPr>
            <w:tcW w:w="5213" w:type="dxa"/>
            <w:tcBorders>
              <w:top w:val="single" w:sz="4" w:space="0" w:color="auto"/>
            </w:tcBorders>
            <w:shd w:val="clear" w:color="auto" w:fill="auto"/>
          </w:tcPr>
          <w:p w:rsidR="00095E0B" w:rsidRDefault="00285B89">
            <w:r>
              <w:rPr>
                <w:rFonts w:cs="Times New Roman"/>
              </w:rPr>
              <w:lastRenderedPageBreak/>
              <w:t>- GV giao nhiệm vụ: Nêu một việc em sẽ làm để giữ gìn trường học.</w:t>
            </w:r>
          </w:p>
        </w:tc>
        <w:tc>
          <w:tcPr>
            <w:tcW w:w="5213" w:type="dxa"/>
            <w:tcBorders>
              <w:top w:val="single" w:sz="4" w:space="0" w:color="auto"/>
            </w:tcBorders>
            <w:shd w:val="clear" w:color="auto" w:fill="auto"/>
          </w:tcPr>
          <w:p w:rsidR="00095E0B" w:rsidRDefault="00285B89">
            <w:r>
              <w:rPr>
                <w:rFonts w:cs="Times New Roman"/>
              </w:rPr>
              <w:t>- HS suy nghĩ việc làm phù hợp.</w:t>
            </w:r>
          </w:p>
        </w:tc>
      </w:tr>
      <w:tr w:rsidR="00095E0B" w:rsidTr="003D108B">
        <w:trPr>
          <w:jc w:val="center"/>
        </w:trPr>
        <w:tc>
          <w:tcPr>
            <w:tcW w:w="5213" w:type="dxa"/>
            <w:shd w:val="clear" w:color="auto" w:fill="auto"/>
          </w:tcPr>
          <w:p w:rsidR="00095E0B" w:rsidRDefault="00285B89">
            <w:r>
              <w:rPr>
                <w:rFonts w:cs="Times New Roman"/>
              </w:rPr>
              <w:t>- GV hỏi: Em sẽ làm gì để giữ gìn trường học?</w:t>
            </w:r>
          </w:p>
        </w:tc>
        <w:tc>
          <w:tcPr>
            <w:tcW w:w="5213" w:type="dxa"/>
            <w:shd w:val="clear" w:color="auto" w:fill="auto"/>
          </w:tcPr>
          <w:p w:rsidR="00095E0B" w:rsidRDefault="00285B89">
            <w:r>
              <w:rPr>
                <w:rFonts w:cs="Times New Roman"/>
              </w:rPr>
              <w:t>- HS trả lời: Em sẽ không vẽ bậy, không nghịch thiết bị, bỏ rác đúng nơi và lễ phép với mọi người.</w:t>
            </w:r>
          </w:p>
        </w:tc>
      </w:tr>
      <w:tr w:rsidR="00095E0B" w:rsidTr="003D108B">
        <w:trPr>
          <w:jc w:val="center"/>
        </w:trPr>
        <w:tc>
          <w:tcPr>
            <w:tcW w:w="5213" w:type="dxa"/>
            <w:shd w:val="clear" w:color="auto" w:fill="auto"/>
          </w:tcPr>
          <w:p w:rsidR="00095E0B" w:rsidRDefault="00285B89">
            <w:r>
              <w:rPr>
                <w:rFonts w:cs="Times New Roman"/>
              </w:rPr>
              <w:t>- GV mời HS trình bày.</w:t>
            </w:r>
          </w:p>
        </w:tc>
        <w:tc>
          <w:tcPr>
            <w:tcW w:w="5213" w:type="dxa"/>
            <w:shd w:val="clear" w:color="auto" w:fill="auto"/>
          </w:tcPr>
          <w:p w:rsidR="00095E0B" w:rsidRDefault="00285B89">
            <w:r>
              <w:rPr>
                <w:rFonts w:cs="Times New Roman"/>
              </w:rPr>
              <w:t>- HS trình bày trước lớp.</w:t>
            </w:r>
          </w:p>
        </w:tc>
      </w:tr>
      <w:tr w:rsidR="00095E0B" w:rsidTr="003D108B">
        <w:trPr>
          <w:jc w:val="center"/>
        </w:trPr>
        <w:tc>
          <w:tcPr>
            <w:tcW w:w="5213" w:type="dxa"/>
            <w:shd w:val="clear" w:color="auto" w:fill="auto"/>
          </w:tcPr>
          <w:p w:rsidR="00095E0B" w:rsidRDefault="00285B89">
            <w:r>
              <w:rPr>
                <w:rFonts w:cs="Times New Roman"/>
              </w:rPr>
              <w:t>- GV chốt ý, kết luận hoạt động: Yêu trường là biết giữ gìn cảnh quan, cơ sở vật chất và thực hiện đúng hướng dẫn khi sử dụng thiết bị.</w:t>
            </w:r>
          </w:p>
        </w:tc>
        <w:tc>
          <w:tcPr>
            <w:tcW w:w="5213" w:type="dxa"/>
            <w:shd w:val="clear" w:color="auto" w:fill="auto"/>
          </w:tcPr>
          <w:p w:rsidR="00095E0B" w:rsidRDefault="00285B89">
            <w:r>
              <w:rPr>
                <w:rFonts w:cs="Times New Roman"/>
              </w:rPr>
              <w:t>- HS lắng nghe, thực hiện.</w:t>
            </w:r>
          </w:p>
        </w:tc>
      </w:tr>
    </w:tbl>
    <w:p w:rsidR="00095E0B" w:rsidRDefault="00285B89">
      <w:pPr>
        <w:spacing w:after="60"/>
      </w:pPr>
      <w:r>
        <w:rPr>
          <w:rFonts w:cs="Times New Roman"/>
          <w:b/>
        </w:rPr>
        <w:t>IV. ĐIỀU CHỈNH SAU BÀI DẠY</w:t>
      </w:r>
    </w:p>
    <w:p w:rsidR="00095E0B" w:rsidRDefault="00285B89">
      <w:pPr>
        <w:spacing w:after="20"/>
      </w:pPr>
      <w:r>
        <w:rPr>
          <w:rFonts w:cs="Times New Roman"/>
        </w:rPr>
        <w:t>.................................................................................................................................................................................</w:t>
      </w:r>
    </w:p>
    <w:p w:rsidR="00095E0B" w:rsidRDefault="00285B89">
      <w:pPr>
        <w:spacing w:after="20"/>
      </w:pPr>
      <w:r>
        <w:rPr>
          <w:rFonts w:cs="Times New Roman"/>
        </w:rPr>
        <w:t>.................................................................................................................................................................................</w:t>
      </w:r>
    </w:p>
    <w:p w:rsidR="00095E0B" w:rsidRDefault="00285B89">
      <w:pPr>
        <w:spacing w:after="20"/>
      </w:pPr>
      <w:r>
        <w:rPr>
          <w:rFonts w:cs="Times New Roman"/>
        </w:rPr>
        <w:t>.................................................................................................................................................................................</w:t>
      </w:r>
    </w:p>
    <w:p w:rsidR="00095E0B" w:rsidRDefault="00285B89">
      <w:pPr>
        <w:jc w:val="center"/>
      </w:pPr>
      <w:r>
        <w:rPr>
          <w:rFonts w:cs="Times New Roman"/>
          <w:b/>
        </w:rPr>
        <w:t>KẾ HOẠCH BÀI DẠY MÔN TỰ NHIÊN VÀ XÃ HỘI</w:t>
      </w:r>
    </w:p>
    <w:p w:rsidR="00095E0B" w:rsidRDefault="00285B89">
      <w:pPr>
        <w:jc w:val="center"/>
      </w:pPr>
      <w:r>
        <w:rPr>
          <w:rFonts w:cs="Times New Roman"/>
          <w:b/>
        </w:rPr>
        <w:t>CHỦ ĐỀ 2: TRƯỜNG HỌC</w:t>
      </w:r>
    </w:p>
    <w:p w:rsidR="00095E0B" w:rsidRDefault="00285B89">
      <w:pPr>
        <w:jc w:val="center"/>
      </w:pPr>
      <w:r>
        <w:rPr>
          <w:rFonts w:cs="Times New Roman"/>
          <w:b/>
        </w:rPr>
        <w:t>BÀI 7: CÙNG KHÁM PHÁ TRƯỜNG HỌC (TIẾT 2)</w:t>
      </w:r>
    </w:p>
    <w:p w:rsidR="00095E0B" w:rsidRDefault="00285B89">
      <w:pPr>
        <w:spacing w:after="60"/>
      </w:pPr>
      <w:r>
        <w:rPr>
          <w:rFonts w:cs="Times New Roman"/>
          <w:b/>
        </w:rPr>
        <w:t>I. YÊU CẦU CẦN ĐẠT</w:t>
      </w:r>
    </w:p>
    <w:p w:rsidR="00095E0B" w:rsidRDefault="00285B89">
      <w:pPr>
        <w:spacing w:after="60"/>
      </w:pPr>
      <w:r>
        <w:rPr>
          <w:rFonts w:cs="Times New Roman"/>
          <w:b/>
        </w:rPr>
        <w:t>1. Năng lực đặc thù</w:t>
      </w:r>
    </w:p>
    <w:p w:rsidR="00095E0B" w:rsidRDefault="00285B89">
      <w:pPr>
        <w:spacing w:after="20"/>
      </w:pPr>
      <w:r>
        <w:rPr>
          <w:rFonts w:cs="Times New Roman"/>
        </w:rPr>
        <w:t>- Kể được một số thành viên trong trường và nhiệm vụ của họ.</w:t>
      </w:r>
    </w:p>
    <w:p w:rsidR="00095E0B" w:rsidRDefault="00285B89">
      <w:pPr>
        <w:spacing w:after="20"/>
      </w:pPr>
      <w:r>
        <w:rPr>
          <w:rFonts w:cs="Times New Roman"/>
        </w:rPr>
        <w:t>- Thể hiện được tình cảm, sự lễ phép với các thành viên trong trường.</w:t>
      </w:r>
    </w:p>
    <w:p w:rsidR="00095E0B" w:rsidRDefault="00285B89">
      <w:pPr>
        <w:spacing w:after="20"/>
      </w:pPr>
      <w:r>
        <w:rPr>
          <w:rFonts w:cs="Times New Roman"/>
        </w:rPr>
        <w:t>- Nêu được cách sử dụng an toàn một số đồ dùng, thiết bị số ở trường.</w:t>
      </w:r>
    </w:p>
    <w:p w:rsidR="00095E0B" w:rsidRDefault="00285B89">
      <w:pPr>
        <w:spacing w:after="60"/>
      </w:pPr>
      <w:r>
        <w:rPr>
          <w:rFonts w:cs="Times New Roman"/>
          <w:b/>
        </w:rPr>
        <w:t>2. Năng lực chung</w:t>
      </w:r>
    </w:p>
    <w:p w:rsidR="00095E0B" w:rsidRDefault="00285B89">
      <w:pPr>
        <w:spacing w:after="20"/>
      </w:pPr>
      <w:r>
        <w:rPr>
          <w:rFonts w:cs="Times New Roman"/>
        </w:rPr>
        <w:t>- Tự chủ và tự học: Chủ động quan sát, ghi nhớ nhiệm vụ của các thành viên.</w:t>
      </w:r>
    </w:p>
    <w:p w:rsidR="00095E0B" w:rsidRDefault="00285B89">
      <w:pPr>
        <w:spacing w:after="20"/>
      </w:pPr>
      <w:r>
        <w:rPr>
          <w:rFonts w:cs="Times New Roman"/>
        </w:rPr>
        <w:t>- Giao tiếp và hợp tác: Biết trò chuyện, trình bày lịch sự.</w:t>
      </w:r>
    </w:p>
    <w:p w:rsidR="00095E0B" w:rsidRDefault="00285B89">
      <w:pPr>
        <w:spacing w:after="20"/>
      </w:pPr>
      <w:r>
        <w:rPr>
          <w:rFonts w:cs="Times New Roman"/>
        </w:rPr>
        <w:t>- Giải quyết vấn đề và sáng tạo: Biết nhờ người lớn hỗ trợ khi gặp thiết bị có nguy cơ mất an toàn.</w:t>
      </w:r>
    </w:p>
    <w:p w:rsidR="00095E0B" w:rsidRDefault="00285B89">
      <w:pPr>
        <w:spacing w:after="60"/>
      </w:pPr>
      <w:r>
        <w:rPr>
          <w:rFonts w:cs="Times New Roman"/>
          <w:b/>
        </w:rPr>
        <w:t>3. Phẩm chất</w:t>
      </w:r>
    </w:p>
    <w:p w:rsidR="00095E0B" w:rsidRDefault="00285B89">
      <w:pPr>
        <w:spacing w:after="20"/>
      </w:pPr>
      <w:r>
        <w:rPr>
          <w:rFonts w:cs="Times New Roman"/>
        </w:rPr>
        <w:t>- Nhân ái: Kính trọng, biết ơn thầy cô và nhân viên nhà trường.</w:t>
      </w:r>
    </w:p>
    <w:p w:rsidR="00095E0B" w:rsidRDefault="00285B89">
      <w:pPr>
        <w:spacing w:after="20"/>
      </w:pPr>
      <w:r>
        <w:rPr>
          <w:rFonts w:cs="Times New Roman"/>
        </w:rPr>
        <w:t>- Trách nhiệm: Biết giữ gìn đồ dùng, thiết bị chung.</w:t>
      </w:r>
    </w:p>
    <w:p w:rsidR="00095E0B" w:rsidRDefault="00285B89">
      <w:pPr>
        <w:spacing w:after="20"/>
      </w:pPr>
      <w:r>
        <w:rPr>
          <w:rFonts w:cs="Times New Roman"/>
        </w:rPr>
        <w:t>- Chăm chỉ: Tích cực tham gia tìm hiểu về trường học.</w:t>
      </w:r>
    </w:p>
    <w:p w:rsidR="00095E0B" w:rsidRDefault="00285B89">
      <w:pPr>
        <w:spacing w:after="60"/>
      </w:pPr>
      <w:r>
        <w:rPr>
          <w:rFonts w:cs="Times New Roman"/>
          <w:b/>
        </w:rPr>
        <w:t>4. Tích hợp</w:t>
      </w:r>
    </w:p>
    <w:p w:rsidR="00095E0B" w:rsidRDefault="00285B89">
      <w:pPr>
        <w:spacing w:after="20"/>
      </w:pPr>
      <w:r>
        <w:rPr>
          <w:rFonts w:cs="Times New Roman"/>
          <w:color w:val="C00000"/>
        </w:rPr>
        <w:t>- Năng lực số 4.1.CB1b: Phân biệt được rủi ro đơn giản khi sử dụng đồ dùng, thiết bị số ở trường; biết sử dụng cẩn thận, đúng hướng dẫn và nhờ giáo viên hỗ trợ khi cần.</w:t>
      </w:r>
    </w:p>
    <w:p w:rsidR="00095E0B" w:rsidRDefault="00285B89">
      <w:pPr>
        <w:spacing w:after="60"/>
      </w:pPr>
      <w:r>
        <w:rPr>
          <w:rFonts w:cs="Times New Roman"/>
          <w:b/>
        </w:rPr>
        <w:t>II. ĐỒ DÙNG DẠY HỌC</w:t>
      </w:r>
    </w:p>
    <w:p w:rsidR="00095E0B" w:rsidRDefault="00285B89">
      <w:pPr>
        <w:spacing w:after="20"/>
      </w:pPr>
      <w:r>
        <w:rPr>
          <w:rFonts w:cs="Times New Roman"/>
        </w:rPr>
        <w:t>- Giáo viên: SGK, tranh các thành viên trong trường, hình ảnh một số thiết bị dùng trong trường.</w:t>
      </w:r>
    </w:p>
    <w:p w:rsidR="00095E0B" w:rsidRDefault="00285B89">
      <w:pPr>
        <w:spacing w:after="20"/>
      </w:pPr>
      <w:r>
        <w:rPr>
          <w:rFonts w:cs="Times New Roman"/>
        </w:rPr>
        <w:t>- Học sinh: SGK, đồ dùng học tập.</w:t>
      </w:r>
    </w:p>
    <w:p w:rsidR="00095E0B" w:rsidRDefault="00285B89">
      <w:pPr>
        <w:spacing w:after="60"/>
      </w:pPr>
      <w:r>
        <w:rPr>
          <w:rFonts w:cs="Times New Roman"/>
          <w:b/>
        </w:rPr>
        <w:lastRenderedPageBreak/>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213"/>
        <w:gridCol w:w="5213"/>
      </w:tblGrid>
      <w:tr w:rsidR="00095E0B" w:rsidTr="003D108B">
        <w:trPr>
          <w:tblHeader/>
          <w:jc w:val="center"/>
        </w:trPr>
        <w:tc>
          <w:tcPr>
            <w:tcW w:w="5159" w:type="dxa"/>
            <w:tcBorders>
              <w:bottom w:val="single" w:sz="4" w:space="0" w:color="auto"/>
            </w:tcBorders>
            <w:shd w:val="clear" w:color="auto" w:fill="auto"/>
            <w:vAlign w:val="center"/>
          </w:tcPr>
          <w:p w:rsidR="00095E0B" w:rsidRDefault="00285B89">
            <w:pPr>
              <w:jc w:val="center"/>
            </w:pPr>
            <w:r>
              <w:rPr>
                <w:rFonts w:cs="Times New Roman"/>
                <w:b/>
              </w:rPr>
              <w:t>HOẠT ĐỘNG CỦA GIÁO VIÊN</w:t>
            </w:r>
          </w:p>
        </w:tc>
        <w:tc>
          <w:tcPr>
            <w:tcW w:w="4082" w:type="dxa"/>
            <w:tcBorders>
              <w:bottom w:val="single" w:sz="4" w:space="0" w:color="auto"/>
            </w:tcBorders>
            <w:shd w:val="clear" w:color="auto" w:fill="auto"/>
            <w:vAlign w:val="center"/>
          </w:tcPr>
          <w:p w:rsidR="00095E0B" w:rsidRDefault="00285B89">
            <w:pPr>
              <w:jc w:val="center"/>
            </w:pPr>
            <w:r>
              <w:rPr>
                <w:rFonts w:cs="Times New Roman"/>
                <w:b/>
              </w:rPr>
              <w:t>HOẠT ĐỘNG CỦA HỌC SINH</w:t>
            </w:r>
          </w:p>
        </w:tc>
      </w:tr>
      <w:tr w:rsidR="00095E0B" w:rsidTr="003D108B">
        <w:trPr>
          <w:jc w:val="center"/>
        </w:trPr>
        <w:tc>
          <w:tcPr>
            <w:tcW w:w="10426" w:type="dxa"/>
            <w:gridSpan w:val="2"/>
            <w:tcBorders>
              <w:top w:val="single" w:sz="4" w:space="0" w:color="auto"/>
              <w:bottom w:val="single" w:sz="4" w:space="0" w:color="auto"/>
            </w:tcBorders>
            <w:shd w:val="clear" w:color="auto" w:fill="auto"/>
          </w:tcPr>
          <w:p w:rsidR="00095E0B" w:rsidRDefault="00285B89">
            <w:r>
              <w:rPr>
                <w:rFonts w:cs="Times New Roman"/>
                <w:b/>
              </w:rPr>
              <w:t>1. Khởi động (4 - 5 phút)</w:t>
            </w:r>
          </w:p>
          <w:p w:rsidR="00095E0B" w:rsidRDefault="00285B89">
            <w:r>
              <w:rPr>
                <w:rFonts w:cs="Times New Roman"/>
                <w:b/>
              </w:rPr>
              <w:t>Mục tiêu: Gợi nhớ tên trường và các thành viên quen thuộc trong trường.</w:t>
            </w:r>
          </w:p>
        </w:tc>
      </w:tr>
      <w:tr w:rsidR="00095E0B" w:rsidTr="003D108B">
        <w:trPr>
          <w:jc w:val="center"/>
        </w:trPr>
        <w:tc>
          <w:tcPr>
            <w:tcW w:w="5213" w:type="dxa"/>
            <w:tcBorders>
              <w:top w:val="single" w:sz="4" w:space="0" w:color="auto"/>
            </w:tcBorders>
            <w:shd w:val="clear" w:color="auto" w:fill="auto"/>
          </w:tcPr>
          <w:p w:rsidR="00095E0B" w:rsidRDefault="00285B89">
            <w:r>
              <w:rPr>
                <w:rFonts w:cs="Times New Roman"/>
              </w:rPr>
              <w:t>- GV giao nhiệm vụ: Nhớ tên một người trong trường đã giúp đỡ em.</w:t>
            </w:r>
          </w:p>
        </w:tc>
        <w:tc>
          <w:tcPr>
            <w:tcW w:w="5213" w:type="dxa"/>
            <w:tcBorders>
              <w:top w:val="single" w:sz="4" w:space="0" w:color="auto"/>
            </w:tcBorders>
            <w:shd w:val="clear" w:color="auto" w:fill="auto"/>
          </w:tcPr>
          <w:p w:rsidR="00095E0B" w:rsidRDefault="00285B89">
            <w:r>
              <w:rPr>
                <w:rFonts w:cs="Times New Roman"/>
              </w:rPr>
              <w:t>- HS nhớ lại người đã giúp đỡ mình.</w:t>
            </w:r>
          </w:p>
        </w:tc>
      </w:tr>
      <w:tr w:rsidR="00095E0B" w:rsidTr="003D108B">
        <w:trPr>
          <w:jc w:val="center"/>
        </w:trPr>
        <w:tc>
          <w:tcPr>
            <w:tcW w:w="5213" w:type="dxa"/>
            <w:shd w:val="clear" w:color="auto" w:fill="auto"/>
          </w:tcPr>
          <w:p w:rsidR="00095E0B" w:rsidRDefault="00285B89">
            <w:r>
              <w:rPr>
                <w:rFonts w:cs="Times New Roman"/>
              </w:rPr>
              <w:t>- GV hỏi: Trong trường, em biết những ai?</w:t>
            </w:r>
          </w:p>
        </w:tc>
        <w:tc>
          <w:tcPr>
            <w:tcW w:w="5213" w:type="dxa"/>
            <w:shd w:val="clear" w:color="auto" w:fill="auto"/>
          </w:tcPr>
          <w:p w:rsidR="00095E0B" w:rsidRDefault="00285B89">
            <w:r>
              <w:rPr>
                <w:rFonts w:cs="Times New Roman"/>
              </w:rPr>
              <w:t>- HS trả lời: Em biết thầy cô giáo, cô thủ thư, nhân viên y tế, bác bảo vệ hoặc cô lao công.</w:t>
            </w:r>
          </w:p>
        </w:tc>
      </w:tr>
      <w:tr w:rsidR="00095E0B" w:rsidTr="003D108B">
        <w:trPr>
          <w:jc w:val="center"/>
        </w:trPr>
        <w:tc>
          <w:tcPr>
            <w:tcW w:w="5213" w:type="dxa"/>
            <w:shd w:val="clear" w:color="auto" w:fill="auto"/>
          </w:tcPr>
          <w:p w:rsidR="00095E0B" w:rsidRDefault="00285B89">
            <w:r>
              <w:rPr>
                <w:rFonts w:cs="Times New Roman"/>
              </w:rPr>
              <w:t>- GV mời HS trình bày.</w:t>
            </w:r>
          </w:p>
        </w:tc>
        <w:tc>
          <w:tcPr>
            <w:tcW w:w="5213" w:type="dxa"/>
            <w:shd w:val="clear" w:color="auto" w:fill="auto"/>
          </w:tcPr>
          <w:p w:rsidR="00095E0B" w:rsidRDefault="00285B89">
            <w:r>
              <w:rPr>
                <w:rFonts w:cs="Times New Roman"/>
              </w:rPr>
              <w:t>- HS trình bày; các bạn lắng nghe.</w:t>
            </w:r>
          </w:p>
        </w:tc>
      </w:tr>
      <w:tr w:rsidR="00095E0B" w:rsidTr="003D108B">
        <w:trPr>
          <w:jc w:val="center"/>
        </w:trPr>
        <w:tc>
          <w:tcPr>
            <w:tcW w:w="5213" w:type="dxa"/>
            <w:tcBorders>
              <w:bottom w:val="single" w:sz="4" w:space="0" w:color="auto"/>
            </w:tcBorders>
            <w:shd w:val="clear" w:color="auto" w:fill="auto"/>
          </w:tcPr>
          <w:p w:rsidR="00095E0B" w:rsidRDefault="00285B89">
            <w:r>
              <w:rPr>
                <w:rFonts w:cs="Times New Roman"/>
              </w:rPr>
              <w:t>- GV chốt ý, kết luận hoạt động: Trong trường có nhiều thành viên cùng chăm lo để các em học tập, vui chơi an toàn.</w:t>
            </w:r>
          </w:p>
        </w:tc>
        <w:tc>
          <w:tcPr>
            <w:tcW w:w="5213" w:type="dxa"/>
            <w:tcBorders>
              <w:bottom w:val="single" w:sz="4" w:space="0" w:color="auto"/>
            </w:tcBorders>
            <w:shd w:val="clear" w:color="auto" w:fill="auto"/>
          </w:tcPr>
          <w:p w:rsidR="00095E0B" w:rsidRDefault="00285B89">
            <w:r>
              <w:rPr>
                <w:rFonts w:cs="Times New Roman"/>
              </w:rPr>
              <w:t>- HS lắng nghe.</w:t>
            </w:r>
          </w:p>
        </w:tc>
      </w:tr>
      <w:tr w:rsidR="00095E0B" w:rsidTr="003D108B">
        <w:trPr>
          <w:jc w:val="center"/>
        </w:trPr>
        <w:tc>
          <w:tcPr>
            <w:tcW w:w="10426" w:type="dxa"/>
            <w:gridSpan w:val="2"/>
            <w:tcBorders>
              <w:top w:val="single" w:sz="4" w:space="0" w:color="auto"/>
              <w:bottom w:val="single" w:sz="4" w:space="0" w:color="auto"/>
            </w:tcBorders>
            <w:shd w:val="clear" w:color="auto" w:fill="auto"/>
          </w:tcPr>
          <w:p w:rsidR="00095E0B" w:rsidRDefault="00285B89">
            <w:r>
              <w:rPr>
                <w:rFonts w:cs="Times New Roman"/>
                <w:b/>
              </w:rPr>
              <w:t>2. Khám phá: Thành viên trong trường và công việc của họ (12 - 14 phút)</w:t>
            </w:r>
          </w:p>
          <w:p w:rsidR="00095E0B" w:rsidRDefault="00285B89">
            <w:r>
              <w:rPr>
                <w:rFonts w:cs="Times New Roman"/>
                <w:b/>
              </w:rPr>
              <w:t>Mục tiêu: Kể được thành viên trong trường và nhiệm vụ của từng người.</w:t>
            </w:r>
          </w:p>
        </w:tc>
      </w:tr>
      <w:tr w:rsidR="00095E0B" w:rsidTr="003D108B">
        <w:trPr>
          <w:jc w:val="center"/>
        </w:trPr>
        <w:tc>
          <w:tcPr>
            <w:tcW w:w="5213" w:type="dxa"/>
            <w:tcBorders>
              <w:top w:val="single" w:sz="4" w:space="0" w:color="auto"/>
            </w:tcBorders>
            <w:shd w:val="clear" w:color="auto" w:fill="auto"/>
          </w:tcPr>
          <w:p w:rsidR="00095E0B" w:rsidRDefault="00285B89" w:rsidP="003D108B">
            <w:r>
              <w:rPr>
                <w:rFonts w:cs="Times New Roman"/>
              </w:rPr>
              <w:t>- GV giao nhiệm vụ: Quan sát tranh và nói tên người, công việc được thể hiện trong từng hình.</w:t>
            </w:r>
          </w:p>
        </w:tc>
        <w:tc>
          <w:tcPr>
            <w:tcW w:w="5213" w:type="dxa"/>
            <w:tcBorders>
              <w:top w:val="single" w:sz="4" w:space="0" w:color="auto"/>
            </w:tcBorders>
            <w:shd w:val="clear" w:color="auto" w:fill="auto"/>
          </w:tcPr>
          <w:p w:rsidR="00095E0B" w:rsidRDefault="00285B89">
            <w:r>
              <w:rPr>
                <w:rFonts w:cs="Times New Roman"/>
              </w:rPr>
              <w:t>- HS quan sát tranh và xác định nhân vật, công việc.</w:t>
            </w:r>
          </w:p>
        </w:tc>
      </w:tr>
      <w:tr w:rsidR="00095E0B" w:rsidTr="003D108B">
        <w:trPr>
          <w:jc w:val="center"/>
        </w:trPr>
        <w:tc>
          <w:tcPr>
            <w:tcW w:w="5213" w:type="dxa"/>
            <w:shd w:val="clear" w:color="auto" w:fill="auto"/>
          </w:tcPr>
          <w:p w:rsidR="00095E0B" w:rsidRDefault="00285B89">
            <w:r>
              <w:rPr>
                <w:rFonts w:cs="Times New Roman"/>
              </w:rPr>
              <w:t>- GV hỏi: Cô giáo làm công việc gì?</w:t>
            </w:r>
          </w:p>
        </w:tc>
        <w:tc>
          <w:tcPr>
            <w:tcW w:w="5213" w:type="dxa"/>
            <w:shd w:val="clear" w:color="auto" w:fill="auto"/>
          </w:tcPr>
          <w:p w:rsidR="00095E0B" w:rsidRDefault="00285B89">
            <w:r>
              <w:rPr>
                <w:rFonts w:cs="Times New Roman"/>
              </w:rPr>
              <w:t>- HS trả lời: Cô giáo dạy học và hướng dẫn học sinh.</w:t>
            </w:r>
          </w:p>
        </w:tc>
      </w:tr>
      <w:tr w:rsidR="00095E0B" w:rsidTr="003D108B">
        <w:trPr>
          <w:jc w:val="center"/>
        </w:trPr>
        <w:tc>
          <w:tcPr>
            <w:tcW w:w="5213" w:type="dxa"/>
            <w:shd w:val="clear" w:color="auto" w:fill="auto"/>
          </w:tcPr>
          <w:p w:rsidR="00095E0B" w:rsidRDefault="00285B89">
            <w:r>
              <w:rPr>
                <w:rFonts w:cs="Times New Roman"/>
              </w:rPr>
              <w:t>- GV hỏi: Nhân viên y tế trường học giúp học sinh khi nào?</w:t>
            </w:r>
          </w:p>
        </w:tc>
        <w:tc>
          <w:tcPr>
            <w:tcW w:w="5213" w:type="dxa"/>
            <w:shd w:val="clear" w:color="auto" w:fill="auto"/>
          </w:tcPr>
          <w:p w:rsidR="00095E0B" w:rsidRDefault="00285B89">
            <w:r>
              <w:rPr>
                <w:rFonts w:cs="Times New Roman"/>
              </w:rPr>
              <w:t>- HS trả lời: Nhân viên y tế giúp học sinh khi bị mệt, bị đau hoặc cần chăm sóc sức khỏe.</w:t>
            </w:r>
          </w:p>
        </w:tc>
      </w:tr>
      <w:tr w:rsidR="00095E0B" w:rsidTr="003D108B">
        <w:trPr>
          <w:jc w:val="center"/>
        </w:trPr>
        <w:tc>
          <w:tcPr>
            <w:tcW w:w="5213" w:type="dxa"/>
            <w:shd w:val="clear" w:color="auto" w:fill="auto"/>
          </w:tcPr>
          <w:p w:rsidR="00095E0B" w:rsidRDefault="00285B89">
            <w:r>
              <w:rPr>
                <w:rFonts w:cs="Times New Roman"/>
              </w:rPr>
              <w:t>- GV hỏi: Bác bảo vệ làm công việc gì?</w:t>
            </w:r>
          </w:p>
        </w:tc>
        <w:tc>
          <w:tcPr>
            <w:tcW w:w="5213" w:type="dxa"/>
            <w:shd w:val="clear" w:color="auto" w:fill="auto"/>
          </w:tcPr>
          <w:p w:rsidR="00095E0B" w:rsidRDefault="00285B89">
            <w:r>
              <w:rPr>
                <w:rFonts w:cs="Times New Roman"/>
              </w:rPr>
              <w:t>- HS trả lời: Bác bảo vệ giữ gìn an ninh, trật tự và hỗ trợ mọi người trong trường.</w:t>
            </w:r>
          </w:p>
        </w:tc>
      </w:tr>
      <w:tr w:rsidR="00095E0B" w:rsidTr="003D108B">
        <w:trPr>
          <w:jc w:val="center"/>
        </w:trPr>
        <w:tc>
          <w:tcPr>
            <w:tcW w:w="5213" w:type="dxa"/>
            <w:shd w:val="clear" w:color="auto" w:fill="auto"/>
          </w:tcPr>
          <w:p w:rsidR="00095E0B" w:rsidRDefault="00285B89">
            <w:r>
              <w:rPr>
                <w:rFonts w:cs="Times New Roman"/>
              </w:rPr>
              <w:t>- GV mời HS trình bày.</w:t>
            </w:r>
          </w:p>
        </w:tc>
        <w:tc>
          <w:tcPr>
            <w:tcW w:w="5213" w:type="dxa"/>
            <w:shd w:val="clear" w:color="auto" w:fill="auto"/>
          </w:tcPr>
          <w:p w:rsidR="00095E0B" w:rsidRDefault="00285B89">
            <w:r>
              <w:rPr>
                <w:rFonts w:cs="Times New Roman"/>
              </w:rPr>
              <w:t>- HS trình bày; các bạn nhận xét, bổ sung.</w:t>
            </w:r>
          </w:p>
        </w:tc>
      </w:tr>
      <w:tr w:rsidR="00095E0B" w:rsidTr="003D108B">
        <w:trPr>
          <w:jc w:val="center"/>
        </w:trPr>
        <w:tc>
          <w:tcPr>
            <w:tcW w:w="5213" w:type="dxa"/>
            <w:tcBorders>
              <w:bottom w:val="single" w:sz="4" w:space="0" w:color="auto"/>
            </w:tcBorders>
            <w:shd w:val="clear" w:color="auto" w:fill="auto"/>
          </w:tcPr>
          <w:p w:rsidR="00095E0B" w:rsidRDefault="00285B89">
            <w:r>
              <w:rPr>
                <w:rFonts w:cs="Times New Roman"/>
              </w:rPr>
              <w:t>- GV chốt ý, kết luận hoạt động: Mỗi thành viên trong trường đều có công việc quan trọng; học sinh cần lễ phép và biết ơn mọi người.</w:t>
            </w:r>
          </w:p>
        </w:tc>
        <w:tc>
          <w:tcPr>
            <w:tcW w:w="5213" w:type="dxa"/>
            <w:tcBorders>
              <w:bottom w:val="single" w:sz="4" w:space="0" w:color="auto"/>
            </w:tcBorders>
            <w:shd w:val="clear" w:color="auto" w:fill="auto"/>
          </w:tcPr>
          <w:p w:rsidR="00095E0B" w:rsidRDefault="00285B89">
            <w:r>
              <w:rPr>
                <w:rFonts w:cs="Times New Roman"/>
              </w:rPr>
              <w:t>- HS lắng nghe, ghi nhớ.</w:t>
            </w:r>
          </w:p>
        </w:tc>
      </w:tr>
      <w:tr w:rsidR="00095E0B" w:rsidTr="003D108B">
        <w:trPr>
          <w:jc w:val="center"/>
        </w:trPr>
        <w:tc>
          <w:tcPr>
            <w:tcW w:w="10426" w:type="dxa"/>
            <w:gridSpan w:val="2"/>
            <w:tcBorders>
              <w:top w:val="single" w:sz="4" w:space="0" w:color="auto"/>
              <w:bottom w:val="single" w:sz="4" w:space="0" w:color="auto"/>
            </w:tcBorders>
            <w:shd w:val="clear" w:color="auto" w:fill="auto"/>
          </w:tcPr>
          <w:p w:rsidR="00095E0B" w:rsidRDefault="00285B89">
            <w:r>
              <w:rPr>
                <w:rFonts w:cs="Times New Roman"/>
                <w:b/>
              </w:rPr>
              <w:t>3. Thực hành: Sử dụng an toàn đồ dùng, thiết bị ở trường (12 - 14 phút)</w:t>
            </w:r>
          </w:p>
          <w:p w:rsidR="00095E0B" w:rsidRDefault="00285B89">
            <w:r>
              <w:rPr>
                <w:rFonts w:cs="Times New Roman"/>
                <w:b/>
              </w:rPr>
              <w:t>Mục tiêu: Nhận biết nguy cơ đơn giản và cách nhờ hỗ trợ khi cần.</w:t>
            </w:r>
          </w:p>
        </w:tc>
      </w:tr>
      <w:tr w:rsidR="00095E0B" w:rsidTr="003D108B">
        <w:trPr>
          <w:jc w:val="center"/>
        </w:trPr>
        <w:tc>
          <w:tcPr>
            <w:tcW w:w="5213" w:type="dxa"/>
            <w:tcBorders>
              <w:top w:val="single" w:sz="4" w:space="0" w:color="auto"/>
            </w:tcBorders>
            <w:shd w:val="clear" w:color="auto" w:fill="auto"/>
          </w:tcPr>
          <w:p w:rsidR="00095E0B" w:rsidRDefault="00285B89">
            <w:r>
              <w:rPr>
                <w:rFonts w:cs="Times New Roman"/>
              </w:rPr>
              <w:t>- GV giao nhiệm vụ: Quan sát hình/đồ dùng được giới thiệu và nêu việc nên làm khi gặp thiết bị trong trường.</w:t>
            </w:r>
          </w:p>
        </w:tc>
        <w:tc>
          <w:tcPr>
            <w:tcW w:w="5213" w:type="dxa"/>
            <w:tcBorders>
              <w:top w:val="single" w:sz="4" w:space="0" w:color="auto"/>
            </w:tcBorders>
            <w:shd w:val="clear" w:color="auto" w:fill="auto"/>
          </w:tcPr>
          <w:p w:rsidR="00095E0B" w:rsidRDefault="00285B89">
            <w:r>
              <w:rPr>
                <w:rFonts w:cs="Times New Roman"/>
              </w:rPr>
              <w:t>- HS quan sát và chuẩn bị trả lời.</w:t>
            </w:r>
          </w:p>
        </w:tc>
      </w:tr>
      <w:tr w:rsidR="00095E0B" w:rsidTr="003D108B">
        <w:trPr>
          <w:jc w:val="center"/>
        </w:trPr>
        <w:tc>
          <w:tcPr>
            <w:tcW w:w="5213" w:type="dxa"/>
            <w:shd w:val="clear" w:color="auto" w:fill="auto"/>
          </w:tcPr>
          <w:p w:rsidR="00095E0B" w:rsidRDefault="00285B89">
            <w:r>
              <w:rPr>
                <w:rFonts w:cs="Times New Roman"/>
              </w:rPr>
              <w:t>- GV hỏi: Khi thấy dây điện hoặc dây sạc đang cắm vào ổ điện, em nên làm gì?</w:t>
            </w:r>
          </w:p>
        </w:tc>
        <w:tc>
          <w:tcPr>
            <w:tcW w:w="5213" w:type="dxa"/>
            <w:shd w:val="clear" w:color="auto" w:fill="auto"/>
          </w:tcPr>
          <w:p w:rsidR="00095E0B" w:rsidRDefault="00285B89">
            <w:r>
              <w:rPr>
                <w:rFonts w:cs="Times New Roman"/>
              </w:rPr>
              <w:t>- HS trả lời: Em không chạm vào và báo cô giáo hoặc người lớn hỗ trợ.</w:t>
            </w:r>
          </w:p>
        </w:tc>
      </w:tr>
      <w:tr w:rsidR="00095E0B" w:rsidTr="003D108B">
        <w:trPr>
          <w:jc w:val="center"/>
        </w:trPr>
        <w:tc>
          <w:tcPr>
            <w:tcW w:w="5213" w:type="dxa"/>
            <w:shd w:val="clear" w:color="auto" w:fill="auto"/>
          </w:tcPr>
          <w:p w:rsidR="00095E0B" w:rsidRDefault="00285B89">
            <w:r>
              <w:rPr>
                <w:rFonts w:cs="Times New Roman"/>
              </w:rPr>
              <w:t>- GV hỏi: Khi cần sử dụng máy tính hoặc máy chiếu của lớp, em nên làm gì?</w:t>
            </w:r>
          </w:p>
        </w:tc>
        <w:tc>
          <w:tcPr>
            <w:tcW w:w="5213" w:type="dxa"/>
            <w:shd w:val="clear" w:color="auto" w:fill="auto"/>
          </w:tcPr>
          <w:p w:rsidR="00095E0B" w:rsidRDefault="00285B89">
            <w:r>
              <w:rPr>
                <w:rFonts w:cs="Times New Roman"/>
              </w:rPr>
              <w:t>- HS trả lời: Em chỉ sử dụng khi được cô giáo hướng dẫn.</w:t>
            </w:r>
          </w:p>
        </w:tc>
      </w:tr>
      <w:tr w:rsidR="00095E0B" w:rsidTr="003D108B">
        <w:trPr>
          <w:jc w:val="center"/>
        </w:trPr>
        <w:tc>
          <w:tcPr>
            <w:tcW w:w="5213" w:type="dxa"/>
            <w:shd w:val="clear" w:color="auto" w:fill="auto"/>
          </w:tcPr>
          <w:p w:rsidR="00095E0B" w:rsidRDefault="00285B89">
            <w:r>
              <w:rPr>
                <w:rFonts w:cs="Times New Roman"/>
              </w:rPr>
              <w:t>- GV mời HS trình bày cách làm an toàn.</w:t>
            </w:r>
          </w:p>
        </w:tc>
        <w:tc>
          <w:tcPr>
            <w:tcW w:w="5213" w:type="dxa"/>
            <w:shd w:val="clear" w:color="auto" w:fill="auto"/>
          </w:tcPr>
          <w:p w:rsidR="00095E0B" w:rsidRDefault="00285B89">
            <w:r>
              <w:rPr>
                <w:rFonts w:cs="Times New Roman"/>
              </w:rPr>
              <w:t>- HS trình bày; các bạn bổ sung.</w:t>
            </w:r>
          </w:p>
        </w:tc>
      </w:tr>
      <w:tr w:rsidR="00095E0B" w:rsidTr="003D108B">
        <w:trPr>
          <w:jc w:val="center"/>
        </w:trPr>
        <w:tc>
          <w:tcPr>
            <w:tcW w:w="5213" w:type="dxa"/>
            <w:shd w:val="clear" w:color="auto" w:fill="auto"/>
          </w:tcPr>
          <w:p w:rsidR="00095E0B" w:rsidRDefault="00285B89">
            <w:r>
              <w:rPr>
                <w:rFonts w:cs="Times New Roman"/>
                <w:color w:val="C00000"/>
              </w:rPr>
              <w:t>- GV hỏi dẫn tích hợp Năng lực số: Vì sao em không nên tự ý chạm vào ổ điện, dây sạc hoặc thiết bị số của trường?</w:t>
            </w:r>
          </w:p>
        </w:tc>
        <w:tc>
          <w:tcPr>
            <w:tcW w:w="5213" w:type="dxa"/>
            <w:shd w:val="clear" w:color="auto" w:fill="auto"/>
          </w:tcPr>
          <w:p w:rsidR="00095E0B" w:rsidRDefault="00285B89">
            <w:r>
              <w:rPr>
                <w:rFonts w:cs="Times New Roman"/>
                <w:color w:val="C00000"/>
              </w:rPr>
              <w:t>- HS trả lời: Vì em có thể bị điện giật, bị thương hoặc làm hỏng thiết bị.</w:t>
            </w:r>
          </w:p>
        </w:tc>
      </w:tr>
      <w:tr w:rsidR="00095E0B" w:rsidTr="003D108B">
        <w:trPr>
          <w:jc w:val="center"/>
        </w:trPr>
        <w:tc>
          <w:tcPr>
            <w:tcW w:w="5213" w:type="dxa"/>
            <w:shd w:val="clear" w:color="auto" w:fill="auto"/>
          </w:tcPr>
          <w:p w:rsidR="00095E0B" w:rsidRDefault="00285B89">
            <w:r>
              <w:rPr>
                <w:rFonts w:cs="Times New Roman"/>
                <w:color w:val="C00000"/>
              </w:rPr>
              <w:t xml:space="preserve">- GV diễn giải tích hợp Năng lực số 4.1.CB1b: </w:t>
            </w:r>
            <w:r>
              <w:rPr>
                <w:rFonts w:cs="Times New Roman"/>
                <w:color w:val="C00000"/>
              </w:rPr>
              <w:lastRenderedPageBreak/>
              <w:t>Ở trường có những thiết bị dùng điện như máy tính, máy chiếu, loa, dây sạc. Nếu tự ý chạm tay ướt vào ổ điện, kéo dây hoặc bấm nghịch thiết bị, các em có thể gặp nguy hiểm và làm hỏng tài sản chung. Khi cần sử dụng hoặc thấy thiết bị có dấu hiệu bất thường, các em phải đứng cách an toàn, báo ngay cho giáo viên hoặc người lớn, chỉ thao tác khi được hướng dẫn.</w:t>
            </w:r>
          </w:p>
        </w:tc>
        <w:tc>
          <w:tcPr>
            <w:tcW w:w="5213" w:type="dxa"/>
            <w:shd w:val="clear" w:color="auto" w:fill="auto"/>
          </w:tcPr>
          <w:p w:rsidR="00095E0B" w:rsidRDefault="00285B89">
            <w:r>
              <w:rPr>
                <w:rFonts w:cs="Times New Roman"/>
                <w:color w:val="C00000"/>
              </w:rPr>
              <w:lastRenderedPageBreak/>
              <w:t xml:space="preserve">- HS lắng nghe; nêu việc làm an toàn: không tự </w:t>
            </w:r>
            <w:r>
              <w:rPr>
                <w:rFonts w:cs="Times New Roman"/>
                <w:color w:val="C00000"/>
              </w:rPr>
              <w:lastRenderedPageBreak/>
              <w:t>cắm điện, không kéo dây, báo cô giáo khi cần.</w:t>
            </w:r>
          </w:p>
        </w:tc>
      </w:tr>
      <w:tr w:rsidR="00095E0B" w:rsidTr="003D108B">
        <w:trPr>
          <w:jc w:val="center"/>
        </w:trPr>
        <w:tc>
          <w:tcPr>
            <w:tcW w:w="5213" w:type="dxa"/>
            <w:tcBorders>
              <w:bottom w:val="single" w:sz="4" w:space="0" w:color="auto"/>
            </w:tcBorders>
            <w:shd w:val="clear" w:color="auto" w:fill="auto"/>
          </w:tcPr>
          <w:p w:rsidR="00095E0B" w:rsidRDefault="00285B89">
            <w:r>
              <w:rPr>
                <w:rFonts w:cs="Times New Roman"/>
              </w:rPr>
              <w:lastRenderedPageBreak/>
              <w:t>- GV chốt ý, kết luận hoạt động: Thiết bị ở trường hỗ trợ học tập; sử dụng đúng hướng dẫn giúp bảo vệ bản thân và giữ gìn tài sản chung.</w:t>
            </w:r>
          </w:p>
        </w:tc>
        <w:tc>
          <w:tcPr>
            <w:tcW w:w="5213" w:type="dxa"/>
            <w:tcBorders>
              <w:bottom w:val="single" w:sz="4" w:space="0" w:color="auto"/>
            </w:tcBorders>
            <w:shd w:val="clear" w:color="auto" w:fill="auto"/>
          </w:tcPr>
          <w:p w:rsidR="00095E0B" w:rsidRDefault="00285B89">
            <w:r>
              <w:rPr>
                <w:rFonts w:cs="Times New Roman"/>
              </w:rPr>
              <w:t>- HS lắng nghe, ghi nhớ.</w:t>
            </w:r>
          </w:p>
        </w:tc>
      </w:tr>
      <w:tr w:rsidR="00095E0B" w:rsidTr="003D108B">
        <w:trPr>
          <w:jc w:val="center"/>
        </w:trPr>
        <w:tc>
          <w:tcPr>
            <w:tcW w:w="10426" w:type="dxa"/>
            <w:gridSpan w:val="2"/>
            <w:tcBorders>
              <w:top w:val="single" w:sz="4" w:space="0" w:color="auto"/>
              <w:bottom w:val="single" w:sz="4" w:space="0" w:color="auto"/>
            </w:tcBorders>
            <w:shd w:val="clear" w:color="auto" w:fill="auto"/>
          </w:tcPr>
          <w:p w:rsidR="00095E0B" w:rsidRDefault="00285B89">
            <w:r>
              <w:rPr>
                <w:rFonts w:cs="Times New Roman"/>
                <w:b/>
              </w:rPr>
              <w:t>4. Vận dụng - Dặn dò (4 - 5 phút)</w:t>
            </w:r>
          </w:p>
          <w:p w:rsidR="00095E0B" w:rsidRDefault="00285B89">
            <w:r>
              <w:rPr>
                <w:rFonts w:cs="Times New Roman"/>
                <w:b/>
              </w:rPr>
              <w:t>Mục tiêu: Thực hiện lời nói, việc làm thể hiện sự lễ phép và trách nhiệm.</w:t>
            </w:r>
          </w:p>
        </w:tc>
      </w:tr>
      <w:tr w:rsidR="00095E0B" w:rsidTr="003D108B">
        <w:trPr>
          <w:jc w:val="center"/>
        </w:trPr>
        <w:tc>
          <w:tcPr>
            <w:tcW w:w="5213" w:type="dxa"/>
            <w:tcBorders>
              <w:top w:val="single" w:sz="4" w:space="0" w:color="auto"/>
            </w:tcBorders>
            <w:shd w:val="clear" w:color="auto" w:fill="auto"/>
          </w:tcPr>
          <w:p w:rsidR="00095E0B" w:rsidRDefault="00285B89">
            <w:r>
              <w:rPr>
                <w:rFonts w:cs="Times New Roman"/>
              </w:rPr>
              <w:t>- GV giao nhiệm vụ: Nêu lời nói hoặc việc làm thể hiện sự lễ phép với một thành viên trong trường.</w:t>
            </w:r>
          </w:p>
        </w:tc>
        <w:tc>
          <w:tcPr>
            <w:tcW w:w="5213" w:type="dxa"/>
            <w:tcBorders>
              <w:top w:val="single" w:sz="4" w:space="0" w:color="auto"/>
            </w:tcBorders>
            <w:shd w:val="clear" w:color="auto" w:fill="auto"/>
          </w:tcPr>
          <w:p w:rsidR="00095E0B" w:rsidRDefault="00285B89">
            <w:r>
              <w:rPr>
                <w:rFonts w:cs="Times New Roman"/>
              </w:rPr>
              <w:t>- HS suy nghĩ về cách ứng xử phù hợp.</w:t>
            </w:r>
          </w:p>
        </w:tc>
      </w:tr>
      <w:tr w:rsidR="00095E0B" w:rsidTr="003D108B">
        <w:trPr>
          <w:jc w:val="center"/>
        </w:trPr>
        <w:tc>
          <w:tcPr>
            <w:tcW w:w="5213" w:type="dxa"/>
            <w:shd w:val="clear" w:color="auto" w:fill="auto"/>
          </w:tcPr>
          <w:p w:rsidR="00095E0B" w:rsidRDefault="00285B89">
            <w:r>
              <w:rPr>
                <w:rFonts w:cs="Times New Roman"/>
              </w:rPr>
              <w:t>- GV hỏi: Khi gặp thầy cô hoặc các cô bác trong trường, em nên làm gì?</w:t>
            </w:r>
          </w:p>
        </w:tc>
        <w:tc>
          <w:tcPr>
            <w:tcW w:w="5213" w:type="dxa"/>
            <w:shd w:val="clear" w:color="auto" w:fill="auto"/>
          </w:tcPr>
          <w:p w:rsidR="00095E0B" w:rsidRDefault="00285B89">
            <w:r>
              <w:rPr>
                <w:rFonts w:cs="Times New Roman"/>
              </w:rPr>
              <w:t>- HS trả lời: Em chào hỏi lễ phép, biết cảm ơn khi được giúp đỡ.</w:t>
            </w:r>
          </w:p>
        </w:tc>
      </w:tr>
      <w:tr w:rsidR="00095E0B" w:rsidTr="003D108B">
        <w:trPr>
          <w:jc w:val="center"/>
        </w:trPr>
        <w:tc>
          <w:tcPr>
            <w:tcW w:w="5213" w:type="dxa"/>
            <w:shd w:val="clear" w:color="auto" w:fill="auto"/>
          </w:tcPr>
          <w:p w:rsidR="00095E0B" w:rsidRDefault="00285B89">
            <w:r>
              <w:rPr>
                <w:rFonts w:cs="Times New Roman"/>
              </w:rPr>
              <w:t>- GV mời HS trình bày.</w:t>
            </w:r>
          </w:p>
        </w:tc>
        <w:tc>
          <w:tcPr>
            <w:tcW w:w="5213" w:type="dxa"/>
            <w:shd w:val="clear" w:color="auto" w:fill="auto"/>
          </w:tcPr>
          <w:p w:rsidR="00095E0B" w:rsidRDefault="00285B89">
            <w:r>
              <w:rPr>
                <w:rFonts w:cs="Times New Roman"/>
              </w:rPr>
              <w:t>- HS trình bày trước lớp.</w:t>
            </w:r>
          </w:p>
        </w:tc>
      </w:tr>
      <w:tr w:rsidR="00095E0B" w:rsidTr="003D108B">
        <w:trPr>
          <w:jc w:val="center"/>
        </w:trPr>
        <w:tc>
          <w:tcPr>
            <w:tcW w:w="5213" w:type="dxa"/>
            <w:shd w:val="clear" w:color="auto" w:fill="auto"/>
          </w:tcPr>
          <w:p w:rsidR="00095E0B" w:rsidRDefault="00285B89">
            <w:r>
              <w:rPr>
                <w:rFonts w:cs="Times New Roman"/>
              </w:rPr>
              <w:t>- GV chốt ý, kết luận hoạt động: Lễ phép với mọi người và sử dụng an toàn đồ dùng, thiết bị là cách các em thể hiện tình yêu với mái trường.</w:t>
            </w:r>
          </w:p>
        </w:tc>
        <w:tc>
          <w:tcPr>
            <w:tcW w:w="5213" w:type="dxa"/>
            <w:shd w:val="clear" w:color="auto" w:fill="auto"/>
          </w:tcPr>
          <w:p w:rsidR="00095E0B" w:rsidRDefault="00285B89">
            <w:r>
              <w:rPr>
                <w:rFonts w:cs="Times New Roman"/>
              </w:rPr>
              <w:t>- HS lắng nghe, thực hiện.</w:t>
            </w:r>
          </w:p>
        </w:tc>
      </w:tr>
    </w:tbl>
    <w:p w:rsidR="00095E0B" w:rsidRDefault="00285B89">
      <w:pPr>
        <w:spacing w:after="60"/>
      </w:pPr>
      <w:r>
        <w:rPr>
          <w:rFonts w:cs="Times New Roman"/>
          <w:b/>
        </w:rPr>
        <w:t>IV. ĐIỀU CHỈNH SAU BÀI DẠY</w:t>
      </w:r>
    </w:p>
    <w:p w:rsidR="00095E0B" w:rsidRDefault="00285B89">
      <w:pPr>
        <w:spacing w:after="20"/>
      </w:pPr>
      <w:r>
        <w:rPr>
          <w:rFonts w:cs="Times New Roman"/>
        </w:rPr>
        <w:t>.................................................................................................................................................................................</w:t>
      </w:r>
    </w:p>
    <w:p w:rsidR="00095E0B" w:rsidRDefault="00285B89">
      <w:pPr>
        <w:spacing w:after="20"/>
      </w:pPr>
      <w:r>
        <w:rPr>
          <w:rFonts w:cs="Times New Roman"/>
        </w:rPr>
        <w:t>.................................................................................................................................................................................</w:t>
      </w:r>
    </w:p>
    <w:p w:rsidR="00095E0B" w:rsidRDefault="00285B89">
      <w:pPr>
        <w:spacing w:after="20"/>
      </w:pPr>
      <w:r>
        <w:rPr>
          <w:rFonts w:cs="Times New Roman"/>
        </w:rPr>
        <w:t>.................................................................................................................................................................................</w:t>
      </w:r>
      <w:bookmarkStart w:id="0" w:name="_GoBack"/>
      <w:bookmarkEnd w:id="0"/>
    </w:p>
    <w:sectPr w:rsidR="00095E0B" w:rsidSect="00034616">
      <w:pgSz w:w="12240" w:h="15840"/>
      <w:pgMar w:top="907" w:right="850" w:bottom="907"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2"/>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95E0B"/>
    <w:rsid w:val="0015074B"/>
    <w:rsid w:val="00285B89"/>
    <w:rsid w:val="0029639D"/>
    <w:rsid w:val="00326F90"/>
    <w:rsid w:val="003D108B"/>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line="259" w:lineRule="auto"/>
    </w:pPr>
    <w:rPr>
      <w:rFonts w:ascii="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3D10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10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line="259" w:lineRule="auto"/>
    </w:pPr>
    <w:rPr>
      <w:rFonts w:ascii="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3D10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10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EAD1E-56BC-4D65-A81C-75C7225B3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1572</Words>
  <Characters>8966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10517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Iamp Iamp</cp:lastModifiedBy>
  <cp:revision>3</cp:revision>
  <dcterms:created xsi:type="dcterms:W3CDTF">2026-06-04T03:35:00Z</dcterms:created>
  <dcterms:modified xsi:type="dcterms:W3CDTF">2026-08-20T01:40:00Z</dcterms:modified>
  <cp:category/>
</cp:coreProperties>
</file>