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C29A81" w14:textId="77777777" w:rsidR="002B360C" w:rsidRDefault="00DB3DF3">
      <w:pPr>
        <w:spacing w:after="20"/>
        <w:jc w:val="center"/>
      </w:pPr>
      <w:r>
        <w:rPr>
          <w:b/>
          <w:sz w:val="26"/>
        </w:rPr>
        <w:t>AFFIDAVIT / SOLEMN AFFIRMATION / SOLEMN DECLARATION</w:t>
      </w:r>
    </w:p>
    <w:p w14:paraId="3FAE1A09" w14:textId="507E0CB4" w:rsidR="002B360C" w:rsidRDefault="00DB3DF3">
      <w:pPr>
        <w:spacing w:after="100"/>
        <w:jc w:val="center"/>
      </w:pPr>
      <w:r>
        <w:rPr>
          <w:b/>
        </w:rPr>
        <w:t>For Notarial / Commissioning Purposes</w:t>
      </w:r>
    </w:p>
    <w:p w14:paraId="7BBE598A" w14:textId="183CB5E7" w:rsidR="00DB3DF3" w:rsidRPr="00DB3DF3" w:rsidRDefault="00DB3DF3" w:rsidP="00DB3DF3">
      <w:pPr>
        <w:spacing w:after="60"/>
      </w:pPr>
      <w:r>
        <w:rPr>
          <w:b/>
        </w:rPr>
        <w:t xml:space="preserve">I, </w:t>
      </w:r>
      <w:r>
        <w:t>[FULL LEGAL NAME]</w:t>
      </w:r>
      <w:r>
        <w:rPr>
          <w:b/>
        </w:rPr>
        <w:t xml:space="preserve">, of </w:t>
      </w:r>
      <w:r>
        <w:t xml:space="preserve">[CITY / MUNICIPALITY, PROVINCE], </w:t>
      </w:r>
      <w:r>
        <w:rPr>
          <w:i/>
        </w:rPr>
        <w:t>[IDENTIFYING INFORMATION, IF REQUIRED]</w:t>
      </w:r>
      <w:r>
        <w:t>, solemnly declare / affirm as follows:</w:t>
      </w:r>
    </w:p>
    <w:p w14:paraId="77824DEE" w14:textId="086FE9A4" w:rsidR="002B360C" w:rsidRDefault="00DB3DF3">
      <w:pPr>
        <w:spacing w:after="20"/>
      </w:pPr>
      <w:r>
        <w:rPr>
          <w:b/>
        </w:rPr>
        <w:t xml:space="preserve">1. </w:t>
      </w:r>
      <w:r>
        <w:t>______________________________________________________________________________________</w:t>
      </w:r>
    </w:p>
    <w:p w14:paraId="5CF49D11" w14:textId="77777777" w:rsidR="002B360C" w:rsidRDefault="00DB3DF3">
      <w:pPr>
        <w:spacing w:after="20"/>
      </w:pPr>
      <w:r>
        <w:rPr>
          <w:b/>
        </w:rPr>
        <w:t xml:space="preserve">2. </w:t>
      </w:r>
      <w:r>
        <w:t>________________________________________________________________________________________</w:t>
      </w:r>
    </w:p>
    <w:p w14:paraId="2F3A8DE3" w14:textId="77777777" w:rsidR="002B360C" w:rsidRDefault="00DB3DF3">
      <w:pPr>
        <w:spacing w:after="20"/>
      </w:pPr>
      <w:r>
        <w:rPr>
          <w:b/>
        </w:rPr>
        <w:t xml:space="preserve">3. </w:t>
      </w:r>
      <w:r>
        <w:t>________________________________________________________________________________________</w:t>
      </w:r>
    </w:p>
    <w:p w14:paraId="034F0B2B" w14:textId="6C1B0BF3" w:rsidR="00DB3DF3" w:rsidRDefault="00DB3DF3" w:rsidP="00DB3DF3">
      <w:pPr>
        <w:spacing w:after="20"/>
      </w:pPr>
      <w:r>
        <w:rPr>
          <w:b/>
        </w:rPr>
        <w:t xml:space="preserve">4. </w:t>
      </w:r>
      <w:r>
        <w:t>________________________________________________________________________________________</w:t>
      </w:r>
    </w:p>
    <w:p w14:paraId="5A5DFC94" w14:textId="77777777" w:rsidR="00DB3DF3" w:rsidRDefault="00DB3DF3" w:rsidP="00DB3DF3">
      <w:pPr>
        <w:spacing w:after="20"/>
      </w:pPr>
    </w:p>
    <w:p w14:paraId="6FFA15F7" w14:textId="5A442512" w:rsidR="002B360C" w:rsidRDefault="00DB3DF3">
      <w:pPr>
        <w:spacing w:before="60" w:after="100"/>
      </w:pPr>
      <w:r>
        <w:t>I make this solemn declaration conscientiously believing it to be true, and knowing that it has the same force and effect as if made under oath.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312"/>
        <w:gridCol w:w="6912"/>
      </w:tblGrid>
      <w:tr w:rsidR="002B360C" w14:paraId="6B90A2EC" w14:textId="77777777">
        <w:trPr>
          <w:jc w:val="center"/>
        </w:trPr>
        <w:tc>
          <w:tcPr>
            <w:tcW w:w="3312" w:type="dxa"/>
            <w:vAlign w:val="center"/>
          </w:tcPr>
          <w:p w14:paraId="25EAF05E" w14:textId="77777777" w:rsidR="00DB3DF3" w:rsidRDefault="00DB3DF3">
            <w:pPr>
              <w:spacing w:after="0"/>
            </w:pPr>
          </w:p>
          <w:p w14:paraId="68299A4A" w14:textId="390F9599" w:rsidR="002B360C" w:rsidRDefault="00DB3DF3">
            <w:pPr>
              <w:spacing w:after="0"/>
            </w:pPr>
            <w:r>
              <w:t>Signature of Declarant:</w:t>
            </w:r>
          </w:p>
        </w:tc>
        <w:tc>
          <w:tcPr>
            <w:tcW w:w="6912" w:type="dxa"/>
            <w:vAlign w:val="center"/>
          </w:tcPr>
          <w:p w14:paraId="1F1108F0" w14:textId="77777777" w:rsidR="002B360C" w:rsidRDefault="00DB3DF3">
            <w:pPr>
              <w:spacing w:after="0"/>
            </w:pPr>
            <w:r>
              <w:t>__________________________________</w:t>
            </w:r>
          </w:p>
        </w:tc>
      </w:tr>
      <w:tr w:rsidR="002B360C" w14:paraId="0865C4CC" w14:textId="77777777">
        <w:trPr>
          <w:jc w:val="center"/>
        </w:trPr>
        <w:tc>
          <w:tcPr>
            <w:tcW w:w="3312" w:type="dxa"/>
            <w:vAlign w:val="center"/>
          </w:tcPr>
          <w:p w14:paraId="26C7195E" w14:textId="77777777" w:rsidR="002B360C" w:rsidRDefault="00DB3DF3">
            <w:pPr>
              <w:spacing w:after="0"/>
            </w:pPr>
            <w:r>
              <w:t>Printed Full Name:</w:t>
            </w:r>
          </w:p>
        </w:tc>
        <w:tc>
          <w:tcPr>
            <w:tcW w:w="6912" w:type="dxa"/>
            <w:vAlign w:val="center"/>
          </w:tcPr>
          <w:p w14:paraId="3F24F8B3" w14:textId="77777777" w:rsidR="002B360C" w:rsidRDefault="00DB3DF3">
            <w:pPr>
              <w:spacing w:after="0"/>
            </w:pPr>
            <w:r>
              <w:t>__________________________________</w:t>
            </w:r>
          </w:p>
        </w:tc>
      </w:tr>
      <w:tr w:rsidR="002B360C" w14:paraId="29A533BC" w14:textId="77777777">
        <w:trPr>
          <w:jc w:val="center"/>
        </w:trPr>
        <w:tc>
          <w:tcPr>
            <w:tcW w:w="3312" w:type="dxa"/>
            <w:vAlign w:val="center"/>
          </w:tcPr>
          <w:p w14:paraId="433B6A73" w14:textId="77777777" w:rsidR="002B360C" w:rsidRDefault="00DB3DF3">
            <w:pPr>
              <w:spacing w:after="0"/>
            </w:pPr>
            <w:r>
              <w:t>Date:</w:t>
            </w:r>
          </w:p>
        </w:tc>
        <w:tc>
          <w:tcPr>
            <w:tcW w:w="6912" w:type="dxa"/>
            <w:vAlign w:val="center"/>
          </w:tcPr>
          <w:p w14:paraId="596F9B49" w14:textId="77777777" w:rsidR="002B360C" w:rsidRDefault="00DB3DF3">
            <w:pPr>
              <w:spacing w:after="0"/>
            </w:pPr>
            <w:r>
              <w:t>__________________________________</w:t>
            </w:r>
          </w:p>
        </w:tc>
      </w:tr>
    </w:tbl>
    <w:p w14:paraId="41BE8292" w14:textId="77777777" w:rsidR="002B360C" w:rsidRDefault="002B360C">
      <w:pPr>
        <w:spacing w:after="20"/>
      </w:pPr>
    </w:p>
    <w:p w14:paraId="086F835F" w14:textId="77777777" w:rsidR="00DB3DF3" w:rsidRDefault="00DB3DF3">
      <w:pPr>
        <w:spacing w:after="20"/>
      </w:pPr>
    </w:p>
    <w:p w14:paraId="44A3FB9F" w14:textId="77777777" w:rsidR="002B360C" w:rsidRDefault="00DB3DF3">
      <w:pPr>
        <w:spacing w:after="60"/>
        <w:jc w:val="center"/>
        <w:rPr>
          <w:b/>
          <w:sz w:val="18"/>
        </w:rPr>
      </w:pPr>
      <w:r>
        <w:rPr>
          <w:b/>
          <w:sz w:val="18"/>
        </w:rPr>
        <w:t>SOLEMNLY DECLARED / AFFIRMED BEFORE ME at the City of Toronto, Province of Ontario, this ______ day of __________________, 20____.</w:t>
      </w:r>
    </w:p>
    <w:p w14:paraId="76382045" w14:textId="77777777" w:rsidR="00DB3DF3" w:rsidRDefault="00DB3DF3">
      <w:pPr>
        <w:spacing w:after="60"/>
        <w:jc w:val="center"/>
      </w:pPr>
    </w:p>
    <w:p w14:paraId="61F8E1C5" w14:textId="77777777" w:rsidR="002B360C" w:rsidRDefault="00DB3DF3">
      <w:pPr>
        <w:spacing w:after="0"/>
        <w:jc w:val="right"/>
      </w:pPr>
      <w:r>
        <w:rPr>
          <w:b/>
        </w:rPr>
        <w:t>__________________________________</w:t>
      </w:r>
    </w:p>
    <w:p w14:paraId="23FA28B2" w14:textId="77777777" w:rsidR="002B360C" w:rsidRDefault="00DB3DF3">
      <w:pPr>
        <w:spacing w:after="0"/>
        <w:jc w:val="right"/>
      </w:pPr>
      <w:r>
        <w:rPr>
          <w:b/>
        </w:rPr>
        <w:t>Notary Public / Commissioner for Taking Affidavits</w:t>
      </w:r>
    </w:p>
    <w:p w14:paraId="4EF7FE3E" w14:textId="62B2851A" w:rsidR="002B360C" w:rsidRDefault="00DB3DF3">
      <w:pPr>
        <w:jc w:val="right"/>
      </w:pPr>
      <w:r>
        <w:rPr>
          <w:b/>
        </w:rPr>
        <w:t>Province of Ontario</w:t>
      </w:r>
      <w:r>
        <w:rPr>
          <w:b/>
        </w:rPr>
        <w:br/>
        <w:t>Low Fee Public Notary</w:t>
      </w:r>
    </w:p>
    <w:p w14:paraId="1AE1789A" w14:textId="77777777" w:rsidR="002B360C" w:rsidRDefault="00DB3DF3">
      <w:pPr>
        <w:spacing w:before="60" w:after="0"/>
        <w:jc w:val="center"/>
      </w:pPr>
      <w:r>
        <w:rPr>
          <w:b/>
          <w:sz w:val="17"/>
        </w:rPr>
        <w:t>OFFICIAL STAMP / SEAL</w:t>
      </w:r>
    </w:p>
    <w:sectPr w:rsidR="002B360C" w:rsidSect="00034616">
      <w:pgSz w:w="12240" w:h="15840"/>
      <w:pgMar w:top="648" w:right="936" w:bottom="648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666859908">
    <w:abstractNumId w:val="8"/>
  </w:num>
  <w:num w:numId="2" w16cid:durableId="834419778">
    <w:abstractNumId w:val="6"/>
  </w:num>
  <w:num w:numId="3" w16cid:durableId="1559173541">
    <w:abstractNumId w:val="5"/>
  </w:num>
  <w:num w:numId="4" w16cid:durableId="1470513266">
    <w:abstractNumId w:val="4"/>
  </w:num>
  <w:num w:numId="5" w16cid:durableId="1745493003">
    <w:abstractNumId w:val="7"/>
  </w:num>
  <w:num w:numId="6" w16cid:durableId="418716126">
    <w:abstractNumId w:val="3"/>
  </w:num>
  <w:num w:numId="7" w16cid:durableId="957106806">
    <w:abstractNumId w:val="2"/>
  </w:num>
  <w:num w:numId="8" w16cid:durableId="1949727249">
    <w:abstractNumId w:val="1"/>
  </w:num>
  <w:num w:numId="9" w16cid:durableId="3634834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2B360C"/>
    <w:rsid w:val="00326F90"/>
    <w:rsid w:val="007B3C3E"/>
    <w:rsid w:val="008C5D52"/>
    <w:rsid w:val="00AA1D8D"/>
    <w:rsid w:val="00B47730"/>
    <w:rsid w:val="00C44E7D"/>
    <w:rsid w:val="00CB0664"/>
    <w:rsid w:val="00DB3DF3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0F77DF1"/>
  <w14:defaultImageDpi w14:val="300"/>
  <w15:docId w15:val="{33D0EA70-3CAF-4333-B34F-30DE4E3C51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40"/>
    </w:pPr>
    <w:rPr>
      <w:rFonts w:ascii="Arial" w:hAnsi="Arial"/>
      <w:sz w:val="19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176</Words>
  <Characters>1004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1178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Rajesh Acharya</cp:lastModifiedBy>
  <cp:revision>3</cp:revision>
  <dcterms:created xsi:type="dcterms:W3CDTF">2026-08-14T05:32:00Z</dcterms:created>
  <dcterms:modified xsi:type="dcterms:W3CDTF">2026-08-14T07:59:00Z</dcterms:modified>
  <cp:category/>
</cp:coreProperties>
</file>