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35F92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t>KẾ HOẠCH BÀI DẠY MÔN TIẾNG VIỆT LỚP 2 – TUẦN 27</w:t>
      </w:r>
    </w:p>
    <w:p w14:paraId="48B6266D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t>CHỦ ĐỀ: HÀNH TINH XANH CỦA EM</w:t>
      </w:r>
    </w:p>
    <w:p w14:paraId="0EED0665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t>BÀI: ÔN TẬP GIỮA HỌC KÌ II</w:t>
      </w:r>
    </w:p>
    <w:p w14:paraId="361B03F1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t>TIẾT 1 - 2: ÔN TẬP</w:t>
      </w:r>
    </w:p>
    <w:p w14:paraId="457317AE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I. YÊU CẦU CẦN ĐẠT</w:t>
      </w:r>
    </w:p>
    <w:p w14:paraId="6B6053F6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1. Năng lực đặc thù</w:t>
      </w:r>
    </w:p>
    <w:p w14:paraId="6981F7D4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Ghép được tranh với tên các bài đọc phù hợp; đọc lại bài em thích và nêu được câu văn, câu thơ hay hoặc nhân vật yêu thích.</w:t>
      </w:r>
    </w:p>
    <w:p w14:paraId="3A0D7CC6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Nói và đáp lời trong một số tình huống giao tiếp quen thuộc: an ủi, động viên, mời, đề nghị.</w:t>
      </w:r>
    </w:p>
    <w:p w14:paraId="32787BF7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Rèn kĩ năng đọc hiểu, nói thành câu, trình bày ý kiến trước nhóm và trước lớp.</w:t>
      </w:r>
    </w:p>
    <w:p w14:paraId="533889DF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2. Năng lực chung</w:t>
      </w:r>
    </w:p>
    <w:p w14:paraId="3B0E135E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Tự chủ và tự học: Chủ động đọc lại bài đã học, thực hiện yêu cầu ôn tập, tự kiểm tra và điều chỉnh cách đọc, cách viết của bản thân.</w:t>
      </w:r>
    </w:p>
    <w:p w14:paraId="2609D172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Giao tiếp và hợp tác: Biết trao đổi trong nhóm, lắng nghe bạn, trình bày câu trả lời rõ ràng, lịch sự.</w:t>
      </w:r>
    </w:p>
    <w:p w14:paraId="61B4C326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Giải quyết vấn đề và sáng tạo: Biết vận dụng kiến thức về đọc, viết, từ ngữ, câu và dấu câu để hoàn thành nhiệm vụ học tập.</w:t>
      </w:r>
    </w:p>
    <w:p w14:paraId="6EAF869B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3. Phẩm chất</w:t>
      </w:r>
    </w:p>
    <w:p w14:paraId="5ECBE789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Chăm chỉ: Tích cực luyện đọc, luyện viết, hoàn thành bài tập được giao.</w:t>
      </w:r>
    </w:p>
    <w:p w14:paraId="4F7E5D18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Trách nhiệm: Có ý thức giữ gìn sách vở, trình bày bài sạch đẹp, hợp tác nghiêm túc trong hoạt động nhóm.</w:t>
      </w:r>
    </w:p>
    <w:p w14:paraId="3DC631E4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Nhân ái: Biết quan tâm, chia sẻ, giúp đỡ bạn bè qua các tình huống ôn tập.</w:t>
      </w:r>
    </w:p>
    <w:p w14:paraId="7774DF4D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II. ĐỒ DÙNG DẠY HỌC</w:t>
      </w:r>
    </w:p>
    <w:p w14:paraId="59A78741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GV: Máy tính, tivi/máy chiếu, tranh minh họa SGK, thẻ tên bài đọc, phiếu học tập, bảng nhóm.</w:t>
      </w:r>
    </w:p>
    <w:p w14:paraId="0AFCB33D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HS: Sách giáo khoa, vở ô li, vở bài tập Tiếng Việt, bảng con, bút chì.</w:t>
      </w:r>
    </w:p>
    <w:p w14:paraId="1B74F0D9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III. CÁC HOẠT ĐỘNG DẠY HỌC CHỦ YẾU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</w:tblGrid>
      <w:tr w:rsidR="008B0A8F" w14:paraId="732E0E0E" w14:textId="77777777" w:rsidTr="00030BA3">
        <w:trPr>
          <w:tblHeader/>
          <w:jc w:val="center"/>
        </w:trPr>
        <w:tc>
          <w:tcPr>
            <w:tcW w:w="5216" w:type="dxa"/>
            <w:tcBorders>
              <w:bottom w:val="single" w:sz="6" w:space="0" w:color="666666"/>
            </w:tcBorders>
            <w:shd w:val="clear" w:color="auto" w:fill="D9EAD3"/>
          </w:tcPr>
          <w:p w14:paraId="70486575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b/>
              </w:rPr>
              <w:t>Hoạt động của GV</w:t>
            </w:r>
          </w:p>
        </w:tc>
        <w:tc>
          <w:tcPr>
            <w:tcW w:w="5216" w:type="dxa"/>
            <w:tcBorders>
              <w:bottom w:val="single" w:sz="6" w:space="0" w:color="666666"/>
            </w:tcBorders>
            <w:shd w:val="clear" w:color="auto" w:fill="D9EAD3"/>
          </w:tcPr>
          <w:p w14:paraId="2469354A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b/>
              </w:rPr>
              <w:t>Hoạt động của HS</w:t>
            </w:r>
          </w:p>
        </w:tc>
      </w:tr>
      <w:tr w:rsidR="008B0A8F" w14:paraId="32885B70" w14:textId="77777777" w:rsidTr="00030BA3">
        <w:trPr>
          <w:jc w:val="center"/>
        </w:trPr>
        <w:tc>
          <w:tcPr>
            <w:tcW w:w="9648" w:type="dxa"/>
            <w:gridSpan w:val="2"/>
            <w:tcBorders>
              <w:top w:val="single" w:sz="6" w:space="0" w:color="666666"/>
              <w:bottom w:val="single" w:sz="6" w:space="0" w:color="666666"/>
            </w:tcBorders>
            <w:shd w:val="clear" w:color="auto" w:fill="D9EAD3"/>
          </w:tcPr>
          <w:p w14:paraId="48DE1570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>1. KHỞI ĐỘNG</w:t>
            </w:r>
          </w:p>
          <w:p w14:paraId="0AE94853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 xml:space="preserve">Mục tiêu: </w:t>
            </w:r>
            <w:r>
              <w:t>HS nhớ lại tên một số bài đọc đã học trong chủ đề Hành tinh xanh của em, tạo tâm thế tích cực trước khi bước vào phần ôn tập.</w:t>
            </w:r>
          </w:p>
        </w:tc>
      </w:tr>
      <w:tr w:rsidR="008B0A8F" w14:paraId="67859887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</w:tcBorders>
          </w:tcPr>
          <w:p w14:paraId="3428B5E0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tổ chức trò chơi “Nhớ nhanh tên bài”. GV nêu luật chơi: mỗi nhóm nhận thẻ tên bài, nghe gợi ý hoặc xem tranh rồi giơ thẻ đúng.</w:t>
            </w:r>
          </w:p>
        </w:tc>
        <w:tc>
          <w:tcPr>
            <w:tcW w:w="4824" w:type="dxa"/>
            <w:tcBorders>
              <w:top w:val="single" w:sz="6" w:space="0" w:color="666666"/>
            </w:tcBorders>
          </w:tcPr>
          <w:p w14:paraId="18D61237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lắng nghe luật chơi, chuẩn bị thẻ tên bài và cử đại diện tham gia trò chơi.</w:t>
            </w:r>
          </w:p>
        </w:tc>
      </w:tr>
      <w:tr w:rsidR="008B0A8F" w14:paraId="61549B8F" w14:textId="77777777" w:rsidTr="00030BA3">
        <w:trPr>
          <w:jc w:val="center"/>
        </w:trPr>
        <w:tc>
          <w:tcPr>
            <w:tcW w:w="4824" w:type="dxa"/>
          </w:tcPr>
          <w:p w14:paraId="0B395700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lần lượt nêu gợi ý: bài có nàng tiên Xuân, Hạ, Thu, Đông; bài có tiếng chim hót làm mọi vật thay đổi; bài nói về mùa thu hoạch...</w:t>
            </w:r>
          </w:p>
        </w:tc>
        <w:tc>
          <w:tcPr>
            <w:tcW w:w="4824" w:type="dxa"/>
          </w:tcPr>
          <w:p w14:paraId="31CB5A51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suy nghĩ, giơ thẻ và nêu tên bài: Chuyện bốn mùa, Họa mi hót, Mùa vàng, Hạt thóc, Lũy tre, Tết đến rồi.</w:t>
            </w:r>
          </w:p>
        </w:tc>
      </w:tr>
      <w:tr w:rsidR="008B0A8F" w14:paraId="2767629A" w14:textId="77777777" w:rsidTr="00030BA3">
        <w:trPr>
          <w:jc w:val="center"/>
        </w:trPr>
        <w:tc>
          <w:tcPr>
            <w:tcW w:w="4824" w:type="dxa"/>
            <w:tcBorders>
              <w:bottom w:val="single" w:sz="6" w:space="0" w:color="666666"/>
            </w:tcBorders>
          </w:tcPr>
          <w:p w14:paraId="05E09764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nhận xét kết quả, tuyên dương nhóm nhớ đúng nhiều bài đọc và dẫn vào nội dung ôn tập giữa học kì II.</w:t>
            </w:r>
          </w:p>
        </w:tc>
        <w:tc>
          <w:tcPr>
            <w:tcW w:w="4824" w:type="dxa"/>
            <w:tcBorders>
              <w:bottom w:val="single" w:sz="6" w:space="0" w:color="666666"/>
            </w:tcBorders>
          </w:tcPr>
          <w:p w14:paraId="141C9406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lắng nghe, nhắc lại tên bài: Ôn tập giữa học kì II.</w:t>
            </w:r>
          </w:p>
        </w:tc>
      </w:tr>
      <w:tr w:rsidR="008B0A8F" w14:paraId="4781FD44" w14:textId="77777777" w:rsidTr="00030BA3">
        <w:trPr>
          <w:jc w:val="center"/>
        </w:trPr>
        <w:tc>
          <w:tcPr>
            <w:tcW w:w="9648" w:type="dxa"/>
            <w:gridSpan w:val="2"/>
            <w:tcBorders>
              <w:top w:val="single" w:sz="6" w:space="0" w:color="666666"/>
              <w:bottom w:val="single" w:sz="6" w:space="0" w:color="666666"/>
            </w:tcBorders>
            <w:shd w:val="clear" w:color="auto" w:fill="D9EAD3"/>
          </w:tcPr>
          <w:p w14:paraId="443E7F2B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>2. ÔN TẬP</w:t>
            </w:r>
          </w:p>
          <w:p w14:paraId="2CA16A91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 xml:space="preserve">Mục tiêu: </w:t>
            </w:r>
            <w:r>
              <w:t>HS ghép được tranh với tên bài đọc phù hợp; đọc lại bài em thích, nêu được câu văn/câu thơ hay hoặc nhân vật, hình ảnh yêu thích và giải thích được lí do lựa chọn.</w:t>
            </w:r>
          </w:p>
        </w:tc>
      </w:tr>
      <w:tr w:rsidR="008B0A8F" w14:paraId="115C491D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</w:tcBorders>
          </w:tcPr>
          <w:p w14:paraId="60DDE335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Bài tập 1: Ghép tranh với tên bài đọc phù hợp.</w:t>
            </w:r>
          </w:p>
          <w:p w14:paraId="3B62495D" w14:textId="01B98A36" w:rsidR="008B0A8F" w:rsidRDefault="008B0A8F" w:rsidP="00030BA3">
            <w:pPr>
              <w:shd w:val="clear" w:color="auto" w:fill="FFFFFF" w:themeFill="background1"/>
              <w:spacing w:after="0" w:line="240" w:lineRule="auto"/>
              <w:jc w:val="center"/>
            </w:pPr>
          </w:p>
        </w:tc>
        <w:tc>
          <w:tcPr>
            <w:tcW w:w="4824" w:type="dxa"/>
            <w:tcBorders>
              <w:top w:val="single" w:sz="6" w:space="0" w:color="666666"/>
            </w:tcBorders>
          </w:tcPr>
          <w:p w14:paraId="44A537D9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thầm yêu cầu bài tập 1, quan sát tranh và các thẻ tên bài.</w:t>
            </w:r>
          </w:p>
        </w:tc>
      </w:tr>
      <w:tr w:rsidR="008B0A8F" w14:paraId="72EC1F25" w14:textId="77777777" w:rsidTr="00030BA3">
        <w:trPr>
          <w:jc w:val="center"/>
        </w:trPr>
        <w:tc>
          <w:tcPr>
            <w:tcW w:w="4824" w:type="dxa"/>
          </w:tcPr>
          <w:p w14:paraId="1C6DA9BD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yêu cầu HS làm việc nhóm 4: quan sát từng tranh, nhớ lại nội dung bài đã học, nối tranh với tên bài đọc phù hợp.</w:t>
            </w:r>
          </w:p>
        </w:tc>
        <w:tc>
          <w:tcPr>
            <w:tcW w:w="4824" w:type="dxa"/>
          </w:tcPr>
          <w:p w14:paraId="36158716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thảo luận nhóm 4, chỉ vào từng tranh và thống nhất đáp án của nhóm.</w:t>
            </w:r>
          </w:p>
        </w:tc>
      </w:tr>
      <w:tr w:rsidR="008B0A8F" w14:paraId="4C2B67A6" w14:textId="77777777" w:rsidTr="00030BA3">
        <w:trPr>
          <w:jc w:val="center"/>
        </w:trPr>
        <w:tc>
          <w:tcPr>
            <w:tcW w:w="4824" w:type="dxa"/>
          </w:tcPr>
          <w:p w14:paraId="6773CB9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mời đại diện các nhóm trình bày kết quả ghép tranh; GV ghi nhanh đáp án lên bảng.</w:t>
            </w:r>
          </w:p>
        </w:tc>
        <w:tc>
          <w:tcPr>
            <w:tcW w:w="4824" w:type="dxa"/>
          </w:tcPr>
          <w:p w14:paraId="60558710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trình bày: Tranh 1 - Họa mi hót; tranh 2 - Chuyện bốn mùa; tranh 3 - Lũy tre; tranh 4 - Tết đến rồi; tranh 5 - Mùa vàng; tranh 6 - Hạt thóc.</w:t>
            </w:r>
          </w:p>
        </w:tc>
      </w:tr>
      <w:tr w:rsidR="008B0A8F" w14:paraId="7D5A6754" w14:textId="77777777" w:rsidTr="00030BA3">
        <w:trPr>
          <w:jc w:val="center"/>
        </w:trPr>
        <w:tc>
          <w:tcPr>
            <w:tcW w:w="4824" w:type="dxa"/>
          </w:tcPr>
          <w:p w14:paraId="3834284B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lastRenderedPageBreak/>
              <w:t>- GV nhận xét, chốt đáp án đúng và hỏi thêm: Em nhớ nhất chi tiết nào trong một bài đọc vừa ôn?</w:t>
            </w:r>
          </w:p>
        </w:tc>
        <w:tc>
          <w:tcPr>
            <w:tcW w:w="4824" w:type="dxa"/>
          </w:tcPr>
          <w:p w14:paraId="43FA88AF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lắng nghe, sửa bài nếu cần; một số HS nêu chi tiết mình nhớ như tiếng họa mi hót, bốn nàng tiên gặp nhau, cánh đồng lúa chín vàng.</w:t>
            </w:r>
          </w:p>
        </w:tc>
      </w:tr>
      <w:tr w:rsidR="008B0A8F" w14:paraId="5D461320" w14:textId="77777777" w:rsidTr="00030BA3">
        <w:trPr>
          <w:jc w:val="center"/>
        </w:trPr>
        <w:tc>
          <w:tcPr>
            <w:tcW w:w="4824" w:type="dxa"/>
          </w:tcPr>
          <w:p w14:paraId="103B05D8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Bài tập 2: Đọc bài em thích và thực hiện yêu cầu.</w:t>
            </w:r>
          </w:p>
          <w:p w14:paraId="435BDA8D" w14:textId="45F7ED51" w:rsidR="008B0A8F" w:rsidRDefault="008B0A8F" w:rsidP="00030BA3">
            <w:pPr>
              <w:shd w:val="clear" w:color="auto" w:fill="FFFFFF" w:themeFill="background1"/>
              <w:spacing w:after="0" w:line="240" w:lineRule="auto"/>
              <w:jc w:val="center"/>
            </w:pPr>
          </w:p>
        </w:tc>
        <w:tc>
          <w:tcPr>
            <w:tcW w:w="4824" w:type="dxa"/>
          </w:tcPr>
          <w:p w14:paraId="35DC3E1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yêu cầu bài tập 2 và quan sát tranh lớp học.</w:t>
            </w:r>
          </w:p>
        </w:tc>
      </w:tr>
      <w:tr w:rsidR="008B0A8F" w14:paraId="39D58186" w14:textId="77777777" w:rsidTr="00030BA3">
        <w:trPr>
          <w:jc w:val="center"/>
        </w:trPr>
        <w:tc>
          <w:tcPr>
            <w:tcW w:w="4824" w:type="dxa"/>
          </w:tcPr>
          <w:p w14:paraId="6458A39D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a. Tìm trong bài đọc những câu văn, câu thơ hay nói về cây cối hoặc loài vật, cảnh vật.</w:t>
            </w:r>
          </w:p>
        </w:tc>
        <w:tc>
          <w:tcPr>
            <w:tcW w:w="4824" w:type="dxa"/>
          </w:tcPr>
          <w:p w14:paraId="3789BAF1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lại bài đã chọn, tìm và đánh dấu câu văn/câu thơ hay trong SGK hoặc vở ghi.</w:t>
            </w:r>
          </w:p>
        </w:tc>
      </w:tr>
      <w:tr w:rsidR="008B0A8F" w14:paraId="5DCE2543" w14:textId="77777777" w:rsidTr="00030BA3">
        <w:trPr>
          <w:jc w:val="center"/>
        </w:trPr>
        <w:tc>
          <w:tcPr>
            <w:tcW w:w="4824" w:type="dxa"/>
          </w:tcPr>
          <w:p w14:paraId="4ED6C094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gợi ý: Em có thể chọn bài Họa mi hót, Mùa vàng, Hạt thóc, Lũy tre hoặc bài đọc khác đã học.</w:t>
            </w:r>
          </w:p>
        </w:tc>
        <w:tc>
          <w:tcPr>
            <w:tcW w:w="4824" w:type="dxa"/>
          </w:tcPr>
          <w:p w14:paraId="1FA6D1DF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nêu ví dụ: “Các loài chim (...), hoa tươi hơn, xôn xao hơn”; “Biển lúa vàng ươm”; “Lũy tre xanh rì rào”.</w:t>
            </w:r>
          </w:p>
        </w:tc>
      </w:tr>
      <w:tr w:rsidR="008B0A8F" w14:paraId="66BFE2CB" w14:textId="77777777" w:rsidTr="00030BA3">
        <w:trPr>
          <w:jc w:val="center"/>
        </w:trPr>
        <w:tc>
          <w:tcPr>
            <w:tcW w:w="4824" w:type="dxa"/>
          </w:tcPr>
          <w:p w14:paraId="48785F98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b. Nêu tên một nhân vật em yêu thích trong bài đọc và giải thích vì sao em yêu thích nhân vật đó.</w:t>
            </w:r>
          </w:p>
        </w:tc>
        <w:tc>
          <w:tcPr>
            <w:tcW w:w="4824" w:type="dxa"/>
          </w:tcPr>
          <w:p w14:paraId="4CF82568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suy nghĩ, chọn nhân vật hoặc hình ảnh mình yêu thích và chuẩn bị lí do.</w:t>
            </w:r>
          </w:p>
        </w:tc>
      </w:tr>
      <w:tr w:rsidR="008B0A8F" w14:paraId="361AEC96" w14:textId="77777777" w:rsidTr="00030BA3">
        <w:trPr>
          <w:jc w:val="center"/>
        </w:trPr>
        <w:tc>
          <w:tcPr>
            <w:tcW w:w="4824" w:type="dxa"/>
            <w:tcBorders>
              <w:bottom w:val="single" w:sz="6" w:space="0" w:color="666666"/>
            </w:tcBorders>
          </w:tcPr>
          <w:p w14:paraId="6A6C61AE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tổ chức cho HS chia sẻ theo nhóm đôi, sau đó mời 3 - 4 HS trình bày trước lớp.</w:t>
            </w:r>
          </w:p>
        </w:tc>
        <w:tc>
          <w:tcPr>
            <w:tcW w:w="4824" w:type="dxa"/>
            <w:tcBorders>
              <w:bottom w:val="single" w:sz="6" w:space="0" w:color="666666"/>
            </w:tcBorders>
          </w:tcPr>
          <w:p w14:paraId="5AEC4B8B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chia sẻ: Em thích hạt thóc vì tuy nhỏ bé nhưng có ích; em thích bạn nhỏ trong bài Mùa vàng vì biết quan tâm đến công sức của người nông dân.</w:t>
            </w:r>
          </w:p>
        </w:tc>
      </w:tr>
      <w:tr w:rsidR="008B0A8F" w14:paraId="7305EC40" w14:textId="77777777" w:rsidTr="00030BA3">
        <w:trPr>
          <w:jc w:val="center"/>
        </w:trPr>
        <w:tc>
          <w:tcPr>
            <w:tcW w:w="9648" w:type="dxa"/>
            <w:gridSpan w:val="2"/>
            <w:tcBorders>
              <w:top w:val="single" w:sz="6" w:space="0" w:color="666666"/>
              <w:bottom w:val="single" w:sz="6" w:space="0" w:color="666666"/>
            </w:tcBorders>
            <w:shd w:val="clear" w:color="auto" w:fill="D9EAD3"/>
          </w:tcPr>
          <w:p w14:paraId="41F30F35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>3. VẬN DỤNG</w:t>
            </w:r>
          </w:p>
          <w:p w14:paraId="249B407E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 xml:space="preserve">Mục tiêu: </w:t>
            </w:r>
            <w:r>
              <w:t>HS biết đọc lại một bài đã học ở nhà và kể cho người thân nghe điều em nhớ nhất, qua đó củng cố kĩ năng đọc và chia sẻ nội dung bài học.</w:t>
            </w:r>
          </w:p>
        </w:tc>
      </w:tr>
      <w:tr w:rsidR="008B0A8F" w14:paraId="5C2B73F8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</w:tcBorders>
          </w:tcPr>
          <w:p w14:paraId="45454238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yêu cầu HS về nhà đọc lại một bài em thích trong chủ đề Hành tinh xanh của em và kể cho người thân nghe điều em nhớ nhất.</w:t>
            </w:r>
          </w:p>
        </w:tc>
        <w:tc>
          <w:tcPr>
            <w:tcW w:w="4824" w:type="dxa"/>
            <w:tcBorders>
              <w:top w:val="single" w:sz="6" w:space="0" w:color="666666"/>
            </w:tcBorders>
          </w:tcPr>
          <w:p w14:paraId="0D0A38A3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ghi nhớ nhiệm vụ, nêu lại: Em sẽ đọc lại một bài đã học và kể cho người thân nghe.</w:t>
            </w:r>
          </w:p>
        </w:tc>
      </w:tr>
      <w:tr w:rsidR="008B0A8F" w14:paraId="0F6C2249" w14:textId="77777777" w:rsidTr="00030BA3">
        <w:trPr>
          <w:jc w:val="center"/>
        </w:trPr>
        <w:tc>
          <w:tcPr>
            <w:tcW w:w="4824" w:type="dxa"/>
          </w:tcPr>
          <w:p w14:paraId="0A0CD820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nhận xét tiết học, khen những HS đọc rõ, trao đổi tốt, biết lắng nghe bạn.</w:t>
            </w:r>
          </w:p>
        </w:tc>
        <w:tc>
          <w:tcPr>
            <w:tcW w:w="4824" w:type="dxa"/>
          </w:tcPr>
          <w:p w14:paraId="29CBEDBD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lắng nghe, tự đánh giá việc học của mình trong tiết ôn tập.</w:t>
            </w:r>
          </w:p>
        </w:tc>
      </w:tr>
    </w:tbl>
    <w:p w14:paraId="426C0DF5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IV. ĐIỀU CHỈNH SAU TIẾT HỌC (NẾU CÓ)</w:t>
      </w:r>
    </w:p>
    <w:p w14:paraId="466035C3" w14:textId="4A2C9F25" w:rsidR="008B0A8F" w:rsidRDefault="008B0A8F" w:rsidP="00030BA3">
      <w:pPr>
        <w:shd w:val="clear" w:color="auto" w:fill="FFFFFF" w:themeFill="background1"/>
        <w:spacing w:after="0" w:line="240" w:lineRule="auto"/>
      </w:pPr>
    </w:p>
    <w:p w14:paraId="73FB57CC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t>KẾ HOẠCH BÀI DẠY MÔN TIẾNG VIỆT LỚP 2 – TUẦN 27</w:t>
      </w:r>
    </w:p>
    <w:p w14:paraId="0C6424C6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t>CHỦ ĐỀ: HÀNH TINH XANH CỦA EM</w:t>
      </w:r>
    </w:p>
    <w:p w14:paraId="78E3768D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t>BÀI: ÔN TẬP GIỮA HỌC KÌ II</w:t>
      </w:r>
    </w:p>
    <w:p w14:paraId="4947E905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t>TIẾT 3 - 4: ÔN TẬP</w:t>
      </w:r>
    </w:p>
    <w:p w14:paraId="66C350F0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I. YÊU CẦU CẦN ĐẠT</w:t>
      </w:r>
    </w:p>
    <w:p w14:paraId="6E04E525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1. Năng lực đặc thù</w:t>
      </w:r>
    </w:p>
    <w:p w14:paraId="4CD7B41A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Đọc đúng, rõ ràng bài thơ “Cánh cam lạc mẹ”; hiểu nội dung bài thơ và trả lời được các câu hỏi đọc hiểu.</w:t>
      </w:r>
    </w:p>
    <w:p w14:paraId="0A25266F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Tìm được từ ngữ chỉ hoạt động của con vật theo mẫu; biết nói và đáp lời trong một số tình huống giao tiếp.</w:t>
      </w:r>
    </w:p>
    <w:p w14:paraId="4E4033C2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Biết thể hiện sự quan tâm, giúp đỡ khi người khác gặp khó khăn thông qua tình huống trong bài học.</w:t>
      </w:r>
    </w:p>
    <w:p w14:paraId="100E859A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2. Năng lực chung</w:t>
      </w:r>
    </w:p>
    <w:p w14:paraId="18281C8B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Tự chủ và tự học: Chủ động đọc lại bài đã học, thực hiện yêu cầu ôn tập, tự kiểm tra và điều chỉnh cách đọc, cách viết của bản thân.</w:t>
      </w:r>
    </w:p>
    <w:p w14:paraId="55DBD1CB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Giao tiếp và hợp tác: Biết trao đổi trong nhóm, lắng nghe bạn, trình bày câu trả lời rõ ràng, lịch sự.</w:t>
      </w:r>
    </w:p>
    <w:p w14:paraId="6D0C35A8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Giải quyết vấn đề và sáng tạo: Biết vận dụng kiến thức về đọc, viết, từ ngữ, câu và dấu câu để hoàn thành nhiệm vụ học tập.</w:t>
      </w:r>
    </w:p>
    <w:p w14:paraId="087350DE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3. Phẩm chất</w:t>
      </w:r>
    </w:p>
    <w:p w14:paraId="4AF1F83D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Chăm chỉ: Tích cực luyện đọc, luyện viết, hoàn thành bài tập được giao.</w:t>
      </w:r>
    </w:p>
    <w:p w14:paraId="3FCD20B7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Trách nhiệm: Có ý thức giữ gìn sách vở, trình bày bài sạch đẹp, hợp tác nghiêm túc trong hoạt động nhóm.</w:t>
      </w:r>
    </w:p>
    <w:p w14:paraId="3B6CDD2E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lastRenderedPageBreak/>
        <w:t>- Nhân ái: Biết quan tâm, chia sẻ, giúp đỡ bạn bè qua các tình huống ôn tập.</w:t>
      </w:r>
    </w:p>
    <w:p w14:paraId="5A6DF93D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II. ĐỒ DÙNG DẠY HỌC</w:t>
      </w:r>
    </w:p>
    <w:p w14:paraId="47FF7698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GV: Máy tính, tivi/máy chiếu, tranh minh họa SGK, thẻ tên bài đọc, phiếu học tập, bảng nhóm.</w:t>
      </w:r>
    </w:p>
    <w:p w14:paraId="2E759277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HS: Sách giáo khoa, vở ô li, vở bài tập Tiếng Việt, bảng con, bút chì.</w:t>
      </w:r>
    </w:p>
    <w:p w14:paraId="6F80B2A0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III. CÁC HOẠT ĐỘNG DẠY HỌC CHỦ YẾU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</w:tblGrid>
      <w:tr w:rsidR="008B0A8F" w14:paraId="5A79F783" w14:textId="77777777" w:rsidTr="00030BA3">
        <w:trPr>
          <w:tblHeader/>
          <w:jc w:val="center"/>
        </w:trPr>
        <w:tc>
          <w:tcPr>
            <w:tcW w:w="5216" w:type="dxa"/>
            <w:tcBorders>
              <w:bottom w:val="single" w:sz="6" w:space="0" w:color="666666"/>
            </w:tcBorders>
            <w:shd w:val="clear" w:color="auto" w:fill="D9EAD3"/>
          </w:tcPr>
          <w:p w14:paraId="37518455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b/>
              </w:rPr>
              <w:t>Hoạt động của GV</w:t>
            </w:r>
          </w:p>
        </w:tc>
        <w:tc>
          <w:tcPr>
            <w:tcW w:w="5216" w:type="dxa"/>
            <w:tcBorders>
              <w:bottom w:val="single" w:sz="6" w:space="0" w:color="666666"/>
            </w:tcBorders>
            <w:shd w:val="clear" w:color="auto" w:fill="D9EAD3"/>
          </w:tcPr>
          <w:p w14:paraId="4D4E9369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b/>
              </w:rPr>
              <w:t>Hoạt động của HS</w:t>
            </w:r>
          </w:p>
        </w:tc>
      </w:tr>
      <w:tr w:rsidR="008B0A8F" w14:paraId="4B252DB8" w14:textId="77777777" w:rsidTr="00030BA3">
        <w:trPr>
          <w:jc w:val="center"/>
        </w:trPr>
        <w:tc>
          <w:tcPr>
            <w:tcW w:w="9648" w:type="dxa"/>
            <w:gridSpan w:val="2"/>
            <w:tcBorders>
              <w:top w:val="single" w:sz="6" w:space="0" w:color="666666"/>
              <w:bottom w:val="single" w:sz="6" w:space="0" w:color="666666"/>
            </w:tcBorders>
            <w:shd w:val="clear" w:color="auto" w:fill="D9EAD3"/>
          </w:tcPr>
          <w:p w14:paraId="14194AAA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>1. KHỞI ĐỘNG</w:t>
            </w:r>
          </w:p>
          <w:p w14:paraId="295208B7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 xml:space="preserve">Mục tiêu: </w:t>
            </w:r>
            <w:r>
              <w:t>HS huy động hiểu biết, cảm xúc về tình huống một con vật nhỏ bị lạc để chuẩn bị đọc hiểu bài thơ Cánh cam lạc mẹ.</w:t>
            </w:r>
          </w:p>
        </w:tc>
      </w:tr>
      <w:tr w:rsidR="008B0A8F" w14:paraId="454AB1A8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</w:tcBorders>
          </w:tcPr>
          <w:p w14:paraId="6C57D27E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cho HS quan sát nhanh tranh cánh cam và hỏi: Khi một con vật nhỏ bị lạc, em nghĩ nó sẽ cảm thấy thế nào?</w:t>
            </w:r>
          </w:p>
        </w:tc>
        <w:tc>
          <w:tcPr>
            <w:tcW w:w="4824" w:type="dxa"/>
            <w:tcBorders>
              <w:top w:val="single" w:sz="6" w:space="0" w:color="666666"/>
            </w:tcBorders>
          </w:tcPr>
          <w:p w14:paraId="00332623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quan sát, nêu ý kiến: Con vật có thể lo lắng, sợ hãi, buồn, cần được giúp đỡ.</w:t>
            </w:r>
          </w:p>
        </w:tc>
      </w:tr>
      <w:tr w:rsidR="008B0A8F" w14:paraId="4D7F6464" w14:textId="77777777" w:rsidTr="00030BA3">
        <w:trPr>
          <w:jc w:val="center"/>
        </w:trPr>
        <w:tc>
          <w:tcPr>
            <w:tcW w:w="4824" w:type="dxa"/>
            <w:tcBorders>
              <w:bottom w:val="single" w:sz="6" w:space="0" w:color="666666"/>
            </w:tcBorders>
          </w:tcPr>
          <w:p w14:paraId="5D8E4290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dẫn vào bài ôn tập: Hôm nay các em đọc bài thơ Cánh cam lạc mẹ và thực hành trả lời câu hỏi.</w:t>
            </w:r>
          </w:p>
        </w:tc>
        <w:tc>
          <w:tcPr>
            <w:tcW w:w="4824" w:type="dxa"/>
            <w:tcBorders>
              <w:bottom w:val="single" w:sz="6" w:space="0" w:color="666666"/>
            </w:tcBorders>
          </w:tcPr>
          <w:p w14:paraId="359C6FF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lắng nghe, chuẩn bị SGK và vở để học bài.</w:t>
            </w:r>
          </w:p>
        </w:tc>
      </w:tr>
      <w:tr w:rsidR="008B0A8F" w14:paraId="44A485EA" w14:textId="77777777" w:rsidTr="00030BA3">
        <w:trPr>
          <w:jc w:val="center"/>
        </w:trPr>
        <w:tc>
          <w:tcPr>
            <w:tcW w:w="9648" w:type="dxa"/>
            <w:gridSpan w:val="2"/>
            <w:tcBorders>
              <w:top w:val="single" w:sz="6" w:space="0" w:color="666666"/>
              <w:bottom w:val="single" w:sz="6" w:space="0" w:color="666666"/>
            </w:tcBorders>
            <w:shd w:val="clear" w:color="auto" w:fill="D9EAD3"/>
          </w:tcPr>
          <w:p w14:paraId="2B3B2320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>2. KHÁM PHÁ KIẾN THỨC</w:t>
            </w:r>
          </w:p>
          <w:p w14:paraId="16BF5174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 xml:space="preserve">Mục tiêu: </w:t>
            </w:r>
            <w:r>
              <w:t>HS đọc đúng, rõ ràng bài thơ Cánh cam lạc mẹ; biết ngắt nghỉ theo dòng thơ, hiểu bước đầu nội dung và cảm xúc của bài thơ.</w:t>
            </w:r>
          </w:p>
        </w:tc>
      </w:tr>
      <w:tr w:rsidR="008B0A8F" w14:paraId="719867CB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</w:tcBorders>
          </w:tcPr>
          <w:p w14:paraId="76B23360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Bài tập 3: Đọc bài thơ dưới đây và trả lời câu hỏi.</w:t>
            </w:r>
          </w:p>
          <w:p w14:paraId="2D69F41F" w14:textId="7D5F05F9" w:rsidR="008B0A8F" w:rsidRDefault="008B0A8F" w:rsidP="00030BA3">
            <w:pPr>
              <w:shd w:val="clear" w:color="auto" w:fill="FFFFFF" w:themeFill="background1"/>
              <w:spacing w:after="0" w:line="240" w:lineRule="auto"/>
              <w:jc w:val="center"/>
            </w:pPr>
          </w:p>
        </w:tc>
        <w:tc>
          <w:tcPr>
            <w:tcW w:w="4824" w:type="dxa"/>
            <w:tcBorders>
              <w:top w:val="single" w:sz="6" w:space="0" w:color="666666"/>
            </w:tcBorders>
          </w:tcPr>
          <w:p w14:paraId="54C701AF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quan sát bài thơ và tranh minh họa, đọc thầm tên bài: Cánh cam lạc mẹ.</w:t>
            </w:r>
          </w:p>
        </w:tc>
      </w:tr>
      <w:tr w:rsidR="008B0A8F" w14:paraId="4A13164C" w14:textId="77777777" w:rsidTr="00030BA3">
        <w:trPr>
          <w:jc w:val="center"/>
        </w:trPr>
        <w:tc>
          <w:tcPr>
            <w:tcW w:w="4824" w:type="dxa"/>
          </w:tcPr>
          <w:p w14:paraId="7ED2D30C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đọc mẫu bài thơ với giọng nhẹ nhàng, chậm rãi, nhấn ở các từ thể hiện sự lo lắng và tìm kiếm.</w:t>
            </w:r>
          </w:p>
        </w:tc>
        <w:tc>
          <w:tcPr>
            <w:tcW w:w="4824" w:type="dxa"/>
          </w:tcPr>
          <w:p w14:paraId="78F780BF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nghe GV đọc, dò theo từng dòng thơ trong SGK.</w:t>
            </w:r>
          </w:p>
        </w:tc>
      </w:tr>
      <w:tr w:rsidR="008B0A8F" w14:paraId="2BFF624C" w14:textId="77777777" w:rsidTr="00030BA3">
        <w:trPr>
          <w:jc w:val="center"/>
        </w:trPr>
        <w:tc>
          <w:tcPr>
            <w:tcW w:w="4824" w:type="dxa"/>
          </w:tcPr>
          <w:p w14:paraId="594B45A3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hướng dẫn HS đọc nối tiếp từng khổ thơ; chú ý ngắt nhịp ở cuối dòng thơ và đọc rõ các tiếng: gió giục, kêu ran, hoang lặng.</w:t>
            </w:r>
          </w:p>
        </w:tc>
        <w:tc>
          <w:tcPr>
            <w:tcW w:w="4824" w:type="dxa"/>
          </w:tcPr>
          <w:p w14:paraId="37BB6ADD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nối tiếp từng khổ thơ, luyện phát âm từ khó và nhận xét cách đọc của bạn.</w:t>
            </w:r>
          </w:p>
        </w:tc>
      </w:tr>
      <w:tr w:rsidR="008B0A8F" w14:paraId="5927FDD2" w14:textId="77777777" w:rsidTr="00030BA3">
        <w:trPr>
          <w:jc w:val="center"/>
        </w:trPr>
        <w:tc>
          <w:tcPr>
            <w:tcW w:w="4824" w:type="dxa"/>
          </w:tcPr>
          <w:p w14:paraId="7F6AD86B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tổ chức cho HS luyện đọc theo nhóm 4, mỗi bạn đọc một đoạn hoặc một khổ thơ.</w:t>
            </w:r>
          </w:p>
        </w:tc>
        <w:tc>
          <w:tcPr>
            <w:tcW w:w="4824" w:type="dxa"/>
          </w:tcPr>
          <w:p w14:paraId="40FD86C5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luyện đọc trong nhóm, góp ý cho bạn đọc đúng, rõ và trôi chảy hơn.</w:t>
            </w:r>
          </w:p>
        </w:tc>
      </w:tr>
      <w:tr w:rsidR="008B0A8F" w14:paraId="1D259489" w14:textId="77777777" w:rsidTr="00030BA3">
        <w:trPr>
          <w:jc w:val="center"/>
        </w:trPr>
        <w:tc>
          <w:tcPr>
            <w:tcW w:w="4824" w:type="dxa"/>
            <w:tcBorders>
              <w:bottom w:val="single" w:sz="6" w:space="0" w:color="666666"/>
            </w:tcBorders>
          </w:tcPr>
          <w:p w14:paraId="6E413B5A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mời 1 - 2 nhóm đọc trước lớp; GV nhận xét, sửa cách ngắt nghỉ nếu cần.</w:t>
            </w:r>
          </w:p>
        </w:tc>
        <w:tc>
          <w:tcPr>
            <w:tcW w:w="4824" w:type="dxa"/>
            <w:tcBorders>
              <w:bottom w:val="single" w:sz="6" w:space="0" w:color="666666"/>
            </w:tcBorders>
          </w:tcPr>
          <w:p w14:paraId="578ED245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trước lớp; cả lớp lắng nghe, nhận xét bạn đọc rõ, đúng nhịp thơ.</w:t>
            </w:r>
          </w:p>
        </w:tc>
      </w:tr>
      <w:tr w:rsidR="008B0A8F" w14:paraId="4519077A" w14:textId="77777777" w:rsidTr="00030BA3">
        <w:trPr>
          <w:jc w:val="center"/>
        </w:trPr>
        <w:tc>
          <w:tcPr>
            <w:tcW w:w="9648" w:type="dxa"/>
            <w:gridSpan w:val="2"/>
            <w:tcBorders>
              <w:top w:val="single" w:sz="6" w:space="0" w:color="666666"/>
              <w:bottom w:val="single" w:sz="6" w:space="0" w:color="666666"/>
            </w:tcBorders>
            <w:shd w:val="clear" w:color="auto" w:fill="D9EAD3"/>
          </w:tcPr>
          <w:p w14:paraId="45BFFBB9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>3. LUYỆN TẬP</w:t>
            </w:r>
          </w:p>
          <w:p w14:paraId="7128CBA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 xml:space="preserve">Mục tiêu: </w:t>
            </w:r>
            <w:r>
              <w:t>HS trả lời được câu hỏi đọc hiểu; thực hành nói và đáp lời an ủi, mời, đề nghị phù hợp; tìm được từ ngữ chỉ hoạt động của các con vật trong bài.</w:t>
            </w:r>
          </w:p>
        </w:tc>
      </w:tr>
      <w:tr w:rsidR="008B0A8F" w14:paraId="38803E49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</w:tcBorders>
          </w:tcPr>
          <w:p w14:paraId="6C40B673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a. Chuyện gì xảy ra với cánh cam?</w:t>
            </w:r>
          </w:p>
          <w:p w14:paraId="09A43F89" w14:textId="53582301" w:rsidR="008B0A8F" w:rsidRDefault="008B0A8F" w:rsidP="00030BA3">
            <w:pPr>
              <w:shd w:val="clear" w:color="auto" w:fill="FFFFFF" w:themeFill="background1"/>
              <w:spacing w:after="0" w:line="240" w:lineRule="auto"/>
              <w:jc w:val="center"/>
            </w:pPr>
          </w:p>
        </w:tc>
        <w:tc>
          <w:tcPr>
            <w:tcW w:w="4824" w:type="dxa"/>
            <w:tcBorders>
              <w:top w:val="single" w:sz="6" w:space="0" w:color="666666"/>
            </w:tcBorders>
          </w:tcPr>
          <w:p w14:paraId="7D2611A7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lại bài thơ và trả lời: Cánh cam bị lạc mẹ trong khu vườn hoang lặng im.</w:t>
            </w:r>
          </w:p>
        </w:tc>
      </w:tr>
      <w:tr w:rsidR="008B0A8F" w14:paraId="74FDD6EB" w14:textId="77777777" w:rsidTr="00030BA3">
        <w:trPr>
          <w:jc w:val="center"/>
        </w:trPr>
        <w:tc>
          <w:tcPr>
            <w:tcW w:w="4824" w:type="dxa"/>
          </w:tcPr>
          <w:p w14:paraId="2AE251DC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b. Những ai đã quan tâm, giúp đỡ cánh cam?</w:t>
            </w:r>
          </w:p>
        </w:tc>
        <w:tc>
          <w:tcPr>
            <w:tcW w:w="4824" w:type="dxa"/>
          </w:tcPr>
          <w:p w14:paraId="476B288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trả lời: Bọ dừa, cào cào, xén tóc và các con vật trong khu vườn đã quan tâm, giúp đỡ cánh cam.</w:t>
            </w:r>
          </w:p>
        </w:tc>
      </w:tr>
      <w:tr w:rsidR="008B0A8F" w14:paraId="6669244E" w14:textId="77777777" w:rsidTr="00030BA3">
        <w:trPr>
          <w:jc w:val="center"/>
        </w:trPr>
        <w:tc>
          <w:tcPr>
            <w:tcW w:w="4824" w:type="dxa"/>
          </w:tcPr>
          <w:p w14:paraId="492AF174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c. Họ đã làm gì và nói gì để an ủi cánh cam?</w:t>
            </w:r>
          </w:p>
        </w:tc>
        <w:tc>
          <w:tcPr>
            <w:tcW w:w="4824" w:type="dxa"/>
          </w:tcPr>
          <w:p w14:paraId="0F7DC131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trả lời: Các con vật bảo nhau đi tìm mẹ cho cánh cam và an ủi cánh cam về nhà mình.</w:t>
            </w:r>
          </w:p>
        </w:tc>
      </w:tr>
      <w:tr w:rsidR="008B0A8F" w14:paraId="00762B2F" w14:textId="77777777" w:rsidTr="00030BA3">
        <w:trPr>
          <w:jc w:val="center"/>
        </w:trPr>
        <w:tc>
          <w:tcPr>
            <w:tcW w:w="4824" w:type="dxa"/>
          </w:tcPr>
          <w:p w14:paraId="6AA2A451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Bài tập 4: Nói và đáp lời trong các tình huống sau.</w:t>
            </w:r>
          </w:p>
          <w:p w14:paraId="7C86AB69" w14:textId="7743C164" w:rsidR="008B0A8F" w:rsidRDefault="008B0A8F" w:rsidP="00030BA3">
            <w:pPr>
              <w:shd w:val="clear" w:color="auto" w:fill="FFFFFF" w:themeFill="background1"/>
              <w:spacing w:after="0" w:line="240" w:lineRule="auto"/>
              <w:jc w:val="center"/>
            </w:pPr>
          </w:p>
        </w:tc>
        <w:tc>
          <w:tcPr>
            <w:tcW w:w="4824" w:type="dxa"/>
          </w:tcPr>
          <w:p w14:paraId="556AE23D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yêu cầu bài tập 4 và quan sát tranh các bạn đội mũ con vật.</w:t>
            </w:r>
          </w:p>
        </w:tc>
      </w:tr>
      <w:tr w:rsidR="008B0A8F" w14:paraId="2F8BF2F9" w14:textId="77777777" w:rsidTr="00030BA3">
        <w:trPr>
          <w:jc w:val="center"/>
        </w:trPr>
        <w:tc>
          <w:tcPr>
            <w:tcW w:w="4824" w:type="dxa"/>
          </w:tcPr>
          <w:p w14:paraId="50636890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a. An ủi, động viên bạn khi bạn bị mệt.</w:t>
            </w:r>
          </w:p>
        </w:tc>
        <w:tc>
          <w:tcPr>
            <w:tcW w:w="4824" w:type="dxa"/>
          </w:tcPr>
          <w:p w14:paraId="10AF48E3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nói mẫu: Bạn nghỉ một chút nhé, mình sẽ giúp bạn báo cô giáo. Bạn cố lên, lát nữa sẽ đỡ mệt thôi.</w:t>
            </w:r>
          </w:p>
        </w:tc>
      </w:tr>
      <w:tr w:rsidR="008B0A8F" w14:paraId="303776D0" w14:textId="77777777" w:rsidTr="00030BA3">
        <w:trPr>
          <w:jc w:val="center"/>
        </w:trPr>
        <w:tc>
          <w:tcPr>
            <w:tcW w:w="4824" w:type="dxa"/>
          </w:tcPr>
          <w:p w14:paraId="26F51160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b. Mời bạn đọc một cuốn truyện hay.</w:t>
            </w:r>
          </w:p>
        </w:tc>
        <w:tc>
          <w:tcPr>
            <w:tcW w:w="4824" w:type="dxa"/>
          </w:tcPr>
          <w:p w14:paraId="22A85E54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nói mẫu: Mình có cuốn truyện rất hay, bạn đọc cùng mình nhé!</w:t>
            </w:r>
          </w:p>
        </w:tc>
      </w:tr>
      <w:tr w:rsidR="008B0A8F" w14:paraId="793B5E02" w14:textId="77777777" w:rsidTr="00030BA3">
        <w:trPr>
          <w:jc w:val="center"/>
        </w:trPr>
        <w:tc>
          <w:tcPr>
            <w:tcW w:w="4824" w:type="dxa"/>
          </w:tcPr>
          <w:p w14:paraId="5AD5C92D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c. Đề nghị bạn hát một bài trước lớp.</w:t>
            </w:r>
          </w:p>
        </w:tc>
        <w:tc>
          <w:tcPr>
            <w:tcW w:w="4824" w:type="dxa"/>
          </w:tcPr>
          <w:p w14:paraId="5693A55A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nói mẫu: Bạn hát một bài cho cả lớp nghe nhé, giọng bạn rất hay mà!</w:t>
            </w:r>
          </w:p>
        </w:tc>
      </w:tr>
      <w:tr w:rsidR="008B0A8F" w14:paraId="439765EC" w14:textId="77777777" w:rsidTr="00030BA3">
        <w:trPr>
          <w:jc w:val="center"/>
        </w:trPr>
        <w:tc>
          <w:tcPr>
            <w:tcW w:w="4824" w:type="dxa"/>
            <w:tcBorders>
              <w:bottom w:val="single" w:sz="6" w:space="0" w:color="666666"/>
            </w:tcBorders>
          </w:tcPr>
          <w:p w14:paraId="75927DA4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lastRenderedPageBreak/>
              <w:t xml:space="preserve">- </w:t>
            </w:r>
            <w:r>
              <w:rPr>
                <w:b/>
              </w:rPr>
              <w:t>Bài tập 5: Tìm trong bài Cánh cam lạc mẹ từ ngữ chỉ hoạt động của mỗi con vật theo mẫu.</w:t>
            </w:r>
          </w:p>
        </w:tc>
        <w:tc>
          <w:tcPr>
            <w:tcW w:w="4824" w:type="dxa"/>
            <w:tcBorders>
              <w:bottom w:val="single" w:sz="6" w:space="0" w:color="666666"/>
            </w:tcBorders>
          </w:tcPr>
          <w:p w14:paraId="0FEAF3CB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bảng mẫu, tìm trong bài thơ và nêu: ve sầu - kêu ran; bọ dừa, cào cào, xén tóc - bảo nhau đi tìm; cánh cam - lạc mẹ.</w:t>
            </w:r>
          </w:p>
        </w:tc>
      </w:tr>
      <w:tr w:rsidR="008B0A8F" w14:paraId="4FC881E7" w14:textId="77777777" w:rsidTr="00030BA3">
        <w:trPr>
          <w:jc w:val="center"/>
        </w:trPr>
        <w:tc>
          <w:tcPr>
            <w:tcW w:w="9648" w:type="dxa"/>
            <w:gridSpan w:val="2"/>
            <w:tcBorders>
              <w:top w:val="single" w:sz="6" w:space="0" w:color="666666"/>
              <w:bottom w:val="single" w:sz="6" w:space="0" w:color="666666"/>
            </w:tcBorders>
            <w:shd w:val="clear" w:color="auto" w:fill="D9EAD3"/>
          </w:tcPr>
          <w:p w14:paraId="222DEAE6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>4. VẬN DỤNG</w:t>
            </w:r>
          </w:p>
          <w:p w14:paraId="56993D10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 xml:space="preserve">Mục tiêu: </w:t>
            </w:r>
            <w:r>
              <w:t>HS vận dụng nội dung bài học để nêu được việc làm, lời nói thể hiện sự quan tâm, giúp đỡ bạn bè hoặc những con vật nhỏ xung quanh.</w:t>
            </w:r>
          </w:p>
        </w:tc>
      </w:tr>
      <w:tr w:rsidR="008B0A8F" w14:paraId="63F45331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</w:tcBorders>
          </w:tcPr>
          <w:p w14:paraId="5A2C54C1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yêu cầu HS nêu một việc em có thể làm khi thấy bạn buồn hoặc cần giúp đỡ.</w:t>
            </w:r>
          </w:p>
        </w:tc>
        <w:tc>
          <w:tcPr>
            <w:tcW w:w="4824" w:type="dxa"/>
            <w:tcBorders>
              <w:top w:val="single" w:sz="6" w:space="0" w:color="666666"/>
            </w:tcBorders>
          </w:tcPr>
          <w:p w14:paraId="71BC6825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nêu: Em hỏi thăm bạn, báo cô giáo, giúp bạn nhặt đồ, nói lời động viên bạn.</w:t>
            </w:r>
          </w:p>
        </w:tc>
      </w:tr>
      <w:tr w:rsidR="008B0A8F" w14:paraId="32C74E7F" w14:textId="77777777" w:rsidTr="00030BA3">
        <w:trPr>
          <w:jc w:val="center"/>
        </w:trPr>
        <w:tc>
          <w:tcPr>
            <w:tcW w:w="4824" w:type="dxa"/>
          </w:tcPr>
          <w:p w14:paraId="2F287377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nhận xét tiết học, nhắc HS biết quan tâm, giúp đỡ bạn bè và các con vật nhỏ xung quanh mình.</w:t>
            </w:r>
          </w:p>
        </w:tc>
        <w:tc>
          <w:tcPr>
            <w:tcW w:w="4824" w:type="dxa"/>
          </w:tcPr>
          <w:p w14:paraId="3DE26EF4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lắng nghe và tự nhắc mình biết yêu thương, giúp đỡ người khác.</w:t>
            </w:r>
          </w:p>
        </w:tc>
      </w:tr>
    </w:tbl>
    <w:p w14:paraId="231B3F65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IV. ĐIỀU CHỈNH SAU TIẾT HỌC (NẾU CÓ)</w:t>
      </w:r>
    </w:p>
    <w:p w14:paraId="675BD6B0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br w:type="page"/>
      </w:r>
    </w:p>
    <w:p w14:paraId="49480557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lastRenderedPageBreak/>
        <w:t>KẾ HOẠCH BÀI DẠY MÔN TIẾNG VIỆT LỚP 2 – TUẦN 27</w:t>
      </w:r>
    </w:p>
    <w:p w14:paraId="6B01A78E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t>CHỦ ĐỀ: HÀNH TINH XANH CỦA EM</w:t>
      </w:r>
    </w:p>
    <w:p w14:paraId="3985E155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t>BÀI: ÔN TẬP GIỮA HỌC KÌ II</w:t>
      </w:r>
    </w:p>
    <w:p w14:paraId="60223F56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t>TIẾT 5 - 6: ÔN TẬP</w:t>
      </w:r>
    </w:p>
    <w:p w14:paraId="1CE4AEB2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I. YÊU CẦU CẦN ĐẠT</w:t>
      </w:r>
    </w:p>
    <w:p w14:paraId="0C0E9E16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1. Năng lực đặc thù</w:t>
      </w:r>
    </w:p>
    <w:p w14:paraId="27D3670B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Quan sát tranh, tìm được từ ngữ chỉ sự vật và từ ngữ chỉ màu sắc của sự vật.</w:t>
      </w:r>
    </w:p>
    <w:p w14:paraId="7424DB8C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Biết đặt 2 - 3 câu với từ ngữ tìm được; chọn đúng dấu câu phù hợp vào ô vuông.</w:t>
      </w:r>
    </w:p>
    <w:p w14:paraId="45077FCC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Rèn kĩ năng quan sát tranh, dùng từ, đặt câu và trình bày ý kiến trong nhóm.</w:t>
      </w:r>
    </w:p>
    <w:p w14:paraId="4BBE8B5A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2. Năng lực chung</w:t>
      </w:r>
    </w:p>
    <w:p w14:paraId="67F4D828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Tự chủ và tự học: Chủ động đọc lại bài đã học, thực hiện yêu cầu ôn tập, tự kiểm tra và điều chỉnh cách đọc, cách viết của bản thân.</w:t>
      </w:r>
    </w:p>
    <w:p w14:paraId="371555EA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Giao tiếp và hợp tác: Biết trao đổi trong nhóm, lắng nghe bạn, trình bày câu trả lời rõ ràng, lịch sự.</w:t>
      </w:r>
    </w:p>
    <w:p w14:paraId="488DD49D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Giải quyết vấn đề và sáng tạo: Biết vận dụng kiến thức về đọc, viết, từ ngữ, câu và dấu câu để hoàn thành nhiệm vụ học tập.</w:t>
      </w:r>
    </w:p>
    <w:p w14:paraId="04226660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3. Phẩm chất</w:t>
      </w:r>
    </w:p>
    <w:p w14:paraId="36BE3476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Chăm chỉ: Tích cực luyện đọc, luyện viết, hoàn thành bài tập được giao.</w:t>
      </w:r>
    </w:p>
    <w:p w14:paraId="39EF6690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Trách nhiệm: Có ý thức giữ gìn sách vở, trình bày bài sạch đẹp, hợp tác nghiêm túc trong hoạt động nhóm.</w:t>
      </w:r>
    </w:p>
    <w:p w14:paraId="303E7808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Nhân ái: Biết quan tâm, chia sẻ, giúp đỡ bạn bè qua các tình huống ôn tập.</w:t>
      </w:r>
    </w:p>
    <w:p w14:paraId="678F9CF3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II. ĐỒ DÙNG DẠY HỌC</w:t>
      </w:r>
    </w:p>
    <w:p w14:paraId="0B851283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GV: Máy tính, tivi/máy chiếu, tranh minh họa SGK, thẻ tên bài đọc, phiếu học tập, bảng nhóm.</w:t>
      </w:r>
    </w:p>
    <w:p w14:paraId="0B23E537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HS: Sách giáo khoa, vở ô li, vở bài tập Tiếng Việt, bảng con, bút chì.</w:t>
      </w:r>
    </w:p>
    <w:p w14:paraId="7B1D163D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III. CÁC HOẠT ĐỘNG DẠY HỌC CHỦ YẾU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</w:tblGrid>
      <w:tr w:rsidR="008B0A8F" w14:paraId="49851EB4" w14:textId="77777777" w:rsidTr="00030BA3">
        <w:trPr>
          <w:tblHeader/>
          <w:jc w:val="center"/>
        </w:trPr>
        <w:tc>
          <w:tcPr>
            <w:tcW w:w="5216" w:type="dxa"/>
            <w:tcBorders>
              <w:bottom w:val="single" w:sz="6" w:space="0" w:color="666666"/>
            </w:tcBorders>
            <w:shd w:val="clear" w:color="auto" w:fill="D9EAD3"/>
          </w:tcPr>
          <w:p w14:paraId="25EB294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b/>
              </w:rPr>
              <w:t>Hoạt động của GV</w:t>
            </w:r>
          </w:p>
        </w:tc>
        <w:tc>
          <w:tcPr>
            <w:tcW w:w="5216" w:type="dxa"/>
            <w:tcBorders>
              <w:bottom w:val="single" w:sz="6" w:space="0" w:color="666666"/>
            </w:tcBorders>
            <w:shd w:val="clear" w:color="auto" w:fill="D9EAD3"/>
          </w:tcPr>
          <w:p w14:paraId="499A8FA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b/>
              </w:rPr>
              <w:t>Hoạt động của HS</w:t>
            </w:r>
          </w:p>
        </w:tc>
      </w:tr>
      <w:tr w:rsidR="008B0A8F" w14:paraId="28DDF3DE" w14:textId="77777777" w:rsidTr="00030BA3">
        <w:trPr>
          <w:jc w:val="center"/>
        </w:trPr>
        <w:tc>
          <w:tcPr>
            <w:tcW w:w="9648" w:type="dxa"/>
            <w:gridSpan w:val="2"/>
            <w:tcBorders>
              <w:top w:val="single" w:sz="6" w:space="0" w:color="666666"/>
              <w:bottom w:val="single" w:sz="6" w:space="0" w:color="666666"/>
            </w:tcBorders>
            <w:shd w:val="clear" w:color="auto" w:fill="D9EAD3"/>
          </w:tcPr>
          <w:p w14:paraId="12F7CBF7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>1. KHỞI ĐỘNG</w:t>
            </w:r>
          </w:p>
          <w:p w14:paraId="47587DC6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 xml:space="preserve">Mục tiêu: </w:t>
            </w:r>
            <w:r>
              <w:t>HS huy động vốn từ chỉ sự vật, màu sắc và đặc điểm quen thuộc, tạo hứng thú cho hoạt động luyện từ và câu.</w:t>
            </w:r>
          </w:p>
        </w:tc>
      </w:tr>
      <w:tr w:rsidR="008B0A8F" w14:paraId="6DB11B3C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</w:tcBorders>
          </w:tcPr>
          <w:p w14:paraId="65E14471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tổ chức trò chơi “Tìm nhanh từ đúng”. GV nêu từ “dòng sông”, HS nói nhanh một màu sắc hoặc đặc điểm phù hợp.</w:t>
            </w:r>
          </w:p>
        </w:tc>
        <w:tc>
          <w:tcPr>
            <w:tcW w:w="4824" w:type="dxa"/>
            <w:tcBorders>
              <w:top w:val="single" w:sz="6" w:space="0" w:color="666666"/>
            </w:tcBorders>
          </w:tcPr>
          <w:p w14:paraId="0E0B971E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tham gia: dòng sông xanh, dòng sông uốn khúc, dòng sông rộng, dòng sông trong.</w:t>
            </w:r>
          </w:p>
        </w:tc>
      </w:tr>
      <w:tr w:rsidR="008B0A8F" w14:paraId="355E53DC" w14:textId="77777777" w:rsidTr="00030BA3">
        <w:trPr>
          <w:jc w:val="center"/>
        </w:trPr>
        <w:tc>
          <w:tcPr>
            <w:tcW w:w="4824" w:type="dxa"/>
            <w:tcBorders>
              <w:bottom w:val="single" w:sz="6" w:space="0" w:color="666666"/>
            </w:tcBorders>
          </w:tcPr>
          <w:p w14:paraId="3E6EB59F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nhận xét, dẫn vào nội dung luyện tập về từ ngữ và dấu câu.</w:t>
            </w:r>
          </w:p>
        </w:tc>
        <w:tc>
          <w:tcPr>
            <w:tcW w:w="4824" w:type="dxa"/>
            <w:tcBorders>
              <w:bottom w:val="single" w:sz="6" w:space="0" w:color="666666"/>
            </w:tcBorders>
          </w:tcPr>
          <w:p w14:paraId="383A7319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lắng nghe, chuẩn bị bảng con hoặc phiếu học tập.</w:t>
            </w:r>
          </w:p>
        </w:tc>
      </w:tr>
      <w:tr w:rsidR="008B0A8F" w14:paraId="287B0A91" w14:textId="77777777" w:rsidTr="00030BA3">
        <w:trPr>
          <w:jc w:val="center"/>
        </w:trPr>
        <w:tc>
          <w:tcPr>
            <w:tcW w:w="9648" w:type="dxa"/>
            <w:gridSpan w:val="2"/>
            <w:tcBorders>
              <w:top w:val="single" w:sz="6" w:space="0" w:color="666666"/>
              <w:bottom w:val="single" w:sz="6" w:space="0" w:color="666666"/>
            </w:tcBorders>
            <w:shd w:val="clear" w:color="auto" w:fill="D9EAD3"/>
          </w:tcPr>
          <w:p w14:paraId="7EC3E739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>2. LUYỆN TẬP</w:t>
            </w:r>
          </w:p>
          <w:p w14:paraId="3C8A80C6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 xml:space="preserve">Mục tiêu: </w:t>
            </w:r>
            <w:r>
              <w:t>HS quan sát tranh để tìm từ ngữ chỉ sự vật, màu sắc; biết đặt câu với từ ngữ tìm được và chọn dấu câu phù hợp để câu văn rõ nghĩa.</w:t>
            </w:r>
          </w:p>
        </w:tc>
      </w:tr>
      <w:tr w:rsidR="008B0A8F" w14:paraId="676C1F25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</w:tcBorders>
          </w:tcPr>
          <w:p w14:paraId="13511FF7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Bài tập 6: Quan sát tranh và tìm từ ngữ.</w:t>
            </w:r>
          </w:p>
          <w:p w14:paraId="2A43FE8E" w14:textId="417509FB" w:rsidR="008B0A8F" w:rsidRDefault="008B0A8F" w:rsidP="00030BA3">
            <w:pPr>
              <w:shd w:val="clear" w:color="auto" w:fill="FFFFFF" w:themeFill="background1"/>
              <w:spacing w:after="0" w:line="240" w:lineRule="auto"/>
              <w:jc w:val="center"/>
            </w:pPr>
          </w:p>
        </w:tc>
        <w:tc>
          <w:tcPr>
            <w:tcW w:w="4824" w:type="dxa"/>
            <w:tcBorders>
              <w:top w:val="single" w:sz="6" w:space="0" w:color="666666"/>
            </w:tcBorders>
          </w:tcPr>
          <w:p w14:paraId="0D894D6E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yêu cầu bài tập 6 và quan sát tranh dòng sông, con thuyền, đàn chim, trâu bò, nâu, xanh.</w:t>
            </w:r>
          </w:p>
        </w:tc>
      </w:tr>
      <w:tr w:rsidR="008B0A8F" w14:paraId="563AACA5" w14:textId="77777777" w:rsidTr="00030BA3">
        <w:trPr>
          <w:jc w:val="center"/>
        </w:trPr>
        <w:tc>
          <w:tcPr>
            <w:tcW w:w="4824" w:type="dxa"/>
          </w:tcPr>
          <w:p w14:paraId="39F3B265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a. Chỉ sự vật.</w:t>
            </w:r>
          </w:p>
        </w:tc>
        <w:tc>
          <w:tcPr>
            <w:tcW w:w="4824" w:type="dxa"/>
          </w:tcPr>
          <w:p w14:paraId="550FB25E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nêu: con thuyền, dòng sông, đàn chim, bầu trời, đám mây, cây cối, bãi cỏ, con trâu, con bò.</w:t>
            </w:r>
          </w:p>
        </w:tc>
      </w:tr>
      <w:tr w:rsidR="008B0A8F" w14:paraId="4A60E808" w14:textId="77777777" w:rsidTr="00030BA3">
        <w:trPr>
          <w:jc w:val="center"/>
        </w:trPr>
        <w:tc>
          <w:tcPr>
            <w:tcW w:w="4824" w:type="dxa"/>
          </w:tcPr>
          <w:p w14:paraId="23FE106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b. Chỉ màu sắc của sự vật.</w:t>
            </w:r>
          </w:p>
        </w:tc>
        <w:tc>
          <w:tcPr>
            <w:tcW w:w="4824" w:type="dxa"/>
          </w:tcPr>
          <w:p w14:paraId="64C73C4B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nêu: nâu, xanh, trắng, vàng, xám.</w:t>
            </w:r>
          </w:p>
        </w:tc>
      </w:tr>
      <w:tr w:rsidR="008B0A8F" w14:paraId="0849886B" w14:textId="77777777" w:rsidTr="00030BA3">
        <w:trPr>
          <w:jc w:val="center"/>
        </w:trPr>
        <w:tc>
          <w:tcPr>
            <w:tcW w:w="4824" w:type="dxa"/>
          </w:tcPr>
          <w:p w14:paraId="02B24C2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yêu cầu HS làm việc nhóm đôi: một bạn chỉ sự vật, một bạn nói màu sắc hoặc đặc điểm của sự vật đó.</w:t>
            </w:r>
          </w:p>
        </w:tc>
        <w:tc>
          <w:tcPr>
            <w:tcW w:w="4824" w:type="dxa"/>
          </w:tcPr>
          <w:p w14:paraId="0D1F63EF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làm việc nhóm đôi: con thuyền nâu, dòng sông xanh, đàn chim trắng, bãi cỏ xanh.</w:t>
            </w:r>
          </w:p>
        </w:tc>
      </w:tr>
      <w:tr w:rsidR="008B0A8F" w14:paraId="163ACECA" w14:textId="77777777" w:rsidTr="00030BA3">
        <w:trPr>
          <w:jc w:val="center"/>
        </w:trPr>
        <w:tc>
          <w:tcPr>
            <w:tcW w:w="4824" w:type="dxa"/>
          </w:tcPr>
          <w:p w14:paraId="08032B03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Bài tập 7: Đặt 2 - 3 câu với từ ngữ em tìm được.</w:t>
            </w:r>
          </w:p>
        </w:tc>
        <w:tc>
          <w:tcPr>
            <w:tcW w:w="4824" w:type="dxa"/>
          </w:tcPr>
          <w:p w14:paraId="7C95B48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đặt câu: Dòng sông uốn khúc quanh làng xóm. Con thuyền nâu nằm bên bờ sông. Đàn chim trắng bay trên bầu trời.</w:t>
            </w:r>
          </w:p>
        </w:tc>
      </w:tr>
      <w:tr w:rsidR="008B0A8F" w14:paraId="2BE073E4" w14:textId="77777777" w:rsidTr="00030BA3">
        <w:trPr>
          <w:jc w:val="center"/>
        </w:trPr>
        <w:tc>
          <w:tcPr>
            <w:tcW w:w="4824" w:type="dxa"/>
          </w:tcPr>
          <w:p w14:paraId="691BD167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GV mời một số HS đọc câu trước lớp; GV nhận xét về cách dùng từ, viết hoa đầu câu và </w:t>
            </w:r>
            <w:r>
              <w:lastRenderedPageBreak/>
              <w:t>đặt dấu câu cuối câu.</w:t>
            </w:r>
          </w:p>
        </w:tc>
        <w:tc>
          <w:tcPr>
            <w:tcW w:w="4824" w:type="dxa"/>
          </w:tcPr>
          <w:p w14:paraId="6B3D5B3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lastRenderedPageBreak/>
              <w:t>- HS đọc câu của mình, lắng nghe góp ý và sửa câu cho đúng hơn.</w:t>
            </w:r>
          </w:p>
        </w:tc>
      </w:tr>
      <w:tr w:rsidR="008B0A8F" w14:paraId="19675364" w14:textId="77777777" w:rsidTr="00030BA3">
        <w:trPr>
          <w:jc w:val="center"/>
        </w:trPr>
        <w:tc>
          <w:tcPr>
            <w:tcW w:w="4824" w:type="dxa"/>
          </w:tcPr>
          <w:p w14:paraId="5CCACCDD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Bài tập 8: Chọn dấu câu phù hợp thay cho ô vuông.</w:t>
            </w:r>
          </w:p>
        </w:tc>
        <w:tc>
          <w:tcPr>
            <w:tcW w:w="4824" w:type="dxa"/>
          </w:tcPr>
          <w:p w14:paraId="6B222EB9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đoạn văn, suy nghĩ chọn dấu phẩy, dấu chấm hoặc dấu chấm hỏi phù hợp.</w:t>
            </w:r>
          </w:p>
        </w:tc>
      </w:tr>
      <w:tr w:rsidR="008B0A8F" w14:paraId="0090AEB6" w14:textId="77777777" w:rsidTr="00030BA3">
        <w:trPr>
          <w:jc w:val="center"/>
        </w:trPr>
        <w:tc>
          <w:tcPr>
            <w:tcW w:w="4824" w:type="dxa"/>
          </w:tcPr>
          <w:p w14:paraId="2BF6D143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hướng dẫn HS đọc chậm từng câu, xác định câu đã kết thúc hay chưa kết thúc để chọn dấu đúng.</w:t>
            </w:r>
          </w:p>
        </w:tc>
        <w:tc>
          <w:tcPr>
            <w:tcW w:w="4824" w:type="dxa"/>
          </w:tcPr>
          <w:p w14:paraId="36C6B814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làm bài vào vở: đặt dấu câu phù hợp để đoạn văn rõ nghĩa.</w:t>
            </w:r>
          </w:p>
        </w:tc>
      </w:tr>
      <w:tr w:rsidR="008B0A8F" w14:paraId="3714CE1B" w14:textId="77777777" w:rsidTr="00030BA3">
        <w:trPr>
          <w:jc w:val="center"/>
        </w:trPr>
        <w:tc>
          <w:tcPr>
            <w:tcW w:w="4824" w:type="dxa"/>
            <w:tcBorders>
              <w:bottom w:val="single" w:sz="6" w:space="0" w:color="666666"/>
            </w:tcBorders>
          </w:tcPr>
          <w:p w14:paraId="498B2E9E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chữa bài: Mặt trời thấy cô đơn, buồn bã vì phải ở một mình suốt cả ngày. Mặt trời muốn kết bạn với trăng sao. Nhưng trăng sao còn bận ngủ để đêm thức dậy chiếu sáng cho mặt đất.</w:t>
            </w:r>
          </w:p>
        </w:tc>
        <w:tc>
          <w:tcPr>
            <w:tcW w:w="4824" w:type="dxa"/>
            <w:tcBorders>
              <w:bottom w:val="single" w:sz="6" w:space="0" w:color="666666"/>
            </w:tcBorders>
          </w:tcPr>
          <w:p w14:paraId="7B884D9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đối chiếu bài làm, sửa lại dấu câu nếu còn nhầm.</w:t>
            </w:r>
          </w:p>
        </w:tc>
      </w:tr>
      <w:tr w:rsidR="008B0A8F" w14:paraId="552B97DA" w14:textId="77777777" w:rsidTr="00030BA3">
        <w:trPr>
          <w:jc w:val="center"/>
        </w:trPr>
        <w:tc>
          <w:tcPr>
            <w:tcW w:w="9648" w:type="dxa"/>
            <w:gridSpan w:val="2"/>
            <w:tcBorders>
              <w:top w:val="single" w:sz="6" w:space="0" w:color="666666"/>
              <w:bottom w:val="single" w:sz="6" w:space="0" w:color="666666"/>
            </w:tcBorders>
            <w:shd w:val="clear" w:color="auto" w:fill="D9EAD3"/>
          </w:tcPr>
          <w:p w14:paraId="3433A339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>3. VẬN DỤNG</w:t>
            </w:r>
          </w:p>
          <w:p w14:paraId="3C098B23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 xml:space="preserve">Mục tiêu: </w:t>
            </w:r>
            <w:r>
              <w:t>HS biết sử dụng từ chỉ màu sắc để nói một câu về sự vật trong tranh và ghi nhớ cách viết câu có đủ dấu câu.</w:t>
            </w:r>
          </w:p>
        </w:tc>
      </w:tr>
      <w:tr w:rsidR="008B0A8F" w14:paraId="2DA96230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</w:tcBorders>
          </w:tcPr>
          <w:p w14:paraId="046D73BF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yêu cầu HS chọn một sự vật trong tranh và nói một câu có từ chỉ màu sắc.</w:t>
            </w:r>
          </w:p>
        </w:tc>
        <w:tc>
          <w:tcPr>
            <w:tcW w:w="4824" w:type="dxa"/>
            <w:tcBorders>
              <w:top w:val="single" w:sz="6" w:space="0" w:color="666666"/>
            </w:tcBorders>
          </w:tcPr>
          <w:p w14:paraId="75FE08ED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nói: Đám mây trắng trôi trên bầu trời. Bãi cỏ xanh mướt bên bờ sông.</w:t>
            </w:r>
          </w:p>
        </w:tc>
      </w:tr>
      <w:tr w:rsidR="008B0A8F" w14:paraId="395135BB" w14:textId="77777777" w:rsidTr="00030BA3">
        <w:trPr>
          <w:jc w:val="center"/>
        </w:trPr>
        <w:tc>
          <w:tcPr>
            <w:tcW w:w="4824" w:type="dxa"/>
          </w:tcPr>
          <w:p w14:paraId="5628891A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nhận xét tiết học, nhắc HS khi viết câu cần viết hoa đầu câu và dùng dấu câu phù hợp.</w:t>
            </w:r>
          </w:p>
        </w:tc>
        <w:tc>
          <w:tcPr>
            <w:tcW w:w="4824" w:type="dxa"/>
          </w:tcPr>
          <w:p w14:paraId="6C209717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lắng nghe, ghi nhớ cách viết câu đúng.</w:t>
            </w:r>
          </w:p>
        </w:tc>
      </w:tr>
    </w:tbl>
    <w:p w14:paraId="0A295BCB" w14:textId="0F55941B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IV. ĐIỀU CHỈNH SAU TIẾT HỌC (NẾU CÓ</w:t>
      </w:r>
      <w:r w:rsidR="00030BA3">
        <w:rPr>
          <w:b/>
        </w:rPr>
        <w:t>)</w:t>
      </w:r>
      <w:r>
        <w:br w:type="page"/>
      </w:r>
    </w:p>
    <w:p w14:paraId="6FB340CD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lastRenderedPageBreak/>
        <w:t>KẾ HOẠCH BÀI DẠY MÔN TIẾNG VIỆT LỚP 2 – TUẦN 27</w:t>
      </w:r>
    </w:p>
    <w:p w14:paraId="4AC9F24E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t>CHỦ ĐỀ: HÀNH TINH XANH CỦA EM</w:t>
      </w:r>
    </w:p>
    <w:p w14:paraId="406181AA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t>BÀI: ÔN TẬP GIỮA HỌC KÌ II</w:t>
      </w:r>
    </w:p>
    <w:p w14:paraId="77B81CBD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t>TIẾT 7 - 8: ÔN TẬP</w:t>
      </w:r>
    </w:p>
    <w:p w14:paraId="6D337186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I. YÊU CẦU CẦN ĐẠT</w:t>
      </w:r>
    </w:p>
    <w:p w14:paraId="69970D0D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1. Năng lực đặc thù</w:t>
      </w:r>
    </w:p>
    <w:p w14:paraId="62DC90CD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Nghe - viết đúng chính tả hai khổ thơ cuối bài Cánh cam lạc mẹ; trình bày sạch, rõ ràng.</w:t>
      </w:r>
    </w:p>
    <w:p w14:paraId="42ABE396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Tìm được tiếng có tiếng bắt đầu bằng c, k, g, gh, ng, ngh theo yêu cầu.</w:t>
      </w:r>
    </w:p>
    <w:p w14:paraId="5746C689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Viết được 4 - 5 câu kể về việc em đã giúp đỡ người khác hoặc được người khác giúp đỡ.</w:t>
      </w:r>
    </w:p>
    <w:p w14:paraId="513B55D4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2. Năng lực chung</w:t>
      </w:r>
    </w:p>
    <w:p w14:paraId="6C587A9B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Tự chủ và tự học: Chủ động đọc lại bài đã học, thực hiện yêu cầu ôn tập, tự kiểm tra và điều chỉnh cách đọc, cách viết của bản thân.</w:t>
      </w:r>
    </w:p>
    <w:p w14:paraId="19648F49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Giao tiếp và hợp tác: Biết trao đổi trong nhóm, lắng nghe bạn, trình bày câu trả lời rõ ràng, lịch sự.</w:t>
      </w:r>
    </w:p>
    <w:p w14:paraId="41D9AA7A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Giải quyết vấn đề và sáng tạo: Biết vận dụng kiến thức về đọc, viết, từ ngữ, câu và dấu câu để hoàn thành nhiệm vụ học tập.</w:t>
      </w:r>
    </w:p>
    <w:p w14:paraId="566DE4AF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3. Phẩm chất</w:t>
      </w:r>
    </w:p>
    <w:p w14:paraId="50EAE9A9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Chăm chỉ: Tích cực luyện đọc, luyện viết, hoàn thành bài tập được giao.</w:t>
      </w:r>
    </w:p>
    <w:p w14:paraId="5F12DB4C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Trách nhiệm: Có ý thức giữ gìn sách vở, trình bày bài sạch đẹp, hợp tác nghiêm túc trong hoạt động nhóm.</w:t>
      </w:r>
    </w:p>
    <w:p w14:paraId="7173E9D1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Nhân ái: Biết quan tâm, chia sẻ, giúp đỡ bạn bè qua các tình huống ôn tập.</w:t>
      </w:r>
    </w:p>
    <w:p w14:paraId="06DDF6C2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II. ĐỒ DÙNG DẠY HỌC</w:t>
      </w:r>
    </w:p>
    <w:p w14:paraId="0C501F76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GV: Máy tính, tivi/máy chiếu, tranh minh họa SGK, thẻ tên bài đọc, phiếu học tập, bảng nhóm.</w:t>
      </w:r>
    </w:p>
    <w:p w14:paraId="78D3A112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HS: Sách giáo khoa, vở ô li, vở bài tập Tiếng Việt, bảng con, bút chì.</w:t>
      </w:r>
    </w:p>
    <w:p w14:paraId="69D71A03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III. CÁC HOẠT ĐỘNG DẠY HỌC CHỦ YẾU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</w:tblGrid>
      <w:tr w:rsidR="008B0A8F" w14:paraId="781B2965" w14:textId="77777777" w:rsidTr="00030BA3">
        <w:trPr>
          <w:tblHeader/>
          <w:jc w:val="center"/>
        </w:trPr>
        <w:tc>
          <w:tcPr>
            <w:tcW w:w="5216" w:type="dxa"/>
            <w:tcBorders>
              <w:bottom w:val="single" w:sz="6" w:space="0" w:color="666666"/>
            </w:tcBorders>
            <w:shd w:val="clear" w:color="auto" w:fill="D9EAD3"/>
          </w:tcPr>
          <w:p w14:paraId="7C0DC345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b/>
              </w:rPr>
              <w:t>Hoạt động của GV</w:t>
            </w:r>
          </w:p>
        </w:tc>
        <w:tc>
          <w:tcPr>
            <w:tcW w:w="5216" w:type="dxa"/>
            <w:tcBorders>
              <w:bottom w:val="single" w:sz="6" w:space="0" w:color="666666"/>
            </w:tcBorders>
            <w:shd w:val="clear" w:color="auto" w:fill="D9EAD3"/>
          </w:tcPr>
          <w:p w14:paraId="37093AA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b/>
              </w:rPr>
              <w:t>Hoạt động của HS</w:t>
            </w:r>
          </w:p>
        </w:tc>
      </w:tr>
      <w:tr w:rsidR="008B0A8F" w14:paraId="694167A7" w14:textId="77777777" w:rsidTr="00030BA3">
        <w:trPr>
          <w:jc w:val="center"/>
        </w:trPr>
        <w:tc>
          <w:tcPr>
            <w:tcW w:w="9648" w:type="dxa"/>
            <w:gridSpan w:val="2"/>
            <w:tcBorders>
              <w:top w:val="single" w:sz="6" w:space="0" w:color="666666"/>
              <w:bottom w:val="single" w:sz="6" w:space="0" w:color="666666"/>
            </w:tcBorders>
            <w:shd w:val="clear" w:color="auto" w:fill="D9EAD3"/>
          </w:tcPr>
          <w:p w14:paraId="4510120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>1. KHỞI ĐỘNG</w:t>
            </w:r>
          </w:p>
          <w:p w14:paraId="148FBC8F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 xml:space="preserve">Mục tiêu: </w:t>
            </w:r>
            <w:r>
              <w:t>HS ôn lại một số tiếng có âm đầu dễ lẫn c/k, g/gh, ng/ngh để chuẩn bị cho hoạt động nghe - viết và luyện chính tả.</w:t>
            </w:r>
          </w:p>
        </w:tc>
      </w:tr>
      <w:tr w:rsidR="008B0A8F" w14:paraId="50D4671E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</w:tcBorders>
          </w:tcPr>
          <w:p w14:paraId="0D326A3B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cho HS đọc nhanh các tiếng có âm đầu dễ lẫn: con, kêu, gió, ghế, ngủ, nghe.</w:t>
            </w:r>
          </w:p>
        </w:tc>
        <w:tc>
          <w:tcPr>
            <w:tcW w:w="4824" w:type="dxa"/>
            <w:tcBorders>
              <w:top w:val="single" w:sz="6" w:space="0" w:color="666666"/>
            </w:tcBorders>
          </w:tcPr>
          <w:p w14:paraId="622216DF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nối tiếp và nhận xét bạn đọc đúng âm đầu c/k, g/gh, ng/ngh.</w:t>
            </w:r>
          </w:p>
        </w:tc>
      </w:tr>
      <w:tr w:rsidR="008B0A8F" w14:paraId="4C827C12" w14:textId="77777777" w:rsidTr="00030BA3">
        <w:trPr>
          <w:jc w:val="center"/>
        </w:trPr>
        <w:tc>
          <w:tcPr>
            <w:tcW w:w="4824" w:type="dxa"/>
            <w:tcBorders>
              <w:bottom w:val="single" w:sz="6" w:space="0" w:color="666666"/>
            </w:tcBorders>
          </w:tcPr>
          <w:p w14:paraId="7F84B845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dẫn vào tiết viết: Hôm nay các em nghe - viết và luyện viết đoạn văn ngắn.</w:t>
            </w:r>
          </w:p>
        </w:tc>
        <w:tc>
          <w:tcPr>
            <w:tcW w:w="4824" w:type="dxa"/>
            <w:tcBorders>
              <w:bottom w:val="single" w:sz="6" w:space="0" w:color="666666"/>
            </w:tcBorders>
          </w:tcPr>
          <w:p w14:paraId="219E2F1F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chuẩn bị vở ô li, bút, thước kẻ.</w:t>
            </w:r>
          </w:p>
        </w:tc>
      </w:tr>
      <w:tr w:rsidR="008B0A8F" w14:paraId="30A84A7F" w14:textId="77777777" w:rsidTr="00030BA3">
        <w:trPr>
          <w:jc w:val="center"/>
        </w:trPr>
        <w:tc>
          <w:tcPr>
            <w:tcW w:w="9648" w:type="dxa"/>
            <w:gridSpan w:val="2"/>
            <w:tcBorders>
              <w:top w:val="single" w:sz="6" w:space="0" w:color="666666"/>
              <w:bottom w:val="single" w:sz="6" w:space="0" w:color="666666"/>
            </w:tcBorders>
            <w:shd w:val="clear" w:color="auto" w:fill="D9EAD3"/>
          </w:tcPr>
          <w:p w14:paraId="44DEA724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>2. LUYỆN VIẾT</w:t>
            </w:r>
          </w:p>
          <w:p w14:paraId="2CBED96F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 xml:space="preserve">Mục tiêu: </w:t>
            </w:r>
            <w:r>
              <w:t>HS nghe - viết đúng hai khổ thơ cuối bài Cánh cam lạc mẹ; tìm được từ ngữ có tiếng bắt đầu bằng c, k, g, gh, ng, ngh; viết được 4 - 5 câu kể về việc giúp đỡ người khác hoặc được người khác giúp đỡ.</w:t>
            </w:r>
          </w:p>
        </w:tc>
      </w:tr>
      <w:tr w:rsidR="008B0A8F" w14:paraId="6EBB9825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</w:tcBorders>
          </w:tcPr>
          <w:p w14:paraId="433EB571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Bài tập 9: Nghe - viết: Cánh cam lạc mẹ (2 khổ thơ cuối).</w:t>
            </w:r>
          </w:p>
          <w:p w14:paraId="57C37895" w14:textId="420CCB02" w:rsidR="008B0A8F" w:rsidRDefault="008B0A8F" w:rsidP="00030BA3">
            <w:pPr>
              <w:shd w:val="clear" w:color="auto" w:fill="FFFFFF" w:themeFill="background1"/>
              <w:spacing w:after="0" w:line="240" w:lineRule="auto"/>
              <w:jc w:val="center"/>
            </w:pPr>
          </w:p>
        </w:tc>
        <w:tc>
          <w:tcPr>
            <w:tcW w:w="4824" w:type="dxa"/>
            <w:tcBorders>
              <w:top w:val="single" w:sz="6" w:space="0" w:color="666666"/>
            </w:tcBorders>
          </w:tcPr>
          <w:p w14:paraId="00F5BF61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mở SGK, đọc thầm hai khổ thơ cuối bài Cánh cam lạc mẹ.</w:t>
            </w:r>
          </w:p>
        </w:tc>
      </w:tr>
      <w:tr w:rsidR="008B0A8F" w14:paraId="011539A7" w14:textId="77777777" w:rsidTr="00030BA3">
        <w:trPr>
          <w:jc w:val="center"/>
        </w:trPr>
        <w:tc>
          <w:tcPr>
            <w:tcW w:w="4824" w:type="dxa"/>
          </w:tcPr>
          <w:p w14:paraId="2DC8AE38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đọc đoạn viết một lượt, nhắc HS chú ý các từ dễ viết sai: bọ dừa, xén tóc, cào cào, đi tìm, cánh cam.</w:t>
            </w:r>
          </w:p>
        </w:tc>
        <w:tc>
          <w:tcPr>
            <w:tcW w:w="4824" w:type="dxa"/>
          </w:tcPr>
          <w:p w14:paraId="06D05338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lắng nghe, nhẩm lại các từ khó và viết bảng con những từ dễ sai.</w:t>
            </w:r>
          </w:p>
        </w:tc>
      </w:tr>
      <w:tr w:rsidR="008B0A8F" w14:paraId="302FF337" w14:textId="77777777" w:rsidTr="00030BA3">
        <w:trPr>
          <w:jc w:val="center"/>
        </w:trPr>
        <w:tc>
          <w:tcPr>
            <w:tcW w:w="4824" w:type="dxa"/>
          </w:tcPr>
          <w:p w14:paraId="265178E3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hỏi: Trong đoạn thơ, chữ nào cần viết hoa? Khi xuống dòng thơ cần trình bày thế nào?</w:t>
            </w:r>
          </w:p>
        </w:tc>
        <w:tc>
          <w:tcPr>
            <w:tcW w:w="4824" w:type="dxa"/>
          </w:tcPr>
          <w:p w14:paraId="1E975F4E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trả lời: Viết hoa chữ đầu dòng thơ; mỗi dòng thơ viết trên một dòng, trình bày thẳng hàng.</w:t>
            </w:r>
          </w:p>
        </w:tc>
      </w:tr>
      <w:tr w:rsidR="008B0A8F" w14:paraId="12B51743" w14:textId="77777777" w:rsidTr="00030BA3">
        <w:trPr>
          <w:jc w:val="center"/>
        </w:trPr>
        <w:tc>
          <w:tcPr>
            <w:tcW w:w="4824" w:type="dxa"/>
          </w:tcPr>
          <w:p w14:paraId="3A9245D5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đọc từng dòng thơ cho HS viết, mỗi dòng đọc 2 - 3 lần với tốc độ phù hợp.</w:t>
            </w:r>
          </w:p>
        </w:tc>
        <w:tc>
          <w:tcPr>
            <w:tcW w:w="4824" w:type="dxa"/>
          </w:tcPr>
          <w:p w14:paraId="188DCB18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nghe và viết bài vào vở, ngồi đúng tư thế, viết chữ rõ ràng.</w:t>
            </w:r>
          </w:p>
        </w:tc>
      </w:tr>
      <w:tr w:rsidR="008B0A8F" w14:paraId="49A9F439" w14:textId="77777777" w:rsidTr="00030BA3">
        <w:trPr>
          <w:jc w:val="center"/>
        </w:trPr>
        <w:tc>
          <w:tcPr>
            <w:tcW w:w="4824" w:type="dxa"/>
          </w:tcPr>
          <w:p w14:paraId="484A1A04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đọc lại toàn bài cho HS soát lỗi; yêu cầu HS đổi vở kiểm tra theo cặp.</w:t>
            </w:r>
          </w:p>
        </w:tc>
        <w:tc>
          <w:tcPr>
            <w:tcW w:w="4824" w:type="dxa"/>
          </w:tcPr>
          <w:p w14:paraId="5DD4D987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soát lỗi, đổi vở cho bạn, dùng bút chì đánh dấu lỗi cần sửa.</w:t>
            </w:r>
          </w:p>
        </w:tc>
      </w:tr>
      <w:tr w:rsidR="008B0A8F" w14:paraId="29A098FF" w14:textId="77777777" w:rsidTr="00030BA3">
        <w:trPr>
          <w:jc w:val="center"/>
        </w:trPr>
        <w:tc>
          <w:tcPr>
            <w:tcW w:w="4824" w:type="dxa"/>
          </w:tcPr>
          <w:p w14:paraId="180B02EE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nhận xét một số bài, khen HS viết đúng, sạch, đẹp.</w:t>
            </w:r>
          </w:p>
        </w:tc>
        <w:tc>
          <w:tcPr>
            <w:tcW w:w="4824" w:type="dxa"/>
          </w:tcPr>
          <w:p w14:paraId="797C1E3A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lắng nghe, sửa lỗi chính tả nếu có.</w:t>
            </w:r>
          </w:p>
        </w:tc>
      </w:tr>
      <w:tr w:rsidR="008B0A8F" w14:paraId="3B98E86A" w14:textId="77777777" w:rsidTr="00030BA3">
        <w:trPr>
          <w:jc w:val="center"/>
        </w:trPr>
        <w:tc>
          <w:tcPr>
            <w:tcW w:w="4824" w:type="dxa"/>
          </w:tcPr>
          <w:p w14:paraId="111A4748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lastRenderedPageBreak/>
              <w:t xml:space="preserve">- </w:t>
            </w:r>
            <w:r>
              <w:rPr>
                <w:b/>
              </w:rPr>
              <w:t>Bài tập 10: Tìm từ ngữ có tiếng bắt đầu bằng c, k, g, gh, ng, ngh.</w:t>
            </w:r>
          </w:p>
        </w:tc>
        <w:tc>
          <w:tcPr>
            <w:tcW w:w="4824" w:type="dxa"/>
          </w:tcPr>
          <w:p w14:paraId="382D4410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yêu cầu và nêu miệng các từ: cây, cá, kẹo, kể, gà, gạo, ghế, ghi, ngôi nhà, nghe, nghỉ, nghé.</w:t>
            </w:r>
          </w:p>
        </w:tc>
      </w:tr>
      <w:tr w:rsidR="008B0A8F" w14:paraId="36727786" w14:textId="77777777" w:rsidTr="00030BA3">
        <w:trPr>
          <w:jc w:val="center"/>
        </w:trPr>
        <w:tc>
          <w:tcPr>
            <w:tcW w:w="4824" w:type="dxa"/>
          </w:tcPr>
          <w:p w14:paraId="7418F2BC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tổ chức cho HS chơi trò “Tiếp sức tìm tiếng”: mỗi nhóm viết nhanh từ đúng vào bảng nhóm.</w:t>
            </w:r>
          </w:p>
        </w:tc>
        <w:tc>
          <w:tcPr>
            <w:tcW w:w="4824" w:type="dxa"/>
          </w:tcPr>
          <w:p w14:paraId="7C251A64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làm việc theo nhóm, thi viết đúng và nhiều từ trong thời gian quy định.</w:t>
            </w:r>
          </w:p>
        </w:tc>
      </w:tr>
      <w:tr w:rsidR="008B0A8F" w14:paraId="40E7A67B" w14:textId="77777777" w:rsidTr="00030BA3">
        <w:trPr>
          <w:jc w:val="center"/>
        </w:trPr>
        <w:tc>
          <w:tcPr>
            <w:tcW w:w="4824" w:type="dxa"/>
          </w:tcPr>
          <w:p w14:paraId="606019A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cùng HS nhận xét, sửa các tiếng còn nhầm âm đầu.</w:t>
            </w:r>
          </w:p>
        </w:tc>
        <w:tc>
          <w:tcPr>
            <w:tcW w:w="4824" w:type="dxa"/>
          </w:tcPr>
          <w:p w14:paraId="61C44067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lại các từ đúng và ghi nhớ cách viết c/k, g/gh, ng/ngh.</w:t>
            </w:r>
          </w:p>
        </w:tc>
      </w:tr>
      <w:tr w:rsidR="008B0A8F" w14:paraId="3D96A8F8" w14:textId="77777777" w:rsidTr="00030BA3">
        <w:trPr>
          <w:jc w:val="center"/>
        </w:trPr>
        <w:tc>
          <w:tcPr>
            <w:tcW w:w="4824" w:type="dxa"/>
          </w:tcPr>
          <w:p w14:paraId="11EA8837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Bài tập 11: Viết 4 - 5 câu kể về việc em đã giúp đỡ người khác hoặc em được người khác giúp đỡ.</w:t>
            </w:r>
          </w:p>
        </w:tc>
        <w:tc>
          <w:tcPr>
            <w:tcW w:w="4824" w:type="dxa"/>
          </w:tcPr>
          <w:p w14:paraId="6D785D0D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gợi ý, quan sát tranh bạn giúp bạn bị ngã và mẹ giúp con chuẩn bị đến trường.</w:t>
            </w:r>
          </w:p>
        </w:tc>
      </w:tr>
      <w:tr w:rsidR="008B0A8F" w14:paraId="67689FB5" w14:textId="77777777" w:rsidTr="00030BA3">
        <w:trPr>
          <w:jc w:val="center"/>
        </w:trPr>
        <w:tc>
          <w:tcPr>
            <w:tcW w:w="4824" w:type="dxa"/>
          </w:tcPr>
          <w:p w14:paraId="57DD05A3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nêu từng câu hỏi gợi ý: Em đã giúp đỡ ai hoặc ai đã giúp đỡ em việc gì? Việc đó diễn ra ở đâu? Người đó làm như thế nào? Em có suy nghĩ gì sau khi giúp đỡ hoặc được giúp đỡ?</w:t>
            </w:r>
          </w:p>
        </w:tc>
        <w:tc>
          <w:tcPr>
            <w:tcW w:w="4824" w:type="dxa"/>
          </w:tcPr>
          <w:p w14:paraId="552E2C5C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trả lời miệng theo gợi ý: Em giúp bạn nhặt sách vở khi bạn bị ngã. Em thấy vui vì đã giúp được bạn.</w:t>
            </w:r>
          </w:p>
        </w:tc>
      </w:tr>
      <w:tr w:rsidR="008B0A8F" w14:paraId="13A79121" w14:textId="77777777" w:rsidTr="00030BA3">
        <w:trPr>
          <w:jc w:val="center"/>
        </w:trPr>
        <w:tc>
          <w:tcPr>
            <w:tcW w:w="4824" w:type="dxa"/>
          </w:tcPr>
          <w:p w14:paraId="33C3DE3D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yêu cầu HS viết 4 - 5 câu vào vở; nhắc HS viết thành đoạn, đầu câu viết hoa, cuối câu có dấu chấm.</w:t>
            </w:r>
          </w:p>
        </w:tc>
        <w:tc>
          <w:tcPr>
            <w:tcW w:w="4824" w:type="dxa"/>
          </w:tcPr>
          <w:p w14:paraId="7C318AD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viết bài vào vở theo gợi ý, kiểm tra lại số câu và dấu câu sau khi viết.</w:t>
            </w:r>
          </w:p>
        </w:tc>
      </w:tr>
      <w:tr w:rsidR="008B0A8F" w14:paraId="27495A80" w14:textId="77777777" w:rsidTr="00030BA3">
        <w:trPr>
          <w:jc w:val="center"/>
        </w:trPr>
        <w:tc>
          <w:tcPr>
            <w:tcW w:w="4824" w:type="dxa"/>
            <w:tcBorders>
              <w:bottom w:val="single" w:sz="6" w:space="0" w:color="666666"/>
            </w:tcBorders>
          </w:tcPr>
          <w:p w14:paraId="1E7755C3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mời 2 - 3 HS đọc bài viết; GV nhận xét về nội dung, câu văn và cách trình bày.</w:t>
            </w:r>
          </w:p>
        </w:tc>
        <w:tc>
          <w:tcPr>
            <w:tcW w:w="4824" w:type="dxa"/>
            <w:tcBorders>
              <w:bottom w:val="single" w:sz="6" w:space="0" w:color="666666"/>
            </w:tcBorders>
          </w:tcPr>
          <w:p w14:paraId="6321EB36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bài; cả lớp lắng nghe, nhận xét bài của bạn và học cách diễn đạt tốt.</w:t>
            </w:r>
          </w:p>
        </w:tc>
      </w:tr>
      <w:tr w:rsidR="008B0A8F" w14:paraId="67D8310E" w14:textId="77777777" w:rsidTr="00030BA3">
        <w:trPr>
          <w:jc w:val="center"/>
        </w:trPr>
        <w:tc>
          <w:tcPr>
            <w:tcW w:w="9648" w:type="dxa"/>
            <w:gridSpan w:val="2"/>
            <w:tcBorders>
              <w:top w:val="single" w:sz="6" w:space="0" w:color="666666"/>
              <w:bottom w:val="single" w:sz="6" w:space="0" w:color="666666"/>
            </w:tcBorders>
            <w:shd w:val="clear" w:color="auto" w:fill="D9EAD3"/>
          </w:tcPr>
          <w:p w14:paraId="442198D9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>3. VẬN DỤNG</w:t>
            </w:r>
          </w:p>
          <w:p w14:paraId="57F18716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 xml:space="preserve">Mục tiêu: </w:t>
            </w:r>
            <w:r>
              <w:t>HS biết kể lại với người thân một việc tốt mình đã làm hoặc một lần được giúp đỡ, đồng thời hình thành ý thức viết đúng và sống nhân ái.</w:t>
            </w:r>
          </w:p>
        </w:tc>
      </w:tr>
      <w:tr w:rsidR="008B0A8F" w14:paraId="0900885F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</w:tcBorders>
          </w:tcPr>
          <w:p w14:paraId="6BDECCA9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yêu cầu HS về nhà kể cho người thân nghe một việc tốt mình đã làm hoặc được người khác giúp đỡ.</w:t>
            </w:r>
          </w:p>
        </w:tc>
        <w:tc>
          <w:tcPr>
            <w:tcW w:w="4824" w:type="dxa"/>
            <w:tcBorders>
              <w:top w:val="single" w:sz="6" w:space="0" w:color="666666"/>
            </w:tcBorders>
          </w:tcPr>
          <w:p w14:paraId="5D5E62C8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ghi nhớ nhiệm vụ và nêu: Em sẽ kể cho người thân nghe việc em đã giúp bạn.</w:t>
            </w:r>
          </w:p>
        </w:tc>
      </w:tr>
      <w:tr w:rsidR="008B0A8F" w14:paraId="03841D97" w14:textId="77777777" w:rsidTr="00030BA3">
        <w:trPr>
          <w:jc w:val="center"/>
        </w:trPr>
        <w:tc>
          <w:tcPr>
            <w:tcW w:w="4824" w:type="dxa"/>
          </w:tcPr>
          <w:p w14:paraId="747C65B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nhận xét tiết học, nhắc HS giữ thói quen viết đúng chính tả và biết giúp đỡ người xung quanh.</w:t>
            </w:r>
          </w:p>
        </w:tc>
        <w:tc>
          <w:tcPr>
            <w:tcW w:w="4824" w:type="dxa"/>
          </w:tcPr>
          <w:p w14:paraId="63565EEA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lắng nghe, tự đánh giá phần viết của mình.</w:t>
            </w:r>
          </w:p>
        </w:tc>
      </w:tr>
    </w:tbl>
    <w:p w14:paraId="7E6FD084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IV. ĐIỀU CHỈNH SAU TIẾT HỌC (NẾU CÓ)</w:t>
      </w:r>
    </w:p>
    <w:p w14:paraId="229F4DAB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br w:type="page"/>
      </w:r>
    </w:p>
    <w:p w14:paraId="54735A62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lastRenderedPageBreak/>
        <w:t>KẾ HOẠCH BÀI DẠY MÔN TIẾNG VIỆT LỚP 2 – TUẦN 27</w:t>
      </w:r>
    </w:p>
    <w:p w14:paraId="685F4375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t>CHỦ ĐỀ: HÀNH TINH XANH CỦA EM</w:t>
      </w:r>
    </w:p>
    <w:p w14:paraId="29ABC1E3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t>BÀI: ÔN TẬP GIỮA HỌC KÌ II</w:t>
      </w:r>
    </w:p>
    <w:p w14:paraId="3D39E7E6" w14:textId="77777777" w:rsidR="008B0A8F" w:rsidRDefault="00D06E61" w:rsidP="00030BA3">
      <w:pPr>
        <w:shd w:val="clear" w:color="auto" w:fill="FFFFFF" w:themeFill="background1"/>
        <w:spacing w:after="0" w:line="240" w:lineRule="auto"/>
        <w:jc w:val="center"/>
      </w:pPr>
      <w:r>
        <w:rPr>
          <w:b/>
        </w:rPr>
        <w:t>TIẾT 9 - 10: ÔN TẬP</w:t>
      </w:r>
    </w:p>
    <w:p w14:paraId="71823280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I. YÊU CẦU CẦN ĐẠT</w:t>
      </w:r>
    </w:p>
    <w:p w14:paraId="2AD85170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1. Năng lực đặc thù</w:t>
      </w:r>
    </w:p>
    <w:p w14:paraId="47B8EFC2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Đọc hiểu truyện Mây đen và mây trắng; trả lời được câu hỏi và thực hiện yêu cầu về từ chỉ đặc điểm, dấu phẩy.</w:t>
      </w:r>
    </w:p>
    <w:p w14:paraId="1CD2B68D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Viết được 4 - 5 câu kể về một việc em thích làm trong ngày nghỉ.</w:t>
      </w:r>
    </w:p>
    <w:p w14:paraId="5AB2073A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Rèn kĩ năng đọc thầm, chọn ý đúng, viết câu có nội dung rõ ràng, dùng dấu câu phù hợp.</w:t>
      </w:r>
    </w:p>
    <w:p w14:paraId="7ACC2B43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2. Năng lực chung</w:t>
      </w:r>
    </w:p>
    <w:p w14:paraId="05A49876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Tự chủ và tự học: Chủ động đọc lại bài đã học, thực hiện yêu cầu ôn tập, tự kiểm tra và điều chỉnh cách đọc, cách viết của bản thân.</w:t>
      </w:r>
    </w:p>
    <w:p w14:paraId="1679A8BB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Giao tiếp và hợp tác: Biết trao đổi trong nhóm, lắng nghe bạn, trình bày câu trả lời rõ ràng, lịch sự.</w:t>
      </w:r>
    </w:p>
    <w:p w14:paraId="544ADACF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Giải quyết vấn đề và sáng tạo: Biết vận dụng kiến thức về đọc, viết, từ ngữ, câu và dấu câu để hoàn thành nhiệm vụ học tập.</w:t>
      </w:r>
    </w:p>
    <w:p w14:paraId="56B91EF9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3. Phẩm chất</w:t>
      </w:r>
    </w:p>
    <w:p w14:paraId="16E62641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Chăm chỉ: Tích cực luyện đọc, luyện viết, hoàn thành bài tập được giao.</w:t>
      </w:r>
    </w:p>
    <w:p w14:paraId="16563F64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Trách nhiệm: Có ý thức giữ gìn sách vở, trình bày bài sạch đẹp, hợp tác nghiêm túc trong hoạt động nhóm.</w:t>
      </w:r>
    </w:p>
    <w:p w14:paraId="05CAA684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Nhân ái: Biết quan tâm, chia sẻ, giúp đỡ bạn bè qua các tình huống ôn tập.</w:t>
      </w:r>
    </w:p>
    <w:p w14:paraId="4A62B87F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II. ĐỒ DÙNG DẠY HỌC</w:t>
      </w:r>
    </w:p>
    <w:p w14:paraId="484CAFDC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GV: Máy tính, tivi/máy chiếu, tranh minh họa SGK, thẻ tên bài đọc, phiếu học tập, bảng nhóm.</w:t>
      </w:r>
    </w:p>
    <w:p w14:paraId="41036EF4" w14:textId="77777777" w:rsidR="008B0A8F" w:rsidRDefault="00D06E61" w:rsidP="00030BA3">
      <w:pPr>
        <w:shd w:val="clear" w:color="auto" w:fill="FFFFFF" w:themeFill="background1"/>
        <w:spacing w:after="0" w:line="240" w:lineRule="auto"/>
        <w:jc w:val="both"/>
      </w:pPr>
      <w:r>
        <w:t>- HS: Sách giáo khoa, vở ô li, vở bài tập Tiếng Việt, bảng con, bút chì.</w:t>
      </w:r>
    </w:p>
    <w:p w14:paraId="3BC44CED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III. CÁC HOẠT ĐỘNG DẠY HỌC CHỦ YẾU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6"/>
        <w:gridCol w:w="5216"/>
      </w:tblGrid>
      <w:tr w:rsidR="008B0A8F" w14:paraId="58F67114" w14:textId="77777777" w:rsidTr="00030BA3">
        <w:trPr>
          <w:tblHeader/>
          <w:jc w:val="center"/>
        </w:trPr>
        <w:tc>
          <w:tcPr>
            <w:tcW w:w="521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9EAD3"/>
          </w:tcPr>
          <w:p w14:paraId="74C7E21B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b/>
              </w:rPr>
              <w:t>Hoạt động của GV</w:t>
            </w:r>
          </w:p>
        </w:tc>
        <w:tc>
          <w:tcPr>
            <w:tcW w:w="521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9EAD3"/>
          </w:tcPr>
          <w:p w14:paraId="333A26FC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b/>
              </w:rPr>
              <w:t>Hoạt động của HS</w:t>
            </w:r>
          </w:p>
        </w:tc>
      </w:tr>
      <w:tr w:rsidR="008B0A8F" w14:paraId="38237BF2" w14:textId="77777777" w:rsidTr="00030BA3">
        <w:trPr>
          <w:jc w:val="center"/>
        </w:trPr>
        <w:tc>
          <w:tcPr>
            <w:tcW w:w="9648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9EAD3"/>
          </w:tcPr>
          <w:p w14:paraId="015CFCD0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>1. KHỞI ĐỘNG</w:t>
            </w:r>
          </w:p>
          <w:p w14:paraId="675B644B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 xml:space="preserve">Mục tiêu: </w:t>
            </w:r>
            <w:r>
              <w:t>HS quan sát tranh, nêu được hiểu biết ban đầu về mây đen, mây trắng và hiện tượng mưa để chuẩn bị đọc hiểu văn bản.</w:t>
            </w:r>
          </w:p>
        </w:tc>
      </w:tr>
      <w:tr w:rsidR="008B0A8F" w14:paraId="33D149ED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456CB08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cho HS quan sát tranh mây đen, mây trắng và hỏi: Theo em, mây đen thường báo hiệu điều gì?</w:t>
            </w: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0B7BCC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quan sát và trả lời: Mây đen thường báo hiệu trời sắp mưa.</w:t>
            </w:r>
          </w:p>
        </w:tc>
      </w:tr>
      <w:tr w:rsidR="008B0A8F" w14:paraId="0B133CD6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F0DCEB4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dẫn vào bài đọc Mây đen và mây trắng để HS tìm hiểu ý nghĩa của cơn mưa đối với con người, cây cối.</w:t>
            </w: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FBFC5C7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lắng nghe, chuẩn bị đọc bài.</w:t>
            </w:r>
          </w:p>
        </w:tc>
      </w:tr>
      <w:tr w:rsidR="008B0A8F" w14:paraId="0324BC88" w14:textId="77777777" w:rsidTr="00030BA3">
        <w:trPr>
          <w:jc w:val="center"/>
        </w:trPr>
        <w:tc>
          <w:tcPr>
            <w:tcW w:w="9648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9EAD3"/>
          </w:tcPr>
          <w:p w14:paraId="7C11938A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>2. KHÁM PHÁ KIẾN THỨC</w:t>
            </w:r>
          </w:p>
          <w:p w14:paraId="4955FF0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 xml:space="preserve">Mục tiêu: </w:t>
            </w:r>
            <w:r>
              <w:t>HS đọc hiểu bài Mây đen và mây trắng, nhận biết được nhân vật, lời thoại và ý nghĩa của cơn mưa đối với con người, cây cối, vạn vật.</w:t>
            </w:r>
          </w:p>
        </w:tc>
      </w:tr>
      <w:tr w:rsidR="008B0A8F" w14:paraId="13364B2C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36167DA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Bài tập 12: Đọc bài sau.</w:t>
            </w:r>
          </w:p>
          <w:p w14:paraId="3AD9E3C0" w14:textId="7FD4E9FC" w:rsidR="008B0A8F" w:rsidRDefault="008B0A8F" w:rsidP="00030BA3">
            <w:pPr>
              <w:shd w:val="clear" w:color="auto" w:fill="FFFFFF" w:themeFill="background1"/>
              <w:spacing w:after="0" w:line="240" w:lineRule="auto"/>
              <w:jc w:val="center"/>
            </w:pP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4030727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tên bài Mây đen và mây trắng, quan sát tranh minh họa.</w:t>
            </w:r>
          </w:p>
        </w:tc>
      </w:tr>
      <w:tr w:rsidR="008B0A8F" w14:paraId="65E332F6" w14:textId="77777777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4EE8EF5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đọc mẫu bài văn, nhấn giọng ở lời thoại của mây đen và mây trắng.</w:t>
            </w: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EEF1AC7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nghe GV đọc, theo dõi trong SGK và chú ý giọng đọc lời nhân vật.</w:t>
            </w:r>
          </w:p>
        </w:tc>
      </w:tr>
      <w:tr w:rsidR="008B0A8F" w14:paraId="3452E486" w14:textId="77777777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826EC25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hướng dẫn HS đọc thầm toàn bài và gạch chân các từ ngữ miêu tả mây trắng, mây đen.</w:t>
            </w: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83E2D0B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thầm, gạch chân các từ: xốp, nhẹ, bồng bềnh, vội vã, vần vũ.</w:t>
            </w:r>
          </w:p>
        </w:tc>
      </w:tr>
      <w:tr w:rsidR="008B0A8F" w14:paraId="5815877C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B15C73D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tổ chức cho HS đọc nối tiếp từng đoạn trong nhóm đôi.</w:t>
            </w: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D8951D7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nối tiếp trong nhóm, sửa cho bạn nếu đọc chưa rõ.</w:t>
            </w:r>
          </w:p>
        </w:tc>
      </w:tr>
      <w:tr w:rsidR="008B0A8F" w14:paraId="4B377D71" w14:textId="77777777" w:rsidTr="00030BA3">
        <w:trPr>
          <w:jc w:val="center"/>
        </w:trPr>
        <w:tc>
          <w:tcPr>
            <w:tcW w:w="9648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9EAD3"/>
          </w:tcPr>
          <w:p w14:paraId="4CFB8CD8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>3. LUYỆN TẬP</w:t>
            </w:r>
          </w:p>
          <w:p w14:paraId="69570A6A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 xml:space="preserve">Mục tiêu: </w:t>
            </w:r>
            <w:r>
              <w:t>HS trả lời được câu hỏi sau bài đọc; tìm được từ chỉ đặc điểm, biết đặt dấu phẩy đúng chỗ và viết được đoạn văn 4 - 5 câu về một việc em thích làm trong ngày nghỉ.</w:t>
            </w:r>
          </w:p>
        </w:tc>
      </w:tr>
      <w:tr w:rsidR="008B0A8F" w14:paraId="5DDB467D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AD43856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a. Trong câu chuyện, những sự vật nào được coi như con người?</w:t>
            </w:r>
          </w:p>
          <w:p w14:paraId="2A81FE61" w14:textId="67E24058" w:rsidR="008B0A8F" w:rsidRDefault="008B0A8F" w:rsidP="00030BA3">
            <w:pPr>
              <w:shd w:val="clear" w:color="auto" w:fill="FFFFFF" w:themeFill="background1"/>
              <w:spacing w:after="0" w:line="240" w:lineRule="auto"/>
              <w:jc w:val="center"/>
            </w:pP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8089F7C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lastRenderedPageBreak/>
              <w:t>- HS chọn đáp án: mây đen và mây trắng.</w:t>
            </w:r>
          </w:p>
        </w:tc>
      </w:tr>
      <w:tr w:rsidR="008B0A8F" w14:paraId="3781B4CC" w14:textId="77777777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02C1F93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b. Mây trắng rủ mây đen đi đâu?</w:t>
            </w: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7C40F09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chọn đáp án: Mây trắng rủ mây đen rong ruổi theo gió hoặc bay lên cao.</w:t>
            </w:r>
          </w:p>
        </w:tc>
      </w:tr>
      <w:tr w:rsidR="008B0A8F" w14:paraId="63432BC7" w14:textId="77777777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601B893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c. Vì sao mây đen không nghe theo mây trắng?</w:t>
            </w: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B12974D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chọn đáp án: Vì hạn hán, mây đen muốn làm mưa giúp người.</w:t>
            </w:r>
          </w:p>
        </w:tc>
      </w:tr>
      <w:tr w:rsidR="008B0A8F" w14:paraId="0F48622A" w14:textId="77777777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2F36416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d. Câu nào cho thấy mây đen đem lại niềm vui cho con người và vạn vật?</w:t>
            </w: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E535DF5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trả lời: Mây đen sà xuống thấp rồi hoá thành mưa rơi xuống ruộng đồng, cây cỏ; con người và vạn vật reo hò đón mưa.</w:t>
            </w:r>
          </w:p>
        </w:tc>
      </w:tr>
      <w:tr w:rsidR="008B0A8F" w14:paraId="2073571C" w14:textId="77777777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6EA96EF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e. Tìm các từ chỉ đặc điểm trong câu dưới đây: Đám mây xốp, nhẹ, trông như một chiếc gối bông xinh xắn.</w:t>
            </w: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0AD391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tìm được: xốp, nhẹ, xinh xắn.</w:t>
            </w:r>
          </w:p>
        </w:tc>
      </w:tr>
      <w:tr w:rsidR="008B0A8F" w14:paraId="2EE7254C" w14:textId="77777777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3E19269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g. Đặt dấu phẩy vào chỗ nào trong câu sau: Trên bầu trời cao rộng, mây đen mây trắng đang rong ruổi theo gió.</w:t>
            </w: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FBA7353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đặt dấu phẩy sau “mây đen”: Trên bầu trời cao rộng, mây đen, mây trắng đang rong ruổi theo gió.</w:t>
            </w:r>
          </w:p>
        </w:tc>
      </w:tr>
      <w:tr w:rsidR="008B0A8F" w14:paraId="5C71BD35" w14:textId="77777777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48EAF0C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 xml:space="preserve">- </w:t>
            </w:r>
            <w:r>
              <w:rPr>
                <w:b/>
              </w:rPr>
              <w:t>Bài tập 13: Viết 4 - 5 câu kể về một việc em thích làm trong ngày nghỉ.</w:t>
            </w:r>
          </w:p>
          <w:p w14:paraId="20DE426B" w14:textId="262155B8" w:rsidR="008B0A8F" w:rsidRDefault="008B0A8F" w:rsidP="00030BA3">
            <w:pPr>
              <w:shd w:val="clear" w:color="auto" w:fill="FFFFFF" w:themeFill="background1"/>
              <w:spacing w:after="0" w:line="240" w:lineRule="auto"/>
              <w:jc w:val="center"/>
            </w:pP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9A6BB7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gợi ý và quan sát tranh gia đình, các bạn nhỏ vui chơi trong ngày nghỉ.</w:t>
            </w:r>
          </w:p>
        </w:tc>
      </w:tr>
      <w:tr w:rsidR="008B0A8F" w14:paraId="27263174" w14:textId="77777777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2748E52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nêu câu hỏi gợi ý: Em thích làm việc gì trong ngày nghỉ? Em làm việc đó cùng với ai? Em làm như thế nào? Em cảm thấy thế nào khi làm việc đó?</w:t>
            </w: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C84A121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trả lời miệng: Ngày nghỉ em thích đạp xe cùng bố mẹ. Em đạp xe chậm trong công viên. Em thấy rất vui và khỏe.</w:t>
            </w:r>
          </w:p>
        </w:tc>
      </w:tr>
      <w:tr w:rsidR="008B0A8F" w14:paraId="748C888D" w14:textId="77777777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F43E709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yêu cầu HS viết 4 - 5 câu vào vở; nhắc HS trình bày đoạn văn ngắn, viết đúng chính tả, dùng dấu câu phù hợp.</w:t>
            </w: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B033170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viết đoạn văn vào vở, đọc lại bài để sửa lỗi trước khi nộp.</w:t>
            </w:r>
          </w:p>
        </w:tc>
      </w:tr>
      <w:tr w:rsidR="008B0A8F" w14:paraId="502BCEB9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E5F7498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mời một số HS đọc bài viết trước lớp và nhận xét theo tiêu chí: đủ ý, câu rõ nghĩa, viết đúng dấu câu.</w:t>
            </w: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F08D04C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đọc bài; cả lớp lắng nghe, nhận xét và học cách viết câu tự nhiên.</w:t>
            </w:r>
          </w:p>
        </w:tc>
      </w:tr>
      <w:tr w:rsidR="008B0A8F" w14:paraId="11646A4C" w14:textId="77777777" w:rsidTr="00030BA3">
        <w:trPr>
          <w:jc w:val="center"/>
        </w:trPr>
        <w:tc>
          <w:tcPr>
            <w:tcW w:w="9648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9EAD3"/>
          </w:tcPr>
          <w:p w14:paraId="3BA66440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>4. VẬN DỤNG</w:t>
            </w:r>
          </w:p>
          <w:p w14:paraId="7960CB4E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</w:pPr>
            <w:r>
              <w:rPr>
                <w:b/>
              </w:rPr>
              <w:t xml:space="preserve">Mục tiêu: </w:t>
            </w:r>
            <w:r>
              <w:t>HS biết chia sẻ một việc có ích sẽ làm trong ngày nghỉ và tiếp tục ôn lại các bài đã học để chuẩn bị kiểm tra giữa học kì II.</w:t>
            </w:r>
          </w:p>
        </w:tc>
      </w:tr>
      <w:tr w:rsidR="008B0A8F" w14:paraId="126DB4FF" w14:textId="77777777" w:rsidTr="00030BA3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44E9BEE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yêu cầu HS chia sẻ một việc có ích em sẽ làm trong ngày nghỉ tới.</w:t>
            </w: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6C0EDBF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chia sẻ: Em sẽ đọc sách, chăm cây, phụ mẹ dọn nhà hoặc cùng gia đình đi công viên.</w:t>
            </w:r>
          </w:p>
        </w:tc>
      </w:tr>
      <w:tr w:rsidR="008B0A8F" w14:paraId="04ADC4D2" w14:textId="77777777">
        <w:trPr>
          <w:jc w:val="center"/>
        </w:trPr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5C550BD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GV tổng kết tuần ôn tập, nhắc HS tiếp tục đọc lại các bài đã học để chuẩn bị kiểm tra giữa học kì II.</w:t>
            </w:r>
          </w:p>
        </w:tc>
        <w:tc>
          <w:tcPr>
            <w:tcW w:w="4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DB71BAE" w14:textId="77777777" w:rsidR="008B0A8F" w:rsidRDefault="00D06E61" w:rsidP="00030BA3">
            <w:pPr>
              <w:shd w:val="clear" w:color="auto" w:fill="FFFFFF" w:themeFill="background1"/>
              <w:spacing w:after="0" w:line="240" w:lineRule="auto"/>
              <w:jc w:val="both"/>
            </w:pPr>
            <w:r>
              <w:t>- HS lắng nghe, ghi nhớ việc ôn tập ở nhà.</w:t>
            </w:r>
          </w:p>
        </w:tc>
      </w:tr>
    </w:tbl>
    <w:p w14:paraId="19646144" w14:textId="77777777" w:rsidR="008B0A8F" w:rsidRDefault="00D06E61" w:rsidP="00030BA3">
      <w:pPr>
        <w:shd w:val="clear" w:color="auto" w:fill="FFFFFF" w:themeFill="background1"/>
        <w:spacing w:after="0" w:line="240" w:lineRule="auto"/>
      </w:pPr>
      <w:r>
        <w:rPr>
          <w:b/>
        </w:rPr>
        <w:t>IV. ĐIỀU CHỈNH SAU TIẾT HỌC (NẾU CÓ)</w:t>
      </w:r>
    </w:p>
    <w:sectPr w:rsidR="008B0A8F" w:rsidSect="00034616">
      <w:pgSz w:w="11906" w:h="16838"/>
      <w:pgMar w:top="680" w:right="737" w:bottom="680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9832661">
    <w:abstractNumId w:val="8"/>
  </w:num>
  <w:num w:numId="2" w16cid:durableId="1827891645">
    <w:abstractNumId w:val="6"/>
  </w:num>
  <w:num w:numId="3" w16cid:durableId="386806304">
    <w:abstractNumId w:val="5"/>
  </w:num>
  <w:num w:numId="4" w16cid:durableId="1668439715">
    <w:abstractNumId w:val="4"/>
  </w:num>
  <w:num w:numId="5" w16cid:durableId="820999049">
    <w:abstractNumId w:val="7"/>
  </w:num>
  <w:num w:numId="6" w16cid:durableId="1181044284">
    <w:abstractNumId w:val="3"/>
  </w:num>
  <w:num w:numId="7" w16cid:durableId="2003006455">
    <w:abstractNumId w:val="2"/>
  </w:num>
  <w:num w:numId="8" w16cid:durableId="540287930">
    <w:abstractNumId w:val="1"/>
  </w:num>
  <w:num w:numId="9" w16cid:durableId="901404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0BA3"/>
    <w:rsid w:val="00034616"/>
    <w:rsid w:val="0006063C"/>
    <w:rsid w:val="0015074B"/>
    <w:rsid w:val="0029639D"/>
    <w:rsid w:val="00326F90"/>
    <w:rsid w:val="008B0A8F"/>
    <w:rsid w:val="00AA1D8D"/>
    <w:rsid w:val="00B47730"/>
    <w:rsid w:val="00CB0664"/>
    <w:rsid w:val="00D06E61"/>
    <w:rsid w:val="00E04B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5A78DE"/>
  <w14:defaultImageDpi w14:val="300"/>
  <w15:docId w15:val="{EE2AAC5F-AF8E-46B8-A354-47FA9751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1703B1-20AE-46E6-B802-207F105B2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3347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Administrator</cp:lastModifiedBy>
  <cp:revision>3</cp:revision>
  <dcterms:created xsi:type="dcterms:W3CDTF">2026-06-08T07:59:00Z</dcterms:created>
  <dcterms:modified xsi:type="dcterms:W3CDTF">2026-08-17T14:56:00Z</dcterms:modified>
  <cp:category/>
</cp:coreProperties>
</file>