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8F0" w:rsidRPr="00242051" w:rsidRDefault="00496B0B">
      <w:pPr>
        <w:spacing w:after="0"/>
        <w:jc w:val="center"/>
        <w:rPr>
          <w:sz w:val="28"/>
          <w:szCs w:val="28"/>
        </w:rPr>
      </w:pPr>
      <w:r>
        <w:rPr>
          <w:rFonts w:cs="Times New Roman"/>
          <w:b/>
        </w:rPr>
        <w:t>BÀI 1: KIẾN VÀ CHIM BỒ CÂU (TIẾT 1 + 2)</w:t>
      </w:r>
    </w:p>
    <w:p w:rsidR="003A58F0" w:rsidRPr="00242051" w:rsidRDefault="00496B0B">
      <w:pPr>
        <w:spacing w:after="0"/>
        <w:jc w:val="both"/>
        <w:rPr>
          <w:sz w:val="28"/>
          <w:szCs w:val="28"/>
        </w:rPr>
      </w:pPr>
      <w:r w:rsidRPr="00242051">
        <w:rPr>
          <w:rFonts w:cs="Times New Roman"/>
          <w:b/>
          <w:szCs w:val="28"/>
        </w:rPr>
        <w:t>I. YÊU CẦU CẦN ĐẠT</w:t>
      </w:r>
    </w:p>
    <w:p w:rsidR="003A58F0" w:rsidRPr="00242051" w:rsidRDefault="00496B0B">
      <w:pPr>
        <w:spacing w:after="0"/>
        <w:jc w:val="both"/>
        <w:rPr>
          <w:sz w:val="28"/>
          <w:szCs w:val="28"/>
        </w:rPr>
      </w:pPr>
      <w:r w:rsidRPr="00242051">
        <w:rPr>
          <w:rFonts w:cs="Times New Roman"/>
          <w:b/>
          <w:szCs w:val="28"/>
        </w:rPr>
        <w:t>1. Năng lực đặc thù</w:t>
      </w:r>
    </w:p>
    <w:p w:rsidR="003A58F0" w:rsidRPr="00242051" w:rsidRDefault="00496B0B">
      <w:pPr>
        <w:spacing w:after="0"/>
        <w:ind w:left="340" w:hanging="170"/>
        <w:jc w:val="both"/>
        <w:rPr>
          <w:sz w:val="28"/>
          <w:szCs w:val="28"/>
        </w:rPr>
      </w:pPr>
      <w:r w:rsidRPr="00242051">
        <w:rPr>
          <w:rFonts w:cs="Times New Roman"/>
          <w:szCs w:val="28"/>
        </w:rPr>
        <w:t>- Đọc đúng, rõ ràng bài Kiến và chim bồ câu.</w:t>
      </w:r>
    </w:p>
    <w:p w:rsidR="003A58F0" w:rsidRPr="00242051" w:rsidRDefault="00496B0B">
      <w:pPr>
        <w:spacing w:after="0"/>
        <w:ind w:left="340" w:hanging="170"/>
        <w:jc w:val="both"/>
        <w:rPr>
          <w:sz w:val="28"/>
          <w:szCs w:val="28"/>
        </w:rPr>
      </w:pPr>
      <w:r w:rsidRPr="00242051">
        <w:rPr>
          <w:rFonts w:cs="Times New Roman"/>
          <w:szCs w:val="28"/>
        </w:rPr>
        <w:t>- Biết ngắt nghỉ hơi đúng ở câu dài, câu có dấu câu.</w:t>
      </w:r>
    </w:p>
    <w:p w:rsidR="003A58F0" w:rsidRPr="00242051" w:rsidRDefault="00496B0B">
      <w:pPr>
        <w:spacing w:after="0"/>
        <w:ind w:left="340" w:hanging="170"/>
        <w:jc w:val="both"/>
        <w:rPr>
          <w:sz w:val="28"/>
          <w:szCs w:val="28"/>
        </w:rPr>
      </w:pPr>
      <w:r w:rsidRPr="00242051">
        <w:rPr>
          <w:rFonts w:cs="Times New Roman"/>
          <w:szCs w:val="28"/>
        </w:rPr>
        <w:t>- Hiểu nội dung bài đọc.</w:t>
      </w:r>
    </w:p>
    <w:p w:rsidR="003A58F0" w:rsidRPr="00242051" w:rsidRDefault="00496B0B">
      <w:pPr>
        <w:spacing w:after="0"/>
        <w:ind w:left="340" w:hanging="170"/>
        <w:jc w:val="both"/>
        <w:rPr>
          <w:sz w:val="28"/>
          <w:szCs w:val="28"/>
        </w:rPr>
      </w:pPr>
      <w:r w:rsidRPr="00242051">
        <w:rPr>
          <w:rFonts w:cs="Times New Roman"/>
          <w:szCs w:val="28"/>
        </w:rPr>
        <w:t>- Trả lời đúng các câu hỏi liên quan đến văn bản.</w:t>
      </w:r>
    </w:p>
    <w:p w:rsidR="003A58F0" w:rsidRPr="00242051" w:rsidRDefault="00496B0B">
      <w:pPr>
        <w:spacing w:after="0"/>
        <w:ind w:left="340" w:hanging="170"/>
        <w:jc w:val="both"/>
        <w:rPr>
          <w:sz w:val="28"/>
          <w:szCs w:val="28"/>
        </w:rPr>
      </w:pPr>
      <w:r w:rsidRPr="00242051">
        <w:rPr>
          <w:rFonts w:cs="Times New Roman"/>
          <w:szCs w:val="28"/>
        </w:rPr>
        <w:t>- Quan sát tranh, nhận biết được các chi tiết trong tranh.</w:t>
      </w:r>
    </w:p>
    <w:p w:rsidR="003A58F0" w:rsidRPr="00242051" w:rsidRDefault="00496B0B">
      <w:pPr>
        <w:spacing w:after="0"/>
        <w:ind w:left="340" w:hanging="170"/>
        <w:jc w:val="both"/>
        <w:rPr>
          <w:sz w:val="28"/>
          <w:szCs w:val="28"/>
        </w:rPr>
      </w:pPr>
      <w:r w:rsidRPr="00242051">
        <w:rPr>
          <w:rFonts w:cs="Times New Roman"/>
          <w:szCs w:val="28"/>
        </w:rPr>
        <w:t>- Dựa vào tranh để suy đoán nội dung câu chuyện.</w:t>
      </w:r>
    </w:p>
    <w:p w:rsidR="003A58F0" w:rsidRPr="00242051" w:rsidRDefault="00496B0B">
      <w:pPr>
        <w:spacing w:after="0"/>
        <w:ind w:left="340" w:hanging="170"/>
        <w:jc w:val="both"/>
        <w:rPr>
          <w:sz w:val="28"/>
          <w:szCs w:val="28"/>
        </w:rPr>
      </w:pPr>
      <w:r w:rsidRPr="00242051">
        <w:rPr>
          <w:rFonts w:cs="Times New Roman"/>
          <w:szCs w:val="28"/>
        </w:rPr>
        <w:t>- Viết đúng câu trả lời cho câu hỏi trong bài đọc.</w:t>
      </w:r>
    </w:p>
    <w:p w:rsidR="003A58F0" w:rsidRPr="00242051" w:rsidRDefault="00496B0B">
      <w:pPr>
        <w:spacing w:after="0"/>
        <w:ind w:left="340" w:hanging="170"/>
        <w:jc w:val="both"/>
        <w:rPr>
          <w:sz w:val="28"/>
          <w:szCs w:val="28"/>
        </w:rPr>
      </w:pPr>
      <w:r w:rsidRPr="00242051">
        <w:rPr>
          <w:rFonts w:cs="Times New Roman"/>
          <w:szCs w:val="28"/>
        </w:rPr>
        <w:t>- Hoàn thiện câu bằng từ ngữ cho sẵn.</w:t>
      </w:r>
    </w:p>
    <w:p w:rsidR="003A58F0" w:rsidRPr="00242051" w:rsidRDefault="00496B0B">
      <w:pPr>
        <w:spacing w:after="0"/>
        <w:ind w:left="340" w:hanging="170"/>
        <w:jc w:val="both"/>
        <w:rPr>
          <w:sz w:val="28"/>
          <w:szCs w:val="28"/>
        </w:rPr>
      </w:pPr>
      <w:r w:rsidRPr="00242051">
        <w:rPr>
          <w:rFonts w:cs="Times New Roman"/>
          <w:szCs w:val="28"/>
        </w:rPr>
        <w:t>- Viết lại đúng câu đã hoàn thiện.</w:t>
      </w:r>
    </w:p>
    <w:p w:rsidR="003A58F0" w:rsidRPr="00242051" w:rsidRDefault="00496B0B">
      <w:pPr>
        <w:spacing w:after="0"/>
        <w:ind w:left="340" w:hanging="170"/>
        <w:jc w:val="both"/>
        <w:rPr>
          <w:sz w:val="28"/>
          <w:szCs w:val="28"/>
        </w:rPr>
      </w:pPr>
      <w:r w:rsidRPr="00242051">
        <w:rPr>
          <w:rFonts w:cs="Times New Roman"/>
          <w:szCs w:val="28"/>
        </w:rPr>
        <w:t>- Kể lại được câu chuyện dựa vào tranh.</w:t>
      </w:r>
    </w:p>
    <w:p w:rsidR="003A58F0" w:rsidRPr="00242051" w:rsidRDefault="00496B0B">
      <w:pPr>
        <w:spacing w:after="0"/>
        <w:ind w:left="340" w:hanging="170"/>
        <w:jc w:val="both"/>
        <w:rPr>
          <w:sz w:val="28"/>
          <w:szCs w:val="28"/>
        </w:rPr>
      </w:pPr>
      <w:r w:rsidRPr="00242051">
        <w:rPr>
          <w:rFonts w:cs="Times New Roman"/>
          <w:szCs w:val="28"/>
        </w:rPr>
        <w:t>- Biết trao đổi về nội dung bài đọc và nội dung tranh minh hoạ.</w:t>
      </w:r>
    </w:p>
    <w:p w:rsidR="003A58F0" w:rsidRPr="00242051" w:rsidRDefault="00496B0B">
      <w:pPr>
        <w:spacing w:after="0"/>
        <w:jc w:val="both"/>
        <w:rPr>
          <w:sz w:val="28"/>
          <w:szCs w:val="28"/>
        </w:rPr>
      </w:pPr>
      <w:r w:rsidRPr="00242051">
        <w:rPr>
          <w:rFonts w:cs="Times New Roman"/>
          <w:b/>
          <w:szCs w:val="28"/>
        </w:rPr>
        <w:t>2. Năng lực chung</w:t>
      </w:r>
    </w:p>
    <w:p w:rsidR="003A58F0" w:rsidRPr="00242051" w:rsidRDefault="00496B0B">
      <w:pPr>
        <w:spacing w:after="0"/>
        <w:ind w:left="340" w:hanging="170"/>
        <w:jc w:val="both"/>
        <w:rPr>
          <w:sz w:val="28"/>
          <w:szCs w:val="28"/>
        </w:rPr>
      </w:pPr>
      <w:r w:rsidRPr="00242051">
        <w:rPr>
          <w:rFonts w:cs="Times New Roman"/>
          <w:szCs w:val="28"/>
        </w:rPr>
        <w:t xml:space="preserve">- </w:t>
      </w:r>
      <w:r w:rsidRPr="00242051">
        <w:rPr>
          <w:rFonts w:cs="Times New Roman"/>
          <w:b/>
          <w:szCs w:val="28"/>
        </w:rPr>
        <w:t>Tự chủ và tự học:</w:t>
      </w:r>
      <w:r w:rsidRPr="00242051">
        <w:rPr>
          <w:rFonts w:cs="Times New Roman"/>
          <w:szCs w:val="28"/>
        </w:rPr>
        <w:t xml:space="preserve"> Biết quan sát tranh, đọc bài, suy nghĩ, trả lời câu hỏi và hoàn thành nhiệm vụ học tập.</w:t>
      </w:r>
    </w:p>
    <w:p w:rsidR="003A58F0" w:rsidRPr="00242051" w:rsidRDefault="00496B0B">
      <w:pPr>
        <w:spacing w:after="0"/>
        <w:ind w:left="340" w:hanging="170"/>
        <w:jc w:val="both"/>
        <w:rPr>
          <w:sz w:val="28"/>
          <w:szCs w:val="28"/>
        </w:rPr>
      </w:pPr>
      <w:r w:rsidRPr="00242051">
        <w:rPr>
          <w:rFonts w:cs="Times New Roman"/>
          <w:szCs w:val="28"/>
        </w:rPr>
        <w:t xml:space="preserve">- </w:t>
      </w:r>
      <w:r w:rsidRPr="00242051">
        <w:rPr>
          <w:rFonts w:cs="Times New Roman"/>
          <w:b/>
          <w:szCs w:val="28"/>
        </w:rPr>
        <w:t>Giao tiếp và hợp tác:</w:t>
      </w:r>
      <w:r w:rsidRPr="00242051">
        <w:rPr>
          <w:rFonts w:cs="Times New Roman"/>
          <w:szCs w:val="28"/>
        </w:rPr>
        <w:t xml:space="preserve"> Biết trao đổi với bạn trong nhóm, mạnh dạn trình bày ý kiến, lắng nghe và nhận xét bạn.</w:t>
      </w:r>
    </w:p>
    <w:p w:rsidR="003A58F0" w:rsidRPr="00242051" w:rsidRDefault="00496B0B">
      <w:pPr>
        <w:spacing w:after="0"/>
        <w:ind w:left="340" w:hanging="170"/>
        <w:jc w:val="both"/>
        <w:rPr>
          <w:sz w:val="28"/>
          <w:szCs w:val="28"/>
        </w:rPr>
      </w:pPr>
      <w:r w:rsidRPr="00242051">
        <w:rPr>
          <w:rFonts w:cs="Times New Roman"/>
          <w:szCs w:val="28"/>
        </w:rPr>
        <w:t xml:space="preserve">- </w:t>
      </w:r>
      <w:r w:rsidRPr="00242051">
        <w:rPr>
          <w:rFonts w:cs="Times New Roman"/>
          <w:b/>
          <w:szCs w:val="28"/>
        </w:rPr>
        <w:t>Giải quyết vấn đề và sáng tạo:</w:t>
      </w:r>
      <w:r w:rsidRPr="00242051">
        <w:rPr>
          <w:rFonts w:cs="Times New Roman"/>
          <w:szCs w:val="28"/>
        </w:rPr>
        <w:t xml:space="preserve"> Biết dựa vào tranh để suy đoán nội dung câu chuyện, biết rút ra bài học và liên hệ với bản thân.</w:t>
      </w:r>
    </w:p>
    <w:p w:rsidR="003A58F0" w:rsidRPr="00242051" w:rsidRDefault="00496B0B">
      <w:pPr>
        <w:spacing w:after="0"/>
        <w:jc w:val="both"/>
        <w:rPr>
          <w:sz w:val="28"/>
          <w:szCs w:val="28"/>
        </w:rPr>
      </w:pPr>
      <w:r w:rsidRPr="00242051">
        <w:rPr>
          <w:rFonts w:cs="Times New Roman"/>
          <w:b/>
          <w:szCs w:val="28"/>
        </w:rPr>
        <w:t>3. Phẩm chất</w:t>
      </w:r>
    </w:p>
    <w:p w:rsidR="003A58F0" w:rsidRPr="00242051" w:rsidRDefault="00496B0B">
      <w:pPr>
        <w:spacing w:after="0"/>
        <w:ind w:left="340" w:hanging="170"/>
        <w:jc w:val="both"/>
        <w:rPr>
          <w:sz w:val="28"/>
          <w:szCs w:val="28"/>
        </w:rPr>
      </w:pPr>
      <w:r w:rsidRPr="00242051">
        <w:rPr>
          <w:rFonts w:cs="Times New Roman"/>
          <w:szCs w:val="28"/>
        </w:rPr>
        <w:t xml:space="preserve">- </w:t>
      </w:r>
      <w:r w:rsidRPr="00242051">
        <w:rPr>
          <w:rFonts w:cs="Times New Roman"/>
          <w:b/>
          <w:szCs w:val="28"/>
        </w:rPr>
        <w:t>Nhân ái:</w:t>
      </w:r>
      <w:r w:rsidRPr="00242051">
        <w:rPr>
          <w:rFonts w:cs="Times New Roman"/>
          <w:szCs w:val="28"/>
        </w:rPr>
        <w:t xml:space="preserve"> Biết yêu thương, quan tâm, giúp đỡ người khác khi gặp khó khăn, hoạn nạn.</w:t>
      </w:r>
    </w:p>
    <w:p w:rsidR="003A58F0" w:rsidRPr="00242051" w:rsidRDefault="00496B0B">
      <w:pPr>
        <w:spacing w:after="0"/>
        <w:ind w:left="340" w:hanging="170"/>
        <w:jc w:val="both"/>
        <w:rPr>
          <w:sz w:val="28"/>
          <w:szCs w:val="28"/>
        </w:rPr>
      </w:pPr>
      <w:r w:rsidRPr="00242051">
        <w:rPr>
          <w:rFonts w:cs="Times New Roman"/>
          <w:szCs w:val="28"/>
        </w:rPr>
        <w:t xml:space="preserve">- </w:t>
      </w:r>
      <w:r w:rsidRPr="00242051">
        <w:rPr>
          <w:rFonts w:cs="Times New Roman"/>
          <w:b/>
          <w:szCs w:val="28"/>
        </w:rPr>
        <w:t>Trách nhiệm:</w:t>
      </w:r>
      <w:r w:rsidRPr="00242051">
        <w:rPr>
          <w:rFonts w:cs="Times New Roman"/>
          <w:szCs w:val="28"/>
        </w:rPr>
        <w:t xml:space="preserve"> Biết sống có trách nhiệm với bạn bè, biết nhớ ơn và đáp lại việc tốt.</w:t>
      </w:r>
    </w:p>
    <w:p w:rsidR="003A58F0" w:rsidRPr="00242051" w:rsidRDefault="00496B0B">
      <w:pPr>
        <w:spacing w:after="0"/>
        <w:ind w:left="340" w:hanging="170"/>
        <w:jc w:val="both"/>
        <w:rPr>
          <w:sz w:val="28"/>
          <w:szCs w:val="28"/>
        </w:rPr>
      </w:pPr>
      <w:r w:rsidRPr="00242051">
        <w:rPr>
          <w:rFonts w:cs="Times New Roman"/>
          <w:szCs w:val="28"/>
        </w:rPr>
        <w:t xml:space="preserve">- </w:t>
      </w:r>
      <w:r w:rsidRPr="00242051">
        <w:rPr>
          <w:rFonts w:cs="Times New Roman"/>
          <w:b/>
          <w:szCs w:val="28"/>
        </w:rPr>
        <w:t>Chăm chỉ:</w:t>
      </w:r>
      <w:r w:rsidRPr="00242051">
        <w:rPr>
          <w:rFonts w:cs="Times New Roman"/>
          <w:szCs w:val="28"/>
        </w:rPr>
        <w:t xml:space="preserve"> Tích cực tham gia các hoạt động học tập, hoàn thành nhiệm vụ được giao.</w:t>
      </w:r>
    </w:p>
    <w:p w:rsidR="00EC5725" w:rsidRDefault="005C462C">
      <w:pPr>
        <w:spacing w:after="0"/>
        <w:jc w:val="both"/>
      </w:pPr>
      <w:r>
        <w:rPr>
          <w:rFonts w:cs="Times New Roman"/>
          <w:b/>
          <w:color w:val="FF0000"/>
        </w:rPr>
        <w:t>4. Tích hợp</w:t>
      </w:r>
    </w:p>
    <w:p w:rsidR="00EC5725" w:rsidRDefault="005C462C">
      <w:pPr>
        <w:spacing w:after="0"/>
        <w:jc w:val="both"/>
      </w:pPr>
      <w:r>
        <w:rPr>
          <w:rFonts w:cs="Times New Roman"/>
          <w:color w:val="FF0000"/>
        </w:rPr>
        <w:t>- Lý tưởng cách mạng, đạo đức, lối sống: Giáo dục lòng nhân ái, biết giúp đỡ người gặp khó khăn trong khả năng và tìm người lớn hỗ trợ khi cần.</w:t>
      </w:r>
    </w:p>
    <w:p w:rsidR="00EC5725" w:rsidRDefault="005C462C">
      <w:pPr>
        <w:spacing w:after="0"/>
        <w:jc w:val="both"/>
      </w:pPr>
      <w:r>
        <w:rPr>
          <w:rFonts w:cs="Times New Roman"/>
          <w:color w:val="FF0000"/>
        </w:rPr>
        <w:t>- Tích hợp AI: 1.B3.1 - Nêu ví dụ robot cứu hộ được con người sử dụng vào mục đích tốt đẹp để hỗ trợ tìm kiếm, cứu nạn.</w:t>
      </w:r>
    </w:p>
    <w:p w:rsidR="003A58F0" w:rsidRPr="00242051" w:rsidRDefault="00496B0B">
      <w:pPr>
        <w:spacing w:after="0"/>
        <w:jc w:val="both"/>
        <w:rPr>
          <w:sz w:val="28"/>
          <w:szCs w:val="28"/>
        </w:rPr>
      </w:pPr>
      <w:r w:rsidRPr="00242051">
        <w:rPr>
          <w:rFonts w:cs="Times New Roman"/>
          <w:b/>
          <w:szCs w:val="28"/>
        </w:rPr>
        <w:t>II. ĐỒ DÙNG DẠY HỌC</w:t>
      </w:r>
    </w:p>
    <w:p w:rsidR="003A58F0" w:rsidRPr="00242051" w:rsidRDefault="00496B0B">
      <w:pPr>
        <w:spacing w:after="0"/>
        <w:ind w:left="340" w:hanging="170"/>
        <w:jc w:val="both"/>
        <w:rPr>
          <w:sz w:val="28"/>
          <w:szCs w:val="28"/>
        </w:rPr>
      </w:pPr>
      <w:r w:rsidRPr="00242051">
        <w:rPr>
          <w:rFonts w:cs="Times New Roman"/>
          <w:szCs w:val="28"/>
        </w:rPr>
        <w:t>- SGK Tiếng Việt.</w:t>
      </w:r>
    </w:p>
    <w:p w:rsidR="003A58F0" w:rsidRPr="00242051" w:rsidRDefault="00496B0B">
      <w:pPr>
        <w:spacing w:after="0"/>
        <w:ind w:left="340" w:hanging="170"/>
        <w:jc w:val="both"/>
        <w:rPr>
          <w:sz w:val="28"/>
          <w:szCs w:val="28"/>
        </w:rPr>
      </w:pPr>
      <w:r w:rsidRPr="00242051">
        <w:rPr>
          <w:rFonts w:cs="Times New Roman"/>
          <w:szCs w:val="28"/>
        </w:rPr>
        <w:t>- Kế hoạch bài dạy.</w:t>
      </w:r>
    </w:p>
    <w:p w:rsidR="003A58F0" w:rsidRPr="00242051" w:rsidRDefault="00496B0B">
      <w:pPr>
        <w:spacing w:after="0"/>
        <w:ind w:left="340" w:hanging="170"/>
        <w:jc w:val="both"/>
        <w:rPr>
          <w:sz w:val="28"/>
          <w:szCs w:val="28"/>
        </w:rPr>
      </w:pPr>
      <w:r w:rsidRPr="00242051">
        <w:rPr>
          <w:rFonts w:cs="Times New Roman"/>
          <w:szCs w:val="28"/>
        </w:rPr>
        <w:t>- Tranh minh hoạ bài Kiến và chim bồ câu.</w:t>
      </w:r>
    </w:p>
    <w:p w:rsidR="003A58F0" w:rsidRPr="00242051" w:rsidRDefault="00496B0B">
      <w:pPr>
        <w:spacing w:after="0"/>
        <w:ind w:left="340" w:hanging="170"/>
        <w:jc w:val="both"/>
        <w:rPr>
          <w:sz w:val="28"/>
          <w:szCs w:val="28"/>
        </w:rPr>
      </w:pPr>
      <w:r w:rsidRPr="00242051">
        <w:rPr>
          <w:rFonts w:cs="Times New Roman"/>
          <w:szCs w:val="28"/>
        </w:rPr>
        <w:t>- Bộ đồ dùng dạy học Tiếng Việt.</w:t>
      </w:r>
    </w:p>
    <w:p w:rsidR="003A58F0" w:rsidRPr="00242051" w:rsidRDefault="00496B0B">
      <w:pPr>
        <w:spacing w:after="0"/>
        <w:ind w:left="340" w:hanging="170"/>
        <w:jc w:val="both"/>
        <w:rPr>
          <w:sz w:val="28"/>
          <w:szCs w:val="28"/>
        </w:rPr>
      </w:pPr>
      <w:r w:rsidRPr="00242051">
        <w:rPr>
          <w:rFonts w:cs="Times New Roman"/>
          <w:szCs w:val="28"/>
        </w:rPr>
        <w:t>- Máy tính, máy chiếu.</w:t>
      </w:r>
    </w:p>
    <w:p w:rsidR="003A58F0" w:rsidRPr="00242051" w:rsidRDefault="00496B0B">
      <w:pPr>
        <w:spacing w:after="0"/>
        <w:jc w:val="both"/>
        <w:rPr>
          <w:sz w:val="28"/>
          <w:szCs w:val="28"/>
        </w:rPr>
      </w:pPr>
      <w:r w:rsidRPr="00242051">
        <w:rPr>
          <w:rFonts w:cs="Times New Roman"/>
          <w:b/>
          <w:szCs w:val="28"/>
        </w:rPr>
        <w:t>III. CÁC HOẠT ĐỘNG DẠY HỌC</w:t>
      </w:r>
    </w:p>
    <w:tbl>
      <w:tblPr>
        <w:tblStyle w:val="TableGrid"/>
        <w:tblW w:w="5000" w:type="pct"/>
        <w:jc w:val="center"/>
        <w:tblBorders>
          <w:top w:val="single" w:sz="8" w:space="0" w:color="000000"/>
          <w:left w:val="single" w:sz="8" w:space="0" w:color="000000"/>
          <w:bottom w:val="single" w:sz="8" w:space="0" w:color="000000"/>
          <w:right w:val="single" w:sz="8" w:space="0" w:color="000000"/>
          <w:insideH w:val="none" w:sz="0" w:space="0" w:color="auto"/>
          <w:insideV w:val="single" w:sz="8" w:space="0" w:color="000000"/>
        </w:tblBorders>
        <w:tblLook w:val="04A0" w:firstRow="1" w:lastRow="0" w:firstColumn="1" w:lastColumn="0" w:noHBand="0" w:noVBand="1"/>
      </w:tblPr>
      <w:tblGrid>
        <w:gridCol w:w="5193"/>
        <w:gridCol w:w="5193"/>
      </w:tblGrid>
      <w:tr w:rsidR="003A58F0" w:rsidRPr="00242051" w:rsidTr="00054248">
        <w:trPr>
          <w:cantSplit/>
          <w:tblHeade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EC5725" w:rsidRDefault="005C462C">
            <w:pPr>
              <w:spacing w:line="276" w:lineRule="auto"/>
              <w:jc w:val="both"/>
            </w:pPr>
            <w:r>
              <w:rPr>
                <w:rFonts w:cs="Times New Roman"/>
                <w:b/>
                <w:color w:val="000000"/>
              </w:rPr>
              <w:t>Hoạt động của giáo viên</w:t>
            </w:r>
          </w:p>
        </w:tc>
        <w:tc>
          <w:tcPr>
            <w:tcW w:w="5017" w:type="dxa"/>
            <w:tcBorders>
              <w:bottom w:val="single" w:sz="4" w:space="0" w:color="auto"/>
            </w:tcBorders>
            <w:shd w:val="clear" w:color="auto" w:fill="auto"/>
            <w:tcMar>
              <w:top w:w="70" w:type="dxa"/>
              <w:left w:w="90" w:type="dxa"/>
              <w:bottom w:w="70" w:type="dxa"/>
              <w:right w:w="90" w:type="dxa"/>
            </w:tcMar>
            <w:vAlign w:val="center"/>
          </w:tcPr>
          <w:p w:rsidR="00EC5725" w:rsidRDefault="005C462C">
            <w:pPr>
              <w:spacing w:line="276" w:lineRule="auto"/>
              <w:jc w:val="both"/>
            </w:pPr>
            <w:r>
              <w:rPr>
                <w:rFonts w:cs="Times New Roman"/>
                <w:b/>
                <w:color w:val="000000"/>
              </w:rPr>
              <w:t>Hoạt động của học sinh</w:t>
            </w:r>
          </w:p>
        </w:tc>
      </w:tr>
      <w:tr w:rsidR="003A58F0" w:rsidRPr="00242051" w:rsidTr="00054248">
        <w:trPr>
          <w:cantSplit/>
          <w:tblHeade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3A58F0" w:rsidRPr="00242051" w:rsidRDefault="00496B0B">
            <w:pPr>
              <w:spacing w:line="276" w:lineRule="auto"/>
              <w:jc w:val="both"/>
              <w:rPr>
                <w:sz w:val="28"/>
                <w:szCs w:val="28"/>
              </w:rPr>
            </w:pPr>
            <w:r w:rsidRPr="00242051">
              <w:rPr>
                <w:rFonts w:cs="Times New Roman"/>
                <w:b/>
                <w:szCs w:val="28"/>
              </w:rPr>
              <w:t>TIẾT 1</w:t>
            </w:r>
          </w:p>
        </w:tc>
      </w:tr>
      <w:tr w:rsidR="003A58F0" w:rsidRPr="00242051" w:rsidTr="00054248">
        <w:trPr>
          <w:cantSplit/>
          <w:tblHeade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3A58F0" w:rsidRPr="00242051" w:rsidRDefault="00496B0B">
            <w:pPr>
              <w:spacing w:line="276" w:lineRule="auto"/>
              <w:jc w:val="both"/>
              <w:rPr>
                <w:sz w:val="28"/>
                <w:szCs w:val="28"/>
              </w:rPr>
            </w:pPr>
            <w:r w:rsidRPr="00242051">
              <w:rPr>
                <w:rFonts w:cs="Times New Roman"/>
                <w:b/>
                <w:szCs w:val="28"/>
              </w:rPr>
              <w:t xml:space="preserve">1. Hoạt động </w:t>
            </w:r>
            <w:r w:rsidR="00242051" w:rsidRPr="00242051">
              <w:rPr>
                <w:rFonts w:cs="Times New Roman"/>
                <w:b/>
                <w:szCs w:val="28"/>
              </w:rPr>
              <w:t>khởi động</w:t>
            </w:r>
          </w:p>
        </w:tc>
      </w:tr>
      <w:tr w:rsidR="003A58F0" w:rsidRPr="00242051" w:rsidTr="00054248">
        <w:trPr>
          <w:cantSplit/>
          <w:tblHeader/>
          <w:jc w:val="center"/>
        </w:trPr>
        <w:tc>
          <w:tcPr>
            <w:tcW w:w="5017" w:type="dxa"/>
            <w:gridSpan w:val="2"/>
            <w:tcBorders>
              <w:top w:val="single" w:sz="4" w:space="0" w:color="auto"/>
            </w:tcBorders>
            <w:shd w:val="clear" w:color="auto" w:fill="auto"/>
            <w:tcMar>
              <w:top w:w="70" w:type="dxa"/>
              <w:left w:w="90" w:type="dxa"/>
              <w:bottom w:w="70" w:type="dxa"/>
              <w:right w:w="90" w:type="dxa"/>
            </w:tcMar>
            <w:vAlign w:val="center"/>
          </w:tcPr>
          <w:p w:rsidR="003A58F0" w:rsidRPr="00242051" w:rsidRDefault="00496B0B">
            <w:pPr>
              <w:spacing w:line="276" w:lineRule="auto"/>
              <w:jc w:val="both"/>
              <w:rPr>
                <w:sz w:val="28"/>
                <w:szCs w:val="28"/>
              </w:rPr>
            </w:pPr>
            <w:r w:rsidRPr="00242051">
              <w:rPr>
                <w:rFonts w:cs="Times New Roman"/>
                <w:b/>
                <w:szCs w:val="28"/>
              </w:rPr>
              <w:t>Mục tiêu: Tạo không khí phấn khởi cho HS vào đầu tiết học; rèn kĩ năng quan sát tranh, trao đổi và dự đoán nội dung bài.</w:t>
            </w: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242051" w:rsidRPr="00242051" w:rsidRDefault="00496B0B" w:rsidP="00054248">
            <w:pPr>
              <w:spacing w:line="276" w:lineRule="auto"/>
              <w:ind w:left="113"/>
              <w:jc w:val="both"/>
              <w:rPr>
                <w:sz w:val="28"/>
                <w:szCs w:val="28"/>
              </w:rPr>
            </w:pPr>
            <w:r w:rsidRPr="00242051">
              <w:rPr>
                <w:rFonts w:cs="Times New Roman"/>
                <w:szCs w:val="28"/>
              </w:rPr>
              <w:lastRenderedPageBreak/>
              <w:t>- GV yêu cầu HS quan sát tranh minh hoạ trong SGK.</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quan sát tranh minh hoạ trong SGK.</w:t>
            </w: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hỏi: “Trong tranh có những nhân vật nào?”</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trả lời: “Trong tranh có con kiến, chim bồ câu và người thợ săn.”</w:t>
            </w: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hỏi: “Con kiến đang ở trong tình huống như thế nào?”</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trả lời: “Con kiến đang rơi xuống nước, đang vùng vẫy và rất cần được cứu giúp.”</w:t>
            </w: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hỏi: “Chim bồ câu đang làm gì?”</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trả lời: “Chim bồ câu đang ở trên cành cây, nhìn thấy kiến gặp nạn và chuẩn bị giúp kiến.”</w:t>
            </w: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hỏi: “Người thợ săn xuất hiện trong tranh để làm gì?”</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trả lời: “Người thợ săn cầm súng, có thể đang định bắn chim bồ câu.”</w:t>
            </w: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hỏi: “Theo em, giữa kiến và chim bồ câu sẽ xảy ra chuyện gì?”</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trả lời: “Theo em, chim bồ câu sẽ cứu kiến. Sau đó kiến cũng có thể giúp lại chim bồ câu.”</w:t>
            </w: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nhận xét, tuyên dương HS mạnh dạn trả lời.</w:t>
            </w:r>
          </w:p>
        </w:tc>
        <w:tc>
          <w:tcPr>
            <w:tcW w:w="5017" w:type="dxa"/>
            <w:shd w:val="clear" w:color="auto" w:fill="auto"/>
            <w:tcMar>
              <w:top w:w="70" w:type="dxa"/>
              <w:left w:w="90" w:type="dxa"/>
              <w:bottom w:w="70" w:type="dxa"/>
              <w:right w:w="90" w:type="dxa"/>
            </w:tcMar>
            <w:vAlign w:val="center"/>
          </w:tcPr>
          <w:p w:rsidR="003A58F0" w:rsidRPr="00242051" w:rsidRDefault="003A58F0">
            <w:pPr>
              <w:spacing w:line="276" w:lineRule="auto"/>
              <w:ind w:left="113"/>
              <w:jc w:val="both"/>
              <w:rPr>
                <w:sz w:val="28"/>
                <w:szCs w:val="28"/>
              </w:rPr>
            </w:pPr>
          </w:p>
        </w:tc>
      </w:tr>
      <w:tr w:rsidR="003A58F0" w:rsidRPr="00242051" w:rsidTr="00054248">
        <w:trPr>
          <w:cantSplit/>
          <w:tblHeade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Kết luận: Qua quan sát tranh, các em thấy câu chuyện nói về sự giúp đỡ lẫn nhau giữa kiến và chim bồ câu.</w:t>
            </w:r>
          </w:p>
        </w:tc>
        <w:tc>
          <w:tcPr>
            <w:tcW w:w="5017" w:type="dxa"/>
            <w:tcBorders>
              <w:bottom w:val="single" w:sz="4" w:space="0" w:color="auto"/>
            </w:tcBorders>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lắng nghe, chuẩn bị vào bài mới.</w:t>
            </w:r>
          </w:p>
        </w:tc>
      </w:tr>
      <w:tr w:rsidR="003A58F0" w:rsidRPr="00242051" w:rsidTr="00054248">
        <w:trPr>
          <w:cantSplit/>
          <w:tblHeade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3A58F0" w:rsidRPr="00242051" w:rsidRDefault="00496B0B">
            <w:pPr>
              <w:spacing w:line="276" w:lineRule="auto"/>
              <w:jc w:val="both"/>
              <w:rPr>
                <w:sz w:val="28"/>
                <w:szCs w:val="28"/>
              </w:rPr>
            </w:pPr>
            <w:r w:rsidRPr="00242051">
              <w:rPr>
                <w:rFonts w:cs="Times New Roman"/>
                <w:b/>
                <w:szCs w:val="28"/>
              </w:rPr>
              <w:t>2. Đọc văn bản</w:t>
            </w:r>
          </w:p>
        </w:tc>
      </w:tr>
      <w:tr w:rsidR="003A58F0" w:rsidRPr="00242051" w:rsidTr="00054248">
        <w:trPr>
          <w:cantSplit/>
          <w:tblHeade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3A58F0" w:rsidRPr="00242051" w:rsidRDefault="00496B0B">
            <w:pPr>
              <w:spacing w:line="276" w:lineRule="auto"/>
              <w:jc w:val="both"/>
              <w:rPr>
                <w:sz w:val="28"/>
                <w:szCs w:val="28"/>
              </w:rPr>
            </w:pPr>
            <w:r w:rsidRPr="00242051">
              <w:rPr>
                <w:rFonts w:cs="Times New Roman"/>
                <w:b/>
                <w:szCs w:val="28"/>
              </w:rPr>
              <w:t>Mục tiêu: Đọc đúng, rõ ràng bài đọc; biết ngắt nghỉ hơi hợp lí; hiểu nghĩa một số từ ngữ trong bài.</w:t>
            </w:r>
          </w:p>
        </w:tc>
      </w:tr>
      <w:tr w:rsidR="003A58F0" w:rsidRPr="00242051" w:rsidTr="00054248">
        <w:trPr>
          <w:cantSplit/>
          <w:tblHeade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a. GV đọc mẫu</w:t>
            </w:r>
          </w:p>
        </w:tc>
        <w:tc>
          <w:tcPr>
            <w:tcW w:w="5017" w:type="dxa"/>
            <w:tcBorders>
              <w:top w:val="single" w:sz="4" w:space="0" w:color="auto"/>
            </w:tcBorders>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lắng nghe GV đọc mẫu.</w:t>
            </w: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đọc mẫu toàn bài với giọng rõ ràng, chậm rãi, thể hiện đúng diễn biến câu chuyện.</w:t>
            </w:r>
          </w:p>
        </w:tc>
        <w:tc>
          <w:tcPr>
            <w:tcW w:w="5017" w:type="dxa"/>
            <w:shd w:val="clear" w:color="auto" w:fill="auto"/>
            <w:tcMar>
              <w:top w:w="70" w:type="dxa"/>
              <w:left w:w="90" w:type="dxa"/>
              <w:bottom w:w="70" w:type="dxa"/>
              <w:right w:w="90" w:type="dxa"/>
            </w:tcMar>
            <w:vAlign w:val="center"/>
          </w:tcPr>
          <w:p w:rsidR="003A58F0" w:rsidRPr="00242051" w:rsidRDefault="003A58F0">
            <w:pPr>
              <w:spacing w:line="276" w:lineRule="auto"/>
              <w:ind w:left="113"/>
              <w:jc w:val="both"/>
              <w:rPr>
                <w:sz w:val="28"/>
                <w:szCs w:val="28"/>
              </w:rPr>
            </w:pP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lưu ý cách đọc lời kể và nhấn giọng ở các từ ngữ quan trọng như: vùng vẫy, nhanh trí, cắn vào chân, liền bay đi.</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theo dõi bài trong SGK, chú ý cách đọc của GV.</w:t>
            </w: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kết luận: Khi đọc bài này, các em cần đọc rõ ràng, chú ý những từ ngữ thể hiện hành động của nhân vật.</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ghi nhớ cách đọc bài.</w:t>
            </w: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b. Luyện đọc câu</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đọc nối tiếp từng câu trong bài.</w:t>
            </w: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yêu cầu HS đọc nối tiếp từng câu lần 1.</w:t>
            </w:r>
          </w:p>
        </w:tc>
        <w:tc>
          <w:tcPr>
            <w:tcW w:w="5017" w:type="dxa"/>
            <w:shd w:val="clear" w:color="auto" w:fill="auto"/>
            <w:tcMar>
              <w:top w:w="70" w:type="dxa"/>
              <w:left w:w="90" w:type="dxa"/>
              <w:bottom w:w="70" w:type="dxa"/>
              <w:right w:w="90" w:type="dxa"/>
            </w:tcMar>
            <w:vAlign w:val="center"/>
          </w:tcPr>
          <w:p w:rsidR="003A58F0" w:rsidRPr="00242051" w:rsidRDefault="003A58F0">
            <w:pPr>
              <w:spacing w:line="276" w:lineRule="auto"/>
              <w:ind w:left="113"/>
              <w:jc w:val="both"/>
              <w:rPr>
                <w:sz w:val="28"/>
                <w:szCs w:val="28"/>
              </w:rPr>
            </w:pP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sửa lỗi phát âm cho HS ở một số tiếng, từ dễ đọc sai.</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lắng nghe và đọc lại các tiếng, từ còn sai.</w:t>
            </w: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lastRenderedPageBreak/>
              <w:t>- GV hướng dẫn đọc đúng các từ: vùng vẫy, nhanh trí, thợ săn, giật mình.</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đọc cá nhân, đồng thanh các từ khó.</w:t>
            </w: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yêu cầu HS đọc nối tiếp từng câu lần 2.</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đọc nối tiếp từng câu lần 2 rõ ràng hơn.</w:t>
            </w: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hướng dẫn đọc câu dài: “Nghe tiếng kêu cứu của kiến, / bồ câu nhanh trí nhặt một chiếc lá / thả xuống nước.”</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luyện đọc câu dài, biết ngắt nghỉ đúng chỗ.</w:t>
            </w: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hướng dẫn đọc câu: “Ngay lập tức, / kiến bò đến / cắn vào chân anh thợ săn.”</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luyện đọc câu theo hướng dẫn của GV.</w:t>
            </w: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kết luận: Muốn đọc hay, các em cần đọc đúng từ, đúng câu và biết ngắt nghỉ hợp lí.</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ghi nhớ cách đọc.</w:t>
            </w: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c. Luyện đọc đoạn</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theo dõi và xác định các đoạn trong bài.</w:t>
            </w: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chia bài thành 3 đoạn.</w:t>
            </w:r>
          </w:p>
        </w:tc>
        <w:tc>
          <w:tcPr>
            <w:tcW w:w="5017" w:type="dxa"/>
            <w:shd w:val="clear" w:color="auto" w:fill="auto"/>
            <w:tcMar>
              <w:top w:w="70" w:type="dxa"/>
              <w:left w:w="90" w:type="dxa"/>
              <w:bottom w:w="70" w:type="dxa"/>
              <w:right w:w="90" w:type="dxa"/>
            </w:tcMar>
            <w:vAlign w:val="center"/>
          </w:tcPr>
          <w:p w:rsidR="003A58F0" w:rsidRPr="00242051" w:rsidRDefault="003A58F0">
            <w:pPr>
              <w:spacing w:line="276" w:lineRule="auto"/>
              <w:ind w:left="113"/>
              <w:jc w:val="both"/>
              <w:rPr>
                <w:sz w:val="28"/>
                <w:szCs w:val="28"/>
              </w:rPr>
            </w:pP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yêu cầu HS đọc nối tiếp từng đoạn.</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đọc nối tiếp từng đoạn của bài.</w:t>
            </w: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giải thích từ vùng vẫy.</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lắng nghe và hiểu: “Vùng vẫy là cử động mạnh, liên tiếp để tìm cách thoát ra.”</w:t>
            </w: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giải thích từ nhanh trí.</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lắng nghe và hiểu: “Nhanh trí là suy nghĩ nhanh, biết tìm ra cách giải quyết nhanh.”</w:t>
            </w: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giải thích từ thợ săn.</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lắng nghe và hiểu: “Thợ săn là người chuyên đi săn bắt chim, thú.”</w:t>
            </w: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yêu cầu HS luyện đọc đoạn trong nhóm 3.</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luyện đọc đoạn theo nhóm 3.</w:t>
            </w: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mời 1 đến 2 HS đọc toàn bài.</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- 1 đến 2 HS đọc toàn bài trước lớp.</w:t>
            </w: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nhận xét, tuyên dương HS đọc tốt.</w:t>
            </w:r>
          </w:p>
        </w:tc>
        <w:tc>
          <w:tcPr>
            <w:tcW w:w="5017" w:type="dxa"/>
            <w:shd w:val="clear" w:color="auto" w:fill="auto"/>
            <w:tcMar>
              <w:top w:w="70" w:type="dxa"/>
              <w:left w:w="90" w:type="dxa"/>
              <w:bottom w:w="70" w:type="dxa"/>
              <w:right w:w="90" w:type="dxa"/>
            </w:tcMar>
            <w:vAlign w:val="center"/>
          </w:tcPr>
          <w:p w:rsidR="003A58F0" w:rsidRPr="00242051" w:rsidRDefault="003A58F0">
            <w:pPr>
              <w:spacing w:line="276" w:lineRule="auto"/>
              <w:ind w:left="113"/>
              <w:jc w:val="both"/>
              <w:rPr>
                <w:sz w:val="28"/>
                <w:szCs w:val="28"/>
              </w:rPr>
            </w:pPr>
          </w:p>
        </w:tc>
      </w:tr>
      <w:tr w:rsidR="003A58F0" w:rsidRPr="00242051" w:rsidTr="00054248">
        <w:trPr>
          <w:cantSplit/>
          <w:tblHeade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Kết luận: Các em đã đọc được bài khá tốt, cần tiếp tục luyện đọc rõ ràng, ngắt nghỉ đúng.</w:t>
            </w:r>
          </w:p>
        </w:tc>
        <w:tc>
          <w:tcPr>
            <w:tcW w:w="5017" w:type="dxa"/>
            <w:tcBorders>
              <w:bottom w:val="single" w:sz="4" w:space="0" w:color="auto"/>
            </w:tcBorders>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lắng nghe, ghi nhớ.</w:t>
            </w:r>
          </w:p>
        </w:tc>
      </w:tr>
      <w:tr w:rsidR="003A58F0" w:rsidRPr="00242051" w:rsidTr="00054248">
        <w:trPr>
          <w:cantSplit/>
          <w:tblHeade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3A58F0" w:rsidRPr="00242051" w:rsidRDefault="00496B0B">
            <w:pPr>
              <w:spacing w:line="276" w:lineRule="auto"/>
              <w:jc w:val="both"/>
              <w:rPr>
                <w:sz w:val="28"/>
                <w:szCs w:val="28"/>
              </w:rPr>
            </w:pPr>
            <w:r w:rsidRPr="00242051">
              <w:rPr>
                <w:rFonts w:cs="Times New Roman"/>
                <w:b/>
                <w:szCs w:val="28"/>
              </w:rPr>
              <w:t>TIẾT 2</w:t>
            </w:r>
          </w:p>
        </w:tc>
      </w:tr>
      <w:tr w:rsidR="003A58F0" w:rsidRPr="00242051" w:rsidTr="00054248">
        <w:trPr>
          <w:cantSplit/>
          <w:tblHeade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3A58F0" w:rsidRPr="00242051" w:rsidRDefault="00496B0B">
            <w:pPr>
              <w:spacing w:line="276" w:lineRule="auto"/>
              <w:jc w:val="both"/>
              <w:rPr>
                <w:sz w:val="28"/>
                <w:szCs w:val="28"/>
              </w:rPr>
            </w:pPr>
            <w:r w:rsidRPr="00242051">
              <w:rPr>
                <w:rFonts w:cs="Times New Roman"/>
                <w:b/>
                <w:szCs w:val="28"/>
              </w:rPr>
              <w:t>3. Trả lời câu hỏi</w:t>
            </w:r>
          </w:p>
        </w:tc>
      </w:tr>
      <w:tr w:rsidR="003A58F0" w:rsidRPr="00242051" w:rsidTr="00054248">
        <w:trPr>
          <w:cantSplit/>
          <w:tblHeade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3A58F0" w:rsidRPr="00242051" w:rsidRDefault="00496B0B">
            <w:pPr>
              <w:spacing w:line="276" w:lineRule="auto"/>
              <w:jc w:val="both"/>
              <w:rPr>
                <w:sz w:val="28"/>
                <w:szCs w:val="28"/>
              </w:rPr>
            </w:pPr>
            <w:r w:rsidRPr="00242051">
              <w:rPr>
                <w:rFonts w:cs="Times New Roman"/>
                <w:b/>
                <w:szCs w:val="28"/>
              </w:rPr>
              <w:t xml:space="preserve">Mục tiêu: Hiểu nội dung văn bản; trả lời đúng câu hỏi; rút ra bài học từ câu chuyện; </w:t>
            </w:r>
            <w:r w:rsidRPr="00242051">
              <w:rPr>
                <w:rFonts w:cs="Times New Roman"/>
                <w:b/>
                <w:color w:val="FF0000"/>
                <w:szCs w:val="28"/>
              </w:rPr>
              <w:t>giáo dục HS biết yêu thương, giúp đỡ người khác khi gặp khó khăn; biết nhớ ơn và sống có trách nhiệm.</w:t>
            </w:r>
          </w:p>
        </w:tc>
      </w:tr>
      <w:tr w:rsidR="003A58F0" w:rsidRPr="00242051" w:rsidTr="00054248">
        <w:trPr>
          <w:cantSplit/>
          <w:tblHeade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yêu cầu HS đọc thầm lại toàn bài.</w:t>
            </w:r>
          </w:p>
        </w:tc>
        <w:tc>
          <w:tcPr>
            <w:tcW w:w="5017" w:type="dxa"/>
            <w:tcBorders>
              <w:top w:val="single" w:sz="4" w:space="0" w:color="auto"/>
            </w:tcBorders>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đọc thầm lại bài.</w:t>
            </w: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yêu cầu HS trao đổi nhóm đôi để tìm câu trả lời.</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trao đổi nhóm đôi.</w:t>
            </w: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lastRenderedPageBreak/>
              <w:t>- GV hỏi: “Bồ câu đã làm gì để cứu kiến?”</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trả lời: “Bồ câu đã nhanh trí nhặt một chiếc lá rồi thả xuống mặt nước để kiến bám vào. Nhờ vậy, kiến không bị chìm nữa và leo được lên bờ an toàn.”</w:t>
            </w: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hỏi: “Kiến đã làm gì để cứu bồ câu?”</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trả lời: “Khi thấy người thợ săn đang giương súng định bắn chim bồ câu, kiến đã lập tức bò đến cắn vào chân người thợ săn. Vì bị đau và giật mình, người thợ săn không bắn được nữa, chim bồ câu liền bay đi thoát nạn.”</w:t>
            </w: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hỏi: “Vì sao kiến lại cứu bồ câu?”</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trả lời: “Kiến cứu bồ câu vì trước đó bồ câu đã cứu kiến thoát chết. Kiến nhớ ơn bồ câu nên khi thấy bồ câu gặp nguy hiểm, kiến đã giúp lại.”</w:t>
            </w: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hỏi: “Em học được điều gì từ câu chuyện này?”</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trả lời: “Em học được rằng trong cuộc sống phải biết yêu thương, giúp đỡ nhau khi gặp khó khăn. Khi được người khác giúp đỡ, em phải biết nhớ ơn và sẵn sàng làm việc tốt để giúp lại người khác.”</w:t>
            </w: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mời các nhóm khác nhận xét, bổ sung.</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nhận xét, bổ sung ý kiến của bạn.</w:t>
            </w: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hỏi liên hệ: “Ở lớp, ở nhà, em đã làm việc gì để giúp đỡ người khác?”</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trả lời: “Em giúp bạn nhặt đồ bị rơi, giảng bài cho bạn chưa hiểu, giúp mẹ quét nhà, giúp ông bà lấy nước.”</w:t>
            </w: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nhận xét, chốt ý.</w:t>
            </w:r>
          </w:p>
        </w:tc>
        <w:tc>
          <w:tcPr>
            <w:tcW w:w="5017" w:type="dxa"/>
            <w:shd w:val="clear" w:color="auto" w:fill="auto"/>
            <w:tcMar>
              <w:top w:w="70" w:type="dxa"/>
              <w:left w:w="90" w:type="dxa"/>
              <w:bottom w:w="70" w:type="dxa"/>
              <w:right w:w="90" w:type="dxa"/>
            </w:tcMar>
            <w:vAlign w:val="center"/>
          </w:tcPr>
          <w:p w:rsidR="003A58F0" w:rsidRPr="00242051" w:rsidRDefault="003A58F0">
            <w:pPr>
              <w:spacing w:line="276" w:lineRule="auto"/>
              <w:ind w:left="113"/>
              <w:jc w:val="both"/>
              <w:rPr>
                <w:sz w:val="28"/>
                <w:szCs w:val="28"/>
              </w:rPr>
            </w:pP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color w:val="FF0000"/>
                <w:szCs w:val="28"/>
              </w:rPr>
              <w:t>- Kết luận: Qua câu chuyện, các em cần biết yêu thương, giúp đỡ người khác khi gặp khó khăn, biết nhớ ơn người đã giúp mình và sống nhân ái, trách nhiệm trong cuộc sống hằng ngày.</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lắng nghe, ghi nhớ bài học.</w:t>
            </w:r>
          </w:p>
        </w:tc>
      </w:tr>
      <w:tr w:rsidR="00EC5725" w:rsidTr="00054248">
        <w:trPr>
          <w:jc w:val="center"/>
        </w:trPr>
        <w:tc>
          <w:tcPr>
            <w:tcW w:w="4933" w:type="dxa"/>
            <w:shd w:val="clear" w:color="auto" w:fill="auto"/>
            <w:vAlign w:val="center"/>
          </w:tcPr>
          <w:p w:rsidR="00EC5725" w:rsidRDefault="005C462C">
            <w:pPr>
              <w:spacing w:line="276" w:lineRule="auto"/>
              <w:jc w:val="both"/>
            </w:pPr>
            <w:r>
              <w:rPr>
                <w:rFonts w:cs="Times New Roman"/>
                <w:color w:val="FF0000"/>
              </w:rPr>
              <w:t>- GV hỏi dẫn tích hợp Lý tưởng cách mạng, đạo đức, lối sống: Trong câu chuyện, Bồ Câu đã làm gì khi Kiến gặp nạn và Kiến đã đáp lại ra sao? Khi thấy bạn gặp khó khăn, em nên giúp bạn như thế nào để vừa thể hiện lòng tốt vừa bảo đảm an toàn?</w:t>
            </w:r>
          </w:p>
        </w:tc>
        <w:tc>
          <w:tcPr>
            <w:tcW w:w="4933" w:type="dxa"/>
            <w:shd w:val="clear" w:color="auto" w:fill="auto"/>
            <w:vAlign w:val="center"/>
          </w:tcPr>
          <w:p w:rsidR="00EC5725" w:rsidRDefault="005C462C">
            <w:pPr>
              <w:spacing w:line="276" w:lineRule="auto"/>
              <w:jc w:val="both"/>
            </w:pPr>
            <w:r>
              <w:rPr>
                <w:rFonts w:cs="Times New Roman"/>
                <w:color w:val="FF0000"/>
              </w:rPr>
              <w:t>- HS trả lời: Bồ Câu thả chiếc lá cứu Kiến; Kiến cắn chân người thợ săn để cứu Bồ Câu. Em giúp bạn bằng việc vừa sức và báo cô giáo hoặc người lớn khi tình huống nguy hiểm.</w:t>
            </w:r>
          </w:p>
        </w:tc>
      </w:tr>
      <w:tr w:rsidR="00EC5725" w:rsidTr="00054248">
        <w:trPr>
          <w:jc w:val="center"/>
        </w:trPr>
        <w:tc>
          <w:tcPr>
            <w:tcW w:w="4933" w:type="dxa"/>
            <w:tcBorders>
              <w:bottom w:val="single" w:sz="4" w:space="0" w:color="auto"/>
            </w:tcBorders>
            <w:shd w:val="clear" w:color="auto" w:fill="auto"/>
            <w:vAlign w:val="center"/>
          </w:tcPr>
          <w:p w:rsidR="00EC5725" w:rsidRDefault="005C462C">
            <w:pPr>
              <w:spacing w:line="276" w:lineRule="auto"/>
              <w:jc w:val="both"/>
            </w:pPr>
            <w:r>
              <w:rPr>
                <w:rFonts w:cs="Times New Roman"/>
                <w:color w:val="FF0000"/>
              </w:rPr>
              <w:t xml:space="preserve">- GV diễn giải tích hợp Lý tưởng cách mạng, đạo đức, lối sống: Qua hai nhân vật, GV giúp HS hiểu lòng nhân ái không chỉ là thương bạn mà còn thể hiện bằng hành động cụ thể, đúng lúc. Bồ Câu cứu Kiến khi Kiến sắp bị dòng nước cuốn đi; Kiến nhớ ơn và giúp lại Bồ Câu. </w:t>
            </w:r>
            <w:r>
              <w:rPr>
                <w:rFonts w:cs="Times New Roman"/>
                <w:color w:val="FF0000"/>
              </w:rPr>
              <w:lastRenderedPageBreak/>
              <w:t>Trong đời sống, các em có thể nâng bạn bị ngã nhẹ, nhặt hộ đồ dùng, an ủi bạn; còn khi bạn bị thương, gặp nước sâu, vật sắc nhọn hoặc người lạ gây nguy hiểm, em không tự xử lí mà cần gọi ngay người lớn để hỗ trợ.</w:t>
            </w:r>
          </w:p>
        </w:tc>
        <w:tc>
          <w:tcPr>
            <w:tcW w:w="4933" w:type="dxa"/>
            <w:tcBorders>
              <w:bottom w:val="single" w:sz="4" w:space="0" w:color="auto"/>
            </w:tcBorders>
            <w:shd w:val="clear" w:color="auto" w:fill="auto"/>
            <w:vAlign w:val="center"/>
          </w:tcPr>
          <w:p w:rsidR="00EC5725" w:rsidRDefault="005C462C">
            <w:pPr>
              <w:spacing w:line="276" w:lineRule="auto"/>
              <w:jc w:val="both"/>
            </w:pPr>
            <w:r>
              <w:rPr>
                <w:rFonts w:cs="Times New Roman"/>
                <w:color w:val="FF0000"/>
              </w:rPr>
              <w:lastRenderedPageBreak/>
              <w:t>- HS lắng nghe, liên hệ và thực hiện: HS liên hệ và nêu một việc làm nhân ái, an toàn em có thể thực hiện ở lớp hoặc ở nhà.</w:t>
            </w:r>
          </w:p>
        </w:tc>
      </w:tr>
      <w:tr w:rsidR="003A58F0" w:rsidRPr="00242051" w:rsidTr="00054248">
        <w:trPr>
          <w:cantSplit/>
          <w:tblHeade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3A58F0" w:rsidRPr="00242051" w:rsidRDefault="00496B0B">
            <w:pPr>
              <w:spacing w:line="276" w:lineRule="auto"/>
              <w:jc w:val="both"/>
              <w:rPr>
                <w:sz w:val="28"/>
                <w:szCs w:val="28"/>
              </w:rPr>
            </w:pPr>
            <w:r w:rsidRPr="00242051">
              <w:rPr>
                <w:rFonts w:cs="Times New Roman"/>
                <w:b/>
                <w:szCs w:val="28"/>
              </w:rPr>
              <w:lastRenderedPageBreak/>
              <w:t>4. Viết vào vở câu trả lời cho câu hỏi b ở mục 3</w:t>
            </w:r>
          </w:p>
        </w:tc>
      </w:tr>
      <w:tr w:rsidR="003A58F0" w:rsidRPr="00242051" w:rsidTr="00054248">
        <w:trPr>
          <w:cantSplit/>
          <w:tblHeade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3A58F0" w:rsidRPr="00242051" w:rsidRDefault="00496B0B">
            <w:pPr>
              <w:spacing w:line="276" w:lineRule="auto"/>
              <w:jc w:val="both"/>
              <w:rPr>
                <w:sz w:val="28"/>
                <w:szCs w:val="28"/>
              </w:rPr>
            </w:pPr>
            <w:r w:rsidRPr="00242051">
              <w:rPr>
                <w:rFonts w:cs="Times New Roman"/>
                <w:b/>
                <w:szCs w:val="28"/>
              </w:rPr>
              <w:t>Mục tiêu: Viết đúng câu trả lời; biết viết hoa đầu câu và đặt dấu chấm cuối câu.</w:t>
            </w:r>
          </w:p>
        </w:tc>
      </w:tr>
      <w:tr w:rsidR="003A58F0" w:rsidRPr="00242051" w:rsidTr="00054248">
        <w:trPr>
          <w:cantSplit/>
          <w:tblHeade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nêu yêu cầu: “Các em hãy viết vào vở câu trả lời cho câu hỏi: Kiến đã làm gì để cứu bồ câu?”</w:t>
            </w:r>
          </w:p>
        </w:tc>
        <w:tc>
          <w:tcPr>
            <w:tcW w:w="5017" w:type="dxa"/>
            <w:tcBorders>
              <w:top w:val="single" w:sz="4" w:space="0" w:color="auto"/>
            </w:tcBorders>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lắng nghe yêu cầu.</w:t>
            </w: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viết câu mẫu lên bảng: “Kiến đã bò đến cắn vào chân người thợ săn để cứu chim bồ câu.”</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quan sát câu mẫu.</w:t>
            </w: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nhắc HS viết hoa chữ cái đầu câu.</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ghi nhớ cách viết hoa đầu câu.</w:t>
            </w: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nhắc HS đặt dấu chấm ở cuối câu.</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ghi nhớ cách đặt dấu câu.</w:t>
            </w: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yêu cầu HS viết vào vở.</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viết câu vào vở.</w:t>
            </w: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quan sát, hỗ trợ HS còn chậm.</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hoàn thành bài viết.</w:t>
            </w: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nhận xét một số bài viết.</w:t>
            </w:r>
          </w:p>
        </w:tc>
        <w:tc>
          <w:tcPr>
            <w:tcW w:w="5017" w:type="dxa"/>
            <w:shd w:val="clear" w:color="auto" w:fill="auto"/>
            <w:tcMar>
              <w:top w:w="70" w:type="dxa"/>
              <w:left w:w="90" w:type="dxa"/>
              <w:bottom w:w="70" w:type="dxa"/>
              <w:right w:w="90" w:type="dxa"/>
            </w:tcMar>
            <w:vAlign w:val="center"/>
          </w:tcPr>
          <w:p w:rsidR="003A58F0" w:rsidRPr="00242051" w:rsidRDefault="003A58F0">
            <w:pPr>
              <w:spacing w:line="276" w:lineRule="auto"/>
              <w:ind w:left="113"/>
              <w:jc w:val="both"/>
              <w:rPr>
                <w:sz w:val="28"/>
                <w:szCs w:val="28"/>
              </w:rPr>
            </w:pPr>
          </w:p>
        </w:tc>
      </w:tr>
      <w:tr w:rsidR="003A58F0" w:rsidRPr="00242051" w:rsidTr="00054248">
        <w:trPr>
          <w:cantSplit/>
          <w:tblHeade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Kết luận: Khi viết câu trả lời, các em cần viết đủ ý, đúng nội dung, đúng chính tả và trình bày sạch đẹp.</w:t>
            </w:r>
          </w:p>
        </w:tc>
        <w:tc>
          <w:tcPr>
            <w:tcW w:w="5017" w:type="dxa"/>
            <w:tcBorders>
              <w:bottom w:val="single" w:sz="4" w:space="0" w:color="auto"/>
            </w:tcBorders>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lắng nghe, sửa bài nếu cần.</w:t>
            </w:r>
          </w:p>
        </w:tc>
      </w:tr>
      <w:tr w:rsidR="003A58F0" w:rsidRPr="00242051" w:rsidTr="00054248">
        <w:trPr>
          <w:cantSplit/>
          <w:tblHeade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3A58F0" w:rsidRPr="00242051" w:rsidRDefault="00496B0B">
            <w:pPr>
              <w:spacing w:line="276" w:lineRule="auto"/>
              <w:jc w:val="both"/>
              <w:rPr>
                <w:sz w:val="28"/>
                <w:szCs w:val="28"/>
              </w:rPr>
            </w:pPr>
            <w:r w:rsidRPr="00242051">
              <w:rPr>
                <w:rFonts w:cs="Times New Roman"/>
                <w:b/>
                <w:szCs w:val="28"/>
              </w:rPr>
              <w:t>5. Chọn từ ngữ để hoàn thiện câu và viết câu vào vở</w:t>
            </w:r>
          </w:p>
        </w:tc>
      </w:tr>
      <w:tr w:rsidR="003A58F0" w:rsidRPr="00242051" w:rsidTr="00054248">
        <w:trPr>
          <w:cantSplit/>
          <w:tblHeade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3A58F0" w:rsidRPr="00242051" w:rsidRDefault="00496B0B">
            <w:pPr>
              <w:spacing w:line="276" w:lineRule="auto"/>
              <w:jc w:val="both"/>
              <w:rPr>
                <w:sz w:val="28"/>
                <w:szCs w:val="28"/>
              </w:rPr>
            </w:pPr>
            <w:r w:rsidRPr="00242051">
              <w:rPr>
                <w:rFonts w:cs="Times New Roman"/>
                <w:b/>
                <w:szCs w:val="28"/>
              </w:rPr>
              <w:t>Mục tiêu: Chọn được từ ngữ phù hợp để hoàn thiện câu; viết đúng câu hoàn chỉnh vào vở.</w:t>
            </w:r>
          </w:p>
        </w:tc>
      </w:tr>
      <w:tr w:rsidR="003A58F0" w:rsidRPr="00242051" w:rsidTr="00054248">
        <w:trPr>
          <w:cantSplit/>
          <w:tblHeade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yêu cầu HS đọc yêu cầu bài tập.</w:t>
            </w:r>
          </w:p>
        </w:tc>
        <w:tc>
          <w:tcPr>
            <w:tcW w:w="5017" w:type="dxa"/>
            <w:tcBorders>
              <w:top w:val="single" w:sz="4" w:space="0" w:color="auto"/>
            </w:tcBorders>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đọc yêu cầu bài tập.</w:t>
            </w: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hướng dẫn HS làm việc nhóm đôi để chọn từ thích hợp.</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thảo luận nhóm đôi.</w:t>
            </w: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hỏi: “Ở câu a, từ nào phù hợp để điền vào chỗ trống?”</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trả lời: “Từ phù hợp là nhanh trí. Câu hoàn chỉnh là: Nam nhanh trí nghĩ ngay ra lời giải cho câu đố.”</w:t>
            </w: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hỏi: “Ở câu b, từ nào phù hợp để điền vào chỗ trống?”</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trả lời: “Từ phù hợp là cảm động. Câu hoàn chỉnh là: Ông kể cho em nghe một câu chuyện cảm động.”</w:t>
            </w: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yêu cầu HS viết hai câu hoàn chỉnh vào vở.</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viết hai câu vào vở.</w:t>
            </w:r>
          </w:p>
        </w:tc>
      </w:tr>
      <w:tr w:rsidR="003A58F0"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nhận xét bài làm của HS.</w:t>
            </w:r>
          </w:p>
        </w:tc>
        <w:tc>
          <w:tcPr>
            <w:tcW w:w="5017" w:type="dxa"/>
            <w:shd w:val="clear" w:color="auto" w:fill="auto"/>
            <w:tcMar>
              <w:top w:w="70" w:type="dxa"/>
              <w:left w:w="90" w:type="dxa"/>
              <w:bottom w:w="70" w:type="dxa"/>
              <w:right w:w="90" w:type="dxa"/>
            </w:tcMar>
            <w:vAlign w:val="center"/>
          </w:tcPr>
          <w:p w:rsidR="003A58F0" w:rsidRPr="00242051" w:rsidRDefault="003A58F0">
            <w:pPr>
              <w:spacing w:line="276" w:lineRule="auto"/>
              <w:ind w:left="113"/>
              <w:jc w:val="both"/>
              <w:rPr>
                <w:sz w:val="28"/>
                <w:szCs w:val="28"/>
              </w:rPr>
            </w:pPr>
          </w:p>
        </w:tc>
      </w:tr>
      <w:tr w:rsidR="003A58F0" w:rsidRPr="00242051" w:rsidTr="00054248">
        <w:trPr>
          <w:cantSplit/>
          <w:tblHeade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lastRenderedPageBreak/>
              <w:t>- Kết luận: Các em cần chọn đúng từ ngữ để câu văn đủ nghĩa, hay và phù hợp.</w:t>
            </w:r>
          </w:p>
        </w:tc>
        <w:tc>
          <w:tcPr>
            <w:tcW w:w="5017" w:type="dxa"/>
            <w:tcBorders>
              <w:bottom w:val="single" w:sz="4" w:space="0" w:color="auto"/>
            </w:tcBorders>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lắng nghe, sửa bài nếu có.</w:t>
            </w:r>
          </w:p>
        </w:tc>
      </w:tr>
      <w:tr w:rsidR="003A58F0" w:rsidRPr="00242051" w:rsidTr="00054248">
        <w:trPr>
          <w:cantSplit/>
          <w:tblHeade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3A58F0" w:rsidRPr="00242051" w:rsidRDefault="00496B0B">
            <w:pPr>
              <w:spacing w:line="276" w:lineRule="auto"/>
              <w:jc w:val="both"/>
              <w:rPr>
                <w:sz w:val="28"/>
                <w:szCs w:val="28"/>
              </w:rPr>
            </w:pPr>
            <w:r w:rsidRPr="00242051">
              <w:rPr>
                <w:rFonts w:cs="Times New Roman"/>
                <w:b/>
                <w:szCs w:val="28"/>
              </w:rPr>
              <w:t>6. Kể lại câu chuyện Kiến và chim bồ câu</w:t>
            </w:r>
          </w:p>
        </w:tc>
      </w:tr>
      <w:tr w:rsidR="003A58F0" w:rsidRPr="00242051" w:rsidTr="00054248">
        <w:trPr>
          <w:cantSplit/>
          <w:tblHeade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3A58F0" w:rsidRPr="00242051" w:rsidRDefault="00496B0B">
            <w:pPr>
              <w:spacing w:line="276" w:lineRule="auto"/>
              <w:jc w:val="both"/>
              <w:rPr>
                <w:sz w:val="28"/>
                <w:szCs w:val="28"/>
              </w:rPr>
            </w:pPr>
            <w:r w:rsidRPr="00242051">
              <w:rPr>
                <w:rFonts w:cs="Times New Roman"/>
                <w:b/>
                <w:szCs w:val="28"/>
              </w:rPr>
              <w:t>Mục tiêu: Kể lại được câu chuyện theo tranh; rèn kĩ năng nói, nghe và hợp tác nhóm; củng cố bài học về lòng nhân ái, biết giúp đỡ nhau.</w:t>
            </w:r>
          </w:p>
        </w:tc>
      </w:tr>
      <w:tr w:rsidR="003A58F0" w:rsidRPr="00242051" w:rsidTr="00054248">
        <w:trPr>
          <w:tblHeade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242051" w:rsidRPr="00242051" w:rsidRDefault="00496B0B" w:rsidP="00054248">
            <w:pPr>
              <w:spacing w:line="276" w:lineRule="auto"/>
              <w:ind w:left="113"/>
              <w:jc w:val="both"/>
              <w:rPr>
                <w:sz w:val="28"/>
                <w:szCs w:val="28"/>
              </w:rPr>
            </w:pPr>
            <w:r w:rsidRPr="00242051">
              <w:rPr>
                <w:rFonts w:cs="Times New Roman"/>
                <w:szCs w:val="28"/>
              </w:rPr>
              <w:t>- GV yêu cầu HS quan sát tranh 1 và hỏi: “Tranh 1 vẽ cảnh gì?”</w:t>
            </w:r>
          </w:p>
        </w:tc>
        <w:tc>
          <w:tcPr>
            <w:tcW w:w="5017" w:type="dxa"/>
            <w:tcBorders>
              <w:top w:val="single" w:sz="4" w:space="0" w:color="auto"/>
            </w:tcBorders>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trả lời: “Tranh 1 vẽ cảnh con kiến bị rơi xuống nước, đang vùng vẫy và không tự lên bờ được.”</w:t>
            </w:r>
          </w:p>
        </w:tc>
      </w:tr>
      <w:tr w:rsidR="003A58F0" w:rsidRPr="00242051" w:rsidTr="00054248">
        <w:trPr>
          <w:tblHeader/>
          <w:jc w:val="center"/>
        </w:trPr>
        <w:tc>
          <w:tcPr>
            <w:tcW w:w="5017" w:type="dxa"/>
            <w:shd w:val="clear" w:color="auto" w:fill="auto"/>
            <w:tcMar>
              <w:top w:w="70" w:type="dxa"/>
              <w:left w:w="90" w:type="dxa"/>
              <w:bottom w:w="70" w:type="dxa"/>
              <w:right w:w="90" w:type="dxa"/>
            </w:tcMar>
            <w:vAlign w:val="center"/>
          </w:tcPr>
          <w:p w:rsidR="00242051" w:rsidRPr="00242051" w:rsidRDefault="00496B0B" w:rsidP="00054248">
            <w:pPr>
              <w:spacing w:line="276" w:lineRule="auto"/>
              <w:ind w:left="113"/>
              <w:jc w:val="both"/>
              <w:rPr>
                <w:sz w:val="28"/>
                <w:szCs w:val="28"/>
              </w:rPr>
            </w:pPr>
            <w:r w:rsidRPr="00242051">
              <w:rPr>
                <w:rFonts w:cs="Times New Roman"/>
                <w:szCs w:val="28"/>
              </w:rPr>
              <w:t>- GV yêu cầu HS quan sát tranh 2 và hỏi: “Tranh 2 vẽ cảnh gì?”</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trả lời: “Tranh 2 vẽ cảnh chim bồ câu nhặt một chiếc lá thả xuống nước để cứu kiến. Kiến bám vào lá và leo được lên bờ.”</w:t>
            </w:r>
          </w:p>
        </w:tc>
      </w:tr>
      <w:tr w:rsidR="003A58F0" w:rsidRPr="00242051" w:rsidTr="00054248">
        <w:trPr>
          <w:tblHeader/>
          <w:jc w:val="center"/>
        </w:trPr>
        <w:tc>
          <w:tcPr>
            <w:tcW w:w="5017" w:type="dxa"/>
            <w:shd w:val="clear" w:color="auto" w:fill="auto"/>
            <w:tcMar>
              <w:top w:w="70" w:type="dxa"/>
              <w:left w:w="90" w:type="dxa"/>
              <w:bottom w:w="70" w:type="dxa"/>
              <w:right w:w="90" w:type="dxa"/>
            </w:tcMar>
            <w:vAlign w:val="center"/>
          </w:tcPr>
          <w:p w:rsidR="00242051" w:rsidRPr="00242051" w:rsidRDefault="00496B0B" w:rsidP="00054248">
            <w:pPr>
              <w:spacing w:line="276" w:lineRule="auto"/>
              <w:ind w:left="113"/>
              <w:jc w:val="both"/>
              <w:rPr>
                <w:sz w:val="28"/>
                <w:szCs w:val="28"/>
              </w:rPr>
            </w:pPr>
            <w:r w:rsidRPr="00242051">
              <w:rPr>
                <w:rFonts w:cs="Times New Roman"/>
                <w:szCs w:val="28"/>
              </w:rPr>
              <w:t>- GV yêu cầu HS quan sát tranh 3 và hỏi: “Tranh 3 vẽ cảnh gì?”</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trả lời: “Tranh 3 vẽ cảnh người thợ săn giương súng định bắn chim bồ câu. Kiến đã bò đến cắn vào chân người thợ săn làm ông ta giật mình.”</w:t>
            </w:r>
          </w:p>
        </w:tc>
      </w:tr>
      <w:tr w:rsidR="003A58F0" w:rsidRPr="00242051" w:rsidTr="00054248">
        <w:trPr>
          <w:tblHeader/>
          <w:jc w:val="center"/>
        </w:trPr>
        <w:tc>
          <w:tcPr>
            <w:tcW w:w="5017" w:type="dxa"/>
            <w:shd w:val="clear" w:color="auto" w:fill="auto"/>
            <w:tcMar>
              <w:top w:w="70" w:type="dxa"/>
              <w:left w:w="90" w:type="dxa"/>
              <w:bottom w:w="70" w:type="dxa"/>
              <w:right w:w="90" w:type="dxa"/>
            </w:tcMar>
            <w:vAlign w:val="center"/>
          </w:tcPr>
          <w:p w:rsidR="00242051" w:rsidRPr="00242051" w:rsidRDefault="00496B0B" w:rsidP="00054248">
            <w:pPr>
              <w:spacing w:line="276" w:lineRule="auto"/>
              <w:ind w:left="113"/>
              <w:jc w:val="both"/>
              <w:rPr>
                <w:sz w:val="28"/>
                <w:szCs w:val="28"/>
              </w:rPr>
            </w:pPr>
            <w:r w:rsidRPr="00242051">
              <w:rPr>
                <w:rFonts w:cs="Times New Roman"/>
                <w:szCs w:val="28"/>
              </w:rPr>
              <w:t>- GV yêu cầu HS quan sát tranh 4 và hỏi: “Tranh 4 nói điều gì?”</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trả lời: “Tranh 4 thể hiện hai bạn đã giúp đỡ nhau và đều thoát nạn. Câu chuyện kết thúc tốt đẹp.”</w:t>
            </w:r>
          </w:p>
        </w:tc>
      </w:tr>
      <w:tr w:rsidR="003A58F0" w:rsidRPr="00242051" w:rsidTr="00054248">
        <w:trPr>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yêu cầu HS kể lại toàn bộ câu chuyện theo nhóm.</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kể lại câu chuyện trong nhóm.</w:t>
            </w:r>
          </w:p>
        </w:tc>
      </w:tr>
      <w:tr w:rsidR="003A58F0" w:rsidRPr="00242051" w:rsidTr="00054248">
        <w:trPr>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mời đại diện nhóm kể trước lớp.</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đại diện nhóm kể trước lớp: “Một hôm, kiến bị rơi xuống nước... cuối cùng chim bồ câu thoát nạn nhờ kiến cứu.”</w:t>
            </w:r>
          </w:p>
        </w:tc>
      </w:tr>
      <w:tr w:rsidR="003A58F0" w:rsidRPr="00242051" w:rsidTr="00054248">
        <w:trPr>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GV nhận xét cách kể của HS.</w:t>
            </w:r>
          </w:p>
        </w:tc>
        <w:tc>
          <w:tcPr>
            <w:tcW w:w="5017" w:type="dxa"/>
            <w:shd w:val="clear" w:color="auto" w:fill="auto"/>
            <w:tcMar>
              <w:top w:w="70" w:type="dxa"/>
              <w:left w:w="90" w:type="dxa"/>
              <w:bottom w:w="70" w:type="dxa"/>
              <w:right w:w="90" w:type="dxa"/>
            </w:tcMar>
            <w:vAlign w:val="center"/>
          </w:tcPr>
          <w:p w:rsidR="003A58F0" w:rsidRPr="00242051" w:rsidRDefault="003A58F0">
            <w:pPr>
              <w:spacing w:line="276" w:lineRule="auto"/>
              <w:ind w:left="113"/>
              <w:jc w:val="both"/>
              <w:rPr>
                <w:sz w:val="28"/>
                <w:szCs w:val="28"/>
              </w:rPr>
            </w:pPr>
          </w:p>
        </w:tc>
      </w:tr>
      <w:tr w:rsidR="00EC5725" w:rsidTr="00054248">
        <w:trPr>
          <w:jc w:val="center"/>
        </w:trPr>
        <w:tc>
          <w:tcPr>
            <w:tcW w:w="4933" w:type="dxa"/>
            <w:shd w:val="clear" w:color="auto" w:fill="auto"/>
            <w:vAlign w:val="center"/>
          </w:tcPr>
          <w:p w:rsidR="00EC5725" w:rsidRDefault="005C462C">
            <w:pPr>
              <w:spacing w:line="276" w:lineRule="auto"/>
              <w:jc w:val="both"/>
            </w:pPr>
            <w:r>
              <w:rPr>
                <w:rFonts w:cs="Times New Roman"/>
                <w:color w:val="FF0000"/>
              </w:rPr>
              <w:t>- GV hỏi dẫn tích hợp AI 1.B3.1: Nếu có người hoặc con vật gặp nạn ở nơi rất nguy hiểm như đám cháy, vùng nước sâu hoặc đống đổ nát, con người có thể nhờ thiết bị thông minh nào hỗ trợ?</w:t>
            </w:r>
          </w:p>
        </w:tc>
        <w:tc>
          <w:tcPr>
            <w:tcW w:w="4933" w:type="dxa"/>
            <w:shd w:val="clear" w:color="auto" w:fill="auto"/>
            <w:vAlign w:val="center"/>
          </w:tcPr>
          <w:p w:rsidR="00EC5725" w:rsidRDefault="005C462C">
            <w:pPr>
              <w:spacing w:line="276" w:lineRule="auto"/>
              <w:jc w:val="both"/>
            </w:pPr>
            <w:r>
              <w:rPr>
                <w:rFonts w:cs="Times New Roman"/>
                <w:color w:val="FF0000"/>
              </w:rPr>
              <w:t>- HS trả lời: Con người có thể sử dụng robot cứu hộ hoặc thiết bị thông minh để tìm kiếm, quan sát và hỗ trợ cứu nạn ở nơi nguy hiểm.</w:t>
            </w:r>
          </w:p>
        </w:tc>
      </w:tr>
      <w:tr w:rsidR="00EC5725" w:rsidTr="00054248">
        <w:trPr>
          <w:jc w:val="center"/>
        </w:trPr>
        <w:tc>
          <w:tcPr>
            <w:tcW w:w="4933" w:type="dxa"/>
            <w:shd w:val="clear" w:color="auto" w:fill="auto"/>
            <w:vAlign w:val="center"/>
          </w:tcPr>
          <w:p w:rsidR="00EC5725" w:rsidRDefault="005C462C">
            <w:pPr>
              <w:spacing w:line="276" w:lineRule="auto"/>
              <w:jc w:val="both"/>
            </w:pPr>
            <w:r>
              <w:rPr>
                <w:rFonts w:cs="Times New Roman"/>
                <w:color w:val="FF0000"/>
              </w:rPr>
              <w:t xml:space="preserve">- GV diễn giải tích hợp AI 1.B3.1: GV mở rộng từ hành động cứu bạn trong câu chuyện: ngày nay, con người có thể chế tạo robot cứu hộ có camera, cảm biến hoặc loa liên lạc để đi vào những nơi con người khó tiếp cận. AI chỉ phát huy ý nghĩa tốt đẹp khi được con người sử dụng để bảo vệ sự sống, hỗ trợ người gặp nạn và giảm nguy hiểm cho lực lượng cứu hộ. HS cần hiểu AI không tự thay thế lòng tốt; chính con người quyết định sử dụng công nghệ vào </w:t>
            </w:r>
            <w:r>
              <w:rPr>
                <w:rFonts w:cs="Times New Roman"/>
                <w:color w:val="FF0000"/>
              </w:rPr>
              <w:lastRenderedPageBreak/>
              <w:t>việc có ích.</w:t>
            </w:r>
          </w:p>
        </w:tc>
        <w:tc>
          <w:tcPr>
            <w:tcW w:w="4933" w:type="dxa"/>
            <w:shd w:val="clear" w:color="auto" w:fill="auto"/>
            <w:vAlign w:val="center"/>
          </w:tcPr>
          <w:p w:rsidR="00EC5725" w:rsidRDefault="005C462C">
            <w:pPr>
              <w:spacing w:line="276" w:lineRule="auto"/>
              <w:jc w:val="both"/>
            </w:pPr>
            <w:r>
              <w:rPr>
                <w:rFonts w:cs="Times New Roman"/>
                <w:color w:val="FF0000"/>
              </w:rPr>
              <w:lastRenderedPageBreak/>
              <w:t>- HS lắng nghe, liên hệ và thực hiện: HS lắng nghe, nêu được robot cứu hộ là ví dụ AI được dùng vì mục đích tốt đẹp.</w:t>
            </w:r>
          </w:p>
        </w:tc>
      </w:tr>
      <w:tr w:rsidR="003A58F0" w:rsidRPr="00242051" w:rsidTr="00054248">
        <w:trPr>
          <w:tblHeader/>
          <w:jc w:val="center"/>
        </w:trPr>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lastRenderedPageBreak/>
              <w:t>- Kết luận: Câu chuyện giúp chúng ta hiểu rằng cần biết yêu thương, giúp đỡ nhau khi gặp khó khăn, hoạn nạn.</w:t>
            </w:r>
          </w:p>
        </w:tc>
        <w:tc>
          <w:tcPr>
            <w:tcW w:w="5017" w:type="dxa"/>
            <w:shd w:val="clear" w:color="auto" w:fill="auto"/>
            <w:tcMar>
              <w:top w:w="70" w:type="dxa"/>
              <w:left w:w="90" w:type="dxa"/>
              <w:bottom w:w="70" w:type="dxa"/>
              <w:right w:w="90" w:type="dxa"/>
            </w:tcMar>
            <w:vAlign w:val="center"/>
          </w:tcPr>
          <w:p w:rsidR="003A58F0" w:rsidRPr="00242051" w:rsidRDefault="00496B0B">
            <w:pPr>
              <w:spacing w:line="276" w:lineRule="auto"/>
              <w:ind w:left="113"/>
              <w:jc w:val="both"/>
              <w:rPr>
                <w:sz w:val="28"/>
                <w:szCs w:val="28"/>
              </w:rPr>
            </w:pPr>
            <w:r w:rsidRPr="00242051">
              <w:rPr>
                <w:rFonts w:cs="Times New Roman"/>
                <w:szCs w:val="28"/>
              </w:rPr>
              <w:t>- HS lắng nghe, ghi nhớ bài học.</w:t>
            </w:r>
          </w:p>
        </w:tc>
      </w:tr>
    </w:tbl>
    <w:p w:rsidR="003A58F0" w:rsidRPr="00242051" w:rsidRDefault="00496B0B">
      <w:pPr>
        <w:spacing w:after="0"/>
        <w:jc w:val="both"/>
        <w:rPr>
          <w:sz w:val="28"/>
          <w:szCs w:val="28"/>
        </w:rPr>
      </w:pPr>
      <w:r w:rsidRPr="00242051">
        <w:rPr>
          <w:rFonts w:cs="Times New Roman"/>
          <w:b/>
          <w:szCs w:val="28"/>
        </w:rPr>
        <w:t>IV. ĐIỀU CHỈNH SAU BÀI DẠY</w:t>
      </w:r>
    </w:p>
    <w:p w:rsidR="00EC5F88" w:rsidRPr="00242051" w:rsidRDefault="00EC5F88">
      <w:pPr>
        <w:spacing w:after="0"/>
        <w:ind w:left="340" w:hanging="170"/>
        <w:jc w:val="both"/>
        <w:rPr>
          <w:sz w:val="28"/>
          <w:szCs w:val="28"/>
        </w:rPr>
      </w:pPr>
    </w:p>
    <w:p w:rsidR="00EC5F88" w:rsidRPr="00242051" w:rsidRDefault="00EC5F88" w:rsidP="00EC5F88">
      <w:pPr>
        <w:spacing w:after="0"/>
        <w:jc w:val="both"/>
        <w:rPr>
          <w:sz w:val="28"/>
          <w:szCs w:val="28"/>
        </w:rPr>
      </w:pPr>
      <w:r w:rsidRPr="00242051">
        <w:rPr>
          <w:rFonts w:cs="Times New Roman"/>
          <w:b/>
          <w:szCs w:val="28"/>
        </w:rPr>
        <w:t>TIẾNG VIỆT</w:t>
      </w:r>
    </w:p>
    <w:p w:rsidR="00EC5F88" w:rsidRPr="00242051" w:rsidRDefault="00EC5F88" w:rsidP="00EC5F88">
      <w:pPr>
        <w:spacing w:after="0"/>
        <w:jc w:val="center"/>
        <w:rPr>
          <w:sz w:val="28"/>
          <w:szCs w:val="28"/>
        </w:rPr>
      </w:pPr>
      <w:r>
        <w:rPr>
          <w:rFonts w:cs="Times New Roman"/>
          <w:b/>
        </w:rPr>
        <w:t>BÀI 1: KIẾN VÀ CHIM BỒ CÂU (TIẾT 3 + 4)</w:t>
      </w:r>
    </w:p>
    <w:p w:rsidR="00EC5F88" w:rsidRPr="00242051" w:rsidRDefault="00EC5F88" w:rsidP="00EC5F88">
      <w:pPr>
        <w:spacing w:after="0"/>
        <w:jc w:val="both"/>
        <w:rPr>
          <w:sz w:val="28"/>
          <w:szCs w:val="28"/>
        </w:rPr>
      </w:pPr>
      <w:r w:rsidRPr="00242051">
        <w:rPr>
          <w:rFonts w:cs="Times New Roman"/>
          <w:b/>
          <w:szCs w:val="28"/>
        </w:rPr>
        <w:t>I. YÊU CẦU CẦN ĐẠT</w:t>
      </w:r>
    </w:p>
    <w:p w:rsidR="00EC5F88" w:rsidRPr="00242051" w:rsidRDefault="00EC5F88" w:rsidP="00EC5F88">
      <w:pPr>
        <w:spacing w:after="0"/>
        <w:jc w:val="both"/>
        <w:rPr>
          <w:sz w:val="28"/>
          <w:szCs w:val="28"/>
        </w:rPr>
      </w:pPr>
      <w:r w:rsidRPr="00242051">
        <w:rPr>
          <w:rFonts w:cs="Times New Roman"/>
          <w:b/>
          <w:szCs w:val="28"/>
        </w:rPr>
        <w:t>1. Năng lực đặc thù</w:t>
      </w:r>
    </w:p>
    <w:p w:rsidR="00EC5F88" w:rsidRPr="00242051" w:rsidRDefault="00EC5F88" w:rsidP="00EC5F88">
      <w:pPr>
        <w:spacing w:after="0"/>
        <w:jc w:val="both"/>
        <w:rPr>
          <w:sz w:val="28"/>
          <w:szCs w:val="28"/>
        </w:rPr>
      </w:pPr>
      <w:r w:rsidRPr="00242051">
        <w:rPr>
          <w:rFonts w:cs="Times New Roman"/>
          <w:szCs w:val="28"/>
        </w:rPr>
        <w:t>- Đọc đúng, rõ ràng một câu chuyện ngắn và đơn giản, có lời thoại; hiểu và trả lời đúng các câu hỏi có liên quan đến văn bản; quan sát, nhận biết được các chi tiết trong tranh và suy luận từ tranh được quan sát.</w:t>
      </w:r>
    </w:p>
    <w:p w:rsidR="00EC5F88" w:rsidRPr="00242051" w:rsidRDefault="00EC5F88" w:rsidP="00EC5F88">
      <w:pPr>
        <w:spacing w:after="0"/>
        <w:jc w:val="both"/>
        <w:rPr>
          <w:sz w:val="28"/>
          <w:szCs w:val="28"/>
        </w:rPr>
      </w:pPr>
      <w:r w:rsidRPr="00242051">
        <w:rPr>
          <w:rFonts w:cs="Times New Roman"/>
          <w:szCs w:val="28"/>
        </w:rPr>
        <w:t>- Viết lại đúng câu trả lời cho câu hỏi trong văn bản đọc; hoàn thiện câu dựa vào những từ ngữ cho sẵn và viết lại đúng câu đã hoàn thiện; nghe - viết một đoạn ngắn.</w:t>
      </w:r>
    </w:p>
    <w:p w:rsidR="00EC5F88" w:rsidRPr="00242051" w:rsidRDefault="00EC5F88" w:rsidP="00EC5F88">
      <w:pPr>
        <w:spacing w:after="0"/>
        <w:jc w:val="both"/>
        <w:rPr>
          <w:sz w:val="28"/>
          <w:szCs w:val="28"/>
        </w:rPr>
      </w:pPr>
      <w:r w:rsidRPr="00242051">
        <w:rPr>
          <w:rFonts w:cs="Times New Roman"/>
          <w:szCs w:val="28"/>
        </w:rPr>
        <w:t>- Trao đổi về nội dung của văn bản và nội dung được thể hiện trong tranh.</w:t>
      </w:r>
    </w:p>
    <w:p w:rsidR="00EC5F88" w:rsidRPr="00242051" w:rsidRDefault="00EC5F88" w:rsidP="00EC5F88">
      <w:pPr>
        <w:spacing w:after="0"/>
        <w:jc w:val="both"/>
        <w:rPr>
          <w:sz w:val="28"/>
          <w:szCs w:val="28"/>
        </w:rPr>
      </w:pPr>
      <w:r w:rsidRPr="00242051">
        <w:rPr>
          <w:rFonts w:cs="Times New Roman"/>
          <w:b/>
          <w:szCs w:val="28"/>
        </w:rPr>
        <w:t>2. Năng lực chung</w:t>
      </w:r>
    </w:p>
    <w:p w:rsidR="00EC5F88" w:rsidRPr="00242051" w:rsidRDefault="00EC5F88" w:rsidP="00EC5F88">
      <w:pPr>
        <w:spacing w:after="0"/>
        <w:jc w:val="both"/>
        <w:rPr>
          <w:sz w:val="28"/>
          <w:szCs w:val="28"/>
        </w:rPr>
      </w:pPr>
      <w:r w:rsidRPr="00242051">
        <w:rPr>
          <w:rFonts w:cs="Times New Roman"/>
          <w:szCs w:val="28"/>
        </w:rPr>
        <w:t>- Biết làm việc nhóm, hợp tác với bạn để hoàn thành nhiệm vụ học tập.</w:t>
      </w:r>
    </w:p>
    <w:p w:rsidR="00EC5F88" w:rsidRPr="00242051" w:rsidRDefault="00EC5F88" w:rsidP="00EC5F88">
      <w:pPr>
        <w:spacing w:after="0"/>
        <w:jc w:val="both"/>
        <w:rPr>
          <w:sz w:val="28"/>
          <w:szCs w:val="28"/>
        </w:rPr>
      </w:pPr>
      <w:r w:rsidRPr="00242051">
        <w:rPr>
          <w:rFonts w:cs="Times New Roman"/>
          <w:szCs w:val="28"/>
        </w:rPr>
        <w:t>- Biết nhận ra những vấn đề đơn giản và đặt câu hỏi phù hợp.</w:t>
      </w:r>
    </w:p>
    <w:p w:rsidR="00EC5F88" w:rsidRPr="00242051" w:rsidRDefault="00EC5F88" w:rsidP="00EC5F88">
      <w:pPr>
        <w:spacing w:after="0"/>
        <w:jc w:val="both"/>
        <w:rPr>
          <w:sz w:val="28"/>
          <w:szCs w:val="28"/>
        </w:rPr>
      </w:pPr>
      <w:r w:rsidRPr="00242051">
        <w:rPr>
          <w:rFonts w:cs="Times New Roman"/>
          <w:b/>
          <w:szCs w:val="28"/>
        </w:rPr>
        <w:t>3. Phẩm chất</w:t>
      </w:r>
    </w:p>
    <w:p w:rsidR="00EC5F88" w:rsidRPr="00242051" w:rsidRDefault="00EC5F88" w:rsidP="00EC5F88">
      <w:pPr>
        <w:spacing w:after="0"/>
        <w:jc w:val="both"/>
        <w:rPr>
          <w:sz w:val="28"/>
          <w:szCs w:val="28"/>
        </w:rPr>
      </w:pPr>
      <w:r w:rsidRPr="00242051">
        <w:rPr>
          <w:rFonts w:cs="Times New Roman"/>
          <w:szCs w:val="28"/>
        </w:rPr>
        <w:t>- Có ý thức giúp đỡ lẫn nhau khi hoạn nạn.</w:t>
      </w:r>
    </w:p>
    <w:p w:rsidR="00EC5F88" w:rsidRPr="00242051" w:rsidRDefault="00EC5F88" w:rsidP="00EC5F88">
      <w:pPr>
        <w:spacing w:after="0"/>
        <w:jc w:val="both"/>
        <w:rPr>
          <w:sz w:val="28"/>
          <w:szCs w:val="28"/>
        </w:rPr>
      </w:pPr>
      <w:r w:rsidRPr="00242051">
        <w:rPr>
          <w:rFonts w:cs="Times New Roman"/>
          <w:b/>
          <w:szCs w:val="28"/>
        </w:rPr>
        <w:t>II. ĐỒ DÙNG DẠY HỌC</w:t>
      </w:r>
    </w:p>
    <w:p w:rsidR="00EC5F88" w:rsidRPr="00242051" w:rsidRDefault="00EC5F88" w:rsidP="00EC5F88">
      <w:pPr>
        <w:spacing w:after="0"/>
        <w:jc w:val="both"/>
        <w:rPr>
          <w:sz w:val="28"/>
          <w:szCs w:val="28"/>
        </w:rPr>
      </w:pPr>
      <w:r w:rsidRPr="00242051">
        <w:rPr>
          <w:rFonts w:cs="Times New Roman"/>
          <w:b/>
          <w:szCs w:val="28"/>
        </w:rPr>
        <w:t xml:space="preserve">1. Học liệu: </w:t>
      </w:r>
      <w:r w:rsidRPr="00242051">
        <w:rPr>
          <w:rFonts w:cs="Times New Roman"/>
          <w:szCs w:val="28"/>
        </w:rPr>
        <w:t>SGK, KHDH, bộ đồ dùng dạy học TV.</w:t>
      </w:r>
    </w:p>
    <w:p w:rsidR="00EC5F88" w:rsidRPr="00242051" w:rsidRDefault="00EC5F88" w:rsidP="00EC5F88">
      <w:pPr>
        <w:spacing w:after="0"/>
        <w:jc w:val="both"/>
        <w:rPr>
          <w:sz w:val="28"/>
          <w:szCs w:val="28"/>
        </w:rPr>
      </w:pPr>
      <w:r w:rsidRPr="00242051">
        <w:rPr>
          <w:rFonts w:cs="Times New Roman"/>
          <w:b/>
          <w:szCs w:val="28"/>
        </w:rPr>
        <w:t xml:space="preserve">2. Thiết bị: </w:t>
      </w:r>
      <w:r w:rsidRPr="00242051">
        <w:rPr>
          <w:rFonts w:cs="Times New Roman"/>
          <w:szCs w:val="28"/>
        </w:rPr>
        <w:t>Máy tính, máy chiếu.</w:t>
      </w:r>
    </w:p>
    <w:p w:rsidR="00EC5F88" w:rsidRPr="00242051" w:rsidRDefault="00EC5F88" w:rsidP="00EC5F88">
      <w:pPr>
        <w:spacing w:after="0"/>
        <w:jc w:val="both"/>
        <w:rPr>
          <w:sz w:val="28"/>
          <w:szCs w:val="28"/>
        </w:rPr>
      </w:pPr>
      <w:r w:rsidRPr="00242051">
        <w:rPr>
          <w:rFonts w:cs="Times New Roman"/>
          <w:b/>
          <w:szCs w:val="28"/>
        </w:rPr>
        <w:t>III. CÁC HOẠT ĐỘNG DẠY HỌC</w:t>
      </w:r>
    </w:p>
    <w:tbl>
      <w:tblPr>
        <w:tblStyle w:val="TableGrid"/>
        <w:tblW w:w="5000" w:type="pct"/>
        <w:jc w:val="center"/>
        <w:tblBorders>
          <w:insideH w:val="none" w:sz="0" w:space="0" w:color="auto"/>
        </w:tblBorders>
        <w:tblLook w:val="04A0" w:firstRow="1" w:lastRow="0" w:firstColumn="1" w:lastColumn="0" w:noHBand="0" w:noVBand="1"/>
      </w:tblPr>
      <w:tblGrid>
        <w:gridCol w:w="5193"/>
        <w:gridCol w:w="5193"/>
      </w:tblGrid>
      <w:tr w:rsidR="00EC5F88" w:rsidRPr="00242051" w:rsidTr="00054248">
        <w:trPr>
          <w:cantSplit/>
          <w:tblHeade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EC5725" w:rsidRDefault="005C462C">
            <w:pPr>
              <w:spacing w:line="276" w:lineRule="auto"/>
              <w:jc w:val="both"/>
            </w:pPr>
            <w:r>
              <w:rPr>
                <w:rFonts w:cs="Times New Roman"/>
                <w:b/>
                <w:color w:val="000000"/>
              </w:rPr>
              <w:t>Hoạt động của giáo viên</w:t>
            </w:r>
          </w:p>
        </w:tc>
        <w:tc>
          <w:tcPr>
            <w:tcW w:w="5017" w:type="dxa"/>
            <w:tcBorders>
              <w:bottom w:val="single" w:sz="4" w:space="0" w:color="auto"/>
            </w:tcBorders>
            <w:shd w:val="clear" w:color="auto" w:fill="auto"/>
            <w:tcMar>
              <w:top w:w="70" w:type="dxa"/>
              <w:left w:w="90" w:type="dxa"/>
              <w:bottom w:w="70" w:type="dxa"/>
              <w:right w:w="90" w:type="dxa"/>
            </w:tcMar>
            <w:vAlign w:val="center"/>
          </w:tcPr>
          <w:p w:rsidR="00EC5725" w:rsidRDefault="005C462C">
            <w:pPr>
              <w:spacing w:line="276" w:lineRule="auto"/>
              <w:jc w:val="both"/>
            </w:pPr>
            <w:r>
              <w:rPr>
                <w:rFonts w:cs="Times New Roman"/>
                <w:b/>
                <w:color w:val="000000"/>
              </w:rPr>
              <w:t>Hoạt động của học sinh</w:t>
            </w:r>
          </w:p>
        </w:tc>
      </w:tr>
      <w:tr w:rsidR="00EC5F88" w:rsidRPr="00242051" w:rsidTr="00054248">
        <w:trPr>
          <w:cantSplit/>
          <w:tblHeade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b/>
                <w:szCs w:val="28"/>
              </w:rPr>
              <w:t>TIẾT 3</w:t>
            </w:r>
          </w:p>
        </w:tc>
      </w:tr>
      <w:tr w:rsidR="00EC5F88" w:rsidRPr="00242051" w:rsidTr="00054248">
        <w:trPr>
          <w:cantSplit/>
          <w:tblHeade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b/>
                <w:szCs w:val="28"/>
              </w:rPr>
              <w:t>7. Nghe - viết  Mục tiêu: Nghe - viết đúng đoạn văn; viết đúng chính tả, trình bày đúng hình thức đoạn văn và biết tự rà soát lỗi.</w:t>
            </w:r>
          </w:p>
        </w:tc>
      </w:tr>
      <w:tr w:rsidR="00EC5F88" w:rsidRPr="00242051" w:rsidTr="00054248">
        <w:trPr>
          <w:cantSplit/>
          <w:tblHeade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242051" w:rsidRPr="00242051" w:rsidRDefault="00EC5F88" w:rsidP="00496B0B">
            <w:pPr>
              <w:spacing w:line="276" w:lineRule="auto"/>
              <w:jc w:val="both"/>
              <w:rPr>
                <w:sz w:val="28"/>
                <w:szCs w:val="28"/>
              </w:rPr>
            </w:pPr>
            <w:r w:rsidRPr="00242051">
              <w:rPr>
                <w:rFonts w:cs="Times New Roman"/>
                <w:szCs w:val="28"/>
              </w:rPr>
              <w:t>- GV đọc to cả đoạn văn: “Nghe tiếng kêu cứu của kiến, bồ câu nhanh trí nhặt chiếc lá thả xuống nước. Kiến bám vào chiếc lá và leo được lên bờ.”</w:t>
            </w:r>
          </w:p>
        </w:tc>
        <w:tc>
          <w:tcPr>
            <w:tcW w:w="5017" w:type="dxa"/>
            <w:tcBorders>
              <w:top w:val="single" w:sz="4" w:space="0" w:color="auto"/>
            </w:tcBorders>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HS lắng nghe GV đọc toàn bộ đoạn văn.</w:t>
            </w:r>
          </w:p>
        </w:tc>
      </w:tr>
      <w:tr w:rsidR="00EC5F88"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GV lưu ý HS một số vấn đề chính tả trong đoạn viết: viết lùi đầu dòng, viết hoa chữ cái đầu câu, kết thúc câu có dấu chấm; chữ dễ viết sai chính tả: tiếng, kiến, nhanh, xuống, nước.</w:t>
            </w:r>
          </w:p>
        </w:tc>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HS lắng nghe và ghi nhớ các điểm cần lưu ý về chính tả, cách trình bày.</w:t>
            </w:r>
          </w:p>
        </w:tc>
      </w:tr>
      <w:tr w:rsidR="00EC5F88"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GV yêu cầu HS ngồi đúng tư thế, cầm bút đúng cách.</w:t>
            </w:r>
          </w:p>
        </w:tc>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HS ngồi đúng tư thế, cầm bút đúng cách.</w:t>
            </w:r>
          </w:p>
        </w:tc>
      </w:tr>
      <w:tr w:rsidR="00EC5F88"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lastRenderedPageBreak/>
              <w:t>- GV đọc từng câu cho HS viết. Mỗi câu được đọc theo từng cụm từ, mỗi cụm từ đọc 2 - 3 lần; GV đọc rõ ràng, chậm rãi, phù hợp với tốc độ viết của HS.</w:t>
            </w:r>
          </w:p>
        </w:tc>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HS nghe và viết bài chính tả vào vở.</w:t>
            </w:r>
          </w:p>
        </w:tc>
      </w:tr>
      <w:tr w:rsidR="00EC5F88"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Sau khi HS viết chính tả, GV đọc lại một lần toàn đoạn văn và yêu cầu HS rà soát lỗi.</w:t>
            </w:r>
          </w:p>
        </w:tc>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HS rà soát lại bài viết, đối chiếu để phát hiện lỗi.</w:t>
            </w:r>
          </w:p>
        </w:tc>
      </w:tr>
      <w:tr w:rsidR="00EC5F88"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GV yêu cầu HS đổi vở cho nhau để rà soát lỗi.</w:t>
            </w:r>
          </w:p>
        </w:tc>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HS đổi vở cho nhau để rà soát lỗi.</w:t>
            </w:r>
          </w:p>
        </w:tc>
      </w:tr>
      <w:tr w:rsidR="00EC5F88" w:rsidRPr="00242051" w:rsidTr="00054248">
        <w:trPr>
          <w:cantSplit/>
          <w:tblHeade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GV kiểm tra và nhận xét bài của một số HS.</w:t>
            </w:r>
          </w:p>
        </w:tc>
        <w:tc>
          <w:tcPr>
            <w:tcW w:w="5017" w:type="dxa"/>
            <w:tcBorders>
              <w:bottom w:val="single" w:sz="4" w:space="0" w:color="auto"/>
            </w:tcBorders>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HS lắng nghe nhận xét và sửa lỗi nếu có.</w:t>
            </w:r>
          </w:p>
        </w:tc>
      </w:tr>
      <w:tr w:rsidR="00EC5F88" w:rsidRPr="00242051" w:rsidTr="00054248">
        <w:trPr>
          <w:cantSplit/>
          <w:tblHeade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b/>
                <w:szCs w:val="28"/>
              </w:rPr>
              <w:t>TIẾT 4</w:t>
            </w:r>
          </w:p>
        </w:tc>
      </w:tr>
      <w:tr w:rsidR="00EC5F88" w:rsidRPr="00242051" w:rsidTr="00054248">
        <w:trPr>
          <w:cantSplit/>
          <w:tblHeade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b/>
                <w:szCs w:val="28"/>
              </w:rPr>
              <w:t>8. Tìm trong hoặc ngoài bài đọc “Kiến và chim bồ câu” từ ngữ có tiếng chứa vần ăn, ăng, oat, oăt  Mục tiêu: Tìm được từ ngữ có tiếng chứa các vần ăn, ăng, oat, oăt; đọc đúng và mở rộng vốn từ.</w:t>
            </w:r>
          </w:p>
        </w:tc>
      </w:tr>
      <w:tr w:rsidR="00EC5F88" w:rsidRPr="00242051" w:rsidTr="00054248">
        <w:trPr>
          <w:cantSplit/>
          <w:tblHeade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GV nêu nhiệm vụ và lưu ý HS từ ngữ cần tìm có thể có ở trong bài hoặc ngoài bài. GV yêu cầu HS làm việc nhóm đôi để tìm và đọc thành tiếng từ ngữ có tiếng chứa các vần ăn, ăng, oat, oăt.</w:t>
            </w:r>
          </w:p>
        </w:tc>
        <w:tc>
          <w:tcPr>
            <w:tcW w:w="5017" w:type="dxa"/>
            <w:tcBorders>
              <w:top w:val="single" w:sz="4" w:space="0" w:color="auto"/>
            </w:tcBorders>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HS làm việc nhóm đôi để tìm và đọc thành tiếng từ ngữ có tiếng chứa các vần ăn, ăng, oat, oăt.</w:t>
            </w:r>
          </w:p>
        </w:tc>
      </w:tr>
      <w:tr w:rsidR="00EC5F88"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GV mời HS nêu những từ ngữ tìm được và viết những từ ngữ này lên bảng.</w:t>
            </w:r>
          </w:p>
        </w:tc>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HS nêu những từ ngữ tìm được, ví dụ: săn, bắn; trắng, vắng; hoạt động, thoát nạn; ngoắt, loắt choắt.</w:t>
            </w:r>
          </w:p>
        </w:tc>
      </w:tr>
      <w:tr w:rsidR="00EC5F88" w:rsidRPr="00242051" w:rsidTr="00054248">
        <w:trPr>
          <w:cantSplit/>
          <w:tblHeade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GV mời một số (2 - 3) HS đánh vần, đọc trơn; mỗi HS chỉ đọc một số từ ngữ. GV yêu cầu lớp đọc đồng thanh một số lần.</w:t>
            </w:r>
          </w:p>
        </w:tc>
        <w:tc>
          <w:tcPr>
            <w:tcW w:w="5017" w:type="dxa"/>
            <w:tcBorders>
              <w:bottom w:val="single" w:sz="4" w:space="0" w:color="auto"/>
            </w:tcBorders>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Một số HS đánh vần, đọc trơn; lớp đọc đồng thanh các từ ngữ vừa tìm được.</w:t>
            </w:r>
          </w:p>
        </w:tc>
      </w:tr>
      <w:tr w:rsidR="00EC5F88" w:rsidRPr="00242051" w:rsidTr="00054248">
        <w:trPr>
          <w:cantSplit/>
          <w:tblHeade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b/>
                <w:szCs w:val="28"/>
              </w:rPr>
              <w:t>9. Quan sát tranh và dùng từ ngữ trong khung để nói: Việc làm của người thợ săn là đúng hay sai? Vì sao?  Mục tiêu: Nói được suy nghĩ về việc làm của người thợ săn; biết nêu lí do phù hợp và bày tỏ thái độ yêu quý loài vật, bảo vệ môi trường thiên nhiên.</w:t>
            </w:r>
          </w:p>
        </w:tc>
      </w:tr>
      <w:tr w:rsidR="00EC5F88" w:rsidRPr="00242051" w:rsidTr="00054248">
        <w:trPr>
          <w:cantSplit/>
          <w:tblHeade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242051" w:rsidRPr="00242051" w:rsidRDefault="00EC5F88" w:rsidP="00496B0B">
            <w:pPr>
              <w:spacing w:line="276" w:lineRule="auto"/>
              <w:jc w:val="both"/>
              <w:rPr>
                <w:sz w:val="28"/>
                <w:szCs w:val="28"/>
              </w:rPr>
            </w:pPr>
            <w:r w:rsidRPr="00242051">
              <w:rPr>
                <w:rFonts w:cs="Times New Roman"/>
                <w:szCs w:val="28"/>
              </w:rPr>
              <w:t>- GV giới thiệu tranh và hướng dẫn HS quan sát tranh.</w:t>
            </w:r>
          </w:p>
        </w:tc>
        <w:tc>
          <w:tcPr>
            <w:tcW w:w="5017" w:type="dxa"/>
            <w:tcBorders>
              <w:top w:val="single" w:sz="4" w:space="0" w:color="auto"/>
            </w:tcBorders>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HS quan sát tranh.</w:t>
            </w:r>
          </w:p>
        </w:tc>
      </w:tr>
      <w:tr w:rsidR="00EC5F88"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GV gợi ý cho HS trả lời các câu hỏi để nói theo tranh: Em nhìn thấy gì trong tranh? Em nghĩ gì về hành động của người thợ săn? Vì sao em nghĩ như vậy?</w:t>
            </w:r>
          </w:p>
        </w:tc>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HS suy nghĩ và trả lời: Em nhìn thấy người thợ săn đang định bắn chim; việc làm của người thợ săn là sai vì làm hại loài vật và phá hoại môi trường thiên nhiên.</w:t>
            </w:r>
          </w:p>
        </w:tc>
      </w:tr>
      <w:tr w:rsidR="00EC5F88"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GV yêu cầu HS làm việc nhóm, quan sát tranh và trao đổi trong nhóm theo nội dung tranh, có dùng các từ ngữ đã gợi ý.</w:t>
            </w:r>
          </w:p>
        </w:tc>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HS làm việc nhóm, quan sát tranh và trao đổi trong nhóm theo nội dung tranh, có dùng các từ ngữ đã gợi ý.</w:t>
            </w:r>
          </w:p>
        </w:tc>
      </w:tr>
      <w:tr w:rsidR="00EC5F88"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lastRenderedPageBreak/>
              <w:t>- GV gọi một số HS trình bày kết quả nói theo tranh. Các nội dung nói theo tranh có thể là: trả lời cho câu hỏi “Em nghĩ gì về hành động của người thợ săn?” (không yêu loài vật; phá hoại môi trường thiên nhiên); trả lời cho câu hỏi “Vì sao em nghĩ như vậy?” (chim hót đánh thức em vào mỗi buổi sáng; chim là bạn của trẻ em; chim ăn sâu bọ phá hoại mùa màng...).</w:t>
            </w:r>
          </w:p>
        </w:tc>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Một số HS trình bày kết quả: Việc làm của người thợ săn là sai vì không yêu loài vật, làm ảnh hưởng đến môi trường thiên nhiên; chim có ích cho con người và mùa màng.</w:t>
            </w:r>
          </w:p>
        </w:tc>
      </w:tr>
      <w:tr w:rsidR="00EC5F88"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HS và GV nhận xét.</w:t>
            </w:r>
          </w:p>
        </w:tc>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HS nhận xét phần trình bày của bạn.</w:t>
            </w:r>
          </w:p>
        </w:tc>
      </w:tr>
      <w:tr w:rsidR="00EC5F88"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GV yêu cầu HS nhắc lại những nội dung đã học. GV tóm tắt lại những nội dung chính.</w:t>
            </w:r>
          </w:p>
        </w:tc>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HS nhắc lại những nội dung đã học trong bài.</w:t>
            </w:r>
          </w:p>
        </w:tc>
      </w:tr>
      <w:tr w:rsidR="00EC5F88"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GV tiếp nhận ý kiến phản hồi của HS về bài học.</w:t>
            </w:r>
          </w:p>
        </w:tc>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HS nêu ý kiến về bài học (hiểu hay chưa hiểu, thích hay không thích, cụ thể ở những nội dung hay hoạt động nào).</w:t>
            </w:r>
          </w:p>
        </w:tc>
      </w:tr>
      <w:tr w:rsidR="00EC5F88" w:rsidRPr="00242051" w:rsidTr="00054248">
        <w:trPr>
          <w:cantSplit/>
          <w:tblHeader/>
          <w:jc w:val="center"/>
        </w:trPr>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GV nhận xét, khen ngợi, động viên HS.</w:t>
            </w:r>
          </w:p>
        </w:tc>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HS lắng nghe.</w:t>
            </w:r>
          </w:p>
        </w:tc>
      </w:tr>
    </w:tbl>
    <w:p w:rsidR="00EC5F88" w:rsidRPr="00242051" w:rsidRDefault="00EC5F88" w:rsidP="00EC5F88">
      <w:pPr>
        <w:spacing w:after="0"/>
        <w:jc w:val="both"/>
        <w:rPr>
          <w:sz w:val="28"/>
          <w:szCs w:val="28"/>
        </w:rPr>
      </w:pPr>
      <w:r w:rsidRPr="00242051">
        <w:rPr>
          <w:rFonts w:cs="Times New Roman"/>
          <w:b/>
          <w:szCs w:val="28"/>
        </w:rPr>
        <w:t>IV. ĐIỀU CHỈNH SAU BÀI DẠY</w:t>
      </w:r>
    </w:p>
    <w:p w:rsidR="00EC5F88" w:rsidRPr="00242051" w:rsidRDefault="00EC5F88" w:rsidP="00EC5F88">
      <w:pPr>
        <w:spacing w:after="0"/>
        <w:jc w:val="both"/>
        <w:rPr>
          <w:sz w:val="28"/>
          <w:szCs w:val="28"/>
        </w:rPr>
      </w:pPr>
      <w:r w:rsidRPr="00242051">
        <w:rPr>
          <w:rFonts w:cs="Times New Roman"/>
          <w:szCs w:val="28"/>
        </w:rPr>
        <w:t>- .................................................................................................................................</w:t>
      </w:r>
    </w:p>
    <w:p w:rsidR="00EC5F88" w:rsidRPr="00242051" w:rsidRDefault="00EC5F88" w:rsidP="00EC5F88">
      <w:pPr>
        <w:spacing w:after="0"/>
        <w:jc w:val="both"/>
        <w:rPr>
          <w:sz w:val="28"/>
          <w:szCs w:val="28"/>
        </w:rPr>
      </w:pPr>
      <w:r w:rsidRPr="00242051">
        <w:rPr>
          <w:rFonts w:cs="Times New Roman"/>
          <w:b/>
          <w:szCs w:val="28"/>
        </w:rPr>
        <w:t>TIẾNG VIỆT</w:t>
      </w:r>
    </w:p>
    <w:p w:rsidR="00EC5F88" w:rsidRPr="00242051" w:rsidRDefault="00EC5F88" w:rsidP="00EC5F88">
      <w:pPr>
        <w:spacing w:after="0"/>
        <w:jc w:val="center"/>
        <w:rPr>
          <w:sz w:val="28"/>
          <w:szCs w:val="28"/>
        </w:rPr>
      </w:pPr>
      <w:r>
        <w:rPr>
          <w:rFonts w:cs="Times New Roman"/>
          <w:b/>
        </w:rPr>
        <w:t>BÀI 2: CÂU CHUYỆN CỦA RỄ (TIẾT 1 + 2)</w:t>
      </w:r>
    </w:p>
    <w:p w:rsidR="00EC5F88" w:rsidRPr="00242051" w:rsidRDefault="00EC5F88" w:rsidP="00EC5F88">
      <w:pPr>
        <w:spacing w:after="0"/>
        <w:jc w:val="both"/>
        <w:rPr>
          <w:sz w:val="28"/>
          <w:szCs w:val="28"/>
        </w:rPr>
      </w:pPr>
      <w:r w:rsidRPr="00242051">
        <w:rPr>
          <w:rFonts w:cs="Times New Roman"/>
          <w:b/>
          <w:szCs w:val="28"/>
        </w:rPr>
        <w:t>I. YÊU CẦU CẦN ĐẠT</w:t>
      </w:r>
    </w:p>
    <w:p w:rsidR="00EC5F88" w:rsidRPr="00242051" w:rsidRDefault="00EC5F88" w:rsidP="00EC5F88">
      <w:pPr>
        <w:spacing w:after="0"/>
        <w:jc w:val="both"/>
        <w:rPr>
          <w:sz w:val="28"/>
          <w:szCs w:val="28"/>
        </w:rPr>
      </w:pPr>
      <w:r w:rsidRPr="00242051">
        <w:rPr>
          <w:rFonts w:cs="Times New Roman"/>
          <w:b/>
          <w:szCs w:val="28"/>
        </w:rPr>
        <w:t>1. Năng lực đặc thù</w:t>
      </w:r>
    </w:p>
    <w:p w:rsidR="00EC5F88" w:rsidRPr="00242051" w:rsidRDefault="00EC5F88" w:rsidP="00EC5F88">
      <w:pPr>
        <w:spacing w:after="0"/>
        <w:jc w:val="both"/>
        <w:rPr>
          <w:sz w:val="28"/>
          <w:szCs w:val="28"/>
        </w:rPr>
      </w:pPr>
      <w:r w:rsidRPr="00242051">
        <w:rPr>
          <w:rFonts w:cs="Times New Roman"/>
          <w:szCs w:val="28"/>
        </w:rPr>
        <w:t>- Đọc đúng, rõ ràng bài thơ; hiểu và trả lời đúng các câu hỏi có liên quan đến nội dung bài thơ; nhận biết một số tiếng cùng vần với nhau; củng cố kiến thức về vần; thuộc lòng một số khổ thơ và cảm nhận được vẻ đẹp của bài thơ qua vần và hình ảnh thơ; quan sát, nhận biết được các chi tiết trong tranh và suy luận từ tranh được quan sát.</w:t>
      </w:r>
    </w:p>
    <w:p w:rsidR="00EC5F88" w:rsidRPr="00242051" w:rsidRDefault="00EC5F88" w:rsidP="00EC5F88">
      <w:pPr>
        <w:spacing w:after="0"/>
        <w:jc w:val="both"/>
        <w:rPr>
          <w:sz w:val="28"/>
          <w:szCs w:val="28"/>
        </w:rPr>
      </w:pPr>
      <w:r w:rsidRPr="00242051">
        <w:rPr>
          <w:rFonts w:cs="Times New Roman"/>
          <w:szCs w:val="28"/>
        </w:rPr>
        <w:t>- Trao đổi về nội dung của văn bản và nội dung được thể hiện trong tranh.</w:t>
      </w:r>
    </w:p>
    <w:p w:rsidR="00EC5F88" w:rsidRPr="00242051" w:rsidRDefault="00EC5F88" w:rsidP="00EC5F88">
      <w:pPr>
        <w:spacing w:after="0"/>
        <w:jc w:val="both"/>
        <w:rPr>
          <w:sz w:val="28"/>
          <w:szCs w:val="28"/>
        </w:rPr>
      </w:pPr>
      <w:r w:rsidRPr="00242051">
        <w:rPr>
          <w:rFonts w:cs="Times New Roman"/>
          <w:b/>
          <w:szCs w:val="28"/>
        </w:rPr>
        <w:t>2. Năng lực chung</w:t>
      </w:r>
    </w:p>
    <w:p w:rsidR="00EC5F88" w:rsidRPr="00242051" w:rsidRDefault="00EC5F88" w:rsidP="00EC5F88">
      <w:pPr>
        <w:spacing w:after="0"/>
        <w:jc w:val="both"/>
        <w:rPr>
          <w:sz w:val="28"/>
          <w:szCs w:val="28"/>
        </w:rPr>
      </w:pPr>
      <w:r w:rsidRPr="00242051">
        <w:rPr>
          <w:rFonts w:cs="Times New Roman"/>
          <w:szCs w:val="28"/>
        </w:rPr>
        <w:t>- Khả năng làm việc nhóm, hợp tác với bạn để hoàn thành nhiệm vụ học tập.</w:t>
      </w:r>
    </w:p>
    <w:p w:rsidR="00EC5F88" w:rsidRPr="00242051" w:rsidRDefault="00EC5F88" w:rsidP="00EC5F88">
      <w:pPr>
        <w:spacing w:after="0"/>
        <w:jc w:val="both"/>
        <w:rPr>
          <w:sz w:val="28"/>
          <w:szCs w:val="28"/>
        </w:rPr>
      </w:pPr>
      <w:r w:rsidRPr="00242051">
        <w:rPr>
          <w:rFonts w:cs="Times New Roman"/>
          <w:szCs w:val="28"/>
        </w:rPr>
        <w:t>- Khả năng nhận ra những vấn đề đơn giản và biết đặt câu hỏi.</w:t>
      </w:r>
    </w:p>
    <w:p w:rsidR="00EC5F88" w:rsidRPr="00242051" w:rsidRDefault="00EC5F88" w:rsidP="00EC5F88">
      <w:pPr>
        <w:spacing w:after="0"/>
        <w:jc w:val="both"/>
        <w:rPr>
          <w:sz w:val="28"/>
          <w:szCs w:val="28"/>
        </w:rPr>
      </w:pPr>
      <w:r w:rsidRPr="00242051">
        <w:rPr>
          <w:rFonts w:cs="Times New Roman"/>
          <w:b/>
          <w:szCs w:val="28"/>
        </w:rPr>
        <w:t>3. Phẩm chất</w:t>
      </w:r>
    </w:p>
    <w:p w:rsidR="00EC5F88" w:rsidRPr="00242051" w:rsidRDefault="00EC5F88" w:rsidP="00EC5F88">
      <w:pPr>
        <w:spacing w:after="0"/>
        <w:jc w:val="both"/>
        <w:rPr>
          <w:sz w:val="28"/>
          <w:szCs w:val="28"/>
        </w:rPr>
      </w:pPr>
      <w:r w:rsidRPr="00242051">
        <w:rPr>
          <w:rFonts w:cs="Times New Roman"/>
          <w:szCs w:val="28"/>
        </w:rPr>
        <w:t>- Bồi dưỡng đức tính khiêm nhường, biết trân trọng những đóng góp thầm lặng và sống chan hòa với mọi người.</w:t>
      </w:r>
    </w:p>
    <w:p w:rsidR="00EC5725" w:rsidRDefault="005C462C">
      <w:pPr>
        <w:spacing w:after="0"/>
        <w:jc w:val="both"/>
      </w:pPr>
      <w:r>
        <w:rPr>
          <w:rFonts w:cs="Times New Roman"/>
          <w:b/>
          <w:color w:val="FF0000"/>
        </w:rPr>
        <w:t>4. Tích hợp</w:t>
      </w:r>
    </w:p>
    <w:p w:rsidR="00EC5725" w:rsidRDefault="005C462C">
      <w:pPr>
        <w:spacing w:after="0"/>
        <w:jc w:val="both"/>
      </w:pPr>
      <w:r>
        <w:rPr>
          <w:rFonts w:cs="Times New Roman"/>
          <w:color w:val="FF0000"/>
        </w:rPr>
        <w:t>- Bảo vệ môi trường: Hiểu cây cần rễ, đất và nước để sống; biết chăm sóc cây, không nhổ cây hoặc giẫm lên cây non.</w:t>
      </w:r>
    </w:p>
    <w:p w:rsidR="00EC5F88" w:rsidRPr="00242051" w:rsidRDefault="00EC5F88" w:rsidP="00EC5F88">
      <w:pPr>
        <w:spacing w:after="0"/>
        <w:jc w:val="both"/>
        <w:rPr>
          <w:sz w:val="28"/>
          <w:szCs w:val="28"/>
        </w:rPr>
      </w:pPr>
      <w:r w:rsidRPr="00242051">
        <w:rPr>
          <w:rFonts w:cs="Times New Roman"/>
          <w:b/>
          <w:szCs w:val="28"/>
        </w:rPr>
        <w:t>II. ĐỒ DÙNG DẠY HỌC</w:t>
      </w:r>
    </w:p>
    <w:p w:rsidR="00EC5F88" w:rsidRPr="00242051" w:rsidRDefault="00EC5F88" w:rsidP="00EC5F88">
      <w:pPr>
        <w:spacing w:after="0"/>
        <w:jc w:val="both"/>
        <w:rPr>
          <w:sz w:val="28"/>
          <w:szCs w:val="28"/>
        </w:rPr>
      </w:pPr>
      <w:r w:rsidRPr="00242051">
        <w:rPr>
          <w:rFonts w:cs="Times New Roman"/>
          <w:b/>
          <w:szCs w:val="28"/>
        </w:rPr>
        <w:t xml:space="preserve">1. Học liệu: </w:t>
      </w:r>
      <w:r w:rsidRPr="00242051">
        <w:rPr>
          <w:rFonts w:cs="Times New Roman"/>
          <w:szCs w:val="28"/>
        </w:rPr>
        <w:t>SGK, KHDH, bộ đồ dùng dạy học TV.</w:t>
      </w:r>
    </w:p>
    <w:p w:rsidR="00EC5F88" w:rsidRPr="00242051" w:rsidRDefault="00EC5F88" w:rsidP="00EC5F88">
      <w:pPr>
        <w:spacing w:after="0"/>
        <w:jc w:val="both"/>
        <w:rPr>
          <w:sz w:val="28"/>
          <w:szCs w:val="28"/>
        </w:rPr>
      </w:pPr>
      <w:r w:rsidRPr="00242051">
        <w:rPr>
          <w:rFonts w:cs="Times New Roman"/>
          <w:b/>
          <w:szCs w:val="28"/>
        </w:rPr>
        <w:t xml:space="preserve">2. Thiết bị: </w:t>
      </w:r>
      <w:r w:rsidRPr="00242051">
        <w:rPr>
          <w:rFonts w:cs="Times New Roman"/>
          <w:szCs w:val="28"/>
        </w:rPr>
        <w:t>Máy tính, máy chiếu.</w:t>
      </w:r>
    </w:p>
    <w:p w:rsidR="00EC5F88" w:rsidRPr="00242051" w:rsidRDefault="00EC5F88" w:rsidP="00EC5F88">
      <w:pPr>
        <w:spacing w:after="0"/>
        <w:jc w:val="both"/>
        <w:rPr>
          <w:sz w:val="28"/>
          <w:szCs w:val="28"/>
        </w:rPr>
      </w:pPr>
      <w:r w:rsidRPr="00242051">
        <w:rPr>
          <w:rFonts w:cs="Times New Roman"/>
          <w:b/>
          <w:szCs w:val="28"/>
        </w:rPr>
        <w:t>III. CÁC HOẠT ĐỘNG DẠY HỌC</w:t>
      </w:r>
    </w:p>
    <w:tbl>
      <w:tblPr>
        <w:tblStyle w:val="TableGrid"/>
        <w:tblW w:w="5000" w:type="pct"/>
        <w:jc w:val="center"/>
        <w:tblBorders>
          <w:insideH w:val="none" w:sz="0" w:space="0" w:color="auto"/>
        </w:tblBorders>
        <w:tblLook w:val="04A0" w:firstRow="1" w:lastRow="0" w:firstColumn="1" w:lastColumn="0" w:noHBand="0" w:noVBand="1"/>
      </w:tblPr>
      <w:tblGrid>
        <w:gridCol w:w="5193"/>
        <w:gridCol w:w="5193"/>
      </w:tblGrid>
      <w:tr w:rsidR="00EC5F88" w:rsidRPr="00242051" w:rsidTr="00054248">
        <w:trPr>
          <w:tblHeade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EC5725" w:rsidRDefault="005C462C">
            <w:pPr>
              <w:spacing w:line="276" w:lineRule="auto"/>
              <w:jc w:val="both"/>
            </w:pPr>
            <w:r>
              <w:rPr>
                <w:rFonts w:cs="Times New Roman"/>
                <w:b/>
                <w:color w:val="000000"/>
              </w:rPr>
              <w:t>Hoạt động của giáo viên</w:t>
            </w:r>
          </w:p>
        </w:tc>
        <w:tc>
          <w:tcPr>
            <w:tcW w:w="5017" w:type="dxa"/>
            <w:tcBorders>
              <w:bottom w:val="single" w:sz="4" w:space="0" w:color="auto"/>
            </w:tcBorders>
            <w:shd w:val="clear" w:color="auto" w:fill="auto"/>
            <w:tcMar>
              <w:top w:w="70" w:type="dxa"/>
              <w:left w:w="90" w:type="dxa"/>
              <w:bottom w:w="70" w:type="dxa"/>
              <w:right w:w="90" w:type="dxa"/>
            </w:tcMar>
            <w:vAlign w:val="center"/>
          </w:tcPr>
          <w:p w:rsidR="00EC5725" w:rsidRDefault="005C462C">
            <w:pPr>
              <w:spacing w:line="276" w:lineRule="auto"/>
              <w:jc w:val="both"/>
            </w:pPr>
            <w:r>
              <w:rPr>
                <w:rFonts w:cs="Times New Roman"/>
                <w:b/>
                <w:color w:val="000000"/>
              </w:rPr>
              <w:t>Hoạt động của học sinh</w:t>
            </w:r>
          </w:p>
        </w:tc>
      </w:tr>
      <w:tr w:rsidR="00EC5F88" w:rsidRPr="00242051" w:rsidTr="00054248">
        <w:trPr>
          <w:tblHeade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b/>
                <w:szCs w:val="28"/>
              </w:rPr>
              <w:t>TIẾT 1</w:t>
            </w:r>
          </w:p>
        </w:tc>
      </w:tr>
      <w:tr w:rsidR="00EC5F88" w:rsidRPr="00242051" w:rsidTr="00054248">
        <w:trPr>
          <w:tblHeade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242051" w:rsidRDefault="00EC5F88" w:rsidP="00496B0B">
            <w:pPr>
              <w:spacing w:line="276" w:lineRule="auto"/>
              <w:jc w:val="both"/>
              <w:rPr>
                <w:b/>
                <w:sz w:val="28"/>
                <w:szCs w:val="28"/>
              </w:rPr>
            </w:pPr>
            <w:r w:rsidRPr="00242051">
              <w:rPr>
                <w:rFonts w:cs="Times New Roman"/>
                <w:b/>
                <w:szCs w:val="28"/>
              </w:rPr>
              <w:lastRenderedPageBreak/>
              <w:t xml:space="preserve">1. Hoạt động </w:t>
            </w:r>
            <w:r w:rsidR="00242051" w:rsidRPr="00242051">
              <w:rPr>
                <w:rFonts w:cs="Times New Roman"/>
                <w:b/>
                <w:szCs w:val="28"/>
              </w:rPr>
              <w:t>khởi động</w:t>
            </w:r>
            <w:r w:rsidRPr="00242051">
              <w:rPr>
                <w:rFonts w:cs="Times New Roman"/>
                <w:b/>
                <w:szCs w:val="28"/>
              </w:rPr>
              <w:t xml:space="preserve">  </w:t>
            </w:r>
          </w:p>
          <w:p w:rsidR="00EC5F88" w:rsidRPr="00242051" w:rsidRDefault="00EC5F88" w:rsidP="00496B0B">
            <w:pPr>
              <w:spacing w:line="276" w:lineRule="auto"/>
              <w:jc w:val="both"/>
              <w:rPr>
                <w:sz w:val="28"/>
                <w:szCs w:val="28"/>
              </w:rPr>
            </w:pPr>
            <w:r w:rsidRPr="00242051">
              <w:rPr>
                <w:rFonts w:cs="Times New Roman"/>
                <w:b/>
                <w:szCs w:val="28"/>
              </w:rPr>
              <w:t>Mục tiêu: Tạo không khí phấn khởi cho HS vào đầu tiết học.</w:t>
            </w:r>
          </w:p>
        </w:tc>
      </w:tr>
      <w:tr w:rsidR="00EC5F88" w:rsidRPr="00242051" w:rsidTr="00054248">
        <w:trPr>
          <w:tblHeade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242051" w:rsidRPr="00242051" w:rsidRDefault="00EC5F88" w:rsidP="00496B0B">
            <w:pPr>
              <w:spacing w:line="276" w:lineRule="auto"/>
              <w:jc w:val="both"/>
              <w:rPr>
                <w:sz w:val="28"/>
                <w:szCs w:val="28"/>
              </w:rPr>
            </w:pPr>
            <w:r w:rsidRPr="00242051">
              <w:rPr>
                <w:rFonts w:cs="Times New Roman"/>
                <w:szCs w:val="28"/>
              </w:rPr>
              <w:t>- Ôn: GV yêu cầu HS nhắc lại tên bài học trước và nói về một số điều thú vị mà HS học được từ bài học đó.</w:t>
            </w:r>
          </w:p>
        </w:tc>
        <w:tc>
          <w:tcPr>
            <w:tcW w:w="5017" w:type="dxa"/>
            <w:tcBorders>
              <w:top w:val="single" w:sz="4" w:space="0" w:color="auto"/>
            </w:tcBorders>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HS nhắc lại tên bài học trước và nêu một số điều thú vị mà em học được từ bài học đó.</w:t>
            </w:r>
          </w:p>
        </w:tc>
      </w:tr>
      <w:tr w:rsidR="00EC5F88" w:rsidRPr="00242051" w:rsidTr="00054248">
        <w:trPr>
          <w:tblHeader/>
          <w:jc w:val="center"/>
        </w:trPr>
        <w:tc>
          <w:tcPr>
            <w:tcW w:w="5017" w:type="dxa"/>
            <w:shd w:val="clear" w:color="auto" w:fill="auto"/>
            <w:tcMar>
              <w:top w:w="70" w:type="dxa"/>
              <w:left w:w="90" w:type="dxa"/>
              <w:bottom w:w="70" w:type="dxa"/>
              <w:right w:w="90" w:type="dxa"/>
            </w:tcMar>
            <w:vAlign w:val="center"/>
          </w:tcPr>
          <w:p w:rsidR="00242051" w:rsidRPr="00242051" w:rsidRDefault="00EC5F88" w:rsidP="00496B0B">
            <w:pPr>
              <w:spacing w:line="276" w:lineRule="auto"/>
              <w:jc w:val="both"/>
              <w:rPr>
                <w:sz w:val="28"/>
                <w:szCs w:val="28"/>
              </w:rPr>
            </w:pPr>
            <w:r w:rsidRPr="00242051">
              <w:rPr>
                <w:rFonts w:cs="Times New Roman"/>
                <w:szCs w:val="28"/>
              </w:rPr>
              <w:t>- GV yêu cầu HS quan sát tranh và trao đổi nhóm để trả lời các câu hỏi: a. Cây có những bộ phận nào? b. Bộ phận nào của cây khó nhìn thấy? Vì sao?</w:t>
            </w:r>
          </w:p>
        </w:tc>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HS quan sát tranh, trao đổi nhóm và trả lời: cây có rễ, thân, cành, lá, hoa, quả; bộ phận khó nhìn thấy là rễ vì rễ nằm ở dưới đất.</w:t>
            </w:r>
          </w:p>
        </w:tc>
      </w:tr>
      <w:tr w:rsidR="00EC5F88" w:rsidRPr="00242051" w:rsidTr="00054248">
        <w:trPr>
          <w:tblHeader/>
          <w:jc w:val="center"/>
        </w:trPr>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GV và HS thống nhất nội dung câu trả lời, sau đó dẫn vào bài thơ “Câu chuyện của rễ”.</w:t>
            </w:r>
          </w:p>
        </w:tc>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HS lắng nghe, đối chiếu câu trả lời và chuẩn bị vào bài mới.</w:t>
            </w:r>
          </w:p>
        </w:tc>
      </w:tr>
      <w:tr w:rsidR="00EC5F88" w:rsidRPr="00242051" w:rsidTr="00054248">
        <w:trPr>
          <w:tblHeade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Trước khi đọc văn bản, GV cho HS dựa vào tên bài thơ và tranh minh hoạ để suy đoán một phần nội dung của văn bản.</w:t>
            </w:r>
          </w:p>
        </w:tc>
        <w:tc>
          <w:tcPr>
            <w:tcW w:w="5017" w:type="dxa"/>
            <w:tcBorders>
              <w:bottom w:val="single" w:sz="4" w:space="0" w:color="auto"/>
            </w:tcBorders>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HS dựa vào tên bài thơ và tranh minh hoạ để suy đoán: bài thơ nói về rễ cây, về vai trò của rễ và những điều đáng quý ở rễ.</w:t>
            </w:r>
          </w:p>
        </w:tc>
      </w:tr>
      <w:tr w:rsidR="00EC5F88" w:rsidRPr="00242051" w:rsidTr="00054248">
        <w:trPr>
          <w:tblHeade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242051" w:rsidRDefault="00EC5F88" w:rsidP="00496B0B">
            <w:pPr>
              <w:spacing w:line="276" w:lineRule="auto"/>
              <w:jc w:val="both"/>
              <w:rPr>
                <w:b/>
                <w:sz w:val="28"/>
                <w:szCs w:val="28"/>
              </w:rPr>
            </w:pPr>
            <w:r w:rsidRPr="00242051">
              <w:rPr>
                <w:rFonts w:cs="Times New Roman"/>
                <w:b/>
                <w:szCs w:val="28"/>
              </w:rPr>
              <w:t xml:space="preserve">2. Đọc  </w:t>
            </w:r>
          </w:p>
          <w:p w:rsidR="00EC5F88" w:rsidRPr="00242051" w:rsidRDefault="00EC5F88" w:rsidP="00496B0B">
            <w:pPr>
              <w:spacing w:line="276" w:lineRule="auto"/>
              <w:jc w:val="both"/>
              <w:rPr>
                <w:sz w:val="28"/>
                <w:szCs w:val="28"/>
              </w:rPr>
            </w:pPr>
            <w:r w:rsidRPr="00242051">
              <w:rPr>
                <w:rFonts w:cs="Times New Roman"/>
                <w:b/>
                <w:szCs w:val="28"/>
              </w:rPr>
              <w:t>Mục tiêu: Phát triển cho HS kĩ năng đọc thông qua việc đọc đúng, rõ ràng bài thơ.</w:t>
            </w:r>
          </w:p>
        </w:tc>
      </w:tr>
      <w:tr w:rsidR="00EC5F88" w:rsidRPr="00242051" w:rsidTr="00054248">
        <w:trPr>
          <w:tblHeade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GV đọc mẫu toàn bài thơ, chú ý đọc diễn cảm, ngắt nghỉ đúng nhịp thơ.</w:t>
            </w:r>
          </w:p>
        </w:tc>
        <w:tc>
          <w:tcPr>
            <w:tcW w:w="5017" w:type="dxa"/>
            <w:tcBorders>
              <w:top w:val="single" w:sz="4" w:space="0" w:color="auto"/>
            </w:tcBorders>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HS lắng nghe GV đọc mẫu toàn bài thơ.</w:t>
            </w:r>
          </w:p>
        </w:tc>
      </w:tr>
      <w:tr w:rsidR="00EC5F88" w:rsidRPr="00242051" w:rsidTr="00054248">
        <w:trPr>
          <w:tblHeader/>
          <w:jc w:val="center"/>
        </w:trPr>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GV yêu cầu một số HS đọc nối tiếp từng dòng thơ lần 1 và hướng dẫn HS luyện đọc một số từ ngữ có thể khó: sắc thắm, trĩu, chồi, khiêm nhường, lặng lẽ.</w:t>
            </w:r>
          </w:p>
        </w:tc>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Một số HS đọc nối tiếp từng dòng thơ lần 1; HS luyện đọc các từ ngữ khó theo hướng dẫn của GV.</w:t>
            </w:r>
          </w:p>
        </w:tc>
      </w:tr>
      <w:tr w:rsidR="00EC5F88" w:rsidRPr="00242051" w:rsidTr="00054248">
        <w:trPr>
          <w:tblHeader/>
          <w:jc w:val="center"/>
        </w:trPr>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GV yêu cầu một số HS đọc nối tiếp từng dòng thơ lần 2 và hướng dẫn HS cách đọc, ngắt nghỉ đúng dòng thơ, nhịp thơ.</w:t>
            </w:r>
          </w:p>
        </w:tc>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Một số HS đọc nối tiếp từng dòng thơ lần 2; HS chú ý ngắt nghỉ đúng dòng thơ, nhịp thơ.</w:t>
            </w:r>
          </w:p>
        </w:tc>
      </w:tr>
      <w:tr w:rsidR="00EC5F88" w:rsidRPr="00242051" w:rsidTr="00054248">
        <w:trPr>
          <w:tblHeader/>
          <w:jc w:val="center"/>
        </w:trPr>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GV hướng dẫn HS nhận biết khổ thơ.</w:t>
            </w:r>
          </w:p>
        </w:tc>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HS nhận biết các khổ thơ trong bài.</w:t>
            </w:r>
          </w:p>
        </w:tc>
      </w:tr>
      <w:tr w:rsidR="00EC5F88" w:rsidRPr="00242051" w:rsidTr="00054248">
        <w:trPr>
          <w:tblHeader/>
          <w:jc w:val="center"/>
        </w:trPr>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GV yêu cầu một số HS đọc nối tiếp từng khổ thơ, 2 lượt.</w:t>
            </w:r>
          </w:p>
        </w:tc>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Một số HS đọc nối tiếp từng khổ thơ, 2 lượt.</w:t>
            </w:r>
          </w:p>
        </w:tc>
      </w:tr>
      <w:tr w:rsidR="00EC5F88" w:rsidRPr="00242051" w:rsidTr="00054248">
        <w:trPr>
          <w:tblHeader/>
          <w:jc w:val="center"/>
        </w:trPr>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GV giải thích nghĩa của một số từ ngữ trong bài thơ: sắc thắm, trĩu, chồi, khiêm nhường, lặng lẽ.</w:t>
            </w:r>
          </w:p>
        </w:tc>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HS lắng nghe và hiểu nghĩa các từ: sắc thắm là màu đậm và tươi; trĩu là nặng làm cành cong xuống; chồi là phần non mọc ra từ cây; khiêm nhường là khiêm tốn; lặng lẽ là âm thầm, không ồn ào.</w:t>
            </w:r>
          </w:p>
        </w:tc>
      </w:tr>
      <w:tr w:rsidR="00EC5F88" w:rsidRPr="00242051" w:rsidTr="00054248">
        <w:trPr>
          <w:tblHeader/>
          <w:jc w:val="center"/>
        </w:trPr>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GV yêu cầu HS đọc từng khổ thơ theo nhóm.</w:t>
            </w:r>
          </w:p>
        </w:tc>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HS đọc từng khổ thơ theo nhóm.</w:t>
            </w:r>
          </w:p>
        </w:tc>
      </w:tr>
      <w:tr w:rsidR="00EC5F88" w:rsidRPr="00242051" w:rsidTr="00054248">
        <w:trPr>
          <w:tblHeader/>
          <w:jc w:val="center"/>
        </w:trPr>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GV mời một số HS đọc khổ thơ; mỗi HS đọc một khổ thơ. GV cùng HS nhận xét, đánh giá.</w:t>
            </w:r>
          </w:p>
        </w:tc>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Một số HS đọc khổ thơ; các bạn nhận xét, đánh giá phần đọc của bạn.</w:t>
            </w:r>
          </w:p>
        </w:tc>
      </w:tr>
      <w:tr w:rsidR="00EC5F88" w:rsidRPr="00242051" w:rsidTr="00054248">
        <w:trPr>
          <w:tblHeader/>
          <w:jc w:val="center"/>
        </w:trPr>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GV mời 1 - 2 HS đọc thành tiếng cả bài thơ.</w:t>
            </w:r>
          </w:p>
        </w:tc>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- 1 - 2 HS đọc thành tiếng cả bài thơ.</w:t>
            </w:r>
          </w:p>
        </w:tc>
      </w:tr>
      <w:tr w:rsidR="00EC5F88" w:rsidRPr="00242051" w:rsidTr="00054248">
        <w:trPr>
          <w:tblHeader/>
          <w:jc w:val="center"/>
        </w:trPr>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lastRenderedPageBreak/>
              <w:t>- GV yêu cầu lớp đọc đồng thanh cả bài thơ.</w:t>
            </w:r>
          </w:p>
        </w:tc>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Lớp đọc đồng thanh cả bài thơ.</w:t>
            </w:r>
          </w:p>
        </w:tc>
      </w:tr>
      <w:tr w:rsidR="00EC5725" w:rsidTr="00054248">
        <w:trPr>
          <w:jc w:val="center"/>
        </w:trPr>
        <w:tc>
          <w:tcPr>
            <w:tcW w:w="5017" w:type="dxa"/>
            <w:shd w:val="clear" w:color="auto" w:fill="auto"/>
            <w:tcMar>
              <w:top w:w="70" w:type="dxa"/>
              <w:left w:w="90" w:type="dxa"/>
              <w:bottom w:w="70" w:type="dxa"/>
              <w:right w:w="90" w:type="dxa"/>
            </w:tcMar>
            <w:vAlign w:val="center"/>
          </w:tcPr>
          <w:p w:rsidR="00EC5725" w:rsidRDefault="005C462C">
            <w:pPr>
              <w:spacing w:line="276" w:lineRule="auto"/>
              <w:jc w:val="both"/>
            </w:pPr>
            <w:r>
              <w:rPr>
                <w:rFonts w:cs="Times New Roman"/>
                <w:color w:val="FF0000"/>
              </w:rPr>
              <w:t>- GV hỏi dẫn tích hợp Bảo vệ môi trường: Rễ cây cần những gì để giúp cây sống và lớn lên? Em cần làm gì với cây non?</w:t>
            </w:r>
          </w:p>
        </w:tc>
        <w:tc>
          <w:tcPr>
            <w:tcW w:w="5017" w:type="dxa"/>
            <w:shd w:val="clear" w:color="auto" w:fill="auto"/>
            <w:tcMar>
              <w:top w:w="70" w:type="dxa"/>
              <w:left w:w="90" w:type="dxa"/>
              <w:bottom w:w="70" w:type="dxa"/>
              <w:right w:w="90" w:type="dxa"/>
            </w:tcMar>
            <w:vAlign w:val="center"/>
          </w:tcPr>
          <w:p w:rsidR="00EC5725" w:rsidRDefault="005C462C">
            <w:pPr>
              <w:spacing w:line="276" w:lineRule="auto"/>
              <w:jc w:val="both"/>
            </w:pPr>
            <w:r>
              <w:rPr>
                <w:rFonts w:cs="Times New Roman"/>
                <w:color w:val="FF0000"/>
              </w:rPr>
              <w:t>- HS trả lời: Rễ cần đất và nước; em không nhổ cây, không giẫm lên cây non.</w:t>
            </w:r>
          </w:p>
        </w:tc>
      </w:tr>
      <w:tr w:rsidR="00EC5725" w:rsidTr="00054248">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EC5725" w:rsidRDefault="005C462C">
            <w:pPr>
              <w:spacing w:line="276" w:lineRule="auto"/>
              <w:jc w:val="both"/>
            </w:pPr>
            <w:r>
              <w:rPr>
                <w:rFonts w:cs="Times New Roman"/>
                <w:color w:val="FF0000"/>
              </w:rPr>
              <w:t>- GV diễn giải tích hợp Bảo vệ môi trường: Cây cần rễ, đất và nước để sống. Vì vậy, các em cần chăm sóc cây, tưới nước phù hợp, không bẻ cành, không nhổ cây hoặc giẫm lên cây non. GV liên hệ cụ thể với nội dung bài và nhấn mạnh rằng yêu thiên nhiên cần được thể hiện bằng hành động vừa sức hằng ngày: giữ vệ sinh, bỏ rác đúng chỗ, không bẻ cành, không hái hoa, không đuổi bắt hoặc làm hại con vật; khi thấy người khác gây hại cho cây cối, con vật hay cảnh quan, các em biết nhắc nhẹ nhàng hoặc báo người lớn để cùng bảo vệ môi trường sống.</w:t>
            </w:r>
          </w:p>
        </w:tc>
        <w:tc>
          <w:tcPr>
            <w:tcW w:w="5017" w:type="dxa"/>
            <w:tcBorders>
              <w:bottom w:val="single" w:sz="4" w:space="0" w:color="auto"/>
            </w:tcBorders>
            <w:shd w:val="clear" w:color="auto" w:fill="auto"/>
            <w:tcMar>
              <w:top w:w="70" w:type="dxa"/>
              <w:left w:w="90" w:type="dxa"/>
              <w:bottom w:w="70" w:type="dxa"/>
              <w:right w:w="90" w:type="dxa"/>
            </w:tcMar>
            <w:vAlign w:val="center"/>
          </w:tcPr>
          <w:p w:rsidR="00EC5725" w:rsidRDefault="005C462C">
            <w:pPr>
              <w:spacing w:line="276" w:lineRule="auto"/>
              <w:jc w:val="both"/>
            </w:pPr>
            <w:r>
              <w:rPr>
                <w:rFonts w:cs="Times New Roman"/>
                <w:color w:val="FF0000"/>
              </w:rPr>
              <w:t>- HS lắng nghe, nêu một việc em sẽ làm để chăm sóc cây. HS liên hệ và nêu một việc làm phù hợp với nội dung tích hợp.</w:t>
            </w:r>
          </w:p>
        </w:tc>
      </w:tr>
      <w:tr w:rsidR="00EC5F88" w:rsidRPr="00242051" w:rsidTr="00054248">
        <w:trPr>
          <w:tblHeade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b/>
                <w:szCs w:val="28"/>
              </w:rPr>
              <w:t>3. Tìm ở cuối các dòng thơ những tiếng cùng vần với nhau  Mục tiêu: Nhận biết được những tiếng cùng vần ở cuối dòng thơ và củng cố kiến thức về vần.</w:t>
            </w:r>
          </w:p>
        </w:tc>
      </w:tr>
      <w:tr w:rsidR="00EC5F88" w:rsidRPr="00242051" w:rsidTr="00054248">
        <w:trPr>
          <w:tblHeade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GV hướng dẫn HS làm việc nhóm, cùng đọc lại bài thơ và tìm những tiếng cùng vần với nhau ở cuối các dòng thơ.</w:t>
            </w:r>
          </w:p>
        </w:tc>
        <w:tc>
          <w:tcPr>
            <w:tcW w:w="5017" w:type="dxa"/>
            <w:tcBorders>
              <w:top w:val="single" w:sz="4" w:space="0" w:color="auto"/>
            </w:tcBorders>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HS làm việc nhóm, đọc lại bài thơ và tìm những tiếng cùng vần với nhau ở cuối các dòng thơ.</w:t>
            </w:r>
          </w:p>
        </w:tc>
      </w:tr>
      <w:tr w:rsidR="00EC5F88" w:rsidRPr="00242051" w:rsidTr="00054248">
        <w:trPr>
          <w:tblHeade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GV yêu cầu một số HS trình bày kết quả. GV và HS nhận xét, đánh giá; thống nhất câu trả lời: cảnh - xanh; lời - đời; bé - lễ.</w:t>
            </w:r>
          </w:p>
        </w:tc>
        <w:tc>
          <w:tcPr>
            <w:tcW w:w="5017" w:type="dxa"/>
            <w:tcBorders>
              <w:bottom w:val="single" w:sz="4" w:space="0" w:color="auto"/>
            </w:tcBorders>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HS viết những tiếng tìm được vào vở và trình bày kết quả: cảnh - xanh; lời - đời; bé - lễ.</w:t>
            </w:r>
          </w:p>
        </w:tc>
      </w:tr>
      <w:tr w:rsidR="00EC5F88" w:rsidRPr="00242051" w:rsidTr="00054248">
        <w:trPr>
          <w:tblHeade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b/>
                <w:szCs w:val="28"/>
              </w:rPr>
              <w:t>TIẾT 2</w:t>
            </w:r>
          </w:p>
        </w:tc>
      </w:tr>
      <w:tr w:rsidR="00EC5F88" w:rsidRPr="00242051" w:rsidTr="00054248">
        <w:trPr>
          <w:tblHeade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242051" w:rsidRDefault="00EC5F88" w:rsidP="00496B0B">
            <w:pPr>
              <w:spacing w:line="276" w:lineRule="auto"/>
              <w:jc w:val="both"/>
              <w:rPr>
                <w:b/>
                <w:sz w:val="28"/>
                <w:szCs w:val="28"/>
              </w:rPr>
            </w:pPr>
            <w:r w:rsidRPr="00242051">
              <w:rPr>
                <w:rFonts w:cs="Times New Roman"/>
                <w:b/>
                <w:szCs w:val="28"/>
              </w:rPr>
              <w:t xml:space="preserve">4. Trả lời câu hỏi  </w:t>
            </w:r>
          </w:p>
          <w:p w:rsidR="00EC5F88" w:rsidRPr="00242051" w:rsidRDefault="00EC5F88" w:rsidP="00496B0B">
            <w:pPr>
              <w:spacing w:line="276" w:lineRule="auto"/>
              <w:jc w:val="both"/>
              <w:rPr>
                <w:sz w:val="28"/>
                <w:szCs w:val="28"/>
              </w:rPr>
            </w:pPr>
            <w:r w:rsidRPr="00242051">
              <w:rPr>
                <w:rFonts w:cs="Times New Roman"/>
                <w:b/>
                <w:szCs w:val="28"/>
              </w:rPr>
              <w:t>Mục tiêu: Hiểu nội dung bài thơ, trả lời đúng câu hỏi và nhận ra vẻ đẹp của rễ qua những đóng góp âm thầm, khiêm nhường.</w:t>
            </w:r>
          </w:p>
        </w:tc>
      </w:tr>
      <w:tr w:rsidR="00EC5F88" w:rsidRPr="00242051" w:rsidTr="00054248">
        <w:trPr>
          <w:tblHeade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GV hướng dẫn HS làm việc nhóm để tìm hiểu bài thơ và trả lời các câu hỏi: a. Nhờ có rễ mà hoa, quả, lá như thế nào? b. Cây sẽ thế nào nếu không có rễ? c. Những từ ngữ nào thể hiện sự đáng quý của rễ?</w:t>
            </w:r>
          </w:p>
        </w:tc>
        <w:tc>
          <w:tcPr>
            <w:tcW w:w="5017" w:type="dxa"/>
            <w:tcBorders>
              <w:top w:val="single" w:sz="4" w:space="0" w:color="auto"/>
            </w:tcBorders>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HS làm việc nhóm để tìm hiểu bài thơ và trả lời các câu hỏi.</w:t>
            </w:r>
          </w:p>
        </w:tc>
      </w:tr>
      <w:tr w:rsidR="00EC5F88" w:rsidRPr="00242051" w:rsidTr="00054248">
        <w:trPr>
          <w:tblHeader/>
          <w:jc w:val="center"/>
        </w:trPr>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GV đọc từng câu hỏi và gọi một số HS trình bày câu trả lời. Các bạn nhận xét, đánh giá.</w:t>
            </w:r>
          </w:p>
        </w:tc>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HS làm việc nhóm, có thể đọc to từng câu hỏi, cùng nhau trao đổi và trả lời từng câu hỏi.</w:t>
            </w:r>
          </w:p>
        </w:tc>
      </w:tr>
      <w:tr w:rsidR="00EC5F88" w:rsidRPr="00242051" w:rsidTr="00054248">
        <w:trPr>
          <w:tblHeader/>
          <w:jc w:val="center"/>
        </w:trPr>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GV và HS thống nhất câu trả lời câu a: Nhờ có rễ mà hoa nở đẹp, quả trĩu cành, lá biếc xanh.</w:t>
            </w:r>
          </w:p>
        </w:tc>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HS trả lời: Nhờ có rễ mà hoa nở đẹp, quả trĩu cành, lá biếc xanh.</w:t>
            </w:r>
          </w:p>
        </w:tc>
      </w:tr>
      <w:tr w:rsidR="00EC5F88" w:rsidRPr="00242051" w:rsidTr="00054248">
        <w:trPr>
          <w:tblHeader/>
          <w:jc w:val="center"/>
        </w:trPr>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lastRenderedPageBreak/>
              <w:t>- GV và HS thống nhất câu trả lời câu b: Nếu không có rễ thì cây chẳng đâm chồi, chẳng ra trái ngọt, chẳng nở hoa tươi.</w:t>
            </w:r>
          </w:p>
        </w:tc>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HS trả lời: Nếu không có rễ thì cây chẳng đâm chồi, chẳng ra trái ngọt, chẳng nở hoa tươi.</w:t>
            </w:r>
          </w:p>
        </w:tc>
      </w:tr>
      <w:tr w:rsidR="00EC5F88" w:rsidRPr="00242051" w:rsidTr="00054248">
        <w:trPr>
          <w:tblHeade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GV và HS thống nhất câu trả lời câu c: Những từ ngữ thể hiện sự đáng quý của rễ là khiêm nhường, lặng lẽ.</w:t>
            </w:r>
          </w:p>
        </w:tc>
        <w:tc>
          <w:tcPr>
            <w:tcW w:w="5017" w:type="dxa"/>
            <w:tcBorders>
              <w:bottom w:val="single" w:sz="4" w:space="0" w:color="auto"/>
            </w:tcBorders>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HS trả lời: Những từ ngữ thể hiện sự đáng quý của rễ là khiêm nhường, lặng lẽ.</w:t>
            </w:r>
          </w:p>
        </w:tc>
      </w:tr>
      <w:tr w:rsidR="00EC5F88" w:rsidRPr="00242051" w:rsidTr="00054248">
        <w:trPr>
          <w:tblHeade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242051" w:rsidRDefault="00EC5F88" w:rsidP="00496B0B">
            <w:pPr>
              <w:spacing w:line="276" w:lineRule="auto"/>
              <w:jc w:val="both"/>
              <w:rPr>
                <w:b/>
                <w:sz w:val="28"/>
                <w:szCs w:val="28"/>
              </w:rPr>
            </w:pPr>
            <w:r w:rsidRPr="00242051">
              <w:rPr>
                <w:rFonts w:cs="Times New Roman"/>
                <w:b/>
                <w:szCs w:val="28"/>
              </w:rPr>
              <w:t xml:space="preserve">5. Học thuộc lòng  </w:t>
            </w:r>
          </w:p>
          <w:p w:rsidR="00EC5F88" w:rsidRPr="00242051" w:rsidRDefault="00EC5F88" w:rsidP="00496B0B">
            <w:pPr>
              <w:spacing w:line="276" w:lineRule="auto"/>
              <w:jc w:val="both"/>
              <w:rPr>
                <w:sz w:val="28"/>
                <w:szCs w:val="28"/>
              </w:rPr>
            </w:pPr>
            <w:r w:rsidRPr="00242051">
              <w:rPr>
                <w:rFonts w:cs="Times New Roman"/>
                <w:b/>
                <w:szCs w:val="28"/>
              </w:rPr>
              <w:t>Mục tiêu: Học thuộc lòng hai khổ thơ cuối và cảm nhận được vẻ đẹp của ngôn ngữ thơ.</w:t>
            </w:r>
          </w:p>
        </w:tc>
      </w:tr>
      <w:tr w:rsidR="00EC5F88" w:rsidRPr="00242051" w:rsidTr="00054248">
        <w:trPr>
          <w:tblHeade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GV treo bảng phụ hoặc trình chiếu hai khổ thơ cuối.</w:t>
            </w:r>
          </w:p>
        </w:tc>
        <w:tc>
          <w:tcPr>
            <w:tcW w:w="5017" w:type="dxa"/>
            <w:tcBorders>
              <w:top w:val="single" w:sz="4" w:space="0" w:color="auto"/>
            </w:tcBorders>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HS quan sát bảng phụ hoặc màn hình trình chiếu hai khổ thơ cuối.</w:t>
            </w:r>
          </w:p>
        </w:tc>
      </w:tr>
      <w:tr w:rsidR="00EC5F88" w:rsidRPr="00242051" w:rsidTr="00054248">
        <w:trPr>
          <w:tblHeader/>
          <w:jc w:val="center"/>
        </w:trPr>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GV mời một HS đọc thành tiếng hai khổ thơ cuối.</w:t>
            </w:r>
          </w:p>
        </w:tc>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Một HS đọc thành tiếng hai khổ thơ cuối.</w:t>
            </w:r>
          </w:p>
        </w:tc>
      </w:tr>
      <w:tr w:rsidR="00EC5F88" w:rsidRPr="00242051" w:rsidTr="00054248">
        <w:trPr>
          <w:tblHeade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GV hướng dẫn HS học thuộc lòng hai khổ thơ cuối bằng cách xoá, che dần một số từ ngữ trong hai khổ thơ cho đến khi xoá, che hết. GV chú ý để lại những từ ngữ quan trọng cho đến khi HS thuộc lòng.</w:t>
            </w:r>
          </w:p>
        </w:tc>
        <w:tc>
          <w:tcPr>
            <w:tcW w:w="5017" w:type="dxa"/>
            <w:tcBorders>
              <w:bottom w:val="single" w:sz="4" w:space="0" w:color="auto"/>
            </w:tcBorders>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HS học thuộc lòng hai khổ thơ cuối bằng cách nhớ và đọc thuộc cả những từ ngữ bị xoá, che dần.</w:t>
            </w:r>
          </w:p>
        </w:tc>
      </w:tr>
      <w:tr w:rsidR="00EC5F88" w:rsidRPr="00242051" w:rsidTr="00054248">
        <w:trPr>
          <w:tblHeader/>
          <w:jc w:val="center"/>
        </w:trPr>
        <w:tc>
          <w:tcPr>
            <w:tcW w:w="5017" w:type="dxa"/>
            <w:gridSpan w:val="2"/>
            <w:tcBorders>
              <w:top w:val="single" w:sz="4" w:space="0" w:color="auto"/>
              <w:bottom w:val="single" w:sz="4" w:space="0" w:color="auto"/>
            </w:tcBorders>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b/>
                <w:szCs w:val="28"/>
              </w:rPr>
              <w:t>6. Nói về một đức tính em cho là đáng quý  Mục tiêu: Biết bày tỏ suy nghĩ về một đức tính đáng quý; rèn kĩ năng nói, nghe và tôn trọng ý kiến của người khác.</w:t>
            </w:r>
          </w:p>
        </w:tc>
      </w:tr>
      <w:tr w:rsidR="00EC5F88" w:rsidRPr="00242051" w:rsidTr="00054248">
        <w:trPr>
          <w:tblHeade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GV yêu cầu HS thảo luận nhóm, mỗi HS nêu ý kiến của mình.</w:t>
            </w:r>
          </w:p>
        </w:tc>
        <w:tc>
          <w:tcPr>
            <w:tcW w:w="5017" w:type="dxa"/>
            <w:tcBorders>
              <w:top w:val="single" w:sz="4" w:space="0" w:color="auto"/>
            </w:tcBorders>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HS thảo luận nhóm, mỗi HS nêu ý kiến của mình về một đức tính em cho là đáng quý.</w:t>
            </w:r>
          </w:p>
        </w:tc>
      </w:tr>
      <w:tr w:rsidR="00EC5F88" w:rsidRPr="00242051" w:rsidTr="00054248">
        <w:trPr>
          <w:tblHeader/>
          <w:jc w:val="center"/>
        </w:trPr>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GV mời một số HS nói trước lớp.</w:t>
            </w:r>
          </w:p>
        </w:tc>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Một số HS nói trước lớp, ví dụ: em cho rằng khiêm nhường là đức tính đáng quý vì người khiêm nhường biết sống giản dị, không khoe khoang và luôn tôn trọng người khác.</w:t>
            </w:r>
          </w:p>
        </w:tc>
      </w:tr>
      <w:tr w:rsidR="00EC5F88" w:rsidRPr="00242051" w:rsidTr="00054248">
        <w:trPr>
          <w:tblHeader/>
          <w:jc w:val="center"/>
        </w:trPr>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GV và HS nhận xét, đánh giá. GV tạo không khí cởi mở, tôn trọng ý kiến riêng của từng cá nhân.</w:t>
            </w:r>
          </w:p>
        </w:tc>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HS lắng nghe, nhận xét và tôn trọng ý kiến riêng của bạn.</w:t>
            </w:r>
          </w:p>
        </w:tc>
      </w:tr>
      <w:tr w:rsidR="00EC5F88" w:rsidRPr="00242051" w:rsidTr="00054248">
        <w:trPr>
          <w:tblHeader/>
          <w:jc w:val="center"/>
        </w:trPr>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GV yêu cầu HS nhắc lại những nội dung đã học; GV tóm tắt lại những nội dung chính.</w:t>
            </w:r>
          </w:p>
          <w:p w:rsidR="00EC5F88" w:rsidRPr="00242051" w:rsidRDefault="00EC5F88" w:rsidP="00496B0B">
            <w:pPr>
              <w:spacing w:line="276" w:lineRule="auto"/>
              <w:jc w:val="both"/>
              <w:rPr>
                <w:sz w:val="28"/>
                <w:szCs w:val="28"/>
              </w:rPr>
            </w:pPr>
            <w:r w:rsidRPr="00242051">
              <w:rPr>
                <w:rFonts w:cs="Times New Roman"/>
                <w:szCs w:val="28"/>
              </w:rPr>
              <w:t>- GV tiếp nhận ý kiến phản hồi của HS về bài học.</w:t>
            </w:r>
          </w:p>
          <w:p w:rsidR="00EC5F88" w:rsidRPr="00242051" w:rsidRDefault="00EC5F88" w:rsidP="00496B0B">
            <w:pPr>
              <w:spacing w:line="276" w:lineRule="auto"/>
              <w:jc w:val="both"/>
              <w:rPr>
                <w:sz w:val="28"/>
                <w:szCs w:val="28"/>
              </w:rPr>
            </w:pPr>
            <w:r w:rsidRPr="00242051">
              <w:rPr>
                <w:rFonts w:cs="Times New Roman"/>
                <w:szCs w:val="28"/>
              </w:rPr>
              <w:t>- GV nhận xét, khen ngợi, động viên HS.</w:t>
            </w:r>
          </w:p>
        </w:tc>
        <w:tc>
          <w:tcPr>
            <w:tcW w:w="5017" w:type="dxa"/>
            <w:shd w:val="clear" w:color="auto" w:fill="auto"/>
            <w:tcMar>
              <w:top w:w="70" w:type="dxa"/>
              <w:left w:w="90" w:type="dxa"/>
              <w:bottom w:w="70" w:type="dxa"/>
              <w:right w:w="90" w:type="dxa"/>
            </w:tcMar>
            <w:vAlign w:val="center"/>
          </w:tcPr>
          <w:p w:rsidR="00EC5F88" w:rsidRPr="00242051" w:rsidRDefault="00EC5F88" w:rsidP="00496B0B">
            <w:pPr>
              <w:spacing w:line="276" w:lineRule="auto"/>
              <w:jc w:val="both"/>
              <w:rPr>
                <w:sz w:val="28"/>
                <w:szCs w:val="28"/>
              </w:rPr>
            </w:pPr>
            <w:r w:rsidRPr="00242051">
              <w:rPr>
                <w:rFonts w:cs="Times New Roman"/>
                <w:szCs w:val="28"/>
              </w:rPr>
              <w:t>- HS nhắc lại những nội dung đã học.</w:t>
            </w:r>
          </w:p>
          <w:p w:rsidR="00EC5F88" w:rsidRPr="00242051" w:rsidRDefault="00EC5F88" w:rsidP="00496B0B">
            <w:pPr>
              <w:spacing w:line="276" w:lineRule="auto"/>
              <w:jc w:val="both"/>
              <w:rPr>
                <w:sz w:val="28"/>
                <w:szCs w:val="28"/>
              </w:rPr>
            </w:pPr>
            <w:r w:rsidRPr="00242051">
              <w:rPr>
                <w:rFonts w:cs="Times New Roman"/>
                <w:szCs w:val="28"/>
              </w:rPr>
              <w:t>- HS nêu ý kiến về bài học (hiểu hay chưa hiểu, thích hay không thích, cụ thể ở những nội dung hay hoạt động nào).</w:t>
            </w:r>
          </w:p>
          <w:p w:rsidR="00EC5F88" w:rsidRPr="00242051" w:rsidRDefault="00EC5F88" w:rsidP="00496B0B">
            <w:pPr>
              <w:spacing w:line="276" w:lineRule="auto"/>
              <w:jc w:val="both"/>
              <w:rPr>
                <w:sz w:val="28"/>
                <w:szCs w:val="28"/>
              </w:rPr>
            </w:pPr>
            <w:r w:rsidRPr="00242051">
              <w:rPr>
                <w:rFonts w:cs="Times New Roman"/>
                <w:szCs w:val="28"/>
              </w:rPr>
              <w:t>- HS lắng nghe nhận xét, khen ngợi và tiếp thu dặn dò của GV.</w:t>
            </w:r>
          </w:p>
        </w:tc>
      </w:tr>
    </w:tbl>
    <w:p w:rsidR="00EC5F88" w:rsidRPr="00242051" w:rsidRDefault="00EC5F88" w:rsidP="00EC5F88">
      <w:pPr>
        <w:spacing w:after="0"/>
        <w:jc w:val="both"/>
        <w:rPr>
          <w:sz w:val="28"/>
          <w:szCs w:val="28"/>
        </w:rPr>
      </w:pPr>
      <w:r w:rsidRPr="00242051">
        <w:rPr>
          <w:rFonts w:cs="Times New Roman"/>
          <w:b/>
          <w:szCs w:val="28"/>
        </w:rPr>
        <w:t>IV. ĐIỀU CHỈNH SAU BÀI DẠY</w:t>
      </w:r>
    </w:p>
    <w:p w:rsidR="00EC5F88" w:rsidRPr="00242051" w:rsidRDefault="00EC5F88" w:rsidP="00EC5F88">
      <w:pPr>
        <w:spacing w:after="0"/>
        <w:jc w:val="both"/>
        <w:rPr>
          <w:sz w:val="28"/>
          <w:szCs w:val="28"/>
        </w:rPr>
      </w:pPr>
      <w:r w:rsidRPr="00242051">
        <w:rPr>
          <w:rFonts w:cs="Times New Roman"/>
          <w:szCs w:val="28"/>
        </w:rPr>
        <w:t>............................................................................................................................................................................................................................................................</w:t>
      </w:r>
    </w:p>
    <w:p w:rsidR="00496B0B" w:rsidRPr="00242051" w:rsidRDefault="00496B0B" w:rsidP="00496B0B">
      <w:pPr>
        <w:spacing w:after="0"/>
        <w:jc w:val="center"/>
        <w:rPr>
          <w:sz w:val="28"/>
          <w:szCs w:val="28"/>
        </w:rPr>
      </w:pPr>
      <w:r>
        <w:rPr>
          <w:rFonts w:cs="Times New Roman"/>
          <w:b/>
        </w:rPr>
        <w:t>BÀI 3: CÂU HỎI CỦA SÓI (TIẾT 1 + 2)</w:t>
      </w:r>
    </w:p>
    <w:p w:rsidR="00496B0B" w:rsidRPr="00242051" w:rsidRDefault="00496B0B" w:rsidP="00496B0B">
      <w:pPr>
        <w:spacing w:after="0"/>
        <w:jc w:val="both"/>
        <w:rPr>
          <w:sz w:val="28"/>
          <w:szCs w:val="28"/>
        </w:rPr>
      </w:pPr>
      <w:r w:rsidRPr="00242051">
        <w:rPr>
          <w:rFonts w:cs="Times New Roman"/>
          <w:b/>
          <w:szCs w:val="28"/>
        </w:rPr>
        <w:t>I. YÊU CẦU CẦN ĐẠT</w:t>
      </w:r>
    </w:p>
    <w:p w:rsidR="00496B0B" w:rsidRPr="00242051" w:rsidRDefault="00496B0B" w:rsidP="00496B0B">
      <w:pPr>
        <w:spacing w:after="0"/>
        <w:jc w:val="both"/>
        <w:rPr>
          <w:sz w:val="28"/>
          <w:szCs w:val="28"/>
        </w:rPr>
      </w:pPr>
      <w:r w:rsidRPr="00242051">
        <w:rPr>
          <w:rFonts w:cs="Times New Roman"/>
          <w:szCs w:val="28"/>
        </w:rPr>
        <w:lastRenderedPageBreak/>
        <w:t>Sau bài học, HS sẽ:</w:t>
      </w:r>
    </w:p>
    <w:p w:rsidR="00496B0B" w:rsidRPr="00242051" w:rsidRDefault="00496B0B" w:rsidP="00496B0B">
      <w:pPr>
        <w:spacing w:after="0"/>
        <w:jc w:val="both"/>
        <w:rPr>
          <w:sz w:val="28"/>
          <w:szCs w:val="28"/>
        </w:rPr>
      </w:pPr>
      <w:r w:rsidRPr="00242051">
        <w:rPr>
          <w:rFonts w:cs="Times New Roman"/>
          <w:b/>
          <w:szCs w:val="28"/>
        </w:rPr>
        <w:t>1. Năng lực đặc thù</w:t>
      </w:r>
    </w:p>
    <w:p w:rsidR="00496B0B" w:rsidRPr="00242051" w:rsidRDefault="00496B0B" w:rsidP="00496B0B">
      <w:pPr>
        <w:spacing w:after="0"/>
        <w:jc w:val="both"/>
        <w:rPr>
          <w:sz w:val="28"/>
          <w:szCs w:val="28"/>
        </w:rPr>
      </w:pPr>
      <w:r w:rsidRPr="00242051">
        <w:rPr>
          <w:rFonts w:cs="Times New Roman"/>
          <w:szCs w:val="28"/>
        </w:rPr>
        <w:t>- Đọc đúng, rõ ràng câu chuyện ngắn, đơn giản, có lời thoại; biết ngắt nghỉ hợp lí.</w:t>
      </w:r>
    </w:p>
    <w:p w:rsidR="00496B0B" w:rsidRPr="00242051" w:rsidRDefault="00496B0B" w:rsidP="00496B0B">
      <w:pPr>
        <w:spacing w:after="0"/>
        <w:jc w:val="both"/>
        <w:rPr>
          <w:sz w:val="28"/>
          <w:szCs w:val="28"/>
        </w:rPr>
      </w:pPr>
      <w:r w:rsidRPr="00242051">
        <w:rPr>
          <w:rFonts w:cs="Times New Roman"/>
          <w:szCs w:val="28"/>
        </w:rPr>
        <w:t>- Hiểu và trả lời đúng các câu hỏi liên quan đến văn bản.</w:t>
      </w:r>
    </w:p>
    <w:p w:rsidR="00496B0B" w:rsidRPr="00242051" w:rsidRDefault="00496B0B" w:rsidP="00496B0B">
      <w:pPr>
        <w:spacing w:after="0"/>
        <w:jc w:val="both"/>
        <w:rPr>
          <w:sz w:val="28"/>
          <w:szCs w:val="28"/>
        </w:rPr>
      </w:pPr>
      <w:r w:rsidRPr="00242051">
        <w:rPr>
          <w:rFonts w:cs="Times New Roman"/>
          <w:szCs w:val="28"/>
        </w:rPr>
        <w:t>- Quan sát, nhận biết được các chi tiết trong tranh và suy luận nội dung từ tranh đã quan sát.</w:t>
      </w:r>
    </w:p>
    <w:p w:rsidR="00496B0B" w:rsidRPr="00242051" w:rsidRDefault="00496B0B" w:rsidP="00496B0B">
      <w:pPr>
        <w:spacing w:after="0"/>
        <w:jc w:val="both"/>
        <w:rPr>
          <w:sz w:val="28"/>
          <w:szCs w:val="28"/>
        </w:rPr>
      </w:pPr>
      <w:r w:rsidRPr="00242051">
        <w:rPr>
          <w:rFonts w:cs="Times New Roman"/>
          <w:szCs w:val="28"/>
        </w:rPr>
        <w:t>- Viết đúng câu trả lời cho câu hỏi trong bài đọc; hoàn thiện câu bằng từ ngữ cho sẵn và viết lại đúng câu đã hoàn thiện.</w:t>
      </w:r>
    </w:p>
    <w:p w:rsidR="00496B0B" w:rsidRPr="00242051" w:rsidRDefault="00496B0B" w:rsidP="00496B0B">
      <w:pPr>
        <w:spacing w:after="0"/>
        <w:jc w:val="both"/>
        <w:rPr>
          <w:sz w:val="28"/>
          <w:szCs w:val="28"/>
        </w:rPr>
      </w:pPr>
      <w:r w:rsidRPr="00242051">
        <w:rPr>
          <w:rFonts w:cs="Times New Roman"/>
          <w:szCs w:val="28"/>
        </w:rPr>
        <w:t>- Nghe - viết đúng một đoạn ngắn.</w:t>
      </w:r>
    </w:p>
    <w:p w:rsidR="00496B0B" w:rsidRPr="00242051" w:rsidRDefault="00496B0B" w:rsidP="00496B0B">
      <w:pPr>
        <w:spacing w:after="0"/>
        <w:jc w:val="both"/>
        <w:rPr>
          <w:sz w:val="28"/>
          <w:szCs w:val="28"/>
        </w:rPr>
      </w:pPr>
      <w:r w:rsidRPr="00242051">
        <w:rPr>
          <w:rFonts w:cs="Times New Roman"/>
          <w:szCs w:val="28"/>
        </w:rPr>
        <w:t>- Biết trao đổi về nội dung của văn bản và nội dung được thể hiện trong tranh.</w:t>
      </w:r>
    </w:p>
    <w:p w:rsidR="00496B0B" w:rsidRPr="00242051" w:rsidRDefault="00496B0B" w:rsidP="00496B0B">
      <w:pPr>
        <w:spacing w:after="0"/>
        <w:jc w:val="both"/>
        <w:rPr>
          <w:sz w:val="28"/>
          <w:szCs w:val="28"/>
        </w:rPr>
      </w:pPr>
      <w:r w:rsidRPr="00242051">
        <w:rPr>
          <w:rFonts w:cs="Times New Roman"/>
          <w:b/>
          <w:szCs w:val="28"/>
        </w:rPr>
        <w:t>2. Năng lực chung</w:t>
      </w:r>
    </w:p>
    <w:p w:rsidR="00496B0B" w:rsidRPr="00242051" w:rsidRDefault="00496B0B" w:rsidP="00496B0B">
      <w:pPr>
        <w:spacing w:after="0"/>
        <w:jc w:val="both"/>
        <w:rPr>
          <w:sz w:val="28"/>
          <w:szCs w:val="28"/>
        </w:rPr>
      </w:pPr>
      <w:r w:rsidRPr="00242051">
        <w:rPr>
          <w:rFonts w:cs="Times New Roman"/>
          <w:szCs w:val="28"/>
        </w:rPr>
        <w:t>- Tự chủ và tự học: Biết quan sát tranh, đọc bài, suy nghĩ, trả lời câu hỏi và hoàn thành nhiệm vụ học tập.</w:t>
      </w:r>
    </w:p>
    <w:p w:rsidR="00496B0B" w:rsidRPr="00242051" w:rsidRDefault="00496B0B" w:rsidP="00496B0B">
      <w:pPr>
        <w:spacing w:after="0"/>
        <w:jc w:val="both"/>
        <w:rPr>
          <w:sz w:val="28"/>
          <w:szCs w:val="28"/>
        </w:rPr>
      </w:pPr>
      <w:r w:rsidRPr="00242051">
        <w:rPr>
          <w:rFonts w:cs="Times New Roman"/>
          <w:szCs w:val="28"/>
        </w:rPr>
        <w:t>- Giao tiếp và hợp tác: Biết trao đổi với bạn trong nhóm, mạnh dạn trình bày ý kiến, lắng nghe và nhận xét bạn.</w:t>
      </w:r>
    </w:p>
    <w:p w:rsidR="00496B0B" w:rsidRPr="00242051" w:rsidRDefault="00496B0B" w:rsidP="00496B0B">
      <w:pPr>
        <w:spacing w:after="0"/>
        <w:jc w:val="both"/>
        <w:rPr>
          <w:sz w:val="28"/>
          <w:szCs w:val="28"/>
        </w:rPr>
      </w:pPr>
      <w:r w:rsidRPr="00242051">
        <w:rPr>
          <w:rFonts w:cs="Times New Roman"/>
          <w:szCs w:val="28"/>
        </w:rPr>
        <w:t>- Giải quyết vấn đề và sáng tạo: Biết nhận ra những vấn đề đơn giản trong bài học, biết đặt câu hỏi và nêu cách ứng xử phù hợp.</w:t>
      </w:r>
    </w:p>
    <w:p w:rsidR="00496B0B" w:rsidRPr="00242051" w:rsidRDefault="00496B0B" w:rsidP="00496B0B">
      <w:pPr>
        <w:spacing w:after="0"/>
        <w:jc w:val="both"/>
        <w:rPr>
          <w:sz w:val="28"/>
          <w:szCs w:val="28"/>
        </w:rPr>
      </w:pPr>
      <w:r w:rsidRPr="00242051">
        <w:rPr>
          <w:rFonts w:cs="Times New Roman"/>
          <w:b/>
          <w:szCs w:val="28"/>
        </w:rPr>
        <w:t>3. Phẩm chất</w:t>
      </w:r>
    </w:p>
    <w:p w:rsidR="00496B0B" w:rsidRPr="00242051" w:rsidRDefault="00496B0B" w:rsidP="00496B0B">
      <w:pPr>
        <w:spacing w:after="0"/>
        <w:jc w:val="both"/>
        <w:rPr>
          <w:sz w:val="28"/>
          <w:szCs w:val="28"/>
        </w:rPr>
      </w:pPr>
      <w:r w:rsidRPr="00242051">
        <w:rPr>
          <w:rFonts w:cs="Times New Roman"/>
          <w:szCs w:val="28"/>
        </w:rPr>
        <w:t>- Nhân ái: Biết yêu quý mọi người, biết quan tâm, cảm thông và ứng xử thân thiện với bạn bè, mọi người xung quanh.</w:t>
      </w:r>
    </w:p>
    <w:p w:rsidR="00496B0B" w:rsidRPr="00242051" w:rsidRDefault="00496B0B" w:rsidP="00496B0B">
      <w:pPr>
        <w:spacing w:after="0"/>
        <w:jc w:val="both"/>
        <w:rPr>
          <w:sz w:val="28"/>
          <w:szCs w:val="28"/>
        </w:rPr>
      </w:pPr>
      <w:r w:rsidRPr="00242051">
        <w:rPr>
          <w:rFonts w:cs="Times New Roman"/>
          <w:szCs w:val="28"/>
        </w:rPr>
        <w:t>- Trách nhiệm: Có ý thức cư xử đúng mực, không gây gổ, không làm người khác buồn bực hay sợ hãi.</w:t>
      </w:r>
    </w:p>
    <w:p w:rsidR="00496B0B" w:rsidRPr="00242051" w:rsidRDefault="00496B0B" w:rsidP="00496B0B">
      <w:pPr>
        <w:spacing w:after="0"/>
        <w:jc w:val="both"/>
        <w:rPr>
          <w:sz w:val="28"/>
          <w:szCs w:val="28"/>
        </w:rPr>
      </w:pPr>
      <w:r w:rsidRPr="00242051">
        <w:rPr>
          <w:rFonts w:cs="Times New Roman"/>
          <w:szCs w:val="28"/>
        </w:rPr>
        <w:t>- Chăm chỉ: Tích cực tham gia các hoạt động học tập, hoàn thành nhiệm vụ được giao.</w:t>
      </w:r>
    </w:p>
    <w:p w:rsidR="00EC5725" w:rsidRDefault="005C462C">
      <w:pPr>
        <w:spacing w:after="0"/>
        <w:jc w:val="both"/>
      </w:pPr>
      <w:r>
        <w:rPr>
          <w:rFonts w:cs="Times New Roman"/>
          <w:b/>
          <w:color w:val="FF0000"/>
        </w:rPr>
        <w:t>4. Tích hợp</w:t>
      </w:r>
    </w:p>
    <w:p w:rsidR="00EC5725" w:rsidRDefault="005C462C">
      <w:pPr>
        <w:spacing w:after="0"/>
        <w:jc w:val="both"/>
      </w:pPr>
      <w:r>
        <w:rPr>
          <w:rFonts w:cs="Times New Roman"/>
          <w:color w:val="FF0000"/>
        </w:rPr>
        <w:t>- Lý tưởng cách mạng, đạo đức, lối sống: Biết suy nghĩ trước khi nói, đặt câu hỏi lịch sự và không dùng lời nói làm tổn thương người khác.</w:t>
      </w:r>
    </w:p>
    <w:p w:rsidR="00EC5725" w:rsidRDefault="005C462C">
      <w:pPr>
        <w:spacing w:after="0"/>
        <w:jc w:val="both"/>
      </w:pPr>
      <w:r>
        <w:rPr>
          <w:rFonts w:cs="Times New Roman"/>
          <w:color w:val="FF0000"/>
        </w:rPr>
        <w:t>- Kĩ năng sống: Rèn cách giao tiếp bình tĩnh, biết lắng nghe và ứng xử phù hợp.</w:t>
      </w:r>
    </w:p>
    <w:p w:rsidR="00496B0B" w:rsidRPr="00242051" w:rsidRDefault="00496B0B" w:rsidP="00496B0B">
      <w:pPr>
        <w:spacing w:after="0"/>
        <w:jc w:val="both"/>
        <w:rPr>
          <w:sz w:val="28"/>
          <w:szCs w:val="28"/>
        </w:rPr>
      </w:pPr>
      <w:r w:rsidRPr="00242051">
        <w:rPr>
          <w:rFonts w:cs="Times New Roman"/>
          <w:b/>
          <w:szCs w:val="28"/>
        </w:rPr>
        <w:t>II. ĐỒ DÙNG DẠY HỌC</w:t>
      </w:r>
    </w:p>
    <w:p w:rsidR="00496B0B" w:rsidRPr="00242051" w:rsidRDefault="00496B0B" w:rsidP="00496B0B">
      <w:pPr>
        <w:spacing w:after="0"/>
        <w:jc w:val="both"/>
        <w:rPr>
          <w:sz w:val="28"/>
          <w:szCs w:val="28"/>
        </w:rPr>
      </w:pPr>
      <w:r w:rsidRPr="00242051">
        <w:rPr>
          <w:rFonts w:cs="Times New Roman"/>
          <w:szCs w:val="28"/>
        </w:rPr>
        <w:t>1. Học liệu: SGK, KHDH, Bộ đồ dùng dạy học TV.</w:t>
      </w:r>
    </w:p>
    <w:p w:rsidR="00496B0B" w:rsidRPr="00242051" w:rsidRDefault="00496B0B" w:rsidP="00496B0B">
      <w:pPr>
        <w:spacing w:after="0"/>
        <w:jc w:val="both"/>
        <w:rPr>
          <w:sz w:val="28"/>
          <w:szCs w:val="28"/>
        </w:rPr>
      </w:pPr>
      <w:r w:rsidRPr="00242051">
        <w:rPr>
          <w:rFonts w:cs="Times New Roman"/>
          <w:szCs w:val="28"/>
        </w:rPr>
        <w:t>2. Thiết bị: Máy tính, máy chiếu.</w:t>
      </w:r>
    </w:p>
    <w:p w:rsidR="00496B0B" w:rsidRPr="00242051" w:rsidRDefault="00496B0B" w:rsidP="00496B0B">
      <w:pPr>
        <w:spacing w:after="0"/>
        <w:jc w:val="both"/>
        <w:rPr>
          <w:sz w:val="28"/>
          <w:szCs w:val="28"/>
        </w:rPr>
      </w:pPr>
      <w:r w:rsidRPr="00242051">
        <w:rPr>
          <w:rFonts w:cs="Times New Roman"/>
          <w:b/>
          <w:szCs w:val="28"/>
        </w:rPr>
        <w:t>III. CÁC HOẠT ĐỘNG DẠY HỌC</w:t>
      </w:r>
    </w:p>
    <w:tbl>
      <w:tblPr>
        <w:tblW w:w="5000" w:type="pct"/>
        <w:jc w:val="center"/>
        <w:tblBorders>
          <w:top w:val="single" w:sz="8" w:space="0" w:color="000000"/>
          <w:left w:val="single" w:sz="8" w:space="0" w:color="000000"/>
          <w:bottom w:val="single" w:sz="8" w:space="0" w:color="000000"/>
          <w:right w:val="single" w:sz="8" w:space="0" w:color="000000"/>
          <w:insideV w:val="single" w:sz="8" w:space="0" w:color="000000"/>
        </w:tblBorders>
        <w:tblLook w:val="04A0" w:firstRow="1" w:lastRow="0" w:firstColumn="1" w:lastColumn="0" w:noHBand="0" w:noVBand="1"/>
      </w:tblPr>
      <w:tblGrid>
        <w:gridCol w:w="5193"/>
        <w:gridCol w:w="5193"/>
      </w:tblGrid>
      <w:tr w:rsidR="00496B0B" w:rsidRPr="00242051" w:rsidTr="00054248">
        <w:trPr>
          <w:tblHeade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EC5725" w:rsidRDefault="005C462C">
            <w:pPr>
              <w:spacing w:after="0"/>
              <w:jc w:val="both"/>
            </w:pPr>
            <w:r>
              <w:rPr>
                <w:rFonts w:cs="Times New Roman"/>
                <w:b/>
                <w:color w:val="000000"/>
              </w:rPr>
              <w:t>Hoạt động của giáo viên</w:t>
            </w:r>
          </w:p>
        </w:tc>
        <w:tc>
          <w:tcPr>
            <w:tcW w:w="5017" w:type="dxa"/>
            <w:tcBorders>
              <w:bottom w:val="single" w:sz="4" w:space="0" w:color="auto"/>
            </w:tcBorders>
            <w:shd w:val="clear" w:color="auto" w:fill="auto"/>
            <w:tcMar>
              <w:top w:w="70" w:type="dxa"/>
              <w:left w:w="90" w:type="dxa"/>
              <w:bottom w:w="70" w:type="dxa"/>
              <w:right w:w="90" w:type="dxa"/>
            </w:tcMar>
            <w:vAlign w:val="center"/>
          </w:tcPr>
          <w:p w:rsidR="00EC5725" w:rsidRDefault="005C462C">
            <w:pPr>
              <w:spacing w:after="0"/>
              <w:jc w:val="both"/>
            </w:pPr>
            <w:r>
              <w:rPr>
                <w:rFonts w:cs="Times New Roman"/>
                <w:b/>
                <w:color w:val="000000"/>
              </w:rPr>
              <w:t>Hoạt động của học sinh</w:t>
            </w:r>
          </w:p>
        </w:tc>
      </w:tr>
      <w:tr w:rsidR="00496B0B" w:rsidRPr="00242051" w:rsidTr="00054248">
        <w:trPr>
          <w:tblHeade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b/>
                <w:szCs w:val="28"/>
              </w:rPr>
              <w:t>TIẾT 1</w:t>
            </w:r>
          </w:p>
        </w:tc>
      </w:tr>
      <w:tr w:rsidR="00496B0B" w:rsidRPr="00242051" w:rsidTr="00054248">
        <w:trPr>
          <w:tblHeade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242051" w:rsidRDefault="00496B0B" w:rsidP="00496B0B">
            <w:pPr>
              <w:spacing w:after="0"/>
              <w:jc w:val="both"/>
              <w:rPr>
                <w:b/>
                <w:sz w:val="28"/>
                <w:szCs w:val="28"/>
              </w:rPr>
            </w:pPr>
            <w:r w:rsidRPr="00242051">
              <w:rPr>
                <w:rFonts w:cs="Times New Roman"/>
                <w:b/>
                <w:szCs w:val="28"/>
              </w:rPr>
              <w:t xml:space="preserve">1. Hoạt động </w:t>
            </w:r>
            <w:r w:rsidR="00242051" w:rsidRPr="00242051">
              <w:rPr>
                <w:rFonts w:cs="Times New Roman"/>
                <w:b/>
                <w:szCs w:val="28"/>
              </w:rPr>
              <w:t>khởi động</w:t>
            </w:r>
            <w:r w:rsidRPr="00242051">
              <w:rPr>
                <w:rFonts w:cs="Times New Roman"/>
                <w:b/>
                <w:szCs w:val="28"/>
              </w:rPr>
              <w:t>.</w:t>
            </w:r>
          </w:p>
          <w:p w:rsidR="00496B0B" w:rsidRPr="00242051" w:rsidRDefault="00496B0B" w:rsidP="00496B0B">
            <w:pPr>
              <w:spacing w:after="0"/>
              <w:jc w:val="both"/>
              <w:rPr>
                <w:sz w:val="28"/>
                <w:szCs w:val="28"/>
              </w:rPr>
            </w:pPr>
            <w:r w:rsidRPr="00242051">
              <w:rPr>
                <w:rFonts w:cs="Times New Roman"/>
                <w:b/>
                <w:szCs w:val="28"/>
              </w:rPr>
              <w:t xml:space="preserve"> Mục tiêu: Tạo không khí phấn khởi cho HS vào đầu tiết học.</w:t>
            </w:r>
          </w:p>
        </w:tc>
      </w:tr>
      <w:tr w:rsidR="00496B0B" w:rsidRPr="00242051" w:rsidTr="00054248">
        <w:trPr>
          <w:tblHeade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Ôn: HS nhắc lại tên bài học trước và nói về điều thú vị học được từ bài học đó.</w:t>
            </w:r>
          </w:p>
        </w:tc>
        <w:tc>
          <w:tcPr>
            <w:tcW w:w="5017" w:type="dxa"/>
            <w:tcBorders>
              <w:top w:val="single" w:sz="4" w:space="0" w:color="auto"/>
            </w:tcBorders>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HS nhắc lại tên bài học trước và nêu điều thú vị em học được từ bài học đó.</w:t>
            </w:r>
          </w:p>
        </w:tc>
      </w:tr>
      <w:tr w:rsidR="00496B0B" w:rsidRPr="00242051" w:rsidTr="00054248">
        <w:trPr>
          <w:tblHeader/>
          <w:jc w:val="center"/>
        </w:trPr>
        <w:tc>
          <w:tcPr>
            <w:tcW w:w="5017" w:type="dxa"/>
            <w:shd w:val="clear" w:color="auto" w:fill="auto"/>
            <w:tcMar>
              <w:top w:w="70" w:type="dxa"/>
              <w:left w:w="90" w:type="dxa"/>
              <w:bottom w:w="70" w:type="dxa"/>
              <w:right w:w="90" w:type="dxa"/>
            </w:tcMar>
            <w:vAlign w:val="center"/>
          </w:tcPr>
          <w:p w:rsidR="00242051" w:rsidRPr="00242051" w:rsidRDefault="00496B0B" w:rsidP="00496B0B">
            <w:pPr>
              <w:spacing w:after="0"/>
              <w:jc w:val="both"/>
              <w:rPr>
                <w:sz w:val="28"/>
                <w:szCs w:val="28"/>
              </w:rPr>
            </w:pPr>
            <w:r w:rsidRPr="00242051">
              <w:rPr>
                <w:rFonts w:cs="Times New Roman"/>
                <w:szCs w:val="28"/>
              </w:rPr>
              <w:t>- Khởi động: GV yêu cầu HS quan sát tranh và trao đổi nhóm để trả lời các câu hỏi:</w:t>
            </w:r>
          </w:p>
        </w:tc>
        <w:tc>
          <w:tcPr>
            <w:tcW w:w="5017" w:type="dxa"/>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HS quan sát tranh, trao đổi nhóm và trả lời câu hỏi.</w:t>
            </w:r>
          </w:p>
        </w:tc>
      </w:tr>
      <w:tr w:rsidR="00496B0B" w:rsidRPr="00242051" w:rsidTr="00054248">
        <w:trPr>
          <w:tblHeader/>
          <w:jc w:val="center"/>
        </w:trPr>
        <w:tc>
          <w:tcPr>
            <w:tcW w:w="5017" w:type="dxa"/>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a. Các con vật trong tranh đang làm gì?</w:t>
            </w:r>
          </w:p>
        </w:tc>
        <w:tc>
          <w:tcPr>
            <w:tcW w:w="5017" w:type="dxa"/>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HS trả lời: Các con vật trong tranh đang vui vẻ chơi với nhau.</w:t>
            </w:r>
          </w:p>
        </w:tc>
      </w:tr>
      <w:tr w:rsidR="00496B0B" w:rsidRPr="00242051" w:rsidTr="00054248">
        <w:trPr>
          <w:tblHeader/>
          <w:jc w:val="center"/>
        </w:trPr>
        <w:tc>
          <w:tcPr>
            <w:tcW w:w="5017" w:type="dxa"/>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lastRenderedPageBreak/>
              <w:t>- b. Em thấy các con vật này thế nào?</w:t>
            </w:r>
          </w:p>
        </w:tc>
        <w:tc>
          <w:tcPr>
            <w:tcW w:w="5017" w:type="dxa"/>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HS trả lời: Các con vật đáng yêu, gần gũi; riêng ở bức tranh sau, sói trông hung dữ còn sóc rất sợ hãi.</w:t>
            </w:r>
          </w:p>
        </w:tc>
      </w:tr>
      <w:tr w:rsidR="00496B0B" w:rsidRPr="00242051" w:rsidTr="00054248">
        <w:trPr>
          <w:tblHeader/>
          <w:jc w:val="center"/>
        </w:trPr>
        <w:tc>
          <w:tcPr>
            <w:tcW w:w="5017" w:type="dxa"/>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GV và HS thống nhất nội dung câu trả lời, sau đó dẫn vào bài đọc "Câu hỏi của sói".</w:t>
            </w:r>
          </w:p>
        </w:tc>
        <w:tc>
          <w:tcPr>
            <w:tcW w:w="5017" w:type="dxa"/>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HS lắng nghe, bổ sung ý kiến nếu cần và chuẩn bị vào bài đọc mới.</w:t>
            </w:r>
          </w:p>
        </w:tc>
      </w:tr>
      <w:tr w:rsidR="00496B0B" w:rsidRPr="00242051" w:rsidTr="00054248">
        <w:trPr>
          <w:tblHeade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Trước khi đọc văn bản, GV cho HS dựa vào nhan đề và tranh minh hoạ để suy đoán một phần nội dung của văn bản; chú ý đến quan hệ giữa các con vật thể hiện qua hai bức tranh khác nhau (bức tranh vẽ cảnh các con vật rất vui vẻ với nhau và bức tranh vẽ sói trông rất hung dữ, còn sóc trông rất sợ hãi).</w:t>
            </w:r>
          </w:p>
        </w:tc>
        <w:tc>
          <w:tcPr>
            <w:tcW w:w="5017" w:type="dxa"/>
            <w:tcBorders>
              <w:bottom w:val="single" w:sz="4" w:space="0" w:color="auto"/>
            </w:tcBorders>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Một số (2 - 3) HS nêu dự đoán về nội dung câu chuyện. Các HS khác có thể bổ sung nếu ý kiến của bạn chưa đầy đủ hoặc có ý kiến khác.</w:t>
            </w:r>
          </w:p>
        </w:tc>
      </w:tr>
      <w:tr w:rsidR="00496B0B" w:rsidRPr="00242051" w:rsidTr="00054248">
        <w:trPr>
          <w:tblHeade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242051" w:rsidRDefault="00496B0B" w:rsidP="00496B0B">
            <w:pPr>
              <w:spacing w:after="0"/>
              <w:jc w:val="both"/>
              <w:rPr>
                <w:b/>
                <w:sz w:val="28"/>
                <w:szCs w:val="28"/>
              </w:rPr>
            </w:pPr>
            <w:r w:rsidRPr="00242051">
              <w:rPr>
                <w:rFonts w:cs="Times New Roman"/>
                <w:b/>
                <w:szCs w:val="28"/>
              </w:rPr>
              <w:t xml:space="preserve">2. Đọc. </w:t>
            </w:r>
          </w:p>
          <w:p w:rsidR="00496B0B" w:rsidRPr="00242051" w:rsidRDefault="00496B0B" w:rsidP="00496B0B">
            <w:pPr>
              <w:spacing w:after="0"/>
              <w:jc w:val="both"/>
              <w:rPr>
                <w:sz w:val="28"/>
                <w:szCs w:val="28"/>
              </w:rPr>
            </w:pPr>
            <w:r w:rsidRPr="00242051">
              <w:rPr>
                <w:rFonts w:cs="Times New Roman"/>
                <w:b/>
                <w:szCs w:val="28"/>
              </w:rPr>
              <w:t>Mục tiêu: Phát triển cho HS kĩ năng đọc thông qua việc đọc đúng, rõ ràng một văn bản ngắn và đơn giản.</w:t>
            </w:r>
          </w:p>
        </w:tc>
      </w:tr>
      <w:tr w:rsidR="00496B0B" w:rsidRPr="00242051" w:rsidTr="00054248">
        <w:trPr>
          <w:tblHeade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GV đọc mẫu toàn văn bản. Chú ý đọc đúng lời người kể và lời nhân vật; ngắt giọng, nhấn giọng đúng chỗ.</w:t>
            </w:r>
          </w:p>
        </w:tc>
        <w:tc>
          <w:tcPr>
            <w:tcW w:w="5017" w:type="dxa"/>
            <w:tcBorders>
              <w:top w:val="single" w:sz="4" w:space="0" w:color="auto"/>
            </w:tcBorders>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HS lắng nghe GV đọc mẫu, theo dõi văn bản và chú ý cách đọc.</w:t>
            </w:r>
          </w:p>
        </w:tc>
      </w:tr>
      <w:tr w:rsidR="00496B0B" w:rsidRPr="00242051" w:rsidTr="00054248">
        <w:trPr>
          <w:tblHeader/>
          <w:jc w:val="center"/>
        </w:trPr>
        <w:tc>
          <w:tcPr>
            <w:tcW w:w="5017" w:type="dxa"/>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HS đọc câu.</w:t>
            </w:r>
          </w:p>
        </w:tc>
        <w:tc>
          <w:tcPr>
            <w:tcW w:w="5017" w:type="dxa"/>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HS đọc nối tiếp từng câu trong bài.</w:t>
            </w:r>
          </w:p>
        </w:tc>
      </w:tr>
      <w:tr w:rsidR="00496B0B" w:rsidRPr="00242051" w:rsidTr="00054248">
        <w:trPr>
          <w:tblHeader/>
          <w:jc w:val="center"/>
        </w:trPr>
        <w:tc>
          <w:tcPr>
            <w:tcW w:w="5017" w:type="dxa"/>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Một số HS đọc nối tiếp từng câu lần 1. GV hướng dẫn HS đọc một số từ ngữ có thể khó đối với HS như: van nài, lúc nào, buồn bực.</w:t>
            </w:r>
          </w:p>
        </w:tc>
        <w:tc>
          <w:tcPr>
            <w:tcW w:w="5017" w:type="dxa"/>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HS luyện đọc các từ ngữ: van nài, lúc nào, buồn bực.</w:t>
            </w:r>
          </w:p>
        </w:tc>
      </w:tr>
      <w:tr w:rsidR="00496B0B" w:rsidRPr="00242051" w:rsidTr="00054248">
        <w:trPr>
          <w:tblHeader/>
          <w:jc w:val="center"/>
        </w:trPr>
        <w:tc>
          <w:tcPr>
            <w:tcW w:w="5017" w:type="dxa"/>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HS đọc nối tiếp từng câu lần 2. GV luyện cho HS đọc những câu dài.</w:t>
            </w:r>
          </w:p>
        </w:tc>
        <w:tc>
          <w:tcPr>
            <w:tcW w:w="5017" w:type="dxa"/>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HS luyện đọc câu dài theo hướng dẫn của GV.</w:t>
            </w:r>
          </w:p>
        </w:tc>
      </w:tr>
      <w:tr w:rsidR="00496B0B" w:rsidRPr="00242051" w:rsidTr="00054248">
        <w:trPr>
          <w:tblHeader/>
          <w:jc w:val="center"/>
        </w:trPr>
        <w:tc>
          <w:tcPr>
            <w:tcW w:w="5017" w:type="dxa"/>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Ví dụ: Một chú sóc đang chuyền trên cành cây bỗng trượt chân rơi trúng đầu lão sói đang ngái ngủ; Còn chúng tôi lúc nào cũng vui vì chúng tôi có nhiều bạn tốt.</w:t>
            </w:r>
          </w:p>
        </w:tc>
        <w:tc>
          <w:tcPr>
            <w:tcW w:w="5017" w:type="dxa"/>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HS đọc lại các câu dài, biết ngắt nghỉ đúng chỗ.</w:t>
            </w:r>
          </w:p>
        </w:tc>
      </w:tr>
      <w:tr w:rsidR="00496B0B" w:rsidRPr="00242051" w:rsidTr="00054248">
        <w:trPr>
          <w:tblHeader/>
          <w:jc w:val="center"/>
        </w:trPr>
        <w:tc>
          <w:tcPr>
            <w:tcW w:w="5017" w:type="dxa"/>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HS đọc đoạn.</w:t>
            </w:r>
          </w:p>
        </w:tc>
        <w:tc>
          <w:tcPr>
            <w:tcW w:w="5017" w:type="dxa"/>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HS xác định đoạn trong bài.</w:t>
            </w:r>
          </w:p>
        </w:tc>
      </w:tr>
      <w:tr w:rsidR="00496B0B" w:rsidRPr="00242051" w:rsidTr="00054248">
        <w:trPr>
          <w:tblHeader/>
          <w:jc w:val="center"/>
        </w:trPr>
        <w:tc>
          <w:tcPr>
            <w:tcW w:w="5017" w:type="dxa"/>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GV chia văn bản thành các đoạn (đoạn 1: từ đầu đến rồi tôi sẽ nói; đoạn 2: phần còn lại).</w:t>
            </w:r>
          </w:p>
        </w:tc>
        <w:tc>
          <w:tcPr>
            <w:tcW w:w="5017" w:type="dxa"/>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HS xác định được hai đoạn của bài đọc theo hướng dẫn của GV.</w:t>
            </w:r>
          </w:p>
        </w:tc>
      </w:tr>
      <w:tr w:rsidR="00496B0B" w:rsidRPr="00242051" w:rsidTr="00054248">
        <w:trPr>
          <w:tblHeader/>
          <w:jc w:val="center"/>
        </w:trPr>
        <w:tc>
          <w:tcPr>
            <w:tcW w:w="5017" w:type="dxa"/>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Một số HS đọc nối tiếp từng đoạn trước lớp (2 - 3 lượt).</w:t>
            </w:r>
          </w:p>
        </w:tc>
        <w:tc>
          <w:tcPr>
            <w:tcW w:w="5017" w:type="dxa"/>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HS đọc nối tiếp từng đoạn trước lớp.</w:t>
            </w:r>
          </w:p>
        </w:tc>
      </w:tr>
      <w:tr w:rsidR="00496B0B" w:rsidRPr="00242051" w:rsidTr="00054248">
        <w:trPr>
          <w:tblHeader/>
          <w:jc w:val="center"/>
        </w:trPr>
        <w:tc>
          <w:tcPr>
            <w:tcW w:w="5017" w:type="dxa"/>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GV giải thích nghĩa một số từ ngữ khó trong bài: ngái ngủ; van nài; nhảy tót; gây gổ.</w:t>
            </w:r>
          </w:p>
        </w:tc>
        <w:tc>
          <w:tcPr>
            <w:tcW w:w="5017" w:type="dxa"/>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HS lắng nghe, hiểu nghĩa các từ ngữ và có thể nhắc lại theo cách của mình.</w:t>
            </w:r>
          </w:p>
        </w:tc>
      </w:tr>
      <w:tr w:rsidR="00496B0B" w:rsidRPr="00242051" w:rsidTr="00054248">
        <w:trPr>
          <w:tblHeader/>
          <w:jc w:val="center"/>
        </w:trPr>
        <w:tc>
          <w:tcPr>
            <w:tcW w:w="5017" w:type="dxa"/>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HS đọc đoạn theo nhóm.</w:t>
            </w:r>
          </w:p>
          <w:p w:rsidR="00496B0B" w:rsidRPr="00242051" w:rsidRDefault="00496B0B" w:rsidP="00496B0B">
            <w:pPr>
              <w:spacing w:after="0"/>
              <w:jc w:val="both"/>
              <w:rPr>
                <w:sz w:val="28"/>
                <w:szCs w:val="28"/>
              </w:rPr>
            </w:pPr>
            <w:r w:rsidRPr="00242051">
              <w:rPr>
                <w:rFonts w:cs="Times New Roman"/>
                <w:szCs w:val="28"/>
              </w:rPr>
              <w:t>- HS và GV đọc toàn văn bản.</w:t>
            </w:r>
          </w:p>
          <w:p w:rsidR="00496B0B" w:rsidRPr="00242051" w:rsidRDefault="00496B0B" w:rsidP="00496B0B">
            <w:pPr>
              <w:spacing w:after="0"/>
              <w:jc w:val="both"/>
              <w:rPr>
                <w:sz w:val="28"/>
                <w:szCs w:val="28"/>
              </w:rPr>
            </w:pPr>
            <w:r w:rsidRPr="00242051">
              <w:rPr>
                <w:rFonts w:cs="Times New Roman"/>
                <w:szCs w:val="28"/>
              </w:rPr>
              <w:t>- 1 - 2 HS đọc thành tiếng cả văn bản.</w:t>
            </w:r>
          </w:p>
        </w:tc>
        <w:tc>
          <w:tcPr>
            <w:tcW w:w="5017" w:type="dxa"/>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HS đọc đoạn theo nhóm đôi.</w:t>
            </w:r>
          </w:p>
          <w:p w:rsidR="00496B0B" w:rsidRPr="00242051" w:rsidRDefault="00496B0B" w:rsidP="00496B0B">
            <w:pPr>
              <w:spacing w:after="0"/>
              <w:jc w:val="both"/>
              <w:rPr>
                <w:sz w:val="28"/>
                <w:szCs w:val="28"/>
              </w:rPr>
            </w:pPr>
            <w:r w:rsidRPr="00242051">
              <w:rPr>
                <w:rFonts w:cs="Times New Roman"/>
                <w:szCs w:val="28"/>
              </w:rPr>
              <w:t>- 1 - 2 HS đọc thành tiếng toàn văn bản.</w:t>
            </w:r>
          </w:p>
          <w:p w:rsidR="00496B0B" w:rsidRPr="00242051" w:rsidRDefault="00496B0B" w:rsidP="00496B0B">
            <w:pPr>
              <w:spacing w:after="0"/>
              <w:jc w:val="both"/>
              <w:rPr>
                <w:sz w:val="28"/>
                <w:szCs w:val="28"/>
              </w:rPr>
            </w:pPr>
            <w:r w:rsidRPr="00242051">
              <w:rPr>
                <w:rFonts w:cs="Times New Roman"/>
                <w:szCs w:val="28"/>
              </w:rPr>
              <w:t>- Cả lớp theo dõi, nhận xét bạn đọc.</w:t>
            </w:r>
          </w:p>
        </w:tc>
      </w:tr>
      <w:tr w:rsidR="00496B0B" w:rsidRPr="00242051" w:rsidTr="00054248">
        <w:trPr>
          <w:tblHeade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lastRenderedPageBreak/>
              <w:t>- GV đọc toàn văn bản và chuyển sang phần trả lời câu hỏi.</w:t>
            </w:r>
          </w:p>
        </w:tc>
        <w:tc>
          <w:tcPr>
            <w:tcW w:w="5017" w:type="dxa"/>
            <w:tcBorders>
              <w:bottom w:val="single" w:sz="4" w:space="0" w:color="auto"/>
            </w:tcBorders>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HS lắng nghe và chuẩn bị trả lời câu hỏi.</w:t>
            </w:r>
          </w:p>
        </w:tc>
      </w:tr>
      <w:tr w:rsidR="00496B0B" w:rsidRPr="00242051" w:rsidTr="00054248">
        <w:trPr>
          <w:tblHeade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b/>
                <w:szCs w:val="28"/>
              </w:rPr>
              <w:t>TIẾT 2</w:t>
            </w:r>
          </w:p>
        </w:tc>
      </w:tr>
      <w:tr w:rsidR="00496B0B" w:rsidRPr="00242051" w:rsidTr="00054248">
        <w:trPr>
          <w:tblHeade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242051" w:rsidRDefault="00496B0B" w:rsidP="00496B0B">
            <w:pPr>
              <w:spacing w:after="0"/>
              <w:jc w:val="both"/>
              <w:rPr>
                <w:b/>
                <w:sz w:val="28"/>
                <w:szCs w:val="28"/>
              </w:rPr>
            </w:pPr>
            <w:r w:rsidRPr="00242051">
              <w:rPr>
                <w:rFonts w:cs="Times New Roman"/>
                <w:b/>
                <w:szCs w:val="28"/>
              </w:rPr>
              <w:t>3. Trả lời câu hỏi.</w:t>
            </w:r>
          </w:p>
          <w:p w:rsidR="00496B0B" w:rsidRPr="00242051" w:rsidRDefault="00496B0B" w:rsidP="00496B0B">
            <w:pPr>
              <w:spacing w:after="0"/>
              <w:jc w:val="both"/>
              <w:rPr>
                <w:sz w:val="28"/>
                <w:szCs w:val="28"/>
              </w:rPr>
            </w:pPr>
            <w:r w:rsidRPr="00242051">
              <w:rPr>
                <w:rFonts w:cs="Times New Roman"/>
                <w:b/>
                <w:szCs w:val="28"/>
              </w:rPr>
              <w:t xml:space="preserve"> Mục tiêu: Hiểu nội dung văn bản, trả lời đúng câu hỏi; bồi dưỡng sự quan tâm, cảm thông giữa con người với con người trong cuộc sống.</w:t>
            </w:r>
          </w:p>
        </w:tc>
      </w:tr>
      <w:tr w:rsidR="00496B0B" w:rsidRPr="00242051" w:rsidTr="00054248">
        <w:trPr>
          <w:tblHeade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GV hướng dẫn HS làm việc nhóm để tìm hiểu văn bản và trả lời các câu hỏi:</w:t>
            </w:r>
          </w:p>
        </w:tc>
        <w:tc>
          <w:tcPr>
            <w:tcW w:w="5017" w:type="dxa"/>
            <w:tcBorders>
              <w:top w:val="single" w:sz="4" w:space="0" w:color="auto"/>
            </w:tcBorders>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HS làm việc nhóm (có thể đọc to từng câu hỏi), cùng nhau trao đổi về tranh minh hoạ và câu trả lời cho từng câu hỏi.</w:t>
            </w:r>
          </w:p>
        </w:tc>
      </w:tr>
      <w:tr w:rsidR="00496B0B" w:rsidRPr="00242051" w:rsidTr="00054248">
        <w:trPr>
          <w:tblHeader/>
          <w:jc w:val="center"/>
        </w:trPr>
        <w:tc>
          <w:tcPr>
            <w:tcW w:w="5017" w:type="dxa"/>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a. Chuyện gì xảy ra khi sóc đang chuyền trên cành cây?</w:t>
            </w:r>
          </w:p>
        </w:tc>
        <w:tc>
          <w:tcPr>
            <w:tcW w:w="5017" w:type="dxa"/>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HS trả lời: Khi đang chuyền trên cành cây, sóc trượt chân rơi trúng đầu lão sói.</w:t>
            </w:r>
          </w:p>
        </w:tc>
      </w:tr>
      <w:tr w:rsidR="00496B0B" w:rsidRPr="00242051" w:rsidTr="00054248">
        <w:trPr>
          <w:tblHeader/>
          <w:jc w:val="center"/>
        </w:trPr>
        <w:tc>
          <w:tcPr>
            <w:tcW w:w="5017" w:type="dxa"/>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b. Sói hỏi sóc điều gì?</w:t>
            </w:r>
          </w:p>
        </w:tc>
        <w:tc>
          <w:tcPr>
            <w:tcW w:w="5017" w:type="dxa"/>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HS trả lời: Sói hỏi sóc vì sao họ nhà sóc cứ nhảy nhót vui đùa suốt ngày, còn sói thì lúc nào cũng thấy buồn bực.</w:t>
            </w:r>
          </w:p>
        </w:tc>
      </w:tr>
      <w:tr w:rsidR="00496B0B" w:rsidRPr="00242051" w:rsidTr="00054248">
        <w:trPr>
          <w:tblHeader/>
          <w:jc w:val="center"/>
        </w:trPr>
        <w:tc>
          <w:tcPr>
            <w:tcW w:w="5017" w:type="dxa"/>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c. Vì sao sói lúc nào cũng cảm thấy buồn bực?</w:t>
            </w:r>
          </w:p>
        </w:tc>
        <w:tc>
          <w:tcPr>
            <w:tcW w:w="5017" w:type="dxa"/>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HS trả lời: Sói lúc nào cũng cảm thấy buồn bực vì sói không có bạn bè.</w:t>
            </w:r>
          </w:p>
        </w:tc>
      </w:tr>
      <w:tr w:rsidR="00496B0B" w:rsidRPr="00242051" w:rsidTr="00054248">
        <w:trPr>
          <w:tblHeader/>
          <w:jc w:val="center"/>
        </w:trPr>
        <w:tc>
          <w:tcPr>
            <w:tcW w:w="5017" w:type="dxa"/>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GV đọc từng câu hỏi và gọi đại diện một số nhóm trình bày câu trả lời của mình. Các nhóm khác nhận xét, đánh giá.</w:t>
            </w:r>
          </w:p>
        </w:tc>
        <w:tc>
          <w:tcPr>
            <w:tcW w:w="5017" w:type="dxa"/>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Đại diện một số nhóm trình bày câu trả lời.</w:t>
            </w:r>
          </w:p>
          <w:p w:rsidR="00496B0B" w:rsidRPr="00242051" w:rsidRDefault="00496B0B" w:rsidP="00496B0B">
            <w:pPr>
              <w:spacing w:after="0"/>
              <w:jc w:val="both"/>
              <w:rPr>
                <w:sz w:val="28"/>
                <w:szCs w:val="28"/>
              </w:rPr>
            </w:pPr>
            <w:r w:rsidRPr="00242051">
              <w:rPr>
                <w:rFonts w:cs="Times New Roman"/>
                <w:szCs w:val="28"/>
              </w:rPr>
              <w:t>- Các nhóm khác nhận xét, bổ sung.</w:t>
            </w:r>
          </w:p>
        </w:tc>
      </w:tr>
      <w:tr w:rsidR="00496B0B" w:rsidRPr="00242051" w:rsidTr="00054248">
        <w:trPr>
          <w:tblHeader/>
          <w:jc w:val="center"/>
        </w:trPr>
        <w:tc>
          <w:tcPr>
            <w:tcW w:w="5017" w:type="dxa"/>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GV và HS thống nhất câu trả lời:</w:t>
            </w:r>
          </w:p>
          <w:p w:rsidR="00496B0B" w:rsidRPr="00242051" w:rsidRDefault="00496B0B" w:rsidP="00496B0B">
            <w:pPr>
              <w:spacing w:after="0"/>
              <w:jc w:val="both"/>
              <w:rPr>
                <w:sz w:val="28"/>
                <w:szCs w:val="28"/>
              </w:rPr>
            </w:pPr>
            <w:r w:rsidRPr="00242051">
              <w:rPr>
                <w:rFonts w:cs="Times New Roman"/>
                <w:szCs w:val="28"/>
              </w:rPr>
              <w:t>- a. Khi đang chuyền trên cành cây, sóc trượt chân rơi trúng đầu lão sói;</w:t>
            </w:r>
          </w:p>
          <w:p w:rsidR="00496B0B" w:rsidRPr="00242051" w:rsidRDefault="00496B0B" w:rsidP="00496B0B">
            <w:pPr>
              <w:spacing w:after="0"/>
              <w:jc w:val="both"/>
              <w:rPr>
                <w:sz w:val="28"/>
                <w:szCs w:val="28"/>
              </w:rPr>
            </w:pPr>
            <w:r w:rsidRPr="00242051">
              <w:rPr>
                <w:rFonts w:cs="Times New Roman"/>
                <w:szCs w:val="28"/>
              </w:rPr>
              <w:t>- b. Sói hỏi sóc vì sao họ nhà sóc cứ nhảy nhót vui đùa suốt ngày, còn sói thì lúc nào cũng thấy buồn bực;</w:t>
            </w:r>
          </w:p>
          <w:p w:rsidR="00496B0B" w:rsidRPr="00242051" w:rsidRDefault="00496B0B" w:rsidP="00496B0B">
            <w:pPr>
              <w:spacing w:after="0"/>
              <w:jc w:val="both"/>
              <w:rPr>
                <w:sz w:val="28"/>
                <w:szCs w:val="28"/>
              </w:rPr>
            </w:pPr>
            <w:r w:rsidRPr="00242051">
              <w:rPr>
                <w:rFonts w:cs="Times New Roman"/>
                <w:szCs w:val="28"/>
              </w:rPr>
              <w:t>- c. Sói lúc nào cũng cảm thấy buồn bực vì sói không có bạn bè.</w:t>
            </w:r>
          </w:p>
        </w:tc>
        <w:tc>
          <w:tcPr>
            <w:tcW w:w="5017" w:type="dxa"/>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HS nhắc lại câu trả lời đúng cho từng câu hỏi.</w:t>
            </w:r>
          </w:p>
          <w:p w:rsidR="00496B0B" w:rsidRPr="00242051" w:rsidRDefault="00496B0B" w:rsidP="00496B0B">
            <w:pPr>
              <w:spacing w:after="0"/>
              <w:jc w:val="both"/>
              <w:rPr>
                <w:sz w:val="28"/>
                <w:szCs w:val="28"/>
              </w:rPr>
            </w:pPr>
            <w:r w:rsidRPr="00242051">
              <w:rPr>
                <w:rFonts w:cs="Times New Roman"/>
                <w:szCs w:val="28"/>
              </w:rPr>
              <w:t>- HS ghi nhớ nội dung câu chuyện.</w:t>
            </w:r>
          </w:p>
        </w:tc>
      </w:tr>
      <w:tr w:rsidR="00EC5725" w:rsidTr="00054248">
        <w:trPr>
          <w:jc w:val="center"/>
        </w:trPr>
        <w:tc>
          <w:tcPr>
            <w:tcW w:w="4961" w:type="dxa"/>
            <w:shd w:val="clear" w:color="auto" w:fill="auto"/>
            <w:vAlign w:val="center"/>
          </w:tcPr>
          <w:p w:rsidR="00EC5725" w:rsidRDefault="005C462C">
            <w:pPr>
              <w:spacing w:after="0"/>
              <w:jc w:val="both"/>
            </w:pPr>
            <w:r>
              <w:rPr>
                <w:rFonts w:cs="Times New Roman"/>
                <w:color w:val="FF0000"/>
              </w:rPr>
              <w:t>- GV hỏi dẫn tích hợp Lý tưởng cách mạng, đạo đức, lối sống: Vì sao Sói thường buồn bực và không có bạn? Trước khi hỏi hoặc nói với bạn, em cần suy nghĩ điều gì?</w:t>
            </w:r>
          </w:p>
        </w:tc>
        <w:tc>
          <w:tcPr>
            <w:tcW w:w="4961" w:type="dxa"/>
            <w:shd w:val="clear" w:color="auto" w:fill="auto"/>
            <w:vAlign w:val="center"/>
          </w:tcPr>
          <w:p w:rsidR="00EC5725" w:rsidRDefault="005C462C">
            <w:pPr>
              <w:spacing w:after="0"/>
              <w:jc w:val="both"/>
            </w:pPr>
            <w:r>
              <w:rPr>
                <w:rFonts w:cs="Times New Roman"/>
                <w:color w:val="FF0000"/>
              </w:rPr>
              <w:t>- HS trả lời: Sói hay gây gổ, nói chuyện không thân thiện nên không có bạn. Em cần chọn lời nói lịch sự, không làm bạn buồn.</w:t>
            </w:r>
          </w:p>
        </w:tc>
      </w:tr>
      <w:tr w:rsidR="00EC5725" w:rsidTr="00054248">
        <w:trPr>
          <w:jc w:val="center"/>
        </w:trPr>
        <w:tc>
          <w:tcPr>
            <w:tcW w:w="4961" w:type="dxa"/>
            <w:tcBorders>
              <w:bottom w:val="single" w:sz="4" w:space="0" w:color="auto"/>
            </w:tcBorders>
            <w:shd w:val="clear" w:color="auto" w:fill="auto"/>
            <w:vAlign w:val="center"/>
          </w:tcPr>
          <w:p w:rsidR="00EC5725" w:rsidRDefault="005C462C">
            <w:pPr>
              <w:spacing w:after="0"/>
              <w:jc w:val="both"/>
            </w:pPr>
            <w:r>
              <w:rPr>
                <w:rFonts w:cs="Times New Roman"/>
                <w:color w:val="FF0000"/>
              </w:rPr>
              <w:t>- GV diễn giải tích hợp Lý tưởng cách mạng, đạo đức, lối sống: GV giúp HS nhận ra lời nói có thể làm người khác vui hoặc tổn thương. Khi muốn hỏi điều chưa biết, góp ý hay bày tỏ mong muốn, các em cần nói nhẹ nhàng, dùng từ lễ phép, không chế giễu, không quát mắng. Biết suy nghĩ trước khi nói là biểu hiện của lối sống văn minh, biết tôn trọng người khác và góp phần xây dựng tình bạn tốt đẹp.</w:t>
            </w:r>
          </w:p>
        </w:tc>
        <w:tc>
          <w:tcPr>
            <w:tcW w:w="4961" w:type="dxa"/>
            <w:tcBorders>
              <w:bottom w:val="single" w:sz="4" w:space="0" w:color="auto"/>
            </w:tcBorders>
            <w:shd w:val="clear" w:color="auto" w:fill="auto"/>
            <w:vAlign w:val="center"/>
          </w:tcPr>
          <w:p w:rsidR="00EC5725" w:rsidRDefault="005C462C">
            <w:pPr>
              <w:spacing w:after="0"/>
              <w:jc w:val="both"/>
            </w:pPr>
            <w:r>
              <w:rPr>
                <w:rFonts w:cs="Times New Roman"/>
                <w:color w:val="FF0000"/>
              </w:rPr>
              <w:t>- HS lắng nghe, liên hệ và thực hiện: HS thực hành nói lại một câu hỏi hoặc lời góp ý theo cách lịch sự, thân thiện.</w:t>
            </w:r>
          </w:p>
        </w:tc>
      </w:tr>
      <w:tr w:rsidR="00496B0B" w:rsidRPr="00242051" w:rsidTr="00054248">
        <w:trPr>
          <w:tblHeade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b/>
                <w:szCs w:val="28"/>
              </w:rPr>
              <w:lastRenderedPageBreak/>
              <w:t>4. Viết vào vở câu trả lời cho câu hỏi c ở mục 3. Mục tiêu: Viết đúng câu trả lời; biết viết hoa đầu câu và đặt dấu chấm cuối câu.</w:t>
            </w:r>
          </w:p>
        </w:tc>
      </w:tr>
      <w:tr w:rsidR="00496B0B" w:rsidRPr="00242051" w:rsidTr="00054248">
        <w:trPr>
          <w:tblHeade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GV nhắc lại câu trả lời đúng cho câu hỏi c (có thể trình chiếu lên bảng một lúc để HS quan sát) và hướng dẫn HS viết câu trả lời vào vở: Sói lúc nào cũng cảm thấy buồn bực vì sói không có bạn bè.</w:t>
            </w:r>
          </w:p>
        </w:tc>
        <w:tc>
          <w:tcPr>
            <w:tcW w:w="5017" w:type="dxa"/>
            <w:tcBorders>
              <w:top w:val="single" w:sz="4" w:space="0" w:color="auto"/>
            </w:tcBorders>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HS quan sát câu mẫu và viết câu trả lời vào vở.</w:t>
            </w:r>
          </w:p>
        </w:tc>
      </w:tr>
      <w:tr w:rsidR="00496B0B" w:rsidRPr="00242051" w:rsidTr="00054248">
        <w:trPr>
          <w:tblHeader/>
          <w:jc w:val="center"/>
        </w:trPr>
        <w:tc>
          <w:tcPr>
            <w:tcW w:w="5017" w:type="dxa"/>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GV lưu ý HS viết hoa chữ cái đầu câu, đặt dấu chấm đúng vị trí.</w:t>
            </w:r>
          </w:p>
        </w:tc>
        <w:tc>
          <w:tcPr>
            <w:tcW w:w="5017" w:type="dxa"/>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HS chú ý viết hoa đầu câu, đặt dấu chấm cuối câu.</w:t>
            </w:r>
          </w:p>
        </w:tc>
      </w:tr>
      <w:tr w:rsidR="00EC5725" w:rsidTr="00054248">
        <w:trPr>
          <w:jc w:val="center"/>
        </w:trPr>
        <w:tc>
          <w:tcPr>
            <w:tcW w:w="4961" w:type="dxa"/>
            <w:shd w:val="clear" w:color="auto" w:fill="auto"/>
            <w:vAlign w:val="center"/>
          </w:tcPr>
          <w:p w:rsidR="00EC5725" w:rsidRDefault="005C462C">
            <w:pPr>
              <w:spacing w:after="0"/>
              <w:jc w:val="both"/>
            </w:pPr>
            <w:r>
              <w:rPr>
                <w:rFonts w:cs="Times New Roman"/>
                <w:color w:val="FF0000"/>
              </w:rPr>
              <w:t>- GV hỏi dẫn tích hợp Kĩ năng sống: Nếu em đang buồn hoặc chưa đồng ý với bạn, em nên làm gì để không xảy ra cãi nhau như Sói?</w:t>
            </w:r>
          </w:p>
        </w:tc>
        <w:tc>
          <w:tcPr>
            <w:tcW w:w="4961" w:type="dxa"/>
            <w:shd w:val="clear" w:color="auto" w:fill="auto"/>
            <w:vAlign w:val="center"/>
          </w:tcPr>
          <w:p w:rsidR="00EC5725" w:rsidRDefault="005C462C">
            <w:pPr>
              <w:spacing w:after="0"/>
              <w:jc w:val="both"/>
            </w:pPr>
            <w:r>
              <w:rPr>
                <w:rFonts w:cs="Times New Roman"/>
                <w:color w:val="FF0000"/>
              </w:rPr>
              <w:t>- HS trả lời: Em bình tĩnh, lắng nghe bạn, nói điều mình nghĩ bằng giọng nhẹ nhàng và nhờ cô giáo hỗ trợ khi cần.</w:t>
            </w:r>
          </w:p>
        </w:tc>
      </w:tr>
      <w:tr w:rsidR="00EC5725" w:rsidTr="00054248">
        <w:trPr>
          <w:jc w:val="center"/>
        </w:trPr>
        <w:tc>
          <w:tcPr>
            <w:tcW w:w="4961" w:type="dxa"/>
            <w:shd w:val="clear" w:color="auto" w:fill="auto"/>
            <w:vAlign w:val="center"/>
          </w:tcPr>
          <w:p w:rsidR="00EC5725" w:rsidRDefault="005C462C">
            <w:pPr>
              <w:spacing w:after="0"/>
              <w:jc w:val="both"/>
            </w:pPr>
            <w:r>
              <w:rPr>
                <w:rFonts w:cs="Times New Roman"/>
                <w:color w:val="FF0000"/>
              </w:rPr>
              <w:t>- GV diễn giải tích hợp Kĩ năng sống: GV diễn giải rằng giao tiếp bình tĩnh là kĩ năng cần rèn hằng ngày. Khi có điều không vừa ý, HS cần hít thở chậm, lắng nghe hết lời bạn, dùng các câu như “Mình chưa đồng ý vì...” hoặc “Bạn giải thích cho mình nhé”, tuyệt đối không giành đồ, xô đẩy hay nói lời xúc phạm. Khi hai bạn chưa tự giải quyết được, việc tìm cô giáo hỗ trợ là cách ứng xử đúng và an toàn.</w:t>
            </w:r>
          </w:p>
        </w:tc>
        <w:tc>
          <w:tcPr>
            <w:tcW w:w="4961" w:type="dxa"/>
            <w:shd w:val="clear" w:color="auto" w:fill="auto"/>
            <w:vAlign w:val="center"/>
          </w:tcPr>
          <w:p w:rsidR="00EC5725" w:rsidRDefault="005C462C">
            <w:pPr>
              <w:spacing w:after="0"/>
              <w:jc w:val="both"/>
            </w:pPr>
            <w:r>
              <w:rPr>
                <w:rFonts w:cs="Times New Roman"/>
                <w:color w:val="FF0000"/>
              </w:rPr>
              <w:t>- HS lắng nghe, liên hệ và thực hiện: HS đóng vai ngắn: một bạn hỏi, một bạn trả lời bằng lời nói bình tĩnh, lịch sự.</w:t>
            </w:r>
          </w:p>
        </w:tc>
      </w:tr>
      <w:tr w:rsidR="00496B0B" w:rsidRPr="00242051" w:rsidTr="00054248">
        <w:trPr>
          <w:tblHeader/>
          <w:jc w:val="center"/>
        </w:trPr>
        <w:tc>
          <w:tcPr>
            <w:tcW w:w="5017" w:type="dxa"/>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GV kiểm tra và nhận xét bài của một số HS.</w:t>
            </w:r>
          </w:p>
        </w:tc>
        <w:tc>
          <w:tcPr>
            <w:tcW w:w="5017" w:type="dxa"/>
            <w:shd w:val="clear" w:color="auto" w:fill="auto"/>
            <w:tcMar>
              <w:top w:w="70" w:type="dxa"/>
              <w:left w:w="90" w:type="dxa"/>
              <w:bottom w:w="70" w:type="dxa"/>
              <w:right w:w="90" w:type="dxa"/>
            </w:tcMar>
            <w:vAlign w:val="center"/>
          </w:tcPr>
          <w:p w:rsidR="00496B0B" w:rsidRPr="00242051" w:rsidRDefault="00496B0B" w:rsidP="00496B0B">
            <w:pPr>
              <w:spacing w:after="0"/>
              <w:jc w:val="both"/>
              <w:rPr>
                <w:sz w:val="28"/>
                <w:szCs w:val="28"/>
              </w:rPr>
            </w:pPr>
            <w:r w:rsidRPr="00242051">
              <w:rPr>
                <w:rFonts w:cs="Times New Roman"/>
                <w:szCs w:val="28"/>
              </w:rPr>
              <w:t>- HS sửa bài nếu còn sai.</w:t>
            </w:r>
          </w:p>
        </w:tc>
      </w:tr>
    </w:tbl>
    <w:p w:rsidR="00496B0B" w:rsidRPr="00242051" w:rsidRDefault="00496B0B" w:rsidP="00496B0B">
      <w:pPr>
        <w:spacing w:after="0"/>
        <w:jc w:val="both"/>
        <w:rPr>
          <w:sz w:val="28"/>
          <w:szCs w:val="28"/>
        </w:rPr>
      </w:pPr>
      <w:r w:rsidRPr="00242051">
        <w:rPr>
          <w:rFonts w:cs="Times New Roman"/>
          <w:b/>
          <w:szCs w:val="28"/>
        </w:rPr>
        <w:t>IV. ĐIỀU CHỈNH SAU BÀI DẠY</w:t>
      </w:r>
    </w:p>
    <w:p w:rsidR="00496B0B" w:rsidRPr="00242051" w:rsidRDefault="00496B0B" w:rsidP="00496B0B">
      <w:pPr>
        <w:spacing w:after="0"/>
        <w:jc w:val="both"/>
        <w:rPr>
          <w:sz w:val="28"/>
          <w:szCs w:val="28"/>
        </w:rPr>
      </w:pPr>
      <w:r w:rsidRPr="00242051">
        <w:rPr>
          <w:rFonts w:cs="Times New Roman"/>
          <w:szCs w:val="28"/>
        </w:rPr>
        <w:t>………………………………………………………………………………………………………………………………………………………………………………………………………………………………………………………</w:t>
      </w:r>
    </w:p>
    <w:p w:rsidR="00242051" w:rsidRPr="00242051" w:rsidRDefault="00242051" w:rsidP="00242051">
      <w:pPr>
        <w:spacing w:after="0"/>
        <w:jc w:val="both"/>
        <w:rPr>
          <w:sz w:val="28"/>
          <w:szCs w:val="28"/>
        </w:rPr>
      </w:pPr>
      <w:r w:rsidRPr="00242051">
        <w:rPr>
          <w:rFonts w:cs="Times New Roman"/>
          <w:b/>
          <w:szCs w:val="28"/>
        </w:rPr>
        <w:t>TIẾNG VIỆT</w:t>
      </w:r>
    </w:p>
    <w:p w:rsidR="00242051" w:rsidRPr="00242051" w:rsidRDefault="00242051" w:rsidP="00242051">
      <w:pPr>
        <w:spacing w:after="0"/>
        <w:jc w:val="center"/>
        <w:rPr>
          <w:sz w:val="28"/>
          <w:szCs w:val="28"/>
        </w:rPr>
      </w:pPr>
      <w:r>
        <w:rPr>
          <w:rFonts w:cs="Times New Roman"/>
          <w:b/>
        </w:rPr>
        <w:t>BÀI 3: CÂU HỎI CỦA SÓI (TIẾT 3 + 4)</w:t>
      </w:r>
    </w:p>
    <w:p w:rsidR="00242051" w:rsidRPr="00242051" w:rsidRDefault="00242051" w:rsidP="00242051">
      <w:pPr>
        <w:spacing w:after="0"/>
        <w:jc w:val="both"/>
        <w:rPr>
          <w:sz w:val="28"/>
          <w:szCs w:val="28"/>
        </w:rPr>
      </w:pPr>
      <w:r w:rsidRPr="00242051">
        <w:rPr>
          <w:rFonts w:cs="Times New Roman"/>
          <w:b/>
          <w:szCs w:val="28"/>
        </w:rPr>
        <w:t>I. YÊU CẦU CẦN ĐẠT</w:t>
      </w:r>
    </w:p>
    <w:p w:rsidR="00242051" w:rsidRPr="00242051" w:rsidRDefault="00242051" w:rsidP="00242051">
      <w:pPr>
        <w:spacing w:after="0"/>
        <w:jc w:val="both"/>
        <w:rPr>
          <w:b/>
          <w:sz w:val="28"/>
          <w:szCs w:val="28"/>
        </w:rPr>
      </w:pPr>
      <w:r w:rsidRPr="00242051">
        <w:rPr>
          <w:rFonts w:cs="Times New Roman"/>
          <w:b/>
          <w:szCs w:val="28"/>
        </w:rPr>
        <w:t>1. Năng lực đặc thù</w:t>
      </w:r>
    </w:p>
    <w:p w:rsidR="00242051" w:rsidRPr="00242051" w:rsidRDefault="00242051" w:rsidP="00242051">
      <w:pPr>
        <w:spacing w:after="0"/>
        <w:jc w:val="both"/>
        <w:rPr>
          <w:sz w:val="28"/>
          <w:szCs w:val="28"/>
        </w:rPr>
      </w:pPr>
      <w:r w:rsidRPr="00242051">
        <w:rPr>
          <w:rFonts w:cs="Times New Roman"/>
          <w:szCs w:val="28"/>
        </w:rPr>
        <w:t xml:space="preserve">  - Phát triển kĩ năng đọc thông qua việc đọc đúng và rõ ràng một câu chuyện ngắn, đơn giản, có lời thoại; hiểu và trả lời đúng các câu hỏi liên quan đến văn bản; quan sát, nhận biết được các chi tiết trong tranh và suy luận từ tranh được quan sát.</w:t>
      </w:r>
    </w:p>
    <w:p w:rsidR="00242051" w:rsidRPr="00242051" w:rsidRDefault="00242051" w:rsidP="00242051">
      <w:pPr>
        <w:spacing w:after="0"/>
        <w:jc w:val="both"/>
        <w:rPr>
          <w:sz w:val="28"/>
          <w:szCs w:val="28"/>
        </w:rPr>
      </w:pPr>
      <w:r w:rsidRPr="00242051">
        <w:rPr>
          <w:rFonts w:cs="Times New Roman"/>
          <w:szCs w:val="28"/>
        </w:rPr>
        <w:t xml:space="preserve">  - Phát triển kĩ năng viết thông qua hoạt động viết lại đúng câu trả lời cho câu hỏi trong văn bản đọc; hoàn thiện câu dựa vào những từ ngữ cho sẵn và viết lại đúng câu đã hoàn thiện; nghe viết một đoạn ngắn.</w:t>
      </w:r>
    </w:p>
    <w:p w:rsidR="00242051" w:rsidRPr="00242051" w:rsidRDefault="00242051" w:rsidP="00242051">
      <w:pPr>
        <w:spacing w:after="0"/>
        <w:jc w:val="both"/>
        <w:rPr>
          <w:sz w:val="28"/>
          <w:szCs w:val="28"/>
        </w:rPr>
      </w:pPr>
      <w:r w:rsidRPr="00242051">
        <w:rPr>
          <w:rFonts w:cs="Times New Roman"/>
          <w:szCs w:val="28"/>
        </w:rPr>
        <w:t xml:space="preserve">  - Phát triển kĩ năng nói và nghe thông qua trao đổi về nội dung của văn bản và nội dung được thể hiện trong tranh.</w:t>
      </w:r>
    </w:p>
    <w:p w:rsidR="00242051" w:rsidRPr="00242051" w:rsidRDefault="00242051" w:rsidP="00242051">
      <w:pPr>
        <w:spacing w:after="0"/>
        <w:jc w:val="both"/>
        <w:rPr>
          <w:b/>
          <w:sz w:val="28"/>
          <w:szCs w:val="28"/>
        </w:rPr>
      </w:pPr>
      <w:r w:rsidRPr="00242051">
        <w:rPr>
          <w:rFonts w:cs="Times New Roman"/>
          <w:b/>
          <w:szCs w:val="28"/>
        </w:rPr>
        <w:t>2. Năng lực chung</w:t>
      </w:r>
    </w:p>
    <w:p w:rsidR="00242051" w:rsidRPr="00242051" w:rsidRDefault="00242051" w:rsidP="00242051">
      <w:pPr>
        <w:spacing w:after="0"/>
        <w:jc w:val="both"/>
        <w:rPr>
          <w:sz w:val="28"/>
          <w:szCs w:val="28"/>
        </w:rPr>
      </w:pPr>
      <w:r w:rsidRPr="00242051">
        <w:rPr>
          <w:rFonts w:cs="Times New Roman"/>
          <w:szCs w:val="28"/>
        </w:rPr>
        <w:t xml:space="preserve">  - Tự chủ và tự học: Biết tự giác thực hiện nhiệm vụ học tập; biết lắng nghe, quan sát và hoàn thành bài tập được giao.</w:t>
      </w:r>
    </w:p>
    <w:p w:rsidR="00242051" w:rsidRPr="00242051" w:rsidRDefault="00242051" w:rsidP="00242051">
      <w:pPr>
        <w:spacing w:after="0"/>
        <w:jc w:val="both"/>
        <w:rPr>
          <w:sz w:val="28"/>
          <w:szCs w:val="28"/>
        </w:rPr>
      </w:pPr>
      <w:r w:rsidRPr="00242051">
        <w:rPr>
          <w:rFonts w:cs="Times New Roman"/>
          <w:szCs w:val="28"/>
        </w:rPr>
        <w:lastRenderedPageBreak/>
        <w:t xml:space="preserve">  - Giao tiếp và hợp tác: Biết trao đổi với bạn, làm việc nhóm, trình bày ý kiến và lắng nghe nhận xét của người khác.</w:t>
      </w:r>
    </w:p>
    <w:p w:rsidR="00242051" w:rsidRPr="00242051" w:rsidRDefault="00242051" w:rsidP="00242051">
      <w:pPr>
        <w:spacing w:after="0"/>
        <w:jc w:val="both"/>
        <w:rPr>
          <w:sz w:val="28"/>
          <w:szCs w:val="28"/>
        </w:rPr>
      </w:pPr>
      <w:r w:rsidRPr="00242051">
        <w:rPr>
          <w:rFonts w:cs="Times New Roman"/>
          <w:szCs w:val="28"/>
        </w:rPr>
        <w:t xml:space="preserve">  - Giải quyết vấn đề và sáng tạo: Biết nhận ra những vấn đề đơn giản, đặt câu hỏi và lựa chọn cách trả lời, cách diễn đạt phù hợp.</w:t>
      </w:r>
    </w:p>
    <w:p w:rsidR="00242051" w:rsidRPr="00242051" w:rsidRDefault="00242051" w:rsidP="00242051">
      <w:pPr>
        <w:spacing w:after="0"/>
        <w:jc w:val="both"/>
        <w:rPr>
          <w:b/>
          <w:sz w:val="28"/>
          <w:szCs w:val="28"/>
        </w:rPr>
      </w:pPr>
      <w:r w:rsidRPr="00242051">
        <w:rPr>
          <w:rFonts w:cs="Times New Roman"/>
          <w:b/>
          <w:szCs w:val="28"/>
        </w:rPr>
        <w:t>3. Phẩm chất</w:t>
      </w:r>
    </w:p>
    <w:p w:rsidR="00242051" w:rsidRPr="00242051" w:rsidRDefault="00242051" w:rsidP="00242051">
      <w:pPr>
        <w:spacing w:after="0"/>
        <w:jc w:val="both"/>
        <w:rPr>
          <w:sz w:val="28"/>
          <w:szCs w:val="28"/>
        </w:rPr>
      </w:pPr>
      <w:r w:rsidRPr="00242051">
        <w:rPr>
          <w:rFonts w:cs="Times New Roman"/>
          <w:szCs w:val="28"/>
        </w:rPr>
        <w:t xml:space="preserve">  - Nhân ái: Biết yêu quý mọi người, biết quan tâm và cảm thông với người khác trong cuộc sống.</w:t>
      </w:r>
    </w:p>
    <w:p w:rsidR="00242051" w:rsidRPr="00242051" w:rsidRDefault="00242051" w:rsidP="00242051">
      <w:pPr>
        <w:spacing w:after="0"/>
        <w:jc w:val="both"/>
        <w:rPr>
          <w:sz w:val="28"/>
          <w:szCs w:val="28"/>
        </w:rPr>
      </w:pPr>
      <w:r w:rsidRPr="00242051">
        <w:rPr>
          <w:rFonts w:cs="Times New Roman"/>
          <w:szCs w:val="28"/>
        </w:rPr>
        <w:t xml:space="preserve">  - Trách nhiệm: Có ý thức hoàn thành nhiệm vụ học tập, biết cư xử hòa nhã với bạn bè.</w:t>
      </w:r>
    </w:p>
    <w:p w:rsidR="00242051" w:rsidRPr="00242051" w:rsidRDefault="00242051" w:rsidP="00242051">
      <w:pPr>
        <w:spacing w:after="0"/>
        <w:jc w:val="both"/>
        <w:rPr>
          <w:sz w:val="28"/>
          <w:szCs w:val="28"/>
        </w:rPr>
      </w:pPr>
      <w:r w:rsidRPr="00242051">
        <w:rPr>
          <w:rFonts w:cs="Times New Roman"/>
          <w:b/>
          <w:szCs w:val="28"/>
        </w:rPr>
        <w:t>II. ĐỒ DÙNG DẠY HỌC</w:t>
      </w:r>
    </w:p>
    <w:p w:rsidR="00242051" w:rsidRPr="00242051" w:rsidRDefault="00242051" w:rsidP="00242051">
      <w:pPr>
        <w:spacing w:after="0"/>
        <w:jc w:val="both"/>
        <w:rPr>
          <w:sz w:val="28"/>
          <w:szCs w:val="28"/>
        </w:rPr>
      </w:pPr>
      <w:r w:rsidRPr="00242051">
        <w:rPr>
          <w:rFonts w:cs="Times New Roman"/>
          <w:szCs w:val="28"/>
        </w:rPr>
        <w:t>- Học liệu: SGK, KHDH, Bộ đồ dùng dạy học TV.</w:t>
      </w:r>
    </w:p>
    <w:p w:rsidR="00242051" w:rsidRPr="00242051" w:rsidRDefault="00242051" w:rsidP="00242051">
      <w:pPr>
        <w:spacing w:after="0"/>
        <w:jc w:val="both"/>
        <w:rPr>
          <w:sz w:val="28"/>
          <w:szCs w:val="28"/>
        </w:rPr>
      </w:pPr>
      <w:r w:rsidRPr="00242051">
        <w:rPr>
          <w:rFonts w:cs="Times New Roman"/>
          <w:szCs w:val="28"/>
        </w:rPr>
        <w:t>- Thiết bị: Máy tính, máy chiếu.</w:t>
      </w:r>
    </w:p>
    <w:p w:rsidR="00242051" w:rsidRPr="00242051" w:rsidRDefault="00242051" w:rsidP="00242051">
      <w:pPr>
        <w:spacing w:after="0"/>
        <w:jc w:val="both"/>
        <w:rPr>
          <w:sz w:val="28"/>
          <w:szCs w:val="28"/>
        </w:rPr>
      </w:pPr>
      <w:r w:rsidRPr="00242051">
        <w:rPr>
          <w:rFonts w:cs="Times New Roman"/>
          <w:b/>
          <w:szCs w:val="28"/>
        </w:rPr>
        <w:t>III. CÁC HOẠT ĐỘNG DẠY HỌC</w:t>
      </w:r>
    </w:p>
    <w:tbl>
      <w:tblPr>
        <w:tblW w:w="5000" w:type="pct"/>
        <w:jc w:val="center"/>
        <w:tblBorders>
          <w:top w:val="single" w:sz="8" w:space="0" w:color="000000"/>
          <w:left w:val="single" w:sz="8" w:space="0" w:color="000000"/>
          <w:bottom w:val="single" w:sz="8" w:space="0" w:color="000000"/>
          <w:right w:val="single" w:sz="8" w:space="0" w:color="000000"/>
          <w:insideV w:val="single" w:sz="8" w:space="0" w:color="000000"/>
        </w:tblBorders>
        <w:tblLook w:val="04A0" w:firstRow="1" w:lastRow="0" w:firstColumn="1" w:lastColumn="0" w:noHBand="0" w:noVBand="1"/>
      </w:tblPr>
      <w:tblGrid>
        <w:gridCol w:w="5193"/>
        <w:gridCol w:w="5193"/>
      </w:tblGrid>
      <w:tr w:rsidR="00242051" w:rsidRPr="00242051" w:rsidTr="00054248">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EC5725" w:rsidRDefault="005C462C">
            <w:pPr>
              <w:spacing w:after="0"/>
              <w:jc w:val="both"/>
            </w:pPr>
            <w:r>
              <w:rPr>
                <w:rFonts w:cs="Times New Roman"/>
                <w:b/>
                <w:color w:val="000000"/>
              </w:rPr>
              <w:t>Hoạt động của giáo viên</w:t>
            </w:r>
          </w:p>
        </w:tc>
        <w:tc>
          <w:tcPr>
            <w:tcW w:w="5017" w:type="dxa"/>
            <w:tcBorders>
              <w:bottom w:val="single" w:sz="4" w:space="0" w:color="auto"/>
            </w:tcBorders>
            <w:shd w:val="clear" w:color="auto" w:fill="auto"/>
            <w:tcMar>
              <w:top w:w="70" w:type="dxa"/>
              <w:left w:w="90" w:type="dxa"/>
              <w:bottom w:w="70" w:type="dxa"/>
              <w:right w:w="90" w:type="dxa"/>
            </w:tcMar>
            <w:vAlign w:val="center"/>
          </w:tcPr>
          <w:p w:rsidR="00EC5725" w:rsidRDefault="005C462C">
            <w:pPr>
              <w:spacing w:after="0"/>
              <w:jc w:val="both"/>
            </w:pPr>
            <w:r>
              <w:rPr>
                <w:rFonts w:cs="Times New Roman"/>
                <w:b/>
                <w:color w:val="000000"/>
              </w:rPr>
              <w:t>Hoạt động của học sinh</w:t>
            </w:r>
          </w:p>
        </w:tc>
      </w:tr>
      <w:tr w:rsidR="00242051" w:rsidRPr="00242051" w:rsidTr="00054248">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b/>
                <w:szCs w:val="28"/>
              </w:rPr>
              <w:t>TIẾT 3</w:t>
            </w:r>
          </w:p>
        </w:tc>
      </w:tr>
      <w:tr w:rsidR="00242051" w:rsidRPr="00242051" w:rsidTr="00054248">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b/>
                <w:szCs w:val="28"/>
              </w:rPr>
              <w:t>5. Chọn từ ngữ để hoàn thiện câu và viết câu vào vở    Mục tiêu: Chọn được từ ngữ phù hợp để hoàn thiện câu và viết đúng câu hoàn chỉnh vào vở.</w:t>
            </w:r>
          </w:p>
        </w:tc>
      </w:tr>
      <w:tr w:rsidR="00242051" w:rsidRPr="00242051" w:rsidTr="00054248">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szCs w:val="28"/>
              </w:rPr>
              <w:t>- GV hướng dẫn HS làm việc nhóm để chọn từ ngữ phù hợp và hoàn thiện câu. GV yêu cầu đại diện một số nhóm trình bày kết quả.</w:t>
            </w:r>
          </w:p>
        </w:tc>
        <w:tc>
          <w:tcPr>
            <w:tcW w:w="5017" w:type="dxa"/>
            <w:tcBorders>
              <w:top w:val="single" w:sz="4" w:space="0" w:color="auto"/>
            </w:tcBorders>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szCs w:val="28"/>
              </w:rPr>
              <w:t>- HS làm việc nhóm để chọn từ ngữ phù hợp và hoàn thiện câu. Đại diện một số nhóm trình bày kết quả trước lớp.</w:t>
            </w:r>
          </w:p>
        </w:tc>
      </w:tr>
      <w:tr w:rsidR="00242051" w:rsidRPr="00242051" w:rsidTr="00054248">
        <w:trPr>
          <w:jc w:val="center"/>
        </w:trPr>
        <w:tc>
          <w:tcPr>
            <w:tcW w:w="5017" w:type="dxa"/>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szCs w:val="28"/>
              </w:rPr>
              <w:t>- GV và HS thống nhất các câu hoàn chỉnh. (a. Mấy chú chim sẻ đang nhảy nhót trên cành cây; b. Người nào hay gây gổ thì sẽ không có bạn bè.)</w:t>
            </w:r>
          </w:p>
        </w:tc>
        <w:tc>
          <w:tcPr>
            <w:tcW w:w="5017" w:type="dxa"/>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szCs w:val="28"/>
              </w:rPr>
              <w:t>- HS lắng nghe, đối chiếu và chữa bài: a. Mấy chú chim sẻ đang nhảy nhót trên cành cây. b. Người nào hay gây gổ thì sẽ không có bạn bè.</w:t>
            </w:r>
          </w:p>
        </w:tc>
      </w:tr>
      <w:tr w:rsidR="00242051" w:rsidRPr="00242051" w:rsidTr="00054248">
        <w:trPr>
          <w:jc w:val="center"/>
        </w:trPr>
        <w:tc>
          <w:tcPr>
            <w:tcW w:w="5017" w:type="dxa"/>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szCs w:val="28"/>
              </w:rPr>
              <w:t>- GV yêu cầu HS viết câu hoàn chỉnh vào vở.</w:t>
            </w:r>
          </w:p>
        </w:tc>
        <w:tc>
          <w:tcPr>
            <w:tcW w:w="5017" w:type="dxa"/>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szCs w:val="28"/>
              </w:rPr>
              <w:t>- HS viết câu hoàn chỉnh vào vở.</w:t>
            </w:r>
          </w:p>
        </w:tc>
      </w:tr>
      <w:tr w:rsidR="00242051" w:rsidRPr="00242051" w:rsidTr="00054248">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szCs w:val="28"/>
              </w:rPr>
              <w:t>- GV kiểm tra và nhận xét bài của một số HS.</w:t>
            </w:r>
          </w:p>
        </w:tc>
        <w:tc>
          <w:tcPr>
            <w:tcW w:w="5017" w:type="dxa"/>
            <w:tcBorders>
              <w:bottom w:val="single" w:sz="4" w:space="0" w:color="auto"/>
            </w:tcBorders>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szCs w:val="28"/>
              </w:rPr>
              <w:t>- HS lắng nghe nhận xét, sửa bài nếu có.</w:t>
            </w:r>
          </w:p>
        </w:tc>
      </w:tr>
      <w:tr w:rsidR="00242051" w:rsidRPr="00242051" w:rsidTr="00054248">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242051" w:rsidRDefault="00242051" w:rsidP="00242051">
            <w:pPr>
              <w:spacing w:after="0"/>
              <w:jc w:val="both"/>
              <w:rPr>
                <w:sz w:val="28"/>
                <w:szCs w:val="28"/>
              </w:rPr>
            </w:pPr>
            <w:r w:rsidRPr="00242051">
              <w:rPr>
                <w:rFonts w:cs="Times New Roman"/>
                <w:b/>
                <w:szCs w:val="28"/>
              </w:rPr>
              <w:t xml:space="preserve">6. Quan sát tranh và dùng từ ngữ trong khung để nói theo tranh    </w:t>
            </w:r>
          </w:p>
          <w:p w:rsidR="00242051" w:rsidRPr="00242051" w:rsidRDefault="00242051" w:rsidP="00242051">
            <w:pPr>
              <w:spacing w:after="0"/>
              <w:jc w:val="both"/>
              <w:rPr>
                <w:sz w:val="28"/>
                <w:szCs w:val="28"/>
              </w:rPr>
            </w:pPr>
            <w:r w:rsidRPr="00242051">
              <w:rPr>
                <w:rFonts w:cs="Times New Roman"/>
                <w:b/>
                <w:szCs w:val="28"/>
              </w:rPr>
              <w:t>Mục tiêu: Quan sát tranh và dùng từ ngữ gợi ý để nói được nội dung tranh.</w:t>
            </w:r>
          </w:p>
        </w:tc>
      </w:tr>
      <w:tr w:rsidR="00242051" w:rsidRPr="00242051" w:rsidTr="00054248">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szCs w:val="28"/>
              </w:rPr>
              <w:t>- GV giới thiệu tranh và hướng dẫn HS quan sát tranh.</w:t>
            </w:r>
          </w:p>
        </w:tc>
        <w:tc>
          <w:tcPr>
            <w:tcW w:w="5017" w:type="dxa"/>
            <w:tcBorders>
              <w:top w:val="single" w:sz="4" w:space="0" w:color="auto"/>
            </w:tcBorders>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szCs w:val="28"/>
              </w:rPr>
              <w:t>- HS quan sát tranh.</w:t>
            </w:r>
          </w:p>
        </w:tc>
      </w:tr>
      <w:tr w:rsidR="00242051" w:rsidRPr="00242051" w:rsidTr="00054248">
        <w:trPr>
          <w:jc w:val="center"/>
        </w:trPr>
        <w:tc>
          <w:tcPr>
            <w:tcW w:w="5017" w:type="dxa"/>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szCs w:val="28"/>
              </w:rPr>
              <w:t>- GV yêu cầu HS làm việc nhóm, quan sát tranh và nói nội dung tranh theo các từ đã gợi ý. GV gọi một số HS trình bày kết quả nói theo tranh.</w:t>
            </w:r>
          </w:p>
        </w:tc>
        <w:tc>
          <w:tcPr>
            <w:tcW w:w="5017" w:type="dxa"/>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szCs w:val="28"/>
              </w:rPr>
              <w:t>- HS làm việc nhóm, quan sát tranh và nói nội dung tranh theo các từ đã gợi ý. Một số HS trình bày kết quả trước lớp.</w:t>
            </w:r>
          </w:p>
        </w:tc>
      </w:tr>
      <w:tr w:rsidR="00242051" w:rsidRPr="00242051" w:rsidTr="00054248">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szCs w:val="28"/>
              </w:rPr>
              <w:t>- HS và GV nhận xét.</w:t>
            </w:r>
          </w:p>
        </w:tc>
        <w:tc>
          <w:tcPr>
            <w:tcW w:w="5017" w:type="dxa"/>
            <w:tcBorders>
              <w:bottom w:val="single" w:sz="4" w:space="0" w:color="auto"/>
            </w:tcBorders>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szCs w:val="28"/>
              </w:rPr>
              <w:t>- HS lắng nghe nhận xét, bổ sung ý kiến nếu cần.</w:t>
            </w:r>
          </w:p>
        </w:tc>
      </w:tr>
      <w:tr w:rsidR="00242051" w:rsidRPr="00242051" w:rsidTr="00054248">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b/>
                <w:szCs w:val="28"/>
              </w:rPr>
              <w:t>TIẾT 4</w:t>
            </w:r>
          </w:p>
        </w:tc>
      </w:tr>
      <w:tr w:rsidR="00242051" w:rsidRPr="00242051" w:rsidTr="00054248">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b/>
                <w:szCs w:val="28"/>
              </w:rPr>
              <w:t>7. Nghe viết    Mục tiêu: Nghe viết đúng đoạn văn; trình bày bài sạch đẹp, đúng chính tả.</w:t>
            </w:r>
          </w:p>
        </w:tc>
      </w:tr>
      <w:tr w:rsidR="00242051" w:rsidRPr="00242051" w:rsidTr="00054248">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szCs w:val="28"/>
              </w:rPr>
              <w:t xml:space="preserve">- GV đọc to cả đoạn văn: “Sói luôn thấy buồn bực vì sói không có bạn bè. Còn sóc lúc nào </w:t>
            </w:r>
            <w:r w:rsidRPr="00242051">
              <w:rPr>
                <w:rFonts w:cs="Times New Roman"/>
                <w:szCs w:val="28"/>
              </w:rPr>
              <w:lastRenderedPageBreak/>
              <w:t>cũng vui vẻ vì sóc có nhiều bạn tốt.”</w:t>
            </w:r>
          </w:p>
        </w:tc>
        <w:tc>
          <w:tcPr>
            <w:tcW w:w="5017" w:type="dxa"/>
            <w:tcBorders>
              <w:top w:val="single" w:sz="4" w:space="0" w:color="auto"/>
            </w:tcBorders>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szCs w:val="28"/>
              </w:rPr>
              <w:lastRenderedPageBreak/>
              <w:t>- HS lắng nghe GV đọc đoạn văn.</w:t>
            </w:r>
          </w:p>
        </w:tc>
      </w:tr>
      <w:tr w:rsidR="00242051" w:rsidRPr="00242051" w:rsidTr="00054248">
        <w:trPr>
          <w:jc w:val="center"/>
        </w:trPr>
        <w:tc>
          <w:tcPr>
            <w:tcW w:w="5017" w:type="dxa"/>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szCs w:val="28"/>
              </w:rPr>
              <w:lastRenderedPageBreak/>
              <w:t>- GV lưu ý HS một số vấn đề chính tả trong đoạn viết: viết lùi đầu dòng; viết hoa chữ cái đầu câu; kết thúc câu có dấu chấm; chữ dễ viết sai chính tả: sói, sóc, vui vẻ. GV yêu cầu HS ngồi đúng tư thế, cầm bút đúng cách.</w:t>
            </w:r>
          </w:p>
        </w:tc>
        <w:tc>
          <w:tcPr>
            <w:tcW w:w="5017" w:type="dxa"/>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szCs w:val="28"/>
              </w:rPr>
              <w:t>- HS lắng nghe, ghi nhớ cách trình bày và các từ dễ viết sai chính tả. HS ngồi đúng tư thế, cầm bút đúng cách.</w:t>
            </w:r>
          </w:p>
        </w:tc>
      </w:tr>
      <w:tr w:rsidR="00242051" w:rsidRPr="00242051" w:rsidTr="00054248">
        <w:trPr>
          <w:jc w:val="center"/>
        </w:trPr>
        <w:tc>
          <w:tcPr>
            <w:tcW w:w="5017" w:type="dxa"/>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szCs w:val="28"/>
              </w:rPr>
              <w:t>- GV đọc từng câu cho HS viết. Mỗi câu cần đọc theo từng cụm từ: “Sói luôn thấy buồn bực vì sói không có bạn bè. / Còn sóc lúc nào cũng vui vẻ vì sóc có nhiều bạn tốt.” Mỗi cụm từ đọc 2 - 3 lần. GV đọc rõ ràng, chậm rãi, phù hợp với tốc độ viết của HS.</w:t>
            </w:r>
          </w:p>
        </w:tc>
        <w:tc>
          <w:tcPr>
            <w:tcW w:w="5017" w:type="dxa"/>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szCs w:val="28"/>
              </w:rPr>
              <w:t>- HS viết bài chính tả vào vở.</w:t>
            </w:r>
          </w:p>
        </w:tc>
      </w:tr>
      <w:tr w:rsidR="00242051" w:rsidRPr="00242051" w:rsidTr="00054248">
        <w:trPr>
          <w:jc w:val="center"/>
        </w:trPr>
        <w:tc>
          <w:tcPr>
            <w:tcW w:w="5017" w:type="dxa"/>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szCs w:val="28"/>
              </w:rPr>
              <w:t>- Sau khi HS viết chính tả, GV đọc lại một lần toàn đoạn văn và yêu cầu HS rà soát lỗi.</w:t>
            </w:r>
          </w:p>
        </w:tc>
        <w:tc>
          <w:tcPr>
            <w:tcW w:w="5017" w:type="dxa"/>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szCs w:val="28"/>
              </w:rPr>
              <w:t>- HS rà soát lỗi bài viết.</w:t>
            </w:r>
          </w:p>
        </w:tc>
      </w:tr>
      <w:tr w:rsidR="00242051" w:rsidRPr="00242051" w:rsidTr="00054248">
        <w:trPr>
          <w:jc w:val="center"/>
        </w:trPr>
        <w:tc>
          <w:tcPr>
            <w:tcW w:w="5017" w:type="dxa"/>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szCs w:val="28"/>
              </w:rPr>
              <w:t>- GV yêu cầu HS đổi vở cho nhau để rà soát lỗi.</w:t>
            </w:r>
          </w:p>
        </w:tc>
        <w:tc>
          <w:tcPr>
            <w:tcW w:w="5017" w:type="dxa"/>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szCs w:val="28"/>
              </w:rPr>
              <w:t>- HS đổi vở cho nhau để rà soát lỗi.</w:t>
            </w:r>
          </w:p>
        </w:tc>
      </w:tr>
      <w:tr w:rsidR="00242051" w:rsidRPr="00242051" w:rsidTr="00054248">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szCs w:val="28"/>
              </w:rPr>
              <w:t>- GV kiểm tra và nhận xét bài của một số HS.</w:t>
            </w:r>
          </w:p>
        </w:tc>
        <w:tc>
          <w:tcPr>
            <w:tcW w:w="5017" w:type="dxa"/>
            <w:tcBorders>
              <w:bottom w:val="single" w:sz="4" w:space="0" w:color="auto"/>
            </w:tcBorders>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szCs w:val="28"/>
              </w:rPr>
              <w:t>- HS lắng nghe nhận xét, sửa lỗi nếu có.</w:t>
            </w:r>
          </w:p>
        </w:tc>
      </w:tr>
      <w:tr w:rsidR="00242051" w:rsidRPr="00242051" w:rsidTr="00054248">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b/>
                <w:szCs w:val="28"/>
              </w:rPr>
              <w:t>8. Chọn dấu thanh phù hợp thay cho chiếc lá    Mục tiêu: Chọn được dấu thanh phù hợp để tạo thành từ ngữ đúng.</w:t>
            </w:r>
          </w:p>
        </w:tc>
      </w:tr>
      <w:tr w:rsidR="00242051" w:rsidRPr="00242051" w:rsidTr="00054248">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szCs w:val="28"/>
              </w:rPr>
              <w:t>- GV có thể sử dụng máy chiếu hoặc bảng phụ để hướng dẫn HS thực hiện yêu cầu.</w:t>
            </w:r>
          </w:p>
        </w:tc>
        <w:tc>
          <w:tcPr>
            <w:tcW w:w="5017" w:type="dxa"/>
            <w:tcBorders>
              <w:top w:val="single" w:sz="4" w:space="0" w:color="auto"/>
            </w:tcBorders>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szCs w:val="28"/>
              </w:rPr>
              <w:t>- HS quan sát và lắng nghe hướng dẫn.</w:t>
            </w:r>
          </w:p>
        </w:tc>
      </w:tr>
      <w:tr w:rsidR="00242051" w:rsidRPr="00242051" w:rsidTr="00054248">
        <w:trPr>
          <w:jc w:val="center"/>
        </w:trPr>
        <w:tc>
          <w:tcPr>
            <w:tcW w:w="5017" w:type="dxa"/>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szCs w:val="28"/>
              </w:rPr>
              <w:t>- GV nêu nhiệm vụ. HS làm việc nhóm đôi để tìm dấu thanh phù hợp.</w:t>
            </w:r>
          </w:p>
        </w:tc>
        <w:tc>
          <w:tcPr>
            <w:tcW w:w="5017" w:type="dxa"/>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szCs w:val="28"/>
              </w:rPr>
              <w:t>- HS làm việc nhóm đôi để tìm dấu thanh phù hợp.</w:t>
            </w:r>
          </w:p>
        </w:tc>
      </w:tr>
      <w:tr w:rsidR="00242051" w:rsidRPr="00242051" w:rsidTr="00054248">
        <w:trPr>
          <w:jc w:val="center"/>
        </w:trPr>
        <w:tc>
          <w:tcPr>
            <w:tcW w:w="5017" w:type="dxa"/>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szCs w:val="28"/>
              </w:rPr>
              <w:t>- GV gọi một số (2 - 3) HS lên trình bày kết quả trước lớp, có thể điền vào chỗ trống của từ ngữ được ghi trên bảng.</w:t>
            </w:r>
          </w:p>
        </w:tc>
        <w:tc>
          <w:tcPr>
            <w:tcW w:w="5017" w:type="dxa"/>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szCs w:val="28"/>
              </w:rPr>
              <w:t>- Một số (2 - 3) HS lên trình bày kết quả trước lớp.</w:t>
            </w:r>
          </w:p>
        </w:tc>
      </w:tr>
      <w:tr w:rsidR="00242051" w:rsidRPr="00242051" w:rsidTr="00054248">
        <w:trPr>
          <w:jc w:val="center"/>
        </w:trPr>
        <w:tc>
          <w:tcPr>
            <w:tcW w:w="5017" w:type="dxa"/>
            <w:tcBorders>
              <w:bottom w:val="single" w:sz="4" w:space="0" w:color="auto"/>
            </w:tcBorders>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szCs w:val="28"/>
              </w:rPr>
              <w:t>- GV yêu cầu một số HS đọc to các từ ngữ. Sau đó, cả lớp đọc đồng thanh một số lần.</w:t>
            </w:r>
          </w:p>
        </w:tc>
        <w:tc>
          <w:tcPr>
            <w:tcW w:w="5017" w:type="dxa"/>
            <w:tcBorders>
              <w:bottom w:val="single" w:sz="4" w:space="0" w:color="auto"/>
            </w:tcBorders>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szCs w:val="28"/>
              </w:rPr>
              <w:t>- Một số HS đọc to các từ ngữ. Cả lớp đọc đồng thanh một số lần.</w:t>
            </w:r>
          </w:p>
        </w:tc>
      </w:tr>
      <w:tr w:rsidR="00242051" w:rsidRPr="00242051" w:rsidTr="00054248">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242051" w:rsidRDefault="00242051" w:rsidP="00242051">
            <w:pPr>
              <w:spacing w:after="0"/>
              <w:jc w:val="both"/>
              <w:rPr>
                <w:sz w:val="28"/>
                <w:szCs w:val="28"/>
              </w:rPr>
            </w:pPr>
            <w:r w:rsidRPr="00242051">
              <w:rPr>
                <w:rFonts w:cs="Times New Roman"/>
                <w:b/>
                <w:szCs w:val="28"/>
              </w:rPr>
              <w:t xml:space="preserve">9. Giải ô chữ Đi tìm nhân vật    </w:t>
            </w:r>
          </w:p>
          <w:p w:rsidR="00242051" w:rsidRPr="00242051" w:rsidRDefault="00242051" w:rsidP="00242051">
            <w:pPr>
              <w:spacing w:after="0"/>
              <w:jc w:val="both"/>
              <w:rPr>
                <w:sz w:val="28"/>
                <w:szCs w:val="28"/>
              </w:rPr>
            </w:pPr>
            <w:r w:rsidRPr="00242051">
              <w:rPr>
                <w:rFonts w:cs="Times New Roman"/>
                <w:b/>
                <w:szCs w:val="28"/>
              </w:rPr>
              <w:t>Mục tiêu: Giải được ô chữ, củng cố vốn từ và nhận biết nhân vật trong bài.</w:t>
            </w:r>
          </w:p>
        </w:tc>
      </w:tr>
      <w:tr w:rsidR="00242051" w:rsidRPr="00242051" w:rsidTr="00054248">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szCs w:val="28"/>
              </w:rPr>
              <w:t>- GV hướng dẫn HS giải đố. Tên nhân vật cần tìm xuất hiện ở cột dọc là SÓC.</w:t>
            </w:r>
          </w:p>
        </w:tc>
        <w:tc>
          <w:tcPr>
            <w:tcW w:w="5017" w:type="dxa"/>
            <w:tcBorders>
              <w:top w:val="single" w:sz="4" w:space="0" w:color="auto"/>
            </w:tcBorders>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szCs w:val="28"/>
              </w:rPr>
              <w:t>- HS lắng nghe hướng dẫn và xác định tên nhân vật cần tìm ở cột dọc là SÓC.</w:t>
            </w:r>
          </w:p>
        </w:tc>
      </w:tr>
      <w:tr w:rsidR="00242051" w:rsidRPr="00242051" w:rsidTr="00054248">
        <w:trPr>
          <w:jc w:val="center"/>
        </w:trPr>
        <w:tc>
          <w:tcPr>
            <w:tcW w:w="5017" w:type="dxa"/>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szCs w:val="28"/>
              </w:rPr>
              <w:t>- GV đưa ô chữ: C H I M S Â U / C H Ó / C Ú M È O.</w:t>
            </w:r>
          </w:p>
        </w:tc>
        <w:tc>
          <w:tcPr>
            <w:tcW w:w="5017" w:type="dxa"/>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szCs w:val="28"/>
              </w:rPr>
              <w:t>- HS quan sát ô chữ, tìm các từ hàng ngang và suy đoán nhân vật ở cột dọc.</w:t>
            </w:r>
          </w:p>
        </w:tc>
      </w:tr>
      <w:tr w:rsidR="00242051" w:rsidRPr="00242051" w:rsidTr="00054248">
        <w:trPr>
          <w:jc w:val="center"/>
        </w:trPr>
        <w:tc>
          <w:tcPr>
            <w:tcW w:w="5017" w:type="dxa"/>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szCs w:val="28"/>
              </w:rPr>
              <w:t>- GV yêu cầu HS đọc từng câu đố.</w:t>
            </w:r>
          </w:p>
        </w:tc>
        <w:tc>
          <w:tcPr>
            <w:tcW w:w="5017" w:type="dxa"/>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szCs w:val="28"/>
              </w:rPr>
              <w:t>- HS đọc từng câu đố.</w:t>
            </w:r>
          </w:p>
        </w:tc>
      </w:tr>
      <w:tr w:rsidR="00242051" w:rsidRPr="00242051" w:rsidTr="00054248">
        <w:trPr>
          <w:jc w:val="center"/>
        </w:trPr>
        <w:tc>
          <w:tcPr>
            <w:tcW w:w="5017" w:type="dxa"/>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szCs w:val="28"/>
              </w:rPr>
              <w:t>- GV yêu cầu HS viết kết quả giải đố vào vở.</w:t>
            </w:r>
          </w:p>
        </w:tc>
        <w:tc>
          <w:tcPr>
            <w:tcW w:w="5017" w:type="dxa"/>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szCs w:val="28"/>
              </w:rPr>
              <w:t>- HS viết kết quả giải đố vào vở.</w:t>
            </w:r>
          </w:p>
        </w:tc>
      </w:tr>
      <w:tr w:rsidR="00242051" w:rsidRPr="00242051" w:rsidTr="00054248">
        <w:trPr>
          <w:jc w:val="center"/>
        </w:trPr>
        <w:tc>
          <w:tcPr>
            <w:tcW w:w="5017" w:type="dxa"/>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szCs w:val="28"/>
              </w:rPr>
              <w:t xml:space="preserve">- GV yêu cầu HS nhắc lại những nội dung đã </w:t>
            </w:r>
            <w:r w:rsidRPr="00242051">
              <w:rPr>
                <w:rFonts w:cs="Times New Roman"/>
                <w:szCs w:val="28"/>
              </w:rPr>
              <w:lastRenderedPageBreak/>
              <w:t>học. GV tóm tắt lại những nội dung chính. GV tiếp nhận ý kiến phản hồi của HS về bài học. GV nhận xét, khen ngợi, động viên HS.</w:t>
            </w:r>
          </w:p>
        </w:tc>
        <w:tc>
          <w:tcPr>
            <w:tcW w:w="5017" w:type="dxa"/>
            <w:shd w:val="clear" w:color="auto" w:fill="auto"/>
            <w:tcMar>
              <w:top w:w="70" w:type="dxa"/>
              <w:left w:w="90" w:type="dxa"/>
              <w:bottom w:w="70" w:type="dxa"/>
              <w:right w:w="90" w:type="dxa"/>
            </w:tcMar>
            <w:vAlign w:val="center"/>
          </w:tcPr>
          <w:p w:rsidR="00242051" w:rsidRPr="00242051" w:rsidRDefault="00242051" w:rsidP="00242051">
            <w:pPr>
              <w:spacing w:after="0"/>
              <w:jc w:val="both"/>
              <w:rPr>
                <w:sz w:val="28"/>
                <w:szCs w:val="28"/>
              </w:rPr>
            </w:pPr>
            <w:r w:rsidRPr="00242051">
              <w:rPr>
                <w:rFonts w:cs="Times New Roman"/>
                <w:szCs w:val="28"/>
              </w:rPr>
              <w:lastRenderedPageBreak/>
              <w:t xml:space="preserve">- HS nêu ý kiến về bài học (hiểu hay chưa hiểu, </w:t>
            </w:r>
            <w:r w:rsidRPr="00242051">
              <w:rPr>
                <w:rFonts w:cs="Times New Roman"/>
                <w:szCs w:val="28"/>
              </w:rPr>
              <w:lastRenderedPageBreak/>
              <w:t>thích hay không thích, cụ thể ở những nội dung hay hoạt động nào).</w:t>
            </w:r>
          </w:p>
        </w:tc>
      </w:tr>
    </w:tbl>
    <w:p w:rsidR="00242051" w:rsidRPr="00242051" w:rsidRDefault="00242051" w:rsidP="00242051">
      <w:pPr>
        <w:spacing w:after="0"/>
        <w:jc w:val="both"/>
        <w:rPr>
          <w:sz w:val="28"/>
          <w:szCs w:val="28"/>
        </w:rPr>
      </w:pPr>
      <w:r w:rsidRPr="00242051">
        <w:rPr>
          <w:rFonts w:cs="Times New Roman"/>
          <w:b/>
          <w:szCs w:val="28"/>
        </w:rPr>
        <w:lastRenderedPageBreak/>
        <w:t>IV. ĐIỀU CHỈNH SAU BÀI DẠY</w:t>
      </w:r>
    </w:p>
    <w:p w:rsidR="00242051" w:rsidRPr="00242051" w:rsidRDefault="00242051" w:rsidP="00242051">
      <w:pPr>
        <w:spacing w:after="0"/>
        <w:jc w:val="both"/>
        <w:rPr>
          <w:sz w:val="28"/>
          <w:szCs w:val="28"/>
        </w:rPr>
      </w:pPr>
      <w:r w:rsidRPr="00242051">
        <w:rPr>
          <w:rFonts w:cs="Times New Roman"/>
          <w:szCs w:val="28"/>
        </w:rPr>
        <w:t>………………………………………………………………………………………………………………………………………………………………………………………………………………………………………………………</w:t>
      </w:r>
    </w:p>
    <w:p w:rsidR="00EC5F88" w:rsidRPr="00242051" w:rsidRDefault="00EC5F88">
      <w:pPr>
        <w:spacing w:after="0"/>
        <w:ind w:left="340" w:hanging="170"/>
        <w:jc w:val="both"/>
        <w:rPr>
          <w:sz w:val="28"/>
          <w:szCs w:val="28"/>
        </w:rPr>
      </w:pPr>
    </w:p>
    <w:p w:rsidR="00242051" w:rsidRPr="00242051" w:rsidRDefault="00242051" w:rsidP="00242051">
      <w:pPr>
        <w:spacing w:after="0"/>
        <w:jc w:val="both"/>
        <w:rPr>
          <w:rFonts w:cs="Times New Roman"/>
          <w:b/>
          <w:sz w:val="28"/>
          <w:szCs w:val="28"/>
          <w:lang w:val="vi-VN"/>
        </w:rPr>
      </w:pPr>
      <w:r w:rsidRPr="00242051">
        <w:rPr>
          <w:rFonts w:cs="Times New Roman"/>
          <w:b/>
          <w:szCs w:val="28"/>
          <w:lang w:val="vi-VN"/>
        </w:rPr>
        <w:t>TIẾNG VIỆT</w:t>
      </w:r>
    </w:p>
    <w:p w:rsidR="00242051" w:rsidRPr="00242051" w:rsidRDefault="00242051" w:rsidP="00242051">
      <w:pPr>
        <w:spacing w:after="0"/>
        <w:jc w:val="center"/>
        <w:rPr>
          <w:rFonts w:cs="Times New Roman"/>
          <w:b/>
          <w:sz w:val="28"/>
          <w:szCs w:val="28"/>
          <w:lang w:val="vi-VN"/>
        </w:rPr>
      </w:pPr>
      <w:r>
        <w:rPr>
          <w:rFonts w:cs="Times New Roman"/>
          <w:b/>
        </w:rPr>
        <w:t>LUYỆN TẬP TUẦN 27 (TIẾT 1)</w:t>
      </w:r>
    </w:p>
    <w:p w:rsidR="00242051" w:rsidRPr="00242051" w:rsidRDefault="00242051" w:rsidP="00242051">
      <w:pPr>
        <w:spacing w:after="0"/>
        <w:jc w:val="both"/>
        <w:rPr>
          <w:rFonts w:cs="Times New Roman"/>
          <w:b/>
          <w:sz w:val="28"/>
          <w:szCs w:val="28"/>
          <w:lang w:val="vi-VN"/>
        </w:rPr>
      </w:pPr>
    </w:p>
    <w:p w:rsidR="00242051" w:rsidRPr="00242051" w:rsidRDefault="00242051" w:rsidP="00242051">
      <w:pPr>
        <w:spacing w:after="0"/>
        <w:jc w:val="both"/>
        <w:rPr>
          <w:rFonts w:cs="Times New Roman"/>
          <w:b/>
          <w:sz w:val="28"/>
          <w:szCs w:val="28"/>
          <w:lang w:val="vi-VN"/>
        </w:rPr>
      </w:pPr>
      <w:r w:rsidRPr="00242051">
        <w:rPr>
          <w:rFonts w:cs="Times New Roman"/>
          <w:b/>
          <w:szCs w:val="28"/>
          <w:lang w:val="vi-VN"/>
        </w:rPr>
        <w:t>I.YÊU CẦU CẦN ĐẠT</w:t>
      </w:r>
    </w:p>
    <w:p w:rsidR="00242051" w:rsidRPr="00242051" w:rsidRDefault="00242051" w:rsidP="00242051">
      <w:pPr>
        <w:spacing w:after="0"/>
        <w:jc w:val="both"/>
        <w:rPr>
          <w:rFonts w:cs="Times New Roman"/>
          <w:b/>
          <w:sz w:val="28"/>
          <w:szCs w:val="28"/>
          <w:lang w:val="vi-VN"/>
        </w:rPr>
      </w:pPr>
      <w:r w:rsidRPr="00242051">
        <w:rPr>
          <w:rFonts w:cs="Times New Roman"/>
          <w:b/>
          <w:szCs w:val="28"/>
          <w:lang w:val="vi-VN"/>
        </w:rPr>
        <w:t xml:space="preserve">Sau bài học,HS sẽ: </w:t>
      </w:r>
    </w:p>
    <w:p w:rsidR="00242051" w:rsidRPr="00242051" w:rsidRDefault="00242051" w:rsidP="00242051">
      <w:pPr>
        <w:spacing w:after="0"/>
        <w:jc w:val="both"/>
        <w:rPr>
          <w:rFonts w:cs="Times New Roman"/>
          <w:sz w:val="28"/>
          <w:szCs w:val="28"/>
          <w:lang w:val="vi-VN"/>
        </w:rPr>
      </w:pPr>
      <w:r w:rsidRPr="00242051">
        <w:rPr>
          <w:rFonts w:cs="Times New Roman"/>
          <w:szCs w:val="28"/>
          <w:lang w:val="vi-VN"/>
        </w:rPr>
        <w:t xml:space="preserve">- Củng cố và nâng cao một số kiến thức , kĩ năng đã học trong các bài đọc,thông qua thực hành nhận biết và đọc những tiếng có vần khó vừa được học ; thực hành nói và viết sáng tạo về các bài đã học. </w:t>
      </w:r>
    </w:p>
    <w:p w:rsidR="00242051" w:rsidRPr="00242051" w:rsidRDefault="00242051" w:rsidP="00242051">
      <w:pPr>
        <w:spacing w:after="0"/>
        <w:jc w:val="both"/>
        <w:rPr>
          <w:rFonts w:cs="Times New Roman"/>
          <w:sz w:val="28"/>
          <w:szCs w:val="28"/>
          <w:lang w:val="vi-VN"/>
        </w:rPr>
      </w:pPr>
      <w:r w:rsidRPr="00242051">
        <w:rPr>
          <w:rFonts w:cs="Times New Roman"/>
          <w:szCs w:val="28"/>
          <w:lang w:val="vi-VN"/>
        </w:rPr>
        <w:t>- Rèn cho HS kĩ năng viết,nhận biết câu.</w:t>
      </w:r>
    </w:p>
    <w:p w:rsidR="00242051" w:rsidRPr="00242051" w:rsidRDefault="00242051" w:rsidP="00242051">
      <w:pPr>
        <w:spacing w:after="0"/>
        <w:jc w:val="both"/>
        <w:rPr>
          <w:rFonts w:cs="Times New Roman"/>
          <w:b/>
          <w:sz w:val="28"/>
          <w:szCs w:val="28"/>
          <w:lang w:val="vi-VN"/>
        </w:rPr>
      </w:pPr>
      <w:r>
        <w:rPr>
          <w:rFonts w:cs="Times New Roman"/>
          <w:b/>
        </w:rPr>
        <w:t>II. ĐỒ DÙNG DẠY HỌC</w:t>
      </w:r>
    </w:p>
    <w:p w:rsidR="00242051" w:rsidRPr="00242051" w:rsidRDefault="00242051" w:rsidP="00242051">
      <w:pPr>
        <w:spacing w:after="0"/>
        <w:jc w:val="both"/>
        <w:rPr>
          <w:rFonts w:cs="Times New Roman"/>
          <w:sz w:val="28"/>
          <w:szCs w:val="28"/>
          <w:lang w:val="vi-VN"/>
        </w:rPr>
      </w:pPr>
      <w:r w:rsidRPr="00242051">
        <w:rPr>
          <w:rFonts w:cs="Times New Roman"/>
          <w:szCs w:val="28"/>
          <w:lang w:val="vi-VN"/>
        </w:rPr>
        <w:t>1.Học liệu: SGK,KHDH.Bộ đồ dùng dạy học TV.</w:t>
      </w:r>
    </w:p>
    <w:p w:rsidR="00242051" w:rsidRPr="00242051" w:rsidRDefault="00242051" w:rsidP="00242051">
      <w:pPr>
        <w:spacing w:after="0"/>
        <w:jc w:val="both"/>
        <w:rPr>
          <w:rFonts w:cs="Times New Roman"/>
          <w:sz w:val="28"/>
          <w:szCs w:val="28"/>
          <w:lang w:val="vi-VN"/>
        </w:rPr>
      </w:pPr>
      <w:r w:rsidRPr="00242051">
        <w:rPr>
          <w:rFonts w:cs="Times New Roman"/>
          <w:szCs w:val="28"/>
          <w:lang w:val="vi-VN"/>
        </w:rPr>
        <w:t>2.Thiết bị: Máy tính,máy chiếu.</w:t>
      </w:r>
    </w:p>
    <w:p w:rsidR="00242051" w:rsidRPr="00242051" w:rsidRDefault="00242051" w:rsidP="00242051">
      <w:pPr>
        <w:spacing w:after="0"/>
        <w:jc w:val="both"/>
        <w:rPr>
          <w:rFonts w:cs="Times New Roman"/>
          <w:b/>
          <w:sz w:val="28"/>
          <w:szCs w:val="28"/>
          <w:lang w:val="vi-VN"/>
        </w:rPr>
      </w:pPr>
      <w:r>
        <w:rPr>
          <w:rFonts w:cs="Times New Roman"/>
          <w:b/>
        </w:rPr>
        <w:t>III. CÁC HOẠT ĐỘNG DẠY HỌC</w:t>
      </w:r>
    </w:p>
    <w:p w:rsidR="00242051" w:rsidRPr="00242051" w:rsidRDefault="00242051" w:rsidP="00242051">
      <w:pPr>
        <w:spacing w:after="0"/>
        <w:jc w:val="both"/>
        <w:rPr>
          <w:rFonts w:cs="Times New Roman"/>
          <w:b/>
          <w:sz w:val="28"/>
          <w:szCs w:val="28"/>
          <w:lang w:val="vi-VN"/>
        </w:rPr>
      </w:pPr>
    </w:p>
    <w:tbl>
      <w:tblPr>
        <w:tblW w:w="5000" w:type="pct"/>
        <w:jc w:val="center"/>
        <w:tblBorders>
          <w:top w:val="single" w:sz="4" w:space="0" w:color="000000"/>
          <w:left w:val="single" w:sz="4" w:space="0" w:color="000000"/>
          <w:bottom w:val="single" w:sz="4" w:space="0" w:color="000000"/>
          <w:right w:val="single" w:sz="4" w:space="0" w:color="000000"/>
          <w:insideV w:val="single" w:sz="4" w:space="0" w:color="000000"/>
        </w:tblBorders>
        <w:tblLook w:val="01E0" w:firstRow="1" w:lastRow="1" w:firstColumn="1" w:lastColumn="1" w:noHBand="0" w:noVBand="0"/>
      </w:tblPr>
      <w:tblGrid>
        <w:gridCol w:w="5193"/>
        <w:gridCol w:w="5193"/>
      </w:tblGrid>
      <w:tr w:rsidR="00242051" w:rsidRPr="00242051" w:rsidTr="00054248">
        <w:trPr>
          <w:jc w:val="center"/>
        </w:trPr>
        <w:tc>
          <w:tcPr>
            <w:tcW w:w="5017" w:type="dxa"/>
            <w:tcBorders>
              <w:bottom w:val="single" w:sz="4" w:space="0" w:color="auto"/>
            </w:tcBorders>
            <w:shd w:val="clear" w:color="auto" w:fill="auto"/>
            <w:tcMar>
              <w:top w:w="70" w:type="dxa"/>
              <w:left w:w="90" w:type="dxa"/>
              <w:bottom w:w="70" w:type="dxa"/>
              <w:right w:w="90" w:type="dxa"/>
            </w:tcMar>
            <w:vAlign w:val="center"/>
            <w:hideMark/>
          </w:tcPr>
          <w:p w:rsidR="00EC5725" w:rsidRDefault="005C462C">
            <w:pPr>
              <w:spacing w:after="0"/>
              <w:jc w:val="both"/>
            </w:pPr>
            <w:r>
              <w:rPr>
                <w:rFonts w:cs="Times New Roman"/>
                <w:b/>
                <w:color w:val="000000"/>
              </w:rPr>
              <w:t>Hoạt động của giáo viên</w:t>
            </w:r>
          </w:p>
        </w:tc>
        <w:tc>
          <w:tcPr>
            <w:tcW w:w="5017" w:type="dxa"/>
            <w:tcBorders>
              <w:bottom w:val="single" w:sz="4" w:space="0" w:color="auto"/>
            </w:tcBorders>
            <w:shd w:val="clear" w:color="auto" w:fill="auto"/>
            <w:tcMar>
              <w:top w:w="70" w:type="dxa"/>
              <w:left w:w="90" w:type="dxa"/>
              <w:bottom w:w="70" w:type="dxa"/>
              <w:right w:w="90" w:type="dxa"/>
            </w:tcMar>
            <w:vAlign w:val="center"/>
            <w:hideMark/>
          </w:tcPr>
          <w:p w:rsidR="00EC5725" w:rsidRDefault="005C462C">
            <w:pPr>
              <w:spacing w:after="0"/>
              <w:jc w:val="both"/>
            </w:pPr>
            <w:r>
              <w:rPr>
                <w:rFonts w:cs="Times New Roman"/>
                <w:b/>
                <w:color w:val="000000"/>
              </w:rPr>
              <w:t>Hoạt động của học sinh</w:t>
            </w:r>
          </w:p>
        </w:tc>
      </w:tr>
      <w:tr w:rsidR="00242051" w:rsidRPr="00242051" w:rsidTr="00054248">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242051" w:rsidRPr="00242051" w:rsidRDefault="00242051" w:rsidP="00816DC2">
            <w:pPr>
              <w:spacing w:after="0"/>
              <w:jc w:val="both"/>
              <w:rPr>
                <w:rFonts w:cs="Times New Roman"/>
                <w:b/>
                <w:sz w:val="28"/>
                <w:szCs w:val="28"/>
                <w:lang w:val="vi-VN"/>
              </w:rPr>
            </w:pPr>
            <w:r w:rsidRPr="00242051">
              <w:rPr>
                <w:rFonts w:cs="Times New Roman"/>
                <w:b/>
                <w:szCs w:val="28"/>
                <w:lang w:val="vi-VN"/>
              </w:rPr>
              <w:t xml:space="preserve">Bài 1. KIẾN VÀ CHIM BỒ CÂU </w:t>
            </w:r>
          </w:p>
        </w:tc>
      </w:tr>
      <w:tr w:rsidR="00242051" w:rsidRPr="00242051" w:rsidTr="00054248">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242051" w:rsidRPr="00242051" w:rsidRDefault="00242051" w:rsidP="00816DC2">
            <w:pPr>
              <w:spacing w:after="0"/>
              <w:jc w:val="both"/>
              <w:rPr>
                <w:rFonts w:cs="Times New Roman"/>
                <w:sz w:val="28"/>
                <w:szCs w:val="28"/>
                <w:lang w:val="vi-VN"/>
              </w:rPr>
            </w:pPr>
            <w:r w:rsidRPr="00242051">
              <w:rPr>
                <w:rFonts w:cs="Times New Roman"/>
                <w:b/>
                <w:szCs w:val="28"/>
                <w:lang w:val="vi-VN"/>
              </w:rPr>
              <w:t>-</w:t>
            </w:r>
            <w:r w:rsidRPr="00242051">
              <w:rPr>
                <w:rFonts w:cs="Times New Roman"/>
                <w:szCs w:val="28"/>
                <w:lang w:val="vi-VN"/>
              </w:rPr>
              <w:t xml:space="preserve">Sắp xếp các từ ngữ thành cầu và viết vào vở </w:t>
            </w:r>
          </w:p>
          <w:p w:rsidR="00242051" w:rsidRPr="00242051" w:rsidRDefault="00242051" w:rsidP="00816DC2">
            <w:pPr>
              <w:spacing w:after="0"/>
              <w:jc w:val="both"/>
              <w:rPr>
                <w:rFonts w:cs="Times New Roman"/>
                <w:sz w:val="28"/>
                <w:szCs w:val="28"/>
                <w:lang w:val="vi-VN"/>
              </w:rPr>
            </w:pPr>
            <w:r w:rsidRPr="00242051">
              <w:rPr>
                <w:rFonts w:cs="Times New Roman"/>
                <w:szCs w:val="28"/>
                <w:lang w:val="vi-VN"/>
              </w:rPr>
              <w:t xml:space="preserve">- GV yêu cầu HS sắp xếp các từ ngữ trong từng dòng sau thành câu : </w:t>
            </w:r>
          </w:p>
          <w:p w:rsidR="00242051" w:rsidRPr="00242051" w:rsidRDefault="00242051" w:rsidP="00816DC2">
            <w:pPr>
              <w:spacing w:after="0"/>
              <w:jc w:val="both"/>
              <w:rPr>
                <w:rFonts w:cs="Times New Roman"/>
                <w:sz w:val="28"/>
                <w:szCs w:val="28"/>
                <w:lang w:val="vi-VN"/>
              </w:rPr>
            </w:pPr>
            <w:r w:rsidRPr="00242051">
              <w:rPr>
                <w:rFonts w:cs="Times New Roman"/>
                <w:szCs w:val="28"/>
                <w:lang w:val="vi-VN"/>
              </w:rPr>
              <w:t xml:space="preserve">+ kiến , nhau , cảm ơn , và , chim bồ câu </w:t>
            </w:r>
          </w:p>
          <w:p w:rsidR="00242051" w:rsidRPr="00242051" w:rsidRDefault="00242051" w:rsidP="00816DC2">
            <w:pPr>
              <w:spacing w:after="0"/>
              <w:jc w:val="both"/>
              <w:rPr>
                <w:rFonts w:cs="Times New Roman"/>
                <w:sz w:val="28"/>
                <w:szCs w:val="28"/>
                <w:lang w:val="vi-VN"/>
              </w:rPr>
            </w:pPr>
            <w:r w:rsidRPr="00242051">
              <w:rPr>
                <w:rFonts w:cs="Times New Roman"/>
                <w:szCs w:val="28"/>
                <w:lang w:val="vi-VN"/>
              </w:rPr>
              <w:t xml:space="preserve">+ kiến , chim bồ câu , và , hay , câu chuyện , là </w:t>
            </w:r>
          </w:p>
          <w:p w:rsidR="00242051" w:rsidRPr="00242051" w:rsidRDefault="00242051" w:rsidP="00816DC2">
            <w:pPr>
              <w:spacing w:after="0"/>
              <w:jc w:val="both"/>
              <w:rPr>
                <w:rFonts w:cs="Times New Roman"/>
                <w:sz w:val="28"/>
                <w:szCs w:val="28"/>
                <w:lang w:val="vi-VN"/>
              </w:rPr>
            </w:pPr>
          </w:p>
          <w:p w:rsidR="00242051" w:rsidRPr="00242051" w:rsidRDefault="00242051" w:rsidP="00816DC2">
            <w:pPr>
              <w:spacing w:after="0"/>
              <w:jc w:val="both"/>
              <w:rPr>
                <w:rFonts w:cs="Times New Roman"/>
                <w:sz w:val="28"/>
                <w:szCs w:val="28"/>
                <w:lang w:val="vi-VN"/>
              </w:rPr>
            </w:pPr>
          </w:p>
          <w:p w:rsidR="00242051" w:rsidRPr="00242051" w:rsidRDefault="00242051" w:rsidP="00816DC2">
            <w:pPr>
              <w:spacing w:after="0"/>
              <w:jc w:val="both"/>
              <w:rPr>
                <w:rFonts w:cs="Times New Roman"/>
                <w:sz w:val="28"/>
                <w:szCs w:val="28"/>
                <w:lang w:val="vi-VN"/>
              </w:rPr>
            </w:pPr>
            <w:r w:rsidRPr="00242051">
              <w:rPr>
                <w:rFonts w:cs="Times New Roman"/>
                <w:szCs w:val="28"/>
                <w:lang w:val="vi-VN"/>
              </w:rPr>
              <w:t xml:space="preserve">-GV nêu nhiệm vụ và cho HS làm việc nhóm đôiđể sắp xếp các từ ngữ thành câu </w:t>
            </w:r>
          </w:p>
          <w:p w:rsidR="00242051" w:rsidRPr="00242051" w:rsidRDefault="00242051" w:rsidP="00816DC2">
            <w:pPr>
              <w:spacing w:after="0"/>
              <w:jc w:val="both"/>
              <w:rPr>
                <w:rFonts w:cs="Times New Roman"/>
                <w:sz w:val="28"/>
                <w:szCs w:val="28"/>
                <w:lang w:val="vi-VN"/>
              </w:rPr>
            </w:pPr>
          </w:p>
          <w:p w:rsidR="00242051" w:rsidRPr="00242051" w:rsidRDefault="00242051" w:rsidP="00816DC2">
            <w:pPr>
              <w:spacing w:after="0"/>
              <w:jc w:val="both"/>
              <w:rPr>
                <w:rFonts w:cs="Times New Roman"/>
                <w:sz w:val="28"/>
                <w:szCs w:val="28"/>
                <w:lang w:val="vi-VN"/>
              </w:rPr>
            </w:pPr>
          </w:p>
          <w:p w:rsidR="00242051" w:rsidRPr="00242051" w:rsidRDefault="00242051" w:rsidP="00816DC2">
            <w:pPr>
              <w:spacing w:after="0"/>
              <w:jc w:val="both"/>
              <w:rPr>
                <w:rFonts w:cs="Times New Roman"/>
                <w:sz w:val="28"/>
                <w:szCs w:val="28"/>
                <w:lang w:val="vi-VN"/>
              </w:rPr>
            </w:pPr>
            <w:r w:rsidRPr="00242051">
              <w:rPr>
                <w:rFonts w:cs="Times New Roman"/>
                <w:szCs w:val="28"/>
                <w:lang w:val="vi-VN"/>
              </w:rPr>
              <w:t xml:space="preserve"> </w:t>
            </w:r>
          </w:p>
        </w:tc>
        <w:tc>
          <w:tcPr>
            <w:tcW w:w="5017" w:type="dxa"/>
            <w:tcBorders>
              <w:top w:val="single" w:sz="4" w:space="0" w:color="auto"/>
            </w:tcBorders>
            <w:shd w:val="clear" w:color="auto" w:fill="auto"/>
            <w:tcMar>
              <w:top w:w="70" w:type="dxa"/>
              <w:left w:w="90" w:type="dxa"/>
              <w:bottom w:w="70" w:type="dxa"/>
              <w:right w:w="90" w:type="dxa"/>
            </w:tcMar>
            <w:vAlign w:val="center"/>
          </w:tcPr>
          <w:p w:rsidR="00242051" w:rsidRPr="00242051" w:rsidRDefault="00242051" w:rsidP="00816DC2">
            <w:pPr>
              <w:spacing w:after="0"/>
              <w:jc w:val="both"/>
              <w:rPr>
                <w:rFonts w:cs="Times New Roman"/>
                <w:noProof/>
                <w:sz w:val="28"/>
                <w:szCs w:val="28"/>
                <w:lang w:val="vi-VN"/>
              </w:rPr>
            </w:pPr>
            <w:r w:rsidRPr="00242051">
              <w:rPr>
                <w:rFonts w:cs="Times New Roman"/>
                <w:szCs w:val="28"/>
                <w:lang w:val="vi-VN"/>
              </w:rPr>
              <w:t>-HS sắp xếp các từ ngữ</w:t>
            </w:r>
          </w:p>
          <w:p w:rsidR="00242051" w:rsidRPr="00242051" w:rsidRDefault="00242051" w:rsidP="00816DC2">
            <w:pPr>
              <w:spacing w:after="0"/>
              <w:jc w:val="both"/>
              <w:rPr>
                <w:rFonts w:cs="Times New Roman"/>
                <w:sz w:val="28"/>
                <w:szCs w:val="28"/>
                <w:lang w:val="vi-VN"/>
              </w:rPr>
            </w:pPr>
          </w:p>
          <w:p w:rsidR="00242051" w:rsidRPr="00242051" w:rsidRDefault="00242051" w:rsidP="00816DC2">
            <w:pPr>
              <w:spacing w:after="0"/>
              <w:jc w:val="both"/>
              <w:rPr>
                <w:rFonts w:cs="Times New Roman"/>
                <w:sz w:val="28"/>
                <w:szCs w:val="28"/>
                <w:lang w:val="vi-VN"/>
              </w:rPr>
            </w:pPr>
          </w:p>
          <w:p w:rsidR="00242051" w:rsidRPr="00242051" w:rsidRDefault="00242051" w:rsidP="00816DC2">
            <w:pPr>
              <w:spacing w:after="0"/>
              <w:jc w:val="both"/>
              <w:rPr>
                <w:rFonts w:cs="Times New Roman"/>
                <w:sz w:val="28"/>
                <w:szCs w:val="28"/>
                <w:lang w:val="vi-VN"/>
              </w:rPr>
            </w:pPr>
          </w:p>
          <w:p w:rsidR="00242051" w:rsidRPr="00242051" w:rsidRDefault="00242051" w:rsidP="00816DC2">
            <w:pPr>
              <w:spacing w:after="0"/>
              <w:jc w:val="both"/>
              <w:rPr>
                <w:rFonts w:cs="Times New Roman"/>
                <w:sz w:val="28"/>
                <w:szCs w:val="28"/>
                <w:lang w:val="vi-VN"/>
              </w:rPr>
            </w:pPr>
            <w:r w:rsidRPr="00242051">
              <w:rPr>
                <w:rFonts w:cs="Times New Roman"/>
                <w:szCs w:val="28"/>
                <w:lang w:val="vi-VN"/>
              </w:rPr>
              <w:t xml:space="preserve">-HS làm việc nhóm đôiđể sắp xếp các từ ngữ thành câu . Một số ( 2 - 3 ) nhóm trình bày kết quả . GV và HS thống nhất phương án đúng . </w:t>
            </w:r>
          </w:p>
          <w:p w:rsidR="00242051" w:rsidRPr="00242051" w:rsidRDefault="00242051" w:rsidP="00816DC2">
            <w:pPr>
              <w:spacing w:after="0"/>
              <w:jc w:val="both"/>
              <w:rPr>
                <w:rFonts w:cs="Times New Roman"/>
                <w:sz w:val="28"/>
                <w:szCs w:val="28"/>
                <w:lang w:val="vi-VN"/>
              </w:rPr>
            </w:pPr>
            <w:r w:rsidRPr="00242051">
              <w:rPr>
                <w:rFonts w:cs="Times New Roman"/>
                <w:szCs w:val="28"/>
                <w:lang w:val="vi-VN"/>
              </w:rPr>
              <w:t xml:space="preserve">Kiến và chim bồ câu cảm ơn nhau hoặc Chim bồ cầu và kiến cảm ơn nhau,  Kiến và chim bồ câu là câu chuyện hay  </w:t>
            </w:r>
          </w:p>
          <w:p w:rsidR="00242051" w:rsidRPr="00242051" w:rsidRDefault="00242051" w:rsidP="00816DC2">
            <w:pPr>
              <w:spacing w:after="0"/>
              <w:jc w:val="both"/>
              <w:rPr>
                <w:rFonts w:cs="Times New Roman"/>
                <w:sz w:val="28"/>
                <w:szCs w:val="28"/>
                <w:lang w:val="vi-VN"/>
              </w:rPr>
            </w:pPr>
            <w:r w:rsidRPr="00242051">
              <w:rPr>
                <w:rFonts w:cs="Times New Roman"/>
                <w:szCs w:val="28"/>
                <w:lang w:val="vi-VN"/>
              </w:rPr>
              <w:t>- HS viết vào vở các câu đã được sắp xếp đúng</w:t>
            </w:r>
          </w:p>
        </w:tc>
      </w:tr>
    </w:tbl>
    <w:p w:rsidR="00242051" w:rsidRPr="00242051" w:rsidRDefault="00242051" w:rsidP="00242051">
      <w:pPr>
        <w:spacing w:after="0"/>
        <w:jc w:val="both"/>
        <w:rPr>
          <w:rFonts w:cs="Times New Roman"/>
          <w:b/>
          <w:sz w:val="28"/>
          <w:szCs w:val="28"/>
          <w:lang w:val="vi-VN"/>
        </w:rPr>
      </w:pPr>
      <w:r>
        <w:rPr>
          <w:rFonts w:cs="Times New Roman"/>
          <w:b/>
        </w:rPr>
        <w:t>IV. ĐIỀU CHỈNH SAU BÀI DẠY</w:t>
      </w:r>
    </w:p>
    <w:p w:rsidR="00242051" w:rsidRPr="00242051" w:rsidRDefault="00242051" w:rsidP="00242051">
      <w:pPr>
        <w:spacing w:after="0"/>
        <w:ind w:left="340" w:hanging="170"/>
        <w:jc w:val="both"/>
        <w:rPr>
          <w:rFonts w:cs="Times New Roman"/>
          <w:sz w:val="28"/>
          <w:szCs w:val="28"/>
          <w:lang w:val="vi-VN"/>
        </w:rPr>
      </w:pPr>
      <w:r w:rsidRPr="00242051">
        <w:rPr>
          <w:rFonts w:cs="Times New Roman"/>
          <w:szCs w:val="28"/>
          <w:lang w:val="vi-VN"/>
        </w:rPr>
        <w:t>………………………………………………………………………………………………………………………………………………………………………………………………………………………………………………………</w:t>
      </w:r>
    </w:p>
    <w:p w:rsidR="00242051" w:rsidRPr="00242051" w:rsidRDefault="00242051" w:rsidP="00242051">
      <w:pPr>
        <w:spacing w:after="0"/>
        <w:jc w:val="both"/>
        <w:rPr>
          <w:rFonts w:cs="Times New Roman"/>
          <w:b/>
          <w:sz w:val="28"/>
          <w:szCs w:val="28"/>
          <w:lang w:val="vi-VN"/>
        </w:rPr>
      </w:pPr>
      <w:r w:rsidRPr="00242051">
        <w:rPr>
          <w:rFonts w:cs="Times New Roman"/>
          <w:b/>
          <w:szCs w:val="28"/>
          <w:lang w:val="vi-VN"/>
        </w:rPr>
        <w:t>TIẾNG VIỆT</w:t>
      </w:r>
    </w:p>
    <w:p w:rsidR="00242051" w:rsidRPr="00242051" w:rsidRDefault="00242051" w:rsidP="00242051">
      <w:pPr>
        <w:spacing w:after="0"/>
        <w:jc w:val="center"/>
        <w:rPr>
          <w:rFonts w:cs="Times New Roman"/>
          <w:b/>
          <w:sz w:val="28"/>
          <w:szCs w:val="28"/>
          <w:lang w:val="vi-VN"/>
        </w:rPr>
      </w:pPr>
      <w:r>
        <w:rPr>
          <w:rFonts w:cs="Times New Roman"/>
          <w:b/>
        </w:rPr>
        <w:lastRenderedPageBreak/>
        <w:t>LUYỆN TẬP TUẦN 27 (TIẾT 2)</w:t>
      </w:r>
    </w:p>
    <w:p w:rsidR="00242051" w:rsidRPr="00242051" w:rsidRDefault="00242051" w:rsidP="00242051">
      <w:pPr>
        <w:spacing w:after="0"/>
        <w:jc w:val="both"/>
        <w:rPr>
          <w:rFonts w:cs="Times New Roman"/>
          <w:b/>
          <w:sz w:val="28"/>
          <w:szCs w:val="28"/>
          <w:lang w:val="vi-VN"/>
        </w:rPr>
      </w:pPr>
    </w:p>
    <w:p w:rsidR="00242051" w:rsidRPr="00242051" w:rsidRDefault="00242051" w:rsidP="00242051">
      <w:pPr>
        <w:spacing w:after="0"/>
        <w:jc w:val="both"/>
        <w:rPr>
          <w:rFonts w:cs="Times New Roman"/>
          <w:b/>
          <w:sz w:val="28"/>
          <w:szCs w:val="28"/>
          <w:lang w:val="vi-VN"/>
        </w:rPr>
      </w:pPr>
      <w:r w:rsidRPr="00242051">
        <w:rPr>
          <w:rFonts w:cs="Times New Roman"/>
          <w:b/>
          <w:szCs w:val="28"/>
          <w:lang w:val="vi-VN"/>
        </w:rPr>
        <w:t>I.YÊU CẦU CẦN ĐẠT</w:t>
      </w:r>
    </w:p>
    <w:p w:rsidR="00242051" w:rsidRPr="00242051" w:rsidRDefault="00242051" w:rsidP="00242051">
      <w:pPr>
        <w:spacing w:after="0"/>
        <w:jc w:val="both"/>
        <w:rPr>
          <w:rFonts w:cs="Times New Roman"/>
          <w:b/>
          <w:sz w:val="28"/>
          <w:szCs w:val="28"/>
          <w:lang w:val="vi-VN"/>
        </w:rPr>
      </w:pPr>
      <w:r w:rsidRPr="00242051">
        <w:rPr>
          <w:rFonts w:cs="Times New Roman"/>
          <w:b/>
          <w:szCs w:val="28"/>
          <w:lang w:val="vi-VN"/>
        </w:rPr>
        <w:t xml:space="preserve">Sau bài học,HS sẽ: </w:t>
      </w:r>
    </w:p>
    <w:p w:rsidR="00242051" w:rsidRPr="00242051" w:rsidRDefault="00242051" w:rsidP="00242051">
      <w:pPr>
        <w:spacing w:after="0"/>
        <w:jc w:val="both"/>
        <w:rPr>
          <w:rFonts w:cs="Times New Roman"/>
          <w:sz w:val="28"/>
          <w:szCs w:val="28"/>
          <w:lang w:val="vi-VN"/>
        </w:rPr>
      </w:pPr>
      <w:r w:rsidRPr="00242051">
        <w:rPr>
          <w:rFonts w:cs="Times New Roman"/>
          <w:szCs w:val="28"/>
          <w:lang w:val="vi-VN"/>
        </w:rPr>
        <w:t xml:space="preserve">- Củng cố và nâng cao một số kiến thức , kĩ năng đã học trong các bài đọc,thông qua thực hành nhận biết và đọc những tiếng có vần khó vừa được học ; thực hành nói và viết sáng tạo về các bài đã học. </w:t>
      </w:r>
    </w:p>
    <w:p w:rsidR="00242051" w:rsidRPr="00242051" w:rsidRDefault="00242051" w:rsidP="00242051">
      <w:pPr>
        <w:spacing w:after="0"/>
        <w:jc w:val="both"/>
        <w:rPr>
          <w:rFonts w:cs="Times New Roman"/>
          <w:sz w:val="28"/>
          <w:szCs w:val="28"/>
          <w:lang w:val="vi-VN"/>
        </w:rPr>
      </w:pPr>
      <w:r w:rsidRPr="00242051">
        <w:rPr>
          <w:rFonts w:cs="Times New Roman"/>
          <w:szCs w:val="28"/>
          <w:lang w:val="vi-VN"/>
        </w:rPr>
        <w:t>- Rèn cho HS kĩ năng viết,nhận biết câu.</w:t>
      </w:r>
    </w:p>
    <w:p w:rsidR="00242051" w:rsidRPr="00242051" w:rsidRDefault="00242051" w:rsidP="00242051">
      <w:pPr>
        <w:spacing w:after="0"/>
        <w:jc w:val="both"/>
        <w:rPr>
          <w:rFonts w:cs="Times New Roman"/>
          <w:b/>
          <w:sz w:val="28"/>
          <w:szCs w:val="28"/>
          <w:lang w:val="vi-VN"/>
        </w:rPr>
      </w:pPr>
      <w:r>
        <w:rPr>
          <w:rFonts w:cs="Times New Roman"/>
          <w:b/>
        </w:rPr>
        <w:t>II. ĐỒ DÙNG DẠY HỌC</w:t>
      </w:r>
    </w:p>
    <w:p w:rsidR="00242051" w:rsidRPr="00242051" w:rsidRDefault="00242051" w:rsidP="00242051">
      <w:pPr>
        <w:spacing w:after="0"/>
        <w:jc w:val="both"/>
        <w:rPr>
          <w:rFonts w:cs="Times New Roman"/>
          <w:sz w:val="28"/>
          <w:szCs w:val="28"/>
          <w:lang w:val="vi-VN"/>
        </w:rPr>
      </w:pPr>
      <w:r w:rsidRPr="00242051">
        <w:rPr>
          <w:rFonts w:cs="Times New Roman"/>
          <w:szCs w:val="28"/>
          <w:lang w:val="vi-VN"/>
        </w:rPr>
        <w:t>1.Học liệu: SGK,KHDH.Bộ đồ dùng dạy học TV.</w:t>
      </w:r>
    </w:p>
    <w:p w:rsidR="00242051" w:rsidRPr="00242051" w:rsidRDefault="00242051" w:rsidP="00242051">
      <w:pPr>
        <w:spacing w:after="0"/>
        <w:jc w:val="both"/>
        <w:rPr>
          <w:rFonts w:cs="Times New Roman"/>
          <w:sz w:val="28"/>
          <w:szCs w:val="28"/>
          <w:lang w:val="vi-VN"/>
        </w:rPr>
      </w:pPr>
      <w:r w:rsidRPr="00242051">
        <w:rPr>
          <w:rFonts w:cs="Times New Roman"/>
          <w:szCs w:val="28"/>
          <w:lang w:val="vi-VN"/>
        </w:rPr>
        <w:t>2.Thiết bị: Máy tính,máy chiếu.</w:t>
      </w:r>
    </w:p>
    <w:p w:rsidR="00242051" w:rsidRPr="00242051" w:rsidRDefault="00242051" w:rsidP="00242051">
      <w:pPr>
        <w:spacing w:after="0"/>
        <w:jc w:val="both"/>
        <w:rPr>
          <w:rFonts w:cs="Times New Roman"/>
          <w:b/>
          <w:sz w:val="28"/>
          <w:szCs w:val="28"/>
          <w:lang w:val="vi-VN"/>
        </w:rPr>
      </w:pPr>
      <w:r>
        <w:rPr>
          <w:rFonts w:cs="Times New Roman"/>
          <w:b/>
        </w:rPr>
        <w:t>III. CÁC HOẠT ĐỘNG DẠY HỌC</w:t>
      </w:r>
    </w:p>
    <w:p w:rsidR="00242051" w:rsidRPr="00242051" w:rsidRDefault="00242051" w:rsidP="00242051">
      <w:pPr>
        <w:spacing w:after="0"/>
        <w:jc w:val="both"/>
        <w:rPr>
          <w:rFonts w:cs="Times New Roman"/>
          <w:b/>
          <w:sz w:val="28"/>
          <w:szCs w:val="28"/>
          <w:lang w:val="vi-VN"/>
        </w:rPr>
      </w:pPr>
    </w:p>
    <w:tbl>
      <w:tblPr>
        <w:tblW w:w="5000" w:type="pct"/>
        <w:jc w:val="center"/>
        <w:tblBorders>
          <w:top w:val="single" w:sz="4" w:space="0" w:color="000000"/>
          <w:left w:val="single" w:sz="4" w:space="0" w:color="000000"/>
          <w:bottom w:val="single" w:sz="4" w:space="0" w:color="000000"/>
          <w:right w:val="single" w:sz="4" w:space="0" w:color="000000"/>
          <w:insideV w:val="single" w:sz="4" w:space="0" w:color="000000"/>
        </w:tblBorders>
        <w:tblLook w:val="01E0" w:firstRow="1" w:lastRow="1" w:firstColumn="1" w:lastColumn="1" w:noHBand="0" w:noVBand="0"/>
      </w:tblPr>
      <w:tblGrid>
        <w:gridCol w:w="5193"/>
        <w:gridCol w:w="5193"/>
      </w:tblGrid>
      <w:tr w:rsidR="00242051" w:rsidRPr="00242051" w:rsidTr="00054248">
        <w:trPr>
          <w:jc w:val="center"/>
        </w:trPr>
        <w:tc>
          <w:tcPr>
            <w:tcW w:w="5017" w:type="dxa"/>
            <w:tcBorders>
              <w:bottom w:val="single" w:sz="4" w:space="0" w:color="auto"/>
            </w:tcBorders>
            <w:shd w:val="clear" w:color="auto" w:fill="auto"/>
            <w:tcMar>
              <w:top w:w="70" w:type="dxa"/>
              <w:left w:w="90" w:type="dxa"/>
              <w:bottom w:w="70" w:type="dxa"/>
              <w:right w:w="90" w:type="dxa"/>
            </w:tcMar>
            <w:vAlign w:val="center"/>
            <w:hideMark/>
          </w:tcPr>
          <w:p w:rsidR="00EC5725" w:rsidRDefault="005C462C">
            <w:pPr>
              <w:spacing w:after="0"/>
              <w:jc w:val="both"/>
            </w:pPr>
            <w:r>
              <w:rPr>
                <w:rFonts w:cs="Times New Roman"/>
                <w:b/>
                <w:color w:val="000000"/>
              </w:rPr>
              <w:t>Hoạt động của giáo viên</w:t>
            </w:r>
          </w:p>
        </w:tc>
        <w:tc>
          <w:tcPr>
            <w:tcW w:w="5017" w:type="dxa"/>
            <w:tcBorders>
              <w:bottom w:val="single" w:sz="4" w:space="0" w:color="auto"/>
            </w:tcBorders>
            <w:shd w:val="clear" w:color="auto" w:fill="auto"/>
            <w:tcMar>
              <w:top w:w="70" w:type="dxa"/>
              <w:left w:w="90" w:type="dxa"/>
              <w:bottom w:w="70" w:type="dxa"/>
              <w:right w:w="90" w:type="dxa"/>
            </w:tcMar>
            <w:vAlign w:val="center"/>
            <w:hideMark/>
          </w:tcPr>
          <w:p w:rsidR="00EC5725" w:rsidRDefault="005C462C">
            <w:pPr>
              <w:spacing w:after="0"/>
              <w:jc w:val="both"/>
            </w:pPr>
            <w:r>
              <w:rPr>
                <w:rFonts w:cs="Times New Roman"/>
                <w:b/>
                <w:color w:val="000000"/>
              </w:rPr>
              <w:t>Hoạt động của học sinh</w:t>
            </w:r>
          </w:p>
        </w:tc>
      </w:tr>
      <w:tr w:rsidR="00242051" w:rsidRPr="00242051" w:rsidTr="00054248">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242051" w:rsidRPr="00242051" w:rsidRDefault="00242051" w:rsidP="00816DC2">
            <w:pPr>
              <w:spacing w:after="0"/>
              <w:jc w:val="both"/>
              <w:rPr>
                <w:rFonts w:cs="Times New Roman"/>
                <w:b/>
                <w:sz w:val="28"/>
                <w:szCs w:val="28"/>
                <w:lang w:val="vi-VN"/>
              </w:rPr>
            </w:pPr>
            <w:r w:rsidRPr="00242051">
              <w:rPr>
                <w:rFonts w:cs="Times New Roman"/>
                <w:b/>
                <w:szCs w:val="28"/>
                <w:lang w:val="vi-VN"/>
              </w:rPr>
              <w:t>Bài 2. CÂU CHUYỆN CỦA RỄ</w:t>
            </w:r>
          </w:p>
        </w:tc>
      </w:tr>
      <w:tr w:rsidR="00242051" w:rsidRPr="00242051" w:rsidTr="00054248">
        <w:trPr>
          <w:jc w:val="center"/>
        </w:trPr>
        <w:tc>
          <w:tcPr>
            <w:tcW w:w="5017" w:type="dxa"/>
            <w:tcBorders>
              <w:top w:val="single" w:sz="4" w:space="0" w:color="auto"/>
              <w:bottom w:val="single" w:sz="4" w:space="0" w:color="auto"/>
            </w:tcBorders>
            <w:shd w:val="clear" w:color="auto" w:fill="auto"/>
            <w:tcMar>
              <w:top w:w="70" w:type="dxa"/>
              <w:left w:w="90" w:type="dxa"/>
              <w:bottom w:w="70" w:type="dxa"/>
              <w:right w:w="90" w:type="dxa"/>
            </w:tcMar>
            <w:vAlign w:val="center"/>
          </w:tcPr>
          <w:p w:rsidR="00242051" w:rsidRPr="00242051" w:rsidRDefault="00242051" w:rsidP="00816DC2">
            <w:pPr>
              <w:spacing w:after="0"/>
              <w:jc w:val="both"/>
              <w:rPr>
                <w:rFonts w:cs="Times New Roman"/>
                <w:sz w:val="28"/>
                <w:szCs w:val="28"/>
                <w:lang w:val="vi-VN"/>
              </w:rPr>
            </w:pPr>
            <w:r w:rsidRPr="00242051">
              <w:rPr>
                <w:rFonts w:cs="Times New Roman"/>
                <w:szCs w:val="28"/>
                <w:lang w:val="vi-VN"/>
              </w:rPr>
              <w:t xml:space="preserve">-Sắp xếp các từ ngữ thành cầu và viết vào vở GV yêu cầu HS sắp xếp các từ ngữ trong dòng sau thành câu : quý , chúng ta , đức tính , những , cần học . </w:t>
            </w:r>
          </w:p>
          <w:p w:rsidR="00242051" w:rsidRPr="00242051" w:rsidRDefault="00242051" w:rsidP="00816DC2">
            <w:pPr>
              <w:spacing w:after="0"/>
              <w:jc w:val="both"/>
              <w:rPr>
                <w:rFonts w:cs="Times New Roman"/>
                <w:sz w:val="28"/>
                <w:szCs w:val="28"/>
                <w:lang w:val="vi-VN"/>
              </w:rPr>
            </w:pPr>
            <w:r w:rsidRPr="00242051">
              <w:rPr>
                <w:rFonts w:cs="Times New Roman"/>
                <w:szCs w:val="28"/>
                <w:lang w:val="vi-VN"/>
              </w:rPr>
              <w:t xml:space="preserve">-GV nêu nhiệm vụ và cho HS làm việc nhóm đôi. </w:t>
            </w:r>
          </w:p>
          <w:p w:rsidR="00242051" w:rsidRPr="00242051" w:rsidRDefault="00242051" w:rsidP="00816DC2">
            <w:pPr>
              <w:spacing w:after="0"/>
              <w:jc w:val="both"/>
              <w:rPr>
                <w:rFonts w:cs="Times New Roman"/>
                <w:sz w:val="28"/>
                <w:szCs w:val="28"/>
                <w:lang w:val="vi-VN"/>
              </w:rPr>
            </w:pPr>
            <w:r w:rsidRPr="00242051">
              <w:rPr>
                <w:rFonts w:cs="Times New Roman"/>
                <w:szCs w:val="28"/>
                <w:lang w:val="vi-VN"/>
              </w:rPr>
              <w:t xml:space="preserve"> </w:t>
            </w:r>
          </w:p>
        </w:tc>
        <w:tc>
          <w:tcPr>
            <w:tcW w:w="5017" w:type="dxa"/>
            <w:tcBorders>
              <w:top w:val="single" w:sz="4" w:space="0" w:color="auto"/>
              <w:bottom w:val="single" w:sz="4" w:space="0" w:color="auto"/>
            </w:tcBorders>
            <w:shd w:val="clear" w:color="auto" w:fill="auto"/>
            <w:tcMar>
              <w:top w:w="70" w:type="dxa"/>
              <w:left w:w="90" w:type="dxa"/>
              <w:bottom w:w="70" w:type="dxa"/>
              <w:right w:w="90" w:type="dxa"/>
            </w:tcMar>
            <w:vAlign w:val="center"/>
          </w:tcPr>
          <w:p w:rsidR="00242051" w:rsidRPr="00242051" w:rsidRDefault="00242051" w:rsidP="00816DC2">
            <w:pPr>
              <w:spacing w:after="0"/>
              <w:jc w:val="both"/>
              <w:rPr>
                <w:rFonts w:cs="Times New Roman"/>
                <w:sz w:val="28"/>
                <w:szCs w:val="28"/>
                <w:lang w:val="vi-VN"/>
              </w:rPr>
            </w:pPr>
            <w:r w:rsidRPr="00242051">
              <w:rPr>
                <w:rFonts w:cs="Times New Roman"/>
                <w:szCs w:val="28"/>
                <w:lang w:val="vi-VN"/>
              </w:rPr>
              <w:t xml:space="preserve">-Một số ( 2 - 3 ) nhóm trình bày kết quả . GV và HS thống nhất phương án đúng . ( Chúng ta cần học những đức tính quý . ) </w:t>
            </w:r>
          </w:p>
          <w:p w:rsidR="00242051" w:rsidRPr="00242051" w:rsidRDefault="00242051" w:rsidP="00816DC2">
            <w:pPr>
              <w:spacing w:after="0"/>
              <w:jc w:val="both"/>
              <w:rPr>
                <w:rFonts w:cs="Times New Roman"/>
                <w:noProof/>
                <w:sz w:val="28"/>
                <w:szCs w:val="28"/>
                <w:lang w:val="vi-VN"/>
              </w:rPr>
            </w:pPr>
            <w:r w:rsidRPr="00242051">
              <w:rPr>
                <w:rFonts w:cs="Times New Roman"/>
                <w:szCs w:val="28"/>
                <w:lang w:val="vi-VN"/>
              </w:rPr>
              <w:t xml:space="preserve">- HS viết vào vở câu đã được sắp xếp đúng . </w:t>
            </w:r>
          </w:p>
        </w:tc>
      </w:tr>
      <w:tr w:rsidR="00242051" w:rsidRPr="00242051" w:rsidTr="00054248">
        <w:trPr>
          <w:jc w:val="center"/>
        </w:trPr>
        <w:tc>
          <w:tcPr>
            <w:tcW w:w="5017" w:type="dxa"/>
            <w:gridSpan w:val="2"/>
            <w:tcBorders>
              <w:top w:val="single" w:sz="4" w:space="0" w:color="auto"/>
              <w:left w:val="single" w:sz="4" w:space="0" w:color="auto"/>
              <w:bottom w:val="single" w:sz="4" w:space="0" w:color="auto"/>
              <w:right w:val="single" w:sz="4" w:space="0" w:color="auto"/>
            </w:tcBorders>
            <w:shd w:val="clear" w:color="auto" w:fill="auto"/>
            <w:tcMar>
              <w:top w:w="70" w:type="dxa"/>
              <w:left w:w="90" w:type="dxa"/>
              <w:bottom w:w="70" w:type="dxa"/>
              <w:right w:w="90" w:type="dxa"/>
            </w:tcMar>
            <w:vAlign w:val="center"/>
          </w:tcPr>
          <w:p w:rsidR="00242051" w:rsidRPr="00242051" w:rsidRDefault="00242051" w:rsidP="00816DC2">
            <w:pPr>
              <w:spacing w:after="0"/>
              <w:jc w:val="both"/>
              <w:rPr>
                <w:rFonts w:cs="Times New Roman"/>
                <w:b/>
                <w:sz w:val="28"/>
                <w:szCs w:val="28"/>
                <w:lang w:val="vi-VN"/>
              </w:rPr>
            </w:pPr>
            <w:bookmarkStart w:id="0" w:name="_GoBack"/>
            <w:r w:rsidRPr="00242051">
              <w:rPr>
                <w:rFonts w:cs="Times New Roman"/>
                <w:b/>
                <w:szCs w:val="28"/>
                <w:lang w:val="vi-VN"/>
              </w:rPr>
              <w:t>Bài 3. CÂU HỎI CỦA SÓI</w:t>
            </w:r>
          </w:p>
        </w:tc>
      </w:tr>
      <w:bookmarkEnd w:id="0"/>
      <w:tr w:rsidR="00242051" w:rsidRPr="00242051" w:rsidTr="00054248">
        <w:trPr>
          <w:jc w:val="center"/>
        </w:trPr>
        <w:tc>
          <w:tcPr>
            <w:tcW w:w="5017" w:type="dxa"/>
            <w:tcBorders>
              <w:top w:val="single" w:sz="4" w:space="0" w:color="auto"/>
            </w:tcBorders>
            <w:shd w:val="clear" w:color="auto" w:fill="auto"/>
            <w:tcMar>
              <w:top w:w="70" w:type="dxa"/>
              <w:left w:w="90" w:type="dxa"/>
              <w:bottom w:w="70" w:type="dxa"/>
              <w:right w:w="90" w:type="dxa"/>
            </w:tcMar>
            <w:vAlign w:val="center"/>
          </w:tcPr>
          <w:p w:rsidR="00242051" w:rsidRPr="00242051" w:rsidRDefault="00242051" w:rsidP="00816DC2">
            <w:pPr>
              <w:spacing w:after="0"/>
              <w:jc w:val="both"/>
              <w:rPr>
                <w:rFonts w:cs="Times New Roman"/>
                <w:sz w:val="28"/>
                <w:szCs w:val="28"/>
                <w:lang w:val="vi-VN"/>
              </w:rPr>
            </w:pPr>
            <w:r w:rsidRPr="00242051">
              <w:rPr>
                <w:rFonts w:cs="Times New Roman"/>
                <w:szCs w:val="28"/>
                <w:lang w:val="vi-VN"/>
              </w:rPr>
              <w:t xml:space="preserve">-Sắp xếp các từ ngữ thành câu và viết vào vở </w:t>
            </w:r>
          </w:p>
          <w:p w:rsidR="00242051" w:rsidRPr="00242051" w:rsidRDefault="00242051" w:rsidP="00816DC2">
            <w:pPr>
              <w:spacing w:after="0"/>
              <w:jc w:val="both"/>
              <w:rPr>
                <w:rFonts w:cs="Times New Roman"/>
                <w:sz w:val="28"/>
                <w:szCs w:val="28"/>
                <w:lang w:val="vi-VN"/>
              </w:rPr>
            </w:pPr>
            <w:r w:rsidRPr="00242051">
              <w:rPr>
                <w:rFonts w:cs="Times New Roman"/>
                <w:szCs w:val="28"/>
                <w:lang w:val="vi-VN"/>
              </w:rPr>
              <w:t xml:space="preserve">- GV yêu cầu HS sắp xếp các từ ngữ trong từng dòng sau thành câu : </w:t>
            </w:r>
          </w:p>
          <w:p w:rsidR="00242051" w:rsidRPr="00242051" w:rsidRDefault="00242051" w:rsidP="00816DC2">
            <w:pPr>
              <w:spacing w:after="0"/>
              <w:jc w:val="both"/>
              <w:rPr>
                <w:rFonts w:cs="Times New Roman"/>
                <w:sz w:val="28"/>
                <w:szCs w:val="28"/>
                <w:lang w:val="vi-VN"/>
              </w:rPr>
            </w:pPr>
            <w:r w:rsidRPr="00242051">
              <w:rPr>
                <w:rFonts w:cs="Times New Roman"/>
                <w:szCs w:val="28"/>
                <w:lang w:val="vi-VN"/>
              </w:rPr>
              <w:t xml:space="preserve">+ vui vẻ , không , vì , làm , sói , điều ác </w:t>
            </w:r>
          </w:p>
          <w:p w:rsidR="00242051" w:rsidRPr="00242051" w:rsidRDefault="00242051" w:rsidP="00816DC2">
            <w:pPr>
              <w:spacing w:after="0"/>
              <w:jc w:val="both"/>
              <w:rPr>
                <w:rFonts w:cs="Times New Roman"/>
                <w:sz w:val="28"/>
                <w:szCs w:val="28"/>
                <w:lang w:val="vi-VN"/>
              </w:rPr>
            </w:pPr>
            <w:r w:rsidRPr="00242051">
              <w:rPr>
                <w:rFonts w:cs="Times New Roman"/>
                <w:szCs w:val="28"/>
                <w:lang w:val="vi-VN"/>
              </w:rPr>
              <w:t xml:space="preserve">+ vui vẻ , có nhiều , bạn bè , sói , vì </w:t>
            </w:r>
          </w:p>
          <w:p w:rsidR="00242051" w:rsidRPr="00242051" w:rsidRDefault="00242051" w:rsidP="00816DC2">
            <w:pPr>
              <w:spacing w:after="0"/>
              <w:jc w:val="both"/>
              <w:rPr>
                <w:rFonts w:cs="Times New Roman"/>
                <w:sz w:val="28"/>
                <w:szCs w:val="28"/>
              </w:rPr>
            </w:pPr>
            <w:r w:rsidRPr="00242051">
              <w:rPr>
                <w:rFonts w:cs="Times New Roman"/>
                <w:szCs w:val="28"/>
                <w:lang w:val="vi-VN"/>
              </w:rPr>
              <w:t xml:space="preserve">- GV nêu nhiệm vụ và cho HS làm việc nhóm đôi . Một số ( 2 - 3 ) nhóm trình bày kết quả , -GV và HS thống nhất phương án đúng . ( Sói vui vẻ vì không làm điều ác , / Sói vui vẻ vì có nhiều bạn bè . ) </w:t>
            </w:r>
            <w:r w:rsidRPr="00242051">
              <w:rPr>
                <w:rFonts w:cs="Times New Roman"/>
                <w:szCs w:val="28"/>
              </w:rPr>
              <w:t xml:space="preserve">. </w:t>
            </w:r>
          </w:p>
        </w:tc>
        <w:tc>
          <w:tcPr>
            <w:tcW w:w="5017" w:type="dxa"/>
            <w:tcBorders>
              <w:top w:val="single" w:sz="4" w:space="0" w:color="auto"/>
            </w:tcBorders>
            <w:shd w:val="clear" w:color="auto" w:fill="auto"/>
            <w:tcMar>
              <w:top w:w="70" w:type="dxa"/>
              <w:left w:w="90" w:type="dxa"/>
              <w:bottom w:w="70" w:type="dxa"/>
              <w:right w:w="90" w:type="dxa"/>
            </w:tcMar>
            <w:vAlign w:val="center"/>
          </w:tcPr>
          <w:p w:rsidR="00242051" w:rsidRPr="00242051" w:rsidRDefault="00242051" w:rsidP="00816DC2">
            <w:pPr>
              <w:spacing w:after="0"/>
              <w:jc w:val="both"/>
              <w:rPr>
                <w:rFonts w:cs="Times New Roman"/>
                <w:sz w:val="28"/>
                <w:szCs w:val="28"/>
              </w:rPr>
            </w:pPr>
            <w:r w:rsidRPr="00242051">
              <w:rPr>
                <w:rFonts w:cs="Times New Roman"/>
                <w:szCs w:val="28"/>
              </w:rPr>
              <w:t>-HS sắp xếp các từ ngữ trong từng dòng sau thành câu</w:t>
            </w:r>
          </w:p>
          <w:p w:rsidR="00242051" w:rsidRPr="00242051" w:rsidRDefault="00242051" w:rsidP="00816DC2">
            <w:pPr>
              <w:spacing w:after="0"/>
              <w:jc w:val="both"/>
              <w:rPr>
                <w:rFonts w:cs="Times New Roman"/>
                <w:sz w:val="28"/>
                <w:szCs w:val="28"/>
              </w:rPr>
            </w:pPr>
          </w:p>
          <w:p w:rsidR="00242051" w:rsidRPr="00242051" w:rsidRDefault="00242051" w:rsidP="00816DC2">
            <w:pPr>
              <w:spacing w:after="0"/>
              <w:jc w:val="both"/>
              <w:rPr>
                <w:rFonts w:cs="Times New Roman"/>
                <w:sz w:val="28"/>
                <w:szCs w:val="28"/>
              </w:rPr>
            </w:pPr>
          </w:p>
          <w:p w:rsidR="00242051" w:rsidRPr="00242051" w:rsidRDefault="00242051" w:rsidP="00816DC2">
            <w:pPr>
              <w:spacing w:after="0"/>
              <w:jc w:val="both"/>
              <w:rPr>
                <w:rFonts w:cs="Times New Roman"/>
                <w:sz w:val="28"/>
                <w:szCs w:val="28"/>
              </w:rPr>
            </w:pPr>
            <w:r w:rsidRPr="00242051">
              <w:rPr>
                <w:rFonts w:cs="Times New Roman"/>
                <w:szCs w:val="28"/>
              </w:rPr>
              <w:t>- HS viết vào vở các câu đã được sắp xếp đúng .</w:t>
            </w:r>
          </w:p>
        </w:tc>
      </w:tr>
    </w:tbl>
    <w:p w:rsidR="00242051" w:rsidRPr="00242051" w:rsidRDefault="00242051" w:rsidP="00242051">
      <w:pPr>
        <w:spacing w:after="0"/>
        <w:jc w:val="both"/>
        <w:rPr>
          <w:rFonts w:cs="Times New Roman"/>
          <w:b/>
          <w:sz w:val="28"/>
          <w:szCs w:val="28"/>
          <w:lang w:val="vi-VN"/>
        </w:rPr>
      </w:pPr>
      <w:r>
        <w:rPr>
          <w:rFonts w:cs="Times New Roman"/>
          <w:b/>
        </w:rPr>
        <w:t>IV. ĐIỀU CHỈNH SAU BÀI DẠY</w:t>
      </w:r>
    </w:p>
    <w:p w:rsidR="00242051" w:rsidRPr="00242051" w:rsidRDefault="00242051" w:rsidP="00242051">
      <w:pPr>
        <w:spacing w:after="0"/>
        <w:ind w:left="340" w:hanging="170"/>
        <w:jc w:val="both"/>
        <w:rPr>
          <w:sz w:val="28"/>
          <w:szCs w:val="28"/>
        </w:rPr>
      </w:pPr>
      <w:r w:rsidRPr="00242051">
        <w:rPr>
          <w:rFonts w:cs="Times New Roman"/>
          <w:szCs w:val="28"/>
          <w:lang w:val="vi-VN"/>
        </w:rPr>
        <w:t>………………………………………………………………………………………………………………………………………………………………………………………………………………………………………………………</w:t>
      </w:r>
    </w:p>
    <w:sectPr w:rsidR="00242051" w:rsidRPr="00242051" w:rsidSect="00034616">
      <w:pgSz w:w="11906" w:h="16838"/>
      <w:pgMar w:top="850" w:right="850" w:bottom="850"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9"/>
  <w:hideSpellingErrors/>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54248"/>
    <w:rsid w:val="0006063C"/>
    <w:rsid w:val="0015074B"/>
    <w:rsid w:val="00242051"/>
    <w:rsid w:val="0029639D"/>
    <w:rsid w:val="00326F90"/>
    <w:rsid w:val="003A58F0"/>
    <w:rsid w:val="00496B0B"/>
    <w:rsid w:val="005C462C"/>
    <w:rsid w:val="00A826A2"/>
    <w:rsid w:val="00AA1D8D"/>
    <w:rsid w:val="00B47730"/>
    <w:rsid w:val="00CB0664"/>
    <w:rsid w:val="00EC5725"/>
    <w:rsid w:val="00EC5F8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0542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424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0542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424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DBAA95-78B2-42CF-BB27-FB22DBF79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20</Pages>
  <Words>6164</Words>
  <Characters>35137</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41219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dc:creator>
  <cp:keywords/>
  <dc:description>generated by python-docx</dc:description>
  <cp:lastModifiedBy>Iamp Iamp</cp:lastModifiedBy>
  <cp:revision>3</cp:revision>
  <dcterms:created xsi:type="dcterms:W3CDTF">2026-06-03T20:21:00Z</dcterms:created>
  <dcterms:modified xsi:type="dcterms:W3CDTF">2026-08-19T02:51:00Z</dcterms:modified>
  <cp:category/>
</cp:coreProperties>
</file>