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EE5938" w14:paraId="08731EBC" w14:textId="77777777">
        <w:tc>
          <w:tcPr>
            <w:tcW w:w="4819" w:type="dxa"/>
            <w:vAlign w:val="center"/>
          </w:tcPr>
          <w:p w14:paraId="65B50383" w14:textId="77777777" w:rsidR="00EE5938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03958A71" wp14:editId="264047C6">
                  <wp:extent cx="2576946" cy="1288473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421" cy="130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6C54B365" w14:textId="77777777" w:rsidR="00EE5938" w:rsidRDefault="00000000" w:rsidP="003139D7">
            <w:pPr>
              <w:spacing w:after="0"/>
            </w:pPr>
            <w:r>
              <w:rPr>
                <w:b/>
                <w:color w:val="5F883B"/>
                <w:sz w:val="40"/>
              </w:rPr>
              <w:t>Ruokapäiväkirja</w:t>
            </w:r>
          </w:p>
        </w:tc>
      </w:tr>
    </w:tbl>
    <w:p w14:paraId="436EBB22" w14:textId="77777777" w:rsidR="00EE5938" w:rsidRDefault="00EE5938">
      <w:pPr>
        <w:pBdr>
          <w:bottom w:val="single" w:sz="4" w:space="1" w:color="5F883B"/>
        </w:pBdr>
        <w:spacing w:before="100" w:after="100"/>
      </w:pPr>
    </w:p>
    <w:p w14:paraId="0A0DE0F8" w14:textId="77777777" w:rsidR="00EE5938" w:rsidRDefault="00000000">
      <w:pPr>
        <w:spacing w:before="160" w:after="120"/>
      </w:pPr>
      <w:r>
        <w:rPr>
          <w:b/>
          <w:color w:val="5F883B"/>
          <w:sz w:val="26"/>
        </w:rPr>
        <w:t>TÄYTTÖOHJEET</w:t>
      </w:r>
    </w:p>
    <w:p w14:paraId="517C46DC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Kirjoita ylös kaikki syömäsi ja juomasi asiat – myös pienet määrät kuten purukumi, makeiset tai kahviin lisätty sokeri.</w:t>
      </w:r>
    </w:p>
    <w:p w14:paraId="27B74BAD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Merkitse kellonajat mahdollisimman tarkasti. Kirjaa ylös myös se, missä söit (kotona, töissä, ravintolassa jne.).</w:t>
      </w:r>
    </w:p>
    <w:p w14:paraId="3DDEF8F3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Kirjoita ruoan tai juoman nimi mahdollisimman tarkasti (esim. "täysjyväleipä" tai "maito 1,5 %" sen sijaan, että kirjoitat vain "leipä" tai "maito").</w:t>
      </w:r>
    </w:p>
    <w:p w14:paraId="2E015899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Arvioi syödyn ruoan määrä mahdollisimman tarkasti. Voit käyttää desilitroja, grammoja tai kotitalousmittoja (esim. 2 dl, 150 g, 1 lautasellinen, 2 viipaletta).</w:t>
      </w:r>
    </w:p>
    <w:p w14:paraId="04B0A2A7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Kirjaa Huomioita-sarakkeeseen: ruoan valmistustapa (paistettu, keitetty, raaka), erityisruokavaliot (gluteeniton, maidoton jne.) tai muut huomioitavat seikat.</w:t>
      </w:r>
    </w:p>
    <w:p w14:paraId="075C9592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Täytä päiväkirja jokaisesta päivästä mahdollisimman pian aterioinnin jälkeen – muisti on paras heti syömisen jälkeen.</w:t>
      </w:r>
    </w:p>
    <w:p w14:paraId="05E2BEA9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Merkitse myös mahdolliset oireet tai tuntemukset ruoan jälkeen (esim. turvotus, väsymys, päänsärky), jos haluat seurata niitä.</w:t>
      </w:r>
    </w:p>
    <w:p w14:paraId="66B90AD8" w14:textId="77777777" w:rsidR="00EE5938" w:rsidRDefault="00000000">
      <w:pPr>
        <w:pStyle w:val="Merkittyluettelo"/>
        <w:spacing w:before="60" w:after="60"/>
        <w:ind w:left="283"/>
      </w:pPr>
      <w:r>
        <w:rPr>
          <w:color w:val="231F20"/>
          <w:sz w:val="21"/>
        </w:rPr>
        <w:t>Täytä päiväkirjaa rehellisesti ja tarkasti – se auttaa ravitsemusterapeuttiasi antamaan sinulle parhaan mahdollisen neuvonnan.</w:t>
      </w:r>
    </w:p>
    <w:p w14:paraId="63E1FC2C" w14:textId="77777777" w:rsidR="00EE5938" w:rsidRDefault="00000000">
      <w:pPr>
        <w:pageBreakBefore/>
        <w:spacing w:after="80"/>
      </w:pPr>
      <w:r>
        <w:rPr>
          <w:b/>
          <w:color w:val="231F20"/>
          <w:sz w:val="21"/>
        </w:rPr>
        <w:lastRenderedPageBreak/>
        <w:t xml:space="preserve">Päivä 1 / Päivämäärä:  </w:t>
      </w:r>
      <w:r>
        <w:rPr>
          <w:color w:val="8A8C8E"/>
          <w:sz w:val="21"/>
        </w:rPr>
        <w:t>____________________________________________</w:t>
      </w:r>
    </w:p>
    <w:tbl>
      <w:tblPr>
        <w:tblW w:w="0" w:type="auto"/>
        <w:tblBorders>
          <w:top w:val="single" w:sz="4" w:space="0" w:color="5F883B"/>
          <w:left w:val="single" w:sz="4" w:space="0" w:color="5F883B"/>
          <w:bottom w:val="single" w:sz="4" w:space="0" w:color="5F883B"/>
          <w:right w:val="single" w:sz="4" w:space="0" w:color="5F883B"/>
          <w:insideH w:val="single" w:sz="4" w:space="0" w:color="5F883B"/>
          <w:insideV w:val="single" w:sz="4" w:space="0" w:color="5F883B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31"/>
        <w:gridCol w:w="4365"/>
        <w:gridCol w:w="1361"/>
        <w:gridCol w:w="1361"/>
      </w:tblGrid>
      <w:tr w:rsidR="00EE5938" w14:paraId="213C1FFB" w14:textId="77777777">
        <w:trPr>
          <w:trHeight w:hRule="exact" w:val="481"/>
        </w:trPr>
        <w:tc>
          <w:tcPr>
            <w:tcW w:w="1020" w:type="dxa"/>
            <w:shd w:val="clear" w:color="auto" w:fill="D0E8BB"/>
            <w:vAlign w:val="center"/>
          </w:tcPr>
          <w:p w14:paraId="6F941FEA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Aika</w:t>
            </w:r>
          </w:p>
        </w:tc>
        <w:tc>
          <w:tcPr>
            <w:tcW w:w="1531" w:type="dxa"/>
            <w:shd w:val="clear" w:color="auto" w:fill="D0E8BB"/>
            <w:vAlign w:val="center"/>
          </w:tcPr>
          <w:p w14:paraId="20993E7C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Paikka</w:t>
            </w:r>
          </w:p>
        </w:tc>
        <w:tc>
          <w:tcPr>
            <w:tcW w:w="4365" w:type="dxa"/>
            <w:shd w:val="clear" w:color="auto" w:fill="D0E8BB"/>
            <w:vAlign w:val="center"/>
          </w:tcPr>
          <w:p w14:paraId="31FED2DF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Ruoat ja Juomat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17EC74DA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Syöty Määrä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654B9FBE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Huomioita</w:t>
            </w:r>
          </w:p>
        </w:tc>
      </w:tr>
      <w:tr w:rsidR="00EE5938" w14:paraId="1C370FAF" w14:textId="77777777">
        <w:trPr>
          <w:trHeight w:hRule="exact" w:val="894"/>
        </w:trPr>
        <w:tc>
          <w:tcPr>
            <w:tcW w:w="1020" w:type="dxa"/>
          </w:tcPr>
          <w:p w14:paraId="1AA39F80" w14:textId="77777777" w:rsidR="00EE5938" w:rsidRDefault="00EE5938"/>
        </w:tc>
        <w:tc>
          <w:tcPr>
            <w:tcW w:w="1531" w:type="dxa"/>
          </w:tcPr>
          <w:p w14:paraId="122AB7A3" w14:textId="77777777" w:rsidR="00EE5938" w:rsidRDefault="00EE5938"/>
        </w:tc>
        <w:tc>
          <w:tcPr>
            <w:tcW w:w="4365" w:type="dxa"/>
          </w:tcPr>
          <w:p w14:paraId="0BD39C4B" w14:textId="77777777" w:rsidR="00EE5938" w:rsidRDefault="00EE5938"/>
        </w:tc>
        <w:tc>
          <w:tcPr>
            <w:tcW w:w="1361" w:type="dxa"/>
          </w:tcPr>
          <w:p w14:paraId="501FA5F0" w14:textId="77777777" w:rsidR="00EE5938" w:rsidRDefault="00EE5938"/>
        </w:tc>
        <w:tc>
          <w:tcPr>
            <w:tcW w:w="1361" w:type="dxa"/>
          </w:tcPr>
          <w:p w14:paraId="692DC6F8" w14:textId="77777777" w:rsidR="00EE5938" w:rsidRDefault="00EE5938"/>
        </w:tc>
      </w:tr>
      <w:tr w:rsidR="00EE5938" w14:paraId="161BD5E8" w14:textId="77777777">
        <w:trPr>
          <w:trHeight w:hRule="exact" w:val="894"/>
        </w:trPr>
        <w:tc>
          <w:tcPr>
            <w:tcW w:w="1020" w:type="dxa"/>
          </w:tcPr>
          <w:p w14:paraId="07615C28" w14:textId="77777777" w:rsidR="00EE5938" w:rsidRDefault="00EE5938"/>
        </w:tc>
        <w:tc>
          <w:tcPr>
            <w:tcW w:w="1531" w:type="dxa"/>
          </w:tcPr>
          <w:p w14:paraId="3D192B1F" w14:textId="77777777" w:rsidR="00EE5938" w:rsidRDefault="00EE5938"/>
        </w:tc>
        <w:tc>
          <w:tcPr>
            <w:tcW w:w="4365" w:type="dxa"/>
          </w:tcPr>
          <w:p w14:paraId="09980DC5" w14:textId="77777777" w:rsidR="00EE5938" w:rsidRDefault="00EE5938"/>
        </w:tc>
        <w:tc>
          <w:tcPr>
            <w:tcW w:w="1361" w:type="dxa"/>
          </w:tcPr>
          <w:p w14:paraId="2954F950" w14:textId="77777777" w:rsidR="00EE5938" w:rsidRDefault="00EE5938"/>
        </w:tc>
        <w:tc>
          <w:tcPr>
            <w:tcW w:w="1361" w:type="dxa"/>
          </w:tcPr>
          <w:p w14:paraId="3BED3520" w14:textId="77777777" w:rsidR="00EE5938" w:rsidRDefault="00EE5938"/>
        </w:tc>
      </w:tr>
      <w:tr w:rsidR="00EE5938" w14:paraId="4EB657BB" w14:textId="77777777">
        <w:trPr>
          <w:trHeight w:hRule="exact" w:val="894"/>
        </w:trPr>
        <w:tc>
          <w:tcPr>
            <w:tcW w:w="1020" w:type="dxa"/>
          </w:tcPr>
          <w:p w14:paraId="44E9F17C" w14:textId="77777777" w:rsidR="00EE5938" w:rsidRDefault="00EE5938"/>
        </w:tc>
        <w:tc>
          <w:tcPr>
            <w:tcW w:w="1531" w:type="dxa"/>
          </w:tcPr>
          <w:p w14:paraId="5DE1F178" w14:textId="77777777" w:rsidR="00EE5938" w:rsidRDefault="00EE5938"/>
        </w:tc>
        <w:tc>
          <w:tcPr>
            <w:tcW w:w="4365" w:type="dxa"/>
          </w:tcPr>
          <w:p w14:paraId="3FF9771D" w14:textId="77777777" w:rsidR="00EE5938" w:rsidRDefault="00EE5938"/>
        </w:tc>
        <w:tc>
          <w:tcPr>
            <w:tcW w:w="1361" w:type="dxa"/>
          </w:tcPr>
          <w:p w14:paraId="605B6A4D" w14:textId="77777777" w:rsidR="00EE5938" w:rsidRDefault="00EE5938"/>
        </w:tc>
        <w:tc>
          <w:tcPr>
            <w:tcW w:w="1361" w:type="dxa"/>
          </w:tcPr>
          <w:p w14:paraId="2E09F2DA" w14:textId="77777777" w:rsidR="00EE5938" w:rsidRDefault="00EE5938"/>
        </w:tc>
      </w:tr>
      <w:tr w:rsidR="00EE5938" w14:paraId="6B52C029" w14:textId="77777777">
        <w:trPr>
          <w:trHeight w:hRule="exact" w:val="894"/>
        </w:trPr>
        <w:tc>
          <w:tcPr>
            <w:tcW w:w="1020" w:type="dxa"/>
          </w:tcPr>
          <w:p w14:paraId="44508629" w14:textId="77777777" w:rsidR="00EE5938" w:rsidRDefault="00EE5938"/>
        </w:tc>
        <w:tc>
          <w:tcPr>
            <w:tcW w:w="1531" w:type="dxa"/>
          </w:tcPr>
          <w:p w14:paraId="6037BBF1" w14:textId="77777777" w:rsidR="00EE5938" w:rsidRDefault="00EE5938"/>
        </w:tc>
        <w:tc>
          <w:tcPr>
            <w:tcW w:w="4365" w:type="dxa"/>
          </w:tcPr>
          <w:p w14:paraId="5531FFB7" w14:textId="77777777" w:rsidR="00EE5938" w:rsidRDefault="00EE5938"/>
        </w:tc>
        <w:tc>
          <w:tcPr>
            <w:tcW w:w="1361" w:type="dxa"/>
          </w:tcPr>
          <w:p w14:paraId="7A2BF049" w14:textId="77777777" w:rsidR="00EE5938" w:rsidRDefault="00EE5938"/>
        </w:tc>
        <w:tc>
          <w:tcPr>
            <w:tcW w:w="1361" w:type="dxa"/>
          </w:tcPr>
          <w:p w14:paraId="02AE1470" w14:textId="77777777" w:rsidR="00EE5938" w:rsidRDefault="00EE5938"/>
        </w:tc>
      </w:tr>
      <w:tr w:rsidR="00EE5938" w14:paraId="1D203B22" w14:textId="77777777">
        <w:trPr>
          <w:trHeight w:hRule="exact" w:val="894"/>
        </w:trPr>
        <w:tc>
          <w:tcPr>
            <w:tcW w:w="1020" w:type="dxa"/>
          </w:tcPr>
          <w:p w14:paraId="60A2DCEE" w14:textId="77777777" w:rsidR="00EE5938" w:rsidRDefault="00EE5938"/>
        </w:tc>
        <w:tc>
          <w:tcPr>
            <w:tcW w:w="1531" w:type="dxa"/>
          </w:tcPr>
          <w:p w14:paraId="630286C7" w14:textId="77777777" w:rsidR="00EE5938" w:rsidRDefault="00EE5938"/>
        </w:tc>
        <w:tc>
          <w:tcPr>
            <w:tcW w:w="4365" w:type="dxa"/>
          </w:tcPr>
          <w:p w14:paraId="72F964D8" w14:textId="77777777" w:rsidR="00EE5938" w:rsidRDefault="00EE5938"/>
        </w:tc>
        <w:tc>
          <w:tcPr>
            <w:tcW w:w="1361" w:type="dxa"/>
          </w:tcPr>
          <w:p w14:paraId="649EA987" w14:textId="77777777" w:rsidR="00EE5938" w:rsidRDefault="00EE5938"/>
        </w:tc>
        <w:tc>
          <w:tcPr>
            <w:tcW w:w="1361" w:type="dxa"/>
          </w:tcPr>
          <w:p w14:paraId="35DA9203" w14:textId="77777777" w:rsidR="00EE5938" w:rsidRDefault="00EE5938"/>
        </w:tc>
      </w:tr>
      <w:tr w:rsidR="00EE5938" w14:paraId="3D306C42" w14:textId="77777777">
        <w:trPr>
          <w:trHeight w:hRule="exact" w:val="894"/>
        </w:trPr>
        <w:tc>
          <w:tcPr>
            <w:tcW w:w="1020" w:type="dxa"/>
          </w:tcPr>
          <w:p w14:paraId="78894A1C" w14:textId="77777777" w:rsidR="00EE5938" w:rsidRDefault="00EE5938"/>
        </w:tc>
        <w:tc>
          <w:tcPr>
            <w:tcW w:w="1531" w:type="dxa"/>
          </w:tcPr>
          <w:p w14:paraId="45ED0E4E" w14:textId="77777777" w:rsidR="00EE5938" w:rsidRDefault="00EE5938"/>
        </w:tc>
        <w:tc>
          <w:tcPr>
            <w:tcW w:w="4365" w:type="dxa"/>
          </w:tcPr>
          <w:p w14:paraId="324AA306" w14:textId="77777777" w:rsidR="00EE5938" w:rsidRDefault="00EE5938"/>
        </w:tc>
        <w:tc>
          <w:tcPr>
            <w:tcW w:w="1361" w:type="dxa"/>
          </w:tcPr>
          <w:p w14:paraId="745CEB1A" w14:textId="77777777" w:rsidR="00EE5938" w:rsidRDefault="00EE5938"/>
        </w:tc>
        <w:tc>
          <w:tcPr>
            <w:tcW w:w="1361" w:type="dxa"/>
          </w:tcPr>
          <w:p w14:paraId="2BB4410D" w14:textId="77777777" w:rsidR="00EE5938" w:rsidRDefault="00EE5938"/>
        </w:tc>
      </w:tr>
      <w:tr w:rsidR="00EE5938" w14:paraId="620D5CDE" w14:textId="77777777">
        <w:trPr>
          <w:trHeight w:hRule="exact" w:val="894"/>
        </w:trPr>
        <w:tc>
          <w:tcPr>
            <w:tcW w:w="1020" w:type="dxa"/>
          </w:tcPr>
          <w:p w14:paraId="05B60655" w14:textId="77777777" w:rsidR="00EE5938" w:rsidRDefault="00EE5938"/>
        </w:tc>
        <w:tc>
          <w:tcPr>
            <w:tcW w:w="1531" w:type="dxa"/>
          </w:tcPr>
          <w:p w14:paraId="331DA300" w14:textId="77777777" w:rsidR="00EE5938" w:rsidRDefault="00EE5938"/>
        </w:tc>
        <w:tc>
          <w:tcPr>
            <w:tcW w:w="4365" w:type="dxa"/>
          </w:tcPr>
          <w:p w14:paraId="130312B7" w14:textId="77777777" w:rsidR="00EE5938" w:rsidRDefault="00EE5938"/>
        </w:tc>
        <w:tc>
          <w:tcPr>
            <w:tcW w:w="1361" w:type="dxa"/>
          </w:tcPr>
          <w:p w14:paraId="77F1B68B" w14:textId="77777777" w:rsidR="00EE5938" w:rsidRDefault="00EE5938"/>
        </w:tc>
        <w:tc>
          <w:tcPr>
            <w:tcW w:w="1361" w:type="dxa"/>
          </w:tcPr>
          <w:p w14:paraId="0EF4D7F4" w14:textId="77777777" w:rsidR="00EE5938" w:rsidRDefault="00EE5938"/>
        </w:tc>
      </w:tr>
      <w:tr w:rsidR="00EE5938" w14:paraId="02912D8C" w14:textId="77777777">
        <w:trPr>
          <w:trHeight w:hRule="exact" w:val="894"/>
        </w:trPr>
        <w:tc>
          <w:tcPr>
            <w:tcW w:w="1020" w:type="dxa"/>
          </w:tcPr>
          <w:p w14:paraId="35B09773" w14:textId="77777777" w:rsidR="00EE5938" w:rsidRDefault="00EE5938"/>
        </w:tc>
        <w:tc>
          <w:tcPr>
            <w:tcW w:w="1531" w:type="dxa"/>
          </w:tcPr>
          <w:p w14:paraId="52AEF8B5" w14:textId="77777777" w:rsidR="00EE5938" w:rsidRDefault="00EE5938"/>
        </w:tc>
        <w:tc>
          <w:tcPr>
            <w:tcW w:w="4365" w:type="dxa"/>
          </w:tcPr>
          <w:p w14:paraId="1D88211B" w14:textId="77777777" w:rsidR="00EE5938" w:rsidRDefault="00EE5938"/>
        </w:tc>
        <w:tc>
          <w:tcPr>
            <w:tcW w:w="1361" w:type="dxa"/>
          </w:tcPr>
          <w:p w14:paraId="0A6ACB20" w14:textId="77777777" w:rsidR="00EE5938" w:rsidRDefault="00EE5938"/>
        </w:tc>
        <w:tc>
          <w:tcPr>
            <w:tcW w:w="1361" w:type="dxa"/>
          </w:tcPr>
          <w:p w14:paraId="3DFF3496" w14:textId="77777777" w:rsidR="00EE5938" w:rsidRDefault="00EE5938"/>
        </w:tc>
      </w:tr>
      <w:tr w:rsidR="00EE5938" w14:paraId="22C7B08E" w14:textId="77777777">
        <w:trPr>
          <w:trHeight w:hRule="exact" w:val="894"/>
        </w:trPr>
        <w:tc>
          <w:tcPr>
            <w:tcW w:w="1020" w:type="dxa"/>
          </w:tcPr>
          <w:p w14:paraId="168CF92D" w14:textId="77777777" w:rsidR="00EE5938" w:rsidRDefault="00EE5938"/>
        </w:tc>
        <w:tc>
          <w:tcPr>
            <w:tcW w:w="1531" w:type="dxa"/>
          </w:tcPr>
          <w:p w14:paraId="393FF85C" w14:textId="77777777" w:rsidR="00EE5938" w:rsidRDefault="00EE5938"/>
        </w:tc>
        <w:tc>
          <w:tcPr>
            <w:tcW w:w="4365" w:type="dxa"/>
          </w:tcPr>
          <w:p w14:paraId="6627B710" w14:textId="77777777" w:rsidR="00EE5938" w:rsidRDefault="00EE5938"/>
        </w:tc>
        <w:tc>
          <w:tcPr>
            <w:tcW w:w="1361" w:type="dxa"/>
          </w:tcPr>
          <w:p w14:paraId="1CA6D242" w14:textId="77777777" w:rsidR="00EE5938" w:rsidRDefault="00EE5938"/>
        </w:tc>
        <w:tc>
          <w:tcPr>
            <w:tcW w:w="1361" w:type="dxa"/>
          </w:tcPr>
          <w:p w14:paraId="46DCE19A" w14:textId="77777777" w:rsidR="00EE5938" w:rsidRDefault="00EE5938"/>
        </w:tc>
      </w:tr>
      <w:tr w:rsidR="00EE5938" w14:paraId="37C0D1D8" w14:textId="77777777">
        <w:trPr>
          <w:trHeight w:hRule="exact" w:val="894"/>
        </w:trPr>
        <w:tc>
          <w:tcPr>
            <w:tcW w:w="1020" w:type="dxa"/>
          </w:tcPr>
          <w:p w14:paraId="61CD08BB" w14:textId="77777777" w:rsidR="00EE5938" w:rsidRDefault="00EE5938"/>
        </w:tc>
        <w:tc>
          <w:tcPr>
            <w:tcW w:w="1531" w:type="dxa"/>
          </w:tcPr>
          <w:p w14:paraId="11D4E346" w14:textId="77777777" w:rsidR="00EE5938" w:rsidRDefault="00EE5938"/>
        </w:tc>
        <w:tc>
          <w:tcPr>
            <w:tcW w:w="4365" w:type="dxa"/>
          </w:tcPr>
          <w:p w14:paraId="2F1FB924" w14:textId="77777777" w:rsidR="00EE5938" w:rsidRDefault="00EE5938"/>
        </w:tc>
        <w:tc>
          <w:tcPr>
            <w:tcW w:w="1361" w:type="dxa"/>
          </w:tcPr>
          <w:p w14:paraId="6F0E6335" w14:textId="77777777" w:rsidR="00EE5938" w:rsidRDefault="00EE5938"/>
        </w:tc>
        <w:tc>
          <w:tcPr>
            <w:tcW w:w="1361" w:type="dxa"/>
          </w:tcPr>
          <w:p w14:paraId="1600CCE3" w14:textId="77777777" w:rsidR="00EE5938" w:rsidRDefault="00EE5938"/>
        </w:tc>
      </w:tr>
      <w:tr w:rsidR="00EE5938" w14:paraId="7F17D6A8" w14:textId="77777777">
        <w:trPr>
          <w:trHeight w:hRule="exact" w:val="894"/>
        </w:trPr>
        <w:tc>
          <w:tcPr>
            <w:tcW w:w="1020" w:type="dxa"/>
          </w:tcPr>
          <w:p w14:paraId="7B3F19D7" w14:textId="77777777" w:rsidR="00EE5938" w:rsidRDefault="00EE5938"/>
        </w:tc>
        <w:tc>
          <w:tcPr>
            <w:tcW w:w="1531" w:type="dxa"/>
          </w:tcPr>
          <w:p w14:paraId="3ECF4D29" w14:textId="77777777" w:rsidR="00EE5938" w:rsidRDefault="00EE5938"/>
        </w:tc>
        <w:tc>
          <w:tcPr>
            <w:tcW w:w="4365" w:type="dxa"/>
          </w:tcPr>
          <w:p w14:paraId="31CFE1B5" w14:textId="77777777" w:rsidR="00EE5938" w:rsidRDefault="00EE5938"/>
        </w:tc>
        <w:tc>
          <w:tcPr>
            <w:tcW w:w="1361" w:type="dxa"/>
          </w:tcPr>
          <w:p w14:paraId="0F129EFE" w14:textId="77777777" w:rsidR="00EE5938" w:rsidRDefault="00EE5938"/>
        </w:tc>
        <w:tc>
          <w:tcPr>
            <w:tcW w:w="1361" w:type="dxa"/>
          </w:tcPr>
          <w:p w14:paraId="586A3FA1" w14:textId="77777777" w:rsidR="00EE5938" w:rsidRDefault="00EE5938"/>
        </w:tc>
      </w:tr>
      <w:tr w:rsidR="00EE5938" w14:paraId="2209EF13" w14:textId="77777777">
        <w:trPr>
          <w:trHeight w:hRule="exact" w:val="894"/>
        </w:trPr>
        <w:tc>
          <w:tcPr>
            <w:tcW w:w="1020" w:type="dxa"/>
          </w:tcPr>
          <w:p w14:paraId="5092DCB2" w14:textId="77777777" w:rsidR="00EE5938" w:rsidRDefault="00EE5938"/>
        </w:tc>
        <w:tc>
          <w:tcPr>
            <w:tcW w:w="1531" w:type="dxa"/>
          </w:tcPr>
          <w:p w14:paraId="2D2987A2" w14:textId="77777777" w:rsidR="00EE5938" w:rsidRDefault="00EE5938"/>
        </w:tc>
        <w:tc>
          <w:tcPr>
            <w:tcW w:w="4365" w:type="dxa"/>
          </w:tcPr>
          <w:p w14:paraId="2D452C11" w14:textId="77777777" w:rsidR="00EE5938" w:rsidRDefault="00EE5938"/>
        </w:tc>
        <w:tc>
          <w:tcPr>
            <w:tcW w:w="1361" w:type="dxa"/>
          </w:tcPr>
          <w:p w14:paraId="51B85653" w14:textId="77777777" w:rsidR="00EE5938" w:rsidRDefault="00EE5938"/>
        </w:tc>
        <w:tc>
          <w:tcPr>
            <w:tcW w:w="1361" w:type="dxa"/>
          </w:tcPr>
          <w:p w14:paraId="27D4994D" w14:textId="77777777" w:rsidR="00EE5938" w:rsidRDefault="00EE5938"/>
        </w:tc>
      </w:tr>
      <w:tr w:rsidR="00EE5938" w14:paraId="1FC810AF" w14:textId="77777777">
        <w:trPr>
          <w:trHeight w:hRule="exact" w:val="894"/>
        </w:trPr>
        <w:tc>
          <w:tcPr>
            <w:tcW w:w="1020" w:type="dxa"/>
          </w:tcPr>
          <w:p w14:paraId="7225660B" w14:textId="77777777" w:rsidR="00EE5938" w:rsidRDefault="00EE5938"/>
        </w:tc>
        <w:tc>
          <w:tcPr>
            <w:tcW w:w="1531" w:type="dxa"/>
          </w:tcPr>
          <w:p w14:paraId="1FC8B267" w14:textId="77777777" w:rsidR="00EE5938" w:rsidRDefault="00EE5938"/>
        </w:tc>
        <w:tc>
          <w:tcPr>
            <w:tcW w:w="4365" w:type="dxa"/>
          </w:tcPr>
          <w:p w14:paraId="7170DD60" w14:textId="77777777" w:rsidR="00EE5938" w:rsidRDefault="00EE5938"/>
        </w:tc>
        <w:tc>
          <w:tcPr>
            <w:tcW w:w="1361" w:type="dxa"/>
          </w:tcPr>
          <w:p w14:paraId="11E9A26A" w14:textId="77777777" w:rsidR="00EE5938" w:rsidRDefault="00EE5938"/>
        </w:tc>
        <w:tc>
          <w:tcPr>
            <w:tcW w:w="1361" w:type="dxa"/>
          </w:tcPr>
          <w:p w14:paraId="4B087D9F" w14:textId="77777777" w:rsidR="00EE5938" w:rsidRDefault="00EE5938"/>
        </w:tc>
      </w:tr>
      <w:tr w:rsidR="00EE5938" w14:paraId="53551115" w14:textId="77777777">
        <w:trPr>
          <w:trHeight w:hRule="exact" w:val="894"/>
        </w:trPr>
        <w:tc>
          <w:tcPr>
            <w:tcW w:w="1020" w:type="dxa"/>
          </w:tcPr>
          <w:p w14:paraId="5934CDD5" w14:textId="77777777" w:rsidR="00EE5938" w:rsidRDefault="00EE5938"/>
        </w:tc>
        <w:tc>
          <w:tcPr>
            <w:tcW w:w="1531" w:type="dxa"/>
          </w:tcPr>
          <w:p w14:paraId="59C9506D" w14:textId="77777777" w:rsidR="00EE5938" w:rsidRDefault="00EE5938"/>
        </w:tc>
        <w:tc>
          <w:tcPr>
            <w:tcW w:w="4365" w:type="dxa"/>
          </w:tcPr>
          <w:p w14:paraId="1B1F3C98" w14:textId="77777777" w:rsidR="00EE5938" w:rsidRDefault="00EE5938"/>
        </w:tc>
        <w:tc>
          <w:tcPr>
            <w:tcW w:w="1361" w:type="dxa"/>
          </w:tcPr>
          <w:p w14:paraId="18644247" w14:textId="77777777" w:rsidR="00EE5938" w:rsidRDefault="00EE5938"/>
        </w:tc>
        <w:tc>
          <w:tcPr>
            <w:tcW w:w="1361" w:type="dxa"/>
          </w:tcPr>
          <w:p w14:paraId="594F53F7" w14:textId="77777777" w:rsidR="00EE5938" w:rsidRDefault="00EE5938"/>
        </w:tc>
      </w:tr>
      <w:tr w:rsidR="00EE5938" w14:paraId="4D4FBD92" w14:textId="77777777">
        <w:trPr>
          <w:trHeight w:hRule="exact" w:val="894"/>
        </w:trPr>
        <w:tc>
          <w:tcPr>
            <w:tcW w:w="1020" w:type="dxa"/>
          </w:tcPr>
          <w:p w14:paraId="017D311E" w14:textId="77777777" w:rsidR="00EE5938" w:rsidRDefault="00EE5938"/>
        </w:tc>
        <w:tc>
          <w:tcPr>
            <w:tcW w:w="1531" w:type="dxa"/>
          </w:tcPr>
          <w:p w14:paraId="3AD2013F" w14:textId="77777777" w:rsidR="00EE5938" w:rsidRDefault="00EE5938"/>
        </w:tc>
        <w:tc>
          <w:tcPr>
            <w:tcW w:w="4365" w:type="dxa"/>
          </w:tcPr>
          <w:p w14:paraId="2586B451" w14:textId="77777777" w:rsidR="00EE5938" w:rsidRDefault="00EE5938"/>
        </w:tc>
        <w:tc>
          <w:tcPr>
            <w:tcW w:w="1361" w:type="dxa"/>
          </w:tcPr>
          <w:p w14:paraId="3BC051FB" w14:textId="77777777" w:rsidR="00EE5938" w:rsidRDefault="00EE5938"/>
        </w:tc>
        <w:tc>
          <w:tcPr>
            <w:tcW w:w="1361" w:type="dxa"/>
          </w:tcPr>
          <w:p w14:paraId="5C15D9C2" w14:textId="77777777" w:rsidR="00EE5938" w:rsidRDefault="00EE5938"/>
        </w:tc>
      </w:tr>
    </w:tbl>
    <w:p w14:paraId="07285891" w14:textId="77777777" w:rsidR="00EE5938" w:rsidRDefault="00000000">
      <w:pPr>
        <w:pageBreakBefore/>
        <w:spacing w:after="80"/>
      </w:pPr>
      <w:r>
        <w:rPr>
          <w:b/>
          <w:color w:val="231F20"/>
          <w:sz w:val="21"/>
        </w:rPr>
        <w:lastRenderedPageBreak/>
        <w:t xml:space="preserve">Päivä 2 / Päivämäärä:  </w:t>
      </w:r>
      <w:r>
        <w:rPr>
          <w:color w:val="8A8C8E"/>
          <w:sz w:val="21"/>
        </w:rPr>
        <w:t>____________________________________________</w:t>
      </w:r>
    </w:p>
    <w:tbl>
      <w:tblPr>
        <w:tblW w:w="0" w:type="auto"/>
        <w:tblBorders>
          <w:top w:val="single" w:sz="4" w:space="0" w:color="5F883B"/>
          <w:left w:val="single" w:sz="4" w:space="0" w:color="5F883B"/>
          <w:bottom w:val="single" w:sz="4" w:space="0" w:color="5F883B"/>
          <w:right w:val="single" w:sz="4" w:space="0" w:color="5F883B"/>
          <w:insideH w:val="single" w:sz="4" w:space="0" w:color="5F883B"/>
          <w:insideV w:val="single" w:sz="4" w:space="0" w:color="5F883B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31"/>
        <w:gridCol w:w="4365"/>
        <w:gridCol w:w="1361"/>
        <w:gridCol w:w="1361"/>
      </w:tblGrid>
      <w:tr w:rsidR="00EE5938" w14:paraId="469341E5" w14:textId="77777777">
        <w:trPr>
          <w:trHeight w:hRule="exact" w:val="481"/>
        </w:trPr>
        <w:tc>
          <w:tcPr>
            <w:tcW w:w="1020" w:type="dxa"/>
            <w:shd w:val="clear" w:color="auto" w:fill="D0E8BB"/>
            <w:vAlign w:val="center"/>
          </w:tcPr>
          <w:p w14:paraId="31DA73F1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Aika</w:t>
            </w:r>
          </w:p>
        </w:tc>
        <w:tc>
          <w:tcPr>
            <w:tcW w:w="1531" w:type="dxa"/>
            <w:shd w:val="clear" w:color="auto" w:fill="D0E8BB"/>
            <w:vAlign w:val="center"/>
          </w:tcPr>
          <w:p w14:paraId="249EA00C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Paikka</w:t>
            </w:r>
          </w:p>
        </w:tc>
        <w:tc>
          <w:tcPr>
            <w:tcW w:w="4365" w:type="dxa"/>
            <w:shd w:val="clear" w:color="auto" w:fill="D0E8BB"/>
            <w:vAlign w:val="center"/>
          </w:tcPr>
          <w:p w14:paraId="746EA860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Ruoat ja Juomat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543E57AC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Syöty Määrä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76B6316E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Huomioita</w:t>
            </w:r>
          </w:p>
        </w:tc>
      </w:tr>
      <w:tr w:rsidR="00EE5938" w14:paraId="139C7E5E" w14:textId="77777777">
        <w:trPr>
          <w:trHeight w:hRule="exact" w:val="894"/>
        </w:trPr>
        <w:tc>
          <w:tcPr>
            <w:tcW w:w="1020" w:type="dxa"/>
          </w:tcPr>
          <w:p w14:paraId="1A53CE7A" w14:textId="77777777" w:rsidR="00EE5938" w:rsidRDefault="00EE5938"/>
        </w:tc>
        <w:tc>
          <w:tcPr>
            <w:tcW w:w="1531" w:type="dxa"/>
          </w:tcPr>
          <w:p w14:paraId="1C24E175" w14:textId="77777777" w:rsidR="00EE5938" w:rsidRDefault="00EE5938"/>
        </w:tc>
        <w:tc>
          <w:tcPr>
            <w:tcW w:w="4365" w:type="dxa"/>
          </w:tcPr>
          <w:p w14:paraId="4DEA15C0" w14:textId="77777777" w:rsidR="00EE5938" w:rsidRDefault="00EE5938"/>
        </w:tc>
        <w:tc>
          <w:tcPr>
            <w:tcW w:w="1361" w:type="dxa"/>
          </w:tcPr>
          <w:p w14:paraId="28515532" w14:textId="77777777" w:rsidR="00EE5938" w:rsidRDefault="00EE5938"/>
        </w:tc>
        <w:tc>
          <w:tcPr>
            <w:tcW w:w="1361" w:type="dxa"/>
          </w:tcPr>
          <w:p w14:paraId="533E2EF6" w14:textId="77777777" w:rsidR="00EE5938" w:rsidRDefault="00EE5938"/>
        </w:tc>
      </w:tr>
      <w:tr w:rsidR="00EE5938" w14:paraId="40EDA5CB" w14:textId="77777777">
        <w:trPr>
          <w:trHeight w:hRule="exact" w:val="894"/>
        </w:trPr>
        <w:tc>
          <w:tcPr>
            <w:tcW w:w="1020" w:type="dxa"/>
          </w:tcPr>
          <w:p w14:paraId="75A89E4F" w14:textId="77777777" w:rsidR="00EE5938" w:rsidRDefault="00EE5938"/>
        </w:tc>
        <w:tc>
          <w:tcPr>
            <w:tcW w:w="1531" w:type="dxa"/>
          </w:tcPr>
          <w:p w14:paraId="60CE2573" w14:textId="77777777" w:rsidR="00EE5938" w:rsidRDefault="00EE5938"/>
        </w:tc>
        <w:tc>
          <w:tcPr>
            <w:tcW w:w="4365" w:type="dxa"/>
          </w:tcPr>
          <w:p w14:paraId="5F7F8411" w14:textId="77777777" w:rsidR="00EE5938" w:rsidRDefault="00EE5938"/>
        </w:tc>
        <w:tc>
          <w:tcPr>
            <w:tcW w:w="1361" w:type="dxa"/>
          </w:tcPr>
          <w:p w14:paraId="39FA7178" w14:textId="77777777" w:rsidR="00EE5938" w:rsidRDefault="00EE5938"/>
        </w:tc>
        <w:tc>
          <w:tcPr>
            <w:tcW w:w="1361" w:type="dxa"/>
          </w:tcPr>
          <w:p w14:paraId="57DFD4A5" w14:textId="77777777" w:rsidR="00EE5938" w:rsidRDefault="00EE5938"/>
        </w:tc>
      </w:tr>
      <w:tr w:rsidR="00EE5938" w14:paraId="1FB0218E" w14:textId="77777777">
        <w:trPr>
          <w:trHeight w:hRule="exact" w:val="894"/>
        </w:trPr>
        <w:tc>
          <w:tcPr>
            <w:tcW w:w="1020" w:type="dxa"/>
          </w:tcPr>
          <w:p w14:paraId="77FE2D24" w14:textId="77777777" w:rsidR="00EE5938" w:rsidRDefault="00EE5938"/>
        </w:tc>
        <w:tc>
          <w:tcPr>
            <w:tcW w:w="1531" w:type="dxa"/>
          </w:tcPr>
          <w:p w14:paraId="6D16BA75" w14:textId="77777777" w:rsidR="00EE5938" w:rsidRDefault="00EE5938"/>
        </w:tc>
        <w:tc>
          <w:tcPr>
            <w:tcW w:w="4365" w:type="dxa"/>
          </w:tcPr>
          <w:p w14:paraId="1BFC086D" w14:textId="77777777" w:rsidR="00EE5938" w:rsidRDefault="00EE5938"/>
        </w:tc>
        <w:tc>
          <w:tcPr>
            <w:tcW w:w="1361" w:type="dxa"/>
          </w:tcPr>
          <w:p w14:paraId="2EDC030F" w14:textId="77777777" w:rsidR="00EE5938" w:rsidRDefault="00EE5938"/>
        </w:tc>
        <w:tc>
          <w:tcPr>
            <w:tcW w:w="1361" w:type="dxa"/>
          </w:tcPr>
          <w:p w14:paraId="496E1889" w14:textId="77777777" w:rsidR="00EE5938" w:rsidRDefault="00EE5938"/>
        </w:tc>
      </w:tr>
      <w:tr w:rsidR="00EE5938" w14:paraId="6D77D8DA" w14:textId="77777777">
        <w:trPr>
          <w:trHeight w:hRule="exact" w:val="894"/>
        </w:trPr>
        <w:tc>
          <w:tcPr>
            <w:tcW w:w="1020" w:type="dxa"/>
          </w:tcPr>
          <w:p w14:paraId="4303F9A3" w14:textId="77777777" w:rsidR="00EE5938" w:rsidRDefault="00EE5938"/>
        </w:tc>
        <w:tc>
          <w:tcPr>
            <w:tcW w:w="1531" w:type="dxa"/>
          </w:tcPr>
          <w:p w14:paraId="0A8CACC6" w14:textId="77777777" w:rsidR="00EE5938" w:rsidRDefault="00EE5938"/>
        </w:tc>
        <w:tc>
          <w:tcPr>
            <w:tcW w:w="4365" w:type="dxa"/>
          </w:tcPr>
          <w:p w14:paraId="51CCD124" w14:textId="77777777" w:rsidR="00EE5938" w:rsidRDefault="00EE5938"/>
        </w:tc>
        <w:tc>
          <w:tcPr>
            <w:tcW w:w="1361" w:type="dxa"/>
          </w:tcPr>
          <w:p w14:paraId="3980282C" w14:textId="77777777" w:rsidR="00EE5938" w:rsidRDefault="00EE5938"/>
        </w:tc>
        <w:tc>
          <w:tcPr>
            <w:tcW w:w="1361" w:type="dxa"/>
          </w:tcPr>
          <w:p w14:paraId="0491EE83" w14:textId="77777777" w:rsidR="00EE5938" w:rsidRDefault="00EE5938"/>
        </w:tc>
      </w:tr>
      <w:tr w:rsidR="00EE5938" w14:paraId="3442C954" w14:textId="77777777">
        <w:trPr>
          <w:trHeight w:hRule="exact" w:val="894"/>
        </w:trPr>
        <w:tc>
          <w:tcPr>
            <w:tcW w:w="1020" w:type="dxa"/>
          </w:tcPr>
          <w:p w14:paraId="29C7050E" w14:textId="77777777" w:rsidR="00EE5938" w:rsidRDefault="00EE5938"/>
        </w:tc>
        <w:tc>
          <w:tcPr>
            <w:tcW w:w="1531" w:type="dxa"/>
          </w:tcPr>
          <w:p w14:paraId="5319A61A" w14:textId="77777777" w:rsidR="00EE5938" w:rsidRDefault="00EE5938"/>
        </w:tc>
        <w:tc>
          <w:tcPr>
            <w:tcW w:w="4365" w:type="dxa"/>
          </w:tcPr>
          <w:p w14:paraId="1A06203E" w14:textId="77777777" w:rsidR="00EE5938" w:rsidRDefault="00EE5938"/>
        </w:tc>
        <w:tc>
          <w:tcPr>
            <w:tcW w:w="1361" w:type="dxa"/>
          </w:tcPr>
          <w:p w14:paraId="780FBA78" w14:textId="77777777" w:rsidR="00EE5938" w:rsidRDefault="00EE5938"/>
        </w:tc>
        <w:tc>
          <w:tcPr>
            <w:tcW w:w="1361" w:type="dxa"/>
          </w:tcPr>
          <w:p w14:paraId="0E718688" w14:textId="77777777" w:rsidR="00EE5938" w:rsidRDefault="00EE5938"/>
        </w:tc>
      </w:tr>
      <w:tr w:rsidR="00EE5938" w14:paraId="544C2BC0" w14:textId="77777777">
        <w:trPr>
          <w:trHeight w:hRule="exact" w:val="894"/>
        </w:trPr>
        <w:tc>
          <w:tcPr>
            <w:tcW w:w="1020" w:type="dxa"/>
          </w:tcPr>
          <w:p w14:paraId="01325EA8" w14:textId="77777777" w:rsidR="00EE5938" w:rsidRDefault="00EE5938"/>
        </w:tc>
        <w:tc>
          <w:tcPr>
            <w:tcW w:w="1531" w:type="dxa"/>
          </w:tcPr>
          <w:p w14:paraId="0465FCEC" w14:textId="77777777" w:rsidR="00EE5938" w:rsidRDefault="00EE5938"/>
        </w:tc>
        <w:tc>
          <w:tcPr>
            <w:tcW w:w="4365" w:type="dxa"/>
          </w:tcPr>
          <w:p w14:paraId="57A48B74" w14:textId="77777777" w:rsidR="00EE5938" w:rsidRDefault="00EE5938"/>
        </w:tc>
        <w:tc>
          <w:tcPr>
            <w:tcW w:w="1361" w:type="dxa"/>
          </w:tcPr>
          <w:p w14:paraId="5E86BC70" w14:textId="77777777" w:rsidR="00EE5938" w:rsidRDefault="00EE5938"/>
        </w:tc>
        <w:tc>
          <w:tcPr>
            <w:tcW w:w="1361" w:type="dxa"/>
          </w:tcPr>
          <w:p w14:paraId="71F80E5E" w14:textId="77777777" w:rsidR="00EE5938" w:rsidRDefault="00EE5938"/>
        </w:tc>
      </w:tr>
      <w:tr w:rsidR="00EE5938" w14:paraId="7DCEBEB4" w14:textId="77777777">
        <w:trPr>
          <w:trHeight w:hRule="exact" w:val="894"/>
        </w:trPr>
        <w:tc>
          <w:tcPr>
            <w:tcW w:w="1020" w:type="dxa"/>
          </w:tcPr>
          <w:p w14:paraId="09374B7B" w14:textId="77777777" w:rsidR="00EE5938" w:rsidRDefault="00EE5938"/>
        </w:tc>
        <w:tc>
          <w:tcPr>
            <w:tcW w:w="1531" w:type="dxa"/>
          </w:tcPr>
          <w:p w14:paraId="29576249" w14:textId="77777777" w:rsidR="00EE5938" w:rsidRDefault="00EE5938"/>
        </w:tc>
        <w:tc>
          <w:tcPr>
            <w:tcW w:w="4365" w:type="dxa"/>
          </w:tcPr>
          <w:p w14:paraId="186251A1" w14:textId="77777777" w:rsidR="00EE5938" w:rsidRDefault="00EE5938"/>
        </w:tc>
        <w:tc>
          <w:tcPr>
            <w:tcW w:w="1361" w:type="dxa"/>
          </w:tcPr>
          <w:p w14:paraId="0EE24F6E" w14:textId="77777777" w:rsidR="00EE5938" w:rsidRDefault="00EE5938"/>
        </w:tc>
        <w:tc>
          <w:tcPr>
            <w:tcW w:w="1361" w:type="dxa"/>
          </w:tcPr>
          <w:p w14:paraId="1B0DDC72" w14:textId="77777777" w:rsidR="00EE5938" w:rsidRDefault="00EE5938"/>
        </w:tc>
      </w:tr>
      <w:tr w:rsidR="00EE5938" w14:paraId="17FB6E52" w14:textId="77777777">
        <w:trPr>
          <w:trHeight w:hRule="exact" w:val="894"/>
        </w:trPr>
        <w:tc>
          <w:tcPr>
            <w:tcW w:w="1020" w:type="dxa"/>
          </w:tcPr>
          <w:p w14:paraId="7F76EF8E" w14:textId="77777777" w:rsidR="00EE5938" w:rsidRDefault="00EE5938"/>
        </w:tc>
        <w:tc>
          <w:tcPr>
            <w:tcW w:w="1531" w:type="dxa"/>
          </w:tcPr>
          <w:p w14:paraId="10D117A5" w14:textId="77777777" w:rsidR="00EE5938" w:rsidRDefault="00EE5938"/>
        </w:tc>
        <w:tc>
          <w:tcPr>
            <w:tcW w:w="4365" w:type="dxa"/>
          </w:tcPr>
          <w:p w14:paraId="4084CE90" w14:textId="77777777" w:rsidR="00EE5938" w:rsidRDefault="00EE5938"/>
        </w:tc>
        <w:tc>
          <w:tcPr>
            <w:tcW w:w="1361" w:type="dxa"/>
          </w:tcPr>
          <w:p w14:paraId="41F537F0" w14:textId="77777777" w:rsidR="00EE5938" w:rsidRDefault="00EE5938"/>
        </w:tc>
        <w:tc>
          <w:tcPr>
            <w:tcW w:w="1361" w:type="dxa"/>
          </w:tcPr>
          <w:p w14:paraId="776FD2EB" w14:textId="77777777" w:rsidR="00EE5938" w:rsidRDefault="00EE5938"/>
        </w:tc>
      </w:tr>
      <w:tr w:rsidR="00EE5938" w14:paraId="423437E8" w14:textId="77777777">
        <w:trPr>
          <w:trHeight w:hRule="exact" w:val="894"/>
        </w:trPr>
        <w:tc>
          <w:tcPr>
            <w:tcW w:w="1020" w:type="dxa"/>
          </w:tcPr>
          <w:p w14:paraId="23C3F750" w14:textId="77777777" w:rsidR="00EE5938" w:rsidRDefault="00EE5938"/>
        </w:tc>
        <w:tc>
          <w:tcPr>
            <w:tcW w:w="1531" w:type="dxa"/>
          </w:tcPr>
          <w:p w14:paraId="2FF38265" w14:textId="77777777" w:rsidR="00EE5938" w:rsidRDefault="00EE5938"/>
        </w:tc>
        <w:tc>
          <w:tcPr>
            <w:tcW w:w="4365" w:type="dxa"/>
          </w:tcPr>
          <w:p w14:paraId="2BDE175D" w14:textId="77777777" w:rsidR="00EE5938" w:rsidRDefault="00EE5938"/>
        </w:tc>
        <w:tc>
          <w:tcPr>
            <w:tcW w:w="1361" w:type="dxa"/>
          </w:tcPr>
          <w:p w14:paraId="023306E2" w14:textId="77777777" w:rsidR="00EE5938" w:rsidRDefault="00EE5938"/>
        </w:tc>
        <w:tc>
          <w:tcPr>
            <w:tcW w:w="1361" w:type="dxa"/>
          </w:tcPr>
          <w:p w14:paraId="7A9BB323" w14:textId="77777777" w:rsidR="00EE5938" w:rsidRDefault="00EE5938"/>
        </w:tc>
      </w:tr>
      <w:tr w:rsidR="00EE5938" w14:paraId="54E768AE" w14:textId="77777777">
        <w:trPr>
          <w:trHeight w:hRule="exact" w:val="894"/>
        </w:trPr>
        <w:tc>
          <w:tcPr>
            <w:tcW w:w="1020" w:type="dxa"/>
          </w:tcPr>
          <w:p w14:paraId="6851A927" w14:textId="77777777" w:rsidR="00EE5938" w:rsidRDefault="00EE5938"/>
        </w:tc>
        <w:tc>
          <w:tcPr>
            <w:tcW w:w="1531" w:type="dxa"/>
          </w:tcPr>
          <w:p w14:paraId="1FD33043" w14:textId="77777777" w:rsidR="00EE5938" w:rsidRDefault="00EE5938"/>
        </w:tc>
        <w:tc>
          <w:tcPr>
            <w:tcW w:w="4365" w:type="dxa"/>
          </w:tcPr>
          <w:p w14:paraId="03EF2DD2" w14:textId="77777777" w:rsidR="00EE5938" w:rsidRDefault="00EE5938"/>
        </w:tc>
        <w:tc>
          <w:tcPr>
            <w:tcW w:w="1361" w:type="dxa"/>
          </w:tcPr>
          <w:p w14:paraId="09BD7C9A" w14:textId="77777777" w:rsidR="00EE5938" w:rsidRDefault="00EE5938"/>
        </w:tc>
        <w:tc>
          <w:tcPr>
            <w:tcW w:w="1361" w:type="dxa"/>
          </w:tcPr>
          <w:p w14:paraId="4561D2F9" w14:textId="77777777" w:rsidR="00EE5938" w:rsidRDefault="00EE5938"/>
        </w:tc>
      </w:tr>
      <w:tr w:rsidR="00EE5938" w14:paraId="7AD6CBB9" w14:textId="77777777">
        <w:trPr>
          <w:trHeight w:hRule="exact" w:val="894"/>
        </w:trPr>
        <w:tc>
          <w:tcPr>
            <w:tcW w:w="1020" w:type="dxa"/>
          </w:tcPr>
          <w:p w14:paraId="4CA7CD54" w14:textId="77777777" w:rsidR="00EE5938" w:rsidRDefault="00EE5938"/>
        </w:tc>
        <w:tc>
          <w:tcPr>
            <w:tcW w:w="1531" w:type="dxa"/>
          </w:tcPr>
          <w:p w14:paraId="5C7CDB7E" w14:textId="77777777" w:rsidR="00EE5938" w:rsidRDefault="00EE5938"/>
        </w:tc>
        <w:tc>
          <w:tcPr>
            <w:tcW w:w="4365" w:type="dxa"/>
          </w:tcPr>
          <w:p w14:paraId="3CFD51A8" w14:textId="77777777" w:rsidR="00EE5938" w:rsidRDefault="00EE5938"/>
        </w:tc>
        <w:tc>
          <w:tcPr>
            <w:tcW w:w="1361" w:type="dxa"/>
          </w:tcPr>
          <w:p w14:paraId="5D326E8D" w14:textId="77777777" w:rsidR="00EE5938" w:rsidRDefault="00EE5938"/>
        </w:tc>
        <w:tc>
          <w:tcPr>
            <w:tcW w:w="1361" w:type="dxa"/>
          </w:tcPr>
          <w:p w14:paraId="72C7ECDD" w14:textId="77777777" w:rsidR="00EE5938" w:rsidRDefault="00EE5938"/>
        </w:tc>
      </w:tr>
      <w:tr w:rsidR="00EE5938" w14:paraId="2AF0C757" w14:textId="77777777">
        <w:trPr>
          <w:trHeight w:hRule="exact" w:val="894"/>
        </w:trPr>
        <w:tc>
          <w:tcPr>
            <w:tcW w:w="1020" w:type="dxa"/>
          </w:tcPr>
          <w:p w14:paraId="1D527890" w14:textId="77777777" w:rsidR="00EE5938" w:rsidRDefault="00EE5938"/>
        </w:tc>
        <w:tc>
          <w:tcPr>
            <w:tcW w:w="1531" w:type="dxa"/>
          </w:tcPr>
          <w:p w14:paraId="7FE7E5A1" w14:textId="77777777" w:rsidR="00EE5938" w:rsidRDefault="00EE5938"/>
        </w:tc>
        <w:tc>
          <w:tcPr>
            <w:tcW w:w="4365" w:type="dxa"/>
          </w:tcPr>
          <w:p w14:paraId="7E614FF7" w14:textId="77777777" w:rsidR="00EE5938" w:rsidRDefault="00EE5938"/>
        </w:tc>
        <w:tc>
          <w:tcPr>
            <w:tcW w:w="1361" w:type="dxa"/>
          </w:tcPr>
          <w:p w14:paraId="7645A7F2" w14:textId="77777777" w:rsidR="00EE5938" w:rsidRDefault="00EE5938"/>
        </w:tc>
        <w:tc>
          <w:tcPr>
            <w:tcW w:w="1361" w:type="dxa"/>
          </w:tcPr>
          <w:p w14:paraId="6948DA6F" w14:textId="77777777" w:rsidR="00EE5938" w:rsidRDefault="00EE5938"/>
        </w:tc>
      </w:tr>
      <w:tr w:rsidR="00EE5938" w14:paraId="6D30AE73" w14:textId="77777777">
        <w:trPr>
          <w:trHeight w:hRule="exact" w:val="894"/>
        </w:trPr>
        <w:tc>
          <w:tcPr>
            <w:tcW w:w="1020" w:type="dxa"/>
          </w:tcPr>
          <w:p w14:paraId="721C2779" w14:textId="77777777" w:rsidR="00EE5938" w:rsidRDefault="00EE5938"/>
        </w:tc>
        <w:tc>
          <w:tcPr>
            <w:tcW w:w="1531" w:type="dxa"/>
          </w:tcPr>
          <w:p w14:paraId="3D23491D" w14:textId="77777777" w:rsidR="00EE5938" w:rsidRDefault="00EE5938"/>
        </w:tc>
        <w:tc>
          <w:tcPr>
            <w:tcW w:w="4365" w:type="dxa"/>
          </w:tcPr>
          <w:p w14:paraId="0DB8B6A1" w14:textId="77777777" w:rsidR="00EE5938" w:rsidRDefault="00EE5938"/>
        </w:tc>
        <w:tc>
          <w:tcPr>
            <w:tcW w:w="1361" w:type="dxa"/>
          </w:tcPr>
          <w:p w14:paraId="0242F0D8" w14:textId="77777777" w:rsidR="00EE5938" w:rsidRDefault="00EE5938"/>
        </w:tc>
        <w:tc>
          <w:tcPr>
            <w:tcW w:w="1361" w:type="dxa"/>
          </w:tcPr>
          <w:p w14:paraId="5D1E4457" w14:textId="77777777" w:rsidR="00EE5938" w:rsidRDefault="00EE5938"/>
        </w:tc>
      </w:tr>
      <w:tr w:rsidR="00EE5938" w14:paraId="46A96E47" w14:textId="77777777">
        <w:trPr>
          <w:trHeight w:hRule="exact" w:val="894"/>
        </w:trPr>
        <w:tc>
          <w:tcPr>
            <w:tcW w:w="1020" w:type="dxa"/>
          </w:tcPr>
          <w:p w14:paraId="7FA15162" w14:textId="77777777" w:rsidR="00EE5938" w:rsidRDefault="00EE5938"/>
        </w:tc>
        <w:tc>
          <w:tcPr>
            <w:tcW w:w="1531" w:type="dxa"/>
          </w:tcPr>
          <w:p w14:paraId="6ABC141C" w14:textId="77777777" w:rsidR="00EE5938" w:rsidRDefault="00EE5938"/>
        </w:tc>
        <w:tc>
          <w:tcPr>
            <w:tcW w:w="4365" w:type="dxa"/>
          </w:tcPr>
          <w:p w14:paraId="4C5C6B96" w14:textId="77777777" w:rsidR="00EE5938" w:rsidRDefault="00EE5938"/>
        </w:tc>
        <w:tc>
          <w:tcPr>
            <w:tcW w:w="1361" w:type="dxa"/>
          </w:tcPr>
          <w:p w14:paraId="1098252C" w14:textId="77777777" w:rsidR="00EE5938" w:rsidRDefault="00EE5938"/>
        </w:tc>
        <w:tc>
          <w:tcPr>
            <w:tcW w:w="1361" w:type="dxa"/>
          </w:tcPr>
          <w:p w14:paraId="37D6CDFF" w14:textId="77777777" w:rsidR="00EE5938" w:rsidRDefault="00EE5938"/>
        </w:tc>
      </w:tr>
      <w:tr w:rsidR="00EE5938" w14:paraId="700A1D2A" w14:textId="77777777">
        <w:trPr>
          <w:trHeight w:hRule="exact" w:val="894"/>
        </w:trPr>
        <w:tc>
          <w:tcPr>
            <w:tcW w:w="1020" w:type="dxa"/>
          </w:tcPr>
          <w:p w14:paraId="6CF86DEF" w14:textId="77777777" w:rsidR="00EE5938" w:rsidRDefault="00EE5938"/>
        </w:tc>
        <w:tc>
          <w:tcPr>
            <w:tcW w:w="1531" w:type="dxa"/>
          </w:tcPr>
          <w:p w14:paraId="119E695B" w14:textId="77777777" w:rsidR="00EE5938" w:rsidRDefault="00EE5938"/>
        </w:tc>
        <w:tc>
          <w:tcPr>
            <w:tcW w:w="4365" w:type="dxa"/>
          </w:tcPr>
          <w:p w14:paraId="053C8162" w14:textId="77777777" w:rsidR="00EE5938" w:rsidRDefault="00EE5938"/>
        </w:tc>
        <w:tc>
          <w:tcPr>
            <w:tcW w:w="1361" w:type="dxa"/>
          </w:tcPr>
          <w:p w14:paraId="7D3C3E5A" w14:textId="77777777" w:rsidR="00EE5938" w:rsidRDefault="00EE5938"/>
        </w:tc>
        <w:tc>
          <w:tcPr>
            <w:tcW w:w="1361" w:type="dxa"/>
          </w:tcPr>
          <w:p w14:paraId="0B30F3EA" w14:textId="77777777" w:rsidR="00EE5938" w:rsidRDefault="00EE5938"/>
        </w:tc>
      </w:tr>
    </w:tbl>
    <w:p w14:paraId="4F0DC732" w14:textId="77777777" w:rsidR="00EE5938" w:rsidRDefault="00000000">
      <w:pPr>
        <w:pageBreakBefore/>
        <w:spacing w:after="80"/>
      </w:pPr>
      <w:r>
        <w:rPr>
          <w:b/>
          <w:color w:val="231F20"/>
          <w:sz w:val="21"/>
        </w:rPr>
        <w:lastRenderedPageBreak/>
        <w:t xml:space="preserve">Päivä 3 / Päivämäärä:  </w:t>
      </w:r>
      <w:r>
        <w:rPr>
          <w:color w:val="8A8C8E"/>
          <w:sz w:val="21"/>
        </w:rPr>
        <w:t>____________________________________________</w:t>
      </w:r>
    </w:p>
    <w:tbl>
      <w:tblPr>
        <w:tblW w:w="0" w:type="auto"/>
        <w:tblBorders>
          <w:top w:val="single" w:sz="4" w:space="0" w:color="5F883B"/>
          <w:left w:val="single" w:sz="4" w:space="0" w:color="5F883B"/>
          <w:bottom w:val="single" w:sz="4" w:space="0" w:color="5F883B"/>
          <w:right w:val="single" w:sz="4" w:space="0" w:color="5F883B"/>
          <w:insideH w:val="single" w:sz="4" w:space="0" w:color="5F883B"/>
          <w:insideV w:val="single" w:sz="4" w:space="0" w:color="5F883B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31"/>
        <w:gridCol w:w="4365"/>
        <w:gridCol w:w="1361"/>
        <w:gridCol w:w="1361"/>
      </w:tblGrid>
      <w:tr w:rsidR="00EE5938" w14:paraId="70C1CC81" w14:textId="77777777">
        <w:trPr>
          <w:trHeight w:hRule="exact" w:val="481"/>
        </w:trPr>
        <w:tc>
          <w:tcPr>
            <w:tcW w:w="1020" w:type="dxa"/>
            <w:shd w:val="clear" w:color="auto" w:fill="D0E8BB"/>
            <w:vAlign w:val="center"/>
          </w:tcPr>
          <w:p w14:paraId="5E9FBB6E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Aika</w:t>
            </w:r>
          </w:p>
        </w:tc>
        <w:tc>
          <w:tcPr>
            <w:tcW w:w="1531" w:type="dxa"/>
            <w:shd w:val="clear" w:color="auto" w:fill="D0E8BB"/>
            <w:vAlign w:val="center"/>
          </w:tcPr>
          <w:p w14:paraId="30E644E0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Paikka</w:t>
            </w:r>
          </w:p>
        </w:tc>
        <w:tc>
          <w:tcPr>
            <w:tcW w:w="4365" w:type="dxa"/>
            <w:shd w:val="clear" w:color="auto" w:fill="D0E8BB"/>
            <w:vAlign w:val="center"/>
          </w:tcPr>
          <w:p w14:paraId="0CED1E05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Ruoat ja Juomat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7FA554B8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Syöty Määrä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04B00BD0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Huomioita</w:t>
            </w:r>
          </w:p>
        </w:tc>
      </w:tr>
      <w:tr w:rsidR="00EE5938" w14:paraId="056712F4" w14:textId="77777777">
        <w:trPr>
          <w:trHeight w:hRule="exact" w:val="894"/>
        </w:trPr>
        <w:tc>
          <w:tcPr>
            <w:tcW w:w="1020" w:type="dxa"/>
          </w:tcPr>
          <w:p w14:paraId="55CF5591" w14:textId="77777777" w:rsidR="00EE5938" w:rsidRDefault="00EE5938"/>
        </w:tc>
        <w:tc>
          <w:tcPr>
            <w:tcW w:w="1531" w:type="dxa"/>
          </w:tcPr>
          <w:p w14:paraId="0E127A50" w14:textId="77777777" w:rsidR="00EE5938" w:rsidRDefault="00EE5938"/>
        </w:tc>
        <w:tc>
          <w:tcPr>
            <w:tcW w:w="4365" w:type="dxa"/>
          </w:tcPr>
          <w:p w14:paraId="75EB1258" w14:textId="77777777" w:rsidR="00EE5938" w:rsidRDefault="00EE5938"/>
        </w:tc>
        <w:tc>
          <w:tcPr>
            <w:tcW w:w="1361" w:type="dxa"/>
          </w:tcPr>
          <w:p w14:paraId="562BBE84" w14:textId="77777777" w:rsidR="00EE5938" w:rsidRDefault="00EE5938"/>
        </w:tc>
        <w:tc>
          <w:tcPr>
            <w:tcW w:w="1361" w:type="dxa"/>
          </w:tcPr>
          <w:p w14:paraId="6738B43A" w14:textId="77777777" w:rsidR="00EE5938" w:rsidRDefault="00EE5938"/>
        </w:tc>
      </w:tr>
      <w:tr w:rsidR="00EE5938" w14:paraId="6207B74B" w14:textId="77777777">
        <w:trPr>
          <w:trHeight w:hRule="exact" w:val="894"/>
        </w:trPr>
        <w:tc>
          <w:tcPr>
            <w:tcW w:w="1020" w:type="dxa"/>
          </w:tcPr>
          <w:p w14:paraId="5E4ED41C" w14:textId="77777777" w:rsidR="00EE5938" w:rsidRDefault="00EE5938"/>
        </w:tc>
        <w:tc>
          <w:tcPr>
            <w:tcW w:w="1531" w:type="dxa"/>
          </w:tcPr>
          <w:p w14:paraId="112C1C3A" w14:textId="77777777" w:rsidR="00EE5938" w:rsidRDefault="00EE5938"/>
        </w:tc>
        <w:tc>
          <w:tcPr>
            <w:tcW w:w="4365" w:type="dxa"/>
          </w:tcPr>
          <w:p w14:paraId="64439FAE" w14:textId="77777777" w:rsidR="00EE5938" w:rsidRDefault="00EE5938"/>
        </w:tc>
        <w:tc>
          <w:tcPr>
            <w:tcW w:w="1361" w:type="dxa"/>
          </w:tcPr>
          <w:p w14:paraId="1151C269" w14:textId="77777777" w:rsidR="00EE5938" w:rsidRDefault="00EE5938"/>
        </w:tc>
        <w:tc>
          <w:tcPr>
            <w:tcW w:w="1361" w:type="dxa"/>
          </w:tcPr>
          <w:p w14:paraId="089BF4B7" w14:textId="77777777" w:rsidR="00EE5938" w:rsidRDefault="00EE5938"/>
        </w:tc>
      </w:tr>
      <w:tr w:rsidR="00EE5938" w14:paraId="57626111" w14:textId="77777777">
        <w:trPr>
          <w:trHeight w:hRule="exact" w:val="894"/>
        </w:trPr>
        <w:tc>
          <w:tcPr>
            <w:tcW w:w="1020" w:type="dxa"/>
          </w:tcPr>
          <w:p w14:paraId="5D0F9588" w14:textId="77777777" w:rsidR="00EE5938" w:rsidRDefault="00EE5938"/>
        </w:tc>
        <w:tc>
          <w:tcPr>
            <w:tcW w:w="1531" w:type="dxa"/>
          </w:tcPr>
          <w:p w14:paraId="39E861B7" w14:textId="77777777" w:rsidR="00EE5938" w:rsidRDefault="00EE5938"/>
        </w:tc>
        <w:tc>
          <w:tcPr>
            <w:tcW w:w="4365" w:type="dxa"/>
          </w:tcPr>
          <w:p w14:paraId="22F9851F" w14:textId="77777777" w:rsidR="00EE5938" w:rsidRDefault="00EE5938"/>
        </w:tc>
        <w:tc>
          <w:tcPr>
            <w:tcW w:w="1361" w:type="dxa"/>
          </w:tcPr>
          <w:p w14:paraId="5974AF5B" w14:textId="77777777" w:rsidR="00EE5938" w:rsidRDefault="00EE5938"/>
        </w:tc>
        <w:tc>
          <w:tcPr>
            <w:tcW w:w="1361" w:type="dxa"/>
          </w:tcPr>
          <w:p w14:paraId="6C781FA1" w14:textId="77777777" w:rsidR="00EE5938" w:rsidRDefault="00EE5938"/>
        </w:tc>
      </w:tr>
      <w:tr w:rsidR="00EE5938" w14:paraId="288D4F20" w14:textId="77777777">
        <w:trPr>
          <w:trHeight w:hRule="exact" w:val="894"/>
        </w:trPr>
        <w:tc>
          <w:tcPr>
            <w:tcW w:w="1020" w:type="dxa"/>
          </w:tcPr>
          <w:p w14:paraId="7432B37F" w14:textId="77777777" w:rsidR="00EE5938" w:rsidRDefault="00EE5938"/>
        </w:tc>
        <w:tc>
          <w:tcPr>
            <w:tcW w:w="1531" w:type="dxa"/>
          </w:tcPr>
          <w:p w14:paraId="581D05AC" w14:textId="77777777" w:rsidR="00EE5938" w:rsidRDefault="00EE5938"/>
        </w:tc>
        <w:tc>
          <w:tcPr>
            <w:tcW w:w="4365" w:type="dxa"/>
          </w:tcPr>
          <w:p w14:paraId="6C6F7EF5" w14:textId="77777777" w:rsidR="00EE5938" w:rsidRDefault="00EE5938"/>
        </w:tc>
        <w:tc>
          <w:tcPr>
            <w:tcW w:w="1361" w:type="dxa"/>
          </w:tcPr>
          <w:p w14:paraId="0C66774A" w14:textId="77777777" w:rsidR="00EE5938" w:rsidRDefault="00EE5938"/>
        </w:tc>
        <w:tc>
          <w:tcPr>
            <w:tcW w:w="1361" w:type="dxa"/>
          </w:tcPr>
          <w:p w14:paraId="51FB1624" w14:textId="77777777" w:rsidR="00EE5938" w:rsidRDefault="00EE5938"/>
        </w:tc>
      </w:tr>
      <w:tr w:rsidR="00EE5938" w14:paraId="21E650CE" w14:textId="77777777">
        <w:trPr>
          <w:trHeight w:hRule="exact" w:val="894"/>
        </w:trPr>
        <w:tc>
          <w:tcPr>
            <w:tcW w:w="1020" w:type="dxa"/>
          </w:tcPr>
          <w:p w14:paraId="5021559E" w14:textId="77777777" w:rsidR="00EE5938" w:rsidRDefault="00EE5938"/>
        </w:tc>
        <w:tc>
          <w:tcPr>
            <w:tcW w:w="1531" w:type="dxa"/>
          </w:tcPr>
          <w:p w14:paraId="29DE63D2" w14:textId="77777777" w:rsidR="00EE5938" w:rsidRDefault="00EE5938"/>
        </w:tc>
        <w:tc>
          <w:tcPr>
            <w:tcW w:w="4365" w:type="dxa"/>
          </w:tcPr>
          <w:p w14:paraId="53A82576" w14:textId="77777777" w:rsidR="00EE5938" w:rsidRDefault="00EE5938"/>
        </w:tc>
        <w:tc>
          <w:tcPr>
            <w:tcW w:w="1361" w:type="dxa"/>
          </w:tcPr>
          <w:p w14:paraId="74B20637" w14:textId="77777777" w:rsidR="00EE5938" w:rsidRDefault="00EE5938"/>
        </w:tc>
        <w:tc>
          <w:tcPr>
            <w:tcW w:w="1361" w:type="dxa"/>
          </w:tcPr>
          <w:p w14:paraId="6CA570D3" w14:textId="77777777" w:rsidR="00EE5938" w:rsidRDefault="00EE5938"/>
        </w:tc>
      </w:tr>
      <w:tr w:rsidR="00EE5938" w14:paraId="5FAB72A1" w14:textId="77777777">
        <w:trPr>
          <w:trHeight w:hRule="exact" w:val="894"/>
        </w:trPr>
        <w:tc>
          <w:tcPr>
            <w:tcW w:w="1020" w:type="dxa"/>
          </w:tcPr>
          <w:p w14:paraId="1BB6B5F2" w14:textId="77777777" w:rsidR="00EE5938" w:rsidRDefault="00EE5938"/>
        </w:tc>
        <w:tc>
          <w:tcPr>
            <w:tcW w:w="1531" w:type="dxa"/>
          </w:tcPr>
          <w:p w14:paraId="4B6EC6DA" w14:textId="77777777" w:rsidR="00EE5938" w:rsidRDefault="00EE5938"/>
        </w:tc>
        <w:tc>
          <w:tcPr>
            <w:tcW w:w="4365" w:type="dxa"/>
          </w:tcPr>
          <w:p w14:paraId="73CF6D0A" w14:textId="77777777" w:rsidR="00EE5938" w:rsidRDefault="00EE5938"/>
        </w:tc>
        <w:tc>
          <w:tcPr>
            <w:tcW w:w="1361" w:type="dxa"/>
          </w:tcPr>
          <w:p w14:paraId="7796FC49" w14:textId="77777777" w:rsidR="00EE5938" w:rsidRDefault="00EE5938"/>
        </w:tc>
        <w:tc>
          <w:tcPr>
            <w:tcW w:w="1361" w:type="dxa"/>
          </w:tcPr>
          <w:p w14:paraId="76596CAF" w14:textId="77777777" w:rsidR="00EE5938" w:rsidRDefault="00EE5938"/>
        </w:tc>
      </w:tr>
      <w:tr w:rsidR="00EE5938" w14:paraId="2EA4F51A" w14:textId="77777777">
        <w:trPr>
          <w:trHeight w:hRule="exact" w:val="894"/>
        </w:trPr>
        <w:tc>
          <w:tcPr>
            <w:tcW w:w="1020" w:type="dxa"/>
          </w:tcPr>
          <w:p w14:paraId="4F596A79" w14:textId="77777777" w:rsidR="00EE5938" w:rsidRDefault="00EE5938"/>
        </w:tc>
        <w:tc>
          <w:tcPr>
            <w:tcW w:w="1531" w:type="dxa"/>
          </w:tcPr>
          <w:p w14:paraId="34567195" w14:textId="77777777" w:rsidR="00EE5938" w:rsidRDefault="00EE5938"/>
        </w:tc>
        <w:tc>
          <w:tcPr>
            <w:tcW w:w="4365" w:type="dxa"/>
          </w:tcPr>
          <w:p w14:paraId="735041DC" w14:textId="77777777" w:rsidR="00EE5938" w:rsidRDefault="00EE5938"/>
        </w:tc>
        <w:tc>
          <w:tcPr>
            <w:tcW w:w="1361" w:type="dxa"/>
          </w:tcPr>
          <w:p w14:paraId="68FB81DE" w14:textId="77777777" w:rsidR="00EE5938" w:rsidRDefault="00EE5938"/>
        </w:tc>
        <w:tc>
          <w:tcPr>
            <w:tcW w:w="1361" w:type="dxa"/>
          </w:tcPr>
          <w:p w14:paraId="13B1FF89" w14:textId="77777777" w:rsidR="00EE5938" w:rsidRDefault="00EE5938"/>
        </w:tc>
      </w:tr>
      <w:tr w:rsidR="00EE5938" w14:paraId="7CF3DB81" w14:textId="77777777">
        <w:trPr>
          <w:trHeight w:hRule="exact" w:val="894"/>
        </w:trPr>
        <w:tc>
          <w:tcPr>
            <w:tcW w:w="1020" w:type="dxa"/>
          </w:tcPr>
          <w:p w14:paraId="095BA11E" w14:textId="77777777" w:rsidR="00EE5938" w:rsidRDefault="00EE5938"/>
        </w:tc>
        <w:tc>
          <w:tcPr>
            <w:tcW w:w="1531" w:type="dxa"/>
          </w:tcPr>
          <w:p w14:paraId="1B40B7FE" w14:textId="77777777" w:rsidR="00EE5938" w:rsidRDefault="00EE5938"/>
        </w:tc>
        <w:tc>
          <w:tcPr>
            <w:tcW w:w="4365" w:type="dxa"/>
          </w:tcPr>
          <w:p w14:paraId="1CDF58AD" w14:textId="77777777" w:rsidR="00EE5938" w:rsidRDefault="00EE5938"/>
        </w:tc>
        <w:tc>
          <w:tcPr>
            <w:tcW w:w="1361" w:type="dxa"/>
          </w:tcPr>
          <w:p w14:paraId="3F59B0AD" w14:textId="77777777" w:rsidR="00EE5938" w:rsidRDefault="00EE5938"/>
        </w:tc>
        <w:tc>
          <w:tcPr>
            <w:tcW w:w="1361" w:type="dxa"/>
          </w:tcPr>
          <w:p w14:paraId="6EDBAFCA" w14:textId="77777777" w:rsidR="00EE5938" w:rsidRDefault="00EE5938"/>
        </w:tc>
      </w:tr>
      <w:tr w:rsidR="00EE5938" w14:paraId="54552C49" w14:textId="77777777">
        <w:trPr>
          <w:trHeight w:hRule="exact" w:val="894"/>
        </w:trPr>
        <w:tc>
          <w:tcPr>
            <w:tcW w:w="1020" w:type="dxa"/>
          </w:tcPr>
          <w:p w14:paraId="3238DF1F" w14:textId="77777777" w:rsidR="00EE5938" w:rsidRDefault="00EE5938"/>
        </w:tc>
        <w:tc>
          <w:tcPr>
            <w:tcW w:w="1531" w:type="dxa"/>
          </w:tcPr>
          <w:p w14:paraId="4AD47A75" w14:textId="77777777" w:rsidR="00EE5938" w:rsidRDefault="00EE5938"/>
        </w:tc>
        <w:tc>
          <w:tcPr>
            <w:tcW w:w="4365" w:type="dxa"/>
          </w:tcPr>
          <w:p w14:paraId="546ABE4F" w14:textId="77777777" w:rsidR="00EE5938" w:rsidRDefault="00EE5938"/>
        </w:tc>
        <w:tc>
          <w:tcPr>
            <w:tcW w:w="1361" w:type="dxa"/>
          </w:tcPr>
          <w:p w14:paraId="1E13B471" w14:textId="77777777" w:rsidR="00EE5938" w:rsidRDefault="00EE5938"/>
        </w:tc>
        <w:tc>
          <w:tcPr>
            <w:tcW w:w="1361" w:type="dxa"/>
          </w:tcPr>
          <w:p w14:paraId="74FE216C" w14:textId="77777777" w:rsidR="00EE5938" w:rsidRDefault="00EE5938"/>
        </w:tc>
      </w:tr>
      <w:tr w:rsidR="00EE5938" w14:paraId="44AC21DB" w14:textId="77777777">
        <w:trPr>
          <w:trHeight w:hRule="exact" w:val="894"/>
        </w:trPr>
        <w:tc>
          <w:tcPr>
            <w:tcW w:w="1020" w:type="dxa"/>
          </w:tcPr>
          <w:p w14:paraId="6290D6B1" w14:textId="77777777" w:rsidR="00EE5938" w:rsidRDefault="00EE5938"/>
        </w:tc>
        <w:tc>
          <w:tcPr>
            <w:tcW w:w="1531" w:type="dxa"/>
          </w:tcPr>
          <w:p w14:paraId="69892CE6" w14:textId="77777777" w:rsidR="00EE5938" w:rsidRDefault="00EE5938"/>
        </w:tc>
        <w:tc>
          <w:tcPr>
            <w:tcW w:w="4365" w:type="dxa"/>
          </w:tcPr>
          <w:p w14:paraId="4E8C6346" w14:textId="77777777" w:rsidR="00EE5938" w:rsidRDefault="00EE5938"/>
        </w:tc>
        <w:tc>
          <w:tcPr>
            <w:tcW w:w="1361" w:type="dxa"/>
          </w:tcPr>
          <w:p w14:paraId="7AC94799" w14:textId="77777777" w:rsidR="00EE5938" w:rsidRDefault="00EE5938"/>
        </w:tc>
        <w:tc>
          <w:tcPr>
            <w:tcW w:w="1361" w:type="dxa"/>
          </w:tcPr>
          <w:p w14:paraId="16CCAA40" w14:textId="77777777" w:rsidR="00EE5938" w:rsidRDefault="00EE5938"/>
        </w:tc>
      </w:tr>
      <w:tr w:rsidR="00EE5938" w14:paraId="1477F1D7" w14:textId="77777777">
        <w:trPr>
          <w:trHeight w:hRule="exact" w:val="894"/>
        </w:trPr>
        <w:tc>
          <w:tcPr>
            <w:tcW w:w="1020" w:type="dxa"/>
          </w:tcPr>
          <w:p w14:paraId="1A9BA8C6" w14:textId="77777777" w:rsidR="00EE5938" w:rsidRDefault="00EE5938"/>
        </w:tc>
        <w:tc>
          <w:tcPr>
            <w:tcW w:w="1531" w:type="dxa"/>
          </w:tcPr>
          <w:p w14:paraId="60A68214" w14:textId="77777777" w:rsidR="00EE5938" w:rsidRDefault="00EE5938"/>
        </w:tc>
        <w:tc>
          <w:tcPr>
            <w:tcW w:w="4365" w:type="dxa"/>
          </w:tcPr>
          <w:p w14:paraId="6ED92469" w14:textId="77777777" w:rsidR="00EE5938" w:rsidRDefault="00EE5938"/>
        </w:tc>
        <w:tc>
          <w:tcPr>
            <w:tcW w:w="1361" w:type="dxa"/>
          </w:tcPr>
          <w:p w14:paraId="1B56C69C" w14:textId="77777777" w:rsidR="00EE5938" w:rsidRDefault="00EE5938"/>
        </w:tc>
        <w:tc>
          <w:tcPr>
            <w:tcW w:w="1361" w:type="dxa"/>
          </w:tcPr>
          <w:p w14:paraId="6B0E08E4" w14:textId="77777777" w:rsidR="00EE5938" w:rsidRDefault="00EE5938"/>
        </w:tc>
      </w:tr>
      <w:tr w:rsidR="00EE5938" w14:paraId="0142DF9B" w14:textId="77777777">
        <w:trPr>
          <w:trHeight w:hRule="exact" w:val="894"/>
        </w:trPr>
        <w:tc>
          <w:tcPr>
            <w:tcW w:w="1020" w:type="dxa"/>
          </w:tcPr>
          <w:p w14:paraId="588584DE" w14:textId="77777777" w:rsidR="00EE5938" w:rsidRDefault="00EE5938"/>
        </w:tc>
        <w:tc>
          <w:tcPr>
            <w:tcW w:w="1531" w:type="dxa"/>
          </w:tcPr>
          <w:p w14:paraId="15472898" w14:textId="77777777" w:rsidR="00EE5938" w:rsidRDefault="00EE5938"/>
        </w:tc>
        <w:tc>
          <w:tcPr>
            <w:tcW w:w="4365" w:type="dxa"/>
          </w:tcPr>
          <w:p w14:paraId="65ED10EE" w14:textId="77777777" w:rsidR="00EE5938" w:rsidRDefault="00EE5938"/>
        </w:tc>
        <w:tc>
          <w:tcPr>
            <w:tcW w:w="1361" w:type="dxa"/>
          </w:tcPr>
          <w:p w14:paraId="52AF5FC3" w14:textId="77777777" w:rsidR="00EE5938" w:rsidRDefault="00EE5938"/>
        </w:tc>
        <w:tc>
          <w:tcPr>
            <w:tcW w:w="1361" w:type="dxa"/>
          </w:tcPr>
          <w:p w14:paraId="2CF9ABDC" w14:textId="77777777" w:rsidR="00EE5938" w:rsidRDefault="00EE5938"/>
        </w:tc>
      </w:tr>
      <w:tr w:rsidR="00EE5938" w14:paraId="0AA25739" w14:textId="77777777">
        <w:trPr>
          <w:trHeight w:hRule="exact" w:val="894"/>
        </w:trPr>
        <w:tc>
          <w:tcPr>
            <w:tcW w:w="1020" w:type="dxa"/>
          </w:tcPr>
          <w:p w14:paraId="7D88F820" w14:textId="77777777" w:rsidR="00EE5938" w:rsidRDefault="00EE5938"/>
        </w:tc>
        <w:tc>
          <w:tcPr>
            <w:tcW w:w="1531" w:type="dxa"/>
          </w:tcPr>
          <w:p w14:paraId="0AA3D406" w14:textId="77777777" w:rsidR="00EE5938" w:rsidRDefault="00EE5938"/>
        </w:tc>
        <w:tc>
          <w:tcPr>
            <w:tcW w:w="4365" w:type="dxa"/>
          </w:tcPr>
          <w:p w14:paraId="4A099484" w14:textId="77777777" w:rsidR="00EE5938" w:rsidRDefault="00EE5938"/>
        </w:tc>
        <w:tc>
          <w:tcPr>
            <w:tcW w:w="1361" w:type="dxa"/>
          </w:tcPr>
          <w:p w14:paraId="6C93577A" w14:textId="77777777" w:rsidR="00EE5938" w:rsidRDefault="00EE5938"/>
        </w:tc>
        <w:tc>
          <w:tcPr>
            <w:tcW w:w="1361" w:type="dxa"/>
          </w:tcPr>
          <w:p w14:paraId="6B8FE71E" w14:textId="77777777" w:rsidR="00EE5938" w:rsidRDefault="00EE5938"/>
        </w:tc>
      </w:tr>
      <w:tr w:rsidR="00EE5938" w14:paraId="235FA0C5" w14:textId="77777777">
        <w:trPr>
          <w:trHeight w:hRule="exact" w:val="894"/>
        </w:trPr>
        <w:tc>
          <w:tcPr>
            <w:tcW w:w="1020" w:type="dxa"/>
          </w:tcPr>
          <w:p w14:paraId="10F8D9C9" w14:textId="77777777" w:rsidR="00EE5938" w:rsidRDefault="00EE5938"/>
        </w:tc>
        <w:tc>
          <w:tcPr>
            <w:tcW w:w="1531" w:type="dxa"/>
          </w:tcPr>
          <w:p w14:paraId="35C7B0B6" w14:textId="77777777" w:rsidR="00EE5938" w:rsidRDefault="00EE5938"/>
        </w:tc>
        <w:tc>
          <w:tcPr>
            <w:tcW w:w="4365" w:type="dxa"/>
          </w:tcPr>
          <w:p w14:paraId="48D314E7" w14:textId="77777777" w:rsidR="00EE5938" w:rsidRDefault="00EE5938"/>
        </w:tc>
        <w:tc>
          <w:tcPr>
            <w:tcW w:w="1361" w:type="dxa"/>
          </w:tcPr>
          <w:p w14:paraId="64D5B323" w14:textId="77777777" w:rsidR="00EE5938" w:rsidRDefault="00EE5938"/>
        </w:tc>
        <w:tc>
          <w:tcPr>
            <w:tcW w:w="1361" w:type="dxa"/>
          </w:tcPr>
          <w:p w14:paraId="75464205" w14:textId="77777777" w:rsidR="00EE5938" w:rsidRDefault="00EE5938"/>
        </w:tc>
      </w:tr>
      <w:tr w:rsidR="00EE5938" w14:paraId="03BFD9DF" w14:textId="77777777">
        <w:trPr>
          <w:trHeight w:hRule="exact" w:val="894"/>
        </w:trPr>
        <w:tc>
          <w:tcPr>
            <w:tcW w:w="1020" w:type="dxa"/>
          </w:tcPr>
          <w:p w14:paraId="26A76F13" w14:textId="77777777" w:rsidR="00EE5938" w:rsidRDefault="00EE5938"/>
        </w:tc>
        <w:tc>
          <w:tcPr>
            <w:tcW w:w="1531" w:type="dxa"/>
          </w:tcPr>
          <w:p w14:paraId="005CE6A6" w14:textId="77777777" w:rsidR="00EE5938" w:rsidRDefault="00EE5938"/>
        </w:tc>
        <w:tc>
          <w:tcPr>
            <w:tcW w:w="4365" w:type="dxa"/>
          </w:tcPr>
          <w:p w14:paraId="0709315F" w14:textId="77777777" w:rsidR="00EE5938" w:rsidRDefault="00EE5938"/>
        </w:tc>
        <w:tc>
          <w:tcPr>
            <w:tcW w:w="1361" w:type="dxa"/>
          </w:tcPr>
          <w:p w14:paraId="06B7AC6F" w14:textId="77777777" w:rsidR="00EE5938" w:rsidRDefault="00EE5938"/>
        </w:tc>
        <w:tc>
          <w:tcPr>
            <w:tcW w:w="1361" w:type="dxa"/>
          </w:tcPr>
          <w:p w14:paraId="4F5ED28A" w14:textId="77777777" w:rsidR="00EE5938" w:rsidRDefault="00EE5938"/>
        </w:tc>
      </w:tr>
    </w:tbl>
    <w:p w14:paraId="7215F582" w14:textId="77777777" w:rsidR="00EE5938" w:rsidRDefault="00000000">
      <w:pPr>
        <w:pageBreakBefore/>
        <w:spacing w:after="80"/>
      </w:pPr>
      <w:r>
        <w:rPr>
          <w:b/>
          <w:color w:val="231F20"/>
          <w:sz w:val="21"/>
        </w:rPr>
        <w:lastRenderedPageBreak/>
        <w:t xml:space="preserve">Päivä 4 / Päivämäärä:  </w:t>
      </w:r>
      <w:r>
        <w:rPr>
          <w:color w:val="8A8C8E"/>
          <w:sz w:val="21"/>
        </w:rPr>
        <w:t>____________________________________________</w:t>
      </w:r>
    </w:p>
    <w:tbl>
      <w:tblPr>
        <w:tblW w:w="0" w:type="auto"/>
        <w:tblBorders>
          <w:top w:val="single" w:sz="4" w:space="0" w:color="5F883B"/>
          <w:left w:val="single" w:sz="4" w:space="0" w:color="5F883B"/>
          <w:bottom w:val="single" w:sz="4" w:space="0" w:color="5F883B"/>
          <w:right w:val="single" w:sz="4" w:space="0" w:color="5F883B"/>
          <w:insideH w:val="single" w:sz="4" w:space="0" w:color="5F883B"/>
          <w:insideV w:val="single" w:sz="4" w:space="0" w:color="5F883B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31"/>
        <w:gridCol w:w="4365"/>
        <w:gridCol w:w="1361"/>
        <w:gridCol w:w="1361"/>
      </w:tblGrid>
      <w:tr w:rsidR="00EE5938" w14:paraId="438F7AFE" w14:textId="77777777">
        <w:trPr>
          <w:trHeight w:hRule="exact" w:val="481"/>
        </w:trPr>
        <w:tc>
          <w:tcPr>
            <w:tcW w:w="1020" w:type="dxa"/>
            <w:shd w:val="clear" w:color="auto" w:fill="D0E8BB"/>
            <w:vAlign w:val="center"/>
          </w:tcPr>
          <w:p w14:paraId="4F787097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Aika</w:t>
            </w:r>
          </w:p>
        </w:tc>
        <w:tc>
          <w:tcPr>
            <w:tcW w:w="1531" w:type="dxa"/>
            <w:shd w:val="clear" w:color="auto" w:fill="D0E8BB"/>
            <w:vAlign w:val="center"/>
          </w:tcPr>
          <w:p w14:paraId="5A842E24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Paikka</w:t>
            </w:r>
          </w:p>
        </w:tc>
        <w:tc>
          <w:tcPr>
            <w:tcW w:w="4365" w:type="dxa"/>
            <w:shd w:val="clear" w:color="auto" w:fill="D0E8BB"/>
            <w:vAlign w:val="center"/>
          </w:tcPr>
          <w:p w14:paraId="1BEAFA64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Ruoat ja Juomat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2094839B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Syöty Määrä</w:t>
            </w:r>
          </w:p>
        </w:tc>
        <w:tc>
          <w:tcPr>
            <w:tcW w:w="1361" w:type="dxa"/>
            <w:shd w:val="clear" w:color="auto" w:fill="D0E8BB"/>
            <w:vAlign w:val="center"/>
          </w:tcPr>
          <w:p w14:paraId="7C898A67" w14:textId="77777777" w:rsidR="00EE5938" w:rsidRDefault="00000000">
            <w:pPr>
              <w:spacing w:before="20" w:after="20"/>
              <w:jc w:val="center"/>
            </w:pPr>
            <w:r>
              <w:rPr>
                <w:b/>
                <w:color w:val="5F883B"/>
                <w:sz w:val="19"/>
              </w:rPr>
              <w:t>Huomioita</w:t>
            </w:r>
          </w:p>
        </w:tc>
      </w:tr>
      <w:tr w:rsidR="00EE5938" w14:paraId="5CB00508" w14:textId="77777777">
        <w:trPr>
          <w:trHeight w:hRule="exact" w:val="894"/>
        </w:trPr>
        <w:tc>
          <w:tcPr>
            <w:tcW w:w="1020" w:type="dxa"/>
          </w:tcPr>
          <w:p w14:paraId="726E3990" w14:textId="77777777" w:rsidR="00EE5938" w:rsidRDefault="00EE5938"/>
        </w:tc>
        <w:tc>
          <w:tcPr>
            <w:tcW w:w="1531" w:type="dxa"/>
          </w:tcPr>
          <w:p w14:paraId="09A33A9C" w14:textId="77777777" w:rsidR="00EE5938" w:rsidRDefault="00EE5938"/>
        </w:tc>
        <w:tc>
          <w:tcPr>
            <w:tcW w:w="4365" w:type="dxa"/>
          </w:tcPr>
          <w:p w14:paraId="560C185C" w14:textId="77777777" w:rsidR="00EE5938" w:rsidRDefault="00EE5938"/>
        </w:tc>
        <w:tc>
          <w:tcPr>
            <w:tcW w:w="1361" w:type="dxa"/>
          </w:tcPr>
          <w:p w14:paraId="290F6946" w14:textId="77777777" w:rsidR="00EE5938" w:rsidRDefault="00EE5938"/>
        </w:tc>
        <w:tc>
          <w:tcPr>
            <w:tcW w:w="1361" w:type="dxa"/>
          </w:tcPr>
          <w:p w14:paraId="4F4672D4" w14:textId="77777777" w:rsidR="00EE5938" w:rsidRDefault="00EE5938"/>
        </w:tc>
      </w:tr>
      <w:tr w:rsidR="00EE5938" w14:paraId="4720F7A5" w14:textId="77777777">
        <w:trPr>
          <w:trHeight w:hRule="exact" w:val="894"/>
        </w:trPr>
        <w:tc>
          <w:tcPr>
            <w:tcW w:w="1020" w:type="dxa"/>
          </w:tcPr>
          <w:p w14:paraId="67BDF1D3" w14:textId="77777777" w:rsidR="00EE5938" w:rsidRDefault="00EE5938"/>
        </w:tc>
        <w:tc>
          <w:tcPr>
            <w:tcW w:w="1531" w:type="dxa"/>
          </w:tcPr>
          <w:p w14:paraId="7CF31765" w14:textId="77777777" w:rsidR="00EE5938" w:rsidRDefault="00EE5938"/>
        </w:tc>
        <w:tc>
          <w:tcPr>
            <w:tcW w:w="4365" w:type="dxa"/>
          </w:tcPr>
          <w:p w14:paraId="14D5858A" w14:textId="77777777" w:rsidR="00EE5938" w:rsidRDefault="00EE5938"/>
        </w:tc>
        <w:tc>
          <w:tcPr>
            <w:tcW w:w="1361" w:type="dxa"/>
          </w:tcPr>
          <w:p w14:paraId="5E70BEBF" w14:textId="77777777" w:rsidR="00EE5938" w:rsidRDefault="00EE5938"/>
        </w:tc>
        <w:tc>
          <w:tcPr>
            <w:tcW w:w="1361" w:type="dxa"/>
          </w:tcPr>
          <w:p w14:paraId="26528765" w14:textId="77777777" w:rsidR="00EE5938" w:rsidRDefault="00EE5938"/>
        </w:tc>
      </w:tr>
      <w:tr w:rsidR="00EE5938" w14:paraId="50A423C8" w14:textId="77777777">
        <w:trPr>
          <w:trHeight w:hRule="exact" w:val="894"/>
        </w:trPr>
        <w:tc>
          <w:tcPr>
            <w:tcW w:w="1020" w:type="dxa"/>
          </w:tcPr>
          <w:p w14:paraId="56C9597E" w14:textId="77777777" w:rsidR="00EE5938" w:rsidRDefault="00EE5938"/>
        </w:tc>
        <w:tc>
          <w:tcPr>
            <w:tcW w:w="1531" w:type="dxa"/>
          </w:tcPr>
          <w:p w14:paraId="057B2DD7" w14:textId="77777777" w:rsidR="00EE5938" w:rsidRDefault="00EE5938"/>
        </w:tc>
        <w:tc>
          <w:tcPr>
            <w:tcW w:w="4365" w:type="dxa"/>
          </w:tcPr>
          <w:p w14:paraId="619A3645" w14:textId="77777777" w:rsidR="00EE5938" w:rsidRDefault="00EE5938"/>
        </w:tc>
        <w:tc>
          <w:tcPr>
            <w:tcW w:w="1361" w:type="dxa"/>
          </w:tcPr>
          <w:p w14:paraId="7420D280" w14:textId="77777777" w:rsidR="00EE5938" w:rsidRDefault="00EE5938"/>
        </w:tc>
        <w:tc>
          <w:tcPr>
            <w:tcW w:w="1361" w:type="dxa"/>
          </w:tcPr>
          <w:p w14:paraId="2A3865BF" w14:textId="77777777" w:rsidR="00EE5938" w:rsidRDefault="00EE5938"/>
        </w:tc>
      </w:tr>
      <w:tr w:rsidR="00EE5938" w14:paraId="3D53BAA0" w14:textId="77777777">
        <w:trPr>
          <w:trHeight w:hRule="exact" w:val="894"/>
        </w:trPr>
        <w:tc>
          <w:tcPr>
            <w:tcW w:w="1020" w:type="dxa"/>
          </w:tcPr>
          <w:p w14:paraId="43FD8FDD" w14:textId="77777777" w:rsidR="00EE5938" w:rsidRDefault="00EE5938"/>
        </w:tc>
        <w:tc>
          <w:tcPr>
            <w:tcW w:w="1531" w:type="dxa"/>
          </w:tcPr>
          <w:p w14:paraId="7184F3D0" w14:textId="77777777" w:rsidR="00EE5938" w:rsidRDefault="00EE5938"/>
        </w:tc>
        <w:tc>
          <w:tcPr>
            <w:tcW w:w="4365" w:type="dxa"/>
          </w:tcPr>
          <w:p w14:paraId="148A6D4C" w14:textId="77777777" w:rsidR="00EE5938" w:rsidRDefault="00EE5938"/>
        </w:tc>
        <w:tc>
          <w:tcPr>
            <w:tcW w:w="1361" w:type="dxa"/>
          </w:tcPr>
          <w:p w14:paraId="1D8FC451" w14:textId="77777777" w:rsidR="00EE5938" w:rsidRDefault="00EE5938"/>
        </w:tc>
        <w:tc>
          <w:tcPr>
            <w:tcW w:w="1361" w:type="dxa"/>
          </w:tcPr>
          <w:p w14:paraId="2F6B2ABF" w14:textId="77777777" w:rsidR="00EE5938" w:rsidRDefault="00EE5938"/>
        </w:tc>
      </w:tr>
      <w:tr w:rsidR="00EE5938" w14:paraId="559B6FAC" w14:textId="77777777">
        <w:trPr>
          <w:trHeight w:hRule="exact" w:val="894"/>
        </w:trPr>
        <w:tc>
          <w:tcPr>
            <w:tcW w:w="1020" w:type="dxa"/>
          </w:tcPr>
          <w:p w14:paraId="502B72C7" w14:textId="77777777" w:rsidR="00EE5938" w:rsidRDefault="00EE5938"/>
        </w:tc>
        <w:tc>
          <w:tcPr>
            <w:tcW w:w="1531" w:type="dxa"/>
          </w:tcPr>
          <w:p w14:paraId="2DDF104A" w14:textId="77777777" w:rsidR="00EE5938" w:rsidRDefault="00EE5938"/>
        </w:tc>
        <w:tc>
          <w:tcPr>
            <w:tcW w:w="4365" w:type="dxa"/>
          </w:tcPr>
          <w:p w14:paraId="6180B21C" w14:textId="77777777" w:rsidR="00EE5938" w:rsidRDefault="00EE5938"/>
        </w:tc>
        <w:tc>
          <w:tcPr>
            <w:tcW w:w="1361" w:type="dxa"/>
          </w:tcPr>
          <w:p w14:paraId="213DC41A" w14:textId="77777777" w:rsidR="00EE5938" w:rsidRDefault="00EE5938"/>
        </w:tc>
        <w:tc>
          <w:tcPr>
            <w:tcW w:w="1361" w:type="dxa"/>
          </w:tcPr>
          <w:p w14:paraId="5998CA72" w14:textId="77777777" w:rsidR="00EE5938" w:rsidRDefault="00EE5938"/>
        </w:tc>
      </w:tr>
      <w:tr w:rsidR="00EE5938" w14:paraId="6FB0864D" w14:textId="77777777">
        <w:trPr>
          <w:trHeight w:hRule="exact" w:val="894"/>
        </w:trPr>
        <w:tc>
          <w:tcPr>
            <w:tcW w:w="1020" w:type="dxa"/>
          </w:tcPr>
          <w:p w14:paraId="471807C7" w14:textId="77777777" w:rsidR="00EE5938" w:rsidRDefault="00EE5938"/>
        </w:tc>
        <w:tc>
          <w:tcPr>
            <w:tcW w:w="1531" w:type="dxa"/>
          </w:tcPr>
          <w:p w14:paraId="7FEF4584" w14:textId="77777777" w:rsidR="00EE5938" w:rsidRDefault="00EE5938"/>
        </w:tc>
        <w:tc>
          <w:tcPr>
            <w:tcW w:w="4365" w:type="dxa"/>
          </w:tcPr>
          <w:p w14:paraId="194ACC32" w14:textId="77777777" w:rsidR="00EE5938" w:rsidRDefault="00EE5938"/>
        </w:tc>
        <w:tc>
          <w:tcPr>
            <w:tcW w:w="1361" w:type="dxa"/>
          </w:tcPr>
          <w:p w14:paraId="65885B93" w14:textId="77777777" w:rsidR="00EE5938" w:rsidRDefault="00EE5938"/>
        </w:tc>
        <w:tc>
          <w:tcPr>
            <w:tcW w:w="1361" w:type="dxa"/>
          </w:tcPr>
          <w:p w14:paraId="3B2E0632" w14:textId="77777777" w:rsidR="00EE5938" w:rsidRDefault="00EE5938"/>
        </w:tc>
      </w:tr>
      <w:tr w:rsidR="00EE5938" w14:paraId="57CBCED5" w14:textId="77777777">
        <w:trPr>
          <w:trHeight w:hRule="exact" w:val="894"/>
        </w:trPr>
        <w:tc>
          <w:tcPr>
            <w:tcW w:w="1020" w:type="dxa"/>
          </w:tcPr>
          <w:p w14:paraId="621D2584" w14:textId="77777777" w:rsidR="00EE5938" w:rsidRDefault="00EE5938"/>
        </w:tc>
        <w:tc>
          <w:tcPr>
            <w:tcW w:w="1531" w:type="dxa"/>
          </w:tcPr>
          <w:p w14:paraId="1335283A" w14:textId="77777777" w:rsidR="00EE5938" w:rsidRDefault="00EE5938"/>
        </w:tc>
        <w:tc>
          <w:tcPr>
            <w:tcW w:w="4365" w:type="dxa"/>
          </w:tcPr>
          <w:p w14:paraId="7954E26D" w14:textId="77777777" w:rsidR="00EE5938" w:rsidRDefault="00EE5938"/>
        </w:tc>
        <w:tc>
          <w:tcPr>
            <w:tcW w:w="1361" w:type="dxa"/>
          </w:tcPr>
          <w:p w14:paraId="487F79FD" w14:textId="77777777" w:rsidR="00EE5938" w:rsidRDefault="00EE5938"/>
        </w:tc>
        <w:tc>
          <w:tcPr>
            <w:tcW w:w="1361" w:type="dxa"/>
          </w:tcPr>
          <w:p w14:paraId="5D77CBA1" w14:textId="77777777" w:rsidR="00EE5938" w:rsidRDefault="00EE5938"/>
        </w:tc>
      </w:tr>
      <w:tr w:rsidR="00EE5938" w14:paraId="7A33CDC6" w14:textId="77777777">
        <w:trPr>
          <w:trHeight w:hRule="exact" w:val="894"/>
        </w:trPr>
        <w:tc>
          <w:tcPr>
            <w:tcW w:w="1020" w:type="dxa"/>
          </w:tcPr>
          <w:p w14:paraId="40CA9812" w14:textId="77777777" w:rsidR="00EE5938" w:rsidRDefault="00EE5938"/>
        </w:tc>
        <w:tc>
          <w:tcPr>
            <w:tcW w:w="1531" w:type="dxa"/>
          </w:tcPr>
          <w:p w14:paraId="3738CA73" w14:textId="77777777" w:rsidR="00EE5938" w:rsidRDefault="00EE5938"/>
        </w:tc>
        <w:tc>
          <w:tcPr>
            <w:tcW w:w="4365" w:type="dxa"/>
          </w:tcPr>
          <w:p w14:paraId="18BB6470" w14:textId="77777777" w:rsidR="00EE5938" w:rsidRDefault="00EE5938"/>
        </w:tc>
        <w:tc>
          <w:tcPr>
            <w:tcW w:w="1361" w:type="dxa"/>
          </w:tcPr>
          <w:p w14:paraId="6808DB2D" w14:textId="77777777" w:rsidR="00EE5938" w:rsidRDefault="00EE5938"/>
        </w:tc>
        <w:tc>
          <w:tcPr>
            <w:tcW w:w="1361" w:type="dxa"/>
          </w:tcPr>
          <w:p w14:paraId="36CD39EB" w14:textId="77777777" w:rsidR="00EE5938" w:rsidRDefault="00EE5938"/>
        </w:tc>
      </w:tr>
      <w:tr w:rsidR="00EE5938" w14:paraId="43CBEA7D" w14:textId="77777777">
        <w:trPr>
          <w:trHeight w:hRule="exact" w:val="894"/>
        </w:trPr>
        <w:tc>
          <w:tcPr>
            <w:tcW w:w="1020" w:type="dxa"/>
          </w:tcPr>
          <w:p w14:paraId="306A2A3A" w14:textId="77777777" w:rsidR="00EE5938" w:rsidRDefault="00EE5938"/>
        </w:tc>
        <w:tc>
          <w:tcPr>
            <w:tcW w:w="1531" w:type="dxa"/>
          </w:tcPr>
          <w:p w14:paraId="73E2D24D" w14:textId="77777777" w:rsidR="00EE5938" w:rsidRDefault="00EE5938"/>
        </w:tc>
        <w:tc>
          <w:tcPr>
            <w:tcW w:w="4365" w:type="dxa"/>
          </w:tcPr>
          <w:p w14:paraId="5FAACF01" w14:textId="77777777" w:rsidR="00EE5938" w:rsidRDefault="00EE5938"/>
        </w:tc>
        <w:tc>
          <w:tcPr>
            <w:tcW w:w="1361" w:type="dxa"/>
          </w:tcPr>
          <w:p w14:paraId="36D43CF2" w14:textId="77777777" w:rsidR="00EE5938" w:rsidRDefault="00EE5938"/>
        </w:tc>
        <w:tc>
          <w:tcPr>
            <w:tcW w:w="1361" w:type="dxa"/>
          </w:tcPr>
          <w:p w14:paraId="0732D2C1" w14:textId="77777777" w:rsidR="00EE5938" w:rsidRDefault="00EE5938"/>
        </w:tc>
      </w:tr>
      <w:tr w:rsidR="00EE5938" w14:paraId="08BAFFC7" w14:textId="77777777">
        <w:trPr>
          <w:trHeight w:hRule="exact" w:val="894"/>
        </w:trPr>
        <w:tc>
          <w:tcPr>
            <w:tcW w:w="1020" w:type="dxa"/>
          </w:tcPr>
          <w:p w14:paraId="00EF95FB" w14:textId="77777777" w:rsidR="00EE5938" w:rsidRDefault="00EE5938"/>
        </w:tc>
        <w:tc>
          <w:tcPr>
            <w:tcW w:w="1531" w:type="dxa"/>
          </w:tcPr>
          <w:p w14:paraId="02596620" w14:textId="77777777" w:rsidR="00EE5938" w:rsidRDefault="00EE5938"/>
        </w:tc>
        <w:tc>
          <w:tcPr>
            <w:tcW w:w="4365" w:type="dxa"/>
          </w:tcPr>
          <w:p w14:paraId="3AAF85FC" w14:textId="77777777" w:rsidR="00EE5938" w:rsidRDefault="00EE5938"/>
        </w:tc>
        <w:tc>
          <w:tcPr>
            <w:tcW w:w="1361" w:type="dxa"/>
          </w:tcPr>
          <w:p w14:paraId="7AB3E7E6" w14:textId="77777777" w:rsidR="00EE5938" w:rsidRDefault="00EE5938"/>
        </w:tc>
        <w:tc>
          <w:tcPr>
            <w:tcW w:w="1361" w:type="dxa"/>
          </w:tcPr>
          <w:p w14:paraId="62D461DB" w14:textId="77777777" w:rsidR="00EE5938" w:rsidRDefault="00EE5938"/>
        </w:tc>
      </w:tr>
      <w:tr w:rsidR="00EE5938" w14:paraId="692ECA65" w14:textId="77777777">
        <w:trPr>
          <w:trHeight w:hRule="exact" w:val="894"/>
        </w:trPr>
        <w:tc>
          <w:tcPr>
            <w:tcW w:w="1020" w:type="dxa"/>
          </w:tcPr>
          <w:p w14:paraId="08F33A61" w14:textId="77777777" w:rsidR="00EE5938" w:rsidRDefault="00EE5938"/>
        </w:tc>
        <w:tc>
          <w:tcPr>
            <w:tcW w:w="1531" w:type="dxa"/>
          </w:tcPr>
          <w:p w14:paraId="761360D8" w14:textId="77777777" w:rsidR="00EE5938" w:rsidRDefault="00EE5938"/>
        </w:tc>
        <w:tc>
          <w:tcPr>
            <w:tcW w:w="4365" w:type="dxa"/>
          </w:tcPr>
          <w:p w14:paraId="607734DB" w14:textId="77777777" w:rsidR="00EE5938" w:rsidRDefault="00EE5938"/>
        </w:tc>
        <w:tc>
          <w:tcPr>
            <w:tcW w:w="1361" w:type="dxa"/>
          </w:tcPr>
          <w:p w14:paraId="58338F19" w14:textId="77777777" w:rsidR="00EE5938" w:rsidRDefault="00EE5938"/>
        </w:tc>
        <w:tc>
          <w:tcPr>
            <w:tcW w:w="1361" w:type="dxa"/>
          </w:tcPr>
          <w:p w14:paraId="4D058E3E" w14:textId="77777777" w:rsidR="00EE5938" w:rsidRDefault="00EE5938"/>
        </w:tc>
      </w:tr>
      <w:tr w:rsidR="00EE5938" w14:paraId="3A786C62" w14:textId="77777777">
        <w:trPr>
          <w:trHeight w:hRule="exact" w:val="894"/>
        </w:trPr>
        <w:tc>
          <w:tcPr>
            <w:tcW w:w="1020" w:type="dxa"/>
          </w:tcPr>
          <w:p w14:paraId="431777C8" w14:textId="77777777" w:rsidR="00EE5938" w:rsidRDefault="00EE5938"/>
        </w:tc>
        <w:tc>
          <w:tcPr>
            <w:tcW w:w="1531" w:type="dxa"/>
          </w:tcPr>
          <w:p w14:paraId="765B0D7E" w14:textId="77777777" w:rsidR="00EE5938" w:rsidRDefault="00EE5938"/>
        </w:tc>
        <w:tc>
          <w:tcPr>
            <w:tcW w:w="4365" w:type="dxa"/>
          </w:tcPr>
          <w:p w14:paraId="1E2192D0" w14:textId="77777777" w:rsidR="00EE5938" w:rsidRDefault="00EE5938"/>
        </w:tc>
        <w:tc>
          <w:tcPr>
            <w:tcW w:w="1361" w:type="dxa"/>
          </w:tcPr>
          <w:p w14:paraId="0909E898" w14:textId="77777777" w:rsidR="00EE5938" w:rsidRDefault="00EE5938"/>
        </w:tc>
        <w:tc>
          <w:tcPr>
            <w:tcW w:w="1361" w:type="dxa"/>
          </w:tcPr>
          <w:p w14:paraId="5C2CB714" w14:textId="77777777" w:rsidR="00EE5938" w:rsidRDefault="00EE5938"/>
        </w:tc>
      </w:tr>
      <w:tr w:rsidR="00EE5938" w14:paraId="223360EE" w14:textId="77777777">
        <w:trPr>
          <w:trHeight w:hRule="exact" w:val="894"/>
        </w:trPr>
        <w:tc>
          <w:tcPr>
            <w:tcW w:w="1020" w:type="dxa"/>
          </w:tcPr>
          <w:p w14:paraId="38E2B794" w14:textId="77777777" w:rsidR="00EE5938" w:rsidRDefault="00EE5938"/>
        </w:tc>
        <w:tc>
          <w:tcPr>
            <w:tcW w:w="1531" w:type="dxa"/>
          </w:tcPr>
          <w:p w14:paraId="6CA989A5" w14:textId="77777777" w:rsidR="00EE5938" w:rsidRDefault="00EE5938"/>
        </w:tc>
        <w:tc>
          <w:tcPr>
            <w:tcW w:w="4365" w:type="dxa"/>
          </w:tcPr>
          <w:p w14:paraId="3F1279D3" w14:textId="77777777" w:rsidR="00EE5938" w:rsidRDefault="00EE5938"/>
        </w:tc>
        <w:tc>
          <w:tcPr>
            <w:tcW w:w="1361" w:type="dxa"/>
          </w:tcPr>
          <w:p w14:paraId="42D8694C" w14:textId="77777777" w:rsidR="00EE5938" w:rsidRDefault="00EE5938"/>
        </w:tc>
        <w:tc>
          <w:tcPr>
            <w:tcW w:w="1361" w:type="dxa"/>
          </w:tcPr>
          <w:p w14:paraId="034C53B1" w14:textId="77777777" w:rsidR="00EE5938" w:rsidRDefault="00EE5938"/>
        </w:tc>
      </w:tr>
      <w:tr w:rsidR="00EE5938" w14:paraId="05E7F246" w14:textId="77777777">
        <w:trPr>
          <w:trHeight w:hRule="exact" w:val="894"/>
        </w:trPr>
        <w:tc>
          <w:tcPr>
            <w:tcW w:w="1020" w:type="dxa"/>
          </w:tcPr>
          <w:p w14:paraId="281A43B6" w14:textId="77777777" w:rsidR="00EE5938" w:rsidRDefault="00EE5938"/>
        </w:tc>
        <w:tc>
          <w:tcPr>
            <w:tcW w:w="1531" w:type="dxa"/>
          </w:tcPr>
          <w:p w14:paraId="12A45EE8" w14:textId="77777777" w:rsidR="00EE5938" w:rsidRDefault="00EE5938"/>
        </w:tc>
        <w:tc>
          <w:tcPr>
            <w:tcW w:w="4365" w:type="dxa"/>
          </w:tcPr>
          <w:p w14:paraId="46D9B030" w14:textId="77777777" w:rsidR="00EE5938" w:rsidRDefault="00EE5938"/>
        </w:tc>
        <w:tc>
          <w:tcPr>
            <w:tcW w:w="1361" w:type="dxa"/>
          </w:tcPr>
          <w:p w14:paraId="28490D56" w14:textId="77777777" w:rsidR="00EE5938" w:rsidRDefault="00EE5938"/>
        </w:tc>
        <w:tc>
          <w:tcPr>
            <w:tcW w:w="1361" w:type="dxa"/>
          </w:tcPr>
          <w:p w14:paraId="1591654D" w14:textId="77777777" w:rsidR="00EE5938" w:rsidRDefault="00EE5938"/>
        </w:tc>
      </w:tr>
      <w:tr w:rsidR="00EE5938" w14:paraId="3C18095B" w14:textId="77777777">
        <w:trPr>
          <w:trHeight w:hRule="exact" w:val="894"/>
        </w:trPr>
        <w:tc>
          <w:tcPr>
            <w:tcW w:w="1020" w:type="dxa"/>
          </w:tcPr>
          <w:p w14:paraId="2E461CDB" w14:textId="77777777" w:rsidR="00EE5938" w:rsidRDefault="00EE5938"/>
        </w:tc>
        <w:tc>
          <w:tcPr>
            <w:tcW w:w="1531" w:type="dxa"/>
          </w:tcPr>
          <w:p w14:paraId="52CDC497" w14:textId="77777777" w:rsidR="00EE5938" w:rsidRDefault="00EE5938"/>
        </w:tc>
        <w:tc>
          <w:tcPr>
            <w:tcW w:w="4365" w:type="dxa"/>
          </w:tcPr>
          <w:p w14:paraId="3AFBB630" w14:textId="77777777" w:rsidR="00EE5938" w:rsidRDefault="00EE5938"/>
        </w:tc>
        <w:tc>
          <w:tcPr>
            <w:tcW w:w="1361" w:type="dxa"/>
          </w:tcPr>
          <w:p w14:paraId="65892767" w14:textId="77777777" w:rsidR="00EE5938" w:rsidRDefault="00EE5938"/>
        </w:tc>
        <w:tc>
          <w:tcPr>
            <w:tcW w:w="1361" w:type="dxa"/>
          </w:tcPr>
          <w:p w14:paraId="59B97DB2" w14:textId="77777777" w:rsidR="00EE5938" w:rsidRDefault="00EE5938"/>
        </w:tc>
      </w:tr>
    </w:tbl>
    <w:p w14:paraId="012BACEC" w14:textId="33ECAC83" w:rsidR="00BC376E" w:rsidRDefault="003139D7">
      <w:proofErr w:type="spellStart"/>
      <w:r>
        <w:lastRenderedPageBreak/>
        <w:t>Muuta</w:t>
      </w:r>
      <w:proofErr w:type="spellEnd"/>
      <w:r>
        <w:t xml:space="preserve"> </w:t>
      </w:r>
      <w:proofErr w:type="spellStart"/>
      <w:r>
        <w:t>huomiota</w:t>
      </w:r>
      <w:proofErr w:type="spellEnd"/>
      <w:r>
        <w:t>:</w:t>
      </w:r>
    </w:p>
    <w:sectPr w:rsidR="00BC376E" w:rsidSect="00034616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7648481">
    <w:abstractNumId w:val="8"/>
  </w:num>
  <w:num w:numId="2" w16cid:durableId="1052581728">
    <w:abstractNumId w:val="6"/>
  </w:num>
  <w:num w:numId="3" w16cid:durableId="2056813785">
    <w:abstractNumId w:val="5"/>
  </w:num>
  <w:num w:numId="4" w16cid:durableId="103156608">
    <w:abstractNumId w:val="4"/>
  </w:num>
  <w:num w:numId="5" w16cid:durableId="1328895948">
    <w:abstractNumId w:val="7"/>
  </w:num>
  <w:num w:numId="6" w16cid:durableId="1723213322">
    <w:abstractNumId w:val="3"/>
  </w:num>
  <w:num w:numId="7" w16cid:durableId="899907117">
    <w:abstractNumId w:val="2"/>
  </w:num>
  <w:num w:numId="8" w16cid:durableId="1323049746">
    <w:abstractNumId w:val="1"/>
  </w:num>
  <w:num w:numId="9" w16cid:durableId="1236943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9D7"/>
    <w:rsid w:val="00326F90"/>
    <w:rsid w:val="004F0A82"/>
    <w:rsid w:val="00AA1D8D"/>
    <w:rsid w:val="00B47730"/>
    <w:rsid w:val="00BC376E"/>
    <w:rsid w:val="00C944A4"/>
    <w:rsid w:val="00CB0664"/>
    <w:rsid w:val="00EE59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1C395"/>
  <w14:defaultImageDpi w14:val="300"/>
  <w15:docId w15:val="{593D0457-1D3D-F748-9185-24EAC5B0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</Words>
  <Characters>1745</Characters>
  <Application>Microsoft Office Word</Application>
  <DocSecurity>0</DocSecurity>
  <Lines>14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 Voutilainen</cp:lastModifiedBy>
  <cp:revision>2</cp:revision>
  <dcterms:created xsi:type="dcterms:W3CDTF">2026-08-07T13:53:00Z</dcterms:created>
  <dcterms:modified xsi:type="dcterms:W3CDTF">2026-08-07T13:53:00Z</dcterms:modified>
  <cp:category/>
</cp:coreProperties>
</file>