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7C088" w14:textId="77777777" w:rsidR="00ED3CAD" w:rsidRPr="006C0D7C" w:rsidRDefault="00000000">
      <w:pPr>
        <w:jc w:val="center"/>
      </w:pPr>
      <w:r w:rsidRPr="006C0D7C">
        <w:rPr>
          <w:b/>
          <w:sz w:val="30"/>
        </w:rPr>
        <w:t>FICHA DE ACTIVIDAD – PLATAFORMAS DE CREACIÓN DE CONTENIDO</w:t>
      </w:r>
    </w:p>
    <w:p w14:paraId="4411F121" w14:textId="77777777" w:rsidR="00ED3CAD" w:rsidRPr="006C0D7C" w:rsidRDefault="00000000">
      <w:pPr>
        <w:jc w:val="center"/>
      </w:pPr>
      <w:r w:rsidRPr="006C0D7C">
        <w:rPr>
          <w:b/>
        </w:rPr>
        <w:t>Formación Tecnológica – 8° año | Trabajo en parejas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ED3CAD" w:rsidRPr="006C0D7C" w14:paraId="027F109C" w14:textId="77777777">
        <w:trPr>
          <w:jc w:val="center"/>
        </w:trPr>
        <w:tc>
          <w:tcPr>
            <w:tcW w:w="5184" w:type="dxa"/>
          </w:tcPr>
          <w:p w14:paraId="7F5C6304" w14:textId="1D335F66" w:rsidR="00ED3CAD" w:rsidRPr="006C0D7C" w:rsidRDefault="00000000">
            <w:r w:rsidRPr="006C0D7C">
              <w:t xml:space="preserve">Integrantes: </w:t>
            </w:r>
          </w:p>
        </w:tc>
        <w:tc>
          <w:tcPr>
            <w:tcW w:w="5184" w:type="dxa"/>
          </w:tcPr>
          <w:p w14:paraId="164F7D1A" w14:textId="24306EB1" w:rsidR="00ED3CAD" w:rsidRPr="006C0D7C" w:rsidRDefault="00000000">
            <w:r w:rsidRPr="006C0D7C">
              <w:t xml:space="preserve">Sección: </w:t>
            </w:r>
          </w:p>
        </w:tc>
      </w:tr>
      <w:tr w:rsidR="00ED3CAD" w:rsidRPr="006C0D7C" w14:paraId="481A23F4" w14:textId="77777777">
        <w:trPr>
          <w:jc w:val="center"/>
        </w:trPr>
        <w:tc>
          <w:tcPr>
            <w:tcW w:w="5184" w:type="dxa"/>
          </w:tcPr>
          <w:p w14:paraId="5FACF30F" w14:textId="4998BAF8" w:rsidR="00ED3CAD" w:rsidRPr="006C0D7C" w:rsidRDefault="00000000">
            <w:r w:rsidRPr="006C0D7C">
              <w:t>Fecha:</w:t>
            </w:r>
          </w:p>
        </w:tc>
        <w:tc>
          <w:tcPr>
            <w:tcW w:w="5184" w:type="dxa"/>
          </w:tcPr>
          <w:p w14:paraId="08F55DBF" w14:textId="5A2D9D05" w:rsidR="00ED3CAD" w:rsidRPr="006C0D7C" w:rsidRDefault="00000000">
            <w:r w:rsidRPr="006C0D7C">
              <w:t>Plataforma utilizada:</w:t>
            </w:r>
          </w:p>
        </w:tc>
      </w:tr>
    </w:tbl>
    <w:p w14:paraId="2DE230FE" w14:textId="77777777" w:rsidR="00ED3CAD" w:rsidRPr="006C0D7C" w:rsidRDefault="00000000">
      <w:r w:rsidRPr="006C0D7C">
        <w:rPr>
          <w:b/>
          <w:sz w:val="24"/>
        </w:rPr>
        <w:t>Reto de la clase</w:t>
      </w:r>
    </w:p>
    <w:p w14:paraId="597E4295" w14:textId="77777777" w:rsidR="00ED3CAD" w:rsidRPr="006C0D7C" w:rsidRDefault="00000000">
      <w:r w:rsidRPr="006C0D7C">
        <w:t xml:space="preserve">Crear un producto digital que comunique información de manera clara, visual y coherente. Pueden utilizar </w:t>
      </w:r>
      <w:proofErr w:type="spellStart"/>
      <w:r w:rsidRPr="006C0D7C">
        <w:t>Canva</w:t>
      </w:r>
      <w:proofErr w:type="spellEnd"/>
      <w:r w:rsidRPr="006C0D7C">
        <w:t xml:space="preserve">, PowerPoint, </w:t>
      </w:r>
      <w:proofErr w:type="spellStart"/>
      <w:r w:rsidRPr="006C0D7C">
        <w:t>Genially</w:t>
      </w:r>
      <w:proofErr w:type="spellEnd"/>
      <w:r w:rsidRPr="006C0D7C">
        <w:t xml:space="preserve"> u otra plataforma disponible.</w:t>
      </w:r>
    </w:p>
    <w:p w14:paraId="5BCD44D0" w14:textId="77777777" w:rsidR="00ED3CAD" w:rsidRPr="006C0D7C" w:rsidRDefault="00000000">
      <w:r w:rsidRPr="006C0D7C">
        <w:rPr>
          <w:b/>
          <w:sz w:val="24"/>
        </w:rPr>
        <w:t>1. Planifiquen antes de diseñar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84"/>
        <w:gridCol w:w="5184"/>
      </w:tblGrid>
      <w:tr w:rsidR="00ED3CAD" w:rsidRPr="006C0D7C" w14:paraId="6F9561A8" w14:textId="77777777">
        <w:tc>
          <w:tcPr>
            <w:tcW w:w="5184" w:type="dxa"/>
          </w:tcPr>
          <w:p w14:paraId="6CD5D4F9" w14:textId="77777777" w:rsidR="00ED3CAD" w:rsidRPr="006C0D7C" w:rsidRDefault="00000000">
            <w:r w:rsidRPr="006C0D7C">
              <w:rPr>
                <w:b/>
              </w:rPr>
              <w:t>Tema asignado</w:t>
            </w:r>
          </w:p>
        </w:tc>
        <w:tc>
          <w:tcPr>
            <w:tcW w:w="5184" w:type="dxa"/>
          </w:tcPr>
          <w:p w14:paraId="6258467F" w14:textId="77777777" w:rsidR="00ED3CAD" w:rsidRPr="006C0D7C" w:rsidRDefault="00ED3CAD"/>
        </w:tc>
      </w:tr>
      <w:tr w:rsidR="00ED3CAD" w:rsidRPr="006C0D7C" w14:paraId="5800CB13" w14:textId="77777777">
        <w:tc>
          <w:tcPr>
            <w:tcW w:w="5184" w:type="dxa"/>
          </w:tcPr>
          <w:p w14:paraId="50D05CF8" w14:textId="77777777" w:rsidR="00ED3CAD" w:rsidRPr="006C0D7C" w:rsidRDefault="00000000">
            <w:r w:rsidRPr="006C0D7C">
              <w:rPr>
                <w:b/>
              </w:rPr>
              <w:t>¿A quién va dirigido?</w:t>
            </w:r>
          </w:p>
        </w:tc>
        <w:tc>
          <w:tcPr>
            <w:tcW w:w="5184" w:type="dxa"/>
          </w:tcPr>
          <w:p w14:paraId="648B8882" w14:textId="77777777" w:rsidR="00ED3CAD" w:rsidRPr="006C0D7C" w:rsidRDefault="00ED3CAD"/>
        </w:tc>
      </w:tr>
      <w:tr w:rsidR="00ED3CAD" w:rsidRPr="006C0D7C" w14:paraId="2BA7CADA" w14:textId="77777777">
        <w:tc>
          <w:tcPr>
            <w:tcW w:w="5184" w:type="dxa"/>
          </w:tcPr>
          <w:p w14:paraId="317B8EAA" w14:textId="77777777" w:rsidR="00ED3CAD" w:rsidRPr="006C0D7C" w:rsidRDefault="00000000">
            <w:r w:rsidRPr="006C0D7C">
              <w:rPr>
                <w:b/>
              </w:rPr>
              <w:t>Propósito: ¿qué queremos comunicar?</w:t>
            </w:r>
          </w:p>
        </w:tc>
        <w:tc>
          <w:tcPr>
            <w:tcW w:w="5184" w:type="dxa"/>
          </w:tcPr>
          <w:p w14:paraId="6C1CE5C6" w14:textId="77777777" w:rsidR="00ED3CAD" w:rsidRPr="006C0D7C" w:rsidRDefault="00ED3CAD"/>
        </w:tc>
      </w:tr>
      <w:tr w:rsidR="00ED3CAD" w:rsidRPr="006C0D7C" w14:paraId="79C715AD" w14:textId="77777777">
        <w:tc>
          <w:tcPr>
            <w:tcW w:w="5184" w:type="dxa"/>
          </w:tcPr>
          <w:p w14:paraId="5F1DD2A7" w14:textId="77777777" w:rsidR="00ED3CAD" w:rsidRPr="006C0D7C" w:rsidRDefault="00000000">
            <w:r w:rsidRPr="006C0D7C">
              <w:rPr>
                <w:b/>
              </w:rPr>
              <w:t>3 ideas principales</w:t>
            </w:r>
          </w:p>
        </w:tc>
        <w:tc>
          <w:tcPr>
            <w:tcW w:w="5184" w:type="dxa"/>
          </w:tcPr>
          <w:p w14:paraId="1627391F" w14:textId="0F82168D" w:rsidR="00ED3CAD" w:rsidRPr="006C0D7C" w:rsidRDefault="00000000">
            <w:r w:rsidRPr="006C0D7C">
              <w:t xml:space="preserve">1. </w:t>
            </w:r>
            <w:r w:rsidRPr="006C0D7C">
              <w:br/>
              <w:t>2.</w:t>
            </w:r>
            <w:r w:rsidRPr="006C0D7C">
              <w:br/>
              <w:t>3.</w:t>
            </w:r>
          </w:p>
        </w:tc>
      </w:tr>
      <w:tr w:rsidR="00ED3CAD" w:rsidRPr="006C0D7C" w14:paraId="462C5DC9" w14:textId="77777777">
        <w:tc>
          <w:tcPr>
            <w:tcW w:w="5184" w:type="dxa"/>
          </w:tcPr>
          <w:p w14:paraId="65978F9F" w14:textId="77777777" w:rsidR="00ED3CAD" w:rsidRPr="006C0D7C" w:rsidRDefault="00000000">
            <w:r w:rsidRPr="006C0D7C">
              <w:rPr>
                <w:b/>
              </w:rPr>
              <w:t>Formato elegido</w:t>
            </w:r>
          </w:p>
        </w:tc>
        <w:tc>
          <w:tcPr>
            <w:tcW w:w="5184" w:type="dxa"/>
          </w:tcPr>
          <w:p w14:paraId="026DB7AF" w14:textId="1E648594" w:rsidR="00ED3CAD" w:rsidRPr="006C0D7C" w:rsidRDefault="00F26629">
            <w:proofErr w:type="gramStart"/>
            <w:r>
              <w:t>(  )</w:t>
            </w:r>
            <w:proofErr w:type="gramEnd"/>
            <w:r>
              <w:t xml:space="preserve"> </w:t>
            </w:r>
            <w:r w:rsidR="00000000" w:rsidRPr="006C0D7C">
              <w:t xml:space="preserve">Infografía  </w:t>
            </w:r>
            <w:proofErr w:type="gramStart"/>
            <w:r w:rsidR="00000000" w:rsidRPr="006C0D7C">
              <w:t xml:space="preserve">   </w:t>
            </w:r>
            <w:r>
              <w:t>(  )</w:t>
            </w:r>
            <w:proofErr w:type="gramEnd"/>
            <w:r>
              <w:t xml:space="preserve"> </w:t>
            </w:r>
            <w:r w:rsidR="00000000" w:rsidRPr="006C0D7C">
              <w:t xml:space="preserve">Diagrama  </w:t>
            </w:r>
            <w:proofErr w:type="gramStart"/>
            <w:r w:rsidR="00000000" w:rsidRPr="006C0D7C">
              <w:t xml:space="preserve">   </w:t>
            </w:r>
            <w:r>
              <w:t>(  )</w:t>
            </w:r>
            <w:r w:rsidR="00000000" w:rsidRPr="006C0D7C">
              <w:t>Presentación</w:t>
            </w:r>
            <w:proofErr w:type="gramEnd"/>
            <w:r w:rsidR="00000000" w:rsidRPr="006C0D7C">
              <w:t xml:space="preserve"> breve</w:t>
            </w:r>
          </w:p>
        </w:tc>
      </w:tr>
    </w:tbl>
    <w:p w14:paraId="2F16BE1E" w14:textId="77777777" w:rsidR="00ED3CAD" w:rsidRPr="006C0D7C" w:rsidRDefault="00000000">
      <w:r w:rsidRPr="006C0D7C">
        <w:rPr>
          <w:b/>
          <w:sz w:val="24"/>
        </w:rPr>
        <w:t>2. Construyan el producto digital</w:t>
      </w:r>
    </w:p>
    <w:p w14:paraId="16884411" w14:textId="78D47B3A" w:rsidR="00ED3CAD" w:rsidRPr="006C0D7C" w:rsidRDefault="006C0D7C">
      <w:pPr>
        <w:spacing w:after="20"/>
      </w:pPr>
      <w:r w:rsidRPr="006C0D7C">
        <w:t>Seleccionamos</w:t>
      </w:r>
      <w:r w:rsidR="00000000" w:rsidRPr="006C0D7C">
        <w:t xml:space="preserve"> una plantilla o estructura adecuada.</w:t>
      </w:r>
    </w:p>
    <w:p w14:paraId="04A7F860" w14:textId="2CDF4F62" w:rsidR="00ED3CAD" w:rsidRPr="006C0D7C" w:rsidRDefault="006C0D7C" w:rsidP="006C0D7C">
      <w:pPr>
        <w:pStyle w:val="Prrafodelista"/>
        <w:numPr>
          <w:ilvl w:val="0"/>
          <w:numId w:val="10"/>
        </w:numPr>
        <w:spacing w:after="20"/>
      </w:pPr>
      <w:r w:rsidRPr="006C0D7C">
        <w:t>Usamos</w:t>
      </w:r>
      <w:r w:rsidR="00000000" w:rsidRPr="006C0D7C">
        <w:t xml:space="preserve"> un título claro.</w:t>
      </w:r>
    </w:p>
    <w:p w14:paraId="3AF03731" w14:textId="1100508D" w:rsidR="00ED3CAD" w:rsidRPr="006C0D7C" w:rsidRDefault="006C0D7C" w:rsidP="006C0D7C">
      <w:pPr>
        <w:pStyle w:val="Prrafodelista"/>
        <w:numPr>
          <w:ilvl w:val="0"/>
          <w:numId w:val="10"/>
        </w:numPr>
        <w:spacing w:after="20"/>
      </w:pPr>
      <w:r w:rsidRPr="006C0D7C">
        <w:t>Organizamos</w:t>
      </w:r>
      <w:r w:rsidR="00000000" w:rsidRPr="006C0D7C">
        <w:t xml:space="preserve"> la información con títulos, subtítulos o secciones.</w:t>
      </w:r>
    </w:p>
    <w:p w14:paraId="2C82351C" w14:textId="637314BD" w:rsidR="00ED3CAD" w:rsidRPr="006C0D7C" w:rsidRDefault="00000000" w:rsidP="006C0D7C">
      <w:pPr>
        <w:pStyle w:val="Prrafodelista"/>
        <w:numPr>
          <w:ilvl w:val="0"/>
          <w:numId w:val="10"/>
        </w:numPr>
        <w:spacing w:after="20"/>
      </w:pPr>
      <w:r w:rsidRPr="006C0D7C">
        <w:t>Utilizamos textos breves y fáciles de leer.</w:t>
      </w:r>
    </w:p>
    <w:p w14:paraId="1A3C32A4" w14:textId="463EE5FA" w:rsidR="00ED3CAD" w:rsidRPr="006C0D7C" w:rsidRDefault="00000000" w:rsidP="006C0D7C">
      <w:pPr>
        <w:pStyle w:val="Prrafodelista"/>
        <w:numPr>
          <w:ilvl w:val="0"/>
          <w:numId w:val="10"/>
        </w:numPr>
        <w:spacing w:after="20"/>
      </w:pPr>
      <w:r w:rsidRPr="006C0D7C">
        <w:t>Incorporamos imágenes, íconos o formas relacionados con el contenido.</w:t>
      </w:r>
    </w:p>
    <w:p w14:paraId="126F6B4A" w14:textId="1E21098F" w:rsidR="00ED3CAD" w:rsidRPr="006C0D7C" w:rsidRDefault="00000000" w:rsidP="006C0D7C">
      <w:pPr>
        <w:pStyle w:val="Prrafodelista"/>
        <w:numPr>
          <w:ilvl w:val="0"/>
          <w:numId w:val="10"/>
        </w:numPr>
        <w:spacing w:after="20"/>
      </w:pPr>
      <w:r w:rsidRPr="006C0D7C">
        <w:t>Distribuimos los elementos de forma ordenada.</w:t>
      </w:r>
    </w:p>
    <w:p w14:paraId="5773A1B7" w14:textId="5900EDF0" w:rsidR="00ED3CAD" w:rsidRPr="006C0D7C" w:rsidRDefault="00000000" w:rsidP="006C0D7C">
      <w:pPr>
        <w:pStyle w:val="Prrafodelista"/>
        <w:numPr>
          <w:ilvl w:val="0"/>
          <w:numId w:val="10"/>
        </w:numPr>
        <w:spacing w:after="20"/>
      </w:pPr>
      <w:r w:rsidRPr="006C0D7C">
        <w:t>Utilizamos tamaños y tipos de letra legibles.</w:t>
      </w:r>
    </w:p>
    <w:p w14:paraId="0A0FCD4A" w14:textId="5900201A" w:rsidR="00ED3CAD" w:rsidRPr="006C0D7C" w:rsidRDefault="00000000" w:rsidP="006C0D7C">
      <w:pPr>
        <w:pStyle w:val="Prrafodelista"/>
        <w:numPr>
          <w:ilvl w:val="0"/>
          <w:numId w:val="10"/>
        </w:numPr>
        <w:spacing w:after="20"/>
      </w:pPr>
      <w:r w:rsidRPr="006C0D7C">
        <w:t>Usamos colores y recursos visuales con moderación.</w:t>
      </w:r>
    </w:p>
    <w:p w14:paraId="1B434143" w14:textId="77777777" w:rsidR="00ED3CAD" w:rsidRPr="006C0D7C" w:rsidRDefault="00000000">
      <w:r w:rsidRPr="006C0D7C">
        <w:rPr>
          <w:b/>
          <w:sz w:val="24"/>
        </w:rPr>
        <w:t>3. Revisión antes de entregar</w:t>
      </w:r>
    </w:p>
    <w:p w14:paraId="7E2B75B6" w14:textId="703EA7E0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El producto corresponde al propósito comunicativo.</w:t>
      </w:r>
    </w:p>
    <w:p w14:paraId="644FC72B" w14:textId="3EC2A509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Las ideas siguen un orden lógico.</w:t>
      </w:r>
    </w:p>
    <w:p w14:paraId="6398A6CB" w14:textId="732EE332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No hay exceso de texto.</w:t>
      </w:r>
    </w:p>
    <w:p w14:paraId="7243A258" w14:textId="0DF498E0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Las imágenes tienen relación con el mensaje.</w:t>
      </w:r>
    </w:p>
    <w:p w14:paraId="27B7F9B0" w14:textId="2D1CC585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La información se comprende con facilidad.</w:t>
      </w:r>
    </w:p>
    <w:p w14:paraId="57F2A82F" w14:textId="2AC50413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La distribución de los elementos está equilibrada.</w:t>
      </w:r>
    </w:p>
    <w:p w14:paraId="132AE559" w14:textId="15972850" w:rsidR="00ED3CAD" w:rsidRPr="006C0D7C" w:rsidRDefault="00000000" w:rsidP="006C0D7C">
      <w:pPr>
        <w:pStyle w:val="Prrafodelista"/>
        <w:numPr>
          <w:ilvl w:val="0"/>
          <w:numId w:val="11"/>
        </w:numPr>
        <w:spacing w:after="20"/>
      </w:pPr>
      <w:r w:rsidRPr="006C0D7C">
        <w:t>Guardamos el archivo con un nombre adecuado en la ubicación indicada.</w:t>
      </w:r>
    </w:p>
    <w:p w14:paraId="6FAD4BBD" w14:textId="77777777" w:rsidR="00ED3CAD" w:rsidRPr="006C0D7C" w:rsidRDefault="00000000">
      <w:r w:rsidRPr="006C0D7C">
        <w:rPr>
          <w:b/>
          <w:sz w:val="24"/>
        </w:rPr>
        <w:t>4. Reflexión final</w:t>
      </w:r>
    </w:p>
    <w:p w14:paraId="663F8BA4" w14:textId="77777777" w:rsidR="00ED3CAD" w:rsidRDefault="00000000">
      <w:pPr>
        <w:rPr>
          <w:b/>
        </w:rPr>
      </w:pPr>
      <w:r w:rsidRPr="006C0D7C">
        <w:rPr>
          <w:b/>
        </w:rPr>
        <w:t>1. ¿Por qué eligieron ese formato para presentar la información?</w:t>
      </w:r>
    </w:p>
    <w:p w14:paraId="362D2A19" w14:textId="77777777" w:rsidR="006C0D7C" w:rsidRPr="006C0D7C" w:rsidRDefault="006C0D7C"/>
    <w:p w14:paraId="707CE777" w14:textId="77777777" w:rsidR="00ED3CAD" w:rsidRDefault="00000000">
      <w:pPr>
        <w:rPr>
          <w:b/>
        </w:rPr>
      </w:pPr>
      <w:r w:rsidRPr="006C0D7C">
        <w:rPr>
          <w:b/>
        </w:rPr>
        <w:t>2. ¿Qué cambio realizaron para que el contenido fuera más claro o visual?</w:t>
      </w:r>
    </w:p>
    <w:p w14:paraId="1C73761A" w14:textId="77777777" w:rsidR="006C0D7C" w:rsidRPr="006C0D7C" w:rsidRDefault="006C0D7C"/>
    <w:p w14:paraId="69E47B92" w14:textId="77777777" w:rsidR="00ED3CAD" w:rsidRPr="006C0D7C" w:rsidRDefault="00000000">
      <w:r w:rsidRPr="006C0D7C">
        <w:rPr>
          <w:b/>
        </w:rPr>
        <w:t>3. ¿Qué elemento consideran que ayuda más a comprender el mensaje?</w:t>
      </w:r>
    </w:p>
    <w:p w14:paraId="7D65793D" w14:textId="07AB18A3" w:rsidR="00ED3CAD" w:rsidRPr="006C0D7C" w:rsidRDefault="00ED3CAD"/>
    <w:p w14:paraId="38E90AE7" w14:textId="77777777" w:rsidR="00ED3CAD" w:rsidRPr="006C0D7C" w:rsidRDefault="00000000">
      <w:r w:rsidRPr="006C0D7C">
        <w:rPr>
          <w:b/>
          <w:sz w:val="22"/>
        </w:rPr>
        <w:lastRenderedPageBreak/>
        <w:t>Temas sugeridos por la persona docente</w:t>
      </w:r>
    </w:p>
    <w:p w14:paraId="5F540F91" w14:textId="77777777" w:rsidR="00ED3CAD" w:rsidRDefault="00000000">
      <w:r w:rsidRPr="006C0D7C">
        <w:t>• Uso responsable del laboratorio de informática.</w:t>
      </w:r>
      <w:r w:rsidRPr="006C0D7C">
        <w:br/>
        <w:t>• Protección de la información personal.</w:t>
      </w:r>
      <w:r w:rsidRPr="006C0D7C">
        <w:br/>
        <w:t>• Convivencia respetuosa en entornos digitales.</w:t>
      </w:r>
      <w:r w:rsidRPr="006C0D7C">
        <w:br/>
        <w:t>• Cuidado de los recursos tecnológicos institucionales.</w:t>
      </w:r>
      <w:r w:rsidRPr="006C0D7C">
        <w:br/>
        <w:t>• Recomendaciones para organizar una investigación escolar.</w:t>
      </w:r>
    </w:p>
    <w:sectPr w:rsidR="00ED3CAD" w:rsidSect="00034616"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5E4122"/>
    <w:multiLevelType w:val="hybridMultilevel"/>
    <w:tmpl w:val="E2BCF6AC"/>
    <w:lvl w:ilvl="0" w:tplc="1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B547C"/>
    <w:multiLevelType w:val="hybridMultilevel"/>
    <w:tmpl w:val="AC1A0DF2"/>
    <w:lvl w:ilvl="0" w:tplc="1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095778">
    <w:abstractNumId w:val="8"/>
  </w:num>
  <w:num w:numId="2" w16cid:durableId="1350762526">
    <w:abstractNumId w:val="6"/>
  </w:num>
  <w:num w:numId="3" w16cid:durableId="837310274">
    <w:abstractNumId w:val="5"/>
  </w:num>
  <w:num w:numId="4" w16cid:durableId="1211112885">
    <w:abstractNumId w:val="4"/>
  </w:num>
  <w:num w:numId="5" w16cid:durableId="401417261">
    <w:abstractNumId w:val="7"/>
  </w:num>
  <w:num w:numId="6" w16cid:durableId="1922443637">
    <w:abstractNumId w:val="3"/>
  </w:num>
  <w:num w:numId="7" w16cid:durableId="842625714">
    <w:abstractNumId w:val="2"/>
  </w:num>
  <w:num w:numId="8" w16cid:durableId="545221534">
    <w:abstractNumId w:val="1"/>
  </w:num>
  <w:num w:numId="9" w16cid:durableId="1148742788">
    <w:abstractNumId w:val="0"/>
  </w:num>
  <w:num w:numId="10" w16cid:durableId="1566069835">
    <w:abstractNumId w:val="10"/>
  </w:num>
  <w:num w:numId="11" w16cid:durableId="16852790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29D4"/>
    <w:rsid w:val="006C0D7C"/>
    <w:rsid w:val="00AA1D8D"/>
    <w:rsid w:val="00B47730"/>
    <w:rsid w:val="00CB0664"/>
    <w:rsid w:val="00ED3CAD"/>
    <w:rsid w:val="00F266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7F9E7"/>
  <w14:defaultImageDpi w14:val="300"/>
  <w15:docId w15:val="{3792EA98-E9EC-454C-9BCA-343A89C5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  <w:lang w:val="es-C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Cristian Humberto Porras Rodriguez</cp:lastModifiedBy>
  <cp:revision>3</cp:revision>
  <dcterms:created xsi:type="dcterms:W3CDTF">2013-12-23T23:15:00Z</dcterms:created>
  <dcterms:modified xsi:type="dcterms:W3CDTF">2026-08-17T02:20:00Z</dcterms:modified>
  <cp:category/>
</cp:coreProperties>
</file>