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EB8" w:rsidRDefault="00C74B91">
      <w:pPr>
        <w:spacing w:after="0" w:line="240" w:lineRule="auto"/>
        <w:jc w:val="center"/>
      </w:pPr>
      <w:r>
        <w:rPr>
          <w:b/>
          <w:sz w:val="32"/>
        </w:rPr>
        <w:t>ĐẠO ĐỨC</w:t>
      </w:r>
    </w:p>
    <w:p w:rsidR="005C0EB8" w:rsidRDefault="00C74B91">
      <w:pPr>
        <w:spacing w:after="0" w:line="240" w:lineRule="auto"/>
        <w:jc w:val="center"/>
      </w:pPr>
      <w:r>
        <w:rPr>
          <w:b/>
        </w:rPr>
        <w:t>CHỦ ĐỀ 7: XỬ LÝ BẤT HÒA VỚI BẠN BÈ</w:t>
      </w:r>
    </w:p>
    <w:p w:rsidR="005C0EB8" w:rsidRDefault="00C74B91">
      <w:pPr>
        <w:spacing w:after="0" w:line="240" w:lineRule="auto"/>
        <w:jc w:val="center"/>
      </w:pPr>
      <w:r>
        <w:rPr>
          <w:b/>
        </w:rPr>
        <w:t>Bài 08: Xử lý bất hòa với bạn bè (Tiết 2)</w:t>
      </w:r>
    </w:p>
    <w:p w:rsidR="005C0EB8" w:rsidRDefault="00C74B91">
      <w:pPr>
        <w:spacing w:after="0" w:line="240" w:lineRule="auto"/>
      </w:pPr>
      <w:r>
        <w:rPr>
          <w:b/>
        </w:rPr>
        <w:t>I. YÊU CẦU CẦN ĐẠT:</w:t>
      </w:r>
    </w:p>
    <w:p w:rsidR="005C0EB8" w:rsidRDefault="00C74B91">
      <w:pPr>
        <w:spacing w:after="0" w:line="240" w:lineRule="auto"/>
      </w:pPr>
      <w:r>
        <w:rPr>
          <w:b/>
        </w:rPr>
        <w:t>1. Năng lực đặc thù</w:t>
      </w:r>
      <w:r>
        <w:t>: Sau bài học, học sinh sẽ:</w:t>
      </w:r>
    </w:p>
    <w:p w:rsidR="005C0EB8" w:rsidRDefault="00C74B91">
      <w:pPr>
        <w:spacing w:after="0" w:line="240" w:lineRule="auto"/>
      </w:pPr>
      <w:r>
        <w:t>- Biết vì sao cần xử lý bất hòa với bạn bè.</w:t>
      </w:r>
    </w:p>
    <w:p w:rsidR="005C0EB8" w:rsidRDefault="00C74B91">
      <w:pPr>
        <w:spacing w:after="0" w:line="240" w:lineRule="auto"/>
      </w:pPr>
      <w:r>
        <w:t>- Nhận biết được lợi ích của việc xử lý bất hòa với bạn bè</w:t>
      </w:r>
    </w:p>
    <w:p w:rsidR="005C0EB8" w:rsidRDefault="00C74B91">
      <w:pPr>
        <w:spacing w:after="0" w:line="240" w:lineRule="auto"/>
      </w:pPr>
      <w:r>
        <w:t>- Rèn năng lực điều chỉnh hành vi, phát triển bản thân.</w:t>
      </w:r>
    </w:p>
    <w:p w:rsidR="005C0EB8" w:rsidRDefault="00C74B91">
      <w:pPr>
        <w:spacing w:after="0" w:line="240" w:lineRule="auto"/>
      </w:pPr>
      <w:r>
        <w:t>- Hình thành phẩm chất nhân ái.</w:t>
      </w:r>
    </w:p>
    <w:p w:rsidR="005C0EB8" w:rsidRDefault="00C74B91">
      <w:pPr>
        <w:spacing w:after="0" w:line="240" w:lineRule="auto"/>
      </w:pPr>
      <w:r>
        <w:rPr>
          <w:b/>
        </w:rPr>
        <w:t>2. Năng lực chung</w:t>
      </w:r>
      <w:r>
        <w:t>.</w:t>
      </w:r>
    </w:p>
    <w:p w:rsidR="005C0EB8" w:rsidRDefault="00C74B91">
      <w:pPr>
        <w:spacing w:after="0" w:line="240" w:lineRule="auto"/>
      </w:pPr>
      <w:r>
        <w:t>- Năng lực tự chủ, tự học: lắng nghe, trả lời câu hỏi, làm bài tập.</w:t>
      </w:r>
    </w:p>
    <w:p w:rsidR="005C0EB8" w:rsidRDefault="00C74B91">
      <w:pPr>
        <w:spacing w:after="0" w:line="240" w:lineRule="auto"/>
      </w:pPr>
      <w:r>
        <w:t>- Năng lực giải quyết vấn đề và sáng tạo: tham gia trò chơi, vận dụng.</w:t>
      </w:r>
    </w:p>
    <w:p w:rsidR="005C0EB8" w:rsidRDefault="00C74B91">
      <w:pPr>
        <w:spacing w:after="0" w:line="240" w:lineRule="auto"/>
      </w:pPr>
      <w:r>
        <w:t>- Năng lực giao tiếp và hợp tác: hoạt động nhóm.</w:t>
      </w:r>
    </w:p>
    <w:p w:rsidR="005C0EB8" w:rsidRDefault="00C74B91">
      <w:pPr>
        <w:spacing w:after="0" w:line="240" w:lineRule="auto"/>
      </w:pPr>
      <w:r>
        <w:rPr>
          <w:b/>
        </w:rPr>
        <w:t>3. Phẩm chất</w:t>
      </w:r>
      <w:r>
        <w:t>.</w:t>
      </w:r>
    </w:p>
    <w:p w:rsidR="005C0EB8" w:rsidRDefault="00C74B91">
      <w:pPr>
        <w:spacing w:after="0" w:line="240" w:lineRule="auto"/>
      </w:pPr>
      <w:r>
        <w:t>- Phẩm chất nhân ái: Có ý thức quan tâm đến bạn bè.</w:t>
      </w:r>
    </w:p>
    <w:p w:rsidR="005C0EB8" w:rsidRDefault="00C74B91">
      <w:pPr>
        <w:spacing w:after="0" w:line="240" w:lineRule="auto"/>
      </w:pPr>
      <w:r>
        <w:t>- Phẩm chất chăm chỉ: Chăm chỉ suy nghĩ, trả lời câu hỏi; làm tốt các bài tập.</w:t>
      </w:r>
    </w:p>
    <w:p w:rsidR="005C0EB8" w:rsidRDefault="00C74B91">
      <w:pPr>
        <w:spacing w:after="0" w:line="240" w:lineRule="auto"/>
      </w:pPr>
      <w:r>
        <w:t>- Phẩm chất trách nhiệm: Giữ trật tự, biết lắng nghe, học tập nghiêm túc.</w:t>
      </w:r>
    </w:p>
    <w:p w:rsidR="005C0EB8" w:rsidRDefault="00C74B91">
      <w:pPr>
        <w:spacing w:after="0" w:line="240" w:lineRule="auto"/>
      </w:pPr>
      <w:r>
        <w:rPr>
          <w:b/>
        </w:rPr>
        <w:t xml:space="preserve">4. Tích hợp: </w:t>
      </w:r>
      <w:r>
        <w:rPr>
          <w:b/>
          <w:color w:val="FF0000"/>
        </w:rPr>
        <w:t>Lý tưởng cách mạng, đạo đức, lối sống</w:t>
      </w:r>
      <w:r>
        <w:rPr>
          <w:color w:val="FF0000"/>
        </w:rPr>
        <w:t xml:space="preserve"> (giáo dục HS đoàn kết, nhân ái; biết lắng nghe, xin lỗi, làm hòa; ứng xử văn minh khi giải quyết bất hòa).</w:t>
      </w:r>
    </w:p>
    <w:p w:rsidR="005C0EB8" w:rsidRDefault="00C74B91">
      <w:pPr>
        <w:spacing w:after="0" w:line="240" w:lineRule="auto"/>
      </w:pPr>
      <w:r>
        <w:rPr>
          <w:b/>
        </w:rPr>
        <w:t>II. ĐỒ DÙNG DẠY HỌC</w:t>
      </w:r>
    </w:p>
    <w:p w:rsidR="005C0EB8" w:rsidRDefault="00C74B91">
      <w:pPr>
        <w:spacing w:after="0" w:line="240" w:lineRule="auto"/>
      </w:pPr>
      <w:r>
        <w:t>- Kế hoạch bài dạy, bài giảng Power point.</w:t>
      </w:r>
    </w:p>
    <w:p w:rsidR="005C0EB8" w:rsidRDefault="00C74B91">
      <w:pPr>
        <w:spacing w:after="0" w:line="240" w:lineRule="auto"/>
      </w:pPr>
      <w:r>
        <w:t>- SGK và các thiết bị, học liệu phục vụ cho tiết dạy.</w:t>
      </w:r>
    </w:p>
    <w:p w:rsidR="005C0EB8" w:rsidRDefault="00C74B91">
      <w:pPr>
        <w:spacing w:after="0" w:line="240" w:lineRule="auto"/>
      </w:pPr>
      <w:r>
        <w:rPr>
          <w:b/>
        </w:rPr>
        <w:t>III. HOẠT ĐỘNG DẠY HỌC</w:t>
      </w:r>
    </w:p>
    <w:tbl>
      <w:tblPr>
        <w:tblStyle w:val="TableGrid"/>
        <w:tblW w:w="0" w:type="auto"/>
        <w:tblLook w:val="04A0" w:firstRow="1" w:lastRow="0" w:firstColumn="1" w:lastColumn="0" w:noHBand="0" w:noVBand="1"/>
      </w:tblPr>
      <w:tblGrid>
        <w:gridCol w:w="4986"/>
        <w:gridCol w:w="4986"/>
      </w:tblGrid>
      <w:tr w:rsidR="005C0EB8">
        <w:tc>
          <w:tcPr>
            <w:tcW w:w="4986" w:type="dxa"/>
          </w:tcPr>
          <w:p w:rsidR="005C0EB8" w:rsidRDefault="00C74B91">
            <w:pPr>
              <w:jc w:val="center"/>
            </w:pPr>
            <w:r>
              <w:rPr>
                <w:b/>
              </w:rPr>
              <w:t>Hoạt động của giáo viên</w:t>
            </w:r>
          </w:p>
        </w:tc>
        <w:tc>
          <w:tcPr>
            <w:tcW w:w="4986" w:type="dxa"/>
          </w:tcPr>
          <w:p w:rsidR="005C0EB8" w:rsidRDefault="00C74B91">
            <w:pPr>
              <w:jc w:val="center"/>
            </w:pPr>
            <w:r>
              <w:rPr>
                <w:b/>
              </w:rPr>
              <w:t>Hoạt động của học sinh</w:t>
            </w:r>
          </w:p>
        </w:tc>
      </w:tr>
      <w:tr w:rsidR="005C0EB8">
        <w:tc>
          <w:tcPr>
            <w:tcW w:w="9972" w:type="dxa"/>
            <w:gridSpan w:val="2"/>
          </w:tcPr>
          <w:p w:rsidR="005C0EB8" w:rsidRDefault="00C74B91">
            <w:r>
              <w:rPr>
                <w:b/>
              </w:rPr>
              <w:t>1. Khởi động ( 5 phút)</w:t>
            </w:r>
          </w:p>
          <w:p w:rsidR="005C0EB8" w:rsidRDefault="00C74B91">
            <w:r>
              <w:t xml:space="preserve">- </w:t>
            </w:r>
            <w:r>
              <w:rPr>
                <w:b/>
              </w:rPr>
              <w:t>Mục tiêu</w:t>
            </w:r>
            <w:r>
              <w:t>: Tạo không khí vui vẻ, khấn khởi trước giờ học.</w:t>
            </w:r>
          </w:p>
          <w:p w:rsidR="005C0EB8" w:rsidRDefault="00C74B91">
            <w:r>
              <w:t>- Cách tiến hành:</w:t>
            </w:r>
          </w:p>
        </w:tc>
      </w:tr>
      <w:tr w:rsidR="005C0EB8">
        <w:tc>
          <w:tcPr>
            <w:tcW w:w="4986" w:type="dxa"/>
          </w:tcPr>
          <w:p w:rsidR="005C0EB8" w:rsidRDefault="00C74B91">
            <w:r>
              <w:t>- GV tổ chức trò chơi “ chuyền hoa”</w:t>
            </w:r>
          </w:p>
        </w:tc>
        <w:tc>
          <w:tcPr>
            <w:tcW w:w="4986" w:type="dxa"/>
          </w:tcPr>
          <w:p w:rsidR="005C0EB8" w:rsidRDefault="00C74B91">
            <w:r>
              <w:t>- HS tham gia trò chơi theo hướng dẫn của GV, giữ trật tự và chuyền hoa đúng luật.</w:t>
            </w:r>
          </w:p>
        </w:tc>
      </w:tr>
      <w:tr w:rsidR="005C0EB8">
        <w:tc>
          <w:tcPr>
            <w:tcW w:w="4986" w:type="dxa"/>
          </w:tcPr>
          <w:p w:rsidR="005C0EB8" w:rsidRDefault="00C74B91">
            <w:r>
              <w:t>- Cho HS nghe và chuyền hoa theo bài hát Chú Voi con.</w:t>
            </w:r>
          </w:p>
        </w:tc>
        <w:tc>
          <w:tcPr>
            <w:tcW w:w="4986" w:type="dxa"/>
          </w:tcPr>
          <w:p w:rsidR="005C0EB8" w:rsidRDefault="00C74B91">
            <w:r>
              <w:t>- HS hát theo bài hát và cùng chuyền bông hoa đi.</w:t>
            </w:r>
          </w:p>
        </w:tc>
      </w:tr>
      <w:tr w:rsidR="005C0EB8">
        <w:tc>
          <w:tcPr>
            <w:tcW w:w="4986" w:type="dxa"/>
          </w:tcPr>
          <w:p w:rsidR="005C0EB8" w:rsidRDefault="00C74B91">
            <w:r>
              <w:t>- Nêu 1 việc làm xử lý bất hòa với bạn bè</w:t>
            </w:r>
          </w:p>
        </w:tc>
        <w:tc>
          <w:tcPr>
            <w:tcW w:w="4986" w:type="dxa"/>
          </w:tcPr>
          <w:p w:rsidR="005C0EB8" w:rsidRDefault="00C74B91">
            <w:r>
              <w:t>- Bài hát kết thúc HS cầm hoa sẽ nêu 1 việc xử lý bất hòa với bạn bè .</w:t>
            </w:r>
          </w:p>
        </w:tc>
      </w:tr>
      <w:tr w:rsidR="005C0EB8">
        <w:tc>
          <w:tcPr>
            <w:tcW w:w="4986" w:type="dxa"/>
          </w:tcPr>
          <w:p w:rsidR="005C0EB8" w:rsidRDefault="00C74B91">
            <w:r>
              <w:t>- GV Nhận xét, tuyên dương.</w:t>
            </w:r>
          </w:p>
        </w:tc>
        <w:tc>
          <w:tcPr>
            <w:tcW w:w="4986" w:type="dxa"/>
          </w:tcPr>
          <w:p w:rsidR="005C0EB8" w:rsidRDefault="00C74B91">
            <w:r>
              <w:t>- HS lắng nghe nhận xét của GV, vỗ tay tuyên dương bạn và rút kinh nghiệm.</w:t>
            </w:r>
          </w:p>
        </w:tc>
      </w:tr>
      <w:tr w:rsidR="005C0EB8">
        <w:tc>
          <w:tcPr>
            <w:tcW w:w="4986" w:type="dxa"/>
          </w:tcPr>
          <w:p w:rsidR="005C0EB8" w:rsidRDefault="00C74B91">
            <w:r>
              <w:t>- GV dẫn dắt vào bài mới.</w:t>
            </w:r>
          </w:p>
        </w:tc>
        <w:tc>
          <w:tcPr>
            <w:tcW w:w="4986" w:type="dxa"/>
          </w:tcPr>
          <w:p w:rsidR="005C0EB8" w:rsidRDefault="00C74B91">
            <w:r>
              <w:t>- HS lắng nghe.</w:t>
            </w:r>
          </w:p>
        </w:tc>
      </w:tr>
      <w:tr w:rsidR="005C0EB8">
        <w:tc>
          <w:tcPr>
            <w:tcW w:w="9972" w:type="dxa"/>
            <w:gridSpan w:val="2"/>
          </w:tcPr>
          <w:p w:rsidR="005C0EB8" w:rsidRDefault="00C74B91">
            <w:r>
              <w:rPr>
                <w:b/>
              </w:rPr>
              <w:t>2. Khám phá: ( 25 phút)</w:t>
            </w:r>
          </w:p>
        </w:tc>
      </w:tr>
      <w:tr w:rsidR="005C0EB8">
        <w:tc>
          <w:tcPr>
            <w:tcW w:w="9972" w:type="dxa"/>
            <w:gridSpan w:val="2"/>
          </w:tcPr>
          <w:p w:rsidR="005C0EB8" w:rsidRDefault="00C74B91">
            <w:r>
              <w:rPr>
                <w:b/>
              </w:rPr>
              <w:t>Hoạt động 3: Tìm hiểu cách xử lý bất hòa với bạn bè (15’)</w:t>
            </w:r>
          </w:p>
          <w:p w:rsidR="005C0EB8" w:rsidRDefault="00C74B91">
            <w:r>
              <w:t xml:space="preserve">- </w:t>
            </w:r>
            <w:r>
              <w:rPr>
                <w:b/>
              </w:rPr>
              <w:t>Mục tiêu</w:t>
            </w:r>
            <w:r>
              <w:t>: Học sinh hiểu được ý nghĩa cách xử lý bất hòa với bạn bè</w:t>
            </w:r>
          </w:p>
          <w:p w:rsidR="005C0EB8" w:rsidRDefault="00C74B91">
            <w:r>
              <w:t>- Cách tiến hành:</w:t>
            </w:r>
          </w:p>
        </w:tc>
      </w:tr>
      <w:tr w:rsidR="005C0EB8">
        <w:tc>
          <w:tcPr>
            <w:tcW w:w="4986" w:type="dxa"/>
          </w:tcPr>
          <w:p w:rsidR="005C0EB8" w:rsidRDefault="00C74B91">
            <w:r>
              <w:lastRenderedPageBreak/>
              <w:t>- GV gọi HS đọc yêu cầu 1 trong SGK</w:t>
            </w:r>
          </w:p>
        </w:tc>
        <w:tc>
          <w:tcPr>
            <w:tcW w:w="4986" w:type="dxa"/>
          </w:tcPr>
          <w:p w:rsidR="005C0EB8" w:rsidRDefault="00C74B91">
            <w:r>
              <w:t>- HS đọc yêu cầu 1 trong SGK.</w:t>
            </w:r>
          </w:p>
        </w:tc>
      </w:tr>
      <w:tr w:rsidR="005C0EB8">
        <w:tc>
          <w:tcPr>
            <w:tcW w:w="4986" w:type="dxa"/>
          </w:tcPr>
          <w:p w:rsidR="005C0EB8" w:rsidRDefault="00C74B91">
            <w:r>
              <w:t>- GV chiếu cho HS quan sát tranh.</w:t>
            </w:r>
          </w:p>
          <w:p w:rsidR="00081449" w:rsidRDefault="00081449">
            <w:r w:rsidRPr="007D042C">
              <w:rPr>
                <w:rFonts w:cs="Times New Roman"/>
                <w:noProof/>
                <w:lang w:val="vi-VN" w:eastAsia="vi-VN"/>
              </w:rPr>
              <w:drawing>
                <wp:inline distT="0" distB="0" distL="0" distR="0" wp14:anchorId="56631DFA" wp14:editId="3381E859">
                  <wp:extent cx="2939143" cy="1557655"/>
                  <wp:effectExtent l="0" t="0" r="0" b="4445"/>
                  <wp:docPr id="8" name="Picture 8" descr="C:\Users\HUONG\Downloads\IMG-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UONG\Downloads\IMG-15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99729" cy="1589764"/>
                          </a:xfrm>
                          <a:prstGeom prst="rect">
                            <a:avLst/>
                          </a:prstGeom>
                          <a:noFill/>
                          <a:ln>
                            <a:noFill/>
                          </a:ln>
                        </pic:spPr>
                      </pic:pic>
                    </a:graphicData>
                  </a:graphic>
                </wp:inline>
              </w:drawing>
            </w:r>
          </w:p>
          <w:p w:rsidR="00081449" w:rsidRDefault="00081449">
            <w:r w:rsidRPr="007D042C">
              <w:rPr>
                <w:rFonts w:cs="Times New Roman"/>
                <w:noProof/>
                <w:lang w:val="vi-VN" w:eastAsia="vi-VN"/>
              </w:rPr>
              <w:drawing>
                <wp:inline distT="0" distB="0" distL="0" distR="0" wp14:anchorId="60AEE4FE" wp14:editId="3093CC20">
                  <wp:extent cx="2938780" cy="1324610"/>
                  <wp:effectExtent l="0" t="0" r="0" b="8890"/>
                  <wp:docPr id="9" name="Picture 9" descr="C:\Users\HUONG\Downloads\IMG-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UONG\Downloads\IMG-15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0506" cy="1338910"/>
                          </a:xfrm>
                          <a:prstGeom prst="rect">
                            <a:avLst/>
                          </a:prstGeom>
                          <a:noFill/>
                          <a:ln>
                            <a:noFill/>
                          </a:ln>
                        </pic:spPr>
                      </pic:pic>
                    </a:graphicData>
                  </a:graphic>
                </wp:inline>
              </w:drawing>
            </w:r>
          </w:p>
        </w:tc>
        <w:tc>
          <w:tcPr>
            <w:tcW w:w="4986" w:type="dxa"/>
          </w:tcPr>
          <w:p w:rsidR="005C0EB8" w:rsidRDefault="00C74B91">
            <w:r>
              <w:t>- HS quan sát tranh.</w:t>
            </w:r>
          </w:p>
        </w:tc>
      </w:tr>
      <w:tr w:rsidR="005C0EB8">
        <w:tc>
          <w:tcPr>
            <w:tcW w:w="4986" w:type="dxa"/>
          </w:tcPr>
          <w:p w:rsidR="005C0EB8" w:rsidRDefault="00C74B91">
            <w:r>
              <w:t>- GV hỏi nội dung từng bức trang</w:t>
            </w:r>
          </w:p>
        </w:tc>
        <w:tc>
          <w:tcPr>
            <w:tcW w:w="4986" w:type="dxa"/>
          </w:tcPr>
          <w:p w:rsidR="005C0EB8" w:rsidRDefault="00C74B91">
            <w:r>
              <w:t>- HS lắng nghe và chuẩn bị trả lời theo từng bức tranh.</w:t>
            </w:r>
          </w:p>
        </w:tc>
      </w:tr>
      <w:tr w:rsidR="005C0EB8">
        <w:tc>
          <w:tcPr>
            <w:tcW w:w="4986" w:type="dxa"/>
          </w:tcPr>
          <w:p w:rsidR="005C0EB8" w:rsidRDefault="00C74B91">
            <w:r>
              <w:t>- + Bức tranh thứ nhất vẽ gì?</w:t>
            </w:r>
          </w:p>
        </w:tc>
        <w:tc>
          <w:tcPr>
            <w:tcW w:w="4986" w:type="dxa"/>
          </w:tcPr>
          <w:p w:rsidR="005C0EB8" w:rsidRDefault="00C74B91">
            <w:r>
              <w:t>- + Tranh 1:Thật bình tĩnh khi bất hòa với bạn!”</w:t>
            </w:r>
          </w:p>
        </w:tc>
      </w:tr>
      <w:tr w:rsidR="005C0EB8">
        <w:tc>
          <w:tcPr>
            <w:tcW w:w="4986" w:type="dxa"/>
          </w:tcPr>
          <w:p w:rsidR="005C0EB8" w:rsidRDefault="00C74B91">
            <w:r>
              <w:t>- + Bức tranh thứ hai vẽ gì?</w:t>
            </w:r>
          </w:p>
        </w:tc>
        <w:tc>
          <w:tcPr>
            <w:tcW w:w="4986" w:type="dxa"/>
          </w:tcPr>
          <w:p w:rsidR="005C0EB8" w:rsidRDefault="00C74B91">
            <w:r>
              <w:t>- + Tranh 2: Tìm hiểu nguyên nhân bất hòa.</w:t>
            </w:r>
          </w:p>
        </w:tc>
      </w:tr>
      <w:tr w:rsidR="005C0EB8">
        <w:tc>
          <w:tcPr>
            <w:tcW w:w="4986" w:type="dxa"/>
          </w:tcPr>
          <w:p w:rsidR="005C0EB8" w:rsidRDefault="00C74B91">
            <w:r>
              <w:t>- + Bức tranh thứ ba vẽ gì?</w:t>
            </w:r>
          </w:p>
        </w:tc>
        <w:tc>
          <w:tcPr>
            <w:tcW w:w="4986" w:type="dxa"/>
          </w:tcPr>
          <w:p w:rsidR="005C0EB8" w:rsidRDefault="00C74B91">
            <w:r>
              <w:t>- + Tranh 3:Nói chuyện với bạn lắng nghe không cắt lời, không chen ngang.</w:t>
            </w:r>
          </w:p>
        </w:tc>
      </w:tr>
      <w:tr w:rsidR="005C0EB8">
        <w:tc>
          <w:tcPr>
            <w:tcW w:w="4986" w:type="dxa"/>
          </w:tcPr>
          <w:p w:rsidR="005C0EB8" w:rsidRDefault="00C74B91">
            <w:r>
              <w:t>- + Bức tranh thứ bốn vẽ gì?</w:t>
            </w:r>
          </w:p>
        </w:tc>
        <w:tc>
          <w:tcPr>
            <w:tcW w:w="4986" w:type="dxa"/>
          </w:tcPr>
          <w:p w:rsidR="005C0EB8" w:rsidRDefault="00C74B91">
            <w:r>
              <w:t>- + Tranh 4: Nếu có lối thành thật xin lỗi bạn.</w:t>
            </w:r>
          </w:p>
        </w:tc>
      </w:tr>
      <w:tr w:rsidR="005C0EB8">
        <w:tc>
          <w:tcPr>
            <w:tcW w:w="4986" w:type="dxa"/>
          </w:tcPr>
          <w:p w:rsidR="005C0EB8" w:rsidRDefault="00C74B91">
            <w:r>
              <w:t>- GV hỏi nội dung bức tranh tiếp theo.</w:t>
            </w:r>
          </w:p>
        </w:tc>
        <w:tc>
          <w:tcPr>
            <w:tcW w:w="4986" w:type="dxa"/>
          </w:tcPr>
          <w:p w:rsidR="005C0EB8" w:rsidRDefault="00C74B91">
            <w:r>
              <w:t>- +Tranh 5: bắt tay vui vẻ làm hòa với bạn:</w:t>
            </w:r>
          </w:p>
        </w:tc>
      </w:tr>
      <w:tr w:rsidR="005C0EB8">
        <w:tc>
          <w:tcPr>
            <w:tcW w:w="4986" w:type="dxa"/>
          </w:tcPr>
          <w:p w:rsidR="005C0EB8" w:rsidRDefault="00C74B91">
            <w:r>
              <w:t>- GV tổ chức cho HS kể trong nhóm 4 và thảo luận trả lời hai câu hỏi trong SHS</w:t>
            </w:r>
          </w:p>
        </w:tc>
        <w:tc>
          <w:tcPr>
            <w:tcW w:w="4986" w:type="dxa"/>
          </w:tcPr>
          <w:p w:rsidR="005C0EB8" w:rsidRDefault="00C74B91">
            <w:r>
              <w:t>- HS kể trong nhóm 4 và trả lời câu hỏi trong thời gian 5 phút</w:t>
            </w:r>
          </w:p>
        </w:tc>
      </w:tr>
      <w:tr w:rsidR="005C0EB8">
        <w:tc>
          <w:tcPr>
            <w:tcW w:w="4986" w:type="dxa"/>
          </w:tcPr>
          <w:p w:rsidR="005C0EB8" w:rsidRDefault="00C74B91">
            <w:r>
              <w:t>- GV chiếu tranh lên bảng chiếu</w:t>
            </w:r>
          </w:p>
        </w:tc>
        <w:tc>
          <w:tcPr>
            <w:tcW w:w="4986" w:type="dxa"/>
          </w:tcPr>
          <w:p w:rsidR="005C0EB8" w:rsidRDefault="00C74B91">
            <w:r>
              <w:t>- HS theo dõi tranh trên bảng chiếu để kể đúng nội dung.</w:t>
            </w:r>
          </w:p>
        </w:tc>
      </w:tr>
      <w:tr w:rsidR="005C0EB8">
        <w:tc>
          <w:tcPr>
            <w:tcW w:w="4986" w:type="dxa"/>
          </w:tcPr>
          <w:p w:rsidR="005C0EB8" w:rsidRDefault="00C74B91">
            <w:r>
              <w:t>- GV mời đại diện nhóm lên kể</w:t>
            </w:r>
          </w:p>
        </w:tc>
        <w:tc>
          <w:tcPr>
            <w:tcW w:w="4986" w:type="dxa"/>
          </w:tcPr>
          <w:p w:rsidR="005C0EB8" w:rsidRDefault="00C74B91">
            <w:r>
              <w:t>- Đại diện một số nhóm chỉ tranh kể trước lớp, nhóm khác nhận xét, bổ sung.</w:t>
            </w:r>
          </w:p>
        </w:tc>
      </w:tr>
      <w:tr w:rsidR="005C0EB8">
        <w:tc>
          <w:tcPr>
            <w:tcW w:w="4986" w:type="dxa"/>
          </w:tcPr>
          <w:p w:rsidR="005C0EB8" w:rsidRDefault="00C74B91">
            <w:r>
              <w:t>- GV nhận xét, bổ sung, tuyên dương.</w:t>
            </w:r>
          </w:p>
        </w:tc>
        <w:tc>
          <w:tcPr>
            <w:tcW w:w="4986" w:type="dxa"/>
          </w:tcPr>
          <w:p w:rsidR="005C0EB8" w:rsidRDefault="00C74B91">
            <w:r>
              <w:t>- HS lắng nghe nhận xét, bổ sung và ghi nhớ cách xử lý bất hòa phù hợp.</w:t>
            </w:r>
          </w:p>
        </w:tc>
      </w:tr>
      <w:tr w:rsidR="005C0EB8">
        <w:tc>
          <w:tcPr>
            <w:tcW w:w="4986" w:type="dxa"/>
          </w:tcPr>
          <w:p w:rsidR="005C0EB8" w:rsidRDefault="00C74B91">
            <w:r>
              <w:t>- GV đặt câu hỏi</w:t>
            </w:r>
          </w:p>
        </w:tc>
        <w:tc>
          <w:tcPr>
            <w:tcW w:w="4986" w:type="dxa"/>
          </w:tcPr>
          <w:p w:rsidR="005C0EB8" w:rsidRDefault="00C74B91">
            <w:r>
              <w:t>- HS chú ý lắng nghe câu hỏi và suy nghĩ trả lời.</w:t>
            </w:r>
          </w:p>
        </w:tc>
      </w:tr>
      <w:tr w:rsidR="005C0EB8">
        <w:tc>
          <w:tcPr>
            <w:tcW w:w="4986" w:type="dxa"/>
          </w:tcPr>
          <w:p w:rsidR="005C0EB8" w:rsidRDefault="00C74B91">
            <w:r>
              <w:t>- ? Các bạn đã làm gì để xử lý bất hòa với bạn bè?</w:t>
            </w:r>
          </w:p>
        </w:tc>
        <w:tc>
          <w:tcPr>
            <w:tcW w:w="4986" w:type="dxa"/>
          </w:tcPr>
          <w:p w:rsidR="005C0EB8" w:rsidRDefault="00C74B91">
            <w:r>
              <w:t>- + Các bạn đã lắng nghe bạn nói thẳng thắn nhận khuyết điểm sai.</w:t>
            </w:r>
          </w:p>
        </w:tc>
      </w:tr>
      <w:tr w:rsidR="005C0EB8">
        <w:tc>
          <w:tcPr>
            <w:tcW w:w="4986" w:type="dxa"/>
          </w:tcPr>
          <w:p w:rsidR="005C0EB8" w:rsidRDefault="00C74B91">
            <w:r>
              <w:t>- ? Việc làm đó có ý nghĩa gì?</w:t>
            </w:r>
          </w:p>
        </w:tc>
        <w:tc>
          <w:tcPr>
            <w:tcW w:w="4986" w:type="dxa"/>
          </w:tcPr>
          <w:p w:rsidR="005C0EB8" w:rsidRDefault="00C74B91">
            <w:r>
              <w:t xml:space="preserve">- + Việc làm đó đã giúp  bạn bè hiểu nhau </w:t>
            </w:r>
            <w:r>
              <w:lastRenderedPageBreak/>
              <w:t>hơn</w:t>
            </w:r>
          </w:p>
        </w:tc>
      </w:tr>
      <w:tr w:rsidR="005C0EB8">
        <w:tc>
          <w:tcPr>
            <w:tcW w:w="4986" w:type="dxa"/>
          </w:tcPr>
          <w:p w:rsidR="005C0EB8" w:rsidRDefault="00C74B91">
            <w:r>
              <w:lastRenderedPageBreak/>
              <w:t>- ? Theo em, vì sao phải xử lý bất hòa với bạn bè?</w:t>
            </w:r>
          </w:p>
        </w:tc>
        <w:tc>
          <w:tcPr>
            <w:tcW w:w="4986" w:type="dxa"/>
          </w:tcPr>
          <w:p w:rsidR="005C0EB8" w:rsidRDefault="00C74B91">
            <w:r>
              <w:t>- + Vì như thế mới xây dựng được tình bạn bền vững hơn.</w:t>
            </w:r>
          </w:p>
        </w:tc>
      </w:tr>
      <w:tr w:rsidR="005C0EB8">
        <w:tc>
          <w:tcPr>
            <w:tcW w:w="4986" w:type="dxa"/>
          </w:tcPr>
          <w:p w:rsidR="005C0EB8" w:rsidRDefault="00C74B91">
            <w:r>
              <w:t>- GV nhận xét, tuyên dương</w:t>
            </w:r>
          </w:p>
        </w:tc>
        <w:tc>
          <w:tcPr>
            <w:tcW w:w="4986" w:type="dxa"/>
          </w:tcPr>
          <w:p w:rsidR="005C0EB8" w:rsidRDefault="00C74B91">
            <w:r>
              <w:t>- HS lắng nghe.</w:t>
            </w:r>
          </w:p>
        </w:tc>
      </w:tr>
      <w:tr w:rsidR="005C0EB8">
        <w:tc>
          <w:tcPr>
            <w:tcW w:w="4986" w:type="dxa"/>
          </w:tcPr>
          <w:p w:rsidR="005C0EB8" w:rsidRDefault="00C74B91">
            <w:r>
              <w:rPr>
                <w:color w:val="FF0000"/>
              </w:rPr>
              <w:t>- GV lồng ghép tích hợp nội dung lý tưởng cách mạng, đạo đức, lối sống (liên hệ thực tế cuối hoạt động):</w:t>
            </w:r>
          </w:p>
          <w:p w:rsidR="005C0EB8" w:rsidRDefault="00C74B91">
            <w:r>
              <w:rPr>
                <w:color w:val="FF0000"/>
              </w:rPr>
              <w:t>- GV gợi cho HS hiểu: Giữ tình bạn bền vững là góp phần xây dựng tập thể lớp đoàn kết; biết đặt lợi ích chung lên trên cái tôi cá nhân.</w:t>
            </w:r>
          </w:p>
          <w:p w:rsidR="005C0EB8" w:rsidRDefault="00C74B91">
            <w:r>
              <w:rPr>
                <w:color w:val="FF0000"/>
              </w:rPr>
              <w:t>- GV hướng dẫn HS rèn đạo đức khi bất hòa: bình tĩnh, tôn trọng bạn, không nói lời xúc phạm; biết lắng nghe không ngắt lời, không cãi to.</w:t>
            </w:r>
          </w:p>
          <w:p w:rsidR="005C0EB8" w:rsidRDefault="00C74B91">
            <w:r>
              <w:rPr>
                <w:color w:val="FF0000"/>
              </w:rPr>
              <w:t>- GV nhắc HS sống có trách nhiệm: dám nhận lỗi khi sai, nói lời xin lỗi chân thành, biết tha thứ và chủ động làm hòa.</w:t>
            </w:r>
          </w:p>
          <w:p w:rsidR="005C0EB8" w:rsidRDefault="00C74B91">
            <w:r>
              <w:rPr>
                <w:color w:val="FF0000"/>
              </w:rPr>
              <w:t>- GV yêu cầu HS thực hành lời nói văn minh: “Mình xin lỗi vì…”, “Mình muốn cùng bạn tìm cách…”, “Mình tôn trọng ý kiến của bạn…”.</w:t>
            </w:r>
          </w:p>
          <w:p w:rsidR="005C0EB8" w:rsidRDefault="00C74B91">
            <w:r>
              <w:rPr>
                <w:color w:val="FF0000"/>
              </w:rPr>
              <w:t>- GV liên hệ lớp học: nếu mâu thuẫn khó giải quyết, HS nhờ bạn/nhóm trưởng/thầy cô hỗ trợ hòa giải; tuyệt đối không xô đẩy, không tụ tập cổ vũ, không lan truyền nói xấu.</w:t>
            </w:r>
          </w:p>
          <w:p w:rsidR="005C0EB8" w:rsidRDefault="00C74B91">
            <w:r>
              <w:rPr>
                <w:color w:val="FF0000"/>
              </w:rPr>
              <w:t>- GV chốt thông điệp: Ứng xử đúng sẽ lan tỏa lối sống đẹp, tinh thần đoàn kết, góp phần xây dựng môi trường học đường thân thiện.</w:t>
            </w:r>
          </w:p>
        </w:tc>
        <w:tc>
          <w:tcPr>
            <w:tcW w:w="4986" w:type="dxa"/>
          </w:tcPr>
          <w:p w:rsidR="005C0EB8" w:rsidRDefault="00C74B91">
            <w:r>
              <w:t>- HS lắng nghe, ghi nhớ các cách ứng xử văn minh khi bất hòa với bạn bè.</w:t>
            </w:r>
          </w:p>
          <w:p w:rsidR="005C0EB8" w:rsidRDefault="00C74B91">
            <w:r>
              <w:t>- HS tham gia nêu ví dụ lời nói phù hợp và cam kết thực hiện: bình tĩnh – lắng nghe – nhận lỗi khi sai – chủ động làm hòa.</w:t>
            </w:r>
          </w:p>
        </w:tc>
      </w:tr>
      <w:tr w:rsidR="005C0EB8">
        <w:tc>
          <w:tcPr>
            <w:tcW w:w="4986" w:type="dxa"/>
          </w:tcPr>
          <w:p w:rsidR="005C0EB8" w:rsidRDefault="00C74B91">
            <w:r>
              <w:t>- =&gt; Kết luận: Mỗi người chúng ta không thế sổng tách biệt với cộng đồng, vì thế chúng ta cần xây dựng mối quan hệ tốt đẹp với mọi người xung quanh. Xây dựng mối quan hệ  tốt đẹp  với bạn bè là truyền thống từ bao đời nay của dân tộc ta, góp phần xây dựng nếp sống văn văn minh.</w:t>
            </w:r>
          </w:p>
        </w:tc>
        <w:tc>
          <w:tcPr>
            <w:tcW w:w="4986" w:type="dxa"/>
          </w:tcPr>
          <w:p w:rsidR="005C0EB8" w:rsidRDefault="00C74B91">
            <w:r>
              <w:t>- HS lắng nghe và ghi nhớ.</w:t>
            </w:r>
          </w:p>
        </w:tc>
      </w:tr>
      <w:tr w:rsidR="005C0EB8">
        <w:tc>
          <w:tcPr>
            <w:tcW w:w="4986" w:type="dxa"/>
          </w:tcPr>
          <w:p w:rsidR="005C0EB8" w:rsidRDefault="00C74B91">
            <w:r>
              <w:t>- * Em còn có cách sử lý nào khác khi bất hòa với bạn bè?</w:t>
            </w:r>
          </w:p>
        </w:tc>
        <w:tc>
          <w:tcPr>
            <w:tcW w:w="4986" w:type="dxa"/>
          </w:tcPr>
          <w:p w:rsidR="005C0EB8" w:rsidRDefault="00C74B91">
            <w:r>
              <w:t>-Hs trả lời</w:t>
            </w:r>
          </w:p>
          <w:p w:rsidR="005C0EB8" w:rsidRDefault="00C74B91">
            <w:r>
              <w:t>- Em có thể chủ động xin lỗi khi mình sai; nói lời nhẹ nhàng, tôn trọng bạn.</w:t>
            </w:r>
          </w:p>
          <w:p w:rsidR="005C0EB8" w:rsidRDefault="00C74B91">
            <w:r>
              <w:lastRenderedPageBreak/>
              <w:t>- Em có thể hẹn bạn trao đổi khi cả hai bình tĩnh, cùng tìm nguyên nhân và thống nhất cách khắc phục.</w:t>
            </w:r>
          </w:p>
          <w:p w:rsidR="005C0EB8" w:rsidRDefault="00C74B91">
            <w:r>
              <w:t>- Nếu khó tự giải quyết, em nhờ bạn khác hoặc thầy cô làm người hòa giải để hai bạn hiểu nhau và làm hòa.</w:t>
            </w:r>
          </w:p>
        </w:tc>
      </w:tr>
      <w:tr w:rsidR="005C0EB8">
        <w:tc>
          <w:tcPr>
            <w:tcW w:w="9972" w:type="dxa"/>
            <w:gridSpan w:val="2"/>
          </w:tcPr>
          <w:p w:rsidR="005C0EB8" w:rsidRDefault="00C74B91">
            <w:r>
              <w:rPr>
                <w:b/>
              </w:rPr>
              <w:lastRenderedPageBreak/>
              <w:t>Hoạt động 4: Giúp bạn bè xử lý tình huống bất hòa (10’)</w:t>
            </w:r>
          </w:p>
          <w:p w:rsidR="005C0EB8" w:rsidRDefault="00C74B91">
            <w:r>
              <w:t xml:space="preserve">- </w:t>
            </w:r>
            <w:r>
              <w:rPr>
                <w:b/>
              </w:rPr>
              <w:t>Mục tiêu</w:t>
            </w:r>
            <w:r>
              <w:t>: Học sinh hiểu được ý nghĩa giúp bạn bè xử lý bất hòa</w:t>
            </w:r>
          </w:p>
          <w:p w:rsidR="005C0EB8" w:rsidRDefault="00C74B91">
            <w:r>
              <w:t>- Cách tiến hành:</w:t>
            </w:r>
          </w:p>
        </w:tc>
      </w:tr>
      <w:tr w:rsidR="005C0EB8">
        <w:tc>
          <w:tcPr>
            <w:tcW w:w="4986" w:type="dxa"/>
          </w:tcPr>
          <w:p w:rsidR="005C0EB8" w:rsidRDefault="00C74B91">
            <w:r>
              <w:t xml:space="preserve">- GV yêu cầu HS đọc </w:t>
            </w:r>
            <w:proofErr w:type="gramStart"/>
            <w:r>
              <w:t>TH  trong</w:t>
            </w:r>
            <w:proofErr w:type="gramEnd"/>
            <w:r>
              <w:t xml:space="preserve"> sgk.</w:t>
            </w:r>
          </w:p>
          <w:p w:rsidR="00081449" w:rsidRDefault="00081449">
            <w:r>
              <w:rPr>
                <w:noProof/>
                <w:lang w:val="vi-VN" w:eastAsia="vi-VN"/>
              </w:rPr>
              <w:drawing>
                <wp:inline distT="0" distB="0" distL="0" distR="0" wp14:anchorId="2C3C3016" wp14:editId="1C0D8161">
                  <wp:extent cx="2918852"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29962" cy="1147351"/>
                          </a:xfrm>
                          <a:prstGeom prst="rect">
                            <a:avLst/>
                          </a:prstGeom>
                        </pic:spPr>
                      </pic:pic>
                    </a:graphicData>
                  </a:graphic>
                </wp:inline>
              </w:drawing>
            </w:r>
          </w:p>
        </w:tc>
        <w:tc>
          <w:tcPr>
            <w:tcW w:w="4986" w:type="dxa"/>
          </w:tcPr>
          <w:p w:rsidR="005C0EB8" w:rsidRDefault="00C74B91">
            <w:r>
              <w:t>- HS đọc tình huống theo tổ</w:t>
            </w:r>
          </w:p>
        </w:tc>
      </w:tr>
      <w:tr w:rsidR="005C0EB8">
        <w:tc>
          <w:tcPr>
            <w:tcW w:w="4986" w:type="dxa"/>
          </w:tcPr>
          <w:p w:rsidR="005C0EB8" w:rsidRDefault="00C74B91">
            <w:r>
              <w:t>- GV giao nhiệm vụ cho HS</w:t>
            </w:r>
          </w:p>
        </w:tc>
        <w:tc>
          <w:tcPr>
            <w:tcW w:w="4986" w:type="dxa"/>
          </w:tcPr>
          <w:p w:rsidR="005C0EB8" w:rsidRDefault="00C74B91">
            <w:r>
              <w:t>- HS nhận nhiệm vụ, thảo luận trong tổ để thống nhất ý kiến.</w:t>
            </w:r>
          </w:p>
        </w:tc>
      </w:tr>
      <w:tr w:rsidR="005C0EB8">
        <w:tc>
          <w:tcPr>
            <w:tcW w:w="4986" w:type="dxa"/>
          </w:tcPr>
          <w:p w:rsidR="005C0EB8" w:rsidRDefault="00C74B91">
            <w:r>
              <w:t xml:space="preserve">- Khi hai bạn bất hòa Tuấn </w:t>
            </w:r>
            <w:bookmarkStart w:id="0" w:name="_GoBack"/>
            <w:bookmarkEnd w:id="0"/>
            <w:r>
              <w:t>đã làm gì?</w:t>
            </w:r>
          </w:p>
        </w:tc>
        <w:tc>
          <w:tcPr>
            <w:tcW w:w="4986" w:type="dxa"/>
          </w:tcPr>
          <w:p w:rsidR="005C0EB8" w:rsidRDefault="00C74B91">
            <w:r>
              <w:t>- HS trả lời câu hỏi</w:t>
            </w:r>
          </w:p>
          <w:p w:rsidR="005C0EB8" w:rsidRDefault="00C74B91">
            <w:r>
              <w:t>+ Tuấn đã lắng nghe và giải quyết những cái đúng cái sai để hai bạn hiểu ra và biết cách xin lỗi nhau để giảng hòa.</w:t>
            </w:r>
          </w:p>
        </w:tc>
      </w:tr>
      <w:tr w:rsidR="005C0EB8">
        <w:tc>
          <w:tcPr>
            <w:tcW w:w="4986" w:type="dxa"/>
          </w:tcPr>
          <w:p w:rsidR="005C0EB8" w:rsidRDefault="00C74B91">
            <w:r>
              <w:t>- GV gọi HS lên chia sẻ trước lớp</w:t>
            </w:r>
          </w:p>
        </w:tc>
        <w:tc>
          <w:tcPr>
            <w:tcW w:w="4986" w:type="dxa"/>
          </w:tcPr>
          <w:p w:rsidR="005C0EB8" w:rsidRDefault="00C74B91">
            <w:r>
              <w:t>- HS chia sẻ trước lớp</w:t>
            </w:r>
          </w:p>
        </w:tc>
      </w:tr>
      <w:tr w:rsidR="005C0EB8">
        <w:tc>
          <w:tcPr>
            <w:tcW w:w="4986" w:type="dxa"/>
          </w:tcPr>
          <w:p w:rsidR="005C0EB8" w:rsidRDefault="00C74B91">
            <w:r>
              <w:t>- GV đưa nhận xét, kết luận</w:t>
            </w:r>
          </w:p>
        </w:tc>
        <w:tc>
          <w:tcPr>
            <w:tcW w:w="4986" w:type="dxa"/>
          </w:tcPr>
          <w:p w:rsidR="005C0EB8" w:rsidRDefault="00C74B91">
            <w:r>
              <w:t>- HS nhận xét bài của bạn</w:t>
            </w:r>
          </w:p>
        </w:tc>
      </w:tr>
      <w:tr w:rsidR="005C0EB8">
        <w:tc>
          <w:tcPr>
            <w:tcW w:w="4986" w:type="dxa"/>
          </w:tcPr>
          <w:p w:rsidR="005C0EB8" w:rsidRDefault="00C74B91">
            <w:r>
              <w:t>- =&gt; Kết luận: Để giúp bạn xử lý bất hòa, chúng ta nên  ngồi lại cùng các bạn, lắng nghe ý kiến của từng người, chỉ ra những điểm đúng ở hai bạn và xóa bỏ những hiểu lầm. Sau đó, em có thể đề xuất một giải pháp mà cả hai bạn đều cảm thấy ổn và nhất trí thực hiện. Bước cuối cùng là đề nghị các bạn bắt tay làm lành với nhau.</w:t>
            </w:r>
          </w:p>
        </w:tc>
        <w:tc>
          <w:tcPr>
            <w:tcW w:w="4986" w:type="dxa"/>
          </w:tcPr>
          <w:p w:rsidR="005C0EB8" w:rsidRDefault="00C74B91">
            <w:r>
              <w:t>- HS lắng nghe và ghi nhớ cách giúp bạn xử lý bất hòa.</w:t>
            </w:r>
          </w:p>
        </w:tc>
      </w:tr>
      <w:tr w:rsidR="005C0EB8">
        <w:tc>
          <w:tcPr>
            <w:tcW w:w="9972" w:type="dxa"/>
            <w:gridSpan w:val="2"/>
          </w:tcPr>
          <w:p w:rsidR="005C0EB8" w:rsidRDefault="00C74B91">
            <w:r>
              <w:rPr>
                <w:b/>
              </w:rPr>
              <w:t>3. Vận dụng. ( 5 phút)</w:t>
            </w:r>
          </w:p>
          <w:p w:rsidR="005C0EB8" w:rsidRDefault="00C74B91">
            <w:r>
              <w:t xml:space="preserve">- </w:t>
            </w:r>
            <w:r>
              <w:rPr>
                <w:b/>
              </w:rPr>
              <w:t>Mục tiêu</w:t>
            </w:r>
            <w:r>
              <w:t>:</w:t>
            </w:r>
          </w:p>
          <w:p w:rsidR="005C0EB8" w:rsidRDefault="00C74B91">
            <w:r>
              <w:t>+ Quan tâm phải xử lý bất hòa với bạn bè bằng những lời nói, việc làm phù hợp.</w:t>
            </w:r>
          </w:p>
          <w:p w:rsidR="005C0EB8" w:rsidRDefault="00C74B91">
            <w:r>
              <w:t>+ Vận dụng vào thực tiễn để thực hiện tốt hành vi, việc làm để thể hiện xử lý bất hòa với bạn bè</w:t>
            </w:r>
          </w:p>
          <w:p w:rsidR="005C0EB8" w:rsidRDefault="00C74B91">
            <w:r>
              <w:t>- Cách tiến hành:</w:t>
            </w:r>
          </w:p>
        </w:tc>
      </w:tr>
      <w:tr w:rsidR="005C0EB8">
        <w:tc>
          <w:tcPr>
            <w:tcW w:w="4986" w:type="dxa"/>
          </w:tcPr>
          <w:p w:rsidR="005C0EB8" w:rsidRDefault="00C74B91">
            <w:r>
              <w:t>- GV yêu cầu HS chia sẻ về những việc em đã làm để thể hiện phải xử lý bất hòa với bạn bè</w:t>
            </w:r>
          </w:p>
        </w:tc>
        <w:tc>
          <w:tcPr>
            <w:tcW w:w="4986" w:type="dxa"/>
          </w:tcPr>
          <w:p w:rsidR="005C0EB8" w:rsidRDefault="00C74B91">
            <w:r>
              <w:t>+ HS chia sẻ trước lớp.</w:t>
            </w:r>
          </w:p>
        </w:tc>
      </w:tr>
      <w:tr w:rsidR="005C0EB8">
        <w:tc>
          <w:tcPr>
            <w:tcW w:w="4986" w:type="dxa"/>
          </w:tcPr>
          <w:p w:rsidR="005C0EB8" w:rsidRDefault="00C74B91">
            <w:r>
              <w:t xml:space="preserve">- ? Qua tiết học hôm nay em học được </w:t>
            </w:r>
            <w:r>
              <w:lastRenderedPageBreak/>
              <w:t>điều gì?</w:t>
            </w:r>
          </w:p>
        </w:tc>
        <w:tc>
          <w:tcPr>
            <w:tcW w:w="4986" w:type="dxa"/>
          </w:tcPr>
          <w:p w:rsidR="005C0EB8" w:rsidRDefault="00C74B91">
            <w:r>
              <w:lastRenderedPageBreak/>
              <w:t xml:space="preserve">- Quan tâm xử lý bất hòa với bạn bè bằng </w:t>
            </w:r>
            <w:r>
              <w:lastRenderedPageBreak/>
              <w:t>những lời nói và việc làm phù hợp với bản thân mình.</w:t>
            </w:r>
          </w:p>
          <w:p w:rsidR="005C0EB8" w:rsidRDefault="00C74B91">
            <w:r>
              <w:t>- Em học được: bình tĩnh – lắng nghe – tìm nguyên nhân – nói chuyện thẳng thắn – xin lỗi khi sai – chủ động làm hòa để giữ tình bạn.</w:t>
            </w:r>
          </w:p>
        </w:tc>
      </w:tr>
      <w:tr w:rsidR="005C0EB8">
        <w:tc>
          <w:tcPr>
            <w:tcW w:w="4986" w:type="dxa"/>
          </w:tcPr>
          <w:p w:rsidR="005C0EB8" w:rsidRDefault="00C74B91">
            <w:r>
              <w:lastRenderedPageBreak/>
              <w:t>- GV nhận xét, tuyên dương</w:t>
            </w:r>
          </w:p>
        </w:tc>
        <w:tc>
          <w:tcPr>
            <w:tcW w:w="4986" w:type="dxa"/>
          </w:tcPr>
          <w:p w:rsidR="005C0EB8" w:rsidRDefault="00C74B91">
            <w:r>
              <w:t>- HS lắng nghe,rút kinh nghiệm</w:t>
            </w:r>
          </w:p>
        </w:tc>
      </w:tr>
      <w:tr w:rsidR="005C0EB8">
        <w:tc>
          <w:tcPr>
            <w:tcW w:w="4986" w:type="dxa"/>
          </w:tcPr>
          <w:p w:rsidR="005C0EB8" w:rsidRDefault="00C74B91">
            <w:r>
              <w:t>- GV nhận xét tiết học</w:t>
            </w:r>
          </w:p>
        </w:tc>
        <w:tc>
          <w:tcPr>
            <w:tcW w:w="4986" w:type="dxa"/>
          </w:tcPr>
          <w:p w:rsidR="005C0EB8" w:rsidRDefault="00C74B91">
            <w:r>
              <w:t>- HS ghi nhớ những điều GV nhắc nhở để thực hiện tốt trong thực tế.</w:t>
            </w:r>
          </w:p>
        </w:tc>
      </w:tr>
      <w:tr w:rsidR="005C0EB8">
        <w:tc>
          <w:tcPr>
            <w:tcW w:w="4986" w:type="dxa"/>
          </w:tcPr>
          <w:p w:rsidR="005C0EB8" w:rsidRDefault="00C74B91">
            <w:r>
              <w:t>- Dặn dò: về nhà chuẩn bị cho tiết 3 của bài</w:t>
            </w:r>
          </w:p>
        </w:tc>
        <w:tc>
          <w:tcPr>
            <w:tcW w:w="4986" w:type="dxa"/>
          </w:tcPr>
          <w:p w:rsidR="005C0EB8" w:rsidRDefault="00C74B91">
            <w:r>
              <w:t>- HS chuẩn bị bài theo dặn dò của GV.</w:t>
            </w:r>
          </w:p>
        </w:tc>
      </w:tr>
    </w:tbl>
    <w:p w:rsidR="005C0EB8" w:rsidRDefault="00C74B91">
      <w:pPr>
        <w:spacing w:after="0" w:line="240" w:lineRule="auto"/>
      </w:pPr>
      <w:r>
        <w:rPr>
          <w:b/>
        </w:rPr>
        <w:t>4. ĐIỀU CHỈNH SAU BÀI HỌC:</w:t>
      </w:r>
    </w:p>
    <w:p w:rsidR="005C0EB8" w:rsidRDefault="00C74B91">
      <w:pPr>
        <w:spacing w:after="0" w:line="240" w:lineRule="auto"/>
      </w:pPr>
      <w:r>
        <w:t>....................................................................................................................................</w:t>
      </w:r>
    </w:p>
    <w:p w:rsidR="005C0EB8" w:rsidRDefault="00C74B91">
      <w:pPr>
        <w:spacing w:after="0" w:line="240" w:lineRule="auto"/>
      </w:pPr>
      <w:r>
        <w:t>....................................................................................................................................</w:t>
      </w:r>
    </w:p>
    <w:p w:rsidR="005C0EB8" w:rsidRDefault="00C74B91">
      <w:pPr>
        <w:spacing w:after="0" w:line="240" w:lineRule="auto"/>
      </w:pPr>
      <w:r>
        <w:t>....................................................................................................................................</w:t>
      </w:r>
    </w:p>
    <w:sectPr w:rsidR="005C0EB8"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81449"/>
    <w:rsid w:val="0015074B"/>
    <w:rsid w:val="0029639D"/>
    <w:rsid w:val="00326F90"/>
    <w:rsid w:val="005C0EB8"/>
    <w:rsid w:val="00AA1D8D"/>
    <w:rsid w:val="00B47730"/>
    <w:rsid w:val="00C74B9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BB60B9"/>
  <w14:defaultImageDpi w14:val="300"/>
  <w15:docId w15:val="{1A2DD39D-7B48-427D-805B-ED257310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FD0EB-0582-481B-B6F5-0023D3A55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3</cp:revision>
  <dcterms:created xsi:type="dcterms:W3CDTF">2026-03-04T17:17:00Z</dcterms:created>
  <dcterms:modified xsi:type="dcterms:W3CDTF">2026-03-04T17:18:00Z</dcterms:modified>
  <cp:category/>
</cp:coreProperties>
</file>