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7C2D12"/>
          <w:sz w:val="36"/>
        </w:rPr>
        <w:t>نموذج يومية أمريكية</w:t>
      </w:r>
    </w:p>
    <w:p>
      <w:pPr>
        <w:jc w:val="center"/>
      </w:pPr>
      <w:r>
        <w:rPr>
          <w:rFonts w:ascii="Arial" w:hAnsi="Arial" w:eastAsia="Arial"/>
          <w:sz w:val="20"/>
        </w:rPr>
        <w:t>جاهز للطباعة والاستخدام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اسم المنشأة</w:t>
            </w:r>
          </w:p>
        </w:tc>
        <w:tc>
          <w:tcPr>
            <w:tcW w:type="dxa" w:w="2720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الفترة</w:t>
            </w:r>
          </w:p>
        </w:tc>
        <w:tc>
          <w:tcPr>
            <w:tcW w:type="dxa" w:w="2720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رقم الصفحة</w:t>
            </w:r>
          </w:p>
        </w:tc>
        <w:tc>
          <w:tcPr>
            <w:tcW w:type="dxa" w:w="2720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العملة</w:t>
            </w:r>
          </w:p>
        </w:tc>
      </w:tr>
      <w:tr>
        <w:tc>
          <w:tcPr>
            <w:tcW w:type="dxa" w:w="2720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720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720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720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247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التاريخ</w:t>
            </w:r>
          </w:p>
        </w:tc>
        <w:tc>
          <w:tcPr>
            <w:tcW w:type="dxa" w:w="3231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البيان</w:t>
            </w:r>
          </w:p>
        </w:tc>
        <w:tc>
          <w:tcPr>
            <w:tcW w:type="dxa" w:w="1247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رقم القيد</w:t>
            </w:r>
          </w:p>
        </w:tc>
        <w:tc>
          <w:tcPr>
            <w:tcW w:type="dxa" w:w="1361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مدين</w:t>
            </w:r>
          </w:p>
        </w:tc>
        <w:tc>
          <w:tcPr>
            <w:tcW w:type="dxa" w:w="1361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دائن</w:t>
            </w:r>
          </w:p>
        </w:tc>
        <w:tc>
          <w:tcPr>
            <w:tcW w:type="dxa" w:w="1757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ملاحظات</w:t>
            </w:r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813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</w:tbl>
    <w:p>
      <w:pPr>
        <w:jc w:val="right"/>
      </w:pPr>
      <w:r>
        <w:br/>
        <w:t>التوقيع: ____________________        المراجعة: ____________________</w:t>
      </w:r>
    </w:p>
    <w:sectPr w:rsidR="00FC693F" w:rsidRPr="0006063C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