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7B9" w:rsidRDefault="00F8663B">
      <w:pPr>
        <w:jc w:val="center"/>
      </w:pPr>
      <w:bookmarkStart w:id="0" w:name="_GoBack"/>
      <w:bookmarkEnd w:id="0"/>
      <w:r>
        <w:rPr>
          <w:b/>
        </w:rPr>
        <w:t>TUẦN 32 - TIẾNG VIỆT</w:t>
      </w:r>
    </w:p>
    <w:p w:rsidR="00F127B9" w:rsidRDefault="00F8663B">
      <w:pPr>
        <w:jc w:val="center"/>
      </w:pPr>
      <w:r>
        <w:rPr>
          <w:b/>
        </w:rPr>
        <w:t>CHỦ ĐIỂM: TRÁI ĐẤT CỦA CHÚNG MÌNH</w:t>
      </w:r>
    </w:p>
    <w:p w:rsidR="00F127B9" w:rsidRDefault="00F8663B">
      <w:pPr>
        <w:jc w:val="center"/>
      </w:pPr>
      <w:r>
        <w:rPr>
          <w:b/>
        </w:rPr>
        <w:t>Bài 26: NGỌN LỬA Ô-LIM-PÍCH - TIẾT 1</w:t>
      </w:r>
    </w:p>
    <w:p w:rsidR="00F127B9" w:rsidRDefault="00F8663B">
      <w:r>
        <w:rPr>
          <w:b/>
        </w:rPr>
        <w:t>I. YÊU CẦU CẦN ĐẠT</w:t>
      </w:r>
    </w:p>
    <w:p w:rsidR="00F127B9" w:rsidRDefault="00F8663B">
      <w:r>
        <w:rPr>
          <w:b/>
        </w:rPr>
        <w:t>1. Năng lực đặc thù</w:t>
      </w:r>
    </w:p>
    <w:p w:rsidR="00F127B9" w:rsidRDefault="00F8663B">
      <w:r>
        <w:t>- Đọc đúng từ ngữ, câu, đoạn trong văn bản “Ngọn lửa Ô-lim-pích”.</w:t>
      </w:r>
    </w:p>
    <w:p w:rsidR="00F127B9" w:rsidRDefault="00F8663B">
      <w:r>
        <w:t xml:space="preserve">- Biết ngắt nghỉ hơi ở dấu câu, bước đầu đọc rõ những câu </w:t>
      </w:r>
      <w:r>
        <w:t>dài trong bài.</w:t>
      </w:r>
    </w:p>
    <w:p w:rsidR="00F127B9" w:rsidRDefault="00F8663B">
      <w:r>
        <w:t>- Nhận biết được một số thông tin ban đầu về Đại hội thể thao Ô-lim-pích.</w:t>
      </w:r>
    </w:p>
    <w:p w:rsidR="00F127B9" w:rsidRDefault="00F8663B">
      <w:r>
        <w:t>- Phát triển năng lực ngôn ngữ thông qua hoạt động đọc, nghe và trả lời câu hỏi.</w:t>
      </w:r>
    </w:p>
    <w:p w:rsidR="00F127B9" w:rsidRDefault="00F8663B">
      <w:r>
        <w:rPr>
          <w:b/>
        </w:rPr>
        <w:t>2. Năng lực chung</w:t>
      </w:r>
    </w:p>
    <w:p w:rsidR="00F127B9" w:rsidRDefault="00F8663B">
      <w:r>
        <w:t xml:space="preserve">- Năng lực tự chủ, tự học: lắng nghe, đọc bài và thực hiện nhiệm vụ </w:t>
      </w:r>
      <w:r>
        <w:t>học tập.</w:t>
      </w:r>
    </w:p>
    <w:p w:rsidR="00F127B9" w:rsidRDefault="00F8663B">
      <w:r>
        <w:t>- Năng lực giao tiếp và hợp tác: tham gia luyện đọc trong nhóm, chia sẻ kết quả đọc.</w:t>
      </w:r>
    </w:p>
    <w:p w:rsidR="00F127B9" w:rsidRDefault="00F8663B">
      <w:r>
        <w:t>- Năng lực giải quyết vấn đề và sáng tạo: quan sát tranh, suy nghĩ và trả lời câu hỏi khởi động.</w:t>
      </w:r>
    </w:p>
    <w:p w:rsidR="00F127B9" w:rsidRDefault="00F8663B">
      <w:r>
        <w:rPr>
          <w:b/>
        </w:rPr>
        <w:t>3. Phẩm chất</w:t>
      </w:r>
    </w:p>
    <w:p w:rsidR="00F127B9" w:rsidRDefault="00F8663B">
      <w:r>
        <w:t>- Yêu nước: yêu thể thao, có ý thức rèn luyện thân t</w:t>
      </w:r>
      <w:r>
        <w:t>hể.</w:t>
      </w:r>
    </w:p>
    <w:p w:rsidR="00F127B9" w:rsidRDefault="00F8663B">
      <w:r>
        <w:t>- Nhân ái: biết trân trọng tinh thần hoà bình, hữu nghị giữa các dân tộc.</w:t>
      </w:r>
    </w:p>
    <w:p w:rsidR="00F127B9" w:rsidRDefault="00F8663B">
      <w:r>
        <w:t>- Chăm chỉ, trách nhiệm: tích cực đọc bài, giữ trật tự và học tập nghiêm túc.</w:t>
      </w:r>
    </w:p>
    <w:p w:rsidR="00F127B9" w:rsidRDefault="00F8663B">
      <w:r>
        <w:rPr>
          <w:b/>
        </w:rPr>
        <w:t>4. Tích hợp</w:t>
      </w:r>
    </w:p>
    <w:p w:rsidR="00F127B9" w:rsidRDefault="00F8663B">
      <w:r>
        <w:rPr>
          <w:color w:val="C00000"/>
        </w:rPr>
        <w:t xml:space="preserve">- Tích hợp QPAN: giáo dục tình yêu hoà bình, tinh thần hữu nghị thông qua hoạt động thể </w:t>
      </w:r>
      <w:r>
        <w:rPr>
          <w:color w:val="C00000"/>
        </w:rPr>
        <w:t>thao quốc tế.</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SGK và các thiết bị, học liệu phục vụ tiết dạy.</w:t>
      </w:r>
    </w:p>
    <w:p w:rsidR="00F127B9" w:rsidRDefault="00F8663B">
      <w:r>
        <w:t>- Tranh minh hoạ về các môn thể thao, Đại hội thể thao Ô-lim-pích.</w:t>
      </w:r>
    </w:p>
    <w:p w:rsidR="00F127B9" w:rsidRDefault="00F8663B">
      <w:r>
        <w:rPr>
          <w:b/>
        </w:rPr>
        <w:t>2. Học sinh</w:t>
      </w:r>
    </w:p>
    <w:p w:rsidR="00F127B9" w:rsidRDefault="00F8663B">
      <w:r>
        <w:t>- SGK Tiếng Việt.</w:t>
      </w:r>
    </w:p>
    <w:p w:rsidR="00F127B9" w:rsidRDefault="00F8663B">
      <w:r>
        <w:t>- Vở ghi, bút viết v</w:t>
      </w:r>
      <w:r>
        <w:t>à đồ dùng học tập cá nhân.</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HOẠT ĐỘNG CỦA HỌC 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Mục tiêu: Tạo không khí vui vẻ, khơi gợi hiểu biết của HS về các môn thể thao và dẫn vào bài đọc.</w:t>
            </w:r>
          </w:p>
        </w:tc>
      </w:tr>
      <w:tr w:rsidR="00F127B9">
        <w:trPr>
          <w:jc w:val="center"/>
        </w:trPr>
        <w:tc>
          <w:tcPr>
            <w:tcW w:w="5046" w:type="dxa"/>
          </w:tcPr>
          <w:p w:rsidR="00F127B9" w:rsidRDefault="00F8663B">
            <w:r>
              <w:t xml:space="preserve">- GV tổ chức trò chơi </w:t>
            </w:r>
            <w:r>
              <w:t>“Đuổi hình bắt chữ” để HS đoán một số môn thể thao.</w:t>
            </w:r>
          </w:p>
        </w:tc>
        <w:tc>
          <w:tcPr>
            <w:tcW w:w="5046" w:type="dxa"/>
          </w:tcPr>
          <w:p w:rsidR="00F127B9" w:rsidRDefault="00F8663B">
            <w:r>
              <w:t>- HS tham gia trò chơi theo hướng dẫn của GV.</w:t>
            </w:r>
          </w:p>
        </w:tc>
      </w:tr>
      <w:tr w:rsidR="00F127B9">
        <w:trPr>
          <w:jc w:val="center"/>
        </w:trPr>
        <w:tc>
          <w:tcPr>
            <w:tcW w:w="5046" w:type="dxa"/>
          </w:tcPr>
          <w:p w:rsidR="00F127B9" w:rsidRDefault="00F8663B">
            <w:r>
              <w:t>- GV nêu hình ảnh quả bóng và cục đá, yêu cầu HS đoán tên môn thể thao.</w:t>
            </w:r>
          </w:p>
        </w:tc>
        <w:tc>
          <w:tcPr>
            <w:tcW w:w="5046" w:type="dxa"/>
          </w:tcPr>
          <w:p w:rsidR="00F127B9" w:rsidRDefault="00F8663B">
            <w:r>
              <w:t>- HS trả lời: Môn bóng đá.</w:t>
            </w:r>
          </w:p>
        </w:tc>
      </w:tr>
      <w:tr w:rsidR="00F127B9">
        <w:trPr>
          <w:jc w:val="center"/>
        </w:trPr>
        <w:tc>
          <w:tcPr>
            <w:tcW w:w="5046" w:type="dxa"/>
          </w:tcPr>
          <w:p w:rsidR="00F127B9" w:rsidRDefault="00F8663B">
            <w:r>
              <w:t xml:space="preserve">- GV nêu hình ảnh cây cầu và chiếc lông chim, yêu cầu HS </w:t>
            </w:r>
            <w:r>
              <w:t>đoán tên môn thể thao.</w:t>
            </w:r>
          </w:p>
        </w:tc>
        <w:tc>
          <w:tcPr>
            <w:tcW w:w="5046" w:type="dxa"/>
          </w:tcPr>
          <w:p w:rsidR="00F127B9" w:rsidRDefault="00F8663B">
            <w:r>
              <w:t>- HS trả lời: Môn cầu lông.</w:t>
            </w:r>
          </w:p>
        </w:tc>
      </w:tr>
      <w:tr w:rsidR="00F127B9">
        <w:trPr>
          <w:jc w:val="center"/>
        </w:trPr>
        <w:tc>
          <w:tcPr>
            <w:tcW w:w="5046" w:type="dxa"/>
          </w:tcPr>
          <w:p w:rsidR="00F127B9" w:rsidRDefault="00F8663B">
            <w:r>
              <w:t>- GV nêu hình ảnh quả bóng và cái bàn, yêu cầu HS đoán tên môn thể thao.</w:t>
            </w:r>
          </w:p>
        </w:tc>
        <w:tc>
          <w:tcPr>
            <w:tcW w:w="5046" w:type="dxa"/>
          </w:tcPr>
          <w:p w:rsidR="00F127B9" w:rsidRDefault="00F8663B">
            <w:r>
              <w:t>- HS trả lời: Môn bóng bàn.</w:t>
            </w:r>
          </w:p>
        </w:tc>
      </w:tr>
      <w:tr w:rsidR="00F127B9">
        <w:trPr>
          <w:jc w:val="center"/>
        </w:trPr>
        <w:tc>
          <w:tcPr>
            <w:tcW w:w="5046" w:type="dxa"/>
          </w:tcPr>
          <w:p w:rsidR="00F127B9" w:rsidRDefault="00F8663B">
            <w:r>
              <w:t>- GV tổ chức trò chơi “Ai thông minh”, yêu cầu HS quan sát tranh và kể tên các lá cờ mà em biết.</w:t>
            </w:r>
          </w:p>
        </w:tc>
        <w:tc>
          <w:tcPr>
            <w:tcW w:w="5046" w:type="dxa"/>
          </w:tcPr>
          <w:p w:rsidR="00F127B9" w:rsidRDefault="00F8663B">
            <w:r>
              <w:t xml:space="preserve">- HS </w:t>
            </w:r>
            <w:r>
              <w:t>quan sát, nêu tên một số nước: Việt Nam, Lào, Cam-pu-chia, Ma-lai-xi-a, Mi-an-ma,...</w:t>
            </w:r>
          </w:p>
        </w:tc>
      </w:tr>
      <w:tr w:rsidR="00F127B9">
        <w:trPr>
          <w:jc w:val="center"/>
        </w:trPr>
        <w:tc>
          <w:tcPr>
            <w:tcW w:w="5046" w:type="dxa"/>
          </w:tcPr>
          <w:p w:rsidR="00F127B9" w:rsidRDefault="00F8663B">
            <w:r>
              <w:t>- GV hỏi: Vì sao trong hình thi đấu thể thao có cờ của nhiều nước?</w:t>
            </w:r>
          </w:p>
        </w:tc>
        <w:tc>
          <w:tcPr>
            <w:tcW w:w="5046" w:type="dxa"/>
          </w:tcPr>
          <w:p w:rsidR="00F127B9" w:rsidRDefault="00F8663B">
            <w:r>
              <w:t>- HS trả lời: Vì đây là giải đấu thể thao quốc tế, có nhiều nước tham gia.</w:t>
            </w:r>
          </w:p>
        </w:tc>
      </w:tr>
      <w:tr w:rsidR="00F127B9">
        <w:trPr>
          <w:jc w:val="center"/>
        </w:trPr>
        <w:tc>
          <w:tcPr>
            <w:tcW w:w="5046" w:type="dxa"/>
          </w:tcPr>
          <w:p w:rsidR="00F127B9" w:rsidRDefault="00F8663B">
            <w:r>
              <w:lastRenderedPageBreak/>
              <w:t xml:space="preserve">- GV nhận xét, tuyên dương </w:t>
            </w:r>
            <w:r>
              <w:t>và dẫn dắt vào bài “Ngọn lửa Ô-lim-pích”.</w:t>
            </w:r>
          </w:p>
        </w:tc>
        <w:tc>
          <w:tcPr>
            <w:tcW w:w="5046" w:type="dxa"/>
          </w:tcPr>
          <w:p w:rsidR="00F127B9" w:rsidRDefault="00F8663B">
            <w:r>
              <w:t>- HS lắng nghe, ghi tên bài vào vở.</w:t>
            </w:r>
          </w:p>
        </w:tc>
      </w:tr>
      <w:tr w:rsidR="00F127B9">
        <w:trPr>
          <w:jc w:val="center"/>
        </w:trPr>
        <w:tc>
          <w:tcPr>
            <w:tcW w:w="5046" w:type="dxa"/>
          </w:tcPr>
          <w:p w:rsidR="00F127B9" w:rsidRDefault="00F8663B">
            <w:r>
              <w:rPr>
                <w:color w:val="C00000"/>
              </w:rPr>
              <w:t>- GV liên hệ tích hợp: Qua các giải thể thao quốc tế, các quốc gia gặp gỡ, thi đấu trong tinh thần tôn trọng, hoà bình và hữu nghị; HS cần biết cổ vũ văn minh, đoàn kết và yêu c</w:t>
            </w:r>
            <w:r>
              <w:rPr>
                <w:color w:val="C00000"/>
              </w:rPr>
              <w:t>huộng hoà bình.</w:t>
            </w:r>
          </w:p>
        </w:tc>
        <w:tc>
          <w:tcPr>
            <w:tcW w:w="5046" w:type="dxa"/>
          </w:tcPr>
          <w:p w:rsidR="00F127B9" w:rsidRDefault="00F8663B">
            <w:r>
              <w:t>- HS lắng nghe, nêu một việc em có thể làm để thể hiện tinh thần đoàn kết khi tham gia hoạt động thể thao.</w:t>
            </w:r>
          </w:p>
        </w:tc>
      </w:tr>
      <w:tr w:rsidR="00F127B9">
        <w:trPr>
          <w:jc w:val="center"/>
        </w:trPr>
        <w:tc>
          <w:tcPr>
            <w:tcW w:w="10092" w:type="dxa"/>
            <w:gridSpan w:val="2"/>
            <w:shd w:val="clear" w:color="auto" w:fill="EAF2DD"/>
          </w:tcPr>
          <w:p w:rsidR="00F127B9" w:rsidRDefault="00F8663B">
            <w:r>
              <w:rPr>
                <w:b/>
              </w:rPr>
              <w:t>2. Khám phá - Hoạt động 1: Luyện đọc văn bản (20 phút)</w:t>
            </w:r>
          </w:p>
          <w:p w:rsidR="00F127B9" w:rsidRDefault="00F8663B">
            <w:r>
              <w:rPr>
                <w:b/>
              </w:rPr>
              <w:t>Mục tiêu: HS đọc đúng văn bản, biết chia đoạn, luyện đọc từ khó và câu dài.</w:t>
            </w:r>
          </w:p>
        </w:tc>
      </w:tr>
      <w:tr w:rsidR="00F127B9">
        <w:trPr>
          <w:jc w:val="center"/>
        </w:trPr>
        <w:tc>
          <w:tcPr>
            <w:tcW w:w="5046" w:type="dxa"/>
          </w:tcPr>
          <w:p w:rsidR="00F127B9" w:rsidRDefault="00F8663B">
            <w:r>
              <w:t>- GV đọc mẫu toàn bài với giọng rõ ràng, diễn cảm, nhấn giọng ở những từ ngữ gợi tả, gợi cảm.</w:t>
            </w:r>
          </w:p>
        </w:tc>
        <w:tc>
          <w:tcPr>
            <w:tcW w:w="5046" w:type="dxa"/>
          </w:tcPr>
          <w:p w:rsidR="00F127B9" w:rsidRDefault="00F8663B">
            <w:r>
              <w:t>- HS lắng nghe GV đọc mẫu, theo dõi bài trong SGK.</w:t>
            </w:r>
          </w:p>
        </w:tc>
      </w:tr>
      <w:tr w:rsidR="00F127B9">
        <w:trPr>
          <w:jc w:val="center"/>
        </w:trPr>
        <w:tc>
          <w:tcPr>
            <w:tcW w:w="5046" w:type="dxa"/>
          </w:tcPr>
          <w:p w:rsidR="00F127B9" w:rsidRDefault="00F8663B">
            <w:r>
              <w:t>- GV hướng dẫn HS đọc trôi chảy toàn bài, ngắt nghỉ đúng dấu câu và chú ý các câu dài.</w:t>
            </w:r>
          </w:p>
        </w:tc>
        <w:tc>
          <w:tcPr>
            <w:tcW w:w="5046" w:type="dxa"/>
          </w:tcPr>
          <w:p w:rsidR="00F127B9" w:rsidRDefault="00F8663B">
            <w:r>
              <w:t>- HS lắng nghe cách đọc</w:t>
            </w:r>
            <w:r>
              <w:t>, đánh dấu những chỗ cần ngắt nghỉ.</w:t>
            </w:r>
          </w:p>
        </w:tc>
      </w:tr>
      <w:tr w:rsidR="00F127B9">
        <w:trPr>
          <w:jc w:val="center"/>
        </w:trPr>
        <w:tc>
          <w:tcPr>
            <w:tcW w:w="5046" w:type="dxa"/>
          </w:tcPr>
          <w:p w:rsidR="00F127B9" w:rsidRDefault="00F8663B">
            <w:r>
              <w:t>- GV gọi 1 HS đọc toàn bài.</w:t>
            </w:r>
          </w:p>
        </w:tc>
        <w:tc>
          <w:tcPr>
            <w:tcW w:w="5046" w:type="dxa"/>
          </w:tcPr>
          <w:p w:rsidR="00F127B9" w:rsidRDefault="00F8663B">
            <w:r>
              <w:t>- 1 HS đọc toàn bài, cả lớp theo dõi.</w:t>
            </w:r>
          </w:p>
        </w:tc>
      </w:tr>
      <w:tr w:rsidR="00F127B9">
        <w:trPr>
          <w:jc w:val="center"/>
        </w:trPr>
        <w:tc>
          <w:tcPr>
            <w:tcW w:w="5046" w:type="dxa"/>
          </w:tcPr>
          <w:p w:rsidR="00F127B9" w:rsidRDefault="00F8663B">
            <w:r>
              <w:t>- GV chia bài thành 3 đoạn: đoạn 1 từ đầu đến “nước Hy Lạp cổ”; đoạn 2 tiếp theo đến “người tứ xứ”; đoạn 3 phần còn lại.</w:t>
            </w:r>
          </w:p>
        </w:tc>
        <w:tc>
          <w:tcPr>
            <w:tcW w:w="5046" w:type="dxa"/>
          </w:tcPr>
          <w:p w:rsidR="00F127B9" w:rsidRDefault="00F8663B">
            <w:r>
              <w:t xml:space="preserve">- HS quan sát, dùng bút chì </w:t>
            </w:r>
            <w:r>
              <w:t>đánh dấu các đoạn trong SGK.</w:t>
            </w:r>
          </w:p>
        </w:tc>
      </w:tr>
      <w:tr w:rsidR="00F127B9">
        <w:trPr>
          <w:jc w:val="center"/>
        </w:trPr>
        <w:tc>
          <w:tcPr>
            <w:tcW w:w="5046" w:type="dxa"/>
          </w:tcPr>
          <w:p w:rsidR="00F127B9" w:rsidRDefault="00F8663B">
            <w:r>
              <w:t>- GV gọi HS đọc nối tiếp từng đoạn.</w:t>
            </w:r>
          </w:p>
        </w:tc>
        <w:tc>
          <w:tcPr>
            <w:tcW w:w="5046" w:type="dxa"/>
          </w:tcPr>
          <w:p w:rsidR="00F127B9" w:rsidRDefault="00F8663B">
            <w:r>
              <w:t>- HS đọc nối tiếp theo đoạn.</w:t>
            </w:r>
          </w:p>
        </w:tc>
      </w:tr>
      <w:tr w:rsidR="00F127B9">
        <w:trPr>
          <w:jc w:val="center"/>
        </w:trPr>
        <w:tc>
          <w:tcPr>
            <w:tcW w:w="5046" w:type="dxa"/>
          </w:tcPr>
          <w:p w:rsidR="00F127B9" w:rsidRDefault="00F8663B">
            <w:r>
              <w:t>- GV hướng dẫn HS luyện đọc từ khó: trai tráng, đoạt, trưng, xung, sáng, hữu,...</w:t>
            </w:r>
          </w:p>
        </w:tc>
        <w:tc>
          <w:tcPr>
            <w:tcW w:w="5046" w:type="dxa"/>
          </w:tcPr>
          <w:p w:rsidR="00F127B9" w:rsidRDefault="00F8663B">
            <w:r>
              <w:t>- HS luyện đọc cá nhân và đọc đồng thanh các từ khó.</w:t>
            </w:r>
          </w:p>
        </w:tc>
      </w:tr>
      <w:tr w:rsidR="00F127B9">
        <w:trPr>
          <w:jc w:val="center"/>
        </w:trPr>
        <w:tc>
          <w:tcPr>
            <w:tcW w:w="5046" w:type="dxa"/>
          </w:tcPr>
          <w:p w:rsidR="00F127B9" w:rsidRDefault="00F8663B">
            <w:r>
              <w:t>- GV hướng dẫn HS luyện đ</w:t>
            </w:r>
            <w:r>
              <w:t>ọc câu dài: “Trai tráng/ từ khắp nơi trên đất nước Hy Lạp/ đổ về thành phố Ô-lim-pi-a/ thi chạy,/ nhảy,/ bắn cung,/ đua ngựa,/ ném đĩa,/ ném lao,/ đấu vật,...//”.</w:t>
            </w:r>
          </w:p>
        </w:tc>
        <w:tc>
          <w:tcPr>
            <w:tcW w:w="5046" w:type="dxa"/>
          </w:tcPr>
          <w:p w:rsidR="00F127B9" w:rsidRDefault="00F8663B">
            <w:r>
              <w:t>- 2 - 3 HS đọc câu dài, cả lớp nhận xét cách ngắt nghỉ.</w:t>
            </w:r>
          </w:p>
        </w:tc>
      </w:tr>
      <w:tr w:rsidR="00F127B9">
        <w:trPr>
          <w:jc w:val="center"/>
        </w:trPr>
        <w:tc>
          <w:tcPr>
            <w:tcW w:w="5046" w:type="dxa"/>
          </w:tcPr>
          <w:p w:rsidR="00F127B9" w:rsidRDefault="00F8663B">
            <w:r>
              <w:t>- GV hướng dẫn HS luyện đọc câu dài:</w:t>
            </w:r>
            <w:r>
              <w:t xml:space="preserve"> “Những người đoạt giải được tấu nhạc chúc mừng/ và được đặt một vòng nguyệt quế lên đầu/ tượng trưng cho vinh quang,/ chiến thắng.//”.</w:t>
            </w:r>
          </w:p>
        </w:tc>
        <w:tc>
          <w:tcPr>
            <w:tcW w:w="5046" w:type="dxa"/>
          </w:tcPr>
          <w:p w:rsidR="00F127B9" w:rsidRDefault="00F8663B">
            <w:r>
              <w:t>- HS luyện đọc câu dài theo hướng dẫn.</w:t>
            </w:r>
          </w:p>
        </w:tc>
      </w:tr>
      <w:tr w:rsidR="00F127B9">
        <w:trPr>
          <w:jc w:val="center"/>
        </w:trPr>
        <w:tc>
          <w:tcPr>
            <w:tcW w:w="5046" w:type="dxa"/>
          </w:tcPr>
          <w:p w:rsidR="00F127B9" w:rsidRDefault="00F8663B">
            <w:r>
              <w:t>- GV tổ chức cho HS luyện đọc đoạn trong nhóm 4.</w:t>
            </w:r>
          </w:p>
        </w:tc>
        <w:tc>
          <w:tcPr>
            <w:tcW w:w="5046" w:type="dxa"/>
          </w:tcPr>
          <w:p w:rsidR="00F127B9" w:rsidRDefault="00F8663B">
            <w:r>
              <w:t>- HS luyện đọc theo nhóm 4, góp</w:t>
            </w:r>
            <w:r>
              <w:t xml:space="preserve"> ý cho bạn về phát âm và ngắt nghỉ.</w:t>
            </w:r>
          </w:p>
        </w:tc>
      </w:tr>
      <w:tr w:rsidR="00F127B9">
        <w:trPr>
          <w:jc w:val="center"/>
        </w:trPr>
        <w:tc>
          <w:tcPr>
            <w:tcW w:w="5046" w:type="dxa"/>
          </w:tcPr>
          <w:p w:rsidR="00F127B9" w:rsidRDefault="00F8663B">
            <w:r>
              <w:t>- GV mời đại diện nhóm đọc trước lớp và nhận xét.</w:t>
            </w:r>
          </w:p>
        </w:tc>
        <w:tc>
          <w:tcPr>
            <w:tcW w:w="5046" w:type="dxa"/>
          </w:tcPr>
          <w:p w:rsidR="00F127B9" w:rsidRDefault="00F8663B">
            <w:r>
              <w:t>- Đại diện nhóm đọc trước lớp, HS khác lắng nghe và nhận xét.</w:t>
            </w:r>
          </w:p>
        </w:tc>
      </w:tr>
      <w:tr w:rsidR="00F127B9">
        <w:trPr>
          <w:jc w:val="center"/>
        </w:trPr>
        <w:tc>
          <w:tcPr>
            <w:tcW w:w="10092" w:type="dxa"/>
            <w:gridSpan w:val="2"/>
            <w:shd w:val="clear" w:color="auto" w:fill="EAF2DD"/>
          </w:tcPr>
          <w:p w:rsidR="00F127B9" w:rsidRDefault="00F8663B">
            <w:r>
              <w:rPr>
                <w:b/>
              </w:rPr>
              <w:t>3. Luyện tập - Tìm hiểu thông tin ban đầu (7 phút)</w:t>
            </w:r>
          </w:p>
          <w:p w:rsidR="00F127B9" w:rsidRDefault="00F8663B">
            <w:r>
              <w:rPr>
                <w:b/>
              </w:rPr>
              <w:t>Mục tiêu: HS nắm được thời gian, địa điểm ra đời và các</w:t>
            </w:r>
            <w:r>
              <w:rPr>
                <w:b/>
              </w:rPr>
              <w:t xml:space="preserve"> môn thể thao trong Đại hội Ô-lim-pích.</w:t>
            </w:r>
          </w:p>
        </w:tc>
      </w:tr>
      <w:tr w:rsidR="00F127B9">
        <w:trPr>
          <w:jc w:val="center"/>
        </w:trPr>
        <w:tc>
          <w:tcPr>
            <w:tcW w:w="5046" w:type="dxa"/>
          </w:tcPr>
          <w:p w:rsidR="00F127B9" w:rsidRDefault="00F8663B">
            <w:r>
              <w:t>- GV yêu cầu HS đọc thầm đoạn 1 và đoạn 2.</w:t>
            </w:r>
          </w:p>
        </w:tc>
        <w:tc>
          <w:tcPr>
            <w:tcW w:w="5046" w:type="dxa"/>
          </w:tcPr>
          <w:p w:rsidR="00F127B9" w:rsidRDefault="00F8663B">
            <w:r>
              <w:t>- HS đọc thầm đoạn 1 và đoạn 2.</w:t>
            </w:r>
          </w:p>
        </w:tc>
      </w:tr>
      <w:tr w:rsidR="00F127B9">
        <w:trPr>
          <w:jc w:val="center"/>
        </w:trPr>
        <w:tc>
          <w:tcPr>
            <w:tcW w:w="5046" w:type="dxa"/>
          </w:tcPr>
          <w:p w:rsidR="00F127B9" w:rsidRDefault="00F8663B">
            <w:r>
              <w:t>- GV hỏi: Đại hội thể thao Ô-lim-pích có từ bao giờ và ở đâu?</w:t>
            </w:r>
          </w:p>
        </w:tc>
        <w:tc>
          <w:tcPr>
            <w:tcW w:w="5046" w:type="dxa"/>
          </w:tcPr>
          <w:p w:rsidR="00F127B9" w:rsidRDefault="00F8663B">
            <w:r>
              <w:t xml:space="preserve">- HS trả lời: Đại hội thể thao Ô-lim-pích có từ gần 3 000 năm trước ở Hy Lạp </w:t>
            </w:r>
            <w:r>
              <w:t>cổ.</w:t>
            </w:r>
          </w:p>
        </w:tc>
      </w:tr>
      <w:tr w:rsidR="00F127B9">
        <w:trPr>
          <w:jc w:val="center"/>
        </w:trPr>
        <w:tc>
          <w:tcPr>
            <w:tcW w:w="5046" w:type="dxa"/>
          </w:tcPr>
          <w:p w:rsidR="00F127B9" w:rsidRDefault="00F8663B">
            <w:r>
              <w:t>- GV hỏi: Những môn thể thao nào được thi đấu trong đại hội?</w:t>
            </w:r>
          </w:p>
        </w:tc>
        <w:tc>
          <w:tcPr>
            <w:tcW w:w="5046" w:type="dxa"/>
          </w:tcPr>
          <w:p w:rsidR="00F127B9" w:rsidRDefault="00F8663B">
            <w:r>
              <w:t xml:space="preserve">- HS trả lời: Các môn thi đấu gồm chạy, nhảy, bắn cung, đua ngựa, ném đĩa, ném </w:t>
            </w:r>
            <w:r>
              <w:lastRenderedPageBreak/>
              <w:t>lao, đấu vật,...</w:t>
            </w:r>
          </w:p>
        </w:tc>
      </w:tr>
      <w:tr w:rsidR="00F127B9">
        <w:trPr>
          <w:jc w:val="center"/>
        </w:trPr>
        <w:tc>
          <w:tcPr>
            <w:tcW w:w="5046" w:type="dxa"/>
          </w:tcPr>
          <w:p w:rsidR="00F127B9" w:rsidRDefault="00F8663B">
            <w:r>
              <w:lastRenderedPageBreak/>
              <w:t>- GV nhận xét, giúp HS trả lời thành câu đầy đủ.</w:t>
            </w:r>
          </w:p>
        </w:tc>
        <w:tc>
          <w:tcPr>
            <w:tcW w:w="5046" w:type="dxa"/>
          </w:tcPr>
          <w:p w:rsidR="00F127B9" w:rsidRDefault="00F8663B">
            <w:r>
              <w:t>- HS sửa câu trả lời nếu cần.</w:t>
            </w:r>
          </w:p>
        </w:tc>
      </w:tr>
      <w:tr w:rsidR="00F127B9">
        <w:trPr>
          <w:jc w:val="center"/>
        </w:trPr>
        <w:tc>
          <w:tcPr>
            <w:tcW w:w="10092" w:type="dxa"/>
            <w:gridSpan w:val="2"/>
            <w:shd w:val="clear" w:color="auto" w:fill="EAF2DD"/>
          </w:tcPr>
          <w:p w:rsidR="00F127B9" w:rsidRDefault="00F8663B">
            <w:r>
              <w:rPr>
                <w:b/>
              </w:rPr>
              <w:t>4. Vận dụng -</w:t>
            </w:r>
            <w:r>
              <w:rPr>
                <w:b/>
              </w:rPr>
              <w:t xml:space="preserve"> Trải nghiệm (8 phút)</w:t>
            </w:r>
          </w:p>
          <w:p w:rsidR="00F127B9" w:rsidRDefault="00F8663B">
            <w:r>
              <w:rPr>
                <w:b/>
              </w:rPr>
              <w:t>Mục tiêu: Củng cố nội dung đã đọc, tạo hứng thú cho tiết sau.</w:t>
            </w:r>
          </w:p>
        </w:tc>
      </w:tr>
      <w:tr w:rsidR="00F127B9">
        <w:trPr>
          <w:jc w:val="center"/>
        </w:trPr>
        <w:tc>
          <w:tcPr>
            <w:tcW w:w="5046" w:type="dxa"/>
          </w:tcPr>
          <w:p w:rsidR="00F127B9" w:rsidRDefault="00F8663B">
            <w:r>
              <w:t>- GV yêu cầu HS nêu một môn thể thao em yêu thích và lí do em thích môn đó.</w:t>
            </w:r>
          </w:p>
        </w:tc>
        <w:tc>
          <w:tcPr>
            <w:tcW w:w="5046" w:type="dxa"/>
          </w:tcPr>
          <w:p w:rsidR="00F127B9" w:rsidRDefault="00F8663B">
            <w:r>
              <w:t>- HS chia sẻ: Em thích bóng đá/cầu lông/bơi lội,... vì giúp em khoẻ mạnh, vui vẻ.</w:t>
            </w:r>
          </w:p>
        </w:tc>
      </w:tr>
      <w:tr w:rsidR="00F127B9">
        <w:trPr>
          <w:jc w:val="center"/>
        </w:trPr>
        <w:tc>
          <w:tcPr>
            <w:tcW w:w="5046" w:type="dxa"/>
          </w:tcPr>
          <w:p w:rsidR="00F127B9" w:rsidRDefault="00F8663B">
            <w:r>
              <w:t xml:space="preserve">- GV nhận </w:t>
            </w:r>
            <w:r>
              <w:t>xét, khuyến khích HS rèn luyện thể thao phù hợp với sức khoẻ.</w:t>
            </w:r>
          </w:p>
        </w:tc>
        <w:tc>
          <w:tcPr>
            <w:tcW w:w="5046" w:type="dxa"/>
          </w:tcPr>
          <w:p w:rsidR="00F127B9" w:rsidRDefault="00F8663B">
            <w:r>
              <w:t>- HS lắng nghe và tự nhắc mình rèn luyện thể thao hằng ngày.</w:t>
            </w:r>
          </w:p>
        </w:tc>
      </w:tr>
      <w:tr w:rsidR="00F127B9">
        <w:trPr>
          <w:jc w:val="center"/>
        </w:trPr>
        <w:tc>
          <w:tcPr>
            <w:tcW w:w="5046" w:type="dxa"/>
          </w:tcPr>
          <w:p w:rsidR="00F127B9" w:rsidRDefault="00F8663B">
            <w:r>
              <w:t>- GV dặn HS đọc lại bài ở nhà và chuẩn bị tìm hiểu tiếp ý nghĩa của ngọn lửa Ô-lim-pích.</w:t>
            </w:r>
          </w:p>
        </w:tc>
        <w:tc>
          <w:tcPr>
            <w:tcW w:w="5046" w:type="dxa"/>
          </w:tcPr>
          <w:p w:rsidR="00F127B9" w:rsidRDefault="00F8663B">
            <w:r>
              <w:t>- HS ghi nhớ nhiệm vụ học ở nhà.</w:t>
            </w:r>
          </w:p>
        </w:tc>
      </w:tr>
    </w:tbl>
    <w:p w:rsidR="00F127B9" w:rsidRDefault="00F8663B">
      <w:r>
        <w:rPr>
          <w:b/>
        </w:rPr>
        <w:t xml:space="preserve">IV. ĐIỀU </w:t>
      </w:r>
      <w:r>
        <w:rPr>
          <w:b/>
        </w:rPr>
        <w:t>CHỈNH SAU BÀI DẠY</w:t>
      </w:r>
    </w:p>
    <w:p w:rsidR="00F127B9" w:rsidRDefault="00F8663B">
      <w:r>
        <w:t>.......................................................................................................................................</w:t>
      </w:r>
    </w:p>
    <w:p w:rsidR="00F127B9" w:rsidRDefault="00F8663B">
      <w:r>
        <w:t>.......................................................................................................................................</w:t>
      </w:r>
    </w:p>
    <w:p w:rsidR="00F127B9" w:rsidRDefault="00F8663B">
      <w:r>
        <w:t>........................................................................................................................</w:t>
      </w:r>
      <w:r>
        <w:t>...............</w:t>
      </w:r>
    </w:p>
    <w:p w:rsidR="00F127B9" w:rsidRDefault="00F8663B">
      <w:r>
        <w:br w:type="page"/>
      </w:r>
    </w:p>
    <w:p w:rsidR="00F127B9" w:rsidRDefault="00F8663B">
      <w:pPr>
        <w:jc w:val="center"/>
      </w:pPr>
      <w:r>
        <w:rPr>
          <w:b/>
        </w:rPr>
        <w:lastRenderedPageBreak/>
        <w:t>TUẦN 32 - TIẾNG VIỆT</w:t>
      </w:r>
    </w:p>
    <w:p w:rsidR="00F127B9" w:rsidRDefault="00F8663B">
      <w:pPr>
        <w:jc w:val="center"/>
      </w:pPr>
      <w:r>
        <w:rPr>
          <w:b/>
        </w:rPr>
        <w:t>CHỦ ĐIỂM: TRÁI ĐẤT CỦA CHÚNG MÌNH</w:t>
      </w:r>
    </w:p>
    <w:p w:rsidR="00F127B9" w:rsidRDefault="00F8663B">
      <w:pPr>
        <w:jc w:val="center"/>
      </w:pPr>
      <w:r>
        <w:rPr>
          <w:b/>
        </w:rPr>
        <w:t>Bài 26: NGỌN LỬA Ô-LIM-PÍCH - TIẾT 2</w:t>
      </w:r>
    </w:p>
    <w:p w:rsidR="00F127B9" w:rsidRDefault="00F8663B">
      <w:r>
        <w:rPr>
          <w:b/>
        </w:rPr>
        <w:t>I. YÊU CẦU CẦN ĐẠT</w:t>
      </w:r>
    </w:p>
    <w:p w:rsidR="00F127B9" w:rsidRDefault="00F8663B">
      <w:r>
        <w:rPr>
          <w:b/>
        </w:rPr>
        <w:t>1. Năng lực đặc thù</w:t>
      </w:r>
    </w:p>
    <w:p w:rsidR="00F127B9" w:rsidRDefault="00F8663B">
      <w:r>
        <w:t>- Đọc trôi chảy toàn bài “Ngọn lửa Ô-lim-pích”, bước đầu biết thể hiện giọng đọc phù hợp.</w:t>
      </w:r>
    </w:p>
    <w:p w:rsidR="00F127B9" w:rsidRDefault="00F8663B">
      <w:r>
        <w:t>- Trả lời được cá</w:t>
      </w:r>
      <w:r>
        <w:t>c câu hỏi tìm hiểu bài; hiểu ý nghĩa của ngọn lửa Ô-lim-pích.</w:t>
      </w:r>
    </w:p>
    <w:p w:rsidR="00F127B9" w:rsidRDefault="00F8663B">
      <w:r>
        <w:t>- Nêu được nội dung bài: thể thao có khả năng kết nối con người, đem lại không khí hoà bình, hữu nghị.</w:t>
      </w:r>
    </w:p>
    <w:p w:rsidR="00F127B9" w:rsidRDefault="00F8663B">
      <w:r>
        <w:t>- Tham gia hoạt động nói và nghe, biết lắng nghe và chia sẻ ý kiến với bạn.</w:t>
      </w:r>
    </w:p>
    <w:p w:rsidR="00F127B9" w:rsidRDefault="00F8663B">
      <w:r>
        <w:rPr>
          <w:b/>
        </w:rPr>
        <w:t>2. Năng lực chu</w:t>
      </w:r>
      <w:r>
        <w:rPr>
          <w:b/>
        </w:rPr>
        <w:t>ng</w:t>
      </w:r>
    </w:p>
    <w:p w:rsidR="00F127B9" w:rsidRDefault="00F8663B">
      <w:r>
        <w:t>- Năng lực tự chủ, tự học: chủ động đọc lại bài, trả lời câu hỏi và hoàn thành nhiệm vụ.</w:t>
      </w:r>
    </w:p>
    <w:p w:rsidR="00F127B9" w:rsidRDefault="00F8663B">
      <w:r>
        <w:t>- Năng lực giao tiếp và hợp tác: trao đổi trong nhóm, trình bày ý kiến trước lớp.</w:t>
      </w:r>
    </w:p>
    <w:p w:rsidR="00F127B9" w:rsidRDefault="00F8663B">
      <w:r>
        <w:t>- Năng lực giải quyết vấn đề và sáng tạo: liên hệ bài học với việc xây dựng tình đ</w:t>
      </w:r>
      <w:r>
        <w:t>oàn kết, hữu nghị.</w:t>
      </w:r>
    </w:p>
    <w:p w:rsidR="00F127B9" w:rsidRDefault="00F8663B">
      <w:r>
        <w:rPr>
          <w:b/>
        </w:rPr>
        <w:t>3. Phẩm chất</w:t>
      </w:r>
    </w:p>
    <w:p w:rsidR="00F127B9" w:rsidRDefault="00F8663B">
      <w:r>
        <w:t>- Yêu nước: yêu thể thao, biết tự hào khi các vận động viên Việt Nam thi đấu vì màu cờ sắc áo.</w:t>
      </w:r>
    </w:p>
    <w:p w:rsidR="00F127B9" w:rsidRDefault="00F8663B">
      <w:r>
        <w:t>- Nhân ái: tôn trọng bạn bè, yêu chuộng hoà bình và hữu nghị.</w:t>
      </w:r>
    </w:p>
    <w:p w:rsidR="00F127B9" w:rsidRDefault="00F8663B">
      <w:r>
        <w:t>- Trách nhiệm: tham gia hoạt động học tập nghiêm túc, biết cổ vũ vă</w:t>
      </w:r>
      <w:r>
        <w:t>n minh.</w:t>
      </w:r>
    </w:p>
    <w:p w:rsidR="00F127B9" w:rsidRDefault="00F8663B">
      <w:r>
        <w:rPr>
          <w:b/>
        </w:rPr>
        <w:t>4. Tích hợp</w:t>
      </w:r>
    </w:p>
    <w:p w:rsidR="00F127B9" w:rsidRDefault="00F8663B">
      <w:r>
        <w:rPr>
          <w:color w:val="C00000"/>
        </w:rPr>
        <w:t>- Tích hợp QPAN: giáo dục tình yêu hoà bình, tinh thần đoàn kết, hữu nghị giữa các quốc gia.</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SGK và các thiết bị, học liệu phục vụ tiết dạy.</w:t>
      </w:r>
    </w:p>
    <w:p w:rsidR="00F127B9" w:rsidRDefault="00F8663B">
      <w:r>
        <w:t>- Tranh minh hoạ v</w:t>
      </w:r>
      <w:r>
        <w:t>ề Đại hội thể thao Ô-lim-pích; phiếu câu hỏi thảo luận.</w:t>
      </w:r>
    </w:p>
    <w:p w:rsidR="00F127B9" w:rsidRDefault="00F8663B">
      <w:r>
        <w:rPr>
          <w:b/>
        </w:rPr>
        <w:t>2. Học sinh</w:t>
      </w:r>
    </w:p>
    <w:p w:rsidR="00F127B9" w:rsidRDefault="00F8663B">
      <w:r>
        <w:t>- SGK Tiếng Việt.</w:t>
      </w:r>
    </w:p>
    <w:p w:rsidR="00F127B9" w:rsidRDefault="00F8663B">
      <w:r>
        <w:t>- Vở ghi, bút viết và đồ dùng học tập cá nhân.</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HOẠT ĐỘNG CỦA HỌC 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 xml:space="preserve">Mục tiêu: Ôn lại </w:t>
            </w:r>
            <w:r>
              <w:rPr>
                <w:b/>
              </w:rPr>
              <w:t>nội dung tiết 1 và tạo tâm thế vào tiết học.</w:t>
            </w:r>
          </w:p>
        </w:tc>
      </w:tr>
      <w:tr w:rsidR="00F127B9">
        <w:trPr>
          <w:jc w:val="center"/>
        </w:trPr>
        <w:tc>
          <w:tcPr>
            <w:tcW w:w="5046" w:type="dxa"/>
          </w:tcPr>
          <w:p w:rsidR="00F127B9" w:rsidRDefault="00F8663B">
            <w:r>
              <w:t>- GV tổ chức trò chơi “Truyền ngọn lửa” để HS nhắc lại thông tin đã học.</w:t>
            </w:r>
          </w:p>
        </w:tc>
        <w:tc>
          <w:tcPr>
            <w:tcW w:w="5046" w:type="dxa"/>
          </w:tcPr>
          <w:p w:rsidR="00F127B9" w:rsidRDefault="00F8663B">
            <w:r>
              <w:t>- HS tham gia trò chơi, chuyền biểu tượng ngọn lửa và trả lời câu hỏi.</w:t>
            </w:r>
          </w:p>
        </w:tc>
      </w:tr>
      <w:tr w:rsidR="00F127B9">
        <w:trPr>
          <w:jc w:val="center"/>
        </w:trPr>
        <w:tc>
          <w:tcPr>
            <w:tcW w:w="5046" w:type="dxa"/>
          </w:tcPr>
          <w:p w:rsidR="00F127B9" w:rsidRDefault="00F8663B">
            <w:r>
              <w:t>- GV hỏi: Đại hội thể thao Ô-lim-pích có từ bao giờ và ở đâu?</w:t>
            </w:r>
          </w:p>
        </w:tc>
        <w:tc>
          <w:tcPr>
            <w:tcW w:w="5046" w:type="dxa"/>
          </w:tcPr>
          <w:p w:rsidR="00F127B9" w:rsidRDefault="00F8663B">
            <w:r>
              <w:t xml:space="preserve">- </w:t>
            </w:r>
            <w:r>
              <w:t>HS trả lời: Có từ gần 3 000 năm trước ở Hy Lạp cổ.</w:t>
            </w:r>
          </w:p>
        </w:tc>
      </w:tr>
      <w:tr w:rsidR="00F127B9">
        <w:trPr>
          <w:jc w:val="center"/>
        </w:trPr>
        <w:tc>
          <w:tcPr>
            <w:tcW w:w="5046" w:type="dxa"/>
          </w:tcPr>
          <w:p w:rsidR="00F127B9" w:rsidRDefault="00F8663B">
            <w:r>
              <w:t>- GV hỏi: Hãy kể tên một số môn thể thao trong đại hội.</w:t>
            </w:r>
          </w:p>
        </w:tc>
        <w:tc>
          <w:tcPr>
            <w:tcW w:w="5046" w:type="dxa"/>
          </w:tcPr>
          <w:p w:rsidR="00F127B9" w:rsidRDefault="00F8663B">
            <w:r>
              <w:t>- HS kể: chạy, nhảy, bắn cung, đua ngựa, ném đĩa, ném lao, đấu vật,...</w:t>
            </w:r>
          </w:p>
        </w:tc>
      </w:tr>
      <w:tr w:rsidR="00F127B9">
        <w:trPr>
          <w:jc w:val="center"/>
        </w:trPr>
        <w:tc>
          <w:tcPr>
            <w:tcW w:w="5046" w:type="dxa"/>
          </w:tcPr>
          <w:p w:rsidR="00F127B9" w:rsidRDefault="00F8663B">
            <w:r>
              <w:t>- GV nhận xét và dẫn vào hoạt động tìm hiểu ý nghĩa của bài.</w:t>
            </w:r>
          </w:p>
        </w:tc>
        <w:tc>
          <w:tcPr>
            <w:tcW w:w="5046" w:type="dxa"/>
          </w:tcPr>
          <w:p w:rsidR="00F127B9" w:rsidRDefault="00F8663B">
            <w:r>
              <w:t>- HS lắng nghe.</w:t>
            </w:r>
          </w:p>
        </w:tc>
      </w:tr>
      <w:tr w:rsidR="00F127B9">
        <w:trPr>
          <w:jc w:val="center"/>
        </w:trPr>
        <w:tc>
          <w:tcPr>
            <w:tcW w:w="10092" w:type="dxa"/>
            <w:gridSpan w:val="2"/>
            <w:shd w:val="clear" w:color="auto" w:fill="EAF2DD"/>
          </w:tcPr>
          <w:p w:rsidR="00F127B9" w:rsidRDefault="00F8663B">
            <w:r>
              <w:rPr>
                <w:b/>
              </w:rPr>
              <w:t>2. Khám phá - Trả lời câu hỏi tìm hiểu bài (15 phút)</w:t>
            </w:r>
          </w:p>
          <w:p w:rsidR="00F127B9" w:rsidRDefault="00F8663B">
            <w:r>
              <w:rPr>
                <w:b/>
              </w:rPr>
              <w:t>Mục tiêu: HS hiểu khung cảnh lễ hội, ý nghĩa ngọn lửa Ô-lim-pích và nội dung bài.</w:t>
            </w:r>
          </w:p>
        </w:tc>
      </w:tr>
      <w:tr w:rsidR="00F127B9">
        <w:trPr>
          <w:jc w:val="center"/>
        </w:trPr>
        <w:tc>
          <w:tcPr>
            <w:tcW w:w="5046" w:type="dxa"/>
          </w:tcPr>
          <w:p w:rsidR="00F127B9" w:rsidRDefault="00F8663B">
            <w:r>
              <w:t>- GV yêu cầu HS đọc thầm toàn bài.</w:t>
            </w:r>
          </w:p>
        </w:tc>
        <w:tc>
          <w:tcPr>
            <w:tcW w:w="5046" w:type="dxa"/>
          </w:tcPr>
          <w:p w:rsidR="00F127B9" w:rsidRDefault="00F8663B">
            <w:r>
              <w:t>- HS đọc thầm toàn bài.</w:t>
            </w:r>
          </w:p>
        </w:tc>
      </w:tr>
      <w:tr w:rsidR="00F127B9">
        <w:trPr>
          <w:jc w:val="center"/>
        </w:trPr>
        <w:tc>
          <w:tcPr>
            <w:tcW w:w="5046" w:type="dxa"/>
          </w:tcPr>
          <w:p w:rsidR="00F127B9" w:rsidRDefault="00F8663B">
            <w:r>
              <w:lastRenderedPageBreak/>
              <w:t>- GV hỏi: Khung cảnh thành phố trong những ngày diễn ra lễ</w:t>
            </w:r>
            <w:r>
              <w:t xml:space="preserve"> hội như thế nào?</w:t>
            </w:r>
          </w:p>
        </w:tc>
        <w:tc>
          <w:tcPr>
            <w:tcW w:w="5046" w:type="dxa"/>
          </w:tcPr>
          <w:p w:rsidR="00F127B9" w:rsidRDefault="00F8663B">
            <w:r>
              <w:t>- HS trả lời: Thành phố tưng bừng, náo nhiệt nhưng cũng rất yên bình vì mọi cuộc xung đột đều phải tạm ngừng.</w:t>
            </w:r>
          </w:p>
        </w:tc>
      </w:tr>
      <w:tr w:rsidR="00F127B9">
        <w:trPr>
          <w:jc w:val="center"/>
        </w:trPr>
        <w:tc>
          <w:tcPr>
            <w:tcW w:w="5046" w:type="dxa"/>
          </w:tcPr>
          <w:p w:rsidR="00F127B9" w:rsidRDefault="00F8663B">
            <w:r>
              <w:t>- GV hỏi: Em hãy giới thiệu về ngọn lửa Ô-lim-pích.</w:t>
            </w:r>
          </w:p>
        </w:tc>
        <w:tc>
          <w:tcPr>
            <w:tcW w:w="5046" w:type="dxa"/>
          </w:tcPr>
          <w:p w:rsidR="00F127B9" w:rsidRDefault="00F8663B">
            <w:r>
              <w:t>- HS trả lời: Ngọn lửa được mang từ thành phố Ô-lim-pi-a tới, thắp sáng tro</w:t>
            </w:r>
            <w:r>
              <w:t>ng giờ khai mạc, báo hiệu bắt đầu các cuộc đua tài theo tinh thần hoà bình và hữu nghị.</w:t>
            </w:r>
          </w:p>
        </w:tc>
      </w:tr>
      <w:tr w:rsidR="00F127B9">
        <w:trPr>
          <w:jc w:val="center"/>
        </w:trPr>
        <w:tc>
          <w:tcPr>
            <w:tcW w:w="5046" w:type="dxa"/>
          </w:tcPr>
          <w:p w:rsidR="00F127B9" w:rsidRDefault="00F8663B">
            <w:r>
              <w:t>- GV hỏi: Vì sao nói Đại hội thể thao Ô-lim-pích là tục lệ tốt đẹp?</w:t>
            </w:r>
          </w:p>
        </w:tc>
        <w:tc>
          <w:tcPr>
            <w:tcW w:w="5046" w:type="dxa"/>
          </w:tcPr>
          <w:p w:rsidR="00F127B9" w:rsidRDefault="00F8663B">
            <w:r>
              <w:t>- HS trả lời: Vì đại hội đem lại không khí hoà bình, hữu nghị cho các quốc gia và kết nối con người</w:t>
            </w:r>
            <w:r>
              <w:t xml:space="preserve"> trên thế giới.</w:t>
            </w:r>
          </w:p>
        </w:tc>
      </w:tr>
      <w:tr w:rsidR="00F127B9">
        <w:trPr>
          <w:jc w:val="center"/>
        </w:trPr>
        <w:tc>
          <w:tcPr>
            <w:tcW w:w="5046" w:type="dxa"/>
          </w:tcPr>
          <w:p w:rsidR="00F127B9" w:rsidRDefault="00F8663B">
            <w:r>
              <w:t>- GV mời HS nêu nội dung bài.</w:t>
            </w:r>
          </w:p>
        </w:tc>
        <w:tc>
          <w:tcPr>
            <w:tcW w:w="5046" w:type="dxa"/>
          </w:tcPr>
          <w:p w:rsidR="00F127B9" w:rsidRDefault="00F8663B">
            <w:r>
              <w:t>- HS nêu: Bài văn cho biết thể thao có khả năng kết nối con người trên thế giới, đem lại hoà bình, hữu nghị.</w:t>
            </w:r>
          </w:p>
        </w:tc>
      </w:tr>
      <w:tr w:rsidR="00F127B9">
        <w:trPr>
          <w:jc w:val="center"/>
        </w:trPr>
        <w:tc>
          <w:tcPr>
            <w:tcW w:w="5046" w:type="dxa"/>
          </w:tcPr>
          <w:p w:rsidR="00F127B9" w:rsidRDefault="00F8663B">
            <w:r>
              <w:t>- GV chốt nội dung bài và yêu cầu 2 - 3 HS nhắc lại.</w:t>
            </w:r>
          </w:p>
        </w:tc>
        <w:tc>
          <w:tcPr>
            <w:tcW w:w="5046" w:type="dxa"/>
          </w:tcPr>
          <w:p w:rsidR="00F127B9" w:rsidRDefault="00F8663B">
            <w:r>
              <w:t>- 2 - 3 HS nhắc lại nội dung bài.</w:t>
            </w:r>
          </w:p>
        </w:tc>
      </w:tr>
      <w:tr w:rsidR="00F127B9">
        <w:trPr>
          <w:jc w:val="center"/>
        </w:trPr>
        <w:tc>
          <w:tcPr>
            <w:tcW w:w="5046" w:type="dxa"/>
          </w:tcPr>
          <w:p w:rsidR="00F127B9" w:rsidRDefault="00F8663B">
            <w:r>
              <w:rPr>
                <w:color w:val="C00000"/>
              </w:rPr>
              <w:t>- GV tích h</w:t>
            </w:r>
            <w:r>
              <w:rPr>
                <w:color w:val="C00000"/>
              </w:rPr>
              <w:t>ợp QPAN: Tinh thần Ô-lim-pích giúp mỗi người hiểu rằng thi đấu thể thao không chỉ để giành chiến thắng mà còn để tôn trọng luật chơi, tôn trọng đối thủ, xây dựng tình đoàn kết và giữ gìn hoà bình.</w:t>
            </w:r>
          </w:p>
        </w:tc>
        <w:tc>
          <w:tcPr>
            <w:tcW w:w="5046" w:type="dxa"/>
          </w:tcPr>
          <w:p w:rsidR="00F127B9" w:rsidRDefault="00F8663B">
            <w:r>
              <w:t>- HS lắng nghe và nêu cách thể hiện tinh thần hoà bình tron</w:t>
            </w:r>
            <w:r>
              <w:t>g lớp: không gây gổ, biết hợp tác, biết cổ vũ bạn đúng mực.</w:t>
            </w:r>
          </w:p>
        </w:tc>
      </w:tr>
      <w:tr w:rsidR="00F127B9">
        <w:trPr>
          <w:jc w:val="center"/>
        </w:trPr>
        <w:tc>
          <w:tcPr>
            <w:tcW w:w="10092" w:type="dxa"/>
            <w:gridSpan w:val="2"/>
            <w:shd w:val="clear" w:color="auto" w:fill="EAF2DD"/>
          </w:tcPr>
          <w:p w:rsidR="00F127B9" w:rsidRDefault="00F8663B">
            <w:r>
              <w:rPr>
                <w:b/>
              </w:rPr>
              <w:t>3. Luyện tập - Luyện đọc lại (8 phút)</w:t>
            </w:r>
          </w:p>
          <w:p w:rsidR="00F127B9" w:rsidRDefault="00F8663B">
            <w:r>
              <w:rPr>
                <w:b/>
              </w:rPr>
              <w:t>Mục tiêu: HS luyện đọc diễn cảm, biết nhấn giọng ở từ ngữ quan trọng.</w:t>
            </w:r>
          </w:p>
        </w:tc>
      </w:tr>
      <w:tr w:rsidR="00F127B9">
        <w:trPr>
          <w:jc w:val="center"/>
        </w:trPr>
        <w:tc>
          <w:tcPr>
            <w:tcW w:w="5046" w:type="dxa"/>
          </w:tcPr>
          <w:p w:rsidR="00F127B9" w:rsidRDefault="00F8663B">
            <w:r>
              <w:t>- GV đọc diễn cảm toàn bài.</w:t>
            </w:r>
          </w:p>
        </w:tc>
        <w:tc>
          <w:tcPr>
            <w:tcW w:w="5046" w:type="dxa"/>
          </w:tcPr>
          <w:p w:rsidR="00F127B9" w:rsidRDefault="00F8663B">
            <w:r>
              <w:t>- HS lắng nghe, đọc thầm theo.</w:t>
            </w:r>
          </w:p>
        </w:tc>
      </w:tr>
      <w:tr w:rsidR="00F127B9">
        <w:trPr>
          <w:jc w:val="center"/>
        </w:trPr>
        <w:tc>
          <w:tcPr>
            <w:tcW w:w="5046" w:type="dxa"/>
          </w:tcPr>
          <w:p w:rsidR="00F127B9" w:rsidRDefault="00F8663B">
            <w:r>
              <w:t xml:space="preserve">- GV hướng dẫn HS nhấn </w:t>
            </w:r>
            <w:r>
              <w:t>giọng ở các từ ngữ: tưng bừng, náo nhiệt, hoà bình, hữu nghị, vinh quang, chiến thắng.</w:t>
            </w:r>
          </w:p>
        </w:tc>
        <w:tc>
          <w:tcPr>
            <w:tcW w:w="5046" w:type="dxa"/>
          </w:tcPr>
          <w:p w:rsidR="00F127B9" w:rsidRDefault="00F8663B">
            <w:r>
              <w:t>- HS gạch chân các từ cần nhấn giọng trong SGK.</w:t>
            </w:r>
          </w:p>
        </w:tc>
      </w:tr>
      <w:tr w:rsidR="00F127B9">
        <w:trPr>
          <w:jc w:val="center"/>
        </w:trPr>
        <w:tc>
          <w:tcPr>
            <w:tcW w:w="5046" w:type="dxa"/>
          </w:tcPr>
          <w:p w:rsidR="00F127B9" w:rsidRDefault="00F8663B">
            <w:r>
              <w:t>- GV tổ chức cho HS luyện đọc theo nhóm đôi.</w:t>
            </w:r>
          </w:p>
        </w:tc>
        <w:tc>
          <w:tcPr>
            <w:tcW w:w="5046" w:type="dxa"/>
          </w:tcPr>
          <w:p w:rsidR="00F127B9" w:rsidRDefault="00F8663B">
            <w:r>
              <w:t>- HS luyện đọc theo nhóm đôi, đổi vai đọc và nhận xét cho nhau.</w:t>
            </w:r>
          </w:p>
        </w:tc>
      </w:tr>
      <w:tr w:rsidR="00F127B9">
        <w:trPr>
          <w:jc w:val="center"/>
        </w:trPr>
        <w:tc>
          <w:tcPr>
            <w:tcW w:w="5046" w:type="dxa"/>
          </w:tcPr>
          <w:p w:rsidR="00F127B9" w:rsidRDefault="00F8663B">
            <w:r>
              <w:t xml:space="preserve">- GV mời </w:t>
            </w:r>
            <w:r>
              <w:t>một số HS đọc trước lớp.</w:t>
            </w:r>
          </w:p>
        </w:tc>
        <w:tc>
          <w:tcPr>
            <w:tcW w:w="5046" w:type="dxa"/>
          </w:tcPr>
          <w:p w:rsidR="00F127B9" w:rsidRDefault="00F8663B">
            <w:r>
              <w:t>- HS đọc trước lớp, cả lớp lắng nghe.</w:t>
            </w:r>
          </w:p>
        </w:tc>
      </w:tr>
      <w:tr w:rsidR="00F127B9">
        <w:trPr>
          <w:jc w:val="center"/>
        </w:trPr>
        <w:tc>
          <w:tcPr>
            <w:tcW w:w="5046" w:type="dxa"/>
          </w:tcPr>
          <w:p w:rsidR="00F127B9" w:rsidRDefault="00F8663B">
            <w:r>
              <w:t>- GV nhận xét, tuyên dương HS đọc rõ ràng, diễn cảm.</w:t>
            </w:r>
          </w:p>
        </w:tc>
        <w:tc>
          <w:tcPr>
            <w:tcW w:w="5046" w:type="dxa"/>
          </w:tcPr>
          <w:p w:rsidR="00F127B9" w:rsidRDefault="00F8663B">
            <w:r>
              <w:t>- HS lắng nghe và rút kinh nghiệm.</w:t>
            </w:r>
          </w:p>
        </w:tc>
      </w:tr>
      <w:tr w:rsidR="00F127B9">
        <w:trPr>
          <w:jc w:val="center"/>
        </w:trPr>
        <w:tc>
          <w:tcPr>
            <w:tcW w:w="10092" w:type="dxa"/>
            <w:gridSpan w:val="2"/>
            <w:shd w:val="clear" w:color="auto" w:fill="EAF2DD"/>
          </w:tcPr>
          <w:p w:rsidR="00F127B9" w:rsidRDefault="00F8663B">
            <w:r>
              <w:rPr>
                <w:b/>
              </w:rPr>
              <w:t>4. Nói và nghe: Đất quý, đất yêu (9 phút)</w:t>
            </w:r>
          </w:p>
          <w:p w:rsidR="00F127B9" w:rsidRDefault="00F8663B">
            <w:r>
              <w:rPr>
                <w:b/>
              </w:rPr>
              <w:t xml:space="preserve">Mục tiêu: HS biết lắng nghe, kể lại ý chính và chia sẻ cảm </w:t>
            </w:r>
            <w:r>
              <w:rPr>
                <w:b/>
              </w:rPr>
              <w:t>nhận về quê hương, đất nước.</w:t>
            </w:r>
          </w:p>
        </w:tc>
      </w:tr>
      <w:tr w:rsidR="00F127B9">
        <w:trPr>
          <w:jc w:val="center"/>
        </w:trPr>
        <w:tc>
          <w:tcPr>
            <w:tcW w:w="5046" w:type="dxa"/>
          </w:tcPr>
          <w:p w:rsidR="00F127B9" w:rsidRDefault="00F8663B">
            <w:r>
              <w:t>- GV giới thiệu hoạt động nói và nghe “Đất quý, đất yêu”.</w:t>
            </w:r>
          </w:p>
        </w:tc>
        <w:tc>
          <w:tcPr>
            <w:tcW w:w="5046" w:type="dxa"/>
          </w:tcPr>
          <w:p w:rsidR="00F127B9" w:rsidRDefault="00F8663B">
            <w:r>
              <w:t>- HS lắng nghe tên hoạt động.</w:t>
            </w:r>
          </w:p>
        </w:tc>
      </w:tr>
      <w:tr w:rsidR="00F127B9">
        <w:trPr>
          <w:jc w:val="center"/>
        </w:trPr>
        <w:tc>
          <w:tcPr>
            <w:tcW w:w="5046" w:type="dxa"/>
          </w:tcPr>
          <w:p w:rsidR="00F127B9" w:rsidRDefault="00F8663B">
            <w:r>
              <w:t>- GV yêu cầu HS quan sát tranh, dự đoán nội dung câu chuyện hoặc nội dung trao đổi.</w:t>
            </w:r>
          </w:p>
        </w:tc>
        <w:tc>
          <w:tcPr>
            <w:tcW w:w="5046" w:type="dxa"/>
          </w:tcPr>
          <w:p w:rsidR="00F127B9" w:rsidRDefault="00F8663B">
            <w:r>
              <w:t>- HS quan sát tranh và nêu dự đoán.</w:t>
            </w:r>
          </w:p>
        </w:tc>
      </w:tr>
      <w:tr w:rsidR="00F127B9">
        <w:trPr>
          <w:jc w:val="center"/>
        </w:trPr>
        <w:tc>
          <w:tcPr>
            <w:tcW w:w="5046" w:type="dxa"/>
          </w:tcPr>
          <w:p w:rsidR="00F127B9" w:rsidRDefault="00F8663B">
            <w:r>
              <w:t>- GV kể hoặc đọc</w:t>
            </w:r>
            <w:r>
              <w:t xml:space="preserve"> gợi ý câu chuyện, nhấn mạnh tình yêu đối với mảnh đất quê hương.</w:t>
            </w:r>
          </w:p>
        </w:tc>
        <w:tc>
          <w:tcPr>
            <w:tcW w:w="5046" w:type="dxa"/>
          </w:tcPr>
          <w:p w:rsidR="00F127B9" w:rsidRDefault="00F8663B">
            <w:r>
              <w:t>- HS lắng nghe, ghi nhớ nhân vật, sự việc chính.</w:t>
            </w:r>
          </w:p>
        </w:tc>
      </w:tr>
      <w:tr w:rsidR="00F127B9">
        <w:trPr>
          <w:jc w:val="center"/>
        </w:trPr>
        <w:tc>
          <w:tcPr>
            <w:tcW w:w="5046" w:type="dxa"/>
          </w:tcPr>
          <w:p w:rsidR="00F127B9" w:rsidRDefault="00F8663B">
            <w:r>
              <w:t xml:space="preserve">- GV yêu cầu HS trao đổi nhóm đôi: Theo em, vì sao đất quê hương lại đáng quý, </w:t>
            </w:r>
            <w:r>
              <w:lastRenderedPageBreak/>
              <w:t>đáng yêu?</w:t>
            </w:r>
          </w:p>
        </w:tc>
        <w:tc>
          <w:tcPr>
            <w:tcW w:w="5046" w:type="dxa"/>
          </w:tcPr>
          <w:p w:rsidR="00F127B9" w:rsidRDefault="00F8663B">
            <w:r>
              <w:lastRenderedPageBreak/>
              <w:t>- HS trao đổi nhóm đôi và nêu ý kiến.</w:t>
            </w:r>
          </w:p>
        </w:tc>
      </w:tr>
      <w:tr w:rsidR="00F127B9">
        <w:trPr>
          <w:jc w:val="center"/>
        </w:trPr>
        <w:tc>
          <w:tcPr>
            <w:tcW w:w="5046" w:type="dxa"/>
          </w:tcPr>
          <w:p w:rsidR="00F127B9" w:rsidRDefault="00F8663B">
            <w:r>
              <w:lastRenderedPageBreak/>
              <w:t>- GV mời đại</w:t>
            </w:r>
            <w:r>
              <w:t xml:space="preserve"> diện nhóm chia sẻ trước lớp.</w:t>
            </w:r>
          </w:p>
        </w:tc>
        <w:tc>
          <w:tcPr>
            <w:tcW w:w="5046" w:type="dxa"/>
          </w:tcPr>
          <w:p w:rsidR="00F127B9" w:rsidRDefault="00F8663B">
            <w:r>
              <w:t>- Đại diện nhóm chia sẻ, nhóm khác lắng nghe và bổ sung.</w:t>
            </w:r>
          </w:p>
        </w:tc>
      </w:tr>
      <w:tr w:rsidR="00F127B9">
        <w:trPr>
          <w:jc w:val="center"/>
        </w:trPr>
        <w:tc>
          <w:tcPr>
            <w:tcW w:w="5046" w:type="dxa"/>
          </w:tcPr>
          <w:p w:rsidR="00F127B9" w:rsidRDefault="00F8663B">
            <w:r>
              <w:t>- GV nhận xét, giáo dục HS biết yêu quý quê hương, đất nước và trân trọng hoà bình.</w:t>
            </w:r>
          </w:p>
        </w:tc>
        <w:tc>
          <w:tcPr>
            <w:tcW w:w="5046" w:type="dxa"/>
          </w:tcPr>
          <w:p w:rsidR="00F127B9" w:rsidRDefault="00F8663B">
            <w:r>
              <w:t>- HS lắng nghe, nêu một việc em có thể làm để thể hiện tình yêu quê hương.</w:t>
            </w:r>
          </w:p>
        </w:tc>
      </w:tr>
      <w:tr w:rsidR="00F127B9">
        <w:trPr>
          <w:jc w:val="center"/>
        </w:trPr>
        <w:tc>
          <w:tcPr>
            <w:tcW w:w="10092" w:type="dxa"/>
            <w:gridSpan w:val="2"/>
            <w:shd w:val="clear" w:color="auto" w:fill="EAF2DD"/>
          </w:tcPr>
          <w:p w:rsidR="00F127B9" w:rsidRDefault="00F8663B">
            <w:r>
              <w:rPr>
                <w:b/>
              </w:rPr>
              <w:t>5. Vận d</w:t>
            </w:r>
            <w:r>
              <w:rPr>
                <w:b/>
              </w:rPr>
              <w:t>ụng (3 phút)</w:t>
            </w:r>
          </w:p>
          <w:p w:rsidR="00F127B9" w:rsidRDefault="00F8663B">
            <w:r>
              <w:rPr>
                <w:b/>
              </w:rPr>
              <w:t>Mục tiêu: HS liên hệ bài học vào cuộc sống.</w:t>
            </w:r>
          </w:p>
        </w:tc>
      </w:tr>
      <w:tr w:rsidR="00F127B9">
        <w:trPr>
          <w:jc w:val="center"/>
        </w:trPr>
        <w:tc>
          <w:tcPr>
            <w:tcW w:w="5046" w:type="dxa"/>
          </w:tcPr>
          <w:p w:rsidR="00F127B9" w:rsidRDefault="00F8663B">
            <w:r>
              <w:t>- GV yêu cầu HS chia sẻ một việc em sẽ làm để góp phần tạo không khí hoà bình, đoàn kết trong lớp.</w:t>
            </w:r>
          </w:p>
        </w:tc>
        <w:tc>
          <w:tcPr>
            <w:tcW w:w="5046" w:type="dxa"/>
          </w:tcPr>
          <w:p w:rsidR="00F127B9" w:rsidRDefault="00F8663B">
            <w:r>
              <w:t>- HS chia sẻ: giúp đỡ bạn, không trêu chọc bạn, biết xin lỗi và cảm ơn, cổ vũ văn minh.</w:t>
            </w:r>
          </w:p>
        </w:tc>
      </w:tr>
      <w:tr w:rsidR="00F127B9">
        <w:trPr>
          <w:jc w:val="center"/>
        </w:trPr>
        <w:tc>
          <w:tcPr>
            <w:tcW w:w="5046" w:type="dxa"/>
          </w:tcPr>
          <w:p w:rsidR="00F127B9" w:rsidRDefault="00F8663B">
            <w:r>
              <w:t xml:space="preserve">- GV nhận </w:t>
            </w:r>
            <w:r>
              <w:t>xét tiết học và dặn HS chuẩn bị bài chính tả.</w:t>
            </w:r>
          </w:p>
        </w:tc>
        <w:tc>
          <w:tcPr>
            <w:tcW w:w="5046" w:type="dxa"/>
          </w:tcPr>
          <w:p w:rsidR="00F127B9" w:rsidRDefault="00F8663B">
            <w:r>
              <w:t>- HS lắng nghe và ghi nhớ.</w:t>
            </w:r>
          </w:p>
        </w:tc>
      </w:tr>
    </w:tbl>
    <w:p w:rsidR="00F127B9" w:rsidRDefault="00F8663B">
      <w:r>
        <w:rPr>
          <w:b/>
        </w:rPr>
        <w:t>IV. ĐIỀU CHỈNH SAU BÀI DẠY</w:t>
      </w:r>
    </w:p>
    <w:p w:rsidR="00F127B9" w:rsidRDefault="00F8663B">
      <w:r>
        <w:t>.......................................................................................................................................</w:t>
      </w:r>
    </w:p>
    <w:p w:rsidR="00F127B9" w:rsidRDefault="00F8663B">
      <w:r>
        <w:t>...................</w:t>
      </w:r>
      <w:r>
        <w:t>....................................................................................................................</w:t>
      </w:r>
    </w:p>
    <w:p w:rsidR="00F127B9" w:rsidRDefault="00F8663B">
      <w:r>
        <w:t>.......................................................................................................................................</w:t>
      </w:r>
    </w:p>
    <w:p w:rsidR="00F127B9" w:rsidRDefault="00F8663B">
      <w:r>
        <w:br w:type="page"/>
      </w:r>
    </w:p>
    <w:p w:rsidR="00F127B9" w:rsidRDefault="00F8663B">
      <w:pPr>
        <w:jc w:val="center"/>
      </w:pPr>
      <w:r>
        <w:rPr>
          <w:b/>
        </w:rPr>
        <w:lastRenderedPageBreak/>
        <w:t>T</w:t>
      </w:r>
      <w:r>
        <w:rPr>
          <w:b/>
        </w:rPr>
        <w:t>UẦN 32 - TIẾNG VIỆT</w:t>
      </w:r>
    </w:p>
    <w:p w:rsidR="00F127B9" w:rsidRDefault="00F8663B">
      <w:pPr>
        <w:jc w:val="center"/>
      </w:pPr>
      <w:r>
        <w:rPr>
          <w:b/>
        </w:rPr>
        <w:t>NGHE - VIẾT: NGỌN LỬA Ô-LIM-PÍCH</w:t>
      </w:r>
    </w:p>
    <w:p w:rsidR="00F127B9" w:rsidRDefault="00F8663B">
      <w:pPr>
        <w:jc w:val="center"/>
      </w:pPr>
      <w:r>
        <w:rPr>
          <w:b/>
        </w:rPr>
        <w:t>TIẾT 3</w:t>
      </w:r>
    </w:p>
    <w:p w:rsidR="00F127B9" w:rsidRDefault="00F8663B">
      <w:r>
        <w:rPr>
          <w:b/>
        </w:rPr>
        <w:t>I. YÊU CẦU CẦN ĐẠT</w:t>
      </w:r>
    </w:p>
    <w:p w:rsidR="00F127B9" w:rsidRDefault="00F8663B">
      <w:r>
        <w:rPr>
          <w:b/>
        </w:rPr>
        <w:t>1. Năng lực đặc thù</w:t>
      </w:r>
    </w:p>
    <w:p w:rsidR="00F127B9" w:rsidRDefault="00F8663B">
      <w:r>
        <w:t>- Viết đúng chính tả một đoạn trong bài “Ngọn lửa Ô-lim-pích” theo hình thức nghe - viết.</w:t>
      </w:r>
    </w:p>
    <w:p w:rsidR="00F127B9" w:rsidRDefault="00F8663B">
      <w:r>
        <w:t xml:space="preserve">- Biết trình bày đoạn văn, viết hoa chữ cái đầu tên bài đọc và đầu </w:t>
      </w:r>
      <w:r>
        <w:t>câu văn.</w:t>
      </w:r>
    </w:p>
    <w:p w:rsidR="00F127B9" w:rsidRDefault="00F8663B">
      <w:r>
        <w:t>- Làm đúng bài tập chính tả về viết hoa tên riêng Việt Nam và tên riêng nước ngoài.</w:t>
      </w:r>
    </w:p>
    <w:p w:rsidR="00F127B9" w:rsidRDefault="00F8663B">
      <w:r>
        <w:t>- Phát triển năng lực ngôn ngữ thông qua hoạt động nghe, viết và luyện chính tả.</w:t>
      </w:r>
    </w:p>
    <w:p w:rsidR="00F127B9" w:rsidRDefault="00F8663B">
      <w:r>
        <w:rPr>
          <w:b/>
        </w:rPr>
        <w:t>2. Năng lực chung</w:t>
      </w:r>
    </w:p>
    <w:p w:rsidR="00F127B9" w:rsidRDefault="00F8663B">
      <w:r>
        <w:t xml:space="preserve">- Năng lực tự chủ, tự học: lắng nghe, viết bài đúng và hoàn </w:t>
      </w:r>
      <w:r>
        <w:t>thành bài tập.</w:t>
      </w:r>
    </w:p>
    <w:p w:rsidR="00F127B9" w:rsidRDefault="00F8663B">
      <w:r>
        <w:t>- Năng lực giao tiếp và hợp tác: làm việc nhóm để kể tên vận động viên và nhận xét bài bạn.</w:t>
      </w:r>
    </w:p>
    <w:p w:rsidR="00F127B9" w:rsidRDefault="00F8663B">
      <w:r>
        <w:t>- Năng lực giải quyết vấn đề và sáng tạo: vận dụng quy tắc viết hoa tên riêng trong bài tập.</w:t>
      </w:r>
    </w:p>
    <w:p w:rsidR="00F127B9" w:rsidRDefault="00F8663B">
      <w:r>
        <w:rPr>
          <w:b/>
        </w:rPr>
        <w:t>3. Phẩm chất</w:t>
      </w:r>
    </w:p>
    <w:p w:rsidR="00F127B9" w:rsidRDefault="00F8663B">
      <w:r>
        <w:t xml:space="preserve">- Yêu nước: biết yêu thể thao và tự hào về </w:t>
      </w:r>
      <w:r>
        <w:t>vận động viên Việt Nam.</w:t>
      </w:r>
    </w:p>
    <w:p w:rsidR="00F127B9" w:rsidRDefault="00F8663B">
      <w:r>
        <w:t>- Chăm chỉ: cẩn thận khi viết bài, tích cực sửa lỗi.</w:t>
      </w:r>
    </w:p>
    <w:p w:rsidR="00F127B9" w:rsidRDefault="00F8663B">
      <w:r>
        <w:t>- Trách nhiệm: giữ trật tự, tự giác soát lỗi và hoàn thành nhiệm vụ.</w:t>
      </w:r>
    </w:p>
    <w:p w:rsidR="00F127B9" w:rsidRDefault="00F8663B">
      <w:r>
        <w:rPr>
          <w:b/>
        </w:rPr>
        <w:t>4. Tích hợp</w:t>
      </w:r>
    </w:p>
    <w:p w:rsidR="00F127B9" w:rsidRDefault="00F8663B">
      <w:r>
        <w:rPr>
          <w:color w:val="C00000"/>
        </w:rPr>
        <w:t>- Tích hợp kĩ năng sống: rèn tính cẩn thận, trung thực khi tự soát lỗi và góp ý bài viết cho bạn.</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SGK và các thiết bị, học liệu phục vụ tiết dạy.</w:t>
      </w:r>
    </w:p>
    <w:p w:rsidR="00F127B9" w:rsidRDefault="00F8663B">
      <w:r>
        <w:t>- Bảng phụ viết đoạn chính tả, thẻ tên vận động viên.</w:t>
      </w:r>
    </w:p>
    <w:p w:rsidR="00F127B9" w:rsidRDefault="00F8663B">
      <w:r>
        <w:rPr>
          <w:b/>
        </w:rPr>
        <w:t>2. Học sinh</w:t>
      </w:r>
    </w:p>
    <w:p w:rsidR="00F127B9" w:rsidRDefault="00F8663B">
      <w:r>
        <w:t>- SGK Tiếng Việt.</w:t>
      </w:r>
    </w:p>
    <w:p w:rsidR="00F127B9" w:rsidRDefault="00F8663B">
      <w:r>
        <w:t>- Vở ghi, bút viết và đồ dùng học tập cá nhân.</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HOẠT ĐỘNG CỦA HỌC 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Mục tiêu: Tạo không khí vui vẻ và kiểm tra hiểu biết của HS về thể thao.</w:t>
            </w:r>
          </w:p>
        </w:tc>
      </w:tr>
      <w:tr w:rsidR="00F127B9">
        <w:trPr>
          <w:jc w:val="center"/>
        </w:trPr>
        <w:tc>
          <w:tcPr>
            <w:tcW w:w="5046" w:type="dxa"/>
          </w:tcPr>
          <w:p w:rsidR="00F127B9" w:rsidRDefault="00F8663B">
            <w:r>
              <w:t>- GV tổ chức trò chơi “Em thông thái” với hình ảnh vận động viên.</w:t>
            </w:r>
          </w:p>
        </w:tc>
        <w:tc>
          <w:tcPr>
            <w:tcW w:w="5046" w:type="dxa"/>
          </w:tcPr>
          <w:p w:rsidR="00F127B9" w:rsidRDefault="00F8663B">
            <w:r>
              <w:t xml:space="preserve">- HS tham </w:t>
            </w:r>
            <w:r>
              <w:t>gia trò chơi.</w:t>
            </w:r>
          </w:p>
        </w:tc>
      </w:tr>
      <w:tr w:rsidR="00F127B9">
        <w:trPr>
          <w:jc w:val="center"/>
        </w:trPr>
        <w:tc>
          <w:tcPr>
            <w:tcW w:w="5046" w:type="dxa"/>
          </w:tcPr>
          <w:p w:rsidR="00F127B9" w:rsidRDefault="00F8663B">
            <w:r>
              <w:t>- GV chiếu hình ảnh vận động viên bơi lội và hỏi: Đây là vận động viên nào?</w:t>
            </w:r>
          </w:p>
        </w:tc>
        <w:tc>
          <w:tcPr>
            <w:tcW w:w="5046" w:type="dxa"/>
          </w:tcPr>
          <w:p w:rsidR="00F127B9" w:rsidRDefault="00F8663B">
            <w:r>
              <w:t>- HS trả lời: Vận động viên bơi lội Nguyễn Huy Hoàng.</w:t>
            </w:r>
          </w:p>
        </w:tc>
      </w:tr>
      <w:tr w:rsidR="00F127B9">
        <w:trPr>
          <w:jc w:val="center"/>
        </w:trPr>
        <w:tc>
          <w:tcPr>
            <w:tcW w:w="5046" w:type="dxa"/>
          </w:tcPr>
          <w:p w:rsidR="00F127B9" w:rsidRDefault="00F8663B">
            <w:r>
              <w:t>- GV chiếu hình ảnh cầu thủ bóng đá và hỏi: Đây là cầu thủ nào?</w:t>
            </w:r>
          </w:p>
        </w:tc>
        <w:tc>
          <w:tcPr>
            <w:tcW w:w="5046" w:type="dxa"/>
          </w:tcPr>
          <w:p w:rsidR="00F127B9" w:rsidRDefault="00F8663B">
            <w:r>
              <w:t>- HS trả lời: Cầu thủ Nguyễn Quang Hải.</w:t>
            </w:r>
          </w:p>
        </w:tc>
      </w:tr>
      <w:tr w:rsidR="00F127B9">
        <w:trPr>
          <w:jc w:val="center"/>
        </w:trPr>
        <w:tc>
          <w:tcPr>
            <w:tcW w:w="5046" w:type="dxa"/>
          </w:tcPr>
          <w:p w:rsidR="00F127B9" w:rsidRDefault="00F8663B">
            <w:r>
              <w:t xml:space="preserve">- GV </w:t>
            </w:r>
            <w:r>
              <w:t>nhận xét, tuyên dương và dẫn vào bài nghe - viết.</w:t>
            </w:r>
          </w:p>
        </w:tc>
        <w:tc>
          <w:tcPr>
            <w:tcW w:w="5046" w:type="dxa"/>
          </w:tcPr>
          <w:p w:rsidR="00F127B9" w:rsidRDefault="00F8663B">
            <w:r>
              <w:t>- HS lắng nghe.</w:t>
            </w:r>
          </w:p>
        </w:tc>
      </w:tr>
      <w:tr w:rsidR="00F127B9">
        <w:trPr>
          <w:jc w:val="center"/>
        </w:trPr>
        <w:tc>
          <w:tcPr>
            <w:tcW w:w="10092" w:type="dxa"/>
            <w:gridSpan w:val="2"/>
            <w:shd w:val="clear" w:color="auto" w:fill="EAF2DD"/>
          </w:tcPr>
          <w:p w:rsidR="00F127B9" w:rsidRDefault="00F8663B">
            <w:r>
              <w:rPr>
                <w:b/>
              </w:rPr>
              <w:t>2. Khám phá - Nghe viết (18 phút)</w:t>
            </w:r>
          </w:p>
          <w:p w:rsidR="00F127B9" w:rsidRDefault="00F8663B">
            <w:r>
              <w:rPr>
                <w:b/>
              </w:rPr>
              <w:t>Mục tiêu: HS viết đúng chính tả đoạn văn trong bài “Ngọn lửa Ô-lim-pích”.</w:t>
            </w:r>
          </w:p>
        </w:tc>
      </w:tr>
      <w:tr w:rsidR="00F127B9">
        <w:trPr>
          <w:jc w:val="center"/>
        </w:trPr>
        <w:tc>
          <w:tcPr>
            <w:tcW w:w="5046" w:type="dxa"/>
          </w:tcPr>
          <w:p w:rsidR="00F127B9" w:rsidRDefault="00F8663B">
            <w:r>
              <w:t xml:space="preserve">- GV giới thiệu nội dung đoạn viết: Thể thao có khả năng kết nối con người, đem </w:t>
            </w:r>
            <w:r>
              <w:t>lại không khí hoà bình, hữu nghị.</w:t>
            </w:r>
          </w:p>
        </w:tc>
        <w:tc>
          <w:tcPr>
            <w:tcW w:w="5046" w:type="dxa"/>
          </w:tcPr>
          <w:p w:rsidR="00F127B9" w:rsidRDefault="00F8663B">
            <w:r>
              <w:t>- HS lắng nghe.</w:t>
            </w:r>
          </w:p>
        </w:tc>
      </w:tr>
      <w:tr w:rsidR="00F127B9">
        <w:trPr>
          <w:jc w:val="center"/>
        </w:trPr>
        <w:tc>
          <w:tcPr>
            <w:tcW w:w="5046" w:type="dxa"/>
          </w:tcPr>
          <w:p w:rsidR="00F127B9" w:rsidRDefault="00F8663B">
            <w:r>
              <w:t>- GV đọc toàn bộ đoạn văn cần viết.</w:t>
            </w:r>
          </w:p>
        </w:tc>
        <w:tc>
          <w:tcPr>
            <w:tcW w:w="5046" w:type="dxa"/>
          </w:tcPr>
          <w:p w:rsidR="00F127B9" w:rsidRDefault="00F8663B">
            <w:r>
              <w:t>- HS lắng nghe, theo dõi trong SGK.</w:t>
            </w:r>
          </w:p>
        </w:tc>
      </w:tr>
      <w:tr w:rsidR="00F127B9">
        <w:trPr>
          <w:jc w:val="center"/>
        </w:trPr>
        <w:tc>
          <w:tcPr>
            <w:tcW w:w="5046" w:type="dxa"/>
          </w:tcPr>
          <w:p w:rsidR="00F127B9" w:rsidRDefault="00F8663B">
            <w:r>
              <w:t>- GV mời 4 HS đọc nối tiếp đoạn văn.</w:t>
            </w:r>
          </w:p>
        </w:tc>
        <w:tc>
          <w:tcPr>
            <w:tcW w:w="5046" w:type="dxa"/>
          </w:tcPr>
          <w:p w:rsidR="00F127B9" w:rsidRDefault="00F8663B">
            <w:r>
              <w:t>- 4 HS đọc nối tiếp đoạn văn.</w:t>
            </w:r>
          </w:p>
        </w:tc>
      </w:tr>
      <w:tr w:rsidR="00F127B9">
        <w:trPr>
          <w:jc w:val="center"/>
        </w:trPr>
        <w:tc>
          <w:tcPr>
            <w:tcW w:w="5046" w:type="dxa"/>
          </w:tcPr>
          <w:p w:rsidR="00F127B9" w:rsidRDefault="00F8663B">
            <w:r>
              <w:lastRenderedPageBreak/>
              <w:t xml:space="preserve">- GV hướng dẫn cách trình bày đoạn văn: viết hoa chữ cái đầu </w:t>
            </w:r>
            <w:r>
              <w:t>câu, đặt dấu phẩy, dấu chấm đúng vị trí và viết hoa tên riêng.</w:t>
            </w:r>
          </w:p>
        </w:tc>
        <w:tc>
          <w:tcPr>
            <w:tcW w:w="5046" w:type="dxa"/>
          </w:tcPr>
          <w:p w:rsidR="00F127B9" w:rsidRDefault="00F8663B">
            <w:r>
              <w:t>- HS lắng nghe, ghi nhớ cách trình bày.</w:t>
            </w:r>
          </w:p>
        </w:tc>
      </w:tr>
      <w:tr w:rsidR="00F127B9">
        <w:trPr>
          <w:jc w:val="center"/>
        </w:trPr>
        <w:tc>
          <w:tcPr>
            <w:tcW w:w="5046" w:type="dxa"/>
          </w:tcPr>
          <w:p w:rsidR="00F127B9" w:rsidRDefault="00F8663B">
            <w:r>
              <w:t>- GV hướng dẫn HS luyện viết từ khó: Bảy, Hy Lạp, Ô-lim-pích, Ô-lim-pi-a.</w:t>
            </w:r>
          </w:p>
        </w:tc>
        <w:tc>
          <w:tcPr>
            <w:tcW w:w="5046" w:type="dxa"/>
          </w:tcPr>
          <w:p w:rsidR="00F127B9" w:rsidRDefault="00F8663B">
            <w:r>
              <w:t>- HS viết từ khó vào bảng con hoặc vở nháp.</w:t>
            </w:r>
          </w:p>
        </w:tc>
      </w:tr>
      <w:tr w:rsidR="00F127B9">
        <w:trPr>
          <w:jc w:val="center"/>
        </w:trPr>
        <w:tc>
          <w:tcPr>
            <w:tcW w:w="5046" w:type="dxa"/>
          </w:tcPr>
          <w:p w:rsidR="00F127B9" w:rsidRDefault="00F8663B">
            <w:r>
              <w:t xml:space="preserve">- GV đọc từng câu hoặc từng cụm </w:t>
            </w:r>
            <w:r>
              <w:t>từ cho HS viết vào vở.</w:t>
            </w:r>
          </w:p>
        </w:tc>
        <w:tc>
          <w:tcPr>
            <w:tcW w:w="5046" w:type="dxa"/>
          </w:tcPr>
          <w:p w:rsidR="00F127B9" w:rsidRDefault="00F8663B">
            <w:r>
              <w:t>- HS nghe và viết bài vào vở.</w:t>
            </w:r>
          </w:p>
        </w:tc>
      </w:tr>
      <w:tr w:rsidR="00F127B9">
        <w:trPr>
          <w:jc w:val="center"/>
        </w:trPr>
        <w:tc>
          <w:tcPr>
            <w:tcW w:w="5046" w:type="dxa"/>
          </w:tcPr>
          <w:p w:rsidR="00F127B9" w:rsidRDefault="00F8663B">
            <w:r>
              <w:t>- GV đọc lại đoạn văn cho HS soát lỗi.</w:t>
            </w:r>
          </w:p>
        </w:tc>
        <w:tc>
          <w:tcPr>
            <w:tcW w:w="5046" w:type="dxa"/>
          </w:tcPr>
          <w:p w:rsidR="00F127B9" w:rsidRDefault="00F8663B">
            <w:r>
              <w:t>- HS nghe, dò bài và tự sửa lỗi bằng bút chì.</w:t>
            </w:r>
          </w:p>
        </w:tc>
      </w:tr>
      <w:tr w:rsidR="00F127B9">
        <w:trPr>
          <w:jc w:val="center"/>
        </w:trPr>
        <w:tc>
          <w:tcPr>
            <w:tcW w:w="5046" w:type="dxa"/>
          </w:tcPr>
          <w:p w:rsidR="00F127B9" w:rsidRDefault="00F8663B">
            <w:r>
              <w:t>- GV cho HS đổi vở dò bài cho nhau.</w:t>
            </w:r>
          </w:p>
        </w:tc>
        <w:tc>
          <w:tcPr>
            <w:tcW w:w="5046" w:type="dxa"/>
          </w:tcPr>
          <w:p w:rsidR="00F127B9" w:rsidRDefault="00F8663B">
            <w:r>
              <w:t>- HS đổi vở, kiểm tra và góp ý cho bạn.</w:t>
            </w:r>
          </w:p>
        </w:tc>
      </w:tr>
      <w:tr w:rsidR="00F127B9">
        <w:trPr>
          <w:jc w:val="center"/>
        </w:trPr>
        <w:tc>
          <w:tcPr>
            <w:tcW w:w="5046" w:type="dxa"/>
          </w:tcPr>
          <w:p w:rsidR="00F127B9" w:rsidRDefault="00F8663B">
            <w:r>
              <w:t>- GV nhận xét chung về bài viết của HS.</w:t>
            </w:r>
          </w:p>
        </w:tc>
        <w:tc>
          <w:tcPr>
            <w:tcW w:w="5046" w:type="dxa"/>
          </w:tcPr>
          <w:p w:rsidR="00F127B9" w:rsidRDefault="00F8663B">
            <w:r>
              <w:t>- HS lắng nghe và rút kinh nghiệm.</w:t>
            </w:r>
          </w:p>
        </w:tc>
      </w:tr>
      <w:tr w:rsidR="00F127B9">
        <w:trPr>
          <w:jc w:val="center"/>
        </w:trPr>
        <w:tc>
          <w:tcPr>
            <w:tcW w:w="5046" w:type="dxa"/>
          </w:tcPr>
          <w:p w:rsidR="00F127B9" w:rsidRDefault="00F8663B">
            <w:r>
              <w:rPr>
                <w:color w:val="C00000"/>
              </w:rPr>
              <w:t>- GV tích hợp kĩ năng sống: Khi soát lỗi cho mình và cho bạn, các em cần trung thực, nhẹ nhàng, không chê bai; việc sửa lỗi giúp chúng ta tiến bộ hơn.</w:t>
            </w:r>
          </w:p>
        </w:tc>
        <w:tc>
          <w:tcPr>
            <w:tcW w:w="5046" w:type="dxa"/>
          </w:tcPr>
          <w:p w:rsidR="00F127B9" w:rsidRDefault="00F8663B">
            <w:r>
              <w:t>- HS lắng nghe, thực hành góp ý lịch sự khi đổi vở cho bạn.</w:t>
            </w:r>
          </w:p>
        </w:tc>
      </w:tr>
      <w:tr w:rsidR="00F127B9">
        <w:trPr>
          <w:jc w:val="center"/>
        </w:trPr>
        <w:tc>
          <w:tcPr>
            <w:tcW w:w="10092" w:type="dxa"/>
            <w:gridSpan w:val="2"/>
            <w:shd w:val="clear" w:color="auto" w:fill="EAF2DD"/>
          </w:tcPr>
          <w:p w:rsidR="00F127B9" w:rsidRDefault="00F8663B">
            <w:r>
              <w:rPr>
                <w:b/>
              </w:rPr>
              <w:t>3. Luyệ</w:t>
            </w:r>
            <w:r>
              <w:rPr>
                <w:b/>
              </w:rPr>
              <w:t>n tập - Kể và viết tên vận động viên (8 phút)</w:t>
            </w:r>
          </w:p>
          <w:p w:rsidR="00F127B9" w:rsidRDefault="00F8663B">
            <w:r>
              <w:rPr>
                <w:b/>
              </w:rPr>
              <w:t>Mục tiêu: HS viết đúng tên riêng Việt Nam và tên riêng nước ngoài.</w:t>
            </w:r>
          </w:p>
        </w:tc>
      </w:tr>
      <w:tr w:rsidR="00F127B9">
        <w:trPr>
          <w:jc w:val="center"/>
        </w:trPr>
        <w:tc>
          <w:tcPr>
            <w:tcW w:w="5046" w:type="dxa"/>
          </w:tcPr>
          <w:p w:rsidR="00F127B9" w:rsidRDefault="00F8663B">
            <w:r>
              <w:t>- GV mời HS nêu yêu cầu: Kể và viết tên vận động viên ở Việt Nam hoặc trên thế giới mà em biết.</w:t>
            </w:r>
          </w:p>
        </w:tc>
        <w:tc>
          <w:tcPr>
            <w:tcW w:w="5046" w:type="dxa"/>
          </w:tcPr>
          <w:p w:rsidR="00F127B9" w:rsidRDefault="00F8663B">
            <w:r>
              <w:t>- 1 HS đọc yêu cầu bài.</w:t>
            </w:r>
          </w:p>
        </w:tc>
      </w:tr>
      <w:tr w:rsidR="00F127B9">
        <w:trPr>
          <w:jc w:val="center"/>
        </w:trPr>
        <w:tc>
          <w:tcPr>
            <w:tcW w:w="5046" w:type="dxa"/>
          </w:tcPr>
          <w:p w:rsidR="00F127B9" w:rsidRDefault="00F8663B">
            <w:r>
              <w:t xml:space="preserve">- GV giao nhiệm vụ </w:t>
            </w:r>
            <w:r>
              <w:t>cho nhóm đôi cùng kể tên vận động viên, sau đó tổng hợp kết quả.</w:t>
            </w:r>
          </w:p>
        </w:tc>
        <w:tc>
          <w:tcPr>
            <w:tcW w:w="5046" w:type="dxa"/>
          </w:tcPr>
          <w:p w:rsidR="00F127B9" w:rsidRDefault="00F8663B">
            <w:r>
              <w:t>- HS làm việc nhóm đôi theo yêu cầu.</w:t>
            </w:r>
          </w:p>
        </w:tc>
      </w:tr>
      <w:tr w:rsidR="00F127B9">
        <w:trPr>
          <w:jc w:val="center"/>
        </w:trPr>
        <w:tc>
          <w:tcPr>
            <w:tcW w:w="5046" w:type="dxa"/>
          </w:tcPr>
          <w:p w:rsidR="00F127B9" w:rsidRDefault="00F8663B">
            <w:r>
              <w:t>- GV mời đại diện nhóm trình bày.</w:t>
            </w:r>
          </w:p>
        </w:tc>
        <w:tc>
          <w:tcPr>
            <w:tcW w:w="5046" w:type="dxa"/>
          </w:tcPr>
          <w:p w:rsidR="00F127B9" w:rsidRDefault="00F8663B">
            <w:r>
              <w:t>- Đại diện nhóm trình bày: Ánh Viên, Quang Hải, Văn Lâm, Tiến Linh, Công Phượng, Văn Hậu,...; Phe-đơ-rơ, Rô-nan-đô, Méc</w:t>
            </w:r>
            <w:r>
              <w:t>-xi,...</w:t>
            </w:r>
          </w:p>
        </w:tc>
      </w:tr>
      <w:tr w:rsidR="00F127B9">
        <w:trPr>
          <w:jc w:val="center"/>
        </w:trPr>
        <w:tc>
          <w:tcPr>
            <w:tcW w:w="5046" w:type="dxa"/>
          </w:tcPr>
          <w:p w:rsidR="00F127B9" w:rsidRDefault="00F8663B">
            <w:r>
              <w:t>- GV nhận xét, nhắc HS cách viết hoa tên riêng Việt Nam và tên riêng nước ngoài.</w:t>
            </w:r>
          </w:p>
        </w:tc>
        <w:tc>
          <w:tcPr>
            <w:tcW w:w="5046" w:type="dxa"/>
          </w:tcPr>
          <w:p w:rsidR="00F127B9" w:rsidRDefault="00F8663B">
            <w:r>
              <w:t>- HS lắng nghe và viết tên vào vở.</w:t>
            </w:r>
          </w:p>
        </w:tc>
      </w:tr>
      <w:tr w:rsidR="00F127B9">
        <w:trPr>
          <w:jc w:val="center"/>
        </w:trPr>
        <w:tc>
          <w:tcPr>
            <w:tcW w:w="10092" w:type="dxa"/>
            <w:gridSpan w:val="2"/>
            <w:shd w:val="clear" w:color="auto" w:fill="EAF2DD"/>
          </w:tcPr>
          <w:p w:rsidR="00F127B9" w:rsidRDefault="00F8663B">
            <w:r>
              <w:rPr>
                <w:b/>
              </w:rPr>
              <w:t>4. Luyện tập - Tìm tên riêng nước ngoài viết đúng (6 phút)</w:t>
            </w:r>
          </w:p>
          <w:p w:rsidR="00F127B9" w:rsidRDefault="00F8663B">
            <w:r>
              <w:rPr>
                <w:b/>
              </w:rPr>
              <w:t>Mục tiêu: HS nhận biết và chép đúng tên riêng nước ngoài.</w:t>
            </w:r>
          </w:p>
        </w:tc>
      </w:tr>
      <w:tr w:rsidR="00F127B9">
        <w:trPr>
          <w:jc w:val="center"/>
        </w:trPr>
        <w:tc>
          <w:tcPr>
            <w:tcW w:w="5046" w:type="dxa"/>
          </w:tcPr>
          <w:p w:rsidR="00F127B9" w:rsidRDefault="00F8663B">
            <w:r>
              <w:t xml:space="preserve">- GV mời HS </w:t>
            </w:r>
            <w:r>
              <w:t>nêu yêu cầu bài tập.</w:t>
            </w:r>
          </w:p>
        </w:tc>
        <w:tc>
          <w:tcPr>
            <w:tcW w:w="5046" w:type="dxa"/>
          </w:tcPr>
          <w:p w:rsidR="00F127B9" w:rsidRDefault="00F8663B">
            <w:r>
              <w:t>- 1 HS đọc yêu cầu.</w:t>
            </w:r>
          </w:p>
        </w:tc>
      </w:tr>
      <w:tr w:rsidR="00F127B9">
        <w:trPr>
          <w:jc w:val="center"/>
        </w:trPr>
        <w:tc>
          <w:tcPr>
            <w:tcW w:w="5046" w:type="dxa"/>
          </w:tcPr>
          <w:p w:rsidR="00F127B9" w:rsidRDefault="00F8663B">
            <w:r>
              <w:t>- GV giao nhiệm vụ cho nhóm 4 tìm tên riêng nước ngoài viết đúng và chép vào vở.</w:t>
            </w:r>
          </w:p>
        </w:tc>
        <w:tc>
          <w:tcPr>
            <w:tcW w:w="5046" w:type="dxa"/>
          </w:tcPr>
          <w:p w:rsidR="00F127B9" w:rsidRDefault="00F8663B">
            <w:r>
              <w:t>- HS làm việc nhóm 4 theo yêu cầu.</w:t>
            </w:r>
          </w:p>
        </w:tc>
      </w:tr>
      <w:tr w:rsidR="00F127B9">
        <w:trPr>
          <w:jc w:val="center"/>
        </w:trPr>
        <w:tc>
          <w:tcPr>
            <w:tcW w:w="5046" w:type="dxa"/>
          </w:tcPr>
          <w:p w:rsidR="00F127B9" w:rsidRDefault="00F8663B">
            <w:r>
              <w:t>- GV mời đại diện nhóm trình bày kết quả.</w:t>
            </w:r>
          </w:p>
        </w:tc>
        <w:tc>
          <w:tcPr>
            <w:tcW w:w="5046" w:type="dxa"/>
          </w:tcPr>
          <w:p w:rsidR="00F127B9" w:rsidRDefault="00F8663B">
            <w:r>
              <w:t xml:space="preserve">- Đại diện nhóm trình bày: Vích-to Huy-gô, Oan-tơ, </w:t>
            </w:r>
            <w:r>
              <w:t>Liu-xi-a, Pu-skin.</w:t>
            </w:r>
          </w:p>
        </w:tc>
      </w:tr>
      <w:tr w:rsidR="00F127B9">
        <w:trPr>
          <w:jc w:val="center"/>
        </w:trPr>
        <w:tc>
          <w:tcPr>
            <w:tcW w:w="5046" w:type="dxa"/>
          </w:tcPr>
          <w:p w:rsidR="00F127B9" w:rsidRDefault="00F8663B">
            <w:r>
              <w:t>- GV nhận xét, tuyên dương nhóm làm đúng.</w:t>
            </w:r>
          </w:p>
        </w:tc>
        <w:tc>
          <w:tcPr>
            <w:tcW w:w="5046" w:type="dxa"/>
          </w:tcPr>
          <w:p w:rsidR="00F127B9" w:rsidRDefault="00F8663B">
            <w:r>
              <w:t>- HS lắng nghe và sửa bài nếu cần.</w:t>
            </w:r>
          </w:p>
        </w:tc>
      </w:tr>
      <w:tr w:rsidR="00F127B9">
        <w:trPr>
          <w:jc w:val="center"/>
        </w:trPr>
        <w:tc>
          <w:tcPr>
            <w:tcW w:w="10092" w:type="dxa"/>
            <w:gridSpan w:val="2"/>
            <w:shd w:val="clear" w:color="auto" w:fill="EAF2DD"/>
          </w:tcPr>
          <w:p w:rsidR="00F127B9" w:rsidRDefault="00F8663B">
            <w:r>
              <w:rPr>
                <w:b/>
              </w:rPr>
              <w:t>5. Vận dụng (3 phút)</w:t>
            </w:r>
          </w:p>
          <w:p w:rsidR="00F127B9" w:rsidRDefault="00F8663B">
            <w:r>
              <w:rPr>
                <w:b/>
              </w:rPr>
              <w:t>Mục tiêu: HS vận dụng kiến thức vào giao tiếp.</w:t>
            </w:r>
          </w:p>
        </w:tc>
      </w:tr>
      <w:tr w:rsidR="00F127B9">
        <w:trPr>
          <w:jc w:val="center"/>
        </w:trPr>
        <w:tc>
          <w:tcPr>
            <w:tcW w:w="5046" w:type="dxa"/>
          </w:tcPr>
          <w:p w:rsidR="00F127B9" w:rsidRDefault="00F8663B">
            <w:r>
              <w:t>- GV gợi ý HS nhớ lại một vận động viên em yêu thích về tên, quê quán, thành tích.</w:t>
            </w:r>
          </w:p>
        </w:tc>
        <w:tc>
          <w:tcPr>
            <w:tcW w:w="5046" w:type="dxa"/>
          </w:tcPr>
          <w:p w:rsidR="00F127B9" w:rsidRDefault="00F8663B">
            <w:r>
              <w:t xml:space="preserve">- HS </w:t>
            </w:r>
            <w:r>
              <w:t>suy nghĩ và lựa chọn vận động viên yêu thích.</w:t>
            </w:r>
          </w:p>
        </w:tc>
      </w:tr>
      <w:tr w:rsidR="00F127B9">
        <w:trPr>
          <w:jc w:val="center"/>
        </w:trPr>
        <w:tc>
          <w:tcPr>
            <w:tcW w:w="5046" w:type="dxa"/>
          </w:tcPr>
          <w:p w:rsidR="00F127B9" w:rsidRDefault="00F8663B">
            <w:r>
              <w:t>- GV hướng dẫn HS nói với bạn về vận động viên em yêu thích.</w:t>
            </w:r>
          </w:p>
        </w:tc>
        <w:tc>
          <w:tcPr>
            <w:tcW w:w="5046" w:type="dxa"/>
          </w:tcPr>
          <w:p w:rsidR="00F127B9" w:rsidRDefault="00F8663B">
            <w:r>
              <w:t>- HS trao đổi với bạn theo cặp.</w:t>
            </w:r>
          </w:p>
        </w:tc>
      </w:tr>
      <w:tr w:rsidR="00F127B9">
        <w:trPr>
          <w:jc w:val="center"/>
        </w:trPr>
        <w:tc>
          <w:tcPr>
            <w:tcW w:w="5046" w:type="dxa"/>
          </w:tcPr>
          <w:p w:rsidR="00F127B9" w:rsidRDefault="00F8663B">
            <w:r>
              <w:lastRenderedPageBreak/>
              <w:t>- GV nhận xét, đánh giá tiết học.</w:t>
            </w:r>
          </w:p>
        </w:tc>
        <w:tc>
          <w:tcPr>
            <w:tcW w:w="5046" w:type="dxa"/>
          </w:tcPr>
          <w:p w:rsidR="00F127B9" w:rsidRDefault="00F8663B">
            <w:r>
              <w:t>- HS lắng nghe.</w:t>
            </w:r>
          </w:p>
        </w:tc>
      </w:tr>
    </w:tbl>
    <w:p w:rsidR="00F127B9" w:rsidRDefault="00F8663B">
      <w:r>
        <w:rPr>
          <w:b/>
        </w:rPr>
        <w:t>IV. ĐIỀU CHỈNH SAU BÀI DẠY</w:t>
      </w:r>
    </w:p>
    <w:p w:rsidR="00F127B9" w:rsidRDefault="00F8663B">
      <w:r>
        <w:t>.......................................................................................................................................</w:t>
      </w:r>
    </w:p>
    <w:p w:rsidR="00F127B9" w:rsidRDefault="00F8663B">
      <w:r>
        <w:t>........................................................................................................................</w:t>
      </w:r>
      <w:r>
        <w:t>...............</w:t>
      </w:r>
    </w:p>
    <w:p w:rsidR="00F127B9" w:rsidRDefault="00F8663B">
      <w:r>
        <w:t>.......................................................................................................................................</w:t>
      </w:r>
    </w:p>
    <w:p w:rsidR="00F127B9" w:rsidRDefault="00F8663B">
      <w:r>
        <w:br w:type="page"/>
      </w:r>
    </w:p>
    <w:p w:rsidR="00F127B9" w:rsidRDefault="00F8663B">
      <w:pPr>
        <w:jc w:val="center"/>
      </w:pPr>
      <w:r>
        <w:rPr>
          <w:b/>
        </w:rPr>
        <w:lastRenderedPageBreak/>
        <w:t>TUẦN 32 - TIẾNG VIỆT</w:t>
      </w:r>
    </w:p>
    <w:p w:rsidR="00F127B9" w:rsidRDefault="00F8663B">
      <w:pPr>
        <w:jc w:val="center"/>
      </w:pPr>
      <w:r>
        <w:rPr>
          <w:b/>
        </w:rPr>
        <w:t>CHỦ ĐIỂM: TRÁI ĐẤT CỦA CHÚNG MÌNH</w:t>
      </w:r>
    </w:p>
    <w:p w:rsidR="00F127B9" w:rsidRDefault="00F8663B">
      <w:pPr>
        <w:jc w:val="center"/>
      </w:pPr>
      <w:r>
        <w:rPr>
          <w:b/>
        </w:rPr>
        <w:t>Bài 02: RÔ-BỐT Ở QUANH TA - TIẾT 1</w:t>
      </w:r>
    </w:p>
    <w:p w:rsidR="00F127B9" w:rsidRDefault="00F8663B">
      <w:r>
        <w:rPr>
          <w:b/>
        </w:rPr>
        <w:t>I. YÊU CẦU C</w:t>
      </w:r>
      <w:r>
        <w:rPr>
          <w:b/>
        </w:rPr>
        <w:t>ẦN ĐẠT</w:t>
      </w:r>
    </w:p>
    <w:p w:rsidR="00F127B9" w:rsidRDefault="00F8663B">
      <w:r>
        <w:rPr>
          <w:b/>
        </w:rPr>
        <w:t>1. Năng lực đặc thù</w:t>
      </w:r>
    </w:p>
    <w:p w:rsidR="00F127B9" w:rsidRDefault="00F8663B">
      <w:r>
        <w:t>- Đọc đúng, rõ ràng văn bản thông tin “Rô-bốt ở quanh ta”.</w:t>
      </w:r>
    </w:p>
    <w:p w:rsidR="00F127B9" w:rsidRDefault="00F8663B">
      <w:r>
        <w:t>- Biết nghỉ hơi ở chỗ có dấu câu và đọc rõ các từ ngữ chỉ công nghệ.</w:t>
      </w:r>
    </w:p>
    <w:p w:rsidR="00F127B9" w:rsidRDefault="00F8663B">
      <w:r>
        <w:t xml:space="preserve">- Hiểu được thông tin quan trọng trong văn bản: sự xuất hiện lần đầu của rô-bốt, vai trò của rô-bốt </w:t>
      </w:r>
      <w:r>
        <w:t>và tương lai của rô-bốt.</w:t>
      </w:r>
    </w:p>
    <w:p w:rsidR="00F127B9" w:rsidRDefault="00F8663B">
      <w:r>
        <w:t>- Phát triển năng lực ngôn ngữ qua hoạt động đọc hiểu văn bản thông tin.</w:t>
      </w:r>
    </w:p>
    <w:p w:rsidR="00F127B9" w:rsidRDefault="00F8663B">
      <w:r>
        <w:rPr>
          <w:b/>
        </w:rPr>
        <w:t>2. Năng lực chung</w:t>
      </w:r>
    </w:p>
    <w:p w:rsidR="00F127B9" w:rsidRDefault="00F8663B">
      <w:r>
        <w:t>- Năng lực tự chủ, tự học: lắng nghe, đọc bài, trả lời câu hỏi và nêu nội dung bài.</w:t>
      </w:r>
    </w:p>
    <w:p w:rsidR="00F127B9" w:rsidRDefault="00F8663B">
      <w:r>
        <w:t>- Năng lực giao tiếp và hợp tác: luyện đọc trong nhóm, c</w:t>
      </w:r>
      <w:r>
        <w:t>hia sẻ ý kiến với bạn.</w:t>
      </w:r>
    </w:p>
    <w:p w:rsidR="00F127B9" w:rsidRDefault="00F8663B">
      <w:r>
        <w:t>- Năng lực giải quyết vấn đề và sáng tạo: nêu mong muốn về một con rô-bốt của riêng mình.</w:t>
      </w:r>
    </w:p>
    <w:p w:rsidR="00F127B9" w:rsidRDefault="00F8663B">
      <w:r>
        <w:rPr>
          <w:b/>
        </w:rPr>
        <w:t>3. Phẩm chất</w:t>
      </w:r>
    </w:p>
    <w:p w:rsidR="00F127B9" w:rsidRDefault="00F8663B">
      <w:r>
        <w:t>- Chăm chỉ: tích cực đọc bài, trả lời câu hỏi.</w:t>
      </w:r>
    </w:p>
    <w:p w:rsidR="00F127B9" w:rsidRDefault="00F8663B">
      <w:r>
        <w:t>- Trách nhiệm: học tập nghiêm túc, biết sử dụng công nghệ đúng mục đích.</w:t>
      </w:r>
    </w:p>
    <w:p w:rsidR="00F127B9" w:rsidRDefault="00F8663B">
      <w:r>
        <w:t>- Nhân ái:</w:t>
      </w:r>
      <w:r>
        <w:t xml:space="preserve"> biết yêu quý, tôn trọng bạn bè trong hoạt động nhóm.</w:t>
      </w:r>
    </w:p>
    <w:p w:rsidR="00F127B9" w:rsidRDefault="00F8663B">
      <w:r>
        <w:rPr>
          <w:b/>
        </w:rPr>
        <w:t>4. Tích hợp</w:t>
      </w:r>
    </w:p>
    <w:p w:rsidR="00F127B9" w:rsidRDefault="00F8663B">
      <w:r>
        <w:rPr>
          <w:color w:val="C00000"/>
        </w:rPr>
        <w:t>- Tích hợp năng lực số/AI: 6.1.CB1a - Nhận biết được ứng dụng đơn giản của rô-bốt, AI trong cuộc sống hằng ngày.</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xml:space="preserve">- </w:t>
      </w:r>
      <w:r>
        <w:t>SGK và các thiết bị, học liệu phục vụ tiết dạy.</w:t>
      </w:r>
    </w:p>
    <w:p w:rsidR="00F127B9" w:rsidRDefault="00F8663B">
      <w:r>
        <w:t>- Tranh ảnh hoặc video ngắn về rô-bốt trong đời sống.</w:t>
      </w:r>
    </w:p>
    <w:p w:rsidR="00F127B9" w:rsidRDefault="00F8663B">
      <w:r>
        <w:rPr>
          <w:b/>
        </w:rPr>
        <w:t>2. Học sinh</w:t>
      </w:r>
    </w:p>
    <w:p w:rsidR="00F127B9" w:rsidRDefault="00F8663B">
      <w:r>
        <w:t>- SGK Tiếng Việt.</w:t>
      </w:r>
    </w:p>
    <w:p w:rsidR="00F127B9" w:rsidRDefault="00F8663B">
      <w:r>
        <w:t>- Vở ghi, bút viết và đồ dùng học tập cá nhân.</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 xml:space="preserve">HOẠT ĐỘNG CỦA HỌC </w:t>
            </w:r>
            <w:r>
              <w:rPr>
                <w:b/>
              </w:rPr>
              <w:t>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Mục tiêu: Ôn bài cũ và khơi gợi hiểu biết của HS về rô-bốt.</w:t>
            </w:r>
          </w:p>
        </w:tc>
      </w:tr>
      <w:tr w:rsidR="00F127B9">
        <w:trPr>
          <w:jc w:val="center"/>
        </w:trPr>
        <w:tc>
          <w:tcPr>
            <w:tcW w:w="5046" w:type="dxa"/>
          </w:tcPr>
          <w:p w:rsidR="00F127B9" w:rsidRDefault="00F8663B">
            <w:r>
              <w:t>- GV tổ chức trò chơi khởi động, yêu cầu HS đọc đoạn 1 bài “Ngọn lửa Ô-lim-pích” và trả lời câu hỏi.</w:t>
            </w:r>
          </w:p>
        </w:tc>
        <w:tc>
          <w:tcPr>
            <w:tcW w:w="5046" w:type="dxa"/>
          </w:tcPr>
          <w:p w:rsidR="00F127B9" w:rsidRDefault="00F8663B">
            <w:r>
              <w:t>- HS tham gia trò chơi, đọc đoạn 1 và trả lời.</w:t>
            </w:r>
          </w:p>
        </w:tc>
      </w:tr>
      <w:tr w:rsidR="00F127B9">
        <w:trPr>
          <w:jc w:val="center"/>
        </w:trPr>
        <w:tc>
          <w:tcPr>
            <w:tcW w:w="5046" w:type="dxa"/>
          </w:tcPr>
          <w:p w:rsidR="00F127B9" w:rsidRDefault="00F8663B">
            <w:r>
              <w:t xml:space="preserve">- GV hỏi: Đại hội </w:t>
            </w:r>
            <w:r>
              <w:t>thể thao Ô-lim-pích có từ bao giờ và ở đâu?</w:t>
            </w:r>
          </w:p>
        </w:tc>
        <w:tc>
          <w:tcPr>
            <w:tcW w:w="5046" w:type="dxa"/>
          </w:tcPr>
          <w:p w:rsidR="00F127B9" w:rsidRDefault="00F8663B">
            <w:r>
              <w:t>- HS trả lời: Đại hội có từ gần 3 000 năm trước ở Hy Lạp cổ.</w:t>
            </w:r>
          </w:p>
        </w:tc>
      </w:tr>
      <w:tr w:rsidR="00F127B9">
        <w:trPr>
          <w:jc w:val="center"/>
        </w:trPr>
        <w:tc>
          <w:tcPr>
            <w:tcW w:w="5046" w:type="dxa"/>
          </w:tcPr>
          <w:p w:rsidR="00F127B9" w:rsidRDefault="00F8663B">
            <w:r>
              <w:t>- GV yêu cầu HS đọc đoạn cuối bài “Ngọn lửa Ô-lim-pích” và nêu nội dung bài.</w:t>
            </w:r>
          </w:p>
        </w:tc>
        <w:tc>
          <w:tcPr>
            <w:tcW w:w="5046" w:type="dxa"/>
          </w:tcPr>
          <w:p w:rsidR="00F127B9" w:rsidRDefault="00F8663B">
            <w:r>
              <w:t>- HS đọc và nêu: Thể thao kết nối con người, đem lại hoà bình, hữu nghị.</w:t>
            </w:r>
          </w:p>
        </w:tc>
      </w:tr>
      <w:tr w:rsidR="00F127B9">
        <w:trPr>
          <w:jc w:val="center"/>
        </w:trPr>
        <w:tc>
          <w:tcPr>
            <w:tcW w:w="5046" w:type="dxa"/>
          </w:tcPr>
          <w:p w:rsidR="00F127B9" w:rsidRDefault="00F8663B">
            <w:r>
              <w:t>- GV chiếu hình ảnh rô-bốt và hỏi: Em đã thấy rô-bốt ở đâu?</w:t>
            </w:r>
          </w:p>
        </w:tc>
        <w:tc>
          <w:tcPr>
            <w:tcW w:w="5046" w:type="dxa"/>
          </w:tcPr>
          <w:p w:rsidR="00F127B9" w:rsidRDefault="00F8663B">
            <w:r>
              <w:t>- HS chia sẻ: Em thấy rô-bốt trong phim, trong nhà máy, trong bệnh viện, trong đồ chơi,...</w:t>
            </w:r>
          </w:p>
        </w:tc>
      </w:tr>
      <w:tr w:rsidR="00F127B9">
        <w:trPr>
          <w:jc w:val="center"/>
        </w:trPr>
        <w:tc>
          <w:tcPr>
            <w:tcW w:w="5046" w:type="dxa"/>
          </w:tcPr>
          <w:p w:rsidR="00F127B9" w:rsidRDefault="00F8663B">
            <w:r>
              <w:t>- GV nhận xét và dẫn vào bài “Rô-bốt ở quanh ta”.</w:t>
            </w:r>
          </w:p>
        </w:tc>
        <w:tc>
          <w:tcPr>
            <w:tcW w:w="5046" w:type="dxa"/>
          </w:tcPr>
          <w:p w:rsidR="00F127B9" w:rsidRDefault="00F8663B">
            <w:r>
              <w:t>- HS lắng nghe.</w:t>
            </w:r>
          </w:p>
        </w:tc>
      </w:tr>
      <w:tr w:rsidR="00F127B9">
        <w:trPr>
          <w:jc w:val="center"/>
        </w:trPr>
        <w:tc>
          <w:tcPr>
            <w:tcW w:w="5046" w:type="dxa"/>
          </w:tcPr>
          <w:p w:rsidR="00F127B9" w:rsidRDefault="00F8663B">
            <w:r>
              <w:rPr>
                <w:color w:val="C00000"/>
              </w:rPr>
              <w:t>- GV tích hợp năng lực số/AI: Rô-bốt</w:t>
            </w:r>
            <w:r>
              <w:rPr>
                <w:color w:val="C00000"/>
              </w:rPr>
              <w:t xml:space="preserve"> là một sản phẩm công nghệ có thể được điều </w:t>
            </w:r>
            <w:r>
              <w:rPr>
                <w:color w:val="C00000"/>
              </w:rPr>
              <w:lastRenderedPageBreak/>
              <w:t>khiển bằng chương trình, cảm biến hoặc trí tuệ nhân tạo; các em cần nhận biết lợi ích của rô-bốt và sử dụng công nghệ một cách an toàn, đúng mục đích.</w:t>
            </w:r>
          </w:p>
        </w:tc>
        <w:tc>
          <w:tcPr>
            <w:tcW w:w="5046" w:type="dxa"/>
          </w:tcPr>
          <w:p w:rsidR="00F127B9" w:rsidRDefault="00F8663B">
            <w:r>
              <w:lastRenderedPageBreak/>
              <w:t>- HS lắng nghe, nêu một việc rô-bốt có thể hỗ trợ con người.</w:t>
            </w:r>
          </w:p>
        </w:tc>
      </w:tr>
      <w:tr w:rsidR="00F127B9">
        <w:trPr>
          <w:jc w:val="center"/>
        </w:trPr>
        <w:tc>
          <w:tcPr>
            <w:tcW w:w="10092" w:type="dxa"/>
            <w:gridSpan w:val="2"/>
            <w:shd w:val="clear" w:color="auto" w:fill="EAF2DD"/>
          </w:tcPr>
          <w:p w:rsidR="00F127B9" w:rsidRDefault="00F8663B">
            <w:r>
              <w:rPr>
                <w:b/>
              </w:rPr>
              <w:lastRenderedPageBreak/>
              <w:t>2. Khám phá - Đọc văn bản (15 phút)</w:t>
            </w:r>
          </w:p>
          <w:p w:rsidR="00F127B9" w:rsidRDefault="00F8663B">
            <w:r>
              <w:rPr>
                <w:b/>
              </w:rPr>
              <w:t>Mục tiêu: HS đọc đúng văn bản thông tin, biết chia đoạn và luyện đọc từ khó.</w:t>
            </w:r>
          </w:p>
        </w:tc>
      </w:tr>
      <w:tr w:rsidR="00F127B9">
        <w:trPr>
          <w:jc w:val="center"/>
        </w:trPr>
        <w:tc>
          <w:tcPr>
            <w:tcW w:w="5046" w:type="dxa"/>
          </w:tcPr>
          <w:p w:rsidR="00F127B9" w:rsidRDefault="00F8663B">
            <w:r>
              <w:t>- GV đọc mẫu toàn bài với giọng rõ ràng, mạch lạc.</w:t>
            </w:r>
          </w:p>
        </w:tc>
        <w:tc>
          <w:tcPr>
            <w:tcW w:w="5046" w:type="dxa"/>
          </w:tcPr>
          <w:p w:rsidR="00F127B9" w:rsidRDefault="00F8663B">
            <w:r>
              <w:t>- HS lắng nghe GV đọc mẫu.</w:t>
            </w:r>
          </w:p>
        </w:tc>
      </w:tr>
      <w:tr w:rsidR="00F127B9">
        <w:trPr>
          <w:jc w:val="center"/>
        </w:trPr>
        <w:tc>
          <w:tcPr>
            <w:tcW w:w="5046" w:type="dxa"/>
          </w:tcPr>
          <w:p w:rsidR="00F127B9" w:rsidRDefault="00F8663B">
            <w:r>
              <w:t xml:space="preserve">- GV hướng dẫn HS đọc trôi chảy toàn bài, nghỉ hơi ở chỗ câu </w:t>
            </w:r>
            <w:r>
              <w:t>dài.</w:t>
            </w:r>
          </w:p>
        </w:tc>
        <w:tc>
          <w:tcPr>
            <w:tcW w:w="5046" w:type="dxa"/>
          </w:tcPr>
          <w:p w:rsidR="00F127B9" w:rsidRDefault="00F8663B">
            <w:r>
              <w:t>- HS theo dõi, đánh dấu chỗ cần nghỉ hơi.</w:t>
            </w:r>
          </w:p>
        </w:tc>
      </w:tr>
      <w:tr w:rsidR="00F127B9">
        <w:trPr>
          <w:jc w:val="center"/>
        </w:trPr>
        <w:tc>
          <w:tcPr>
            <w:tcW w:w="5046" w:type="dxa"/>
          </w:tcPr>
          <w:p w:rsidR="00F127B9" w:rsidRDefault="00F8663B">
            <w:r>
              <w:t>- GV gọi 1 HS đọc toàn bài.</w:t>
            </w:r>
          </w:p>
        </w:tc>
        <w:tc>
          <w:tcPr>
            <w:tcW w:w="5046" w:type="dxa"/>
          </w:tcPr>
          <w:p w:rsidR="00F127B9" w:rsidRDefault="00F8663B">
            <w:r>
              <w:t>- 1 HS đọc toàn bài.</w:t>
            </w:r>
          </w:p>
        </w:tc>
      </w:tr>
      <w:tr w:rsidR="00F127B9">
        <w:trPr>
          <w:jc w:val="center"/>
        </w:trPr>
        <w:tc>
          <w:tcPr>
            <w:tcW w:w="5046" w:type="dxa"/>
          </w:tcPr>
          <w:p w:rsidR="00F127B9" w:rsidRDefault="00F8663B">
            <w:r>
              <w:t>- GV chia bài thành 2 đoạn: đoạn 1 từ đầu đến “khám phá đại dương”; đoạn 2 phần còn lại.</w:t>
            </w:r>
          </w:p>
        </w:tc>
        <w:tc>
          <w:tcPr>
            <w:tcW w:w="5046" w:type="dxa"/>
          </w:tcPr>
          <w:p w:rsidR="00F127B9" w:rsidRDefault="00F8663B">
            <w:r>
              <w:t>- HS dùng bút chì đánh dấu đoạn trong SGK.</w:t>
            </w:r>
          </w:p>
        </w:tc>
      </w:tr>
      <w:tr w:rsidR="00F127B9">
        <w:trPr>
          <w:jc w:val="center"/>
        </w:trPr>
        <w:tc>
          <w:tcPr>
            <w:tcW w:w="5046" w:type="dxa"/>
          </w:tcPr>
          <w:p w:rsidR="00F127B9" w:rsidRDefault="00F8663B">
            <w:r>
              <w:t xml:space="preserve">- GV gọi HS đọc nối tiếp </w:t>
            </w:r>
            <w:r>
              <w:t>từng đoạn.</w:t>
            </w:r>
          </w:p>
        </w:tc>
        <w:tc>
          <w:tcPr>
            <w:tcW w:w="5046" w:type="dxa"/>
          </w:tcPr>
          <w:p w:rsidR="00F127B9" w:rsidRDefault="00F8663B">
            <w:r>
              <w:t>- HS đọc nối tiếp theo đoạn.</w:t>
            </w:r>
          </w:p>
        </w:tc>
      </w:tr>
      <w:tr w:rsidR="00F127B9">
        <w:trPr>
          <w:jc w:val="center"/>
        </w:trPr>
        <w:tc>
          <w:tcPr>
            <w:tcW w:w="5046" w:type="dxa"/>
          </w:tcPr>
          <w:p w:rsidR="00F127B9" w:rsidRDefault="00F8663B">
            <w:r>
              <w:t>- GV hướng dẫn HS luyện đọc từ khó: rô-bốt, kịch viễn tưởng, nguy hiểm, di chuyển, quét nhà,...</w:t>
            </w:r>
          </w:p>
        </w:tc>
        <w:tc>
          <w:tcPr>
            <w:tcW w:w="5046" w:type="dxa"/>
          </w:tcPr>
          <w:p w:rsidR="00F127B9" w:rsidRDefault="00F8663B">
            <w:r>
              <w:t>- HS luyện đọc từ khó cá nhân và đồng thanh.</w:t>
            </w:r>
          </w:p>
        </w:tc>
      </w:tr>
      <w:tr w:rsidR="00F127B9">
        <w:trPr>
          <w:jc w:val="center"/>
        </w:trPr>
        <w:tc>
          <w:tcPr>
            <w:tcW w:w="5046" w:type="dxa"/>
          </w:tcPr>
          <w:p w:rsidR="00F127B9" w:rsidRDefault="00F8663B">
            <w:r>
              <w:t xml:space="preserve">- GV hướng dẫn HS luyện đọc câu dài: “Rồi/ người ta bắt đầu nghiên cứu,/ </w:t>
            </w:r>
            <w:r>
              <w:t>chế tạo rô-bốt thật,/ thường có hình dạng như người,/ làm việc chẳng biết mệt mỏi,/ chẳng sợ hiểm nguy.//”.</w:t>
            </w:r>
          </w:p>
        </w:tc>
        <w:tc>
          <w:tcPr>
            <w:tcW w:w="5046" w:type="dxa"/>
          </w:tcPr>
          <w:p w:rsidR="00F127B9" w:rsidRDefault="00F8663B">
            <w:r>
              <w:t>- 2 - 3 HS đọc câu dài theo hướng dẫn.</w:t>
            </w:r>
          </w:p>
        </w:tc>
      </w:tr>
      <w:tr w:rsidR="00F127B9">
        <w:trPr>
          <w:jc w:val="center"/>
        </w:trPr>
        <w:tc>
          <w:tcPr>
            <w:tcW w:w="5046" w:type="dxa"/>
          </w:tcPr>
          <w:p w:rsidR="00F127B9" w:rsidRDefault="00F8663B">
            <w:r>
              <w:t>- GV mời HS nêu từ ngữ cần giải nghĩa trong SGK.</w:t>
            </w:r>
          </w:p>
        </w:tc>
        <w:tc>
          <w:tcPr>
            <w:tcW w:w="5046" w:type="dxa"/>
          </w:tcPr>
          <w:p w:rsidR="00F127B9" w:rsidRDefault="00F8663B">
            <w:r>
              <w:t>- HS đọc phần giải nghĩa từ và nêu từ chưa hiểu.</w:t>
            </w:r>
          </w:p>
        </w:tc>
      </w:tr>
      <w:tr w:rsidR="00F127B9">
        <w:trPr>
          <w:jc w:val="center"/>
        </w:trPr>
        <w:tc>
          <w:tcPr>
            <w:tcW w:w="5046" w:type="dxa"/>
          </w:tcPr>
          <w:p w:rsidR="00F127B9" w:rsidRDefault="00F8663B">
            <w:r>
              <w:t>- GV tổ c</w:t>
            </w:r>
            <w:r>
              <w:t>hức cho HS luyện đọc toàn bài theo nhóm 4.</w:t>
            </w:r>
          </w:p>
        </w:tc>
        <w:tc>
          <w:tcPr>
            <w:tcW w:w="5046" w:type="dxa"/>
          </w:tcPr>
          <w:p w:rsidR="00F127B9" w:rsidRDefault="00F8663B">
            <w:r>
              <w:t>- HS luyện đọc trong nhóm 4, góp ý cho bạn.</w:t>
            </w:r>
          </w:p>
        </w:tc>
      </w:tr>
      <w:tr w:rsidR="00F127B9">
        <w:trPr>
          <w:jc w:val="center"/>
        </w:trPr>
        <w:tc>
          <w:tcPr>
            <w:tcW w:w="5046" w:type="dxa"/>
          </w:tcPr>
          <w:p w:rsidR="00F127B9" w:rsidRDefault="00F8663B">
            <w:r>
              <w:t>- GV nhận xét các nhóm.</w:t>
            </w:r>
          </w:p>
        </w:tc>
        <w:tc>
          <w:tcPr>
            <w:tcW w:w="5046" w:type="dxa"/>
          </w:tcPr>
          <w:p w:rsidR="00F127B9" w:rsidRDefault="00F8663B">
            <w:r>
              <w:t>- HS lắng nghe.</w:t>
            </w:r>
          </w:p>
        </w:tc>
      </w:tr>
      <w:tr w:rsidR="00F127B9">
        <w:trPr>
          <w:jc w:val="center"/>
        </w:trPr>
        <w:tc>
          <w:tcPr>
            <w:tcW w:w="10092" w:type="dxa"/>
            <w:gridSpan w:val="2"/>
            <w:shd w:val="clear" w:color="auto" w:fill="EAF2DD"/>
          </w:tcPr>
          <w:p w:rsidR="00F127B9" w:rsidRDefault="00F8663B">
            <w:r>
              <w:rPr>
                <w:b/>
              </w:rPr>
              <w:t>3. Luyện tập - Trả lời câu hỏi (15 phút)</w:t>
            </w:r>
          </w:p>
          <w:p w:rsidR="00F127B9" w:rsidRDefault="00F8663B">
            <w:r>
              <w:rPr>
                <w:b/>
              </w:rPr>
              <w:t>Mục tiêu: HS hiểu thông tin chính của bài đọc.</w:t>
            </w:r>
          </w:p>
        </w:tc>
      </w:tr>
      <w:tr w:rsidR="00F127B9">
        <w:trPr>
          <w:jc w:val="center"/>
        </w:trPr>
        <w:tc>
          <w:tcPr>
            <w:tcW w:w="5046" w:type="dxa"/>
          </w:tcPr>
          <w:p w:rsidR="00F127B9" w:rsidRDefault="00F8663B">
            <w:r>
              <w:t xml:space="preserve">- GV gọi HS đọc câu hỏi 1: Nhân vật </w:t>
            </w:r>
            <w:r>
              <w:t>người máy xuất hiện lần đầu tiên khi nào?</w:t>
            </w:r>
          </w:p>
        </w:tc>
        <w:tc>
          <w:tcPr>
            <w:tcW w:w="5046" w:type="dxa"/>
          </w:tcPr>
          <w:p w:rsidR="00F127B9" w:rsidRDefault="00F8663B">
            <w:r>
              <w:t>- HS trả lời: Nhân vật người máy xuất hiện lần đầu tiên vào năm 1920.</w:t>
            </w:r>
          </w:p>
        </w:tc>
      </w:tr>
      <w:tr w:rsidR="00F127B9">
        <w:trPr>
          <w:jc w:val="center"/>
        </w:trPr>
        <w:tc>
          <w:tcPr>
            <w:tcW w:w="5046" w:type="dxa"/>
          </w:tcPr>
          <w:p w:rsidR="00F127B9" w:rsidRDefault="00F8663B">
            <w:r>
              <w:t>- GV hỏi: Sự xuất hiện của rô-bốt trong vở kịch đem đến thay đổi gì trong suy nghĩ và hành động của con người?</w:t>
            </w:r>
          </w:p>
        </w:tc>
        <w:tc>
          <w:tcPr>
            <w:tcW w:w="5046" w:type="dxa"/>
          </w:tcPr>
          <w:p w:rsidR="00F127B9" w:rsidRDefault="00F8663B">
            <w:r>
              <w:t>- HS trả lời: Con người nghĩ tới</w:t>
            </w:r>
            <w:r>
              <w:t xml:space="preserve"> việc giao việc nặng nhọc, nguy hiểm cho rô-bốt và bắt đầu nghiên cứu, chế tạo rô-bốt thật.</w:t>
            </w:r>
          </w:p>
        </w:tc>
      </w:tr>
      <w:tr w:rsidR="00F127B9">
        <w:trPr>
          <w:jc w:val="center"/>
        </w:trPr>
        <w:tc>
          <w:tcPr>
            <w:tcW w:w="5046" w:type="dxa"/>
          </w:tcPr>
          <w:p w:rsidR="00F127B9" w:rsidRDefault="00F8663B">
            <w:r>
              <w:t>- GV hỏi: Rô-bốt đã có khả năng làm những việc gì?</w:t>
            </w:r>
          </w:p>
        </w:tc>
        <w:tc>
          <w:tcPr>
            <w:tcW w:w="5046" w:type="dxa"/>
          </w:tcPr>
          <w:p w:rsidR="00F127B9" w:rsidRDefault="00F8663B">
            <w:r>
              <w:t>- HS trả lời: Rô-bốt có thể di chuyển vật nặng, chữa cháy, cứu nạn, thăm dò vũ trụ, khám phá đại dương,...</w:t>
            </w:r>
          </w:p>
        </w:tc>
      </w:tr>
      <w:tr w:rsidR="00F127B9">
        <w:trPr>
          <w:jc w:val="center"/>
        </w:trPr>
        <w:tc>
          <w:tcPr>
            <w:tcW w:w="5046" w:type="dxa"/>
          </w:tcPr>
          <w:p w:rsidR="00F127B9" w:rsidRDefault="00F8663B">
            <w:r>
              <w:t>- GV</w:t>
            </w:r>
            <w:r>
              <w:t xml:space="preserve"> hỏi: Vì sao không bao lâu nữa, rô-bốt sẽ được sử dụng rộng rãi trong đời sống?</w:t>
            </w:r>
          </w:p>
        </w:tc>
        <w:tc>
          <w:tcPr>
            <w:tcW w:w="5046" w:type="dxa"/>
          </w:tcPr>
          <w:p w:rsidR="00F127B9" w:rsidRDefault="00F8663B">
            <w:r>
              <w:t>- HS trả lời: Vì khoa học kĩ thuật và công nghệ phát triển, con người có thể chế tạo nhiều loại rô-bốt hỗ trợ cuộc sống.</w:t>
            </w:r>
          </w:p>
        </w:tc>
      </w:tr>
      <w:tr w:rsidR="00F127B9">
        <w:trPr>
          <w:jc w:val="center"/>
        </w:trPr>
        <w:tc>
          <w:tcPr>
            <w:tcW w:w="5046" w:type="dxa"/>
          </w:tcPr>
          <w:p w:rsidR="00F127B9" w:rsidRDefault="00F8663B">
            <w:r>
              <w:t xml:space="preserve">- GV hỏi: Em mong muốn có một con rô-bốt như thế nào </w:t>
            </w:r>
            <w:r>
              <w:t>cho riêng mình?</w:t>
            </w:r>
          </w:p>
        </w:tc>
        <w:tc>
          <w:tcPr>
            <w:tcW w:w="5046" w:type="dxa"/>
          </w:tcPr>
          <w:p w:rsidR="00F127B9" w:rsidRDefault="00F8663B">
            <w:r>
              <w:t>- HS trả lời theo ý thích: rô-bốt biết quét nhà, học cùng em, dạy tiếng Anh, chăm sóc cây,...</w:t>
            </w:r>
          </w:p>
        </w:tc>
      </w:tr>
      <w:tr w:rsidR="00F127B9">
        <w:trPr>
          <w:jc w:val="center"/>
        </w:trPr>
        <w:tc>
          <w:tcPr>
            <w:tcW w:w="5046" w:type="dxa"/>
          </w:tcPr>
          <w:p w:rsidR="00F127B9" w:rsidRDefault="00F8663B">
            <w:r>
              <w:t>- GV mời HS nêu nội dung bài đọc.</w:t>
            </w:r>
          </w:p>
        </w:tc>
        <w:tc>
          <w:tcPr>
            <w:tcW w:w="5046" w:type="dxa"/>
          </w:tcPr>
          <w:p w:rsidR="00F127B9" w:rsidRDefault="00F8663B">
            <w:r>
              <w:t xml:space="preserve">- HS nêu: Bài đọc cho biết rô-bốt ngày </w:t>
            </w:r>
            <w:r>
              <w:lastRenderedPageBreak/>
              <w:t>càng gần gũi, có thể giúp con người làm nhiều việc trong cuộc sống.</w:t>
            </w:r>
          </w:p>
        </w:tc>
      </w:tr>
      <w:tr w:rsidR="00F127B9">
        <w:trPr>
          <w:jc w:val="center"/>
        </w:trPr>
        <w:tc>
          <w:tcPr>
            <w:tcW w:w="5046" w:type="dxa"/>
          </w:tcPr>
          <w:p w:rsidR="00F127B9" w:rsidRDefault="00F8663B">
            <w:r>
              <w:lastRenderedPageBreak/>
              <w:t xml:space="preserve">- </w:t>
            </w:r>
            <w:r>
              <w:t>GV chốt: Rô-bốt là sản phẩm của sự sáng tạo và phát triển công nghệ; các em cần học tập tốt để sử dụng và làm chủ công nghệ trong tương lai.</w:t>
            </w:r>
          </w:p>
        </w:tc>
        <w:tc>
          <w:tcPr>
            <w:tcW w:w="5046" w:type="dxa"/>
          </w:tcPr>
          <w:p w:rsidR="00F127B9" w:rsidRDefault="00F8663B">
            <w:r>
              <w:t>- HS lắng nghe, 2 - 3 HS nhắc lại nội dung bài.</w:t>
            </w:r>
          </w:p>
        </w:tc>
      </w:tr>
      <w:tr w:rsidR="00F127B9">
        <w:trPr>
          <w:jc w:val="center"/>
        </w:trPr>
        <w:tc>
          <w:tcPr>
            <w:tcW w:w="10092" w:type="dxa"/>
            <w:gridSpan w:val="2"/>
            <w:shd w:val="clear" w:color="auto" w:fill="EAF2DD"/>
          </w:tcPr>
          <w:p w:rsidR="00F127B9" w:rsidRDefault="00F8663B">
            <w:r>
              <w:rPr>
                <w:b/>
              </w:rPr>
              <w:t>4. Vận dụng - Luyện đọc lại (5 phút)</w:t>
            </w:r>
          </w:p>
          <w:p w:rsidR="00F127B9" w:rsidRDefault="00F8663B">
            <w:r>
              <w:rPr>
                <w:b/>
              </w:rPr>
              <w:t xml:space="preserve">Mục tiêu: HS đọc lại văn bản </w:t>
            </w:r>
            <w:r>
              <w:rPr>
                <w:b/>
              </w:rPr>
              <w:t>và liên hệ thực tế.</w:t>
            </w:r>
          </w:p>
        </w:tc>
      </w:tr>
      <w:tr w:rsidR="00F127B9">
        <w:trPr>
          <w:jc w:val="center"/>
        </w:trPr>
        <w:tc>
          <w:tcPr>
            <w:tcW w:w="5046" w:type="dxa"/>
          </w:tcPr>
          <w:p w:rsidR="00F127B9" w:rsidRDefault="00F8663B">
            <w:r>
              <w:t>- GV đọc diễn cảm toàn bài một lần nữa.</w:t>
            </w:r>
          </w:p>
        </w:tc>
        <w:tc>
          <w:tcPr>
            <w:tcW w:w="5046" w:type="dxa"/>
          </w:tcPr>
          <w:p w:rsidR="00F127B9" w:rsidRDefault="00F8663B">
            <w:r>
              <w:t>- HS đọc thầm theo.</w:t>
            </w:r>
          </w:p>
        </w:tc>
      </w:tr>
      <w:tr w:rsidR="00F127B9">
        <w:trPr>
          <w:jc w:val="center"/>
        </w:trPr>
        <w:tc>
          <w:tcPr>
            <w:tcW w:w="5046" w:type="dxa"/>
          </w:tcPr>
          <w:p w:rsidR="00F127B9" w:rsidRDefault="00F8663B">
            <w:r>
              <w:t>- GV yêu cầu HS luyện đọc theo cặp.</w:t>
            </w:r>
          </w:p>
        </w:tc>
        <w:tc>
          <w:tcPr>
            <w:tcW w:w="5046" w:type="dxa"/>
          </w:tcPr>
          <w:p w:rsidR="00F127B9" w:rsidRDefault="00F8663B">
            <w:r>
              <w:t>- HS luyện đọc theo cặp.</w:t>
            </w:r>
          </w:p>
        </w:tc>
      </w:tr>
      <w:tr w:rsidR="00F127B9">
        <w:trPr>
          <w:jc w:val="center"/>
        </w:trPr>
        <w:tc>
          <w:tcPr>
            <w:tcW w:w="5046" w:type="dxa"/>
          </w:tcPr>
          <w:p w:rsidR="00F127B9" w:rsidRDefault="00F8663B">
            <w:r>
              <w:t>- GV nhận xét, tuyên dương và dặn HS tìm thêm ví dụ về rô-bốt trong đời sống.</w:t>
            </w:r>
          </w:p>
        </w:tc>
        <w:tc>
          <w:tcPr>
            <w:tcW w:w="5046" w:type="dxa"/>
          </w:tcPr>
          <w:p w:rsidR="00F127B9" w:rsidRDefault="00F8663B">
            <w:r>
              <w:t xml:space="preserve">- HS lắng nghe và ghi nhớ nhiệm </w:t>
            </w:r>
            <w:r>
              <w:t>vụ.</w:t>
            </w:r>
          </w:p>
        </w:tc>
      </w:tr>
    </w:tbl>
    <w:p w:rsidR="00F127B9" w:rsidRDefault="00F8663B">
      <w:r>
        <w:rPr>
          <w:b/>
        </w:rPr>
        <w:t>IV. ĐIỀU CHỈNH SAU BÀI DẠY</w:t>
      </w:r>
    </w:p>
    <w:p w:rsidR="00F127B9" w:rsidRDefault="00F8663B">
      <w:r>
        <w:t>.......................................................................................................................................</w:t>
      </w:r>
    </w:p>
    <w:p w:rsidR="00F127B9" w:rsidRDefault="00F8663B">
      <w:r>
        <w:t>........................................................................................</w:t>
      </w:r>
      <w:r>
        <w:t>...............................................</w:t>
      </w:r>
    </w:p>
    <w:p w:rsidR="00F127B9" w:rsidRDefault="00F8663B">
      <w:r>
        <w:t>.......................................................................................................................................</w:t>
      </w:r>
    </w:p>
    <w:p w:rsidR="00F127B9" w:rsidRDefault="00F8663B">
      <w:r>
        <w:br w:type="page"/>
      </w:r>
    </w:p>
    <w:p w:rsidR="00F127B9" w:rsidRDefault="00F8663B">
      <w:pPr>
        <w:jc w:val="center"/>
      </w:pPr>
      <w:r>
        <w:rPr>
          <w:b/>
        </w:rPr>
        <w:lastRenderedPageBreak/>
        <w:t>TUẦN 32 - TIẾNG VIỆT</w:t>
      </w:r>
    </w:p>
    <w:p w:rsidR="00F127B9" w:rsidRDefault="00F8663B">
      <w:pPr>
        <w:jc w:val="center"/>
      </w:pPr>
      <w:r>
        <w:rPr>
          <w:b/>
        </w:rPr>
        <w:t>CHỦ ĐIỂM: TRÁI ĐẤT CỦA CHÚNG MÌNH</w:t>
      </w:r>
    </w:p>
    <w:p w:rsidR="00F127B9" w:rsidRDefault="00F8663B">
      <w:pPr>
        <w:jc w:val="center"/>
      </w:pPr>
      <w:r>
        <w:rPr>
          <w:b/>
        </w:rPr>
        <w:t xml:space="preserve">Bài 02: RÔ-BỐT </w:t>
      </w:r>
      <w:r>
        <w:rPr>
          <w:b/>
        </w:rPr>
        <w:t>Ở QUANH TA - TIẾT 2</w:t>
      </w:r>
    </w:p>
    <w:p w:rsidR="00F127B9" w:rsidRDefault="00F8663B">
      <w:r>
        <w:rPr>
          <w:b/>
        </w:rPr>
        <w:t>I. YÊU CẦU CẦN ĐẠT</w:t>
      </w:r>
    </w:p>
    <w:p w:rsidR="00F127B9" w:rsidRDefault="00F8663B">
      <w:r>
        <w:rPr>
          <w:b/>
        </w:rPr>
        <w:t>1. Năng lực đặc thù</w:t>
      </w:r>
    </w:p>
    <w:p w:rsidR="00F127B9" w:rsidRDefault="00F8663B">
      <w:r>
        <w:t>- Ôn chữ viết hoa A, Ă, Â, Q kiểu 2 thông qua viết ứng dụng.</w:t>
      </w:r>
    </w:p>
    <w:p w:rsidR="00F127B9" w:rsidRDefault="00F8663B">
      <w:r>
        <w:t>- Viết đúng tên riêng “Hội An” và câu ứng dụng về phố cổ Hội An.</w:t>
      </w:r>
    </w:p>
    <w:p w:rsidR="00F127B9" w:rsidRDefault="00F8663B">
      <w:r>
        <w:t xml:space="preserve">- Biết trình bày câu thơ lục bát, viết đúng cỡ chữ, khoảng cách và nét </w:t>
      </w:r>
      <w:r>
        <w:t>chữ.</w:t>
      </w:r>
    </w:p>
    <w:p w:rsidR="00F127B9" w:rsidRDefault="00F8663B">
      <w:r>
        <w:t>- Phát triển năng lực ngôn ngữ và năng lực viết.</w:t>
      </w:r>
    </w:p>
    <w:p w:rsidR="00F127B9" w:rsidRDefault="00F8663B">
      <w:r>
        <w:rPr>
          <w:b/>
        </w:rPr>
        <w:t>2. Năng lực chung</w:t>
      </w:r>
    </w:p>
    <w:p w:rsidR="00F127B9" w:rsidRDefault="00F8663B">
      <w:r>
        <w:t>- Năng lực tự chủ, tự học: tự luyện viết chữ hoa và hoàn thành bài viết.</w:t>
      </w:r>
    </w:p>
    <w:p w:rsidR="00F127B9" w:rsidRDefault="00F8663B">
      <w:r>
        <w:t>- Năng lực giao tiếp và hợp tác: nhận xét bài viết của bạn trong bàn.</w:t>
      </w:r>
    </w:p>
    <w:p w:rsidR="00F127B9" w:rsidRDefault="00F8663B">
      <w:r>
        <w:t>- Năng lực giải quyết vấn đề và sáng tạo:</w:t>
      </w:r>
      <w:r>
        <w:t xml:space="preserve"> vận dụng hiểu biết để nói về cảnh đẹp Hội An.</w:t>
      </w:r>
    </w:p>
    <w:p w:rsidR="00F127B9" w:rsidRDefault="00F8663B">
      <w:r>
        <w:rPr>
          <w:b/>
        </w:rPr>
        <w:t>3. Phẩm chất</w:t>
      </w:r>
    </w:p>
    <w:p w:rsidR="00F127B9" w:rsidRDefault="00F8663B">
      <w:r>
        <w:t>- Yêu nước: biết yêu cảnh đẹp quê hương, đất nước.</w:t>
      </w:r>
    </w:p>
    <w:p w:rsidR="00F127B9" w:rsidRDefault="00F8663B">
      <w:r>
        <w:t>- Chăm chỉ: kiên trì luyện viết chữ đẹp.</w:t>
      </w:r>
    </w:p>
    <w:p w:rsidR="00F127B9" w:rsidRDefault="00F8663B">
      <w:r>
        <w:t>- Trách nhiệm: giữ vở sạch, viết cẩn thận, học tập nghiêm túc.</w:t>
      </w:r>
    </w:p>
    <w:p w:rsidR="00F127B9" w:rsidRDefault="00F8663B">
      <w:r>
        <w:rPr>
          <w:b/>
        </w:rPr>
        <w:t>4. Tích hợp</w:t>
      </w:r>
    </w:p>
    <w:p w:rsidR="00F127B9" w:rsidRDefault="00F8663B">
      <w:r>
        <w:rPr>
          <w:color w:val="C00000"/>
        </w:rPr>
        <w:t xml:space="preserve">- Tích hợp giáo dục tình yêu </w:t>
      </w:r>
      <w:r>
        <w:rPr>
          <w:color w:val="C00000"/>
        </w:rPr>
        <w:t>quê hương, đất nước thông qua hình ảnh phố cổ Hội An.</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SGK và các thiết bị, học liệu phục vụ tiết dạy.</w:t>
      </w:r>
    </w:p>
    <w:p w:rsidR="00F127B9" w:rsidRDefault="00F8663B">
      <w:r>
        <w:t>- Video hoặc tranh ảnh về phố cổ Hội An; mẫu chữ hoa A, Ă, Â, Q kiểu 2.</w:t>
      </w:r>
    </w:p>
    <w:p w:rsidR="00F127B9" w:rsidRDefault="00F8663B">
      <w:r>
        <w:rPr>
          <w:b/>
        </w:rPr>
        <w:t xml:space="preserve">2. </w:t>
      </w:r>
      <w:r>
        <w:rPr>
          <w:b/>
        </w:rPr>
        <w:t>Học sinh</w:t>
      </w:r>
    </w:p>
    <w:p w:rsidR="00F127B9" w:rsidRDefault="00F8663B">
      <w:r>
        <w:t>- SGK Tiếng Việt.</w:t>
      </w:r>
    </w:p>
    <w:p w:rsidR="00F127B9" w:rsidRDefault="00F8663B">
      <w:r>
        <w:t>- Vở ghi, bút viết và đồ dùng học tập cá nhân.</w:t>
      </w:r>
    </w:p>
    <w:p w:rsidR="00F127B9" w:rsidRDefault="00F8663B">
      <w:r>
        <w:t>- Vở Tập viết hoặc vở luyện viết.</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HOẠT ĐỘNG CỦA HỌC 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 xml:space="preserve">Mục tiêu: Tạo không khí vui vẻ và dẫn vào </w:t>
            </w:r>
            <w:r>
              <w:rPr>
                <w:b/>
              </w:rPr>
              <w:t>hoạt động luyện viết.</w:t>
            </w:r>
          </w:p>
        </w:tc>
      </w:tr>
      <w:tr w:rsidR="00F127B9">
        <w:trPr>
          <w:jc w:val="center"/>
        </w:trPr>
        <w:tc>
          <w:tcPr>
            <w:tcW w:w="5046" w:type="dxa"/>
          </w:tcPr>
          <w:p w:rsidR="00F127B9" w:rsidRDefault="00F8663B">
            <w:r>
              <w:t>- GV tổ chức cho HS hát bài “Tập thể dục buổi sáng”.</w:t>
            </w:r>
          </w:p>
        </w:tc>
        <w:tc>
          <w:tcPr>
            <w:tcW w:w="5046" w:type="dxa"/>
          </w:tcPr>
          <w:p w:rsidR="00F127B9" w:rsidRDefault="00F8663B">
            <w:r>
              <w:t>- HS tham gia hát.</w:t>
            </w:r>
          </w:p>
        </w:tc>
      </w:tr>
      <w:tr w:rsidR="00F127B9">
        <w:trPr>
          <w:jc w:val="center"/>
        </w:trPr>
        <w:tc>
          <w:tcPr>
            <w:tcW w:w="5046" w:type="dxa"/>
          </w:tcPr>
          <w:p w:rsidR="00F127B9" w:rsidRDefault="00F8663B">
            <w:r>
              <w:t>- GV nhận xét tinh thần tham gia của HS.</w:t>
            </w:r>
          </w:p>
        </w:tc>
        <w:tc>
          <w:tcPr>
            <w:tcW w:w="5046" w:type="dxa"/>
          </w:tcPr>
          <w:p w:rsidR="00F127B9" w:rsidRDefault="00F8663B">
            <w:r>
              <w:t>- HS lắng nghe.</w:t>
            </w:r>
          </w:p>
        </w:tc>
      </w:tr>
      <w:tr w:rsidR="00F127B9">
        <w:trPr>
          <w:jc w:val="center"/>
        </w:trPr>
        <w:tc>
          <w:tcPr>
            <w:tcW w:w="5046" w:type="dxa"/>
          </w:tcPr>
          <w:p w:rsidR="00F127B9" w:rsidRDefault="00F8663B">
            <w:r>
              <w:t>- GV dẫn dắt vào bài luyện viết chữ hoa và viết ứng dụng.</w:t>
            </w:r>
          </w:p>
        </w:tc>
        <w:tc>
          <w:tcPr>
            <w:tcW w:w="5046" w:type="dxa"/>
          </w:tcPr>
          <w:p w:rsidR="00F127B9" w:rsidRDefault="00F8663B">
            <w:r>
              <w:t>- HS chuẩn bị vở viết.</w:t>
            </w:r>
          </w:p>
        </w:tc>
      </w:tr>
      <w:tr w:rsidR="00F127B9">
        <w:trPr>
          <w:jc w:val="center"/>
        </w:trPr>
        <w:tc>
          <w:tcPr>
            <w:tcW w:w="10092" w:type="dxa"/>
            <w:gridSpan w:val="2"/>
            <w:shd w:val="clear" w:color="auto" w:fill="EAF2DD"/>
          </w:tcPr>
          <w:p w:rsidR="00F127B9" w:rsidRDefault="00F8663B">
            <w:r>
              <w:rPr>
                <w:b/>
              </w:rPr>
              <w:t xml:space="preserve">2. Luyện viết - Ôn </w:t>
            </w:r>
            <w:r>
              <w:rPr>
                <w:b/>
              </w:rPr>
              <w:t>chữ viết hoa (12 phút)</w:t>
            </w:r>
          </w:p>
          <w:p w:rsidR="00F127B9" w:rsidRDefault="00F8663B">
            <w:r>
              <w:rPr>
                <w:b/>
              </w:rPr>
              <w:t>Mục tiêu: HS ôn cách viết chữ hoa A, Ă, Â, Q kiểu 2.</w:t>
            </w:r>
          </w:p>
        </w:tc>
      </w:tr>
      <w:tr w:rsidR="00F127B9">
        <w:trPr>
          <w:jc w:val="center"/>
        </w:trPr>
        <w:tc>
          <w:tcPr>
            <w:tcW w:w="5046" w:type="dxa"/>
          </w:tcPr>
          <w:p w:rsidR="00F127B9" w:rsidRDefault="00F8663B">
            <w:r>
              <w:t>- GV dùng video hoặc mẫu chữ để giới thiệu lại cách viết chữ hoa A, Ă, Â, Q kiểu 2.</w:t>
            </w:r>
          </w:p>
        </w:tc>
        <w:tc>
          <w:tcPr>
            <w:tcW w:w="5046" w:type="dxa"/>
          </w:tcPr>
          <w:p w:rsidR="00F127B9" w:rsidRDefault="00F8663B">
            <w:r>
              <w:t>- HS quan sát video hoặc mẫu chữ.</w:t>
            </w:r>
          </w:p>
        </w:tc>
      </w:tr>
      <w:tr w:rsidR="00F127B9">
        <w:trPr>
          <w:jc w:val="center"/>
        </w:trPr>
        <w:tc>
          <w:tcPr>
            <w:tcW w:w="5046" w:type="dxa"/>
          </w:tcPr>
          <w:p w:rsidR="00F127B9" w:rsidRDefault="00F8663B">
            <w:r>
              <w:t>- GV viết mẫu lên bảng, vừa viết vừa nêu quy trình viết.</w:t>
            </w:r>
          </w:p>
        </w:tc>
        <w:tc>
          <w:tcPr>
            <w:tcW w:w="5046" w:type="dxa"/>
          </w:tcPr>
          <w:p w:rsidR="00F127B9" w:rsidRDefault="00F8663B">
            <w:r>
              <w:t xml:space="preserve">- </w:t>
            </w:r>
            <w:r>
              <w:t>HS quan sát nét viết và lắng nghe quy trình.</w:t>
            </w:r>
          </w:p>
        </w:tc>
      </w:tr>
      <w:tr w:rsidR="00F127B9">
        <w:trPr>
          <w:jc w:val="center"/>
        </w:trPr>
        <w:tc>
          <w:tcPr>
            <w:tcW w:w="5046" w:type="dxa"/>
          </w:tcPr>
          <w:p w:rsidR="00F127B9" w:rsidRDefault="00F8663B">
            <w:r>
              <w:t>- GV cho HS viết bảng con hoặc vở nháp.</w:t>
            </w:r>
          </w:p>
        </w:tc>
        <w:tc>
          <w:tcPr>
            <w:tcW w:w="5046" w:type="dxa"/>
          </w:tcPr>
          <w:p w:rsidR="00F127B9" w:rsidRDefault="00F8663B">
            <w:r>
              <w:t>- HS viết chữ hoa A, Ă, Â, Q kiểu 2 vào bảng con hoặc vở nháp.</w:t>
            </w:r>
          </w:p>
        </w:tc>
      </w:tr>
      <w:tr w:rsidR="00F127B9">
        <w:trPr>
          <w:jc w:val="center"/>
        </w:trPr>
        <w:tc>
          <w:tcPr>
            <w:tcW w:w="5046" w:type="dxa"/>
          </w:tcPr>
          <w:p w:rsidR="00F127B9" w:rsidRDefault="00F8663B">
            <w:r>
              <w:t xml:space="preserve">- GV nhận xét, sửa lỗi về độ cao, độ rộng, </w:t>
            </w:r>
            <w:r>
              <w:lastRenderedPageBreak/>
              <w:t>nét nối.</w:t>
            </w:r>
          </w:p>
        </w:tc>
        <w:tc>
          <w:tcPr>
            <w:tcW w:w="5046" w:type="dxa"/>
          </w:tcPr>
          <w:p w:rsidR="00F127B9" w:rsidRDefault="00F8663B">
            <w:r>
              <w:lastRenderedPageBreak/>
              <w:t>- HS sửa lại chữ viết nếu cần.</w:t>
            </w:r>
          </w:p>
        </w:tc>
      </w:tr>
      <w:tr w:rsidR="00F127B9">
        <w:trPr>
          <w:jc w:val="center"/>
        </w:trPr>
        <w:tc>
          <w:tcPr>
            <w:tcW w:w="5046" w:type="dxa"/>
          </w:tcPr>
          <w:p w:rsidR="00F127B9" w:rsidRDefault="00F8663B">
            <w:r>
              <w:lastRenderedPageBreak/>
              <w:t>- GV cho HS viết vào v</w:t>
            </w:r>
            <w:r>
              <w:t>ở.</w:t>
            </w:r>
          </w:p>
        </w:tc>
        <w:tc>
          <w:tcPr>
            <w:tcW w:w="5046" w:type="dxa"/>
          </w:tcPr>
          <w:p w:rsidR="00F127B9" w:rsidRDefault="00F8663B">
            <w:r>
              <w:t>- HS viết vào vở chữ hoa A, Ă, Â, Q kiểu 2.</w:t>
            </w:r>
          </w:p>
        </w:tc>
      </w:tr>
      <w:tr w:rsidR="00F127B9">
        <w:trPr>
          <w:jc w:val="center"/>
        </w:trPr>
        <w:tc>
          <w:tcPr>
            <w:tcW w:w="5046" w:type="dxa"/>
          </w:tcPr>
          <w:p w:rsidR="00F127B9" w:rsidRDefault="00F8663B">
            <w:r>
              <w:t>- GV chấm một số bài, nhận xét và tuyên dương.</w:t>
            </w:r>
          </w:p>
        </w:tc>
        <w:tc>
          <w:tcPr>
            <w:tcW w:w="5046" w:type="dxa"/>
          </w:tcPr>
          <w:p w:rsidR="00F127B9" w:rsidRDefault="00F8663B">
            <w:r>
              <w:t>- HS lắng nghe và rút kinh nghiệm.</w:t>
            </w:r>
          </w:p>
        </w:tc>
      </w:tr>
      <w:tr w:rsidR="00F127B9">
        <w:trPr>
          <w:jc w:val="center"/>
        </w:trPr>
        <w:tc>
          <w:tcPr>
            <w:tcW w:w="10092" w:type="dxa"/>
            <w:gridSpan w:val="2"/>
            <w:shd w:val="clear" w:color="auto" w:fill="EAF2DD"/>
          </w:tcPr>
          <w:p w:rsidR="00F127B9" w:rsidRDefault="00F8663B">
            <w:r>
              <w:rPr>
                <w:b/>
              </w:rPr>
              <w:t>3. Luyện viết - Viết ứng dụng (15 phút)</w:t>
            </w:r>
          </w:p>
          <w:p w:rsidR="00F127B9" w:rsidRDefault="00F8663B">
            <w:r>
              <w:rPr>
                <w:b/>
              </w:rPr>
              <w:t>Mục tiêu: HS viết đúng tên riêng và câu ứng dụng.</w:t>
            </w:r>
          </w:p>
        </w:tc>
      </w:tr>
      <w:tr w:rsidR="00F127B9">
        <w:trPr>
          <w:jc w:val="center"/>
        </w:trPr>
        <w:tc>
          <w:tcPr>
            <w:tcW w:w="5046" w:type="dxa"/>
          </w:tcPr>
          <w:p w:rsidR="00F127B9" w:rsidRDefault="00F8663B">
            <w:r>
              <w:t xml:space="preserve">- GV mời HS đọc tên riêng “Hội </w:t>
            </w:r>
            <w:r>
              <w:t>An”.</w:t>
            </w:r>
          </w:p>
        </w:tc>
        <w:tc>
          <w:tcPr>
            <w:tcW w:w="5046" w:type="dxa"/>
          </w:tcPr>
          <w:p w:rsidR="00F127B9" w:rsidRDefault="00F8663B">
            <w:r>
              <w:t>- HS đọc tên riêng: Hội An.</w:t>
            </w:r>
          </w:p>
        </w:tc>
      </w:tr>
      <w:tr w:rsidR="00F127B9">
        <w:trPr>
          <w:jc w:val="center"/>
        </w:trPr>
        <w:tc>
          <w:tcPr>
            <w:tcW w:w="5046" w:type="dxa"/>
          </w:tcPr>
          <w:p w:rsidR="00F127B9" w:rsidRDefault="00F8663B">
            <w:r>
              <w:t>- GV giới thiệu: Hội An là thành phố nổi tiếng của tỉnh Quảng Nam, có những con đường, ngôi nhà, đình chùa cổ và nhiều món ăn truyền thống đặc sắc.</w:t>
            </w:r>
          </w:p>
        </w:tc>
        <w:tc>
          <w:tcPr>
            <w:tcW w:w="5046" w:type="dxa"/>
          </w:tcPr>
          <w:p w:rsidR="00F127B9" w:rsidRDefault="00F8663B">
            <w:r>
              <w:t>- HS lắng nghe.</w:t>
            </w:r>
          </w:p>
        </w:tc>
      </w:tr>
      <w:tr w:rsidR="00F127B9">
        <w:trPr>
          <w:jc w:val="center"/>
        </w:trPr>
        <w:tc>
          <w:tcPr>
            <w:tcW w:w="5046" w:type="dxa"/>
          </w:tcPr>
          <w:p w:rsidR="00F127B9" w:rsidRDefault="00F8663B">
            <w:r>
              <w:t>- GV yêu cầu HS viết tên riêng “Hội An” vào vở.</w:t>
            </w:r>
          </w:p>
        </w:tc>
        <w:tc>
          <w:tcPr>
            <w:tcW w:w="5046" w:type="dxa"/>
          </w:tcPr>
          <w:p w:rsidR="00F127B9" w:rsidRDefault="00F8663B">
            <w:r>
              <w:t>- HS viết</w:t>
            </w:r>
            <w:r>
              <w:t xml:space="preserve"> tên riêng Hội An vào vở.</w:t>
            </w:r>
          </w:p>
        </w:tc>
      </w:tr>
      <w:tr w:rsidR="00F127B9">
        <w:trPr>
          <w:jc w:val="center"/>
        </w:trPr>
        <w:tc>
          <w:tcPr>
            <w:tcW w:w="5046" w:type="dxa"/>
          </w:tcPr>
          <w:p w:rsidR="00F127B9" w:rsidRDefault="00F8663B">
            <w:r>
              <w:t>- GV nhận xét, tuyên dương HS viết đúng, đẹp.</w:t>
            </w:r>
          </w:p>
        </w:tc>
        <w:tc>
          <w:tcPr>
            <w:tcW w:w="5046" w:type="dxa"/>
          </w:tcPr>
          <w:p w:rsidR="00F127B9" w:rsidRDefault="00F8663B">
            <w:r>
              <w:t>- HS lắng nghe.</w:t>
            </w:r>
          </w:p>
        </w:tc>
      </w:tr>
      <w:tr w:rsidR="00F127B9">
        <w:trPr>
          <w:jc w:val="center"/>
        </w:trPr>
        <w:tc>
          <w:tcPr>
            <w:tcW w:w="5046" w:type="dxa"/>
          </w:tcPr>
          <w:p w:rsidR="00F127B9" w:rsidRDefault="00F8663B">
            <w:r>
              <w:t>- GV yêu cầu HS đọc câu ứng dụng: “Ai về phố cổ Hội An/ Thêm yêu, thêm nhớ Quảng Nam quê mình.”</w:t>
            </w:r>
          </w:p>
        </w:tc>
        <w:tc>
          <w:tcPr>
            <w:tcW w:w="5046" w:type="dxa"/>
          </w:tcPr>
          <w:p w:rsidR="00F127B9" w:rsidRDefault="00F8663B">
            <w:r>
              <w:t>- 1 HS đọc câu ứng dụng, cả lớp theo dõi.</w:t>
            </w:r>
          </w:p>
        </w:tc>
      </w:tr>
      <w:tr w:rsidR="00F127B9">
        <w:trPr>
          <w:jc w:val="center"/>
        </w:trPr>
        <w:tc>
          <w:tcPr>
            <w:tcW w:w="5046" w:type="dxa"/>
          </w:tcPr>
          <w:p w:rsidR="00F127B9" w:rsidRDefault="00F8663B">
            <w:r>
              <w:t xml:space="preserve">- GV giới thiệu câu ứng </w:t>
            </w:r>
            <w:r>
              <w:t>dụng nói về vẻ đẹp phố cổ Hội An ở Quảng Nam.</w:t>
            </w:r>
          </w:p>
        </w:tc>
        <w:tc>
          <w:tcPr>
            <w:tcW w:w="5046" w:type="dxa"/>
          </w:tcPr>
          <w:p w:rsidR="00F127B9" w:rsidRDefault="00F8663B">
            <w:r>
              <w:t>- HS lắng nghe.</w:t>
            </w:r>
          </w:p>
        </w:tc>
      </w:tr>
      <w:tr w:rsidR="00F127B9">
        <w:trPr>
          <w:jc w:val="center"/>
        </w:trPr>
        <w:tc>
          <w:tcPr>
            <w:tcW w:w="5046" w:type="dxa"/>
          </w:tcPr>
          <w:p w:rsidR="00F127B9" w:rsidRDefault="00F8663B">
            <w:r>
              <w:t>- GV nhắc HS viết hoa các chữ A, H, T, Q, N và lưu ý cách viết thơ lục bát.</w:t>
            </w:r>
          </w:p>
        </w:tc>
        <w:tc>
          <w:tcPr>
            <w:tcW w:w="5046" w:type="dxa"/>
          </w:tcPr>
          <w:p w:rsidR="00F127B9" w:rsidRDefault="00F8663B">
            <w:r>
              <w:t>- HS ghi nhớ cách trình bày câu thơ.</w:t>
            </w:r>
          </w:p>
        </w:tc>
      </w:tr>
      <w:tr w:rsidR="00F127B9">
        <w:trPr>
          <w:jc w:val="center"/>
        </w:trPr>
        <w:tc>
          <w:tcPr>
            <w:tcW w:w="5046" w:type="dxa"/>
          </w:tcPr>
          <w:p w:rsidR="00F127B9" w:rsidRDefault="00F8663B">
            <w:r>
              <w:t>- GV cho HS viết câu thơ vào vở.</w:t>
            </w:r>
          </w:p>
        </w:tc>
        <w:tc>
          <w:tcPr>
            <w:tcW w:w="5046" w:type="dxa"/>
          </w:tcPr>
          <w:p w:rsidR="00F127B9" w:rsidRDefault="00F8663B">
            <w:r>
              <w:t>- HS viết câu thơ vào vở.</w:t>
            </w:r>
          </w:p>
        </w:tc>
      </w:tr>
      <w:tr w:rsidR="00F127B9">
        <w:trPr>
          <w:jc w:val="center"/>
        </w:trPr>
        <w:tc>
          <w:tcPr>
            <w:tcW w:w="5046" w:type="dxa"/>
          </w:tcPr>
          <w:p w:rsidR="00F127B9" w:rsidRDefault="00F8663B">
            <w:r>
              <w:t>- GV yêu cầu HS nhậ</w:t>
            </w:r>
            <w:r>
              <w:t>n xét chéo bài trong bàn.</w:t>
            </w:r>
          </w:p>
        </w:tc>
        <w:tc>
          <w:tcPr>
            <w:tcW w:w="5046" w:type="dxa"/>
          </w:tcPr>
          <w:p w:rsidR="00F127B9" w:rsidRDefault="00F8663B">
            <w:r>
              <w:t>- HS đổi vở, nhận xét chéo cho bạn.</w:t>
            </w:r>
          </w:p>
        </w:tc>
      </w:tr>
      <w:tr w:rsidR="00F127B9">
        <w:trPr>
          <w:jc w:val="center"/>
        </w:trPr>
        <w:tc>
          <w:tcPr>
            <w:tcW w:w="5046" w:type="dxa"/>
          </w:tcPr>
          <w:p w:rsidR="00F127B9" w:rsidRDefault="00F8663B">
            <w:r>
              <w:t>- GV chấm một số bài, nhận xét, tuyên dương.</w:t>
            </w:r>
          </w:p>
        </w:tc>
        <w:tc>
          <w:tcPr>
            <w:tcW w:w="5046" w:type="dxa"/>
          </w:tcPr>
          <w:p w:rsidR="00F127B9" w:rsidRDefault="00F8663B">
            <w:r>
              <w:t>- HS lắng nghe và sửa lỗi nếu có.</w:t>
            </w:r>
          </w:p>
        </w:tc>
      </w:tr>
      <w:tr w:rsidR="00F127B9">
        <w:trPr>
          <w:jc w:val="center"/>
        </w:trPr>
        <w:tc>
          <w:tcPr>
            <w:tcW w:w="5046" w:type="dxa"/>
          </w:tcPr>
          <w:p w:rsidR="00F127B9" w:rsidRDefault="00F8663B">
            <w:r>
              <w:rPr>
                <w:color w:val="C00000"/>
              </w:rPr>
              <w:t>- GV tích hợp tình yêu quê hương: Khi viết về Hội An, các em hiểu thêm vẻ đẹp văn hoá của đất nước; từ đó biết yê</w:t>
            </w:r>
            <w:r>
              <w:rPr>
                <w:color w:val="C00000"/>
              </w:rPr>
              <w:t>u quý, giữ gìn và giới thiệu cảnh đẹp Việt Nam với bạn bè.</w:t>
            </w:r>
          </w:p>
        </w:tc>
        <w:tc>
          <w:tcPr>
            <w:tcW w:w="5046" w:type="dxa"/>
          </w:tcPr>
          <w:p w:rsidR="00F127B9" w:rsidRDefault="00F8663B">
            <w:r>
              <w:t>- HS lắng nghe và nêu một cảnh đẹp Việt Nam mà em yêu thích.</w:t>
            </w:r>
          </w:p>
        </w:tc>
      </w:tr>
      <w:tr w:rsidR="00F127B9">
        <w:trPr>
          <w:jc w:val="center"/>
        </w:trPr>
        <w:tc>
          <w:tcPr>
            <w:tcW w:w="10092" w:type="dxa"/>
            <w:gridSpan w:val="2"/>
            <w:shd w:val="clear" w:color="auto" w:fill="EAF2DD"/>
          </w:tcPr>
          <w:p w:rsidR="00F127B9" w:rsidRDefault="00F8663B">
            <w:r>
              <w:rPr>
                <w:b/>
              </w:rPr>
              <w:t>4. Vận dụng (8 phút)</w:t>
            </w:r>
          </w:p>
          <w:p w:rsidR="00F127B9" w:rsidRDefault="00F8663B">
            <w:r>
              <w:rPr>
                <w:b/>
              </w:rPr>
              <w:t>Mục tiêu: HS vận dụng kiến thức để nói về cảnh đẹp Hội An.</w:t>
            </w:r>
          </w:p>
        </w:tc>
      </w:tr>
      <w:tr w:rsidR="00F127B9">
        <w:trPr>
          <w:jc w:val="center"/>
        </w:trPr>
        <w:tc>
          <w:tcPr>
            <w:tcW w:w="5046" w:type="dxa"/>
          </w:tcPr>
          <w:p w:rsidR="00F127B9" w:rsidRDefault="00F8663B">
            <w:r>
              <w:t xml:space="preserve">- GV cho HS quan sát video hoặc tranh ảnh về cảnh đẹp </w:t>
            </w:r>
            <w:r>
              <w:t>Hội An.</w:t>
            </w:r>
          </w:p>
        </w:tc>
        <w:tc>
          <w:tcPr>
            <w:tcW w:w="5046" w:type="dxa"/>
          </w:tcPr>
          <w:p w:rsidR="00F127B9" w:rsidRDefault="00F8663B">
            <w:r>
              <w:t>- HS quan sát video hoặc tranh ảnh.</w:t>
            </w:r>
          </w:p>
        </w:tc>
      </w:tr>
      <w:tr w:rsidR="00F127B9">
        <w:trPr>
          <w:jc w:val="center"/>
        </w:trPr>
        <w:tc>
          <w:tcPr>
            <w:tcW w:w="5046" w:type="dxa"/>
          </w:tcPr>
          <w:p w:rsidR="00F127B9" w:rsidRDefault="00F8663B">
            <w:r>
              <w:t>- GV hỏi: Em thấy Hội An là nơi như thế nào?</w:t>
            </w:r>
          </w:p>
        </w:tc>
        <w:tc>
          <w:tcPr>
            <w:tcW w:w="5046" w:type="dxa"/>
          </w:tcPr>
          <w:p w:rsidR="00F127B9" w:rsidRDefault="00F8663B">
            <w:r>
              <w:t>- HS trả lời: Hội An cổ kính, đẹp, yên bình, có nhiều ngôi nhà cổ và đèn lồng.</w:t>
            </w:r>
          </w:p>
        </w:tc>
      </w:tr>
      <w:tr w:rsidR="00F127B9">
        <w:trPr>
          <w:jc w:val="center"/>
        </w:trPr>
        <w:tc>
          <w:tcPr>
            <w:tcW w:w="5046" w:type="dxa"/>
          </w:tcPr>
          <w:p w:rsidR="00F127B9" w:rsidRDefault="00F8663B">
            <w:r>
              <w:t>- GV nhận xét, tuyên dương và dặn HS luyện viết thêm ở nhà.</w:t>
            </w:r>
          </w:p>
        </w:tc>
        <w:tc>
          <w:tcPr>
            <w:tcW w:w="5046" w:type="dxa"/>
          </w:tcPr>
          <w:p w:rsidR="00F127B9" w:rsidRDefault="00F8663B">
            <w:r>
              <w:t>- HS lắng nghe, ghi nhớ nh</w:t>
            </w:r>
            <w:r>
              <w:t>iệm vụ.</w:t>
            </w:r>
          </w:p>
        </w:tc>
      </w:tr>
    </w:tbl>
    <w:p w:rsidR="00F127B9" w:rsidRDefault="00F8663B">
      <w:r>
        <w:rPr>
          <w:b/>
        </w:rPr>
        <w:t>IV. ĐIỀU CHỈNH SAU BÀI DẠY</w:t>
      </w:r>
    </w:p>
    <w:p w:rsidR="00F127B9" w:rsidRDefault="00F8663B">
      <w:r>
        <w:t>.......................................................................................................................................</w:t>
      </w:r>
    </w:p>
    <w:p w:rsidR="00F127B9" w:rsidRDefault="00F8663B">
      <w:r>
        <w:t>....................................................................................</w:t>
      </w:r>
      <w:r>
        <w:t>...................................................</w:t>
      </w:r>
    </w:p>
    <w:p w:rsidR="00F127B9" w:rsidRDefault="00F8663B">
      <w:r>
        <w:t>.......................................................................................................................................</w:t>
      </w:r>
    </w:p>
    <w:p w:rsidR="00F127B9" w:rsidRDefault="00F8663B">
      <w:r>
        <w:lastRenderedPageBreak/>
        <w:br w:type="page"/>
      </w:r>
    </w:p>
    <w:p w:rsidR="00F127B9" w:rsidRDefault="00F8663B">
      <w:pPr>
        <w:jc w:val="center"/>
      </w:pPr>
      <w:r>
        <w:rPr>
          <w:b/>
        </w:rPr>
        <w:lastRenderedPageBreak/>
        <w:t>TUẦN 32 - TIẾNG VIỆT</w:t>
      </w:r>
    </w:p>
    <w:p w:rsidR="00F127B9" w:rsidRDefault="00F8663B">
      <w:pPr>
        <w:jc w:val="center"/>
      </w:pPr>
      <w:r>
        <w:rPr>
          <w:b/>
        </w:rPr>
        <w:t>LUYỆN TỪ VÀ CÂU</w:t>
      </w:r>
    </w:p>
    <w:p w:rsidR="00F127B9" w:rsidRDefault="00F8663B">
      <w:pPr>
        <w:jc w:val="center"/>
      </w:pPr>
      <w:r>
        <w:rPr>
          <w:b/>
        </w:rPr>
        <w:t xml:space="preserve">DẤU HAI CHẤM - CÂU HỎI “ĐỂ </w:t>
      </w:r>
      <w:r>
        <w:rPr>
          <w:b/>
        </w:rPr>
        <w:t>LÀM GÌ?” - TIẾT 3</w:t>
      </w:r>
    </w:p>
    <w:p w:rsidR="00F127B9" w:rsidRDefault="00F8663B">
      <w:r>
        <w:rPr>
          <w:b/>
        </w:rPr>
        <w:t>I. YÊU CẦU CẦN ĐẠT</w:t>
      </w:r>
    </w:p>
    <w:p w:rsidR="00F127B9" w:rsidRDefault="00F8663B">
      <w:r>
        <w:rPr>
          <w:b/>
        </w:rPr>
        <w:t>1. Năng lực đặc thù</w:t>
      </w:r>
    </w:p>
    <w:p w:rsidR="00F127B9" w:rsidRDefault="00F8663B">
      <w:r>
        <w:t>- Hiểu công dụng và biết sử dụng dấu hai chấm trong câu.</w:t>
      </w:r>
    </w:p>
    <w:p w:rsidR="00F127B9" w:rsidRDefault="00F8663B">
      <w:r>
        <w:t>- Biết đặt và trả lời câu hỏi “Để làm gì?”.</w:t>
      </w:r>
    </w:p>
    <w:p w:rsidR="00F127B9" w:rsidRDefault="00F8663B">
      <w:r>
        <w:t>- Mở rộng vốn câu, biết dùng câu phù hợp với mục đích giao tiếp.</w:t>
      </w:r>
    </w:p>
    <w:p w:rsidR="00F127B9" w:rsidRDefault="00F8663B">
      <w:r>
        <w:t xml:space="preserve">- Phát triển năng lực ngôn ngữ </w:t>
      </w:r>
      <w:r>
        <w:t>thông qua luyện tập về dấu câu và kiểu câu.</w:t>
      </w:r>
    </w:p>
    <w:p w:rsidR="00F127B9" w:rsidRDefault="00F8663B">
      <w:r>
        <w:rPr>
          <w:b/>
        </w:rPr>
        <w:t>2. Năng lực chung</w:t>
      </w:r>
    </w:p>
    <w:p w:rsidR="00F127B9" w:rsidRDefault="00F8663B">
      <w:r>
        <w:t>- Năng lực tự chủ, tự học: đọc yêu cầu, làm bài và tự điều chỉnh bài làm.</w:t>
      </w:r>
    </w:p>
    <w:p w:rsidR="00F127B9" w:rsidRDefault="00F8663B">
      <w:r>
        <w:t>- Năng lực giao tiếp và hợp tác: thảo luận nhóm, hỏi - đáp với bạn.</w:t>
      </w:r>
    </w:p>
    <w:p w:rsidR="00F127B9" w:rsidRDefault="00F8663B">
      <w:r>
        <w:t>- Năng lực giải quyết vấn đề và sáng tạo: lựa chọn d</w:t>
      </w:r>
      <w:r>
        <w:t>ấu câu, ghép câu và đặt câu phù hợp.</w:t>
      </w:r>
    </w:p>
    <w:p w:rsidR="00F127B9" w:rsidRDefault="00F8663B">
      <w:r>
        <w:rPr>
          <w:b/>
        </w:rPr>
        <w:t>3. Phẩm chất</w:t>
      </w:r>
    </w:p>
    <w:p w:rsidR="00F127B9" w:rsidRDefault="00F8663B">
      <w:r>
        <w:t>- Yêu nước: hình thành tình cảm yêu quê hương qua ngữ liệu học tập.</w:t>
      </w:r>
    </w:p>
    <w:p w:rsidR="00F127B9" w:rsidRDefault="00F8663B">
      <w:r>
        <w:t>- Nhân ái: biết tôn trọng bạn trong hoạt động nhóm.</w:t>
      </w:r>
    </w:p>
    <w:p w:rsidR="00F127B9" w:rsidRDefault="00F8663B">
      <w:r>
        <w:t>- Chăm chỉ, trách nhiệm: hoàn thành bài tập và giữ trật tự trong giờ học.</w:t>
      </w:r>
    </w:p>
    <w:p w:rsidR="00F127B9" w:rsidRDefault="00F8663B">
      <w:r>
        <w:rPr>
          <w:b/>
        </w:rPr>
        <w:t>4. Tích hợp</w:t>
      </w:r>
    </w:p>
    <w:p w:rsidR="00F127B9" w:rsidRDefault="00F8663B">
      <w:r>
        <w:rPr>
          <w:color w:val="C00000"/>
        </w:rPr>
        <w:t>- Tích hợp kĩ năng sống: giao tiếp lịch sự, biết đặt câu hỏi đúng mục đích và trả lời rõ ràng.</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SGK và các thiết bị, học liệu phục vụ tiết dạy.</w:t>
      </w:r>
    </w:p>
    <w:p w:rsidR="00F127B9" w:rsidRDefault="00F8663B">
      <w:r>
        <w:t>- Bảng phụ ghi bài tập về dấu hai ch</w:t>
      </w:r>
      <w:r>
        <w:t>ấm và câu hỏi “Để làm gì?”.</w:t>
      </w:r>
    </w:p>
    <w:p w:rsidR="00F127B9" w:rsidRDefault="00F8663B">
      <w:r>
        <w:rPr>
          <w:b/>
        </w:rPr>
        <w:t>2. Học sinh</w:t>
      </w:r>
    </w:p>
    <w:p w:rsidR="00F127B9" w:rsidRDefault="00F8663B">
      <w:r>
        <w:t>- SGK Tiếng Việt.</w:t>
      </w:r>
    </w:p>
    <w:p w:rsidR="00F127B9" w:rsidRDefault="00F8663B">
      <w:r>
        <w:t>- Vở ghi, bút viết và đồ dùng học tập cá nhân.</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HOẠT ĐỘNG CỦA HỌC 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 xml:space="preserve">Mục tiêu: Tạo không khí vui vẻ và dẫn vào bài </w:t>
            </w:r>
            <w:r>
              <w:rPr>
                <w:b/>
              </w:rPr>
              <w:t>luyện từ và câu.</w:t>
            </w:r>
          </w:p>
        </w:tc>
      </w:tr>
      <w:tr w:rsidR="00F127B9">
        <w:trPr>
          <w:jc w:val="center"/>
        </w:trPr>
        <w:tc>
          <w:tcPr>
            <w:tcW w:w="5046" w:type="dxa"/>
          </w:tcPr>
          <w:p w:rsidR="00F127B9" w:rsidRDefault="00F8663B">
            <w:r>
              <w:t>- GV tổ chức cho HS hát bài khởi động.</w:t>
            </w:r>
          </w:p>
        </w:tc>
        <w:tc>
          <w:tcPr>
            <w:tcW w:w="5046" w:type="dxa"/>
          </w:tcPr>
          <w:p w:rsidR="00F127B9" w:rsidRDefault="00F8663B">
            <w:r>
              <w:t>- HS tham gia hát.</w:t>
            </w:r>
          </w:p>
        </w:tc>
      </w:tr>
      <w:tr w:rsidR="00F127B9">
        <w:trPr>
          <w:jc w:val="center"/>
        </w:trPr>
        <w:tc>
          <w:tcPr>
            <w:tcW w:w="5046" w:type="dxa"/>
          </w:tcPr>
          <w:p w:rsidR="00F127B9" w:rsidRDefault="00F8663B">
            <w:r>
              <w:t>- GV nhận xét tinh thần tham gia của HS.</w:t>
            </w:r>
          </w:p>
        </w:tc>
        <w:tc>
          <w:tcPr>
            <w:tcW w:w="5046" w:type="dxa"/>
          </w:tcPr>
          <w:p w:rsidR="00F127B9" w:rsidRDefault="00F8663B">
            <w:r>
              <w:t>- HS lắng nghe.</w:t>
            </w:r>
          </w:p>
        </w:tc>
      </w:tr>
      <w:tr w:rsidR="00F127B9">
        <w:trPr>
          <w:jc w:val="center"/>
        </w:trPr>
        <w:tc>
          <w:tcPr>
            <w:tcW w:w="5046" w:type="dxa"/>
          </w:tcPr>
          <w:p w:rsidR="00F127B9" w:rsidRDefault="00F8663B">
            <w:r>
              <w:t>- GV dẫn dắt vào bài: Hôm nay các em sẽ luyện sử dụng dấu hai chấm và đặt câu hỏi “Để làm gì?”.</w:t>
            </w:r>
          </w:p>
        </w:tc>
        <w:tc>
          <w:tcPr>
            <w:tcW w:w="5046" w:type="dxa"/>
          </w:tcPr>
          <w:p w:rsidR="00F127B9" w:rsidRDefault="00F8663B">
            <w:r>
              <w:t xml:space="preserve">- HS lắng nghe, ghi tên </w:t>
            </w:r>
            <w:r>
              <w:t>bài.</w:t>
            </w:r>
          </w:p>
        </w:tc>
      </w:tr>
      <w:tr w:rsidR="00F127B9">
        <w:trPr>
          <w:jc w:val="center"/>
        </w:trPr>
        <w:tc>
          <w:tcPr>
            <w:tcW w:w="10092" w:type="dxa"/>
            <w:gridSpan w:val="2"/>
            <w:shd w:val="clear" w:color="auto" w:fill="EAF2DD"/>
          </w:tcPr>
          <w:p w:rsidR="00F127B9" w:rsidRDefault="00F8663B">
            <w:r>
              <w:rPr>
                <w:b/>
              </w:rPr>
              <w:t>2. Khám phá - Bài 1: Tìm công dụng của dấu hai chấm (10 phút)</w:t>
            </w:r>
          </w:p>
          <w:p w:rsidR="00F127B9" w:rsidRDefault="00F8663B">
            <w:r>
              <w:rPr>
                <w:b/>
              </w:rPr>
              <w:t>Mục tiêu: HS nhận biết dấu hai chấm dùng để báo hiệu phần giải thích hoặc phần liệt kê.</w:t>
            </w:r>
          </w:p>
        </w:tc>
      </w:tr>
      <w:tr w:rsidR="00F127B9">
        <w:trPr>
          <w:jc w:val="center"/>
        </w:trPr>
        <w:tc>
          <w:tcPr>
            <w:tcW w:w="5046" w:type="dxa"/>
          </w:tcPr>
          <w:p w:rsidR="00F127B9" w:rsidRDefault="00F8663B">
            <w:r>
              <w:t>- GV mời HS đọc yêu cầu bài 1.</w:t>
            </w:r>
          </w:p>
        </w:tc>
        <w:tc>
          <w:tcPr>
            <w:tcW w:w="5046" w:type="dxa"/>
          </w:tcPr>
          <w:p w:rsidR="00F127B9" w:rsidRDefault="00F8663B">
            <w:r>
              <w:t>- 1 HS đọc yêu cầu bài 1.</w:t>
            </w:r>
          </w:p>
        </w:tc>
      </w:tr>
      <w:tr w:rsidR="00F127B9">
        <w:trPr>
          <w:jc w:val="center"/>
        </w:trPr>
        <w:tc>
          <w:tcPr>
            <w:tcW w:w="5046" w:type="dxa"/>
          </w:tcPr>
          <w:p w:rsidR="00F127B9" w:rsidRDefault="00F8663B">
            <w:r>
              <w:t>- GV yêu cầu HS đọc kĩ các câu thơ, câu v</w:t>
            </w:r>
            <w:r>
              <w:t>ăn ở bài tập.</w:t>
            </w:r>
          </w:p>
        </w:tc>
        <w:tc>
          <w:tcPr>
            <w:tcW w:w="5046" w:type="dxa"/>
          </w:tcPr>
          <w:p w:rsidR="00F127B9" w:rsidRDefault="00F8663B">
            <w:r>
              <w:t>- HS đọc thầm các ngữ liệu trong bài tập.</w:t>
            </w:r>
          </w:p>
        </w:tc>
      </w:tr>
      <w:tr w:rsidR="00F127B9">
        <w:trPr>
          <w:jc w:val="center"/>
        </w:trPr>
        <w:tc>
          <w:tcPr>
            <w:tcW w:w="5046" w:type="dxa"/>
          </w:tcPr>
          <w:p w:rsidR="00F127B9" w:rsidRDefault="00F8663B">
            <w:r>
              <w:t>- GV hướng dẫn: Dấu hai chấm có thể báo hiệu bộ phận đứng sau là phần giải thích hoặc phần liệt kê.</w:t>
            </w:r>
          </w:p>
        </w:tc>
        <w:tc>
          <w:tcPr>
            <w:tcW w:w="5046" w:type="dxa"/>
          </w:tcPr>
          <w:p w:rsidR="00F127B9" w:rsidRDefault="00F8663B">
            <w:r>
              <w:t>- HS lắng nghe hướng dẫn.</w:t>
            </w:r>
          </w:p>
        </w:tc>
      </w:tr>
      <w:tr w:rsidR="00F127B9">
        <w:trPr>
          <w:jc w:val="center"/>
        </w:trPr>
        <w:tc>
          <w:tcPr>
            <w:tcW w:w="5046" w:type="dxa"/>
          </w:tcPr>
          <w:p w:rsidR="00F127B9" w:rsidRDefault="00F8663B">
            <w:r>
              <w:t xml:space="preserve">- GV giao nhiệm vụ cho nhóm đôi xác định công dụng của dấu hai chấm </w:t>
            </w:r>
            <w:r>
              <w:t xml:space="preserve">trong </w:t>
            </w:r>
            <w:r>
              <w:lastRenderedPageBreak/>
              <w:t>từng trường hợp.</w:t>
            </w:r>
          </w:p>
        </w:tc>
        <w:tc>
          <w:tcPr>
            <w:tcW w:w="5046" w:type="dxa"/>
          </w:tcPr>
          <w:p w:rsidR="00F127B9" w:rsidRDefault="00F8663B">
            <w:r>
              <w:lastRenderedPageBreak/>
              <w:t>- HS làm việc nhóm đôi.</w:t>
            </w:r>
          </w:p>
        </w:tc>
      </w:tr>
      <w:tr w:rsidR="00F127B9">
        <w:trPr>
          <w:jc w:val="center"/>
        </w:trPr>
        <w:tc>
          <w:tcPr>
            <w:tcW w:w="5046" w:type="dxa"/>
          </w:tcPr>
          <w:p w:rsidR="00F127B9" w:rsidRDefault="00F8663B">
            <w:r>
              <w:lastRenderedPageBreak/>
              <w:t>- GV mời đại diện nhóm trình bày.</w:t>
            </w:r>
          </w:p>
        </w:tc>
        <w:tc>
          <w:tcPr>
            <w:tcW w:w="5046" w:type="dxa"/>
          </w:tcPr>
          <w:p w:rsidR="00F127B9" w:rsidRDefault="00F8663B">
            <w:r>
              <w:t>- Đại diện nhóm trình bày kết quả.</w:t>
            </w:r>
          </w:p>
        </w:tc>
      </w:tr>
      <w:tr w:rsidR="00F127B9">
        <w:trPr>
          <w:jc w:val="center"/>
        </w:trPr>
        <w:tc>
          <w:tcPr>
            <w:tcW w:w="5046" w:type="dxa"/>
          </w:tcPr>
          <w:p w:rsidR="00F127B9" w:rsidRDefault="00F8663B">
            <w:r>
              <w:t>- GV mời các nhóm khác nhận xét, bổ sung.</w:t>
            </w:r>
          </w:p>
        </w:tc>
        <w:tc>
          <w:tcPr>
            <w:tcW w:w="5046" w:type="dxa"/>
          </w:tcPr>
          <w:p w:rsidR="00F127B9" w:rsidRDefault="00F8663B">
            <w:r>
              <w:t>- Các nhóm nhận xét, bổ sung.</w:t>
            </w:r>
          </w:p>
        </w:tc>
      </w:tr>
      <w:tr w:rsidR="00F127B9">
        <w:trPr>
          <w:jc w:val="center"/>
        </w:trPr>
        <w:tc>
          <w:tcPr>
            <w:tcW w:w="5046" w:type="dxa"/>
          </w:tcPr>
          <w:p w:rsidR="00F127B9" w:rsidRDefault="00F8663B">
            <w:r>
              <w:t>- GV chốt: Dấu hai chấm ở bài tập a báo hiệu phần giải thích; dấu</w:t>
            </w:r>
            <w:r>
              <w:t xml:space="preserve"> hai chấm ở bài tập b, c báo hiệu phần liệt kê.</w:t>
            </w:r>
          </w:p>
        </w:tc>
        <w:tc>
          <w:tcPr>
            <w:tcW w:w="5046" w:type="dxa"/>
          </w:tcPr>
          <w:p w:rsidR="00F127B9" w:rsidRDefault="00F8663B">
            <w:r>
              <w:t>- HS lắng nghe và ghi nhớ.</w:t>
            </w:r>
          </w:p>
        </w:tc>
      </w:tr>
      <w:tr w:rsidR="00F127B9">
        <w:trPr>
          <w:jc w:val="center"/>
        </w:trPr>
        <w:tc>
          <w:tcPr>
            <w:tcW w:w="10092" w:type="dxa"/>
            <w:gridSpan w:val="2"/>
            <w:shd w:val="clear" w:color="auto" w:fill="EAF2DD"/>
          </w:tcPr>
          <w:p w:rsidR="00F127B9" w:rsidRDefault="00F8663B">
            <w:r>
              <w:rPr>
                <w:b/>
              </w:rPr>
              <w:t>3. Luyện tập - Bài 2: Chọn dấu câu phù hợp (10 phút)</w:t>
            </w:r>
          </w:p>
          <w:p w:rsidR="00F127B9" w:rsidRDefault="00F8663B">
            <w:r>
              <w:rPr>
                <w:b/>
              </w:rPr>
              <w:t>Mục tiêu: HS biết chọn dấu hai chấm hoặc dấu phẩy phù hợp với ý nghĩa câu.</w:t>
            </w:r>
          </w:p>
        </w:tc>
      </w:tr>
      <w:tr w:rsidR="00F127B9">
        <w:trPr>
          <w:jc w:val="center"/>
        </w:trPr>
        <w:tc>
          <w:tcPr>
            <w:tcW w:w="5046" w:type="dxa"/>
          </w:tcPr>
          <w:p w:rsidR="00F127B9" w:rsidRDefault="00F8663B">
            <w:r>
              <w:t>- GV mời HS nêu yêu cầu bài tập 2.</w:t>
            </w:r>
          </w:p>
        </w:tc>
        <w:tc>
          <w:tcPr>
            <w:tcW w:w="5046" w:type="dxa"/>
          </w:tcPr>
          <w:p w:rsidR="00F127B9" w:rsidRDefault="00F8663B">
            <w:r>
              <w:t xml:space="preserve">- 1 HS đọc yêu </w:t>
            </w:r>
            <w:r>
              <w:t>cầu bài tập 2.</w:t>
            </w:r>
          </w:p>
        </w:tc>
      </w:tr>
      <w:tr w:rsidR="00F127B9">
        <w:trPr>
          <w:jc w:val="center"/>
        </w:trPr>
        <w:tc>
          <w:tcPr>
            <w:tcW w:w="5046" w:type="dxa"/>
          </w:tcPr>
          <w:p w:rsidR="00F127B9" w:rsidRDefault="00F8663B">
            <w:r>
              <w:t>- GV gợi ý HS xác định bộ phận nào giải thích, bộ phận nào liệt kê và bộ phận nào cùng chỉ đặc điểm.</w:t>
            </w:r>
          </w:p>
        </w:tc>
        <w:tc>
          <w:tcPr>
            <w:tcW w:w="5046" w:type="dxa"/>
          </w:tcPr>
          <w:p w:rsidR="00F127B9" w:rsidRDefault="00F8663B">
            <w:r>
              <w:t>- HS lắng nghe gợi ý.</w:t>
            </w:r>
          </w:p>
        </w:tc>
      </w:tr>
      <w:tr w:rsidR="00F127B9">
        <w:trPr>
          <w:jc w:val="center"/>
        </w:trPr>
        <w:tc>
          <w:tcPr>
            <w:tcW w:w="5046" w:type="dxa"/>
          </w:tcPr>
          <w:p w:rsidR="00F127B9" w:rsidRDefault="00F8663B">
            <w:r>
              <w:t>- GV yêu cầu HS làm bài vào vở.</w:t>
            </w:r>
          </w:p>
        </w:tc>
        <w:tc>
          <w:tcPr>
            <w:tcW w:w="5046" w:type="dxa"/>
          </w:tcPr>
          <w:p w:rsidR="00F127B9" w:rsidRDefault="00F8663B">
            <w:r>
              <w:t>- HS làm bài cá nhân vào vở.</w:t>
            </w:r>
          </w:p>
        </w:tc>
      </w:tr>
      <w:tr w:rsidR="00F127B9">
        <w:trPr>
          <w:jc w:val="center"/>
        </w:trPr>
        <w:tc>
          <w:tcPr>
            <w:tcW w:w="5046" w:type="dxa"/>
          </w:tcPr>
          <w:p w:rsidR="00F127B9" w:rsidRDefault="00F8663B">
            <w:r>
              <w:t>- GV mời một số HS trình bày kết quả.</w:t>
            </w:r>
          </w:p>
        </w:tc>
        <w:tc>
          <w:tcPr>
            <w:tcW w:w="5046" w:type="dxa"/>
          </w:tcPr>
          <w:p w:rsidR="00F127B9" w:rsidRDefault="00F8663B">
            <w:r>
              <w:t>- Một số HS trìn</w:t>
            </w:r>
            <w:r>
              <w:t>h bày bài làm.</w:t>
            </w:r>
          </w:p>
        </w:tc>
      </w:tr>
      <w:tr w:rsidR="00F127B9">
        <w:trPr>
          <w:jc w:val="center"/>
        </w:trPr>
        <w:tc>
          <w:tcPr>
            <w:tcW w:w="5046" w:type="dxa"/>
          </w:tcPr>
          <w:p w:rsidR="00F127B9" w:rsidRDefault="00F8663B">
            <w:r>
              <w:t>- GV mời HS khác nhận xét.</w:t>
            </w:r>
          </w:p>
        </w:tc>
        <w:tc>
          <w:tcPr>
            <w:tcW w:w="5046" w:type="dxa"/>
          </w:tcPr>
          <w:p w:rsidR="00F127B9" w:rsidRDefault="00F8663B">
            <w:r>
              <w:t>- HS nhận xét bài của bạn.</w:t>
            </w:r>
          </w:p>
        </w:tc>
      </w:tr>
      <w:tr w:rsidR="00F127B9">
        <w:trPr>
          <w:jc w:val="center"/>
        </w:trPr>
        <w:tc>
          <w:tcPr>
            <w:tcW w:w="5046" w:type="dxa"/>
          </w:tcPr>
          <w:p w:rsidR="00F127B9" w:rsidRDefault="00F8663B">
            <w:r>
              <w:t>- GV chốt: Chọn dấu phẩy trong câu “Cá giòn, thơm và ngọt quá!”; các chỗ còn lại chọn dấu hai chấm vì bộ phận sau có ý nghĩa giải thích hoặc liệt kê.</w:t>
            </w:r>
          </w:p>
        </w:tc>
        <w:tc>
          <w:tcPr>
            <w:tcW w:w="5046" w:type="dxa"/>
          </w:tcPr>
          <w:p w:rsidR="00F127B9" w:rsidRDefault="00F8663B">
            <w:r>
              <w:t>- HS lắng nghe và sửa bài.</w:t>
            </w:r>
          </w:p>
        </w:tc>
      </w:tr>
      <w:tr w:rsidR="00F127B9">
        <w:trPr>
          <w:jc w:val="center"/>
        </w:trPr>
        <w:tc>
          <w:tcPr>
            <w:tcW w:w="10092" w:type="dxa"/>
            <w:gridSpan w:val="2"/>
            <w:shd w:val="clear" w:color="auto" w:fill="EAF2DD"/>
          </w:tcPr>
          <w:p w:rsidR="00F127B9" w:rsidRDefault="00F8663B">
            <w:r>
              <w:rPr>
                <w:b/>
              </w:rPr>
              <w:t xml:space="preserve">4. </w:t>
            </w:r>
            <w:r>
              <w:rPr>
                <w:b/>
              </w:rPr>
              <w:t>Luyện tập - Bài 3: Nói tiếp để hoàn thành câu (8 phút)</w:t>
            </w:r>
          </w:p>
          <w:p w:rsidR="00F127B9" w:rsidRDefault="00F8663B">
            <w:r>
              <w:rPr>
                <w:b/>
              </w:rPr>
              <w:t>Mục tiêu: HS biết hoàn thành câu theo quan hệ mục đích.</w:t>
            </w:r>
          </w:p>
        </w:tc>
      </w:tr>
      <w:tr w:rsidR="00F127B9">
        <w:trPr>
          <w:jc w:val="center"/>
        </w:trPr>
        <w:tc>
          <w:tcPr>
            <w:tcW w:w="5046" w:type="dxa"/>
          </w:tcPr>
          <w:p w:rsidR="00F127B9" w:rsidRDefault="00F8663B">
            <w:r>
              <w:t>- GV yêu cầu HS đọc yêu cầu bài 3.</w:t>
            </w:r>
          </w:p>
        </w:tc>
        <w:tc>
          <w:tcPr>
            <w:tcW w:w="5046" w:type="dxa"/>
          </w:tcPr>
          <w:p w:rsidR="00F127B9" w:rsidRDefault="00F8663B">
            <w:r>
              <w:t>- HS đọc yêu cầu bài tập 3.</w:t>
            </w:r>
          </w:p>
        </w:tc>
      </w:tr>
      <w:tr w:rsidR="00F127B9">
        <w:trPr>
          <w:jc w:val="center"/>
        </w:trPr>
        <w:tc>
          <w:tcPr>
            <w:tcW w:w="5046" w:type="dxa"/>
          </w:tcPr>
          <w:p w:rsidR="00F127B9" w:rsidRDefault="00F8663B">
            <w:r>
              <w:t>- GV giao nhiệm vụ nhóm 4 ghép các từ ngữ để tạo thành câu hoàn chỉnh.</w:t>
            </w:r>
          </w:p>
        </w:tc>
        <w:tc>
          <w:tcPr>
            <w:tcW w:w="5046" w:type="dxa"/>
          </w:tcPr>
          <w:p w:rsidR="00F127B9" w:rsidRDefault="00F8663B">
            <w:r>
              <w:t xml:space="preserve">- HS làm </w:t>
            </w:r>
            <w:r>
              <w:t>việc nhóm 4.</w:t>
            </w:r>
          </w:p>
        </w:tc>
      </w:tr>
      <w:tr w:rsidR="00F127B9">
        <w:trPr>
          <w:jc w:val="center"/>
        </w:trPr>
        <w:tc>
          <w:tcPr>
            <w:tcW w:w="5046" w:type="dxa"/>
          </w:tcPr>
          <w:p w:rsidR="00F127B9" w:rsidRDefault="00F8663B">
            <w:r>
              <w:t>- GV khuyến khích HS sáng tạo, nói theo nhiều cách khác nhau và tránh trùng lặp.</w:t>
            </w:r>
          </w:p>
        </w:tc>
        <w:tc>
          <w:tcPr>
            <w:tcW w:w="5046" w:type="dxa"/>
          </w:tcPr>
          <w:p w:rsidR="00F127B9" w:rsidRDefault="00F8663B">
            <w:r>
              <w:t>- HS thảo luận để có câu trả lời đa dạng.</w:t>
            </w:r>
          </w:p>
        </w:tc>
      </w:tr>
      <w:tr w:rsidR="00F127B9">
        <w:trPr>
          <w:jc w:val="center"/>
        </w:trPr>
        <w:tc>
          <w:tcPr>
            <w:tcW w:w="5046" w:type="dxa"/>
          </w:tcPr>
          <w:p w:rsidR="00F127B9" w:rsidRDefault="00F8663B">
            <w:r>
              <w:t>- GV mời các nhóm trình bày kết quả.</w:t>
            </w:r>
          </w:p>
        </w:tc>
        <w:tc>
          <w:tcPr>
            <w:tcW w:w="5046" w:type="dxa"/>
          </w:tcPr>
          <w:p w:rsidR="00F127B9" w:rsidRDefault="00F8663B">
            <w:r>
              <w:t>- Đại diện nhóm trình bày.</w:t>
            </w:r>
          </w:p>
        </w:tc>
      </w:tr>
      <w:tr w:rsidR="00F127B9">
        <w:trPr>
          <w:jc w:val="center"/>
        </w:trPr>
        <w:tc>
          <w:tcPr>
            <w:tcW w:w="5046" w:type="dxa"/>
          </w:tcPr>
          <w:p w:rsidR="00F127B9" w:rsidRDefault="00F8663B">
            <w:r>
              <w:t>- GV nhận xét và chốt: Rô-bốt được tạo ra để làm thay</w:t>
            </w:r>
            <w:r>
              <w:t xml:space="preserve"> con người trong nhiều việc nguy hiểm.</w:t>
            </w:r>
          </w:p>
        </w:tc>
        <w:tc>
          <w:tcPr>
            <w:tcW w:w="5046" w:type="dxa"/>
          </w:tcPr>
          <w:p w:rsidR="00F127B9" w:rsidRDefault="00F8663B">
            <w:r>
              <w:t>- HS lắng nghe và ghi nhớ mẫu câu.</w:t>
            </w:r>
          </w:p>
        </w:tc>
      </w:tr>
      <w:tr w:rsidR="00F127B9">
        <w:trPr>
          <w:jc w:val="center"/>
        </w:trPr>
        <w:tc>
          <w:tcPr>
            <w:tcW w:w="5046" w:type="dxa"/>
          </w:tcPr>
          <w:p w:rsidR="00F127B9" w:rsidRDefault="00F8663B">
            <w:r>
              <w:t>- GV nhận xét và chốt: Trai tráng khắp Hy Lạp đổ về thành phố Ô-lim-pi-a để thi đấu thể thao.</w:t>
            </w:r>
          </w:p>
        </w:tc>
        <w:tc>
          <w:tcPr>
            <w:tcW w:w="5046" w:type="dxa"/>
          </w:tcPr>
          <w:p w:rsidR="00F127B9" w:rsidRDefault="00F8663B">
            <w:r>
              <w:t>- HS lắng nghe và sửa bài nếu cần.</w:t>
            </w:r>
          </w:p>
        </w:tc>
      </w:tr>
      <w:tr w:rsidR="00F127B9">
        <w:trPr>
          <w:jc w:val="center"/>
        </w:trPr>
        <w:tc>
          <w:tcPr>
            <w:tcW w:w="5046" w:type="dxa"/>
          </w:tcPr>
          <w:p w:rsidR="00F127B9" w:rsidRDefault="00F8663B">
            <w:r>
              <w:t>- GV nhận xét và chốt: Chúng ta cần học ngoại ngữ đ</w:t>
            </w:r>
            <w:r>
              <w:t>ể có thể giao tiếp với bạn bè quốc tế.</w:t>
            </w:r>
          </w:p>
        </w:tc>
        <w:tc>
          <w:tcPr>
            <w:tcW w:w="5046" w:type="dxa"/>
          </w:tcPr>
          <w:p w:rsidR="00F127B9" w:rsidRDefault="00F8663B">
            <w:r>
              <w:t>- HS lắng nghe và sửa bài nếu cần.</w:t>
            </w:r>
          </w:p>
        </w:tc>
      </w:tr>
      <w:tr w:rsidR="00F127B9">
        <w:trPr>
          <w:jc w:val="center"/>
        </w:trPr>
        <w:tc>
          <w:tcPr>
            <w:tcW w:w="10092" w:type="dxa"/>
            <w:gridSpan w:val="2"/>
            <w:shd w:val="clear" w:color="auto" w:fill="EAF2DD"/>
          </w:tcPr>
          <w:p w:rsidR="00F127B9" w:rsidRDefault="00F8663B">
            <w:r>
              <w:rPr>
                <w:b/>
              </w:rPr>
              <w:t>5. Vận dụng - Bài 4: Đặt và trả lời câu hỏi “Để làm gì?” (7 phút)</w:t>
            </w:r>
          </w:p>
          <w:p w:rsidR="00F127B9" w:rsidRDefault="00F8663B">
            <w:r>
              <w:rPr>
                <w:b/>
              </w:rPr>
              <w:t>Mục tiêu: HS vận dụng đặt câu hỏi và trả lời câu hỏi theo mục đích.</w:t>
            </w:r>
          </w:p>
        </w:tc>
      </w:tr>
      <w:tr w:rsidR="00F127B9">
        <w:trPr>
          <w:jc w:val="center"/>
        </w:trPr>
        <w:tc>
          <w:tcPr>
            <w:tcW w:w="5046" w:type="dxa"/>
          </w:tcPr>
          <w:p w:rsidR="00F127B9" w:rsidRDefault="00F8663B">
            <w:r>
              <w:t>- GV yêu cầu HS đọc yêu cầu bài 4.</w:t>
            </w:r>
          </w:p>
        </w:tc>
        <w:tc>
          <w:tcPr>
            <w:tcW w:w="5046" w:type="dxa"/>
          </w:tcPr>
          <w:p w:rsidR="00F127B9" w:rsidRDefault="00F8663B">
            <w:r>
              <w:t xml:space="preserve">- HS đọc </w:t>
            </w:r>
            <w:r>
              <w:t>yêu cầu bài tập 4.</w:t>
            </w:r>
          </w:p>
        </w:tc>
      </w:tr>
      <w:tr w:rsidR="00F127B9">
        <w:trPr>
          <w:jc w:val="center"/>
        </w:trPr>
        <w:tc>
          <w:tcPr>
            <w:tcW w:w="5046" w:type="dxa"/>
          </w:tcPr>
          <w:p w:rsidR="00F127B9" w:rsidRDefault="00F8663B">
            <w:r>
              <w:t>- GV giao nhiệm vụ cho nhóm 4, mỗi nhóm tìm ít nhất 2 cặp câu hỏi - câu trả lời.</w:t>
            </w:r>
          </w:p>
        </w:tc>
        <w:tc>
          <w:tcPr>
            <w:tcW w:w="5046" w:type="dxa"/>
          </w:tcPr>
          <w:p w:rsidR="00F127B9" w:rsidRDefault="00F8663B">
            <w:r>
              <w:t>- HS làm việc nhóm 4.</w:t>
            </w:r>
          </w:p>
        </w:tc>
      </w:tr>
      <w:tr w:rsidR="00F127B9">
        <w:trPr>
          <w:jc w:val="center"/>
        </w:trPr>
        <w:tc>
          <w:tcPr>
            <w:tcW w:w="5046" w:type="dxa"/>
          </w:tcPr>
          <w:p w:rsidR="00F127B9" w:rsidRDefault="00F8663B">
            <w:r>
              <w:t>- GV gợi ý: Chúng ta đọc sách để làm gì?</w:t>
            </w:r>
          </w:p>
        </w:tc>
        <w:tc>
          <w:tcPr>
            <w:tcW w:w="5046" w:type="dxa"/>
          </w:tcPr>
          <w:p w:rsidR="00F127B9" w:rsidRDefault="00F8663B">
            <w:r>
              <w:t>- HS trả lời: Chúng ta đọc sách để mở rộng hiểu biết.</w:t>
            </w:r>
          </w:p>
        </w:tc>
      </w:tr>
      <w:tr w:rsidR="00F127B9">
        <w:trPr>
          <w:jc w:val="center"/>
        </w:trPr>
        <w:tc>
          <w:tcPr>
            <w:tcW w:w="5046" w:type="dxa"/>
          </w:tcPr>
          <w:p w:rsidR="00F127B9" w:rsidRDefault="00F8663B">
            <w:r>
              <w:lastRenderedPageBreak/>
              <w:t>- GV gợi ý: Chúng ta đội mũ bảo hiểm</w:t>
            </w:r>
            <w:r>
              <w:t xml:space="preserve"> để làm gì?</w:t>
            </w:r>
          </w:p>
        </w:tc>
        <w:tc>
          <w:tcPr>
            <w:tcW w:w="5046" w:type="dxa"/>
          </w:tcPr>
          <w:p w:rsidR="00F127B9" w:rsidRDefault="00F8663B">
            <w:r>
              <w:t>- HS trả lời: Chúng ta đội mũ bảo hiểm để bảo vệ vùng đầu.</w:t>
            </w:r>
          </w:p>
        </w:tc>
      </w:tr>
      <w:tr w:rsidR="00F127B9">
        <w:trPr>
          <w:jc w:val="center"/>
        </w:trPr>
        <w:tc>
          <w:tcPr>
            <w:tcW w:w="5046" w:type="dxa"/>
          </w:tcPr>
          <w:p w:rsidR="00F127B9" w:rsidRDefault="00F8663B">
            <w:r>
              <w:t>- GV mời 2 - 3 nhóm đóng vai hỏi - đáp trước lớp.</w:t>
            </w:r>
          </w:p>
        </w:tc>
        <w:tc>
          <w:tcPr>
            <w:tcW w:w="5046" w:type="dxa"/>
          </w:tcPr>
          <w:p w:rsidR="00F127B9" w:rsidRDefault="00F8663B">
            <w:r>
              <w:t>- 2 - 3 nhóm trình bày dưới hình thức hỏi - đáp.</w:t>
            </w:r>
          </w:p>
        </w:tc>
      </w:tr>
      <w:tr w:rsidR="00F127B9">
        <w:trPr>
          <w:jc w:val="center"/>
        </w:trPr>
        <w:tc>
          <w:tcPr>
            <w:tcW w:w="5046" w:type="dxa"/>
          </w:tcPr>
          <w:p w:rsidR="00F127B9" w:rsidRDefault="00F8663B">
            <w:r>
              <w:t>- GV nhận xét, tuyên dương và nhắc HS giao tiếp rõ ràng, lịch sự.</w:t>
            </w:r>
          </w:p>
        </w:tc>
        <w:tc>
          <w:tcPr>
            <w:tcW w:w="5046" w:type="dxa"/>
          </w:tcPr>
          <w:p w:rsidR="00F127B9" w:rsidRDefault="00F8663B">
            <w:r>
              <w:t>- HS lắng nghe.</w:t>
            </w:r>
          </w:p>
        </w:tc>
      </w:tr>
      <w:tr w:rsidR="00F127B9">
        <w:trPr>
          <w:jc w:val="center"/>
        </w:trPr>
        <w:tc>
          <w:tcPr>
            <w:tcW w:w="5046" w:type="dxa"/>
          </w:tcPr>
          <w:p w:rsidR="00F127B9" w:rsidRDefault="00F8663B">
            <w:r>
              <w:rPr>
                <w:color w:val="C00000"/>
              </w:rPr>
              <w:t>-</w:t>
            </w:r>
            <w:r>
              <w:rPr>
                <w:color w:val="C00000"/>
              </w:rPr>
              <w:t xml:space="preserve"> GV tích hợp kĩ năng sống: Khi hỏi “Để làm gì?”, các em cần dùng giọng lịch sự, hỏi đúng mục đích; khi trả lời cần nói rõ ý để người nghe hiểu việc mình làm có ý nghĩa gì.</w:t>
            </w:r>
          </w:p>
        </w:tc>
        <w:tc>
          <w:tcPr>
            <w:tcW w:w="5046" w:type="dxa"/>
          </w:tcPr>
          <w:p w:rsidR="00F127B9" w:rsidRDefault="00F8663B">
            <w:r>
              <w:t>- HS lắng nghe và thực hành hỏi - đáp lịch sự với bạn.</w:t>
            </w:r>
          </w:p>
        </w:tc>
      </w:tr>
    </w:tbl>
    <w:p w:rsidR="00F127B9" w:rsidRDefault="00F8663B">
      <w:r>
        <w:rPr>
          <w:b/>
        </w:rPr>
        <w:t>IV. ĐIỀU CHỈNH SAU BÀI DẠY</w:t>
      </w:r>
    </w:p>
    <w:p w:rsidR="00F127B9" w:rsidRDefault="00F8663B">
      <w:r>
        <w:t>.</w:t>
      </w:r>
      <w:r>
        <w:t>......................................................................................................................................</w:t>
      </w:r>
    </w:p>
    <w:p w:rsidR="00F127B9" w:rsidRDefault="00F8663B">
      <w:r>
        <w:t>.........................................................................................................................</w:t>
      </w:r>
      <w:r>
        <w:t>..............</w:t>
      </w:r>
    </w:p>
    <w:p w:rsidR="00F127B9" w:rsidRDefault="00F8663B">
      <w:r>
        <w:t>.......................................................................................................................................</w:t>
      </w:r>
    </w:p>
    <w:p w:rsidR="00F127B9" w:rsidRDefault="00F8663B">
      <w:r>
        <w:br w:type="page"/>
      </w:r>
    </w:p>
    <w:p w:rsidR="00F127B9" w:rsidRDefault="00F8663B">
      <w:pPr>
        <w:jc w:val="center"/>
      </w:pPr>
      <w:r>
        <w:rPr>
          <w:b/>
        </w:rPr>
        <w:lastRenderedPageBreak/>
        <w:t>TUẦN 32 - TIẾNG VIỆT</w:t>
      </w:r>
    </w:p>
    <w:p w:rsidR="00F127B9" w:rsidRDefault="00F8663B">
      <w:pPr>
        <w:jc w:val="center"/>
      </w:pPr>
      <w:r>
        <w:rPr>
          <w:b/>
        </w:rPr>
        <w:t>LUYỆN VIẾT ĐOẠN</w:t>
      </w:r>
    </w:p>
    <w:p w:rsidR="00F127B9" w:rsidRDefault="00F8663B">
      <w:pPr>
        <w:jc w:val="center"/>
      </w:pPr>
      <w:r>
        <w:rPr>
          <w:b/>
        </w:rPr>
        <w:t>VIẾT BẢN TIN NGẮN - ĐỌC MỞ RỘNG - TIẾT 4</w:t>
      </w:r>
    </w:p>
    <w:p w:rsidR="00F127B9" w:rsidRDefault="00F8663B">
      <w:r>
        <w:rPr>
          <w:b/>
        </w:rPr>
        <w:t>I. YÊU CẦU CẦN ĐẠT</w:t>
      </w:r>
    </w:p>
    <w:p w:rsidR="00F127B9" w:rsidRDefault="00F8663B">
      <w:r>
        <w:rPr>
          <w:b/>
        </w:rPr>
        <w:t>1. Năn</w:t>
      </w:r>
      <w:r>
        <w:rPr>
          <w:b/>
        </w:rPr>
        <w:t>g lực đặc thù</w:t>
      </w:r>
    </w:p>
    <w:p w:rsidR="00F127B9" w:rsidRDefault="00F8663B">
      <w:r>
        <w:t>- Nhận biết được các thông tin chính trong một bản tin ngắn.</w:t>
      </w:r>
    </w:p>
    <w:p w:rsidR="00F127B9" w:rsidRDefault="00F8663B">
      <w:r>
        <w:t>- Viết được bản tin ngắn về hoạt động giữ gìn vệ sinh môi trường.</w:t>
      </w:r>
    </w:p>
    <w:p w:rsidR="00F127B9" w:rsidRDefault="00F8663B">
      <w:r>
        <w:t>- Biết trao đổi bản tin với bạn để bổ sung, chỉnh sửa nếu cần.</w:t>
      </w:r>
    </w:p>
    <w:p w:rsidR="00F127B9" w:rsidRDefault="00F8663B">
      <w:r>
        <w:t xml:space="preserve">- Đọc mở rộng theo yêu cầu và chia sẻ điều em yêu </w:t>
      </w:r>
      <w:r>
        <w:t>thích.</w:t>
      </w:r>
    </w:p>
    <w:p w:rsidR="00F127B9" w:rsidRDefault="00F8663B">
      <w:r>
        <w:rPr>
          <w:b/>
        </w:rPr>
        <w:t>2. Năng lực chung</w:t>
      </w:r>
    </w:p>
    <w:p w:rsidR="00F127B9" w:rsidRDefault="00F8663B">
      <w:r>
        <w:t>- Năng lực tự chủ, tự học: tự viết bản tin và hoàn thiện sản phẩm.</w:t>
      </w:r>
    </w:p>
    <w:p w:rsidR="00F127B9" w:rsidRDefault="00F8663B">
      <w:r>
        <w:t>- Năng lực giao tiếp và hợp tác: đọc, góp ý, trao đổi bài viết với bạn.</w:t>
      </w:r>
    </w:p>
    <w:p w:rsidR="00F127B9" w:rsidRDefault="00F8663B">
      <w:r>
        <w:t>- Năng lực giải quyết vấn đề và sáng tạo: chọn thông tin phù hợp để viết bản tin rõ ràng.</w:t>
      </w:r>
    </w:p>
    <w:p w:rsidR="00F127B9" w:rsidRDefault="00F8663B">
      <w:r>
        <w:rPr>
          <w:b/>
        </w:rPr>
        <w:t>3.</w:t>
      </w:r>
      <w:r>
        <w:rPr>
          <w:b/>
        </w:rPr>
        <w:t xml:space="preserve"> Phẩm chất</w:t>
      </w:r>
    </w:p>
    <w:p w:rsidR="00F127B9" w:rsidRDefault="00F8663B">
      <w:r>
        <w:t>- Yêu nước: biết yêu quê hương, có ý thức giữ gìn môi trường sống.</w:t>
      </w:r>
    </w:p>
    <w:p w:rsidR="00F127B9" w:rsidRDefault="00F8663B">
      <w:r>
        <w:t>- Chăm chỉ: tích cực viết bài và sửa bài.</w:t>
      </w:r>
    </w:p>
    <w:p w:rsidR="00F127B9" w:rsidRDefault="00F8663B">
      <w:r>
        <w:t>- Trách nhiệm: có ý thức giữ vệ sinh môi trường lớp học, trường học và nơi ở.</w:t>
      </w:r>
    </w:p>
    <w:p w:rsidR="00F127B9" w:rsidRDefault="00F8663B">
      <w:r>
        <w:rPr>
          <w:b/>
        </w:rPr>
        <w:t>4. Tích hợp</w:t>
      </w:r>
    </w:p>
    <w:p w:rsidR="00F127B9" w:rsidRDefault="00F8663B">
      <w:r>
        <w:rPr>
          <w:color w:val="C00000"/>
        </w:rPr>
        <w:t>- Tích hợp bảo vệ môi trường: viết bản tin tuy</w:t>
      </w:r>
      <w:r>
        <w:rPr>
          <w:color w:val="C00000"/>
        </w:rPr>
        <w:t>ên truyền hoạt động giữ gìn vệ sinh môi trường.</w:t>
      </w:r>
    </w:p>
    <w:p w:rsidR="00F127B9" w:rsidRDefault="00F8663B">
      <w:r>
        <w:rPr>
          <w:b/>
        </w:rPr>
        <w:t>II. ĐỒ DÙNG DẠY HỌC</w:t>
      </w:r>
    </w:p>
    <w:p w:rsidR="00F127B9" w:rsidRDefault="00F8663B">
      <w:r>
        <w:rPr>
          <w:b/>
        </w:rPr>
        <w:t>1. Giáo viên</w:t>
      </w:r>
    </w:p>
    <w:p w:rsidR="00F127B9" w:rsidRDefault="00F8663B">
      <w:r>
        <w:t>- Kế hoạch bài dạy, bài giảng PowerPoint.</w:t>
      </w:r>
    </w:p>
    <w:p w:rsidR="00F127B9" w:rsidRDefault="00F8663B">
      <w:r>
        <w:t>- SGK và các thiết bị, học liệu phục vụ tiết dạy.</w:t>
      </w:r>
    </w:p>
    <w:p w:rsidR="00F127B9" w:rsidRDefault="00F8663B">
      <w:r>
        <w:t>- Mẫu bản tin ngắn; tranh ảnh hoạt động giữ gìn vệ sinh môi trường.</w:t>
      </w:r>
    </w:p>
    <w:p w:rsidR="00F127B9" w:rsidRDefault="00F8663B">
      <w:r>
        <w:rPr>
          <w:b/>
        </w:rPr>
        <w:t>2. Học sinh</w:t>
      </w:r>
    </w:p>
    <w:p w:rsidR="00F127B9" w:rsidRDefault="00F8663B">
      <w:r>
        <w:t xml:space="preserve">- </w:t>
      </w:r>
      <w:r>
        <w:t>SGK Tiếng Việt.</w:t>
      </w:r>
    </w:p>
    <w:p w:rsidR="00F127B9" w:rsidRDefault="00F8663B">
      <w:r>
        <w:t>- Vở ghi, bút viết và đồ dùng học tập cá nhân.</w:t>
      </w:r>
    </w:p>
    <w:p w:rsidR="00F127B9" w:rsidRDefault="00F8663B">
      <w:r>
        <w:rPr>
          <w:b/>
        </w:rPr>
        <w:t>III. CÁC HOẠT ĐỘNG DẠY HỌC CHỦ YẾU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46"/>
        <w:gridCol w:w="5046"/>
      </w:tblGrid>
      <w:tr w:rsidR="00F127B9">
        <w:trPr>
          <w:tblHeader/>
          <w:jc w:val="center"/>
        </w:trPr>
        <w:tc>
          <w:tcPr>
            <w:tcW w:w="5046" w:type="dxa"/>
            <w:shd w:val="clear" w:color="auto" w:fill="D9EAF7"/>
          </w:tcPr>
          <w:p w:rsidR="00F127B9" w:rsidRDefault="00F8663B">
            <w:r>
              <w:rPr>
                <w:b/>
              </w:rPr>
              <w:t>HOẠT ĐỘNG CỦA GIÁO VIÊN</w:t>
            </w:r>
          </w:p>
        </w:tc>
        <w:tc>
          <w:tcPr>
            <w:tcW w:w="5046" w:type="dxa"/>
            <w:shd w:val="clear" w:color="auto" w:fill="D9EAF7"/>
          </w:tcPr>
          <w:p w:rsidR="00F127B9" w:rsidRDefault="00F8663B">
            <w:r>
              <w:rPr>
                <w:b/>
              </w:rPr>
              <w:t>HOẠT ĐỘNG CỦA HỌC SINH</w:t>
            </w:r>
          </w:p>
        </w:tc>
      </w:tr>
      <w:tr w:rsidR="00F127B9">
        <w:trPr>
          <w:jc w:val="center"/>
        </w:trPr>
        <w:tc>
          <w:tcPr>
            <w:tcW w:w="10092" w:type="dxa"/>
            <w:gridSpan w:val="2"/>
            <w:shd w:val="clear" w:color="auto" w:fill="EAF2DD"/>
          </w:tcPr>
          <w:p w:rsidR="00F127B9" w:rsidRDefault="00F8663B">
            <w:r>
              <w:rPr>
                <w:b/>
              </w:rPr>
              <w:t>1. Khởi động (5 phút)</w:t>
            </w:r>
          </w:p>
          <w:p w:rsidR="00F127B9" w:rsidRDefault="00F8663B">
            <w:r>
              <w:rPr>
                <w:b/>
              </w:rPr>
              <w:t>Mục tiêu: Kết nối với nội dung viết bản tin và tạo hứng thú học tập.</w:t>
            </w:r>
          </w:p>
        </w:tc>
      </w:tr>
      <w:tr w:rsidR="00F127B9">
        <w:trPr>
          <w:jc w:val="center"/>
        </w:trPr>
        <w:tc>
          <w:tcPr>
            <w:tcW w:w="5046" w:type="dxa"/>
          </w:tcPr>
          <w:p w:rsidR="00F127B9" w:rsidRDefault="00F8663B">
            <w:r>
              <w:t xml:space="preserve">- GV cho HS quan </w:t>
            </w:r>
            <w:r>
              <w:t>sát một số hình ảnh về hoạt động nhặt rác, trồng cây, tắt điện tiết kiệm.</w:t>
            </w:r>
          </w:p>
        </w:tc>
        <w:tc>
          <w:tcPr>
            <w:tcW w:w="5046" w:type="dxa"/>
          </w:tcPr>
          <w:p w:rsidR="00F127B9" w:rsidRDefault="00F8663B">
            <w:r>
              <w:t>- HS quan sát hình ảnh.</w:t>
            </w:r>
          </w:p>
        </w:tc>
      </w:tr>
      <w:tr w:rsidR="00F127B9">
        <w:trPr>
          <w:jc w:val="center"/>
        </w:trPr>
        <w:tc>
          <w:tcPr>
            <w:tcW w:w="5046" w:type="dxa"/>
          </w:tcPr>
          <w:p w:rsidR="00F127B9" w:rsidRDefault="00F8663B">
            <w:r>
              <w:t>- GV hỏi: Những hoạt động trong tranh giúp ích gì cho môi trường?</w:t>
            </w:r>
          </w:p>
        </w:tc>
        <w:tc>
          <w:tcPr>
            <w:tcW w:w="5046" w:type="dxa"/>
          </w:tcPr>
          <w:p w:rsidR="00F127B9" w:rsidRDefault="00F8663B">
            <w:r>
              <w:t>- HS trả lời: Giúp môi trường xanh, sạch, đẹp; tiết kiệm năng lượng; bảo vệ Trái Đất.</w:t>
            </w:r>
          </w:p>
        </w:tc>
      </w:tr>
      <w:tr w:rsidR="00F127B9">
        <w:trPr>
          <w:jc w:val="center"/>
        </w:trPr>
        <w:tc>
          <w:tcPr>
            <w:tcW w:w="5046" w:type="dxa"/>
          </w:tcPr>
          <w:p w:rsidR="00F127B9" w:rsidRDefault="00F8663B">
            <w:r>
              <w:t>- GV</w:t>
            </w:r>
            <w:r>
              <w:t xml:space="preserve"> dẫn dắt: Hôm nay các em sẽ học cách viết một bản tin ngắn về hoạt động giữ gìn vệ sinh môi trường.</w:t>
            </w:r>
          </w:p>
        </w:tc>
        <w:tc>
          <w:tcPr>
            <w:tcW w:w="5046" w:type="dxa"/>
          </w:tcPr>
          <w:p w:rsidR="00F127B9" w:rsidRDefault="00F8663B">
            <w:r>
              <w:t>- HS lắng nghe, ghi tên bài.</w:t>
            </w:r>
          </w:p>
        </w:tc>
      </w:tr>
      <w:tr w:rsidR="00F127B9">
        <w:trPr>
          <w:jc w:val="center"/>
        </w:trPr>
        <w:tc>
          <w:tcPr>
            <w:tcW w:w="10092" w:type="dxa"/>
            <w:gridSpan w:val="2"/>
            <w:shd w:val="clear" w:color="auto" w:fill="EAF2DD"/>
          </w:tcPr>
          <w:p w:rsidR="00F127B9" w:rsidRDefault="00F8663B">
            <w:r>
              <w:rPr>
                <w:b/>
              </w:rPr>
              <w:t>2. Khám phá - Bài tập 1: Nhận biết cách viết bản tin (10 phút)</w:t>
            </w:r>
          </w:p>
          <w:p w:rsidR="00F127B9" w:rsidRDefault="00F8663B">
            <w:r>
              <w:rPr>
                <w:b/>
              </w:rPr>
              <w:t>Mục tiêu: HS nhận biết tên bản tin, hoạt động, thời gian, địa đ</w:t>
            </w:r>
            <w:r>
              <w:rPr>
                <w:b/>
              </w:rPr>
              <w:t>iểm và nội dung hoạt động.</w:t>
            </w:r>
          </w:p>
        </w:tc>
      </w:tr>
      <w:tr w:rsidR="00F127B9">
        <w:trPr>
          <w:jc w:val="center"/>
        </w:trPr>
        <w:tc>
          <w:tcPr>
            <w:tcW w:w="5046" w:type="dxa"/>
          </w:tcPr>
          <w:p w:rsidR="00F127B9" w:rsidRDefault="00F8663B">
            <w:r>
              <w:t>- GV yêu cầu HS đọc yêu cầu bài tập 1.</w:t>
            </w:r>
          </w:p>
        </w:tc>
        <w:tc>
          <w:tcPr>
            <w:tcW w:w="5046" w:type="dxa"/>
          </w:tcPr>
          <w:p w:rsidR="00F127B9" w:rsidRDefault="00F8663B">
            <w:r>
              <w:t>- HS đọc yêu cầu bài tập 1.</w:t>
            </w:r>
          </w:p>
        </w:tc>
      </w:tr>
      <w:tr w:rsidR="00F127B9">
        <w:trPr>
          <w:jc w:val="center"/>
        </w:trPr>
        <w:tc>
          <w:tcPr>
            <w:tcW w:w="5046" w:type="dxa"/>
          </w:tcPr>
          <w:p w:rsidR="00F127B9" w:rsidRDefault="00F8663B">
            <w:r>
              <w:t>- GV yêu cầu HS đọc bản tin và tìm thông tin ứng với các mục trong SGK.</w:t>
            </w:r>
          </w:p>
        </w:tc>
        <w:tc>
          <w:tcPr>
            <w:tcW w:w="5046" w:type="dxa"/>
          </w:tcPr>
          <w:p w:rsidR="00F127B9" w:rsidRDefault="00F8663B">
            <w:r>
              <w:t>- HS đọc bản tin và suy nghĩ.</w:t>
            </w:r>
          </w:p>
        </w:tc>
      </w:tr>
      <w:tr w:rsidR="00F127B9">
        <w:trPr>
          <w:jc w:val="center"/>
        </w:trPr>
        <w:tc>
          <w:tcPr>
            <w:tcW w:w="5046" w:type="dxa"/>
          </w:tcPr>
          <w:p w:rsidR="00F127B9" w:rsidRDefault="00F8663B">
            <w:r>
              <w:lastRenderedPageBreak/>
              <w:t xml:space="preserve">- GV tổ chức HS làm việc nhóm đôi để thống nhất câu trả </w:t>
            </w:r>
            <w:r>
              <w:t>lời.</w:t>
            </w:r>
          </w:p>
        </w:tc>
        <w:tc>
          <w:tcPr>
            <w:tcW w:w="5046" w:type="dxa"/>
          </w:tcPr>
          <w:p w:rsidR="00F127B9" w:rsidRDefault="00F8663B">
            <w:r>
              <w:t>- HS làm việc nhóm đôi.</w:t>
            </w:r>
          </w:p>
        </w:tc>
      </w:tr>
      <w:tr w:rsidR="00F127B9">
        <w:trPr>
          <w:jc w:val="center"/>
        </w:trPr>
        <w:tc>
          <w:tcPr>
            <w:tcW w:w="5046" w:type="dxa"/>
          </w:tcPr>
          <w:p w:rsidR="00F127B9" w:rsidRDefault="00F8663B">
            <w:r>
              <w:t>- GV mời đại diện 2 - 3 nhóm trình bày.</w:t>
            </w:r>
          </w:p>
        </w:tc>
        <w:tc>
          <w:tcPr>
            <w:tcW w:w="5046" w:type="dxa"/>
          </w:tcPr>
          <w:p w:rsidR="00F127B9" w:rsidRDefault="00F8663B">
            <w:r>
              <w:t>- Đại diện nhóm trình bày.</w:t>
            </w:r>
          </w:p>
        </w:tc>
      </w:tr>
      <w:tr w:rsidR="00F127B9">
        <w:trPr>
          <w:jc w:val="center"/>
        </w:trPr>
        <w:tc>
          <w:tcPr>
            <w:tcW w:w="5046" w:type="dxa"/>
          </w:tcPr>
          <w:p w:rsidR="00F127B9" w:rsidRDefault="00F8663B">
            <w:r>
              <w:t>- GV chốt: Tên bản tin là “Bản tin Giờ Trái Đất năm 2021”.</w:t>
            </w:r>
          </w:p>
        </w:tc>
        <w:tc>
          <w:tcPr>
            <w:tcW w:w="5046" w:type="dxa"/>
          </w:tcPr>
          <w:p w:rsidR="00F127B9" w:rsidRDefault="00F8663B">
            <w:r>
              <w:t>- HS lắng nghe, đối chiếu bài làm.</w:t>
            </w:r>
          </w:p>
        </w:tc>
      </w:tr>
      <w:tr w:rsidR="00F127B9">
        <w:trPr>
          <w:jc w:val="center"/>
        </w:trPr>
        <w:tc>
          <w:tcPr>
            <w:tcW w:w="5046" w:type="dxa"/>
          </w:tcPr>
          <w:p w:rsidR="00F127B9" w:rsidRDefault="00F8663B">
            <w:r>
              <w:t>- GV chốt: Hoạt động được thông báo là thực hiện Giờ Trái Đất.</w:t>
            </w:r>
          </w:p>
        </w:tc>
        <w:tc>
          <w:tcPr>
            <w:tcW w:w="5046" w:type="dxa"/>
          </w:tcPr>
          <w:p w:rsidR="00F127B9" w:rsidRDefault="00F8663B">
            <w:r>
              <w:t>- HS ghi nhớ thông tin.</w:t>
            </w:r>
          </w:p>
        </w:tc>
      </w:tr>
      <w:tr w:rsidR="00F127B9">
        <w:trPr>
          <w:jc w:val="center"/>
        </w:trPr>
        <w:tc>
          <w:tcPr>
            <w:tcW w:w="5046" w:type="dxa"/>
          </w:tcPr>
          <w:p w:rsidR="00F127B9" w:rsidRDefault="00F8663B">
            <w:r>
              <w:t>- GV chốt: Địa điểm và thời gian là tại Việt Nam, từ 20 giờ 30 phút đến 21 giờ 30 phút, ngày 27 tháng 3 năm 2021.</w:t>
            </w:r>
          </w:p>
        </w:tc>
        <w:tc>
          <w:tcPr>
            <w:tcW w:w="5046" w:type="dxa"/>
          </w:tcPr>
          <w:p w:rsidR="00F127B9" w:rsidRDefault="00F8663B">
            <w:r>
              <w:t>- HS lắng nghe và sửa bài nếu cần.</w:t>
            </w:r>
          </w:p>
        </w:tc>
      </w:tr>
      <w:tr w:rsidR="00F127B9">
        <w:trPr>
          <w:jc w:val="center"/>
        </w:trPr>
        <w:tc>
          <w:tcPr>
            <w:tcW w:w="5046" w:type="dxa"/>
          </w:tcPr>
          <w:p w:rsidR="00F127B9" w:rsidRDefault="00F8663B">
            <w:r>
              <w:t>- GV chốt: Nội dung hoạt động là các thiết bị điện đều được tắt trong Giờ Trái Đấ</w:t>
            </w:r>
            <w:r>
              <w:t>t.</w:t>
            </w:r>
          </w:p>
        </w:tc>
        <w:tc>
          <w:tcPr>
            <w:tcW w:w="5046" w:type="dxa"/>
          </w:tcPr>
          <w:p w:rsidR="00F127B9" w:rsidRDefault="00F8663B">
            <w:r>
              <w:t>- HS lắng nghe.</w:t>
            </w:r>
          </w:p>
        </w:tc>
      </w:tr>
      <w:tr w:rsidR="00F127B9">
        <w:trPr>
          <w:jc w:val="center"/>
        </w:trPr>
        <w:tc>
          <w:tcPr>
            <w:tcW w:w="10092" w:type="dxa"/>
            <w:gridSpan w:val="2"/>
            <w:shd w:val="clear" w:color="auto" w:fill="EAF2DD"/>
          </w:tcPr>
          <w:p w:rsidR="00F127B9" w:rsidRDefault="00F8663B">
            <w:r>
              <w:rPr>
                <w:b/>
              </w:rPr>
              <w:t>3. Luyện tập - Bài tập 2: Viết bản tin (15 phút)</w:t>
            </w:r>
          </w:p>
          <w:p w:rsidR="00F127B9" w:rsidRDefault="00F8663B">
            <w:r>
              <w:rPr>
                <w:b/>
              </w:rPr>
              <w:t>Mục tiêu: HS viết được bản tin ngắn về hoạt động giữ gìn vệ sinh môi trường.</w:t>
            </w:r>
          </w:p>
        </w:tc>
      </w:tr>
      <w:tr w:rsidR="00F127B9">
        <w:trPr>
          <w:jc w:val="center"/>
        </w:trPr>
        <w:tc>
          <w:tcPr>
            <w:tcW w:w="5046" w:type="dxa"/>
          </w:tcPr>
          <w:p w:rsidR="00F127B9" w:rsidRDefault="00F8663B">
            <w:r>
              <w:t>- GV mời HS đọc yêu cầu bài tập 2.</w:t>
            </w:r>
          </w:p>
        </w:tc>
        <w:tc>
          <w:tcPr>
            <w:tcW w:w="5046" w:type="dxa"/>
          </w:tcPr>
          <w:p w:rsidR="00F127B9" w:rsidRDefault="00F8663B">
            <w:r>
              <w:t>- HS đọc yêu cầu bài tập 2.</w:t>
            </w:r>
          </w:p>
        </w:tc>
      </w:tr>
      <w:tr w:rsidR="00F127B9">
        <w:trPr>
          <w:jc w:val="center"/>
        </w:trPr>
        <w:tc>
          <w:tcPr>
            <w:tcW w:w="5046" w:type="dxa"/>
          </w:tcPr>
          <w:p w:rsidR="00F127B9" w:rsidRDefault="00F8663B">
            <w:r>
              <w:t xml:space="preserve">- GV gợi ý HS chọn một hoạt động: nhặt rác </w:t>
            </w:r>
            <w:r>
              <w:t>sân trường, trồng cây, phân loại rác, dọn vệ sinh lớp học.</w:t>
            </w:r>
          </w:p>
        </w:tc>
        <w:tc>
          <w:tcPr>
            <w:tcW w:w="5046" w:type="dxa"/>
          </w:tcPr>
          <w:p w:rsidR="00F127B9" w:rsidRDefault="00F8663B">
            <w:r>
              <w:t>- HS chọn hoạt động mình muốn viết.</w:t>
            </w:r>
          </w:p>
        </w:tc>
      </w:tr>
      <w:tr w:rsidR="00F127B9">
        <w:trPr>
          <w:jc w:val="center"/>
        </w:trPr>
        <w:tc>
          <w:tcPr>
            <w:tcW w:w="5046" w:type="dxa"/>
          </w:tcPr>
          <w:p w:rsidR="00F127B9" w:rsidRDefault="00F8663B">
            <w:r>
              <w:t>- GV nhắc HS bản tin cần có tên hoạt động, thời gian, địa điểm, người tham gia và nội dung chính.</w:t>
            </w:r>
          </w:p>
        </w:tc>
        <w:tc>
          <w:tcPr>
            <w:tcW w:w="5046" w:type="dxa"/>
          </w:tcPr>
          <w:p w:rsidR="00F127B9" w:rsidRDefault="00F8663B">
            <w:r>
              <w:t>- HS ghi nhớ các thông tin cần có trong bản tin.</w:t>
            </w:r>
          </w:p>
        </w:tc>
      </w:tr>
      <w:tr w:rsidR="00F127B9">
        <w:trPr>
          <w:jc w:val="center"/>
        </w:trPr>
        <w:tc>
          <w:tcPr>
            <w:tcW w:w="5046" w:type="dxa"/>
          </w:tcPr>
          <w:p w:rsidR="00F127B9" w:rsidRDefault="00F8663B">
            <w:r>
              <w:t>- GV giao nh</w:t>
            </w:r>
            <w:r>
              <w:t>iệm vụ cho HS viết bản tin vào vở.</w:t>
            </w:r>
          </w:p>
        </w:tc>
        <w:tc>
          <w:tcPr>
            <w:tcW w:w="5046" w:type="dxa"/>
          </w:tcPr>
          <w:p w:rsidR="00F127B9" w:rsidRDefault="00F8663B">
            <w:r>
              <w:t>- HS viết bản tin vào vở.</w:t>
            </w:r>
          </w:p>
        </w:tc>
      </w:tr>
      <w:tr w:rsidR="00F127B9">
        <w:trPr>
          <w:jc w:val="center"/>
        </w:trPr>
        <w:tc>
          <w:tcPr>
            <w:tcW w:w="5046" w:type="dxa"/>
          </w:tcPr>
          <w:p w:rsidR="00F127B9" w:rsidRDefault="00F8663B">
            <w:r>
              <w:t>- GV quan sát, hỗ trợ HS còn lúng túng.</w:t>
            </w:r>
          </w:p>
        </w:tc>
        <w:tc>
          <w:tcPr>
            <w:tcW w:w="5046" w:type="dxa"/>
          </w:tcPr>
          <w:p w:rsidR="00F127B9" w:rsidRDefault="00F8663B">
            <w:r>
              <w:t>- HS chỉnh sửa câu chữ nếu được GV góp ý.</w:t>
            </w:r>
          </w:p>
        </w:tc>
      </w:tr>
      <w:tr w:rsidR="00F127B9">
        <w:trPr>
          <w:jc w:val="center"/>
        </w:trPr>
        <w:tc>
          <w:tcPr>
            <w:tcW w:w="5046" w:type="dxa"/>
          </w:tcPr>
          <w:p w:rsidR="00F127B9" w:rsidRDefault="00F8663B">
            <w:r>
              <w:rPr>
                <w:color w:val="C00000"/>
              </w:rPr>
              <w:t xml:space="preserve">- GV tích hợp bảo vệ môi trường: Khi viết bản tin, các em không chỉ ghi lại sự việc mà còn lan toả thông điệp </w:t>
            </w:r>
            <w:r>
              <w:rPr>
                <w:color w:val="C00000"/>
              </w:rPr>
              <w:t>giữ vệ sinh, tiết kiệm điện, trồng cây, phân loại rác để mọi người cùng hành động bảo vệ môi trường.</w:t>
            </w:r>
          </w:p>
        </w:tc>
        <w:tc>
          <w:tcPr>
            <w:tcW w:w="5046" w:type="dxa"/>
          </w:tcPr>
          <w:p w:rsidR="00F127B9" w:rsidRDefault="00F8663B">
            <w:r>
              <w:t>- HS lắng nghe và bổ sung thông điệp bảo vệ môi trường vào bản tin nếu phù hợp.</w:t>
            </w:r>
          </w:p>
        </w:tc>
      </w:tr>
      <w:tr w:rsidR="00F127B9">
        <w:trPr>
          <w:jc w:val="center"/>
        </w:trPr>
        <w:tc>
          <w:tcPr>
            <w:tcW w:w="10092" w:type="dxa"/>
            <w:gridSpan w:val="2"/>
            <w:shd w:val="clear" w:color="auto" w:fill="EAF2DD"/>
          </w:tcPr>
          <w:p w:rsidR="00F127B9" w:rsidRDefault="00F8663B">
            <w:r>
              <w:rPr>
                <w:b/>
              </w:rPr>
              <w:t>4. Luyện tập - Bài tập 3: Trao đổi và hoàn chỉnh bản tin (7 phút)</w:t>
            </w:r>
          </w:p>
          <w:p w:rsidR="00F127B9" w:rsidRDefault="00F8663B">
            <w:r>
              <w:rPr>
                <w:b/>
              </w:rPr>
              <w:t>Mục tiêu</w:t>
            </w:r>
            <w:r>
              <w:rPr>
                <w:b/>
              </w:rPr>
              <w:t>: HS biết góp ý, chỉnh sửa và hoàn thiện bản tin.</w:t>
            </w:r>
          </w:p>
        </w:tc>
      </w:tr>
      <w:tr w:rsidR="00F127B9">
        <w:trPr>
          <w:jc w:val="center"/>
        </w:trPr>
        <w:tc>
          <w:tcPr>
            <w:tcW w:w="5046" w:type="dxa"/>
          </w:tcPr>
          <w:p w:rsidR="00F127B9" w:rsidRDefault="00F8663B">
            <w:r>
              <w:t>- GV mời HS đọc yêu cầu bài tập 3.</w:t>
            </w:r>
          </w:p>
        </w:tc>
        <w:tc>
          <w:tcPr>
            <w:tcW w:w="5046" w:type="dxa"/>
          </w:tcPr>
          <w:p w:rsidR="00F127B9" w:rsidRDefault="00F8663B">
            <w:r>
              <w:t>- HS đọc yêu cầu bài tập 3.</w:t>
            </w:r>
          </w:p>
        </w:tc>
      </w:tr>
      <w:tr w:rsidR="00F127B9">
        <w:trPr>
          <w:jc w:val="center"/>
        </w:trPr>
        <w:tc>
          <w:tcPr>
            <w:tcW w:w="5046" w:type="dxa"/>
          </w:tcPr>
          <w:p w:rsidR="00F127B9" w:rsidRDefault="00F8663B">
            <w:r>
              <w:t>- GV giao nhiệm vụ cho các nhóm 4: mỗi bạn đọc bản tin của mình, các bạn nghe và góp ý.</w:t>
            </w:r>
          </w:p>
        </w:tc>
        <w:tc>
          <w:tcPr>
            <w:tcW w:w="5046" w:type="dxa"/>
          </w:tcPr>
          <w:p w:rsidR="00F127B9" w:rsidRDefault="00F8663B">
            <w:r>
              <w:t>- HS làm việc nhóm 4 theo yêu cầu.</w:t>
            </w:r>
          </w:p>
        </w:tc>
      </w:tr>
      <w:tr w:rsidR="00F127B9">
        <w:trPr>
          <w:jc w:val="center"/>
        </w:trPr>
        <w:tc>
          <w:tcPr>
            <w:tcW w:w="5046" w:type="dxa"/>
          </w:tcPr>
          <w:p w:rsidR="00F127B9" w:rsidRDefault="00F8663B">
            <w:r>
              <w:t xml:space="preserve">- GV nhắc HS góp </w:t>
            </w:r>
            <w:r>
              <w:t>ý cụ thể về đủ thông tin, câu văn rõ ràng, dùng từ phù hợp.</w:t>
            </w:r>
          </w:p>
        </w:tc>
        <w:tc>
          <w:tcPr>
            <w:tcW w:w="5046" w:type="dxa"/>
          </w:tcPr>
          <w:p w:rsidR="00F127B9" w:rsidRDefault="00F8663B">
            <w:r>
              <w:t>- HS góp ý bài của bạn theo tiêu chí.</w:t>
            </w:r>
          </w:p>
        </w:tc>
      </w:tr>
      <w:tr w:rsidR="00F127B9">
        <w:trPr>
          <w:jc w:val="center"/>
        </w:trPr>
        <w:tc>
          <w:tcPr>
            <w:tcW w:w="5046" w:type="dxa"/>
          </w:tcPr>
          <w:p w:rsidR="00F127B9" w:rsidRDefault="00F8663B">
            <w:r>
              <w:t>- GV mời một số HS trình bày bản tin trước lớp.</w:t>
            </w:r>
          </w:p>
        </w:tc>
        <w:tc>
          <w:tcPr>
            <w:tcW w:w="5046" w:type="dxa"/>
          </w:tcPr>
          <w:p w:rsidR="00F127B9" w:rsidRDefault="00F8663B">
            <w:r>
              <w:t>- Một số HS trình bày bản tin.</w:t>
            </w:r>
          </w:p>
        </w:tc>
      </w:tr>
      <w:tr w:rsidR="00F127B9">
        <w:trPr>
          <w:jc w:val="center"/>
        </w:trPr>
        <w:tc>
          <w:tcPr>
            <w:tcW w:w="5046" w:type="dxa"/>
          </w:tcPr>
          <w:p w:rsidR="00F127B9" w:rsidRDefault="00F8663B">
            <w:r>
              <w:t>- GV mời HS nhận xét, bổ sung.</w:t>
            </w:r>
          </w:p>
        </w:tc>
        <w:tc>
          <w:tcPr>
            <w:tcW w:w="5046" w:type="dxa"/>
          </w:tcPr>
          <w:p w:rsidR="00F127B9" w:rsidRDefault="00F8663B">
            <w:r>
              <w:t>- HS nhận xét, bổ sung cho bạn.</w:t>
            </w:r>
          </w:p>
        </w:tc>
      </w:tr>
      <w:tr w:rsidR="00F127B9">
        <w:trPr>
          <w:jc w:val="center"/>
        </w:trPr>
        <w:tc>
          <w:tcPr>
            <w:tcW w:w="5046" w:type="dxa"/>
          </w:tcPr>
          <w:p w:rsidR="00F127B9" w:rsidRDefault="00F8663B">
            <w:r>
              <w:t>- GV nhận xét</w:t>
            </w:r>
            <w:r>
              <w:t>, tuyên dương các bản tin rõ ràng, có thông điệp tốt.</w:t>
            </w:r>
          </w:p>
        </w:tc>
        <w:tc>
          <w:tcPr>
            <w:tcW w:w="5046" w:type="dxa"/>
          </w:tcPr>
          <w:p w:rsidR="00F127B9" w:rsidRDefault="00F8663B">
            <w:r>
              <w:t>- HS lắng nghe và hoàn thiện bản tin.</w:t>
            </w:r>
          </w:p>
        </w:tc>
      </w:tr>
      <w:tr w:rsidR="00F127B9">
        <w:trPr>
          <w:jc w:val="center"/>
        </w:trPr>
        <w:tc>
          <w:tcPr>
            <w:tcW w:w="10092" w:type="dxa"/>
            <w:gridSpan w:val="2"/>
            <w:shd w:val="clear" w:color="auto" w:fill="EAF2DD"/>
          </w:tcPr>
          <w:p w:rsidR="00F127B9" w:rsidRDefault="00F8663B">
            <w:r>
              <w:rPr>
                <w:b/>
              </w:rPr>
              <w:t>5. Vận dụng - Đọc mở rộng (3 phút)</w:t>
            </w:r>
          </w:p>
          <w:p w:rsidR="00F127B9" w:rsidRDefault="00F8663B">
            <w:r>
              <w:rPr>
                <w:b/>
              </w:rPr>
              <w:t>Mục tiêu: HS mở rộng hiểu biết và hình thành thói quen đọc.</w:t>
            </w:r>
          </w:p>
        </w:tc>
      </w:tr>
      <w:tr w:rsidR="00F127B9">
        <w:trPr>
          <w:jc w:val="center"/>
        </w:trPr>
        <w:tc>
          <w:tcPr>
            <w:tcW w:w="5046" w:type="dxa"/>
          </w:tcPr>
          <w:p w:rsidR="00F127B9" w:rsidRDefault="00F8663B">
            <w:r>
              <w:lastRenderedPageBreak/>
              <w:t xml:space="preserve">- GV cho HS đọc bài mở rộng “Rô-bốt đang đến gần cuộc sống” trong </w:t>
            </w:r>
            <w:r>
              <w:t>SGK.</w:t>
            </w:r>
          </w:p>
        </w:tc>
        <w:tc>
          <w:tcPr>
            <w:tcW w:w="5046" w:type="dxa"/>
          </w:tcPr>
          <w:p w:rsidR="00F127B9" w:rsidRDefault="00F8663B">
            <w:r>
              <w:t>- HS đọc bài mở rộng.</w:t>
            </w:r>
          </w:p>
        </w:tc>
      </w:tr>
      <w:tr w:rsidR="00F127B9">
        <w:trPr>
          <w:jc w:val="center"/>
        </w:trPr>
        <w:tc>
          <w:tcPr>
            <w:tcW w:w="5046" w:type="dxa"/>
          </w:tcPr>
          <w:p w:rsidR="00F127B9" w:rsidRDefault="00F8663B">
            <w:r>
              <w:t>- GV trao đổi với HS về những hoạt động hoặc thông tin em yêu thích trong bài.</w:t>
            </w:r>
          </w:p>
        </w:tc>
        <w:tc>
          <w:tcPr>
            <w:tcW w:w="5046" w:type="dxa"/>
          </w:tcPr>
          <w:p w:rsidR="00F127B9" w:rsidRDefault="00F8663B">
            <w:r>
              <w:t>- HS trả lời theo ý thích của mình.</w:t>
            </w:r>
          </w:p>
        </w:tc>
      </w:tr>
      <w:tr w:rsidR="00F127B9">
        <w:trPr>
          <w:jc w:val="center"/>
        </w:trPr>
        <w:tc>
          <w:tcPr>
            <w:tcW w:w="5046" w:type="dxa"/>
          </w:tcPr>
          <w:p w:rsidR="00F127B9" w:rsidRDefault="00F8663B">
            <w:r>
              <w:t>- GV giao nhiệm vụ về nhà tìm đọc thêm những bài văn, bài thơ về đồ vật thông minh giúp con người trong công việ</w:t>
            </w:r>
            <w:r>
              <w:t>c.</w:t>
            </w:r>
          </w:p>
        </w:tc>
        <w:tc>
          <w:tcPr>
            <w:tcW w:w="5046" w:type="dxa"/>
          </w:tcPr>
          <w:p w:rsidR="00F127B9" w:rsidRDefault="00F8663B">
            <w:r>
              <w:t>- HS lắng nghe và thực hiện ở nhà.</w:t>
            </w:r>
          </w:p>
        </w:tc>
      </w:tr>
      <w:tr w:rsidR="00F127B9">
        <w:trPr>
          <w:jc w:val="center"/>
        </w:trPr>
        <w:tc>
          <w:tcPr>
            <w:tcW w:w="5046" w:type="dxa"/>
          </w:tcPr>
          <w:p w:rsidR="00F127B9" w:rsidRDefault="00F8663B">
            <w:r>
              <w:t>- GV nhận xét, đánh giá tiết học.</w:t>
            </w:r>
          </w:p>
        </w:tc>
        <w:tc>
          <w:tcPr>
            <w:tcW w:w="5046" w:type="dxa"/>
          </w:tcPr>
          <w:p w:rsidR="00F127B9" w:rsidRDefault="00F8663B">
            <w:r>
              <w:t>- HS lắng nghe.</w:t>
            </w:r>
          </w:p>
        </w:tc>
      </w:tr>
    </w:tbl>
    <w:p w:rsidR="00F127B9" w:rsidRDefault="00F8663B">
      <w:r>
        <w:rPr>
          <w:b/>
        </w:rPr>
        <w:t>IV. ĐIỀU CHỈNH SAU BÀI DẠY</w:t>
      </w:r>
    </w:p>
    <w:p w:rsidR="00F127B9" w:rsidRDefault="00F8663B">
      <w:r>
        <w:t>.......................................................................................................................................</w:t>
      </w:r>
    </w:p>
    <w:p w:rsidR="00F127B9" w:rsidRDefault="00F8663B">
      <w:r>
        <w:t>.......................................................................................................................................</w:t>
      </w:r>
    </w:p>
    <w:p w:rsidR="00F127B9" w:rsidRDefault="00F8663B">
      <w:r>
        <w:t>........................................................................................................................</w:t>
      </w:r>
      <w:r>
        <w:t>...............</w:t>
      </w:r>
    </w:p>
    <w:sectPr w:rsidR="00F127B9" w:rsidSect="00034616">
      <w:pgSz w:w="11906" w:h="16838"/>
      <w:pgMar w:top="737" w:right="737" w:bottom="73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3"/>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127B9"/>
    <w:rsid w:val="00F866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BB858FB-5EE0-4813-8C47-A9D54CF0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73325-C1C7-467D-8229-7D1E61A69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5510</Words>
  <Characters>31407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2026-04-27T15:38:00Z</dcterms:created>
  <dcterms:modified xsi:type="dcterms:W3CDTF">2026-04-27T15:38:00Z</dcterms:modified>
  <cp:category/>
</cp:coreProperties>
</file>