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CF44FD" w:rsidP="000E61EA" w14:paraId="707A622E" w14:textId="77777777">
      <w:pPr>
        <w:spacing w:before="0" w:after="160" w:line="240" w:lineRule="auto"/>
        <w:jc w:val="right"/>
      </w:pPr>
      <w:r>
        <w:t>Binjai, 3 Oktober 2026</w:t>
      </w:r>
    </w:p>
    <w:p w:rsidR="00CF44FD" w:rsidP="003F5DF3" w14:paraId="22156F7B" w14:textId="77777777">
      <w:pPr>
        <w:spacing w:after="160" w:line="240" w:lineRule="auto"/>
        <w:jc w:val="both"/>
      </w:pPr>
      <w:r>
        <w:rPr>
          <w:b/>
        </w:rPr>
        <w:t>Perihal : Lamaran Pekerjaan sebagai Relationship Officer</w:t>
      </w:r>
    </w:p>
    <w:p w:rsidR="00CF44FD" w:rsidP="003F5DF3" w14:paraId="2B628366" w14:textId="77777777">
      <w:pPr>
        <w:spacing w:line="240" w:lineRule="auto"/>
        <w:jc w:val="both"/>
      </w:pPr>
      <w:r>
        <w:t>Kepada Yth.</w:t>
      </w:r>
    </w:p>
    <w:p w:rsidR="00CF44FD" w:rsidP="003F5DF3" w14:paraId="7D579EFE" w14:textId="77777777">
      <w:pPr>
        <w:spacing w:line="240" w:lineRule="auto"/>
        <w:jc w:val="both"/>
      </w:pPr>
      <w:r>
        <w:t>Pimpinan/HRD</w:t>
      </w:r>
    </w:p>
    <w:p w:rsidR="00CF44FD" w:rsidP="003F5DF3" w14:paraId="257B664B" w14:textId="77777777">
      <w:pPr>
        <w:spacing w:line="240" w:lineRule="auto"/>
        <w:jc w:val="both"/>
      </w:pPr>
      <w:r>
        <w:t>PT Bank Nusantara Sejahtera Tbk</w:t>
      </w:r>
    </w:p>
    <w:p w:rsidR="00CF44FD" w:rsidP="003F5DF3" w14:paraId="0A101401" w14:textId="77777777">
      <w:pPr>
        <w:spacing w:after="160" w:line="240" w:lineRule="auto"/>
        <w:jc w:val="both"/>
      </w:pPr>
      <w:r>
        <w:t>Cabang Pematangsiantar</w:t>
      </w:r>
    </w:p>
    <w:p w:rsidR="00CF44FD" w:rsidP="003F5DF3" w14:paraId="25DC2C27" w14:textId="77777777">
      <w:pPr>
        <w:spacing w:after="100" w:line="240" w:lineRule="auto"/>
        <w:jc w:val="both"/>
      </w:pPr>
      <w:r>
        <w:t>Dengan hormat,</w:t>
      </w:r>
    </w:p>
    <w:p w:rsidR="00CF44FD" w:rsidP="003F5DF3" w14:paraId="0A969A14" w14:textId="77777777">
      <w:pPr>
        <w:spacing w:after="100" w:line="240" w:lineRule="auto"/>
        <w:jc w:val="both"/>
      </w:pPr>
      <w:r>
        <w:t>Sehubungan dengan informasi lowongan pekerjaan untuk posisi Relationship Officer, saya yang bertanda tangan di bawah ini bermaksud mengajukan lamaran pekerjaan untuk posisi tersebut di PT Bank Nusantara Sejahtera Tbk. Saya tertarik untuk bergabung dan siap memberikan kemampuan terbaik serta menjalankan tugas sesuai dengan ketentuan dan kebutuhan perusahaan.</w:t>
      </w:r>
    </w:p>
    <w:p w:rsidR="00CF44FD" w:rsidP="003F5DF3" w14:paraId="4EA1B6CC" w14:textId="77777777">
      <w:pPr>
        <w:spacing w:after="60" w:line="240" w:lineRule="auto"/>
        <w:jc w:val="both"/>
      </w:pPr>
      <w:r>
        <w:t>Adapun data diri saya adalah sebagai berikut:</w:t>
      </w:r>
    </w:p>
    <w:p w:rsidR="00A23BA3" w:rsidP="003F5DF3" w14:paraId="4FD0D50A" w14:textId="77777777">
      <w:pPr>
        <w:spacing w:after="60" w:line="240" w:lineRule="auto"/>
        <w:jc w:val="both"/>
      </w:pPr>
      <w:r>
        <w:t xml:space="preserve">Nama </w:t>
      </w:r>
      <w:r>
        <w:tab/>
      </w:r>
      <w:r>
        <w:tab/>
      </w:r>
      <w:r>
        <w:tab/>
      </w:r>
      <w:r>
        <w:tab/>
        <w:t>: Siti Rahmawati</w:t>
      </w:r>
    </w:p>
    <w:p w:rsidR="00A23BA3" w:rsidP="003F5DF3" w14:paraId="1989B7B4" w14:textId="77777777">
      <w:pPr>
        <w:spacing w:after="60" w:line="240" w:lineRule="auto"/>
        <w:jc w:val="both"/>
      </w:pPr>
      <w:r>
        <w:t>Tempat</w:t>
      </w:r>
      <w:r>
        <w:t xml:space="preserve">, </w:t>
      </w:r>
      <w:r>
        <w:t>Tanggal</w:t>
      </w:r>
      <w:r>
        <w:t xml:space="preserve"> Lahir </w:t>
      </w:r>
      <w:r>
        <w:tab/>
        <w:t>: Medan, 21 September 2001</w:t>
      </w:r>
    </w:p>
    <w:p w:rsidR="00A23BA3" w:rsidP="003F5DF3" w14:paraId="53592A6A" w14:textId="77777777">
      <w:pPr>
        <w:spacing w:after="60" w:line="240" w:lineRule="auto"/>
        <w:jc w:val="both"/>
      </w:pPr>
      <w:r>
        <w:t xml:space="preserve">Jenis Kelamin </w:t>
      </w:r>
      <w:r>
        <w:tab/>
      </w:r>
      <w:r>
        <w:tab/>
      </w:r>
      <w:r>
        <w:tab/>
        <w:t>: Perempuan</w:t>
      </w:r>
    </w:p>
    <w:p w:rsidR="00A23BA3" w:rsidP="003F5DF3" w14:paraId="1EBCFCED" w14:textId="77777777">
      <w:pPr>
        <w:spacing w:after="60" w:line="240" w:lineRule="auto"/>
        <w:jc w:val="both"/>
      </w:pPr>
      <w:r>
        <w:t xml:space="preserve">Pendidikan </w:t>
      </w:r>
      <w:r>
        <w:t>Terakhir</w:t>
      </w:r>
      <w:r>
        <w:t xml:space="preserve"> </w:t>
      </w:r>
      <w:r>
        <w:tab/>
      </w:r>
      <w:r>
        <w:tab/>
        <w:t xml:space="preserve">: D3 </w:t>
      </w:r>
      <w:r>
        <w:t>Administrasi</w:t>
      </w:r>
      <w:r>
        <w:t xml:space="preserve"> </w:t>
      </w:r>
      <w:r>
        <w:t>Bisnis</w:t>
      </w:r>
    </w:p>
    <w:p w:rsidR="00A23BA3" w:rsidP="003F5DF3" w14:paraId="533FD076" w14:textId="77777777">
      <w:pPr>
        <w:spacing w:after="60" w:line="240" w:lineRule="auto"/>
        <w:jc w:val="both"/>
      </w:pPr>
      <w:r>
        <w:t xml:space="preserve">Alamat </w:t>
      </w:r>
      <w:r>
        <w:tab/>
      </w:r>
      <w:r>
        <w:tab/>
      </w:r>
      <w:r>
        <w:tab/>
        <w:t xml:space="preserve">: Jl. </w:t>
      </w:r>
      <w:r>
        <w:t>Sisingamangaraja</w:t>
      </w:r>
      <w:r>
        <w:t xml:space="preserve"> No. 118, Medan</w:t>
      </w:r>
    </w:p>
    <w:p w:rsidR="00A23BA3" w:rsidP="003F5DF3" w14:paraId="522D19D4" w14:textId="77777777">
      <w:pPr>
        <w:spacing w:after="60" w:line="240" w:lineRule="auto"/>
        <w:jc w:val="both"/>
      </w:pPr>
      <w:r>
        <w:t>Nomor</w:t>
      </w:r>
      <w:r>
        <w:t xml:space="preserve"> HP </w:t>
      </w:r>
      <w:r>
        <w:tab/>
      </w:r>
      <w:r>
        <w:tab/>
      </w:r>
      <w:r>
        <w:tab/>
        <w:t>: 0813-6248-5710</w:t>
      </w:r>
    </w:p>
    <w:p w:rsidR="00A23BA3" w:rsidP="003F5DF3" w14:paraId="2744C77D" w14:textId="77777777">
      <w:pPr>
        <w:spacing w:after="60" w:line="240" w:lineRule="auto"/>
        <w:jc w:val="both"/>
      </w:pPr>
      <w:r>
        <w:t xml:space="preserve">Email </w:t>
      </w:r>
      <w:r>
        <w:tab/>
      </w:r>
      <w:r>
        <w:tab/>
      </w:r>
      <w:r>
        <w:tab/>
      </w:r>
      <w:r>
        <w:tab/>
        <w:t>: siti.rahmawati01@gmail.com</w:t>
      </w:r>
    </w:p>
    <w:p w:rsidR="00CF44FD" w:rsidP="003F5DF3" w14:paraId="4AC71730" w14:textId="77777777">
      <w:pPr>
        <w:spacing w:line="240" w:lineRule="auto"/>
        <w:jc w:val="both"/>
      </w:pPr>
    </w:p>
    <w:p w:rsidR="00CF44FD" w:rsidP="003F5DF3" w14:paraId="52D15CC3" w14:textId="77777777">
      <w:pPr>
        <w:spacing w:after="100" w:line="240" w:lineRule="auto"/>
        <w:jc w:val="both"/>
      </w:pPr>
      <w:r>
        <w:t>Saya memiliki kemauan untuk belajar, mampu bekerja secara individu maupun dalam tim, serta bersedia mengikuti seluruh tahapan seleksi untuk posisi Relationship Officer. Saya juga bersedia ditempatkan sesuai kebutuhan perusahaan.</w:t>
      </w:r>
    </w:p>
    <w:p w:rsidR="00CF44FD" w:rsidP="003F5DF3" w14:paraId="44E073E4" w14:textId="77777777">
      <w:pPr>
        <w:spacing w:after="40" w:line="240" w:lineRule="auto"/>
        <w:jc w:val="both"/>
      </w:pPr>
      <w:r>
        <w:t>Sebagai bahan pertimbangan, saya lampirkan dokumen sebagai berikut:</w:t>
      </w:r>
    </w:p>
    <w:p w:rsidR="00CF44FD" w:rsidP="003F5DF3" w14:paraId="71CABD81" w14:textId="77777777">
      <w:pPr>
        <w:spacing w:line="240" w:lineRule="auto"/>
        <w:jc w:val="both"/>
      </w:pPr>
      <w:r>
        <w:t>1. Daftar Riwayat Hidup (CV)</w:t>
      </w:r>
    </w:p>
    <w:p w:rsidR="00CF44FD" w:rsidP="003F5DF3" w14:paraId="09D4E93D" w14:textId="77777777">
      <w:pPr>
        <w:spacing w:line="240" w:lineRule="auto"/>
        <w:jc w:val="both"/>
      </w:pPr>
      <w:r>
        <w:t>2. Fotokopi ijazah terakhir</w:t>
      </w:r>
    </w:p>
    <w:p w:rsidR="00CF44FD" w:rsidP="003F5DF3" w14:paraId="480487E0" w14:textId="77777777">
      <w:pPr>
        <w:spacing w:line="240" w:lineRule="auto"/>
        <w:jc w:val="both"/>
      </w:pPr>
      <w:r>
        <w:t>3. Fotokopi transkrip nilai/rapor</w:t>
      </w:r>
    </w:p>
    <w:p w:rsidR="00CF44FD" w:rsidP="003F5DF3" w14:paraId="70DD777C" w14:textId="77777777">
      <w:pPr>
        <w:spacing w:line="240" w:lineRule="auto"/>
        <w:jc w:val="both"/>
      </w:pPr>
      <w:r>
        <w:t>4. Fotokopi KTP</w:t>
      </w:r>
    </w:p>
    <w:p w:rsidR="00CF44FD" w:rsidP="003F5DF3" w14:paraId="7B3DCB73" w14:textId="77777777">
      <w:pPr>
        <w:spacing w:line="240" w:lineRule="auto"/>
        <w:jc w:val="both"/>
      </w:pPr>
      <w:r>
        <w:t>5. Pasfoto terbaru</w:t>
      </w:r>
    </w:p>
    <w:p w:rsidR="00CF44FD" w:rsidP="003F5DF3" w14:paraId="0CB30147" w14:textId="77777777">
      <w:pPr>
        <w:spacing w:line="240" w:lineRule="auto"/>
        <w:jc w:val="both"/>
      </w:pPr>
      <w:r>
        <w:t>6. Dokumen pendukung lainnya</w:t>
      </w:r>
    </w:p>
    <w:p w:rsidR="00CF44FD" w:rsidP="003F5DF3" w14:paraId="4A44B611" w14:textId="77777777">
      <w:pPr>
        <w:spacing w:after="100" w:line="240" w:lineRule="auto"/>
        <w:jc w:val="both"/>
      </w:pPr>
      <w:r>
        <w:t>Demikian surat lamaran ini saya buat dengan sebenar-benarnya. Besar harapan saya dapat memperoleh kesempatan untuk mengikuti proses seleksi dan bergabung di PT Bank Nusantara Sejahtera Tbk. Atas perhatian dan kesempatan yang diberikan, saya ucapkan terima kasih.</w:t>
      </w:r>
    </w:p>
    <w:p w:rsidR="000E61EA" w:rsidP="000E61EA" w14:paraId="03E8F1B7" w14:textId="77777777">
      <w:pPr>
        <w:spacing w:line="240" w:lineRule="auto"/>
        <w:ind w:left="5954"/>
        <w:jc w:val="both"/>
      </w:pPr>
      <w:r>
        <w:t xml:space="preserve">Hormat </w:t>
      </w:r>
      <w:r>
        <w:t>saya</w:t>
      </w:r>
      <w:r>
        <w:t>,</w:t>
      </w:r>
    </w:p>
    <w:p w:rsidR="000E61EA" w:rsidP="000E61EA" w14:paraId="1A8DB4E7" w14:textId="77777777">
      <w:pPr>
        <w:spacing w:line="240" w:lineRule="auto"/>
        <w:ind w:left="5954"/>
        <w:jc w:val="both"/>
      </w:pPr>
    </w:p>
    <w:p w:rsidR="000E61EA" w:rsidP="000E61EA" w14:paraId="4961B6F8" w14:textId="77777777">
      <w:pPr>
        <w:spacing w:line="240" w:lineRule="auto"/>
        <w:ind w:left="5954"/>
        <w:jc w:val="both"/>
      </w:pPr>
    </w:p>
    <w:p w:rsidR="000E61EA" w:rsidP="000E61EA" w14:paraId="44B512A6" w14:textId="77777777">
      <w:pPr>
        <w:spacing w:line="240" w:lineRule="auto"/>
        <w:ind w:left="5954"/>
        <w:jc w:val="both"/>
      </w:pPr>
    </w:p>
    <w:p w:rsidR="000E61EA" w:rsidP="000E61EA" w14:paraId="719939E0" w14:textId="77777777">
      <w:pPr>
        <w:spacing w:line="240" w:lineRule="auto"/>
        <w:ind w:left="5954"/>
        <w:jc w:val="both"/>
      </w:pPr>
      <w:r>
        <w:rPr>
          <w:b/>
        </w:rPr>
        <w:t>Siti Rahmawati</w:t>
      </w:r>
    </w:p>
    <w:sectPr w:rsidSect="007D232F">
      <w:pgSz w:w="12240" w:h="15840"/>
      <w:pgMar w:top="1417" w:right="1417" w:bottom="993" w:left="1701" w:header="720" w:footer="720" w:gutter="0"/>
      <w:pgNumType w:start="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519846">
    <w:abstractNumId w:val="8"/>
  </w:num>
  <w:num w:numId="2" w16cid:durableId="1116944976">
    <w:abstractNumId w:val="6"/>
  </w:num>
  <w:num w:numId="3" w16cid:durableId="806632218">
    <w:abstractNumId w:val="5"/>
  </w:num>
  <w:num w:numId="4" w16cid:durableId="1710109846">
    <w:abstractNumId w:val="4"/>
  </w:num>
  <w:num w:numId="5" w16cid:durableId="1861434705">
    <w:abstractNumId w:val="7"/>
  </w:num>
  <w:num w:numId="6" w16cid:durableId="503325400">
    <w:abstractNumId w:val="3"/>
  </w:num>
  <w:num w:numId="7" w16cid:durableId="261115217">
    <w:abstractNumId w:val="2"/>
  </w:num>
  <w:num w:numId="8" w16cid:durableId="1178543668">
    <w:abstractNumId w:val="1"/>
  </w:num>
  <w:num w:numId="9" w16cid:durableId="1176579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0E61EA"/>
    <w:rsid w:val="001404E3"/>
    <w:rsid w:val="0015074B"/>
    <w:rsid w:val="0029639D"/>
    <w:rsid w:val="00326F90"/>
    <w:rsid w:val="003F5DF3"/>
    <w:rsid w:val="00416AA9"/>
    <w:rsid w:val="004A56A8"/>
    <w:rsid w:val="004B737F"/>
    <w:rsid w:val="005E3BB8"/>
    <w:rsid w:val="00740E82"/>
    <w:rsid w:val="007D232F"/>
    <w:rsid w:val="007D50D0"/>
    <w:rsid w:val="00885A3F"/>
    <w:rsid w:val="009D2698"/>
    <w:rsid w:val="009D422C"/>
    <w:rsid w:val="00A23BA3"/>
    <w:rsid w:val="00AA1D8D"/>
    <w:rsid w:val="00B47730"/>
    <w:rsid w:val="00CB0664"/>
    <w:rsid w:val="00CF44FD"/>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31233A14"/>
  <w15:docId w15:val="{6BE9F27E-B81C-4D3F-82F0-3F2ADB1F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1EA"/>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2843</Words>
  <Characters>16208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Format Surat Lamaran Kerja Berbagai Posisi - Data Random</vt:lpstr>
    </vt:vector>
  </TitlesOfParts>
  <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Surat Lamaran Kerja Berbagai Posisi - Data Random</dc:title>
  <dc:creator>Template Lamaran Kerja</dc:creator>
  <dc:description>generated by python-docx</dc:description>
  <cp:lastModifiedBy>RIAN DUHA</cp:lastModifiedBy>
  <cp:revision>6</cp:revision>
  <dcterms:created xsi:type="dcterms:W3CDTF">2013-12-23T23:15:00Z</dcterms:created>
  <dcterms:modified xsi:type="dcterms:W3CDTF">2026-10-03T02:35:00Z</dcterms:modified>
</cp:coreProperties>
</file>