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  <w:sz w:val="28"/>
        </w:rPr>
        <w:t>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7: THAM GIA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C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>NG</w:t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27 - SINH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DƯ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I C</w:t>
      </w:r>
      <w:r>
        <w:rPr>
          <w:rFonts w:cs="Times New Roman"/>
          <w:b/>
          <w:sz w:val="28"/>
        </w:rPr>
        <w:t>Ờ</w:t>
      </w:r>
      <w:r>
        <w:rPr>
          <w:rFonts w:cs="Times New Roman"/>
          <w:b/>
          <w:sz w:val="28"/>
        </w:rPr>
        <w:t>: EM LÀM K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 xml:space="preserve">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CH NH</w:t>
      </w:r>
      <w:r>
        <w:rPr>
          <w:rFonts w:cs="Times New Roman"/>
          <w:b/>
          <w:sz w:val="28"/>
        </w:rPr>
        <w:t>Ỏ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Tham gia nghiêm túc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sinh ho</w:t>
      </w:r>
      <w:r>
        <w:rPr>
          <w:rFonts w:cs="Times New Roman"/>
        </w:rPr>
        <w:t>ạ</w:t>
      </w:r>
      <w:r>
        <w:rPr>
          <w:rFonts w:cs="Times New Roman"/>
        </w:rPr>
        <w:t>t dư</w:t>
      </w:r>
      <w:r>
        <w:rPr>
          <w:rFonts w:cs="Times New Roman"/>
        </w:rPr>
        <w:t>ớ</w:t>
      </w:r>
      <w:r>
        <w:rPr>
          <w:rFonts w:cs="Times New Roman"/>
        </w:rPr>
        <w:t>i c</w:t>
      </w:r>
      <w:r>
        <w:rPr>
          <w:rFonts w:cs="Times New Roman"/>
        </w:rPr>
        <w:t>ờ</w:t>
      </w:r>
      <w:r>
        <w:rPr>
          <w:rFonts w:cs="Times New Roman"/>
        </w:rPr>
        <w:t xml:space="preserve"> theo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Nêu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n</w:t>
      </w:r>
      <w:r>
        <w:rPr>
          <w:rFonts w:cs="Times New Roman"/>
        </w:rPr>
        <w:t>ộ</w:t>
      </w:r>
      <w:r>
        <w:rPr>
          <w:rFonts w:cs="Times New Roman"/>
        </w:rPr>
        <w:t xml:space="preserve">i dung </w:t>
      </w:r>
      <w:r>
        <w:rPr>
          <w:rFonts w:cs="Times New Roman"/>
        </w:rPr>
        <w:t>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và l</w:t>
      </w:r>
      <w:r>
        <w:rPr>
          <w:rFonts w:cs="Times New Roman"/>
        </w:rPr>
        <w:t>ứ</w:t>
      </w:r>
      <w:r>
        <w:rPr>
          <w:rFonts w:cs="Times New Roman"/>
        </w:rPr>
        <w:t>a tu</w:t>
      </w:r>
      <w:r>
        <w:rPr>
          <w:rFonts w:cs="Times New Roman"/>
        </w:rPr>
        <w:t>ổ</w:t>
      </w:r>
      <w:r>
        <w:rPr>
          <w:rFonts w:cs="Times New Roman"/>
        </w:rPr>
        <w:t>i.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gia,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trao đ</w:t>
      </w:r>
      <w:r>
        <w:rPr>
          <w:rFonts w:cs="Times New Roman"/>
        </w:rPr>
        <w:t>ổ</w:t>
      </w:r>
      <w:r>
        <w:rPr>
          <w:rFonts w:cs="Times New Roman"/>
        </w:rPr>
        <w:t>i, l</w:t>
      </w:r>
      <w:r>
        <w:rPr>
          <w:rFonts w:cs="Times New Roman"/>
        </w:rPr>
        <w:t>ắ</w:t>
      </w:r>
      <w:r>
        <w:rPr>
          <w:rFonts w:cs="Times New Roman"/>
        </w:rPr>
        <w:t>ng nghe,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và trình bày ý ki</w:t>
      </w:r>
      <w:r>
        <w:rPr>
          <w:rFonts w:cs="Times New Roman"/>
        </w:rPr>
        <w:t>ế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trong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tr</w:t>
      </w:r>
      <w:r>
        <w:rPr>
          <w:rFonts w:cs="Times New Roman"/>
        </w:rPr>
        <w:t>ả</w:t>
      </w:r>
      <w:r>
        <w:rPr>
          <w:rFonts w:cs="Times New Roman"/>
        </w:rPr>
        <w:t>i nghi</w:t>
      </w:r>
      <w:r>
        <w:rPr>
          <w:rFonts w:cs="Times New Roman"/>
        </w:rPr>
        <w:t>ệ</w:t>
      </w:r>
      <w:r>
        <w:rPr>
          <w:rFonts w:cs="Times New Roman"/>
        </w:rPr>
        <w:t>m.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an toàn và có ích.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Giáo viên: SGK,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đã c</w:t>
      </w:r>
      <w:r>
        <w:rPr>
          <w:rFonts w:cs="Times New Roman"/>
        </w:rPr>
        <w:t>ắ</w:t>
      </w:r>
      <w:r>
        <w:rPr>
          <w:rFonts w:cs="Times New Roman"/>
        </w:rPr>
        <w:t>t đúng n</w:t>
      </w:r>
      <w:r>
        <w:rPr>
          <w:rFonts w:cs="Times New Roman"/>
        </w:rPr>
        <w:t>ộ</w:t>
      </w:r>
      <w:r>
        <w:rPr>
          <w:rFonts w:cs="Times New Roman"/>
        </w:rPr>
        <w:t>i dung t</w:t>
      </w:r>
      <w:r>
        <w:rPr>
          <w:rFonts w:cs="Times New Roman"/>
        </w:rPr>
        <w:t>ừ</w:t>
      </w:r>
      <w:r>
        <w:rPr>
          <w:rFonts w:cs="Times New Roman"/>
        </w:rPr>
        <w:t xml:space="preserve"> SGK, th</w:t>
      </w:r>
      <w:r>
        <w:rPr>
          <w:rFonts w:cs="Times New Roman"/>
        </w:rPr>
        <w:t>ẻ</w:t>
      </w:r>
      <w:r>
        <w:rPr>
          <w:rFonts w:cs="Times New Roman"/>
        </w:rPr>
        <w:t xml:space="preserve">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, máy tính/máy chi</w:t>
      </w:r>
      <w:r>
        <w:rPr>
          <w:rFonts w:cs="Times New Roman"/>
        </w:rPr>
        <w:t>ế</w:t>
      </w:r>
      <w:r>
        <w:rPr>
          <w:rFonts w:cs="Times New Roman"/>
        </w:rPr>
        <w:t>u khi c</w:t>
      </w:r>
      <w:r>
        <w:rPr>
          <w:rFonts w:cs="Times New Roman"/>
        </w:rPr>
        <w:t>ầ</w:t>
      </w:r>
      <w:r>
        <w:rPr>
          <w:rFonts w:cs="Times New Roman"/>
        </w:rPr>
        <w:t>n, bài hát phù h</w:t>
      </w:r>
      <w:r>
        <w:rPr>
          <w:rFonts w:cs="Times New Roman"/>
        </w:rPr>
        <w:t>ợ</w:t>
      </w:r>
      <w:r>
        <w:rPr>
          <w:rFonts w:cs="Times New Roman"/>
        </w:rPr>
        <w:t>p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SGK, bút màu,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giá; chu</w:t>
      </w:r>
      <w:r>
        <w:rPr>
          <w:rFonts w:cs="Times New Roman"/>
        </w:rPr>
        <w:t>ẩ</w:t>
      </w:r>
      <w:r>
        <w:rPr>
          <w:rFonts w:cs="Times New Roman"/>
        </w:rPr>
        <w:t>n b</w:t>
      </w:r>
      <w:r>
        <w:rPr>
          <w:rFonts w:cs="Times New Roman"/>
        </w:rPr>
        <w:t>ị</w:t>
      </w:r>
      <w:r>
        <w:rPr>
          <w:rFonts w:cs="Times New Roman"/>
        </w:rPr>
        <w:t xml:space="preserve"> tâm th</w:t>
      </w:r>
      <w:r>
        <w:rPr>
          <w:rFonts w:cs="Times New Roman"/>
        </w:rPr>
        <w:t>ế</w:t>
      </w:r>
      <w:r>
        <w:rPr>
          <w:rFonts w:cs="Times New Roman"/>
        </w:rPr>
        <w:t xml:space="preserve">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A51C90" w:rsidTr="00B0583B">
        <w:trPr>
          <w:cantSplit/>
          <w:tblHeader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1. Nghi l</w:t>
            </w:r>
            <w:r>
              <w:rPr>
                <w:rFonts w:cs="Times New Roman"/>
                <w:b/>
              </w:rPr>
              <w:t>ễ</w:t>
            </w:r>
            <w:r>
              <w:rPr>
                <w:rFonts w:cs="Times New Roman"/>
                <w:b/>
              </w:rPr>
              <w:t xml:space="preserve"> chào c</w:t>
            </w:r>
            <w:r>
              <w:rPr>
                <w:rFonts w:cs="Times New Roman"/>
                <w:b/>
              </w:rPr>
              <w:t>ờ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nghiêm túc nghi l</w:t>
            </w:r>
            <w:r>
              <w:rPr>
                <w:rFonts w:cs="Times New Roman"/>
                <w:b/>
              </w:rPr>
              <w:t>ễ</w:t>
            </w:r>
            <w:r>
              <w:rPr>
                <w:rFonts w:cs="Times New Roman"/>
                <w:b/>
              </w:rPr>
              <w:t xml:space="preserve"> và n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m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nhi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 v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m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nghi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chào c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 thi đua và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Chào c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 xml:space="preserve"> nghiêm túc;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 xml:space="preserve">ng nghe và ghi </w:t>
            </w:r>
            <w:r>
              <w:rPr>
                <w:rFonts w:cs="Times New Roman"/>
              </w:rPr>
              <w:t>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Cùng hát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nghe bài hát “Em làm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”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Hát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nghe;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2.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theo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ý nghĩa và tham gia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dư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c</w:t>
            </w:r>
            <w:r>
              <w:rPr>
                <w:rFonts w:cs="Times New Roman"/>
                <w:b/>
              </w:rPr>
              <w:t>ờ</w:t>
            </w:r>
            <w:r>
              <w:rPr>
                <w:rFonts w:cs="Times New Roman"/>
                <w:b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 w:rsidP="00B0583B">
            <w:pPr>
              <w:spacing w:after="20" w:line="245" w:lineRule="auto"/>
            </w:pPr>
            <w:r>
              <w:rPr>
                <w:rFonts w:cs="Times New Roman"/>
              </w:rPr>
              <w:t>- Quan sát tranh minh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 xml:space="preserve"> v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Quan sát tranh;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>m nh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nào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sinh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1?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Thu gom gi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n, chai nh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gi</w:t>
            </w:r>
            <w:r>
              <w:rPr>
                <w:rFonts w:cs="Times New Roman"/>
              </w:rPr>
              <w:t>ữ</w:t>
            </w:r>
            <w:r>
              <w:rPr>
                <w:rFonts w:cs="Times New Roman"/>
              </w:rPr>
              <w:t xml:space="preserve">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mang l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ý nghĩa gì?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Giúp môi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hơn và góp ph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tuyên dương.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và c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vũ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tích c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p, an toàn.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3.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c tiêu: Nêu </w:t>
            </w:r>
            <w:r>
              <w:rPr>
                <w:rFonts w:cs="Times New Roman"/>
                <w:b/>
              </w:rPr>
              <w:t>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s</w:t>
            </w:r>
            <w:r>
              <w:rPr>
                <w:rFonts w:cs="Times New Roman"/>
                <w:b/>
              </w:rPr>
              <w:t>ẽ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sau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lastRenderedPageBreak/>
              <w:t>- Sau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ng,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 c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>?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Nêu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thư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ng xuyên.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A51C90" w:rsidRDefault="00B0583B">
      <w:pPr>
        <w:spacing w:after="20" w:line="245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....................</w:t>
      </w:r>
      <w:r>
        <w:rPr>
          <w:rFonts w:cs="Times New Roman"/>
        </w:rPr>
        <w:t>....................................................................................................................................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........................................................................................................................................................</w:t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  <w:sz w:val="28"/>
        </w:rPr>
        <w:t>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7: THAM GIA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C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>NG</w:t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27 - BÀI 18: EM THAM GIA CÁC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XÃ H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I (TI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>T 1)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Nh</w:t>
      </w:r>
      <w:r>
        <w:rPr>
          <w:rFonts w:cs="Times New Roman"/>
        </w:rPr>
        <w:t>ậ</w:t>
      </w:r>
      <w:r>
        <w:rPr>
          <w:rFonts w:cs="Times New Roman"/>
        </w:rPr>
        <w:t>n bi</w:t>
      </w:r>
      <w:r>
        <w:rPr>
          <w:rFonts w:cs="Times New Roman"/>
        </w:rPr>
        <w:t>ế</w:t>
      </w:r>
      <w:r>
        <w:rPr>
          <w:rFonts w:cs="Times New Roman"/>
        </w:rPr>
        <w:t>t và tham gia đư</w:t>
      </w:r>
      <w:r>
        <w:rPr>
          <w:rFonts w:cs="Times New Roman"/>
        </w:rPr>
        <w:t>ợ</w:t>
      </w:r>
      <w:r>
        <w:rPr>
          <w:rFonts w:cs="Times New Roman"/>
        </w:rPr>
        <w:t>c m</w:t>
      </w:r>
      <w:r>
        <w:rPr>
          <w:rFonts w:cs="Times New Roman"/>
        </w:rPr>
        <w:t>ộ</w:t>
      </w:r>
      <w:r>
        <w:rPr>
          <w:rFonts w:cs="Times New Roman"/>
        </w:rPr>
        <w:t>t s</w:t>
      </w:r>
      <w:r>
        <w:rPr>
          <w:rFonts w:cs="Times New Roman"/>
        </w:rPr>
        <w:t>ố</w:t>
      </w:r>
      <w:r>
        <w:rPr>
          <w:rFonts w:cs="Times New Roman"/>
        </w:rPr>
        <w:t xml:space="preserve">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 xã h</w:t>
      </w:r>
      <w:r>
        <w:rPr>
          <w:rFonts w:cs="Times New Roman"/>
        </w:rPr>
        <w:t>ộ</w:t>
      </w:r>
      <w:r>
        <w:rPr>
          <w:rFonts w:cs="Times New Roman"/>
        </w:rPr>
        <w:t>i phù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h</w:t>
      </w:r>
      <w:r>
        <w:rPr>
          <w:rFonts w:cs="Times New Roman"/>
        </w:rPr>
        <w:t>ọ</w:t>
      </w:r>
      <w:r>
        <w:rPr>
          <w:rFonts w:cs="Times New Roman"/>
        </w:rPr>
        <w:t>c sinh l</w:t>
      </w:r>
      <w:r>
        <w:rPr>
          <w:rFonts w:cs="Times New Roman"/>
        </w:rPr>
        <w:t>ớ</w:t>
      </w:r>
      <w:r>
        <w:rPr>
          <w:rFonts w:cs="Times New Roman"/>
        </w:rPr>
        <w:t>p 1.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Bi</w:t>
      </w:r>
      <w:r>
        <w:rPr>
          <w:rFonts w:cs="Times New Roman"/>
        </w:rPr>
        <w:t>ế</w:t>
      </w:r>
      <w:r>
        <w:rPr>
          <w:rFonts w:cs="Times New Roman"/>
        </w:rPr>
        <w:t>t trao đ</w:t>
      </w:r>
      <w:r>
        <w:rPr>
          <w:rFonts w:cs="Times New Roman"/>
        </w:rPr>
        <w:t>ổ</w:t>
      </w:r>
      <w:r>
        <w:rPr>
          <w:rFonts w:cs="Times New Roman"/>
        </w:rPr>
        <w:t>i, trình bày ý ki</w:t>
      </w:r>
      <w:r>
        <w:rPr>
          <w:rFonts w:cs="Times New Roman"/>
        </w:rPr>
        <w:t>ế</w:t>
      </w:r>
      <w:r>
        <w:rPr>
          <w:rFonts w:cs="Times New Roman"/>
        </w:rPr>
        <w:t>n và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v</w:t>
      </w:r>
      <w:r>
        <w:rPr>
          <w:rFonts w:cs="Times New Roman"/>
        </w:rPr>
        <w:t>ớ</w:t>
      </w:r>
      <w:r>
        <w:rPr>
          <w:rFonts w:cs="Times New Roman"/>
        </w:rPr>
        <w:t>i n</w:t>
      </w:r>
      <w:r>
        <w:rPr>
          <w:rFonts w:cs="Times New Roman"/>
        </w:rPr>
        <w:t>ộ</w:t>
      </w:r>
      <w:r>
        <w:rPr>
          <w:rFonts w:cs="Times New Roman"/>
        </w:rPr>
        <w:t>i dung bài h</w:t>
      </w:r>
      <w:r>
        <w:rPr>
          <w:rFonts w:cs="Times New Roman"/>
        </w:rPr>
        <w:t>ọ</w:t>
      </w:r>
      <w:r>
        <w:rPr>
          <w:rFonts w:cs="Times New Roman"/>
        </w:rPr>
        <w:t>c.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</w:t>
      </w:r>
      <w:r>
        <w:rPr>
          <w:rFonts w:cs="Times New Roman"/>
        </w:rPr>
        <w:t>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gia,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trao đ</w:t>
      </w:r>
      <w:r>
        <w:rPr>
          <w:rFonts w:cs="Times New Roman"/>
        </w:rPr>
        <w:t>ổ</w:t>
      </w:r>
      <w:r>
        <w:rPr>
          <w:rFonts w:cs="Times New Roman"/>
        </w:rPr>
        <w:t>i, l</w:t>
      </w:r>
      <w:r>
        <w:rPr>
          <w:rFonts w:cs="Times New Roman"/>
        </w:rPr>
        <w:t>ắ</w:t>
      </w:r>
      <w:r>
        <w:rPr>
          <w:rFonts w:cs="Times New Roman"/>
        </w:rPr>
        <w:t>ng nghe,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và trình bày ý ki</w:t>
      </w:r>
      <w:r>
        <w:rPr>
          <w:rFonts w:cs="Times New Roman"/>
        </w:rPr>
        <w:t>ế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trong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3.</w:t>
      </w:r>
      <w:r>
        <w:rPr>
          <w:rFonts w:cs="Times New Roman"/>
          <w:b/>
        </w:rPr>
        <w:t xml:space="preserve">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tr</w:t>
      </w:r>
      <w:r>
        <w:rPr>
          <w:rFonts w:cs="Times New Roman"/>
        </w:rPr>
        <w:t>ả</w:t>
      </w:r>
      <w:r>
        <w:rPr>
          <w:rFonts w:cs="Times New Roman"/>
        </w:rPr>
        <w:t>i nghi</w:t>
      </w:r>
      <w:r>
        <w:rPr>
          <w:rFonts w:cs="Times New Roman"/>
        </w:rPr>
        <w:t>ệ</w:t>
      </w:r>
      <w:r>
        <w:rPr>
          <w:rFonts w:cs="Times New Roman"/>
        </w:rPr>
        <w:t>m.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an toàn và có ích.</w:t>
      </w:r>
    </w:p>
    <w:p w:rsidR="00A51C90" w:rsidRDefault="00B0583B">
      <w:pPr>
        <w:spacing w:after="20" w:line="245" w:lineRule="auto"/>
      </w:pPr>
      <w:r>
        <w:rPr>
          <w:rFonts w:cs="Times New Roman"/>
          <w:b/>
          <w:color w:val="C00000"/>
        </w:rPr>
        <w:t>4. Tích h</w:t>
      </w:r>
      <w:r>
        <w:rPr>
          <w:rFonts w:cs="Times New Roman"/>
          <w:b/>
          <w:color w:val="C00000"/>
        </w:rPr>
        <w:t>ợ</w:t>
      </w:r>
      <w:r>
        <w:rPr>
          <w:rFonts w:cs="Times New Roman"/>
          <w:b/>
          <w:color w:val="C00000"/>
        </w:rPr>
        <w:t>p</w:t>
      </w:r>
    </w:p>
    <w:p w:rsidR="00A51C90" w:rsidRDefault="00B0583B">
      <w:pPr>
        <w:spacing w:after="20" w:line="245" w:lineRule="auto"/>
      </w:pPr>
      <w:r>
        <w:rPr>
          <w:rFonts w:cs="Times New Roman"/>
          <w:color w:val="C00000"/>
        </w:rPr>
        <w:t>- Tích h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p lý tư</w:t>
      </w:r>
      <w:r>
        <w:rPr>
          <w:rFonts w:cs="Times New Roman"/>
          <w:color w:val="C00000"/>
        </w:rPr>
        <w:t>ở</w:t>
      </w:r>
      <w:r>
        <w:rPr>
          <w:rFonts w:cs="Times New Roman"/>
          <w:color w:val="C00000"/>
        </w:rPr>
        <w:t>ng cách m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>ng, đ</w:t>
      </w:r>
      <w:r>
        <w:rPr>
          <w:rFonts w:cs="Times New Roman"/>
          <w:color w:val="C00000"/>
        </w:rPr>
        <w:t>ạ</w:t>
      </w:r>
      <w:r>
        <w:rPr>
          <w:rFonts w:cs="Times New Roman"/>
          <w:color w:val="C00000"/>
        </w:rPr>
        <w:t>o đ</w:t>
      </w:r>
      <w:r>
        <w:rPr>
          <w:rFonts w:cs="Times New Roman"/>
          <w:color w:val="C00000"/>
        </w:rPr>
        <w:t>ứ</w:t>
      </w:r>
      <w:r>
        <w:rPr>
          <w:rFonts w:cs="Times New Roman"/>
          <w:color w:val="C00000"/>
        </w:rPr>
        <w:t xml:space="preserve">c, </w:t>
      </w:r>
      <w:r>
        <w:rPr>
          <w:rFonts w:cs="Times New Roman"/>
          <w:color w:val="C00000"/>
        </w:rPr>
        <w:t>l</w:t>
      </w:r>
      <w:r>
        <w:rPr>
          <w:rFonts w:cs="Times New Roman"/>
          <w:color w:val="C00000"/>
        </w:rPr>
        <w:t>ố</w:t>
      </w:r>
      <w:r>
        <w:rPr>
          <w:rFonts w:cs="Times New Roman"/>
          <w:color w:val="C00000"/>
        </w:rPr>
        <w:t>i s</w:t>
      </w:r>
      <w:r>
        <w:rPr>
          <w:rFonts w:cs="Times New Roman"/>
          <w:color w:val="C00000"/>
        </w:rPr>
        <w:t>ố</w:t>
      </w:r>
      <w:r>
        <w:rPr>
          <w:rFonts w:cs="Times New Roman"/>
          <w:color w:val="C00000"/>
        </w:rPr>
        <w:t>ng: Giáo d</w:t>
      </w:r>
      <w:r>
        <w:rPr>
          <w:rFonts w:cs="Times New Roman"/>
          <w:color w:val="C00000"/>
        </w:rPr>
        <w:t>ụ</w:t>
      </w:r>
      <w:r>
        <w:rPr>
          <w:rFonts w:cs="Times New Roman"/>
          <w:color w:val="C00000"/>
        </w:rPr>
        <w:t>c h</w:t>
      </w:r>
      <w:r>
        <w:rPr>
          <w:rFonts w:cs="Times New Roman"/>
          <w:color w:val="C00000"/>
        </w:rPr>
        <w:t>ọ</w:t>
      </w:r>
      <w:r>
        <w:rPr>
          <w:rFonts w:cs="Times New Roman"/>
          <w:color w:val="C00000"/>
        </w:rPr>
        <w:t>c sinh bi</w:t>
      </w:r>
      <w:r>
        <w:rPr>
          <w:rFonts w:cs="Times New Roman"/>
          <w:color w:val="C00000"/>
        </w:rPr>
        <w:t>ế</w:t>
      </w:r>
      <w:r>
        <w:rPr>
          <w:rFonts w:cs="Times New Roman"/>
          <w:color w:val="C00000"/>
        </w:rPr>
        <w:t>t yêu thương con ngư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i, s</w:t>
      </w:r>
      <w:r>
        <w:rPr>
          <w:rFonts w:cs="Times New Roman"/>
          <w:color w:val="C00000"/>
        </w:rPr>
        <w:t>ố</w:t>
      </w:r>
      <w:r>
        <w:rPr>
          <w:rFonts w:cs="Times New Roman"/>
          <w:color w:val="C00000"/>
        </w:rPr>
        <w:t>ng có trách nhi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>m v</w:t>
      </w:r>
      <w:r>
        <w:rPr>
          <w:rFonts w:cs="Times New Roman"/>
          <w:color w:val="C00000"/>
        </w:rPr>
        <w:t>ớ</w:t>
      </w:r>
      <w:r>
        <w:rPr>
          <w:rFonts w:cs="Times New Roman"/>
          <w:color w:val="C00000"/>
        </w:rPr>
        <w:t>i c</w:t>
      </w:r>
      <w:r>
        <w:rPr>
          <w:rFonts w:cs="Times New Roman"/>
          <w:color w:val="C00000"/>
        </w:rPr>
        <w:t>ộ</w:t>
      </w:r>
      <w:r>
        <w:rPr>
          <w:rFonts w:cs="Times New Roman"/>
          <w:color w:val="C00000"/>
        </w:rPr>
        <w:t>ng đ</w:t>
      </w:r>
      <w:r>
        <w:rPr>
          <w:rFonts w:cs="Times New Roman"/>
          <w:color w:val="C00000"/>
        </w:rPr>
        <w:t>ồ</w:t>
      </w:r>
      <w:r>
        <w:rPr>
          <w:rFonts w:cs="Times New Roman"/>
          <w:color w:val="C00000"/>
        </w:rPr>
        <w:t>ng, bi</w:t>
      </w:r>
      <w:r>
        <w:rPr>
          <w:rFonts w:cs="Times New Roman"/>
          <w:color w:val="C00000"/>
        </w:rPr>
        <w:t>ế</w:t>
      </w:r>
      <w:r>
        <w:rPr>
          <w:rFonts w:cs="Times New Roman"/>
          <w:color w:val="C00000"/>
        </w:rPr>
        <w:t>t quan tâm và giúp đ</w:t>
      </w:r>
      <w:r>
        <w:rPr>
          <w:rFonts w:cs="Times New Roman"/>
          <w:color w:val="C00000"/>
        </w:rPr>
        <w:t>ỡ</w:t>
      </w:r>
      <w:r>
        <w:rPr>
          <w:rFonts w:cs="Times New Roman"/>
          <w:color w:val="C00000"/>
        </w:rPr>
        <w:t xml:space="preserve"> ngư</w:t>
      </w:r>
      <w:r>
        <w:rPr>
          <w:rFonts w:cs="Times New Roman"/>
          <w:color w:val="C00000"/>
        </w:rPr>
        <w:t>ờ</w:t>
      </w:r>
      <w:r>
        <w:rPr>
          <w:rFonts w:cs="Times New Roman"/>
          <w:color w:val="C00000"/>
        </w:rPr>
        <w:t>i có hoàn c</w:t>
      </w:r>
      <w:r>
        <w:rPr>
          <w:rFonts w:cs="Times New Roman"/>
          <w:color w:val="C00000"/>
        </w:rPr>
        <w:t>ả</w:t>
      </w:r>
      <w:r>
        <w:rPr>
          <w:rFonts w:cs="Times New Roman"/>
          <w:color w:val="C00000"/>
        </w:rPr>
        <w:t>nh khó khăn b</w:t>
      </w:r>
      <w:r>
        <w:rPr>
          <w:rFonts w:cs="Times New Roman"/>
          <w:color w:val="C00000"/>
        </w:rPr>
        <w:t>ằ</w:t>
      </w:r>
      <w:r>
        <w:rPr>
          <w:rFonts w:cs="Times New Roman"/>
          <w:color w:val="C00000"/>
        </w:rPr>
        <w:t>ng nh</w:t>
      </w:r>
      <w:r>
        <w:rPr>
          <w:rFonts w:cs="Times New Roman"/>
          <w:color w:val="C00000"/>
        </w:rPr>
        <w:t>ữ</w:t>
      </w:r>
      <w:r>
        <w:rPr>
          <w:rFonts w:cs="Times New Roman"/>
          <w:color w:val="C00000"/>
        </w:rPr>
        <w:t>ng vi</w:t>
      </w:r>
      <w:r>
        <w:rPr>
          <w:rFonts w:cs="Times New Roman"/>
          <w:color w:val="C00000"/>
        </w:rPr>
        <w:t>ệ</w:t>
      </w:r>
      <w:r>
        <w:rPr>
          <w:rFonts w:cs="Times New Roman"/>
          <w:color w:val="C00000"/>
        </w:rPr>
        <w:t>c làm phù h</w:t>
      </w:r>
      <w:r>
        <w:rPr>
          <w:rFonts w:cs="Times New Roman"/>
          <w:color w:val="C00000"/>
        </w:rPr>
        <w:t>ợ</w:t>
      </w:r>
      <w:r>
        <w:rPr>
          <w:rFonts w:cs="Times New Roman"/>
          <w:color w:val="C00000"/>
        </w:rPr>
        <w:t>p v</w:t>
      </w:r>
      <w:r>
        <w:rPr>
          <w:rFonts w:cs="Times New Roman"/>
          <w:color w:val="C00000"/>
        </w:rPr>
        <w:t>ớ</w:t>
      </w:r>
      <w:r>
        <w:rPr>
          <w:rFonts w:cs="Times New Roman"/>
          <w:color w:val="C00000"/>
        </w:rPr>
        <w:t>i l</w:t>
      </w:r>
      <w:r>
        <w:rPr>
          <w:rFonts w:cs="Times New Roman"/>
          <w:color w:val="C00000"/>
        </w:rPr>
        <w:t>ứ</w:t>
      </w:r>
      <w:r>
        <w:rPr>
          <w:rFonts w:cs="Times New Roman"/>
          <w:color w:val="C00000"/>
        </w:rPr>
        <w:t>a tu</w:t>
      </w:r>
      <w:r>
        <w:rPr>
          <w:rFonts w:cs="Times New Roman"/>
          <w:color w:val="C00000"/>
        </w:rPr>
        <w:t>ổ</w:t>
      </w:r>
      <w:r>
        <w:rPr>
          <w:rFonts w:cs="Times New Roman"/>
          <w:color w:val="C00000"/>
        </w:rPr>
        <w:t>i; b</w:t>
      </w:r>
      <w:r>
        <w:rPr>
          <w:rFonts w:cs="Times New Roman"/>
          <w:color w:val="C00000"/>
        </w:rPr>
        <w:t>ồ</w:t>
      </w:r>
      <w:r>
        <w:rPr>
          <w:rFonts w:cs="Times New Roman"/>
          <w:color w:val="C00000"/>
        </w:rPr>
        <w:t>i dư</w:t>
      </w:r>
      <w:r>
        <w:rPr>
          <w:rFonts w:cs="Times New Roman"/>
          <w:color w:val="C00000"/>
        </w:rPr>
        <w:t>ỡ</w:t>
      </w:r>
      <w:r>
        <w:rPr>
          <w:rFonts w:cs="Times New Roman"/>
          <w:color w:val="C00000"/>
        </w:rPr>
        <w:t>ng tinh th</w:t>
      </w:r>
      <w:r>
        <w:rPr>
          <w:rFonts w:cs="Times New Roman"/>
          <w:color w:val="C00000"/>
        </w:rPr>
        <w:t>ầ</w:t>
      </w:r>
      <w:r>
        <w:rPr>
          <w:rFonts w:cs="Times New Roman"/>
          <w:color w:val="C00000"/>
        </w:rPr>
        <w:t>n tương thân tương ái và l</w:t>
      </w:r>
      <w:r>
        <w:rPr>
          <w:rFonts w:cs="Times New Roman"/>
          <w:color w:val="C00000"/>
        </w:rPr>
        <w:t>ố</w:t>
      </w:r>
      <w:r>
        <w:rPr>
          <w:rFonts w:cs="Times New Roman"/>
          <w:color w:val="C00000"/>
        </w:rPr>
        <w:t>i s</w:t>
      </w:r>
      <w:r>
        <w:rPr>
          <w:rFonts w:cs="Times New Roman"/>
          <w:color w:val="C00000"/>
        </w:rPr>
        <w:t>ố</w:t>
      </w:r>
      <w:r>
        <w:rPr>
          <w:rFonts w:cs="Times New Roman"/>
          <w:color w:val="C00000"/>
        </w:rPr>
        <w:t>ng đ</w:t>
      </w:r>
      <w:r>
        <w:rPr>
          <w:rFonts w:cs="Times New Roman"/>
          <w:color w:val="C00000"/>
        </w:rPr>
        <w:t>ẹ</w:t>
      </w:r>
      <w:r>
        <w:rPr>
          <w:rFonts w:cs="Times New Roman"/>
          <w:color w:val="C00000"/>
        </w:rPr>
        <w:t>p.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Giáo viên: SGK,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đã c</w:t>
      </w:r>
      <w:r>
        <w:rPr>
          <w:rFonts w:cs="Times New Roman"/>
        </w:rPr>
        <w:t>ắ</w:t>
      </w:r>
      <w:r>
        <w:rPr>
          <w:rFonts w:cs="Times New Roman"/>
        </w:rPr>
        <w:t>t đúng n</w:t>
      </w:r>
      <w:r>
        <w:rPr>
          <w:rFonts w:cs="Times New Roman"/>
        </w:rPr>
        <w:t>ộ</w:t>
      </w:r>
      <w:r>
        <w:rPr>
          <w:rFonts w:cs="Times New Roman"/>
        </w:rPr>
        <w:t>i dung t</w:t>
      </w:r>
      <w:r>
        <w:rPr>
          <w:rFonts w:cs="Times New Roman"/>
        </w:rPr>
        <w:t>ừ</w:t>
      </w:r>
      <w:r>
        <w:rPr>
          <w:rFonts w:cs="Times New Roman"/>
        </w:rPr>
        <w:t xml:space="preserve"> SGK, th</w:t>
      </w:r>
      <w:r>
        <w:rPr>
          <w:rFonts w:cs="Times New Roman"/>
        </w:rPr>
        <w:t>ẻ</w:t>
      </w:r>
      <w:r>
        <w:rPr>
          <w:rFonts w:cs="Times New Roman"/>
        </w:rPr>
        <w:t xml:space="preserve">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, máy tính/máy chi</w:t>
      </w:r>
      <w:r>
        <w:rPr>
          <w:rFonts w:cs="Times New Roman"/>
        </w:rPr>
        <w:t>ế</w:t>
      </w:r>
      <w:r>
        <w:rPr>
          <w:rFonts w:cs="Times New Roman"/>
        </w:rPr>
        <w:t>u khi c</w:t>
      </w:r>
      <w:r>
        <w:rPr>
          <w:rFonts w:cs="Times New Roman"/>
        </w:rPr>
        <w:t>ầ</w:t>
      </w:r>
      <w:r>
        <w:rPr>
          <w:rFonts w:cs="Times New Roman"/>
        </w:rPr>
        <w:t>n, bài hát phù h</w:t>
      </w:r>
      <w:r>
        <w:rPr>
          <w:rFonts w:cs="Times New Roman"/>
        </w:rPr>
        <w:t>ợ</w:t>
      </w:r>
      <w:r>
        <w:rPr>
          <w:rFonts w:cs="Times New Roman"/>
        </w:rPr>
        <w:t>p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sinh: SGK, bút màu,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giá; chu</w:t>
      </w:r>
      <w:r>
        <w:rPr>
          <w:rFonts w:cs="Times New Roman"/>
        </w:rPr>
        <w:t>ẩ</w:t>
      </w:r>
      <w:r>
        <w:rPr>
          <w:rFonts w:cs="Times New Roman"/>
        </w:rPr>
        <w:t>n b</w:t>
      </w:r>
      <w:r>
        <w:rPr>
          <w:rFonts w:cs="Times New Roman"/>
        </w:rPr>
        <w:t>ị</w:t>
      </w:r>
      <w:r>
        <w:rPr>
          <w:rFonts w:cs="Times New Roman"/>
        </w:rPr>
        <w:t xml:space="preserve"> tâm th</w:t>
      </w:r>
      <w:r>
        <w:rPr>
          <w:rFonts w:cs="Times New Roman"/>
        </w:rPr>
        <w:t>ế</w:t>
      </w:r>
      <w:r>
        <w:rPr>
          <w:rFonts w:cs="Times New Roman"/>
        </w:rPr>
        <w:t xml:space="preserve">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A51C90" w:rsidTr="00B0583B">
        <w:trPr>
          <w:cantSplit/>
          <w:tblHeader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</w:t>
            </w:r>
            <w:r>
              <w:rPr>
                <w:rFonts w:cs="Times New Roman"/>
                <w:b/>
              </w:rPr>
              <w:t>iáo viên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1. 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o tâm th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theo bài hát “L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chúng ta đoàn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t”.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theo nh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c;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bài hát g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 xml:space="preserve">i em </w:t>
            </w:r>
            <w:r>
              <w:rPr>
                <w:rFonts w:cs="Times New Roman"/>
              </w:rPr>
              <w:t>nghĩ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nào?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Em nêu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 xml:space="preserve"> bài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hôm nay giúp các em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trong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2. Khám phá -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Nh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bi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và tham gia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 xml:space="preserve">c </w:t>
            </w: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t s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 xml:space="preserve">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xã h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phù h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p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l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p 1.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 w:rsidP="00B0583B">
            <w:pPr>
              <w:spacing w:after="20" w:line="245" w:lineRule="auto"/>
            </w:pPr>
            <w:r>
              <w:rPr>
                <w:rFonts w:cs="Times New Roman"/>
              </w:rPr>
              <w:lastRenderedPageBreak/>
              <w:t>- Quan sát tranh trong SGK,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 xml:space="preserve">n nhóm 4 theo các </w:t>
            </w:r>
            <w:proofErr w:type="spellStart"/>
            <w:r>
              <w:rPr>
                <w:rFonts w:cs="Times New Roman"/>
              </w:rPr>
              <w:t>câu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cô</w:t>
            </w:r>
            <w:proofErr w:type="spellEnd"/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Quan sát tranh;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trong nhóm 4.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trong tranh đang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nào?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quyên góp, thăm 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i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là</w:t>
            </w:r>
            <w:r>
              <w:rPr>
                <w:rFonts w:cs="Times New Roman"/>
              </w:rPr>
              <w:t>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giúp ích cho m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i ngư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nào em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tham gia?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Em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gom gi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n, góp đ</w:t>
            </w:r>
            <w:r>
              <w:rPr>
                <w:rFonts w:cs="Times New Roman"/>
              </w:rPr>
              <w:t>ồ</w:t>
            </w:r>
            <w:r>
              <w:rPr>
                <w:rFonts w:cs="Times New Roman"/>
              </w:rPr>
              <w:t xml:space="preserve"> dùng còn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giúp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Vì sao tham gia ho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t đ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ng xã h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i là vi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làm đ</w:t>
            </w:r>
            <w:r>
              <w:rPr>
                <w:rFonts w:cs="Times New Roman"/>
                <w:color w:val="C00000"/>
              </w:rPr>
              <w:t>ẹ</w:t>
            </w:r>
            <w:r>
              <w:rPr>
                <w:rFonts w:cs="Times New Roman"/>
                <w:color w:val="C00000"/>
              </w:rPr>
              <w:t>p?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Vì vi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làm đó th</w:t>
            </w:r>
            <w:r>
              <w:rPr>
                <w:rFonts w:cs="Times New Roman"/>
                <w:color w:val="C00000"/>
              </w:rPr>
              <w:t>ể</w:t>
            </w:r>
            <w:r>
              <w:rPr>
                <w:rFonts w:cs="Times New Roman"/>
                <w:color w:val="C00000"/>
              </w:rPr>
              <w:t xml:space="preserve">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 yêu thương, đoàn k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và trách nhi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m v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i m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 xml:space="preserve">i </w:t>
            </w:r>
            <w:r>
              <w:rPr>
                <w:rFonts w:cs="Times New Roman"/>
                <w:color w:val="C00000"/>
              </w:rPr>
              <w:t>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Di</w:t>
            </w:r>
            <w:r>
              <w:rPr>
                <w:rFonts w:cs="Times New Roman"/>
                <w:color w:val="C00000"/>
              </w:rPr>
              <w:t>ễ</w:t>
            </w:r>
            <w:r>
              <w:rPr>
                <w:rFonts w:cs="Times New Roman"/>
                <w:color w:val="C00000"/>
              </w:rPr>
              <w:t>n gi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i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p: Tích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lý tư</w:t>
            </w:r>
            <w:r>
              <w:rPr>
                <w:rFonts w:cs="Times New Roman"/>
                <w:color w:val="C00000"/>
              </w:rPr>
              <w:t>ở</w:t>
            </w:r>
            <w:r>
              <w:rPr>
                <w:rFonts w:cs="Times New Roman"/>
                <w:color w:val="C00000"/>
              </w:rPr>
              <w:t>ng cách m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ng, đ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o đ</w:t>
            </w:r>
            <w:r>
              <w:rPr>
                <w:rFonts w:cs="Times New Roman"/>
                <w:color w:val="C00000"/>
              </w:rPr>
              <w:t>ứ</w:t>
            </w:r>
            <w:r>
              <w:rPr>
                <w:rFonts w:cs="Times New Roman"/>
                <w:color w:val="C00000"/>
              </w:rPr>
              <w:t>c, l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i s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ng: Giáo d</w:t>
            </w:r>
            <w:r>
              <w:rPr>
                <w:rFonts w:cs="Times New Roman"/>
                <w:color w:val="C00000"/>
              </w:rPr>
              <w:t>ụ</w:t>
            </w:r>
            <w:r>
              <w:rPr>
                <w:rFonts w:cs="Times New Roman"/>
                <w:color w:val="C00000"/>
              </w:rPr>
              <w:t>c h</w:t>
            </w:r>
            <w:r>
              <w:rPr>
                <w:rFonts w:cs="Times New Roman"/>
                <w:color w:val="C00000"/>
              </w:rPr>
              <w:t>ọ</w:t>
            </w:r>
            <w:r>
              <w:rPr>
                <w:rFonts w:cs="Times New Roman"/>
                <w:color w:val="C00000"/>
              </w:rPr>
              <w:t>c sinh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yêu thương con 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i, s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ng có trách nhi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m v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i c</w:t>
            </w:r>
            <w:r>
              <w:rPr>
                <w:rFonts w:cs="Times New Roman"/>
                <w:color w:val="C00000"/>
              </w:rPr>
              <w:t>ộ</w:t>
            </w:r>
            <w:r>
              <w:rPr>
                <w:rFonts w:cs="Times New Roman"/>
                <w:color w:val="C00000"/>
              </w:rPr>
              <w:t>ng đ</w:t>
            </w:r>
            <w:r>
              <w:rPr>
                <w:rFonts w:cs="Times New Roman"/>
                <w:color w:val="C00000"/>
              </w:rPr>
              <w:t>ồ</w:t>
            </w:r>
            <w:r>
              <w:rPr>
                <w:rFonts w:cs="Times New Roman"/>
                <w:color w:val="C00000"/>
              </w:rPr>
              <w:t>ng, bi</w:t>
            </w:r>
            <w:r>
              <w:rPr>
                <w:rFonts w:cs="Times New Roman"/>
                <w:color w:val="C00000"/>
              </w:rPr>
              <w:t>ế</w:t>
            </w:r>
            <w:r>
              <w:rPr>
                <w:rFonts w:cs="Times New Roman"/>
                <w:color w:val="C00000"/>
              </w:rPr>
              <w:t>t quan tâm và giúp đ</w:t>
            </w:r>
            <w:r>
              <w:rPr>
                <w:rFonts w:cs="Times New Roman"/>
                <w:color w:val="C00000"/>
              </w:rPr>
              <w:t>ỡ</w:t>
            </w:r>
            <w:r>
              <w:rPr>
                <w:rFonts w:cs="Times New Roman"/>
                <w:color w:val="C00000"/>
              </w:rPr>
              <w:t xml:space="preserve"> ngư</w:t>
            </w:r>
            <w:r>
              <w:rPr>
                <w:rFonts w:cs="Times New Roman"/>
                <w:color w:val="C00000"/>
              </w:rPr>
              <w:t>ờ</w:t>
            </w:r>
            <w:r>
              <w:rPr>
                <w:rFonts w:cs="Times New Roman"/>
                <w:color w:val="C00000"/>
              </w:rPr>
              <w:t>i có hoàn c</w:t>
            </w:r>
            <w:r>
              <w:rPr>
                <w:rFonts w:cs="Times New Roman"/>
                <w:color w:val="C00000"/>
              </w:rPr>
              <w:t>ả</w:t>
            </w:r>
            <w:r>
              <w:rPr>
                <w:rFonts w:cs="Times New Roman"/>
                <w:color w:val="C00000"/>
              </w:rPr>
              <w:t>nh khó khăn b</w:t>
            </w:r>
            <w:r>
              <w:rPr>
                <w:rFonts w:cs="Times New Roman"/>
                <w:color w:val="C00000"/>
              </w:rPr>
              <w:t>ằ</w:t>
            </w:r>
            <w:r>
              <w:rPr>
                <w:rFonts w:cs="Times New Roman"/>
                <w:color w:val="C00000"/>
              </w:rPr>
              <w:t>ng nh</w:t>
            </w:r>
            <w:r>
              <w:rPr>
                <w:rFonts w:cs="Times New Roman"/>
                <w:color w:val="C00000"/>
              </w:rPr>
              <w:t>ữ</w:t>
            </w:r>
            <w:r>
              <w:rPr>
                <w:rFonts w:cs="Times New Roman"/>
                <w:color w:val="C00000"/>
              </w:rPr>
              <w:t>ng vi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c làm phù h</w:t>
            </w:r>
            <w:r>
              <w:rPr>
                <w:rFonts w:cs="Times New Roman"/>
                <w:color w:val="C00000"/>
              </w:rPr>
              <w:t>ợ</w:t>
            </w:r>
            <w:r>
              <w:rPr>
                <w:rFonts w:cs="Times New Roman"/>
                <w:color w:val="C00000"/>
              </w:rPr>
              <w:t>p v</w:t>
            </w:r>
            <w:r>
              <w:rPr>
                <w:rFonts w:cs="Times New Roman"/>
                <w:color w:val="C00000"/>
              </w:rPr>
              <w:t>ớ</w:t>
            </w:r>
            <w:r>
              <w:rPr>
                <w:rFonts w:cs="Times New Roman"/>
                <w:color w:val="C00000"/>
              </w:rPr>
              <w:t>i l</w:t>
            </w:r>
            <w:r>
              <w:rPr>
                <w:rFonts w:cs="Times New Roman"/>
                <w:color w:val="C00000"/>
              </w:rPr>
              <w:t>ứ</w:t>
            </w:r>
            <w:r>
              <w:rPr>
                <w:rFonts w:cs="Times New Roman"/>
                <w:color w:val="C00000"/>
              </w:rPr>
              <w:t>a tu</w:t>
            </w:r>
            <w:r>
              <w:rPr>
                <w:rFonts w:cs="Times New Roman"/>
                <w:color w:val="C00000"/>
              </w:rPr>
              <w:t>ổ</w:t>
            </w:r>
            <w:r>
              <w:rPr>
                <w:rFonts w:cs="Times New Roman"/>
                <w:color w:val="C00000"/>
              </w:rPr>
              <w:t>i; b</w:t>
            </w:r>
            <w:r>
              <w:rPr>
                <w:rFonts w:cs="Times New Roman"/>
                <w:color w:val="C00000"/>
              </w:rPr>
              <w:t>ồ</w:t>
            </w:r>
            <w:r>
              <w:rPr>
                <w:rFonts w:cs="Times New Roman"/>
                <w:color w:val="C00000"/>
              </w:rPr>
              <w:t>i</w:t>
            </w:r>
            <w:r>
              <w:rPr>
                <w:rFonts w:cs="Times New Roman"/>
                <w:color w:val="C00000"/>
              </w:rPr>
              <w:t xml:space="preserve"> dư</w:t>
            </w:r>
            <w:r>
              <w:rPr>
                <w:rFonts w:cs="Times New Roman"/>
                <w:color w:val="C00000"/>
              </w:rPr>
              <w:t>ỡ</w:t>
            </w:r>
            <w:r>
              <w:rPr>
                <w:rFonts w:cs="Times New Roman"/>
                <w:color w:val="C00000"/>
              </w:rPr>
              <w:t>ng tinh th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tương thân tương ái và l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i s</w:t>
            </w:r>
            <w:r>
              <w:rPr>
                <w:rFonts w:cs="Times New Roman"/>
                <w:color w:val="C00000"/>
              </w:rPr>
              <w:t>ố</w:t>
            </w:r>
            <w:r>
              <w:rPr>
                <w:rFonts w:cs="Times New Roman"/>
                <w:color w:val="C00000"/>
              </w:rPr>
              <w:t>ng đ</w:t>
            </w:r>
            <w:r>
              <w:rPr>
                <w:rFonts w:cs="Times New Roman"/>
                <w:color w:val="C00000"/>
              </w:rPr>
              <w:t>ẹ</w:t>
            </w:r>
            <w:r>
              <w:rPr>
                <w:rFonts w:cs="Times New Roman"/>
                <w:color w:val="C00000"/>
              </w:rPr>
              <w:t>p.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color w:val="C00000"/>
              </w:rPr>
              <w:t>- L</w:t>
            </w:r>
            <w:r>
              <w:rPr>
                <w:rFonts w:cs="Times New Roman"/>
                <w:color w:val="C00000"/>
              </w:rPr>
              <w:t>ắ</w:t>
            </w:r>
            <w:r>
              <w:rPr>
                <w:rFonts w:cs="Times New Roman"/>
                <w:color w:val="C00000"/>
              </w:rPr>
              <w:t>ng nghe; nêu l</w:t>
            </w:r>
            <w:r>
              <w:rPr>
                <w:rFonts w:cs="Times New Roman"/>
                <w:color w:val="C00000"/>
              </w:rPr>
              <w:t>ạ</w:t>
            </w:r>
            <w:r>
              <w:rPr>
                <w:rFonts w:cs="Times New Roman"/>
                <w:color w:val="C00000"/>
              </w:rPr>
              <w:t>i đi</w:t>
            </w:r>
            <w:r>
              <w:rPr>
                <w:rFonts w:cs="Times New Roman"/>
                <w:color w:val="C00000"/>
              </w:rPr>
              <w:t>ề</w:t>
            </w:r>
            <w:r>
              <w:rPr>
                <w:rFonts w:cs="Times New Roman"/>
                <w:color w:val="C00000"/>
              </w:rPr>
              <w:t>u em c</w:t>
            </w:r>
            <w:r>
              <w:rPr>
                <w:rFonts w:cs="Times New Roman"/>
                <w:color w:val="C00000"/>
              </w:rPr>
              <w:t>ầ</w:t>
            </w:r>
            <w:r>
              <w:rPr>
                <w:rFonts w:cs="Times New Roman"/>
                <w:color w:val="C00000"/>
              </w:rPr>
              <w:t>n th</w:t>
            </w:r>
            <w:r>
              <w:rPr>
                <w:rFonts w:cs="Times New Roman"/>
                <w:color w:val="C00000"/>
              </w:rPr>
              <w:t>ự</w:t>
            </w:r>
            <w:r>
              <w:rPr>
                <w:rFonts w:cs="Times New Roman"/>
                <w:color w:val="C00000"/>
              </w:rPr>
              <w:t>c hi</w:t>
            </w:r>
            <w:r>
              <w:rPr>
                <w:rFonts w:cs="Times New Roman"/>
                <w:color w:val="C00000"/>
              </w:rPr>
              <w:t>ệ</w:t>
            </w:r>
            <w:r>
              <w:rPr>
                <w:rFonts w:cs="Times New Roman"/>
                <w:color w:val="C00000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nhóm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nhóm khác b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sung.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và tham gia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x</w:t>
            </w:r>
            <w:r>
              <w:rPr>
                <w:rFonts w:cs="Times New Roman"/>
              </w:rPr>
              <w:t>ã h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sinh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1.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3.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hành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hành x</w:t>
            </w:r>
            <w:r>
              <w:rPr>
                <w:rFonts w:cs="Times New Roman"/>
                <w:b/>
              </w:rPr>
              <w:t>ử</w:t>
            </w:r>
            <w:r>
              <w:rPr>
                <w:rFonts w:cs="Times New Roman"/>
                <w:b/>
              </w:rPr>
              <w:t xml:space="preserve"> lí ho</w:t>
            </w:r>
            <w:r>
              <w:rPr>
                <w:rFonts w:cs="Times New Roman"/>
                <w:b/>
              </w:rPr>
              <w:t>ặ</w:t>
            </w:r>
            <w:r>
              <w:rPr>
                <w:rFonts w:cs="Times New Roman"/>
                <w:b/>
              </w:rPr>
              <w:t>c trình bày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bài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Nhóm 4 l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có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 xml:space="preserve">n 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và trình bày cách làm.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n; trình bày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nhóm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</w:t>
            </w:r>
            <w:r>
              <w:rPr>
                <w:rFonts w:cs="Times New Roman"/>
              </w:rPr>
              <w:t xml:space="preserve">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em/nhóm th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viên.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Trình bày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Các em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đúng b</w:t>
            </w:r>
            <w:r>
              <w:rPr>
                <w:rFonts w:cs="Times New Roman"/>
              </w:rPr>
              <w:t>ằ</w:t>
            </w:r>
            <w:r>
              <w:rPr>
                <w:rFonts w:cs="Times New Roman"/>
              </w:rPr>
              <w:t>ng thái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 xml:space="preserve">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giác và l</w:t>
            </w:r>
            <w:r>
              <w:rPr>
                <w:rFonts w:cs="Times New Roman"/>
              </w:rPr>
              <w:t>ễ</w:t>
            </w:r>
            <w:r>
              <w:rPr>
                <w:rFonts w:cs="Times New Roman"/>
              </w:rPr>
              <w:t xml:space="preserve"> phép.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4.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- tr</w:t>
            </w:r>
            <w:r>
              <w:rPr>
                <w:rFonts w:cs="Times New Roman"/>
                <w:b/>
              </w:rPr>
              <w:t>ả</w:t>
            </w:r>
            <w:r>
              <w:rPr>
                <w:rFonts w:cs="Times New Roman"/>
                <w:b/>
              </w:rPr>
              <w:t>i nghi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V</w:t>
            </w:r>
            <w:r>
              <w:rPr>
                <w:rFonts w:cs="Times New Roman"/>
                <w:b/>
              </w:rPr>
              <w:t>ậ</w:t>
            </w:r>
            <w:r>
              <w:rPr>
                <w:rFonts w:cs="Times New Roman"/>
                <w:b/>
              </w:rPr>
              <w:t>n d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ng bài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 xml:space="preserve">c vào </w:t>
            </w:r>
            <w:r>
              <w:rPr>
                <w:rFonts w:cs="Times New Roman"/>
                <w:b/>
              </w:rPr>
              <w:t>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làm g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gũi.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Cùng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hư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ng 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xã h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theo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d</w:t>
            </w:r>
            <w:r>
              <w:rPr>
                <w:rFonts w:cs="Times New Roman"/>
              </w:rPr>
              <w:t>ẫ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Em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trong 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p và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</w:tbl>
    <w:p w:rsidR="00A51C90" w:rsidRDefault="00B0583B">
      <w:pPr>
        <w:spacing w:after="20" w:line="245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........................................................................................................................................................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</w:t>
      </w:r>
      <w:r>
        <w:rPr>
          <w:rFonts w:cs="Times New Roman"/>
        </w:rPr>
        <w:t>.................................................</w:t>
      </w:r>
    </w:p>
    <w:p w:rsidR="00A51C90" w:rsidRDefault="00B0583B">
      <w:r>
        <w:br w:type="page"/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  <w:sz w:val="28"/>
        </w:rPr>
        <w:lastRenderedPageBreak/>
        <w:t>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Đ</w:t>
      </w:r>
      <w:r>
        <w:rPr>
          <w:rFonts w:cs="Times New Roman"/>
          <w:b/>
          <w:sz w:val="28"/>
        </w:rPr>
        <w:t>Ộ</w:t>
      </w:r>
      <w:r>
        <w:rPr>
          <w:rFonts w:cs="Times New Roman"/>
          <w:b/>
          <w:sz w:val="28"/>
        </w:rPr>
        <w:t>NG TR</w:t>
      </w:r>
      <w:r>
        <w:rPr>
          <w:rFonts w:cs="Times New Roman"/>
          <w:b/>
          <w:sz w:val="28"/>
        </w:rPr>
        <w:t>Ả</w:t>
      </w:r>
      <w:r>
        <w:rPr>
          <w:rFonts w:cs="Times New Roman"/>
          <w:b/>
          <w:sz w:val="28"/>
        </w:rPr>
        <w:t>I NGHI</w:t>
      </w:r>
      <w:r>
        <w:rPr>
          <w:rFonts w:cs="Times New Roman"/>
          <w:b/>
          <w:sz w:val="28"/>
        </w:rPr>
        <w:t>Ệ</w:t>
      </w:r>
      <w:r>
        <w:rPr>
          <w:rFonts w:cs="Times New Roman"/>
          <w:b/>
          <w:sz w:val="28"/>
        </w:rPr>
        <w:t>M</w:t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</w:rPr>
        <w:t>CH</w:t>
      </w:r>
      <w:r>
        <w:rPr>
          <w:rFonts w:cs="Times New Roman"/>
          <w:b/>
        </w:rPr>
        <w:t>Ủ</w:t>
      </w:r>
      <w:r>
        <w:rPr>
          <w:rFonts w:cs="Times New Roman"/>
          <w:b/>
        </w:rPr>
        <w:t xml:space="preserve"> Đ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 xml:space="preserve"> 7: THAM GIA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C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>NG</w:t>
      </w:r>
    </w:p>
    <w:p w:rsidR="00A51C90" w:rsidRDefault="00B0583B">
      <w:pPr>
        <w:spacing w:after="20" w:line="245" w:lineRule="auto"/>
        <w:jc w:val="center"/>
      </w:pPr>
      <w:r>
        <w:rPr>
          <w:rFonts w:cs="Times New Roman"/>
          <w:b/>
          <w:sz w:val="28"/>
        </w:rPr>
        <w:t>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27 - SINH HO</w:t>
      </w:r>
      <w:r>
        <w:rPr>
          <w:rFonts w:cs="Times New Roman"/>
          <w:b/>
          <w:sz w:val="28"/>
        </w:rPr>
        <w:t>Ạ</w:t>
      </w:r>
      <w:r>
        <w:rPr>
          <w:rFonts w:cs="Times New Roman"/>
          <w:b/>
          <w:sz w:val="28"/>
        </w:rPr>
        <w:t>T L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P: SƠ K</w:t>
      </w:r>
      <w:r>
        <w:rPr>
          <w:rFonts w:cs="Times New Roman"/>
          <w:b/>
          <w:sz w:val="28"/>
        </w:rPr>
        <w:t>Ế</w:t>
      </w:r>
      <w:r>
        <w:rPr>
          <w:rFonts w:cs="Times New Roman"/>
          <w:b/>
          <w:sz w:val="28"/>
        </w:rPr>
        <w:t>T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27 - PHƯƠNG HƯ</w:t>
      </w:r>
      <w:r>
        <w:rPr>
          <w:rFonts w:cs="Times New Roman"/>
          <w:b/>
          <w:sz w:val="28"/>
        </w:rPr>
        <w:t>Ớ</w:t>
      </w:r>
      <w:r>
        <w:rPr>
          <w:rFonts w:cs="Times New Roman"/>
          <w:b/>
          <w:sz w:val="28"/>
        </w:rPr>
        <w:t>NG TU</w:t>
      </w:r>
      <w:r>
        <w:rPr>
          <w:rFonts w:cs="Times New Roman"/>
          <w:b/>
          <w:sz w:val="28"/>
        </w:rPr>
        <w:t>Ầ</w:t>
      </w:r>
      <w:r>
        <w:rPr>
          <w:rFonts w:cs="Times New Roman"/>
          <w:b/>
          <w:sz w:val="28"/>
        </w:rPr>
        <w:t>N 28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I. YÊU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U C</w:t>
      </w:r>
      <w:r>
        <w:rPr>
          <w:rFonts w:cs="Times New Roman"/>
          <w:b/>
        </w:rPr>
        <w:t>Ầ</w:t>
      </w:r>
      <w:r>
        <w:rPr>
          <w:rFonts w:cs="Times New Roman"/>
          <w:b/>
        </w:rPr>
        <w:t>N Đ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1.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đ</w:t>
      </w:r>
      <w:r>
        <w:rPr>
          <w:rFonts w:cs="Times New Roman"/>
          <w:b/>
        </w:rPr>
        <w:t>ặ</w:t>
      </w:r>
      <w:r>
        <w:rPr>
          <w:rFonts w:cs="Times New Roman"/>
          <w:b/>
        </w:rPr>
        <w:t>c thù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n</w:t>
      </w:r>
      <w:r>
        <w:rPr>
          <w:rFonts w:cs="Times New Roman"/>
        </w:rPr>
        <w:t>ề</w:t>
      </w:r>
      <w:r>
        <w:rPr>
          <w:rFonts w:cs="Times New Roman"/>
        </w:rPr>
        <w:t xml:space="preserve">n </w:t>
      </w:r>
      <w:r>
        <w:rPr>
          <w:rFonts w:cs="Times New Roman"/>
        </w:rPr>
        <w:t>n</w:t>
      </w:r>
      <w:r>
        <w:rPr>
          <w:rFonts w:cs="Times New Roman"/>
        </w:rPr>
        <w:t>ế</w:t>
      </w:r>
      <w:r>
        <w:rPr>
          <w:rFonts w:cs="Times New Roman"/>
        </w:rPr>
        <w:t>p,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 và rèn luy</w:t>
      </w:r>
      <w:r>
        <w:rPr>
          <w:rFonts w:cs="Times New Roman"/>
        </w:rPr>
        <w:t>ệ</w:t>
      </w:r>
      <w:r>
        <w:rPr>
          <w:rFonts w:cs="Times New Roman"/>
        </w:rPr>
        <w:t>n trong tu</w:t>
      </w:r>
      <w:r>
        <w:rPr>
          <w:rFonts w:cs="Times New Roman"/>
        </w:rPr>
        <w:t>ầ</w:t>
      </w:r>
      <w:r>
        <w:rPr>
          <w:rFonts w:cs="Times New Roman"/>
        </w:rPr>
        <w:t>n 27.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Nêu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em s</w:t>
      </w:r>
      <w:r>
        <w:rPr>
          <w:rFonts w:cs="Times New Roman"/>
        </w:rPr>
        <w:t>ẽ</w:t>
      </w:r>
      <w:r>
        <w:rPr>
          <w:rFonts w:cs="Times New Roman"/>
        </w:rPr>
        <w:t xml:space="preserve"> tham gia đ</w:t>
      </w:r>
      <w:r>
        <w:rPr>
          <w:rFonts w:cs="Times New Roman"/>
        </w:rPr>
        <w:t>ể</w:t>
      </w:r>
      <w:r>
        <w:rPr>
          <w:rFonts w:cs="Times New Roman"/>
        </w:rPr>
        <w:t xml:space="preserve"> hư</w:t>
      </w:r>
      <w:r>
        <w:rPr>
          <w:rFonts w:cs="Times New Roman"/>
        </w:rPr>
        <w:t>ở</w:t>
      </w:r>
      <w:r>
        <w:rPr>
          <w:rFonts w:cs="Times New Roman"/>
        </w:rPr>
        <w:t xml:space="preserve">ng </w:t>
      </w:r>
      <w:r>
        <w:rPr>
          <w:rFonts w:cs="Times New Roman"/>
        </w:rPr>
        <w:t>ứ</w:t>
      </w:r>
      <w:r>
        <w:rPr>
          <w:rFonts w:cs="Times New Roman"/>
        </w:rPr>
        <w:t>ng phong trào k</w:t>
      </w:r>
      <w:r>
        <w:rPr>
          <w:rFonts w:cs="Times New Roman"/>
        </w:rPr>
        <w:t>ế</w:t>
      </w:r>
      <w:r>
        <w:rPr>
          <w:rFonts w:cs="Times New Roman"/>
        </w:rPr>
        <w:t xml:space="preserve"> ho</w:t>
      </w:r>
      <w:r>
        <w:rPr>
          <w:rFonts w:cs="Times New Roman"/>
        </w:rPr>
        <w:t>ạ</w:t>
      </w:r>
      <w:r>
        <w:rPr>
          <w:rFonts w:cs="Times New Roman"/>
        </w:rPr>
        <w:t>ch nh</w:t>
      </w:r>
      <w:r>
        <w:rPr>
          <w:rFonts w:cs="Times New Roman"/>
        </w:rPr>
        <w:t>ỏ</w:t>
      </w:r>
      <w:r>
        <w:rPr>
          <w:rFonts w:cs="Times New Roman"/>
        </w:rPr>
        <w:t xml:space="preserve"> c</w:t>
      </w:r>
      <w:r>
        <w:rPr>
          <w:rFonts w:cs="Times New Roman"/>
        </w:rPr>
        <w:t>ủ</w:t>
      </w:r>
      <w:r>
        <w:rPr>
          <w:rFonts w:cs="Times New Roman"/>
        </w:rPr>
        <w:t>a l</w:t>
      </w:r>
      <w:r>
        <w:rPr>
          <w:rFonts w:cs="Times New Roman"/>
        </w:rPr>
        <w:t>ớ</w:t>
      </w:r>
      <w:r>
        <w:rPr>
          <w:rFonts w:cs="Times New Roman"/>
        </w:rPr>
        <w:t>p.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2. Năng l</w:t>
      </w:r>
      <w:r>
        <w:rPr>
          <w:rFonts w:cs="Times New Roman"/>
          <w:b/>
        </w:rPr>
        <w:t>ự</w:t>
      </w:r>
      <w:r>
        <w:rPr>
          <w:rFonts w:cs="Times New Roman"/>
          <w:b/>
        </w:rPr>
        <w:t>c chung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</w:t>
      </w:r>
      <w:r>
        <w:rPr>
          <w:rFonts w:cs="Times New Roman"/>
        </w:rPr>
        <w:t>ự</w:t>
      </w:r>
      <w:r>
        <w:rPr>
          <w:rFonts w:cs="Times New Roman"/>
        </w:rPr>
        <w:t xml:space="preserve"> ch</w:t>
      </w:r>
      <w:r>
        <w:rPr>
          <w:rFonts w:cs="Times New Roman"/>
        </w:rPr>
        <w:t>ủ</w:t>
      </w:r>
      <w:r>
        <w:rPr>
          <w:rFonts w:cs="Times New Roman"/>
        </w:rPr>
        <w:t xml:space="preserve"> và t</w:t>
      </w:r>
      <w:r>
        <w:rPr>
          <w:rFonts w:cs="Times New Roman"/>
        </w:rPr>
        <w:t>ự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c: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ộ</w:t>
      </w:r>
      <w:r>
        <w:rPr>
          <w:rFonts w:cs="Times New Roman"/>
        </w:rPr>
        <w:t>ng tham gia,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 và đi</w:t>
      </w:r>
      <w:r>
        <w:rPr>
          <w:rFonts w:cs="Times New Roman"/>
        </w:rPr>
        <w:t>ề</w:t>
      </w:r>
      <w:r>
        <w:rPr>
          <w:rFonts w:cs="Times New Roman"/>
        </w:rPr>
        <w:t>u ch</w:t>
      </w:r>
      <w:r>
        <w:rPr>
          <w:rFonts w:cs="Times New Roman"/>
        </w:rPr>
        <w:t>ỉ</w:t>
      </w:r>
      <w:r>
        <w:rPr>
          <w:rFonts w:cs="Times New Roman"/>
        </w:rPr>
        <w:t>nh vi</w:t>
      </w:r>
      <w:r>
        <w:rPr>
          <w:rFonts w:cs="Times New Roman"/>
        </w:rPr>
        <w:t>ệ</w:t>
      </w:r>
      <w:r>
        <w:rPr>
          <w:rFonts w:cs="Times New Roman"/>
        </w:rPr>
        <w:t>c làm c</w:t>
      </w:r>
      <w:r>
        <w:rPr>
          <w:rFonts w:cs="Times New Roman"/>
        </w:rPr>
        <w:t>ủ</w:t>
      </w:r>
      <w:r>
        <w:rPr>
          <w:rFonts w:cs="Times New Roman"/>
        </w:rPr>
        <w:t>a b</w:t>
      </w:r>
      <w:r>
        <w:rPr>
          <w:rFonts w:cs="Times New Roman"/>
        </w:rPr>
        <w:t>ả</w:t>
      </w:r>
      <w:r>
        <w:rPr>
          <w:rFonts w:cs="Times New Roman"/>
        </w:rPr>
        <w:t>n thân.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Giao ti</w:t>
      </w:r>
      <w:r>
        <w:rPr>
          <w:rFonts w:cs="Times New Roman"/>
        </w:rPr>
        <w:t>ế</w:t>
      </w:r>
      <w:r>
        <w:rPr>
          <w:rFonts w:cs="Times New Roman"/>
        </w:rPr>
        <w:t>p và h</w:t>
      </w:r>
      <w:r>
        <w:rPr>
          <w:rFonts w:cs="Times New Roman"/>
        </w:rPr>
        <w:t>ợ</w:t>
      </w:r>
      <w:r>
        <w:rPr>
          <w:rFonts w:cs="Times New Roman"/>
        </w:rPr>
        <w:t>p tác: Bi</w:t>
      </w:r>
      <w:r>
        <w:rPr>
          <w:rFonts w:cs="Times New Roman"/>
        </w:rPr>
        <w:t>ế</w:t>
      </w:r>
      <w:r>
        <w:rPr>
          <w:rFonts w:cs="Times New Roman"/>
        </w:rPr>
        <w:t>t tra</w:t>
      </w:r>
      <w:r>
        <w:rPr>
          <w:rFonts w:cs="Times New Roman"/>
        </w:rPr>
        <w:t>o đ</w:t>
      </w:r>
      <w:r>
        <w:rPr>
          <w:rFonts w:cs="Times New Roman"/>
        </w:rPr>
        <w:t>ổ</w:t>
      </w:r>
      <w:r>
        <w:rPr>
          <w:rFonts w:cs="Times New Roman"/>
        </w:rPr>
        <w:t>i, l</w:t>
      </w:r>
      <w:r>
        <w:rPr>
          <w:rFonts w:cs="Times New Roman"/>
        </w:rPr>
        <w:t>ắ</w:t>
      </w:r>
      <w:r>
        <w:rPr>
          <w:rFonts w:cs="Times New Roman"/>
        </w:rPr>
        <w:t>ng nghe, ph</w:t>
      </w:r>
      <w:r>
        <w:rPr>
          <w:rFonts w:cs="Times New Roman"/>
        </w:rPr>
        <w:t>ố</w:t>
      </w:r>
      <w:r>
        <w:rPr>
          <w:rFonts w:cs="Times New Roman"/>
        </w:rPr>
        <w:t>i h</w:t>
      </w:r>
      <w:r>
        <w:rPr>
          <w:rFonts w:cs="Times New Roman"/>
        </w:rPr>
        <w:t>ợ</w:t>
      </w:r>
      <w:r>
        <w:rPr>
          <w:rFonts w:cs="Times New Roman"/>
        </w:rPr>
        <w:t>p và trình bày ý ki</w:t>
      </w:r>
      <w:r>
        <w:rPr>
          <w:rFonts w:cs="Times New Roman"/>
        </w:rPr>
        <w:t>ế</w:t>
      </w:r>
      <w:r>
        <w:rPr>
          <w:rFonts w:cs="Times New Roman"/>
        </w:rPr>
        <w:t>n v</w:t>
      </w:r>
      <w:r>
        <w:rPr>
          <w:rFonts w:cs="Times New Roman"/>
        </w:rPr>
        <w:t>ớ</w:t>
      </w:r>
      <w:r>
        <w:rPr>
          <w:rFonts w:cs="Times New Roman"/>
        </w:rPr>
        <w:t>i b</w:t>
      </w:r>
      <w:r>
        <w:rPr>
          <w:rFonts w:cs="Times New Roman"/>
        </w:rPr>
        <w:t>ạ</w:t>
      </w:r>
      <w:r>
        <w:rPr>
          <w:rFonts w:cs="Times New Roman"/>
        </w:rPr>
        <w:t>n.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</w:t>
      </w:r>
      <w:r>
        <w:rPr>
          <w:rFonts w:cs="Times New Roman"/>
        </w:rPr>
        <w:t>ả</w:t>
      </w:r>
      <w:r>
        <w:rPr>
          <w:rFonts w:cs="Times New Roman"/>
        </w:rPr>
        <w:t>i quy</w:t>
      </w:r>
      <w:r>
        <w:rPr>
          <w:rFonts w:cs="Times New Roman"/>
        </w:rPr>
        <w:t>ế</w:t>
      </w:r>
      <w:r>
        <w:rPr>
          <w:rFonts w:cs="Times New Roman"/>
        </w:rPr>
        <w:t>t v</w:t>
      </w:r>
      <w:r>
        <w:rPr>
          <w:rFonts w:cs="Times New Roman"/>
        </w:rPr>
        <w:t>ấ</w:t>
      </w:r>
      <w:r>
        <w:rPr>
          <w:rFonts w:cs="Times New Roman"/>
        </w:rPr>
        <w:t>n đ</w:t>
      </w:r>
      <w:r>
        <w:rPr>
          <w:rFonts w:cs="Times New Roman"/>
        </w:rPr>
        <w:t>ề</w:t>
      </w:r>
      <w:r>
        <w:rPr>
          <w:rFonts w:cs="Times New Roman"/>
        </w:rPr>
        <w:t xml:space="preserve"> và sáng t</w:t>
      </w:r>
      <w:r>
        <w:rPr>
          <w:rFonts w:cs="Times New Roman"/>
        </w:rPr>
        <w:t>ạ</w:t>
      </w:r>
      <w:r>
        <w:rPr>
          <w:rFonts w:cs="Times New Roman"/>
        </w:rPr>
        <w:t>o: L</w:t>
      </w:r>
      <w:r>
        <w:rPr>
          <w:rFonts w:cs="Times New Roman"/>
        </w:rPr>
        <w:t>ự</w:t>
      </w:r>
      <w:r>
        <w:rPr>
          <w:rFonts w:cs="Times New Roman"/>
        </w:rPr>
        <w:t>a ch</w:t>
      </w:r>
      <w:r>
        <w:rPr>
          <w:rFonts w:cs="Times New Roman"/>
        </w:rPr>
        <w:t>ọ</w:t>
      </w:r>
      <w:r>
        <w:rPr>
          <w:rFonts w:cs="Times New Roman"/>
        </w:rPr>
        <w:t>n đư</w:t>
      </w:r>
      <w:r>
        <w:rPr>
          <w:rFonts w:cs="Times New Roman"/>
        </w:rPr>
        <w:t>ợ</w:t>
      </w:r>
      <w:r>
        <w:rPr>
          <w:rFonts w:cs="Times New Roman"/>
        </w:rPr>
        <w:t>c vi</w:t>
      </w:r>
      <w:r>
        <w:rPr>
          <w:rFonts w:cs="Times New Roman"/>
        </w:rPr>
        <w:t>ệ</w:t>
      </w:r>
      <w:r>
        <w:rPr>
          <w:rFonts w:cs="Times New Roman"/>
        </w:rPr>
        <w:t>c làm phù h</w:t>
      </w:r>
      <w:r>
        <w:rPr>
          <w:rFonts w:cs="Times New Roman"/>
        </w:rPr>
        <w:t>ợ</w:t>
      </w:r>
      <w:r>
        <w:rPr>
          <w:rFonts w:cs="Times New Roman"/>
        </w:rPr>
        <w:t>p trong tình hu</w:t>
      </w:r>
      <w:r>
        <w:rPr>
          <w:rFonts w:cs="Times New Roman"/>
        </w:rPr>
        <w:t>ố</w:t>
      </w:r>
      <w:r>
        <w:rPr>
          <w:rFonts w:cs="Times New Roman"/>
        </w:rPr>
        <w:t>ng g</w:t>
      </w:r>
      <w:r>
        <w:rPr>
          <w:rFonts w:cs="Times New Roman"/>
        </w:rPr>
        <w:t>ầ</w:t>
      </w:r>
      <w:r>
        <w:rPr>
          <w:rFonts w:cs="Times New Roman"/>
        </w:rPr>
        <w:t>n gũi.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3. Ph</w:t>
      </w:r>
      <w:r>
        <w:rPr>
          <w:rFonts w:cs="Times New Roman"/>
          <w:b/>
        </w:rPr>
        <w:t>ẩ</w:t>
      </w:r>
      <w:r>
        <w:rPr>
          <w:rFonts w:cs="Times New Roman"/>
          <w:b/>
        </w:rPr>
        <w:t>m ch</w:t>
      </w:r>
      <w:r>
        <w:rPr>
          <w:rFonts w:cs="Times New Roman"/>
          <w:b/>
        </w:rPr>
        <w:t>ấ</w:t>
      </w:r>
      <w:r>
        <w:rPr>
          <w:rFonts w:cs="Times New Roman"/>
          <w:b/>
        </w:rPr>
        <w:t>t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Nhân ái: Bi</w:t>
      </w:r>
      <w:r>
        <w:rPr>
          <w:rFonts w:cs="Times New Roman"/>
        </w:rPr>
        <w:t>ế</w:t>
      </w:r>
      <w:r>
        <w:rPr>
          <w:rFonts w:cs="Times New Roman"/>
        </w:rPr>
        <w:t>t quan tâm, tôn tr</w:t>
      </w:r>
      <w:r>
        <w:rPr>
          <w:rFonts w:cs="Times New Roman"/>
        </w:rPr>
        <w:t>ọ</w:t>
      </w:r>
      <w:r>
        <w:rPr>
          <w:rFonts w:cs="Times New Roman"/>
        </w:rPr>
        <w:t>ng và chia s</w:t>
      </w:r>
      <w:r>
        <w:rPr>
          <w:rFonts w:cs="Times New Roman"/>
        </w:rPr>
        <w:t>ẻ</w:t>
      </w:r>
      <w:r>
        <w:rPr>
          <w:rFonts w:cs="Times New Roman"/>
        </w:rPr>
        <w:t xml:space="preserve"> v</w:t>
      </w:r>
      <w:r>
        <w:rPr>
          <w:rFonts w:cs="Times New Roman"/>
        </w:rPr>
        <w:t>ớ</w:t>
      </w:r>
      <w:r>
        <w:rPr>
          <w:rFonts w:cs="Times New Roman"/>
        </w:rPr>
        <w:t>i m</w:t>
      </w:r>
      <w:r>
        <w:rPr>
          <w:rFonts w:cs="Times New Roman"/>
        </w:rPr>
        <w:t>ọ</w:t>
      </w:r>
      <w:r>
        <w:rPr>
          <w:rFonts w:cs="Times New Roman"/>
        </w:rPr>
        <w:t>i ngư</w:t>
      </w:r>
      <w:r>
        <w:rPr>
          <w:rFonts w:cs="Times New Roman"/>
        </w:rPr>
        <w:t>ờ</w:t>
      </w:r>
      <w:r>
        <w:rPr>
          <w:rFonts w:cs="Times New Roman"/>
        </w:rPr>
        <w:t>i.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Chăm ch</w:t>
      </w:r>
      <w:r>
        <w:rPr>
          <w:rFonts w:cs="Times New Roman"/>
        </w:rPr>
        <w:t>ỉ</w:t>
      </w:r>
      <w:r>
        <w:rPr>
          <w:rFonts w:cs="Times New Roman"/>
        </w:rPr>
        <w:t>: Tích c</w:t>
      </w:r>
      <w:r>
        <w:rPr>
          <w:rFonts w:cs="Times New Roman"/>
        </w:rPr>
        <w:t>ự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 xml:space="preserve">n </w:t>
      </w:r>
      <w:r>
        <w:rPr>
          <w:rFonts w:cs="Times New Roman"/>
        </w:rPr>
        <w:t>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 xml:space="preserve"> h</w:t>
      </w:r>
      <w:r>
        <w:rPr>
          <w:rFonts w:cs="Times New Roman"/>
        </w:rPr>
        <w:t>ọ</w:t>
      </w:r>
      <w:r>
        <w:rPr>
          <w:rFonts w:cs="Times New Roman"/>
        </w:rPr>
        <w:t>c t</w:t>
      </w:r>
      <w:r>
        <w:rPr>
          <w:rFonts w:cs="Times New Roman"/>
        </w:rPr>
        <w:t>ậ</w:t>
      </w:r>
      <w:r>
        <w:rPr>
          <w:rFonts w:cs="Times New Roman"/>
        </w:rPr>
        <w:t>p, tr</w:t>
      </w:r>
      <w:r>
        <w:rPr>
          <w:rFonts w:cs="Times New Roman"/>
        </w:rPr>
        <w:t>ả</w:t>
      </w:r>
      <w:r>
        <w:rPr>
          <w:rFonts w:cs="Times New Roman"/>
        </w:rPr>
        <w:t>i nghi</w:t>
      </w:r>
      <w:r>
        <w:rPr>
          <w:rFonts w:cs="Times New Roman"/>
        </w:rPr>
        <w:t>ệ</w:t>
      </w:r>
      <w:r>
        <w:rPr>
          <w:rFonts w:cs="Times New Roman"/>
        </w:rPr>
        <w:t>m.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Trách nhi</w:t>
      </w:r>
      <w:r>
        <w:rPr>
          <w:rFonts w:cs="Times New Roman"/>
        </w:rPr>
        <w:t>ệ</w:t>
      </w:r>
      <w:r>
        <w:rPr>
          <w:rFonts w:cs="Times New Roman"/>
        </w:rPr>
        <w:t>m: Có ý th</w:t>
      </w:r>
      <w:r>
        <w:rPr>
          <w:rFonts w:cs="Times New Roman"/>
        </w:rPr>
        <w:t>ứ</w:t>
      </w:r>
      <w:r>
        <w:rPr>
          <w:rFonts w:cs="Times New Roman"/>
        </w:rPr>
        <w:t>c th</w:t>
      </w:r>
      <w:r>
        <w:rPr>
          <w:rFonts w:cs="Times New Roman"/>
        </w:rPr>
        <w:t>ự</w:t>
      </w:r>
      <w:r>
        <w:rPr>
          <w:rFonts w:cs="Times New Roman"/>
        </w:rPr>
        <w:t>c hi</w:t>
      </w:r>
      <w:r>
        <w:rPr>
          <w:rFonts w:cs="Times New Roman"/>
        </w:rPr>
        <w:t>ệ</w:t>
      </w:r>
      <w:r>
        <w:rPr>
          <w:rFonts w:cs="Times New Roman"/>
        </w:rPr>
        <w:t>n vi</w:t>
      </w:r>
      <w:r>
        <w:rPr>
          <w:rFonts w:cs="Times New Roman"/>
        </w:rPr>
        <w:t>ệ</w:t>
      </w:r>
      <w:r>
        <w:rPr>
          <w:rFonts w:cs="Times New Roman"/>
        </w:rPr>
        <w:t>c làm đúng, an toàn và có ích.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II. Đ</w:t>
      </w:r>
      <w:r>
        <w:rPr>
          <w:rFonts w:cs="Times New Roman"/>
          <w:b/>
        </w:rPr>
        <w:t>Ồ</w:t>
      </w:r>
      <w:r>
        <w:rPr>
          <w:rFonts w:cs="Times New Roman"/>
          <w:b/>
        </w:rPr>
        <w:t xml:space="preserve"> DÙNG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Giáo viên: SGK, tranh minh ho</w:t>
      </w:r>
      <w:r>
        <w:rPr>
          <w:rFonts w:cs="Times New Roman"/>
        </w:rPr>
        <w:t>ạ</w:t>
      </w:r>
      <w:r>
        <w:rPr>
          <w:rFonts w:cs="Times New Roman"/>
        </w:rPr>
        <w:t xml:space="preserve"> đã c</w:t>
      </w:r>
      <w:r>
        <w:rPr>
          <w:rFonts w:cs="Times New Roman"/>
        </w:rPr>
        <w:t>ắ</w:t>
      </w:r>
      <w:r>
        <w:rPr>
          <w:rFonts w:cs="Times New Roman"/>
        </w:rPr>
        <w:t>t đúng n</w:t>
      </w:r>
      <w:r>
        <w:rPr>
          <w:rFonts w:cs="Times New Roman"/>
        </w:rPr>
        <w:t>ộ</w:t>
      </w:r>
      <w:r>
        <w:rPr>
          <w:rFonts w:cs="Times New Roman"/>
        </w:rPr>
        <w:t>i dung t</w:t>
      </w:r>
      <w:r>
        <w:rPr>
          <w:rFonts w:cs="Times New Roman"/>
        </w:rPr>
        <w:t>ừ</w:t>
      </w:r>
      <w:r>
        <w:rPr>
          <w:rFonts w:cs="Times New Roman"/>
        </w:rPr>
        <w:t xml:space="preserve"> SGK, th</w:t>
      </w:r>
      <w:r>
        <w:rPr>
          <w:rFonts w:cs="Times New Roman"/>
        </w:rPr>
        <w:t>ẻ</w:t>
      </w:r>
      <w:r>
        <w:rPr>
          <w:rFonts w:cs="Times New Roman"/>
        </w:rPr>
        <w:t xml:space="preserve"> nhi</w:t>
      </w:r>
      <w:r>
        <w:rPr>
          <w:rFonts w:cs="Times New Roman"/>
        </w:rPr>
        <w:t>ệ</w:t>
      </w:r>
      <w:r>
        <w:rPr>
          <w:rFonts w:cs="Times New Roman"/>
        </w:rPr>
        <w:t>m v</w:t>
      </w:r>
      <w:r>
        <w:rPr>
          <w:rFonts w:cs="Times New Roman"/>
        </w:rPr>
        <w:t>ụ</w:t>
      </w:r>
      <w:r>
        <w:rPr>
          <w:rFonts w:cs="Times New Roman"/>
        </w:rPr>
        <w:t>, máy tính/máy chi</w:t>
      </w:r>
      <w:r>
        <w:rPr>
          <w:rFonts w:cs="Times New Roman"/>
        </w:rPr>
        <w:t>ế</w:t>
      </w:r>
      <w:r>
        <w:rPr>
          <w:rFonts w:cs="Times New Roman"/>
        </w:rPr>
        <w:t>u khi c</w:t>
      </w:r>
      <w:r>
        <w:rPr>
          <w:rFonts w:cs="Times New Roman"/>
        </w:rPr>
        <w:t>ầ</w:t>
      </w:r>
      <w:r>
        <w:rPr>
          <w:rFonts w:cs="Times New Roman"/>
        </w:rPr>
        <w:t>n, bài hát phù h</w:t>
      </w:r>
      <w:r>
        <w:rPr>
          <w:rFonts w:cs="Times New Roman"/>
        </w:rPr>
        <w:t>ợ</w:t>
      </w:r>
      <w:r>
        <w:rPr>
          <w:rFonts w:cs="Times New Roman"/>
        </w:rPr>
        <w:t>p ch</w:t>
      </w:r>
      <w:r>
        <w:rPr>
          <w:rFonts w:cs="Times New Roman"/>
        </w:rPr>
        <w:t>ủ</w:t>
      </w:r>
      <w:r>
        <w:rPr>
          <w:rFonts w:cs="Times New Roman"/>
        </w:rPr>
        <w:t xml:space="preserve"> đ</w:t>
      </w:r>
      <w:r>
        <w:rPr>
          <w:rFonts w:cs="Times New Roman"/>
        </w:rPr>
        <w:t>ề</w:t>
      </w:r>
      <w:r>
        <w:rPr>
          <w:rFonts w:cs="Times New Roman"/>
        </w:rPr>
        <w:t>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- H</w:t>
      </w:r>
      <w:r>
        <w:rPr>
          <w:rFonts w:cs="Times New Roman"/>
        </w:rPr>
        <w:t>ọ</w:t>
      </w:r>
      <w:r>
        <w:rPr>
          <w:rFonts w:cs="Times New Roman"/>
        </w:rPr>
        <w:t>c si</w:t>
      </w:r>
      <w:r>
        <w:rPr>
          <w:rFonts w:cs="Times New Roman"/>
        </w:rPr>
        <w:t>nh: SGK, bút màu, th</w:t>
      </w:r>
      <w:r>
        <w:rPr>
          <w:rFonts w:cs="Times New Roman"/>
        </w:rPr>
        <w:t>ẻ</w:t>
      </w:r>
      <w:r>
        <w:rPr>
          <w:rFonts w:cs="Times New Roman"/>
        </w:rPr>
        <w:t xml:space="preserve"> t</w:t>
      </w:r>
      <w:r>
        <w:rPr>
          <w:rFonts w:cs="Times New Roman"/>
        </w:rPr>
        <w:t>ự</w:t>
      </w:r>
      <w:r>
        <w:rPr>
          <w:rFonts w:cs="Times New Roman"/>
        </w:rPr>
        <w:t xml:space="preserve"> đánh giá; chu</w:t>
      </w:r>
      <w:r>
        <w:rPr>
          <w:rFonts w:cs="Times New Roman"/>
        </w:rPr>
        <w:t>ẩ</w:t>
      </w:r>
      <w:r>
        <w:rPr>
          <w:rFonts w:cs="Times New Roman"/>
        </w:rPr>
        <w:t>n b</w:t>
      </w:r>
      <w:r>
        <w:rPr>
          <w:rFonts w:cs="Times New Roman"/>
        </w:rPr>
        <w:t>ị</w:t>
      </w:r>
      <w:r>
        <w:rPr>
          <w:rFonts w:cs="Times New Roman"/>
        </w:rPr>
        <w:t xml:space="preserve"> tâm th</w:t>
      </w:r>
      <w:r>
        <w:rPr>
          <w:rFonts w:cs="Times New Roman"/>
        </w:rPr>
        <w:t>ế</w:t>
      </w:r>
      <w:r>
        <w:rPr>
          <w:rFonts w:cs="Times New Roman"/>
        </w:rPr>
        <w:t xml:space="preserve"> tham gia ho</w:t>
      </w:r>
      <w:r>
        <w:rPr>
          <w:rFonts w:cs="Times New Roman"/>
        </w:rPr>
        <w:t>ạ</w:t>
      </w:r>
      <w:r>
        <w:rPr>
          <w:rFonts w:cs="Times New Roman"/>
        </w:rPr>
        <w:t>t đ</w:t>
      </w:r>
      <w:r>
        <w:rPr>
          <w:rFonts w:cs="Times New Roman"/>
        </w:rPr>
        <w:t>ộ</w:t>
      </w:r>
      <w:r>
        <w:rPr>
          <w:rFonts w:cs="Times New Roman"/>
        </w:rPr>
        <w:t>ng.</w:t>
      </w:r>
    </w:p>
    <w:p w:rsidR="00A51C90" w:rsidRDefault="00B0583B">
      <w:pPr>
        <w:spacing w:after="20" w:line="245" w:lineRule="auto"/>
      </w:pPr>
      <w:r>
        <w:rPr>
          <w:rFonts w:cs="Times New Roman"/>
          <w:b/>
        </w:rPr>
        <w:t>III. CÁC HO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T Đ</w:t>
      </w:r>
      <w:r>
        <w:rPr>
          <w:rFonts w:cs="Times New Roman"/>
          <w:b/>
        </w:rPr>
        <w:t>Ộ</w:t>
      </w:r>
      <w:r>
        <w:rPr>
          <w:rFonts w:cs="Times New Roman"/>
          <w:b/>
        </w:rPr>
        <w:t>NG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 H</w:t>
      </w:r>
      <w:r>
        <w:rPr>
          <w:rFonts w:cs="Times New Roman"/>
          <w:b/>
        </w:rPr>
        <w:t>Ọ</w:t>
      </w:r>
      <w:r>
        <w:rPr>
          <w:rFonts w:cs="Times New Roman"/>
          <w:b/>
        </w:rPr>
        <w:t>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A51C90" w:rsidTr="00B0583B">
        <w:trPr>
          <w:cantSplit/>
          <w:tblHeader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giáo viên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  <w:jc w:val="center"/>
            </w:pPr>
            <w:r>
              <w:rPr>
                <w:rFonts w:cs="Times New Roman"/>
                <w:b/>
              </w:rPr>
              <w:t>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1. Kh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>i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o tâm th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 vui v</w:t>
            </w:r>
            <w:r>
              <w:rPr>
                <w:rFonts w:cs="Times New Roman"/>
                <w:b/>
              </w:rPr>
              <w:t>ẻ</w:t>
            </w:r>
            <w:r>
              <w:rPr>
                <w:rFonts w:cs="Times New Roman"/>
                <w:b/>
              </w:rPr>
              <w:t>,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n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i h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c sinh v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i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ng.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theo bài hát “L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 chúng ta đoàn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t”.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Hát và v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theo nh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c;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Em mong mu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 trong bu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hôm nay?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Em mong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,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 và tham gia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vui v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hôm nay giúp các em bi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làm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trong cu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c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s</w:t>
            </w:r>
            <w:r>
              <w:rPr>
                <w:rFonts w:cs="Times New Roman"/>
              </w:rPr>
              <w:t>ẵ</w:t>
            </w:r>
            <w:r>
              <w:rPr>
                <w:rFonts w:cs="Times New Roman"/>
              </w:rPr>
              <w:t>n sàng tham gia.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2.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l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p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2.1. Sơ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27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Nêu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đã làm t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>t và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c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c</w:t>
            </w:r>
            <w:r>
              <w:rPr>
                <w:rFonts w:cs="Times New Roman"/>
                <w:b/>
              </w:rPr>
              <w:t>ố</w:t>
            </w:r>
            <w:r>
              <w:rPr>
                <w:rFonts w:cs="Times New Roman"/>
                <w:b/>
              </w:rPr>
              <w:t xml:space="preserve"> g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ng trong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theo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: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qua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đã làm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</w:t>
            </w:r>
            <w:r>
              <w:rPr>
                <w:rFonts w:cs="Times New Roman"/>
              </w:rPr>
              <w:t xml:space="preserve">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báo cáo.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em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b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n thân em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Nêu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trong tu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trình bày; tuyên dương và góp ý nh</w:t>
            </w:r>
            <w:r>
              <w:rPr>
                <w:rFonts w:cs="Times New Roman"/>
              </w:rPr>
              <w:t>ẹ</w:t>
            </w:r>
            <w:r>
              <w:rPr>
                <w:rFonts w:cs="Times New Roman"/>
              </w:rPr>
              <w:t xml:space="preserve"> nhàng.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góp ý.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phát huy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t </w:t>
            </w:r>
            <w:r>
              <w:rPr>
                <w:rFonts w:cs="Times New Roman"/>
              </w:rPr>
              <w:t>và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ch</w:t>
            </w:r>
            <w:r>
              <w:rPr>
                <w:rFonts w:cs="Times New Roman"/>
              </w:rPr>
              <w:t>ỉ</w:t>
            </w:r>
            <w:r>
              <w:rPr>
                <w:rFonts w:cs="Times New Roman"/>
              </w:rPr>
              <w:t>nh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chưa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lastRenderedPageBreak/>
              <w:t>2.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l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p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2.2. Phương hư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ng tu</w:t>
            </w:r>
            <w:r>
              <w:rPr>
                <w:rFonts w:cs="Times New Roman"/>
                <w:b/>
              </w:rPr>
              <w:t>ầ</w:t>
            </w:r>
            <w:r>
              <w:rPr>
                <w:rFonts w:cs="Times New Roman"/>
                <w:b/>
              </w:rPr>
              <w:t>n 28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</w:t>
            </w:r>
            <w:r>
              <w:rPr>
                <w:rFonts w:cs="Times New Roman"/>
                <w:b/>
              </w:rPr>
              <w:t>ắ</w:t>
            </w:r>
            <w:r>
              <w:rPr>
                <w:rFonts w:cs="Times New Roman"/>
                <w:b/>
              </w:rPr>
              <w:t>m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nhi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m v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 xml:space="preserve"> tr</w:t>
            </w:r>
            <w:r>
              <w:rPr>
                <w:rFonts w:cs="Times New Roman"/>
                <w:b/>
              </w:rPr>
              <w:t>ọ</w:t>
            </w:r>
            <w:r>
              <w:rPr>
                <w:rFonts w:cs="Times New Roman"/>
                <w:b/>
              </w:rPr>
              <w:t>ng tâm và cùng cam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>t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Nêu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tr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ng tâm: Hư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ng 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Tu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làm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- Nuôi heo đ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giúp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đ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n trư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n</w:t>
            </w:r>
            <w:r>
              <w:rPr>
                <w:rFonts w:cs="Times New Roman"/>
              </w:rPr>
              <w:t>g.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nhóm 4: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p/Sao cùng quy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tâm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Th</w:t>
            </w:r>
            <w:r>
              <w:rPr>
                <w:rFonts w:cs="Times New Roman"/>
              </w:rPr>
              <w:t>ả</w:t>
            </w:r>
            <w:r>
              <w:rPr>
                <w:rFonts w:cs="Times New Roman"/>
              </w:rPr>
              <w:t>o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nhóm trình bày; th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ng nh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t phương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cùng cam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 xml:space="preserve">n: </w:t>
            </w:r>
            <w:r>
              <w:rPr>
                <w:rFonts w:cs="Times New Roman"/>
              </w:rPr>
              <w:t>Cùng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n n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và nhi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m v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 xml:space="preserve"> ch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 xml:space="preserve"> đ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3. Sinh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t theo ch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Nêu đư</w:t>
            </w:r>
            <w:r>
              <w:rPr>
                <w:rFonts w:cs="Times New Roman"/>
                <w:b/>
              </w:rPr>
              <w:t>ợ</w:t>
            </w:r>
            <w:r>
              <w:rPr>
                <w:rFonts w:cs="Times New Roman"/>
                <w:b/>
              </w:rPr>
              <w:t>c vi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c em s</w:t>
            </w:r>
            <w:r>
              <w:rPr>
                <w:rFonts w:cs="Times New Roman"/>
                <w:b/>
              </w:rPr>
              <w:t>ẽ</w:t>
            </w:r>
            <w:r>
              <w:rPr>
                <w:rFonts w:cs="Times New Roman"/>
                <w:b/>
              </w:rPr>
              <w:t xml:space="preserve"> tham gia đ</w:t>
            </w:r>
            <w:r>
              <w:rPr>
                <w:rFonts w:cs="Times New Roman"/>
                <w:b/>
              </w:rPr>
              <w:t>ể</w:t>
            </w:r>
            <w:r>
              <w:rPr>
                <w:rFonts w:cs="Times New Roman"/>
                <w:b/>
              </w:rPr>
              <w:t xml:space="preserve"> hư</w:t>
            </w:r>
            <w:r>
              <w:rPr>
                <w:rFonts w:cs="Times New Roman"/>
                <w:b/>
              </w:rPr>
              <w:t>ở</w:t>
            </w:r>
            <w:r>
              <w:rPr>
                <w:rFonts w:cs="Times New Roman"/>
                <w:b/>
              </w:rPr>
              <w:t xml:space="preserve">ng </w:t>
            </w:r>
            <w:r>
              <w:rPr>
                <w:rFonts w:cs="Times New Roman"/>
                <w:b/>
              </w:rPr>
              <w:t>ứ</w:t>
            </w:r>
            <w:r>
              <w:rPr>
                <w:rFonts w:cs="Times New Roman"/>
                <w:b/>
              </w:rPr>
              <w:t>ng phong trào k</w:t>
            </w:r>
            <w:r>
              <w:rPr>
                <w:rFonts w:cs="Times New Roman"/>
                <w:b/>
              </w:rPr>
              <w:t>ế</w:t>
            </w:r>
            <w:r>
              <w:rPr>
                <w:rFonts w:cs="Times New Roman"/>
                <w:b/>
              </w:rPr>
              <w:t xml:space="preserve"> ho</w:t>
            </w:r>
            <w:r>
              <w:rPr>
                <w:rFonts w:cs="Times New Roman"/>
                <w:b/>
              </w:rPr>
              <w:t>ạ</w:t>
            </w:r>
            <w:r>
              <w:rPr>
                <w:rFonts w:cs="Times New Roman"/>
                <w:b/>
              </w:rPr>
              <w:t>ch nh</w:t>
            </w:r>
            <w:r>
              <w:rPr>
                <w:rFonts w:cs="Times New Roman"/>
                <w:b/>
              </w:rPr>
              <w:t>ỏ</w:t>
            </w:r>
            <w:r>
              <w:rPr>
                <w:rFonts w:cs="Times New Roman"/>
                <w:b/>
              </w:rPr>
              <w:t xml:space="preserve"> c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>a l</w:t>
            </w:r>
            <w:r>
              <w:rPr>
                <w:rFonts w:cs="Times New Roman"/>
                <w:b/>
              </w:rPr>
              <w:t>ớ</w:t>
            </w:r>
            <w:r>
              <w:rPr>
                <w:rFonts w:cs="Times New Roman"/>
                <w:b/>
              </w:rPr>
              <w:t>p.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 w:rsidP="00B0583B">
            <w:pPr>
              <w:spacing w:after="20" w:line="245" w:lineRule="auto"/>
            </w:pPr>
            <w:r>
              <w:rPr>
                <w:rFonts w:cs="Times New Roman"/>
              </w:rPr>
              <w:t>- Quan sát tranh sinh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p/Sao trong SGK,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 xml:space="preserve">i theo nhóm </w:t>
            </w:r>
            <w:proofErr w:type="spellStart"/>
            <w:r>
              <w:rPr>
                <w:rFonts w:cs="Times New Roman"/>
              </w:rPr>
              <w:t>đôi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nhóm</w:t>
            </w:r>
            <w:proofErr w:type="spellEnd"/>
            <w:r>
              <w:rPr>
                <w:rFonts w:cs="Times New Roman"/>
              </w:rPr>
              <w:t xml:space="preserve"> 4.</w:t>
            </w:r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Quan sát tranh; trao đ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 cùng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Trong tranh,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đang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gì?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Các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đóng góp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gì cho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>?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Em gom gi</w:t>
            </w:r>
            <w:r>
              <w:rPr>
                <w:rFonts w:cs="Times New Roman"/>
              </w:rPr>
              <w:t>ấ</w:t>
            </w:r>
            <w:r>
              <w:rPr>
                <w:rFonts w:cs="Times New Roman"/>
              </w:rPr>
              <w:t>y báo cũ ho</w:t>
            </w:r>
            <w:r>
              <w:rPr>
                <w:rFonts w:cs="Times New Roman"/>
              </w:rPr>
              <w:t>ặ</w:t>
            </w:r>
            <w:r>
              <w:rPr>
                <w:rFonts w:cs="Times New Roman"/>
              </w:rPr>
              <w:t>c chai nh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a s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theo hư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ng d</w:t>
            </w:r>
            <w:r>
              <w:rPr>
                <w:rFonts w:cs="Times New Roman"/>
              </w:rPr>
              <w:t>ẫ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 xml:space="preserve">i </w:t>
            </w:r>
            <w:r>
              <w:rPr>
                <w:rFonts w:cs="Times New Roman"/>
              </w:rPr>
              <w:t>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nh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 xét, tuyên dương.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i di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trình bày;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Nêu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em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tham gia đ</w:t>
            </w:r>
            <w:r>
              <w:rPr>
                <w:rFonts w:cs="Times New Roman"/>
              </w:rPr>
              <w:t>ể</w:t>
            </w:r>
            <w:r>
              <w:rPr>
                <w:rFonts w:cs="Times New Roman"/>
              </w:rPr>
              <w:t xml:space="preserve"> hư</w:t>
            </w:r>
            <w:r>
              <w:rPr>
                <w:rFonts w:cs="Times New Roman"/>
              </w:rPr>
              <w:t>ở</w:t>
            </w:r>
            <w:r>
              <w:rPr>
                <w:rFonts w:cs="Times New Roman"/>
              </w:rPr>
              <w:t xml:space="preserve">ng 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ng phong trào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 xml:space="preserve">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ch nh</w:t>
            </w:r>
            <w:r>
              <w:rPr>
                <w:rFonts w:cs="Times New Roman"/>
              </w:rPr>
              <w:t>ỏ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ủ</w:t>
            </w:r>
            <w:r>
              <w:rPr>
                <w:rFonts w:cs="Times New Roman"/>
              </w:rPr>
              <w:t>a l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p.</w:t>
            </w:r>
          </w:p>
        </w:tc>
        <w:tc>
          <w:tcPr>
            <w:tcW w:w="5355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  <w:tr w:rsidR="00A51C90" w:rsidTr="00B0583B">
        <w:trPr>
          <w:cantSplit/>
          <w:jc w:val="center"/>
        </w:trPr>
        <w:tc>
          <w:tcPr>
            <w:tcW w:w="107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4. Đánh giá</w:t>
            </w:r>
          </w:p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  <w:b/>
              </w:rPr>
              <w:t>M</w:t>
            </w:r>
            <w:r>
              <w:rPr>
                <w:rFonts w:cs="Times New Roman"/>
                <w:b/>
              </w:rPr>
              <w:t>ụ</w:t>
            </w:r>
            <w:r>
              <w:rPr>
                <w:rFonts w:cs="Times New Roman"/>
                <w:b/>
              </w:rPr>
              <w:t>c tiêu: T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 xml:space="preserve"> đánh giá m</w:t>
            </w:r>
            <w:r>
              <w:rPr>
                <w:rFonts w:cs="Times New Roman"/>
                <w:b/>
              </w:rPr>
              <w:t>ứ</w:t>
            </w:r>
            <w:r>
              <w:rPr>
                <w:rFonts w:cs="Times New Roman"/>
                <w:b/>
              </w:rPr>
              <w:t>c đ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 xml:space="preserve"> th</w:t>
            </w:r>
            <w:r>
              <w:rPr>
                <w:rFonts w:cs="Times New Roman"/>
                <w:b/>
              </w:rPr>
              <w:t>ự</w:t>
            </w:r>
            <w:r>
              <w:rPr>
                <w:rFonts w:cs="Times New Roman"/>
                <w:b/>
              </w:rPr>
              <w:t>c hi</w:t>
            </w:r>
            <w:r>
              <w:rPr>
                <w:rFonts w:cs="Times New Roman"/>
                <w:b/>
              </w:rPr>
              <w:t>ệ</w:t>
            </w:r>
            <w:r>
              <w:rPr>
                <w:rFonts w:cs="Times New Roman"/>
                <w:b/>
              </w:rPr>
              <w:t>n n</w:t>
            </w:r>
            <w:r>
              <w:rPr>
                <w:rFonts w:cs="Times New Roman"/>
                <w:b/>
              </w:rPr>
              <w:t>ộ</w:t>
            </w:r>
            <w:r>
              <w:rPr>
                <w:rFonts w:cs="Times New Roman"/>
                <w:b/>
              </w:rPr>
              <w:t>i dung c</w:t>
            </w:r>
            <w:r>
              <w:rPr>
                <w:rFonts w:cs="Times New Roman"/>
                <w:b/>
              </w:rPr>
              <w:t>h</w:t>
            </w:r>
            <w:r>
              <w:rPr>
                <w:rFonts w:cs="Times New Roman"/>
                <w:b/>
              </w:rPr>
              <w:t>ủ</w:t>
            </w:r>
            <w:r>
              <w:rPr>
                <w:rFonts w:cs="Times New Roman"/>
                <w:b/>
              </w:rPr>
              <w:t xml:space="preserve"> đ</w:t>
            </w:r>
            <w:r>
              <w:rPr>
                <w:rFonts w:cs="Times New Roman"/>
                <w:b/>
              </w:rPr>
              <w:t>ề</w:t>
            </w:r>
            <w:r>
              <w:rPr>
                <w:rFonts w:cs="Times New Roman"/>
                <w:b/>
              </w:rPr>
              <w:t xml:space="preserve"> theo SGK.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 w:rsidP="00B0583B">
            <w:pPr>
              <w:spacing w:after="20" w:line="245" w:lineRule="auto"/>
            </w:pPr>
            <w:r>
              <w:rPr>
                <w:rFonts w:cs="Times New Roman"/>
              </w:rPr>
              <w:t>-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đánh giá: Tham gia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ho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đ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ng xã h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l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a tu</w:t>
            </w:r>
            <w:r>
              <w:rPr>
                <w:rFonts w:cs="Times New Roman"/>
              </w:rPr>
              <w:t>ổ</w:t>
            </w:r>
            <w:r>
              <w:rPr>
                <w:rFonts w:cs="Times New Roman"/>
              </w:rPr>
              <w:t>i.</w:t>
            </w:r>
            <w:bookmarkStart w:id="0" w:name="_GoBack"/>
            <w:bookmarkEnd w:id="0"/>
          </w:p>
        </w:tc>
        <w:tc>
          <w:tcPr>
            <w:tcW w:w="5355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Quan sát n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i dung đánh giá.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trong ba 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theo SGK: T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- Đ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t - C</w:t>
            </w:r>
            <w:r>
              <w:rPr>
                <w:rFonts w:cs="Times New Roman"/>
              </w:rPr>
              <w:t>ầ</w:t>
            </w:r>
            <w:r>
              <w:rPr>
                <w:rFonts w:cs="Times New Roman"/>
              </w:rPr>
              <w:t>n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T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 xml:space="preserve"> ch</w:t>
            </w:r>
            <w:r>
              <w:rPr>
                <w:rFonts w:cs="Times New Roman"/>
              </w:rPr>
              <w:t>ọ</w:t>
            </w:r>
            <w:r>
              <w:rPr>
                <w:rFonts w:cs="Times New Roman"/>
              </w:rPr>
              <w:t>n m</w:t>
            </w:r>
            <w:r>
              <w:rPr>
                <w:rFonts w:cs="Times New Roman"/>
              </w:rPr>
              <w:t>ứ</w:t>
            </w:r>
            <w:r>
              <w:rPr>
                <w:rFonts w:cs="Times New Roman"/>
              </w:rPr>
              <w:t>c phù h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p v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em đã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M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m</w:t>
            </w:r>
            <w:r>
              <w:rPr>
                <w:rFonts w:cs="Times New Roman"/>
              </w:rPr>
              <w:t>ộ</w:t>
            </w:r>
            <w:r>
              <w:rPr>
                <w:rFonts w:cs="Times New Roman"/>
              </w:rPr>
              <w:t>t s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em chia </w:t>
            </w:r>
            <w:r>
              <w:rPr>
                <w:rFonts w:cs="Times New Roman"/>
              </w:rPr>
              <w:t>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đã làm đư</w:t>
            </w:r>
            <w:r>
              <w:rPr>
                <w:rFonts w:cs="Times New Roman"/>
              </w:rPr>
              <w:t>ợ</w:t>
            </w:r>
            <w:r>
              <w:rPr>
                <w:rFonts w:cs="Times New Roman"/>
              </w:rPr>
              <w:t>c và đi</w:t>
            </w:r>
            <w:r>
              <w:rPr>
                <w:rFonts w:cs="Times New Roman"/>
              </w:rPr>
              <w:t>ề</w:t>
            </w:r>
            <w:r>
              <w:rPr>
                <w:rFonts w:cs="Times New Roman"/>
              </w:rPr>
              <w:t>u s</w:t>
            </w:r>
            <w:r>
              <w:rPr>
                <w:rFonts w:cs="Times New Roman"/>
              </w:rPr>
              <w:t>ẽ</w:t>
            </w:r>
            <w:r>
              <w:rPr>
                <w:rFonts w:cs="Times New Roman"/>
              </w:rPr>
              <w:t xml:space="preserve"> c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 xml:space="preserve"> g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thêm.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Chia s</w:t>
            </w:r>
            <w:r>
              <w:rPr>
                <w:rFonts w:cs="Times New Roman"/>
              </w:rPr>
              <w:t>ẻ</w:t>
            </w:r>
            <w:r>
              <w:rPr>
                <w:rFonts w:cs="Times New Roman"/>
              </w:rPr>
              <w:t xml:space="preserve"> trung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c;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 b</w:t>
            </w:r>
            <w:r>
              <w:rPr>
                <w:rFonts w:cs="Times New Roman"/>
              </w:rPr>
              <w:t>ạ</w:t>
            </w:r>
            <w:r>
              <w:rPr>
                <w:rFonts w:cs="Times New Roman"/>
              </w:rPr>
              <w:t>n.</w:t>
            </w:r>
          </w:p>
        </w:tc>
      </w:tr>
      <w:tr w:rsidR="00A51C90" w:rsidTr="00B0583B">
        <w:trPr>
          <w:cantSplit/>
          <w:jc w:val="center"/>
        </w:trPr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Ch</w:t>
            </w:r>
            <w:r>
              <w:rPr>
                <w:rFonts w:cs="Times New Roman"/>
              </w:rPr>
              <w:t>ố</w:t>
            </w:r>
            <w:r>
              <w:rPr>
                <w:rFonts w:cs="Times New Roman"/>
              </w:rPr>
              <w:t>t ý, k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t lu</w:t>
            </w:r>
            <w:r>
              <w:rPr>
                <w:rFonts w:cs="Times New Roman"/>
              </w:rPr>
              <w:t>ậ</w:t>
            </w:r>
            <w:r>
              <w:rPr>
                <w:rFonts w:cs="Times New Roman"/>
              </w:rPr>
              <w:t>n: M</w:t>
            </w:r>
            <w:r>
              <w:rPr>
                <w:rFonts w:cs="Times New Roman"/>
              </w:rPr>
              <w:t>ỗ</w:t>
            </w:r>
            <w:r>
              <w:rPr>
                <w:rFonts w:cs="Times New Roman"/>
              </w:rPr>
              <w:t>i em ti</w:t>
            </w:r>
            <w:r>
              <w:rPr>
                <w:rFonts w:cs="Times New Roman"/>
              </w:rPr>
              <w:t>ế</w:t>
            </w:r>
            <w:r>
              <w:rPr>
                <w:rFonts w:cs="Times New Roman"/>
              </w:rPr>
              <w:t>p t</w:t>
            </w:r>
            <w:r>
              <w:rPr>
                <w:rFonts w:cs="Times New Roman"/>
              </w:rPr>
              <w:t>ụ</w:t>
            </w:r>
            <w:r>
              <w:rPr>
                <w:rFonts w:cs="Times New Roman"/>
              </w:rPr>
              <w:t>c th</w:t>
            </w:r>
            <w:r>
              <w:rPr>
                <w:rFonts w:cs="Times New Roman"/>
              </w:rPr>
              <w:t>ự</w:t>
            </w:r>
            <w:r>
              <w:rPr>
                <w:rFonts w:cs="Times New Roman"/>
              </w:rPr>
              <w:t>c hi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n vi</w:t>
            </w:r>
            <w:r>
              <w:rPr>
                <w:rFonts w:cs="Times New Roman"/>
              </w:rPr>
              <w:t>ệ</w:t>
            </w:r>
            <w:r>
              <w:rPr>
                <w:rFonts w:cs="Times New Roman"/>
              </w:rPr>
              <w:t>c làm đúng trong th</w:t>
            </w:r>
            <w:r>
              <w:rPr>
                <w:rFonts w:cs="Times New Roman"/>
              </w:rPr>
              <w:t>ờ</w:t>
            </w:r>
            <w:r>
              <w:rPr>
                <w:rFonts w:cs="Times New Roman"/>
              </w:rPr>
              <w:t>i gian t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i.</w:t>
            </w:r>
          </w:p>
        </w:tc>
        <w:tc>
          <w:tcPr>
            <w:tcW w:w="5355" w:type="dxa"/>
            <w:shd w:val="clear" w:color="auto" w:fill="auto"/>
            <w:tcMar>
              <w:top w:w="55" w:type="dxa"/>
              <w:left w:w="75" w:type="dxa"/>
              <w:bottom w:w="55" w:type="dxa"/>
              <w:right w:w="75" w:type="dxa"/>
            </w:tcMar>
          </w:tcPr>
          <w:p w:rsidR="00A51C90" w:rsidRDefault="00B0583B">
            <w:pPr>
              <w:spacing w:after="20" w:line="245" w:lineRule="auto"/>
            </w:pPr>
            <w:r>
              <w:rPr>
                <w:rFonts w:cs="Times New Roman"/>
              </w:rPr>
              <w:t>- L</w:t>
            </w:r>
            <w:r>
              <w:rPr>
                <w:rFonts w:cs="Times New Roman"/>
              </w:rPr>
              <w:t>ắ</w:t>
            </w:r>
            <w:r>
              <w:rPr>
                <w:rFonts w:cs="Times New Roman"/>
              </w:rPr>
              <w:t>ng nghe, ghi nh</w:t>
            </w:r>
            <w:r>
              <w:rPr>
                <w:rFonts w:cs="Times New Roman"/>
              </w:rPr>
              <w:t>ớ</w:t>
            </w:r>
            <w:r>
              <w:rPr>
                <w:rFonts w:cs="Times New Roman"/>
              </w:rPr>
              <w:t>.</w:t>
            </w:r>
          </w:p>
        </w:tc>
      </w:tr>
    </w:tbl>
    <w:p w:rsidR="00A51C90" w:rsidRDefault="00B0583B">
      <w:pPr>
        <w:spacing w:after="20" w:line="245" w:lineRule="auto"/>
      </w:pPr>
      <w:r>
        <w:rPr>
          <w:rFonts w:cs="Times New Roman"/>
          <w:b/>
        </w:rPr>
        <w:t>IV. ĐI</w:t>
      </w:r>
      <w:r>
        <w:rPr>
          <w:rFonts w:cs="Times New Roman"/>
          <w:b/>
        </w:rPr>
        <w:t>Ề</w:t>
      </w:r>
      <w:r>
        <w:rPr>
          <w:rFonts w:cs="Times New Roman"/>
          <w:b/>
        </w:rPr>
        <w:t>U CH</w:t>
      </w:r>
      <w:r>
        <w:rPr>
          <w:rFonts w:cs="Times New Roman"/>
          <w:b/>
        </w:rPr>
        <w:t>Ỉ</w:t>
      </w:r>
      <w:r>
        <w:rPr>
          <w:rFonts w:cs="Times New Roman"/>
          <w:b/>
        </w:rPr>
        <w:t>NH SAU BÀI D</w:t>
      </w:r>
      <w:r>
        <w:rPr>
          <w:rFonts w:cs="Times New Roman"/>
          <w:b/>
        </w:rPr>
        <w:t>Ạ</w:t>
      </w:r>
      <w:r>
        <w:rPr>
          <w:rFonts w:cs="Times New Roman"/>
          <w:b/>
        </w:rPr>
        <w:t>Y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........................................................................................................................................................</w:t>
      </w:r>
    </w:p>
    <w:p w:rsidR="00A51C90" w:rsidRDefault="00B0583B">
      <w:pPr>
        <w:spacing w:after="20" w:line="245" w:lineRule="auto"/>
      </w:pPr>
      <w:r>
        <w:rPr>
          <w:rFonts w:cs="Times New Roman"/>
        </w:rPr>
        <w:t>.......................................................................................................</w:t>
      </w:r>
      <w:r>
        <w:rPr>
          <w:rFonts w:cs="Times New Roman"/>
        </w:rPr>
        <w:t>.................................................</w:t>
      </w:r>
    </w:p>
    <w:sectPr w:rsidR="00A51C90" w:rsidSect="00034616"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51C90"/>
    <w:rsid w:val="00AA1D8D"/>
    <w:rsid w:val="00B0583B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0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05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787A77-BEB4-471C-8718-71CD1EF4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Iamp Iamp</cp:lastModifiedBy>
  <cp:revision>2</cp:revision>
  <dcterms:created xsi:type="dcterms:W3CDTF">2013-12-23T23:15:00Z</dcterms:created>
  <dcterms:modified xsi:type="dcterms:W3CDTF">2026-08-20T02:58:00Z</dcterms:modified>
  <cp:category/>
</cp:coreProperties>
</file>