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4410" w:rsidRPr="009D1677" w:rsidRDefault="00BE50EB">
      <w:pPr>
        <w:jc w:val="center"/>
      </w:pPr>
      <w:r w:rsidRPr="009D1677">
        <w:rPr>
          <w:b/>
        </w:rPr>
        <w:t>KẾ HOẠCH BÀI DẠY MÔN HOẠT ĐỘNG TRẢI NGHIỆM LỚP 2</w:t>
      </w:r>
    </w:p>
    <w:p w:rsidR="00C04410" w:rsidRPr="009D1677" w:rsidRDefault="00BE50EB">
      <w:pPr>
        <w:jc w:val="center"/>
      </w:pPr>
      <w:r w:rsidRPr="009D1677">
        <w:rPr>
          <w:b/>
        </w:rPr>
        <w:t>CHỦ ĐỀ 1: KHÁM PHÁ BẢN THÂN</w:t>
      </w:r>
    </w:p>
    <w:p w:rsidR="00C04410" w:rsidRPr="009D1677" w:rsidRDefault="00BE50EB">
      <w:pPr>
        <w:jc w:val="center"/>
      </w:pPr>
      <w:r w:rsidRPr="009D1677">
        <w:rPr>
          <w:b/>
        </w:rPr>
        <w:t>TUẦN 1: TIẾT 1</w:t>
      </w:r>
    </w:p>
    <w:p w:rsidR="00C04410" w:rsidRPr="009D1677" w:rsidRDefault="00BE50EB">
      <w:pPr>
        <w:jc w:val="center"/>
      </w:pPr>
      <w:r w:rsidRPr="009D1677">
        <w:rPr>
          <w:b/>
        </w:rPr>
        <w:t>SINH HOẠT DƯỚI CỜ: THAM GIA LỄ KHAI GIẢNG NĂM HỌC MỚI</w:t>
      </w:r>
    </w:p>
    <w:p w:rsidR="00C04410" w:rsidRPr="009D1677" w:rsidRDefault="00BE50EB">
      <w:pPr>
        <w:jc w:val="center"/>
      </w:pPr>
      <w:r w:rsidRPr="009D1677">
        <w:rPr>
          <w:b/>
        </w:rPr>
        <w:t>Thời gian thực hiện: ...</w:t>
      </w:r>
    </w:p>
    <w:p w:rsidR="00C04410" w:rsidRPr="009D1677" w:rsidRDefault="00BE50EB">
      <w:pPr>
        <w:jc w:val="center"/>
      </w:pPr>
      <w:r w:rsidRPr="009D1677">
        <w:rPr>
          <w:b/>
        </w:rPr>
        <w:t>HÌNH THỨC TỔ CHỨC: NGÀY HỘI TOÀN TRƯỜNG (LỄ KHAI GIẢNG)</w:t>
      </w:r>
    </w:p>
    <w:p w:rsidR="00C04410" w:rsidRDefault="00BE50EB">
      <w:r>
        <w:rPr>
          <w:b/>
          <w:color w:val="FF0000"/>
        </w:rPr>
        <w:t>I. YÊU CẦU CẦN ĐẠT:</w:t>
      </w:r>
    </w:p>
    <w:p w:rsidR="00C04410" w:rsidRDefault="00BE50EB">
      <w:r>
        <w:rPr>
          <w:b/>
          <w:i/>
        </w:rPr>
        <w:t>1. Năng lực đặc thù</w:t>
      </w:r>
    </w:p>
    <w:p w:rsidR="00C04410" w:rsidRDefault="00BE50EB">
      <w:r>
        <w:t>- HS tham gia nghiêm túc, tích cực Lễ khai giảng năm học mới theo kế hoạch của nhà trường.</w:t>
      </w:r>
    </w:p>
    <w:p w:rsidR="00C04410" w:rsidRDefault="00BE50EB">
      <w:r>
        <w:t>- HS nêu được ít nhất một hoạt động hoặc hình ảnh gây ấn tượng trong buổi lễ và biết chia sẻ cảm xúc về ngày khai trường.</w:t>
      </w:r>
    </w:p>
    <w:p w:rsidR="00C04410" w:rsidRDefault="00BE50EB">
      <w:r>
        <w:t>- HS lựa chọn được một việc làm cụ thể để bắt đầu năm học mới vui vẻ, tự tin và có trách nhiệm.</w:t>
      </w:r>
    </w:p>
    <w:p w:rsidR="00C04410" w:rsidRDefault="00BE50EB">
      <w:r>
        <w:rPr>
          <w:b/>
          <w:i/>
        </w:rPr>
        <w:t>2. Năng lực chung</w:t>
      </w:r>
    </w:p>
    <w:p w:rsidR="00C04410" w:rsidRDefault="00BE50EB">
      <w:r>
        <w:t>- Năng lực tự chủ và tự học: Biết giữ trật tự, tập trung theo dõi, tự điều chỉnh hành vi khi tham gia hoạt động toàn trường.</w:t>
      </w:r>
    </w:p>
    <w:p w:rsidR="00C04410" w:rsidRDefault="00BE50EB">
      <w:r>
        <w:t>- Năng lực giao tiếp và hợp tác: Biết lắng nghe, đáp lời, cổ vũ và chia sẻ cảm xúc về ngày khai trường.</w:t>
      </w:r>
    </w:p>
    <w:p w:rsidR="00C04410" w:rsidRDefault="00BE50EB">
      <w:r>
        <w:t>- Năng lực giải quyết vấn đề và sáng tạo: Biết đề xuất việc làm giúp bản thân nhanh chóng hòa nhập, thực hiện tốt nền nếp năm học mới.</w:t>
      </w:r>
    </w:p>
    <w:p w:rsidR="00C04410" w:rsidRDefault="00BE50EB">
      <w:r>
        <w:rPr>
          <w:b/>
          <w:i/>
        </w:rPr>
        <w:t>3. Phẩm chất</w:t>
      </w:r>
    </w:p>
    <w:p w:rsidR="00C04410" w:rsidRDefault="00BE50EB">
      <w:r>
        <w:t>- Yêu nước: Nghiêm trang khi thực hiện nghi lễ chào cờ; trân trọng Quốc kỳ, Quốc ca và truyền thống hiếu học.</w:t>
      </w:r>
    </w:p>
    <w:p w:rsidR="00C04410" w:rsidRDefault="00BE50EB">
      <w:r>
        <w:t>- Trách nhiệm: Chấp hành nội quy, giữ trật tự, tham gia đầy đủ các hoạt động do nhà trường tổ chức.</w:t>
      </w:r>
    </w:p>
    <w:p w:rsidR="00C04410" w:rsidRDefault="00BE50EB">
      <w:r>
        <w:t>- Nhân ái: Biết chào hỏi, quan tâm, hỗ trợ bạn mới và cùng xây dựng môi trường học tập thân thiện.</w:t>
      </w:r>
    </w:p>
    <w:p w:rsidR="00C04410" w:rsidRDefault="00BE50EB">
      <w:r>
        <w:rPr>
          <w:b/>
          <w:color w:val="FF0000"/>
          <w:sz w:val="26"/>
        </w:rPr>
        <w:t>4. Tích hợp</w:t>
      </w:r>
    </w:p>
    <w:p w:rsidR="00C04410" w:rsidRDefault="00BE50EB">
      <w:r>
        <w:rPr>
          <w:color w:val="FF0000"/>
          <w:sz w:val="26"/>
        </w:rPr>
        <w:t>- Tích hợp giáo dục quyền con người: Quyền và nghĩa vụ học tập: HS hiểu mình có quyền và nghĩa vụ tham gia các hoạt động học tập, rèn luyện do nhà trường tổ chức; việc tham gia giúp phát triển tài năng và khả năng của bản thân.</w:t>
      </w:r>
    </w:p>
    <w:p w:rsidR="00C04410" w:rsidRDefault="00BE50EB">
      <w:r>
        <w:rPr>
          <w:b/>
          <w:color w:val="FF0000"/>
        </w:rPr>
        <w:t>II. CHUẨN BỊ:</w:t>
      </w:r>
    </w:p>
    <w:p w:rsidR="00C04410" w:rsidRDefault="00BE50EB">
      <w:r>
        <w:t>- GV: Kế hoạch tổ chức Lễ khai giảng; nội dung chương trình; hệ thống âm thanh; cờ, hoa; tiết mục văn nghệ; tranh hoặc hình ảnh minh họa.</w:t>
      </w:r>
    </w:p>
    <w:p w:rsidR="00C04410" w:rsidRDefault="00BE50EB">
      <w:r>
        <w:t>- HS: Trang phục gọn gàng; ghế ngồi; cờ, hoa hoặc đồ dùng theo yêu cầu của nhà trường; tâm thế vui tươi, sẵn sàng tham gia.</w:t>
      </w:r>
    </w:p>
    <w:p w:rsidR="00C04410" w:rsidRDefault="00BE50EB">
      <w:r>
        <w:rPr>
          <w:b/>
          <w:color w:val="FF0000"/>
        </w:rPr>
        <w:t>III. CÁC HOẠT ĐỘNG DẠY HỌC CHỦ YẾU:</w:t>
      </w:r>
    </w:p>
    <w:tbl>
      <w:tblPr>
        <w:tblW w:w="0" w:type="auto"/>
        <w:jc w:val="center"/>
        <w:tblBorders>
          <w:top w:val="single" w:sz="6" w:space="0" w:color="000000"/>
          <w:left w:val="single" w:sz="6" w:space="0" w:color="000000"/>
          <w:bottom w:val="single" w:sz="6" w:space="0" w:color="000000"/>
          <w:right w:val="single" w:sz="6" w:space="0" w:color="000000"/>
          <w:insideV w:val="single" w:sz="6" w:space="0" w:color="000000"/>
        </w:tblBorders>
        <w:tblLayout w:type="fixed"/>
        <w:tblLook w:val="04A0" w:firstRow="1" w:lastRow="0" w:firstColumn="1" w:lastColumn="0" w:noHBand="0" w:noVBand="1"/>
      </w:tblPr>
      <w:tblGrid>
        <w:gridCol w:w="5187"/>
        <w:gridCol w:w="4586"/>
      </w:tblGrid>
      <w:tr w:rsidR="00C04410" w:rsidTr="009D1677">
        <w:trPr>
          <w:cantSplit/>
          <w:tblHeader/>
          <w:jc w:val="center"/>
        </w:trPr>
        <w:tc>
          <w:tcPr>
            <w:tcW w:w="4513" w:type="dxa"/>
            <w:tcBorders>
              <w:bottom w:val="single" w:sz="6" w:space="0" w:color="000000"/>
            </w:tcBorders>
            <w:shd w:val="clear" w:color="auto" w:fill="auto"/>
            <w:tcMar>
              <w:top w:w="70" w:type="dxa"/>
              <w:left w:w="90" w:type="dxa"/>
              <w:bottom w:w="70" w:type="dxa"/>
              <w:right w:w="90" w:type="dxa"/>
            </w:tcMar>
          </w:tcPr>
          <w:p w:rsidR="00C04410" w:rsidRDefault="00BE50EB">
            <w:pPr>
              <w:jc w:val="center"/>
            </w:pPr>
            <w:r>
              <w:rPr>
                <w:b/>
              </w:rPr>
              <w:t>HOẠT ĐỘNG CỦA GIÁO VIÊN</w:t>
            </w:r>
          </w:p>
        </w:tc>
        <w:tc>
          <w:tcPr>
            <w:tcW w:w="4513" w:type="dxa"/>
            <w:tcBorders>
              <w:bottom w:val="single" w:sz="6" w:space="0" w:color="000000"/>
            </w:tcBorders>
            <w:shd w:val="clear" w:color="auto" w:fill="auto"/>
            <w:tcMar>
              <w:top w:w="70" w:type="dxa"/>
              <w:left w:w="90" w:type="dxa"/>
              <w:bottom w:w="70" w:type="dxa"/>
              <w:right w:w="90" w:type="dxa"/>
            </w:tcMar>
          </w:tcPr>
          <w:p w:rsidR="00C04410" w:rsidRDefault="00BE50EB">
            <w:pPr>
              <w:jc w:val="center"/>
            </w:pPr>
            <w:r>
              <w:rPr>
                <w:b/>
              </w:rPr>
              <w:t>HOẠT ĐỘNG CỦA HỌC SINH</w:t>
            </w:r>
          </w:p>
        </w:tc>
      </w:tr>
      <w:tr w:rsidR="00C04410" w:rsidTr="009D1677">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C04410" w:rsidRDefault="00BE50EB">
            <w:r>
              <w:rPr>
                <w:b/>
              </w:rPr>
              <w:lastRenderedPageBreak/>
              <w:t>1. TRƯỚC NGÀY HỘI TOÀN TRƯỜNG</w:t>
            </w:r>
          </w:p>
          <w:p w:rsidR="00C04410" w:rsidRDefault="00BE50EB">
            <w:r>
              <w:rPr>
                <w:b/>
              </w:rPr>
              <w:t xml:space="preserve">- Mục tiêu: </w:t>
            </w:r>
            <w:r>
              <w:t>HS ổn định đội hình, nắm được nội dung cần quan sát và sẵn sàng tham gia Lễ khai giảng năm học mới.</w:t>
            </w:r>
          </w:p>
          <w:p w:rsidR="00C04410" w:rsidRDefault="00BE50EB">
            <w:r>
              <w:rPr>
                <w:b/>
                <w:i/>
              </w:rPr>
              <w:t>* Cách tiến hành:</w:t>
            </w:r>
          </w:p>
        </w:tc>
      </w:tr>
      <w:tr w:rsidR="00C04410" w:rsidTr="009D1677">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C04410" w:rsidRDefault="00BE50EB">
            <w:r>
              <w:t>- GV phối hợp với Tổng phụ trách Đội kiểm tra sân trường, âm thanh, chỗ ngồi; hướng dẫn các lớp tập hợp đúng vị trí và thực hiện nghi lễ chào cờ nghiêm túc.</w:t>
            </w:r>
          </w:p>
        </w:tc>
        <w:tc>
          <w:tcPr>
            <w:tcW w:w="4586" w:type="dxa"/>
            <w:tcBorders>
              <w:top w:val="single" w:sz="6" w:space="0" w:color="000000"/>
            </w:tcBorders>
            <w:shd w:val="clear" w:color="auto" w:fill="auto"/>
            <w:tcMar>
              <w:top w:w="70" w:type="dxa"/>
              <w:left w:w="90" w:type="dxa"/>
              <w:bottom w:w="70" w:type="dxa"/>
              <w:right w:w="90" w:type="dxa"/>
            </w:tcMar>
            <w:vAlign w:val="center"/>
          </w:tcPr>
          <w:p w:rsidR="00C04410" w:rsidRDefault="00BE50EB">
            <w:r>
              <w:t>- HS tập hợp đúng vị trí, chỉnh trang trang phục, giữ trật tự và thực hiện nghi lễ chào cờ.</w:t>
            </w:r>
          </w:p>
        </w:tc>
      </w:tr>
      <w:tr w:rsidR="00C04410" w:rsidTr="009D1677">
        <w:trPr>
          <w:cantSplit/>
          <w:jc w:val="center"/>
        </w:trPr>
        <w:tc>
          <w:tcPr>
            <w:tcW w:w="5187" w:type="dxa"/>
            <w:shd w:val="clear" w:color="auto" w:fill="auto"/>
            <w:tcMar>
              <w:top w:w="70" w:type="dxa"/>
              <w:left w:w="90" w:type="dxa"/>
              <w:bottom w:w="70" w:type="dxa"/>
              <w:right w:w="90" w:type="dxa"/>
            </w:tcMar>
            <w:vAlign w:val="center"/>
          </w:tcPr>
          <w:p w:rsidR="00C04410" w:rsidRDefault="00BE50EB">
            <w:r>
              <w:t>- GV giao nhiệm vụ: Trong buổi lễ, các em chú ý quan sát ba nội dung: lời chào đón năm học mới, các tiết mục hoặc hoạt động nổi bật và một điều em muốn thực hiện tốt trong năm học này.</w:t>
            </w:r>
          </w:p>
        </w:tc>
        <w:tc>
          <w:tcPr>
            <w:tcW w:w="4586" w:type="dxa"/>
            <w:shd w:val="clear" w:color="auto" w:fill="auto"/>
            <w:tcMar>
              <w:top w:w="70" w:type="dxa"/>
              <w:left w:w="90" w:type="dxa"/>
              <w:bottom w:w="70" w:type="dxa"/>
              <w:right w:w="90" w:type="dxa"/>
            </w:tcMar>
            <w:vAlign w:val="center"/>
          </w:tcPr>
          <w:p w:rsidR="00C04410" w:rsidRDefault="00BE50EB">
            <w:r>
              <w:t>- HS lắng nghe, ghi nhớ ba nội dung cần quan sát và chuẩn bị chia sẻ.</w:t>
            </w:r>
          </w:p>
        </w:tc>
      </w:tr>
      <w:tr w:rsidR="00C04410" w:rsidTr="009D1677">
        <w:trPr>
          <w:cantSplit/>
          <w:jc w:val="center"/>
        </w:trPr>
        <w:tc>
          <w:tcPr>
            <w:tcW w:w="5187" w:type="dxa"/>
            <w:tcBorders>
              <w:bottom w:val="single" w:sz="6" w:space="0" w:color="000000"/>
            </w:tcBorders>
            <w:shd w:val="clear" w:color="auto" w:fill="auto"/>
            <w:tcMar>
              <w:top w:w="70" w:type="dxa"/>
              <w:left w:w="90" w:type="dxa"/>
              <w:bottom w:w="70" w:type="dxa"/>
              <w:right w:w="90" w:type="dxa"/>
            </w:tcMar>
            <w:vAlign w:val="center"/>
          </w:tcPr>
          <w:p w:rsidR="00C04410" w:rsidRDefault="00BE50EB">
            <w:r>
              <w:t>- GV nhắc HS biết chào hỏi thầy cô, bạn bè; hỗ trợ bạn mới hoặc bạn còn lúng túng tìm vị trí.</w:t>
            </w:r>
          </w:p>
        </w:tc>
        <w:tc>
          <w:tcPr>
            <w:tcW w:w="4586" w:type="dxa"/>
            <w:tcBorders>
              <w:bottom w:val="single" w:sz="6" w:space="0" w:color="000000"/>
            </w:tcBorders>
            <w:shd w:val="clear" w:color="auto" w:fill="auto"/>
            <w:tcMar>
              <w:top w:w="70" w:type="dxa"/>
              <w:left w:w="90" w:type="dxa"/>
              <w:bottom w:w="70" w:type="dxa"/>
              <w:right w:w="90" w:type="dxa"/>
            </w:tcMar>
            <w:vAlign w:val="center"/>
          </w:tcPr>
          <w:p w:rsidR="00C04410" w:rsidRDefault="00BE50EB">
            <w:r>
              <w:t>- HS chủ động chào hỏi, hướng dẫn và hỗ trợ bạn bằng thái độ thân thiện.</w:t>
            </w:r>
          </w:p>
        </w:tc>
      </w:tr>
      <w:tr w:rsidR="00C04410" w:rsidTr="009D1677">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C04410" w:rsidRDefault="00BE50EB">
            <w:r>
              <w:rPr>
                <w:b/>
              </w:rPr>
              <w:t>2. TRONG NGÀY HỘI TOÀN TRƯỜNG</w:t>
            </w:r>
          </w:p>
          <w:p w:rsidR="00C04410" w:rsidRDefault="00BE50EB">
            <w:r>
              <w:rPr>
                <w:b/>
              </w:rPr>
              <w:t xml:space="preserve">- Mục tiêu: </w:t>
            </w:r>
            <w:r>
              <w:t>HS tham gia đầy đủ chương trình khai giảng, tương tác phù hợp và cảm nhận được niềm vui, ý nghĩa của ngày khai trường.</w:t>
            </w:r>
          </w:p>
          <w:p w:rsidR="00C04410" w:rsidRDefault="00BE50EB">
            <w:r>
              <w:rPr>
                <w:b/>
                <w:color w:val="FF0000"/>
              </w:rPr>
              <w:t xml:space="preserve">Mục tiêu tích hợp: </w:t>
            </w:r>
            <w:r>
              <w:rPr>
                <w:color w:val="FF0000"/>
              </w:rPr>
              <w:t>HS hiểu quyền được học tập, được tham gia hoạt động giáo dục luôn đi cùng nghĩa vụ chấp hành nội quy, tôn trọng thầy cô và bạn bè.</w:t>
            </w:r>
          </w:p>
          <w:p w:rsidR="00C04410" w:rsidRDefault="00BE50EB">
            <w:r>
              <w:rPr>
                <w:b/>
                <w:i/>
              </w:rPr>
              <w:t>* Cách tiến hành:</w:t>
            </w:r>
          </w:p>
        </w:tc>
      </w:tr>
      <w:tr w:rsidR="00C04410" w:rsidTr="009D1677">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C04410" w:rsidRDefault="00BE50EB" w:rsidP="009D1677">
            <w:pPr>
              <w:jc w:val="both"/>
            </w:pPr>
            <w:r>
              <w:rPr>
                <w:b/>
              </w:rPr>
              <w:t>Dẫn dắt</w:t>
            </w:r>
          </w:p>
        </w:tc>
        <w:tc>
          <w:tcPr>
            <w:tcW w:w="4586" w:type="dxa"/>
            <w:tcBorders>
              <w:top w:val="single" w:sz="6" w:space="0" w:color="000000"/>
            </w:tcBorders>
            <w:shd w:val="clear" w:color="auto" w:fill="auto"/>
            <w:tcMar>
              <w:top w:w="70" w:type="dxa"/>
              <w:left w:w="90" w:type="dxa"/>
              <w:bottom w:w="70" w:type="dxa"/>
              <w:right w:w="90" w:type="dxa"/>
            </w:tcMar>
            <w:vAlign w:val="center"/>
          </w:tcPr>
          <w:p w:rsidR="00C04410" w:rsidRDefault="00BE50EB" w:rsidP="009D1677">
            <w:pPr>
              <w:jc w:val="both"/>
            </w:pPr>
            <w:r>
              <w:t>- HS tập trung lắng nghe phần mở đầu chương trình.</w:t>
            </w:r>
          </w:p>
        </w:tc>
      </w:tr>
      <w:tr w:rsidR="00C04410" w:rsidTr="009D1677">
        <w:trPr>
          <w:cantSplit/>
          <w:jc w:val="center"/>
        </w:trPr>
        <w:tc>
          <w:tcPr>
            <w:tcW w:w="5187" w:type="dxa"/>
            <w:shd w:val="clear" w:color="auto" w:fill="auto"/>
            <w:tcMar>
              <w:top w:w="70" w:type="dxa"/>
              <w:left w:w="90" w:type="dxa"/>
              <w:bottom w:w="70" w:type="dxa"/>
              <w:right w:w="90" w:type="dxa"/>
            </w:tcMar>
            <w:vAlign w:val="center"/>
          </w:tcPr>
          <w:p w:rsidR="00C04410" w:rsidRDefault="00BE50EB" w:rsidP="009D1677">
            <w:pPr>
              <w:jc w:val="both"/>
            </w:pPr>
            <w:r>
              <w:t>- GV cùng HS chào các thầy cô và toàn thể học sinh đang có mặt tại sân trường; gợi nhắc niềm vui được trở lại trường, gặp thầy cô và bạn bè.</w:t>
            </w:r>
          </w:p>
        </w:tc>
        <w:tc>
          <w:tcPr>
            <w:tcW w:w="4586" w:type="dxa"/>
            <w:shd w:val="clear" w:color="auto" w:fill="auto"/>
            <w:tcMar>
              <w:top w:w="70" w:type="dxa"/>
              <w:left w:w="90" w:type="dxa"/>
              <w:bottom w:w="70" w:type="dxa"/>
              <w:right w:w="90" w:type="dxa"/>
            </w:tcMar>
            <w:vAlign w:val="center"/>
          </w:tcPr>
          <w:p w:rsidR="00C04410" w:rsidRDefault="00BE50EB" w:rsidP="009D1677">
            <w:pPr>
              <w:jc w:val="both"/>
            </w:pPr>
            <w:r>
              <w:t>- HS đáp lời chào, giữ tư thế ngay ngắn và thể hiện sự vui tươi, sẵn sàng.</w:t>
            </w:r>
          </w:p>
        </w:tc>
      </w:tr>
      <w:tr w:rsidR="00C04410" w:rsidTr="009D1677">
        <w:trPr>
          <w:cantSplit/>
          <w:jc w:val="center"/>
        </w:trPr>
        <w:tc>
          <w:tcPr>
            <w:tcW w:w="5187" w:type="dxa"/>
            <w:shd w:val="clear" w:color="auto" w:fill="auto"/>
            <w:tcMar>
              <w:top w:w="70" w:type="dxa"/>
              <w:left w:w="90" w:type="dxa"/>
              <w:bottom w:w="70" w:type="dxa"/>
              <w:right w:w="90" w:type="dxa"/>
            </w:tcMar>
            <w:vAlign w:val="center"/>
          </w:tcPr>
          <w:p w:rsidR="00C04410" w:rsidRDefault="00BE50EB" w:rsidP="009D1677">
            <w:pPr>
              <w:jc w:val="both"/>
            </w:pPr>
            <w:r>
              <w:t>- GV mời HS cùng quan sát sân trường, cờ hoa và hỏi: “Điều gì làm các em nhận ra hôm nay là một ngày đặc biệt?”.</w:t>
            </w:r>
          </w:p>
        </w:tc>
        <w:tc>
          <w:tcPr>
            <w:tcW w:w="4586" w:type="dxa"/>
            <w:shd w:val="clear" w:color="auto" w:fill="auto"/>
            <w:tcMar>
              <w:top w:w="70" w:type="dxa"/>
              <w:left w:w="90" w:type="dxa"/>
              <w:bottom w:w="70" w:type="dxa"/>
              <w:right w:w="90" w:type="dxa"/>
            </w:tcMar>
            <w:vAlign w:val="center"/>
          </w:tcPr>
          <w:p w:rsidR="00C04410" w:rsidRDefault="00BE50EB" w:rsidP="009D1677">
            <w:pPr>
              <w:jc w:val="both"/>
            </w:pPr>
            <w:r>
              <w:t>- HS nêu: sân trường trang trí đẹp, có cờ hoa, thầy cô và học sinh tập trung đông đủ, có chương trình khai giảng.</w:t>
            </w:r>
          </w:p>
        </w:tc>
      </w:tr>
      <w:tr w:rsidR="00C04410" w:rsidTr="009D1677">
        <w:trPr>
          <w:cantSplit/>
          <w:jc w:val="center"/>
        </w:trPr>
        <w:tc>
          <w:tcPr>
            <w:tcW w:w="5187" w:type="dxa"/>
            <w:shd w:val="clear" w:color="auto" w:fill="auto"/>
            <w:tcMar>
              <w:top w:w="70" w:type="dxa"/>
              <w:left w:w="90" w:type="dxa"/>
              <w:bottom w:w="70" w:type="dxa"/>
              <w:right w:w="90" w:type="dxa"/>
            </w:tcMar>
            <w:vAlign w:val="center"/>
          </w:tcPr>
          <w:p w:rsidR="00C04410" w:rsidRDefault="00BE50EB" w:rsidP="009D1677">
            <w:pPr>
              <w:jc w:val="both"/>
            </w:pPr>
            <w:r>
              <w:t>- GV giới thiệu ngắn gọn ý nghĩa Lễ khai giảng: chào đón năm học mới, khởi đầu một hành trình học tập và rèn luyện mới.</w:t>
            </w:r>
          </w:p>
        </w:tc>
        <w:tc>
          <w:tcPr>
            <w:tcW w:w="4586" w:type="dxa"/>
            <w:shd w:val="clear" w:color="auto" w:fill="auto"/>
            <w:tcMar>
              <w:top w:w="70" w:type="dxa"/>
              <w:left w:w="90" w:type="dxa"/>
              <w:bottom w:w="70" w:type="dxa"/>
              <w:right w:w="90" w:type="dxa"/>
            </w:tcMar>
            <w:vAlign w:val="center"/>
          </w:tcPr>
          <w:p w:rsidR="00C04410" w:rsidRDefault="00BE50EB" w:rsidP="009D1677">
            <w:pPr>
              <w:jc w:val="both"/>
            </w:pPr>
            <w:r>
              <w:t>- HS lắng nghe và chia sẻ cảm xúc mong chờ, vui vẻ hoặc hồi hộp của bản thân.</w:t>
            </w:r>
          </w:p>
        </w:tc>
      </w:tr>
      <w:tr w:rsidR="00C04410" w:rsidTr="009D1677">
        <w:trPr>
          <w:cantSplit/>
          <w:jc w:val="center"/>
        </w:trPr>
        <w:tc>
          <w:tcPr>
            <w:tcW w:w="5187" w:type="dxa"/>
            <w:shd w:val="clear" w:color="auto" w:fill="auto"/>
            <w:tcMar>
              <w:top w:w="70" w:type="dxa"/>
              <w:left w:w="90" w:type="dxa"/>
              <w:bottom w:w="70" w:type="dxa"/>
              <w:right w:w="90" w:type="dxa"/>
            </w:tcMar>
            <w:vAlign w:val="center"/>
          </w:tcPr>
          <w:p w:rsidR="00C04410" w:rsidRDefault="00BE50EB" w:rsidP="009D1677">
            <w:pPr>
              <w:jc w:val="both"/>
            </w:pPr>
            <w:r>
              <w:rPr>
                <w:b/>
              </w:rPr>
              <w:t>Nghi lễ và chương trình khai giảng</w:t>
            </w:r>
          </w:p>
        </w:tc>
        <w:tc>
          <w:tcPr>
            <w:tcW w:w="4586" w:type="dxa"/>
            <w:shd w:val="clear" w:color="auto" w:fill="auto"/>
            <w:tcMar>
              <w:top w:w="70" w:type="dxa"/>
              <w:left w:w="90" w:type="dxa"/>
              <w:bottom w:w="70" w:type="dxa"/>
              <w:right w:w="90" w:type="dxa"/>
            </w:tcMar>
            <w:vAlign w:val="center"/>
          </w:tcPr>
          <w:p w:rsidR="00C04410" w:rsidRDefault="00BE50EB" w:rsidP="009D1677">
            <w:pPr>
              <w:jc w:val="both"/>
            </w:pPr>
            <w:r>
              <w:t>- HS nghiêm túc tham gia từng nội dung của chương trình.</w:t>
            </w:r>
          </w:p>
        </w:tc>
      </w:tr>
      <w:tr w:rsidR="00C04410" w:rsidTr="009D1677">
        <w:trPr>
          <w:cantSplit/>
          <w:jc w:val="center"/>
        </w:trPr>
        <w:tc>
          <w:tcPr>
            <w:tcW w:w="5187" w:type="dxa"/>
            <w:shd w:val="clear" w:color="auto" w:fill="auto"/>
            <w:tcMar>
              <w:top w:w="70" w:type="dxa"/>
              <w:left w:w="90" w:type="dxa"/>
              <w:bottom w:w="70" w:type="dxa"/>
              <w:right w:w="90" w:type="dxa"/>
            </w:tcMar>
            <w:vAlign w:val="center"/>
          </w:tcPr>
          <w:p w:rsidR="00C04410" w:rsidRDefault="00BE50EB" w:rsidP="009D1677">
            <w:pPr>
              <w:jc w:val="both"/>
            </w:pPr>
            <w:r>
              <w:lastRenderedPageBreak/>
              <w:t>- GV tổ chức cho HS theo dõi phần tuyên bố lí do, giới thiệu đại biểu, đọc thư chúc mừng năm học mới và diễn văn khai giảng theo kế hoạch của nhà trường.</w:t>
            </w:r>
          </w:p>
        </w:tc>
        <w:tc>
          <w:tcPr>
            <w:tcW w:w="4586" w:type="dxa"/>
            <w:shd w:val="clear" w:color="auto" w:fill="auto"/>
            <w:tcMar>
              <w:top w:w="70" w:type="dxa"/>
              <w:left w:w="90" w:type="dxa"/>
              <w:bottom w:w="70" w:type="dxa"/>
              <w:right w:w="90" w:type="dxa"/>
            </w:tcMar>
            <w:vAlign w:val="center"/>
          </w:tcPr>
          <w:p w:rsidR="00C04410" w:rsidRDefault="00BE50EB" w:rsidP="009D1677">
            <w:pPr>
              <w:jc w:val="both"/>
            </w:pPr>
            <w:r>
              <w:t>- HS chăm chú lắng nghe, giữ trật tự và thể hiện thái độ tôn trọng người đang phát biểu.</w:t>
            </w:r>
          </w:p>
        </w:tc>
      </w:tr>
      <w:tr w:rsidR="00C04410" w:rsidTr="009D1677">
        <w:trPr>
          <w:cantSplit/>
          <w:jc w:val="center"/>
        </w:trPr>
        <w:tc>
          <w:tcPr>
            <w:tcW w:w="5187" w:type="dxa"/>
            <w:shd w:val="clear" w:color="auto" w:fill="auto"/>
            <w:tcMar>
              <w:top w:w="70" w:type="dxa"/>
              <w:left w:w="90" w:type="dxa"/>
              <w:bottom w:w="70" w:type="dxa"/>
              <w:right w:w="90" w:type="dxa"/>
            </w:tcMar>
            <w:vAlign w:val="center"/>
          </w:tcPr>
          <w:p w:rsidR="00C04410" w:rsidRDefault="00BE50EB" w:rsidP="009D1677">
            <w:pPr>
              <w:jc w:val="both"/>
            </w:pPr>
            <w:r>
              <w:t>- GV hướng dẫn HS cùng chờ đón tiếng trống khai trường và giải thích tiếng trống là tín hiệu mở đầu năm học mới.</w:t>
            </w:r>
          </w:p>
          <w:p w:rsidR="00C04410" w:rsidRDefault="00C04410" w:rsidP="009D1677">
            <w:pPr>
              <w:jc w:val="both"/>
            </w:pPr>
          </w:p>
        </w:tc>
        <w:tc>
          <w:tcPr>
            <w:tcW w:w="4586" w:type="dxa"/>
            <w:shd w:val="clear" w:color="auto" w:fill="auto"/>
            <w:tcMar>
              <w:top w:w="70" w:type="dxa"/>
              <w:left w:w="90" w:type="dxa"/>
              <w:bottom w:w="70" w:type="dxa"/>
              <w:right w:w="90" w:type="dxa"/>
            </w:tcMar>
            <w:vAlign w:val="center"/>
          </w:tcPr>
          <w:p w:rsidR="00C04410" w:rsidRDefault="00BE50EB" w:rsidP="009D1677">
            <w:pPr>
              <w:jc w:val="both"/>
            </w:pPr>
            <w:r>
              <w:t>- HS lắng nghe tiếng trống khai trường, vỗ tay hưởng ứng và ghi nhớ khoảnh khắc đáng nhớ.</w:t>
            </w:r>
          </w:p>
        </w:tc>
      </w:tr>
      <w:tr w:rsidR="00C04410" w:rsidTr="009D1677">
        <w:trPr>
          <w:cantSplit/>
          <w:jc w:val="center"/>
        </w:trPr>
        <w:tc>
          <w:tcPr>
            <w:tcW w:w="5187" w:type="dxa"/>
            <w:shd w:val="clear" w:color="auto" w:fill="auto"/>
            <w:tcMar>
              <w:top w:w="70" w:type="dxa"/>
              <w:left w:w="90" w:type="dxa"/>
              <w:bottom w:w="70" w:type="dxa"/>
              <w:right w:w="90" w:type="dxa"/>
            </w:tcMar>
            <w:vAlign w:val="center"/>
          </w:tcPr>
          <w:p w:rsidR="00C04410" w:rsidRDefault="00BE50EB" w:rsidP="009D1677">
            <w:pPr>
              <w:jc w:val="both"/>
            </w:pPr>
            <w:r>
              <w:t>- GV tổ chức các tiết mục văn nghệ, màn chào đón học sinh đầu cấp hoặc hoạt động giao lưu theo chương trình của nhà trường.</w:t>
            </w:r>
          </w:p>
        </w:tc>
        <w:tc>
          <w:tcPr>
            <w:tcW w:w="4586" w:type="dxa"/>
            <w:shd w:val="clear" w:color="auto" w:fill="auto"/>
            <w:tcMar>
              <w:top w:w="70" w:type="dxa"/>
              <w:left w:w="90" w:type="dxa"/>
              <w:bottom w:w="70" w:type="dxa"/>
              <w:right w:w="90" w:type="dxa"/>
            </w:tcMar>
            <w:vAlign w:val="center"/>
          </w:tcPr>
          <w:p w:rsidR="00C04410" w:rsidRDefault="00BE50EB" w:rsidP="009D1677">
            <w:pPr>
              <w:jc w:val="both"/>
            </w:pPr>
            <w:r>
              <w:t>- HS theo dõi, vỗ tay cổ vũ văn minh; HS được phân công tự tin tham gia biểu diễn.</w:t>
            </w:r>
          </w:p>
        </w:tc>
      </w:tr>
      <w:tr w:rsidR="00C04410" w:rsidTr="009D1677">
        <w:trPr>
          <w:cantSplit/>
          <w:jc w:val="center"/>
        </w:trPr>
        <w:tc>
          <w:tcPr>
            <w:tcW w:w="5187" w:type="dxa"/>
            <w:shd w:val="clear" w:color="auto" w:fill="auto"/>
            <w:tcMar>
              <w:top w:w="70" w:type="dxa"/>
              <w:left w:w="90" w:type="dxa"/>
              <w:bottom w:w="70" w:type="dxa"/>
              <w:right w:w="90" w:type="dxa"/>
            </w:tcMar>
            <w:vAlign w:val="center"/>
          </w:tcPr>
          <w:p w:rsidR="00C04410" w:rsidRDefault="00BE50EB" w:rsidP="009D1677">
            <w:pPr>
              <w:jc w:val="both"/>
            </w:pPr>
            <w:r>
              <w:t>- Sau một số nội dung, GV đặt câu hỏi tương tác: “Em ấn tượng với hoạt động nào?”, “Em muốn gửi lời chúc gì đến thầy cô và các bạn trong năm học mới?”.</w:t>
            </w:r>
          </w:p>
        </w:tc>
        <w:tc>
          <w:tcPr>
            <w:tcW w:w="4586" w:type="dxa"/>
            <w:shd w:val="clear" w:color="auto" w:fill="auto"/>
            <w:tcMar>
              <w:top w:w="70" w:type="dxa"/>
              <w:left w:w="90" w:type="dxa"/>
              <w:bottom w:w="70" w:type="dxa"/>
              <w:right w:w="90" w:type="dxa"/>
            </w:tcMar>
            <w:vAlign w:val="center"/>
          </w:tcPr>
          <w:p w:rsidR="00C04410" w:rsidRDefault="00BE50EB" w:rsidP="009D1677">
            <w:pPr>
              <w:jc w:val="both"/>
            </w:pPr>
            <w:r>
              <w:t>- HS giơ tay chia sẻ ngắn gọn, nói lời chúc chân thành và lắng nghe ý kiến của bạn.</w:t>
            </w:r>
          </w:p>
        </w:tc>
      </w:tr>
      <w:tr w:rsidR="00C04410" w:rsidTr="009D1677">
        <w:trPr>
          <w:cantSplit/>
          <w:jc w:val="center"/>
        </w:trPr>
        <w:tc>
          <w:tcPr>
            <w:tcW w:w="5187" w:type="dxa"/>
            <w:shd w:val="clear" w:color="auto" w:fill="auto"/>
            <w:tcMar>
              <w:top w:w="70" w:type="dxa"/>
              <w:left w:w="90" w:type="dxa"/>
              <w:bottom w:w="70" w:type="dxa"/>
              <w:right w:w="90" w:type="dxa"/>
            </w:tcMar>
            <w:vAlign w:val="center"/>
          </w:tcPr>
          <w:p w:rsidR="00C04410" w:rsidRDefault="00BE50EB" w:rsidP="009D1677">
            <w:pPr>
              <w:jc w:val="both"/>
            </w:pPr>
            <w:r>
              <w:rPr>
                <w:b/>
              </w:rPr>
              <w:t>Kết luận</w:t>
            </w:r>
          </w:p>
        </w:tc>
        <w:tc>
          <w:tcPr>
            <w:tcW w:w="4586" w:type="dxa"/>
            <w:shd w:val="clear" w:color="auto" w:fill="auto"/>
            <w:tcMar>
              <w:top w:w="70" w:type="dxa"/>
              <w:left w:w="90" w:type="dxa"/>
              <w:bottom w:w="70" w:type="dxa"/>
              <w:right w:w="90" w:type="dxa"/>
            </w:tcMar>
            <w:vAlign w:val="center"/>
          </w:tcPr>
          <w:p w:rsidR="00C04410" w:rsidRDefault="00BE50EB" w:rsidP="009D1677">
            <w:pPr>
              <w:jc w:val="both"/>
            </w:pPr>
            <w:r>
              <w:t>- HS chuẩn bị nêu điều ghi nhớ và cam kết đầu năm học.</w:t>
            </w:r>
          </w:p>
        </w:tc>
      </w:tr>
      <w:tr w:rsidR="00C04410" w:rsidTr="009D1677">
        <w:trPr>
          <w:cantSplit/>
          <w:jc w:val="center"/>
        </w:trPr>
        <w:tc>
          <w:tcPr>
            <w:tcW w:w="5187" w:type="dxa"/>
            <w:shd w:val="clear" w:color="auto" w:fill="auto"/>
            <w:tcMar>
              <w:top w:w="70" w:type="dxa"/>
              <w:left w:w="90" w:type="dxa"/>
              <w:bottom w:w="70" w:type="dxa"/>
              <w:right w:w="90" w:type="dxa"/>
            </w:tcMar>
            <w:vAlign w:val="center"/>
          </w:tcPr>
          <w:p w:rsidR="00C04410" w:rsidRDefault="00BE50EB" w:rsidP="009D1677">
            <w:pPr>
              <w:jc w:val="both"/>
            </w:pPr>
            <w:r>
              <w:t>- GV hỏi: “Để mỗi ngày đến trường đều vui và an toàn, mỗi học sinh cần thực hiện những việc gì?”.</w:t>
            </w:r>
          </w:p>
        </w:tc>
        <w:tc>
          <w:tcPr>
            <w:tcW w:w="4586" w:type="dxa"/>
            <w:shd w:val="clear" w:color="auto" w:fill="auto"/>
            <w:tcMar>
              <w:top w:w="70" w:type="dxa"/>
              <w:left w:w="90" w:type="dxa"/>
              <w:bottom w:w="70" w:type="dxa"/>
              <w:right w:w="90" w:type="dxa"/>
            </w:tcMar>
            <w:vAlign w:val="center"/>
          </w:tcPr>
          <w:p w:rsidR="00C04410" w:rsidRDefault="00BE50EB" w:rsidP="009D1677">
            <w:pPr>
              <w:jc w:val="both"/>
            </w:pPr>
            <w:r>
              <w:t>- HS nêu: đi học đúng giờ, chuẩn bị đủ đồ dùng, giữ trật tự, lễ phép, đoàn kết, chăm học và thực hiện nội quy.</w:t>
            </w:r>
          </w:p>
        </w:tc>
      </w:tr>
      <w:tr w:rsidR="00C04410" w:rsidTr="009D1677">
        <w:trPr>
          <w:cantSplit/>
          <w:jc w:val="center"/>
        </w:trPr>
        <w:tc>
          <w:tcPr>
            <w:tcW w:w="5187" w:type="dxa"/>
            <w:shd w:val="clear" w:color="auto" w:fill="auto"/>
            <w:tcMar>
              <w:top w:w="70" w:type="dxa"/>
              <w:left w:w="90" w:type="dxa"/>
              <w:bottom w:w="70" w:type="dxa"/>
              <w:right w:w="90" w:type="dxa"/>
            </w:tcMar>
            <w:vAlign w:val="center"/>
          </w:tcPr>
          <w:p w:rsidR="00C04410" w:rsidRDefault="00BE50EB" w:rsidP="009D1677">
            <w:pPr>
              <w:jc w:val="both"/>
            </w:pPr>
            <w:r>
              <w:rPr>
                <w:b/>
                <w:color w:val="FF0000"/>
              </w:rPr>
              <w:t xml:space="preserve">Diễn giải tích hợp - Câu hỏi dẫn: </w:t>
            </w:r>
            <w:r>
              <w:rPr>
                <w:color w:val="FF0000"/>
              </w:rPr>
              <w:t>Vì sao được đến trường, tham gia Lễ khai giảng và các hoạt động giáo dục là một quyền của trẻ em? Quyền đó cần đi cùng những nghĩa vụ nào?</w:t>
            </w:r>
          </w:p>
        </w:tc>
        <w:tc>
          <w:tcPr>
            <w:tcW w:w="4586" w:type="dxa"/>
            <w:shd w:val="clear" w:color="auto" w:fill="auto"/>
            <w:tcMar>
              <w:top w:w="70" w:type="dxa"/>
              <w:left w:w="90" w:type="dxa"/>
              <w:bottom w:w="70" w:type="dxa"/>
              <w:right w:w="90" w:type="dxa"/>
            </w:tcMar>
            <w:vAlign w:val="center"/>
          </w:tcPr>
          <w:p w:rsidR="00C04410" w:rsidRDefault="00BE50EB" w:rsidP="009D1677">
            <w:pPr>
              <w:jc w:val="both"/>
            </w:pPr>
            <w:r>
              <w:t>- HS nêu: được học tập giúp phát triển bản thân; cần chăm học, chấp hành nội quy, tôn trọng thầy cô, bạn bè và giữ gìn trường lớp.</w:t>
            </w:r>
          </w:p>
        </w:tc>
      </w:tr>
      <w:tr w:rsidR="00C04410" w:rsidTr="009D1677">
        <w:trPr>
          <w:cantSplit/>
          <w:jc w:val="center"/>
        </w:trPr>
        <w:tc>
          <w:tcPr>
            <w:tcW w:w="5187" w:type="dxa"/>
            <w:shd w:val="clear" w:color="auto" w:fill="auto"/>
            <w:tcMar>
              <w:top w:w="70" w:type="dxa"/>
              <w:left w:w="90" w:type="dxa"/>
              <w:bottom w:w="70" w:type="dxa"/>
              <w:right w:w="90" w:type="dxa"/>
            </w:tcMar>
            <w:vAlign w:val="center"/>
          </w:tcPr>
          <w:p w:rsidR="00C04410" w:rsidRDefault="00BE50EB">
            <w:r>
              <w:rPr>
                <w:b/>
                <w:color w:val="FF0000"/>
              </w:rPr>
              <w:lastRenderedPageBreak/>
              <w:t xml:space="preserve">Diễn giải tích hợp: </w:t>
            </w:r>
            <w:r>
              <w:rPr>
                <w:color w:val="FF0000"/>
              </w:rPr>
              <w:t>GV giúp HS hiểu mỗi trẻ em đều có quyền được học tập, được tham gia những hoạt động giáo dục phù hợp và được tạo điều kiện phát triển tài năng, khả năng của mình. Lễ khai giảng là dịp nhà trường chào đón, khẳng định cơ hội học tập bình đẳng của các em. Đi cùng quyền học tập là nghĩa vụ đi học đều, chuẩn bị bài, giữ trật tự, thực hiện hướng dẫn, tôn trọng thầy cô và bạn bè, bảo vệ tài sản chung. Khi biết hỗ trợ bạn mới, không chê cười bạn còn rụt rè và cùng nhau thực hiện nền nếp, HS đang góp phần xây dựng một trường học an toàn, thân thiện, nơi mọi bạn đều được tôn trọng và có cơ hội tiến bộ.</w:t>
            </w:r>
          </w:p>
        </w:tc>
        <w:tc>
          <w:tcPr>
            <w:tcW w:w="4586" w:type="dxa"/>
            <w:shd w:val="clear" w:color="auto" w:fill="auto"/>
            <w:tcMar>
              <w:top w:w="70" w:type="dxa"/>
              <w:left w:w="90" w:type="dxa"/>
              <w:bottom w:w="70" w:type="dxa"/>
              <w:right w:w="90" w:type="dxa"/>
            </w:tcMar>
            <w:vAlign w:val="center"/>
          </w:tcPr>
          <w:p w:rsidR="00C04410" w:rsidRDefault="00BE50EB">
            <w:r>
              <w:t>- HS lắng nghe, nêu một quyền và một nghĩa vụ của mình trong năm học mới.</w:t>
            </w:r>
          </w:p>
        </w:tc>
      </w:tr>
      <w:tr w:rsidR="00C04410" w:rsidTr="009D1677">
        <w:trPr>
          <w:cantSplit/>
          <w:jc w:val="center"/>
        </w:trPr>
        <w:tc>
          <w:tcPr>
            <w:tcW w:w="5187" w:type="dxa"/>
            <w:shd w:val="clear" w:color="auto" w:fill="auto"/>
            <w:tcMar>
              <w:top w:w="70" w:type="dxa"/>
              <w:left w:w="90" w:type="dxa"/>
              <w:bottom w:w="70" w:type="dxa"/>
              <w:right w:w="90" w:type="dxa"/>
            </w:tcMar>
            <w:vAlign w:val="center"/>
          </w:tcPr>
          <w:p w:rsidR="00C04410" w:rsidRDefault="00BE50EB">
            <w:r>
              <w:t>- GV cùng HS đọc thông điệp: “Vui đến trường - Chăm học tốt - Đoàn kết, tự tin!”.</w:t>
            </w:r>
          </w:p>
        </w:tc>
        <w:tc>
          <w:tcPr>
            <w:tcW w:w="4586" w:type="dxa"/>
            <w:shd w:val="clear" w:color="auto" w:fill="auto"/>
            <w:tcMar>
              <w:top w:w="70" w:type="dxa"/>
              <w:left w:w="90" w:type="dxa"/>
              <w:bottom w:w="70" w:type="dxa"/>
              <w:right w:w="90" w:type="dxa"/>
            </w:tcMar>
            <w:vAlign w:val="center"/>
          </w:tcPr>
          <w:p w:rsidR="00C04410" w:rsidRDefault="00BE50EB">
            <w:r>
              <w:t>- HS đồng thanh đọc thông điệp và thể hiện quyết tâm bước vào năm học mới.</w:t>
            </w:r>
          </w:p>
        </w:tc>
      </w:tr>
      <w:tr w:rsidR="00C04410" w:rsidTr="009D1677">
        <w:trPr>
          <w:cantSplit/>
          <w:jc w:val="center"/>
        </w:trPr>
        <w:tc>
          <w:tcPr>
            <w:tcW w:w="9773" w:type="dxa"/>
            <w:gridSpan w:val="2"/>
            <w:shd w:val="clear" w:color="auto" w:fill="auto"/>
            <w:tcMar>
              <w:top w:w="70" w:type="dxa"/>
              <w:left w:w="90" w:type="dxa"/>
              <w:bottom w:w="70" w:type="dxa"/>
              <w:right w:w="90" w:type="dxa"/>
            </w:tcMar>
          </w:tcPr>
          <w:p w:rsidR="00C04410" w:rsidRDefault="00BE50EB">
            <w:r>
              <w:rPr>
                <w:b/>
              </w:rPr>
              <w:t>3. SAU NGÀY HỘI TOÀN TRƯỜNG</w:t>
            </w:r>
          </w:p>
          <w:p w:rsidR="00C04410" w:rsidRDefault="00BE50EB">
            <w:r>
              <w:rPr>
                <w:b/>
              </w:rPr>
              <w:t xml:space="preserve">- Mục tiêu: </w:t>
            </w:r>
            <w:r>
              <w:t>HS chia sẻ được ấn tượng về Lễ khai giảng và lựa chọn một hành động cụ thể để thực hiện tốt trong tuần đầu năm học.</w:t>
            </w:r>
          </w:p>
          <w:p w:rsidR="00C04410" w:rsidRDefault="00BE50EB">
            <w:r>
              <w:rPr>
                <w:b/>
                <w:i/>
              </w:rPr>
              <w:t>* Cách tiến hành:</w:t>
            </w:r>
          </w:p>
        </w:tc>
      </w:tr>
      <w:tr w:rsidR="00C04410" w:rsidTr="009D1677">
        <w:trPr>
          <w:cantSplit/>
          <w:jc w:val="center"/>
        </w:trPr>
        <w:tc>
          <w:tcPr>
            <w:tcW w:w="5187" w:type="dxa"/>
            <w:shd w:val="clear" w:color="auto" w:fill="auto"/>
            <w:tcMar>
              <w:top w:w="70" w:type="dxa"/>
              <w:left w:w="90" w:type="dxa"/>
              <w:bottom w:w="70" w:type="dxa"/>
              <w:right w:w="90" w:type="dxa"/>
            </w:tcMar>
            <w:vAlign w:val="center"/>
          </w:tcPr>
          <w:p w:rsidR="00C04410" w:rsidRDefault="00BE50EB">
            <w:r>
              <w:rPr>
                <w:b/>
              </w:rPr>
              <w:t>Một ấn tượng - Một quyết tâm</w:t>
            </w:r>
          </w:p>
        </w:tc>
        <w:tc>
          <w:tcPr>
            <w:tcW w:w="4586" w:type="dxa"/>
            <w:shd w:val="clear" w:color="auto" w:fill="auto"/>
            <w:tcMar>
              <w:top w:w="70" w:type="dxa"/>
              <w:left w:w="90" w:type="dxa"/>
              <w:bottom w:w="70" w:type="dxa"/>
              <w:right w:w="90" w:type="dxa"/>
            </w:tcMar>
            <w:vAlign w:val="center"/>
          </w:tcPr>
          <w:p w:rsidR="00C04410" w:rsidRDefault="00BE50EB">
            <w:r>
              <w:t>- HS lắng nghe nhiệm vụ sau buổi trải nghiệm.</w:t>
            </w:r>
          </w:p>
        </w:tc>
      </w:tr>
      <w:tr w:rsidR="00C04410" w:rsidTr="009D1677">
        <w:trPr>
          <w:cantSplit/>
          <w:jc w:val="center"/>
        </w:trPr>
        <w:tc>
          <w:tcPr>
            <w:tcW w:w="5187" w:type="dxa"/>
            <w:shd w:val="clear" w:color="auto" w:fill="auto"/>
            <w:tcMar>
              <w:top w:w="70" w:type="dxa"/>
              <w:left w:w="90" w:type="dxa"/>
              <w:bottom w:w="70" w:type="dxa"/>
              <w:right w:w="90" w:type="dxa"/>
            </w:tcMar>
            <w:vAlign w:val="center"/>
          </w:tcPr>
          <w:p w:rsidR="00C04410" w:rsidRDefault="00BE50EB">
            <w:r>
              <w:t>- GV gợi ý khi trở về lớp, mỗi HS chia sẻ một hình ảnh, lời nói hoặc hoạt động làm mình ấn tượng nhất trong Lễ khai giảng.</w:t>
            </w:r>
          </w:p>
        </w:tc>
        <w:tc>
          <w:tcPr>
            <w:tcW w:w="4586" w:type="dxa"/>
            <w:shd w:val="clear" w:color="auto" w:fill="auto"/>
            <w:tcMar>
              <w:top w:w="70" w:type="dxa"/>
              <w:left w:w="90" w:type="dxa"/>
              <w:bottom w:w="70" w:type="dxa"/>
              <w:right w:w="90" w:type="dxa"/>
            </w:tcMar>
            <w:vAlign w:val="center"/>
          </w:tcPr>
          <w:p w:rsidR="00C04410" w:rsidRDefault="00BE50EB">
            <w:r>
              <w:t>- HS chia sẻ theo cặp hoặc trước lớp; biết lắng nghe cảm nhận khác nhau của bạn.</w:t>
            </w:r>
          </w:p>
        </w:tc>
      </w:tr>
      <w:tr w:rsidR="00C04410" w:rsidTr="009D1677">
        <w:trPr>
          <w:cantSplit/>
          <w:jc w:val="center"/>
        </w:trPr>
        <w:tc>
          <w:tcPr>
            <w:tcW w:w="5187" w:type="dxa"/>
            <w:shd w:val="clear" w:color="auto" w:fill="auto"/>
            <w:tcMar>
              <w:top w:w="70" w:type="dxa"/>
              <w:left w:w="90" w:type="dxa"/>
              <w:bottom w:w="70" w:type="dxa"/>
              <w:right w:w="90" w:type="dxa"/>
            </w:tcMar>
            <w:vAlign w:val="center"/>
          </w:tcPr>
          <w:p w:rsidR="00C04410" w:rsidRDefault="00BE50EB">
            <w:r>
              <w:t>- GV đề nghị mỗi HS chọn một việc sẽ thực hiện tốt trong tuần đầu như đi học đúng giờ, tự chuẩn bị cặp sách, chào hỏi lễ phép hoặc giúp đỡ một người bạn.</w:t>
            </w:r>
          </w:p>
        </w:tc>
        <w:tc>
          <w:tcPr>
            <w:tcW w:w="4586" w:type="dxa"/>
            <w:shd w:val="clear" w:color="auto" w:fill="auto"/>
            <w:tcMar>
              <w:top w:w="70" w:type="dxa"/>
              <w:left w:w="90" w:type="dxa"/>
              <w:bottom w:w="70" w:type="dxa"/>
              <w:right w:w="90" w:type="dxa"/>
            </w:tcMar>
            <w:vAlign w:val="center"/>
          </w:tcPr>
          <w:p w:rsidR="00C04410" w:rsidRDefault="00BE50EB">
            <w:r>
              <w:t>- HS lựa chọn một việc cụ thể, ghi nhớ và cam kết thực hiện.</w:t>
            </w:r>
          </w:p>
        </w:tc>
      </w:tr>
      <w:tr w:rsidR="00C04410" w:rsidTr="009D1677">
        <w:trPr>
          <w:cantSplit/>
          <w:jc w:val="center"/>
        </w:trPr>
        <w:tc>
          <w:tcPr>
            <w:tcW w:w="5187" w:type="dxa"/>
            <w:shd w:val="clear" w:color="auto" w:fill="auto"/>
            <w:tcMar>
              <w:top w:w="70" w:type="dxa"/>
              <w:left w:w="90" w:type="dxa"/>
              <w:bottom w:w="70" w:type="dxa"/>
              <w:right w:w="90" w:type="dxa"/>
            </w:tcMar>
            <w:vAlign w:val="center"/>
          </w:tcPr>
          <w:p w:rsidR="00C04410" w:rsidRDefault="00BE50EB">
            <w:r>
              <w:t>- GV dặn HS về nhà kể với người thân một điều đáng nhớ trong ngày khai trường và chia sẻ quyết tâm của mình.</w:t>
            </w:r>
          </w:p>
        </w:tc>
        <w:tc>
          <w:tcPr>
            <w:tcW w:w="4586" w:type="dxa"/>
            <w:shd w:val="clear" w:color="auto" w:fill="auto"/>
            <w:tcMar>
              <w:top w:w="70" w:type="dxa"/>
              <w:left w:w="90" w:type="dxa"/>
              <w:bottom w:w="70" w:type="dxa"/>
              <w:right w:w="90" w:type="dxa"/>
            </w:tcMar>
            <w:vAlign w:val="center"/>
          </w:tcPr>
          <w:p w:rsidR="00C04410" w:rsidRDefault="00BE50EB">
            <w:r>
              <w:t>- HS ghi nhớ, thực hiện cùng gia đình và chuẩn bị báo cáo ở tiết sau.</w:t>
            </w:r>
          </w:p>
        </w:tc>
      </w:tr>
    </w:tbl>
    <w:p w:rsidR="00C04410" w:rsidRDefault="00BE50EB">
      <w:r>
        <w:rPr>
          <w:b/>
          <w:color w:val="FF0000"/>
        </w:rPr>
        <w:t>IV. ĐIỀU CHỈNH SAU BÀI DẠY:</w:t>
      </w:r>
    </w:p>
    <w:p w:rsidR="00C04410" w:rsidRDefault="00BE50EB">
      <w:r>
        <w:t>................................................................................................................</w:t>
      </w:r>
    </w:p>
    <w:p w:rsidR="00C04410" w:rsidRDefault="00BE50EB">
      <w:r>
        <w:t>................................................................................................................</w:t>
      </w:r>
    </w:p>
    <w:p w:rsidR="00C04410" w:rsidRDefault="00BE50EB">
      <w:r>
        <w:t>................................................................................................................</w:t>
      </w:r>
    </w:p>
    <w:p w:rsidR="00C04410" w:rsidRDefault="00BE50EB">
      <w:r>
        <w:br w:type="page"/>
      </w:r>
    </w:p>
    <w:p w:rsidR="00C04410" w:rsidRPr="009D1677" w:rsidRDefault="00BE50EB">
      <w:pPr>
        <w:jc w:val="center"/>
      </w:pPr>
      <w:r w:rsidRPr="009D1677">
        <w:rPr>
          <w:b/>
        </w:rPr>
        <w:lastRenderedPageBreak/>
        <w:t>KẾ HOẠCH BÀI DẠY MÔN HOẠT ĐỘNG TRẢI NGHIỆM LỚP 2</w:t>
      </w:r>
    </w:p>
    <w:p w:rsidR="00C04410" w:rsidRPr="009D1677" w:rsidRDefault="00BE50EB">
      <w:pPr>
        <w:jc w:val="center"/>
      </w:pPr>
      <w:r w:rsidRPr="009D1677">
        <w:rPr>
          <w:b/>
        </w:rPr>
        <w:t>CHỦ ĐỀ 1: KHÁM PHÁ BẢN THÂN</w:t>
      </w:r>
    </w:p>
    <w:p w:rsidR="00C04410" w:rsidRPr="009D1677" w:rsidRDefault="00BE50EB">
      <w:pPr>
        <w:jc w:val="center"/>
      </w:pPr>
      <w:r w:rsidRPr="009D1677">
        <w:rPr>
          <w:b/>
        </w:rPr>
        <w:t>TUẦN 1: TIẾT 2</w:t>
      </w:r>
    </w:p>
    <w:p w:rsidR="00C04410" w:rsidRPr="009D1677" w:rsidRDefault="00BE50EB">
      <w:pPr>
        <w:jc w:val="center"/>
      </w:pPr>
      <w:r w:rsidRPr="009D1677">
        <w:rPr>
          <w:b/>
        </w:rPr>
        <w:t>HOẠT ĐỘNG GIÁO DỤC THEO CHỦ ĐỀ: HÌNH ẢNH CỦA EM</w:t>
      </w:r>
    </w:p>
    <w:p w:rsidR="00C04410" w:rsidRPr="009D1677" w:rsidRDefault="00BE50EB">
      <w:pPr>
        <w:jc w:val="center"/>
      </w:pPr>
      <w:r w:rsidRPr="009D1677">
        <w:rPr>
          <w:b/>
        </w:rPr>
        <w:t>Thời gian thực hiện: ...</w:t>
      </w:r>
    </w:p>
    <w:p w:rsidR="00C04410" w:rsidRPr="009D1677" w:rsidRDefault="00BE50EB">
      <w:r w:rsidRPr="009D1677">
        <w:rPr>
          <w:b/>
        </w:rPr>
        <w:t>I. YÊU CẦU CẦN ĐẠT:</w:t>
      </w:r>
    </w:p>
    <w:p w:rsidR="00C04410" w:rsidRPr="009D1677" w:rsidRDefault="00BE50EB">
      <w:r w:rsidRPr="009D1677">
        <w:rPr>
          <w:b/>
          <w:i/>
        </w:rPr>
        <w:t>1. Năng lực đặc thù</w:t>
      </w:r>
    </w:p>
    <w:p w:rsidR="00C04410" w:rsidRDefault="00BE50EB">
      <w:r w:rsidRPr="009D1677">
        <w:t xml:space="preserve">- HS nhận biết và đánh giá được hình ảnh bản thân trong đời sống hằng ngày </w:t>
      </w:r>
      <w:r>
        <w:t>(vui vẻ, rầu rĩ, thân thiện, cau có...).</w:t>
      </w:r>
    </w:p>
    <w:p w:rsidR="00C04410" w:rsidRDefault="00BE50EB">
      <w:r>
        <w:t>- HS thực hành thay đổi hình ảnh để trở nên vui vẻ, thân thiện hơn.</w:t>
      </w:r>
    </w:p>
    <w:p w:rsidR="00C04410" w:rsidRDefault="00BE50EB">
      <w:r>
        <w:rPr>
          <w:b/>
          <w:i/>
        </w:rPr>
        <w:t>2. Năng lực chung</w:t>
      </w:r>
    </w:p>
    <w:p w:rsidR="00C04410" w:rsidRDefault="00BE50EB">
      <w:r>
        <w:t>- Năng lực giao tiếp, hợp tác: Biết trao đổi, thảo luận với bạn bè để hoàn thành nhiệm vụ.</w:t>
      </w:r>
    </w:p>
    <w:p w:rsidR="00C04410" w:rsidRDefault="00BE50EB">
      <w:r>
        <w:t>- Năng lực giải quyết vấn đề và sáng tạo: Vận dụng kiến thức đã học để điều chỉnh hành vi trong thực tế.</w:t>
      </w:r>
    </w:p>
    <w:p w:rsidR="00C04410" w:rsidRDefault="00BE50EB">
      <w:r>
        <w:rPr>
          <w:b/>
          <w:i/>
        </w:rPr>
        <w:t>3. Phẩm chất</w:t>
      </w:r>
    </w:p>
    <w:p w:rsidR="00C04410" w:rsidRDefault="00BE50EB">
      <w:r>
        <w:t>- Hình thành thói quen thể hiện thái độ vui vẻ, thân thiện với mọi người xung quanh.</w:t>
      </w:r>
    </w:p>
    <w:p w:rsidR="00C04410" w:rsidRDefault="00BE50EB">
      <w:r>
        <w:t>- Có ý thức thay đổi để bản thân trở nên tích cực hơn.</w:t>
      </w:r>
    </w:p>
    <w:p w:rsidR="00C04410" w:rsidRDefault="00BE50EB">
      <w:r>
        <w:rPr>
          <w:b/>
          <w:color w:val="FF0000"/>
          <w:sz w:val="26"/>
        </w:rPr>
        <w:t>4. Tích hợp</w:t>
      </w:r>
    </w:p>
    <w:p w:rsidR="00C04410" w:rsidRDefault="00BE50EB">
      <w:r>
        <w:rPr>
          <w:color w:val="FF0000"/>
          <w:sz w:val="26"/>
        </w:rPr>
        <w:t>- Tích hợp giáo dục quyền con người: HS nhận biết quyền được tôn trọng và quyền được lắng nghe ý kiến của mình.</w:t>
      </w:r>
    </w:p>
    <w:p w:rsidR="00C04410" w:rsidRDefault="00BE50EB">
      <w:r>
        <w:rPr>
          <w:color w:val="FF0000"/>
          <w:sz w:val="26"/>
        </w:rPr>
        <w:t>- Tích hợp năng lực số 2.6.CB1a: Xác định được danh tính số. Mục tiêu tích hợp: Bước đầu hiểu rằng mỗi người có một hình ảnh trên môi trường số như ảnh đại diện, tên người dùng và cần thể hiện sự thân thiện.</w:t>
      </w:r>
    </w:p>
    <w:p w:rsidR="00C04410" w:rsidRDefault="00BE50EB">
      <w:r>
        <w:rPr>
          <w:color w:val="FF0000"/>
          <w:sz w:val="26"/>
        </w:rPr>
        <w:t>- Tích hợp AI - YCCĐ 2.A1.2: HS hiểu AI chỉ mô phỏng, không có cảm xúc thật như con người.</w:t>
      </w:r>
    </w:p>
    <w:p w:rsidR="00C04410" w:rsidRDefault="00BE50EB">
      <w:r>
        <w:rPr>
          <w:b/>
          <w:color w:val="FF0000"/>
        </w:rPr>
        <w:t>II. CHUẨN BỊ:</w:t>
      </w:r>
    </w:p>
    <w:p w:rsidR="00C04410" w:rsidRDefault="00BE50EB">
      <w:r>
        <w:t>- GV: Bảng phụ, giấy A3, quả bóng nhỏ; thẻ chữ “THÂN THIỆN - VUI VẺ”; hộp bí mật; tranh SGK.</w:t>
      </w:r>
    </w:p>
    <w:p w:rsidR="00C04410" w:rsidRDefault="00BE50EB">
      <w:r>
        <w:t>- HS: Giấy bìa màu, bút chì, bút màu, thước kẻ, hồ dán; ảnh hoặc tranh theo yêu cầu.</w:t>
      </w:r>
    </w:p>
    <w:p w:rsidR="00C04410" w:rsidRDefault="00BE50EB">
      <w:r>
        <w:rPr>
          <w:b/>
          <w:color w:val="FF0000"/>
        </w:rPr>
        <w:t>III. CÁC HOẠT ĐỘNG DẠY HỌC CHỦ YẾU:</w:t>
      </w:r>
    </w:p>
    <w:tbl>
      <w:tblPr>
        <w:tblW w:w="0" w:type="auto"/>
        <w:jc w:val="center"/>
        <w:tblBorders>
          <w:top w:val="single" w:sz="6" w:space="0" w:color="000000"/>
          <w:left w:val="single" w:sz="6" w:space="0" w:color="000000"/>
          <w:bottom w:val="single" w:sz="6" w:space="0" w:color="000000"/>
          <w:right w:val="single" w:sz="6" w:space="0" w:color="000000"/>
          <w:insideV w:val="single" w:sz="6" w:space="0" w:color="000000"/>
        </w:tblBorders>
        <w:tblLayout w:type="fixed"/>
        <w:tblLook w:val="04A0" w:firstRow="1" w:lastRow="0" w:firstColumn="1" w:lastColumn="0" w:noHBand="0" w:noVBand="1"/>
      </w:tblPr>
      <w:tblGrid>
        <w:gridCol w:w="5187"/>
        <w:gridCol w:w="4586"/>
      </w:tblGrid>
      <w:tr w:rsidR="00C04410" w:rsidTr="009D1677">
        <w:trPr>
          <w:cantSplit/>
          <w:tblHeader/>
          <w:jc w:val="center"/>
        </w:trPr>
        <w:tc>
          <w:tcPr>
            <w:tcW w:w="4513" w:type="dxa"/>
            <w:tcBorders>
              <w:bottom w:val="single" w:sz="6" w:space="0" w:color="000000"/>
            </w:tcBorders>
            <w:shd w:val="clear" w:color="auto" w:fill="auto"/>
            <w:tcMar>
              <w:top w:w="70" w:type="dxa"/>
              <w:left w:w="90" w:type="dxa"/>
              <w:bottom w:w="70" w:type="dxa"/>
              <w:right w:w="90" w:type="dxa"/>
            </w:tcMar>
          </w:tcPr>
          <w:p w:rsidR="00C04410" w:rsidRDefault="00BE50EB">
            <w:pPr>
              <w:jc w:val="center"/>
            </w:pPr>
            <w:r>
              <w:rPr>
                <w:b/>
              </w:rPr>
              <w:t>HOẠT ĐỘNG CỦA GIÁO VIÊN</w:t>
            </w:r>
          </w:p>
        </w:tc>
        <w:tc>
          <w:tcPr>
            <w:tcW w:w="4513" w:type="dxa"/>
            <w:tcBorders>
              <w:bottom w:val="single" w:sz="6" w:space="0" w:color="000000"/>
            </w:tcBorders>
            <w:shd w:val="clear" w:color="auto" w:fill="auto"/>
            <w:tcMar>
              <w:top w:w="70" w:type="dxa"/>
              <w:left w:w="90" w:type="dxa"/>
              <w:bottom w:w="70" w:type="dxa"/>
              <w:right w:w="90" w:type="dxa"/>
            </w:tcMar>
          </w:tcPr>
          <w:p w:rsidR="00C04410" w:rsidRDefault="00BE50EB">
            <w:pPr>
              <w:jc w:val="center"/>
            </w:pPr>
            <w:r>
              <w:rPr>
                <w:b/>
              </w:rPr>
              <w:t>HOẠT ĐỘNG CỦA HỌC SINH</w:t>
            </w:r>
          </w:p>
        </w:tc>
      </w:tr>
      <w:tr w:rsidR="00C04410" w:rsidTr="009D1677">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C04410" w:rsidRDefault="00BE50EB">
            <w:r>
              <w:rPr>
                <w:b/>
              </w:rPr>
              <w:t>1. KHỞI ĐỘNG</w:t>
            </w:r>
            <w:r>
              <w:rPr>
                <w:b/>
              </w:rPr>
              <w:br/>
              <w:t>Chơi trò “Máy ảnh thân thiện”</w:t>
            </w:r>
          </w:p>
          <w:p w:rsidR="00C04410" w:rsidRDefault="00BE50EB">
            <w:r>
              <w:rPr>
                <w:b/>
              </w:rPr>
              <w:t xml:space="preserve">- Mục tiêu: </w:t>
            </w:r>
            <w:r>
              <w:t>Tạo tâm thế hứng thú cho học sinh và từng bước làm quen bài học.</w:t>
            </w:r>
          </w:p>
          <w:p w:rsidR="00C04410" w:rsidRDefault="00BE50EB">
            <w:r>
              <w:rPr>
                <w:b/>
                <w:i/>
              </w:rPr>
              <w:t>* Cách tiến hành:</w:t>
            </w:r>
          </w:p>
        </w:tc>
      </w:tr>
      <w:tr w:rsidR="00C04410" w:rsidTr="009D1677">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C04410" w:rsidRDefault="00BE50EB" w:rsidP="00987586">
            <w:pPr>
              <w:jc w:val="both"/>
            </w:pPr>
            <w:r>
              <w:t>- GV hướng dẫn HS chơi: Hai bạn sắm vai chụp ảnh cho nhau.</w:t>
            </w:r>
          </w:p>
          <w:p w:rsidR="00C04410" w:rsidRDefault="00C04410" w:rsidP="00987586">
            <w:pPr>
              <w:jc w:val="both"/>
            </w:pPr>
          </w:p>
        </w:tc>
        <w:tc>
          <w:tcPr>
            <w:tcW w:w="4586" w:type="dxa"/>
            <w:tcBorders>
              <w:top w:val="single" w:sz="6" w:space="0" w:color="000000"/>
            </w:tcBorders>
            <w:shd w:val="clear" w:color="auto" w:fill="auto"/>
            <w:tcMar>
              <w:top w:w="70" w:type="dxa"/>
              <w:left w:w="90" w:type="dxa"/>
              <w:bottom w:w="70" w:type="dxa"/>
              <w:right w:w="90" w:type="dxa"/>
            </w:tcMar>
            <w:vAlign w:val="center"/>
          </w:tcPr>
          <w:p w:rsidR="00C04410" w:rsidRDefault="00BE50EB" w:rsidP="00987586">
            <w:pPr>
              <w:jc w:val="both"/>
            </w:pPr>
            <w:r>
              <w:t>- HS quan sát, lắng nghe cách chơi.</w:t>
            </w:r>
          </w:p>
        </w:tc>
      </w:tr>
      <w:tr w:rsidR="00C04410" w:rsidTr="009D1677">
        <w:trPr>
          <w:cantSplit/>
          <w:jc w:val="center"/>
        </w:trPr>
        <w:tc>
          <w:tcPr>
            <w:tcW w:w="5187" w:type="dxa"/>
            <w:shd w:val="clear" w:color="auto" w:fill="auto"/>
            <w:tcMar>
              <w:top w:w="70" w:type="dxa"/>
              <w:left w:w="90" w:type="dxa"/>
              <w:bottom w:w="70" w:type="dxa"/>
              <w:right w:w="90" w:type="dxa"/>
            </w:tcMar>
            <w:vAlign w:val="center"/>
          </w:tcPr>
          <w:p w:rsidR="00C04410" w:rsidRDefault="00BE50EB" w:rsidP="00987586">
            <w:pPr>
              <w:jc w:val="both"/>
            </w:pPr>
            <w:r>
              <w:lastRenderedPageBreak/>
              <w:t>- GV mời HS chơi theo nhóm bàn. Mỗi bạn sửa soạn quần áo, đầu tóc để bạn bên cạnh làm động tác chụp ảnh mình bằng cách đặt ngón tay trỏ và ngón tay cái ghép vào nhau thành hình vuông mô phỏng chiếc máy ảnh. Mỗi lần chụp, HS hô: “Chuẩn bị! Cười! Xoạch!”.</w:t>
            </w:r>
          </w:p>
        </w:tc>
        <w:tc>
          <w:tcPr>
            <w:tcW w:w="4586" w:type="dxa"/>
            <w:shd w:val="clear" w:color="auto" w:fill="auto"/>
            <w:tcMar>
              <w:top w:w="70" w:type="dxa"/>
              <w:left w:w="90" w:type="dxa"/>
              <w:bottom w:w="70" w:type="dxa"/>
              <w:right w:w="90" w:type="dxa"/>
            </w:tcMar>
            <w:vAlign w:val="center"/>
          </w:tcPr>
          <w:p w:rsidR="00C04410" w:rsidRDefault="00BE50EB" w:rsidP="00987586">
            <w:pPr>
              <w:jc w:val="both"/>
            </w:pPr>
            <w:r>
              <w:t>- HS chơi theo nhóm bàn; 1 - 2 nhóm HS lên chơi trước lớp và có thể thay đổi vai cho nhau.</w:t>
            </w:r>
          </w:p>
        </w:tc>
      </w:tr>
      <w:tr w:rsidR="00C04410" w:rsidTr="009D1677">
        <w:trPr>
          <w:cantSplit/>
          <w:jc w:val="center"/>
        </w:trPr>
        <w:tc>
          <w:tcPr>
            <w:tcW w:w="5187" w:type="dxa"/>
            <w:shd w:val="clear" w:color="auto" w:fill="auto"/>
            <w:tcMar>
              <w:top w:w="70" w:type="dxa"/>
              <w:left w:w="90" w:type="dxa"/>
              <w:bottom w:w="70" w:type="dxa"/>
              <w:right w:w="90" w:type="dxa"/>
            </w:tcMar>
            <w:vAlign w:val="center"/>
          </w:tcPr>
          <w:p w:rsidR="00C04410" w:rsidRDefault="00BE50EB" w:rsidP="00987586">
            <w:pPr>
              <w:jc w:val="both"/>
            </w:pPr>
            <w:r>
              <w:t>- GV hỏi: Khi chụp ảnh cho bạn em thường nhắc bạn điều gì? Em muốn tấm ảnh em chụp như thế nào?</w:t>
            </w:r>
          </w:p>
        </w:tc>
        <w:tc>
          <w:tcPr>
            <w:tcW w:w="4586" w:type="dxa"/>
            <w:shd w:val="clear" w:color="auto" w:fill="auto"/>
            <w:tcMar>
              <w:top w:w="70" w:type="dxa"/>
              <w:left w:w="90" w:type="dxa"/>
              <w:bottom w:w="70" w:type="dxa"/>
              <w:right w:w="90" w:type="dxa"/>
            </w:tcMar>
            <w:vAlign w:val="center"/>
          </w:tcPr>
          <w:p w:rsidR="00C04410" w:rsidRDefault="00BE50EB" w:rsidP="00987586">
            <w:pPr>
              <w:jc w:val="both"/>
            </w:pPr>
            <w:r>
              <w:t>- HS nối tiếp nêu: nhắc bạn nhìn vào máy ảnh, mỉm cười và tạo dáng tự nhiên; mong tấm ảnh vui vẻ, đẹp và thân thiện.</w:t>
            </w:r>
          </w:p>
        </w:tc>
      </w:tr>
      <w:tr w:rsidR="00C04410" w:rsidTr="009D1677">
        <w:trPr>
          <w:cantSplit/>
          <w:jc w:val="center"/>
        </w:trPr>
        <w:tc>
          <w:tcPr>
            <w:tcW w:w="5187" w:type="dxa"/>
            <w:shd w:val="clear" w:color="auto" w:fill="auto"/>
            <w:tcMar>
              <w:top w:w="70" w:type="dxa"/>
              <w:left w:w="90" w:type="dxa"/>
              <w:bottom w:w="70" w:type="dxa"/>
              <w:right w:w="90" w:type="dxa"/>
            </w:tcMar>
            <w:vAlign w:val="center"/>
          </w:tcPr>
          <w:p w:rsidR="00C04410" w:rsidRDefault="00BE50EB" w:rsidP="00987586">
            <w:pPr>
              <w:jc w:val="both"/>
            </w:pPr>
            <w:r>
              <w:t>- GV hỏi: Khi em được bạn chụp ảnh, em thường chuẩn bị gì? Em muốn bức ảnh của mình như thế nào?</w:t>
            </w:r>
          </w:p>
        </w:tc>
        <w:tc>
          <w:tcPr>
            <w:tcW w:w="4586" w:type="dxa"/>
            <w:shd w:val="clear" w:color="auto" w:fill="auto"/>
            <w:tcMar>
              <w:top w:w="70" w:type="dxa"/>
              <w:left w:w="90" w:type="dxa"/>
              <w:bottom w:w="70" w:type="dxa"/>
              <w:right w:w="90" w:type="dxa"/>
            </w:tcMar>
            <w:vAlign w:val="center"/>
          </w:tcPr>
          <w:p w:rsidR="00C04410" w:rsidRDefault="00BE50EB" w:rsidP="00987586">
            <w:pPr>
              <w:jc w:val="both"/>
            </w:pPr>
            <w:r>
              <w:t>- HS chia sẻ: sửa soạn quần áo, đầu tóc, mỉm cười; mong bức ảnh tươi vui, tự nhiên.</w:t>
            </w:r>
          </w:p>
        </w:tc>
      </w:tr>
      <w:tr w:rsidR="00C04410" w:rsidTr="009D1677">
        <w:trPr>
          <w:cantSplit/>
          <w:jc w:val="center"/>
        </w:trPr>
        <w:tc>
          <w:tcPr>
            <w:tcW w:w="5187" w:type="dxa"/>
            <w:shd w:val="clear" w:color="auto" w:fill="auto"/>
            <w:tcMar>
              <w:top w:w="70" w:type="dxa"/>
              <w:left w:w="90" w:type="dxa"/>
              <w:bottom w:w="70" w:type="dxa"/>
              <w:right w:w="90" w:type="dxa"/>
            </w:tcMar>
            <w:vAlign w:val="center"/>
          </w:tcPr>
          <w:p w:rsidR="00C04410" w:rsidRDefault="00BE50EB" w:rsidP="00987586">
            <w:pPr>
              <w:jc w:val="both"/>
            </w:pPr>
            <w:r>
              <w:t>- GV cho HS xem một số bức ảnh thật.</w:t>
            </w:r>
          </w:p>
        </w:tc>
        <w:tc>
          <w:tcPr>
            <w:tcW w:w="4586" w:type="dxa"/>
            <w:shd w:val="clear" w:color="auto" w:fill="auto"/>
            <w:tcMar>
              <w:top w:w="70" w:type="dxa"/>
              <w:left w:w="90" w:type="dxa"/>
              <w:bottom w:w="70" w:type="dxa"/>
              <w:right w:w="90" w:type="dxa"/>
            </w:tcMar>
            <w:vAlign w:val="center"/>
          </w:tcPr>
          <w:p w:rsidR="00C04410" w:rsidRDefault="00BE50EB" w:rsidP="00987586">
            <w:pPr>
              <w:jc w:val="both"/>
            </w:pPr>
            <w:r>
              <w:t>- HS quan sát và nhận xét những gương mặt vui vẻ, thân thiện trong ảnh.</w:t>
            </w:r>
          </w:p>
        </w:tc>
      </w:tr>
      <w:tr w:rsidR="00C04410" w:rsidTr="009D1677">
        <w:trPr>
          <w:cantSplit/>
          <w:jc w:val="center"/>
        </w:trPr>
        <w:tc>
          <w:tcPr>
            <w:tcW w:w="5187" w:type="dxa"/>
            <w:shd w:val="clear" w:color="auto" w:fill="auto"/>
            <w:tcMar>
              <w:top w:w="70" w:type="dxa"/>
              <w:left w:w="90" w:type="dxa"/>
              <w:bottom w:w="70" w:type="dxa"/>
              <w:right w:w="90" w:type="dxa"/>
            </w:tcMar>
            <w:vAlign w:val="center"/>
          </w:tcPr>
          <w:p w:rsidR="00C04410" w:rsidRDefault="00BE50EB" w:rsidP="00987586">
            <w:pPr>
              <w:jc w:val="both"/>
            </w:pPr>
            <w:r>
              <w:t>- GV kết luận: Hình ảnh tươi vui, thân thiện của mình là hình ảnh chúng ta luôn muốn lưu lại.</w:t>
            </w:r>
          </w:p>
        </w:tc>
        <w:tc>
          <w:tcPr>
            <w:tcW w:w="4586" w:type="dxa"/>
            <w:shd w:val="clear" w:color="auto" w:fill="auto"/>
            <w:tcMar>
              <w:top w:w="70" w:type="dxa"/>
              <w:left w:w="90" w:type="dxa"/>
              <w:bottom w:w="70" w:type="dxa"/>
              <w:right w:w="90" w:type="dxa"/>
            </w:tcMar>
            <w:vAlign w:val="center"/>
          </w:tcPr>
          <w:p w:rsidR="00C04410" w:rsidRDefault="00BE50EB" w:rsidP="00987586">
            <w:pPr>
              <w:jc w:val="both"/>
            </w:pPr>
            <w:r>
              <w:t>- HS lắng nghe và ghi nhớ.</w:t>
            </w:r>
          </w:p>
        </w:tc>
      </w:tr>
      <w:tr w:rsidR="00C04410" w:rsidTr="009D1677">
        <w:trPr>
          <w:cantSplit/>
          <w:jc w:val="center"/>
        </w:trPr>
        <w:tc>
          <w:tcPr>
            <w:tcW w:w="5187" w:type="dxa"/>
            <w:tcBorders>
              <w:bottom w:val="single" w:sz="6" w:space="0" w:color="000000"/>
            </w:tcBorders>
            <w:shd w:val="clear" w:color="auto" w:fill="auto"/>
            <w:tcMar>
              <w:top w:w="70" w:type="dxa"/>
              <w:left w:w="90" w:type="dxa"/>
              <w:bottom w:w="70" w:type="dxa"/>
              <w:right w:w="90" w:type="dxa"/>
            </w:tcMar>
            <w:vAlign w:val="center"/>
          </w:tcPr>
          <w:p w:rsidR="00C04410" w:rsidRDefault="00BE50EB" w:rsidP="00987586">
            <w:pPr>
              <w:jc w:val="both"/>
            </w:pPr>
            <w:r>
              <w:t>- GV dẫn dắt, vào bài.</w:t>
            </w:r>
          </w:p>
        </w:tc>
        <w:tc>
          <w:tcPr>
            <w:tcW w:w="4586" w:type="dxa"/>
            <w:tcBorders>
              <w:bottom w:val="single" w:sz="6" w:space="0" w:color="000000"/>
            </w:tcBorders>
            <w:shd w:val="clear" w:color="auto" w:fill="auto"/>
            <w:tcMar>
              <w:top w:w="70" w:type="dxa"/>
              <w:left w:w="90" w:type="dxa"/>
              <w:bottom w:w="70" w:type="dxa"/>
              <w:right w:w="90" w:type="dxa"/>
            </w:tcMar>
            <w:vAlign w:val="center"/>
          </w:tcPr>
          <w:p w:rsidR="00C04410" w:rsidRDefault="00BE50EB" w:rsidP="00987586">
            <w:pPr>
              <w:jc w:val="both"/>
            </w:pPr>
            <w:r>
              <w:t>- HS sẵn sàng tham gia các hoạt động học tập.</w:t>
            </w:r>
          </w:p>
        </w:tc>
      </w:tr>
      <w:tr w:rsidR="00C04410" w:rsidTr="009D1677">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C04410" w:rsidRDefault="00BE50EB">
            <w:r>
              <w:rPr>
                <w:b/>
              </w:rPr>
              <w:t>2. KHÁM PHÁ CHỦ ĐỀ</w:t>
            </w:r>
            <w:r>
              <w:rPr>
                <w:b/>
              </w:rPr>
              <w:br/>
              <w:t>Hoạt động 1: Tìm hiểu bản thân</w:t>
            </w:r>
          </w:p>
          <w:p w:rsidR="00C04410" w:rsidRDefault="00BE50EB">
            <w:r>
              <w:rPr>
                <w:b/>
              </w:rPr>
              <w:t xml:space="preserve">- Mục tiêu: </w:t>
            </w:r>
            <w:r>
              <w:t>HS nhận biết được hình ảnh, thái độ, hành vi thường ngày của bản thân (vui vẻ, thân thiện hay cau có, rầu rĩ).</w:t>
            </w:r>
          </w:p>
          <w:p w:rsidR="00C04410" w:rsidRDefault="00BE50EB">
            <w:r>
              <w:rPr>
                <w:b/>
                <w:color w:val="FF0000"/>
              </w:rPr>
              <w:t xml:space="preserve">Mục tiêu tích hợp: </w:t>
            </w:r>
            <w:r>
              <w:rPr>
                <w:color w:val="FF0000"/>
              </w:rPr>
              <w:t>HS bước đầu hiểu danh tính số có thể được thể hiện qua ảnh đại diện, tên người dùng và cách giao tiếp; biết lựa chọn hình ảnh hoặc biểu tượng phù hợp, thân thiện khi tham gia học tập trực tuyến dưới sự hướng dẫn của người lớn.</w:t>
            </w:r>
          </w:p>
          <w:p w:rsidR="00C04410" w:rsidRDefault="00BE50EB">
            <w:r>
              <w:rPr>
                <w:b/>
                <w:i/>
              </w:rPr>
              <w:t>* Cách tiến hành:</w:t>
            </w:r>
          </w:p>
        </w:tc>
      </w:tr>
      <w:tr w:rsidR="00C04410" w:rsidTr="009D1677">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C04410" w:rsidRDefault="00BE50EB" w:rsidP="00987586">
            <w:pPr>
              <w:jc w:val="both"/>
            </w:pPr>
            <w:r>
              <w:t>- GV yêu cầu HS cùng nhớ lại hình ảnh mình hằng ngày bằng câu hỏi: Ra đường, khi gặp hàng xóm, bạn bè, em mỉm cười hay nhăn mặt? Em chào hỏi vồn vã hay vội vàng bỏ đi?</w:t>
            </w:r>
          </w:p>
        </w:tc>
        <w:tc>
          <w:tcPr>
            <w:tcW w:w="4586" w:type="dxa"/>
            <w:tcBorders>
              <w:top w:val="single" w:sz="6" w:space="0" w:color="000000"/>
            </w:tcBorders>
            <w:shd w:val="clear" w:color="auto" w:fill="auto"/>
            <w:tcMar>
              <w:top w:w="70" w:type="dxa"/>
              <w:left w:w="90" w:type="dxa"/>
              <w:bottom w:w="70" w:type="dxa"/>
              <w:right w:w="90" w:type="dxa"/>
            </w:tcMar>
            <w:vAlign w:val="center"/>
          </w:tcPr>
          <w:p w:rsidR="00C04410" w:rsidRDefault="00BE50EB" w:rsidP="00987586">
            <w:pPr>
              <w:jc w:val="both"/>
            </w:pPr>
            <w:r>
              <w:t>- HS nhớ lại và chia sẻ cách mình thường chào hỏi, thể hiện nét mặt khi gặp mọi người.</w:t>
            </w:r>
          </w:p>
        </w:tc>
      </w:tr>
      <w:tr w:rsidR="00C04410" w:rsidTr="009D1677">
        <w:trPr>
          <w:cantSplit/>
          <w:jc w:val="center"/>
        </w:trPr>
        <w:tc>
          <w:tcPr>
            <w:tcW w:w="5187" w:type="dxa"/>
            <w:shd w:val="clear" w:color="auto" w:fill="auto"/>
            <w:tcMar>
              <w:top w:w="70" w:type="dxa"/>
              <w:left w:w="90" w:type="dxa"/>
              <w:bottom w:w="70" w:type="dxa"/>
              <w:right w:w="90" w:type="dxa"/>
            </w:tcMar>
            <w:vAlign w:val="center"/>
          </w:tcPr>
          <w:p w:rsidR="00C04410" w:rsidRDefault="00BE50EB" w:rsidP="00987586">
            <w:pPr>
              <w:jc w:val="both"/>
            </w:pPr>
            <w:r>
              <w:lastRenderedPageBreak/>
              <w:t>- GV hỏi: Em thử hỏi bạn bên cạnh xem, bình thường em cười nhiều hơn hay nhăn mặt nhiều hơn? Ở bên em, bạn có thấy vui vẻ không?</w:t>
            </w:r>
          </w:p>
        </w:tc>
        <w:tc>
          <w:tcPr>
            <w:tcW w:w="4586" w:type="dxa"/>
            <w:shd w:val="clear" w:color="auto" w:fill="auto"/>
            <w:tcMar>
              <w:top w:w="70" w:type="dxa"/>
              <w:left w:w="90" w:type="dxa"/>
              <w:bottom w:w="70" w:type="dxa"/>
              <w:right w:w="90" w:type="dxa"/>
            </w:tcMar>
            <w:vAlign w:val="center"/>
          </w:tcPr>
          <w:p w:rsidR="00C04410" w:rsidRDefault="00BE50EB" w:rsidP="00987586">
            <w:pPr>
              <w:jc w:val="both"/>
            </w:pPr>
            <w:r>
              <w:t>- HS trao đổi theo cặp, lắng nghe nhận xét của bạn và chia sẻ trước lớp.</w:t>
            </w:r>
          </w:p>
        </w:tc>
      </w:tr>
      <w:tr w:rsidR="00C04410" w:rsidTr="009D1677">
        <w:trPr>
          <w:cantSplit/>
          <w:jc w:val="center"/>
        </w:trPr>
        <w:tc>
          <w:tcPr>
            <w:tcW w:w="5187" w:type="dxa"/>
            <w:shd w:val="clear" w:color="auto" w:fill="auto"/>
            <w:tcMar>
              <w:top w:w="70" w:type="dxa"/>
              <w:left w:w="90" w:type="dxa"/>
              <w:bottom w:w="70" w:type="dxa"/>
              <w:right w:w="90" w:type="dxa"/>
            </w:tcMar>
            <w:vAlign w:val="center"/>
          </w:tcPr>
          <w:p w:rsidR="00C04410" w:rsidRDefault="00BE50EB" w:rsidP="00987586">
            <w:pPr>
              <w:jc w:val="both"/>
            </w:pPr>
            <w:r>
              <w:t>- GV tổ chức thảo luận nhóm: “Em sẽ chọn hình ảnh hoặc biểu tượng (Avatar) như thế nào để các bạn thấy mình thân thiện khi học trực tuyến?”.</w:t>
            </w:r>
          </w:p>
        </w:tc>
        <w:tc>
          <w:tcPr>
            <w:tcW w:w="4586" w:type="dxa"/>
            <w:shd w:val="clear" w:color="auto" w:fill="auto"/>
            <w:tcMar>
              <w:top w:w="70" w:type="dxa"/>
              <w:left w:w="90" w:type="dxa"/>
              <w:bottom w:w="70" w:type="dxa"/>
              <w:right w:w="90" w:type="dxa"/>
            </w:tcMar>
            <w:vAlign w:val="center"/>
          </w:tcPr>
          <w:p w:rsidR="00C04410" w:rsidRDefault="00BE50EB" w:rsidP="00987586">
            <w:pPr>
              <w:jc w:val="both"/>
            </w:pPr>
            <w:r>
              <w:t>- HS thảo luận và lựa chọn ảnh đại diện hoặc biểu tượng lịch sự, phù hợp với lứa tuổi, thể hiện sự vui vẻ và thân thiện.</w:t>
            </w:r>
          </w:p>
        </w:tc>
      </w:tr>
      <w:tr w:rsidR="00C04410" w:rsidTr="009D1677">
        <w:trPr>
          <w:cantSplit/>
          <w:jc w:val="center"/>
        </w:trPr>
        <w:tc>
          <w:tcPr>
            <w:tcW w:w="5187" w:type="dxa"/>
            <w:shd w:val="clear" w:color="auto" w:fill="auto"/>
            <w:tcMar>
              <w:top w:w="70" w:type="dxa"/>
              <w:left w:w="90" w:type="dxa"/>
              <w:bottom w:w="70" w:type="dxa"/>
              <w:right w:w="90" w:type="dxa"/>
            </w:tcMar>
            <w:vAlign w:val="center"/>
          </w:tcPr>
          <w:p w:rsidR="00C04410" w:rsidRDefault="00BE50EB" w:rsidP="00987586">
            <w:pPr>
              <w:jc w:val="both"/>
            </w:pPr>
            <w:r>
              <w:rPr>
                <w:b/>
                <w:color w:val="FF0000"/>
              </w:rPr>
              <w:t xml:space="preserve">Diễn giải tích hợp: </w:t>
            </w:r>
            <w:r>
              <w:rPr>
                <w:color w:val="FF0000"/>
              </w:rPr>
              <w:t>GV liên hệ rằng khi tham gia môi trường số, mỗi người cũng có một hình ảnh riêng được thể hiện qua ảnh đại diện, tên người dùng và lời nói trong khi học trực tuyến. GV nhấn mạnh HS chỉ sử dụng ảnh phù hợp, tên gọi lịch sự, không giả mạo người khác và thực hiện theo hướng dẫn của cha mẹ, thầy cô.</w:t>
            </w:r>
          </w:p>
        </w:tc>
        <w:tc>
          <w:tcPr>
            <w:tcW w:w="4586" w:type="dxa"/>
            <w:shd w:val="clear" w:color="auto" w:fill="auto"/>
            <w:tcMar>
              <w:top w:w="70" w:type="dxa"/>
              <w:left w:w="90" w:type="dxa"/>
              <w:bottom w:w="70" w:type="dxa"/>
              <w:right w:w="90" w:type="dxa"/>
            </w:tcMar>
            <w:vAlign w:val="center"/>
          </w:tcPr>
          <w:p w:rsidR="00C04410" w:rsidRDefault="00BE50EB" w:rsidP="00987586">
            <w:pPr>
              <w:jc w:val="both"/>
            </w:pPr>
            <w:r>
              <w:t>- HS lắng nghe, nêu lại cách lựa chọn ảnh đại diện, tên người dùng và lời nói phù hợp khi học trực tuyến.</w:t>
            </w:r>
          </w:p>
        </w:tc>
      </w:tr>
      <w:tr w:rsidR="00C04410" w:rsidTr="009D1677">
        <w:trPr>
          <w:cantSplit/>
          <w:jc w:val="center"/>
        </w:trPr>
        <w:tc>
          <w:tcPr>
            <w:tcW w:w="5187" w:type="dxa"/>
            <w:shd w:val="clear" w:color="auto" w:fill="auto"/>
            <w:tcMar>
              <w:top w:w="70" w:type="dxa"/>
              <w:left w:w="90" w:type="dxa"/>
              <w:bottom w:w="70" w:type="dxa"/>
              <w:right w:w="90" w:type="dxa"/>
            </w:tcMar>
            <w:vAlign w:val="center"/>
          </w:tcPr>
          <w:p w:rsidR="00C04410" w:rsidRDefault="00BE50EB" w:rsidP="00987586">
            <w:pPr>
              <w:jc w:val="both"/>
            </w:pPr>
            <w:r>
              <w:t>- GV nêu: Mỗi chúng ta hãy luôn vui vẻ, thân thiện với bạn bè và mọi người xung quanh.</w:t>
            </w:r>
          </w:p>
        </w:tc>
        <w:tc>
          <w:tcPr>
            <w:tcW w:w="4586" w:type="dxa"/>
            <w:shd w:val="clear" w:color="auto" w:fill="auto"/>
            <w:tcMar>
              <w:top w:w="70" w:type="dxa"/>
              <w:left w:w="90" w:type="dxa"/>
              <w:bottom w:w="70" w:type="dxa"/>
              <w:right w:w="90" w:type="dxa"/>
            </w:tcMar>
            <w:vAlign w:val="center"/>
          </w:tcPr>
          <w:p w:rsidR="00C04410" w:rsidRDefault="00BE50EB" w:rsidP="00987586">
            <w:pPr>
              <w:jc w:val="both"/>
            </w:pPr>
            <w:r>
              <w:t>- HS đồng tình và nêu một việc mình sẽ thực hiện để trở nên thân thiện hơn.</w:t>
            </w:r>
          </w:p>
        </w:tc>
      </w:tr>
      <w:tr w:rsidR="00C04410" w:rsidTr="009D1677">
        <w:trPr>
          <w:cantSplit/>
          <w:jc w:val="center"/>
        </w:trPr>
        <w:tc>
          <w:tcPr>
            <w:tcW w:w="5187" w:type="dxa"/>
            <w:tcBorders>
              <w:bottom w:val="single" w:sz="6" w:space="0" w:color="000000"/>
            </w:tcBorders>
            <w:shd w:val="clear" w:color="auto" w:fill="auto"/>
            <w:tcMar>
              <w:top w:w="70" w:type="dxa"/>
              <w:left w:w="90" w:type="dxa"/>
              <w:bottom w:w="70" w:type="dxa"/>
              <w:right w:w="90" w:type="dxa"/>
            </w:tcMar>
            <w:vAlign w:val="center"/>
          </w:tcPr>
          <w:p w:rsidR="00C04410" w:rsidRDefault="00BE50EB" w:rsidP="00987586">
            <w:pPr>
              <w:jc w:val="both"/>
            </w:pPr>
            <w:r>
              <w:t>- GV nhận xét, tổng kết hoạt động, chuyển tiếp sang hoạt động 2.</w:t>
            </w:r>
          </w:p>
        </w:tc>
        <w:tc>
          <w:tcPr>
            <w:tcW w:w="4586" w:type="dxa"/>
            <w:tcBorders>
              <w:bottom w:val="single" w:sz="6" w:space="0" w:color="000000"/>
            </w:tcBorders>
            <w:shd w:val="clear" w:color="auto" w:fill="auto"/>
            <w:tcMar>
              <w:top w:w="70" w:type="dxa"/>
              <w:left w:w="90" w:type="dxa"/>
              <w:bottom w:w="70" w:type="dxa"/>
              <w:right w:w="90" w:type="dxa"/>
            </w:tcMar>
            <w:vAlign w:val="center"/>
          </w:tcPr>
          <w:p w:rsidR="00C04410" w:rsidRDefault="00BE50EB" w:rsidP="00987586">
            <w:pPr>
              <w:jc w:val="both"/>
            </w:pPr>
            <w:r>
              <w:t>- HS lắng nghe và chuyển sang nhiệm vụ tiếp theo.</w:t>
            </w:r>
          </w:p>
        </w:tc>
      </w:tr>
      <w:tr w:rsidR="00C04410" w:rsidTr="009D1677">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C04410" w:rsidRDefault="00BE50EB" w:rsidP="00987586">
            <w:r>
              <w:rPr>
                <w:b/>
              </w:rPr>
              <w:t>2. KHÁM PHÁ CHỦ ĐỀ</w:t>
            </w:r>
            <w:r>
              <w:rPr>
                <w:b/>
              </w:rPr>
              <w:br/>
              <w:t>Hoạt động 2: Em muốn thay đổi</w:t>
            </w:r>
          </w:p>
          <w:p w:rsidR="00C04410" w:rsidRDefault="00BE50EB" w:rsidP="00987586">
            <w:pPr>
              <w:jc w:val="both"/>
            </w:pPr>
            <w:r>
              <w:rPr>
                <w:b/>
              </w:rPr>
              <w:t xml:space="preserve">- Mục tiêu: </w:t>
            </w:r>
            <w:r>
              <w:t>HS nhận diện được những biểu hiện cụ thể của người vui vẻ, thân thiện; biết tự đánh giá bản thân và bày tỏ mong muốn thay đổi.</w:t>
            </w:r>
          </w:p>
          <w:p w:rsidR="00C04410" w:rsidRDefault="00BE50EB" w:rsidP="00987586">
            <w:pPr>
              <w:jc w:val="both"/>
            </w:pPr>
            <w:r>
              <w:rPr>
                <w:b/>
                <w:color w:val="FF0000"/>
              </w:rPr>
              <w:t xml:space="preserve">Mục tiêu tích hợp: </w:t>
            </w:r>
            <w:r>
              <w:rPr>
                <w:color w:val="FF0000"/>
              </w:rPr>
              <w:t>HS nhận biết mình có quyền được bày tỏ suy nghĩ, cảm xúc, được tôn trọng và được lắng nghe; đồng thời biết lắng nghe, tôn trọng cảm xúc và ý kiến của bạn.</w:t>
            </w:r>
          </w:p>
          <w:p w:rsidR="00C04410" w:rsidRDefault="00BE50EB" w:rsidP="00987586">
            <w:pPr>
              <w:jc w:val="both"/>
            </w:pPr>
            <w:r>
              <w:rPr>
                <w:b/>
                <w:i/>
              </w:rPr>
              <w:t>* Cách tiến hành:</w:t>
            </w:r>
          </w:p>
        </w:tc>
      </w:tr>
      <w:tr w:rsidR="00C04410" w:rsidTr="009D1677">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C04410" w:rsidRDefault="00BE50EB" w:rsidP="00987586">
            <w:pPr>
              <w:jc w:val="both"/>
            </w:pPr>
            <w:r>
              <w:t>- GV đặt câu hỏi gợi mở: Theo em, một người vui vẻ, thân thiện thường làm gì?</w:t>
            </w:r>
          </w:p>
        </w:tc>
        <w:tc>
          <w:tcPr>
            <w:tcW w:w="4586" w:type="dxa"/>
            <w:tcBorders>
              <w:top w:val="single" w:sz="6" w:space="0" w:color="000000"/>
            </w:tcBorders>
            <w:shd w:val="clear" w:color="auto" w:fill="auto"/>
            <w:tcMar>
              <w:top w:w="70" w:type="dxa"/>
              <w:left w:w="90" w:type="dxa"/>
              <w:bottom w:w="70" w:type="dxa"/>
              <w:right w:w="90" w:type="dxa"/>
            </w:tcMar>
            <w:vAlign w:val="center"/>
          </w:tcPr>
          <w:p w:rsidR="00C04410" w:rsidRDefault="00BE50EB" w:rsidP="00987586">
            <w:pPr>
              <w:jc w:val="both"/>
            </w:pPr>
            <w:r>
              <w:t>- HS lắng nghe, suy nghĩ và trả lời theo ý kiến cá nhân.</w:t>
            </w:r>
          </w:p>
        </w:tc>
      </w:tr>
      <w:tr w:rsidR="00C04410" w:rsidTr="009D1677">
        <w:trPr>
          <w:cantSplit/>
          <w:jc w:val="center"/>
        </w:trPr>
        <w:tc>
          <w:tcPr>
            <w:tcW w:w="5187" w:type="dxa"/>
            <w:shd w:val="clear" w:color="auto" w:fill="auto"/>
            <w:tcMar>
              <w:top w:w="70" w:type="dxa"/>
              <w:left w:w="90" w:type="dxa"/>
              <w:bottom w:w="70" w:type="dxa"/>
              <w:right w:w="90" w:type="dxa"/>
            </w:tcMar>
            <w:vAlign w:val="center"/>
          </w:tcPr>
          <w:p w:rsidR="00C04410" w:rsidRDefault="00BE50EB" w:rsidP="00987586">
            <w:pPr>
              <w:jc w:val="both"/>
            </w:pPr>
            <w:r>
              <w:t>- GV hỏi: Em có thấy mình đã là người luôn vui vẻ, thân thiện với bạn bè và mọi người chưa?</w:t>
            </w:r>
          </w:p>
        </w:tc>
        <w:tc>
          <w:tcPr>
            <w:tcW w:w="4586" w:type="dxa"/>
            <w:shd w:val="clear" w:color="auto" w:fill="auto"/>
            <w:tcMar>
              <w:top w:w="70" w:type="dxa"/>
              <w:left w:w="90" w:type="dxa"/>
              <w:bottom w:w="70" w:type="dxa"/>
              <w:right w:w="90" w:type="dxa"/>
            </w:tcMar>
            <w:vAlign w:val="center"/>
          </w:tcPr>
          <w:p w:rsidR="00C04410" w:rsidRDefault="00BE50EB" w:rsidP="00987586">
            <w:pPr>
              <w:jc w:val="both"/>
            </w:pPr>
            <w:r>
              <w:t>- HS tự đánh giá và chia sẻ mong muốn thay đổi của bản thân.</w:t>
            </w:r>
          </w:p>
        </w:tc>
      </w:tr>
      <w:tr w:rsidR="00C04410" w:rsidTr="009D1677">
        <w:trPr>
          <w:cantSplit/>
          <w:jc w:val="center"/>
        </w:trPr>
        <w:tc>
          <w:tcPr>
            <w:tcW w:w="5187" w:type="dxa"/>
            <w:shd w:val="clear" w:color="auto" w:fill="auto"/>
            <w:tcMar>
              <w:top w:w="70" w:type="dxa"/>
              <w:left w:w="90" w:type="dxa"/>
              <w:bottom w:w="70" w:type="dxa"/>
              <w:right w:w="90" w:type="dxa"/>
            </w:tcMar>
            <w:vAlign w:val="center"/>
          </w:tcPr>
          <w:p w:rsidR="00C04410" w:rsidRDefault="00BE50EB" w:rsidP="00987586">
            <w:pPr>
              <w:jc w:val="both"/>
            </w:pPr>
            <w:r>
              <w:t>- GV phát cho HS mỗi em một tờ giấy hoặc tấm bìa nhỏ.</w:t>
            </w:r>
          </w:p>
        </w:tc>
        <w:tc>
          <w:tcPr>
            <w:tcW w:w="4586" w:type="dxa"/>
            <w:shd w:val="clear" w:color="auto" w:fill="auto"/>
            <w:tcMar>
              <w:top w:w="70" w:type="dxa"/>
              <w:left w:w="90" w:type="dxa"/>
              <w:bottom w:w="70" w:type="dxa"/>
              <w:right w:w="90" w:type="dxa"/>
            </w:tcMar>
            <w:vAlign w:val="center"/>
          </w:tcPr>
          <w:p w:rsidR="00C04410" w:rsidRDefault="00BE50EB" w:rsidP="00987586">
            <w:pPr>
              <w:jc w:val="both"/>
            </w:pPr>
            <w:r>
              <w:t>- HS nhận giấy hoặc bìa và chuẩn bị thực hiện nhiệm vụ.</w:t>
            </w:r>
          </w:p>
        </w:tc>
      </w:tr>
      <w:tr w:rsidR="00C04410" w:rsidTr="009D1677">
        <w:trPr>
          <w:cantSplit/>
          <w:jc w:val="center"/>
        </w:trPr>
        <w:tc>
          <w:tcPr>
            <w:tcW w:w="5187" w:type="dxa"/>
            <w:shd w:val="clear" w:color="auto" w:fill="auto"/>
            <w:tcMar>
              <w:top w:w="70" w:type="dxa"/>
              <w:left w:w="90" w:type="dxa"/>
              <w:bottom w:w="70" w:type="dxa"/>
              <w:right w:w="90" w:type="dxa"/>
            </w:tcMar>
            <w:vAlign w:val="center"/>
          </w:tcPr>
          <w:p w:rsidR="00C04410" w:rsidRDefault="00BE50EB" w:rsidP="00987586">
            <w:pPr>
              <w:jc w:val="both"/>
            </w:pPr>
            <w:r>
              <w:lastRenderedPageBreak/>
              <w:t>- GV hướng dẫn: Nếu em thấy mình đã vui vẻ, thân thiện, hãy vẽ hình mặt cười.</w:t>
            </w:r>
          </w:p>
        </w:tc>
        <w:tc>
          <w:tcPr>
            <w:tcW w:w="4586" w:type="dxa"/>
            <w:shd w:val="clear" w:color="auto" w:fill="auto"/>
            <w:tcMar>
              <w:top w:w="70" w:type="dxa"/>
              <w:left w:w="90" w:type="dxa"/>
              <w:bottom w:w="70" w:type="dxa"/>
              <w:right w:w="90" w:type="dxa"/>
            </w:tcMar>
            <w:vAlign w:val="center"/>
          </w:tcPr>
          <w:p w:rsidR="00C04410" w:rsidRDefault="00BE50EB" w:rsidP="00987586">
            <w:pPr>
              <w:jc w:val="both"/>
            </w:pPr>
            <w:r>
              <w:t>- HS vẽ hình mặt cười nếu thấy mình đã vui vẻ, thân thiện.</w:t>
            </w:r>
          </w:p>
        </w:tc>
      </w:tr>
      <w:tr w:rsidR="00C04410" w:rsidTr="009D1677">
        <w:trPr>
          <w:cantSplit/>
          <w:jc w:val="center"/>
        </w:trPr>
        <w:tc>
          <w:tcPr>
            <w:tcW w:w="5187" w:type="dxa"/>
            <w:shd w:val="clear" w:color="auto" w:fill="auto"/>
            <w:tcMar>
              <w:top w:w="70" w:type="dxa"/>
              <w:left w:w="90" w:type="dxa"/>
              <w:bottom w:w="70" w:type="dxa"/>
              <w:right w:w="90" w:type="dxa"/>
            </w:tcMar>
            <w:vAlign w:val="center"/>
          </w:tcPr>
          <w:p w:rsidR="00C04410" w:rsidRDefault="00BE50EB" w:rsidP="00987586">
            <w:pPr>
              <w:jc w:val="both"/>
            </w:pPr>
            <w:r>
              <w:t>- GV hướng dẫn: Nếu em thấy mình chưa thật sự vui vẻ, muốn thay đổi, hãy vẽ hình dấu cộng “+”.</w:t>
            </w:r>
          </w:p>
        </w:tc>
        <w:tc>
          <w:tcPr>
            <w:tcW w:w="4586" w:type="dxa"/>
            <w:shd w:val="clear" w:color="auto" w:fill="auto"/>
            <w:tcMar>
              <w:top w:w="70" w:type="dxa"/>
              <w:left w:w="90" w:type="dxa"/>
              <w:bottom w:w="70" w:type="dxa"/>
              <w:right w:w="90" w:type="dxa"/>
            </w:tcMar>
            <w:vAlign w:val="center"/>
          </w:tcPr>
          <w:p w:rsidR="00C04410" w:rsidRDefault="00BE50EB" w:rsidP="00987586">
            <w:pPr>
              <w:jc w:val="both"/>
            </w:pPr>
            <w:r>
              <w:t>- HS vẽ dấu cộng nếu muốn thay đổi để trở nên vui vẻ, thân thiện hơn.</w:t>
            </w:r>
          </w:p>
        </w:tc>
      </w:tr>
      <w:tr w:rsidR="00C04410" w:rsidTr="009D1677">
        <w:trPr>
          <w:cantSplit/>
          <w:jc w:val="center"/>
        </w:trPr>
        <w:tc>
          <w:tcPr>
            <w:tcW w:w="5187" w:type="dxa"/>
            <w:shd w:val="clear" w:color="auto" w:fill="auto"/>
            <w:tcMar>
              <w:top w:w="70" w:type="dxa"/>
              <w:left w:w="90" w:type="dxa"/>
              <w:bottom w:w="70" w:type="dxa"/>
              <w:right w:w="90" w:type="dxa"/>
            </w:tcMar>
            <w:vAlign w:val="center"/>
          </w:tcPr>
          <w:p w:rsidR="00C04410" w:rsidRDefault="00BE50EB" w:rsidP="00987586">
            <w:pPr>
              <w:jc w:val="both"/>
            </w:pPr>
            <w:r>
              <w:t>- GV chuẩn bị một chiếc hộp bí mật để HS bỏ giấy vào.</w:t>
            </w:r>
          </w:p>
        </w:tc>
        <w:tc>
          <w:tcPr>
            <w:tcW w:w="4586" w:type="dxa"/>
            <w:shd w:val="clear" w:color="auto" w:fill="auto"/>
            <w:tcMar>
              <w:top w:w="70" w:type="dxa"/>
              <w:left w:w="90" w:type="dxa"/>
              <w:bottom w:w="70" w:type="dxa"/>
              <w:right w:w="90" w:type="dxa"/>
            </w:tcMar>
            <w:vAlign w:val="center"/>
          </w:tcPr>
          <w:p w:rsidR="00C04410" w:rsidRDefault="00BE50EB" w:rsidP="00987586">
            <w:pPr>
              <w:jc w:val="both"/>
            </w:pPr>
            <w:r>
              <w:t>- HS gấp giấy và lần lượt bỏ vào hộp bí mật.</w:t>
            </w:r>
          </w:p>
        </w:tc>
      </w:tr>
      <w:tr w:rsidR="00C04410" w:rsidTr="009D1677">
        <w:trPr>
          <w:cantSplit/>
          <w:jc w:val="center"/>
        </w:trPr>
        <w:tc>
          <w:tcPr>
            <w:tcW w:w="5187" w:type="dxa"/>
            <w:shd w:val="clear" w:color="auto" w:fill="auto"/>
            <w:tcMar>
              <w:top w:w="70" w:type="dxa"/>
              <w:left w:w="90" w:type="dxa"/>
              <w:bottom w:w="70" w:type="dxa"/>
              <w:right w:w="90" w:type="dxa"/>
            </w:tcMar>
            <w:vAlign w:val="center"/>
          </w:tcPr>
          <w:p w:rsidR="00C04410" w:rsidRDefault="00BE50EB" w:rsidP="00987586">
            <w:pPr>
              <w:jc w:val="both"/>
            </w:pPr>
            <w:r>
              <w:rPr>
                <w:b/>
                <w:color w:val="FF0000"/>
              </w:rPr>
              <w:t xml:space="preserve">Diễn giải tích hợp: </w:t>
            </w:r>
            <w:r>
              <w:rPr>
                <w:color w:val="FF0000"/>
              </w:rPr>
              <w:t>GV khẳng định các em có quyền được bày tỏ suy nghĩ của mình và được tôn trọng, lắng nghe. GV tạo không khí an toàn để HS tự đánh giá bản thân mà không bị phê bình hoặc so sánh; nhắc HS không cười chê, không ngắt lời và không tự ý kể lại điều riêng tư của bạn. Mỗi ý kiến chân thành đều cần được đón nhận bằng thái độ tôn trọng và động viên.</w:t>
            </w:r>
          </w:p>
        </w:tc>
        <w:tc>
          <w:tcPr>
            <w:tcW w:w="4586" w:type="dxa"/>
            <w:shd w:val="clear" w:color="auto" w:fill="auto"/>
            <w:tcMar>
              <w:top w:w="70" w:type="dxa"/>
              <w:left w:w="90" w:type="dxa"/>
              <w:bottom w:w="70" w:type="dxa"/>
              <w:right w:w="90" w:type="dxa"/>
            </w:tcMar>
            <w:vAlign w:val="center"/>
          </w:tcPr>
          <w:p w:rsidR="00C04410" w:rsidRDefault="00BE50EB" w:rsidP="00987586">
            <w:pPr>
              <w:jc w:val="both"/>
            </w:pPr>
            <w:r>
              <w:t>- HS lắng nghe, tôn trọng ý kiến của bạn và ghi nhớ cách ứng xử khi người khác chia sẻ cảm xúc.</w:t>
            </w:r>
          </w:p>
        </w:tc>
      </w:tr>
      <w:tr w:rsidR="00C04410" w:rsidTr="009D1677">
        <w:trPr>
          <w:cantSplit/>
          <w:jc w:val="center"/>
        </w:trPr>
        <w:tc>
          <w:tcPr>
            <w:tcW w:w="5187" w:type="dxa"/>
            <w:shd w:val="clear" w:color="auto" w:fill="auto"/>
            <w:tcMar>
              <w:top w:w="70" w:type="dxa"/>
              <w:left w:w="90" w:type="dxa"/>
              <w:bottom w:w="70" w:type="dxa"/>
              <w:right w:w="90" w:type="dxa"/>
            </w:tcMar>
            <w:vAlign w:val="center"/>
          </w:tcPr>
          <w:p w:rsidR="00C04410" w:rsidRDefault="00BE50EB" w:rsidP="00987586">
            <w:pPr>
              <w:jc w:val="both"/>
            </w:pPr>
            <w:r>
              <w:t>- GV dán thẻ chữ “THÂN THIỆN - VUI VẺ” lên bảng như lời nhắc nhở.</w:t>
            </w:r>
          </w:p>
        </w:tc>
        <w:tc>
          <w:tcPr>
            <w:tcW w:w="4586" w:type="dxa"/>
            <w:shd w:val="clear" w:color="auto" w:fill="auto"/>
            <w:tcMar>
              <w:top w:w="70" w:type="dxa"/>
              <w:left w:w="90" w:type="dxa"/>
              <w:bottom w:w="70" w:type="dxa"/>
              <w:right w:w="90" w:type="dxa"/>
            </w:tcMar>
            <w:vAlign w:val="center"/>
          </w:tcPr>
          <w:p w:rsidR="00C04410" w:rsidRDefault="00BE50EB" w:rsidP="00987586">
            <w:pPr>
              <w:jc w:val="both"/>
            </w:pPr>
            <w:r>
              <w:t>- HS đọc thẻ chữ và nhắc lại thông điệp.</w:t>
            </w:r>
          </w:p>
        </w:tc>
      </w:tr>
      <w:tr w:rsidR="00C04410" w:rsidTr="00987586">
        <w:trPr>
          <w:cantSplit/>
          <w:jc w:val="center"/>
        </w:trPr>
        <w:tc>
          <w:tcPr>
            <w:tcW w:w="5187" w:type="dxa"/>
            <w:tcBorders>
              <w:bottom w:val="single" w:sz="6" w:space="0" w:color="000000"/>
            </w:tcBorders>
            <w:shd w:val="clear" w:color="auto" w:fill="auto"/>
            <w:tcMar>
              <w:top w:w="70" w:type="dxa"/>
              <w:left w:w="90" w:type="dxa"/>
              <w:bottom w:w="70" w:type="dxa"/>
              <w:right w:w="90" w:type="dxa"/>
            </w:tcMar>
            <w:vAlign w:val="center"/>
          </w:tcPr>
          <w:p w:rsidR="00C04410" w:rsidRDefault="00BE50EB" w:rsidP="00987586">
            <w:pPr>
              <w:jc w:val="both"/>
            </w:pPr>
            <w:r>
              <w:t>- GV kết luận: Mỗi học sinh đều có quyền được tôn trọng và được lắng nghe. Khi biết tự điều chỉnh hành vi, rèn luyện để trở nên vui vẻ, thân thiện, thì bản thân sẽ hạnh phúc hơn và lan tỏa niềm vui đến bạn bè, thầy cô.</w:t>
            </w:r>
          </w:p>
        </w:tc>
        <w:tc>
          <w:tcPr>
            <w:tcW w:w="4586" w:type="dxa"/>
            <w:tcBorders>
              <w:bottom w:val="single" w:sz="6" w:space="0" w:color="000000"/>
            </w:tcBorders>
            <w:shd w:val="clear" w:color="auto" w:fill="auto"/>
            <w:tcMar>
              <w:top w:w="70" w:type="dxa"/>
              <w:left w:w="90" w:type="dxa"/>
              <w:bottom w:w="70" w:type="dxa"/>
              <w:right w:w="90" w:type="dxa"/>
            </w:tcMar>
            <w:vAlign w:val="center"/>
          </w:tcPr>
          <w:p w:rsidR="00C04410" w:rsidRDefault="00BE50EB" w:rsidP="00987586">
            <w:pPr>
              <w:jc w:val="both"/>
            </w:pPr>
            <w:r>
              <w:t>- HS lắng nghe và ghi nhớ thông điệp.</w:t>
            </w:r>
          </w:p>
        </w:tc>
      </w:tr>
      <w:tr w:rsidR="00C04410" w:rsidTr="00987586">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C04410" w:rsidRDefault="00BE50EB" w:rsidP="00987586">
            <w:r>
              <w:rPr>
                <w:b/>
              </w:rPr>
              <w:t>3. THỰC HÀNH</w:t>
            </w:r>
            <w:r>
              <w:rPr>
                <w:b/>
              </w:rPr>
              <w:br/>
              <w:t>HOẠT ĐỘNG MỞ RỘNG VÀ TỔNG KẾT CHỦ ĐỀ</w:t>
            </w:r>
          </w:p>
          <w:p w:rsidR="00C04410" w:rsidRDefault="00BE50EB" w:rsidP="00987586">
            <w:pPr>
              <w:jc w:val="both"/>
            </w:pPr>
            <w:r>
              <w:rPr>
                <w:b/>
              </w:rPr>
              <w:t xml:space="preserve">- Mục tiêu: </w:t>
            </w:r>
            <w:r>
              <w:t>HS nhận biết được các biểu hiện thân thiện, tươi vui qua tranh minh họa và trong thực tế hằng ngày; biết tự liên hệ bản thân và thể hiện sự thân thiện, vui vẻ trong giao tiếp.</w:t>
            </w:r>
          </w:p>
          <w:p w:rsidR="00C04410" w:rsidRDefault="00BE50EB" w:rsidP="00987586">
            <w:pPr>
              <w:jc w:val="both"/>
            </w:pPr>
            <w:r>
              <w:rPr>
                <w:b/>
                <w:color w:val="FF0000"/>
              </w:rPr>
              <w:t xml:space="preserve">Mục tiêu tích hợp: </w:t>
            </w:r>
            <w:r>
              <w:rPr>
                <w:color w:val="FF0000"/>
              </w:rPr>
              <w:t>HS hiểu AI có thể nhận diện một số đặc điểm trên khuôn mặt nhưng chỉ mô phỏng việc nhận biết; AI không có cảm xúc thật và không thể thay thế sự quan tâm, yêu thương của con người.</w:t>
            </w:r>
          </w:p>
          <w:p w:rsidR="00C04410" w:rsidRDefault="00BE50EB" w:rsidP="00987586">
            <w:pPr>
              <w:jc w:val="both"/>
            </w:pPr>
            <w:r>
              <w:rPr>
                <w:b/>
                <w:i/>
              </w:rPr>
              <w:t>* Cách tiến hành:</w:t>
            </w:r>
          </w:p>
        </w:tc>
      </w:tr>
      <w:tr w:rsidR="00C04410" w:rsidTr="00987586">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C04410" w:rsidRDefault="00BE50EB" w:rsidP="00987586">
            <w:pPr>
              <w:jc w:val="both"/>
            </w:pPr>
            <w:r>
              <w:t>- GV yêu cầu HS quan sát tranh trong SGK trang 6 và thảo luận nhóm theo gợi ý.</w:t>
            </w:r>
          </w:p>
        </w:tc>
        <w:tc>
          <w:tcPr>
            <w:tcW w:w="4586" w:type="dxa"/>
            <w:tcBorders>
              <w:top w:val="single" w:sz="6" w:space="0" w:color="000000"/>
            </w:tcBorders>
            <w:shd w:val="clear" w:color="auto" w:fill="auto"/>
            <w:tcMar>
              <w:top w:w="70" w:type="dxa"/>
              <w:left w:w="90" w:type="dxa"/>
              <w:bottom w:w="70" w:type="dxa"/>
              <w:right w:w="90" w:type="dxa"/>
            </w:tcMar>
            <w:vAlign w:val="center"/>
          </w:tcPr>
          <w:p w:rsidR="00C04410" w:rsidRDefault="00BE50EB" w:rsidP="00987586">
            <w:pPr>
              <w:jc w:val="both"/>
            </w:pPr>
            <w:r>
              <w:t>- HS quan sát tranh và thảo luận theo nhóm 4.</w:t>
            </w:r>
          </w:p>
        </w:tc>
      </w:tr>
      <w:tr w:rsidR="00C04410" w:rsidTr="009D1677">
        <w:trPr>
          <w:cantSplit/>
          <w:jc w:val="center"/>
        </w:trPr>
        <w:tc>
          <w:tcPr>
            <w:tcW w:w="5187" w:type="dxa"/>
            <w:shd w:val="clear" w:color="auto" w:fill="auto"/>
            <w:tcMar>
              <w:top w:w="70" w:type="dxa"/>
              <w:left w:w="90" w:type="dxa"/>
              <w:bottom w:w="70" w:type="dxa"/>
              <w:right w:w="90" w:type="dxa"/>
            </w:tcMar>
            <w:vAlign w:val="center"/>
          </w:tcPr>
          <w:p w:rsidR="00C04410" w:rsidRDefault="00BE50EB" w:rsidP="00987586">
            <w:pPr>
              <w:jc w:val="both"/>
            </w:pPr>
            <w:r>
              <w:t>- GV hỏi: Em hãy nêu những biểu hiện thân thiện, tươi vui của các bạn trong tranh.</w:t>
            </w:r>
          </w:p>
        </w:tc>
        <w:tc>
          <w:tcPr>
            <w:tcW w:w="4586" w:type="dxa"/>
            <w:shd w:val="clear" w:color="auto" w:fill="auto"/>
            <w:tcMar>
              <w:top w:w="70" w:type="dxa"/>
              <w:left w:w="90" w:type="dxa"/>
              <w:bottom w:w="70" w:type="dxa"/>
              <w:right w:w="90" w:type="dxa"/>
            </w:tcMar>
            <w:vAlign w:val="center"/>
          </w:tcPr>
          <w:p w:rsidR="00C04410" w:rsidRDefault="00BE50EB" w:rsidP="00987586">
            <w:pPr>
              <w:jc w:val="both"/>
            </w:pPr>
            <w:r>
              <w:t>- HS nêu: mắt nhìn nhau và nở nụ cười; chào hỏi tươi vui; khoác vai thân thiện.</w:t>
            </w:r>
          </w:p>
        </w:tc>
      </w:tr>
      <w:tr w:rsidR="00C04410" w:rsidTr="009D1677">
        <w:trPr>
          <w:cantSplit/>
          <w:jc w:val="center"/>
        </w:trPr>
        <w:tc>
          <w:tcPr>
            <w:tcW w:w="5187" w:type="dxa"/>
            <w:shd w:val="clear" w:color="auto" w:fill="auto"/>
            <w:tcMar>
              <w:top w:w="70" w:type="dxa"/>
              <w:left w:w="90" w:type="dxa"/>
              <w:bottom w:w="70" w:type="dxa"/>
              <w:right w:w="90" w:type="dxa"/>
            </w:tcMar>
            <w:vAlign w:val="center"/>
          </w:tcPr>
          <w:p w:rsidR="00C04410" w:rsidRDefault="00BE50EB" w:rsidP="00987586">
            <w:pPr>
              <w:jc w:val="both"/>
            </w:pPr>
            <w:r>
              <w:lastRenderedPageBreak/>
              <w:t>- GV hỏi: Kể những biểu hiện thân thiện, tươi vui của các bạn khác mà em biết.</w:t>
            </w:r>
          </w:p>
        </w:tc>
        <w:tc>
          <w:tcPr>
            <w:tcW w:w="4586" w:type="dxa"/>
            <w:shd w:val="clear" w:color="auto" w:fill="auto"/>
            <w:tcMar>
              <w:top w:w="70" w:type="dxa"/>
              <w:left w:w="90" w:type="dxa"/>
              <w:bottom w:w="70" w:type="dxa"/>
              <w:right w:w="90" w:type="dxa"/>
            </w:tcMar>
            <w:vAlign w:val="center"/>
          </w:tcPr>
          <w:p w:rsidR="00C04410" w:rsidRDefault="00BE50EB" w:rsidP="00987586">
            <w:pPr>
              <w:jc w:val="both"/>
            </w:pPr>
            <w:r>
              <w:t>- HS chia sẻ những lời nói, nét mặt và hành động thân thiện trong lớp hoặc ở nhà.</w:t>
            </w:r>
          </w:p>
        </w:tc>
      </w:tr>
      <w:tr w:rsidR="00C04410" w:rsidTr="009D1677">
        <w:trPr>
          <w:cantSplit/>
          <w:jc w:val="center"/>
        </w:trPr>
        <w:tc>
          <w:tcPr>
            <w:tcW w:w="5187" w:type="dxa"/>
            <w:shd w:val="clear" w:color="auto" w:fill="auto"/>
            <w:tcMar>
              <w:top w:w="70" w:type="dxa"/>
              <w:left w:w="90" w:type="dxa"/>
              <w:bottom w:w="70" w:type="dxa"/>
              <w:right w:w="90" w:type="dxa"/>
            </w:tcMar>
            <w:vAlign w:val="center"/>
          </w:tcPr>
          <w:p w:rsidR="00C04410" w:rsidRDefault="00BE50EB" w:rsidP="00987586">
            <w:pPr>
              <w:jc w:val="both"/>
            </w:pPr>
            <w:r>
              <w:t>- GV cho HS liên hệ những biểu hiện thân thiện, tươi vui của em và các bạn trong lớp.</w:t>
            </w:r>
          </w:p>
        </w:tc>
        <w:tc>
          <w:tcPr>
            <w:tcW w:w="4586" w:type="dxa"/>
            <w:shd w:val="clear" w:color="auto" w:fill="auto"/>
            <w:tcMar>
              <w:top w:w="70" w:type="dxa"/>
              <w:left w:w="90" w:type="dxa"/>
              <w:bottom w:w="70" w:type="dxa"/>
              <w:right w:w="90" w:type="dxa"/>
            </w:tcMar>
            <w:vAlign w:val="center"/>
          </w:tcPr>
          <w:p w:rsidR="00C04410" w:rsidRDefault="00BE50EB" w:rsidP="00987586">
            <w:pPr>
              <w:jc w:val="both"/>
            </w:pPr>
            <w:r>
              <w:t>- HS tự liên hệ và nêu việc mình đã làm hoặc sẽ thực hiện.</w:t>
            </w:r>
          </w:p>
        </w:tc>
      </w:tr>
      <w:tr w:rsidR="00C04410" w:rsidTr="009D1677">
        <w:trPr>
          <w:cantSplit/>
          <w:jc w:val="center"/>
        </w:trPr>
        <w:tc>
          <w:tcPr>
            <w:tcW w:w="5187" w:type="dxa"/>
            <w:shd w:val="clear" w:color="auto" w:fill="auto"/>
            <w:tcMar>
              <w:top w:w="70" w:type="dxa"/>
              <w:left w:w="90" w:type="dxa"/>
              <w:bottom w:w="70" w:type="dxa"/>
              <w:right w:w="90" w:type="dxa"/>
            </w:tcMar>
            <w:vAlign w:val="center"/>
          </w:tcPr>
          <w:p w:rsidR="00C04410" w:rsidRDefault="00BE50EB" w:rsidP="00987586">
            <w:pPr>
              <w:jc w:val="both"/>
            </w:pPr>
            <w:r>
              <w:t>- GV mời 2 HS lên thể hiện tình huống trước lớp; HS khác đóng góp các “bí kíp” để bạn thể hiện là người thân thiện, vui vẻ.</w:t>
            </w:r>
          </w:p>
        </w:tc>
        <w:tc>
          <w:tcPr>
            <w:tcW w:w="4586" w:type="dxa"/>
            <w:shd w:val="clear" w:color="auto" w:fill="auto"/>
            <w:tcMar>
              <w:top w:w="70" w:type="dxa"/>
              <w:left w:w="90" w:type="dxa"/>
              <w:bottom w:w="70" w:type="dxa"/>
              <w:right w:w="90" w:type="dxa"/>
            </w:tcMar>
            <w:vAlign w:val="center"/>
          </w:tcPr>
          <w:p w:rsidR="00C04410" w:rsidRDefault="00BE50EB" w:rsidP="00987586">
            <w:pPr>
              <w:jc w:val="both"/>
            </w:pPr>
            <w:r>
              <w:t>- HS thực hiện tình huống; 5 - 7 HS đóng góp ý kiến và đưa lời khuyên.</w:t>
            </w:r>
          </w:p>
        </w:tc>
      </w:tr>
      <w:tr w:rsidR="00C04410" w:rsidTr="009D1677">
        <w:trPr>
          <w:cantSplit/>
          <w:jc w:val="center"/>
        </w:trPr>
        <w:tc>
          <w:tcPr>
            <w:tcW w:w="5187" w:type="dxa"/>
            <w:shd w:val="clear" w:color="auto" w:fill="auto"/>
            <w:tcMar>
              <w:top w:w="70" w:type="dxa"/>
              <w:left w:w="90" w:type="dxa"/>
              <w:bottom w:w="70" w:type="dxa"/>
              <w:right w:w="90" w:type="dxa"/>
            </w:tcMar>
            <w:vAlign w:val="center"/>
          </w:tcPr>
          <w:p w:rsidR="00C04410" w:rsidRDefault="00BE50EB" w:rsidP="00987586">
            <w:pPr>
              <w:jc w:val="both"/>
            </w:pPr>
            <w:r>
              <w:t>- GV gợi ý: Mắt nhìn vào đâu? Cười hay cau mày? Nên chào thế nào hay lờ đi? Muốn thể hiện sự thân thiện hơn nếu đã thân quen thì có thể làm gì?</w:t>
            </w:r>
          </w:p>
        </w:tc>
        <w:tc>
          <w:tcPr>
            <w:tcW w:w="4586" w:type="dxa"/>
            <w:shd w:val="clear" w:color="auto" w:fill="auto"/>
            <w:tcMar>
              <w:top w:w="70" w:type="dxa"/>
              <w:left w:w="90" w:type="dxa"/>
              <w:bottom w:w="70" w:type="dxa"/>
              <w:right w:w="90" w:type="dxa"/>
            </w:tcMar>
            <w:vAlign w:val="center"/>
          </w:tcPr>
          <w:p w:rsidR="00C04410" w:rsidRDefault="00BE50EB" w:rsidP="00987586">
            <w:pPr>
              <w:jc w:val="both"/>
            </w:pPr>
            <w:r>
              <w:t>- HS trả lời, điều chỉnh ánh mắt, nét mặt, lời chào và cách thể hiện sự gần gũi phù hợp.</w:t>
            </w:r>
          </w:p>
        </w:tc>
      </w:tr>
      <w:tr w:rsidR="00C04410" w:rsidTr="009D1677">
        <w:trPr>
          <w:cantSplit/>
          <w:jc w:val="center"/>
        </w:trPr>
        <w:tc>
          <w:tcPr>
            <w:tcW w:w="5187" w:type="dxa"/>
            <w:shd w:val="clear" w:color="auto" w:fill="auto"/>
            <w:tcMar>
              <w:top w:w="70" w:type="dxa"/>
              <w:left w:w="90" w:type="dxa"/>
              <w:bottom w:w="70" w:type="dxa"/>
              <w:right w:w="90" w:type="dxa"/>
            </w:tcMar>
            <w:vAlign w:val="center"/>
          </w:tcPr>
          <w:p w:rsidR="00C04410" w:rsidRDefault="00BE50EB" w:rsidP="00987586">
            <w:pPr>
              <w:jc w:val="both"/>
            </w:pPr>
            <w:r>
              <w:t>- GV mời HS thể hiện sự thân thiện, vui tươi với một người bạn hoặc một nhóm bạn trong lớp.</w:t>
            </w:r>
          </w:p>
        </w:tc>
        <w:tc>
          <w:tcPr>
            <w:tcW w:w="4586" w:type="dxa"/>
            <w:shd w:val="clear" w:color="auto" w:fill="auto"/>
            <w:tcMar>
              <w:top w:w="70" w:type="dxa"/>
              <w:left w:w="90" w:type="dxa"/>
              <w:bottom w:w="70" w:type="dxa"/>
              <w:right w:w="90" w:type="dxa"/>
            </w:tcMar>
            <w:vAlign w:val="center"/>
          </w:tcPr>
          <w:p w:rsidR="00C04410" w:rsidRDefault="00BE50EB" w:rsidP="00987586">
            <w:pPr>
              <w:jc w:val="both"/>
            </w:pPr>
            <w:r>
              <w:t>- HS thực hành trước lớp và nhận xét, bổ sung ý kiến cho bạn.</w:t>
            </w:r>
          </w:p>
        </w:tc>
      </w:tr>
      <w:tr w:rsidR="00C04410" w:rsidTr="009D1677">
        <w:trPr>
          <w:cantSplit/>
          <w:jc w:val="center"/>
        </w:trPr>
        <w:tc>
          <w:tcPr>
            <w:tcW w:w="5187" w:type="dxa"/>
            <w:shd w:val="clear" w:color="auto" w:fill="auto"/>
            <w:tcMar>
              <w:top w:w="70" w:type="dxa"/>
              <w:left w:w="90" w:type="dxa"/>
              <w:bottom w:w="70" w:type="dxa"/>
              <w:right w:w="90" w:type="dxa"/>
            </w:tcMar>
            <w:vAlign w:val="center"/>
          </w:tcPr>
          <w:p w:rsidR="00C04410" w:rsidRDefault="00BE50EB" w:rsidP="00987586">
            <w:pPr>
              <w:jc w:val="both"/>
            </w:pPr>
            <w:r>
              <w:rPr>
                <w:b/>
                <w:color w:val="FF0000"/>
              </w:rPr>
              <w:t xml:space="preserve">Diễn giải tích hợp: </w:t>
            </w:r>
            <w:r>
              <w:rPr>
                <w:color w:val="FF0000"/>
              </w:rPr>
              <w:t>GV nêu tình huống: điện thoại có FaceID hoặc một ứng dụng AI có thể nhận ra khuôn mặt, nụ cười hay vẻ buồn qua hình ảnh. GV đặt câu hỏi: “Máy có thể nhận diện khuôn mặt em, nhưng máy có thật sự vui, buồn hoặc tự hào về em như bố mẹ, thầy cô và bạn bè không?”. Qua trao đổi, GV giúp HS hiểu AI chỉ xử lí dữ liệu và đưa ra kết quả mô phỏng; con người mới có cảm xúc thật, biết yêu thương, đồng cảm, động viên và chịu trách nhiệm về cách ứng xử với nhau.</w:t>
            </w:r>
          </w:p>
        </w:tc>
        <w:tc>
          <w:tcPr>
            <w:tcW w:w="4586" w:type="dxa"/>
            <w:shd w:val="clear" w:color="auto" w:fill="auto"/>
            <w:tcMar>
              <w:top w:w="70" w:type="dxa"/>
              <w:left w:w="90" w:type="dxa"/>
              <w:bottom w:w="70" w:type="dxa"/>
              <w:right w:w="90" w:type="dxa"/>
            </w:tcMar>
            <w:vAlign w:val="center"/>
          </w:tcPr>
          <w:p w:rsidR="00C04410" w:rsidRDefault="00BE50EB" w:rsidP="00987586">
            <w:pPr>
              <w:jc w:val="both"/>
            </w:pPr>
            <w:r>
              <w:t>- HS thảo luận, nêu được AI có thể nhận diện khuôn mặt nhưng không có cảm xúc thật như con người.</w:t>
            </w:r>
          </w:p>
        </w:tc>
      </w:tr>
      <w:tr w:rsidR="00C04410" w:rsidTr="00987586">
        <w:trPr>
          <w:cantSplit/>
          <w:jc w:val="center"/>
        </w:trPr>
        <w:tc>
          <w:tcPr>
            <w:tcW w:w="5187" w:type="dxa"/>
            <w:tcBorders>
              <w:bottom w:val="single" w:sz="6" w:space="0" w:color="000000"/>
            </w:tcBorders>
            <w:shd w:val="clear" w:color="auto" w:fill="auto"/>
            <w:tcMar>
              <w:top w:w="70" w:type="dxa"/>
              <w:left w:w="90" w:type="dxa"/>
              <w:bottom w:w="70" w:type="dxa"/>
              <w:right w:w="90" w:type="dxa"/>
            </w:tcMar>
            <w:vAlign w:val="center"/>
          </w:tcPr>
          <w:p w:rsidR="00C04410" w:rsidRDefault="00BE50EB" w:rsidP="00987586">
            <w:pPr>
              <w:jc w:val="both"/>
            </w:pPr>
            <w:r>
              <w:t>- GV nhận xét, kết luận: Việc thể hiện vui vẻ, thân thiện với mọi người cũng không quá khó.</w:t>
            </w:r>
          </w:p>
        </w:tc>
        <w:tc>
          <w:tcPr>
            <w:tcW w:w="4586" w:type="dxa"/>
            <w:tcBorders>
              <w:bottom w:val="single" w:sz="6" w:space="0" w:color="000000"/>
            </w:tcBorders>
            <w:shd w:val="clear" w:color="auto" w:fill="auto"/>
            <w:tcMar>
              <w:top w:w="70" w:type="dxa"/>
              <w:left w:w="90" w:type="dxa"/>
              <w:bottom w:w="70" w:type="dxa"/>
              <w:right w:w="90" w:type="dxa"/>
            </w:tcMar>
            <w:vAlign w:val="center"/>
          </w:tcPr>
          <w:p w:rsidR="00C04410" w:rsidRDefault="00BE50EB" w:rsidP="00987586">
            <w:pPr>
              <w:jc w:val="both"/>
            </w:pPr>
            <w:r>
              <w:t>- HS lắng nghe và ghi nhớ cách thể hiện sự vui vẻ, thân thiện.</w:t>
            </w:r>
          </w:p>
        </w:tc>
      </w:tr>
      <w:tr w:rsidR="00C04410" w:rsidTr="00987586">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C04410" w:rsidRDefault="00BE50EB" w:rsidP="00987586">
            <w:pPr>
              <w:jc w:val="both"/>
            </w:pPr>
            <w:r>
              <w:rPr>
                <w:b/>
              </w:rPr>
              <w:t>4. VẬN DỤNG</w:t>
            </w:r>
            <w:r>
              <w:rPr>
                <w:b/>
              </w:rPr>
              <w:br/>
              <w:t>HOẠT ĐỘNG SAU GIỜ HỌC (CAM KẾT HÀNH ĐỘNG)</w:t>
            </w:r>
          </w:p>
          <w:p w:rsidR="00C04410" w:rsidRDefault="00BE50EB" w:rsidP="00987586">
            <w:pPr>
              <w:jc w:val="both"/>
            </w:pPr>
            <w:r>
              <w:rPr>
                <w:b/>
              </w:rPr>
              <w:t xml:space="preserve">- Mục tiêu: </w:t>
            </w:r>
            <w:r>
              <w:t>HS củng cố kiến thức đã học qua việc nhắc lại nội dung bài và lựa chọn việc làm phù hợp để thể hiện hình ảnh tươi vui, thân thiện.</w:t>
            </w:r>
          </w:p>
          <w:p w:rsidR="00C04410" w:rsidRDefault="00BE50EB" w:rsidP="00987586">
            <w:pPr>
              <w:jc w:val="both"/>
            </w:pPr>
            <w:r>
              <w:rPr>
                <w:b/>
                <w:i/>
              </w:rPr>
              <w:t>* Cách tiến hành:</w:t>
            </w:r>
          </w:p>
        </w:tc>
      </w:tr>
      <w:tr w:rsidR="00C04410" w:rsidTr="00987586">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C04410" w:rsidRDefault="00BE50EB">
            <w:r>
              <w:lastRenderedPageBreak/>
              <w:t>- GV hỏi: Hôm nay em học bài gì?</w:t>
            </w:r>
          </w:p>
        </w:tc>
        <w:tc>
          <w:tcPr>
            <w:tcW w:w="4586" w:type="dxa"/>
            <w:tcBorders>
              <w:top w:val="single" w:sz="6" w:space="0" w:color="000000"/>
            </w:tcBorders>
            <w:shd w:val="clear" w:color="auto" w:fill="auto"/>
            <w:tcMar>
              <w:top w:w="70" w:type="dxa"/>
              <w:left w:w="90" w:type="dxa"/>
              <w:bottom w:w="70" w:type="dxa"/>
              <w:right w:w="90" w:type="dxa"/>
            </w:tcMar>
            <w:vAlign w:val="center"/>
          </w:tcPr>
          <w:p w:rsidR="00C04410" w:rsidRDefault="00BE50EB">
            <w:r>
              <w:t>- HS trả lời: Hình ảnh của em; cách thể hiện sự vui vẻ, thân thiện với mọi người.</w:t>
            </w:r>
          </w:p>
        </w:tc>
      </w:tr>
      <w:tr w:rsidR="00C04410" w:rsidTr="009D1677">
        <w:trPr>
          <w:cantSplit/>
          <w:jc w:val="center"/>
        </w:trPr>
        <w:tc>
          <w:tcPr>
            <w:tcW w:w="5187" w:type="dxa"/>
            <w:shd w:val="clear" w:color="auto" w:fill="auto"/>
            <w:tcMar>
              <w:top w:w="70" w:type="dxa"/>
              <w:left w:w="90" w:type="dxa"/>
              <w:bottom w:w="70" w:type="dxa"/>
              <w:right w:w="90" w:type="dxa"/>
            </w:tcMar>
            <w:vAlign w:val="center"/>
          </w:tcPr>
          <w:p w:rsidR="00C04410" w:rsidRDefault="00BE50EB">
            <w:r>
              <w:t>- GV dặn: Về nhà em hãy cùng bố mẹ ngắm lại những cuốn an-bum ảnh gia đình để tìm những hình ảnh vui vẻ của mình, của cả nhà. Chọn một tấm ảnh hoặc tranh vẽ thể hiện hình ảnh tươi vui, hài hước của em để tham gia triển lãm ảnh của tổ.</w:t>
            </w:r>
          </w:p>
          <w:p w:rsidR="00C04410" w:rsidRDefault="00C04410" w:rsidP="00987586"/>
        </w:tc>
        <w:tc>
          <w:tcPr>
            <w:tcW w:w="4586" w:type="dxa"/>
            <w:shd w:val="clear" w:color="auto" w:fill="auto"/>
            <w:tcMar>
              <w:top w:w="70" w:type="dxa"/>
              <w:left w:w="90" w:type="dxa"/>
              <w:bottom w:w="70" w:type="dxa"/>
              <w:right w:w="90" w:type="dxa"/>
            </w:tcMar>
            <w:vAlign w:val="center"/>
          </w:tcPr>
          <w:p w:rsidR="00C04410" w:rsidRDefault="00BE50EB">
            <w:r>
              <w:t>- HS lắng nghe, ghi nhớ và lựa chọn ảnh hoặc tranh phù hợp cùng người thân.</w:t>
            </w:r>
          </w:p>
        </w:tc>
      </w:tr>
    </w:tbl>
    <w:p w:rsidR="00C04410" w:rsidRDefault="00BE50EB">
      <w:r>
        <w:rPr>
          <w:b/>
          <w:color w:val="FF0000"/>
        </w:rPr>
        <w:t>IV. ĐIỀU CHỈNH SAU BÀI DẠY:</w:t>
      </w:r>
    </w:p>
    <w:p w:rsidR="00C04410" w:rsidRDefault="00BE50EB">
      <w:r>
        <w:t>................................................................................................................</w:t>
      </w:r>
    </w:p>
    <w:p w:rsidR="00C04410" w:rsidRDefault="00BE50EB">
      <w:r>
        <w:t>................................................................................................................</w:t>
      </w:r>
    </w:p>
    <w:p w:rsidR="00C04410" w:rsidRDefault="00BE50EB">
      <w:r>
        <w:t>................................................................................................................</w:t>
      </w:r>
    </w:p>
    <w:p w:rsidR="00987586" w:rsidRDefault="00987586">
      <w:pPr>
        <w:jc w:val="center"/>
      </w:pPr>
    </w:p>
    <w:p w:rsidR="00C04410" w:rsidRPr="00987586" w:rsidRDefault="00BE50EB">
      <w:pPr>
        <w:jc w:val="center"/>
      </w:pPr>
      <w:r w:rsidRPr="00987586">
        <w:rPr>
          <w:b/>
        </w:rPr>
        <w:t>KẾ HOẠCH BÀI DẠY MÔN HOẠT ĐỘNG TRẢI NGHIỆM LỚP 2</w:t>
      </w:r>
    </w:p>
    <w:p w:rsidR="00C04410" w:rsidRPr="00987586" w:rsidRDefault="00BE50EB">
      <w:pPr>
        <w:jc w:val="center"/>
      </w:pPr>
      <w:r w:rsidRPr="00987586">
        <w:rPr>
          <w:b/>
        </w:rPr>
        <w:t>CHỦ ĐỀ 1: KHÁM PHÁ BẢN THÂN</w:t>
      </w:r>
    </w:p>
    <w:p w:rsidR="00C04410" w:rsidRPr="00987586" w:rsidRDefault="00BE50EB">
      <w:pPr>
        <w:jc w:val="center"/>
      </w:pPr>
      <w:r w:rsidRPr="00987586">
        <w:rPr>
          <w:b/>
        </w:rPr>
        <w:t>TUẦN 1: TIẾT 3</w:t>
      </w:r>
    </w:p>
    <w:p w:rsidR="00C04410" w:rsidRPr="00987586" w:rsidRDefault="00BE50EB">
      <w:pPr>
        <w:jc w:val="center"/>
      </w:pPr>
      <w:r w:rsidRPr="00987586">
        <w:rPr>
          <w:b/>
        </w:rPr>
        <w:t>SINH HOẠT LỚP: SƠ KẾT TUẦN 1 - SINH HOẠT THEO CHỦ ĐỀ: HÌNH ẢNH CỦA EM</w:t>
      </w:r>
    </w:p>
    <w:p w:rsidR="00C04410" w:rsidRPr="00987586" w:rsidRDefault="00BE50EB">
      <w:pPr>
        <w:jc w:val="center"/>
      </w:pPr>
      <w:r w:rsidRPr="00987586">
        <w:rPr>
          <w:b/>
        </w:rPr>
        <w:t>Thời gian thực hiện: ...</w:t>
      </w:r>
    </w:p>
    <w:p w:rsidR="00C04410" w:rsidRPr="00987586" w:rsidRDefault="00BE50EB">
      <w:r w:rsidRPr="00987586">
        <w:rPr>
          <w:b/>
        </w:rPr>
        <w:t>I. YÊU CẦU CẦN ĐẠT:</w:t>
      </w:r>
    </w:p>
    <w:p w:rsidR="00C04410" w:rsidRPr="00987586" w:rsidRDefault="00BE50EB">
      <w:r w:rsidRPr="00987586">
        <w:rPr>
          <w:b/>
          <w:i/>
        </w:rPr>
        <w:t>1. Năng lực đặc thù</w:t>
      </w:r>
    </w:p>
    <w:p w:rsidR="00C04410" w:rsidRDefault="00BE50EB">
      <w:r>
        <w:t>- HS nhớ lại, đánh giá được những việc mình đã thực hiện trong tuần và rút ra kinh nghiệm cho tuần sau.</w:t>
      </w:r>
    </w:p>
    <w:p w:rsidR="00C04410" w:rsidRDefault="00BE50EB">
      <w:r>
        <w:t>- Biết thể hiện bản thân qua hoạt động trải nghiệm, thể hiện sự thân thiện, vui vẻ trong quan hệ với bạn bè, thầy cô và các tình huống khác trong cuộc sống.</w:t>
      </w:r>
    </w:p>
    <w:p w:rsidR="00C04410" w:rsidRDefault="00BE50EB">
      <w:r>
        <w:rPr>
          <w:b/>
          <w:i/>
        </w:rPr>
        <w:t>2. Năng lực chung</w:t>
      </w:r>
    </w:p>
    <w:p w:rsidR="00C04410" w:rsidRDefault="00BE50EB">
      <w:r>
        <w:t>- Tự chủ, tự học: Biết nhìn lại việc làm của bản thân, xác định phương hướng rèn luyện trong tuần tiếp theo.</w:t>
      </w:r>
    </w:p>
    <w:p w:rsidR="00C04410" w:rsidRDefault="00BE50EB">
      <w:r>
        <w:t>- Giao tiếp, hợp tác: Biết chia sẻ thu hoạch, cùng nhau trao đổi để xây dựng tập thể lớp đoàn kết, vui vẻ.</w:t>
      </w:r>
    </w:p>
    <w:p w:rsidR="00C04410" w:rsidRDefault="00BE50EB">
      <w:r>
        <w:t>- Giải quyết vấn đề, sáng tạo: Biết lựa chọn cách ứng xử phù hợp trong các tình huống giao tiếp, thể hiện được hình ảnh thân thiện, vui vẻ của bản thân.</w:t>
      </w:r>
    </w:p>
    <w:p w:rsidR="00C04410" w:rsidRDefault="00BE50EB">
      <w:r>
        <w:rPr>
          <w:b/>
          <w:i/>
        </w:rPr>
        <w:t>3. Phẩm chất</w:t>
      </w:r>
    </w:p>
    <w:p w:rsidR="00C04410" w:rsidRDefault="00BE50EB">
      <w:r>
        <w:t>- Rèn thói quen thực hiện nền nếp theo quy định của trường, lớp.</w:t>
      </w:r>
    </w:p>
    <w:p w:rsidR="00C04410" w:rsidRDefault="00BE50EB">
      <w:r>
        <w:t>- Yêu trường, yêu lớp, biết gắn bó và có trách nhiệm với tập thể.</w:t>
      </w:r>
    </w:p>
    <w:p w:rsidR="00C04410" w:rsidRDefault="00BE50EB">
      <w:r>
        <w:t>- Biết sống thân thiện, vui vẻ, đoàn kết với bạn bè và thầy cô.</w:t>
      </w:r>
    </w:p>
    <w:p w:rsidR="00C04410" w:rsidRDefault="00BE50EB">
      <w:r>
        <w:rPr>
          <w:b/>
          <w:color w:val="FF0000"/>
          <w:sz w:val="26"/>
        </w:rPr>
        <w:t>4. Tích hợp</w:t>
      </w:r>
    </w:p>
    <w:p w:rsidR="00C04410" w:rsidRDefault="00BE50EB">
      <w:r>
        <w:rPr>
          <w:color w:val="FF0000"/>
          <w:sz w:val="26"/>
        </w:rPr>
        <w:t xml:space="preserve">- Tích hợp năng lực số 4.2.CB1a: Nhận biết cách bảo vệ thông tin cá nhân và hình ảnh của bản thân khi tham gia môi trường số. Mục tiêu tích hợp: HS biết xin phép trước </w:t>
      </w:r>
      <w:r>
        <w:rPr>
          <w:color w:val="FF0000"/>
          <w:sz w:val="26"/>
        </w:rPr>
        <w:lastRenderedPageBreak/>
        <w:t>khi chụp, đăng hoặc chia sẻ ảnh có mặt bạn; không sử dụng ảnh làm bạn buồn hoặc xấu hổ.</w:t>
      </w:r>
    </w:p>
    <w:p w:rsidR="00C04410" w:rsidRDefault="00BE50EB">
      <w:r>
        <w:rPr>
          <w:b/>
          <w:color w:val="FF0000"/>
        </w:rPr>
        <w:t>II. CHUẨN BỊ:</w:t>
      </w:r>
    </w:p>
    <w:p w:rsidR="00C04410" w:rsidRDefault="00BE50EB">
      <w:r>
        <w:t>- GV: Bảng phụ, giấy A3, quả bóng nhỏ; vị trí trưng bày tranh, ảnh; thiết bị chụp ảnh do GV quản lí.</w:t>
      </w:r>
    </w:p>
    <w:p w:rsidR="00C04410" w:rsidRDefault="00BE50EB">
      <w:r>
        <w:t>- HS: Ảnh hoặc tranh thể hiện hình ảnh tươi vui, hài hước; bút màu và đồ dùng cá nhân.</w:t>
      </w:r>
    </w:p>
    <w:p w:rsidR="00C04410" w:rsidRDefault="00BE50EB">
      <w:r>
        <w:rPr>
          <w:b/>
          <w:color w:val="FF0000"/>
        </w:rPr>
        <w:t>III. CÁC HOẠT ĐỘNG DẠY HỌC CHỦ YẾU:</w:t>
      </w:r>
    </w:p>
    <w:tbl>
      <w:tblPr>
        <w:tblW w:w="0" w:type="auto"/>
        <w:jc w:val="center"/>
        <w:tblBorders>
          <w:top w:val="single" w:sz="6" w:space="0" w:color="000000"/>
          <w:left w:val="single" w:sz="6" w:space="0" w:color="000000"/>
          <w:bottom w:val="single" w:sz="6" w:space="0" w:color="000000"/>
          <w:right w:val="single" w:sz="6" w:space="0" w:color="000000"/>
          <w:insideV w:val="single" w:sz="6" w:space="0" w:color="000000"/>
        </w:tblBorders>
        <w:tblLayout w:type="fixed"/>
        <w:tblLook w:val="04A0" w:firstRow="1" w:lastRow="0" w:firstColumn="1" w:lastColumn="0" w:noHBand="0" w:noVBand="1"/>
      </w:tblPr>
      <w:tblGrid>
        <w:gridCol w:w="5187"/>
        <w:gridCol w:w="4586"/>
      </w:tblGrid>
      <w:tr w:rsidR="00C04410" w:rsidTr="00987586">
        <w:trPr>
          <w:cantSplit/>
          <w:tblHeader/>
          <w:jc w:val="center"/>
        </w:trPr>
        <w:tc>
          <w:tcPr>
            <w:tcW w:w="4513" w:type="dxa"/>
            <w:tcBorders>
              <w:bottom w:val="single" w:sz="6" w:space="0" w:color="000000"/>
            </w:tcBorders>
            <w:shd w:val="clear" w:color="auto" w:fill="auto"/>
            <w:tcMar>
              <w:top w:w="70" w:type="dxa"/>
              <w:left w:w="90" w:type="dxa"/>
              <w:bottom w:w="70" w:type="dxa"/>
              <w:right w:w="90" w:type="dxa"/>
            </w:tcMar>
          </w:tcPr>
          <w:p w:rsidR="00C04410" w:rsidRDefault="00BE50EB">
            <w:pPr>
              <w:jc w:val="center"/>
            </w:pPr>
            <w:r>
              <w:rPr>
                <w:b/>
              </w:rPr>
              <w:t>HOẠT ĐỘNG CỦA GIÁO VIÊN</w:t>
            </w:r>
          </w:p>
        </w:tc>
        <w:tc>
          <w:tcPr>
            <w:tcW w:w="4513" w:type="dxa"/>
            <w:tcBorders>
              <w:bottom w:val="single" w:sz="6" w:space="0" w:color="000000"/>
            </w:tcBorders>
            <w:shd w:val="clear" w:color="auto" w:fill="auto"/>
            <w:tcMar>
              <w:top w:w="70" w:type="dxa"/>
              <w:left w:w="90" w:type="dxa"/>
              <w:bottom w:w="70" w:type="dxa"/>
              <w:right w:w="90" w:type="dxa"/>
            </w:tcMar>
          </w:tcPr>
          <w:p w:rsidR="00C04410" w:rsidRDefault="00BE50EB">
            <w:pPr>
              <w:jc w:val="center"/>
            </w:pPr>
            <w:r>
              <w:rPr>
                <w:b/>
              </w:rPr>
              <w:t>HOẠT ĐỘNG CỦA HỌC SINH</w:t>
            </w:r>
          </w:p>
        </w:tc>
      </w:tr>
      <w:tr w:rsidR="00C04410" w:rsidTr="00987586">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C04410" w:rsidRDefault="00BE50EB">
            <w:r>
              <w:rPr>
                <w:b/>
              </w:rPr>
              <w:t>1. KHỞI ĐỘNG</w:t>
            </w:r>
          </w:p>
          <w:p w:rsidR="00C04410" w:rsidRDefault="00BE50EB">
            <w:r>
              <w:rPr>
                <w:b/>
              </w:rPr>
              <w:t xml:space="preserve">- Mục tiêu: </w:t>
            </w:r>
            <w:r>
              <w:t>Tạo tâm thế hứng thú cho học sinh và từng bước làm quen bài học.</w:t>
            </w:r>
          </w:p>
          <w:p w:rsidR="00C04410" w:rsidRDefault="00BE50EB">
            <w:r>
              <w:rPr>
                <w:b/>
                <w:i/>
              </w:rPr>
              <w:t>* Cách tiến hành:</w:t>
            </w:r>
          </w:p>
        </w:tc>
      </w:tr>
      <w:tr w:rsidR="00C04410" w:rsidTr="00987586">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C04410" w:rsidRDefault="00BE50EB">
            <w:r>
              <w:t>- GV bắt nhịp cho HS hát.</w:t>
            </w:r>
          </w:p>
        </w:tc>
        <w:tc>
          <w:tcPr>
            <w:tcW w:w="4586" w:type="dxa"/>
            <w:tcBorders>
              <w:top w:val="single" w:sz="6" w:space="0" w:color="000000"/>
            </w:tcBorders>
            <w:shd w:val="clear" w:color="auto" w:fill="auto"/>
            <w:tcMar>
              <w:top w:w="70" w:type="dxa"/>
              <w:left w:w="90" w:type="dxa"/>
              <w:bottom w:w="70" w:type="dxa"/>
              <w:right w:w="90" w:type="dxa"/>
            </w:tcMar>
            <w:vAlign w:val="center"/>
          </w:tcPr>
          <w:p w:rsidR="00C04410" w:rsidRDefault="00BE50EB">
            <w:r>
              <w:t>- HS hát và vận động nhẹ nhàng theo bài hát.</w:t>
            </w:r>
          </w:p>
        </w:tc>
      </w:tr>
      <w:tr w:rsidR="00C04410" w:rsidTr="00987586">
        <w:trPr>
          <w:cantSplit/>
          <w:jc w:val="center"/>
        </w:trPr>
        <w:tc>
          <w:tcPr>
            <w:tcW w:w="5187" w:type="dxa"/>
            <w:tcBorders>
              <w:bottom w:val="single" w:sz="6" w:space="0" w:color="000000"/>
            </w:tcBorders>
            <w:shd w:val="clear" w:color="auto" w:fill="auto"/>
            <w:tcMar>
              <w:top w:w="70" w:type="dxa"/>
              <w:left w:w="90" w:type="dxa"/>
              <w:bottom w:w="70" w:type="dxa"/>
              <w:right w:w="90" w:type="dxa"/>
            </w:tcMar>
            <w:vAlign w:val="center"/>
          </w:tcPr>
          <w:p w:rsidR="00C04410" w:rsidRDefault="00BE50EB">
            <w:r>
              <w:t>- GV nêu nhiệm vụ học tập.</w:t>
            </w:r>
          </w:p>
        </w:tc>
        <w:tc>
          <w:tcPr>
            <w:tcW w:w="4586" w:type="dxa"/>
            <w:tcBorders>
              <w:bottom w:val="single" w:sz="6" w:space="0" w:color="000000"/>
            </w:tcBorders>
            <w:shd w:val="clear" w:color="auto" w:fill="auto"/>
            <w:tcMar>
              <w:top w:w="70" w:type="dxa"/>
              <w:left w:w="90" w:type="dxa"/>
              <w:bottom w:w="70" w:type="dxa"/>
              <w:right w:w="90" w:type="dxa"/>
            </w:tcMar>
            <w:vAlign w:val="center"/>
          </w:tcPr>
          <w:p w:rsidR="00C04410" w:rsidRDefault="00BE50EB">
            <w:r>
              <w:t>- HS lắng nghe và chuẩn bị tham gia các hoạt động.</w:t>
            </w:r>
          </w:p>
        </w:tc>
      </w:tr>
      <w:tr w:rsidR="00C04410" w:rsidTr="00987586">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C04410" w:rsidRDefault="00BE50EB">
            <w:r>
              <w:rPr>
                <w:b/>
              </w:rPr>
              <w:t>2. HOẠT ĐỘNG TỔNG KẾT TUẦN</w:t>
            </w:r>
            <w:r>
              <w:rPr>
                <w:b/>
              </w:rPr>
              <w:br/>
              <w:t>2.1. Tổng kết các hoạt động trong tuần</w:t>
            </w:r>
          </w:p>
          <w:p w:rsidR="00C04410" w:rsidRDefault="00BE50EB">
            <w:r>
              <w:rPr>
                <w:b/>
              </w:rPr>
              <w:t xml:space="preserve">- Mục tiêu: </w:t>
            </w:r>
            <w:r>
              <w:t>HS nhận xét được các hoạt động trong những ngày qua của tuần 1.</w:t>
            </w:r>
          </w:p>
          <w:p w:rsidR="00C04410" w:rsidRDefault="00BE50EB">
            <w:r>
              <w:rPr>
                <w:b/>
                <w:i/>
              </w:rPr>
              <w:t>* Cách tiến hành:</w:t>
            </w:r>
          </w:p>
        </w:tc>
      </w:tr>
      <w:tr w:rsidR="00C04410" w:rsidTr="00987586">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C04410" w:rsidRDefault="00BE50EB">
            <w:r>
              <w:t>- GV mời tổ trưởng, lớp trưởng nhận xét những điểm mạnh, những tồn tại trong những ngày qua.</w:t>
            </w:r>
          </w:p>
        </w:tc>
        <w:tc>
          <w:tcPr>
            <w:tcW w:w="4586" w:type="dxa"/>
            <w:tcBorders>
              <w:top w:val="single" w:sz="6" w:space="0" w:color="000000"/>
            </w:tcBorders>
            <w:shd w:val="clear" w:color="auto" w:fill="auto"/>
            <w:tcMar>
              <w:top w:w="70" w:type="dxa"/>
              <w:left w:w="90" w:type="dxa"/>
              <w:bottom w:w="70" w:type="dxa"/>
              <w:right w:w="90" w:type="dxa"/>
            </w:tcMar>
            <w:vAlign w:val="center"/>
          </w:tcPr>
          <w:p w:rsidR="00C04410" w:rsidRDefault="00BE50EB">
            <w:r>
              <w:t>- Tổ trưởng, lớp trưởng nhận xét hoạt động của tổ và của lớp; HS lắng nghe, bổ sung.</w:t>
            </w:r>
          </w:p>
        </w:tc>
      </w:tr>
      <w:tr w:rsidR="00C04410" w:rsidTr="00987586">
        <w:trPr>
          <w:cantSplit/>
          <w:jc w:val="center"/>
        </w:trPr>
        <w:tc>
          <w:tcPr>
            <w:tcW w:w="5187" w:type="dxa"/>
            <w:tcBorders>
              <w:bottom w:val="single" w:sz="6" w:space="0" w:color="000000"/>
            </w:tcBorders>
            <w:shd w:val="clear" w:color="auto" w:fill="auto"/>
            <w:tcMar>
              <w:top w:w="70" w:type="dxa"/>
              <w:left w:w="90" w:type="dxa"/>
              <w:bottom w:w="70" w:type="dxa"/>
              <w:right w:w="90" w:type="dxa"/>
            </w:tcMar>
            <w:vAlign w:val="center"/>
          </w:tcPr>
          <w:p w:rsidR="00C04410" w:rsidRDefault="00BE50EB">
            <w:r>
              <w:t>- GV nhận xét.</w:t>
            </w:r>
          </w:p>
        </w:tc>
        <w:tc>
          <w:tcPr>
            <w:tcW w:w="4586" w:type="dxa"/>
            <w:tcBorders>
              <w:bottom w:val="single" w:sz="6" w:space="0" w:color="000000"/>
            </w:tcBorders>
            <w:shd w:val="clear" w:color="auto" w:fill="auto"/>
            <w:tcMar>
              <w:top w:w="70" w:type="dxa"/>
              <w:left w:w="90" w:type="dxa"/>
              <w:bottom w:w="70" w:type="dxa"/>
              <w:right w:w="90" w:type="dxa"/>
            </w:tcMar>
            <w:vAlign w:val="center"/>
          </w:tcPr>
          <w:p w:rsidR="00C04410" w:rsidRDefault="00BE50EB">
            <w:r>
              <w:t>- HS lắng nghe, tự đối chiếu với việc làm của bản thân.</w:t>
            </w:r>
          </w:p>
        </w:tc>
      </w:tr>
      <w:tr w:rsidR="00C04410" w:rsidTr="00987586">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C04410" w:rsidRDefault="00BE50EB">
            <w:r>
              <w:rPr>
                <w:b/>
              </w:rPr>
              <w:t>2. HOẠT ĐỘNG TỔNG KẾT TUẦN</w:t>
            </w:r>
            <w:r>
              <w:rPr>
                <w:b/>
              </w:rPr>
              <w:br/>
              <w:t>2.2. Phương hướng hoạt động tuần 2</w:t>
            </w:r>
          </w:p>
          <w:p w:rsidR="00C04410" w:rsidRDefault="00BE50EB">
            <w:r>
              <w:rPr>
                <w:b/>
              </w:rPr>
              <w:t xml:space="preserve">- Mục tiêu: </w:t>
            </w:r>
            <w:r>
              <w:t>HS biết được các phương hướng hoạt động trong tuần 2.</w:t>
            </w:r>
          </w:p>
          <w:p w:rsidR="00C04410" w:rsidRDefault="00BE50EB">
            <w:r>
              <w:rPr>
                <w:b/>
                <w:i/>
              </w:rPr>
              <w:t>* Cách tiến hành:</w:t>
            </w:r>
          </w:p>
        </w:tc>
      </w:tr>
      <w:tr w:rsidR="00C04410" w:rsidTr="00987586">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C04410" w:rsidRDefault="00BE50EB">
            <w:r>
              <w:t>- GV yêu cầu HS nhắc lại những điều còn tồn tại trong tuần.</w:t>
            </w:r>
          </w:p>
        </w:tc>
        <w:tc>
          <w:tcPr>
            <w:tcW w:w="4586" w:type="dxa"/>
            <w:tcBorders>
              <w:top w:val="single" w:sz="6" w:space="0" w:color="000000"/>
            </w:tcBorders>
            <w:shd w:val="clear" w:color="auto" w:fill="auto"/>
            <w:tcMar>
              <w:top w:w="70" w:type="dxa"/>
              <w:left w:w="90" w:type="dxa"/>
              <w:bottom w:w="70" w:type="dxa"/>
              <w:right w:w="90" w:type="dxa"/>
            </w:tcMar>
            <w:vAlign w:val="center"/>
          </w:tcPr>
          <w:p w:rsidR="00C04410" w:rsidRDefault="00BE50EB">
            <w:r>
              <w:t>- HS nhắc lại những việc lớp và bản thân cần khắc phục.</w:t>
            </w:r>
          </w:p>
        </w:tc>
      </w:tr>
      <w:tr w:rsidR="00C04410" w:rsidTr="00987586">
        <w:trPr>
          <w:cantSplit/>
          <w:jc w:val="center"/>
        </w:trPr>
        <w:tc>
          <w:tcPr>
            <w:tcW w:w="5187" w:type="dxa"/>
            <w:shd w:val="clear" w:color="auto" w:fill="auto"/>
            <w:tcMar>
              <w:top w:w="70" w:type="dxa"/>
              <w:left w:w="90" w:type="dxa"/>
              <w:bottom w:w="70" w:type="dxa"/>
              <w:right w:w="90" w:type="dxa"/>
            </w:tcMar>
            <w:vAlign w:val="center"/>
          </w:tcPr>
          <w:p w:rsidR="00C04410" w:rsidRDefault="00BE50EB">
            <w:r>
              <w:t>- GV định hướng cho HS nêu những cách khắc phục những tồn tại.</w:t>
            </w:r>
          </w:p>
        </w:tc>
        <w:tc>
          <w:tcPr>
            <w:tcW w:w="4586" w:type="dxa"/>
            <w:shd w:val="clear" w:color="auto" w:fill="auto"/>
            <w:tcMar>
              <w:top w:w="70" w:type="dxa"/>
              <w:left w:w="90" w:type="dxa"/>
              <w:bottom w:w="70" w:type="dxa"/>
              <w:right w:w="90" w:type="dxa"/>
            </w:tcMar>
            <w:vAlign w:val="center"/>
          </w:tcPr>
          <w:p w:rsidR="00C04410" w:rsidRDefault="00BE50EB">
            <w:r>
              <w:t>- HS chia sẻ biện pháp: đi học đúng giờ, chuẩn bị đầy đủ đồ dùng, giữ trật tự, đoàn kết và giúp đỡ bạn.</w:t>
            </w:r>
          </w:p>
        </w:tc>
      </w:tr>
      <w:tr w:rsidR="00C04410" w:rsidTr="00987586">
        <w:trPr>
          <w:cantSplit/>
          <w:jc w:val="center"/>
        </w:trPr>
        <w:tc>
          <w:tcPr>
            <w:tcW w:w="5187" w:type="dxa"/>
            <w:shd w:val="clear" w:color="auto" w:fill="auto"/>
            <w:tcMar>
              <w:top w:w="70" w:type="dxa"/>
              <w:left w:w="90" w:type="dxa"/>
              <w:bottom w:w="70" w:type="dxa"/>
              <w:right w:w="90" w:type="dxa"/>
            </w:tcMar>
            <w:vAlign w:val="center"/>
          </w:tcPr>
          <w:p w:rsidR="00C04410" w:rsidRDefault="00BE50EB">
            <w:r>
              <w:t>- GV chốt lại phương hướng hoạt động cho tuần 2.</w:t>
            </w:r>
          </w:p>
        </w:tc>
        <w:tc>
          <w:tcPr>
            <w:tcW w:w="4586" w:type="dxa"/>
            <w:shd w:val="clear" w:color="auto" w:fill="auto"/>
            <w:tcMar>
              <w:top w:w="70" w:type="dxa"/>
              <w:left w:w="90" w:type="dxa"/>
              <w:bottom w:w="70" w:type="dxa"/>
              <w:right w:w="90" w:type="dxa"/>
            </w:tcMar>
            <w:vAlign w:val="center"/>
          </w:tcPr>
          <w:p w:rsidR="00C04410" w:rsidRDefault="00BE50EB">
            <w:r>
              <w:t>- HS lắng nghe và ghi nhớ nhiệm vụ cần thực hiện.</w:t>
            </w:r>
          </w:p>
        </w:tc>
      </w:tr>
      <w:tr w:rsidR="00C04410" w:rsidTr="00987586">
        <w:trPr>
          <w:cantSplit/>
          <w:jc w:val="center"/>
        </w:trPr>
        <w:tc>
          <w:tcPr>
            <w:tcW w:w="5187" w:type="dxa"/>
            <w:shd w:val="clear" w:color="auto" w:fill="auto"/>
            <w:tcMar>
              <w:top w:w="70" w:type="dxa"/>
              <w:left w:w="90" w:type="dxa"/>
              <w:bottom w:w="70" w:type="dxa"/>
              <w:right w:w="90" w:type="dxa"/>
            </w:tcMar>
            <w:vAlign w:val="center"/>
          </w:tcPr>
          <w:p w:rsidR="00C04410" w:rsidRDefault="00BE50EB">
            <w:r>
              <w:lastRenderedPageBreak/>
              <w:t>- GV chuyển sang nội dung sinh hoạt theo chủ đề: Bầu chọn lớp trưởng, lớp phó, tổ trưởng.</w:t>
            </w:r>
          </w:p>
        </w:tc>
        <w:tc>
          <w:tcPr>
            <w:tcW w:w="4586" w:type="dxa"/>
            <w:shd w:val="clear" w:color="auto" w:fill="auto"/>
            <w:tcMar>
              <w:top w:w="70" w:type="dxa"/>
              <w:left w:w="90" w:type="dxa"/>
              <w:bottom w:w="70" w:type="dxa"/>
              <w:right w:w="90" w:type="dxa"/>
            </w:tcMar>
            <w:vAlign w:val="center"/>
          </w:tcPr>
          <w:p w:rsidR="00C04410" w:rsidRDefault="00BE50EB">
            <w:r>
              <w:t>- HS lắng nghe và chuẩn bị tham gia bầu chọn.</w:t>
            </w:r>
          </w:p>
        </w:tc>
      </w:tr>
      <w:tr w:rsidR="00C04410" w:rsidTr="00987586">
        <w:trPr>
          <w:cantSplit/>
          <w:jc w:val="center"/>
        </w:trPr>
        <w:tc>
          <w:tcPr>
            <w:tcW w:w="5187" w:type="dxa"/>
            <w:shd w:val="clear" w:color="auto" w:fill="auto"/>
            <w:tcMar>
              <w:top w:w="70" w:type="dxa"/>
              <w:left w:w="90" w:type="dxa"/>
              <w:bottom w:w="70" w:type="dxa"/>
              <w:right w:w="90" w:type="dxa"/>
            </w:tcMar>
            <w:vAlign w:val="center"/>
          </w:tcPr>
          <w:p w:rsidR="00C04410" w:rsidRDefault="00BE50EB">
            <w:r>
              <w:t>- GV phổ biến cho cả lớp về quyền, nhiệm vụ và trách nhiệm của lớp trưởng, lớp phó và các tổ trưởng.</w:t>
            </w:r>
          </w:p>
        </w:tc>
        <w:tc>
          <w:tcPr>
            <w:tcW w:w="4586" w:type="dxa"/>
            <w:shd w:val="clear" w:color="auto" w:fill="auto"/>
            <w:tcMar>
              <w:top w:w="70" w:type="dxa"/>
              <w:left w:w="90" w:type="dxa"/>
              <w:bottom w:w="70" w:type="dxa"/>
              <w:right w:w="90" w:type="dxa"/>
            </w:tcMar>
            <w:vAlign w:val="center"/>
          </w:tcPr>
          <w:p w:rsidR="00C04410" w:rsidRDefault="00BE50EB">
            <w:r>
              <w:t>- HS lắng nghe, bổ sung và nêu những phẩm chất cần có của cán bộ lớp.</w:t>
            </w:r>
          </w:p>
        </w:tc>
      </w:tr>
      <w:tr w:rsidR="00C04410" w:rsidTr="00987586">
        <w:trPr>
          <w:cantSplit/>
          <w:jc w:val="center"/>
        </w:trPr>
        <w:tc>
          <w:tcPr>
            <w:tcW w:w="5187" w:type="dxa"/>
            <w:shd w:val="clear" w:color="auto" w:fill="auto"/>
            <w:tcMar>
              <w:top w:w="70" w:type="dxa"/>
              <w:left w:w="90" w:type="dxa"/>
              <w:bottom w:w="70" w:type="dxa"/>
              <w:right w:w="90" w:type="dxa"/>
            </w:tcMar>
            <w:vAlign w:val="center"/>
          </w:tcPr>
          <w:p w:rsidR="00C04410" w:rsidRDefault="00BE50EB">
            <w:r>
              <w:t>- GV tổ chức cho HS giới thiệu, đề cử hoặc tự ứng cử vào các vị trí cán bộ lớp.</w:t>
            </w:r>
          </w:p>
        </w:tc>
        <w:tc>
          <w:tcPr>
            <w:tcW w:w="4586" w:type="dxa"/>
            <w:shd w:val="clear" w:color="auto" w:fill="auto"/>
            <w:tcMar>
              <w:top w:w="70" w:type="dxa"/>
              <w:left w:w="90" w:type="dxa"/>
              <w:bottom w:w="70" w:type="dxa"/>
              <w:right w:w="90" w:type="dxa"/>
            </w:tcMar>
            <w:vAlign w:val="center"/>
          </w:tcPr>
          <w:p w:rsidR="00C04410" w:rsidRDefault="00BE50EB">
            <w:r>
              <w:t>- HS mạnh dạn giới thiệu, đề cử bạn hoặc tự ứng cử phù hợp với khả năng.</w:t>
            </w:r>
          </w:p>
        </w:tc>
      </w:tr>
      <w:tr w:rsidR="00C04410" w:rsidTr="00987586">
        <w:trPr>
          <w:cantSplit/>
          <w:jc w:val="center"/>
        </w:trPr>
        <w:tc>
          <w:tcPr>
            <w:tcW w:w="5187" w:type="dxa"/>
            <w:shd w:val="clear" w:color="auto" w:fill="auto"/>
            <w:tcMar>
              <w:top w:w="70" w:type="dxa"/>
              <w:left w:w="90" w:type="dxa"/>
              <w:bottom w:w="70" w:type="dxa"/>
              <w:right w:w="90" w:type="dxa"/>
            </w:tcMar>
            <w:vAlign w:val="center"/>
          </w:tcPr>
          <w:p w:rsidR="00C04410" w:rsidRDefault="00BE50EB">
            <w:r>
              <w:t>- GV hướng dẫn HS bầu chọn công khai, nghiêm túc và tôn trọng ý kiến của tập thể.</w:t>
            </w:r>
          </w:p>
        </w:tc>
        <w:tc>
          <w:tcPr>
            <w:tcW w:w="4586" w:type="dxa"/>
            <w:shd w:val="clear" w:color="auto" w:fill="auto"/>
            <w:tcMar>
              <w:top w:w="70" w:type="dxa"/>
              <w:left w:w="90" w:type="dxa"/>
              <w:bottom w:w="70" w:type="dxa"/>
              <w:right w:w="90" w:type="dxa"/>
            </w:tcMar>
            <w:vAlign w:val="center"/>
          </w:tcPr>
          <w:p w:rsidR="00C04410" w:rsidRDefault="00BE50EB">
            <w:r>
              <w:t>- HS thực hiện bầu chọn, không trêu chọc và tôn trọng lựa chọn của các bạn.</w:t>
            </w:r>
          </w:p>
        </w:tc>
      </w:tr>
      <w:tr w:rsidR="00C04410" w:rsidTr="00987586">
        <w:trPr>
          <w:cantSplit/>
          <w:jc w:val="center"/>
        </w:trPr>
        <w:tc>
          <w:tcPr>
            <w:tcW w:w="5187" w:type="dxa"/>
            <w:tcBorders>
              <w:bottom w:val="single" w:sz="6" w:space="0" w:color="000000"/>
            </w:tcBorders>
            <w:shd w:val="clear" w:color="auto" w:fill="auto"/>
            <w:tcMar>
              <w:top w:w="70" w:type="dxa"/>
              <w:left w:w="90" w:type="dxa"/>
              <w:bottom w:w="70" w:type="dxa"/>
              <w:right w:w="90" w:type="dxa"/>
            </w:tcMar>
            <w:vAlign w:val="center"/>
          </w:tcPr>
          <w:p w:rsidR="00C04410" w:rsidRDefault="00BE50EB">
            <w:r>
              <w:t>- GV công bố kết quả và giao nhiệm vụ ban đầu cho cán bộ lớp.</w:t>
            </w:r>
          </w:p>
        </w:tc>
        <w:tc>
          <w:tcPr>
            <w:tcW w:w="4586" w:type="dxa"/>
            <w:tcBorders>
              <w:bottom w:val="single" w:sz="6" w:space="0" w:color="000000"/>
            </w:tcBorders>
            <w:shd w:val="clear" w:color="auto" w:fill="auto"/>
            <w:tcMar>
              <w:top w:w="70" w:type="dxa"/>
              <w:left w:w="90" w:type="dxa"/>
              <w:bottom w:w="70" w:type="dxa"/>
              <w:right w:w="90" w:type="dxa"/>
            </w:tcMar>
            <w:vAlign w:val="center"/>
          </w:tcPr>
          <w:p w:rsidR="00C04410" w:rsidRDefault="00BE50EB">
            <w:r>
              <w:t>- HS chúc mừng các bạn được bầu và phối hợp thực hiện nhiệm vụ của lớp.</w:t>
            </w:r>
          </w:p>
        </w:tc>
      </w:tr>
      <w:tr w:rsidR="00C04410" w:rsidTr="00987586">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C04410" w:rsidRDefault="00BE50EB">
            <w:r>
              <w:rPr>
                <w:b/>
              </w:rPr>
              <w:t>3. CHIA SẺ THU HOẠCH SAU TRẢI NGHIỆM LẦN TRƯỚC</w:t>
            </w:r>
            <w:r>
              <w:rPr>
                <w:b/>
              </w:rPr>
              <w:br/>
              <w:t>Triển lãm tranh, ảnh theo tổ</w:t>
            </w:r>
          </w:p>
          <w:p w:rsidR="00C04410" w:rsidRDefault="00BE50EB">
            <w:r>
              <w:rPr>
                <w:b/>
              </w:rPr>
              <w:t xml:space="preserve">- Mục tiêu: </w:t>
            </w:r>
            <w:r>
              <w:t>HS chia sẻ thu hoạch của mình sau trải nghiệm lần trước.</w:t>
            </w:r>
          </w:p>
          <w:p w:rsidR="00C04410" w:rsidRDefault="00BE50EB">
            <w:r>
              <w:rPr>
                <w:b/>
                <w:i/>
              </w:rPr>
              <w:t>* Cách tiến hành:</w:t>
            </w:r>
          </w:p>
        </w:tc>
      </w:tr>
      <w:tr w:rsidR="00C04410" w:rsidTr="00987586">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C04410" w:rsidRDefault="00BE50EB">
            <w:r>
              <w:t>- GV phân vị trí cho mỗi tổ để trưng bày những hình ảnh vui vẻ của mỗi thành viên trong tổ.</w:t>
            </w:r>
          </w:p>
          <w:p w:rsidR="00C04410" w:rsidRDefault="00C04410">
            <w:pPr>
              <w:jc w:val="center"/>
            </w:pPr>
          </w:p>
        </w:tc>
        <w:tc>
          <w:tcPr>
            <w:tcW w:w="4586" w:type="dxa"/>
            <w:tcBorders>
              <w:top w:val="single" w:sz="6" w:space="0" w:color="000000"/>
            </w:tcBorders>
            <w:shd w:val="clear" w:color="auto" w:fill="auto"/>
            <w:tcMar>
              <w:top w:w="70" w:type="dxa"/>
              <w:left w:w="90" w:type="dxa"/>
              <w:bottom w:w="70" w:type="dxa"/>
              <w:right w:w="90" w:type="dxa"/>
            </w:tcMar>
            <w:vAlign w:val="center"/>
          </w:tcPr>
          <w:p w:rsidR="00C04410" w:rsidRDefault="00BE50EB">
            <w:r>
              <w:t>- HS thực hiện trưng bày ảnh hoặc tranh theo vị trí của tổ.</w:t>
            </w:r>
          </w:p>
        </w:tc>
      </w:tr>
      <w:tr w:rsidR="00C04410" w:rsidTr="00987586">
        <w:trPr>
          <w:cantSplit/>
          <w:jc w:val="center"/>
        </w:trPr>
        <w:tc>
          <w:tcPr>
            <w:tcW w:w="5187" w:type="dxa"/>
            <w:shd w:val="clear" w:color="auto" w:fill="auto"/>
            <w:tcMar>
              <w:top w:w="70" w:type="dxa"/>
              <w:left w:w="90" w:type="dxa"/>
              <w:bottom w:w="70" w:type="dxa"/>
              <w:right w:w="90" w:type="dxa"/>
            </w:tcMar>
            <w:vAlign w:val="center"/>
          </w:tcPr>
          <w:p w:rsidR="00C04410" w:rsidRDefault="00BE50EB">
            <w:r>
              <w:t>- GV cho từng HS kể cho các bạn trong tổ và cả lớp nghe về tấm ảnh: Được chụp lúc nào? Liên quan đến những kỉ niệm gì? Vì sao em lại chọn tấm ảnh này để tham dự triển lãm?</w:t>
            </w:r>
          </w:p>
        </w:tc>
        <w:tc>
          <w:tcPr>
            <w:tcW w:w="4586" w:type="dxa"/>
            <w:shd w:val="clear" w:color="auto" w:fill="auto"/>
            <w:tcMar>
              <w:top w:w="70" w:type="dxa"/>
              <w:left w:w="90" w:type="dxa"/>
              <w:bottom w:w="70" w:type="dxa"/>
              <w:right w:w="90" w:type="dxa"/>
            </w:tcMar>
            <w:vAlign w:val="center"/>
          </w:tcPr>
          <w:p w:rsidR="00C04410" w:rsidRDefault="00BE50EB">
            <w:r>
              <w:t>- HS lần lượt giới thiệu tấm ảnh, trả lời câu hỏi và lắng nghe phần chia sẻ của bạn.</w:t>
            </w:r>
          </w:p>
        </w:tc>
      </w:tr>
      <w:tr w:rsidR="00C04410" w:rsidTr="009C3C69">
        <w:trPr>
          <w:cantSplit/>
          <w:jc w:val="center"/>
        </w:trPr>
        <w:tc>
          <w:tcPr>
            <w:tcW w:w="5187" w:type="dxa"/>
            <w:tcBorders>
              <w:bottom w:val="single" w:sz="6" w:space="0" w:color="000000"/>
            </w:tcBorders>
            <w:shd w:val="clear" w:color="auto" w:fill="auto"/>
            <w:tcMar>
              <w:top w:w="70" w:type="dxa"/>
              <w:left w:w="90" w:type="dxa"/>
              <w:bottom w:w="70" w:type="dxa"/>
              <w:right w:w="90" w:type="dxa"/>
            </w:tcMar>
            <w:vAlign w:val="center"/>
          </w:tcPr>
          <w:p w:rsidR="00C04410" w:rsidRDefault="00BE50EB">
            <w:r>
              <w:t>- GV kết luận: GV tập hợp cả lớp lại nhưng cho đứng theo tổ để cả lớp cảm nhận niềm vui mà mình vừa chia sẻ cho nhau.</w:t>
            </w:r>
          </w:p>
        </w:tc>
        <w:tc>
          <w:tcPr>
            <w:tcW w:w="4586" w:type="dxa"/>
            <w:tcBorders>
              <w:bottom w:val="single" w:sz="6" w:space="0" w:color="000000"/>
            </w:tcBorders>
            <w:shd w:val="clear" w:color="auto" w:fill="auto"/>
            <w:tcMar>
              <w:top w:w="70" w:type="dxa"/>
              <w:left w:w="90" w:type="dxa"/>
              <w:bottom w:w="70" w:type="dxa"/>
              <w:right w:w="90" w:type="dxa"/>
            </w:tcMar>
            <w:vAlign w:val="center"/>
          </w:tcPr>
          <w:p w:rsidR="00C04410" w:rsidRDefault="00BE50EB">
            <w:r>
              <w:t>- HS đứng theo tổ, quan sát triển lãm và cảm nhận niềm vui chung của lớp.</w:t>
            </w:r>
          </w:p>
        </w:tc>
      </w:tr>
      <w:tr w:rsidR="00C04410" w:rsidTr="00987586">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C04410" w:rsidRDefault="00BE50EB">
            <w:bookmarkStart w:id="0" w:name="_GoBack"/>
            <w:r>
              <w:rPr>
                <w:b/>
              </w:rPr>
              <w:t>4. HOẠT ĐỘNG NHÓM</w:t>
            </w:r>
            <w:r>
              <w:rPr>
                <w:b/>
              </w:rPr>
              <w:br/>
              <w:t>Chụp ảnh theo tổ</w:t>
            </w:r>
          </w:p>
          <w:p w:rsidR="00C04410" w:rsidRDefault="00BE50EB">
            <w:r>
              <w:rPr>
                <w:b/>
              </w:rPr>
              <w:t xml:space="preserve">- Mục tiêu: </w:t>
            </w:r>
            <w:r>
              <w:t>Tạo cảm xúc vui vẻ, thân thiện giữa các thành viên trong lớp, xây dựng tinh thần đoàn kết.</w:t>
            </w:r>
          </w:p>
          <w:p w:rsidR="00C04410" w:rsidRDefault="00BE50EB">
            <w:r>
              <w:rPr>
                <w:color w:val="FF0000"/>
                <w:sz w:val="26"/>
              </w:rPr>
              <w:t>Mục tiêu tích hợp: HS biết bảo vệ hình ảnh và thông tin cá nhân; biết xin phép trước khi chụp, đăng hoặc chia sẻ ảnh có mặt bạn; không sử dụng hình ảnh khiến bạn buồn hoặc xấu hổ.</w:t>
            </w:r>
          </w:p>
          <w:p w:rsidR="00C04410" w:rsidRDefault="00BE50EB">
            <w:r>
              <w:rPr>
                <w:b/>
                <w:i/>
              </w:rPr>
              <w:t>* Cách tiến hành:</w:t>
            </w:r>
          </w:p>
        </w:tc>
      </w:tr>
      <w:tr w:rsidR="00C04410" w:rsidTr="00987586">
        <w:trPr>
          <w:cantSplit/>
          <w:jc w:val="center"/>
        </w:trPr>
        <w:tc>
          <w:tcPr>
            <w:tcW w:w="9773" w:type="dxa"/>
            <w:gridSpan w:val="2"/>
            <w:tcBorders>
              <w:top w:val="single" w:sz="6" w:space="0" w:color="000000"/>
            </w:tcBorders>
            <w:shd w:val="clear" w:color="auto" w:fill="auto"/>
            <w:tcMar>
              <w:top w:w="70" w:type="dxa"/>
              <w:left w:w="90" w:type="dxa"/>
              <w:bottom w:w="70" w:type="dxa"/>
              <w:right w:w="90" w:type="dxa"/>
            </w:tcMar>
          </w:tcPr>
          <w:p w:rsidR="00C04410" w:rsidRDefault="00BE50EB">
            <w:r>
              <w:rPr>
                <w:color w:val="FF0000"/>
                <w:sz w:val="26"/>
              </w:rPr>
              <w:lastRenderedPageBreak/>
              <w:t>- HS nêu: xin phép các bạn, thống nhất cách tạo dáng và chỉ chụp khi mọi người đồng ý.</w:t>
            </w:r>
          </w:p>
        </w:tc>
      </w:tr>
      <w:tr w:rsidR="00C04410" w:rsidTr="009C3C69">
        <w:trPr>
          <w:cantSplit/>
          <w:jc w:val="center"/>
        </w:trPr>
        <w:tc>
          <w:tcPr>
            <w:tcW w:w="9773" w:type="dxa"/>
            <w:gridSpan w:val="2"/>
            <w:tcBorders>
              <w:bottom w:val="single" w:sz="6" w:space="0" w:color="000000"/>
            </w:tcBorders>
            <w:shd w:val="clear" w:color="auto" w:fill="auto"/>
            <w:tcMar>
              <w:top w:w="70" w:type="dxa"/>
              <w:left w:w="90" w:type="dxa"/>
              <w:bottom w:w="70" w:type="dxa"/>
              <w:right w:w="90" w:type="dxa"/>
            </w:tcMar>
          </w:tcPr>
          <w:p w:rsidR="00C04410" w:rsidRDefault="00BE50EB">
            <w:r>
              <w:rPr>
                <w:color w:val="FF0000"/>
                <w:sz w:val="26"/>
              </w:rPr>
              <w:t>- HS nhắc lại quy tắc: xin phép - chụp phù hợp - chia sẻ đúng phạm vi.</w:t>
            </w:r>
          </w:p>
          <w:p w:rsidR="00C04410" w:rsidRDefault="00BE50EB">
            <w:r>
              <w:rPr>
                <w:color w:val="FF0000"/>
                <w:sz w:val="26"/>
              </w:rPr>
              <w:t>- HS cam kết tôn trọng hình ảnh và cảm xúc của bạn.</w:t>
            </w:r>
          </w:p>
        </w:tc>
      </w:tr>
      <w:bookmarkEnd w:id="0"/>
      <w:tr w:rsidR="00C04410" w:rsidTr="009C3C69">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C04410" w:rsidRDefault="00BE50EB" w:rsidP="00987586">
            <w:r>
              <w:t>- GV giúp HS chụp ảnh theo tổ.</w:t>
            </w:r>
          </w:p>
        </w:tc>
        <w:tc>
          <w:tcPr>
            <w:tcW w:w="4586" w:type="dxa"/>
            <w:tcBorders>
              <w:top w:val="single" w:sz="6" w:space="0" w:color="000000"/>
            </w:tcBorders>
            <w:shd w:val="clear" w:color="auto" w:fill="auto"/>
            <w:tcMar>
              <w:top w:w="70" w:type="dxa"/>
              <w:left w:w="90" w:type="dxa"/>
              <w:bottom w:w="70" w:type="dxa"/>
              <w:right w:w="90" w:type="dxa"/>
            </w:tcMar>
            <w:vAlign w:val="center"/>
          </w:tcPr>
          <w:p w:rsidR="00C04410" w:rsidRDefault="00BE50EB">
            <w:r>
              <w:t>- HS cùng nhau xếp vị trí, vui cười và chuẩn bị chụp ảnh.</w:t>
            </w:r>
          </w:p>
        </w:tc>
      </w:tr>
      <w:tr w:rsidR="00C04410" w:rsidTr="00987586">
        <w:trPr>
          <w:cantSplit/>
          <w:jc w:val="center"/>
        </w:trPr>
        <w:tc>
          <w:tcPr>
            <w:tcW w:w="5187" w:type="dxa"/>
            <w:shd w:val="clear" w:color="auto" w:fill="auto"/>
            <w:tcMar>
              <w:top w:w="70" w:type="dxa"/>
              <w:left w:w="90" w:type="dxa"/>
              <w:bottom w:w="70" w:type="dxa"/>
              <w:right w:w="90" w:type="dxa"/>
            </w:tcMar>
            <w:vAlign w:val="center"/>
          </w:tcPr>
          <w:p w:rsidR="00C04410" w:rsidRDefault="00BE50EB">
            <w:r>
              <w:t>- GV hướng dẫn HS tạo các động tác giống nhau hoặc động tác độc đáo của riêng mình.</w:t>
            </w:r>
          </w:p>
        </w:tc>
        <w:tc>
          <w:tcPr>
            <w:tcW w:w="4586" w:type="dxa"/>
            <w:shd w:val="clear" w:color="auto" w:fill="auto"/>
            <w:tcMar>
              <w:top w:w="70" w:type="dxa"/>
              <w:left w:w="90" w:type="dxa"/>
              <w:bottom w:w="70" w:type="dxa"/>
              <w:right w:w="90" w:type="dxa"/>
            </w:tcMar>
            <w:vAlign w:val="center"/>
          </w:tcPr>
          <w:p w:rsidR="00C04410" w:rsidRDefault="00BE50EB">
            <w:r>
              <w:t>- HS cùng nhau tạo động tác phù hợp, vui vẻ và thân thiện khi chụp ảnh.</w:t>
            </w:r>
          </w:p>
        </w:tc>
      </w:tr>
      <w:tr w:rsidR="00C04410" w:rsidTr="00987586">
        <w:trPr>
          <w:cantSplit/>
          <w:jc w:val="center"/>
        </w:trPr>
        <w:tc>
          <w:tcPr>
            <w:tcW w:w="5187" w:type="dxa"/>
            <w:tcBorders>
              <w:bottom w:val="single" w:sz="6" w:space="0" w:color="000000"/>
            </w:tcBorders>
            <w:shd w:val="clear" w:color="auto" w:fill="auto"/>
            <w:tcMar>
              <w:top w:w="70" w:type="dxa"/>
              <w:left w:w="90" w:type="dxa"/>
              <w:bottom w:w="70" w:type="dxa"/>
              <w:right w:w="90" w:type="dxa"/>
            </w:tcMar>
            <w:vAlign w:val="center"/>
          </w:tcPr>
          <w:p w:rsidR="00C04410" w:rsidRDefault="00BE50EB">
            <w:r>
              <w:t>- GV khen ngợi những gương mặt mình nhìn thấy khi chụp ảnh cho các em và bày tỏ rằng: với sự vui tươi, thân thiện này, lớp chúng ta sẽ rất đoàn kết và thương yêu nhau.</w:t>
            </w:r>
          </w:p>
        </w:tc>
        <w:tc>
          <w:tcPr>
            <w:tcW w:w="4586" w:type="dxa"/>
            <w:tcBorders>
              <w:bottom w:val="single" w:sz="6" w:space="0" w:color="000000"/>
            </w:tcBorders>
            <w:shd w:val="clear" w:color="auto" w:fill="auto"/>
            <w:tcMar>
              <w:top w:w="70" w:type="dxa"/>
              <w:left w:w="90" w:type="dxa"/>
              <w:bottom w:w="70" w:type="dxa"/>
              <w:right w:w="90" w:type="dxa"/>
            </w:tcMar>
            <w:vAlign w:val="center"/>
          </w:tcPr>
          <w:p w:rsidR="00C04410" w:rsidRDefault="00BE50EB">
            <w:r>
              <w:t>- HS lắng nghe, cổ vũ bạn và thể hiện tinh thần đoàn kết trong tổ.</w:t>
            </w:r>
          </w:p>
        </w:tc>
      </w:tr>
      <w:tr w:rsidR="00C04410" w:rsidTr="00987586">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C04410" w:rsidRDefault="00BE50EB">
            <w:r>
              <w:rPr>
                <w:b/>
              </w:rPr>
              <w:t>5. HOẠT ĐỘNG SAU GIỜ HỌC</w:t>
            </w:r>
          </w:p>
          <w:p w:rsidR="00C04410" w:rsidRDefault="00BE50EB">
            <w:r>
              <w:rPr>
                <w:b/>
              </w:rPr>
              <w:t xml:space="preserve">- Mục tiêu: </w:t>
            </w:r>
            <w:r>
              <w:t>HS củng cố kiến thức đã học qua việc nhắc lại nội dung bài và cam kết thể hiện sự vui vẻ, thân thiện trong tuần tiếp theo.</w:t>
            </w:r>
          </w:p>
          <w:p w:rsidR="00C04410" w:rsidRDefault="00BE50EB">
            <w:r>
              <w:rPr>
                <w:b/>
                <w:i/>
              </w:rPr>
              <w:t>* Cách tiến hành:</w:t>
            </w:r>
          </w:p>
        </w:tc>
      </w:tr>
      <w:tr w:rsidR="00C04410" w:rsidTr="00987586">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C04410" w:rsidRDefault="00BE50EB">
            <w:r>
              <w:t>- GV cho HS khái quát lại các “bí kíp” để trở thành người vui vẻ, thân thiện theo lời thơ, vừa đọc vừa làm động tác: Mắt nhìn ấm áp; Miệng nở nụ cười; Khoác vai thân thiện; Nói lời vui vui.</w:t>
            </w:r>
          </w:p>
        </w:tc>
        <w:tc>
          <w:tcPr>
            <w:tcW w:w="4586" w:type="dxa"/>
            <w:tcBorders>
              <w:top w:val="single" w:sz="6" w:space="0" w:color="000000"/>
            </w:tcBorders>
            <w:shd w:val="clear" w:color="auto" w:fill="auto"/>
            <w:tcMar>
              <w:top w:w="70" w:type="dxa"/>
              <w:left w:w="90" w:type="dxa"/>
              <w:bottom w:w="70" w:type="dxa"/>
              <w:right w:w="90" w:type="dxa"/>
            </w:tcMar>
            <w:vAlign w:val="center"/>
          </w:tcPr>
          <w:p w:rsidR="00C04410" w:rsidRDefault="00BE50EB">
            <w:r>
              <w:t>- HS vừa đọc vừa thực hiện các động tác: đưa hai tay thành hai mắt tròn xoe; dùng hai tay tạo thành miệng cười; khoác vai nhau; tạo bàn tay như miệng nói và cười xòa.</w:t>
            </w:r>
          </w:p>
        </w:tc>
      </w:tr>
      <w:tr w:rsidR="00C04410" w:rsidTr="00987586">
        <w:trPr>
          <w:cantSplit/>
          <w:jc w:val="center"/>
        </w:trPr>
        <w:tc>
          <w:tcPr>
            <w:tcW w:w="5187" w:type="dxa"/>
            <w:shd w:val="clear" w:color="auto" w:fill="auto"/>
            <w:tcMar>
              <w:top w:w="70" w:type="dxa"/>
              <w:left w:w="90" w:type="dxa"/>
              <w:bottom w:w="70" w:type="dxa"/>
              <w:right w:w="90" w:type="dxa"/>
            </w:tcMar>
            <w:vAlign w:val="center"/>
          </w:tcPr>
          <w:p w:rsidR="00C04410" w:rsidRDefault="00BE50EB">
            <w:r>
              <w:t>- GV cho HS chia sẻ xem mình có thể trở thành người vui vẻ, thân thiện bằng những việc làm nào trong tuần tới.</w:t>
            </w:r>
          </w:p>
        </w:tc>
        <w:tc>
          <w:tcPr>
            <w:tcW w:w="4586" w:type="dxa"/>
            <w:shd w:val="clear" w:color="auto" w:fill="auto"/>
            <w:tcMar>
              <w:top w:w="70" w:type="dxa"/>
              <w:left w:w="90" w:type="dxa"/>
              <w:bottom w:w="70" w:type="dxa"/>
              <w:right w:w="90" w:type="dxa"/>
            </w:tcMar>
            <w:vAlign w:val="center"/>
          </w:tcPr>
          <w:p w:rsidR="00C04410" w:rsidRDefault="00BE50EB">
            <w:r>
              <w:t>- HS chia sẻ một việc cụ thể: chào hỏi lễ phép, mỉm cười, lắng nghe, giúp đỡ bạn hoặc nói lời tích cực.</w:t>
            </w:r>
          </w:p>
        </w:tc>
      </w:tr>
      <w:tr w:rsidR="00C04410" w:rsidTr="00987586">
        <w:trPr>
          <w:cantSplit/>
          <w:jc w:val="center"/>
        </w:trPr>
        <w:tc>
          <w:tcPr>
            <w:tcW w:w="5187" w:type="dxa"/>
            <w:shd w:val="clear" w:color="auto" w:fill="auto"/>
            <w:tcMar>
              <w:top w:w="70" w:type="dxa"/>
              <w:left w:w="90" w:type="dxa"/>
              <w:bottom w:w="70" w:type="dxa"/>
              <w:right w:w="90" w:type="dxa"/>
            </w:tcMar>
            <w:vAlign w:val="center"/>
          </w:tcPr>
          <w:p w:rsidR="00C04410" w:rsidRDefault="00BE50EB">
            <w:r>
              <w:t>- GV nhận xét, động viên HS thực hiện cam kết và cùng xây dựng lớp học đoàn kết, thân thiện.</w:t>
            </w:r>
          </w:p>
        </w:tc>
        <w:tc>
          <w:tcPr>
            <w:tcW w:w="4586" w:type="dxa"/>
            <w:shd w:val="clear" w:color="auto" w:fill="auto"/>
            <w:tcMar>
              <w:top w:w="70" w:type="dxa"/>
              <w:left w:w="90" w:type="dxa"/>
              <w:bottom w:w="70" w:type="dxa"/>
              <w:right w:w="90" w:type="dxa"/>
            </w:tcMar>
            <w:vAlign w:val="center"/>
          </w:tcPr>
          <w:p w:rsidR="00C04410" w:rsidRDefault="00BE50EB">
            <w:r>
              <w:t>- HS lắng nghe, ghi nhớ và thực hiện cam kết trong tuần tiếp theo.</w:t>
            </w:r>
          </w:p>
        </w:tc>
      </w:tr>
    </w:tbl>
    <w:p w:rsidR="00C04410" w:rsidRDefault="00BE50EB">
      <w:r>
        <w:rPr>
          <w:b/>
          <w:color w:val="FF0000"/>
        </w:rPr>
        <w:t>IV. ĐIỀU CHỈNH SAU BÀI DẠY:</w:t>
      </w:r>
    </w:p>
    <w:p w:rsidR="00C04410" w:rsidRDefault="00BE50EB">
      <w:r>
        <w:t>................................................................................................................</w:t>
      </w:r>
    </w:p>
    <w:p w:rsidR="00C04410" w:rsidRDefault="00BE50EB">
      <w:r>
        <w:t>................................................................................................................</w:t>
      </w:r>
    </w:p>
    <w:p w:rsidR="00C04410" w:rsidRDefault="00BE50EB">
      <w:r>
        <w:t>................................................................................................................</w:t>
      </w:r>
    </w:p>
    <w:sectPr w:rsidR="00C04410" w:rsidSect="00034616">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987586"/>
    <w:rsid w:val="009C3C69"/>
    <w:rsid w:val="009D1677"/>
    <w:rsid w:val="00AA1D8D"/>
    <w:rsid w:val="00B47730"/>
    <w:rsid w:val="00BE50EB"/>
    <w:rsid w:val="00C0441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eastAsia="Times New Roman" w:hAnsi="Times New Roman"/>
      <w:sz w:val="28"/>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9D1677"/>
    <w:rPr>
      <w:rFonts w:ascii="Tahoma" w:hAnsi="Tahoma" w:cs="Tahoma"/>
      <w:sz w:val="16"/>
      <w:szCs w:val="16"/>
    </w:rPr>
  </w:style>
  <w:style w:type="character" w:customStyle="1" w:styleId="BalloonTextChar">
    <w:name w:val="Balloon Text Char"/>
    <w:basedOn w:val="DefaultParagraphFont"/>
    <w:link w:val="BalloonText"/>
    <w:uiPriority w:val="99"/>
    <w:semiHidden/>
    <w:rsid w:val="009D1677"/>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eastAsia="Times New Roman" w:hAnsi="Times New Roman"/>
      <w:sz w:val="28"/>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9D1677"/>
    <w:rPr>
      <w:rFonts w:ascii="Tahoma" w:hAnsi="Tahoma" w:cs="Tahoma"/>
      <w:sz w:val="16"/>
      <w:szCs w:val="16"/>
    </w:rPr>
  </w:style>
  <w:style w:type="character" w:customStyle="1" w:styleId="BalloonTextChar">
    <w:name w:val="Balloon Text Char"/>
    <w:basedOn w:val="DefaultParagraphFont"/>
    <w:link w:val="BalloonText"/>
    <w:uiPriority w:val="99"/>
    <w:semiHidden/>
    <w:rsid w:val="009D1677"/>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852865-8AD0-4DD7-8B9A-DFF41C4E12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13</Pages>
  <Words>3590</Words>
  <Characters>20468</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HĐTN 2 - Tuần 1 - Tiết 1 SHDC đã rà soát hình thức tổ chức</vt:lpstr>
    </vt:vector>
  </TitlesOfParts>
  <Manager/>
  <Company/>
  <LinksUpToDate>false</LinksUpToDate>
  <CharactersWithSpaces>24010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HĐTN 2 - Tuần 1 - Tiết 1 SHDC đã rà soát hình thức tổ chức</dc:title>
  <dc:subject>NGÀY HỘI TOÀN TRƯỜNG (LỄ KHAI GIẢNG)</dc:subject>
  <dc:creator>Nguyễn Bảo Trân</dc:creator>
  <cp:keywords/>
  <dc:description>generated by python-docx</dc:description>
  <cp:lastModifiedBy>Administrator</cp:lastModifiedBy>
  <cp:revision>4</cp:revision>
  <dcterms:created xsi:type="dcterms:W3CDTF">2026-06-12T21:42:00Z</dcterms:created>
  <dcterms:modified xsi:type="dcterms:W3CDTF">2026-08-17T10:33:00Z</dcterms:modified>
  <cp:category/>
</cp:coreProperties>
</file>