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 w:eastAsia="Arial"/>
          <w:b/>
          <w:color w:val="7C2D12"/>
          <w:sz w:val="36"/>
        </w:rPr>
        <w:t>نموذج جرد مستودع احترافي</w:t>
      </w:r>
    </w:p>
    <w:p>
      <w:pPr>
        <w:jc w:val="center"/>
      </w:pPr>
      <w:r>
        <w:rPr>
          <w:rFonts w:ascii="Arial" w:hAnsi="Arial" w:eastAsia="Arial"/>
          <w:sz w:val="20"/>
        </w:rPr>
        <w:t>جاهز للطباعة وإدارة المخزون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221"/>
        <w:gridCol w:w="2221"/>
        <w:gridCol w:w="2221"/>
        <w:gridCol w:w="2221"/>
        <w:gridCol w:w="2221"/>
      </w:tblGrid>
      <w:tr>
        <w:tc>
          <w:tcPr>
            <w:tcW w:type="dxa" w:w="2221"/>
            <w:shd w:fill="FBE4D5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>
              <w:t>اسم المستودع</w:t>
            </w:r>
          </w:p>
        </w:tc>
        <w:tc>
          <w:tcPr>
            <w:tcW w:type="dxa" w:w="2221"/>
            <w:shd w:fill="FBE4D5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>
              <w:t>تاريخ الجرد</w:t>
            </w:r>
          </w:p>
        </w:tc>
        <w:tc>
          <w:tcPr>
            <w:tcW w:type="dxa" w:w="2221"/>
            <w:shd w:fill="FBE4D5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>
              <w:t>مسؤول الجرد</w:t>
            </w:r>
          </w:p>
        </w:tc>
        <w:tc>
          <w:tcPr>
            <w:tcW w:type="dxa" w:w="2221"/>
            <w:shd w:fill="FBE4D5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>
              <w:t>رقم النموذج</w:t>
            </w:r>
          </w:p>
        </w:tc>
        <w:tc>
          <w:tcPr>
            <w:tcW w:type="dxa" w:w="2221"/>
            <w:shd w:fill="FBE4D5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>
              <w:t>الفترة</w:t>
            </w:r>
          </w:p>
        </w:tc>
      </w:tr>
      <w:tr>
        <w:tc>
          <w:tcPr>
            <w:tcW w:type="dxa" w:w="2221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/>
        </w:tc>
        <w:tc>
          <w:tcPr>
            <w:tcW w:type="dxa" w:w="2221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/>
        </w:tc>
        <w:tc>
          <w:tcPr>
            <w:tcW w:type="dxa" w:w="2221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/>
        </w:tc>
        <w:tc>
          <w:tcPr>
            <w:tcW w:type="dxa" w:w="2221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/>
        </w:tc>
        <w:tc>
          <w:tcPr>
            <w:tcW w:type="dxa" w:w="2221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/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388"/>
        <w:gridCol w:w="1388"/>
        <w:gridCol w:w="1388"/>
        <w:gridCol w:w="1388"/>
        <w:gridCol w:w="1388"/>
        <w:gridCol w:w="1388"/>
        <w:gridCol w:w="1388"/>
        <w:gridCol w:w="1388"/>
      </w:tblGrid>
      <w:tr>
        <w:tc>
          <w:tcPr>
            <w:tcW w:type="dxa" w:w="567"/>
            <w:vAlign w:val="center"/>
            <w:shd w:fill="7C2D12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/>
                <w:color w:val="FFFFFF"/>
              </w:rPr>
              <w:t>م</w:t>
            </w:r>
          </w:p>
        </w:tc>
        <w:tc>
          <w:tcPr>
            <w:tcW w:type="dxa" w:w="2721"/>
            <w:vAlign w:val="center"/>
            <w:shd w:fill="7C2D12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/>
                <w:color w:val="FFFFFF"/>
              </w:rPr>
              <w:t>الصنف</w:t>
            </w:r>
          </w:p>
        </w:tc>
        <w:tc>
          <w:tcPr>
            <w:tcW w:type="dxa" w:w="1020"/>
            <w:vAlign w:val="center"/>
            <w:shd w:fill="7C2D12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/>
                <w:color w:val="FFFFFF"/>
              </w:rPr>
              <w:t>الوحدة</w:t>
            </w:r>
          </w:p>
        </w:tc>
        <w:tc>
          <w:tcPr>
            <w:tcW w:type="dxa" w:w="1361"/>
            <w:vAlign w:val="center"/>
            <w:shd w:fill="7C2D12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/>
                <w:color w:val="FFFFFF"/>
              </w:rPr>
              <w:t>الكمية الدفترية</w:t>
            </w:r>
          </w:p>
        </w:tc>
        <w:tc>
          <w:tcPr>
            <w:tcW w:type="dxa" w:w="1361"/>
            <w:vAlign w:val="center"/>
            <w:shd w:fill="7C2D12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/>
                <w:color w:val="FFFFFF"/>
              </w:rPr>
              <w:t>الكمية الفعلية</w:t>
            </w:r>
          </w:p>
        </w:tc>
        <w:tc>
          <w:tcPr>
            <w:tcW w:type="dxa" w:w="1020"/>
            <w:vAlign w:val="center"/>
            <w:shd w:fill="7C2D12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/>
                <w:color w:val="FFFFFF"/>
              </w:rPr>
              <w:t>الفرق</w:t>
            </w:r>
          </w:p>
        </w:tc>
        <w:tc>
          <w:tcPr>
            <w:tcW w:type="dxa" w:w="1247"/>
            <w:vAlign w:val="center"/>
            <w:shd w:fill="7C2D12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/>
                <w:color w:val="FFFFFF"/>
              </w:rPr>
              <w:t>الموقع</w:t>
            </w:r>
          </w:p>
        </w:tc>
        <w:tc>
          <w:tcPr>
            <w:tcW w:type="dxa" w:w="1701"/>
            <w:vAlign w:val="center"/>
            <w:shd w:fill="7C2D12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/>
                <w:color w:val="FFFFFF"/>
              </w:rPr>
              <w:t>ملاحظات</w:t>
            </w:r>
          </w:p>
        </w:tc>
      </w:tr>
      <w:tr>
        <w:tc>
          <w:tcPr>
            <w:tcW w:type="dxa" w:w="1388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right"/>
            </w:pPr>
            <w:r/>
          </w:p>
        </w:tc>
        <w:tc>
          <w:tcPr>
            <w:tcW w:type="dxa" w:w="1388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right"/>
            </w:pPr>
            <w:r/>
          </w:p>
        </w:tc>
      </w:tr>
      <w:tr>
        <w:tc>
          <w:tcPr>
            <w:tcW w:type="dxa" w:w="1388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right"/>
            </w:pPr>
            <w:r/>
          </w:p>
        </w:tc>
        <w:tc>
          <w:tcPr>
            <w:tcW w:type="dxa" w:w="1388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right"/>
            </w:pPr>
            <w:r/>
          </w:p>
        </w:tc>
      </w:tr>
      <w:tr>
        <w:tc>
          <w:tcPr>
            <w:tcW w:type="dxa" w:w="1388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right"/>
            </w:pPr>
            <w:r/>
          </w:p>
        </w:tc>
        <w:tc>
          <w:tcPr>
            <w:tcW w:type="dxa" w:w="1388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right"/>
            </w:pPr>
            <w:r/>
          </w:p>
        </w:tc>
      </w:tr>
      <w:tr>
        <w:tc>
          <w:tcPr>
            <w:tcW w:type="dxa" w:w="1388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right"/>
            </w:pPr>
            <w:r/>
          </w:p>
        </w:tc>
        <w:tc>
          <w:tcPr>
            <w:tcW w:type="dxa" w:w="1388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right"/>
            </w:pPr>
            <w:r/>
          </w:p>
        </w:tc>
      </w:tr>
      <w:tr>
        <w:tc>
          <w:tcPr>
            <w:tcW w:type="dxa" w:w="1388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right"/>
            </w:pPr>
            <w:r/>
          </w:p>
        </w:tc>
        <w:tc>
          <w:tcPr>
            <w:tcW w:type="dxa" w:w="1388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right"/>
            </w:pPr>
            <w:r/>
          </w:p>
        </w:tc>
      </w:tr>
      <w:tr>
        <w:tc>
          <w:tcPr>
            <w:tcW w:type="dxa" w:w="1388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right"/>
            </w:pPr>
            <w:r/>
          </w:p>
        </w:tc>
        <w:tc>
          <w:tcPr>
            <w:tcW w:type="dxa" w:w="1388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right"/>
            </w:pPr>
            <w:r/>
          </w:p>
        </w:tc>
      </w:tr>
      <w:tr>
        <w:tc>
          <w:tcPr>
            <w:tcW w:type="dxa" w:w="1388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right"/>
            </w:pPr>
            <w:r/>
          </w:p>
        </w:tc>
        <w:tc>
          <w:tcPr>
            <w:tcW w:type="dxa" w:w="1388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right"/>
            </w:pPr>
            <w:r/>
          </w:p>
        </w:tc>
      </w:tr>
      <w:tr>
        <w:tc>
          <w:tcPr>
            <w:tcW w:type="dxa" w:w="1388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right"/>
            </w:pPr>
            <w:r/>
          </w:p>
        </w:tc>
        <w:tc>
          <w:tcPr>
            <w:tcW w:type="dxa" w:w="1388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right"/>
            </w:pPr>
            <w:r/>
          </w:p>
        </w:tc>
      </w:tr>
      <w:tr>
        <w:tc>
          <w:tcPr>
            <w:tcW w:type="dxa" w:w="1388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right"/>
            </w:pPr>
            <w:r/>
          </w:p>
        </w:tc>
        <w:tc>
          <w:tcPr>
            <w:tcW w:type="dxa" w:w="1388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right"/>
            </w:pPr>
            <w:r/>
          </w:p>
        </w:tc>
      </w:tr>
      <w:tr>
        <w:tc>
          <w:tcPr>
            <w:tcW w:type="dxa" w:w="1388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right"/>
            </w:pPr>
            <w:r/>
          </w:p>
        </w:tc>
        <w:tc>
          <w:tcPr>
            <w:tcW w:type="dxa" w:w="1388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right"/>
            </w:pPr>
            <w:r/>
          </w:p>
        </w:tc>
      </w:tr>
      <w:tr>
        <w:tc>
          <w:tcPr>
            <w:tcW w:type="dxa" w:w="1388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right"/>
            </w:pPr>
            <w:r/>
          </w:p>
        </w:tc>
        <w:tc>
          <w:tcPr>
            <w:tcW w:type="dxa" w:w="1388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right"/>
            </w:pPr>
            <w:r/>
          </w:p>
        </w:tc>
      </w:tr>
      <w:tr>
        <w:tc>
          <w:tcPr>
            <w:tcW w:type="dxa" w:w="1388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right"/>
            </w:pPr>
            <w:r/>
          </w:p>
        </w:tc>
        <w:tc>
          <w:tcPr>
            <w:tcW w:type="dxa" w:w="1388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right"/>
            </w:pPr>
            <w:r/>
          </w:p>
        </w:tc>
      </w:tr>
      <w:tr>
        <w:tc>
          <w:tcPr>
            <w:tcW w:type="dxa" w:w="1388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right"/>
            </w:pPr>
            <w:r/>
          </w:p>
        </w:tc>
        <w:tc>
          <w:tcPr>
            <w:tcW w:type="dxa" w:w="1388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right"/>
            </w:pPr>
            <w:r/>
          </w:p>
        </w:tc>
      </w:tr>
      <w:tr>
        <w:tc>
          <w:tcPr>
            <w:tcW w:type="dxa" w:w="1388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right"/>
            </w:pPr>
            <w:r/>
          </w:p>
        </w:tc>
        <w:tc>
          <w:tcPr>
            <w:tcW w:type="dxa" w:w="1388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right"/>
            </w:pPr>
            <w:r/>
          </w:p>
        </w:tc>
      </w:tr>
      <w:tr>
        <w:tc>
          <w:tcPr>
            <w:tcW w:type="dxa" w:w="1388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right"/>
            </w:pPr>
            <w:r/>
          </w:p>
        </w:tc>
        <w:tc>
          <w:tcPr>
            <w:tcW w:type="dxa" w:w="1388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right"/>
            </w:pPr>
            <w:r/>
          </w:p>
        </w:tc>
      </w:tr>
      <w:tr>
        <w:tc>
          <w:tcPr>
            <w:tcW w:type="dxa" w:w="1388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right"/>
            </w:pPr>
            <w:r/>
          </w:p>
        </w:tc>
        <w:tc>
          <w:tcPr>
            <w:tcW w:type="dxa" w:w="1388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right"/>
            </w:pPr>
            <w:r/>
          </w:p>
        </w:tc>
      </w:tr>
    </w:tbl>
    <w:p>
      <w:pPr>
        <w:jc w:val="right"/>
      </w:pPr>
      <w:r>
        <w:br/>
        <w:t>اعتماد المسؤول: ____________________        توقيع أمين المستودع: ____________________</w:t>
      </w:r>
    </w:p>
    <w:sectPr w:rsidR="00FC693F" w:rsidRPr="0006063C" w:rsidSect="00034616">
      <w:pgSz w:w="12240" w:h="15840"/>
      <w:pgMar w:top="624" w:right="567" w:bottom="624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