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12B4" w14:textId="77777777" w:rsidR="00A327EF" w:rsidRPr="00A327EF" w:rsidRDefault="00A327EF" w:rsidP="00A327EF">
      <w:pPr>
        <w:spacing w:after="0"/>
        <w:ind w:left="1276"/>
        <w:jc w:val="center"/>
        <w:rPr>
          <w:rFonts w:cs="Arial"/>
          <w:bCs/>
          <w:sz w:val="24"/>
          <w:szCs w:val="28"/>
          <w:lang w:val="pl-PL"/>
        </w:rPr>
      </w:pPr>
      <w:r w:rsidRPr="00A327EF">
        <w:rPr>
          <w:rFonts w:cs="Arial"/>
          <w:noProof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20CD93A2" wp14:editId="2C1C146C">
            <wp:simplePos x="0" y="0"/>
            <wp:positionH relativeFrom="margin">
              <wp:posOffset>0</wp:posOffset>
            </wp:positionH>
            <wp:positionV relativeFrom="paragraph">
              <wp:posOffset>134620</wp:posOffset>
            </wp:positionV>
            <wp:extent cx="869950" cy="1078865"/>
            <wp:effectExtent l="0" t="0" r="6350" b="6985"/>
            <wp:wrapNone/>
            <wp:docPr id="332838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27EF">
        <w:rPr>
          <w:rFonts w:cs="Arial"/>
          <w:bCs/>
          <w:sz w:val="24"/>
          <w:szCs w:val="28"/>
          <w:lang w:val="pl-PL"/>
        </w:rPr>
        <w:t>PEMERINTAH KABUPATEN PURWOREJO</w:t>
      </w:r>
    </w:p>
    <w:p w14:paraId="49FB4600" w14:textId="77777777" w:rsidR="00A327EF" w:rsidRPr="00C0237D" w:rsidRDefault="00A327EF" w:rsidP="00A327EF">
      <w:pPr>
        <w:spacing w:after="0"/>
        <w:ind w:left="1134" w:right="51"/>
        <w:jc w:val="center"/>
        <w:rPr>
          <w:rFonts w:cs="Arial"/>
          <w:b/>
          <w:sz w:val="32"/>
          <w:szCs w:val="32"/>
        </w:rPr>
      </w:pPr>
      <w:r w:rsidRPr="00C0237D">
        <w:rPr>
          <w:rFonts w:cs="Arial"/>
          <w:b/>
          <w:sz w:val="32"/>
          <w:szCs w:val="32"/>
        </w:rPr>
        <w:t>DINAS SOSIAL PENGENDALIAN PENDUDUK</w:t>
      </w:r>
      <w:r w:rsidRPr="00C0237D">
        <w:rPr>
          <w:rFonts w:cs="Arial"/>
          <w:b/>
          <w:sz w:val="32"/>
          <w:szCs w:val="32"/>
        </w:rPr>
        <w:br/>
        <w:t>DAN KELUARGA BERENCANA</w:t>
      </w:r>
    </w:p>
    <w:p w14:paraId="47B95A32" w14:textId="77777777" w:rsidR="00A327EF" w:rsidRPr="00F8644B" w:rsidRDefault="00A327EF" w:rsidP="00A327EF">
      <w:pPr>
        <w:spacing w:after="0"/>
        <w:ind w:left="1134" w:right="51"/>
        <w:jc w:val="center"/>
        <w:rPr>
          <w:rFonts w:cs="Arial"/>
          <w:szCs w:val="20"/>
          <w:lang w:val="pt-BR" w:eastAsia="hi-IN" w:bidi="hi-IN"/>
        </w:rPr>
      </w:pPr>
      <w:r w:rsidRPr="00F8644B">
        <w:rPr>
          <w:rFonts w:cs="Arial"/>
          <w:szCs w:val="20"/>
          <w:lang w:val="pt-BR" w:eastAsia="hi-IN" w:bidi="hi-IN"/>
        </w:rPr>
        <w:t>Jalan Ir. H. Juanda Nomor 9 Purworejo, Jawa Tengah 54112</w:t>
      </w:r>
    </w:p>
    <w:p w14:paraId="2CC61518" w14:textId="77777777" w:rsidR="00A327EF" w:rsidRPr="00F8644B" w:rsidRDefault="00A327EF" w:rsidP="00A327EF">
      <w:pPr>
        <w:spacing w:after="0"/>
        <w:ind w:left="1134" w:right="51"/>
        <w:jc w:val="center"/>
        <w:rPr>
          <w:rFonts w:cs="Arial"/>
          <w:szCs w:val="20"/>
          <w:lang w:val="pt-BR" w:eastAsia="hi-IN" w:bidi="hi-IN"/>
        </w:rPr>
      </w:pPr>
      <w:r w:rsidRPr="00F8644B">
        <w:rPr>
          <w:rFonts w:cs="Arial"/>
          <w:szCs w:val="20"/>
          <w:lang w:val="pt-BR" w:eastAsia="hi-IN" w:bidi="hi-IN"/>
        </w:rPr>
        <w:t>Telepon (0275) 325346, Faksimile (0275) 325346</w:t>
      </w:r>
    </w:p>
    <w:p w14:paraId="462406E5" w14:textId="77777777" w:rsidR="00A327EF" w:rsidRPr="00F8644B" w:rsidRDefault="00A327EF" w:rsidP="00A327EF">
      <w:pPr>
        <w:spacing w:after="0"/>
        <w:ind w:left="1134" w:right="51"/>
        <w:jc w:val="center"/>
        <w:rPr>
          <w:rFonts w:cs="Arial"/>
          <w:szCs w:val="20"/>
          <w:lang w:val="pt-BR" w:eastAsia="hi-IN" w:bidi="hi-IN"/>
        </w:rPr>
      </w:pPr>
      <w:r w:rsidRPr="00F8644B">
        <w:rPr>
          <w:rFonts w:cs="Arial"/>
          <w:szCs w:val="20"/>
          <w:lang w:val="pt-BR" w:eastAsia="hi-IN" w:bidi="hi-IN"/>
        </w:rPr>
        <w:t>Laman dinsosdaldukkb.purworejokab.go.id, Pos-el dinsosdaldukkb@purworejokab.go.id</w:t>
      </w:r>
    </w:p>
    <w:p w14:paraId="6F295C79" w14:textId="77777777" w:rsidR="00A327EF" w:rsidRPr="00F8644B" w:rsidRDefault="00A327EF" w:rsidP="00A327EF">
      <w:pPr>
        <w:ind w:left="720" w:firstLine="720"/>
        <w:jc w:val="center"/>
        <w:rPr>
          <w:rFonts w:cs="Arial"/>
          <w:lang w:val="pt-BR"/>
        </w:rPr>
      </w:pPr>
      <w:r w:rsidRPr="00C0237D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D8A216" wp14:editId="14BF3872">
                <wp:simplePos x="0" y="0"/>
                <wp:positionH relativeFrom="margin">
                  <wp:posOffset>1904</wp:posOffset>
                </wp:positionH>
                <wp:positionV relativeFrom="paragraph">
                  <wp:posOffset>73660</wp:posOffset>
                </wp:positionV>
                <wp:extent cx="5934075" cy="0"/>
                <wp:effectExtent l="19050" t="19050" r="9525" b="3810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18C54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15pt,5.8pt" to="467.4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" strokeweight="4.5pt">
                <v:stroke linestyle="thinThick"/>
                <w10:wrap anchorx="margin"/>
              </v:line>
            </w:pict>
          </mc:Fallback>
        </mc:AlternateContent>
      </w:r>
    </w:p>
    <w:p w14:paraId="7B45BFEC" w14:textId="2FA1572E" w:rsidR="007C3EDF" w:rsidRPr="00641227" w:rsidRDefault="00000000">
      <w:pPr>
        <w:jc w:val="center"/>
      </w:pPr>
      <w:r w:rsidRPr="00641227">
        <w:rPr>
          <w:b/>
          <w:sz w:val="22"/>
          <w:u w:val="single"/>
        </w:rPr>
        <w:t>BAGIAN I: FORMULIR PENERIMAAN PENGADUA</w:t>
      </w:r>
      <w:r w:rsidR="00A327EF" w:rsidRPr="00641227">
        <w:rPr>
          <w:b/>
          <w:sz w:val="22"/>
          <w:u w:val="single"/>
        </w:rPr>
        <w:t>N MASYARAKAT</w:t>
      </w:r>
    </w:p>
    <w:p w14:paraId="72A7054F" w14:textId="0126CDCD" w:rsidR="007C3EDF" w:rsidRPr="00641227" w:rsidRDefault="00000000">
      <w:pPr>
        <w:jc w:val="center"/>
        <w:rPr>
          <w:lang w:val="fi-FI"/>
        </w:rPr>
      </w:pPr>
      <w:r w:rsidRPr="00641227">
        <w:rPr>
          <w:b/>
        </w:rPr>
        <w:t xml:space="preserve">Nomor Registrasi: </w:t>
      </w:r>
      <w:r w:rsidR="00A327EF" w:rsidRPr="00641227">
        <w:rPr>
          <w:b/>
        </w:rPr>
        <w:t>FPPM/............/............/</w:t>
      </w:r>
      <w:r w:rsidRPr="00641227">
        <w:rPr>
          <w:b/>
        </w:rPr>
        <w:t xml:space="preserve"> </w:t>
      </w:r>
      <w:r w:rsidRPr="00641227">
        <w:rPr>
          <w:b/>
          <w:lang w:val="fi-FI"/>
        </w:rPr>
        <w:t>2026 (Diisi Petugas)</w:t>
      </w:r>
    </w:p>
    <w:p w14:paraId="0C83AE20" w14:textId="77777777" w:rsidR="007C3EDF" w:rsidRPr="00D11352" w:rsidRDefault="00000000">
      <w:pPr>
        <w:rPr>
          <w:lang w:val="fi-FI"/>
        </w:rPr>
      </w:pPr>
      <w:r w:rsidRPr="00D11352">
        <w:rPr>
          <w:b/>
          <w:lang w:val="fi-FI"/>
        </w:rPr>
        <w:t>I. IDENTITAS PELAPOR (Diisi oleh Pelapor)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312"/>
        <w:gridCol w:w="6336"/>
      </w:tblGrid>
      <w:tr w:rsidR="007C3EDF" w14:paraId="159BCFBA" w14:textId="77777777">
        <w:tc>
          <w:tcPr>
            <w:tcW w:w="3312" w:type="dxa"/>
          </w:tcPr>
          <w:p w14:paraId="32BBB002" w14:textId="77777777" w:rsidR="007C3EDF" w:rsidRDefault="00000000"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Lengkap</w:t>
            </w:r>
            <w:proofErr w:type="spellEnd"/>
          </w:p>
        </w:tc>
        <w:tc>
          <w:tcPr>
            <w:tcW w:w="6336" w:type="dxa"/>
          </w:tcPr>
          <w:p w14:paraId="655C00E9" w14:textId="77777777" w:rsidR="007C3EDF" w:rsidRDefault="007C3EDF"/>
        </w:tc>
      </w:tr>
      <w:tr w:rsidR="007C3EDF" w14:paraId="24A3F070" w14:textId="77777777">
        <w:tc>
          <w:tcPr>
            <w:tcW w:w="3312" w:type="dxa"/>
          </w:tcPr>
          <w:p w14:paraId="157CC753" w14:textId="77777777" w:rsidR="007C3EDF" w:rsidRDefault="00000000">
            <w:proofErr w:type="spellStart"/>
            <w:r>
              <w:rPr>
                <w:b/>
              </w:rPr>
              <w:t>Nomor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Induk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Kependudukan</w:t>
            </w:r>
            <w:proofErr w:type="spellEnd"/>
            <w:r>
              <w:rPr>
                <w:b/>
              </w:rPr>
              <w:t xml:space="preserve"> (NIK)</w:t>
            </w:r>
          </w:p>
        </w:tc>
        <w:tc>
          <w:tcPr>
            <w:tcW w:w="6336" w:type="dxa"/>
          </w:tcPr>
          <w:p w14:paraId="6EF769D5" w14:textId="77777777" w:rsidR="007C3EDF" w:rsidRDefault="007C3EDF"/>
        </w:tc>
      </w:tr>
      <w:tr w:rsidR="007C3EDF" w14:paraId="36CF634E" w14:textId="77777777">
        <w:tc>
          <w:tcPr>
            <w:tcW w:w="3312" w:type="dxa"/>
          </w:tcPr>
          <w:p w14:paraId="404BCD6F" w14:textId="77777777" w:rsidR="007C3EDF" w:rsidRDefault="00000000">
            <w:proofErr w:type="spellStart"/>
            <w:r>
              <w:rPr>
                <w:b/>
              </w:rPr>
              <w:t>Tempat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Tanggal</w:t>
            </w:r>
            <w:proofErr w:type="spellEnd"/>
            <w:r>
              <w:rPr>
                <w:b/>
              </w:rPr>
              <w:t xml:space="preserve"> Lahir</w:t>
            </w:r>
          </w:p>
        </w:tc>
        <w:tc>
          <w:tcPr>
            <w:tcW w:w="6336" w:type="dxa"/>
          </w:tcPr>
          <w:p w14:paraId="3714DF83" w14:textId="77777777" w:rsidR="007C3EDF" w:rsidRDefault="007C3EDF"/>
        </w:tc>
      </w:tr>
      <w:tr w:rsidR="007C3EDF" w14:paraId="35C13A59" w14:textId="77777777">
        <w:tc>
          <w:tcPr>
            <w:tcW w:w="3312" w:type="dxa"/>
          </w:tcPr>
          <w:p w14:paraId="4D218273" w14:textId="77777777" w:rsidR="007C3EDF" w:rsidRDefault="00000000">
            <w:r>
              <w:rPr>
                <w:b/>
              </w:rPr>
              <w:t xml:space="preserve">Alamat </w:t>
            </w:r>
            <w:proofErr w:type="spellStart"/>
            <w:r>
              <w:rPr>
                <w:b/>
              </w:rPr>
              <w:t>Lengkap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Sesuai</w:t>
            </w:r>
            <w:proofErr w:type="spellEnd"/>
            <w:r>
              <w:rPr>
                <w:b/>
              </w:rPr>
              <w:t xml:space="preserve"> KTP)</w:t>
            </w:r>
          </w:p>
        </w:tc>
        <w:tc>
          <w:tcPr>
            <w:tcW w:w="6336" w:type="dxa"/>
          </w:tcPr>
          <w:p w14:paraId="19964AD3" w14:textId="77777777" w:rsidR="007C3EDF" w:rsidRDefault="00000000">
            <w:r w:rsidRPr="00A327EF">
              <w:rPr>
                <w:lang w:val="fi-FI"/>
              </w:rPr>
              <w:t>Jalan/Dusun : ...................................................</w:t>
            </w:r>
            <w:r w:rsidRPr="00A327EF">
              <w:rPr>
                <w:lang w:val="fi-FI"/>
              </w:rPr>
              <w:br/>
              <w:t>RT/RW : ........ / ........  Desa/Kel : ............................</w:t>
            </w:r>
            <w:r w:rsidRPr="00A327EF">
              <w:rPr>
                <w:lang w:val="fi-FI"/>
              </w:rPr>
              <w:br/>
            </w:r>
            <w:proofErr w:type="spellStart"/>
            <w:proofErr w:type="gramStart"/>
            <w:r>
              <w:t>Kecamatan</w:t>
            </w:r>
            <w:proofErr w:type="spellEnd"/>
            <w:r>
              <w:t xml:space="preserve"> :</w:t>
            </w:r>
            <w:proofErr w:type="gramEnd"/>
            <w:r>
              <w:t xml:space="preserve"> ...................................................</w:t>
            </w:r>
          </w:p>
        </w:tc>
      </w:tr>
      <w:tr w:rsidR="007C3EDF" w14:paraId="689E0912" w14:textId="77777777">
        <w:tc>
          <w:tcPr>
            <w:tcW w:w="3312" w:type="dxa"/>
          </w:tcPr>
          <w:p w14:paraId="50E83CED" w14:textId="77777777" w:rsidR="007C3EDF" w:rsidRDefault="00000000">
            <w:r>
              <w:rPr>
                <w:b/>
              </w:rPr>
              <w:t xml:space="preserve">Alamat </w:t>
            </w:r>
            <w:proofErr w:type="spellStart"/>
            <w:r>
              <w:rPr>
                <w:b/>
              </w:rPr>
              <w:t>Domisili</w:t>
            </w:r>
            <w:proofErr w:type="spellEnd"/>
            <w:r>
              <w:rPr>
                <w:b/>
              </w:rPr>
              <w:t xml:space="preserve"> (Jika Berbeda)</w:t>
            </w:r>
          </w:p>
        </w:tc>
        <w:tc>
          <w:tcPr>
            <w:tcW w:w="6336" w:type="dxa"/>
          </w:tcPr>
          <w:p w14:paraId="78762CB5" w14:textId="77777777" w:rsidR="007C3EDF" w:rsidRDefault="00000000">
            <w:r>
              <w:t xml:space="preserve">Jalan/Dusun / Desa / </w:t>
            </w:r>
            <w:proofErr w:type="spellStart"/>
            <w:proofErr w:type="gramStart"/>
            <w:r>
              <w:t>Kecamatan</w:t>
            </w:r>
            <w:proofErr w:type="spellEnd"/>
            <w:r>
              <w:t xml:space="preserve"> :</w:t>
            </w:r>
            <w:proofErr w:type="gramEnd"/>
            <w:r>
              <w:t xml:space="preserve"> ................................</w:t>
            </w:r>
          </w:p>
        </w:tc>
      </w:tr>
      <w:tr w:rsidR="007C3EDF" w14:paraId="1D31A62E" w14:textId="77777777">
        <w:tc>
          <w:tcPr>
            <w:tcW w:w="3312" w:type="dxa"/>
          </w:tcPr>
          <w:p w14:paraId="11CEF858" w14:textId="77777777" w:rsidR="007C3EDF" w:rsidRDefault="00000000">
            <w:proofErr w:type="spellStart"/>
            <w:r>
              <w:rPr>
                <w:b/>
              </w:rPr>
              <w:t>Nomor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Telepon</w:t>
            </w:r>
            <w:proofErr w:type="spellEnd"/>
            <w:r>
              <w:rPr>
                <w:b/>
              </w:rPr>
              <w:t xml:space="preserve"> / WhatsApp</w:t>
            </w:r>
          </w:p>
        </w:tc>
        <w:tc>
          <w:tcPr>
            <w:tcW w:w="6336" w:type="dxa"/>
          </w:tcPr>
          <w:p w14:paraId="4C1A04A9" w14:textId="77777777" w:rsidR="007C3EDF" w:rsidRDefault="007C3EDF"/>
        </w:tc>
      </w:tr>
      <w:tr w:rsidR="007C3EDF" w14:paraId="3C3CEF28" w14:textId="77777777">
        <w:tc>
          <w:tcPr>
            <w:tcW w:w="3312" w:type="dxa"/>
          </w:tcPr>
          <w:p w14:paraId="14C103F0" w14:textId="77777777" w:rsidR="007C3EDF" w:rsidRDefault="00000000">
            <w:r>
              <w:rPr>
                <w:b/>
              </w:rPr>
              <w:t>Alamat Email</w:t>
            </w:r>
          </w:p>
        </w:tc>
        <w:tc>
          <w:tcPr>
            <w:tcW w:w="6336" w:type="dxa"/>
          </w:tcPr>
          <w:p w14:paraId="4BC0BDC4" w14:textId="77777777" w:rsidR="007C3EDF" w:rsidRDefault="007C3EDF"/>
        </w:tc>
      </w:tr>
      <w:tr w:rsidR="007C3EDF" w14:paraId="2832114D" w14:textId="77777777">
        <w:tc>
          <w:tcPr>
            <w:tcW w:w="3312" w:type="dxa"/>
          </w:tcPr>
          <w:p w14:paraId="08AF9B0A" w14:textId="77777777" w:rsidR="007C3EDF" w:rsidRDefault="00000000"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Kerahasiaan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Identitas</w:t>
            </w:r>
            <w:proofErr w:type="spellEnd"/>
          </w:p>
        </w:tc>
        <w:tc>
          <w:tcPr>
            <w:tcW w:w="6336" w:type="dxa"/>
          </w:tcPr>
          <w:p w14:paraId="53DB8960" w14:textId="77777777" w:rsidR="007C3EDF" w:rsidRDefault="00000000"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Bersedia</w:t>
            </w:r>
            <w:proofErr w:type="spellEnd"/>
            <w:r>
              <w:t xml:space="preserve"> </w:t>
            </w:r>
            <w:proofErr w:type="spellStart"/>
            <w:r>
              <w:t>dipublikasikan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keperluan</w:t>
            </w:r>
            <w:proofErr w:type="spell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>/</w:t>
            </w:r>
            <w:proofErr w:type="spellStart"/>
            <w:r>
              <w:t>investigasi</w:t>
            </w:r>
            <w:proofErr w:type="spellEnd"/>
            <w:r>
              <w:br/>
            </w:r>
            <w:proofErr w:type="gramStart"/>
            <w:r>
              <w:t>[  ]</w:t>
            </w:r>
            <w:proofErr w:type="gramEnd"/>
            <w:r>
              <w:t xml:space="preserve"> Minta </w:t>
            </w:r>
            <w:proofErr w:type="spellStart"/>
            <w:r>
              <w:t>dirahasiakan</w:t>
            </w:r>
            <w:proofErr w:type="spellEnd"/>
            <w:r>
              <w:t xml:space="preserve"> </w:t>
            </w:r>
            <w:proofErr w:type="spellStart"/>
            <w:r>
              <w:t>sepenuhnya</w:t>
            </w:r>
            <w:proofErr w:type="spellEnd"/>
            <w:r>
              <w:t xml:space="preserve"> (Whistleblower Protection)</w:t>
            </w:r>
          </w:p>
        </w:tc>
      </w:tr>
    </w:tbl>
    <w:p w14:paraId="23CE8041" w14:textId="77777777" w:rsidR="007C3EDF" w:rsidRDefault="007C3EDF"/>
    <w:p w14:paraId="441B09D1" w14:textId="77777777" w:rsidR="007C3EDF" w:rsidRPr="00A327EF" w:rsidRDefault="00000000">
      <w:pPr>
        <w:rPr>
          <w:lang w:val="fi-FI"/>
        </w:rPr>
      </w:pPr>
      <w:r w:rsidRPr="00A327EF">
        <w:rPr>
          <w:b/>
          <w:lang w:val="fi-FI"/>
        </w:rPr>
        <w:t>II. RINCIAN PENGADUAN (Diisi oleh Pelapor)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312"/>
        <w:gridCol w:w="6336"/>
      </w:tblGrid>
      <w:tr w:rsidR="007C3EDF" w14:paraId="41624BF6" w14:textId="77777777">
        <w:tc>
          <w:tcPr>
            <w:tcW w:w="3312" w:type="dxa"/>
          </w:tcPr>
          <w:p w14:paraId="5C546659" w14:textId="77777777" w:rsidR="007C3EDF" w:rsidRDefault="00000000">
            <w:proofErr w:type="spellStart"/>
            <w:r>
              <w:rPr>
                <w:b/>
              </w:rPr>
              <w:t>Tanggal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Kejadian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Laporan</w:t>
            </w:r>
            <w:proofErr w:type="spellEnd"/>
          </w:p>
        </w:tc>
        <w:tc>
          <w:tcPr>
            <w:tcW w:w="6336" w:type="dxa"/>
          </w:tcPr>
          <w:p w14:paraId="2CE752DA" w14:textId="77777777" w:rsidR="007C3EDF" w:rsidRDefault="007C3EDF"/>
        </w:tc>
      </w:tr>
      <w:tr w:rsidR="007C3EDF" w14:paraId="7409F676" w14:textId="77777777">
        <w:tc>
          <w:tcPr>
            <w:tcW w:w="3312" w:type="dxa"/>
          </w:tcPr>
          <w:p w14:paraId="7309033E" w14:textId="77777777" w:rsidR="007C3EDF" w:rsidRDefault="00000000">
            <w:r>
              <w:rPr>
                <w:b/>
              </w:rPr>
              <w:t xml:space="preserve">Lokasi </w:t>
            </w:r>
            <w:proofErr w:type="spellStart"/>
            <w:r>
              <w:rPr>
                <w:b/>
              </w:rPr>
              <w:t>Kejadian</w:t>
            </w:r>
            <w:proofErr w:type="spellEnd"/>
            <w:r>
              <w:rPr>
                <w:b/>
              </w:rPr>
              <w:t xml:space="preserve"> / Alamat Kasus</w:t>
            </w:r>
          </w:p>
        </w:tc>
        <w:tc>
          <w:tcPr>
            <w:tcW w:w="6336" w:type="dxa"/>
          </w:tcPr>
          <w:p w14:paraId="3BCE4A6C" w14:textId="77777777" w:rsidR="007C3EDF" w:rsidRDefault="00000000">
            <w:r>
              <w:t>Desa/</w:t>
            </w:r>
            <w:proofErr w:type="gramStart"/>
            <w:r>
              <w:t>Kel :</w:t>
            </w:r>
            <w:proofErr w:type="gramEnd"/>
            <w:r>
              <w:t xml:space="preserve"> ......................... </w:t>
            </w:r>
            <w:proofErr w:type="spellStart"/>
            <w:proofErr w:type="gramStart"/>
            <w:r>
              <w:t>Kecamatan</w:t>
            </w:r>
            <w:proofErr w:type="spellEnd"/>
            <w:r>
              <w:t xml:space="preserve"> :</w:t>
            </w:r>
            <w:proofErr w:type="gramEnd"/>
            <w:r>
              <w:t xml:space="preserve"> ....................</w:t>
            </w:r>
          </w:p>
        </w:tc>
      </w:tr>
      <w:tr w:rsidR="007C3EDF" w14:paraId="74040988" w14:textId="77777777">
        <w:tc>
          <w:tcPr>
            <w:tcW w:w="3312" w:type="dxa"/>
          </w:tcPr>
          <w:p w14:paraId="3D40F5EB" w14:textId="77777777" w:rsidR="007C3EDF" w:rsidRDefault="00000000">
            <w:proofErr w:type="spellStart"/>
            <w:r>
              <w:rPr>
                <w:b/>
              </w:rPr>
              <w:t>Kategori</w:t>
            </w:r>
            <w:proofErr w:type="spellEnd"/>
            <w:r>
              <w:rPr>
                <w:b/>
              </w:rPr>
              <w:t xml:space="preserve"> Layanan (</w:t>
            </w:r>
            <w:proofErr w:type="spellStart"/>
            <w:r>
              <w:rPr>
                <w:b/>
              </w:rPr>
              <w:t>Pilih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Centang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336" w:type="dxa"/>
          </w:tcPr>
          <w:p w14:paraId="00270554" w14:textId="77777777" w:rsidR="007C3EDF" w:rsidRDefault="00000000"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Bantuan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(PKH, BPNT, BLT, </w:t>
            </w:r>
            <w:proofErr w:type="spellStart"/>
            <w:r>
              <w:t>dll</w:t>
            </w:r>
            <w:proofErr w:type="spellEnd"/>
            <w:r>
              <w:t>)</w:t>
            </w:r>
            <w:r>
              <w:br/>
            </w:r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PPKS (Anak </w:t>
            </w:r>
            <w:proofErr w:type="spellStart"/>
            <w:r>
              <w:t>Jalanan</w:t>
            </w:r>
            <w:proofErr w:type="spellEnd"/>
            <w:r>
              <w:t xml:space="preserve">, ODGJ, </w:t>
            </w:r>
            <w:proofErr w:type="spellStart"/>
            <w:r>
              <w:t>Terlantar</w:t>
            </w:r>
            <w:proofErr w:type="spellEnd"/>
            <w:r>
              <w:t>)</w:t>
            </w:r>
            <w:r>
              <w:br/>
            </w:r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Berencana &amp; </w:t>
            </w:r>
            <w:proofErr w:type="spellStart"/>
            <w:r>
              <w:t>Faskes</w:t>
            </w:r>
            <w:proofErr w:type="spellEnd"/>
            <w:r>
              <w:t xml:space="preserve"> KB</w:t>
            </w:r>
            <w:r>
              <w:br/>
            </w:r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Stunting &amp; </w:t>
            </w:r>
            <w:proofErr w:type="spellStart"/>
            <w:r>
              <w:t>Pendampingan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br/>
            </w:r>
            <w:proofErr w:type="gramStart"/>
            <w:r>
              <w:t>[  ]</w:t>
            </w:r>
            <w:proofErr w:type="gramEnd"/>
            <w:r>
              <w:t xml:space="preserve"> </w:t>
            </w:r>
            <w:proofErr w:type="gramStart"/>
            <w:r>
              <w:t>Lainnya :</w:t>
            </w:r>
            <w:proofErr w:type="gramEnd"/>
            <w:r>
              <w:t xml:space="preserve"> ...................................................</w:t>
            </w:r>
          </w:p>
        </w:tc>
      </w:tr>
      <w:tr w:rsidR="007C3EDF" w14:paraId="7867FA5A" w14:textId="77777777">
        <w:tc>
          <w:tcPr>
            <w:tcW w:w="3312" w:type="dxa"/>
          </w:tcPr>
          <w:p w14:paraId="59EE9214" w14:textId="77777777" w:rsidR="007C3EDF" w:rsidRDefault="00000000">
            <w:proofErr w:type="spellStart"/>
            <w:r>
              <w:rPr>
                <w:b/>
              </w:rPr>
              <w:t>Subjek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Dilaporkan</w:t>
            </w:r>
            <w:proofErr w:type="spellEnd"/>
            <w:r>
              <w:rPr>
                <w:b/>
              </w:rPr>
              <w:br/>
              <w:t>(</w:t>
            </w:r>
            <w:proofErr w:type="spellStart"/>
            <w:r>
              <w:rPr>
                <w:b/>
              </w:rPr>
              <w:t>Oknum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Instansi</w:t>
            </w:r>
            <w:proofErr w:type="spellEnd"/>
            <w:r>
              <w:rPr>
                <w:b/>
              </w:rPr>
              <w:t xml:space="preserve"> / Lembaga)</w:t>
            </w:r>
          </w:p>
        </w:tc>
        <w:tc>
          <w:tcPr>
            <w:tcW w:w="6336" w:type="dxa"/>
          </w:tcPr>
          <w:p w14:paraId="3066F23E" w14:textId="77777777" w:rsidR="007C3EDF" w:rsidRDefault="007C3EDF"/>
        </w:tc>
      </w:tr>
      <w:tr w:rsidR="007C3EDF" w14:paraId="3D806526" w14:textId="77777777">
        <w:tc>
          <w:tcPr>
            <w:tcW w:w="3312" w:type="dxa"/>
          </w:tcPr>
          <w:p w14:paraId="47FC59FD" w14:textId="77777777" w:rsidR="007C3EDF" w:rsidRDefault="00000000">
            <w:proofErr w:type="spellStart"/>
            <w:r>
              <w:rPr>
                <w:b/>
              </w:rPr>
              <w:t>Uraian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Pengaduan</w:t>
            </w:r>
            <w:proofErr w:type="spellEnd"/>
            <w:r>
              <w:rPr>
                <w:b/>
              </w:rPr>
              <w:t xml:space="preserve"> (5W + 1H)</w:t>
            </w:r>
            <w:r>
              <w:rPr>
                <w:b/>
              </w:rPr>
              <w:br/>
              <w:t xml:space="preserve">(Jelaskan </w:t>
            </w:r>
            <w:proofErr w:type="spellStart"/>
            <w:r>
              <w:rPr>
                <w:b/>
              </w:rPr>
              <w:t>kronologi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kejadian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secara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jelas</w:t>
            </w:r>
            <w:proofErr w:type="spellEnd"/>
            <w:r>
              <w:rPr>
                <w:b/>
              </w:rPr>
              <w:t xml:space="preserve">, detail, dan </w:t>
            </w:r>
            <w:proofErr w:type="spellStart"/>
            <w:r>
              <w:rPr>
                <w:b/>
              </w:rPr>
              <w:t>objektif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336" w:type="dxa"/>
          </w:tcPr>
          <w:p w14:paraId="37150C29" w14:textId="77777777" w:rsidR="007C3EDF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01B53DFF" w14:textId="77777777" w:rsidR="007C3EDF" w:rsidRDefault="007C3EDF"/>
    <w:p w14:paraId="2118154A" w14:textId="77777777" w:rsidR="007C3EDF" w:rsidRPr="00A327EF" w:rsidRDefault="00000000">
      <w:pPr>
        <w:rPr>
          <w:lang w:val="fi-FI"/>
        </w:rPr>
      </w:pPr>
      <w:r w:rsidRPr="00A327EF">
        <w:rPr>
          <w:b/>
          <w:lang w:val="fi-FI"/>
        </w:rPr>
        <w:t>III. BUKTI PENDUKUNG / LAMPIRAN (Diisi oleh Pelapor)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3168"/>
        <w:gridCol w:w="3168"/>
        <w:gridCol w:w="3312"/>
      </w:tblGrid>
      <w:tr w:rsidR="007C3EDF" w:rsidRPr="00641227" w14:paraId="7D75F681" w14:textId="77777777">
        <w:tc>
          <w:tcPr>
            <w:tcW w:w="3168" w:type="dxa"/>
          </w:tcPr>
          <w:p w14:paraId="33F56D76" w14:textId="77777777" w:rsidR="007C3EDF" w:rsidRDefault="00000000">
            <w:r>
              <w:rPr>
                <w:b/>
              </w:rPr>
              <w:t>Jenis Bukti Lampiran</w:t>
            </w:r>
          </w:p>
        </w:tc>
        <w:tc>
          <w:tcPr>
            <w:tcW w:w="3168" w:type="dxa"/>
          </w:tcPr>
          <w:p w14:paraId="69750D79" w14:textId="77777777" w:rsidR="007C3EDF" w:rsidRDefault="00000000">
            <w:r>
              <w:rPr>
                <w:b/>
              </w:rPr>
              <w:t>Format (</w:t>
            </w:r>
            <w:proofErr w:type="spellStart"/>
            <w:r>
              <w:rPr>
                <w:b/>
              </w:rPr>
              <w:t>Fisik</w:t>
            </w:r>
            <w:proofErr w:type="spellEnd"/>
            <w:r>
              <w:rPr>
                <w:b/>
              </w:rPr>
              <w:t xml:space="preserve"> / Digital)</w:t>
            </w:r>
          </w:p>
        </w:tc>
        <w:tc>
          <w:tcPr>
            <w:tcW w:w="3312" w:type="dxa"/>
          </w:tcPr>
          <w:p w14:paraId="4A92D158" w14:textId="77777777" w:rsidR="007C3EDF" w:rsidRPr="00A327EF" w:rsidRDefault="00000000">
            <w:pPr>
              <w:rPr>
                <w:lang w:val="fi-FI"/>
              </w:rPr>
            </w:pPr>
            <w:r w:rsidRPr="00A327EF">
              <w:rPr>
                <w:b/>
                <w:lang w:val="fi-FI"/>
              </w:rPr>
              <w:t>Keterangan / Nama File / Tautan (Link)</w:t>
            </w:r>
          </w:p>
        </w:tc>
      </w:tr>
      <w:tr w:rsidR="007C3EDF" w:rsidRPr="00641227" w14:paraId="6F598CFF" w14:textId="77777777">
        <w:tc>
          <w:tcPr>
            <w:tcW w:w="3168" w:type="dxa"/>
          </w:tcPr>
          <w:p w14:paraId="317EB564" w14:textId="77777777" w:rsidR="007C3EDF" w:rsidRDefault="00000000"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(KTP/KK)</w:t>
            </w:r>
          </w:p>
        </w:tc>
        <w:tc>
          <w:tcPr>
            <w:tcW w:w="3168" w:type="dxa"/>
          </w:tcPr>
          <w:p w14:paraId="650180FD" w14:textId="77777777" w:rsidR="007C3EDF" w:rsidRPr="00A327EF" w:rsidRDefault="00000000">
            <w:pPr>
              <w:rPr>
                <w:lang w:val="pl-PL"/>
              </w:rPr>
            </w:pPr>
            <w:r w:rsidRPr="00A327EF">
              <w:rPr>
                <w:lang w:val="pl-PL"/>
              </w:rPr>
              <w:t>[  ] Fotokopi Fisik</w:t>
            </w:r>
            <w:r w:rsidRPr="00A327EF">
              <w:rPr>
                <w:lang w:val="pl-PL"/>
              </w:rPr>
              <w:br/>
              <w:t>[  ] File Scan / Foto</w:t>
            </w:r>
          </w:p>
        </w:tc>
        <w:tc>
          <w:tcPr>
            <w:tcW w:w="3312" w:type="dxa"/>
          </w:tcPr>
          <w:p w14:paraId="05BE4494" w14:textId="77777777" w:rsidR="007C3EDF" w:rsidRPr="00A327EF" w:rsidRDefault="007C3EDF">
            <w:pPr>
              <w:rPr>
                <w:lang w:val="pl-PL"/>
              </w:rPr>
            </w:pPr>
          </w:p>
        </w:tc>
      </w:tr>
      <w:tr w:rsidR="007C3EDF" w14:paraId="51268DBA" w14:textId="77777777">
        <w:tc>
          <w:tcPr>
            <w:tcW w:w="3168" w:type="dxa"/>
          </w:tcPr>
          <w:p w14:paraId="59830B6B" w14:textId="77777777" w:rsidR="007C3EDF" w:rsidRDefault="00000000">
            <w:r>
              <w:t xml:space="preserve">Foto / Video </w:t>
            </w:r>
            <w:proofErr w:type="spellStart"/>
            <w:r>
              <w:t>Kejadian</w:t>
            </w:r>
            <w:proofErr w:type="spellEnd"/>
            <w:r>
              <w:t xml:space="preserve"> / Lokasi</w:t>
            </w:r>
          </w:p>
        </w:tc>
        <w:tc>
          <w:tcPr>
            <w:tcW w:w="3168" w:type="dxa"/>
          </w:tcPr>
          <w:p w14:paraId="135A0095" w14:textId="77777777" w:rsidR="007C3EDF" w:rsidRDefault="00000000"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Cetak</w:t>
            </w:r>
            <w:proofErr w:type="spellEnd"/>
            <w:r>
              <w:t xml:space="preserve"> Foto / </w:t>
            </w:r>
            <w:proofErr w:type="spellStart"/>
            <w:r>
              <w:t>Flashdisk</w:t>
            </w:r>
            <w:proofErr w:type="spellEnd"/>
            <w:r>
              <w:br/>
            </w:r>
            <w:proofErr w:type="gramStart"/>
            <w:r>
              <w:t>[  ]</w:t>
            </w:r>
            <w:proofErr w:type="gramEnd"/>
            <w:r>
              <w:t xml:space="preserve"> File / Link </w:t>
            </w:r>
            <w:proofErr w:type="spellStart"/>
            <w:r>
              <w:t>GDrive</w:t>
            </w:r>
            <w:proofErr w:type="spellEnd"/>
          </w:p>
        </w:tc>
        <w:tc>
          <w:tcPr>
            <w:tcW w:w="3312" w:type="dxa"/>
          </w:tcPr>
          <w:p w14:paraId="7ED51F81" w14:textId="77777777" w:rsidR="007C3EDF" w:rsidRDefault="007C3EDF"/>
        </w:tc>
      </w:tr>
      <w:tr w:rsidR="007C3EDF" w14:paraId="7B3D82DB" w14:textId="77777777">
        <w:tc>
          <w:tcPr>
            <w:tcW w:w="3168" w:type="dxa"/>
          </w:tcPr>
          <w:p w14:paraId="4F17E7C5" w14:textId="77777777" w:rsidR="007C3EDF" w:rsidRDefault="00000000">
            <w:proofErr w:type="spellStart"/>
            <w:r>
              <w:t>Tangkapan</w:t>
            </w:r>
            <w:proofErr w:type="spellEnd"/>
            <w:r>
              <w:t xml:space="preserve"> Layar (Chat / </w:t>
            </w:r>
            <w:proofErr w:type="spellStart"/>
            <w:r>
              <w:t>Sosmed</w:t>
            </w:r>
            <w:proofErr w:type="spellEnd"/>
            <w:r>
              <w:t>)</w:t>
            </w:r>
          </w:p>
        </w:tc>
        <w:tc>
          <w:tcPr>
            <w:tcW w:w="3168" w:type="dxa"/>
          </w:tcPr>
          <w:p w14:paraId="63234A2E" w14:textId="77777777" w:rsidR="007C3EDF" w:rsidRDefault="00000000"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Cetak</w:t>
            </w:r>
            <w:proofErr w:type="spellEnd"/>
            <w:r>
              <w:t xml:space="preserve"> Print</w:t>
            </w:r>
            <w:r>
              <w:br/>
            </w:r>
            <w:proofErr w:type="gramStart"/>
            <w:r>
              <w:t>[  ]</w:t>
            </w:r>
            <w:proofErr w:type="gramEnd"/>
            <w:r>
              <w:t xml:space="preserve"> File Screenshot</w:t>
            </w:r>
          </w:p>
        </w:tc>
        <w:tc>
          <w:tcPr>
            <w:tcW w:w="3312" w:type="dxa"/>
          </w:tcPr>
          <w:p w14:paraId="5BE1A9D7" w14:textId="77777777" w:rsidR="007C3EDF" w:rsidRDefault="007C3EDF"/>
        </w:tc>
      </w:tr>
      <w:tr w:rsidR="007C3EDF" w14:paraId="0BCA0CE9" w14:textId="77777777">
        <w:tc>
          <w:tcPr>
            <w:tcW w:w="3168" w:type="dxa"/>
          </w:tcPr>
          <w:p w14:paraId="01D1FF07" w14:textId="77777777" w:rsidR="007C3EDF" w:rsidRDefault="00000000"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Pendukung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</w:p>
        </w:tc>
        <w:tc>
          <w:tcPr>
            <w:tcW w:w="3168" w:type="dxa"/>
          </w:tcPr>
          <w:p w14:paraId="70315F92" w14:textId="77777777" w:rsidR="007C3EDF" w:rsidRDefault="00000000">
            <w:proofErr w:type="gramStart"/>
            <w:r>
              <w:t>[  ]</w:t>
            </w:r>
            <w:proofErr w:type="gram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 / Surat</w:t>
            </w:r>
            <w:r>
              <w:br/>
            </w:r>
            <w:proofErr w:type="gramStart"/>
            <w:r>
              <w:t>[  ]</w:t>
            </w:r>
            <w:proofErr w:type="gramEnd"/>
            <w:r>
              <w:t xml:space="preserve"> File Digital</w:t>
            </w:r>
          </w:p>
        </w:tc>
        <w:tc>
          <w:tcPr>
            <w:tcW w:w="3312" w:type="dxa"/>
          </w:tcPr>
          <w:p w14:paraId="312C4E71" w14:textId="77777777" w:rsidR="007C3EDF" w:rsidRDefault="007C3EDF"/>
        </w:tc>
      </w:tr>
    </w:tbl>
    <w:p w14:paraId="615E0189" w14:textId="77777777" w:rsidR="007C3EDF" w:rsidRDefault="007C3EDF"/>
    <w:p w14:paraId="6E6DDC21" w14:textId="77777777" w:rsidR="007C3EDF" w:rsidRDefault="00000000">
      <w:r>
        <w:rPr>
          <w:b/>
        </w:rPr>
        <w:lastRenderedPageBreak/>
        <w:t>IV. PERNYATAAN PELAPOR</w:t>
      </w:r>
    </w:p>
    <w:p w14:paraId="07A2C565" w14:textId="77777777" w:rsidR="007C3EDF" w:rsidRDefault="00000000">
      <w:pPr>
        <w:jc w:val="both"/>
      </w:pPr>
      <w:r>
        <w:t xml:space="preserve">Dengan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data, dan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akurat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dipertanggungjawabkan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Saya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Dinas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 Berencana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Purworejo</w:t>
      </w:r>
      <w:proofErr w:type="spellEnd"/>
      <w:r>
        <w:t>.</w:t>
      </w:r>
    </w:p>
    <w:p w14:paraId="3943448A" w14:textId="04056F6C" w:rsidR="007C3EDF" w:rsidRPr="00A327EF" w:rsidRDefault="00000000" w:rsidP="00D11352">
      <w:pPr>
        <w:jc w:val="right"/>
        <w:rPr>
          <w:lang w:val="pt-BR"/>
        </w:rPr>
      </w:pPr>
      <w:r w:rsidRPr="00A327EF">
        <w:rPr>
          <w:lang w:val="pt-BR"/>
        </w:rPr>
        <w:t>Purworejo, ................................. 2026</w:t>
      </w:r>
      <w:r w:rsidRPr="00A327EF">
        <w:rPr>
          <w:lang w:val="pt-BR"/>
        </w:rPr>
        <w:br/>
        <w:t>Pelapor / Pemohon Pengaduan,</w:t>
      </w:r>
      <w:r w:rsidRPr="00A327EF">
        <w:rPr>
          <w:lang w:val="pt-BR"/>
        </w:rPr>
        <w:br/>
      </w:r>
      <w:r w:rsidRPr="00A327EF">
        <w:rPr>
          <w:lang w:val="pt-BR"/>
        </w:rPr>
        <w:br/>
      </w:r>
      <w:r w:rsidRPr="00A327EF">
        <w:rPr>
          <w:lang w:val="pt-BR"/>
        </w:rPr>
        <w:br/>
      </w:r>
      <w:r w:rsidRPr="00A327EF">
        <w:rPr>
          <w:lang w:val="pt-BR"/>
        </w:rPr>
        <w:br/>
        <w:t>( ..................................................... )</w:t>
      </w:r>
      <w:r w:rsidRPr="00A327EF">
        <w:rPr>
          <w:lang w:val="pt-BR"/>
        </w:rPr>
        <w:br/>
        <w:t>Nama Terang &amp; Tanda Tangan</w:t>
      </w:r>
    </w:p>
    <w:sectPr w:rsidR="007C3EDF" w:rsidRPr="00A327EF" w:rsidSect="00A327EF"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omorDafta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omorDafta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oinDaftar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oinDaftar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omorDafta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oinDaft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959119">
    <w:abstractNumId w:val="8"/>
  </w:num>
  <w:num w:numId="2" w16cid:durableId="189997163">
    <w:abstractNumId w:val="6"/>
  </w:num>
  <w:num w:numId="3" w16cid:durableId="1437872755">
    <w:abstractNumId w:val="5"/>
  </w:num>
  <w:num w:numId="4" w16cid:durableId="2135905120">
    <w:abstractNumId w:val="4"/>
  </w:num>
  <w:num w:numId="5" w16cid:durableId="234778923">
    <w:abstractNumId w:val="7"/>
  </w:num>
  <w:num w:numId="6" w16cid:durableId="2021544080">
    <w:abstractNumId w:val="3"/>
  </w:num>
  <w:num w:numId="7" w16cid:durableId="1800225189">
    <w:abstractNumId w:val="2"/>
  </w:num>
  <w:num w:numId="8" w16cid:durableId="1851867515">
    <w:abstractNumId w:val="1"/>
  </w:num>
  <w:num w:numId="9" w16cid:durableId="137161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1227"/>
    <w:rsid w:val="00746E07"/>
    <w:rsid w:val="007C3EDF"/>
    <w:rsid w:val="00A327EF"/>
    <w:rsid w:val="00AA1D8D"/>
    <w:rsid w:val="00B47730"/>
    <w:rsid w:val="00B607AC"/>
    <w:rsid w:val="00CB0664"/>
    <w:rsid w:val="00D11352"/>
    <w:rsid w:val="00E26EE5"/>
    <w:rsid w:val="00F914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D4EC0"/>
  <w14:defaultImageDpi w14:val="300"/>
  <w15:docId w15:val="{C17078ED-20A9-4CAB-B352-180085E3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Judul1">
    <w:name w:val="heading 1"/>
    <w:basedOn w:val="Normal"/>
    <w:next w:val="Normal"/>
    <w:link w:val="Judul1K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E618BF"/>
  </w:style>
  <w:style w:type="paragraph" w:styleId="Footer">
    <w:name w:val="footer"/>
    <w:basedOn w:val="Normal"/>
    <w:link w:val="FooterK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E618BF"/>
  </w:style>
  <w:style w:type="paragraph" w:styleId="TidakAdaSpasi">
    <w:name w:val="No Spacing"/>
    <w:uiPriority w:val="1"/>
    <w:qFormat/>
    <w:rsid w:val="00FC693F"/>
    <w:pPr>
      <w:spacing w:after="0" w:line="240" w:lineRule="auto"/>
    </w:pPr>
  </w:style>
  <w:style w:type="character" w:customStyle="1" w:styleId="Judul1KAR">
    <w:name w:val="Judul 1 KAR"/>
    <w:basedOn w:val="FontParagrafDefault"/>
    <w:link w:val="Judul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udul2KAR">
    <w:name w:val="Judul 2 KAR"/>
    <w:basedOn w:val="FontParagrafDefault"/>
    <w:link w:val="Judul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Judul3KAR">
    <w:name w:val="Judul 3 KAR"/>
    <w:basedOn w:val="FontParagrafDefault"/>
    <w:link w:val="Judul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Judul">
    <w:name w:val="Title"/>
    <w:basedOn w:val="Normal"/>
    <w:next w:val="Normal"/>
    <w:link w:val="JudulK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udulKAR">
    <w:name w:val="Judul KAR"/>
    <w:basedOn w:val="FontParagrafDefault"/>
    <w:link w:val="Judu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judul">
    <w:name w:val="Subtitle"/>
    <w:basedOn w:val="Normal"/>
    <w:next w:val="Normal"/>
    <w:link w:val="SubjudulK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judulKAR">
    <w:name w:val="Subjudul KAR"/>
    <w:basedOn w:val="FontParagrafDefault"/>
    <w:link w:val="Subjud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aftar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ksIsi">
    <w:name w:val="Body Text"/>
    <w:basedOn w:val="Normal"/>
    <w:link w:val="TeksIsiKAR"/>
    <w:uiPriority w:val="99"/>
    <w:unhideWhenUsed/>
    <w:rsid w:val="00AA1D8D"/>
    <w:pPr>
      <w:spacing w:after="120"/>
    </w:pPr>
  </w:style>
  <w:style w:type="character" w:customStyle="1" w:styleId="TeksIsiKAR">
    <w:name w:val="Teks Isi KAR"/>
    <w:basedOn w:val="FontParagrafDefault"/>
    <w:link w:val="TeksIsi"/>
    <w:uiPriority w:val="99"/>
    <w:rsid w:val="00AA1D8D"/>
  </w:style>
  <w:style w:type="paragraph" w:styleId="TeksIsi2">
    <w:name w:val="Body Text 2"/>
    <w:basedOn w:val="Normal"/>
    <w:link w:val="TeksIsi2KAR"/>
    <w:uiPriority w:val="99"/>
    <w:unhideWhenUsed/>
    <w:rsid w:val="00AA1D8D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uiPriority w:val="99"/>
    <w:rsid w:val="00AA1D8D"/>
  </w:style>
  <w:style w:type="paragraph" w:styleId="TeksIsi3">
    <w:name w:val="Body Text 3"/>
    <w:basedOn w:val="Normal"/>
    <w:link w:val="TeksIsi3K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Isi3KAR">
    <w:name w:val="Teks Isi 3 KAR"/>
    <w:basedOn w:val="FontParagrafDefault"/>
    <w:link w:val="TeksIsi3"/>
    <w:uiPriority w:val="99"/>
    <w:rsid w:val="00AA1D8D"/>
    <w:rPr>
      <w:sz w:val="16"/>
      <w:szCs w:val="16"/>
    </w:rPr>
  </w:style>
  <w:style w:type="paragraph" w:styleId="Dafta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Dafta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Dafta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oinDaftar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oinDaftar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oinDaftar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omorDafta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omorDafta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omorDafta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DaftarBerkelanjutan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DaftarBerkelanjutan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DaftarBerkelanjutan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Makro">
    <w:name w:val="macro"/>
    <w:link w:val="TeksMakroK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MakroKAR">
    <w:name w:val="Teks Makro KAR"/>
    <w:basedOn w:val="FontParagrafDefault"/>
    <w:link w:val="TeksMakro"/>
    <w:uiPriority w:val="99"/>
    <w:rsid w:val="0029639D"/>
    <w:rPr>
      <w:rFonts w:ascii="Courier" w:hAnsi="Courier"/>
      <w:sz w:val="20"/>
      <w:szCs w:val="20"/>
    </w:rPr>
  </w:style>
  <w:style w:type="paragraph" w:styleId="Kutipan">
    <w:name w:val="Quote"/>
    <w:basedOn w:val="Normal"/>
    <w:next w:val="Normal"/>
    <w:link w:val="KutipanKAR"/>
    <w:uiPriority w:val="29"/>
    <w:qFormat/>
    <w:rsid w:val="00FC693F"/>
    <w:rPr>
      <w:i/>
      <w:iCs/>
      <w:color w:val="000000" w:themeColor="text1"/>
    </w:rPr>
  </w:style>
  <w:style w:type="character" w:customStyle="1" w:styleId="KutipanKAR">
    <w:name w:val="Kutipan KAR"/>
    <w:basedOn w:val="FontParagrafDefault"/>
    <w:link w:val="Kutipan"/>
    <w:uiPriority w:val="29"/>
    <w:rsid w:val="00FC693F"/>
    <w:rPr>
      <w:i/>
      <w:iCs/>
      <w:color w:val="000000" w:themeColor="text1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eteranga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uat">
    <w:name w:val="Strong"/>
    <w:basedOn w:val="FontParagrafDefault"/>
    <w:uiPriority w:val="22"/>
    <w:qFormat/>
    <w:rsid w:val="00FC693F"/>
    <w:rPr>
      <w:b/>
      <w:bCs/>
    </w:rPr>
  </w:style>
  <w:style w:type="character" w:styleId="Penekanan">
    <w:name w:val="Emphasis"/>
    <w:basedOn w:val="FontParagrafDefault"/>
    <w:uiPriority w:val="20"/>
    <w:qFormat/>
    <w:rsid w:val="00FC693F"/>
    <w:rPr>
      <w:i/>
      <w:iCs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FC693F"/>
    <w:rPr>
      <w:b/>
      <w:bCs/>
      <w:i/>
      <w:iCs/>
      <w:color w:val="4F81BD" w:themeColor="accent1"/>
    </w:rPr>
  </w:style>
  <w:style w:type="character" w:styleId="PenekananHalus">
    <w:name w:val="Subtle Emphasis"/>
    <w:basedOn w:val="FontParagrafDefault"/>
    <w:uiPriority w:val="19"/>
    <w:qFormat/>
    <w:rsid w:val="00FC693F"/>
    <w:rPr>
      <w:i/>
      <w:iCs/>
      <w:color w:val="808080" w:themeColor="text1" w:themeTint="7F"/>
    </w:rPr>
  </w:style>
  <w:style w:type="character" w:styleId="PenekananKeras">
    <w:name w:val="Intense Emphasis"/>
    <w:basedOn w:val="FontParagrafDefault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siRumit">
    <w:name w:val="Subtle Reference"/>
    <w:basedOn w:val="FontParagrafDefault"/>
    <w:uiPriority w:val="31"/>
    <w:qFormat/>
    <w:rsid w:val="00FC693F"/>
    <w:rPr>
      <w:smallCaps/>
      <w:color w:val="C0504D" w:themeColor="accent2"/>
      <w:u w:val="single"/>
    </w:rPr>
  </w:style>
  <w:style w:type="character" w:styleId="ReferensiyangSering">
    <w:name w:val="Intense Reference"/>
    <w:basedOn w:val="FontParagrafDefaul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JudulBuku">
    <w:name w:val="Book Title"/>
    <w:basedOn w:val="FontParagrafDefault"/>
    <w:uiPriority w:val="33"/>
    <w:qFormat/>
    <w:rsid w:val="00FC693F"/>
    <w:rPr>
      <w:b/>
      <w:bCs/>
      <w:smallCaps/>
      <w:spacing w:val="5"/>
    </w:rPr>
  </w:style>
  <w:style w:type="paragraph" w:styleId="JudulTOC">
    <w:name w:val="TOC Heading"/>
    <w:basedOn w:val="Judul1"/>
    <w:next w:val="Normal"/>
    <w:uiPriority w:val="39"/>
    <w:semiHidden/>
    <w:unhideWhenUsed/>
    <w:qFormat/>
    <w:rsid w:val="00FC693F"/>
    <w:pPr>
      <w:outlineLvl w:val="9"/>
    </w:pPr>
  </w:style>
  <w:style w:type="table" w:styleId="KisiTabe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BayanganTip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BayanganCahaya-Aksen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BayanganCahaya-Aksen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BayanganCahaya-Aksen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BayanganCahaya-Aksen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BayanganCahaya-Aksen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BayanganCahaya-Aksen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DaftarCahaya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aftarCahaya-Aksen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ftarCahaya-Aksen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DaftarCahaya-Aksen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DaftarCahaya-Aksen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DaftarCahaya-Aksen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ftarCahaya-Aksen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KisiCahaya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KisiCahaya-Aksen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KisiCahaya-Aksen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KisiCahaya-Aksen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KisiCahaya-Aksen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KisiCahaya-Aksen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KisiCahaya-Aksen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BayanganSedang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1-Aksen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BayanganSedang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BayanganSedang2-Aksen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DaftarSedang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DaftarSedang1-Aksen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DaftarSedang1-Aksen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DaftarSedang1-Aksen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DaftarSedang1-Aksen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DaftarSedang1-Aksen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DaftarSedang1-Aksen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DaftarSedang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DaftarSedang2-Aksen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isiSedang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Sedang1-Aksen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Sedang1-Aksen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Sedang1-Aksen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Sedang1-Aksen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Sedang1-Aksen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Sedang1-Aksen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isiSedang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2-Aksen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isiSedang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isiSedang3-Aksen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isiSedang3-Aksen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isiSedang3-Aksen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isiSedang3-Aksen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isiSedang3-Aksen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isiSedang3-Aksen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ftarGelap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ftarGelap-Aksen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ftarGelap-Aksen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ftarGelap-Aksen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ftarGelap-Aksen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ftarGelap-Aksen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ftarGelap-Aksen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yanganBerwarna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yanganBerwarna-Aksen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yanganBerwarna-Aksen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ftarBerwarna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DaftarBerwarna-Aksen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DaftarBerwarna-Aksen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DaftarBerwarna-Aksen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DaftarBerwarna-Aksen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DaftarBerwarna-Aksen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DaftarBerwarna-Aksen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isiBerwarna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isiBerwarna-Aksen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isiBerwarna-Aksen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isiBerwarna-Aksen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isiBerwarna-Aksen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isiBerwarna-Aksen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isiBerwarna-Aksen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rizky fadhillah</cp:lastModifiedBy>
  <cp:revision>6</cp:revision>
  <dcterms:created xsi:type="dcterms:W3CDTF">2013-12-23T23:15:00Z</dcterms:created>
  <dcterms:modified xsi:type="dcterms:W3CDTF">2026-08-31T09:03:00Z</dcterms:modified>
  <cp:category/>
</cp:coreProperties>
</file>