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A2030" w14:textId="77777777" w:rsidR="00EF1B0D" w:rsidRDefault="00634453" w:rsidP="0085497A">
      <w:pPr>
        <w:shd w:val="clear" w:color="auto" w:fill="FFFFFF" w:themeFill="background1"/>
        <w:jc w:val="center"/>
      </w:pPr>
      <w:r>
        <w:rPr>
          <w:b/>
        </w:rPr>
        <w:t>KẾ HOẠCH BÀI DẠY MÔN TIẾNG VIỆT LỚP 2 - TUẦN 29</w:t>
      </w:r>
    </w:p>
    <w:p w14:paraId="26119925" w14:textId="77777777" w:rsidR="00EF1B0D" w:rsidRDefault="00634453" w:rsidP="0085497A">
      <w:pPr>
        <w:shd w:val="clear" w:color="auto" w:fill="FFFFFF" w:themeFill="background1"/>
        <w:jc w:val="center"/>
      </w:pPr>
      <w:r>
        <w:rPr>
          <w:b/>
        </w:rPr>
        <w:t>CHỦ ĐỀ: GIAO TIẾP VÀ KẾT NỐI</w:t>
      </w:r>
    </w:p>
    <w:p w14:paraId="0C2CF3C4" w14:textId="77777777" w:rsidR="00EF1B0D" w:rsidRDefault="00634453" w:rsidP="0085497A">
      <w:pPr>
        <w:shd w:val="clear" w:color="auto" w:fill="FFFFFF" w:themeFill="background1"/>
        <w:jc w:val="center"/>
      </w:pPr>
      <w:r>
        <w:rPr>
          <w:b/>
        </w:rPr>
        <w:t>BÀI 19: CẢM ƠN ANH HÀ MÃ</w:t>
      </w:r>
    </w:p>
    <w:p w14:paraId="33905915" w14:textId="77777777" w:rsidR="00EF1B0D" w:rsidRDefault="00634453" w:rsidP="0085497A">
      <w:pPr>
        <w:shd w:val="clear" w:color="auto" w:fill="FFFFFF" w:themeFill="background1"/>
        <w:jc w:val="center"/>
      </w:pPr>
      <w:r>
        <w:rPr>
          <w:b/>
        </w:rPr>
        <w:t>TIẾT 1 - 2: ĐỌC - CẢM ƠN ANH HÀ MÃ</w:t>
      </w:r>
    </w:p>
    <w:p w14:paraId="43B63AEB" w14:textId="77777777" w:rsidR="00EF1B0D" w:rsidRDefault="00634453" w:rsidP="0085497A">
      <w:pPr>
        <w:shd w:val="clear" w:color="auto" w:fill="FFFFFF" w:themeFill="background1"/>
      </w:pPr>
      <w:r>
        <w:rPr>
          <w:b/>
        </w:rPr>
        <w:t>I. YÊU CẦU CẦN ĐẠT</w:t>
      </w:r>
    </w:p>
    <w:p w14:paraId="40FF1D5E" w14:textId="77777777" w:rsidR="00EF1B0D" w:rsidRDefault="00634453" w:rsidP="0085497A">
      <w:pPr>
        <w:shd w:val="clear" w:color="auto" w:fill="FFFFFF" w:themeFill="background1"/>
      </w:pPr>
      <w:r>
        <w:rPr>
          <w:b/>
        </w:rPr>
        <w:t>1. Năng lực đặc thù</w:t>
      </w:r>
    </w:p>
    <w:p w14:paraId="16166A61" w14:textId="77777777" w:rsidR="00EF1B0D" w:rsidRDefault="00634453" w:rsidP="0085497A">
      <w:pPr>
        <w:shd w:val="clear" w:color="auto" w:fill="FFFFFF" w:themeFill="background1"/>
        <w:jc w:val="both"/>
      </w:pPr>
      <w:r>
        <w:t>- Đọc đúng, rõ ràng văn bản truyện; biết ngắt nghỉ hơi ở chỗ có dấu câu; đọc đúng lời người kể và lời nhân vật.</w:t>
      </w:r>
    </w:p>
    <w:p w14:paraId="74FBCCCC" w14:textId="77777777" w:rsidR="00EF1B0D" w:rsidRDefault="00634453" w:rsidP="0085497A">
      <w:pPr>
        <w:shd w:val="clear" w:color="auto" w:fill="FFFFFF" w:themeFill="background1"/>
        <w:jc w:val="both"/>
      </w:pPr>
      <w:r>
        <w:t>- Hiểu nội dung câu chuyện: biết nói lời đề nghị, lời cảm ơn, lời xin lỗi lịch sự khi giao tiếp; nhận ra thái độ, hành động của các nhân vật.</w:t>
      </w:r>
    </w:p>
    <w:p w14:paraId="7AECABD6" w14:textId="77777777" w:rsidR="00EF1B0D" w:rsidRDefault="00634453" w:rsidP="0085497A">
      <w:pPr>
        <w:shd w:val="clear" w:color="auto" w:fill="FFFFFF" w:themeFill="background1"/>
        <w:jc w:val="both"/>
      </w:pPr>
      <w:r>
        <w:t>- Trả lời được các câu hỏi đọc hiểu; tìm được câu hỏi lịch sự với người lớn tuổi; biết nói tiếp câu theo mẫu trong bài.</w:t>
      </w:r>
    </w:p>
    <w:p w14:paraId="64892926" w14:textId="77777777" w:rsidR="00EF1B0D" w:rsidRDefault="00634453" w:rsidP="0085497A">
      <w:pPr>
        <w:shd w:val="clear" w:color="auto" w:fill="FFFFFF" w:themeFill="background1"/>
      </w:pPr>
      <w:r>
        <w:rPr>
          <w:b/>
        </w:rPr>
        <w:t>2. Năng lực chung</w:t>
      </w:r>
    </w:p>
    <w:p w14:paraId="7CFC931B" w14:textId="77777777" w:rsidR="00EF1B0D" w:rsidRDefault="00634453" w:rsidP="0085497A">
      <w:pPr>
        <w:shd w:val="clear" w:color="auto" w:fill="FFFFFF" w:themeFill="background1"/>
        <w:jc w:val="both"/>
      </w:pPr>
      <w:r>
        <w:t>- Tự chủ và tự học: Chủ động đọc thầm, tìm chi tiết trong văn bản, tự điều chỉnh cách đọc.</w:t>
      </w:r>
    </w:p>
    <w:p w14:paraId="00A48021" w14:textId="77777777" w:rsidR="00EF1B0D" w:rsidRDefault="00634453" w:rsidP="0085497A">
      <w:pPr>
        <w:shd w:val="clear" w:color="auto" w:fill="FFFFFF" w:themeFill="background1"/>
        <w:jc w:val="both"/>
      </w:pPr>
      <w:r>
        <w:t>- Giao tiếp và hợp tác: Biết trao đổi nhóm đôi, nhóm bốn; biết lắng nghe bạn và nói lời nhận xét lịch sự.</w:t>
      </w:r>
    </w:p>
    <w:p w14:paraId="41D41548" w14:textId="77777777" w:rsidR="00EF1B0D" w:rsidRDefault="00634453" w:rsidP="0085497A">
      <w:pPr>
        <w:shd w:val="clear" w:color="auto" w:fill="FFFFFF" w:themeFill="background1"/>
        <w:jc w:val="both"/>
      </w:pPr>
      <w:r>
        <w:t>- Giải quyết vấn đề và sáng tạo: Biết vận dụng nội dung bài vào tình huống cần nhờ giúp đỡ, xin lỗi và cảm ơn.</w:t>
      </w:r>
    </w:p>
    <w:p w14:paraId="004133D8" w14:textId="77777777" w:rsidR="00EF1B0D" w:rsidRDefault="00634453" w:rsidP="0085497A">
      <w:pPr>
        <w:shd w:val="clear" w:color="auto" w:fill="FFFFFF" w:themeFill="background1"/>
      </w:pPr>
      <w:r>
        <w:rPr>
          <w:b/>
        </w:rPr>
        <w:t>3. Phẩm chất</w:t>
      </w:r>
    </w:p>
    <w:p w14:paraId="606E8563" w14:textId="77777777" w:rsidR="00EF1B0D" w:rsidRDefault="00634453" w:rsidP="0085497A">
      <w:pPr>
        <w:shd w:val="clear" w:color="auto" w:fill="FFFFFF" w:themeFill="background1"/>
        <w:jc w:val="both"/>
      </w:pPr>
      <w:r>
        <w:t>- Nhân ái: Biết quan tâm, giúp đỡ bạn bè; biết cảm ơn khi được giúp đỡ và xin lỗi khi làm phiền người khác.</w:t>
      </w:r>
    </w:p>
    <w:p w14:paraId="0B000F58" w14:textId="77777777" w:rsidR="00EF1B0D" w:rsidRDefault="00634453" w:rsidP="0085497A">
      <w:pPr>
        <w:shd w:val="clear" w:color="auto" w:fill="FFFFFF" w:themeFill="background1"/>
        <w:jc w:val="both"/>
      </w:pPr>
      <w:r>
        <w:t>- Trách nhiệm: Có ý thức dùng lời nói lịch sự trong gia đình, nhà trường và nơi công cộng.</w:t>
      </w:r>
    </w:p>
    <w:p w14:paraId="1C5965CF" w14:textId="77777777" w:rsidR="00EF1B0D" w:rsidRDefault="00634453" w:rsidP="0085497A">
      <w:pPr>
        <w:shd w:val="clear" w:color="auto" w:fill="FFFFFF" w:themeFill="background1"/>
      </w:pPr>
      <w:r>
        <w:rPr>
          <w:b/>
        </w:rPr>
        <w:t>4. Tích hợp</w:t>
      </w:r>
    </w:p>
    <w:p w14:paraId="2CA36A93" w14:textId="77777777" w:rsidR="00EF1B0D" w:rsidRDefault="00634453" w:rsidP="0085497A">
      <w:pPr>
        <w:shd w:val="clear" w:color="auto" w:fill="FFFFFF" w:themeFill="background1"/>
        <w:jc w:val="both"/>
      </w:pPr>
      <w:r>
        <w:rPr>
          <w:color w:val="C00000"/>
        </w:rPr>
        <w:t>- Tích hợp lý tưởng cách mạng, đạo đức, lối sống: Rèn văn hoá cảm ơn, xin lỗi, đề nghị lịch sự; biết tôn trọng người lớn tuổi và giữ thái độ thân thiện khi giao tiếp.</w:t>
      </w:r>
    </w:p>
    <w:p w14:paraId="143C61F8" w14:textId="77777777" w:rsidR="00EF1B0D" w:rsidRDefault="00634453" w:rsidP="0085497A">
      <w:pPr>
        <w:shd w:val="clear" w:color="auto" w:fill="FFFFFF" w:themeFill="background1"/>
      </w:pPr>
      <w:r>
        <w:rPr>
          <w:b/>
        </w:rPr>
        <w:t>II. ĐỒ DÙNG DẠY HỌC</w:t>
      </w:r>
    </w:p>
    <w:p w14:paraId="6B873564" w14:textId="77777777" w:rsidR="00EF1B0D" w:rsidRDefault="00634453" w:rsidP="0085497A">
      <w:pPr>
        <w:shd w:val="clear" w:color="auto" w:fill="FFFFFF" w:themeFill="background1"/>
        <w:jc w:val="both"/>
      </w:pPr>
      <w:r>
        <w:t>- GV: Tranh minh hoạ bài đọc đã cắt đúng nội dung từng hoạt động; phiếu thảo luận câu hỏi đọc hiểu; thẻ tình huống giao tiếp lịch sự; máy chiếu.</w:t>
      </w:r>
    </w:p>
    <w:p w14:paraId="3D18366A" w14:textId="77777777" w:rsidR="00EF1B0D" w:rsidRDefault="00634453" w:rsidP="0085497A">
      <w:pPr>
        <w:shd w:val="clear" w:color="auto" w:fill="FFFFFF" w:themeFill="background1"/>
        <w:jc w:val="both"/>
      </w:pPr>
      <w:r>
        <w:t>- HS: SGK, vở ghi, VBT Tiếng Việt.</w:t>
      </w:r>
    </w:p>
    <w:p w14:paraId="64EC485D" w14:textId="77777777" w:rsidR="00EF1B0D" w:rsidRDefault="00634453" w:rsidP="0085497A">
      <w:pPr>
        <w:shd w:val="clear" w:color="auto" w:fill="FFFFFF" w:themeFill="background1"/>
      </w:pPr>
      <w:r>
        <w:rPr>
          <w:b/>
        </w:rPr>
        <w:t>III. CÁC HOẠT ĐỘNG DẠY HỌC CHỦ YẾU</w:t>
      </w:r>
    </w:p>
    <w:tbl>
      <w:tblPr>
        <w:tblW w:w="0" w:type="auto"/>
        <w:jc w:val="center"/>
        <w:tblBorders>
          <w:top w:val="single" w:sz="8" w:space="0" w:color="777777"/>
          <w:left w:val="single" w:sz="8" w:space="0" w:color="777777"/>
          <w:bottom w:val="single" w:sz="8" w:space="0" w:color="777777"/>
          <w:right w:val="single" w:sz="8" w:space="0" w:color="777777"/>
          <w:insideV w:val="single" w:sz="8" w:space="0" w:color="777777"/>
        </w:tblBorders>
        <w:tblLayout w:type="fixed"/>
        <w:tblLook w:val="04A0" w:firstRow="1" w:lastRow="0" w:firstColumn="1" w:lastColumn="0" w:noHBand="0" w:noVBand="1"/>
      </w:tblPr>
      <w:tblGrid>
        <w:gridCol w:w="5103"/>
        <w:gridCol w:w="5443"/>
      </w:tblGrid>
      <w:tr w:rsidR="00EF1B0D" w14:paraId="013056AE" w14:textId="77777777" w:rsidTr="00AB2150">
        <w:trPr>
          <w:tblHeader/>
          <w:jc w:val="center"/>
        </w:trPr>
        <w:tc>
          <w:tcPr>
            <w:tcW w:w="5103" w:type="dxa"/>
            <w:tcBorders>
              <w:bottom w:val="single" w:sz="8" w:space="0" w:color="777777"/>
            </w:tcBorders>
            <w:shd w:val="clear" w:color="auto" w:fill="DDEBF7"/>
            <w:tcMar>
              <w:top w:w="80" w:type="dxa"/>
              <w:left w:w="80" w:type="dxa"/>
              <w:bottom w:w="80" w:type="dxa"/>
              <w:right w:w="80" w:type="dxa"/>
            </w:tcMar>
          </w:tcPr>
          <w:p w14:paraId="57A0F90A" w14:textId="77777777" w:rsidR="00EF1B0D" w:rsidRDefault="00634453" w:rsidP="0085497A">
            <w:pPr>
              <w:shd w:val="clear" w:color="auto" w:fill="FFFFFF" w:themeFill="background1"/>
              <w:jc w:val="center"/>
            </w:pPr>
            <w:r>
              <w:rPr>
                <w:b/>
              </w:rPr>
              <w:t>Hoạt động của GV</w:t>
            </w:r>
          </w:p>
        </w:tc>
        <w:tc>
          <w:tcPr>
            <w:tcW w:w="5103" w:type="dxa"/>
            <w:tcBorders>
              <w:bottom w:val="single" w:sz="8" w:space="0" w:color="777777"/>
            </w:tcBorders>
            <w:shd w:val="clear" w:color="auto" w:fill="DDEBF7"/>
            <w:tcMar>
              <w:top w:w="80" w:type="dxa"/>
              <w:left w:w="80" w:type="dxa"/>
              <w:bottom w:w="80" w:type="dxa"/>
              <w:right w:w="80" w:type="dxa"/>
            </w:tcMar>
          </w:tcPr>
          <w:p w14:paraId="557EEBFE" w14:textId="77777777" w:rsidR="00EF1B0D" w:rsidRDefault="00634453" w:rsidP="0085497A">
            <w:pPr>
              <w:shd w:val="clear" w:color="auto" w:fill="FFFFFF" w:themeFill="background1"/>
              <w:jc w:val="center"/>
            </w:pPr>
            <w:r>
              <w:rPr>
                <w:b/>
              </w:rPr>
              <w:t>Hoạt động của HS</w:t>
            </w:r>
          </w:p>
        </w:tc>
      </w:tr>
      <w:tr w:rsidR="00EF1B0D" w14:paraId="00243BDC"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3679F7CD" w14:textId="77777777" w:rsidR="00EF1B0D" w:rsidRDefault="00634453" w:rsidP="0085497A">
            <w:pPr>
              <w:shd w:val="clear" w:color="auto" w:fill="FFFFFF" w:themeFill="background1"/>
            </w:pPr>
            <w:r>
              <w:rPr>
                <w:b/>
              </w:rPr>
              <w:t>TIẾT 1</w:t>
            </w:r>
          </w:p>
        </w:tc>
      </w:tr>
      <w:tr w:rsidR="00EF1B0D" w14:paraId="13D99692"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09191156" w14:textId="77777777" w:rsidR="00EF1B0D" w:rsidRDefault="00634453" w:rsidP="0085497A">
            <w:pPr>
              <w:shd w:val="clear" w:color="auto" w:fill="FFFFFF" w:themeFill="background1"/>
            </w:pPr>
            <w:r>
              <w:rPr>
                <w:b/>
              </w:rPr>
              <w:t>1. KHỞI ĐỘNG (5 phút)</w:t>
            </w:r>
          </w:p>
          <w:p w14:paraId="21BABC61" w14:textId="77777777" w:rsidR="00EF1B0D" w:rsidRDefault="00634453" w:rsidP="0085497A">
            <w:pPr>
              <w:shd w:val="clear" w:color="auto" w:fill="FFFFFF" w:themeFill="background1"/>
            </w:pPr>
            <w:r>
              <w:rPr>
                <w:b/>
              </w:rPr>
              <w:t>Mục tiêu: HS huy động kinh nghiệm về cách đáp lời trong tình huống giao tiếp; quan sát tranh để dự đoán nội dung bài; tạo tâm thế học bài mới.</w:t>
            </w:r>
          </w:p>
        </w:tc>
      </w:tr>
      <w:tr w:rsidR="00EF1B0D" w14:paraId="19274E7F" w14:textId="77777777" w:rsidTr="00AB2150">
        <w:trPr>
          <w:jc w:val="center"/>
        </w:trPr>
        <w:tc>
          <w:tcPr>
            <w:tcW w:w="5103" w:type="dxa"/>
            <w:tcBorders>
              <w:top w:val="single" w:sz="8" w:space="0" w:color="777777"/>
            </w:tcBorders>
            <w:tcMar>
              <w:top w:w="80" w:type="dxa"/>
              <w:left w:w="80" w:type="dxa"/>
              <w:bottom w:w="80" w:type="dxa"/>
              <w:right w:w="80" w:type="dxa"/>
            </w:tcMar>
          </w:tcPr>
          <w:p w14:paraId="1D721241" w14:textId="77777777" w:rsidR="00EF1B0D" w:rsidRDefault="00634453" w:rsidP="0085497A">
            <w:pPr>
              <w:shd w:val="clear" w:color="auto" w:fill="FFFFFF" w:themeFill="background1"/>
              <w:jc w:val="both"/>
            </w:pPr>
            <w:r>
              <w:t>- GV yêu cầu HS quan sát đúng 2 tranh mở đầu trong SGK và nêu nhiệm vụ: “Em nói lời đáp thế nào trong những tình huống sau?”</w:t>
            </w:r>
          </w:p>
          <w:p w14:paraId="3C331414" w14:textId="77777777" w:rsidR="00EF1B0D" w:rsidRDefault="00634453" w:rsidP="0085497A">
            <w:pPr>
              <w:shd w:val="clear" w:color="auto" w:fill="FFFFFF" w:themeFill="background1"/>
              <w:jc w:val="both"/>
            </w:pPr>
            <w:r>
              <w:t>- GV nhắc HS nhìn kĩ lời thoại trong từng tranh, suy nghĩ cách đáp lịch sự, nói đủ câu, giọng nhẹ nhàng.</w:t>
            </w:r>
          </w:p>
          <w:p w14:paraId="0E9617E7" w14:textId="2C12567B" w:rsidR="00EF1B0D" w:rsidRDefault="00EF1B0D" w:rsidP="0085497A">
            <w:pPr>
              <w:shd w:val="clear" w:color="auto" w:fill="FFFFFF" w:themeFill="background1"/>
              <w:jc w:val="center"/>
            </w:pPr>
          </w:p>
        </w:tc>
        <w:tc>
          <w:tcPr>
            <w:tcW w:w="5103" w:type="dxa"/>
            <w:tcBorders>
              <w:top w:val="single" w:sz="8" w:space="0" w:color="777777"/>
            </w:tcBorders>
            <w:tcMar>
              <w:top w:w="80" w:type="dxa"/>
              <w:left w:w="80" w:type="dxa"/>
              <w:bottom w:w="80" w:type="dxa"/>
              <w:right w:w="80" w:type="dxa"/>
            </w:tcMar>
          </w:tcPr>
          <w:p w14:paraId="2F1F9F6F" w14:textId="77777777" w:rsidR="00EF1B0D" w:rsidRDefault="00634453" w:rsidP="0085497A">
            <w:pPr>
              <w:shd w:val="clear" w:color="auto" w:fill="FFFFFF" w:themeFill="background1"/>
              <w:jc w:val="both"/>
            </w:pPr>
            <w:r>
              <w:t>- HS quan sát tranh, trao đổi nhóm đôi.</w:t>
            </w:r>
          </w:p>
          <w:p w14:paraId="6B3426BC" w14:textId="77777777" w:rsidR="00EF1B0D" w:rsidRDefault="00634453" w:rsidP="0085497A">
            <w:pPr>
              <w:shd w:val="clear" w:color="auto" w:fill="FFFFFF" w:themeFill="background1"/>
              <w:jc w:val="both"/>
            </w:pPr>
            <w:r>
              <w:t>- Dự kiến: Tranh 1: “Cảm ơn bạn đã chúc mừng sinh nhật mình.”</w:t>
            </w:r>
          </w:p>
          <w:p w14:paraId="4ABEEA17" w14:textId="77777777" w:rsidR="00EF1B0D" w:rsidRDefault="00634453" w:rsidP="0085497A">
            <w:pPr>
              <w:shd w:val="clear" w:color="auto" w:fill="FFFFFF" w:themeFill="background1"/>
              <w:jc w:val="both"/>
            </w:pPr>
            <w:r>
              <w:t>- Tranh 2: “Con xin lỗi mẹ ạ. Lần sau con sẽ cẩn thận hơn.”</w:t>
            </w:r>
          </w:p>
        </w:tc>
      </w:tr>
      <w:tr w:rsidR="00EF1B0D" w14:paraId="61701363" w14:textId="77777777" w:rsidTr="00AB2150">
        <w:trPr>
          <w:jc w:val="center"/>
        </w:trPr>
        <w:tc>
          <w:tcPr>
            <w:tcW w:w="5103" w:type="dxa"/>
            <w:tcMar>
              <w:top w:w="80" w:type="dxa"/>
              <w:left w:w="80" w:type="dxa"/>
              <w:bottom w:w="80" w:type="dxa"/>
              <w:right w:w="80" w:type="dxa"/>
            </w:tcMar>
          </w:tcPr>
          <w:p w14:paraId="13FB2552" w14:textId="77777777" w:rsidR="00EF1B0D" w:rsidRDefault="00634453" w:rsidP="0085497A">
            <w:pPr>
              <w:shd w:val="clear" w:color="auto" w:fill="FFFFFF" w:themeFill="background1"/>
              <w:jc w:val="both"/>
            </w:pPr>
            <w:r>
              <w:t>- GV mời 2-3 cặp thực hành đáp lời trước lớp; yêu cầu các cặp thể hiện nét mặt vui vẻ, ánh mắt thân thiện, không nói trống không.</w:t>
            </w:r>
          </w:p>
        </w:tc>
        <w:tc>
          <w:tcPr>
            <w:tcW w:w="5103" w:type="dxa"/>
            <w:tcMar>
              <w:top w:w="80" w:type="dxa"/>
              <w:left w:w="80" w:type="dxa"/>
              <w:bottom w:w="80" w:type="dxa"/>
              <w:right w:w="80" w:type="dxa"/>
            </w:tcMar>
          </w:tcPr>
          <w:p w14:paraId="24D383B2" w14:textId="77777777" w:rsidR="00EF1B0D" w:rsidRDefault="00634453" w:rsidP="0085497A">
            <w:pPr>
              <w:shd w:val="clear" w:color="auto" w:fill="FFFFFF" w:themeFill="background1"/>
              <w:jc w:val="both"/>
            </w:pPr>
            <w:r>
              <w:t>- HS thực hành trước lớp; HS khác nhận xét: lời đáp có đủ “cảm ơn”, “xin lỗi”, có phù hợp tình huống không.</w:t>
            </w:r>
          </w:p>
        </w:tc>
      </w:tr>
      <w:tr w:rsidR="00EF1B0D" w14:paraId="747F4BBE" w14:textId="77777777" w:rsidTr="00AB2150">
        <w:trPr>
          <w:jc w:val="center"/>
        </w:trPr>
        <w:tc>
          <w:tcPr>
            <w:tcW w:w="5103" w:type="dxa"/>
            <w:tcBorders>
              <w:bottom w:val="single" w:sz="8" w:space="0" w:color="777777"/>
            </w:tcBorders>
            <w:tcMar>
              <w:top w:w="80" w:type="dxa"/>
              <w:left w:w="80" w:type="dxa"/>
              <w:bottom w:w="80" w:type="dxa"/>
              <w:right w:w="80" w:type="dxa"/>
            </w:tcMar>
          </w:tcPr>
          <w:p w14:paraId="23A4A0FF" w14:textId="77777777" w:rsidR="00EF1B0D" w:rsidRDefault="00634453" w:rsidP="0085497A">
            <w:pPr>
              <w:shd w:val="clear" w:color="auto" w:fill="FFFFFF" w:themeFill="background1"/>
              <w:jc w:val="both"/>
            </w:pPr>
            <w:r>
              <w:t xml:space="preserve">- GV dẫn vào bài: Trong cuộc sống, khi cần người khác giúp, chúng ta cần biết nói lời đề nghị; khi được giúp, cần biết cảm ơn; khi làm </w:t>
            </w:r>
            <w:r>
              <w:lastRenderedPageBreak/>
              <w:t>sai, cần biết xin lỗi. Câu chuyện Cảm ơn anh hà mã sẽ giúp các em hiểu rõ hơn cách nói lịch sự ấy.</w:t>
            </w:r>
          </w:p>
        </w:tc>
        <w:tc>
          <w:tcPr>
            <w:tcW w:w="5103" w:type="dxa"/>
            <w:tcBorders>
              <w:bottom w:val="single" w:sz="8" w:space="0" w:color="777777"/>
            </w:tcBorders>
            <w:tcMar>
              <w:top w:w="80" w:type="dxa"/>
              <w:left w:w="80" w:type="dxa"/>
              <w:bottom w:w="80" w:type="dxa"/>
              <w:right w:w="80" w:type="dxa"/>
            </w:tcMar>
          </w:tcPr>
          <w:p w14:paraId="7DC11CEA" w14:textId="77777777" w:rsidR="00EF1B0D" w:rsidRDefault="00634453" w:rsidP="0085497A">
            <w:pPr>
              <w:shd w:val="clear" w:color="auto" w:fill="FFFFFF" w:themeFill="background1"/>
              <w:jc w:val="both"/>
            </w:pPr>
            <w:r>
              <w:lastRenderedPageBreak/>
              <w:t>- HS lắng nghe, ghi tên bài: Cảm ơn anh hà mã.</w:t>
            </w:r>
          </w:p>
        </w:tc>
      </w:tr>
      <w:tr w:rsidR="00EF1B0D" w14:paraId="6E1BAEC0"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5289B946" w14:textId="77777777" w:rsidR="00EF1B0D" w:rsidRDefault="00634453" w:rsidP="0085497A">
            <w:pPr>
              <w:shd w:val="clear" w:color="auto" w:fill="FFFFFF" w:themeFill="background1"/>
            </w:pPr>
            <w:r>
              <w:rPr>
                <w:b/>
              </w:rPr>
              <w:t>2. KHÁM PHÁ KIẾN THỨC (27 phút)</w:t>
            </w:r>
          </w:p>
          <w:p w14:paraId="08959903" w14:textId="77777777" w:rsidR="00EF1B0D" w:rsidRDefault="00634453" w:rsidP="0085497A">
            <w:pPr>
              <w:shd w:val="clear" w:color="auto" w:fill="FFFFFF" w:themeFill="background1"/>
            </w:pPr>
            <w:r>
              <w:rPr>
                <w:b/>
              </w:rPr>
              <w:t>Mục tiêu: HS đọc đúng, rõ ràng văn bản; biết đọc lời nhân vật phù hợp; hiểu nghĩa từ khó và bước đầu nắm tình huống truyện.</w:t>
            </w:r>
          </w:p>
        </w:tc>
      </w:tr>
      <w:tr w:rsidR="00EF1B0D" w14:paraId="603B237E"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370BF177" w14:textId="77777777" w:rsidR="00EF1B0D" w:rsidRDefault="00634453" w:rsidP="0085497A">
            <w:pPr>
              <w:shd w:val="clear" w:color="auto" w:fill="FFFFFF" w:themeFill="background1"/>
            </w:pPr>
            <w:r>
              <w:rPr>
                <w:b/>
              </w:rPr>
              <w:t>Hoạt động 1: Đọc văn bản</w:t>
            </w:r>
          </w:p>
        </w:tc>
      </w:tr>
      <w:tr w:rsidR="00EF1B0D" w14:paraId="17861BDC" w14:textId="77777777" w:rsidTr="00AB2150">
        <w:trPr>
          <w:jc w:val="center"/>
        </w:trPr>
        <w:tc>
          <w:tcPr>
            <w:tcW w:w="5103" w:type="dxa"/>
            <w:tcBorders>
              <w:top w:val="single" w:sz="8" w:space="0" w:color="777777"/>
            </w:tcBorders>
            <w:tcMar>
              <w:top w:w="80" w:type="dxa"/>
              <w:left w:w="80" w:type="dxa"/>
              <w:bottom w:w="80" w:type="dxa"/>
              <w:right w:w="80" w:type="dxa"/>
            </w:tcMar>
          </w:tcPr>
          <w:p w14:paraId="57CD7AA1" w14:textId="77777777" w:rsidR="00EF1B0D" w:rsidRDefault="00634453" w:rsidP="0085497A">
            <w:pPr>
              <w:shd w:val="clear" w:color="auto" w:fill="FFFFFF" w:themeFill="background1"/>
              <w:jc w:val="both"/>
            </w:pPr>
            <w:r>
              <w:t>a. GV đọc mẫu.</w:t>
            </w:r>
          </w:p>
          <w:p w14:paraId="00E654E0" w14:textId="77777777" w:rsidR="00EF1B0D" w:rsidRDefault="00634453" w:rsidP="0085497A">
            <w:pPr>
              <w:shd w:val="clear" w:color="auto" w:fill="FFFFFF" w:themeFill="background1"/>
              <w:jc w:val="both"/>
            </w:pPr>
            <w:r>
              <w:t>- GV giới thiệu ngắn gọn: Câu chuyện kể về Dê, Cún và anh Hà mã trong một tình huống cần nhờ giúp đỡ. Khi đọc, các em chú ý lời nói của từng nhân vật để nhận ra cách đề nghị, cảm ơn, xin lỗi.</w:t>
            </w:r>
          </w:p>
          <w:p w14:paraId="1F52B572" w14:textId="3C3082AF" w:rsidR="00EF1B0D" w:rsidRDefault="00EF1B0D" w:rsidP="0085497A">
            <w:pPr>
              <w:shd w:val="clear" w:color="auto" w:fill="FFFFFF" w:themeFill="background1"/>
              <w:jc w:val="center"/>
            </w:pPr>
          </w:p>
        </w:tc>
        <w:tc>
          <w:tcPr>
            <w:tcW w:w="5103" w:type="dxa"/>
            <w:tcBorders>
              <w:top w:val="single" w:sz="8" w:space="0" w:color="777777"/>
            </w:tcBorders>
            <w:tcMar>
              <w:top w:w="80" w:type="dxa"/>
              <w:left w:w="80" w:type="dxa"/>
              <w:bottom w:w="80" w:type="dxa"/>
              <w:right w:w="80" w:type="dxa"/>
            </w:tcMar>
          </w:tcPr>
          <w:p w14:paraId="4307A65D" w14:textId="77777777" w:rsidR="00EF1B0D" w:rsidRDefault="00634453" w:rsidP="0085497A">
            <w:pPr>
              <w:shd w:val="clear" w:color="auto" w:fill="FFFFFF" w:themeFill="background1"/>
              <w:jc w:val="both"/>
            </w:pPr>
            <w:r>
              <w:t>- HS lắng nghe, xác định nhiệm vụ đọc: chú ý lời nhân vật, chi tiết thể hiện cách nói lịch sự.</w:t>
            </w:r>
          </w:p>
        </w:tc>
      </w:tr>
      <w:tr w:rsidR="00EF1B0D" w14:paraId="41285892" w14:textId="77777777" w:rsidTr="00AB2150">
        <w:trPr>
          <w:jc w:val="center"/>
        </w:trPr>
        <w:tc>
          <w:tcPr>
            <w:tcW w:w="5103" w:type="dxa"/>
            <w:tcMar>
              <w:top w:w="80" w:type="dxa"/>
              <w:left w:w="80" w:type="dxa"/>
              <w:bottom w:w="80" w:type="dxa"/>
              <w:right w:w="80" w:type="dxa"/>
            </w:tcMar>
          </w:tcPr>
          <w:p w14:paraId="0EE78F75" w14:textId="77777777" w:rsidR="00EF1B0D" w:rsidRDefault="00634453" w:rsidP="0085497A">
            <w:pPr>
              <w:shd w:val="clear" w:color="auto" w:fill="FFFFFF" w:themeFill="background1"/>
              <w:jc w:val="both"/>
            </w:pPr>
            <w:r>
              <w:t>- GV đọc mẫu toàn bài; nêu giọng đọc: người kể chậm rãi; Cún lúc đầu vội vàng, sau đó biết sửa lỗi; Hà mã điềm đạm, thân thiện; Dê nhẹ nhàng.</w:t>
            </w:r>
          </w:p>
          <w:p w14:paraId="64772862" w14:textId="77777777" w:rsidR="00EF1B0D" w:rsidRDefault="00634453" w:rsidP="0085497A">
            <w:pPr>
              <w:shd w:val="clear" w:color="auto" w:fill="FFFFFF" w:themeFill="background1"/>
              <w:jc w:val="both"/>
            </w:pPr>
            <w:r>
              <w:t>- GV nhấn giọng các từ: “giúp”, “được không ạ”, “cảm ơn”, “xin lỗi”.</w:t>
            </w:r>
          </w:p>
        </w:tc>
        <w:tc>
          <w:tcPr>
            <w:tcW w:w="5103" w:type="dxa"/>
            <w:tcMar>
              <w:top w:w="80" w:type="dxa"/>
              <w:left w:w="80" w:type="dxa"/>
              <w:bottom w:w="80" w:type="dxa"/>
              <w:right w:w="80" w:type="dxa"/>
            </w:tcMar>
          </w:tcPr>
          <w:p w14:paraId="4A55303C" w14:textId="77777777" w:rsidR="00EF1B0D" w:rsidRDefault="00634453" w:rsidP="0085497A">
            <w:pPr>
              <w:shd w:val="clear" w:color="auto" w:fill="FFFFFF" w:themeFill="background1"/>
              <w:jc w:val="both"/>
            </w:pPr>
            <w:r>
              <w:t>- HS đọc thầm theo trong SGK, chú ý cách ngắt nghỉ ở dấu phẩy, dấu chấm, dấu hỏi và cách đọc lời thoại.</w:t>
            </w:r>
          </w:p>
        </w:tc>
      </w:tr>
      <w:tr w:rsidR="00EF1B0D" w14:paraId="50B00366" w14:textId="77777777" w:rsidTr="00AB2150">
        <w:trPr>
          <w:jc w:val="center"/>
        </w:trPr>
        <w:tc>
          <w:tcPr>
            <w:tcW w:w="5103" w:type="dxa"/>
            <w:tcMar>
              <w:top w:w="80" w:type="dxa"/>
              <w:left w:w="80" w:type="dxa"/>
              <w:bottom w:w="80" w:type="dxa"/>
              <w:right w:w="80" w:type="dxa"/>
            </w:tcMar>
          </w:tcPr>
          <w:p w14:paraId="43DAACA9" w14:textId="77777777" w:rsidR="00EF1B0D" w:rsidRDefault="00634453" w:rsidP="0085497A">
            <w:pPr>
              <w:shd w:val="clear" w:color="auto" w:fill="FFFFFF" w:themeFill="background1"/>
              <w:jc w:val="both"/>
            </w:pPr>
            <w:r>
              <w:t>b. HS luyện đọc từng đoạn, kết hợp đọc từ khó và giải nghĩa từ.</w:t>
            </w:r>
          </w:p>
          <w:p w14:paraId="371E9E25" w14:textId="77777777" w:rsidR="00EF1B0D" w:rsidRDefault="00634453" w:rsidP="0085497A">
            <w:pPr>
              <w:shd w:val="clear" w:color="auto" w:fill="FFFFFF" w:themeFill="background1"/>
              <w:jc w:val="both"/>
            </w:pPr>
            <w:r>
              <w:t>- GV hỏi: Bài đọc có thể chia thành mấy đoạn? Mỗi đoạn bắt đầu và kết thúc ở đâu?</w:t>
            </w:r>
          </w:p>
        </w:tc>
        <w:tc>
          <w:tcPr>
            <w:tcW w:w="5103" w:type="dxa"/>
            <w:tcMar>
              <w:top w:w="80" w:type="dxa"/>
              <w:left w:w="80" w:type="dxa"/>
              <w:bottom w:w="80" w:type="dxa"/>
              <w:right w:w="80" w:type="dxa"/>
            </w:tcMar>
          </w:tcPr>
          <w:p w14:paraId="2CA5C79C" w14:textId="77777777" w:rsidR="00EF1B0D" w:rsidRDefault="00634453" w:rsidP="0085497A">
            <w:pPr>
              <w:shd w:val="clear" w:color="auto" w:fill="FFFFFF" w:themeFill="background1"/>
              <w:jc w:val="both"/>
            </w:pPr>
            <w:r>
              <w:t>- HS trả lời: Bài đọc có thể chia thành 3 đoạn.</w:t>
            </w:r>
          </w:p>
          <w:p w14:paraId="6EE7812A" w14:textId="77777777" w:rsidR="00EF1B0D" w:rsidRDefault="00634453" w:rsidP="0085497A">
            <w:pPr>
              <w:shd w:val="clear" w:color="auto" w:fill="FFFFFF" w:themeFill="background1"/>
              <w:jc w:val="both"/>
            </w:pPr>
            <w:r>
              <w:t>- Đoạn 1: từ đầu đến “qua sông!”</w:t>
            </w:r>
          </w:p>
          <w:p w14:paraId="42530BC3" w14:textId="77777777" w:rsidR="00EF1B0D" w:rsidRDefault="00634453" w:rsidP="0085497A">
            <w:pPr>
              <w:shd w:val="clear" w:color="auto" w:fill="FFFFFF" w:themeFill="background1"/>
              <w:jc w:val="both"/>
            </w:pPr>
            <w:r>
              <w:t>- Đoạn 2: tiếp theo đến “quay sang nói nhỏ với dê”</w:t>
            </w:r>
          </w:p>
          <w:p w14:paraId="06F71A13" w14:textId="77777777" w:rsidR="00EF1B0D" w:rsidRDefault="00634453" w:rsidP="0085497A">
            <w:pPr>
              <w:shd w:val="clear" w:color="auto" w:fill="FFFFFF" w:themeFill="background1"/>
              <w:jc w:val="both"/>
            </w:pPr>
            <w:r>
              <w:t>- Đoạn 3: phần còn lại.</w:t>
            </w:r>
          </w:p>
        </w:tc>
      </w:tr>
      <w:tr w:rsidR="00EF1B0D" w14:paraId="7B44F914" w14:textId="77777777" w:rsidTr="00AB2150">
        <w:trPr>
          <w:jc w:val="center"/>
        </w:trPr>
        <w:tc>
          <w:tcPr>
            <w:tcW w:w="5103" w:type="dxa"/>
            <w:tcMar>
              <w:top w:w="80" w:type="dxa"/>
              <w:left w:w="80" w:type="dxa"/>
              <w:bottom w:w="80" w:type="dxa"/>
              <w:right w:w="80" w:type="dxa"/>
            </w:tcMar>
          </w:tcPr>
          <w:p w14:paraId="0B7F3840" w14:textId="77777777" w:rsidR="00EF1B0D" w:rsidRDefault="00634453" w:rsidP="0085497A">
            <w:pPr>
              <w:shd w:val="clear" w:color="auto" w:fill="FFFFFF" w:themeFill="background1"/>
              <w:jc w:val="both"/>
            </w:pPr>
            <w:r>
              <w:t>- GV tổ chức cho HS đọc nối tiếp từng đoạn lần 1; cả lớp lắng nghe để phát hiện lỗi phát âm.</w:t>
            </w:r>
          </w:p>
        </w:tc>
        <w:tc>
          <w:tcPr>
            <w:tcW w:w="5103" w:type="dxa"/>
            <w:tcMar>
              <w:top w:w="80" w:type="dxa"/>
              <w:left w:w="80" w:type="dxa"/>
              <w:bottom w:w="80" w:type="dxa"/>
              <w:right w:w="80" w:type="dxa"/>
            </w:tcMar>
          </w:tcPr>
          <w:p w14:paraId="2A9D9AB6" w14:textId="77777777" w:rsidR="00EF1B0D" w:rsidRDefault="00634453" w:rsidP="0085497A">
            <w:pPr>
              <w:shd w:val="clear" w:color="auto" w:fill="FFFFFF" w:themeFill="background1"/>
              <w:jc w:val="both"/>
            </w:pPr>
            <w:r>
              <w:t>- HS đọc nối tiếp 3 đoạn; HS khác nhận xét bạn đọc đúng hay chưa.</w:t>
            </w:r>
          </w:p>
        </w:tc>
      </w:tr>
      <w:tr w:rsidR="00EF1B0D" w14:paraId="03070FFF" w14:textId="77777777" w:rsidTr="00AB2150">
        <w:trPr>
          <w:jc w:val="center"/>
        </w:trPr>
        <w:tc>
          <w:tcPr>
            <w:tcW w:w="5103" w:type="dxa"/>
            <w:tcMar>
              <w:top w:w="80" w:type="dxa"/>
              <w:left w:w="80" w:type="dxa"/>
              <w:bottom w:w="80" w:type="dxa"/>
              <w:right w:w="80" w:type="dxa"/>
            </w:tcMar>
          </w:tcPr>
          <w:p w14:paraId="2014609D" w14:textId="77777777" w:rsidR="00EF1B0D" w:rsidRDefault="00634453" w:rsidP="0085497A">
            <w:pPr>
              <w:shd w:val="clear" w:color="auto" w:fill="FFFFFF" w:themeFill="background1"/>
              <w:jc w:val="both"/>
            </w:pPr>
            <w:r>
              <w:t>- GV hỏi: Trong bài có những từ nào em thấy khó đọc hoặc dễ đọc sai?</w:t>
            </w:r>
          </w:p>
          <w:p w14:paraId="48CB33B0" w14:textId="77777777" w:rsidR="00EF1B0D" w:rsidRDefault="00634453" w:rsidP="0085497A">
            <w:pPr>
              <w:shd w:val="clear" w:color="auto" w:fill="FFFFFF" w:themeFill="background1"/>
              <w:jc w:val="both"/>
            </w:pPr>
            <w:r>
              <w:t>- GV ghi từ khó, hướng dẫn đọc cá nhân - nhóm - đồng thanh.</w:t>
            </w:r>
          </w:p>
        </w:tc>
        <w:tc>
          <w:tcPr>
            <w:tcW w:w="5103" w:type="dxa"/>
            <w:tcMar>
              <w:top w:w="80" w:type="dxa"/>
              <w:left w:w="80" w:type="dxa"/>
              <w:bottom w:w="80" w:type="dxa"/>
              <w:right w:w="80" w:type="dxa"/>
            </w:tcMar>
          </w:tcPr>
          <w:p w14:paraId="368AB9CF" w14:textId="77777777" w:rsidR="00EF1B0D" w:rsidRDefault="00634453" w:rsidP="0085497A">
            <w:pPr>
              <w:shd w:val="clear" w:color="auto" w:fill="FFFFFF" w:themeFill="background1"/>
              <w:jc w:val="both"/>
            </w:pPr>
            <w:r>
              <w:t>- HS nêu và luyện đọc: lạc đường, phát ỳ, lịch sự, mỉm cười, hà mã, bờ sông, cuống quýt.</w:t>
            </w:r>
          </w:p>
        </w:tc>
      </w:tr>
      <w:tr w:rsidR="00EF1B0D" w14:paraId="05F0BB3D" w14:textId="77777777" w:rsidTr="00AB2150">
        <w:trPr>
          <w:jc w:val="center"/>
        </w:trPr>
        <w:tc>
          <w:tcPr>
            <w:tcW w:w="5103" w:type="dxa"/>
            <w:tcMar>
              <w:top w:w="80" w:type="dxa"/>
              <w:left w:w="80" w:type="dxa"/>
              <w:bottom w:w="80" w:type="dxa"/>
              <w:right w:w="80" w:type="dxa"/>
            </w:tcMar>
          </w:tcPr>
          <w:p w14:paraId="40FD5C4A" w14:textId="77777777" w:rsidR="00EF1B0D" w:rsidRDefault="00634453" w:rsidP="0085497A">
            <w:pPr>
              <w:shd w:val="clear" w:color="auto" w:fill="FFFFFF" w:themeFill="background1"/>
              <w:jc w:val="both"/>
            </w:pPr>
            <w:r>
              <w:t>- GV hướng dẫn đọc câu dài: “Chào anh hà mã,/ anh giúp bọn em qua sông được không ạ?”</w:t>
            </w:r>
          </w:p>
          <w:p w14:paraId="52CA54A2" w14:textId="77777777" w:rsidR="00EF1B0D" w:rsidRDefault="00634453" w:rsidP="0085497A">
            <w:pPr>
              <w:shd w:val="clear" w:color="auto" w:fill="FFFFFF" w:themeFill="background1"/>
              <w:jc w:val="both"/>
            </w:pPr>
            <w:r>
              <w:t>- GV nhắc HS ngắt sau cụm “Chào anh hà mã”, đọc cuối câu bằng giọng lễ phép.</w:t>
            </w:r>
          </w:p>
        </w:tc>
        <w:tc>
          <w:tcPr>
            <w:tcW w:w="5103" w:type="dxa"/>
            <w:tcMar>
              <w:top w:w="80" w:type="dxa"/>
              <w:left w:w="80" w:type="dxa"/>
              <w:bottom w:w="80" w:type="dxa"/>
              <w:right w:w="80" w:type="dxa"/>
            </w:tcMar>
          </w:tcPr>
          <w:p w14:paraId="371D9BDA" w14:textId="77777777" w:rsidR="00EF1B0D" w:rsidRDefault="00634453" w:rsidP="0085497A">
            <w:pPr>
              <w:shd w:val="clear" w:color="auto" w:fill="FFFFFF" w:themeFill="background1"/>
              <w:jc w:val="both"/>
            </w:pPr>
            <w:r>
              <w:t>- HS luyện đọc câu dài, biết hạ giọng nhẹ ở cuối câu hỏi lịch sự.</w:t>
            </w:r>
          </w:p>
        </w:tc>
      </w:tr>
      <w:tr w:rsidR="00EF1B0D" w14:paraId="60792F16" w14:textId="77777777" w:rsidTr="00AB2150">
        <w:trPr>
          <w:jc w:val="center"/>
        </w:trPr>
        <w:tc>
          <w:tcPr>
            <w:tcW w:w="5103" w:type="dxa"/>
            <w:tcMar>
              <w:top w:w="80" w:type="dxa"/>
              <w:left w:w="80" w:type="dxa"/>
              <w:bottom w:w="80" w:type="dxa"/>
              <w:right w:w="80" w:type="dxa"/>
            </w:tcMar>
          </w:tcPr>
          <w:p w14:paraId="7F4BB9BF" w14:textId="77777777" w:rsidR="00EF1B0D" w:rsidRDefault="00634453" w:rsidP="0085497A">
            <w:pPr>
              <w:shd w:val="clear" w:color="auto" w:fill="FFFFFF" w:themeFill="background1"/>
              <w:jc w:val="both"/>
            </w:pPr>
            <w:r>
              <w:t>- GV giải nghĩa: “phát ỳ” là không hài lòng; “lịch sự” là lễ phép, đúng mực khi nói năng, cư xử.</w:t>
            </w:r>
          </w:p>
          <w:p w14:paraId="1721C322" w14:textId="77777777" w:rsidR="00EF1B0D" w:rsidRDefault="00634453" w:rsidP="0085497A">
            <w:pPr>
              <w:shd w:val="clear" w:color="auto" w:fill="FFFFFF" w:themeFill="background1"/>
              <w:jc w:val="both"/>
            </w:pPr>
            <w:r>
              <w:t>- GV yêu cầu HS đặt một câu có từ “lịch sự”.</w:t>
            </w:r>
          </w:p>
        </w:tc>
        <w:tc>
          <w:tcPr>
            <w:tcW w:w="5103" w:type="dxa"/>
            <w:tcMar>
              <w:top w:w="80" w:type="dxa"/>
              <w:left w:w="80" w:type="dxa"/>
              <w:bottom w:w="80" w:type="dxa"/>
              <w:right w:w="80" w:type="dxa"/>
            </w:tcMar>
          </w:tcPr>
          <w:p w14:paraId="0547B4D0" w14:textId="77777777" w:rsidR="00EF1B0D" w:rsidRDefault="00634453" w:rsidP="0085497A">
            <w:pPr>
              <w:shd w:val="clear" w:color="auto" w:fill="FFFFFF" w:themeFill="background1"/>
              <w:jc w:val="both"/>
            </w:pPr>
            <w:r>
              <w:t>- HS nêu nghĩa từ và đặt câu.</w:t>
            </w:r>
          </w:p>
          <w:p w14:paraId="2AF051A7" w14:textId="77777777" w:rsidR="00EF1B0D" w:rsidRDefault="00634453" w:rsidP="0085497A">
            <w:pPr>
              <w:shd w:val="clear" w:color="auto" w:fill="FFFFFF" w:themeFill="background1"/>
              <w:jc w:val="both"/>
            </w:pPr>
            <w:r>
              <w:t>- Dự kiến: “Chúng em cần nói lời lịch sự khi nhờ người khác giúp đỡ.”</w:t>
            </w:r>
          </w:p>
        </w:tc>
      </w:tr>
      <w:tr w:rsidR="00EF1B0D" w14:paraId="20C21258" w14:textId="77777777" w:rsidTr="00AB2150">
        <w:trPr>
          <w:jc w:val="center"/>
        </w:trPr>
        <w:tc>
          <w:tcPr>
            <w:tcW w:w="5103" w:type="dxa"/>
            <w:tcMar>
              <w:top w:w="80" w:type="dxa"/>
              <w:left w:w="80" w:type="dxa"/>
              <w:bottom w:w="80" w:type="dxa"/>
              <w:right w:w="80" w:type="dxa"/>
            </w:tcMar>
          </w:tcPr>
          <w:p w14:paraId="24103A68" w14:textId="77777777" w:rsidR="00EF1B0D" w:rsidRDefault="00634453" w:rsidP="0085497A">
            <w:pPr>
              <w:shd w:val="clear" w:color="auto" w:fill="FFFFFF" w:themeFill="background1"/>
              <w:jc w:val="both"/>
            </w:pPr>
            <w:r>
              <w:t>c. HS luyện đọc trong nhóm.</w:t>
            </w:r>
          </w:p>
          <w:p w14:paraId="1D9D7256" w14:textId="77777777" w:rsidR="00EF1B0D" w:rsidRDefault="00634453" w:rsidP="0085497A">
            <w:pPr>
              <w:shd w:val="clear" w:color="auto" w:fill="FFFFFF" w:themeFill="background1"/>
              <w:jc w:val="both"/>
            </w:pPr>
            <w:r>
              <w:t xml:space="preserve">- GV tổ chức luyện đọc nhóm 3 hoặc nhóm 4; mỗi bạn đọc một đoạn hoặc phân vai người kể </w:t>
            </w:r>
            <w:r>
              <w:lastRenderedPageBreak/>
              <w:t>chuyện, Cún, Dê, Hà mã.</w:t>
            </w:r>
          </w:p>
          <w:p w14:paraId="3C381CD1" w14:textId="77777777" w:rsidR="00EF1B0D" w:rsidRDefault="00634453" w:rsidP="0085497A">
            <w:pPr>
              <w:shd w:val="clear" w:color="auto" w:fill="FFFFFF" w:themeFill="background1"/>
              <w:jc w:val="both"/>
            </w:pPr>
            <w:r>
              <w:t>- GV nhắc HS góp ý cho bạn bằng lời nói nhẹ nhàng.</w:t>
            </w:r>
          </w:p>
        </w:tc>
        <w:tc>
          <w:tcPr>
            <w:tcW w:w="5103" w:type="dxa"/>
            <w:tcMar>
              <w:top w:w="80" w:type="dxa"/>
              <w:left w:w="80" w:type="dxa"/>
              <w:bottom w:w="80" w:type="dxa"/>
              <w:right w:w="80" w:type="dxa"/>
            </w:tcMar>
          </w:tcPr>
          <w:p w14:paraId="4FB65405" w14:textId="77777777" w:rsidR="00EF1B0D" w:rsidRDefault="00634453" w:rsidP="0085497A">
            <w:pPr>
              <w:shd w:val="clear" w:color="auto" w:fill="FFFFFF" w:themeFill="background1"/>
              <w:jc w:val="both"/>
            </w:pPr>
            <w:r>
              <w:lastRenderedPageBreak/>
              <w:t>- HS luyện đọc trong nhóm; góp ý cho nhau về phát âm, ngắt nghỉ và giọng đọc lời nhân vật.</w:t>
            </w:r>
          </w:p>
        </w:tc>
      </w:tr>
      <w:tr w:rsidR="00EF1B0D" w14:paraId="0097C145" w14:textId="77777777" w:rsidTr="00AB2150">
        <w:trPr>
          <w:jc w:val="center"/>
        </w:trPr>
        <w:tc>
          <w:tcPr>
            <w:tcW w:w="5103" w:type="dxa"/>
            <w:tcMar>
              <w:top w:w="80" w:type="dxa"/>
              <w:left w:w="80" w:type="dxa"/>
              <w:bottom w:w="80" w:type="dxa"/>
              <w:right w:w="80" w:type="dxa"/>
            </w:tcMar>
          </w:tcPr>
          <w:p w14:paraId="50467B3B" w14:textId="77777777" w:rsidR="00EF1B0D" w:rsidRDefault="00634453" w:rsidP="0085497A">
            <w:pPr>
              <w:shd w:val="clear" w:color="auto" w:fill="FFFFFF" w:themeFill="background1"/>
              <w:jc w:val="both"/>
            </w:pPr>
            <w:r>
              <w:t>- GV tổ chức thi đọc giữa các nhóm; yêu cầu nhóm đọc rõ lời nhân vật và phối hợp khi đọc phân vai.</w:t>
            </w:r>
          </w:p>
        </w:tc>
        <w:tc>
          <w:tcPr>
            <w:tcW w:w="5103" w:type="dxa"/>
            <w:tcMar>
              <w:top w:w="80" w:type="dxa"/>
              <w:left w:w="80" w:type="dxa"/>
              <w:bottom w:w="80" w:type="dxa"/>
              <w:right w:w="80" w:type="dxa"/>
            </w:tcMar>
          </w:tcPr>
          <w:p w14:paraId="3AF2684A" w14:textId="77777777" w:rsidR="00EF1B0D" w:rsidRDefault="00634453" w:rsidP="0085497A">
            <w:pPr>
              <w:shd w:val="clear" w:color="auto" w:fill="FFFFFF" w:themeFill="background1"/>
              <w:jc w:val="both"/>
            </w:pPr>
            <w:r>
              <w:t>- Đại diện các nhóm thi đọc; lớp nhận xét nhóm đọc rõ, đúng giọng và tự tin.</w:t>
            </w:r>
          </w:p>
        </w:tc>
      </w:tr>
      <w:tr w:rsidR="00EF1B0D" w14:paraId="687C4102" w14:textId="77777777" w:rsidTr="00AB2150">
        <w:trPr>
          <w:jc w:val="center"/>
        </w:trPr>
        <w:tc>
          <w:tcPr>
            <w:tcW w:w="5103" w:type="dxa"/>
            <w:tcBorders>
              <w:bottom w:val="single" w:sz="8" w:space="0" w:color="777777"/>
            </w:tcBorders>
            <w:tcMar>
              <w:top w:w="80" w:type="dxa"/>
              <w:left w:w="80" w:type="dxa"/>
              <w:bottom w:w="80" w:type="dxa"/>
              <w:right w:w="80" w:type="dxa"/>
            </w:tcMar>
          </w:tcPr>
          <w:p w14:paraId="58DE1422" w14:textId="77777777" w:rsidR="00EF1B0D" w:rsidRDefault="00634453" w:rsidP="0085497A">
            <w:pPr>
              <w:shd w:val="clear" w:color="auto" w:fill="FFFFFF" w:themeFill="background1"/>
              <w:jc w:val="both"/>
            </w:pPr>
            <w:r>
              <w:t>d. Đọc toàn bài.</w:t>
            </w:r>
          </w:p>
          <w:p w14:paraId="5AB752AA" w14:textId="77777777" w:rsidR="00EF1B0D" w:rsidRDefault="00634453" w:rsidP="0085497A">
            <w:pPr>
              <w:shd w:val="clear" w:color="auto" w:fill="FFFFFF" w:themeFill="background1"/>
              <w:jc w:val="both"/>
            </w:pPr>
            <w:r>
              <w:t>- GV mời 1-2 HS đọc toàn bài hoặc nhóm đọc phân vai toàn bài; theo dõi, hỗ trợ HS đọc còn chậm.</w:t>
            </w:r>
          </w:p>
        </w:tc>
        <w:tc>
          <w:tcPr>
            <w:tcW w:w="5103" w:type="dxa"/>
            <w:tcBorders>
              <w:bottom w:val="single" w:sz="8" w:space="0" w:color="777777"/>
            </w:tcBorders>
            <w:tcMar>
              <w:top w:w="80" w:type="dxa"/>
              <w:left w:w="80" w:type="dxa"/>
              <w:bottom w:w="80" w:type="dxa"/>
              <w:right w:w="80" w:type="dxa"/>
            </w:tcMar>
          </w:tcPr>
          <w:p w14:paraId="45EB21CB" w14:textId="77777777" w:rsidR="00EF1B0D" w:rsidRDefault="00634453" w:rsidP="0085497A">
            <w:pPr>
              <w:shd w:val="clear" w:color="auto" w:fill="FFFFFF" w:themeFill="background1"/>
              <w:jc w:val="both"/>
            </w:pPr>
            <w:r>
              <w:t>- HS đọc toàn bài; HS khác đọc thầm theo, nhận xét bạn đọc.</w:t>
            </w:r>
          </w:p>
        </w:tc>
      </w:tr>
      <w:tr w:rsidR="00EF1B0D" w14:paraId="18FF2447"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01D6E8E2" w14:textId="77777777" w:rsidR="00EF1B0D" w:rsidRDefault="00634453" w:rsidP="0085497A">
            <w:pPr>
              <w:shd w:val="clear" w:color="auto" w:fill="FFFFFF" w:themeFill="background1"/>
            </w:pPr>
            <w:r>
              <w:rPr>
                <w:b/>
              </w:rPr>
              <w:t>3. VẬN DỤNG (3 phút)</w:t>
            </w:r>
          </w:p>
          <w:p w14:paraId="2CB0E2F2" w14:textId="77777777" w:rsidR="00EF1B0D" w:rsidRDefault="00634453" w:rsidP="0085497A">
            <w:pPr>
              <w:shd w:val="clear" w:color="auto" w:fill="FFFFFF" w:themeFill="background1"/>
            </w:pPr>
            <w:r>
              <w:rPr>
                <w:b/>
              </w:rPr>
              <w:t>Mục tiêu: HS bước đầu liên hệ bài đọc với cách nói lời đề nghị, cảm ơn trong đời sống.</w:t>
            </w:r>
          </w:p>
        </w:tc>
      </w:tr>
      <w:tr w:rsidR="00EF1B0D" w14:paraId="1BBAA216" w14:textId="77777777" w:rsidTr="00AB2150">
        <w:trPr>
          <w:jc w:val="center"/>
        </w:trPr>
        <w:tc>
          <w:tcPr>
            <w:tcW w:w="5103" w:type="dxa"/>
            <w:tcBorders>
              <w:top w:val="single" w:sz="8" w:space="0" w:color="777777"/>
            </w:tcBorders>
            <w:tcMar>
              <w:top w:w="80" w:type="dxa"/>
              <w:left w:w="80" w:type="dxa"/>
              <w:bottom w:w="80" w:type="dxa"/>
              <w:right w:w="80" w:type="dxa"/>
            </w:tcMar>
          </w:tcPr>
          <w:p w14:paraId="0F1F716B" w14:textId="77777777" w:rsidR="00EF1B0D" w:rsidRDefault="00634453" w:rsidP="0085497A">
            <w:pPr>
              <w:shd w:val="clear" w:color="auto" w:fill="FFFFFF" w:themeFill="background1"/>
              <w:jc w:val="both"/>
            </w:pPr>
            <w:r>
              <w:t>- GV hỏi: Khi muốn nhờ bạn lấy giúp đồ dùng học tập, em sẽ nói thế nào để bạn vui vẻ giúp mình?</w:t>
            </w:r>
          </w:p>
        </w:tc>
        <w:tc>
          <w:tcPr>
            <w:tcW w:w="5103" w:type="dxa"/>
            <w:tcBorders>
              <w:top w:val="single" w:sz="8" w:space="0" w:color="777777"/>
            </w:tcBorders>
            <w:tcMar>
              <w:top w:w="80" w:type="dxa"/>
              <w:left w:w="80" w:type="dxa"/>
              <w:bottom w:w="80" w:type="dxa"/>
              <w:right w:w="80" w:type="dxa"/>
            </w:tcMar>
          </w:tcPr>
          <w:p w14:paraId="444EBD22" w14:textId="77777777" w:rsidR="00EF1B0D" w:rsidRDefault="00634453" w:rsidP="0085497A">
            <w:pPr>
              <w:shd w:val="clear" w:color="auto" w:fill="FFFFFF" w:themeFill="background1"/>
              <w:jc w:val="both"/>
            </w:pPr>
            <w:r>
              <w:t>- HS nêu: “Bạn lấy giúp mình quyển sách với nhé!”; “Bạn cho mình mượn bút chì được không?”</w:t>
            </w:r>
          </w:p>
        </w:tc>
      </w:tr>
      <w:tr w:rsidR="00EF1B0D" w14:paraId="0EE05E37" w14:textId="77777777" w:rsidTr="00AB2150">
        <w:trPr>
          <w:jc w:val="center"/>
        </w:trPr>
        <w:tc>
          <w:tcPr>
            <w:tcW w:w="5103" w:type="dxa"/>
            <w:tcBorders>
              <w:bottom w:val="single" w:sz="8" w:space="0" w:color="777777"/>
            </w:tcBorders>
            <w:tcMar>
              <w:top w:w="80" w:type="dxa"/>
              <w:left w:w="80" w:type="dxa"/>
              <w:bottom w:w="80" w:type="dxa"/>
              <w:right w:w="80" w:type="dxa"/>
            </w:tcMar>
          </w:tcPr>
          <w:p w14:paraId="61E8EC93" w14:textId="77777777" w:rsidR="00EF1B0D" w:rsidRDefault="00634453" w:rsidP="0085497A">
            <w:pPr>
              <w:shd w:val="clear" w:color="auto" w:fill="FFFFFF" w:themeFill="background1"/>
              <w:jc w:val="both"/>
            </w:pPr>
            <w:r>
              <w:t>- GV nhận xét, dặn HS chuẩn bị tiết 2 để tìm hiểu kĩ hơn lời nói và việc làm của các nhân vật.</w:t>
            </w:r>
          </w:p>
        </w:tc>
        <w:tc>
          <w:tcPr>
            <w:tcW w:w="5103" w:type="dxa"/>
            <w:tcBorders>
              <w:bottom w:val="single" w:sz="8" w:space="0" w:color="777777"/>
            </w:tcBorders>
            <w:tcMar>
              <w:top w:w="80" w:type="dxa"/>
              <w:left w:w="80" w:type="dxa"/>
              <w:bottom w:w="80" w:type="dxa"/>
              <w:right w:w="80" w:type="dxa"/>
            </w:tcMar>
          </w:tcPr>
          <w:p w14:paraId="3FC8A14A" w14:textId="77777777" w:rsidR="00EF1B0D" w:rsidRDefault="00634453" w:rsidP="0085497A">
            <w:pPr>
              <w:shd w:val="clear" w:color="auto" w:fill="FFFFFF" w:themeFill="background1"/>
              <w:jc w:val="both"/>
            </w:pPr>
            <w:r>
              <w:t>- HS lắng nghe và chuẩn bị bài.</w:t>
            </w:r>
          </w:p>
        </w:tc>
      </w:tr>
      <w:tr w:rsidR="00EF1B0D" w14:paraId="0423A8C4"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508B1EA6" w14:textId="77777777" w:rsidR="00EF1B0D" w:rsidRDefault="00634453" w:rsidP="0085497A">
            <w:pPr>
              <w:shd w:val="clear" w:color="auto" w:fill="FFFFFF" w:themeFill="background1"/>
            </w:pPr>
            <w:r>
              <w:rPr>
                <w:b/>
              </w:rPr>
              <w:t>TIẾT 2</w:t>
            </w:r>
          </w:p>
        </w:tc>
      </w:tr>
      <w:tr w:rsidR="00EF1B0D" w14:paraId="75C34BA3"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670E0E3D" w14:textId="77777777" w:rsidR="00EF1B0D" w:rsidRDefault="00634453" w:rsidP="0085497A">
            <w:pPr>
              <w:shd w:val="clear" w:color="auto" w:fill="FFFFFF" w:themeFill="background1"/>
            </w:pPr>
            <w:r>
              <w:rPr>
                <w:b/>
              </w:rPr>
              <w:t>Hoạt động 2: Trả lời câu hỏi (15 phút)</w:t>
            </w:r>
          </w:p>
          <w:p w14:paraId="21452C5A" w14:textId="77777777" w:rsidR="00EF1B0D" w:rsidRDefault="00634453" w:rsidP="0085497A">
            <w:pPr>
              <w:shd w:val="clear" w:color="auto" w:fill="FFFFFF" w:themeFill="background1"/>
            </w:pPr>
            <w:r>
              <w:rPr>
                <w:b/>
              </w:rPr>
              <w:t>Mục tiêu: HS hiểu nội dung truyện, nhận biết hành động và lời nói lịch sự; rèn kĩ năng đọc thầm, tìm chi tiết, trả lời đầy đủ câu.</w:t>
            </w:r>
          </w:p>
        </w:tc>
      </w:tr>
      <w:tr w:rsidR="00EF1B0D" w14:paraId="7EFCCD5C" w14:textId="77777777" w:rsidTr="00AB2150">
        <w:trPr>
          <w:jc w:val="center"/>
        </w:trPr>
        <w:tc>
          <w:tcPr>
            <w:tcW w:w="5103" w:type="dxa"/>
            <w:tcBorders>
              <w:top w:val="single" w:sz="8" w:space="0" w:color="777777"/>
            </w:tcBorders>
            <w:tcMar>
              <w:top w:w="80" w:type="dxa"/>
              <w:left w:w="80" w:type="dxa"/>
              <w:bottom w:w="80" w:type="dxa"/>
              <w:right w:w="80" w:type="dxa"/>
            </w:tcMar>
          </w:tcPr>
          <w:p w14:paraId="6039AF56" w14:textId="77777777" w:rsidR="00EF1B0D" w:rsidRDefault="00634453" w:rsidP="0085497A">
            <w:pPr>
              <w:shd w:val="clear" w:color="auto" w:fill="FFFFFF" w:themeFill="background1"/>
              <w:jc w:val="both"/>
            </w:pPr>
            <w:r>
              <w:t>- GV yêu cầu HS đọc thầm lại truyện, dùng bút chì gạch chân chi tiết quan trọng trong từng đoạn để trả lời câu hỏi.</w:t>
            </w:r>
          </w:p>
        </w:tc>
        <w:tc>
          <w:tcPr>
            <w:tcW w:w="5103" w:type="dxa"/>
            <w:tcBorders>
              <w:top w:val="single" w:sz="8" w:space="0" w:color="777777"/>
            </w:tcBorders>
            <w:tcMar>
              <w:top w:w="80" w:type="dxa"/>
              <w:left w:w="80" w:type="dxa"/>
              <w:bottom w:w="80" w:type="dxa"/>
              <w:right w:w="80" w:type="dxa"/>
            </w:tcMar>
          </w:tcPr>
          <w:p w14:paraId="200871A7" w14:textId="77777777" w:rsidR="00EF1B0D" w:rsidRDefault="00634453" w:rsidP="0085497A">
            <w:pPr>
              <w:shd w:val="clear" w:color="auto" w:fill="FFFFFF" w:themeFill="background1"/>
              <w:jc w:val="both"/>
            </w:pPr>
            <w:r>
              <w:t>- HS đọc thầm lại văn bản, gạch chân chi tiết quan trọng.</w:t>
            </w:r>
          </w:p>
        </w:tc>
      </w:tr>
      <w:tr w:rsidR="00EF1B0D" w14:paraId="4C397FB2" w14:textId="77777777" w:rsidTr="00AB2150">
        <w:trPr>
          <w:jc w:val="center"/>
        </w:trPr>
        <w:tc>
          <w:tcPr>
            <w:tcW w:w="5103" w:type="dxa"/>
            <w:tcMar>
              <w:top w:w="80" w:type="dxa"/>
              <w:left w:w="80" w:type="dxa"/>
              <w:bottom w:w="80" w:type="dxa"/>
              <w:right w:w="80" w:type="dxa"/>
            </w:tcMar>
          </w:tcPr>
          <w:p w14:paraId="435F3D61" w14:textId="77777777" w:rsidR="00EF1B0D" w:rsidRDefault="00634453" w:rsidP="0085497A">
            <w:pPr>
              <w:shd w:val="clear" w:color="auto" w:fill="FFFFFF" w:themeFill="background1"/>
              <w:jc w:val="both"/>
            </w:pPr>
            <w:r>
              <w:t>Câu 1. Hươu đã làm gì khi nghe Dê hỏi?</w:t>
            </w:r>
          </w:p>
          <w:p w14:paraId="37C28EED" w14:textId="77777777" w:rsidR="00EF1B0D" w:rsidRDefault="00634453" w:rsidP="0085497A">
            <w:pPr>
              <w:shd w:val="clear" w:color="auto" w:fill="FFFFFF" w:themeFill="background1"/>
              <w:jc w:val="both"/>
            </w:pPr>
            <w:r>
              <w:t>- GV giao nhiệm vụ: HS đọc thầm đoạn từ đầu đến “bỏ đi”, thảo luận nhóm đôi và trả lời bằng một câu đầy đủ.</w:t>
            </w:r>
          </w:p>
        </w:tc>
        <w:tc>
          <w:tcPr>
            <w:tcW w:w="5103" w:type="dxa"/>
            <w:tcMar>
              <w:top w:w="80" w:type="dxa"/>
              <w:left w:w="80" w:type="dxa"/>
              <w:bottom w:w="80" w:type="dxa"/>
              <w:right w:w="80" w:type="dxa"/>
            </w:tcMar>
          </w:tcPr>
          <w:p w14:paraId="3DF1E806" w14:textId="77777777" w:rsidR="00EF1B0D" w:rsidRDefault="00634453" w:rsidP="0085497A">
            <w:pPr>
              <w:shd w:val="clear" w:color="auto" w:fill="FFFFFF" w:themeFill="background1"/>
              <w:jc w:val="both"/>
            </w:pPr>
            <w:r>
              <w:t>- HS trao đổi nhóm đôi.</w:t>
            </w:r>
          </w:p>
          <w:p w14:paraId="045F046D" w14:textId="77777777" w:rsidR="00EF1B0D" w:rsidRDefault="00634453" w:rsidP="0085497A">
            <w:pPr>
              <w:shd w:val="clear" w:color="auto" w:fill="FFFFFF" w:themeFill="background1"/>
              <w:jc w:val="both"/>
            </w:pPr>
            <w:r>
              <w:t>- Dự kiến: Khi nghe Dê hỏi, Hươu lắc đầu rồi bỏ đi.</w:t>
            </w:r>
          </w:p>
        </w:tc>
      </w:tr>
      <w:tr w:rsidR="00EF1B0D" w14:paraId="5891A397" w14:textId="77777777" w:rsidTr="00AB2150">
        <w:trPr>
          <w:jc w:val="center"/>
        </w:trPr>
        <w:tc>
          <w:tcPr>
            <w:tcW w:w="5103" w:type="dxa"/>
            <w:tcMar>
              <w:top w:w="80" w:type="dxa"/>
              <w:left w:w="80" w:type="dxa"/>
              <w:bottom w:w="80" w:type="dxa"/>
              <w:right w:w="80" w:type="dxa"/>
            </w:tcMar>
          </w:tcPr>
          <w:p w14:paraId="54E4AF0C" w14:textId="77777777" w:rsidR="00EF1B0D" w:rsidRDefault="00634453" w:rsidP="0085497A">
            <w:pPr>
              <w:shd w:val="clear" w:color="auto" w:fill="FFFFFF" w:themeFill="background1"/>
              <w:jc w:val="both"/>
            </w:pPr>
            <w:r>
              <w:t>Câu 2. Ý nào sau đây đúng với thái độ của Hà mã khi Cún nhờ đưa qua sông?</w:t>
            </w:r>
          </w:p>
          <w:p w14:paraId="641C41F7" w14:textId="77777777" w:rsidR="00EF1B0D" w:rsidRDefault="00634453" w:rsidP="0085497A">
            <w:pPr>
              <w:shd w:val="clear" w:color="auto" w:fill="FFFFFF" w:themeFill="background1"/>
              <w:jc w:val="both"/>
            </w:pPr>
            <w:r>
              <w:t>a. bực mình bỏ đi</w:t>
            </w:r>
          </w:p>
          <w:p w14:paraId="2B1B7C12" w14:textId="77777777" w:rsidR="00EF1B0D" w:rsidRDefault="00634453" w:rsidP="0085497A">
            <w:pPr>
              <w:shd w:val="clear" w:color="auto" w:fill="FFFFFF" w:themeFill="background1"/>
              <w:jc w:val="both"/>
            </w:pPr>
            <w:r>
              <w:t>b. bực mình nhưng đồng ý đưa qua sông</w:t>
            </w:r>
          </w:p>
          <w:p w14:paraId="58738220" w14:textId="77777777" w:rsidR="00EF1B0D" w:rsidRDefault="00634453" w:rsidP="0085497A">
            <w:pPr>
              <w:shd w:val="clear" w:color="auto" w:fill="FFFFFF" w:themeFill="background1"/>
              <w:jc w:val="both"/>
            </w:pPr>
            <w:r>
              <w:t>c. vui vẻ đồng ý đưa qua sông</w:t>
            </w:r>
          </w:p>
          <w:p w14:paraId="6253D951" w14:textId="77777777" w:rsidR="00EF1B0D" w:rsidRDefault="00634453" w:rsidP="0085497A">
            <w:pPr>
              <w:shd w:val="clear" w:color="auto" w:fill="FFFFFF" w:themeFill="background1"/>
              <w:jc w:val="both"/>
            </w:pPr>
            <w:r>
              <w:t>- GV yêu cầu HS đọc lại đoạn Hà mã trò chuyện với Cún, chọn đáp án đúng và nêu lí do chọn.</w:t>
            </w:r>
          </w:p>
        </w:tc>
        <w:tc>
          <w:tcPr>
            <w:tcW w:w="5103" w:type="dxa"/>
            <w:tcMar>
              <w:top w:w="80" w:type="dxa"/>
              <w:left w:w="80" w:type="dxa"/>
              <w:bottom w:w="80" w:type="dxa"/>
              <w:right w:w="80" w:type="dxa"/>
            </w:tcMar>
          </w:tcPr>
          <w:p w14:paraId="45C4F482" w14:textId="77777777" w:rsidR="00EF1B0D" w:rsidRDefault="00634453" w:rsidP="0085497A">
            <w:pPr>
              <w:shd w:val="clear" w:color="auto" w:fill="FFFFFF" w:themeFill="background1"/>
              <w:jc w:val="both"/>
            </w:pPr>
            <w:r>
              <w:t>- HS làm việc cá nhân rồi chia sẻ nhóm đôi.</w:t>
            </w:r>
          </w:p>
          <w:p w14:paraId="2FE4F146" w14:textId="77777777" w:rsidR="00EF1B0D" w:rsidRDefault="00634453" w:rsidP="0085497A">
            <w:pPr>
              <w:shd w:val="clear" w:color="auto" w:fill="FFFFFF" w:themeFill="background1"/>
              <w:jc w:val="both"/>
            </w:pPr>
            <w:r>
              <w:t>- Đáp án: c. vui vẻ đồng ý đưa qua sông.</w:t>
            </w:r>
          </w:p>
          <w:p w14:paraId="7D08E04B" w14:textId="77777777" w:rsidR="00EF1B0D" w:rsidRDefault="00634453" w:rsidP="0085497A">
            <w:pPr>
              <w:shd w:val="clear" w:color="auto" w:fill="FFFFFF" w:themeFill="background1"/>
              <w:jc w:val="both"/>
            </w:pPr>
            <w:r>
              <w:t>- Lí do: Hà mã nói “Được chứ! Em ngoan quá!” và giúp Cún, Dê qua sông.</w:t>
            </w:r>
          </w:p>
        </w:tc>
      </w:tr>
      <w:tr w:rsidR="00EF1B0D" w14:paraId="58406B1E" w14:textId="77777777" w:rsidTr="00AB2150">
        <w:trPr>
          <w:jc w:val="center"/>
        </w:trPr>
        <w:tc>
          <w:tcPr>
            <w:tcW w:w="5103" w:type="dxa"/>
            <w:tcMar>
              <w:top w:w="80" w:type="dxa"/>
              <w:left w:w="80" w:type="dxa"/>
              <w:bottom w:w="80" w:type="dxa"/>
              <w:right w:w="80" w:type="dxa"/>
            </w:tcMar>
          </w:tcPr>
          <w:p w14:paraId="663DCBEB" w14:textId="77777777" w:rsidR="00EF1B0D" w:rsidRDefault="00634453" w:rsidP="0085497A">
            <w:pPr>
              <w:shd w:val="clear" w:color="auto" w:fill="FFFFFF" w:themeFill="background1"/>
              <w:jc w:val="both"/>
            </w:pPr>
            <w:r>
              <w:t>Câu 3. Vì sao Dê con thấy xấu hổ?</w:t>
            </w:r>
          </w:p>
          <w:p w14:paraId="6BC4DE12" w14:textId="77777777" w:rsidR="00EF1B0D" w:rsidRDefault="00634453" w:rsidP="0085497A">
            <w:pPr>
              <w:shd w:val="clear" w:color="auto" w:fill="FFFFFF" w:themeFill="background1"/>
              <w:jc w:val="both"/>
            </w:pPr>
            <w:r>
              <w:t>- GV gợi HS dựa vào lời Dê nói ở cuối truyện để trả lời rõ nguyên nhân.</w:t>
            </w:r>
          </w:p>
        </w:tc>
        <w:tc>
          <w:tcPr>
            <w:tcW w:w="5103" w:type="dxa"/>
            <w:tcMar>
              <w:top w:w="80" w:type="dxa"/>
              <w:left w:w="80" w:type="dxa"/>
              <w:bottom w:w="80" w:type="dxa"/>
              <w:right w:w="80" w:type="dxa"/>
            </w:tcMar>
          </w:tcPr>
          <w:p w14:paraId="7A88415C" w14:textId="77777777" w:rsidR="00EF1B0D" w:rsidRDefault="00634453" w:rsidP="0085497A">
            <w:pPr>
              <w:shd w:val="clear" w:color="auto" w:fill="FFFFFF" w:themeFill="background1"/>
              <w:jc w:val="both"/>
            </w:pPr>
            <w:r>
              <w:t>- HS trả lời: Dê con thấy xấu hổ vì lúc đầu bạn Cún hỏi chưa lịch sự và Dê cũng chưa nhắc bạn nói cho đúng.</w:t>
            </w:r>
          </w:p>
        </w:tc>
      </w:tr>
      <w:tr w:rsidR="00EF1B0D" w14:paraId="3BB0FCE3" w14:textId="77777777" w:rsidTr="00AB2150">
        <w:trPr>
          <w:jc w:val="center"/>
        </w:trPr>
        <w:tc>
          <w:tcPr>
            <w:tcW w:w="5103" w:type="dxa"/>
            <w:tcMar>
              <w:top w:w="80" w:type="dxa"/>
              <w:left w:w="80" w:type="dxa"/>
              <w:bottom w:w="80" w:type="dxa"/>
              <w:right w:w="80" w:type="dxa"/>
            </w:tcMar>
          </w:tcPr>
          <w:p w14:paraId="3A5A521D" w14:textId="77777777" w:rsidR="00EF1B0D" w:rsidRDefault="00634453" w:rsidP="0085497A">
            <w:pPr>
              <w:shd w:val="clear" w:color="auto" w:fill="FFFFFF" w:themeFill="background1"/>
              <w:jc w:val="both"/>
            </w:pPr>
            <w:r>
              <w:t>Câu 4. Em học được điều gì từ câu chuyện này?</w:t>
            </w:r>
          </w:p>
          <w:p w14:paraId="360CF1CF" w14:textId="77777777" w:rsidR="00EF1B0D" w:rsidRDefault="00634453" w:rsidP="0085497A">
            <w:pPr>
              <w:shd w:val="clear" w:color="auto" w:fill="FFFFFF" w:themeFill="background1"/>
              <w:jc w:val="both"/>
            </w:pPr>
            <w:r>
              <w:lastRenderedPageBreak/>
              <w:t>- GV yêu cầu nhóm bốn thống nhất một bài học rút ra và cử đại diện trình bày.</w:t>
            </w:r>
          </w:p>
        </w:tc>
        <w:tc>
          <w:tcPr>
            <w:tcW w:w="5103" w:type="dxa"/>
            <w:tcMar>
              <w:top w:w="80" w:type="dxa"/>
              <w:left w:w="80" w:type="dxa"/>
              <w:bottom w:w="80" w:type="dxa"/>
              <w:right w:w="80" w:type="dxa"/>
            </w:tcMar>
          </w:tcPr>
          <w:p w14:paraId="29A572C9" w14:textId="77777777" w:rsidR="00EF1B0D" w:rsidRDefault="00634453" w:rsidP="0085497A">
            <w:pPr>
              <w:shd w:val="clear" w:color="auto" w:fill="FFFFFF" w:themeFill="background1"/>
              <w:jc w:val="both"/>
            </w:pPr>
            <w:r>
              <w:lastRenderedPageBreak/>
              <w:t>- HS suy nghĩ cá nhân, chia sẻ nhóm bốn.</w:t>
            </w:r>
          </w:p>
          <w:p w14:paraId="4B3141AA" w14:textId="77777777" w:rsidR="00EF1B0D" w:rsidRDefault="00634453" w:rsidP="0085497A">
            <w:pPr>
              <w:shd w:val="clear" w:color="auto" w:fill="FFFFFF" w:themeFill="background1"/>
              <w:jc w:val="both"/>
            </w:pPr>
            <w:r>
              <w:t xml:space="preserve">- Dự kiến: Khi nhờ người khác giúp phải nói lời </w:t>
            </w:r>
            <w:r>
              <w:lastRenderedPageBreak/>
              <w:t>đề nghị lịch sự; khi được giúp cần cảm ơn; khi làm chưa đúng cần xin lỗi.</w:t>
            </w:r>
          </w:p>
        </w:tc>
      </w:tr>
      <w:tr w:rsidR="00EF1B0D" w14:paraId="5397D7D7" w14:textId="77777777" w:rsidTr="00AB2150">
        <w:trPr>
          <w:jc w:val="center"/>
        </w:trPr>
        <w:tc>
          <w:tcPr>
            <w:tcW w:w="5103" w:type="dxa"/>
            <w:tcBorders>
              <w:bottom w:val="single" w:sz="8" w:space="0" w:color="777777"/>
            </w:tcBorders>
            <w:tcMar>
              <w:top w:w="80" w:type="dxa"/>
              <w:left w:w="80" w:type="dxa"/>
              <w:bottom w:w="80" w:type="dxa"/>
              <w:right w:w="80" w:type="dxa"/>
            </w:tcMar>
          </w:tcPr>
          <w:p w14:paraId="0FE25A0C" w14:textId="77777777" w:rsidR="00EF1B0D" w:rsidRDefault="00634453" w:rsidP="0085497A">
            <w:pPr>
              <w:shd w:val="clear" w:color="auto" w:fill="FFFFFF" w:themeFill="background1"/>
              <w:jc w:val="both"/>
            </w:pPr>
            <w:r>
              <w:lastRenderedPageBreak/>
              <w:t>- GV kết luận: Câu chuyện nhắc chúng ta khi giao tiếp cần biết nói lời đề nghị lịch sự, biết cảm ơn khi được giúp đỡ và biết xin lỗi khi mình chưa đúng. Lời nói lịch sự làm mọi người gần gũi, vui vẻ và sẵn lòng giúp đỡ nhau hơn.</w:t>
            </w:r>
          </w:p>
        </w:tc>
        <w:tc>
          <w:tcPr>
            <w:tcW w:w="5103" w:type="dxa"/>
            <w:tcBorders>
              <w:bottom w:val="single" w:sz="8" w:space="0" w:color="777777"/>
            </w:tcBorders>
            <w:tcMar>
              <w:top w:w="80" w:type="dxa"/>
              <w:left w:w="80" w:type="dxa"/>
              <w:bottom w:w="80" w:type="dxa"/>
              <w:right w:w="80" w:type="dxa"/>
            </w:tcMar>
          </w:tcPr>
          <w:p w14:paraId="79A54011" w14:textId="77777777" w:rsidR="00EF1B0D" w:rsidRDefault="00634453" w:rsidP="0085497A">
            <w:pPr>
              <w:shd w:val="clear" w:color="auto" w:fill="FFFFFF" w:themeFill="background1"/>
              <w:jc w:val="both"/>
            </w:pPr>
            <w:r>
              <w:t>- HS lắng nghe, nhắc lại bài học: cần nói lời đề nghị, cảm ơn và xin lỗi đúng lúc.</w:t>
            </w:r>
          </w:p>
        </w:tc>
      </w:tr>
      <w:tr w:rsidR="00EF1B0D" w14:paraId="085EF086"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03404321" w14:textId="77777777" w:rsidR="00EF1B0D" w:rsidRDefault="00634453" w:rsidP="0085497A">
            <w:pPr>
              <w:shd w:val="clear" w:color="auto" w:fill="FFFFFF" w:themeFill="background1"/>
            </w:pPr>
            <w:r>
              <w:rPr>
                <w:b/>
              </w:rPr>
              <w:t>Hoạt động 3: Luyện đọc lại (7 phút)</w:t>
            </w:r>
          </w:p>
          <w:p w14:paraId="535BEB4E" w14:textId="77777777" w:rsidR="00EF1B0D" w:rsidRDefault="00634453" w:rsidP="0085497A">
            <w:pPr>
              <w:shd w:val="clear" w:color="auto" w:fill="FFFFFF" w:themeFill="background1"/>
            </w:pPr>
            <w:r>
              <w:rPr>
                <w:b/>
              </w:rPr>
              <w:t>Mục tiêu: HS đọc lại văn bản đúng vai, thể hiện được lời nhân vật và thái độ giao tiếp trong truyện.</w:t>
            </w:r>
          </w:p>
        </w:tc>
      </w:tr>
      <w:tr w:rsidR="00EF1B0D" w14:paraId="73F1A1C8" w14:textId="77777777" w:rsidTr="00AB2150">
        <w:trPr>
          <w:jc w:val="center"/>
        </w:trPr>
        <w:tc>
          <w:tcPr>
            <w:tcW w:w="5103" w:type="dxa"/>
            <w:tcBorders>
              <w:top w:val="single" w:sz="8" w:space="0" w:color="777777"/>
            </w:tcBorders>
            <w:tcMar>
              <w:top w:w="80" w:type="dxa"/>
              <w:left w:w="80" w:type="dxa"/>
              <w:bottom w:w="80" w:type="dxa"/>
              <w:right w:w="80" w:type="dxa"/>
            </w:tcMar>
          </w:tcPr>
          <w:p w14:paraId="3D3DFF59" w14:textId="77777777" w:rsidR="00EF1B0D" w:rsidRDefault="00634453" w:rsidP="0085497A">
            <w:pPr>
              <w:shd w:val="clear" w:color="auto" w:fill="FFFFFF" w:themeFill="background1"/>
              <w:jc w:val="both"/>
            </w:pPr>
            <w:r>
              <w:t>- GV đọc mẫu một đoạn đối thoại giữa Cún và Hà mã; nhắc HS chú ý giọng Cún khi chưa lịch sự và khi biết sửa lỗi.</w:t>
            </w:r>
          </w:p>
        </w:tc>
        <w:tc>
          <w:tcPr>
            <w:tcW w:w="5103" w:type="dxa"/>
            <w:tcBorders>
              <w:top w:val="single" w:sz="8" w:space="0" w:color="777777"/>
            </w:tcBorders>
            <w:tcMar>
              <w:top w:w="80" w:type="dxa"/>
              <w:left w:w="80" w:type="dxa"/>
              <w:bottom w:w="80" w:type="dxa"/>
              <w:right w:w="80" w:type="dxa"/>
            </w:tcMar>
          </w:tcPr>
          <w:p w14:paraId="0E79DBCB" w14:textId="77777777" w:rsidR="00EF1B0D" w:rsidRDefault="00634453" w:rsidP="0085497A">
            <w:pPr>
              <w:shd w:val="clear" w:color="auto" w:fill="FFFFFF" w:themeFill="background1"/>
              <w:jc w:val="both"/>
            </w:pPr>
            <w:r>
              <w:t>- HS lắng nghe, đánh dấu lời thoại trong SGK.</w:t>
            </w:r>
          </w:p>
        </w:tc>
      </w:tr>
      <w:tr w:rsidR="00EF1B0D" w14:paraId="0B81290F" w14:textId="77777777" w:rsidTr="00AB2150">
        <w:trPr>
          <w:jc w:val="center"/>
        </w:trPr>
        <w:tc>
          <w:tcPr>
            <w:tcW w:w="5103" w:type="dxa"/>
            <w:tcMar>
              <w:top w:w="80" w:type="dxa"/>
              <w:left w:w="80" w:type="dxa"/>
              <w:bottom w:w="80" w:type="dxa"/>
              <w:right w:w="80" w:type="dxa"/>
            </w:tcMar>
          </w:tcPr>
          <w:p w14:paraId="17D867DA" w14:textId="77777777" w:rsidR="00EF1B0D" w:rsidRDefault="00634453" w:rsidP="0085497A">
            <w:pPr>
              <w:shd w:val="clear" w:color="auto" w:fill="FFFFFF" w:themeFill="background1"/>
              <w:jc w:val="both"/>
            </w:pPr>
            <w:r>
              <w:t>- GV tổ chức cho HS đọc phân vai theo nhóm bốn: người kể, Cún, Dê, Hà mã.</w:t>
            </w:r>
          </w:p>
        </w:tc>
        <w:tc>
          <w:tcPr>
            <w:tcW w:w="5103" w:type="dxa"/>
            <w:tcMar>
              <w:top w:w="80" w:type="dxa"/>
              <w:left w:w="80" w:type="dxa"/>
              <w:bottom w:w="80" w:type="dxa"/>
              <w:right w:w="80" w:type="dxa"/>
            </w:tcMar>
          </w:tcPr>
          <w:p w14:paraId="6414C2C7" w14:textId="77777777" w:rsidR="00EF1B0D" w:rsidRDefault="00634453" w:rsidP="0085497A">
            <w:pPr>
              <w:shd w:val="clear" w:color="auto" w:fill="FFFFFF" w:themeFill="background1"/>
              <w:jc w:val="both"/>
            </w:pPr>
            <w:r>
              <w:t>- HS phân vai, luyện đọc; đổi vai để nhiều bạn được đọc.</w:t>
            </w:r>
          </w:p>
        </w:tc>
      </w:tr>
      <w:tr w:rsidR="00EF1B0D" w14:paraId="7C23C22B" w14:textId="77777777" w:rsidTr="00AB2150">
        <w:trPr>
          <w:jc w:val="center"/>
        </w:trPr>
        <w:tc>
          <w:tcPr>
            <w:tcW w:w="5103" w:type="dxa"/>
            <w:tcBorders>
              <w:bottom w:val="single" w:sz="8" w:space="0" w:color="777777"/>
            </w:tcBorders>
            <w:tcMar>
              <w:top w:w="80" w:type="dxa"/>
              <w:left w:w="80" w:type="dxa"/>
              <w:bottom w:w="80" w:type="dxa"/>
              <w:right w:w="80" w:type="dxa"/>
            </w:tcMar>
          </w:tcPr>
          <w:p w14:paraId="7510D2FA" w14:textId="77777777" w:rsidR="00EF1B0D" w:rsidRDefault="00634453" w:rsidP="0085497A">
            <w:pPr>
              <w:shd w:val="clear" w:color="auto" w:fill="FFFFFF" w:themeFill="background1"/>
              <w:jc w:val="both"/>
            </w:pPr>
            <w:r>
              <w:t>- GV mời một số nhóm đọc trước lớp; nhận xét về giọng đọc, ngắt nghỉ, cách thể hiện lời nhân vật.</w:t>
            </w:r>
          </w:p>
        </w:tc>
        <w:tc>
          <w:tcPr>
            <w:tcW w:w="5103" w:type="dxa"/>
            <w:tcBorders>
              <w:bottom w:val="single" w:sz="8" w:space="0" w:color="777777"/>
            </w:tcBorders>
            <w:tcMar>
              <w:top w:w="80" w:type="dxa"/>
              <w:left w:w="80" w:type="dxa"/>
              <w:bottom w:w="80" w:type="dxa"/>
              <w:right w:w="80" w:type="dxa"/>
            </w:tcMar>
          </w:tcPr>
          <w:p w14:paraId="217AB94F" w14:textId="77777777" w:rsidR="00EF1B0D" w:rsidRDefault="00634453" w:rsidP="0085497A">
            <w:pPr>
              <w:shd w:val="clear" w:color="auto" w:fill="FFFFFF" w:themeFill="background1"/>
              <w:jc w:val="both"/>
            </w:pPr>
            <w:r>
              <w:t>- Nhóm đọc trước lớp; các nhóm khác nhận xét lịch sự.</w:t>
            </w:r>
          </w:p>
        </w:tc>
      </w:tr>
      <w:tr w:rsidR="00EF1B0D" w14:paraId="62446755"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02DCEDDA" w14:textId="77777777" w:rsidR="00EF1B0D" w:rsidRDefault="00634453" w:rsidP="0085497A">
            <w:pPr>
              <w:shd w:val="clear" w:color="auto" w:fill="FFFFFF" w:themeFill="background1"/>
            </w:pPr>
            <w:r>
              <w:rPr>
                <w:b/>
              </w:rPr>
              <w:t>Hoạt động 4: Luyện tập theo văn bản đọc (10 phút)</w:t>
            </w:r>
          </w:p>
          <w:p w14:paraId="709D6BFB" w14:textId="77777777" w:rsidR="00EF1B0D" w:rsidRDefault="00634453" w:rsidP="0085497A">
            <w:pPr>
              <w:shd w:val="clear" w:color="auto" w:fill="FFFFFF" w:themeFill="background1"/>
            </w:pPr>
            <w:r>
              <w:rPr>
                <w:b/>
              </w:rPr>
              <w:t>Mục tiêu: HS tìm được câu hỏi lịch sự với người lớn tuổi và biết nói tiếp câu theo mẫu trong bài.</w:t>
            </w:r>
          </w:p>
        </w:tc>
      </w:tr>
      <w:tr w:rsidR="00EF1B0D" w14:paraId="1F6DC84A" w14:textId="77777777" w:rsidTr="00AB2150">
        <w:trPr>
          <w:jc w:val="center"/>
        </w:trPr>
        <w:tc>
          <w:tcPr>
            <w:tcW w:w="5103" w:type="dxa"/>
            <w:tcBorders>
              <w:top w:val="single" w:sz="8" w:space="0" w:color="777777"/>
            </w:tcBorders>
            <w:tcMar>
              <w:top w:w="80" w:type="dxa"/>
              <w:left w:w="80" w:type="dxa"/>
              <w:bottom w:w="80" w:type="dxa"/>
              <w:right w:w="80" w:type="dxa"/>
            </w:tcMar>
          </w:tcPr>
          <w:p w14:paraId="753D0F0D" w14:textId="77777777" w:rsidR="00EF1B0D" w:rsidRDefault="00634453" w:rsidP="0085497A">
            <w:pPr>
              <w:shd w:val="clear" w:color="auto" w:fill="FFFFFF" w:themeFill="background1"/>
              <w:jc w:val="both"/>
            </w:pPr>
            <w:r>
              <w:t>Bài tập 1. Trong bài đọc, câu nào là câu hỏi lịch sự với người lớn tuổi?</w:t>
            </w:r>
          </w:p>
          <w:p w14:paraId="42776A7F" w14:textId="77777777" w:rsidR="00EF1B0D" w:rsidRDefault="00634453" w:rsidP="0085497A">
            <w:pPr>
              <w:shd w:val="clear" w:color="auto" w:fill="FFFFFF" w:themeFill="background1"/>
              <w:jc w:val="both"/>
            </w:pPr>
            <w:r>
              <w:t>- GV yêu cầu HS đọc đề bài, nêu yêu cầu và đọc thầm đoạn Cún nói với Hà mã.</w:t>
            </w:r>
          </w:p>
        </w:tc>
        <w:tc>
          <w:tcPr>
            <w:tcW w:w="5103" w:type="dxa"/>
            <w:tcBorders>
              <w:top w:val="single" w:sz="8" w:space="0" w:color="777777"/>
            </w:tcBorders>
            <w:tcMar>
              <w:top w:w="80" w:type="dxa"/>
              <w:left w:w="80" w:type="dxa"/>
              <w:bottom w:w="80" w:type="dxa"/>
              <w:right w:w="80" w:type="dxa"/>
            </w:tcMar>
          </w:tcPr>
          <w:p w14:paraId="7A3D5EE1" w14:textId="77777777" w:rsidR="00EF1B0D" w:rsidRDefault="00634453" w:rsidP="0085497A">
            <w:pPr>
              <w:shd w:val="clear" w:color="auto" w:fill="FFFFFF" w:themeFill="background1"/>
              <w:jc w:val="both"/>
            </w:pPr>
            <w:r>
              <w:t>- HS đọc đề bài, nêu yêu cầu: tìm trong bài đọc câu hỏi lịch sự với người lớn tuổi.</w:t>
            </w:r>
          </w:p>
        </w:tc>
      </w:tr>
      <w:tr w:rsidR="00EF1B0D" w14:paraId="56F7F64B" w14:textId="77777777" w:rsidTr="00AB2150">
        <w:trPr>
          <w:jc w:val="center"/>
        </w:trPr>
        <w:tc>
          <w:tcPr>
            <w:tcW w:w="5103" w:type="dxa"/>
            <w:tcMar>
              <w:top w:w="80" w:type="dxa"/>
              <w:left w:w="80" w:type="dxa"/>
              <w:bottom w:w="80" w:type="dxa"/>
              <w:right w:w="80" w:type="dxa"/>
            </w:tcMar>
          </w:tcPr>
          <w:p w14:paraId="51A97DBF" w14:textId="77777777" w:rsidR="00EF1B0D" w:rsidRDefault="00634453" w:rsidP="0085497A">
            <w:pPr>
              <w:shd w:val="clear" w:color="auto" w:fill="FFFFFF" w:themeFill="background1"/>
              <w:jc w:val="both"/>
            </w:pPr>
            <w:r>
              <w:t>- GV cho HS làm nhóm đôi, tìm đúng câu hỏi và giải thích vì sao câu đó lịch sự.</w:t>
            </w:r>
          </w:p>
        </w:tc>
        <w:tc>
          <w:tcPr>
            <w:tcW w:w="5103" w:type="dxa"/>
            <w:tcMar>
              <w:top w:w="80" w:type="dxa"/>
              <w:left w:w="80" w:type="dxa"/>
              <w:bottom w:w="80" w:type="dxa"/>
              <w:right w:w="80" w:type="dxa"/>
            </w:tcMar>
          </w:tcPr>
          <w:p w14:paraId="6E49F16F" w14:textId="77777777" w:rsidR="00EF1B0D" w:rsidRDefault="00634453" w:rsidP="0085497A">
            <w:pPr>
              <w:shd w:val="clear" w:color="auto" w:fill="FFFFFF" w:themeFill="background1"/>
              <w:jc w:val="both"/>
            </w:pPr>
            <w:r>
              <w:t>- HS trả lời: “Chào anh hà mã, anh giúp bọn em qua sông được không ạ?”</w:t>
            </w:r>
          </w:p>
          <w:p w14:paraId="25C0227E" w14:textId="77777777" w:rsidR="00EF1B0D" w:rsidRDefault="00634453" w:rsidP="0085497A">
            <w:pPr>
              <w:shd w:val="clear" w:color="auto" w:fill="FFFFFF" w:themeFill="background1"/>
              <w:jc w:val="both"/>
            </w:pPr>
            <w:r>
              <w:t>- Câu đó lịch sự vì có lời chào, có từ “giúp”, có “được không ạ”, giọng nói lễ phép.</w:t>
            </w:r>
          </w:p>
        </w:tc>
      </w:tr>
      <w:tr w:rsidR="00EF1B0D" w14:paraId="241AA2B2" w14:textId="77777777" w:rsidTr="00AB2150">
        <w:trPr>
          <w:jc w:val="center"/>
        </w:trPr>
        <w:tc>
          <w:tcPr>
            <w:tcW w:w="5103" w:type="dxa"/>
            <w:tcMar>
              <w:top w:w="80" w:type="dxa"/>
              <w:left w:w="80" w:type="dxa"/>
              <w:bottom w:w="80" w:type="dxa"/>
              <w:right w:w="80" w:type="dxa"/>
            </w:tcMar>
          </w:tcPr>
          <w:p w14:paraId="01B06FC5" w14:textId="77777777" w:rsidR="00EF1B0D" w:rsidRDefault="00634453" w:rsidP="0085497A">
            <w:pPr>
              <w:shd w:val="clear" w:color="auto" w:fill="FFFFFF" w:themeFill="background1"/>
              <w:jc w:val="both"/>
            </w:pPr>
            <w:r>
              <w:t>Bài tập 2. Dựa vào bài đọc, nói tiếp các câu dưới đây.</w:t>
            </w:r>
          </w:p>
          <w:p w14:paraId="68BC87D8" w14:textId="77777777" w:rsidR="00EF1B0D" w:rsidRDefault="00634453" w:rsidP="0085497A">
            <w:pPr>
              <w:shd w:val="clear" w:color="auto" w:fill="FFFFFF" w:themeFill="background1"/>
              <w:jc w:val="both"/>
            </w:pPr>
            <w:r>
              <w:t>a. Muốn ai đó giúp, em cần phải (...).</w:t>
            </w:r>
          </w:p>
          <w:p w14:paraId="23B45AEA" w14:textId="77777777" w:rsidR="00EF1B0D" w:rsidRDefault="00634453" w:rsidP="0085497A">
            <w:pPr>
              <w:shd w:val="clear" w:color="auto" w:fill="FFFFFF" w:themeFill="background1"/>
              <w:jc w:val="both"/>
            </w:pPr>
            <w:r>
              <w:t>b. Được ai đó giúp, em cần phải (...).</w:t>
            </w:r>
          </w:p>
          <w:p w14:paraId="59108DA3" w14:textId="77777777" w:rsidR="00EF1B0D" w:rsidRDefault="00634453" w:rsidP="0085497A">
            <w:pPr>
              <w:shd w:val="clear" w:color="auto" w:fill="FFFFFF" w:themeFill="background1"/>
              <w:jc w:val="both"/>
            </w:pPr>
            <w:r>
              <w:t>- GV tổ chức cho HS làm nhóm đôi: mỗi bạn nói tiếp một câu, sau đó đổi vai và góp ý cho nhau.</w:t>
            </w:r>
          </w:p>
        </w:tc>
        <w:tc>
          <w:tcPr>
            <w:tcW w:w="5103" w:type="dxa"/>
            <w:tcMar>
              <w:top w:w="80" w:type="dxa"/>
              <w:left w:w="80" w:type="dxa"/>
              <w:bottom w:w="80" w:type="dxa"/>
              <w:right w:w="80" w:type="dxa"/>
            </w:tcMar>
          </w:tcPr>
          <w:p w14:paraId="6B167CC1" w14:textId="77777777" w:rsidR="00EF1B0D" w:rsidRDefault="00634453" w:rsidP="0085497A">
            <w:pPr>
              <w:shd w:val="clear" w:color="auto" w:fill="FFFFFF" w:themeFill="background1"/>
              <w:jc w:val="both"/>
            </w:pPr>
            <w:r>
              <w:t>- HS thực hiện.</w:t>
            </w:r>
          </w:p>
          <w:p w14:paraId="58BCF072" w14:textId="77777777" w:rsidR="00EF1B0D" w:rsidRDefault="00634453" w:rsidP="0085497A">
            <w:pPr>
              <w:shd w:val="clear" w:color="auto" w:fill="FFFFFF" w:themeFill="background1"/>
              <w:jc w:val="both"/>
            </w:pPr>
            <w:r>
              <w:t>- Đáp án dự kiến: a. Muốn ai đó giúp, em cần phải hỏi/nói lời đề nghị một cách lịch sự.</w:t>
            </w:r>
          </w:p>
          <w:p w14:paraId="63613AD3" w14:textId="77777777" w:rsidR="00EF1B0D" w:rsidRDefault="00634453" w:rsidP="0085497A">
            <w:pPr>
              <w:shd w:val="clear" w:color="auto" w:fill="FFFFFF" w:themeFill="background1"/>
              <w:jc w:val="both"/>
            </w:pPr>
            <w:r>
              <w:t>- b. Được ai đó giúp, em cần phải nói lời cảm ơn.</w:t>
            </w:r>
          </w:p>
        </w:tc>
      </w:tr>
      <w:tr w:rsidR="00EF1B0D" w14:paraId="7E07918D" w14:textId="77777777" w:rsidTr="00AB2150">
        <w:trPr>
          <w:jc w:val="center"/>
        </w:trPr>
        <w:tc>
          <w:tcPr>
            <w:tcW w:w="5103" w:type="dxa"/>
            <w:tcMar>
              <w:top w:w="80" w:type="dxa"/>
              <w:left w:w="80" w:type="dxa"/>
              <w:bottom w:w="80" w:type="dxa"/>
              <w:right w:w="80" w:type="dxa"/>
            </w:tcMar>
          </w:tcPr>
          <w:p w14:paraId="2CE04BAD" w14:textId="77777777" w:rsidR="00EF1B0D" w:rsidRDefault="00634453" w:rsidP="0085497A">
            <w:pPr>
              <w:shd w:val="clear" w:color="auto" w:fill="FFFFFF" w:themeFill="background1"/>
              <w:jc w:val="both"/>
            </w:pPr>
            <w:r>
              <w:t>- Khi nhờ người lớn, bạn bè hoặc người lạ giúp đỡ, em cần nói như thế nào để thể hiện mình là học sinh có nếp sống văn minh?</w:t>
            </w:r>
          </w:p>
        </w:tc>
        <w:tc>
          <w:tcPr>
            <w:tcW w:w="5103" w:type="dxa"/>
            <w:tcMar>
              <w:top w:w="80" w:type="dxa"/>
              <w:left w:w="80" w:type="dxa"/>
              <w:bottom w:w="80" w:type="dxa"/>
              <w:right w:w="80" w:type="dxa"/>
            </w:tcMar>
          </w:tcPr>
          <w:p w14:paraId="33C3EA7D" w14:textId="77777777" w:rsidR="00EF1B0D" w:rsidRDefault="00634453" w:rsidP="0085497A">
            <w:pPr>
              <w:shd w:val="clear" w:color="auto" w:fill="FFFFFF" w:themeFill="background1"/>
              <w:jc w:val="both"/>
            </w:pPr>
            <w:r>
              <w:t>- HS nêu: chào hỏi, nói đủ câu, dùng “ạ”, “giúp cháu/em”, biết cảm ơn sau khi được giúp.</w:t>
            </w:r>
          </w:p>
        </w:tc>
      </w:tr>
      <w:tr w:rsidR="00EF1B0D" w14:paraId="699B202E" w14:textId="77777777" w:rsidTr="00AB2150">
        <w:trPr>
          <w:jc w:val="center"/>
        </w:trPr>
        <w:tc>
          <w:tcPr>
            <w:tcW w:w="5103" w:type="dxa"/>
            <w:tcBorders>
              <w:bottom w:val="single" w:sz="8" w:space="0" w:color="777777"/>
            </w:tcBorders>
            <w:tcMar>
              <w:top w:w="80" w:type="dxa"/>
              <w:left w:w="80" w:type="dxa"/>
              <w:bottom w:w="80" w:type="dxa"/>
              <w:right w:w="80" w:type="dxa"/>
            </w:tcMar>
          </w:tcPr>
          <w:p w14:paraId="0367CDC1" w14:textId="77777777" w:rsidR="00EF1B0D" w:rsidRDefault="00634453" w:rsidP="0085497A">
            <w:pPr>
              <w:shd w:val="clear" w:color="auto" w:fill="FFFFFF" w:themeFill="background1"/>
              <w:jc w:val="both"/>
            </w:pPr>
            <w:r>
              <w:rPr>
                <w:color w:val="C00000"/>
              </w:rPr>
              <w:t xml:space="preserve">- Tích hợp lý tưởng cách mạng, đạo đức, lối sống: GV diễn giải: Lời đề nghị lịch sự thể hiện sự tôn trọng người khác; lời cảm ơn cho </w:t>
            </w:r>
            <w:r>
              <w:rPr>
                <w:color w:val="C00000"/>
              </w:rPr>
              <w:lastRenderedPageBreak/>
              <w:t>thấy em biết ghi nhận sự giúp đỡ; lời xin lỗi giúp em nhận trách nhiệm khi làm chưa đúng. Khi nói, các em cần nhìn người đối thoại, nói vừa đủ nghe, không ra lệnh, không cáu gắt. Thói quen dùng lời hay ý đẹp là biểu hiện của lối sống văn minh, thân thiện trong gia đình, nhà trường và cộng đồng.</w:t>
            </w:r>
          </w:p>
        </w:tc>
        <w:tc>
          <w:tcPr>
            <w:tcW w:w="5103" w:type="dxa"/>
            <w:tcBorders>
              <w:bottom w:val="single" w:sz="8" w:space="0" w:color="777777"/>
            </w:tcBorders>
            <w:tcMar>
              <w:top w:w="80" w:type="dxa"/>
              <w:left w:w="80" w:type="dxa"/>
              <w:bottom w:w="80" w:type="dxa"/>
              <w:right w:w="80" w:type="dxa"/>
            </w:tcMar>
          </w:tcPr>
          <w:p w14:paraId="404D1E95" w14:textId="77777777" w:rsidR="00EF1B0D" w:rsidRDefault="00634453" w:rsidP="0085497A">
            <w:pPr>
              <w:shd w:val="clear" w:color="auto" w:fill="FFFFFF" w:themeFill="background1"/>
              <w:jc w:val="both"/>
            </w:pPr>
            <w:r>
              <w:lastRenderedPageBreak/>
              <w:t>- HS lắng nghe, nhắc lại 3 việc cần làm: nói lời đề nghị lịch sự, biết cảm ơn, biết xin lỗi.</w:t>
            </w:r>
          </w:p>
        </w:tc>
      </w:tr>
      <w:tr w:rsidR="00EF1B0D" w14:paraId="3CCD707F"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7F2E6DAF" w14:textId="77777777" w:rsidR="00EF1B0D" w:rsidRDefault="00634453" w:rsidP="0085497A">
            <w:pPr>
              <w:shd w:val="clear" w:color="auto" w:fill="FFFFFF" w:themeFill="background1"/>
            </w:pPr>
            <w:r>
              <w:rPr>
                <w:b/>
              </w:rPr>
              <w:t>4. VẬN DỤNG (3 phút)</w:t>
            </w:r>
          </w:p>
          <w:p w14:paraId="3332BEC6" w14:textId="77777777" w:rsidR="00EF1B0D" w:rsidRDefault="00634453" w:rsidP="0085497A">
            <w:pPr>
              <w:shd w:val="clear" w:color="auto" w:fill="FFFFFF" w:themeFill="background1"/>
            </w:pPr>
            <w:r>
              <w:rPr>
                <w:b/>
              </w:rPr>
              <w:t>Mục tiêu: HS vận dụng bài học vào tình huống giao tiếp hằng ngày.</w:t>
            </w:r>
          </w:p>
        </w:tc>
      </w:tr>
      <w:tr w:rsidR="00EF1B0D" w14:paraId="5A3FD4A4" w14:textId="77777777" w:rsidTr="00AB2150">
        <w:trPr>
          <w:jc w:val="center"/>
        </w:trPr>
        <w:tc>
          <w:tcPr>
            <w:tcW w:w="5103" w:type="dxa"/>
            <w:tcBorders>
              <w:top w:val="single" w:sz="8" w:space="0" w:color="777777"/>
            </w:tcBorders>
            <w:tcMar>
              <w:top w:w="80" w:type="dxa"/>
              <w:left w:w="80" w:type="dxa"/>
              <w:bottom w:w="80" w:type="dxa"/>
              <w:right w:w="80" w:type="dxa"/>
            </w:tcMar>
          </w:tcPr>
          <w:p w14:paraId="30618550" w14:textId="77777777" w:rsidR="00EF1B0D" w:rsidRDefault="00634453" w:rsidP="0085497A">
            <w:pPr>
              <w:shd w:val="clear" w:color="auto" w:fill="FFFFFF" w:themeFill="background1"/>
              <w:jc w:val="both"/>
            </w:pPr>
            <w:r>
              <w:t>- GV đưa tình huống: Em muốn nhờ bác bảo vệ mở cổng giúp vì mẹ đến đón muộn, em sẽ nói thế nào?</w:t>
            </w:r>
          </w:p>
        </w:tc>
        <w:tc>
          <w:tcPr>
            <w:tcW w:w="5103" w:type="dxa"/>
            <w:tcBorders>
              <w:top w:val="single" w:sz="8" w:space="0" w:color="777777"/>
            </w:tcBorders>
            <w:tcMar>
              <w:top w:w="80" w:type="dxa"/>
              <w:left w:w="80" w:type="dxa"/>
              <w:bottom w:w="80" w:type="dxa"/>
              <w:right w:w="80" w:type="dxa"/>
            </w:tcMar>
          </w:tcPr>
          <w:p w14:paraId="28442B5A" w14:textId="77777777" w:rsidR="00EF1B0D" w:rsidRDefault="00634453" w:rsidP="0085497A">
            <w:pPr>
              <w:shd w:val="clear" w:color="auto" w:fill="FFFFFF" w:themeFill="background1"/>
              <w:jc w:val="both"/>
            </w:pPr>
            <w:r>
              <w:t>- HS thực hành: “Cháu chào bác ạ! Bác mở cổng giúp cháu được không ạ? Cháu cảm ơn bác ạ!”</w:t>
            </w:r>
          </w:p>
        </w:tc>
      </w:tr>
      <w:tr w:rsidR="00EF1B0D" w14:paraId="354D8643" w14:textId="77777777" w:rsidTr="00AB2150">
        <w:trPr>
          <w:jc w:val="center"/>
        </w:trPr>
        <w:tc>
          <w:tcPr>
            <w:tcW w:w="5103" w:type="dxa"/>
            <w:tcMar>
              <w:top w:w="80" w:type="dxa"/>
              <w:left w:w="80" w:type="dxa"/>
              <w:bottom w:w="80" w:type="dxa"/>
              <w:right w:w="80" w:type="dxa"/>
            </w:tcMar>
          </w:tcPr>
          <w:p w14:paraId="5DCD7337" w14:textId="77777777" w:rsidR="00EF1B0D" w:rsidRDefault="00634453" w:rsidP="0085497A">
            <w:pPr>
              <w:shd w:val="clear" w:color="auto" w:fill="FFFFFF" w:themeFill="background1"/>
              <w:jc w:val="both"/>
            </w:pPr>
            <w:r>
              <w:t>- GV nhận xét, tuyên dương; dặn HS thực hành nói lời cảm ơn, xin lỗi, đề nghị lịch sự ở nhà và ở lớp.</w:t>
            </w:r>
          </w:p>
        </w:tc>
        <w:tc>
          <w:tcPr>
            <w:tcW w:w="5103" w:type="dxa"/>
            <w:tcMar>
              <w:top w:w="80" w:type="dxa"/>
              <w:left w:w="80" w:type="dxa"/>
              <w:bottom w:w="80" w:type="dxa"/>
              <w:right w:w="80" w:type="dxa"/>
            </w:tcMar>
          </w:tcPr>
          <w:p w14:paraId="2DC9E471" w14:textId="77777777" w:rsidR="00EF1B0D" w:rsidRDefault="00634453" w:rsidP="0085497A">
            <w:pPr>
              <w:shd w:val="clear" w:color="auto" w:fill="FFFFFF" w:themeFill="background1"/>
              <w:jc w:val="both"/>
            </w:pPr>
            <w:r>
              <w:t>- HS lắng nghe, ghi nhớ.</w:t>
            </w:r>
          </w:p>
        </w:tc>
      </w:tr>
    </w:tbl>
    <w:p w14:paraId="7A248F8E" w14:textId="77777777" w:rsidR="00EF1B0D" w:rsidRDefault="00634453" w:rsidP="0085497A">
      <w:pPr>
        <w:shd w:val="clear" w:color="auto" w:fill="FFFFFF" w:themeFill="background1"/>
      </w:pPr>
      <w:r>
        <w:rPr>
          <w:b/>
        </w:rPr>
        <w:t>IV. ĐIỀU CHỈNH SAU TIẾT HỌC (NẾU CÓ)</w:t>
      </w:r>
    </w:p>
    <w:p w14:paraId="67A424E8" w14:textId="77777777" w:rsidR="00EF1B0D" w:rsidRDefault="00634453" w:rsidP="0085497A">
      <w:pPr>
        <w:shd w:val="clear" w:color="auto" w:fill="FFFFFF" w:themeFill="background1"/>
        <w:jc w:val="center"/>
      </w:pPr>
      <w:r>
        <w:rPr>
          <w:b/>
        </w:rPr>
        <w:t>KẾ HOẠCH BÀI DẠY MÔN TIẾNG VIỆT LỚP 2 - TUẦN 29</w:t>
      </w:r>
    </w:p>
    <w:p w14:paraId="1F28CEE5" w14:textId="77777777" w:rsidR="00EF1B0D" w:rsidRDefault="00634453" w:rsidP="0085497A">
      <w:pPr>
        <w:shd w:val="clear" w:color="auto" w:fill="FFFFFF" w:themeFill="background1"/>
        <w:jc w:val="center"/>
      </w:pPr>
      <w:r>
        <w:rPr>
          <w:b/>
        </w:rPr>
        <w:t>BÀI 19: CẢM ƠN ANH HÀ MÃ</w:t>
      </w:r>
    </w:p>
    <w:p w14:paraId="7B95EF45" w14:textId="77777777" w:rsidR="00EF1B0D" w:rsidRDefault="00634453" w:rsidP="0085497A">
      <w:pPr>
        <w:shd w:val="clear" w:color="auto" w:fill="FFFFFF" w:themeFill="background1"/>
        <w:jc w:val="center"/>
      </w:pPr>
      <w:r>
        <w:rPr>
          <w:b/>
        </w:rPr>
        <w:t>TIẾT 3: VIẾT - CHỮ HOA M</w:t>
      </w:r>
    </w:p>
    <w:p w14:paraId="4209203B" w14:textId="77777777" w:rsidR="00EF1B0D" w:rsidRDefault="00634453" w:rsidP="0085497A">
      <w:pPr>
        <w:shd w:val="clear" w:color="auto" w:fill="FFFFFF" w:themeFill="background1"/>
      </w:pPr>
      <w:r>
        <w:rPr>
          <w:b/>
        </w:rPr>
        <w:t>I. YÊU CẦU CẦN ĐẠT</w:t>
      </w:r>
    </w:p>
    <w:p w14:paraId="73263C24" w14:textId="77777777" w:rsidR="00EF1B0D" w:rsidRDefault="00634453" w:rsidP="0085497A">
      <w:pPr>
        <w:shd w:val="clear" w:color="auto" w:fill="FFFFFF" w:themeFill="background1"/>
      </w:pPr>
      <w:r>
        <w:rPr>
          <w:b/>
        </w:rPr>
        <w:t>1. Năng lực đặc thù</w:t>
      </w:r>
    </w:p>
    <w:p w14:paraId="1CDE2093" w14:textId="77777777" w:rsidR="00EF1B0D" w:rsidRDefault="00634453" w:rsidP="0085497A">
      <w:pPr>
        <w:shd w:val="clear" w:color="auto" w:fill="FFFFFF" w:themeFill="background1"/>
        <w:jc w:val="both"/>
      </w:pPr>
      <w:r>
        <w:t>- Biết viết chữ hoa M cỡ vừa và cỡ nhỏ đúng mẫu, đúng quy trình.</w:t>
      </w:r>
    </w:p>
    <w:p w14:paraId="109465AC" w14:textId="77777777" w:rsidR="00EF1B0D" w:rsidRDefault="00634453" w:rsidP="0085497A">
      <w:pPr>
        <w:shd w:val="clear" w:color="auto" w:fill="FFFFFF" w:themeFill="background1"/>
        <w:jc w:val="both"/>
      </w:pPr>
      <w:r>
        <w:t>- Viết đúng câu ứng dụng: Muốn biết phải hỏi, muốn giỏi phải học.</w:t>
      </w:r>
    </w:p>
    <w:p w14:paraId="280D28CA" w14:textId="77777777" w:rsidR="00EF1B0D" w:rsidRDefault="00634453" w:rsidP="0085497A">
      <w:pPr>
        <w:shd w:val="clear" w:color="auto" w:fill="FFFFFF" w:themeFill="background1"/>
        <w:jc w:val="both"/>
      </w:pPr>
      <w:r>
        <w:t>- Biết trình bày bài viết sạch đẹp, đúng khoảng cách, đúng độ cao con chữ.</w:t>
      </w:r>
    </w:p>
    <w:p w14:paraId="1BE294CB" w14:textId="77777777" w:rsidR="00EF1B0D" w:rsidRDefault="00634453" w:rsidP="0085497A">
      <w:pPr>
        <w:shd w:val="clear" w:color="auto" w:fill="FFFFFF" w:themeFill="background1"/>
      </w:pPr>
      <w:r>
        <w:rPr>
          <w:b/>
        </w:rPr>
        <w:t>2. Năng lực chung</w:t>
      </w:r>
    </w:p>
    <w:p w14:paraId="5E72E731" w14:textId="77777777" w:rsidR="00EF1B0D" w:rsidRDefault="00634453" w:rsidP="0085497A">
      <w:pPr>
        <w:shd w:val="clear" w:color="auto" w:fill="FFFFFF" w:themeFill="background1"/>
        <w:jc w:val="both"/>
      </w:pPr>
      <w:r>
        <w:t>- Tự chủ và tự học: Tự quan sát mẫu chữ, luyện viết và tự soát lỗi.</w:t>
      </w:r>
    </w:p>
    <w:p w14:paraId="791C2C85" w14:textId="77777777" w:rsidR="00EF1B0D" w:rsidRDefault="00634453" w:rsidP="0085497A">
      <w:pPr>
        <w:shd w:val="clear" w:color="auto" w:fill="FFFFFF" w:themeFill="background1"/>
        <w:jc w:val="both"/>
      </w:pPr>
      <w:r>
        <w:t>- Giao tiếp và hợp tác: Biết đổi vở, góp ý nhẹ nhàng để cùng sửa bài.</w:t>
      </w:r>
    </w:p>
    <w:p w14:paraId="48E4F5D5" w14:textId="77777777" w:rsidR="00EF1B0D" w:rsidRDefault="00634453" w:rsidP="0085497A">
      <w:pPr>
        <w:shd w:val="clear" w:color="auto" w:fill="FFFFFF" w:themeFill="background1"/>
        <w:jc w:val="both"/>
      </w:pPr>
      <w:r>
        <w:t>- Giải quyết vấn đề và sáng tạo: Biết phát hiện lỗi viết sai độ cao, khoảng cách và tự điều chỉnh.</w:t>
      </w:r>
    </w:p>
    <w:p w14:paraId="12B7CE9D" w14:textId="77777777" w:rsidR="00EF1B0D" w:rsidRDefault="00634453" w:rsidP="0085497A">
      <w:pPr>
        <w:shd w:val="clear" w:color="auto" w:fill="FFFFFF" w:themeFill="background1"/>
      </w:pPr>
      <w:r>
        <w:rPr>
          <w:b/>
        </w:rPr>
        <w:t>3. Phẩm chất</w:t>
      </w:r>
    </w:p>
    <w:p w14:paraId="307E1588" w14:textId="77777777" w:rsidR="00EF1B0D" w:rsidRDefault="00634453" w:rsidP="0085497A">
      <w:pPr>
        <w:shd w:val="clear" w:color="auto" w:fill="FFFFFF" w:themeFill="background1"/>
        <w:jc w:val="both"/>
      </w:pPr>
      <w:r>
        <w:t>- Chăm chỉ: Kiên trì luyện viết đúng, viết đẹp.</w:t>
      </w:r>
    </w:p>
    <w:p w14:paraId="700CDA98" w14:textId="77777777" w:rsidR="00EF1B0D" w:rsidRDefault="00634453" w:rsidP="0085497A">
      <w:pPr>
        <w:shd w:val="clear" w:color="auto" w:fill="FFFFFF" w:themeFill="background1"/>
        <w:jc w:val="both"/>
      </w:pPr>
      <w:r>
        <w:t>- Trách nhiệm: Giữ vở sạch, viết cẩn thận, không bỏ dở nhiệm vụ.</w:t>
      </w:r>
    </w:p>
    <w:p w14:paraId="382AF168" w14:textId="77777777" w:rsidR="00EF1B0D" w:rsidRDefault="00634453" w:rsidP="0085497A">
      <w:pPr>
        <w:shd w:val="clear" w:color="auto" w:fill="FFFFFF" w:themeFill="background1"/>
      </w:pPr>
      <w:r>
        <w:rPr>
          <w:b/>
        </w:rPr>
        <w:t>II. ĐỒ DÙNG DẠY HỌC</w:t>
      </w:r>
    </w:p>
    <w:p w14:paraId="627BE3BE" w14:textId="77777777" w:rsidR="00EF1B0D" w:rsidRDefault="00634453" w:rsidP="0085497A">
      <w:pPr>
        <w:shd w:val="clear" w:color="auto" w:fill="FFFFFF" w:themeFill="background1"/>
        <w:jc w:val="both"/>
      </w:pPr>
      <w:r>
        <w:t>- GV: Mẫu chữ hoa M, câu ứng dụng, bảng phụ/máy chiếu.</w:t>
      </w:r>
    </w:p>
    <w:p w14:paraId="45DCDC5F" w14:textId="77777777" w:rsidR="00EF1B0D" w:rsidRDefault="00634453" w:rsidP="0085497A">
      <w:pPr>
        <w:shd w:val="clear" w:color="auto" w:fill="FFFFFF" w:themeFill="background1"/>
        <w:jc w:val="both"/>
      </w:pPr>
      <w:r>
        <w:t>- HS: Vở Tập viết, bảng con, phấn/bút chì.</w:t>
      </w:r>
    </w:p>
    <w:p w14:paraId="44FEF503" w14:textId="77777777" w:rsidR="00EF1B0D" w:rsidRDefault="00634453" w:rsidP="0085497A">
      <w:pPr>
        <w:shd w:val="clear" w:color="auto" w:fill="FFFFFF" w:themeFill="background1"/>
      </w:pPr>
      <w:r>
        <w:rPr>
          <w:b/>
        </w:rPr>
        <w:t>III. CÁC HOẠT ĐỘNG DẠY HỌC CHỦ YẾU</w:t>
      </w:r>
    </w:p>
    <w:tbl>
      <w:tblPr>
        <w:tblW w:w="0" w:type="auto"/>
        <w:jc w:val="center"/>
        <w:tblBorders>
          <w:top w:val="single" w:sz="8" w:space="0" w:color="777777"/>
          <w:left w:val="single" w:sz="8" w:space="0" w:color="777777"/>
          <w:bottom w:val="single" w:sz="8" w:space="0" w:color="777777"/>
          <w:right w:val="single" w:sz="8" w:space="0" w:color="777777"/>
          <w:insideV w:val="single" w:sz="8" w:space="0" w:color="777777"/>
        </w:tblBorders>
        <w:tblLayout w:type="fixed"/>
        <w:tblLook w:val="04A0" w:firstRow="1" w:lastRow="0" w:firstColumn="1" w:lastColumn="0" w:noHBand="0" w:noVBand="1"/>
      </w:tblPr>
      <w:tblGrid>
        <w:gridCol w:w="5103"/>
        <w:gridCol w:w="5443"/>
      </w:tblGrid>
      <w:tr w:rsidR="00EF1B0D" w14:paraId="461CD344" w14:textId="77777777" w:rsidTr="00AB2150">
        <w:trPr>
          <w:tblHeader/>
          <w:jc w:val="center"/>
        </w:trPr>
        <w:tc>
          <w:tcPr>
            <w:tcW w:w="5103" w:type="dxa"/>
            <w:tcBorders>
              <w:bottom w:val="single" w:sz="8" w:space="0" w:color="777777"/>
            </w:tcBorders>
            <w:shd w:val="clear" w:color="auto" w:fill="DDEBF7"/>
            <w:tcMar>
              <w:top w:w="80" w:type="dxa"/>
              <w:left w:w="80" w:type="dxa"/>
              <w:bottom w:w="80" w:type="dxa"/>
              <w:right w:w="80" w:type="dxa"/>
            </w:tcMar>
          </w:tcPr>
          <w:p w14:paraId="040A5F64" w14:textId="77777777" w:rsidR="00EF1B0D" w:rsidRDefault="00634453" w:rsidP="0085497A">
            <w:pPr>
              <w:shd w:val="clear" w:color="auto" w:fill="FFFFFF" w:themeFill="background1"/>
              <w:jc w:val="center"/>
            </w:pPr>
            <w:r>
              <w:rPr>
                <w:b/>
              </w:rPr>
              <w:t>Hoạt động của GV</w:t>
            </w:r>
          </w:p>
        </w:tc>
        <w:tc>
          <w:tcPr>
            <w:tcW w:w="5103" w:type="dxa"/>
            <w:tcBorders>
              <w:bottom w:val="single" w:sz="8" w:space="0" w:color="777777"/>
            </w:tcBorders>
            <w:shd w:val="clear" w:color="auto" w:fill="DDEBF7"/>
            <w:tcMar>
              <w:top w:w="80" w:type="dxa"/>
              <w:left w:w="80" w:type="dxa"/>
              <w:bottom w:w="80" w:type="dxa"/>
              <w:right w:w="80" w:type="dxa"/>
            </w:tcMar>
          </w:tcPr>
          <w:p w14:paraId="1CFA3701" w14:textId="77777777" w:rsidR="00EF1B0D" w:rsidRDefault="00634453" w:rsidP="0085497A">
            <w:pPr>
              <w:shd w:val="clear" w:color="auto" w:fill="FFFFFF" w:themeFill="background1"/>
              <w:jc w:val="center"/>
            </w:pPr>
            <w:r>
              <w:rPr>
                <w:b/>
              </w:rPr>
              <w:t>Hoạt động của HS</w:t>
            </w:r>
          </w:p>
        </w:tc>
      </w:tr>
      <w:tr w:rsidR="00EF1B0D" w14:paraId="76F7C78A"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5AE1B07E" w14:textId="77777777" w:rsidR="00EF1B0D" w:rsidRDefault="00634453" w:rsidP="0085497A">
            <w:pPr>
              <w:shd w:val="clear" w:color="auto" w:fill="FFFFFF" w:themeFill="background1"/>
            </w:pPr>
            <w:r>
              <w:rPr>
                <w:b/>
              </w:rPr>
              <w:t>1. KHỞI ĐỘNG (3 phút)</w:t>
            </w:r>
          </w:p>
          <w:p w14:paraId="1F3CB4FB" w14:textId="77777777" w:rsidR="00EF1B0D" w:rsidRDefault="00634453" w:rsidP="0085497A">
            <w:pPr>
              <w:shd w:val="clear" w:color="auto" w:fill="FFFFFF" w:themeFill="background1"/>
            </w:pPr>
            <w:r>
              <w:rPr>
                <w:b/>
              </w:rPr>
              <w:t>Mục tiêu: HS ôn nhanh chữ đã học, tạo hứng thú vào tiết viết.</w:t>
            </w:r>
          </w:p>
        </w:tc>
      </w:tr>
      <w:tr w:rsidR="00EF1B0D" w14:paraId="40977DBD" w14:textId="77777777" w:rsidTr="00AB2150">
        <w:trPr>
          <w:jc w:val="center"/>
        </w:trPr>
        <w:tc>
          <w:tcPr>
            <w:tcW w:w="5103" w:type="dxa"/>
            <w:tcBorders>
              <w:top w:val="single" w:sz="8" w:space="0" w:color="777777"/>
            </w:tcBorders>
            <w:tcMar>
              <w:top w:w="80" w:type="dxa"/>
              <w:left w:w="80" w:type="dxa"/>
              <w:bottom w:w="80" w:type="dxa"/>
              <w:right w:w="80" w:type="dxa"/>
            </w:tcMar>
          </w:tcPr>
          <w:p w14:paraId="1AAEE87B" w14:textId="77777777" w:rsidR="00EF1B0D" w:rsidRDefault="00634453" w:rsidP="0085497A">
            <w:pPr>
              <w:shd w:val="clear" w:color="auto" w:fill="FFFFFF" w:themeFill="background1"/>
              <w:jc w:val="both"/>
            </w:pPr>
            <w:r>
              <w:t>- GV tổ chức trò chơi “Nhìn nhanh đọc đúng”: chiếu một số chữ hoa đã học, yêu cầu HS gọi tên và nêu chữ nào có nét gần giống chữ M.</w:t>
            </w:r>
          </w:p>
        </w:tc>
        <w:tc>
          <w:tcPr>
            <w:tcW w:w="5103" w:type="dxa"/>
            <w:tcBorders>
              <w:top w:val="single" w:sz="8" w:space="0" w:color="777777"/>
            </w:tcBorders>
            <w:tcMar>
              <w:top w:w="80" w:type="dxa"/>
              <w:left w:w="80" w:type="dxa"/>
              <w:bottom w:w="80" w:type="dxa"/>
              <w:right w:w="80" w:type="dxa"/>
            </w:tcMar>
          </w:tcPr>
          <w:p w14:paraId="4319672A" w14:textId="77777777" w:rsidR="00EF1B0D" w:rsidRDefault="00634453" w:rsidP="0085497A">
            <w:pPr>
              <w:shd w:val="clear" w:color="auto" w:fill="FFFFFF" w:themeFill="background1"/>
              <w:jc w:val="both"/>
            </w:pPr>
            <w:r>
              <w:t>- HS quan sát, gọi tên chữ hoa; nêu nhận xét ban đầu về chữ M.</w:t>
            </w:r>
          </w:p>
        </w:tc>
      </w:tr>
      <w:tr w:rsidR="00EF1B0D" w14:paraId="4A48D269" w14:textId="77777777" w:rsidTr="00AB2150">
        <w:trPr>
          <w:jc w:val="center"/>
        </w:trPr>
        <w:tc>
          <w:tcPr>
            <w:tcW w:w="5103" w:type="dxa"/>
            <w:tcBorders>
              <w:bottom w:val="single" w:sz="8" w:space="0" w:color="777777"/>
            </w:tcBorders>
            <w:tcMar>
              <w:top w:w="80" w:type="dxa"/>
              <w:left w:w="80" w:type="dxa"/>
              <w:bottom w:w="80" w:type="dxa"/>
              <w:right w:w="80" w:type="dxa"/>
            </w:tcMar>
          </w:tcPr>
          <w:p w14:paraId="0EBFA071" w14:textId="77777777" w:rsidR="00EF1B0D" w:rsidRDefault="00634453" w:rsidP="0085497A">
            <w:pPr>
              <w:shd w:val="clear" w:color="auto" w:fill="FFFFFF" w:themeFill="background1"/>
              <w:jc w:val="both"/>
            </w:pPr>
            <w:r>
              <w:t>- GV dẫn dắt: Hôm nay chúng ta luyện viết chữ hoa M và câu ứng dụng “Muốn biết phải hỏi, muốn giỏi phải học.”</w:t>
            </w:r>
          </w:p>
        </w:tc>
        <w:tc>
          <w:tcPr>
            <w:tcW w:w="5103" w:type="dxa"/>
            <w:tcBorders>
              <w:bottom w:val="single" w:sz="8" w:space="0" w:color="777777"/>
            </w:tcBorders>
            <w:tcMar>
              <w:top w:w="80" w:type="dxa"/>
              <w:left w:w="80" w:type="dxa"/>
              <w:bottom w:w="80" w:type="dxa"/>
              <w:right w:w="80" w:type="dxa"/>
            </w:tcMar>
          </w:tcPr>
          <w:p w14:paraId="687ACE4A" w14:textId="77777777" w:rsidR="00EF1B0D" w:rsidRDefault="00634453" w:rsidP="0085497A">
            <w:pPr>
              <w:shd w:val="clear" w:color="auto" w:fill="FFFFFF" w:themeFill="background1"/>
              <w:jc w:val="both"/>
            </w:pPr>
            <w:r>
              <w:t>- HS lắng nghe, ghi tên bài.</w:t>
            </w:r>
          </w:p>
        </w:tc>
      </w:tr>
      <w:tr w:rsidR="00EF1B0D" w14:paraId="1DD584D9"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66BCE4B4" w14:textId="77777777" w:rsidR="00EF1B0D" w:rsidRDefault="00634453" w:rsidP="0085497A">
            <w:pPr>
              <w:shd w:val="clear" w:color="auto" w:fill="FFFFFF" w:themeFill="background1"/>
            </w:pPr>
            <w:r>
              <w:rPr>
                <w:b/>
              </w:rPr>
              <w:lastRenderedPageBreak/>
              <w:t>2. KHÁM PHÁ KIẾN THỨC (12 phút)</w:t>
            </w:r>
          </w:p>
          <w:p w14:paraId="779EB011" w14:textId="77777777" w:rsidR="00EF1B0D" w:rsidRDefault="00634453" w:rsidP="0085497A">
            <w:pPr>
              <w:shd w:val="clear" w:color="auto" w:fill="FFFFFF" w:themeFill="background1"/>
            </w:pPr>
            <w:r>
              <w:rPr>
                <w:b/>
              </w:rPr>
              <w:t>Mục tiêu: HS nhận biết đặc điểm chữ hoa M, nắm được quy trình viết và ý nghĩa câu ứng dụng.</w:t>
            </w:r>
          </w:p>
        </w:tc>
      </w:tr>
      <w:tr w:rsidR="00EF1B0D" w14:paraId="3DBA8FAE"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2356384C" w14:textId="77777777" w:rsidR="00EF1B0D" w:rsidRDefault="00634453" w:rsidP="0085497A">
            <w:pPr>
              <w:shd w:val="clear" w:color="auto" w:fill="FFFFFF" w:themeFill="background1"/>
            </w:pPr>
            <w:r>
              <w:rPr>
                <w:b/>
              </w:rPr>
              <w:t>Hoạt động 1: Hướng dẫn viết chữ hoa</w:t>
            </w:r>
          </w:p>
        </w:tc>
      </w:tr>
      <w:tr w:rsidR="00EF1B0D" w14:paraId="6368DF3B" w14:textId="77777777" w:rsidTr="00AB2150">
        <w:trPr>
          <w:jc w:val="center"/>
        </w:trPr>
        <w:tc>
          <w:tcPr>
            <w:tcW w:w="5103" w:type="dxa"/>
            <w:tcBorders>
              <w:top w:val="single" w:sz="8" w:space="0" w:color="777777"/>
            </w:tcBorders>
            <w:tcMar>
              <w:top w:w="80" w:type="dxa"/>
              <w:left w:w="80" w:type="dxa"/>
              <w:bottom w:w="80" w:type="dxa"/>
              <w:right w:w="80" w:type="dxa"/>
            </w:tcMar>
          </w:tcPr>
          <w:p w14:paraId="3926D868" w14:textId="77777777" w:rsidR="00EF1B0D" w:rsidRDefault="00634453" w:rsidP="0085497A">
            <w:pPr>
              <w:shd w:val="clear" w:color="auto" w:fill="FFFFFF" w:themeFill="background1"/>
              <w:jc w:val="both"/>
            </w:pPr>
            <w:r>
              <w:t>- GV yêu cầu HS quan sát mẫu chữ hoa M trong SGK, nhận xét độ cao, độ rộng, số nét và điểm đặt bút.</w:t>
            </w:r>
          </w:p>
        </w:tc>
        <w:tc>
          <w:tcPr>
            <w:tcW w:w="5103" w:type="dxa"/>
            <w:tcBorders>
              <w:top w:val="single" w:sz="8" w:space="0" w:color="777777"/>
            </w:tcBorders>
            <w:tcMar>
              <w:top w:w="80" w:type="dxa"/>
              <w:left w:w="80" w:type="dxa"/>
              <w:bottom w:w="80" w:type="dxa"/>
              <w:right w:w="80" w:type="dxa"/>
            </w:tcMar>
          </w:tcPr>
          <w:p w14:paraId="2248F196" w14:textId="77777777" w:rsidR="00EF1B0D" w:rsidRDefault="00634453" w:rsidP="0085497A">
            <w:pPr>
              <w:shd w:val="clear" w:color="auto" w:fill="FFFFFF" w:themeFill="background1"/>
              <w:jc w:val="both"/>
            </w:pPr>
            <w:r>
              <w:t>- HS quan sát; nêu: chữ M cao 5 li, gồm các nét móc và nét xiên; cần viết đều, đúng điểm đặt bút.</w:t>
            </w:r>
          </w:p>
        </w:tc>
      </w:tr>
      <w:tr w:rsidR="00EF1B0D" w14:paraId="0FFA4496" w14:textId="77777777" w:rsidTr="00AB2150">
        <w:trPr>
          <w:jc w:val="center"/>
        </w:trPr>
        <w:tc>
          <w:tcPr>
            <w:tcW w:w="5103" w:type="dxa"/>
            <w:tcMar>
              <w:top w:w="80" w:type="dxa"/>
              <w:left w:w="80" w:type="dxa"/>
              <w:bottom w:w="80" w:type="dxa"/>
              <w:right w:w="80" w:type="dxa"/>
            </w:tcMar>
          </w:tcPr>
          <w:p w14:paraId="4948CF2C" w14:textId="77777777" w:rsidR="00EF1B0D" w:rsidRDefault="00634453" w:rsidP="0085497A">
            <w:pPr>
              <w:shd w:val="clear" w:color="auto" w:fill="FFFFFF" w:themeFill="background1"/>
              <w:jc w:val="both"/>
            </w:pPr>
            <w:r>
              <w:t>- GV viết mẫu chữ M trên bảng, vừa viết vừa nêu quy trình: đặt bút đúng dòng, rê bút theo nét móc, chuyển sang nét xiên và kết thúc đúng điểm dừng bút.</w:t>
            </w:r>
          </w:p>
        </w:tc>
        <w:tc>
          <w:tcPr>
            <w:tcW w:w="5103" w:type="dxa"/>
            <w:tcMar>
              <w:top w:w="80" w:type="dxa"/>
              <w:left w:w="80" w:type="dxa"/>
              <w:bottom w:w="80" w:type="dxa"/>
              <w:right w:w="80" w:type="dxa"/>
            </w:tcMar>
          </w:tcPr>
          <w:p w14:paraId="0940A4AD" w14:textId="77777777" w:rsidR="00EF1B0D" w:rsidRDefault="00634453" w:rsidP="0085497A">
            <w:pPr>
              <w:shd w:val="clear" w:color="auto" w:fill="FFFFFF" w:themeFill="background1"/>
              <w:jc w:val="both"/>
            </w:pPr>
            <w:r>
              <w:t>- HS quan sát, dùng ngón tay viết theo trên không.</w:t>
            </w:r>
          </w:p>
        </w:tc>
      </w:tr>
      <w:tr w:rsidR="00EF1B0D" w14:paraId="6F0A1538" w14:textId="77777777" w:rsidTr="00AB2150">
        <w:trPr>
          <w:jc w:val="center"/>
        </w:trPr>
        <w:tc>
          <w:tcPr>
            <w:tcW w:w="5103" w:type="dxa"/>
            <w:tcBorders>
              <w:bottom w:val="single" w:sz="8" w:space="0" w:color="777777"/>
            </w:tcBorders>
            <w:tcMar>
              <w:top w:w="80" w:type="dxa"/>
              <w:left w:w="80" w:type="dxa"/>
              <w:bottom w:w="80" w:type="dxa"/>
              <w:right w:w="80" w:type="dxa"/>
            </w:tcMar>
          </w:tcPr>
          <w:p w14:paraId="0F25E9C4" w14:textId="77777777" w:rsidR="00EF1B0D" w:rsidRDefault="00634453" w:rsidP="0085497A">
            <w:pPr>
              <w:shd w:val="clear" w:color="auto" w:fill="FFFFFF" w:themeFill="background1"/>
              <w:jc w:val="both"/>
            </w:pPr>
            <w:r>
              <w:t>- GV cho HS luyện viết chữ M trên bảng con; theo dõi, sửa lỗi về độ cao, khoảng cách, nét nối.</w:t>
            </w:r>
          </w:p>
        </w:tc>
        <w:tc>
          <w:tcPr>
            <w:tcW w:w="5103" w:type="dxa"/>
            <w:tcBorders>
              <w:bottom w:val="single" w:sz="8" w:space="0" w:color="777777"/>
            </w:tcBorders>
            <w:tcMar>
              <w:top w:w="80" w:type="dxa"/>
              <w:left w:w="80" w:type="dxa"/>
              <w:bottom w:w="80" w:type="dxa"/>
              <w:right w:w="80" w:type="dxa"/>
            </w:tcMar>
          </w:tcPr>
          <w:p w14:paraId="3C85AB51" w14:textId="77777777" w:rsidR="00EF1B0D" w:rsidRDefault="00634453" w:rsidP="0085497A">
            <w:pPr>
              <w:shd w:val="clear" w:color="auto" w:fill="FFFFFF" w:themeFill="background1"/>
              <w:jc w:val="both"/>
            </w:pPr>
            <w:r>
              <w:t>- HS viết bảng con; giơ bảng; tự sửa lỗi theo nhận xét của GV.</w:t>
            </w:r>
          </w:p>
        </w:tc>
      </w:tr>
      <w:tr w:rsidR="00EF1B0D" w14:paraId="6884108A"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70DCFA87" w14:textId="77777777" w:rsidR="00EF1B0D" w:rsidRDefault="00634453" w:rsidP="0085497A">
            <w:pPr>
              <w:shd w:val="clear" w:color="auto" w:fill="FFFFFF" w:themeFill="background1"/>
            </w:pPr>
            <w:r>
              <w:rPr>
                <w:b/>
              </w:rPr>
              <w:t>Hoạt động 2: Hướng dẫn viết câu ứng dụng</w:t>
            </w:r>
          </w:p>
        </w:tc>
      </w:tr>
      <w:tr w:rsidR="00EF1B0D" w14:paraId="696BE8A4" w14:textId="77777777" w:rsidTr="00AB2150">
        <w:trPr>
          <w:jc w:val="center"/>
        </w:trPr>
        <w:tc>
          <w:tcPr>
            <w:tcW w:w="5103" w:type="dxa"/>
            <w:tcBorders>
              <w:top w:val="single" w:sz="8" w:space="0" w:color="777777"/>
            </w:tcBorders>
            <w:tcMar>
              <w:top w:w="80" w:type="dxa"/>
              <w:left w:w="80" w:type="dxa"/>
              <w:bottom w:w="80" w:type="dxa"/>
              <w:right w:w="80" w:type="dxa"/>
            </w:tcMar>
          </w:tcPr>
          <w:p w14:paraId="2D7B75F2" w14:textId="77777777" w:rsidR="00EF1B0D" w:rsidRDefault="00634453" w:rsidP="0085497A">
            <w:pPr>
              <w:shd w:val="clear" w:color="auto" w:fill="FFFFFF" w:themeFill="background1"/>
              <w:jc w:val="both"/>
            </w:pPr>
            <w:r>
              <w:t>- GV gọi HS đọc câu ứng dụng: “Muốn biết phải hỏi, muốn giỏi phải học.”</w:t>
            </w:r>
          </w:p>
        </w:tc>
        <w:tc>
          <w:tcPr>
            <w:tcW w:w="5103" w:type="dxa"/>
            <w:tcBorders>
              <w:top w:val="single" w:sz="8" w:space="0" w:color="777777"/>
            </w:tcBorders>
            <w:tcMar>
              <w:top w:w="80" w:type="dxa"/>
              <w:left w:w="80" w:type="dxa"/>
              <w:bottom w:w="80" w:type="dxa"/>
              <w:right w:w="80" w:type="dxa"/>
            </w:tcMar>
          </w:tcPr>
          <w:p w14:paraId="74688965" w14:textId="77777777" w:rsidR="00EF1B0D" w:rsidRDefault="00634453" w:rsidP="0085497A">
            <w:pPr>
              <w:shd w:val="clear" w:color="auto" w:fill="FFFFFF" w:themeFill="background1"/>
              <w:jc w:val="both"/>
            </w:pPr>
            <w:r>
              <w:t>- HS đọc câu ứng dụng cá nhân, đồng thanh.</w:t>
            </w:r>
          </w:p>
        </w:tc>
      </w:tr>
      <w:tr w:rsidR="00EF1B0D" w14:paraId="1F7436FE" w14:textId="77777777" w:rsidTr="00AB2150">
        <w:trPr>
          <w:jc w:val="center"/>
        </w:trPr>
        <w:tc>
          <w:tcPr>
            <w:tcW w:w="5103" w:type="dxa"/>
            <w:tcMar>
              <w:top w:w="80" w:type="dxa"/>
              <w:left w:w="80" w:type="dxa"/>
              <w:bottom w:w="80" w:type="dxa"/>
              <w:right w:w="80" w:type="dxa"/>
            </w:tcMar>
          </w:tcPr>
          <w:p w14:paraId="6BC8CCA4" w14:textId="77777777" w:rsidR="00EF1B0D" w:rsidRDefault="00634453" w:rsidP="0085497A">
            <w:pPr>
              <w:shd w:val="clear" w:color="auto" w:fill="FFFFFF" w:themeFill="background1"/>
              <w:jc w:val="both"/>
            </w:pPr>
            <w:r>
              <w:t>- GV hỏi: Câu ứng dụng khuyên chúng ta điều gì?</w:t>
            </w:r>
          </w:p>
        </w:tc>
        <w:tc>
          <w:tcPr>
            <w:tcW w:w="5103" w:type="dxa"/>
            <w:tcMar>
              <w:top w:w="80" w:type="dxa"/>
              <w:left w:w="80" w:type="dxa"/>
              <w:bottom w:w="80" w:type="dxa"/>
              <w:right w:w="80" w:type="dxa"/>
            </w:tcMar>
          </w:tcPr>
          <w:p w14:paraId="115FB375" w14:textId="77777777" w:rsidR="00EF1B0D" w:rsidRDefault="00634453" w:rsidP="0085497A">
            <w:pPr>
              <w:shd w:val="clear" w:color="auto" w:fill="FFFFFF" w:themeFill="background1"/>
              <w:jc w:val="both"/>
            </w:pPr>
            <w:r>
              <w:t>- HS trả lời: Muốn hiểu biết cần mạnh dạn hỏi; muốn học giỏi phải chăm chỉ học.</w:t>
            </w:r>
          </w:p>
        </w:tc>
      </w:tr>
      <w:tr w:rsidR="00EF1B0D" w14:paraId="30F58210" w14:textId="77777777" w:rsidTr="00AB2150">
        <w:trPr>
          <w:jc w:val="center"/>
        </w:trPr>
        <w:tc>
          <w:tcPr>
            <w:tcW w:w="5103" w:type="dxa"/>
            <w:tcBorders>
              <w:bottom w:val="single" w:sz="8" w:space="0" w:color="777777"/>
            </w:tcBorders>
            <w:tcMar>
              <w:top w:w="80" w:type="dxa"/>
              <w:left w:w="80" w:type="dxa"/>
              <w:bottom w:w="80" w:type="dxa"/>
              <w:right w:w="80" w:type="dxa"/>
            </w:tcMar>
          </w:tcPr>
          <w:p w14:paraId="486E7D8C" w14:textId="77777777" w:rsidR="00EF1B0D" w:rsidRDefault="00634453" w:rsidP="0085497A">
            <w:pPr>
              <w:shd w:val="clear" w:color="auto" w:fill="FFFFFF" w:themeFill="background1"/>
              <w:jc w:val="both"/>
            </w:pPr>
            <w:r>
              <w:t>- GV hướng dẫn HS nhận xét: chữ M viết hoa đầu câu; khoảng cách giữa các tiếng; vị trí dấu phẩy sau “hỏi” và dấu chấm cuối câu.</w:t>
            </w:r>
          </w:p>
        </w:tc>
        <w:tc>
          <w:tcPr>
            <w:tcW w:w="5103" w:type="dxa"/>
            <w:tcBorders>
              <w:bottom w:val="single" w:sz="8" w:space="0" w:color="777777"/>
            </w:tcBorders>
            <w:tcMar>
              <w:top w:w="80" w:type="dxa"/>
              <w:left w:w="80" w:type="dxa"/>
              <w:bottom w:w="80" w:type="dxa"/>
              <w:right w:w="80" w:type="dxa"/>
            </w:tcMar>
          </w:tcPr>
          <w:p w14:paraId="51D34471" w14:textId="77777777" w:rsidR="00EF1B0D" w:rsidRDefault="00634453" w:rsidP="0085497A">
            <w:pPr>
              <w:shd w:val="clear" w:color="auto" w:fill="FFFFFF" w:themeFill="background1"/>
              <w:jc w:val="both"/>
            </w:pPr>
            <w:r>
              <w:t>- HS nêu lại cách trình bày câu ứng dụng và chuẩn bị viết.</w:t>
            </w:r>
          </w:p>
        </w:tc>
      </w:tr>
      <w:tr w:rsidR="00EF1B0D" w14:paraId="18086A0C"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558B5F93" w14:textId="77777777" w:rsidR="00EF1B0D" w:rsidRDefault="00634453" w:rsidP="0085497A">
            <w:pPr>
              <w:shd w:val="clear" w:color="auto" w:fill="FFFFFF" w:themeFill="background1"/>
            </w:pPr>
            <w:r>
              <w:rPr>
                <w:b/>
              </w:rPr>
              <w:t>3. LUYỆN TẬP - THỰC HÀNH (15 phút)</w:t>
            </w:r>
          </w:p>
          <w:p w14:paraId="5EDE7A58" w14:textId="77777777" w:rsidR="00EF1B0D" w:rsidRDefault="00634453" w:rsidP="0085497A">
            <w:pPr>
              <w:shd w:val="clear" w:color="auto" w:fill="FFFFFF" w:themeFill="background1"/>
            </w:pPr>
            <w:r>
              <w:rPr>
                <w:b/>
              </w:rPr>
              <w:t>Mục tiêu: HS viết đúng chữ hoa M và câu ứng dụng vào vở; biết giữ tư thế ngồi viết đúng.</w:t>
            </w:r>
          </w:p>
        </w:tc>
      </w:tr>
      <w:tr w:rsidR="00EF1B0D" w14:paraId="2851452C" w14:textId="77777777" w:rsidTr="00AB2150">
        <w:trPr>
          <w:jc w:val="center"/>
        </w:trPr>
        <w:tc>
          <w:tcPr>
            <w:tcW w:w="5103" w:type="dxa"/>
            <w:tcBorders>
              <w:top w:val="single" w:sz="8" w:space="0" w:color="777777"/>
            </w:tcBorders>
            <w:tcMar>
              <w:top w:w="80" w:type="dxa"/>
              <w:left w:w="80" w:type="dxa"/>
              <w:bottom w:w="80" w:type="dxa"/>
              <w:right w:w="80" w:type="dxa"/>
            </w:tcMar>
          </w:tcPr>
          <w:p w14:paraId="15D90D4D" w14:textId="77777777" w:rsidR="00EF1B0D" w:rsidRDefault="00634453" w:rsidP="0085497A">
            <w:pPr>
              <w:shd w:val="clear" w:color="auto" w:fill="FFFFFF" w:themeFill="background1"/>
              <w:jc w:val="both"/>
            </w:pPr>
            <w:r>
              <w:t>- GV nêu yêu cầu viết vở: 1 dòng chữ hoa M cỡ vừa, 1 dòng chữ hoa M cỡ nhỏ, 1 dòng câu ứng dụng.</w:t>
            </w:r>
          </w:p>
        </w:tc>
        <w:tc>
          <w:tcPr>
            <w:tcW w:w="5103" w:type="dxa"/>
            <w:tcBorders>
              <w:top w:val="single" w:sz="8" w:space="0" w:color="777777"/>
            </w:tcBorders>
            <w:tcMar>
              <w:top w:w="80" w:type="dxa"/>
              <w:left w:w="80" w:type="dxa"/>
              <w:bottom w:w="80" w:type="dxa"/>
              <w:right w:w="80" w:type="dxa"/>
            </w:tcMar>
          </w:tcPr>
          <w:p w14:paraId="42E00CA1" w14:textId="77777777" w:rsidR="00EF1B0D" w:rsidRDefault="00634453" w:rsidP="0085497A">
            <w:pPr>
              <w:shd w:val="clear" w:color="auto" w:fill="FFFFFF" w:themeFill="background1"/>
              <w:jc w:val="both"/>
            </w:pPr>
            <w:r>
              <w:t>- HS mở vở đúng trang, xác định vị trí viết.</w:t>
            </w:r>
          </w:p>
        </w:tc>
      </w:tr>
      <w:tr w:rsidR="00EF1B0D" w14:paraId="4F2DCCCF" w14:textId="77777777" w:rsidTr="00AB2150">
        <w:trPr>
          <w:jc w:val="center"/>
        </w:trPr>
        <w:tc>
          <w:tcPr>
            <w:tcW w:w="5103" w:type="dxa"/>
            <w:tcMar>
              <w:top w:w="80" w:type="dxa"/>
              <w:left w:w="80" w:type="dxa"/>
              <w:bottom w:w="80" w:type="dxa"/>
              <w:right w:w="80" w:type="dxa"/>
            </w:tcMar>
          </w:tcPr>
          <w:p w14:paraId="50D763CD" w14:textId="77777777" w:rsidR="00EF1B0D" w:rsidRDefault="00634453" w:rsidP="0085497A">
            <w:pPr>
              <w:shd w:val="clear" w:color="auto" w:fill="FFFFFF" w:themeFill="background1"/>
              <w:jc w:val="both"/>
            </w:pPr>
            <w:r>
              <w:t>- GV nhắc tư thế ngồi viết: lưng thẳng, mắt cách vở khoảng 25-30 cm, tay giữ vở, tay viết thoải mái.</w:t>
            </w:r>
          </w:p>
        </w:tc>
        <w:tc>
          <w:tcPr>
            <w:tcW w:w="5103" w:type="dxa"/>
            <w:tcMar>
              <w:top w:w="80" w:type="dxa"/>
              <w:left w:w="80" w:type="dxa"/>
              <w:bottom w:w="80" w:type="dxa"/>
              <w:right w:w="80" w:type="dxa"/>
            </w:tcMar>
          </w:tcPr>
          <w:p w14:paraId="721C9FDD" w14:textId="77777777" w:rsidR="00EF1B0D" w:rsidRDefault="00634453" w:rsidP="0085497A">
            <w:pPr>
              <w:shd w:val="clear" w:color="auto" w:fill="FFFFFF" w:themeFill="background1"/>
              <w:jc w:val="both"/>
            </w:pPr>
            <w:r>
              <w:t>- HS điều chỉnh tư thế, chuẩn bị viết.</w:t>
            </w:r>
          </w:p>
        </w:tc>
      </w:tr>
      <w:tr w:rsidR="00EF1B0D" w14:paraId="50433CF8" w14:textId="77777777" w:rsidTr="00AB2150">
        <w:trPr>
          <w:jc w:val="center"/>
        </w:trPr>
        <w:tc>
          <w:tcPr>
            <w:tcW w:w="5103" w:type="dxa"/>
            <w:tcMar>
              <w:top w:w="80" w:type="dxa"/>
              <w:left w:w="80" w:type="dxa"/>
              <w:bottom w:w="80" w:type="dxa"/>
              <w:right w:w="80" w:type="dxa"/>
            </w:tcMar>
          </w:tcPr>
          <w:p w14:paraId="2B16EDDA" w14:textId="77777777" w:rsidR="00EF1B0D" w:rsidRDefault="00634453" w:rsidP="0085497A">
            <w:pPr>
              <w:shd w:val="clear" w:color="auto" w:fill="FFFFFF" w:themeFill="background1"/>
              <w:jc w:val="both"/>
            </w:pPr>
            <w:r>
              <w:t>- GV cho HS viết vở; quan sát, hỗ trợ HS viết chậm hoặc sai nét.</w:t>
            </w:r>
          </w:p>
        </w:tc>
        <w:tc>
          <w:tcPr>
            <w:tcW w:w="5103" w:type="dxa"/>
            <w:tcMar>
              <w:top w:w="80" w:type="dxa"/>
              <w:left w:w="80" w:type="dxa"/>
              <w:bottom w:w="80" w:type="dxa"/>
              <w:right w:w="80" w:type="dxa"/>
            </w:tcMar>
          </w:tcPr>
          <w:p w14:paraId="29AF9711" w14:textId="77777777" w:rsidR="00EF1B0D" w:rsidRDefault="00634453" w:rsidP="0085497A">
            <w:pPr>
              <w:shd w:val="clear" w:color="auto" w:fill="FFFFFF" w:themeFill="background1"/>
              <w:jc w:val="both"/>
            </w:pPr>
            <w:r>
              <w:t>- HS viết bài vào vở, giữ chữ đều và sạch.</w:t>
            </w:r>
          </w:p>
        </w:tc>
      </w:tr>
      <w:tr w:rsidR="00EF1B0D" w14:paraId="067BB5BC" w14:textId="77777777" w:rsidTr="00AB2150">
        <w:trPr>
          <w:jc w:val="center"/>
        </w:trPr>
        <w:tc>
          <w:tcPr>
            <w:tcW w:w="5103" w:type="dxa"/>
            <w:tcBorders>
              <w:bottom w:val="single" w:sz="8" w:space="0" w:color="777777"/>
            </w:tcBorders>
            <w:tcMar>
              <w:top w:w="80" w:type="dxa"/>
              <w:left w:w="80" w:type="dxa"/>
              <w:bottom w:w="80" w:type="dxa"/>
              <w:right w:w="80" w:type="dxa"/>
            </w:tcMar>
          </w:tcPr>
          <w:p w14:paraId="3E86CF1C" w14:textId="77777777" w:rsidR="00EF1B0D" w:rsidRDefault="00634453" w:rsidP="0085497A">
            <w:pPr>
              <w:shd w:val="clear" w:color="auto" w:fill="FFFFFF" w:themeFill="background1"/>
              <w:jc w:val="both"/>
            </w:pPr>
            <w:r>
              <w:t>- GV yêu cầu HS đổi vở theo cặp để soát lỗi; chọn một số bài viết đẹp để nhận xét.</w:t>
            </w:r>
          </w:p>
        </w:tc>
        <w:tc>
          <w:tcPr>
            <w:tcW w:w="5103" w:type="dxa"/>
            <w:tcBorders>
              <w:bottom w:val="single" w:sz="8" w:space="0" w:color="777777"/>
            </w:tcBorders>
            <w:tcMar>
              <w:top w:w="80" w:type="dxa"/>
              <w:left w:w="80" w:type="dxa"/>
              <w:bottom w:w="80" w:type="dxa"/>
              <w:right w:w="80" w:type="dxa"/>
            </w:tcMar>
          </w:tcPr>
          <w:p w14:paraId="54C436EB" w14:textId="77777777" w:rsidR="00EF1B0D" w:rsidRDefault="00634453" w:rsidP="0085497A">
            <w:pPr>
              <w:shd w:val="clear" w:color="auto" w:fill="FFFFFF" w:themeFill="background1"/>
              <w:jc w:val="both"/>
            </w:pPr>
            <w:r>
              <w:t>- HS đổi vở, nhận xét nhẹ nhàng; tự sửa lỗi nếu có.</w:t>
            </w:r>
          </w:p>
        </w:tc>
      </w:tr>
      <w:tr w:rsidR="00EF1B0D" w14:paraId="27EB194C"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52F79109" w14:textId="77777777" w:rsidR="00EF1B0D" w:rsidRDefault="00634453" w:rsidP="0085497A">
            <w:pPr>
              <w:shd w:val="clear" w:color="auto" w:fill="FFFFFF" w:themeFill="background1"/>
            </w:pPr>
            <w:r>
              <w:rPr>
                <w:b/>
              </w:rPr>
              <w:t>4. VẬN DỤNG (5 phút)</w:t>
            </w:r>
          </w:p>
          <w:p w14:paraId="7E83F8C2" w14:textId="77777777" w:rsidR="00EF1B0D" w:rsidRDefault="00634453" w:rsidP="0085497A">
            <w:pPr>
              <w:shd w:val="clear" w:color="auto" w:fill="FFFFFF" w:themeFill="background1"/>
            </w:pPr>
            <w:r>
              <w:rPr>
                <w:b/>
              </w:rPr>
              <w:t>Mục tiêu: HS liên hệ ý nghĩa câu ứng dụng với thói quen học tập hằng ngày.</w:t>
            </w:r>
          </w:p>
        </w:tc>
      </w:tr>
      <w:tr w:rsidR="00EF1B0D" w14:paraId="1DA4BBDA" w14:textId="77777777" w:rsidTr="00AB2150">
        <w:trPr>
          <w:jc w:val="center"/>
        </w:trPr>
        <w:tc>
          <w:tcPr>
            <w:tcW w:w="5103" w:type="dxa"/>
            <w:tcBorders>
              <w:top w:val="single" w:sz="8" w:space="0" w:color="777777"/>
            </w:tcBorders>
            <w:tcMar>
              <w:top w:w="80" w:type="dxa"/>
              <w:left w:w="80" w:type="dxa"/>
              <w:bottom w:w="80" w:type="dxa"/>
              <w:right w:w="80" w:type="dxa"/>
            </w:tcMar>
          </w:tcPr>
          <w:p w14:paraId="013644F7" w14:textId="77777777" w:rsidR="00EF1B0D" w:rsidRDefault="00634453" w:rsidP="0085497A">
            <w:pPr>
              <w:shd w:val="clear" w:color="auto" w:fill="FFFFFF" w:themeFill="background1"/>
              <w:jc w:val="both"/>
            </w:pPr>
            <w:r>
              <w:t>- Khi chưa hiểu bài hoặc chưa biết cách làm, em nên hỏi ai và hỏi như thế nào để vừa học được bài vừa thể hiện sự lễ phép?</w:t>
            </w:r>
          </w:p>
        </w:tc>
        <w:tc>
          <w:tcPr>
            <w:tcW w:w="5103" w:type="dxa"/>
            <w:tcBorders>
              <w:top w:val="single" w:sz="8" w:space="0" w:color="777777"/>
            </w:tcBorders>
            <w:tcMar>
              <w:top w:w="80" w:type="dxa"/>
              <w:left w:w="80" w:type="dxa"/>
              <w:bottom w:w="80" w:type="dxa"/>
              <w:right w:w="80" w:type="dxa"/>
            </w:tcMar>
          </w:tcPr>
          <w:p w14:paraId="1A006EBB" w14:textId="77777777" w:rsidR="00EF1B0D" w:rsidRDefault="00634453" w:rsidP="0085497A">
            <w:pPr>
              <w:shd w:val="clear" w:color="auto" w:fill="FFFFFF" w:themeFill="background1"/>
              <w:jc w:val="both"/>
            </w:pPr>
            <w:r>
              <w:t>- HS trả lời: Em hỏi cô, hỏi bạn, đọc lại sách; khi hỏi cần nói “thưa cô”, “bạn giúp mình với nhé”, không ngại hỏi khi chưa hiểu.</w:t>
            </w:r>
          </w:p>
        </w:tc>
      </w:tr>
      <w:tr w:rsidR="00EF1B0D" w14:paraId="55AE3090" w14:textId="77777777" w:rsidTr="00AB2150">
        <w:trPr>
          <w:jc w:val="center"/>
        </w:trPr>
        <w:tc>
          <w:tcPr>
            <w:tcW w:w="5103" w:type="dxa"/>
            <w:tcMar>
              <w:top w:w="80" w:type="dxa"/>
              <w:left w:w="80" w:type="dxa"/>
              <w:bottom w:w="80" w:type="dxa"/>
              <w:right w:w="80" w:type="dxa"/>
            </w:tcMar>
          </w:tcPr>
          <w:p w14:paraId="53C756D9" w14:textId="77777777" w:rsidR="00EF1B0D" w:rsidRDefault="00634453" w:rsidP="0085497A">
            <w:pPr>
              <w:shd w:val="clear" w:color="auto" w:fill="FFFFFF" w:themeFill="background1"/>
              <w:jc w:val="both"/>
            </w:pPr>
            <w:r>
              <w:rPr>
                <w:color w:val="C00000"/>
              </w:rPr>
              <w:t xml:space="preserve">- Tích hợp lý tưởng cách mạng, đạo đức, lối </w:t>
            </w:r>
            <w:r>
              <w:rPr>
                <w:color w:val="C00000"/>
              </w:rPr>
              <w:lastRenderedPageBreak/>
              <w:t>sống: GV diễn giải: Ham học hỏi là thói quen tốt của học sinh. Khi chưa hiểu, em mạnh dạn hỏi thầy cô, bạn bè bằng lời nói lịch sự; khi được giúp, em nói cảm ơn. Biết hỏi đúng lúc giúp em học tốt hơn, đồng thời rèn sự khiêm tốn, chăm chỉ và tinh thần trách nhiệm với việc học của mình.</w:t>
            </w:r>
          </w:p>
        </w:tc>
        <w:tc>
          <w:tcPr>
            <w:tcW w:w="5103" w:type="dxa"/>
            <w:tcMar>
              <w:top w:w="80" w:type="dxa"/>
              <w:left w:w="80" w:type="dxa"/>
              <w:bottom w:w="80" w:type="dxa"/>
              <w:right w:w="80" w:type="dxa"/>
            </w:tcMar>
          </w:tcPr>
          <w:p w14:paraId="215BB151" w14:textId="77777777" w:rsidR="00EF1B0D" w:rsidRDefault="00634453" w:rsidP="0085497A">
            <w:pPr>
              <w:shd w:val="clear" w:color="auto" w:fill="FFFFFF" w:themeFill="background1"/>
              <w:jc w:val="both"/>
            </w:pPr>
            <w:r>
              <w:lastRenderedPageBreak/>
              <w:t xml:space="preserve">- HS lắng nghe, nêu một việc sẽ làm: hỏi cô khi </w:t>
            </w:r>
            <w:r>
              <w:lastRenderedPageBreak/>
              <w:t>chưa hiểu, luyện viết lại chữ còn sai, cảm ơn bạn khi được góp ý.</w:t>
            </w:r>
          </w:p>
        </w:tc>
      </w:tr>
    </w:tbl>
    <w:p w14:paraId="1689F0BD" w14:textId="77777777" w:rsidR="00EF1B0D" w:rsidRDefault="00634453" w:rsidP="0085497A">
      <w:pPr>
        <w:shd w:val="clear" w:color="auto" w:fill="FFFFFF" w:themeFill="background1"/>
      </w:pPr>
      <w:r>
        <w:rPr>
          <w:b/>
        </w:rPr>
        <w:lastRenderedPageBreak/>
        <w:t>IV. ĐIỀU CHỈNH SAU TIẾT HỌC (NẾU CÓ)</w:t>
      </w:r>
    </w:p>
    <w:p w14:paraId="44E52FC4" w14:textId="77777777" w:rsidR="00EF1B0D" w:rsidRDefault="00634453" w:rsidP="0085497A">
      <w:pPr>
        <w:shd w:val="clear" w:color="auto" w:fill="FFFFFF" w:themeFill="background1"/>
        <w:jc w:val="center"/>
      </w:pPr>
      <w:r>
        <w:rPr>
          <w:b/>
        </w:rPr>
        <w:t>KẾ HOẠCH BÀI DẠY MÔN TIẾNG VIỆT LỚP 2 - TUẦN 29</w:t>
      </w:r>
    </w:p>
    <w:p w14:paraId="27665962" w14:textId="77777777" w:rsidR="00EF1B0D" w:rsidRDefault="00634453" w:rsidP="0085497A">
      <w:pPr>
        <w:shd w:val="clear" w:color="auto" w:fill="FFFFFF" w:themeFill="background1"/>
        <w:jc w:val="center"/>
      </w:pPr>
      <w:r>
        <w:rPr>
          <w:b/>
        </w:rPr>
        <w:t>BÀI 19: CẢM ƠN ANH HÀ MÃ</w:t>
      </w:r>
    </w:p>
    <w:p w14:paraId="1C7FBCA7" w14:textId="77777777" w:rsidR="00EF1B0D" w:rsidRDefault="00634453" w:rsidP="0085497A">
      <w:pPr>
        <w:shd w:val="clear" w:color="auto" w:fill="FFFFFF" w:themeFill="background1"/>
        <w:jc w:val="center"/>
      </w:pPr>
      <w:r>
        <w:rPr>
          <w:b/>
        </w:rPr>
        <w:t>TIẾT 4: NÓI VÀ NGHE - KỂ CHUYỆN CẢM ƠN ANH HÀ MÃ</w:t>
      </w:r>
    </w:p>
    <w:p w14:paraId="6B75010C" w14:textId="77777777" w:rsidR="00EF1B0D" w:rsidRDefault="00634453" w:rsidP="0085497A">
      <w:pPr>
        <w:shd w:val="clear" w:color="auto" w:fill="FFFFFF" w:themeFill="background1"/>
      </w:pPr>
      <w:r>
        <w:rPr>
          <w:b/>
        </w:rPr>
        <w:t>I. YÊU CẦU CẦN ĐẠT</w:t>
      </w:r>
    </w:p>
    <w:p w14:paraId="02B613E9" w14:textId="77777777" w:rsidR="00EF1B0D" w:rsidRDefault="00634453" w:rsidP="0085497A">
      <w:pPr>
        <w:shd w:val="clear" w:color="auto" w:fill="FFFFFF" w:themeFill="background1"/>
      </w:pPr>
      <w:r>
        <w:rPr>
          <w:b/>
        </w:rPr>
        <w:t>1. Năng lực đặc thù</w:t>
      </w:r>
    </w:p>
    <w:p w14:paraId="1E269083" w14:textId="77777777" w:rsidR="00EF1B0D" w:rsidRDefault="00634453" w:rsidP="0085497A">
      <w:pPr>
        <w:shd w:val="clear" w:color="auto" w:fill="FFFFFF" w:themeFill="background1"/>
        <w:jc w:val="both"/>
      </w:pPr>
      <w:r>
        <w:t>- Nhận biết được sự việc trong từng tranh minh hoạ câu chuyện.</w:t>
      </w:r>
    </w:p>
    <w:p w14:paraId="4882B447" w14:textId="77777777" w:rsidR="00EF1B0D" w:rsidRDefault="00634453" w:rsidP="0085497A">
      <w:pPr>
        <w:shd w:val="clear" w:color="auto" w:fill="FFFFFF" w:themeFill="background1"/>
        <w:jc w:val="both"/>
      </w:pPr>
      <w:r>
        <w:t>- Kể lại được từng đoạn câu chuyện theo tranh và câu hỏi gợi ý; có thể dùng lời kể của mình.</w:t>
      </w:r>
    </w:p>
    <w:p w14:paraId="594AEB99" w14:textId="77777777" w:rsidR="00EF1B0D" w:rsidRDefault="00634453" w:rsidP="0085497A">
      <w:pPr>
        <w:shd w:val="clear" w:color="auto" w:fill="FFFFFF" w:themeFill="background1"/>
        <w:jc w:val="both"/>
      </w:pPr>
      <w:r>
        <w:t>- Biết lắng nghe bạn kể, nhận xét lời kể đúng mực.</w:t>
      </w:r>
    </w:p>
    <w:p w14:paraId="2A3D2453" w14:textId="77777777" w:rsidR="00EF1B0D" w:rsidRDefault="00634453" w:rsidP="0085497A">
      <w:pPr>
        <w:shd w:val="clear" w:color="auto" w:fill="FFFFFF" w:themeFill="background1"/>
      </w:pPr>
      <w:r>
        <w:rPr>
          <w:b/>
        </w:rPr>
        <w:t>2. Năng lực chung</w:t>
      </w:r>
    </w:p>
    <w:p w14:paraId="06A75288" w14:textId="77777777" w:rsidR="00EF1B0D" w:rsidRDefault="00634453" w:rsidP="0085497A">
      <w:pPr>
        <w:shd w:val="clear" w:color="auto" w:fill="FFFFFF" w:themeFill="background1"/>
        <w:jc w:val="both"/>
      </w:pPr>
      <w:r>
        <w:t>- Tự chủ và tự học: Tự quan sát tranh, ghi nhớ sự việc và tập kể.</w:t>
      </w:r>
    </w:p>
    <w:p w14:paraId="5C15DEBB" w14:textId="77777777" w:rsidR="00EF1B0D" w:rsidRDefault="00634453" w:rsidP="0085497A">
      <w:pPr>
        <w:shd w:val="clear" w:color="auto" w:fill="FFFFFF" w:themeFill="background1"/>
        <w:jc w:val="both"/>
      </w:pPr>
      <w:r>
        <w:t>- Giao tiếp và hợp tác: Kể chuyện theo cặp/nhóm, biết lắng nghe và góp ý.</w:t>
      </w:r>
    </w:p>
    <w:p w14:paraId="4E0E9608" w14:textId="77777777" w:rsidR="00EF1B0D" w:rsidRDefault="00634453" w:rsidP="0085497A">
      <w:pPr>
        <w:shd w:val="clear" w:color="auto" w:fill="FFFFFF" w:themeFill="background1"/>
        <w:jc w:val="both"/>
      </w:pPr>
      <w:r>
        <w:t>- Giải quyết vấn đề và sáng tạo: Biết lựa chọn lời kể phù hợp, thêm cảm xúc cho nhân vật.</w:t>
      </w:r>
    </w:p>
    <w:p w14:paraId="209E928A" w14:textId="77777777" w:rsidR="00EF1B0D" w:rsidRDefault="00634453" w:rsidP="0085497A">
      <w:pPr>
        <w:shd w:val="clear" w:color="auto" w:fill="FFFFFF" w:themeFill="background1"/>
      </w:pPr>
      <w:r>
        <w:rPr>
          <w:b/>
        </w:rPr>
        <w:t>3. Phẩm chất</w:t>
      </w:r>
    </w:p>
    <w:p w14:paraId="7E68859B" w14:textId="77777777" w:rsidR="00EF1B0D" w:rsidRDefault="00634453" w:rsidP="0085497A">
      <w:pPr>
        <w:shd w:val="clear" w:color="auto" w:fill="FFFFFF" w:themeFill="background1"/>
        <w:jc w:val="both"/>
      </w:pPr>
      <w:r>
        <w:t>- Nhân ái: Biết giúp đỡ bạn bè, biết nói lời cảm ơn.</w:t>
      </w:r>
    </w:p>
    <w:p w14:paraId="0ADA8479" w14:textId="77777777" w:rsidR="00EF1B0D" w:rsidRDefault="00634453" w:rsidP="0085497A">
      <w:pPr>
        <w:shd w:val="clear" w:color="auto" w:fill="FFFFFF" w:themeFill="background1"/>
        <w:jc w:val="both"/>
      </w:pPr>
      <w:r>
        <w:t>- Trách nhiệm: Có thái độ nghiêm túc khi nghe bạn kể, không ngắt lời bạn.</w:t>
      </w:r>
    </w:p>
    <w:p w14:paraId="7C18BE7D" w14:textId="77777777" w:rsidR="00EF1B0D" w:rsidRDefault="00634453" w:rsidP="0085497A">
      <w:pPr>
        <w:shd w:val="clear" w:color="auto" w:fill="FFFFFF" w:themeFill="background1"/>
      </w:pPr>
      <w:r>
        <w:rPr>
          <w:b/>
        </w:rPr>
        <w:t>4. Tích hợp</w:t>
      </w:r>
    </w:p>
    <w:p w14:paraId="5C50CBE0" w14:textId="77777777" w:rsidR="00EF1B0D" w:rsidRDefault="00634453" w:rsidP="0085497A">
      <w:pPr>
        <w:shd w:val="clear" w:color="auto" w:fill="FFFFFF" w:themeFill="background1"/>
        <w:jc w:val="both"/>
      </w:pPr>
      <w:r>
        <w:rPr>
          <w:color w:val="C00000"/>
        </w:rPr>
        <w:t>- Tích hợp lý tưởng cách mạng, đạo đức, lối sống: Rèn thói quen nói lời cảm ơn, xin lỗi, đề nghị lịch sự; biết thể hiện sự tôn trọng trong giao tiếp.</w:t>
      </w:r>
    </w:p>
    <w:p w14:paraId="22AA43FE" w14:textId="77777777" w:rsidR="00EF1B0D" w:rsidRDefault="00634453" w:rsidP="0085497A">
      <w:pPr>
        <w:shd w:val="clear" w:color="auto" w:fill="FFFFFF" w:themeFill="background1"/>
      </w:pPr>
      <w:r>
        <w:rPr>
          <w:b/>
        </w:rPr>
        <w:t>II. ĐỒ DÙNG DẠY HỌC</w:t>
      </w:r>
    </w:p>
    <w:p w14:paraId="78FF2529" w14:textId="77777777" w:rsidR="00EF1B0D" w:rsidRDefault="00634453" w:rsidP="0085497A">
      <w:pPr>
        <w:shd w:val="clear" w:color="auto" w:fill="FFFFFF" w:themeFill="background1"/>
        <w:jc w:val="both"/>
      </w:pPr>
      <w:r>
        <w:t>- GV: Tranh minh hoạ 4 đoạn câu chuyện đã cắt đúng từ SGK; thẻ vai nhân vật; máy chiếu.</w:t>
      </w:r>
    </w:p>
    <w:p w14:paraId="6F419771" w14:textId="77777777" w:rsidR="00EF1B0D" w:rsidRDefault="00634453" w:rsidP="0085497A">
      <w:pPr>
        <w:shd w:val="clear" w:color="auto" w:fill="FFFFFF" w:themeFill="background1"/>
        <w:jc w:val="both"/>
      </w:pPr>
      <w:r>
        <w:t>- HS: SGK, vở ghi.</w:t>
      </w:r>
    </w:p>
    <w:p w14:paraId="425BCC80" w14:textId="77777777" w:rsidR="00EF1B0D" w:rsidRDefault="00634453" w:rsidP="0085497A">
      <w:pPr>
        <w:shd w:val="clear" w:color="auto" w:fill="FFFFFF" w:themeFill="background1"/>
      </w:pPr>
      <w:r>
        <w:rPr>
          <w:b/>
        </w:rPr>
        <w:t>III. CÁC HOẠT ĐỘNG DẠY HỌC CHỦ YẾU</w:t>
      </w:r>
    </w:p>
    <w:tbl>
      <w:tblPr>
        <w:tblW w:w="0" w:type="auto"/>
        <w:jc w:val="center"/>
        <w:tblBorders>
          <w:top w:val="single" w:sz="8" w:space="0" w:color="777777"/>
          <w:left w:val="single" w:sz="8" w:space="0" w:color="777777"/>
          <w:bottom w:val="single" w:sz="8" w:space="0" w:color="777777"/>
          <w:right w:val="single" w:sz="8" w:space="0" w:color="777777"/>
          <w:insideV w:val="single" w:sz="8" w:space="0" w:color="777777"/>
        </w:tblBorders>
        <w:tblLayout w:type="fixed"/>
        <w:tblLook w:val="04A0" w:firstRow="1" w:lastRow="0" w:firstColumn="1" w:lastColumn="0" w:noHBand="0" w:noVBand="1"/>
      </w:tblPr>
      <w:tblGrid>
        <w:gridCol w:w="5103"/>
        <w:gridCol w:w="5443"/>
      </w:tblGrid>
      <w:tr w:rsidR="00EF1B0D" w14:paraId="68C5C6D7" w14:textId="77777777" w:rsidTr="00AB2150">
        <w:trPr>
          <w:tblHeader/>
          <w:jc w:val="center"/>
        </w:trPr>
        <w:tc>
          <w:tcPr>
            <w:tcW w:w="5103" w:type="dxa"/>
            <w:tcBorders>
              <w:bottom w:val="single" w:sz="8" w:space="0" w:color="777777"/>
            </w:tcBorders>
            <w:shd w:val="clear" w:color="auto" w:fill="DDEBF7"/>
            <w:tcMar>
              <w:top w:w="80" w:type="dxa"/>
              <w:left w:w="80" w:type="dxa"/>
              <w:bottom w:w="80" w:type="dxa"/>
              <w:right w:w="80" w:type="dxa"/>
            </w:tcMar>
          </w:tcPr>
          <w:p w14:paraId="56C12D7B" w14:textId="77777777" w:rsidR="00EF1B0D" w:rsidRDefault="00634453" w:rsidP="0085497A">
            <w:pPr>
              <w:shd w:val="clear" w:color="auto" w:fill="FFFFFF" w:themeFill="background1"/>
              <w:jc w:val="center"/>
            </w:pPr>
            <w:r>
              <w:rPr>
                <w:b/>
              </w:rPr>
              <w:t>Hoạt động của GV</w:t>
            </w:r>
          </w:p>
        </w:tc>
        <w:tc>
          <w:tcPr>
            <w:tcW w:w="5103" w:type="dxa"/>
            <w:tcBorders>
              <w:bottom w:val="single" w:sz="8" w:space="0" w:color="777777"/>
            </w:tcBorders>
            <w:shd w:val="clear" w:color="auto" w:fill="DDEBF7"/>
            <w:tcMar>
              <w:top w:w="80" w:type="dxa"/>
              <w:left w:w="80" w:type="dxa"/>
              <w:bottom w:w="80" w:type="dxa"/>
              <w:right w:w="80" w:type="dxa"/>
            </w:tcMar>
          </w:tcPr>
          <w:p w14:paraId="4BFA9F80" w14:textId="77777777" w:rsidR="00EF1B0D" w:rsidRDefault="00634453" w:rsidP="0085497A">
            <w:pPr>
              <w:shd w:val="clear" w:color="auto" w:fill="FFFFFF" w:themeFill="background1"/>
              <w:jc w:val="center"/>
            </w:pPr>
            <w:r>
              <w:rPr>
                <w:b/>
              </w:rPr>
              <w:t>Hoạt động của HS</w:t>
            </w:r>
          </w:p>
        </w:tc>
      </w:tr>
      <w:tr w:rsidR="00EF1B0D" w14:paraId="4FB86022"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066A220A" w14:textId="77777777" w:rsidR="00EF1B0D" w:rsidRDefault="00634453" w:rsidP="0085497A">
            <w:pPr>
              <w:shd w:val="clear" w:color="auto" w:fill="FFFFFF" w:themeFill="background1"/>
            </w:pPr>
            <w:r>
              <w:rPr>
                <w:b/>
              </w:rPr>
              <w:t>1. KHỞI ĐỘNG (3 phút)</w:t>
            </w:r>
          </w:p>
          <w:p w14:paraId="30A89DBE" w14:textId="77777777" w:rsidR="00EF1B0D" w:rsidRDefault="00634453" w:rsidP="0085497A">
            <w:pPr>
              <w:shd w:val="clear" w:color="auto" w:fill="FFFFFF" w:themeFill="background1"/>
            </w:pPr>
            <w:r>
              <w:rPr>
                <w:b/>
              </w:rPr>
              <w:t>Mục tiêu: HS nhớ lại bài đọc và tạo tâm thế sẵn sàng kể chuyện.</w:t>
            </w:r>
          </w:p>
        </w:tc>
      </w:tr>
      <w:tr w:rsidR="00EF1B0D" w14:paraId="3BB08AA0" w14:textId="77777777" w:rsidTr="00AB2150">
        <w:trPr>
          <w:jc w:val="center"/>
        </w:trPr>
        <w:tc>
          <w:tcPr>
            <w:tcW w:w="5103" w:type="dxa"/>
            <w:tcBorders>
              <w:top w:val="single" w:sz="8" w:space="0" w:color="777777"/>
            </w:tcBorders>
            <w:tcMar>
              <w:top w:w="80" w:type="dxa"/>
              <w:left w:w="80" w:type="dxa"/>
              <w:bottom w:w="80" w:type="dxa"/>
              <w:right w:w="80" w:type="dxa"/>
            </w:tcMar>
          </w:tcPr>
          <w:p w14:paraId="6F4CD795" w14:textId="77777777" w:rsidR="00EF1B0D" w:rsidRDefault="00634453" w:rsidP="0085497A">
            <w:pPr>
              <w:shd w:val="clear" w:color="auto" w:fill="FFFFFF" w:themeFill="background1"/>
              <w:jc w:val="both"/>
            </w:pPr>
            <w:r>
              <w:t>- GV tổ chức trò chơi “Nói nhanh lời lịch sự”: cảm ơn, xin lỗi, làm ơn, giúp mình với, được không ạ.</w:t>
            </w:r>
          </w:p>
        </w:tc>
        <w:tc>
          <w:tcPr>
            <w:tcW w:w="5103" w:type="dxa"/>
            <w:tcBorders>
              <w:top w:val="single" w:sz="8" w:space="0" w:color="777777"/>
            </w:tcBorders>
            <w:tcMar>
              <w:top w:w="80" w:type="dxa"/>
              <w:left w:w="80" w:type="dxa"/>
              <w:bottom w:w="80" w:type="dxa"/>
              <w:right w:w="80" w:type="dxa"/>
            </w:tcMar>
          </w:tcPr>
          <w:p w14:paraId="71F76A29" w14:textId="77777777" w:rsidR="00EF1B0D" w:rsidRDefault="00634453" w:rsidP="0085497A">
            <w:pPr>
              <w:shd w:val="clear" w:color="auto" w:fill="FFFFFF" w:themeFill="background1"/>
              <w:jc w:val="both"/>
            </w:pPr>
            <w:r>
              <w:t>- HS tham gia trò chơi, nói nhanh và đúng các lời lịch sự.</w:t>
            </w:r>
          </w:p>
        </w:tc>
      </w:tr>
      <w:tr w:rsidR="00EF1B0D" w14:paraId="71C66413" w14:textId="77777777" w:rsidTr="00AB2150">
        <w:trPr>
          <w:jc w:val="center"/>
        </w:trPr>
        <w:tc>
          <w:tcPr>
            <w:tcW w:w="5103" w:type="dxa"/>
            <w:tcBorders>
              <w:bottom w:val="single" w:sz="8" w:space="0" w:color="777777"/>
            </w:tcBorders>
            <w:tcMar>
              <w:top w:w="80" w:type="dxa"/>
              <w:left w:w="80" w:type="dxa"/>
              <w:bottom w:w="80" w:type="dxa"/>
              <w:right w:w="80" w:type="dxa"/>
            </w:tcMar>
          </w:tcPr>
          <w:p w14:paraId="7EC2ECF8" w14:textId="77777777" w:rsidR="00EF1B0D" w:rsidRDefault="00634453" w:rsidP="0085497A">
            <w:pPr>
              <w:shd w:val="clear" w:color="auto" w:fill="FFFFFF" w:themeFill="background1"/>
              <w:jc w:val="both"/>
            </w:pPr>
            <w:r>
              <w:t>- GV dẫn dắt: Hôm nay các em kể lại câu chuyện Cảm ơn anh hà mã theo 4 tranh trong SGK.</w:t>
            </w:r>
          </w:p>
        </w:tc>
        <w:tc>
          <w:tcPr>
            <w:tcW w:w="5103" w:type="dxa"/>
            <w:tcBorders>
              <w:bottom w:val="single" w:sz="8" w:space="0" w:color="777777"/>
            </w:tcBorders>
            <w:tcMar>
              <w:top w:w="80" w:type="dxa"/>
              <w:left w:w="80" w:type="dxa"/>
              <w:bottom w:w="80" w:type="dxa"/>
              <w:right w:w="80" w:type="dxa"/>
            </w:tcMar>
          </w:tcPr>
          <w:p w14:paraId="1709E5ED" w14:textId="77777777" w:rsidR="00EF1B0D" w:rsidRDefault="00634453" w:rsidP="0085497A">
            <w:pPr>
              <w:shd w:val="clear" w:color="auto" w:fill="FFFFFF" w:themeFill="background1"/>
              <w:jc w:val="both"/>
            </w:pPr>
            <w:r>
              <w:t>- HS lắng nghe, nhắc lại tên bài.</w:t>
            </w:r>
          </w:p>
        </w:tc>
      </w:tr>
      <w:tr w:rsidR="00EF1B0D" w14:paraId="600C120C"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62FA28D5" w14:textId="77777777" w:rsidR="00EF1B0D" w:rsidRDefault="00634453" w:rsidP="0085497A">
            <w:pPr>
              <w:shd w:val="clear" w:color="auto" w:fill="FFFFFF" w:themeFill="background1"/>
            </w:pPr>
            <w:r>
              <w:rPr>
                <w:b/>
              </w:rPr>
              <w:t>2. KHÁM PHÁ KIẾN THỨC (10 phút)</w:t>
            </w:r>
          </w:p>
          <w:p w14:paraId="31FD5E01" w14:textId="77777777" w:rsidR="00EF1B0D" w:rsidRDefault="00634453" w:rsidP="0085497A">
            <w:pPr>
              <w:shd w:val="clear" w:color="auto" w:fill="FFFFFF" w:themeFill="background1"/>
            </w:pPr>
            <w:r>
              <w:rPr>
                <w:b/>
              </w:rPr>
              <w:t>Mục tiêu: HS quan sát tranh, nhận ra sự việc chính trong từng tranh và sắp xếp mạch truyện.</w:t>
            </w:r>
          </w:p>
        </w:tc>
      </w:tr>
      <w:tr w:rsidR="00EF1B0D" w14:paraId="5C61AB1D"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4A1D2D5A" w14:textId="77777777" w:rsidR="00EF1B0D" w:rsidRDefault="00634453" w:rsidP="0085497A">
            <w:pPr>
              <w:shd w:val="clear" w:color="auto" w:fill="FFFFFF" w:themeFill="background1"/>
            </w:pPr>
            <w:r>
              <w:rPr>
                <w:b/>
              </w:rPr>
              <w:t>Hoạt động 1: Dựa vào tranh và câu hỏi gợi ý, nói về sự việc trong từng tranh</w:t>
            </w:r>
          </w:p>
        </w:tc>
      </w:tr>
      <w:tr w:rsidR="00EF1B0D" w14:paraId="604319C6" w14:textId="77777777" w:rsidTr="00AB2150">
        <w:trPr>
          <w:jc w:val="center"/>
        </w:trPr>
        <w:tc>
          <w:tcPr>
            <w:tcW w:w="5103" w:type="dxa"/>
            <w:tcBorders>
              <w:top w:val="single" w:sz="8" w:space="0" w:color="777777"/>
            </w:tcBorders>
            <w:tcMar>
              <w:top w:w="80" w:type="dxa"/>
              <w:left w:w="80" w:type="dxa"/>
              <w:bottom w:w="80" w:type="dxa"/>
              <w:right w:w="80" w:type="dxa"/>
            </w:tcMar>
          </w:tcPr>
          <w:p w14:paraId="29EE5413" w14:textId="77777777" w:rsidR="00EF1B0D" w:rsidRDefault="00634453" w:rsidP="0085497A">
            <w:pPr>
              <w:shd w:val="clear" w:color="auto" w:fill="FFFFFF" w:themeFill="background1"/>
              <w:jc w:val="both"/>
            </w:pPr>
            <w:r>
              <w:t xml:space="preserve">- GV chiếu đúng 4 tranh kể chuyện trong SGK; yêu cầu HS quan sát từng tranh, đọc câu hỏi </w:t>
            </w:r>
            <w:r>
              <w:lastRenderedPageBreak/>
              <w:t>dưới tranh và xác định sự việc chính.</w:t>
            </w:r>
          </w:p>
          <w:p w14:paraId="371C1CE4" w14:textId="568C7D88" w:rsidR="00EF1B0D" w:rsidRDefault="00EF1B0D" w:rsidP="0085497A">
            <w:pPr>
              <w:shd w:val="clear" w:color="auto" w:fill="FFFFFF" w:themeFill="background1"/>
              <w:jc w:val="center"/>
            </w:pPr>
          </w:p>
        </w:tc>
        <w:tc>
          <w:tcPr>
            <w:tcW w:w="5103" w:type="dxa"/>
            <w:tcBorders>
              <w:top w:val="single" w:sz="8" w:space="0" w:color="777777"/>
            </w:tcBorders>
            <w:tcMar>
              <w:top w:w="80" w:type="dxa"/>
              <w:left w:w="80" w:type="dxa"/>
              <w:bottom w:w="80" w:type="dxa"/>
              <w:right w:w="80" w:type="dxa"/>
            </w:tcMar>
          </w:tcPr>
          <w:p w14:paraId="4C8D3550" w14:textId="77777777" w:rsidR="00EF1B0D" w:rsidRDefault="00634453" w:rsidP="0085497A">
            <w:pPr>
              <w:shd w:val="clear" w:color="auto" w:fill="FFFFFF" w:themeFill="background1"/>
              <w:jc w:val="both"/>
            </w:pPr>
            <w:r>
              <w:lastRenderedPageBreak/>
              <w:t>- HS quan sát tranh, đọc thầm câu hỏi gợi ý.</w:t>
            </w:r>
          </w:p>
        </w:tc>
      </w:tr>
      <w:tr w:rsidR="00EF1B0D" w14:paraId="7C02002D" w14:textId="77777777" w:rsidTr="00AB2150">
        <w:trPr>
          <w:jc w:val="center"/>
        </w:trPr>
        <w:tc>
          <w:tcPr>
            <w:tcW w:w="5103" w:type="dxa"/>
            <w:tcMar>
              <w:top w:w="80" w:type="dxa"/>
              <w:left w:w="80" w:type="dxa"/>
              <w:bottom w:w="80" w:type="dxa"/>
              <w:right w:w="80" w:type="dxa"/>
            </w:tcMar>
          </w:tcPr>
          <w:p w14:paraId="0940A75C" w14:textId="77777777" w:rsidR="00EF1B0D" w:rsidRDefault="00634453" w:rsidP="0085497A">
            <w:pPr>
              <w:shd w:val="clear" w:color="auto" w:fill="FFFFFF" w:themeFill="background1"/>
              <w:jc w:val="both"/>
            </w:pPr>
            <w:r>
              <w:t>- GV hỏi: Tranh 1 vẽ gì? Dê và Cún gặp chuyện gì khi vào rừng?</w:t>
            </w:r>
          </w:p>
        </w:tc>
        <w:tc>
          <w:tcPr>
            <w:tcW w:w="5103" w:type="dxa"/>
            <w:tcMar>
              <w:top w:w="80" w:type="dxa"/>
              <w:left w:w="80" w:type="dxa"/>
              <w:bottom w:w="80" w:type="dxa"/>
              <w:right w:w="80" w:type="dxa"/>
            </w:tcMar>
          </w:tcPr>
          <w:p w14:paraId="10613384" w14:textId="77777777" w:rsidR="00EF1B0D" w:rsidRDefault="00634453" w:rsidP="0085497A">
            <w:pPr>
              <w:shd w:val="clear" w:color="auto" w:fill="FFFFFF" w:themeFill="background1"/>
              <w:jc w:val="both"/>
            </w:pPr>
            <w:r>
              <w:t>- HS trả lời: Dê và Cún bị lạc/không biết đường khi vào rừng.</w:t>
            </w:r>
          </w:p>
        </w:tc>
      </w:tr>
      <w:tr w:rsidR="00EF1B0D" w14:paraId="19D5D1BE" w14:textId="77777777" w:rsidTr="00AB2150">
        <w:trPr>
          <w:jc w:val="center"/>
        </w:trPr>
        <w:tc>
          <w:tcPr>
            <w:tcW w:w="5103" w:type="dxa"/>
            <w:tcMar>
              <w:top w:w="80" w:type="dxa"/>
              <w:left w:w="80" w:type="dxa"/>
              <w:bottom w:w="80" w:type="dxa"/>
              <w:right w:w="80" w:type="dxa"/>
            </w:tcMar>
          </w:tcPr>
          <w:p w14:paraId="73CDCB82" w14:textId="77777777" w:rsidR="00EF1B0D" w:rsidRDefault="00634453" w:rsidP="0085497A">
            <w:pPr>
              <w:shd w:val="clear" w:color="auto" w:fill="FFFFFF" w:themeFill="background1"/>
              <w:jc w:val="both"/>
            </w:pPr>
            <w:r>
              <w:t>- GV hỏi: Tranh 2 vẽ ai? Dê đã nói gì khi gặp cô Hươu?</w:t>
            </w:r>
          </w:p>
        </w:tc>
        <w:tc>
          <w:tcPr>
            <w:tcW w:w="5103" w:type="dxa"/>
            <w:tcMar>
              <w:top w:w="80" w:type="dxa"/>
              <w:left w:w="80" w:type="dxa"/>
              <w:bottom w:w="80" w:type="dxa"/>
              <w:right w:w="80" w:type="dxa"/>
            </w:tcMar>
          </w:tcPr>
          <w:p w14:paraId="39054286" w14:textId="77777777" w:rsidR="00EF1B0D" w:rsidRDefault="00634453" w:rsidP="0085497A">
            <w:pPr>
              <w:shd w:val="clear" w:color="auto" w:fill="FFFFFF" w:themeFill="background1"/>
              <w:jc w:val="both"/>
            </w:pPr>
            <w:r>
              <w:t>- HS trả lời: Dê gặp cô Hươu và hỏi đường/nhờ giúp đỡ.</w:t>
            </w:r>
          </w:p>
        </w:tc>
      </w:tr>
      <w:tr w:rsidR="00EF1B0D" w14:paraId="6C02708E" w14:textId="77777777" w:rsidTr="00AB2150">
        <w:trPr>
          <w:jc w:val="center"/>
        </w:trPr>
        <w:tc>
          <w:tcPr>
            <w:tcW w:w="5103" w:type="dxa"/>
            <w:tcMar>
              <w:top w:w="80" w:type="dxa"/>
              <w:left w:w="80" w:type="dxa"/>
              <w:bottom w:w="80" w:type="dxa"/>
              <w:right w:w="80" w:type="dxa"/>
            </w:tcMar>
          </w:tcPr>
          <w:p w14:paraId="3ADC2F4E" w14:textId="77777777" w:rsidR="00EF1B0D" w:rsidRDefault="00634453" w:rsidP="0085497A">
            <w:pPr>
              <w:shd w:val="clear" w:color="auto" w:fill="FFFFFF" w:themeFill="background1"/>
              <w:jc w:val="both"/>
            </w:pPr>
            <w:r>
              <w:t>- GV hỏi: Tranh 3 cho thấy điều gì? Vì sao Dê làm anh Hà mã phật ý?</w:t>
            </w:r>
          </w:p>
        </w:tc>
        <w:tc>
          <w:tcPr>
            <w:tcW w:w="5103" w:type="dxa"/>
            <w:tcMar>
              <w:top w:w="80" w:type="dxa"/>
              <w:left w:w="80" w:type="dxa"/>
              <w:bottom w:w="80" w:type="dxa"/>
              <w:right w:w="80" w:type="dxa"/>
            </w:tcMar>
          </w:tcPr>
          <w:p w14:paraId="2C0F8F8A" w14:textId="77777777" w:rsidR="00EF1B0D" w:rsidRDefault="00634453" w:rsidP="0085497A">
            <w:pPr>
              <w:shd w:val="clear" w:color="auto" w:fill="FFFFFF" w:themeFill="background1"/>
              <w:jc w:val="both"/>
            </w:pPr>
            <w:r>
              <w:t>- HS nêu: Dê và Cún gặp anh Hà mã; lúc đầu Cún nói chưa lịch sự nên anh Hà mã phật ý.</w:t>
            </w:r>
          </w:p>
        </w:tc>
      </w:tr>
      <w:tr w:rsidR="00EF1B0D" w14:paraId="1F1A7E27" w14:textId="77777777" w:rsidTr="00AB2150">
        <w:trPr>
          <w:jc w:val="center"/>
        </w:trPr>
        <w:tc>
          <w:tcPr>
            <w:tcW w:w="5103" w:type="dxa"/>
            <w:tcBorders>
              <w:bottom w:val="single" w:sz="8" w:space="0" w:color="777777"/>
            </w:tcBorders>
            <w:tcMar>
              <w:top w:w="80" w:type="dxa"/>
              <w:left w:w="80" w:type="dxa"/>
              <w:bottom w:w="80" w:type="dxa"/>
              <w:right w:w="80" w:type="dxa"/>
            </w:tcMar>
          </w:tcPr>
          <w:p w14:paraId="34A4E61B" w14:textId="77777777" w:rsidR="00EF1B0D" w:rsidRDefault="00634453" w:rsidP="0085497A">
            <w:pPr>
              <w:shd w:val="clear" w:color="auto" w:fill="FFFFFF" w:themeFill="background1"/>
              <w:jc w:val="both"/>
            </w:pPr>
            <w:r>
              <w:t>- GV hỏi: Tranh 4 cho thấy điều gì? Cún đã làm gì khiến anh Hà mã vui vẻ giúp đỡ?</w:t>
            </w:r>
          </w:p>
        </w:tc>
        <w:tc>
          <w:tcPr>
            <w:tcW w:w="5103" w:type="dxa"/>
            <w:tcBorders>
              <w:bottom w:val="single" w:sz="8" w:space="0" w:color="777777"/>
            </w:tcBorders>
            <w:tcMar>
              <w:top w:w="80" w:type="dxa"/>
              <w:left w:w="80" w:type="dxa"/>
              <w:bottom w:w="80" w:type="dxa"/>
              <w:right w:w="80" w:type="dxa"/>
            </w:tcMar>
          </w:tcPr>
          <w:p w14:paraId="351C70A7" w14:textId="77777777" w:rsidR="00EF1B0D" w:rsidRDefault="00634453" w:rsidP="0085497A">
            <w:pPr>
              <w:shd w:val="clear" w:color="auto" w:fill="FFFFFF" w:themeFill="background1"/>
              <w:jc w:val="both"/>
            </w:pPr>
            <w:r>
              <w:t>- HS nêu: Cún biết nói lời đề nghị lịch sự, biết cảm ơn và xin lỗi nên anh Hà mã vui vẻ giúp đỡ.</w:t>
            </w:r>
          </w:p>
        </w:tc>
      </w:tr>
      <w:tr w:rsidR="00EF1B0D" w14:paraId="3DB4DC76"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56665C95" w14:textId="77777777" w:rsidR="00EF1B0D" w:rsidRDefault="00634453" w:rsidP="0085497A">
            <w:pPr>
              <w:shd w:val="clear" w:color="auto" w:fill="FFFFFF" w:themeFill="background1"/>
            </w:pPr>
            <w:r>
              <w:rPr>
                <w:b/>
              </w:rPr>
              <w:t>3. LUYỆN TẬP - THỰC HÀNH (17 phút)</w:t>
            </w:r>
          </w:p>
          <w:p w14:paraId="2FFAA5BC" w14:textId="77777777" w:rsidR="00EF1B0D" w:rsidRDefault="00634453" w:rsidP="0085497A">
            <w:pPr>
              <w:shd w:val="clear" w:color="auto" w:fill="FFFFFF" w:themeFill="background1"/>
            </w:pPr>
            <w:r>
              <w:rPr>
                <w:b/>
              </w:rPr>
              <w:t>Mục tiêu: HS kể lại từng đoạn câu chuyện theo tranh; biết dùng giọng kể phù hợp và lời nhân vật tự nhiên.</w:t>
            </w:r>
          </w:p>
        </w:tc>
      </w:tr>
      <w:tr w:rsidR="00EF1B0D" w14:paraId="1B912D48"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5E7A796D" w14:textId="77777777" w:rsidR="00EF1B0D" w:rsidRDefault="00634453" w:rsidP="0085497A">
            <w:pPr>
              <w:shd w:val="clear" w:color="auto" w:fill="FFFFFF" w:themeFill="background1"/>
            </w:pPr>
            <w:r>
              <w:rPr>
                <w:b/>
              </w:rPr>
              <w:t>Hoạt động 2: Kể lại từng đoạn của câu chuyện theo tranh</w:t>
            </w:r>
          </w:p>
        </w:tc>
      </w:tr>
      <w:tr w:rsidR="00EF1B0D" w14:paraId="11F769B8" w14:textId="77777777" w:rsidTr="00AB2150">
        <w:trPr>
          <w:jc w:val="center"/>
        </w:trPr>
        <w:tc>
          <w:tcPr>
            <w:tcW w:w="5103" w:type="dxa"/>
            <w:tcBorders>
              <w:top w:val="single" w:sz="8" w:space="0" w:color="777777"/>
            </w:tcBorders>
            <w:tcMar>
              <w:top w:w="80" w:type="dxa"/>
              <w:left w:w="80" w:type="dxa"/>
              <w:bottom w:w="80" w:type="dxa"/>
              <w:right w:w="80" w:type="dxa"/>
            </w:tcMar>
          </w:tcPr>
          <w:p w14:paraId="2B82DF1A" w14:textId="77777777" w:rsidR="00EF1B0D" w:rsidRDefault="00634453" w:rsidP="0085497A">
            <w:pPr>
              <w:shd w:val="clear" w:color="auto" w:fill="FFFFFF" w:themeFill="background1"/>
              <w:jc w:val="both"/>
            </w:pPr>
            <w:r>
              <w:t>- GV hướng dẫn: Mỗi tranh kể một đoạn; khi kể cần nêu nhân vật, việc xảy ra, lời nói quan trọng của nhân vật; không đọc nguyên văn SGK.</w:t>
            </w:r>
          </w:p>
        </w:tc>
        <w:tc>
          <w:tcPr>
            <w:tcW w:w="5103" w:type="dxa"/>
            <w:tcBorders>
              <w:top w:val="single" w:sz="8" w:space="0" w:color="777777"/>
            </w:tcBorders>
            <w:tcMar>
              <w:top w:w="80" w:type="dxa"/>
              <w:left w:w="80" w:type="dxa"/>
              <w:bottom w:w="80" w:type="dxa"/>
              <w:right w:w="80" w:type="dxa"/>
            </w:tcMar>
          </w:tcPr>
          <w:p w14:paraId="56B5A7E9" w14:textId="77777777" w:rsidR="00EF1B0D" w:rsidRDefault="00634453" w:rsidP="0085497A">
            <w:pPr>
              <w:shd w:val="clear" w:color="auto" w:fill="FFFFFF" w:themeFill="background1"/>
              <w:jc w:val="both"/>
            </w:pPr>
            <w:r>
              <w:t>- HS lắng nghe, ghi nhớ cách kể.</w:t>
            </w:r>
          </w:p>
        </w:tc>
      </w:tr>
      <w:tr w:rsidR="00EF1B0D" w14:paraId="345B2969" w14:textId="77777777" w:rsidTr="00AB2150">
        <w:trPr>
          <w:jc w:val="center"/>
        </w:trPr>
        <w:tc>
          <w:tcPr>
            <w:tcW w:w="5103" w:type="dxa"/>
            <w:tcMar>
              <w:top w:w="80" w:type="dxa"/>
              <w:left w:w="80" w:type="dxa"/>
              <w:bottom w:w="80" w:type="dxa"/>
              <w:right w:w="80" w:type="dxa"/>
            </w:tcMar>
          </w:tcPr>
          <w:p w14:paraId="5B9F63AD" w14:textId="77777777" w:rsidR="00EF1B0D" w:rsidRDefault="00634453" w:rsidP="0085497A">
            <w:pPr>
              <w:shd w:val="clear" w:color="auto" w:fill="FFFFFF" w:themeFill="background1"/>
              <w:jc w:val="both"/>
            </w:pPr>
            <w:r>
              <w:t>- GV cho HS luyện kể cá nhân trong 2 phút, sau đó kể theo nhóm bốn, mỗi bạn kể một tranh.</w:t>
            </w:r>
          </w:p>
        </w:tc>
        <w:tc>
          <w:tcPr>
            <w:tcW w:w="5103" w:type="dxa"/>
            <w:tcMar>
              <w:top w:w="80" w:type="dxa"/>
              <w:left w:w="80" w:type="dxa"/>
              <w:bottom w:w="80" w:type="dxa"/>
              <w:right w:w="80" w:type="dxa"/>
            </w:tcMar>
          </w:tcPr>
          <w:p w14:paraId="0CBFC7A8" w14:textId="77777777" w:rsidR="00EF1B0D" w:rsidRDefault="00634453" w:rsidP="0085497A">
            <w:pPr>
              <w:shd w:val="clear" w:color="auto" w:fill="FFFFFF" w:themeFill="background1"/>
              <w:jc w:val="both"/>
            </w:pPr>
            <w:r>
              <w:t>- HS luyện kể cá nhân; kể trong nhóm; góp ý cho bạn về nội dung và giọng kể.</w:t>
            </w:r>
          </w:p>
        </w:tc>
      </w:tr>
      <w:tr w:rsidR="00EF1B0D" w14:paraId="2DBFDF77" w14:textId="77777777" w:rsidTr="00AB2150">
        <w:trPr>
          <w:jc w:val="center"/>
        </w:trPr>
        <w:tc>
          <w:tcPr>
            <w:tcW w:w="5103" w:type="dxa"/>
            <w:tcMar>
              <w:top w:w="80" w:type="dxa"/>
              <w:left w:w="80" w:type="dxa"/>
              <w:bottom w:w="80" w:type="dxa"/>
              <w:right w:w="80" w:type="dxa"/>
            </w:tcMar>
          </w:tcPr>
          <w:p w14:paraId="28506F85" w14:textId="77777777" w:rsidR="00EF1B0D" w:rsidRDefault="00634453" w:rsidP="0085497A">
            <w:pPr>
              <w:shd w:val="clear" w:color="auto" w:fill="FFFFFF" w:themeFill="background1"/>
              <w:jc w:val="both"/>
            </w:pPr>
            <w:r>
              <w:t>- GV mời 2 nhóm kể nối tiếp trước lớp; nhắc HS kể rõ ràng, nhìn người nghe, giọng kể phù hợp với từng nhân vật.</w:t>
            </w:r>
          </w:p>
        </w:tc>
        <w:tc>
          <w:tcPr>
            <w:tcW w:w="5103" w:type="dxa"/>
            <w:tcMar>
              <w:top w:w="80" w:type="dxa"/>
              <w:left w:w="80" w:type="dxa"/>
              <w:bottom w:w="80" w:type="dxa"/>
              <w:right w:w="80" w:type="dxa"/>
            </w:tcMar>
          </w:tcPr>
          <w:p w14:paraId="30D31B02" w14:textId="77777777" w:rsidR="00EF1B0D" w:rsidRDefault="00634453" w:rsidP="0085497A">
            <w:pPr>
              <w:shd w:val="clear" w:color="auto" w:fill="FFFFFF" w:themeFill="background1"/>
              <w:jc w:val="both"/>
            </w:pPr>
            <w:r>
              <w:t>- Nhóm kể trước lớp; lớp lắng nghe, nhận xét theo tiêu chí: đủ ý, rõ lời, giọng phù hợp.</w:t>
            </w:r>
          </w:p>
        </w:tc>
      </w:tr>
      <w:tr w:rsidR="00EF1B0D" w14:paraId="1858E39E" w14:textId="77777777" w:rsidTr="00AB2150">
        <w:trPr>
          <w:jc w:val="center"/>
        </w:trPr>
        <w:tc>
          <w:tcPr>
            <w:tcW w:w="5103" w:type="dxa"/>
            <w:tcBorders>
              <w:bottom w:val="single" w:sz="8" w:space="0" w:color="777777"/>
            </w:tcBorders>
            <w:tcMar>
              <w:top w:w="80" w:type="dxa"/>
              <w:left w:w="80" w:type="dxa"/>
              <w:bottom w:w="80" w:type="dxa"/>
              <w:right w:w="80" w:type="dxa"/>
            </w:tcMar>
          </w:tcPr>
          <w:p w14:paraId="34EC9380" w14:textId="77777777" w:rsidR="00EF1B0D" w:rsidRDefault="00634453" w:rsidP="0085497A">
            <w:pPr>
              <w:shd w:val="clear" w:color="auto" w:fill="FFFFFF" w:themeFill="background1"/>
              <w:jc w:val="both"/>
            </w:pPr>
            <w:r>
              <w:t>- GV nhận xét, tuyên dương; sửa lời kể còn thiếu ý bằng cách gợi mở câu hỏi.</w:t>
            </w:r>
          </w:p>
        </w:tc>
        <w:tc>
          <w:tcPr>
            <w:tcW w:w="5103" w:type="dxa"/>
            <w:tcBorders>
              <w:bottom w:val="single" w:sz="8" w:space="0" w:color="777777"/>
            </w:tcBorders>
            <w:tcMar>
              <w:top w:w="80" w:type="dxa"/>
              <w:left w:w="80" w:type="dxa"/>
              <w:bottom w:w="80" w:type="dxa"/>
              <w:right w:w="80" w:type="dxa"/>
            </w:tcMar>
          </w:tcPr>
          <w:p w14:paraId="72E362F9" w14:textId="77777777" w:rsidR="00EF1B0D" w:rsidRDefault="00634453" w:rsidP="0085497A">
            <w:pPr>
              <w:shd w:val="clear" w:color="auto" w:fill="FFFFFF" w:themeFill="background1"/>
              <w:jc w:val="both"/>
            </w:pPr>
            <w:r>
              <w:t>- HS lắng nghe, hoàn thiện lời kể.</w:t>
            </w:r>
          </w:p>
        </w:tc>
      </w:tr>
      <w:tr w:rsidR="00EF1B0D" w14:paraId="54C9CFBB"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2520F34D" w14:textId="77777777" w:rsidR="00EF1B0D" w:rsidRDefault="00634453" w:rsidP="0085497A">
            <w:pPr>
              <w:shd w:val="clear" w:color="auto" w:fill="FFFFFF" w:themeFill="background1"/>
            </w:pPr>
            <w:r>
              <w:rPr>
                <w:b/>
              </w:rPr>
              <w:t>4. VẬN DỤNG (5 phút)</w:t>
            </w:r>
          </w:p>
          <w:p w14:paraId="7C228EB6" w14:textId="77777777" w:rsidR="00EF1B0D" w:rsidRDefault="00634453" w:rsidP="0085497A">
            <w:pPr>
              <w:shd w:val="clear" w:color="auto" w:fill="FFFFFF" w:themeFill="background1"/>
            </w:pPr>
            <w:r>
              <w:rPr>
                <w:b/>
              </w:rPr>
              <w:t>Mục tiêu: HS kể lại được câu chuyện cho người thân và biết dùng lời lịch sự trong đời sống.</w:t>
            </w:r>
          </w:p>
        </w:tc>
      </w:tr>
      <w:tr w:rsidR="00EF1B0D" w14:paraId="66066107" w14:textId="77777777" w:rsidTr="00AB2150">
        <w:trPr>
          <w:jc w:val="center"/>
        </w:trPr>
        <w:tc>
          <w:tcPr>
            <w:tcW w:w="5103" w:type="dxa"/>
            <w:tcBorders>
              <w:top w:val="single" w:sz="8" w:space="0" w:color="777777"/>
            </w:tcBorders>
            <w:tcMar>
              <w:top w:w="80" w:type="dxa"/>
              <w:left w:w="80" w:type="dxa"/>
              <w:bottom w:w="80" w:type="dxa"/>
              <w:right w:w="80" w:type="dxa"/>
            </w:tcMar>
          </w:tcPr>
          <w:p w14:paraId="5D331D43" w14:textId="77777777" w:rsidR="00EF1B0D" w:rsidRDefault="00634453" w:rsidP="0085497A">
            <w:pPr>
              <w:shd w:val="clear" w:color="auto" w:fill="FFFFFF" w:themeFill="background1"/>
              <w:jc w:val="both"/>
            </w:pPr>
            <w:r>
              <w:t>- Sau khi nghe câu chuyện, em sẽ làm gì khi được người khác giúp hoặc khi lỡ làm phiền người khác?</w:t>
            </w:r>
          </w:p>
        </w:tc>
        <w:tc>
          <w:tcPr>
            <w:tcW w:w="5103" w:type="dxa"/>
            <w:tcBorders>
              <w:top w:val="single" w:sz="8" w:space="0" w:color="777777"/>
            </w:tcBorders>
            <w:tcMar>
              <w:top w:w="80" w:type="dxa"/>
              <w:left w:w="80" w:type="dxa"/>
              <w:bottom w:w="80" w:type="dxa"/>
              <w:right w:w="80" w:type="dxa"/>
            </w:tcMar>
          </w:tcPr>
          <w:p w14:paraId="0CF67580" w14:textId="77777777" w:rsidR="00EF1B0D" w:rsidRDefault="00634453" w:rsidP="0085497A">
            <w:pPr>
              <w:shd w:val="clear" w:color="auto" w:fill="FFFFFF" w:themeFill="background1"/>
              <w:jc w:val="both"/>
            </w:pPr>
            <w:r>
              <w:t>- HS nêu: Em sẽ nói cảm ơn; nếu làm sai em xin lỗi; khi nhờ giúp em nói lễ phép.</w:t>
            </w:r>
          </w:p>
        </w:tc>
      </w:tr>
      <w:tr w:rsidR="00EF1B0D" w14:paraId="47EE5536" w14:textId="77777777" w:rsidTr="00AB2150">
        <w:trPr>
          <w:jc w:val="center"/>
        </w:trPr>
        <w:tc>
          <w:tcPr>
            <w:tcW w:w="5103" w:type="dxa"/>
            <w:tcMar>
              <w:top w:w="80" w:type="dxa"/>
              <w:left w:w="80" w:type="dxa"/>
              <w:bottom w:w="80" w:type="dxa"/>
              <w:right w:w="80" w:type="dxa"/>
            </w:tcMar>
          </w:tcPr>
          <w:p w14:paraId="1DC525DB" w14:textId="77777777" w:rsidR="00EF1B0D" w:rsidRDefault="00634453" w:rsidP="0085497A">
            <w:pPr>
              <w:shd w:val="clear" w:color="auto" w:fill="FFFFFF" w:themeFill="background1"/>
              <w:jc w:val="both"/>
            </w:pPr>
            <w:r>
              <w:rPr>
                <w:color w:val="C00000"/>
              </w:rPr>
              <w:t>- Tích hợp lý tưởng cách mạng, đạo đức, lối sống: GV diễn giải: Trong giao tiếp, lời cảm ơn làm người giúp mình cảm thấy vui và được trân trọng; lời xin lỗi giúp em nhận trách nhiệm khi làm chưa đúng; lời đề nghị lịch sự giúp người nghe hiểu điều em cần mà không bị khó chịu. Các em hãy tập nói đủ câu, nói nhẹ nhàng, nhìn người đối thoại và biết cảm ơn sau khi được giúp. Đây là thói quen nhỏ nhưng thể hiện nếp sống văn minh của học sinh tiểu học.</w:t>
            </w:r>
          </w:p>
        </w:tc>
        <w:tc>
          <w:tcPr>
            <w:tcW w:w="5103" w:type="dxa"/>
            <w:tcMar>
              <w:top w:w="80" w:type="dxa"/>
              <w:left w:w="80" w:type="dxa"/>
              <w:bottom w:w="80" w:type="dxa"/>
              <w:right w:w="80" w:type="dxa"/>
            </w:tcMar>
          </w:tcPr>
          <w:p w14:paraId="2F4A1402" w14:textId="77777777" w:rsidR="00EF1B0D" w:rsidRDefault="00634453" w:rsidP="0085497A">
            <w:pPr>
              <w:shd w:val="clear" w:color="auto" w:fill="FFFFFF" w:themeFill="background1"/>
              <w:jc w:val="both"/>
            </w:pPr>
            <w:r>
              <w:t>- HS lắng nghe; cam kết thực hiện một lời nói lịch sự trong ngày hôm nay.</w:t>
            </w:r>
          </w:p>
        </w:tc>
      </w:tr>
      <w:tr w:rsidR="00EF1B0D" w14:paraId="76A44EA4" w14:textId="77777777" w:rsidTr="00AB2150">
        <w:trPr>
          <w:jc w:val="center"/>
        </w:trPr>
        <w:tc>
          <w:tcPr>
            <w:tcW w:w="5103" w:type="dxa"/>
            <w:tcMar>
              <w:top w:w="80" w:type="dxa"/>
              <w:left w:w="80" w:type="dxa"/>
              <w:bottom w:w="80" w:type="dxa"/>
              <w:right w:w="80" w:type="dxa"/>
            </w:tcMar>
          </w:tcPr>
          <w:p w14:paraId="1D47D335" w14:textId="77777777" w:rsidR="00EF1B0D" w:rsidRDefault="00634453" w:rsidP="0085497A">
            <w:pPr>
              <w:shd w:val="clear" w:color="auto" w:fill="FFFFFF" w:themeFill="background1"/>
              <w:jc w:val="both"/>
            </w:pPr>
            <w:r>
              <w:lastRenderedPageBreak/>
              <w:t>- GV giao việc về nhà: kể câu chuyện cho người thân nghe và hỏi người thân khi nào cần nói cảm ơn, xin lỗi.</w:t>
            </w:r>
          </w:p>
        </w:tc>
        <w:tc>
          <w:tcPr>
            <w:tcW w:w="5103" w:type="dxa"/>
            <w:tcMar>
              <w:top w:w="80" w:type="dxa"/>
              <w:left w:w="80" w:type="dxa"/>
              <w:bottom w:w="80" w:type="dxa"/>
              <w:right w:w="80" w:type="dxa"/>
            </w:tcMar>
          </w:tcPr>
          <w:p w14:paraId="677E62E1" w14:textId="77777777" w:rsidR="00EF1B0D" w:rsidRDefault="00634453" w:rsidP="0085497A">
            <w:pPr>
              <w:shd w:val="clear" w:color="auto" w:fill="FFFFFF" w:themeFill="background1"/>
              <w:jc w:val="both"/>
            </w:pPr>
            <w:r>
              <w:t>- HS ghi nhớ nhiệm vụ.</w:t>
            </w:r>
          </w:p>
        </w:tc>
      </w:tr>
    </w:tbl>
    <w:p w14:paraId="1869E1EA" w14:textId="77777777" w:rsidR="00EF1B0D" w:rsidRDefault="00634453" w:rsidP="0085497A">
      <w:pPr>
        <w:shd w:val="clear" w:color="auto" w:fill="FFFFFF" w:themeFill="background1"/>
      </w:pPr>
      <w:r>
        <w:rPr>
          <w:b/>
        </w:rPr>
        <w:t>IV. ĐIỀU CHỈNH SAU TIẾT HỌC (NẾU CÓ)</w:t>
      </w:r>
    </w:p>
    <w:p w14:paraId="310C9D0F" w14:textId="77777777" w:rsidR="00EF1B0D" w:rsidRDefault="00634453" w:rsidP="0085497A">
      <w:pPr>
        <w:shd w:val="clear" w:color="auto" w:fill="FFFFFF" w:themeFill="background1"/>
        <w:jc w:val="center"/>
      </w:pPr>
      <w:r>
        <w:rPr>
          <w:b/>
        </w:rPr>
        <w:t>KẾ HOẠCH BÀI DẠY MÔN TIẾNG VIỆT LỚP 2 - TUẦN 29</w:t>
      </w:r>
    </w:p>
    <w:p w14:paraId="4BF21420" w14:textId="77777777" w:rsidR="00EF1B0D" w:rsidRDefault="00634453" w:rsidP="0085497A">
      <w:pPr>
        <w:shd w:val="clear" w:color="auto" w:fill="FFFFFF" w:themeFill="background1"/>
        <w:jc w:val="center"/>
      </w:pPr>
      <w:r>
        <w:rPr>
          <w:b/>
        </w:rPr>
        <w:t>CHỦ ĐỀ: GIAO TIẾP VÀ KẾT NỐI</w:t>
      </w:r>
    </w:p>
    <w:p w14:paraId="20FAFB00" w14:textId="77777777" w:rsidR="00EF1B0D" w:rsidRDefault="00634453" w:rsidP="0085497A">
      <w:pPr>
        <w:shd w:val="clear" w:color="auto" w:fill="FFFFFF" w:themeFill="background1"/>
        <w:jc w:val="center"/>
      </w:pPr>
      <w:r>
        <w:rPr>
          <w:b/>
        </w:rPr>
        <w:t>BÀI 20: TỪ CHÚ BỒ CÂU ĐẾN IN-TƠ-NÉT</w:t>
      </w:r>
    </w:p>
    <w:p w14:paraId="577BEDA4" w14:textId="77777777" w:rsidR="00EF1B0D" w:rsidRDefault="00634453" w:rsidP="0085497A">
      <w:pPr>
        <w:shd w:val="clear" w:color="auto" w:fill="FFFFFF" w:themeFill="background1"/>
        <w:jc w:val="center"/>
      </w:pPr>
      <w:r>
        <w:rPr>
          <w:b/>
        </w:rPr>
        <w:t>TIẾT 1 - 2: ĐỌC - TỪ CHÚ BỒ CÂU ĐẾN IN-TƠ-NÉT</w:t>
      </w:r>
    </w:p>
    <w:p w14:paraId="485880B9" w14:textId="77777777" w:rsidR="00EF1B0D" w:rsidRDefault="00634453" w:rsidP="0085497A">
      <w:pPr>
        <w:shd w:val="clear" w:color="auto" w:fill="FFFFFF" w:themeFill="background1"/>
      </w:pPr>
      <w:r>
        <w:rPr>
          <w:b/>
        </w:rPr>
        <w:t>I. YÊU CẦU CẦN ĐẠT</w:t>
      </w:r>
    </w:p>
    <w:p w14:paraId="064F1260" w14:textId="77777777" w:rsidR="00EF1B0D" w:rsidRDefault="00634453" w:rsidP="0085497A">
      <w:pPr>
        <w:shd w:val="clear" w:color="auto" w:fill="FFFFFF" w:themeFill="background1"/>
      </w:pPr>
      <w:r>
        <w:rPr>
          <w:b/>
        </w:rPr>
        <w:t>1. Năng lực đặc thù</w:t>
      </w:r>
    </w:p>
    <w:p w14:paraId="2280A633" w14:textId="77777777" w:rsidR="00EF1B0D" w:rsidRDefault="00634453" w:rsidP="0085497A">
      <w:pPr>
        <w:shd w:val="clear" w:color="auto" w:fill="FFFFFF" w:themeFill="background1"/>
        <w:jc w:val="both"/>
      </w:pPr>
      <w:r>
        <w:t>- Đọc đúng, rõ ràng văn bản thông tin; biết ngắt nghỉ hơi hợp lí; đọc đúng các từ: in-tơ-nét, huấn luyện, chai thuỷ tinh.</w:t>
      </w:r>
    </w:p>
    <w:p w14:paraId="3C74A448" w14:textId="77777777" w:rsidR="00EF1B0D" w:rsidRDefault="00634453" w:rsidP="0085497A">
      <w:pPr>
        <w:shd w:val="clear" w:color="auto" w:fill="FFFFFF" w:themeFill="background1"/>
        <w:jc w:val="both"/>
      </w:pPr>
      <w:r>
        <w:t>- Hiểu nội dung văn bản: con người có nhiều cách liên lạc với nhau từ xưa đến nay; biết trả lời câu hỏi về các phương tiện liên lạc.</w:t>
      </w:r>
    </w:p>
    <w:p w14:paraId="61CF2902" w14:textId="77777777" w:rsidR="00EF1B0D" w:rsidRDefault="00634453" w:rsidP="0085497A">
      <w:pPr>
        <w:shd w:val="clear" w:color="auto" w:fill="FFFFFF" w:themeFill="background1"/>
        <w:jc w:val="both"/>
      </w:pPr>
      <w:r>
        <w:t>- Biết phân loại từ ngữ chỉ sự vật, từ ngữ chỉ hoạt động; nói tiếp được câu theo mẫu trong bài.</w:t>
      </w:r>
    </w:p>
    <w:p w14:paraId="63651D2C" w14:textId="77777777" w:rsidR="00EF1B0D" w:rsidRDefault="00634453" w:rsidP="0085497A">
      <w:pPr>
        <w:shd w:val="clear" w:color="auto" w:fill="FFFFFF" w:themeFill="background1"/>
      </w:pPr>
      <w:r>
        <w:rPr>
          <w:b/>
        </w:rPr>
        <w:t>2. Năng lực chung</w:t>
      </w:r>
    </w:p>
    <w:p w14:paraId="391D0CF5" w14:textId="77777777" w:rsidR="00EF1B0D" w:rsidRDefault="00634453" w:rsidP="0085497A">
      <w:pPr>
        <w:shd w:val="clear" w:color="auto" w:fill="FFFFFF" w:themeFill="background1"/>
        <w:jc w:val="both"/>
      </w:pPr>
      <w:r>
        <w:t>- Tự chủ và tự học: Chủ động đọc thầm để tìm thông tin, tự hoàn thành nhiệm vụ học tập.</w:t>
      </w:r>
    </w:p>
    <w:p w14:paraId="2A86E307" w14:textId="77777777" w:rsidR="00EF1B0D" w:rsidRDefault="00634453" w:rsidP="0085497A">
      <w:pPr>
        <w:shd w:val="clear" w:color="auto" w:fill="FFFFFF" w:themeFill="background1"/>
        <w:jc w:val="both"/>
      </w:pPr>
      <w:r>
        <w:t>- Giao tiếp và hợp tác: Biết trao đổi nhóm, trình bày kết quả rõ ràng và lắng nghe ý kiến bạn.</w:t>
      </w:r>
    </w:p>
    <w:p w14:paraId="13C05D16" w14:textId="77777777" w:rsidR="00EF1B0D" w:rsidRDefault="00634453" w:rsidP="0085497A">
      <w:pPr>
        <w:shd w:val="clear" w:color="auto" w:fill="FFFFFF" w:themeFill="background1"/>
        <w:jc w:val="both"/>
      </w:pPr>
      <w:r>
        <w:t>- Giải quyết vấn đề và sáng tạo: Biết lựa chọn phương tiện liên lạc phù hợp, an toàn trong từng tình huống.</w:t>
      </w:r>
    </w:p>
    <w:p w14:paraId="55BFCACA" w14:textId="77777777" w:rsidR="00EF1B0D" w:rsidRDefault="00634453" w:rsidP="0085497A">
      <w:pPr>
        <w:shd w:val="clear" w:color="auto" w:fill="FFFFFF" w:themeFill="background1"/>
      </w:pPr>
      <w:r>
        <w:rPr>
          <w:b/>
        </w:rPr>
        <w:t>3. Phẩm chất</w:t>
      </w:r>
    </w:p>
    <w:p w14:paraId="39D39142" w14:textId="77777777" w:rsidR="00EF1B0D" w:rsidRDefault="00634453" w:rsidP="0085497A">
      <w:pPr>
        <w:shd w:val="clear" w:color="auto" w:fill="FFFFFF" w:themeFill="background1"/>
        <w:jc w:val="both"/>
      </w:pPr>
      <w:r>
        <w:t>- Trách nhiệm: Có ý thức sử dụng phương tiện liên lạc đúng mục đích, không làm phiền người khác.</w:t>
      </w:r>
    </w:p>
    <w:p w14:paraId="04785DB5" w14:textId="77777777" w:rsidR="00EF1B0D" w:rsidRDefault="00634453" w:rsidP="0085497A">
      <w:pPr>
        <w:shd w:val="clear" w:color="auto" w:fill="FFFFFF" w:themeFill="background1"/>
        <w:jc w:val="both"/>
      </w:pPr>
      <w:r>
        <w:t>- Nhân ái: Biết giữ lời nói văn minh khi giao tiếp trực tiếp và qua phương tiện số.</w:t>
      </w:r>
    </w:p>
    <w:p w14:paraId="18AF9C3B" w14:textId="77777777" w:rsidR="00EF1B0D" w:rsidRDefault="00634453" w:rsidP="0085497A">
      <w:pPr>
        <w:shd w:val="clear" w:color="auto" w:fill="FFFFFF" w:themeFill="background1"/>
      </w:pPr>
      <w:r>
        <w:rPr>
          <w:b/>
        </w:rPr>
        <w:t>4. Tích hợp</w:t>
      </w:r>
    </w:p>
    <w:p w14:paraId="2409551C" w14:textId="77777777" w:rsidR="00EF1B0D" w:rsidRDefault="00634453" w:rsidP="0085497A">
      <w:pPr>
        <w:shd w:val="clear" w:color="auto" w:fill="FFFFFF" w:themeFill="background1"/>
        <w:jc w:val="both"/>
      </w:pPr>
      <w:r>
        <w:rPr>
          <w:color w:val="C00000"/>
        </w:rPr>
        <w:t>- Tích hợp năng lực số 4.1.CB1b: Phân biệt rủi ro và mối đe dọa đơn giản trong môi trường số; biết không bấm đường link lạ, không chia sẻ thông tin cá nhân, biết báo người lớn khi gặp tin nhắn đáng ngờ.</w:t>
      </w:r>
    </w:p>
    <w:p w14:paraId="1512C633" w14:textId="77777777" w:rsidR="00EF1B0D" w:rsidRDefault="00634453" w:rsidP="0085497A">
      <w:pPr>
        <w:shd w:val="clear" w:color="auto" w:fill="FFFFFF" w:themeFill="background1"/>
        <w:jc w:val="both"/>
      </w:pPr>
      <w:r>
        <w:rPr>
          <w:color w:val="C00000"/>
        </w:rPr>
        <w:t>- Tích hợp AI - YCCĐ 2.A3.2: Hiểu rằng con người có vai trò dạy AI thông qua cách tương tác lịch sự và có trách nhiệm; khi dùng chatbot cần hỏi văn minh, kiểm tra lại thông tin và không chia sẻ thông tin riêng tư.</w:t>
      </w:r>
    </w:p>
    <w:p w14:paraId="0C4A60C2" w14:textId="77777777" w:rsidR="00EF1B0D" w:rsidRDefault="00634453" w:rsidP="0085497A">
      <w:pPr>
        <w:shd w:val="clear" w:color="auto" w:fill="FFFFFF" w:themeFill="background1"/>
      </w:pPr>
      <w:r>
        <w:rPr>
          <w:b/>
        </w:rPr>
        <w:t>II. ĐỒ DÙNG DẠY HỌC</w:t>
      </w:r>
    </w:p>
    <w:p w14:paraId="1C6E97DE" w14:textId="77777777" w:rsidR="00EF1B0D" w:rsidRDefault="00634453" w:rsidP="0085497A">
      <w:pPr>
        <w:shd w:val="clear" w:color="auto" w:fill="FFFFFF" w:themeFill="background1"/>
        <w:jc w:val="both"/>
      </w:pPr>
      <w:r>
        <w:t>- GV: Tranh minh hoạ bài đọc đã cắt đúng từng nội dung; thẻ từ chỉ sự vật/hoạt động; phiếu tình huống an toàn số; máy chiếu.</w:t>
      </w:r>
    </w:p>
    <w:p w14:paraId="59C4EBA0" w14:textId="77777777" w:rsidR="00EF1B0D" w:rsidRDefault="00634453" w:rsidP="0085497A">
      <w:pPr>
        <w:shd w:val="clear" w:color="auto" w:fill="FFFFFF" w:themeFill="background1"/>
        <w:jc w:val="both"/>
      </w:pPr>
      <w:r>
        <w:t>- HS: SGK, vở ghi, VBT Tiếng Việt.</w:t>
      </w:r>
    </w:p>
    <w:p w14:paraId="72903A01" w14:textId="77777777" w:rsidR="00EF1B0D" w:rsidRDefault="00634453" w:rsidP="0085497A">
      <w:pPr>
        <w:shd w:val="clear" w:color="auto" w:fill="FFFFFF" w:themeFill="background1"/>
      </w:pPr>
      <w:r>
        <w:rPr>
          <w:b/>
        </w:rPr>
        <w:t>III. CÁC HOẠT ĐỘNG DẠY HỌC CHỦ YẾU</w:t>
      </w:r>
    </w:p>
    <w:tbl>
      <w:tblPr>
        <w:tblW w:w="0" w:type="auto"/>
        <w:jc w:val="center"/>
        <w:tblBorders>
          <w:top w:val="single" w:sz="8" w:space="0" w:color="777777"/>
          <w:left w:val="single" w:sz="8" w:space="0" w:color="777777"/>
          <w:bottom w:val="single" w:sz="8" w:space="0" w:color="777777"/>
          <w:right w:val="single" w:sz="8" w:space="0" w:color="777777"/>
          <w:insideV w:val="single" w:sz="8" w:space="0" w:color="777777"/>
        </w:tblBorders>
        <w:tblLayout w:type="fixed"/>
        <w:tblLook w:val="04A0" w:firstRow="1" w:lastRow="0" w:firstColumn="1" w:lastColumn="0" w:noHBand="0" w:noVBand="1"/>
      </w:tblPr>
      <w:tblGrid>
        <w:gridCol w:w="5103"/>
        <w:gridCol w:w="5443"/>
      </w:tblGrid>
      <w:tr w:rsidR="00EF1B0D" w14:paraId="0669A57D" w14:textId="77777777" w:rsidTr="00AB2150">
        <w:trPr>
          <w:tblHeader/>
          <w:jc w:val="center"/>
        </w:trPr>
        <w:tc>
          <w:tcPr>
            <w:tcW w:w="5103" w:type="dxa"/>
            <w:tcBorders>
              <w:bottom w:val="single" w:sz="8" w:space="0" w:color="777777"/>
            </w:tcBorders>
            <w:shd w:val="clear" w:color="auto" w:fill="DDEBF7"/>
            <w:tcMar>
              <w:top w:w="80" w:type="dxa"/>
              <w:left w:w="80" w:type="dxa"/>
              <w:bottom w:w="80" w:type="dxa"/>
              <w:right w:w="80" w:type="dxa"/>
            </w:tcMar>
          </w:tcPr>
          <w:p w14:paraId="220E333F" w14:textId="77777777" w:rsidR="00EF1B0D" w:rsidRDefault="00634453" w:rsidP="0085497A">
            <w:pPr>
              <w:shd w:val="clear" w:color="auto" w:fill="FFFFFF" w:themeFill="background1"/>
              <w:jc w:val="center"/>
            </w:pPr>
            <w:r>
              <w:rPr>
                <w:b/>
              </w:rPr>
              <w:t>Hoạt động của GV</w:t>
            </w:r>
          </w:p>
        </w:tc>
        <w:tc>
          <w:tcPr>
            <w:tcW w:w="5103" w:type="dxa"/>
            <w:tcBorders>
              <w:bottom w:val="single" w:sz="8" w:space="0" w:color="777777"/>
            </w:tcBorders>
            <w:shd w:val="clear" w:color="auto" w:fill="DDEBF7"/>
            <w:tcMar>
              <w:top w:w="80" w:type="dxa"/>
              <w:left w:w="80" w:type="dxa"/>
              <w:bottom w:w="80" w:type="dxa"/>
              <w:right w:w="80" w:type="dxa"/>
            </w:tcMar>
          </w:tcPr>
          <w:p w14:paraId="15D0CD88" w14:textId="77777777" w:rsidR="00EF1B0D" w:rsidRDefault="00634453" w:rsidP="0085497A">
            <w:pPr>
              <w:shd w:val="clear" w:color="auto" w:fill="FFFFFF" w:themeFill="background1"/>
              <w:jc w:val="center"/>
            </w:pPr>
            <w:r>
              <w:rPr>
                <w:b/>
              </w:rPr>
              <w:t>Hoạt động của HS</w:t>
            </w:r>
          </w:p>
        </w:tc>
      </w:tr>
      <w:tr w:rsidR="00EF1B0D" w14:paraId="42B718E1"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1DFE600A" w14:textId="77777777" w:rsidR="00EF1B0D" w:rsidRDefault="00634453" w:rsidP="0085497A">
            <w:pPr>
              <w:shd w:val="clear" w:color="auto" w:fill="FFFFFF" w:themeFill="background1"/>
            </w:pPr>
            <w:r>
              <w:rPr>
                <w:b/>
              </w:rPr>
              <w:t>TIẾT 1</w:t>
            </w:r>
          </w:p>
        </w:tc>
      </w:tr>
      <w:tr w:rsidR="00EF1B0D" w14:paraId="38B69AC3"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054240E4" w14:textId="77777777" w:rsidR="00EF1B0D" w:rsidRDefault="00634453" w:rsidP="0085497A">
            <w:pPr>
              <w:shd w:val="clear" w:color="auto" w:fill="FFFFFF" w:themeFill="background1"/>
            </w:pPr>
            <w:r>
              <w:rPr>
                <w:b/>
              </w:rPr>
              <w:t>1. KHỞI ĐỘNG (5 phút)</w:t>
            </w:r>
          </w:p>
          <w:p w14:paraId="59C01370" w14:textId="77777777" w:rsidR="00EF1B0D" w:rsidRDefault="00634453" w:rsidP="0085497A">
            <w:pPr>
              <w:shd w:val="clear" w:color="auto" w:fill="FFFFFF" w:themeFill="background1"/>
            </w:pPr>
            <w:r>
              <w:rPr>
                <w:b/>
              </w:rPr>
              <w:t>Mục tiêu: HS huy động hiểu biết về cách liên lạc khi ở xa; quan sát tranh để dự đoán nội dung bài đọc; tạo hứng thú tìm hiểu sự thay đổi của các phương tiện liên lạc.</w:t>
            </w:r>
          </w:p>
        </w:tc>
      </w:tr>
      <w:tr w:rsidR="00EF1B0D" w14:paraId="38004735" w14:textId="77777777" w:rsidTr="00AB2150">
        <w:trPr>
          <w:jc w:val="center"/>
        </w:trPr>
        <w:tc>
          <w:tcPr>
            <w:tcW w:w="5103" w:type="dxa"/>
            <w:tcBorders>
              <w:top w:val="single" w:sz="8" w:space="0" w:color="777777"/>
            </w:tcBorders>
            <w:tcMar>
              <w:top w:w="80" w:type="dxa"/>
              <w:left w:w="80" w:type="dxa"/>
              <w:bottom w:w="80" w:type="dxa"/>
              <w:right w:w="80" w:type="dxa"/>
            </w:tcMar>
          </w:tcPr>
          <w:p w14:paraId="505BF3F8" w14:textId="77777777" w:rsidR="00EF1B0D" w:rsidRDefault="00634453" w:rsidP="0085497A">
            <w:pPr>
              <w:shd w:val="clear" w:color="auto" w:fill="FFFFFF" w:themeFill="background1"/>
              <w:jc w:val="both"/>
            </w:pPr>
            <w:r>
              <w:t>- GV yêu cầu HS quan sát tranh đầu bài trong SGK và trả lời: Em có thể dùng cách nào để liên lạc với người thân ở xa?</w:t>
            </w:r>
          </w:p>
          <w:p w14:paraId="72AB55B8" w14:textId="77777777" w:rsidR="00EF1B0D" w:rsidRDefault="00634453" w:rsidP="0085497A">
            <w:pPr>
              <w:shd w:val="clear" w:color="auto" w:fill="FFFFFF" w:themeFill="background1"/>
              <w:jc w:val="both"/>
            </w:pPr>
            <w:r>
              <w:t>- GV gợi HS nhìn lời thoại của bạn nhỏ: “Tớ thường gọi điện cho ông bà ở quê.”</w:t>
            </w:r>
          </w:p>
          <w:p w14:paraId="320471E0" w14:textId="66B8A3DE" w:rsidR="00EF1B0D" w:rsidRDefault="00EF1B0D" w:rsidP="0085497A">
            <w:pPr>
              <w:shd w:val="clear" w:color="auto" w:fill="FFFFFF" w:themeFill="background1"/>
              <w:jc w:val="center"/>
            </w:pPr>
          </w:p>
        </w:tc>
        <w:tc>
          <w:tcPr>
            <w:tcW w:w="5103" w:type="dxa"/>
            <w:tcBorders>
              <w:top w:val="single" w:sz="8" w:space="0" w:color="777777"/>
            </w:tcBorders>
            <w:tcMar>
              <w:top w:w="80" w:type="dxa"/>
              <w:left w:w="80" w:type="dxa"/>
              <w:bottom w:w="80" w:type="dxa"/>
              <w:right w:w="80" w:type="dxa"/>
            </w:tcMar>
          </w:tcPr>
          <w:p w14:paraId="6F9165EE" w14:textId="77777777" w:rsidR="00EF1B0D" w:rsidRDefault="00634453" w:rsidP="0085497A">
            <w:pPr>
              <w:shd w:val="clear" w:color="auto" w:fill="FFFFFF" w:themeFill="background1"/>
              <w:jc w:val="both"/>
            </w:pPr>
            <w:r>
              <w:t>- HS quan sát tranh; trả lời: gọi điện thoại, nhắn tin, gọi video, viết thư hoặc nhờ người lớn hỗ trợ liên lạc qua in-tơ-nét.</w:t>
            </w:r>
          </w:p>
        </w:tc>
      </w:tr>
      <w:tr w:rsidR="00EF1B0D" w14:paraId="13152280" w14:textId="77777777" w:rsidTr="00AB2150">
        <w:trPr>
          <w:jc w:val="center"/>
        </w:trPr>
        <w:tc>
          <w:tcPr>
            <w:tcW w:w="5103" w:type="dxa"/>
            <w:tcMar>
              <w:top w:w="80" w:type="dxa"/>
              <w:left w:w="80" w:type="dxa"/>
              <w:bottom w:w="80" w:type="dxa"/>
              <w:right w:w="80" w:type="dxa"/>
            </w:tcMar>
          </w:tcPr>
          <w:p w14:paraId="7DB89DE2" w14:textId="77777777" w:rsidR="00EF1B0D" w:rsidRDefault="00634453" w:rsidP="0085497A">
            <w:pPr>
              <w:shd w:val="clear" w:color="auto" w:fill="FFFFFF" w:themeFill="background1"/>
              <w:jc w:val="both"/>
            </w:pPr>
            <w:r>
              <w:lastRenderedPageBreak/>
              <w:t>- GV hỏi thêm: Trong gia đình, em thường thấy người lớn liên lạc bằng cách nào? Cách nào nhanh nhất? Cách nào thể hiện tình cảm qua chữ viết?</w:t>
            </w:r>
          </w:p>
        </w:tc>
        <w:tc>
          <w:tcPr>
            <w:tcW w:w="5103" w:type="dxa"/>
            <w:tcMar>
              <w:top w:w="80" w:type="dxa"/>
              <w:left w:w="80" w:type="dxa"/>
              <w:bottom w:w="80" w:type="dxa"/>
              <w:right w:w="80" w:type="dxa"/>
            </w:tcMar>
          </w:tcPr>
          <w:p w14:paraId="2E8DDAF1" w14:textId="77777777" w:rsidR="00EF1B0D" w:rsidRDefault="00634453" w:rsidP="0085497A">
            <w:pPr>
              <w:shd w:val="clear" w:color="auto" w:fill="FFFFFF" w:themeFill="background1"/>
              <w:jc w:val="both"/>
            </w:pPr>
            <w:r>
              <w:t>- HS chia sẻ trải nghiệm: gọi điện cho ông bà, nhắn tin cho cô chú, gửi ảnh qua điện thoại; viết thư hoặc thiệp khi muốn gửi lời chúc đặc biệt.</w:t>
            </w:r>
          </w:p>
        </w:tc>
      </w:tr>
      <w:tr w:rsidR="00EF1B0D" w14:paraId="5BEC57E6" w14:textId="77777777" w:rsidTr="00AB2150">
        <w:trPr>
          <w:jc w:val="center"/>
        </w:trPr>
        <w:tc>
          <w:tcPr>
            <w:tcW w:w="5103" w:type="dxa"/>
            <w:tcBorders>
              <w:bottom w:val="single" w:sz="8" w:space="0" w:color="777777"/>
            </w:tcBorders>
            <w:tcMar>
              <w:top w:w="80" w:type="dxa"/>
              <w:left w:w="80" w:type="dxa"/>
              <w:bottom w:w="80" w:type="dxa"/>
              <w:right w:w="80" w:type="dxa"/>
            </w:tcMar>
          </w:tcPr>
          <w:p w14:paraId="2CD93EE6" w14:textId="77777777" w:rsidR="00EF1B0D" w:rsidRDefault="00634453" w:rsidP="0085497A">
            <w:pPr>
              <w:shd w:val="clear" w:color="auto" w:fill="FFFFFF" w:themeFill="background1"/>
              <w:jc w:val="both"/>
            </w:pPr>
            <w:r>
              <w:t>- GV dẫn dắt: Từ xa xưa, con người đã nghĩ ra nhiều cách truyền tin. Bài học hôm nay giúp các em biết từ chú bồ câu đưa thư đến in-tơ-nét, cách liên lạc đã thay đổi như thế nào.</w:t>
            </w:r>
          </w:p>
        </w:tc>
        <w:tc>
          <w:tcPr>
            <w:tcW w:w="5103" w:type="dxa"/>
            <w:tcBorders>
              <w:bottom w:val="single" w:sz="8" w:space="0" w:color="777777"/>
            </w:tcBorders>
            <w:tcMar>
              <w:top w:w="80" w:type="dxa"/>
              <w:left w:w="80" w:type="dxa"/>
              <w:bottom w:w="80" w:type="dxa"/>
              <w:right w:w="80" w:type="dxa"/>
            </w:tcMar>
          </w:tcPr>
          <w:p w14:paraId="254ED273" w14:textId="77777777" w:rsidR="00EF1B0D" w:rsidRDefault="00634453" w:rsidP="0085497A">
            <w:pPr>
              <w:shd w:val="clear" w:color="auto" w:fill="FFFFFF" w:themeFill="background1"/>
              <w:jc w:val="both"/>
            </w:pPr>
            <w:r>
              <w:t>- HS lắng nghe, ghi tên bài: Từ chú bồ câu đến in-tơ-nét.</w:t>
            </w:r>
          </w:p>
        </w:tc>
      </w:tr>
      <w:tr w:rsidR="00EF1B0D" w14:paraId="300444CD"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14F4EF65" w14:textId="77777777" w:rsidR="00EF1B0D" w:rsidRDefault="00634453" w:rsidP="0085497A">
            <w:pPr>
              <w:shd w:val="clear" w:color="auto" w:fill="FFFFFF" w:themeFill="background1"/>
            </w:pPr>
            <w:r>
              <w:rPr>
                <w:b/>
              </w:rPr>
              <w:t>2. KHÁM PHÁ KIẾN THỨC (27 phút)</w:t>
            </w:r>
          </w:p>
          <w:p w14:paraId="1390AB31" w14:textId="77777777" w:rsidR="00EF1B0D" w:rsidRDefault="00634453" w:rsidP="0085497A">
            <w:pPr>
              <w:shd w:val="clear" w:color="auto" w:fill="FFFFFF" w:themeFill="background1"/>
            </w:pPr>
            <w:r>
              <w:rPr>
                <w:b/>
              </w:rPr>
              <w:t>Mục tiêu: HS đọc đúng văn bản thông tin; hiểu nghĩa từ khó; bước đầu nắm các cách con người dùng để liên lạc ở xa.</w:t>
            </w:r>
          </w:p>
        </w:tc>
      </w:tr>
      <w:tr w:rsidR="00EF1B0D" w14:paraId="07A796EB"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2ED049AF" w14:textId="77777777" w:rsidR="00EF1B0D" w:rsidRDefault="00634453" w:rsidP="0085497A">
            <w:pPr>
              <w:shd w:val="clear" w:color="auto" w:fill="FFFFFF" w:themeFill="background1"/>
            </w:pPr>
            <w:r>
              <w:rPr>
                <w:b/>
              </w:rPr>
              <w:t>Hoạt động 1: Đọc văn bản</w:t>
            </w:r>
          </w:p>
        </w:tc>
      </w:tr>
      <w:tr w:rsidR="00EF1B0D" w14:paraId="6180AD02" w14:textId="77777777" w:rsidTr="00AB2150">
        <w:trPr>
          <w:jc w:val="center"/>
        </w:trPr>
        <w:tc>
          <w:tcPr>
            <w:tcW w:w="5103" w:type="dxa"/>
            <w:tcBorders>
              <w:top w:val="single" w:sz="8" w:space="0" w:color="777777"/>
            </w:tcBorders>
            <w:tcMar>
              <w:top w:w="80" w:type="dxa"/>
              <w:left w:w="80" w:type="dxa"/>
              <w:bottom w:w="80" w:type="dxa"/>
              <w:right w:w="80" w:type="dxa"/>
            </w:tcMar>
          </w:tcPr>
          <w:p w14:paraId="43556EC4" w14:textId="77777777" w:rsidR="00EF1B0D" w:rsidRDefault="00634453" w:rsidP="0085497A">
            <w:pPr>
              <w:shd w:val="clear" w:color="auto" w:fill="FFFFFF" w:themeFill="background1"/>
              <w:jc w:val="both"/>
            </w:pPr>
            <w:r>
              <w:t>a. GV đọc mẫu.</w:t>
            </w:r>
          </w:p>
          <w:p w14:paraId="3F87344A" w14:textId="77777777" w:rsidR="00EF1B0D" w:rsidRDefault="00634453" w:rsidP="0085497A">
            <w:pPr>
              <w:shd w:val="clear" w:color="auto" w:fill="FFFFFF" w:themeFill="background1"/>
              <w:jc w:val="both"/>
            </w:pPr>
            <w:r>
              <w:t>- GV giới thiệu ngắn gọn: Văn bản cung cấp thông tin về các cách con người dùng để liên lạc từ xưa đến nay: bồ câu đưa thư, chai thuỷ tinh, điện thoại và in-tơ-nét. Khi đọc, các em chú ý các từ chỉ phương tiện liên lạc và tác dụng của từng cách.</w:t>
            </w:r>
          </w:p>
          <w:p w14:paraId="40EDC19E" w14:textId="54737734" w:rsidR="00EF1B0D" w:rsidRDefault="00EF1B0D" w:rsidP="0085497A">
            <w:pPr>
              <w:shd w:val="clear" w:color="auto" w:fill="FFFFFF" w:themeFill="background1"/>
              <w:jc w:val="center"/>
            </w:pPr>
          </w:p>
        </w:tc>
        <w:tc>
          <w:tcPr>
            <w:tcW w:w="5103" w:type="dxa"/>
            <w:tcBorders>
              <w:top w:val="single" w:sz="8" w:space="0" w:color="777777"/>
            </w:tcBorders>
            <w:tcMar>
              <w:top w:w="80" w:type="dxa"/>
              <w:left w:w="80" w:type="dxa"/>
              <w:bottom w:w="80" w:type="dxa"/>
              <w:right w:w="80" w:type="dxa"/>
            </w:tcMar>
          </w:tcPr>
          <w:p w14:paraId="7C298FDB" w14:textId="77777777" w:rsidR="00EF1B0D" w:rsidRDefault="00634453" w:rsidP="0085497A">
            <w:pPr>
              <w:shd w:val="clear" w:color="auto" w:fill="FFFFFF" w:themeFill="background1"/>
              <w:jc w:val="both"/>
            </w:pPr>
            <w:r>
              <w:t>- HS lắng nghe, xác định nhiệm vụ đọc: chú ý các phương tiện liên lạc và thông tin quan trọng trong từng đoạn.</w:t>
            </w:r>
          </w:p>
        </w:tc>
      </w:tr>
      <w:tr w:rsidR="00EF1B0D" w14:paraId="6F2FEEE9" w14:textId="77777777" w:rsidTr="00AB2150">
        <w:trPr>
          <w:jc w:val="center"/>
        </w:trPr>
        <w:tc>
          <w:tcPr>
            <w:tcW w:w="5103" w:type="dxa"/>
            <w:tcMar>
              <w:top w:w="80" w:type="dxa"/>
              <w:left w:w="80" w:type="dxa"/>
              <w:bottom w:w="80" w:type="dxa"/>
              <w:right w:w="80" w:type="dxa"/>
            </w:tcMar>
          </w:tcPr>
          <w:p w14:paraId="207A07A9" w14:textId="77777777" w:rsidR="00EF1B0D" w:rsidRDefault="00634453" w:rsidP="0085497A">
            <w:pPr>
              <w:shd w:val="clear" w:color="auto" w:fill="FFFFFF" w:themeFill="background1"/>
              <w:jc w:val="both"/>
            </w:pPr>
            <w:r>
              <w:t>- GV đọc mẫu toàn bài; nêu giọng đọc rõ ràng, mạch lạc của văn bản thông tin; nhấn giọng ở các từ: bồ câu đưa thư, chai thuỷ tinh, điện thoại, in-tơ-nét, trò chuyện.</w:t>
            </w:r>
          </w:p>
        </w:tc>
        <w:tc>
          <w:tcPr>
            <w:tcW w:w="5103" w:type="dxa"/>
            <w:tcMar>
              <w:top w:w="80" w:type="dxa"/>
              <w:left w:w="80" w:type="dxa"/>
              <w:bottom w:w="80" w:type="dxa"/>
              <w:right w:w="80" w:type="dxa"/>
            </w:tcMar>
          </w:tcPr>
          <w:p w14:paraId="0484A162" w14:textId="77777777" w:rsidR="00EF1B0D" w:rsidRDefault="00634453" w:rsidP="0085497A">
            <w:pPr>
              <w:shd w:val="clear" w:color="auto" w:fill="FFFFFF" w:themeFill="background1"/>
              <w:jc w:val="both"/>
            </w:pPr>
            <w:r>
              <w:t>- HS lắng nghe GV đọc mẫu, đọc thầm theo, chú ý cách ngắt nghỉ và nhấn giọng.</w:t>
            </w:r>
          </w:p>
        </w:tc>
      </w:tr>
      <w:tr w:rsidR="00EF1B0D" w14:paraId="6B054D1F" w14:textId="77777777" w:rsidTr="00AB2150">
        <w:trPr>
          <w:jc w:val="center"/>
        </w:trPr>
        <w:tc>
          <w:tcPr>
            <w:tcW w:w="5103" w:type="dxa"/>
            <w:tcMar>
              <w:top w:w="80" w:type="dxa"/>
              <w:left w:w="80" w:type="dxa"/>
              <w:bottom w:w="80" w:type="dxa"/>
              <w:right w:w="80" w:type="dxa"/>
            </w:tcMar>
          </w:tcPr>
          <w:p w14:paraId="1CED5755" w14:textId="77777777" w:rsidR="00EF1B0D" w:rsidRDefault="00634453" w:rsidP="0085497A">
            <w:pPr>
              <w:shd w:val="clear" w:color="auto" w:fill="FFFFFF" w:themeFill="background1"/>
              <w:jc w:val="both"/>
            </w:pPr>
            <w:r>
              <w:t>b. HS luyện đọc từng đoạn, kết hợp đọc từ khó và giải nghĩa từ.</w:t>
            </w:r>
          </w:p>
          <w:p w14:paraId="583C26ED" w14:textId="77777777" w:rsidR="00EF1B0D" w:rsidRDefault="00634453" w:rsidP="0085497A">
            <w:pPr>
              <w:shd w:val="clear" w:color="auto" w:fill="FFFFFF" w:themeFill="background1"/>
              <w:jc w:val="both"/>
            </w:pPr>
            <w:r>
              <w:t>- GV hỏi: Bài đọc Từ chú bồ câu đến in-tơ-nét gồm mấy đoạn? Mỗi đoạn nói về nội dung gì?</w:t>
            </w:r>
          </w:p>
        </w:tc>
        <w:tc>
          <w:tcPr>
            <w:tcW w:w="5103" w:type="dxa"/>
            <w:tcMar>
              <w:top w:w="80" w:type="dxa"/>
              <w:left w:w="80" w:type="dxa"/>
              <w:bottom w:w="80" w:type="dxa"/>
              <w:right w:w="80" w:type="dxa"/>
            </w:tcMar>
          </w:tcPr>
          <w:p w14:paraId="16AE4424" w14:textId="77777777" w:rsidR="00EF1B0D" w:rsidRDefault="00634453" w:rsidP="0085497A">
            <w:pPr>
              <w:shd w:val="clear" w:color="auto" w:fill="FFFFFF" w:themeFill="background1"/>
              <w:jc w:val="both"/>
            </w:pPr>
            <w:r>
              <w:t>- HS trả lời: Bài đọc gồm 4 đoạn.</w:t>
            </w:r>
          </w:p>
          <w:p w14:paraId="3678DE17" w14:textId="77777777" w:rsidR="00EF1B0D" w:rsidRDefault="00634453" w:rsidP="0085497A">
            <w:pPr>
              <w:shd w:val="clear" w:color="auto" w:fill="FFFFFF" w:themeFill="background1"/>
              <w:jc w:val="both"/>
            </w:pPr>
            <w:r>
              <w:t>- Đoạn 1: nhu cầu trao đổi thông tin.</w:t>
            </w:r>
          </w:p>
          <w:p w14:paraId="55ECD6FF" w14:textId="77777777" w:rsidR="00EF1B0D" w:rsidRDefault="00634453" w:rsidP="0085497A">
            <w:pPr>
              <w:shd w:val="clear" w:color="auto" w:fill="FFFFFF" w:themeFill="background1"/>
              <w:jc w:val="both"/>
            </w:pPr>
            <w:r>
              <w:t>- Đoạn 2: bồ câu đưa thư.</w:t>
            </w:r>
          </w:p>
          <w:p w14:paraId="7A00C8C7" w14:textId="77777777" w:rsidR="00EF1B0D" w:rsidRDefault="00634453" w:rsidP="0085497A">
            <w:pPr>
              <w:shd w:val="clear" w:color="auto" w:fill="FFFFFF" w:themeFill="background1"/>
              <w:jc w:val="both"/>
            </w:pPr>
            <w:r>
              <w:t>- Đoạn 3: chai thuỷ tinh.</w:t>
            </w:r>
          </w:p>
          <w:p w14:paraId="0B2379D3" w14:textId="77777777" w:rsidR="00EF1B0D" w:rsidRDefault="00634453" w:rsidP="0085497A">
            <w:pPr>
              <w:shd w:val="clear" w:color="auto" w:fill="FFFFFF" w:themeFill="background1"/>
              <w:jc w:val="both"/>
            </w:pPr>
            <w:r>
              <w:t>- Đoạn 4: điện thoại và in-tơ-nét.</w:t>
            </w:r>
          </w:p>
        </w:tc>
      </w:tr>
      <w:tr w:rsidR="00EF1B0D" w14:paraId="40EB3735" w14:textId="77777777" w:rsidTr="00AB2150">
        <w:trPr>
          <w:jc w:val="center"/>
        </w:trPr>
        <w:tc>
          <w:tcPr>
            <w:tcW w:w="5103" w:type="dxa"/>
            <w:tcMar>
              <w:top w:w="80" w:type="dxa"/>
              <w:left w:w="80" w:type="dxa"/>
              <w:bottom w:w="80" w:type="dxa"/>
              <w:right w:w="80" w:type="dxa"/>
            </w:tcMar>
          </w:tcPr>
          <w:p w14:paraId="456C8450" w14:textId="77777777" w:rsidR="00EF1B0D" w:rsidRDefault="00634453" w:rsidP="0085497A">
            <w:pPr>
              <w:shd w:val="clear" w:color="auto" w:fill="FFFFFF" w:themeFill="background1"/>
              <w:jc w:val="both"/>
            </w:pPr>
            <w:r>
              <w:t>- GV tổ chức cho HS đọc nối tiếp 4 đoạn lần 1; yêu cầu HS khác lắng nghe để nhận xét phát âm.</w:t>
            </w:r>
          </w:p>
        </w:tc>
        <w:tc>
          <w:tcPr>
            <w:tcW w:w="5103" w:type="dxa"/>
            <w:tcMar>
              <w:top w:w="80" w:type="dxa"/>
              <w:left w:w="80" w:type="dxa"/>
              <w:bottom w:w="80" w:type="dxa"/>
              <w:right w:w="80" w:type="dxa"/>
            </w:tcMar>
          </w:tcPr>
          <w:p w14:paraId="6F1CDA2F" w14:textId="77777777" w:rsidR="00EF1B0D" w:rsidRDefault="00634453" w:rsidP="0085497A">
            <w:pPr>
              <w:shd w:val="clear" w:color="auto" w:fill="FFFFFF" w:themeFill="background1"/>
              <w:jc w:val="both"/>
            </w:pPr>
            <w:r>
              <w:t>- HS đọc nối tiếp từng đoạn; HS khác lắng nghe, nhận xét.</w:t>
            </w:r>
          </w:p>
        </w:tc>
      </w:tr>
      <w:tr w:rsidR="00EF1B0D" w14:paraId="281D622E" w14:textId="77777777" w:rsidTr="00AB2150">
        <w:trPr>
          <w:jc w:val="center"/>
        </w:trPr>
        <w:tc>
          <w:tcPr>
            <w:tcW w:w="5103" w:type="dxa"/>
            <w:tcMar>
              <w:top w:w="80" w:type="dxa"/>
              <w:left w:w="80" w:type="dxa"/>
              <w:bottom w:w="80" w:type="dxa"/>
              <w:right w:w="80" w:type="dxa"/>
            </w:tcMar>
          </w:tcPr>
          <w:p w14:paraId="1AB1C918" w14:textId="77777777" w:rsidR="00EF1B0D" w:rsidRDefault="00634453" w:rsidP="0085497A">
            <w:pPr>
              <w:shd w:val="clear" w:color="auto" w:fill="FFFFFF" w:themeFill="background1"/>
              <w:jc w:val="both"/>
            </w:pPr>
            <w:r>
              <w:t>- GV hỏi: Em thấy từ nào khó đọc hoặc dễ đọc sai trong bài?</w:t>
            </w:r>
          </w:p>
          <w:p w14:paraId="317C5338" w14:textId="77777777" w:rsidR="00EF1B0D" w:rsidRDefault="00634453" w:rsidP="0085497A">
            <w:pPr>
              <w:shd w:val="clear" w:color="auto" w:fill="FFFFFF" w:themeFill="background1"/>
              <w:jc w:val="both"/>
            </w:pPr>
            <w:r>
              <w:t>- GV hướng dẫn luyện đọc từ khó theo cá nhân - nhóm - đồng thanh.</w:t>
            </w:r>
          </w:p>
        </w:tc>
        <w:tc>
          <w:tcPr>
            <w:tcW w:w="5103" w:type="dxa"/>
            <w:tcMar>
              <w:top w:w="80" w:type="dxa"/>
              <w:left w:w="80" w:type="dxa"/>
              <w:bottom w:w="80" w:type="dxa"/>
              <w:right w:w="80" w:type="dxa"/>
            </w:tcMar>
          </w:tcPr>
          <w:p w14:paraId="09915959" w14:textId="77777777" w:rsidR="00EF1B0D" w:rsidRDefault="00634453" w:rsidP="0085497A">
            <w:pPr>
              <w:shd w:val="clear" w:color="auto" w:fill="FFFFFF" w:themeFill="background1"/>
              <w:jc w:val="both"/>
            </w:pPr>
            <w:r>
              <w:t>- HS nêu và luyện đọc: in-tơ-nét, huấn luyện, thuỷ tinh, trao đổi, trò chuyện, cất giấu, chặng đường.</w:t>
            </w:r>
          </w:p>
        </w:tc>
      </w:tr>
      <w:tr w:rsidR="00EF1B0D" w14:paraId="7DD8E6C4" w14:textId="77777777" w:rsidTr="00AB2150">
        <w:trPr>
          <w:jc w:val="center"/>
        </w:trPr>
        <w:tc>
          <w:tcPr>
            <w:tcW w:w="5103" w:type="dxa"/>
            <w:tcMar>
              <w:top w:w="80" w:type="dxa"/>
              <w:left w:w="80" w:type="dxa"/>
              <w:bottom w:w="80" w:type="dxa"/>
              <w:right w:w="80" w:type="dxa"/>
            </w:tcMar>
          </w:tcPr>
          <w:p w14:paraId="0A4C570E" w14:textId="77777777" w:rsidR="00EF1B0D" w:rsidRDefault="00634453" w:rsidP="0085497A">
            <w:pPr>
              <w:shd w:val="clear" w:color="auto" w:fill="FFFFFF" w:themeFill="background1"/>
              <w:jc w:val="both"/>
            </w:pPr>
            <w:r>
              <w:t>- GV hướng dẫn câu dài: “Nhờ có in-tơ-nét,/ bạn cũng có thể nhìn thấy người nói chuyện với mình,/ dù hai người đang ở cách nhau rất xa.”</w:t>
            </w:r>
          </w:p>
        </w:tc>
        <w:tc>
          <w:tcPr>
            <w:tcW w:w="5103" w:type="dxa"/>
            <w:tcMar>
              <w:top w:w="80" w:type="dxa"/>
              <w:left w:w="80" w:type="dxa"/>
              <w:bottom w:w="80" w:type="dxa"/>
              <w:right w:w="80" w:type="dxa"/>
            </w:tcMar>
          </w:tcPr>
          <w:p w14:paraId="2DB46D7C" w14:textId="77777777" w:rsidR="00EF1B0D" w:rsidRDefault="00634453" w:rsidP="0085497A">
            <w:pPr>
              <w:shd w:val="clear" w:color="auto" w:fill="FFFFFF" w:themeFill="background1"/>
              <w:jc w:val="both"/>
            </w:pPr>
            <w:r>
              <w:t>- HS luyện đọc câu dài theo hướng dẫn, biết ngắt sau “in-tơ-nét”, “với mình” và đọc rõ ý trong câu.</w:t>
            </w:r>
          </w:p>
        </w:tc>
      </w:tr>
      <w:tr w:rsidR="00EF1B0D" w14:paraId="3FCD7183" w14:textId="77777777" w:rsidTr="00AB2150">
        <w:trPr>
          <w:jc w:val="center"/>
        </w:trPr>
        <w:tc>
          <w:tcPr>
            <w:tcW w:w="5103" w:type="dxa"/>
            <w:tcMar>
              <w:top w:w="80" w:type="dxa"/>
              <w:left w:w="80" w:type="dxa"/>
              <w:bottom w:w="80" w:type="dxa"/>
              <w:right w:w="80" w:type="dxa"/>
            </w:tcMar>
          </w:tcPr>
          <w:p w14:paraId="0519DA4D" w14:textId="77777777" w:rsidR="00EF1B0D" w:rsidRDefault="00634453" w:rsidP="0085497A">
            <w:pPr>
              <w:shd w:val="clear" w:color="auto" w:fill="FFFFFF" w:themeFill="background1"/>
              <w:jc w:val="both"/>
            </w:pPr>
            <w:r>
              <w:t>- GV giải nghĩa: “in-tơ-nét” là mạng kết nối các máy tính trên toàn thế giới; “huấn luyện” là giảng dạy và hướng dẫn luyện tập.</w:t>
            </w:r>
          </w:p>
          <w:p w14:paraId="4BD8816E" w14:textId="77777777" w:rsidR="00EF1B0D" w:rsidRDefault="00634453" w:rsidP="0085497A">
            <w:pPr>
              <w:shd w:val="clear" w:color="auto" w:fill="FFFFFF" w:themeFill="background1"/>
              <w:jc w:val="both"/>
            </w:pPr>
            <w:r>
              <w:t>- GV yêu cầu HS đặt một câu có từ “in-tơ-nét”.</w:t>
            </w:r>
          </w:p>
        </w:tc>
        <w:tc>
          <w:tcPr>
            <w:tcW w:w="5103" w:type="dxa"/>
            <w:tcMar>
              <w:top w:w="80" w:type="dxa"/>
              <w:left w:w="80" w:type="dxa"/>
              <w:bottom w:w="80" w:type="dxa"/>
              <w:right w:w="80" w:type="dxa"/>
            </w:tcMar>
          </w:tcPr>
          <w:p w14:paraId="4BEA4169" w14:textId="77777777" w:rsidR="00EF1B0D" w:rsidRDefault="00634453" w:rsidP="0085497A">
            <w:pPr>
              <w:shd w:val="clear" w:color="auto" w:fill="FFFFFF" w:themeFill="background1"/>
              <w:jc w:val="both"/>
            </w:pPr>
            <w:r>
              <w:t>- HS nêu nghĩa từ và đặt câu.</w:t>
            </w:r>
          </w:p>
          <w:p w14:paraId="74DC3AEC" w14:textId="77777777" w:rsidR="00EF1B0D" w:rsidRDefault="00634453" w:rsidP="0085497A">
            <w:pPr>
              <w:shd w:val="clear" w:color="auto" w:fill="FFFFFF" w:themeFill="background1"/>
              <w:jc w:val="both"/>
            </w:pPr>
            <w:r>
              <w:t>- Dự kiến: “Em dùng in-tơ-nét để học bài khi có người lớn hướng dẫn.”</w:t>
            </w:r>
          </w:p>
        </w:tc>
      </w:tr>
      <w:tr w:rsidR="00EF1B0D" w14:paraId="6047EC62" w14:textId="77777777" w:rsidTr="00AB2150">
        <w:trPr>
          <w:jc w:val="center"/>
        </w:trPr>
        <w:tc>
          <w:tcPr>
            <w:tcW w:w="5103" w:type="dxa"/>
            <w:tcMar>
              <w:top w:w="80" w:type="dxa"/>
              <w:left w:w="80" w:type="dxa"/>
              <w:bottom w:w="80" w:type="dxa"/>
              <w:right w:w="80" w:type="dxa"/>
            </w:tcMar>
          </w:tcPr>
          <w:p w14:paraId="47887925" w14:textId="77777777" w:rsidR="00EF1B0D" w:rsidRDefault="00634453" w:rsidP="0085497A">
            <w:pPr>
              <w:shd w:val="clear" w:color="auto" w:fill="FFFFFF" w:themeFill="background1"/>
              <w:jc w:val="both"/>
            </w:pPr>
            <w:r>
              <w:lastRenderedPageBreak/>
              <w:t>c. HS luyện đọc trong nhóm.</w:t>
            </w:r>
          </w:p>
          <w:p w14:paraId="599C5004" w14:textId="77777777" w:rsidR="00EF1B0D" w:rsidRDefault="00634453" w:rsidP="0085497A">
            <w:pPr>
              <w:shd w:val="clear" w:color="auto" w:fill="FFFFFF" w:themeFill="background1"/>
              <w:jc w:val="both"/>
            </w:pPr>
            <w:r>
              <w:t>- GV tổ chức cho HS luyện đọc nhóm 4; mỗi bạn đọc một đoạn, bạn khác góp ý phát âm, tốc độ đọc và ngắt nghỉ.</w:t>
            </w:r>
          </w:p>
        </w:tc>
        <w:tc>
          <w:tcPr>
            <w:tcW w:w="5103" w:type="dxa"/>
            <w:tcMar>
              <w:top w:w="80" w:type="dxa"/>
              <w:left w:w="80" w:type="dxa"/>
              <w:bottom w:w="80" w:type="dxa"/>
              <w:right w:w="80" w:type="dxa"/>
            </w:tcMar>
          </w:tcPr>
          <w:p w14:paraId="5CB67F8B" w14:textId="77777777" w:rsidR="00EF1B0D" w:rsidRDefault="00634453" w:rsidP="0085497A">
            <w:pPr>
              <w:shd w:val="clear" w:color="auto" w:fill="FFFFFF" w:themeFill="background1"/>
              <w:jc w:val="both"/>
            </w:pPr>
            <w:r>
              <w:t>- HS luyện đọc nhóm 4; góp ý cho nhau và sửa lỗi.</w:t>
            </w:r>
          </w:p>
        </w:tc>
      </w:tr>
      <w:tr w:rsidR="00EF1B0D" w14:paraId="0B9E9B7B" w14:textId="77777777" w:rsidTr="00AB2150">
        <w:trPr>
          <w:jc w:val="center"/>
        </w:trPr>
        <w:tc>
          <w:tcPr>
            <w:tcW w:w="5103" w:type="dxa"/>
            <w:tcMar>
              <w:top w:w="80" w:type="dxa"/>
              <w:left w:w="80" w:type="dxa"/>
              <w:bottom w:w="80" w:type="dxa"/>
              <w:right w:w="80" w:type="dxa"/>
            </w:tcMar>
          </w:tcPr>
          <w:p w14:paraId="4244533A" w14:textId="77777777" w:rsidR="00EF1B0D" w:rsidRDefault="00634453" w:rsidP="0085497A">
            <w:pPr>
              <w:shd w:val="clear" w:color="auto" w:fill="FFFFFF" w:themeFill="background1"/>
              <w:jc w:val="both"/>
            </w:pPr>
            <w:r>
              <w:t>- GV tổ chức thi đọc giữa các nhóm; yêu cầu nhóm đọc rõ ràng, nhấn được các từ chỉ phương tiện liên lạc.</w:t>
            </w:r>
          </w:p>
        </w:tc>
        <w:tc>
          <w:tcPr>
            <w:tcW w:w="5103" w:type="dxa"/>
            <w:tcMar>
              <w:top w:w="80" w:type="dxa"/>
              <w:left w:w="80" w:type="dxa"/>
              <w:bottom w:w="80" w:type="dxa"/>
              <w:right w:w="80" w:type="dxa"/>
            </w:tcMar>
          </w:tcPr>
          <w:p w14:paraId="5239B9ED" w14:textId="77777777" w:rsidR="00EF1B0D" w:rsidRDefault="00634453" w:rsidP="0085497A">
            <w:pPr>
              <w:shd w:val="clear" w:color="auto" w:fill="FFFFFF" w:themeFill="background1"/>
              <w:jc w:val="both"/>
            </w:pPr>
            <w:r>
              <w:t>- Các nhóm thi đọc; lớp nhận xét nhóm đọc đúng, rõ thông tin.</w:t>
            </w:r>
          </w:p>
        </w:tc>
      </w:tr>
      <w:tr w:rsidR="00EF1B0D" w14:paraId="3388BCDA" w14:textId="77777777" w:rsidTr="00AB2150">
        <w:trPr>
          <w:jc w:val="center"/>
        </w:trPr>
        <w:tc>
          <w:tcPr>
            <w:tcW w:w="5103" w:type="dxa"/>
            <w:tcBorders>
              <w:bottom w:val="single" w:sz="8" w:space="0" w:color="777777"/>
            </w:tcBorders>
            <w:tcMar>
              <w:top w:w="80" w:type="dxa"/>
              <w:left w:w="80" w:type="dxa"/>
              <w:bottom w:w="80" w:type="dxa"/>
              <w:right w:w="80" w:type="dxa"/>
            </w:tcMar>
          </w:tcPr>
          <w:p w14:paraId="5EBF841D" w14:textId="77777777" w:rsidR="00EF1B0D" w:rsidRDefault="00634453" w:rsidP="0085497A">
            <w:pPr>
              <w:shd w:val="clear" w:color="auto" w:fill="FFFFFF" w:themeFill="background1"/>
              <w:jc w:val="both"/>
            </w:pPr>
            <w:r>
              <w:t>d. Đọc toàn bài.</w:t>
            </w:r>
          </w:p>
          <w:p w14:paraId="743C42D8" w14:textId="77777777" w:rsidR="00EF1B0D" w:rsidRDefault="00634453" w:rsidP="0085497A">
            <w:pPr>
              <w:shd w:val="clear" w:color="auto" w:fill="FFFFFF" w:themeFill="background1"/>
              <w:jc w:val="both"/>
            </w:pPr>
            <w:r>
              <w:t>- GV mời 1-2 HS đọc toàn bài hoặc mỗi nhóm đọc nối tiếp toàn bài.</w:t>
            </w:r>
          </w:p>
        </w:tc>
        <w:tc>
          <w:tcPr>
            <w:tcW w:w="5103" w:type="dxa"/>
            <w:tcBorders>
              <w:bottom w:val="single" w:sz="8" w:space="0" w:color="777777"/>
            </w:tcBorders>
            <w:tcMar>
              <w:top w:w="80" w:type="dxa"/>
              <w:left w:w="80" w:type="dxa"/>
              <w:bottom w:w="80" w:type="dxa"/>
              <w:right w:w="80" w:type="dxa"/>
            </w:tcMar>
          </w:tcPr>
          <w:p w14:paraId="46DD5167" w14:textId="77777777" w:rsidR="00EF1B0D" w:rsidRDefault="00634453" w:rsidP="0085497A">
            <w:pPr>
              <w:shd w:val="clear" w:color="auto" w:fill="FFFFFF" w:themeFill="background1"/>
              <w:jc w:val="both"/>
            </w:pPr>
            <w:r>
              <w:t>- HS luyện đọc toàn bài; các bạn đọc thầm theo.</w:t>
            </w:r>
          </w:p>
        </w:tc>
      </w:tr>
      <w:tr w:rsidR="00EF1B0D" w14:paraId="18DDECBC"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1FC1C845" w14:textId="77777777" w:rsidR="00EF1B0D" w:rsidRDefault="00634453" w:rsidP="0085497A">
            <w:pPr>
              <w:shd w:val="clear" w:color="auto" w:fill="FFFFFF" w:themeFill="background1"/>
            </w:pPr>
            <w:r>
              <w:rPr>
                <w:b/>
              </w:rPr>
              <w:t>3. VẬN DỤNG (3 phút)</w:t>
            </w:r>
          </w:p>
          <w:p w14:paraId="682CC712" w14:textId="77777777" w:rsidR="00EF1B0D" w:rsidRDefault="00634453" w:rsidP="0085497A">
            <w:pPr>
              <w:shd w:val="clear" w:color="auto" w:fill="FFFFFF" w:themeFill="background1"/>
            </w:pPr>
            <w:r>
              <w:rPr>
                <w:b/>
              </w:rPr>
              <w:t>Mục tiêu: HS liên hệ bước đầu cách liên lạc phù hợp với người thân ở xa.</w:t>
            </w:r>
          </w:p>
        </w:tc>
      </w:tr>
      <w:tr w:rsidR="00EF1B0D" w14:paraId="5FAE8248" w14:textId="77777777" w:rsidTr="00AB2150">
        <w:trPr>
          <w:jc w:val="center"/>
        </w:trPr>
        <w:tc>
          <w:tcPr>
            <w:tcW w:w="5103" w:type="dxa"/>
            <w:tcBorders>
              <w:top w:val="single" w:sz="8" w:space="0" w:color="777777"/>
              <w:bottom w:val="single" w:sz="8" w:space="0" w:color="777777"/>
            </w:tcBorders>
            <w:tcMar>
              <w:top w:w="80" w:type="dxa"/>
              <w:left w:w="80" w:type="dxa"/>
              <w:bottom w:w="80" w:type="dxa"/>
              <w:right w:w="80" w:type="dxa"/>
            </w:tcMar>
          </w:tcPr>
          <w:p w14:paraId="14CFB10E" w14:textId="77777777" w:rsidR="00EF1B0D" w:rsidRDefault="00634453" w:rsidP="0085497A">
            <w:pPr>
              <w:shd w:val="clear" w:color="auto" w:fill="FFFFFF" w:themeFill="background1"/>
              <w:jc w:val="both"/>
            </w:pPr>
            <w:r>
              <w:t>- GV hỏi: Nếu muốn hỏi thăm ông bà ở xa, em sẽ chọn cách liên lạc nào? Vì sao?</w:t>
            </w:r>
          </w:p>
        </w:tc>
        <w:tc>
          <w:tcPr>
            <w:tcW w:w="5103" w:type="dxa"/>
            <w:tcBorders>
              <w:top w:val="single" w:sz="8" w:space="0" w:color="777777"/>
              <w:bottom w:val="single" w:sz="8" w:space="0" w:color="777777"/>
            </w:tcBorders>
            <w:tcMar>
              <w:top w:w="80" w:type="dxa"/>
              <w:left w:w="80" w:type="dxa"/>
              <w:bottom w:w="80" w:type="dxa"/>
              <w:right w:w="80" w:type="dxa"/>
            </w:tcMar>
          </w:tcPr>
          <w:p w14:paraId="7EC827DF" w14:textId="77777777" w:rsidR="00EF1B0D" w:rsidRDefault="00634453" w:rsidP="0085497A">
            <w:pPr>
              <w:shd w:val="clear" w:color="auto" w:fill="FFFFFF" w:themeFill="background1"/>
              <w:jc w:val="both"/>
            </w:pPr>
            <w:r>
              <w:t>- HS trả lời theo trải nghiệm: gọi điện hoặc gọi video vì nhanh; viết thư nếu muốn gửi lời chúc đặc biệt.</w:t>
            </w:r>
          </w:p>
        </w:tc>
      </w:tr>
      <w:tr w:rsidR="00EF1B0D" w14:paraId="6BB0F202"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44C8F021" w14:textId="77777777" w:rsidR="00EF1B0D" w:rsidRDefault="00634453" w:rsidP="0085497A">
            <w:pPr>
              <w:shd w:val="clear" w:color="auto" w:fill="FFFFFF" w:themeFill="background1"/>
            </w:pPr>
            <w:r>
              <w:rPr>
                <w:b/>
              </w:rPr>
              <w:t>TIẾT 2</w:t>
            </w:r>
          </w:p>
        </w:tc>
      </w:tr>
      <w:tr w:rsidR="00EF1B0D" w14:paraId="05119C21"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7E4136A0" w14:textId="77777777" w:rsidR="00EF1B0D" w:rsidRDefault="00634453" w:rsidP="0085497A">
            <w:pPr>
              <w:shd w:val="clear" w:color="auto" w:fill="FFFFFF" w:themeFill="background1"/>
            </w:pPr>
            <w:r>
              <w:rPr>
                <w:b/>
              </w:rPr>
              <w:t>Hoạt động 2: Trả lời câu hỏi (15 phút)</w:t>
            </w:r>
          </w:p>
          <w:p w14:paraId="26D99ABA" w14:textId="77777777" w:rsidR="00EF1B0D" w:rsidRDefault="00634453" w:rsidP="0085497A">
            <w:pPr>
              <w:shd w:val="clear" w:color="auto" w:fill="FFFFFF" w:themeFill="background1"/>
            </w:pPr>
            <w:r>
              <w:rPr>
                <w:b/>
              </w:rPr>
              <w:t>Mục tiêu: HS hiểu nội dung văn bản, trả lời được câu hỏi trong SGK; biết lựa chọn phương tiện liên lạc an toàn.</w:t>
            </w:r>
          </w:p>
        </w:tc>
      </w:tr>
      <w:tr w:rsidR="00EF1B0D" w14:paraId="502AB349" w14:textId="77777777" w:rsidTr="00AB2150">
        <w:trPr>
          <w:jc w:val="center"/>
        </w:trPr>
        <w:tc>
          <w:tcPr>
            <w:tcW w:w="5103" w:type="dxa"/>
            <w:tcBorders>
              <w:top w:val="single" w:sz="8" w:space="0" w:color="777777"/>
            </w:tcBorders>
            <w:tcMar>
              <w:top w:w="80" w:type="dxa"/>
              <w:left w:w="80" w:type="dxa"/>
              <w:bottom w:w="80" w:type="dxa"/>
              <w:right w:w="80" w:type="dxa"/>
            </w:tcMar>
          </w:tcPr>
          <w:p w14:paraId="0F9F4734" w14:textId="77777777" w:rsidR="00EF1B0D" w:rsidRDefault="00634453" w:rsidP="0085497A">
            <w:pPr>
              <w:shd w:val="clear" w:color="auto" w:fill="FFFFFF" w:themeFill="background1"/>
              <w:jc w:val="both"/>
            </w:pPr>
            <w:r>
              <w:t>- GV yêu cầu HS đọc thầm lại từng đoạn, gạch chân từ ngữ quan trọng về cách gửi thư, trò chuyện từ xưa đến nay.</w:t>
            </w:r>
          </w:p>
        </w:tc>
        <w:tc>
          <w:tcPr>
            <w:tcW w:w="5103" w:type="dxa"/>
            <w:tcBorders>
              <w:top w:val="single" w:sz="8" w:space="0" w:color="777777"/>
            </w:tcBorders>
            <w:tcMar>
              <w:top w:w="80" w:type="dxa"/>
              <w:left w:w="80" w:type="dxa"/>
              <w:bottom w:w="80" w:type="dxa"/>
              <w:right w:w="80" w:type="dxa"/>
            </w:tcMar>
          </w:tcPr>
          <w:p w14:paraId="6C7B459E" w14:textId="77777777" w:rsidR="00EF1B0D" w:rsidRDefault="00634453" w:rsidP="0085497A">
            <w:pPr>
              <w:shd w:val="clear" w:color="auto" w:fill="FFFFFF" w:themeFill="background1"/>
              <w:jc w:val="both"/>
            </w:pPr>
            <w:r>
              <w:t>- HS đọc thầm lại văn bản, gạch chân từ ngữ quan trọng.</w:t>
            </w:r>
          </w:p>
        </w:tc>
      </w:tr>
      <w:tr w:rsidR="00EF1B0D" w14:paraId="6D4AD7B4" w14:textId="77777777" w:rsidTr="00AB2150">
        <w:trPr>
          <w:jc w:val="center"/>
        </w:trPr>
        <w:tc>
          <w:tcPr>
            <w:tcW w:w="5103" w:type="dxa"/>
            <w:tcMar>
              <w:top w:w="80" w:type="dxa"/>
              <w:left w:w="80" w:type="dxa"/>
              <w:bottom w:w="80" w:type="dxa"/>
              <w:right w:w="80" w:type="dxa"/>
            </w:tcMar>
          </w:tcPr>
          <w:p w14:paraId="112CDF26" w14:textId="77777777" w:rsidR="00EF1B0D" w:rsidRDefault="00634453" w:rsidP="0085497A">
            <w:pPr>
              <w:shd w:val="clear" w:color="auto" w:fill="FFFFFF" w:themeFill="background1"/>
              <w:jc w:val="both"/>
            </w:pPr>
            <w:r>
              <w:t>Câu 1. Thời xưa, người ta gửi thư bằng những cách nào?</w:t>
            </w:r>
          </w:p>
          <w:p w14:paraId="0179704D" w14:textId="77777777" w:rsidR="00EF1B0D" w:rsidRDefault="00634453" w:rsidP="0085497A">
            <w:pPr>
              <w:shd w:val="clear" w:color="auto" w:fill="FFFFFF" w:themeFill="background1"/>
              <w:jc w:val="both"/>
            </w:pPr>
            <w:r>
              <w:t>- GV giao nhiệm vụ: HS đọc thầm đoạn nói về bồ câu và chai thuỷ tinh, tìm chi tiết trả lời.</w:t>
            </w:r>
          </w:p>
        </w:tc>
        <w:tc>
          <w:tcPr>
            <w:tcW w:w="5103" w:type="dxa"/>
            <w:tcMar>
              <w:top w:w="80" w:type="dxa"/>
              <w:left w:w="80" w:type="dxa"/>
              <w:bottom w:w="80" w:type="dxa"/>
              <w:right w:w="80" w:type="dxa"/>
            </w:tcMar>
          </w:tcPr>
          <w:p w14:paraId="2AD5F5FE" w14:textId="77777777" w:rsidR="00EF1B0D" w:rsidRDefault="00634453" w:rsidP="0085497A">
            <w:pPr>
              <w:shd w:val="clear" w:color="auto" w:fill="FFFFFF" w:themeFill="background1"/>
              <w:jc w:val="both"/>
            </w:pPr>
            <w:r>
              <w:t>- HS trả lời: Thời xưa, người ta huấn luyện bồ câu đưa thư và bỏ thư vào chai thuỷ tinh để gửi đi.</w:t>
            </w:r>
          </w:p>
        </w:tc>
      </w:tr>
      <w:tr w:rsidR="00EF1B0D" w14:paraId="542B9DA2" w14:textId="77777777" w:rsidTr="00AB2150">
        <w:trPr>
          <w:jc w:val="center"/>
        </w:trPr>
        <w:tc>
          <w:tcPr>
            <w:tcW w:w="5103" w:type="dxa"/>
            <w:tcMar>
              <w:top w:w="80" w:type="dxa"/>
              <w:left w:w="80" w:type="dxa"/>
              <w:bottom w:w="80" w:type="dxa"/>
              <w:right w:w="80" w:type="dxa"/>
            </w:tcMar>
          </w:tcPr>
          <w:p w14:paraId="6B421634" w14:textId="77777777" w:rsidR="00EF1B0D" w:rsidRDefault="00634453" w:rsidP="0085497A">
            <w:pPr>
              <w:shd w:val="clear" w:color="auto" w:fill="FFFFFF" w:themeFill="background1"/>
              <w:jc w:val="both"/>
            </w:pPr>
            <w:r>
              <w:t>Câu 2. Vì sao có thể dùng bồ câu để đưa thư?</w:t>
            </w:r>
          </w:p>
          <w:p w14:paraId="615AAA39" w14:textId="77777777" w:rsidR="00EF1B0D" w:rsidRDefault="00634453" w:rsidP="0085497A">
            <w:pPr>
              <w:shd w:val="clear" w:color="auto" w:fill="FFFFFF" w:themeFill="background1"/>
              <w:jc w:val="both"/>
            </w:pPr>
            <w:r>
              <w:t>- GV yêu cầu HS nêu rõ chi tiết trong bài chứng minh bồ câu có thể đưa thư.</w:t>
            </w:r>
          </w:p>
        </w:tc>
        <w:tc>
          <w:tcPr>
            <w:tcW w:w="5103" w:type="dxa"/>
            <w:tcMar>
              <w:top w:w="80" w:type="dxa"/>
              <w:left w:w="80" w:type="dxa"/>
              <w:bottom w:w="80" w:type="dxa"/>
              <w:right w:w="80" w:type="dxa"/>
            </w:tcMar>
          </w:tcPr>
          <w:p w14:paraId="6E4124BF" w14:textId="77777777" w:rsidR="00EF1B0D" w:rsidRDefault="00634453" w:rsidP="0085497A">
            <w:pPr>
              <w:shd w:val="clear" w:color="auto" w:fill="FFFFFF" w:themeFill="background1"/>
              <w:jc w:val="both"/>
            </w:pPr>
            <w:r>
              <w:t>- HS nêu: Vì bồ câu nhớ đường rất tốt, có thể bay qua chặng đường dài để mang thư đến đúng nơi nhận.</w:t>
            </w:r>
          </w:p>
        </w:tc>
      </w:tr>
      <w:tr w:rsidR="00EF1B0D" w14:paraId="4425CF44" w14:textId="77777777" w:rsidTr="00AB2150">
        <w:trPr>
          <w:jc w:val="center"/>
        </w:trPr>
        <w:tc>
          <w:tcPr>
            <w:tcW w:w="5103" w:type="dxa"/>
            <w:tcMar>
              <w:top w:w="80" w:type="dxa"/>
              <w:left w:w="80" w:type="dxa"/>
              <w:bottom w:w="80" w:type="dxa"/>
              <w:right w:w="80" w:type="dxa"/>
            </w:tcMar>
          </w:tcPr>
          <w:p w14:paraId="284B3F92" w14:textId="77777777" w:rsidR="00EF1B0D" w:rsidRDefault="00634453" w:rsidP="0085497A">
            <w:pPr>
              <w:shd w:val="clear" w:color="auto" w:fill="FFFFFF" w:themeFill="background1"/>
              <w:jc w:val="both"/>
            </w:pPr>
            <w:r>
              <w:t>Câu 3. Ngày nay, chúng ta có thể trò chuyện với người ở xa bằng những cách nào?</w:t>
            </w:r>
          </w:p>
          <w:p w14:paraId="69D29735" w14:textId="77777777" w:rsidR="00EF1B0D" w:rsidRDefault="00634453" w:rsidP="0085497A">
            <w:pPr>
              <w:shd w:val="clear" w:color="auto" w:fill="FFFFFF" w:themeFill="background1"/>
              <w:jc w:val="both"/>
            </w:pPr>
            <w:r>
              <w:t>- GV giao nhiệm vụ: nhóm bốn liệt kê các cách trò chuyện hiện nay được nêu trong bài và cách các em biết thêm.</w:t>
            </w:r>
          </w:p>
        </w:tc>
        <w:tc>
          <w:tcPr>
            <w:tcW w:w="5103" w:type="dxa"/>
            <w:tcMar>
              <w:top w:w="80" w:type="dxa"/>
              <w:left w:w="80" w:type="dxa"/>
              <w:bottom w:w="80" w:type="dxa"/>
              <w:right w:w="80" w:type="dxa"/>
            </w:tcMar>
          </w:tcPr>
          <w:p w14:paraId="4EFFBDEB" w14:textId="77777777" w:rsidR="00EF1B0D" w:rsidRDefault="00634453" w:rsidP="0085497A">
            <w:pPr>
              <w:shd w:val="clear" w:color="auto" w:fill="FFFFFF" w:themeFill="background1"/>
              <w:jc w:val="both"/>
            </w:pPr>
            <w:r>
              <w:t>- HS trình bày: gọi điện, nhắn tin, gọi video, dùng in-tơ-nét; có thể gửi thư điện tử khi có người lớn hướng dẫn.</w:t>
            </w:r>
          </w:p>
        </w:tc>
      </w:tr>
      <w:tr w:rsidR="00EF1B0D" w14:paraId="295F3537" w14:textId="77777777" w:rsidTr="00AB2150">
        <w:trPr>
          <w:jc w:val="center"/>
        </w:trPr>
        <w:tc>
          <w:tcPr>
            <w:tcW w:w="5103" w:type="dxa"/>
            <w:tcMar>
              <w:top w:w="80" w:type="dxa"/>
              <w:left w:w="80" w:type="dxa"/>
              <w:bottom w:w="80" w:type="dxa"/>
              <w:right w:w="80" w:type="dxa"/>
            </w:tcMar>
          </w:tcPr>
          <w:p w14:paraId="798D36F2" w14:textId="77777777" w:rsidR="00EF1B0D" w:rsidRDefault="00634453" w:rsidP="0085497A">
            <w:pPr>
              <w:shd w:val="clear" w:color="auto" w:fill="FFFFFF" w:themeFill="background1"/>
              <w:jc w:val="both"/>
            </w:pPr>
            <w:r>
              <w:t>Câu 4. Nếu cần trò chuyện với người ở xa, em chọn phương tiện nào? Vì sao?</w:t>
            </w:r>
          </w:p>
          <w:p w14:paraId="3981DA8D" w14:textId="77777777" w:rsidR="00EF1B0D" w:rsidRDefault="00634453" w:rsidP="0085497A">
            <w:pPr>
              <w:shd w:val="clear" w:color="auto" w:fill="FFFFFF" w:themeFill="background1"/>
              <w:jc w:val="both"/>
            </w:pPr>
            <w:r>
              <w:t>- GV yêu cầu HS nói rõ phương tiện mình chọn và lí do; nhắc HS chọn phương tiện phù hợp, an toàn, có người lớn hướng dẫn khi dùng in-tơ-nét.</w:t>
            </w:r>
          </w:p>
        </w:tc>
        <w:tc>
          <w:tcPr>
            <w:tcW w:w="5103" w:type="dxa"/>
            <w:tcMar>
              <w:top w:w="80" w:type="dxa"/>
              <w:left w:w="80" w:type="dxa"/>
              <w:bottom w:w="80" w:type="dxa"/>
              <w:right w:w="80" w:type="dxa"/>
            </w:tcMar>
          </w:tcPr>
          <w:p w14:paraId="45AA17C8" w14:textId="77777777" w:rsidR="00EF1B0D" w:rsidRDefault="00634453" w:rsidP="0085497A">
            <w:pPr>
              <w:shd w:val="clear" w:color="auto" w:fill="FFFFFF" w:themeFill="background1"/>
              <w:jc w:val="both"/>
            </w:pPr>
            <w:r>
              <w:t>- HS trình bày: Em chọn gọi điện/gọi video vì nhanh, nghe được giọng hoặc nhìn thấy người thân; em chọn viết thư khi muốn gửi lời chúc đặc biệt.</w:t>
            </w:r>
          </w:p>
        </w:tc>
      </w:tr>
      <w:tr w:rsidR="00EF1B0D" w14:paraId="47F59BF7" w14:textId="77777777" w:rsidTr="00AB2150">
        <w:trPr>
          <w:jc w:val="center"/>
        </w:trPr>
        <w:tc>
          <w:tcPr>
            <w:tcW w:w="5103" w:type="dxa"/>
            <w:tcBorders>
              <w:bottom w:val="single" w:sz="8" w:space="0" w:color="777777"/>
            </w:tcBorders>
            <w:tcMar>
              <w:top w:w="80" w:type="dxa"/>
              <w:left w:w="80" w:type="dxa"/>
              <w:bottom w:w="80" w:type="dxa"/>
              <w:right w:w="80" w:type="dxa"/>
            </w:tcMar>
          </w:tcPr>
          <w:p w14:paraId="4489457D" w14:textId="77777777" w:rsidR="00EF1B0D" w:rsidRDefault="00634453" w:rsidP="0085497A">
            <w:pPr>
              <w:shd w:val="clear" w:color="auto" w:fill="FFFFFF" w:themeFill="background1"/>
              <w:jc w:val="both"/>
            </w:pPr>
            <w:r>
              <w:t xml:space="preserve">- GV kết luận: Bài đọc cho thấy con người luôn tìm cách liên lạc để trao đổi với nhau dù ở </w:t>
            </w:r>
            <w:r>
              <w:lastRenderedPageBreak/>
              <w:t>xa. Từ bồ câu đưa thư, chai thuỷ tinh đến điện thoại và in-tơ-nét, các phương tiện liên lạc ngày càng nhanh hơn; khi sử dụng in-tơ-nét, HS cần dùng an toàn và có sự hướng dẫn của người lớn.</w:t>
            </w:r>
          </w:p>
        </w:tc>
        <w:tc>
          <w:tcPr>
            <w:tcW w:w="5103" w:type="dxa"/>
            <w:tcBorders>
              <w:bottom w:val="single" w:sz="8" w:space="0" w:color="777777"/>
            </w:tcBorders>
            <w:tcMar>
              <w:top w:w="80" w:type="dxa"/>
              <w:left w:w="80" w:type="dxa"/>
              <w:bottom w:w="80" w:type="dxa"/>
              <w:right w:w="80" w:type="dxa"/>
            </w:tcMar>
          </w:tcPr>
          <w:p w14:paraId="613BA353" w14:textId="77777777" w:rsidR="00EF1B0D" w:rsidRDefault="00634453" w:rsidP="0085497A">
            <w:pPr>
              <w:shd w:val="clear" w:color="auto" w:fill="FFFFFF" w:themeFill="background1"/>
              <w:jc w:val="both"/>
            </w:pPr>
            <w:r>
              <w:lastRenderedPageBreak/>
              <w:t>- HS lắng nghe, nhắc lại nội dung chính của bài.</w:t>
            </w:r>
          </w:p>
        </w:tc>
      </w:tr>
      <w:tr w:rsidR="00EF1B0D" w14:paraId="6769F98E"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346D3364" w14:textId="77777777" w:rsidR="00EF1B0D" w:rsidRDefault="00634453" w:rsidP="0085497A">
            <w:pPr>
              <w:shd w:val="clear" w:color="auto" w:fill="FFFFFF" w:themeFill="background1"/>
            </w:pPr>
            <w:r>
              <w:rPr>
                <w:b/>
              </w:rPr>
              <w:t>Hoạt động 3: Luyện đọc lại (7 phút)</w:t>
            </w:r>
          </w:p>
          <w:p w14:paraId="5C5942F1" w14:textId="77777777" w:rsidR="00EF1B0D" w:rsidRDefault="00634453" w:rsidP="0085497A">
            <w:pPr>
              <w:shd w:val="clear" w:color="auto" w:fill="FFFFFF" w:themeFill="background1"/>
            </w:pPr>
            <w:r>
              <w:rPr>
                <w:b/>
              </w:rPr>
              <w:t>Mục tiêu: HS đọc lại văn bản trôi chảy, rõ ý, biết nhấn các từ ngữ chỉ phương tiện liên lạc.</w:t>
            </w:r>
          </w:p>
        </w:tc>
      </w:tr>
      <w:tr w:rsidR="00EF1B0D" w14:paraId="2CBF38A8" w14:textId="77777777" w:rsidTr="00AB2150">
        <w:trPr>
          <w:jc w:val="center"/>
        </w:trPr>
        <w:tc>
          <w:tcPr>
            <w:tcW w:w="5103" w:type="dxa"/>
            <w:tcBorders>
              <w:top w:val="single" w:sz="8" w:space="0" w:color="777777"/>
            </w:tcBorders>
            <w:tcMar>
              <w:top w:w="80" w:type="dxa"/>
              <w:left w:w="80" w:type="dxa"/>
              <w:bottom w:w="80" w:type="dxa"/>
              <w:right w:w="80" w:type="dxa"/>
            </w:tcMar>
          </w:tcPr>
          <w:p w14:paraId="6797ACE7" w14:textId="77777777" w:rsidR="00EF1B0D" w:rsidRDefault="00634453" w:rsidP="0085497A">
            <w:pPr>
              <w:shd w:val="clear" w:color="auto" w:fill="FFFFFF" w:themeFill="background1"/>
              <w:jc w:val="both"/>
            </w:pPr>
            <w:r>
              <w:t>- GV đọc lại đoạn nói về in-tơ-nét; nhắc HS chú ý giọng đọc rõ ràng, mạch lạc.</w:t>
            </w:r>
          </w:p>
        </w:tc>
        <w:tc>
          <w:tcPr>
            <w:tcW w:w="5103" w:type="dxa"/>
            <w:tcBorders>
              <w:top w:val="single" w:sz="8" w:space="0" w:color="777777"/>
            </w:tcBorders>
            <w:tcMar>
              <w:top w:w="80" w:type="dxa"/>
              <w:left w:w="80" w:type="dxa"/>
              <w:bottom w:w="80" w:type="dxa"/>
              <w:right w:w="80" w:type="dxa"/>
            </w:tcMar>
          </w:tcPr>
          <w:p w14:paraId="40D0FE79" w14:textId="77777777" w:rsidR="00EF1B0D" w:rsidRDefault="00634453" w:rsidP="0085497A">
            <w:pPr>
              <w:shd w:val="clear" w:color="auto" w:fill="FFFFFF" w:themeFill="background1"/>
              <w:jc w:val="both"/>
            </w:pPr>
            <w:r>
              <w:t>- HS lắng nghe, đánh dấu chỗ ngắt nghỉ.</w:t>
            </w:r>
          </w:p>
        </w:tc>
      </w:tr>
      <w:tr w:rsidR="00EF1B0D" w14:paraId="5A16ABD9" w14:textId="77777777" w:rsidTr="00AB2150">
        <w:trPr>
          <w:jc w:val="center"/>
        </w:trPr>
        <w:tc>
          <w:tcPr>
            <w:tcW w:w="5103" w:type="dxa"/>
            <w:tcMar>
              <w:top w:w="80" w:type="dxa"/>
              <w:left w:w="80" w:type="dxa"/>
              <w:bottom w:w="80" w:type="dxa"/>
              <w:right w:w="80" w:type="dxa"/>
            </w:tcMar>
          </w:tcPr>
          <w:p w14:paraId="3EED508F" w14:textId="77777777" w:rsidR="00EF1B0D" w:rsidRDefault="00634453" w:rsidP="0085497A">
            <w:pPr>
              <w:shd w:val="clear" w:color="auto" w:fill="FFFFFF" w:themeFill="background1"/>
              <w:jc w:val="both"/>
            </w:pPr>
            <w:r>
              <w:t>- GV tổ chức cho HS luyện đọc đoạn em thích theo nhóm đôi.</w:t>
            </w:r>
          </w:p>
        </w:tc>
        <w:tc>
          <w:tcPr>
            <w:tcW w:w="5103" w:type="dxa"/>
            <w:tcMar>
              <w:top w:w="80" w:type="dxa"/>
              <w:left w:w="80" w:type="dxa"/>
              <w:bottom w:w="80" w:type="dxa"/>
              <w:right w:w="80" w:type="dxa"/>
            </w:tcMar>
          </w:tcPr>
          <w:p w14:paraId="31385B63" w14:textId="77777777" w:rsidR="00EF1B0D" w:rsidRDefault="00634453" w:rsidP="0085497A">
            <w:pPr>
              <w:shd w:val="clear" w:color="auto" w:fill="FFFFFF" w:themeFill="background1"/>
              <w:jc w:val="both"/>
            </w:pPr>
            <w:r>
              <w:t>- HS đọc nhóm đôi, góp ý cho nhau.</w:t>
            </w:r>
          </w:p>
        </w:tc>
      </w:tr>
      <w:tr w:rsidR="00EF1B0D" w14:paraId="070EA254" w14:textId="77777777" w:rsidTr="00AB2150">
        <w:trPr>
          <w:jc w:val="center"/>
        </w:trPr>
        <w:tc>
          <w:tcPr>
            <w:tcW w:w="5103" w:type="dxa"/>
            <w:tcBorders>
              <w:bottom w:val="single" w:sz="8" w:space="0" w:color="777777"/>
            </w:tcBorders>
            <w:tcMar>
              <w:top w:w="80" w:type="dxa"/>
              <w:left w:w="80" w:type="dxa"/>
              <w:bottom w:w="80" w:type="dxa"/>
              <w:right w:w="80" w:type="dxa"/>
            </w:tcMar>
          </w:tcPr>
          <w:p w14:paraId="32CB773A" w14:textId="77777777" w:rsidR="00EF1B0D" w:rsidRDefault="00634453" w:rsidP="0085497A">
            <w:pPr>
              <w:shd w:val="clear" w:color="auto" w:fill="FFFFFF" w:themeFill="background1"/>
              <w:jc w:val="both"/>
            </w:pPr>
            <w:r>
              <w:t>- GV mời HS đọc trước lớp, nhận xét và sửa lỗi nếu cần.</w:t>
            </w:r>
          </w:p>
        </w:tc>
        <w:tc>
          <w:tcPr>
            <w:tcW w:w="5103" w:type="dxa"/>
            <w:tcBorders>
              <w:bottom w:val="single" w:sz="8" w:space="0" w:color="777777"/>
            </w:tcBorders>
            <w:tcMar>
              <w:top w:w="80" w:type="dxa"/>
              <w:left w:w="80" w:type="dxa"/>
              <w:bottom w:w="80" w:type="dxa"/>
              <w:right w:w="80" w:type="dxa"/>
            </w:tcMar>
          </w:tcPr>
          <w:p w14:paraId="42A9CC47" w14:textId="77777777" w:rsidR="00EF1B0D" w:rsidRDefault="00634453" w:rsidP="0085497A">
            <w:pPr>
              <w:shd w:val="clear" w:color="auto" w:fill="FFFFFF" w:themeFill="background1"/>
              <w:jc w:val="both"/>
            </w:pPr>
            <w:r>
              <w:t>- HS đọc trước lớp; cả lớp nhận xét.</w:t>
            </w:r>
          </w:p>
        </w:tc>
      </w:tr>
      <w:tr w:rsidR="00EF1B0D" w14:paraId="1897234A"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57761E85" w14:textId="77777777" w:rsidR="00EF1B0D" w:rsidRDefault="00634453" w:rsidP="0085497A">
            <w:pPr>
              <w:shd w:val="clear" w:color="auto" w:fill="FFFFFF" w:themeFill="background1"/>
            </w:pPr>
            <w:r>
              <w:rPr>
                <w:b/>
              </w:rPr>
              <w:t>Hoạt động 4: Luyện tập theo văn bản đọc (10 phút)</w:t>
            </w:r>
          </w:p>
          <w:p w14:paraId="697DC262" w14:textId="77777777" w:rsidR="00EF1B0D" w:rsidRDefault="00634453" w:rsidP="0085497A">
            <w:pPr>
              <w:shd w:val="clear" w:color="auto" w:fill="FFFFFF" w:themeFill="background1"/>
            </w:pPr>
            <w:r>
              <w:rPr>
                <w:b/>
              </w:rPr>
              <w:t>Mục tiêu: HS phân loại từ chỉ sự vật, từ chỉ hoạt động; nói tiếp được câu theo mẫu; nhận biết thái độ có trách nhiệm khi tương tác với công cụ số.</w:t>
            </w:r>
          </w:p>
        </w:tc>
      </w:tr>
      <w:tr w:rsidR="00EF1B0D" w14:paraId="4265B4AA" w14:textId="77777777" w:rsidTr="00AB2150">
        <w:trPr>
          <w:jc w:val="center"/>
        </w:trPr>
        <w:tc>
          <w:tcPr>
            <w:tcW w:w="5103" w:type="dxa"/>
            <w:tcBorders>
              <w:top w:val="single" w:sz="8" w:space="0" w:color="777777"/>
            </w:tcBorders>
            <w:tcMar>
              <w:top w:w="80" w:type="dxa"/>
              <w:left w:w="80" w:type="dxa"/>
              <w:bottom w:w="80" w:type="dxa"/>
              <w:right w:w="80" w:type="dxa"/>
            </w:tcMar>
          </w:tcPr>
          <w:p w14:paraId="793180C2" w14:textId="77777777" w:rsidR="00EF1B0D" w:rsidRDefault="00634453" w:rsidP="0085497A">
            <w:pPr>
              <w:shd w:val="clear" w:color="auto" w:fill="FFFFFF" w:themeFill="background1"/>
              <w:jc w:val="both"/>
            </w:pPr>
            <w:r>
              <w:t>Bài tập 1. Xếp các từ ngữ dưới đây vào nhóm thích hợp.</w:t>
            </w:r>
          </w:p>
          <w:p w14:paraId="7B257920" w14:textId="77777777" w:rsidR="00EF1B0D" w:rsidRDefault="00634453" w:rsidP="0085497A">
            <w:pPr>
              <w:shd w:val="clear" w:color="auto" w:fill="FFFFFF" w:themeFill="background1"/>
              <w:jc w:val="both"/>
            </w:pPr>
            <w:r>
              <w:t>- Các từ: trò chuyện, bồ câu, chai thuỷ tinh, gửi, trao đổi, bức thư, điện thoại.</w:t>
            </w:r>
          </w:p>
          <w:p w14:paraId="67A4BB21" w14:textId="77777777" w:rsidR="00EF1B0D" w:rsidRDefault="00634453" w:rsidP="0085497A">
            <w:pPr>
              <w:shd w:val="clear" w:color="auto" w:fill="FFFFFF" w:themeFill="background1"/>
              <w:jc w:val="both"/>
            </w:pPr>
            <w:r>
              <w:t>a. Từ ngữ chỉ sự vật</w:t>
            </w:r>
          </w:p>
          <w:p w14:paraId="35ABE098" w14:textId="77777777" w:rsidR="00EF1B0D" w:rsidRDefault="00634453" w:rsidP="0085497A">
            <w:pPr>
              <w:shd w:val="clear" w:color="auto" w:fill="FFFFFF" w:themeFill="background1"/>
              <w:jc w:val="both"/>
            </w:pPr>
            <w:r>
              <w:t>b. Từ ngữ chỉ hoạt động</w:t>
            </w:r>
          </w:p>
          <w:p w14:paraId="1DD3E782" w14:textId="77777777" w:rsidR="00EF1B0D" w:rsidRDefault="00634453" w:rsidP="0085497A">
            <w:pPr>
              <w:shd w:val="clear" w:color="auto" w:fill="FFFFFF" w:themeFill="background1"/>
              <w:jc w:val="both"/>
            </w:pPr>
            <w:r>
              <w:t>- GV tổ chức làm nhóm 4, yêu cầu nhóm ghi kết quả vào bảng con/phiếu.</w:t>
            </w:r>
          </w:p>
          <w:p w14:paraId="65653A38" w14:textId="6CB0F3E2" w:rsidR="00EF1B0D" w:rsidRDefault="00EF1B0D" w:rsidP="0085497A">
            <w:pPr>
              <w:shd w:val="clear" w:color="auto" w:fill="FFFFFF" w:themeFill="background1"/>
              <w:jc w:val="center"/>
            </w:pPr>
          </w:p>
        </w:tc>
        <w:tc>
          <w:tcPr>
            <w:tcW w:w="5103" w:type="dxa"/>
            <w:tcBorders>
              <w:top w:val="single" w:sz="8" w:space="0" w:color="777777"/>
            </w:tcBorders>
            <w:tcMar>
              <w:top w:w="80" w:type="dxa"/>
              <w:left w:w="80" w:type="dxa"/>
              <w:bottom w:w="80" w:type="dxa"/>
              <w:right w:w="80" w:type="dxa"/>
            </w:tcMar>
          </w:tcPr>
          <w:p w14:paraId="777767EF" w14:textId="77777777" w:rsidR="00EF1B0D" w:rsidRDefault="00634453" w:rsidP="0085497A">
            <w:pPr>
              <w:shd w:val="clear" w:color="auto" w:fill="FFFFFF" w:themeFill="background1"/>
              <w:jc w:val="both"/>
            </w:pPr>
            <w:r>
              <w:t>- HS làm nhóm 4.</w:t>
            </w:r>
          </w:p>
          <w:p w14:paraId="3ADB23C0" w14:textId="77777777" w:rsidR="00EF1B0D" w:rsidRDefault="00634453" w:rsidP="0085497A">
            <w:pPr>
              <w:shd w:val="clear" w:color="auto" w:fill="FFFFFF" w:themeFill="background1"/>
              <w:jc w:val="both"/>
            </w:pPr>
            <w:r>
              <w:t>- Đáp án: Từ chỉ sự vật: bồ câu, chai thuỷ tinh, bức thư, điện thoại.</w:t>
            </w:r>
          </w:p>
          <w:p w14:paraId="03F75432" w14:textId="77777777" w:rsidR="00EF1B0D" w:rsidRDefault="00634453" w:rsidP="0085497A">
            <w:pPr>
              <w:shd w:val="clear" w:color="auto" w:fill="FFFFFF" w:themeFill="background1"/>
              <w:jc w:val="both"/>
            </w:pPr>
            <w:r>
              <w:t>- Từ chỉ hoạt động: trò chuyện, gửi, trao đổi.</w:t>
            </w:r>
          </w:p>
        </w:tc>
      </w:tr>
      <w:tr w:rsidR="00EF1B0D" w14:paraId="51C7A5CA" w14:textId="77777777" w:rsidTr="00AB2150">
        <w:trPr>
          <w:jc w:val="center"/>
        </w:trPr>
        <w:tc>
          <w:tcPr>
            <w:tcW w:w="5103" w:type="dxa"/>
            <w:tcMar>
              <w:top w:w="80" w:type="dxa"/>
              <w:left w:w="80" w:type="dxa"/>
              <w:bottom w:w="80" w:type="dxa"/>
              <w:right w:w="80" w:type="dxa"/>
            </w:tcMar>
          </w:tcPr>
          <w:p w14:paraId="52D0C7EE" w14:textId="77777777" w:rsidR="00EF1B0D" w:rsidRDefault="00634453" w:rsidP="0085497A">
            <w:pPr>
              <w:shd w:val="clear" w:color="auto" w:fill="FFFFFF" w:themeFill="background1"/>
              <w:jc w:val="both"/>
            </w:pPr>
            <w:r>
              <w:t>Bài tập 2. Nói tiếp để hoàn thành câu: Nhờ có in-tơ-nét, bạn có thể (...).</w:t>
            </w:r>
          </w:p>
          <w:p w14:paraId="2E92DE10" w14:textId="77777777" w:rsidR="00EF1B0D" w:rsidRDefault="00634453" w:rsidP="0085497A">
            <w:pPr>
              <w:shd w:val="clear" w:color="auto" w:fill="FFFFFF" w:themeFill="background1"/>
              <w:jc w:val="both"/>
            </w:pPr>
            <w:r>
              <w:t>- GV yêu cầu HS nói ít nhất một cách hoàn thành câu, sau đó đổi vai trong nhóm đôi.</w:t>
            </w:r>
          </w:p>
        </w:tc>
        <w:tc>
          <w:tcPr>
            <w:tcW w:w="5103" w:type="dxa"/>
            <w:tcMar>
              <w:top w:w="80" w:type="dxa"/>
              <w:left w:w="80" w:type="dxa"/>
              <w:bottom w:w="80" w:type="dxa"/>
              <w:right w:w="80" w:type="dxa"/>
            </w:tcMar>
          </w:tcPr>
          <w:p w14:paraId="535DD52B" w14:textId="77777777" w:rsidR="00EF1B0D" w:rsidRDefault="00634453" w:rsidP="0085497A">
            <w:pPr>
              <w:shd w:val="clear" w:color="auto" w:fill="FFFFFF" w:themeFill="background1"/>
              <w:jc w:val="both"/>
            </w:pPr>
            <w:r>
              <w:t>- HS nói: “Nhờ có in-tơ-nét, bạn có thể gọi video cho người thân.”; “... học trực tuyến.”; “... tìm thông tin học tập.”</w:t>
            </w:r>
          </w:p>
        </w:tc>
      </w:tr>
      <w:tr w:rsidR="00EF1B0D" w14:paraId="7589E7DB" w14:textId="77777777" w:rsidTr="00AB2150">
        <w:trPr>
          <w:jc w:val="center"/>
        </w:trPr>
        <w:tc>
          <w:tcPr>
            <w:tcW w:w="5103" w:type="dxa"/>
            <w:tcMar>
              <w:top w:w="80" w:type="dxa"/>
              <w:left w:w="80" w:type="dxa"/>
              <w:bottom w:w="80" w:type="dxa"/>
              <w:right w:w="80" w:type="dxa"/>
            </w:tcMar>
          </w:tcPr>
          <w:p w14:paraId="7330280C" w14:textId="77777777" w:rsidR="00EF1B0D" w:rsidRDefault="00634453" w:rsidP="0085497A">
            <w:pPr>
              <w:shd w:val="clear" w:color="auto" w:fill="FFFFFF" w:themeFill="background1"/>
              <w:jc w:val="both"/>
            </w:pPr>
            <w:r>
              <w:t>- Nếu em hỏi một chatbot trên in-tơ-nét để tìm ý tưởng viết câu, em cần hỏi và dùng kết quả như thế nào cho đúng?</w:t>
            </w:r>
          </w:p>
        </w:tc>
        <w:tc>
          <w:tcPr>
            <w:tcW w:w="5103" w:type="dxa"/>
            <w:tcMar>
              <w:top w:w="80" w:type="dxa"/>
              <w:left w:w="80" w:type="dxa"/>
              <w:bottom w:w="80" w:type="dxa"/>
              <w:right w:w="80" w:type="dxa"/>
            </w:tcMar>
          </w:tcPr>
          <w:p w14:paraId="197D4342" w14:textId="77777777" w:rsidR="00EF1B0D" w:rsidRDefault="00634453" w:rsidP="0085497A">
            <w:pPr>
              <w:shd w:val="clear" w:color="auto" w:fill="FFFFFF" w:themeFill="background1"/>
              <w:jc w:val="both"/>
            </w:pPr>
            <w:r>
              <w:t>- HS suy nghĩ, nêu ý kiến: hỏi rõ ràng, không đưa thông tin riêng, đọc lại kết quả, hỏi người lớn khi chưa chắc.</w:t>
            </w:r>
          </w:p>
        </w:tc>
      </w:tr>
      <w:tr w:rsidR="00EF1B0D" w14:paraId="3B8FB1C4" w14:textId="77777777" w:rsidTr="00AB2150">
        <w:trPr>
          <w:jc w:val="center"/>
        </w:trPr>
        <w:tc>
          <w:tcPr>
            <w:tcW w:w="5103" w:type="dxa"/>
            <w:tcMar>
              <w:top w:w="80" w:type="dxa"/>
              <w:left w:w="80" w:type="dxa"/>
              <w:bottom w:w="80" w:type="dxa"/>
              <w:right w:w="80" w:type="dxa"/>
            </w:tcMar>
          </w:tcPr>
          <w:p w14:paraId="4690B531" w14:textId="77777777" w:rsidR="00EF1B0D" w:rsidRDefault="00634453" w:rsidP="0085497A">
            <w:pPr>
              <w:shd w:val="clear" w:color="auto" w:fill="FFFFFF" w:themeFill="background1"/>
              <w:jc w:val="both"/>
            </w:pPr>
            <w:r>
              <w:rPr>
                <w:color w:val="C00000"/>
              </w:rPr>
              <w:t>- Tích hợp AI - YCCĐ 2.A3.2: GV diễn giải: Chatbot là công cụ có thể gợi ý thông tin, nhưng các em vẫn là người quyết định cách dùng. Khi hỏi chatbot, em cần dùng lời lịch sự, rõ yêu cầu, không đưa tên đầy đủ, địa chỉ, số điện thoại của mình hoặc gia đình. Kết quả chatbot đưa ra chỉ là gợi ý, các em phải đọc lại, chọn ý phù hợp với bài học và nói bằng lời của mình; nếu chưa chắc, cần hỏi thầy cô hoặc người lớn.</w:t>
            </w:r>
          </w:p>
        </w:tc>
        <w:tc>
          <w:tcPr>
            <w:tcW w:w="5103" w:type="dxa"/>
            <w:tcMar>
              <w:top w:w="80" w:type="dxa"/>
              <w:left w:w="80" w:type="dxa"/>
              <w:bottom w:w="80" w:type="dxa"/>
              <w:right w:w="80" w:type="dxa"/>
            </w:tcMar>
          </w:tcPr>
          <w:p w14:paraId="388403B9" w14:textId="77777777" w:rsidR="00EF1B0D" w:rsidRDefault="00634453" w:rsidP="0085497A">
            <w:pPr>
              <w:shd w:val="clear" w:color="auto" w:fill="FFFFFF" w:themeFill="background1"/>
              <w:jc w:val="both"/>
            </w:pPr>
            <w:r>
              <w:t>- HS lắng nghe; nhắc lại 3 nguyên tắc: hỏi lịch sự, không đưa thông tin riêng tư, kiểm tra lại thông tin và dùng bằng lời của mình.</w:t>
            </w:r>
          </w:p>
        </w:tc>
      </w:tr>
      <w:tr w:rsidR="00EF1B0D" w14:paraId="486D32B8" w14:textId="77777777" w:rsidTr="00AB2150">
        <w:trPr>
          <w:jc w:val="center"/>
        </w:trPr>
        <w:tc>
          <w:tcPr>
            <w:tcW w:w="5103" w:type="dxa"/>
            <w:tcMar>
              <w:top w:w="80" w:type="dxa"/>
              <w:left w:w="80" w:type="dxa"/>
              <w:bottom w:w="80" w:type="dxa"/>
              <w:right w:w="80" w:type="dxa"/>
            </w:tcMar>
          </w:tcPr>
          <w:p w14:paraId="12A372B7" w14:textId="77777777" w:rsidR="00EF1B0D" w:rsidRDefault="00634453" w:rsidP="0085497A">
            <w:pPr>
              <w:shd w:val="clear" w:color="auto" w:fill="FFFFFF" w:themeFill="background1"/>
              <w:jc w:val="both"/>
            </w:pPr>
            <w:r>
              <w:t xml:space="preserve">- Khi dùng điện thoại hoặc in-tơ-nét để liên </w:t>
            </w:r>
            <w:r>
              <w:lastRenderedPageBreak/>
              <w:t>lạc, em cần làm gì để an toàn cho bản thân và gia đình?</w:t>
            </w:r>
          </w:p>
        </w:tc>
        <w:tc>
          <w:tcPr>
            <w:tcW w:w="5103" w:type="dxa"/>
            <w:tcMar>
              <w:top w:w="80" w:type="dxa"/>
              <w:left w:w="80" w:type="dxa"/>
              <w:bottom w:w="80" w:type="dxa"/>
              <w:right w:w="80" w:type="dxa"/>
            </w:tcMar>
          </w:tcPr>
          <w:p w14:paraId="23748709" w14:textId="77777777" w:rsidR="00EF1B0D" w:rsidRDefault="00634453" w:rsidP="0085497A">
            <w:pPr>
              <w:shd w:val="clear" w:color="auto" w:fill="FFFFFF" w:themeFill="background1"/>
              <w:jc w:val="both"/>
            </w:pPr>
            <w:r>
              <w:lastRenderedPageBreak/>
              <w:t xml:space="preserve">- HS nêu: không bấm đường link lạ, không nhắn </w:t>
            </w:r>
            <w:r>
              <w:lastRenderedPageBreak/>
              <w:t>tin với người lạ, không gửi ảnh/địa chỉ/số điện thoại, báo người lớn khi thấy tin nhắn lạ.</w:t>
            </w:r>
          </w:p>
        </w:tc>
      </w:tr>
      <w:tr w:rsidR="00EF1B0D" w14:paraId="2499B354" w14:textId="77777777" w:rsidTr="00AB2150">
        <w:trPr>
          <w:jc w:val="center"/>
        </w:trPr>
        <w:tc>
          <w:tcPr>
            <w:tcW w:w="5103" w:type="dxa"/>
            <w:tcBorders>
              <w:bottom w:val="single" w:sz="8" w:space="0" w:color="777777"/>
            </w:tcBorders>
            <w:tcMar>
              <w:top w:w="80" w:type="dxa"/>
              <w:left w:w="80" w:type="dxa"/>
              <w:bottom w:w="80" w:type="dxa"/>
              <w:right w:w="80" w:type="dxa"/>
            </w:tcMar>
          </w:tcPr>
          <w:p w14:paraId="203F9D81" w14:textId="77777777" w:rsidR="00EF1B0D" w:rsidRDefault="00634453" w:rsidP="0085497A">
            <w:pPr>
              <w:shd w:val="clear" w:color="auto" w:fill="FFFFFF" w:themeFill="background1"/>
              <w:jc w:val="both"/>
            </w:pPr>
            <w:r>
              <w:rPr>
                <w:color w:val="C00000"/>
              </w:rPr>
              <w:lastRenderedPageBreak/>
              <w:t>- Tích hợp năng lực số 4.1.CB1b: GV diễn giải: In-tơ-nét giúp liên lạc nhanh, nhưng cũng có rủi ro như tin nhắn lạ, đường link lạ, người lạ hỏi thông tin cá nhân. Các em chỉ dùng thiết bị khi được người lớn đồng ý, không tự ý bấm vào nội dung đáng ngờ, không chia sẻ mật khẩu, địa chỉ, số điện thoại và cần báo ngay cho thầy cô, cha mẹ khi gặp điều làm mình lo lắng.</w:t>
            </w:r>
          </w:p>
        </w:tc>
        <w:tc>
          <w:tcPr>
            <w:tcW w:w="5103" w:type="dxa"/>
            <w:tcBorders>
              <w:bottom w:val="single" w:sz="8" w:space="0" w:color="777777"/>
            </w:tcBorders>
            <w:tcMar>
              <w:top w:w="80" w:type="dxa"/>
              <w:left w:w="80" w:type="dxa"/>
              <w:bottom w:w="80" w:type="dxa"/>
              <w:right w:w="80" w:type="dxa"/>
            </w:tcMar>
          </w:tcPr>
          <w:p w14:paraId="438A1D7A" w14:textId="77777777" w:rsidR="00EF1B0D" w:rsidRDefault="00634453" w:rsidP="0085497A">
            <w:pPr>
              <w:shd w:val="clear" w:color="auto" w:fill="FFFFFF" w:themeFill="background1"/>
              <w:jc w:val="both"/>
            </w:pPr>
            <w:r>
              <w:t>- HS lắng nghe, nhắc lại quy tắc: dùng dưới sự hướng dẫn của người lớn; không chia sẻ thông tin riêng; báo người lớn khi gặp nội dung lạ.</w:t>
            </w:r>
          </w:p>
        </w:tc>
      </w:tr>
      <w:tr w:rsidR="00EF1B0D" w14:paraId="012EC182"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37816778" w14:textId="77777777" w:rsidR="00EF1B0D" w:rsidRDefault="00634453" w:rsidP="0085497A">
            <w:pPr>
              <w:shd w:val="clear" w:color="auto" w:fill="FFFFFF" w:themeFill="background1"/>
            </w:pPr>
            <w:r>
              <w:rPr>
                <w:b/>
              </w:rPr>
              <w:t>4. VẬN DỤNG (3 phút)</w:t>
            </w:r>
          </w:p>
          <w:p w14:paraId="7A6B4B25" w14:textId="77777777" w:rsidR="00EF1B0D" w:rsidRDefault="00634453" w:rsidP="0085497A">
            <w:pPr>
              <w:shd w:val="clear" w:color="auto" w:fill="FFFFFF" w:themeFill="background1"/>
            </w:pPr>
            <w:r>
              <w:rPr>
                <w:b/>
              </w:rPr>
              <w:t>Mục tiêu: HS vận dụng kiến thức để chọn phương tiện liên lạc phù hợp, an toàn.</w:t>
            </w:r>
          </w:p>
        </w:tc>
      </w:tr>
      <w:tr w:rsidR="00EF1B0D" w14:paraId="084F5585" w14:textId="77777777" w:rsidTr="00AB2150">
        <w:trPr>
          <w:jc w:val="center"/>
        </w:trPr>
        <w:tc>
          <w:tcPr>
            <w:tcW w:w="5103" w:type="dxa"/>
            <w:tcBorders>
              <w:top w:val="single" w:sz="8" w:space="0" w:color="777777"/>
            </w:tcBorders>
            <w:tcMar>
              <w:top w:w="80" w:type="dxa"/>
              <w:left w:w="80" w:type="dxa"/>
              <w:bottom w:w="80" w:type="dxa"/>
              <w:right w:w="80" w:type="dxa"/>
            </w:tcMar>
          </w:tcPr>
          <w:p w14:paraId="79C23D76" w14:textId="77777777" w:rsidR="00EF1B0D" w:rsidRDefault="00634453" w:rsidP="0085497A">
            <w:pPr>
              <w:shd w:val="clear" w:color="auto" w:fill="FFFFFF" w:themeFill="background1"/>
              <w:jc w:val="both"/>
            </w:pPr>
            <w:r>
              <w:t>- GV đưa tình huống: Em muốn chúc mừng sinh nhật ông bà ở quê, em sẽ chọn cách liên lạc nào? Nói một câu chúc phù hợp.</w:t>
            </w:r>
          </w:p>
        </w:tc>
        <w:tc>
          <w:tcPr>
            <w:tcW w:w="5103" w:type="dxa"/>
            <w:tcBorders>
              <w:top w:val="single" w:sz="8" w:space="0" w:color="777777"/>
            </w:tcBorders>
            <w:tcMar>
              <w:top w:w="80" w:type="dxa"/>
              <w:left w:w="80" w:type="dxa"/>
              <w:bottom w:w="80" w:type="dxa"/>
              <w:right w:w="80" w:type="dxa"/>
            </w:tcMar>
          </w:tcPr>
          <w:p w14:paraId="2BBCE2A3" w14:textId="77777777" w:rsidR="00EF1B0D" w:rsidRDefault="00634453" w:rsidP="0085497A">
            <w:pPr>
              <w:shd w:val="clear" w:color="auto" w:fill="FFFFFF" w:themeFill="background1"/>
              <w:jc w:val="both"/>
            </w:pPr>
            <w:r>
              <w:t>- HS thực hành: “Cháu chúc ông bà mạnh khoẻ ạ!”; nêu phương tiện: gọi điện/video hoặc viết thư.</w:t>
            </w:r>
          </w:p>
        </w:tc>
      </w:tr>
      <w:tr w:rsidR="00EF1B0D" w14:paraId="2E2ED1A6" w14:textId="77777777" w:rsidTr="00AB2150">
        <w:trPr>
          <w:jc w:val="center"/>
        </w:trPr>
        <w:tc>
          <w:tcPr>
            <w:tcW w:w="5103" w:type="dxa"/>
            <w:tcMar>
              <w:top w:w="80" w:type="dxa"/>
              <w:left w:w="80" w:type="dxa"/>
              <w:bottom w:w="80" w:type="dxa"/>
              <w:right w:w="80" w:type="dxa"/>
            </w:tcMar>
          </w:tcPr>
          <w:p w14:paraId="66907BAC" w14:textId="77777777" w:rsidR="00EF1B0D" w:rsidRDefault="00634453" w:rsidP="0085497A">
            <w:pPr>
              <w:shd w:val="clear" w:color="auto" w:fill="FFFFFF" w:themeFill="background1"/>
              <w:jc w:val="both"/>
            </w:pPr>
            <w:r>
              <w:t>- GV nhận xét, dặn HS sử dụng in-tơ-nét dưới sự hướng dẫn của người lớn.</w:t>
            </w:r>
          </w:p>
        </w:tc>
        <w:tc>
          <w:tcPr>
            <w:tcW w:w="5103" w:type="dxa"/>
            <w:tcMar>
              <w:top w:w="80" w:type="dxa"/>
              <w:left w:w="80" w:type="dxa"/>
              <w:bottom w:w="80" w:type="dxa"/>
              <w:right w:w="80" w:type="dxa"/>
            </w:tcMar>
          </w:tcPr>
          <w:p w14:paraId="4FE563B4" w14:textId="77777777" w:rsidR="00EF1B0D" w:rsidRDefault="00634453" w:rsidP="0085497A">
            <w:pPr>
              <w:shd w:val="clear" w:color="auto" w:fill="FFFFFF" w:themeFill="background1"/>
              <w:jc w:val="both"/>
            </w:pPr>
            <w:r>
              <w:t>- HS ghi nhớ.</w:t>
            </w:r>
          </w:p>
        </w:tc>
      </w:tr>
    </w:tbl>
    <w:p w14:paraId="552D9E4D" w14:textId="77777777" w:rsidR="00EF1B0D" w:rsidRDefault="00634453" w:rsidP="0085497A">
      <w:pPr>
        <w:shd w:val="clear" w:color="auto" w:fill="FFFFFF" w:themeFill="background1"/>
      </w:pPr>
      <w:r>
        <w:rPr>
          <w:b/>
        </w:rPr>
        <w:t>IV. ĐIỀU CHỈNH SAU TIẾT HỌC (NẾU CÓ)</w:t>
      </w:r>
    </w:p>
    <w:p w14:paraId="521ED75F" w14:textId="77777777" w:rsidR="00EF1B0D" w:rsidRDefault="00634453" w:rsidP="0085497A">
      <w:pPr>
        <w:shd w:val="clear" w:color="auto" w:fill="FFFFFF" w:themeFill="background1"/>
        <w:jc w:val="center"/>
      </w:pPr>
      <w:r>
        <w:rPr>
          <w:b/>
        </w:rPr>
        <w:t>KẾ HOẠCH BÀI DẠY MÔN TIẾNG VIỆT LỚP 2 - TUẦN 29</w:t>
      </w:r>
    </w:p>
    <w:p w14:paraId="04394AD5" w14:textId="77777777" w:rsidR="00EF1B0D" w:rsidRDefault="00634453" w:rsidP="0085497A">
      <w:pPr>
        <w:shd w:val="clear" w:color="auto" w:fill="FFFFFF" w:themeFill="background1"/>
        <w:jc w:val="center"/>
      </w:pPr>
      <w:r>
        <w:rPr>
          <w:b/>
        </w:rPr>
        <w:t>BÀI 20: TỪ CHÚ BỒ CÂU ĐẾN IN-TƠ-NÉT</w:t>
      </w:r>
    </w:p>
    <w:p w14:paraId="24F86F66" w14:textId="77777777" w:rsidR="00EF1B0D" w:rsidRDefault="00634453" w:rsidP="0085497A">
      <w:pPr>
        <w:shd w:val="clear" w:color="auto" w:fill="FFFFFF" w:themeFill="background1"/>
        <w:jc w:val="center"/>
      </w:pPr>
      <w:r>
        <w:rPr>
          <w:b/>
        </w:rPr>
        <w:t>TIẾT 3: VIẾT - NGHE VIẾT; PHÂN BIỆT EO/OE, L/N, ÊN/ÊNH</w:t>
      </w:r>
    </w:p>
    <w:p w14:paraId="69D6615C" w14:textId="77777777" w:rsidR="00EF1B0D" w:rsidRDefault="00634453" w:rsidP="0085497A">
      <w:pPr>
        <w:shd w:val="clear" w:color="auto" w:fill="FFFFFF" w:themeFill="background1"/>
      </w:pPr>
      <w:r>
        <w:rPr>
          <w:b/>
        </w:rPr>
        <w:t>I. YÊU CẦU CẦN ĐẠT</w:t>
      </w:r>
    </w:p>
    <w:p w14:paraId="6062074C" w14:textId="77777777" w:rsidR="00EF1B0D" w:rsidRDefault="00634453" w:rsidP="0085497A">
      <w:pPr>
        <w:shd w:val="clear" w:color="auto" w:fill="FFFFFF" w:themeFill="background1"/>
      </w:pPr>
      <w:r>
        <w:rPr>
          <w:b/>
        </w:rPr>
        <w:t>1. Năng lực đặc thù</w:t>
      </w:r>
    </w:p>
    <w:p w14:paraId="2BBED8A2" w14:textId="77777777" w:rsidR="00EF1B0D" w:rsidRDefault="00634453" w:rsidP="0085497A">
      <w:pPr>
        <w:shd w:val="clear" w:color="auto" w:fill="FFFFFF" w:themeFill="background1"/>
        <w:jc w:val="both"/>
      </w:pPr>
      <w:r>
        <w:t>- Nghe - viết đúng đoạn văn trong bài Từ chú bồ câu đến in-tơ-nét; trình bày đúng đoạn văn, viết hoa đúng quy định.</w:t>
      </w:r>
    </w:p>
    <w:p w14:paraId="53899984" w14:textId="77777777" w:rsidR="00EF1B0D" w:rsidRDefault="00634453" w:rsidP="0085497A">
      <w:pPr>
        <w:shd w:val="clear" w:color="auto" w:fill="FFFFFF" w:themeFill="background1"/>
        <w:jc w:val="both"/>
      </w:pPr>
      <w:r>
        <w:t>- Làm đúng bài tập phân biệt eo/oe, l/n, ên/ênh.</w:t>
      </w:r>
    </w:p>
    <w:p w14:paraId="60D32E8C" w14:textId="77777777" w:rsidR="00EF1B0D" w:rsidRDefault="00634453" w:rsidP="0085497A">
      <w:pPr>
        <w:shd w:val="clear" w:color="auto" w:fill="FFFFFF" w:themeFill="background1"/>
        <w:jc w:val="both"/>
      </w:pPr>
      <w:r>
        <w:t>- Biết soát lỗi, sửa lỗi chính tả sau khi viết.</w:t>
      </w:r>
    </w:p>
    <w:p w14:paraId="20ADA9A5" w14:textId="77777777" w:rsidR="00EF1B0D" w:rsidRDefault="00634453" w:rsidP="0085497A">
      <w:pPr>
        <w:shd w:val="clear" w:color="auto" w:fill="FFFFFF" w:themeFill="background1"/>
      </w:pPr>
      <w:r>
        <w:rPr>
          <w:b/>
        </w:rPr>
        <w:t>2. Năng lực chung</w:t>
      </w:r>
    </w:p>
    <w:p w14:paraId="4151F14A" w14:textId="77777777" w:rsidR="00EF1B0D" w:rsidRDefault="00634453" w:rsidP="0085497A">
      <w:pPr>
        <w:shd w:val="clear" w:color="auto" w:fill="FFFFFF" w:themeFill="background1"/>
        <w:jc w:val="both"/>
      </w:pPr>
      <w:r>
        <w:t>- Tự chủ và tự học: Tự nghe - viết, tự soát lỗi và điều chỉnh bài viết.</w:t>
      </w:r>
    </w:p>
    <w:p w14:paraId="7FA26F42" w14:textId="77777777" w:rsidR="00EF1B0D" w:rsidRDefault="00634453" w:rsidP="0085497A">
      <w:pPr>
        <w:shd w:val="clear" w:color="auto" w:fill="FFFFFF" w:themeFill="background1"/>
        <w:jc w:val="both"/>
      </w:pPr>
      <w:r>
        <w:t>- Giao tiếp và hợp tác: Biết đổi vở kiểm tra, góp ý lịch sự.</w:t>
      </w:r>
    </w:p>
    <w:p w14:paraId="15932CD7" w14:textId="77777777" w:rsidR="00EF1B0D" w:rsidRDefault="00634453" w:rsidP="0085497A">
      <w:pPr>
        <w:shd w:val="clear" w:color="auto" w:fill="FFFFFF" w:themeFill="background1"/>
        <w:jc w:val="both"/>
      </w:pPr>
      <w:r>
        <w:t>- Giải quyết vấn đề và sáng tạo: Vận dụng quy tắc chính tả để lựa chọn tiếng/từ đúng.</w:t>
      </w:r>
    </w:p>
    <w:p w14:paraId="4A2C034E" w14:textId="77777777" w:rsidR="00EF1B0D" w:rsidRDefault="00634453" w:rsidP="0085497A">
      <w:pPr>
        <w:shd w:val="clear" w:color="auto" w:fill="FFFFFF" w:themeFill="background1"/>
      </w:pPr>
      <w:r>
        <w:rPr>
          <w:b/>
        </w:rPr>
        <w:t>3. Phẩm chất</w:t>
      </w:r>
    </w:p>
    <w:p w14:paraId="1587A0F4" w14:textId="77777777" w:rsidR="00EF1B0D" w:rsidRDefault="00634453" w:rsidP="0085497A">
      <w:pPr>
        <w:shd w:val="clear" w:color="auto" w:fill="FFFFFF" w:themeFill="background1"/>
        <w:jc w:val="both"/>
      </w:pPr>
      <w:r>
        <w:t>- Chăm chỉ: Viết cẩn thận, giữ vở sạch.</w:t>
      </w:r>
    </w:p>
    <w:p w14:paraId="0F366D69" w14:textId="77777777" w:rsidR="00EF1B0D" w:rsidRDefault="00634453" w:rsidP="0085497A">
      <w:pPr>
        <w:shd w:val="clear" w:color="auto" w:fill="FFFFFF" w:themeFill="background1"/>
        <w:jc w:val="both"/>
      </w:pPr>
      <w:r>
        <w:t>- Trách nhiệm: Trung thực khi soát lỗi, biết sửa lỗi của mình.</w:t>
      </w:r>
    </w:p>
    <w:p w14:paraId="36101489" w14:textId="77777777" w:rsidR="00EF1B0D" w:rsidRDefault="00634453" w:rsidP="0085497A">
      <w:pPr>
        <w:shd w:val="clear" w:color="auto" w:fill="FFFFFF" w:themeFill="background1"/>
      </w:pPr>
      <w:r>
        <w:rPr>
          <w:b/>
        </w:rPr>
        <w:t>4. Tích hợp</w:t>
      </w:r>
    </w:p>
    <w:p w14:paraId="21F098DF" w14:textId="77777777" w:rsidR="00EF1B0D" w:rsidRDefault="00634453" w:rsidP="0085497A">
      <w:pPr>
        <w:shd w:val="clear" w:color="auto" w:fill="FFFFFF" w:themeFill="background1"/>
        <w:jc w:val="both"/>
      </w:pPr>
      <w:r>
        <w:rPr>
          <w:color w:val="C00000"/>
        </w:rPr>
        <w:t>- Tích hợp năng lực số 2.1.CB1a: Xác định được phương tiện giao tiếp đơn giản thích hợp cho một bối cảnh; nhận biết in-tơ-nét là môi trường số giúp kết nối nhanh chóng.</w:t>
      </w:r>
    </w:p>
    <w:p w14:paraId="26257955" w14:textId="77777777" w:rsidR="00EF1B0D" w:rsidRDefault="00634453" w:rsidP="0085497A">
      <w:pPr>
        <w:shd w:val="clear" w:color="auto" w:fill="FFFFFF" w:themeFill="background1"/>
      </w:pPr>
      <w:r>
        <w:rPr>
          <w:b/>
        </w:rPr>
        <w:t>II. ĐỒ DÙNG DẠY HỌC</w:t>
      </w:r>
    </w:p>
    <w:p w14:paraId="06AC6EF3" w14:textId="77777777" w:rsidR="00EF1B0D" w:rsidRDefault="00634453" w:rsidP="0085497A">
      <w:pPr>
        <w:shd w:val="clear" w:color="auto" w:fill="FFFFFF" w:themeFill="background1"/>
        <w:jc w:val="both"/>
      </w:pPr>
      <w:r>
        <w:t>- GV: Bảng phụ đoạn viết; tranh/bài tập chính tả đã cắt đúng từ SGK; thẻ bài tập chính tả; máy chiếu.</w:t>
      </w:r>
    </w:p>
    <w:p w14:paraId="2029152E" w14:textId="77777777" w:rsidR="00EF1B0D" w:rsidRDefault="00634453" w:rsidP="0085497A">
      <w:pPr>
        <w:shd w:val="clear" w:color="auto" w:fill="FFFFFF" w:themeFill="background1"/>
        <w:jc w:val="both"/>
      </w:pPr>
      <w:r>
        <w:t>- HS: Vở ô li, VBT, bảng con.</w:t>
      </w:r>
    </w:p>
    <w:p w14:paraId="631E4253" w14:textId="77777777" w:rsidR="00EF1B0D" w:rsidRDefault="00634453" w:rsidP="0085497A">
      <w:pPr>
        <w:shd w:val="clear" w:color="auto" w:fill="FFFFFF" w:themeFill="background1"/>
      </w:pPr>
      <w:r>
        <w:rPr>
          <w:b/>
        </w:rPr>
        <w:t>III. CÁC HOẠT ĐỘNG DẠY HỌC CHỦ YẾU</w:t>
      </w:r>
    </w:p>
    <w:tbl>
      <w:tblPr>
        <w:tblW w:w="0" w:type="auto"/>
        <w:jc w:val="center"/>
        <w:tblBorders>
          <w:top w:val="single" w:sz="8" w:space="0" w:color="777777"/>
          <w:left w:val="single" w:sz="8" w:space="0" w:color="777777"/>
          <w:bottom w:val="single" w:sz="8" w:space="0" w:color="777777"/>
          <w:right w:val="single" w:sz="8" w:space="0" w:color="777777"/>
          <w:insideV w:val="single" w:sz="8" w:space="0" w:color="777777"/>
        </w:tblBorders>
        <w:tblLayout w:type="fixed"/>
        <w:tblLook w:val="04A0" w:firstRow="1" w:lastRow="0" w:firstColumn="1" w:lastColumn="0" w:noHBand="0" w:noVBand="1"/>
      </w:tblPr>
      <w:tblGrid>
        <w:gridCol w:w="5103"/>
        <w:gridCol w:w="5443"/>
      </w:tblGrid>
      <w:tr w:rsidR="00EF1B0D" w14:paraId="57601246" w14:textId="77777777" w:rsidTr="00AB2150">
        <w:trPr>
          <w:tblHeader/>
          <w:jc w:val="center"/>
        </w:trPr>
        <w:tc>
          <w:tcPr>
            <w:tcW w:w="5103" w:type="dxa"/>
            <w:tcBorders>
              <w:top w:val="single" w:sz="8" w:space="0" w:color="777777"/>
              <w:bottom w:val="single" w:sz="8" w:space="0" w:color="777777"/>
              <w:right w:val="nil"/>
            </w:tcBorders>
            <w:shd w:val="clear" w:color="auto" w:fill="DDEBF7"/>
            <w:tcMar>
              <w:top w:w="80" w:type="dxa"/>
              <w:left w:w="80" w:type="dxa"/>
              <w:bottom w:w="80" w:type="dxa"/>
              <w:right w:w="80" w:type="dxa"/>
            </w:tcMar>
          </w:tcPr>
          <w:p w14:paraId="1AE36856" w14:textId="77777777" w:rsidR="00EF1B0D" w:rsidRDefault="00634453" w:rsidP="0085497A">
            <w:pPr>
              <w:shd w:val="clear" w:color="auto" w:fill="FFFFFF" w:themeFill="background1"/>
              <w:jc w:val="center"/>
            </w:pPr>
            <w:r>
              <w:rPr>
                <w:b/>
              </w:rPr>
              <w:t>Hoạt động của GV</w:t>
            </w:r>
          </w:p>
        </w:tc>
        <w:tc>
          <w:tcPr>
            <w:tcW w:w="5103" w:type="dxa"/>
            <w:tcBorders>
              <w:top w:val="single" w:sz="8" w:space="0" w:color="777777"/>
              <w:left w:val="nil"/>
              <w:bottom w:val="single" w:sz="8" w:space="0" w:color="777777"/>
            </w:tcBorders>
            <w:shd w:val="clear" w:color="auto" w:fill="DDEBF7"/>
            <w:tcMar>
              <w:top w:w="80" w:type="dxa"/>
              <w:left w:w="80" w:type="dxa"/>
              <w:bottom w:w="80" w:type="dxa"/>
              <w:right w:w="80" w:type="dxa"/>
            </w:tcMar>
          </w:tcPr>
          <w:p w14:paraId="21265A39" w14:textId="77777777" w:rsidR="00EF1B0D" w:rsidRDefault="00634453" w:rsidP="0085497A">
            <w:pPr>
              <w:shd w:val="clear" w:color="auto" w:fill="FFFFFF" w:themeFill="background1"/>
              <w:jc w:val="center"/>
            </w:pPr>
            <w:r>
              <w:rPr>
                <w:b/>
              </w:rPr>
              <w:t>Hoạt động của HS</w:t>
            </w:r>
          </w:p>
        </w:tc>
      </w:tr>
      <w:tr w:rsidR="00EF1B0D" w14:paraId="061130C8"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1BA9F1E8" w14:textId="77777777" w:rsidR="00EF1B0D" w:rsidRDefault="00634453" w:rsidP="0085497A">
            <w:pPr>
              <w:shd w:val="clear" w:color="auto" w:fill="FFFFFF" w:themeFill="background1"/>
            </w:pPr>
            <w:r>
              <w:rPr>
                <w:b/>
              </w:rPr>
              <w:t>1. KHỞI ĐỘNG (3 phút)</w:t>
            </w:r>
          </w:p>
          <w:p w14:paraId="61B20907" w14:textId="77777777" w:rsidR="00EF1B0D" w:rsidRDefault="00634453" w:rsidP="0085497A">
            <w:pPr>
              <w:shd w:val="clear" w:color="auto" w:fill="FFFFFF" w:themeFill="background1"/>
            </w:pPr>
            <w:r>
              <w:rPr>
                <w:b/>
              </w:rPr>
              <w:t>Mục tiêu: HS nhớ lại nội dung bài đọc và chuẩn bị tâm thế nghe - viết.</w:t>
            </w:r>
          </w:p>
        </w:tc>
      </w:tr>
      <w:tr w:rsidR="00EF1B0D" w14:paraId="25A4331E" w14:textId="77777777" w:rsidTr="00AB2150">
        <w:trPr>
          <w:jc w:val="center"/>
        </w:trPr>
        <w:tc>
          <w:tcPr>
            <w:tcW w:w="5103" w:type="dxa"/>
            <w:tcBorders>
              <w:top w:val="single" w:sz="8" w:space="0" w:color="777777"/>
              <w:bottom w:val="nil"/>
            </w:tcBorders>
            <w:tcMar>
              <w:top w:w="80" w:type="dxa"/>
              <w:left w:w="80" w:type="dxa"/>
              <w:bottom w:w="80" w:type="dxa"/>
              <w:right w:w="80" w:type="dxa"/>
            </w:tcMar>
          </w:tcPr>
          <w:p w14:paraId="5C8916F6" w14:textId="77777777" w:rsidR="00EF1B0D" w:rsidRDefault="00634453" w:rsidP="0085497A">
            <w:pPr>
              <w:shd w:val="clear" w:color="auto" w:fill="FFFFFF" w:themeFill="background1"/>
              <w:jc w:val="both"/>
            </w:pPr>
            <w:r>
              <w:lastRenderedPageBreak/>
              <w:t>- GV tổ chức trò chơi “Truyền tin”: HS nói nhanh một cách liên lạc xưa hoặc nay.</w:t>
            </w:r>
          </w:p>
        </w:tc>
        <w:tc>
          <w:tcPr>
            <w:tcW w:w="5103" w:type="dxa"/>
            <w:tcBorders>
              <w:top w:val="single" w:sz="8" w:space="0" w:color="777777"/>
              <w:bottom w:val="nil"/>
            </w:tcBorders>
            <w:tcMar>
              <w:top w:w="80" w:type="dxa"/>
              <w:left w:w="80" w:type="dxa"/>
              <w:bottom w:w="80" w:type="dxa"/>
              <w:right w:w="80" w:type="dxa"/>
            </w:tcMar>
          </w:tcPr>
          <w:p w14:paraId="1242BEF3" w14:textId="77777777" w:rsidR="00EF1B0D" w:rsidRDefault="00634453" w:rsidP="0085497A">
            <w:pPr>
              <w:shd w:val="clear" w:color="auto" w:fill="FFFFFF" w:themeFill="background1"/>
              <w:jc w:val="both"/>
            </w:pPr>
            <w:r>
              <w:t>- HS nêu: bồ câu, thư tay, điện thoại, in-tơ-nét, tin nhắn, gọi video.</w:t>
            </w:r>
          </w:p>
        </w:tc>
      </w:tr>
      <w:tr w:rsidR="00EF1B0D" w14:paraId="767FEFEF" w14:textId="77777777" w:rsidTr="00AB2150">
        <w:trPr>
          <w:jc w:val="center"/>
        </w:trPr>
        <w:tc>
          <w:tcPr>
            <w:tcW w:w="5103" w:type="dxa"/>
            <w:tcBorders>
              <w:top w:val="nil"/>
              <w:bottom w:val="single" w:sz="8" w:space="0" w:color="777777"/>
            </w:tcBorders>
            <w:tcMar>
              <w:top w:w="80" w:type="dxa"/>
              <w:left w:w="80" w:type="dxa"/>
              <w:bottom w:w="80" w:type="dxa"/>
              <w:right w:w="80" w:type="dxa"/>
            </w:tcMar>
          </w:tcPr>
          <w:p w14:paraId="2749BA46" w14:textId="77777777" w:rsidR="00EF1B0D" w:rsidRDefault="00634453" w:rsidP="0085497A">
            <w:pPr>
              <w:shd w:val="clear" w:color="auto" w:fill="FFFFFF" w:themeFill="background1"/>
              <w:jc w:val="both"/>
            </w:pPr>
            <w:r>
              <w:t>- GV dẫn vào bài chính tả: Hôm nay các em nghe - viết một đoạn trong bài Từ chú bồ câu đến in-tơ-nét và làm bài tập phân biệt eo/oe, l/n, ên/ênh.</w:t>
            </w:r>
          </w:p>
        </w:tc>
        <w:tc>
          <w:tcPr>
            <w:tcW w:w="5103" w:type="dxa"/>
            <w:tcBorders>
              <w:top w:val="nil"/>
              <w:bottom w:val="single" w:sz="8" w:space="0" w:color="777777"/>
            </w:tcBorders>
            <w:tcMar>
              <w:top w:w="80" w:type="dxa"/>
              <w:left w:w="80" w:type="dxa"/>
              <w:bottom w:w="80" w:type="dxa"/>
              <w:right w:w="80" w:type="dxa"/>
            </w:tcMar>
          </w:tcPr>
          <w:p w14:paraId="527BE7FE" w14:textId="77777777" w:rsidR="00EF1B0D" w:rsidRDefault="00634453" w:rsidP="0085497A">
            <w:pPr>
              <w:shd w:val="clear" w:color="auto" w:fill="FFFFFF" w:themeFill="background1"/>
              <w:jc w:val="both"/>
            </w:pPr>
            <w:r>
              <w:t>- HS lắng nghe, chuẩn bị vở viết.</w:t>
            </w:r>
          </w:p>
        </w:tc>
      </w:tr>
      <w:tr w:rsidR="00EF1B0D" w14:paraId="24CA35C2"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25249CE9" w14:textId="77777777" w:rsidR="00EF1B0D" w:rsidRDefault="00634453" w:rsidP="0085497A">
            <w:pPr>
              <w:shd w:val="clear" w:color="auto" w:fill="FFFFFF" w:themeFill="background1"/>
            </w:pPr>
            <w:r>
              <w:rPr>
                <w:b/>
              </w:rPr>
              <w:t>2. KHÁM PHÁ KIẾN THỨC (8 phút)</w:t>
            </w:r>
          </w:p>
          <w:p w14:paraId="08A45E81" w14:textId="77777777" w:rsidR="00EF1B0D" w:rsidRDefault="00634453" w:rsidP="0085497A">
            <w:pPr>
              <w:shd w:val="clear" w:color="auto" w:fill="FFFFFF" w:themeFill="background1"/>
            </w:pPr>
            <w:r>
              <w:rPr>
                <w:b/>
              </w:rPr>
              <w:t>Mục tiêu: HS hiểu nội dung đoạn viết, nhận biết từ khó, cách trình bày đoạn văn.</w:t>
            </w:r>
          </w:p>
        </w:tc>
      </w:tr>
      <w:tr w:rsidR="00EF1B0D" w14:paraId="67ED1D5B"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7C7D2478" w14:textId="77777777" w:rsidR="00EF1B0D" w:rsidRDefault="00634453" w:rsidP="0085497A">
            <w:pPr>
              <w:shd w:val="clear" w:color="auto" w:fill="FFFFFF" w:themeFill="background1"/>
            </w:pPr>
            <w:r>
              <w:rPr>
                <w:b/>
              </w:rPr>
              <w:t>Hoạt động 1: Tìm hiểu đoạn nghe - viết</w:t>
            </w:r>
          </w:p>
        </w:tc>
      </w:tr>
      <w:tr w:rsidR="00EF1B0D" w14:paraId="09718E09" w14:textId="77777777" w:rsidTr="00AB2150">
        <w:trPr>
          <w:jc w:val="center"/>
        </w:trPr>
        <w:tc>
          <w:tcPr>
            <w:tcW w:w="5103" w:type="dxa"/>
            <w:tcBorders>
              <w:top w:val="single" w:sz="8" w:space="0" w:color="777777"/>
              <w:bottom w:val="nil"/>
            </w:tcBorders>
            <w:tcMar>
              <w:top w:w="80" w:type="dxa"/>
              <w:left w:w="80" w:type="dxa"/>
              <w:bottom w:w="80" w:type="dxa"/>
              <w:right w:w="80" w:type="dxa"/>
            </w:tcMar>
          </w:tcPr>
          <w:p w14:paraId="0E8C1F60" w14:textId="77777777" w:rsidR="00EF1B0D" w:rsidRDefault="00634453" w:rsidP="0085497A">
            <w:pPr>
              <w:shd w:val="clear" w:color="auto" w:fill="FFFFFF" w:themeFill="background1"/>
              <w:jc w:val="both"/>
            </w:pPr>
            <w:r>
              <w:t>- GV đọc đoạn nghe - viết trong SGK một lần; yêu cầu HS nghe và nêu đoạn văn nói về điều gì.</w:t>
            </w:r>
          </w:p>
          <w:p w14:paraId="309C6E42" w14:textId="5B8917D1" w:rsidR="00EF1B0D" w:rsidRDefault="00EF1B0D" w:rsidP="0085497A">
            <w:pPr>
              <w:shd w:val="clear" w:color="auto" w:fill="FFFFFF" w:themeFill="background1"/>
              <w:jc w:val="center"/>
            </w:pPr>
          </w:p>
        </w:tc>
        <w:tc>
          <w:tcPr>
            <w:tcW w:w="5103" w:type="dxa"/>
            <w:tcBorders>
              <w:top w:val="single" w:sz="8" w:space="0" w:color="777777"/>
              <w:bottom w:val="nil"/>
            </w:tcBorders>
            <w:tcMar>
              <w:top w:w="80" w:type="dxa"/>
              <w:left w:w="80" w:type="dxa"/>
              <w:bottom w:w="80" w:type="dxa"/>
              <w:right w:w="80" w:type="dxa"/>
            </w:tcMar>
          </w:tcPr>
          <w:p w14:paraId="7C3E9F48" w14:textId="77777777" w:rsidR="00EF1B0D" w:rsidRDefault="00634453" w:rsidP="0085497A">
            <w:pPr>
              <w:shd w:val="clear" w:color="auto" w:fill="FFFFFF" w:themeFill="background1"/>
              <w:jc w:val="both"/>
            </w:pPr>
            <w:r>
              <w:t>- HS lắng nghe; nêu: đoạn văn nói về các cách con người trao đổi với nhau từ xưa đến nay.</w:t>
            </w:r>
          </w:p>
        </w:tc>
      </w:tr>
      <w:tr w:rsidR="00EF1B0D" w14:paraId="2C57B039" w14:textId="77777777" w:rsidTr="00AB2150">
        <w:trPr>
          <w:jc w:val="center"/>
        </w:trPr>
        <w:tc>
          <w:tcPr>
            <w:tcW w:w="5103" w:type="dxa"/>
            <w:tcBorders>
              <w:top w:val="nil"/>
              <w:bottom w:val="nil"/>
            </w:tcBorders>
            <w:tcMar>
              <w:top w:w="80" w:type="dxa"/>
              <w:left w:w="80" w:type="dxa"/>
              <w:bottom w:w="80" w:type="dxa"/>
              <w:right w:w="80" w:type="dxa"/>
            </w:tcMar>
          </w:tcPr>
          <w:p w14:paraId="6462B2EE" w14:textId="77777777" w:rsidR="00EF1B0D" w:rsidRDefault="00634453" w:rsidP="0085497A">
            <w:pPr>
              <w:shd w:val="clear" w:color="auto" w:fill="FFFFFF" w:themeFill="background1"/>
              <w:jc w:val="both"/>
            </w:pPr>
            <w:r>
              <w:t>- GV hỏi: Trong đoạn viết có những từ nào dễ viết sai?</w:t>
            </w:r>
          </w:p>
        </w:tc>
        <w:tc>
          <w:tcPr>
            <w:tcW w:w="5103" w:type="dxa"/>
            <w:tcBorders>
              <w:top w:val="nil"/>
              <w:bottom w:val="nil"/>
            </w:tcBorders>
            <w:tcMar>
              <w:top w:w="80" w:type="dxa"/>
              <w:left w:w="80" w:type="dxa"/>
              <w:bottom w:w="80" w:type="dxa"/>
              <w:right w:w="80" w:type="dxa"/>
            </w:tcMar>
          </w:tcPr>
          <w:p w14:paraId="39772F20" w14:textId="77777777" w:rsidR="00EF1B0D" w:rsidRDefault="00634453" w:rsidP="0085497A">
            <w:pPr>
              <w:shd w:val="clear" w:color="auto" w:fill="FFFFFF" w:themeFill="background1"/>
              <w:jc w:val="both"/>
            </w:pPr>
            <w:r>
              <w:t>- HS nêu: bồ câu, đưa thư, in-tơ-nét, trao đổi, chuyện trò.</w:t>
            </w:r>
          </w:p>
        </w:tc>
      </w:tr>
      <w:tr w:rsidR="00EF1B0D" w14:paraId="6F4B579E" w14:textId="77777777" w:rsidTr="00AB2150">
        <w:trPr>
          <w:jc w:val="center"/>
        </w:trPr>
        <w:tc>
          <w:tcPr>
            <w:tcW w:w="5103" w:type="dxa"/>
            <w:tcBorders>
              <w:top w:val="nil"/>
              <w:bottom w:val="single" w:sz="8" w:space="0" w:color="777777"/>
            </w:tcBorders>
            <w:tcMar>
              <w:top w:w="80" w:type="dxa"/>
              <w:left w:w="80" w:type="dxa"/>
              <w:bottom w:w="80" w:type="dxa"/>
              <w:right w:w="80" w:type="dxa"/>
            </w:tcMar>
          </w:tcPr>
          <w:p w14:paraId="3B104D21" w14:textId="77777777" w:rsidR="00EF1B0D" w:rsidRDefault="00634453" w:rsidP="0085497A">
            <w:pPr>
              <w:shd w:val="clear" w:color="auto" w:fill="FFFFFF" w:themeFill="background1"/>
              <w:jc w:val="both"/>
            </w:pPr>
            <w:r>
              <w:t>- GV hướng dẫn HS luyện viết từ khó vào bảng con; nhắc cách viết dấu gạch nối trong “in-tơ-nét”.</w:t>
            </w:r>
          </w:p>
        </w:tc>
        <w:tc>
          <w:tcPr>
            <w:tcW w:w="5103" w:type="dxa"/>
            <w:tcBorders>
              <w:top w:val="nil"/>
              <w:bottom w:val="single" w:sz="8" w:space="0" w:color="777777"/>
            </w:tcBorders>
            <w:tcMar>
              <w:top w:w="80" w:type="dxa"/>
              <w:left w:w="80" w:type="dxa"/>
              <w:bottom w:w="80" w:type="dxa"/>
              <w:right w:w="80" w:type="dxa"/>
            </w:tcMar>
          </w:tcPr>
          <w:p w14:paraId="7B6BBD55" w14:textId="77777777" w:rsidR="00EF1B0D" w:rsidRDefault="00634453" w:rsidP="0085497A">
            <w:pPr>
              <w:shd w:val="clear" w:color="auto" w:fill="FFFFFF" w:themeFill="background1"/>
              <w:jc w:val="both"/>
            </w:pPr>
            <w:r>
              <w:t>- HS viết bảng con, sửa lỗi theo nhận xét của GV.</w:t>
            </w:r>
          </w:p>
        </w:tc>
      </w:tr>
      <w:tr w:rsidR="00EF1B0D" w14:paraId="69BCDE87"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386D3E69" w14:textId="77777777" w:rsidR="00EF1B0D" w:rsidRDefault="00634453" w:rsidP="0085497A">
            <w:pPr>
              <w:shd w:val="clear" w:color="auto" w:fill="FFFFFF" w:themeFill="background1"/>
            </w:pPr>
            <w:r>
              <w:rPr>
                <w:b/>
              </w:rPr>
              <w:t>3. LUYỆN TẬP - THỰC HÀNH (18 phút)</w:t>
            </w:r>
          </w:p>
          <w:p w14:paraId="52001F48" w14:textId="77777777" w:rsidR="00EF1B0D" w:rsidRDefault="00634453" w:rsidP="0085497A">
            <w:pPr>
              <w:shd w:val="clear" w:color="auto" w:fill="FFFFFF" w:themeFill="background1"/>
            </w:pPr>
            <w:r>
              <w:rPr>
                <w:b/>
              </w:rPr>
              <w:t>Mục tiêu: HS nghe - viết đúng đoạn văn và làm bài tập chính tả theo yêu cầu.</w:t>
            </w:r>
          </w:p>
        </w:tc>
      </w:tr>
      <w:tr w:rsidR="00EF1B0D" w14:paraId="5ED28FAB" w14:textId="77777777" w:rsidTr="00AB2150">
        <w:trPr>
          <w:jc w:val="center"/>
        </w:trPr>
        <w:tc>
          <w:tcPr>
            <w:tcW w:w="5103" w:type="dxa"/>
            <w:tcBorders>
              <w:top w:val="single" w:sz="8" w:space="0" w:color="777777"/>
              <w:bottom w:val="nil"/>
            </w:tcBorders>
            <w:tcMar>
              <w:top w:w="80" w:type="dxa"/>
              <w:left w:w="80" w:type="dxa"/>
              <w:bottom w:w="80" w:type="dxa"/>
              <w:right w:w="80" w:type="dxa"/>
            </w:tcMar>
          </w:tcPr>
          <w:p w14:paraId="0DB1C4ED" w14:textId="77777777" w:rsidR="00EF1B0D" w:rsidRDefault="00634453" w:rsidP="0085497A">
            <w:pPr>
              <w:shd w:val="clear" w:color="auto" w:fill="FFFFFF" w:themeFill="background1"/>
              <w:jc w:val="both"/>
            </w:pPr>
            <w:r>
              <w:t>- GV đọc từng cụm từ cho HS viết; đọc chậm, rõ ràng; nhắc HS ngồi đúng tư thế.</w:t>
            </w:r>
          </w:p>
        </w:tc>
        <w:tc>
          <w:tcPr>
            <w:tcW w:w="5103" w:type="dxa"/>
            <w:tcBorders>
              <w:top w:val="single" w:sz="8" w:space="0" w:color="777777"/>
              <w:bottom w:val="nil"/>
            </w:tcBorders>
            <w:tcMar>
              <w:top w:w="80" w:type="dxa"/>
              <w:left w:w="80" w:type="dxa"/>
              <w:bottom w:w="80" w:type="dxa"/>
              <w:right w:w="80" w:type="dxa"/>
            </w:tcMar>
          </w:tcPr>
          <w:p w14:paraId="77DC7071" w14:textId="77777777" w:rsidR="00EF1B0D" w:rsidRDefault="00634453" w:rsidP="0085497A">
            <w:pPr>
              <w:shd w:val="clear" w:color="auto" w:fill="FFFFFF" w:themeFill="background1"/>
              <w:jc w:val="both"/>
            </w:pPr>
            <w:r>
              <w:t>- HS nghe - viết vào vở, trình bày sạch đẹp.</w:t>
            </w:r>
          </w:p>
        </w:tc>
      </w:tr>
      <w:tr w:rsidR="00EF1B0D" w14:paraId="4B8D5F96" w14:textId="77777777" w:rsidTr="00AB2150">
        <w:trPr>
          <w:jc w:val="center"/>
        </w:trPr>
        <w:tc>
          <w:tcPr>
            <w:tcW w:w="5103" w:type="dxa"/>
            <w:tcBorders>
              <w:top w:val="nil"/>
              <w:bottom w:val="nil"/>
            </w:tcBorders>
            <w:tcMar>
              <w:top w:w="80" w:type="dxa"/>
              <w:left w:w="80" w:type="dxa"/>
              <w:bottom w:w="80" w:type="dxa"/>
              <w:right w:w="80" w:type="dxa"/>
            </w:tcMar>
          </w:tcPr>
          <w:p w14:paraId="4EDE6D42" w14:textId="77777777" w:rsidR="00EF1B0D" w:rsidRDefault="00634453" w:rsidP="0085497A">
            <w:pPr>
              <w:shd w:val="clear" w:color="auto" w:fill="FFFFFF" w:themeFill="background1"/>
              <w:jc w:val="both"/>
            </w:pPr>
            <w:r>
              <w:t>- GV đọc lại toàn đoạn để HS soát lỗi; hướng dẫn HS dùng bút chì gạch chân lỗi.</w:t>
            </w:r>
          </w:p>
        </w:tc>
        <w:tc>
          <w:tcPr>
            <w:tcW w:w="5103" w:type="dxa"/>
            <w:tcBorders>
              <w:top w:val="nil"/>
              <w:bottom w:val="nil"/>
            </w:tcBorders>
            <w:tcMar>
              <w:top w:w="80" w:type="dxa"/>
              <w:left w:w="80" w:type="dxa"/>
              <w:bottom w:w="80" w:type="dxa"/>
              <w:right w:w="80" w:type="dxa"/>
            </w:tcMar>
          </w:tcPr>
          <w:p w14:paraId="46126A86" w14:textId="77777777" w:rsidR="00EF1B0D" w:rsidRDefault="00634453" w:rsidP="0085497A">
            <w:pPr>
              <w:shd w:val="clear" w:color="auto" w:fill="FFFFFF" w:themeFill="background1"/>
              <w:jc w:val="both"/>
            </w:pPr>
            <w:r>
              <w:t>- HS soát lỗi, tự sửa lỗi nếu có.</w:t>
            </w:r>
          </w:p>
        </w:tc>
      </w:tr>
      <w:tr w:rsidR="00EF1B0D" w14:paraId="6018885F" w14:textId="77777777" w:rsidTr="00AB2150">
        <w:trPr>
          <w:jc w:val="center"/>
        </w:trPr>
        <w:tc>
          <w:tcPr>
            <w:tcW w:w="5103" w:type="dxa"/>
            <w:tcBorders>
              <w:top w:val="nil"/>
              <w:bottom w:val="nil"/>
            </w:tcBorders>
            <w:tcMar>
              <w:top w:w="80" w:type="dxa"/>
              <w:left w:w="80" w:type="dxa"/>
              <w:bottom w:w="80" w:type="dxa"/>
              <w:right w:w="80" w:type="dxa"/>
            </w:tcMar>
          </w:tcPr>
          <w:p w14:paraId="0998CD38" w14:textId="77777777" w:rsidR="00EF1B0D" w:rsidRDefault="00634453" w:rsidP="0085497A">
            <w:pPr>
              <w:shd w:val="clear" w:color="auto" w:fill="FFFFFF" w:themeFill="background1"/>
              <w:jc w:val="both"/>
            </w:pPr>
            <w:r>
              <w:t>- GV yêu cầu HS đổi vở theo cặp để kiểm tra lỗi chính tả, góp ý bằng lời nhẹ nhàng.</w:t>
            </w:r>
          </w:p>
        </w:tc>
        <w:tc>
          <w:tcPr>
            <w:tcW w:w="5103" w:type="dxa"/>
            <w:tcBorders>
              <w:top w:val="nil"/>
              <w:bottom w:val="nil"/>
            </w:tcBorders>
            <w:tcMar>
              <w:top w:w="80" w:type="dxa"/>
              <w:left w:w="80" w:type="dxa"/>
              <w:bottom w:w="80" w:type="dxa"/>
              <w:right w:w="80" w:type="dxa"/>
            </w:tcMar>
          </w:tcPr>
          <w:p w14:paraId="46059B02" w14:textId="77777777" w:rsidR="00EF1B0D" w:rsidRDefault="00634453" w:rsidP="0085497A">
            <w:pPr>
              <w:shd w:val="clear" w:color="auto" w:fill="FFFFFF" w:themeFill="background1"/>
              <w:jc w:val="both"/>
            </w:pPr>
            <w:r>
              <w:t>- HS đổi vở, góp ý nhẹ nhàng, ghi số lỗi nếu có.</w:t>
            </w:r>
          </w:p>
        </w:tc>
      </w:tr>
      <w:tr w:rsidR="00EF1B0D" w14:paraId="46A19882" w14:textId="77777777" w:rsidTr="00AB2150">
        <w:trPr>
          <w:jc w:val="center"/>
        </w:trPr>
        <w:tc>
          <w:tcPr>
            <w:tcW w:w="5103" w:type="dxa"/>
            <w:tcBorders>
              <w:top w:val="nil"/>
              <w:bottom w:val="nil"/>
            </w:tcBorders>
            <w:tcMar>
              <w:top w:w="80" w:type="dxa"/>
              <w:left w:w="80" w:type="dxa"/>
              <w:bottom w:w="80" w:type="dxa"/>
              <w:right w:w="80" w:type="dxa"/>
            </w:tcMar>
          </w:tcPr>
          <w:p w14:paraId="28348CE3" w14:textId="77777777" w:rsidR="00EF1B0D" w:rsidRDefault="00634453" w:rsidP="0085497A">
            <w:pPr>
              <w:shd w:val="clear" w:color="auto" w:fill="FFFFFF" w:themeFill="background1"/>
              <w:jc w:val="both"/>
            </w:pPr>
            <w:r>
              <w:t>Bài tập 2. Tìm 2 từ ngữ có tiếng chứa eo hoặc oe.</w:t>
            </w:r>
          </w:p>
          <w:p w14:paraId="030DBB48" w14:textId="77777777" w:rsidR="00EF1B0D" w:rsidRDefault="00634453" w:rsidP="0085497A">
            <w:pPr>
              <w:shd w:val="clear" w:color="auto" w:fill="FFFFFF" w:themeFill="background1"/>
              <w:jc w:val="both"/>
            </w:pPr>
            <w:r>
              <w:t>a. Mẫu: eo: chèo thuyền</w:t>
            </w:r>
          </w:p>
          <w:p w14:paraId="40D67254" w14:textId="77777777" w:rsidR="00EF1B0D" w:rsidRDefault="00634453" w:rsidP="0085497A">
            <w:pPr>
              <w:shd w:val="clear" w:color="auto" w:fill="FFFFFF" w:themeFill="background1"/>
              <w:jc w:val="both"/>
            </w:pPr>
            <w:r>
              <w:t>b. Mẫu: oe: chim chích choè</w:t>
            </w:r>
          </w:p>
          <w:p w14:paraId="7DECCAB2" w14:textId="77777777" w:rsidR="00EF1B0D" w:rsidRDefault="00634453" w:rsidP="0085497A">
            <w:pPr>
              <w:shd w:val="clear" w:color="auto" w:fill="FFFFFF" w:themeFill="background1"/>
              <w:jc w:val="both"/>
            </w:pPr>
            <w:r>
              <w:t>- GV cho HS làm cá nhân rồi chia sẻ kết quả.</w:t>
            </w:r>
          </w:p>
        </w:tc>
        <w:tc>
          <w:tcPr>
            <w:tcW w:w="5103" w:type="dxa"/>
            <w:tcBorders>
              <w:top w:val="nil"/>
              <w:bottom w:val="nil"/>
            </w:tcBorders>
            <w:tcMar>
              <w:top w:w="80" w:type="dxa"/>
              <w:left w:w="80" w:type="dxa"/>
              <w:bottom w:w="80" w:type="dxa"/>
              <w:right w:w="80" w:type="dxa"/>
            </w:tcMar>
          </w:tcPr>
          <w:p w14:paraId="0028F8C4" w14:textId="77777777" w:rsidR="00EF1B0D" w:rsidRDefault="00634453" w:rsidP="0085497A">
            <w:pPr>
              <w:shd w:val="clear" w:color="auto" w:fill="FFFFFF" w:themeFill="background1"/>
              <w:jc w:val="both"/>
            </w:pPr>
            <w:r>
              <w:t>- HS tìm từ.</w:t>
            </w:r>
          </w:p>
          <w:p w14:paraId="3EDC3279" w14:textId="77777777" w:rsidR="00EF1B0D" w:rsidRDefault="00634453" w:rsidP="0085497A">
            <w:pPr>
              <w:shd w:val="clear" w:color="auto" w:fill="FFFFFF" w:themeFill="background1"/>
              <w:jc w:val="both"/>
            </w:pPr>
            <w:r>
              <w:t>- Dự kiến: eo: eo biển, khéo léo, trèo cây, mèo con.</w:t>
            </w:r>
          </w:p>
          <w:p w14:paraId="20891970" w14:textId="77777777" w:rsidR="00EF1B0D" w:rsidRDefault="00634453" w:rsidP="0085497A">
            <w:pPr>
              <w:shd w:val="clear" w:color="auto" w:fill="FFFFFF" w:themeFill="background1"/>
              <w:jc w:val="both"/>
            </w:pPr>
            <w:r>
              <w:t>- oe: khoẻ, loe, ngoẹo, chim chích choè.</w:t>
            </w:r>
          </w:p>
        </w:tc>
      </w:tr>
      <w:tr w:rsidR="00EF1B0D" w14:paraId="584FE47C" w14:textId="77777777" w:rsidTr="00AB2150">
        <w:trPr>
          <w:jc w:val="center"/>
        </w:trPr>
        <w:tc>
          <w:tcPr>
            <w:tcW w:w="5103" w:type="dxa"/>
            <w:tcBorders>
              <w:top w:val="nil"/>
              <w:bottom w:val="single" w:sz="8" w:space="0" w:color="777777"/>
            </w:tcBorders>
            <w:tcMar>
              <w:top w:w="80" w:type="dxa"/>
              <w:left w:w="80" w:type="dxa"/>
              <w:bottom w:w="80" w:type="dxa"/>
              <w:right w:w="80" w:type="dxa"/>
            </w:tcMar>
          </w:tcPr>
          <w:p w14:paraId="40647D42" w14:textId="77777777" w:rsidR="00EF1B0D" w:rsidRDefault="00634453" w:rsidP="0085497A">
            <w:pPr>
              <w:shd w:val="clear" w:color="auto" w:fill="FFFFFF" w:themeFill="background1"/>
              <w:jc w:val="both"/>
            </w:pPr>
            <w:r>
              <w:t>Bài tập 3. Chọn a hoặc b.</w:t>
            </w:r>
          </w:p>
          <w:p w14:paraId="6A261222" w14:textId="77777777" w:rsidR="00EF1B0D" w:rsidRDefault="00634453" w:rsidP="0085497A">
            <w:pPr>
              <w:shd w:val="clear" w:color="auto" w:fill="FFFFFF" w:themeFill="background1"/>
              <w:jc w:val="both"/>
            </w:pPr>
            <w:r>
              <w:t>a. Chọn l hoặc n thay cho ô vuông.</w:t>
            </w:r>
          </w:p>
          <w:p w14:paraId="5192954A" w14:textId="77777777" w:rsidR="00EF1B0D" w:rsidRDefault="00634453" w:rsidP="0085497A">
            <w:pPr>
              <w:shd w:val="clear" w:color="auto" w:fill="FFFFFF" w:themeFill="background1"/>
              <w:jc w:val="both"/>
            </w:pPr>
            <w:r>
              <w:t>b. Tìm từ ngữ có tiếng chứa ên hoặc ênh.</w:t>
            </w:r>
          </w:p>
          <w:p w14:paraId="7F762A25" w14:textId="77777777" w:rsidR="00EF1B0D" w:rsidRDefault="00634453" w:rsidP="0085497A">
            <w:pPr>
              <w:shd w:val="clear" w:color="auto" w:fill="FFFFFF" w:themeFill="background1"/>
              <w:jc w:val="both"/>
            </w:pPr>
            <w:r>
              <w:t>- GV hướng dẫn HS đọc kĩ câu thơ/câu văn, xác định yêu cầu từng phần rồi làm bài.</w:t>
            </w:r>
          </w:p>
        </w:tc>
        <w:tc>
          <w:tcPr>
            <w:tcW w:w="5103" w:type="dxa"/>
            <w:tcBorders>
              <w:top w:val="nil"/>
              <w:bottom w:val="single" w:sz="8" w:space="0" w:color="777777"/>
            </w:tcBorders>
            <w:tcMar>
              <w:top w:w="80" w:type="dxa"/>
              <w:left w:w="80" w:type="dxa"/>
              <w:bottom w:w="80" w:type="dxa"/>
              <w:right w:w="80" w:type="dxa"/>
            </w:tcMar>
          </w:tcPr>
          <w:p w14:paraId="733BCDB7" w14:textId="77777777" w:rsidR="00EF1B0D" w:rsidRDefault="00634453" w:rsidP="0085497A">
            <w:pPr>
              <w:shd w:val="clear" w:color="auto" w:fill="FFFFFF" w:themeFill="background1"/>
              <w:jc w:val="both"/>
            </w:pPr>
            <w:r>
              <w:t>- HS làm bài; đọc đáp án và giải thích lí do chọn.</w:t>
            </w:r>
          </w:p>
        </w:tc>
      </w:tr>
      <w:tr w:rsidR="00EF1B0D" w14:paraId="37EBD6AA"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0BFD3E65" w14:textId="77777777" w:rsidR="00EF1B0D" w:rsidRDefault="00634453" w:rsidP="0085497A">
            <w:pPr>
              <w:shd w:val="clear" w:color="auto" w:fill="FFFFFF" w:themeFill="background1"/>
            </w:pPr>
            <w:r>
              <w:rPr>
                <w:b/>
              </w:rPr>
              <w:t>4. VẬN DỤNG (6 phút)</w:t>
            </w:r>
          </w:p>
          <w:p w14:paraId="0D4F57E6" w14:textId="77777777" w:rsidR="00EF1B0D" w:rsidRDefault="00634453" w:rsidP="0085497A">
            <w:pPr>
              <w:shd w:val="clear" w:color="auto" w:fill="FFFFFF" w:themeFill="background1"/>
            </w:pPr>
            <w:r>
              <w:rPr>
                <w:b/>
              </w:rPr>
              <w:t>Mục tiêu: HS vận dụng bài học chính tả và hiểu ý nghĩa giao tiếp qua các phương tiện liên lạc; biết phân biệt phương tiện giao tiếp phù hợp.</w:t>
            </w:r>
          </w:p>
        </w:tc>
      </w:tr>
      <w:tr w:rsidR="00EF1B0D" w14:paraId="1543E6D9" w14:textId="77777777" w:rsidTr="00AB2150">
        <w:trPr>
          <w:jc w:val="center"/>
        </w:trPr>
        <w:tc>
          <w:tcPr>
            <w:tcW w:w="5103" w:type="dxa"/>
            <w:tcBorders>
              <w:top w:val="single" w:sz="8" w:space="0" w:color="777777"/>
              <w:bottom w:val="nil"/>
            </w:tcBorders>
            <w:tcMar>
              <w:top w:w="80" w:type="dxa"/>
              <w:left w:w="80" w:type="dxa"/>
              <w:bottom w:w="80" w:type="dxa"/>
              <w:right w:w="80" w:type="dxa"/>
            </w:tcMar>
          </w:tcPr>
          <w:p w14:paraId="6D9715DE" w14:textId="77777777" w:rsidR="00EF1B0D" w:rsidRDefault="00634453" w:rsidP="0085497A">
            <w:pPr>
              <w:shd w:val="clear" w:color="auto" w:fill="FFFFFF" w:themeFill="background1"/>
              <w:jc w:val="both"/>
            </w:pPr>
            <w:r>
              <w:t>- Khi cần liên lạc với người ở xa, em có thể chọn những phương tiện nào trong bài học?</w:t>
            </w:r>
          </w:p>
        </w:tc>
        <w:tc>
          <w:tcPr>
            <w:tcW w:w="5103" w:type="dxa"/>
            <w:tcBorders>
              <w:top w:val="single" w:sz="8" w:space="0" w:color="777777"/>
              <w:bottom w:val="nil"/>
            </w:tcBorders>
            <w:tcMar>
              <w:top w:w="80" w:type="dxa"/>
              <w:left w:w="80" w:type="dxa"/>
              <w:bottom w:w="80" w:type="dxa"/>
              <w:right w:w="80" w:type="dxa"/>
            </w:tcMar>
          </w:tcPr>
          <w:p w14:paraId="582EC4E2" w14:textId="77777777" w:rsidR="00EF1B0D" w:rsidRDefault="00634453" w:rsidP="0085497A">
            <w:pPr>
              <w:shd w:val="clear" w:color="auto" w:fill="FFFFFF" w:themeFill="background1"/>
              <w:jc w:val="both"/>
            </w:pPr>
            <w:r>
              <w:t>- HS nêu: thư, điện thoại, in-tơ-nét, tin nhắn, gọi video.</w:t>
            </w:r>
          </w:p>
        </w:tc>
      </w:tr>
      <w:tr w:rsidR="00EF1B0D" w14:paraId="3432D185" w14:textId="77777777" w:rsidTr="00AB2150">
        <w:trPr>
          <w:jc w:val="center"/>
        </w:trPr>
        <w:tc>
          <w:tcPr>
            <w:tcW w:w="5103" w:type="dxa"/>
            <w:tcBorders>
              <w:top w:val="nil"/>
              <w:bottom w:val="single" w:sz="8" w:space="0" w:color="777777"/>
            </w:tcBorders>
            <w:tcMar>
              <w:top w:w="80" w:type="dxa"/>
              <w:left w:w="80" w:type="dxa"/>
              <w:bottom w:w="80" w:type="dxa"/>
              <w:right w:w="80" w:type="dxa"/>
            </w:tcMar>
          </w:tcPr>
          <w:p w14:paraId="68FBD704" w14:textId="77777777" w:rsidR="00EF1B0D" w:rsidRDefault="00634453" w:rsidP="0085497A">
            <w:pPr>
              <w:shd w:val="clear" w:color="auto" w:fill="FFFFFF" w:themeFill="background1"/>
              <w:jc w:val="both"/>
            </w:pPr>
            <w:r>
              <w:rPr>
                <w:color w:val="C00000"/>
              </w:rPr>
              <w:lastRenderedPageBreak/>
              <w:t>- Tích hợp năng lực số 2.1.CB1a: GV diễn giải: Mỗi phương tiện liên lạc phù hợp với một bối cảnh. Nếu cần báo tin nhanh cho bố mẹ, em nên gọi điện hoặc nhờ người lớn gửi tin nhắn. Nếu muốn hỏi thăm ông bà, em có thể gọi điện/video call dưới sự đồng ý của người lớn. Nếu viết lời chúc dài, em có thể viết thư hoặc thiệp. Khi dùng phương tiện số như điện thoại, máy tính, in-tơ-nét, em cần dùng đúng mục đích, nói năng lịch sự, không tự ý nhắn tin cho người lạ và không gửi thông tin riêng tư.</w:t>
            </w:r>
          </w:p>
        </w:tc>
        <w:tc>
          <w:tcPr>
            <w:tcW w:w="5103" w:type="dxa"/>
            <w:tcBorders>
              <w:top w:val="nil"/>
              <w:bottom w:val="single" w:sz="8" w:space="0" w:color="777777"/>
            </w:tcBorders>
            <w:tcMar>
              <w:top w:w="80" w:type="dxa"/>
              <w:left w:w="80" w:type="dxa"/>
              <w:bottom w:w="80" w:type="dxa"/>
              <w:right w:w="80" w:type="dxa"/>
            </w:tcMar>
          </w:tcPr>
          <w:p w14:paraId="20749989" w14:textId="77777777" w:rsidR="00EF1B0D" w:rsidRDefault="00634453" w:rsidP="0085497A">
            <w:pPr>
              <w:shd w:val="clear" w:color="auto" w:fill="FFFFFF" w:themeFill="background1"/>
              <w:jc w:val="both"/>
            </w:pPr>
            <w:r>
              <w:t>- HS lắng nghe; chọn phương tiện phù hợp trong một tình huống GV nêu.</w:t>
            </w:r>
          </w:p>
        </w:tc>
      </w:tr>
    </w:tbl>
    <w:p w14:paraId="1C9CB05D" w14:textId="77777777" w:rsidR="00EF1B0D" w:rsidRDefault="00634453" w:rsidP="0085497A">
      <w:pPr>
        <w:shd w:val="clear" w:color="auto" w:fill="FFFFFF" w:themeFill="background1"/>
      </w:pPr>
      <w:r>
        <w:rPr>
          <w:b/>
        </w:rPr>
        <w:t>IV. ĐIỀU CHỈNH SAU TIẾT HỌC (NẾU CÓ)</w:t>
      </w:r>
    </w:p>
    <w:p w14:paraId="4226997B" w14:textId="77777777" w:rsidR="00EF1B0D" w:rsidRDefault="00634453" w:rsidP="0085497A">
      <w:pPr>
        <w:shd w:val="clear" w:color="auto" w:fill="FFFFFF" w:themeFill="background1"/>
        <w:jc w:val="center"/>
      </w:pPr>
      <w:r>
        <w:rPr>
          <w:b/>
        </w:rPr>
        <w:t>KẾ HOẠCH BÀI DẠY MÔN TIẾNG VIỆT LỚP 2 - TUẦN 29</w:t>
      </w:r>
    </w:p>
    <w:p w14:paraId="5DDAD847" w14:textId="77777777" w:rsidR="00EF1B0D" w:rsidRDefault="00634453" w:rsidP="0085497A">
      <w:pPr>
        <w:shd w:val="clear" w:color="auto" w:fill="FFFFFF" w:themeFill="background1"/>
        <w:jc w:val="center"/>
      </w:pPr>
      <w:r>
        <w:rPr>
          <w:b/>
        </w:rPr>
        <w:t>BÀI 20: TỪ CHÚ BỒ CÂU ĐẾN IN-TƠ-NÉT</w:t>
      </w:r>
    </w:p>
    <w:p w14:paraId="2FA7F868" w14:textId="77777777" w:rsidR="00EF1B0D" w:rsidRDefault="00634453" w:rsidP="0085497A">
      <w:pPr>
        <w:shd w:val="clear" w:color="auto" w:fill="FFFFFF" w:themeFill="background1"/>
        <w:jc w:val="center"/>
      </w:pPr>
      <w:r>
        <w:rPr>
          <w:b/>
        </w:rPr>
        <w:t>TIẾT 4: LUYỆN TỪ VÀ CÂU - MỞ RỘNG VỐN TỪ VỀ GIAO TIẾP, KẾT NỐI; DẤU CÂU</w:t>
      </w:r>
    </w:p>
    <w:p w14:paraId="59F174BD" w14:textId="77777777" w:rsidR="00EF1B0D" w:rsidRDefault="00634453" w:rsidP="0085497A">
      <w:pPr>
        <w:shd w:val="clear" w:color="auto" w:fill="FFFFFF" w:themeFill="background1"/>
      </w:pPr>
      <w:r>
        <w:rPr>
          <w:b/>
        </w:rPr>
        <w:t>I. YÊU CẦU CẦN ĐẠT</w:t>
      </w:r>
    </w:p>
    <w:p w14:paraId="1F185107" w14:textId="77777777" w:rsidR="00EF1B0D" w:rsidRDefault="00634453" w:rsidP="0085497A">
      <w:pPr>
        <w:shd w:val="clear" w:color="auto" w:fill="FFFFFF" w:themeFill="background1"/>
      </w:pPr>
      <w:r>
        <w:rPr>
          <w:b/>
        </w:rPr>
        <w:t>1. Năng lực đặc thù</w:t>
      </w:r>
    </w:p>
    <w:p w14:paraId="02E92F45" w14:textId="77777777" w:rsidR="00EF1B0D" w:rsidRDefault="00634453" w:rsidP="0085497A">
      <w:pPr>
        <w:shd w:val="clear" w:color="auto" w:fill="FFFFFF" w:themeFill="background1"/>
        <w:jc w:val="both"/>
      </w:pPr>
      <w:r>
        <w:t>- Tìm được từ ngữ chỉ hoạt động của bạn nhỏ trong tranh.</w:t>
      </w:r>
    </w:p>
    <w:p w14:paraId="46C7269C" w14:textId="77777777" w:rsidR="00EF1B0D" w:rsidRDefault="00634453" w:rsidP="0085497A">
      <w:pPr>
        <w:shd w:val="clear" w:color="auto" w:fill="FFFFFF" w:themeFill="background1"/>
        <w:jc w:val="both"/>
      </w:pPr>
      <w:r>
        <w:t>- Nói tiếp được câu nêu công dụng của đồ vật.</w:t>
      </w:r>
    </w:p>
    <w:p w14:paraId="6120FF85" w14:textId="77777777" w:rsidR="00EF1B0D" w:rsidRDefault="00634453" w:rsidP="0085497A">
      <w:pPr>
        <w:shd w:val="clear" w:color="auto" w:fill="FFFFFF" w:themeFill="background1"/>
        <w:jc w:val="both"/>
      </w:pPr>
      <w:r>
        <w:t>- Chọn đúng dấu câu thích hợp trong đoạn văn.</w:t>
      </w:r>
    </w:p>
    <w:p w14:paraId="49F781C9" w14:textId="77777777" w:rsidR="00EF1B0D" w:rsidRDefault="00634453" w:rsidP="0085497A">
      <w:pPr>
        <w:shd w:val="clear" w:color="auto" w:fill="FFFFFF" w:themeFill="background1"/>
      </w:pPr>
      <w:r>
        <w:rPr>
          <w:b/>
        </w:rPr>
        <w:t>2. Năng lực chung</w:t>
      </w:r>
    </w:p>
    <w:p w14:paraId="373AC826" w14:textId="77777777" w:rsidR="00EF1B0D" w:rsidRDefault="00634453" w:rsidP="0085497A">
      <w:pPr>
        <w:shd w:val="clear" w:color="auto" w:fill="FFFFFF" w:themeFill="background1"/>
        <w:jc w:val="both"/>
      </w:pPr>
      <w:r>
        <w:t>- Tự chủ và tự học: Tự đọc yêu cầu bài tập, hoàn thành nhiệm vụ.</w:t>
      </w:r>
    </w:p>
    <w:p w14:paraId="651D2242" w14:textId="77777777" w:rsidR="00EF1B0D" w:rsidRDefault="00634453" w:rsidP="0085497A">
      <w:pPr>
        <w:shd w:val="clear" w:color="auto" w:fill="FFFFFF" w:themeFill="background1"/>
        <w:jc w:val="both"/>
      </w:pPr>
      <w:r>
        <w:t>- Giao tiếp và hợp tác: Thảo luận nhóm, trình bày và phản hồi kết quả.</w:t>
      </w:r>
    </w:p>
    <w:p w14:paraId="29B8309E" w14:textId="77777777" w:rsidR="00EF1B0D" w:rsidRDefault="00634453" w:rsidP="0085497A">
      <w:pPr>
        <w:shd w:val="clear" w:color="auto" w:fill="FFFFFF" w:themeFill="background1"/>
        <w:jc w:val="both"/>
      </w:pPr>
      <w:r>
        <w:t>- Giải quyết vấn đề và sáng tạo: Biết chọn từ, dấu câu phù hợp trong ngữ cảnh.</w:t>
      </w:r>
    </w:p>
    <w:p w14:paraId="1A2DF3CB" w14:textId="77777777" w:rsidR="00EF1B0D" w:rsidRDefault="00634453" w:rsidP="0085497A">
      <w:pPr>
        <w:shd w:val="clear" w:color="auto" w:fill="FFFFFF" w:themeFill="background1"/>
      </w:pPr>
      <w:r>
        <w:rPr>
          <w:b/>
        </w:rPr>
        <w:t>3. Phẩm chất</w:t>
      </w:r>
    </w:p>
    <w:p w14:paraId="6FEE76C7" w14:textId="77777777" w:rsidR="00EF1B0D" w:rsidRDefault="00634453" w:rsidP="0085497A">
      <w:pPr>
        <w:shd w:val="clear" w:color="auto" w:fill="FFFFFF" w:themeFill="background1"/>
        <w:jc w:val="both"/>
      </w:pPr>
      <w:r>
        <w:t>- Chăm chỉ: Tích cực luyện tập từ và câu.</w:t>
      </w:r>
    </w:p>
    <w:p w14:paraId="2A4FADCD" w14:textId="77777777" w:rsidR="00EF1B0D" w:rsidRDefault="00634453" w:rsidP="0085497A">
      <w:pPr>
        <w:shd w:val="clear" w:color="auto" w:fill="FFFFFF" w:themeFill="background1"/>
        <w:jc w:val="both"/>
      </w:pPr>
      <w:r>
        <w:t>- Trách nhiệm: Có ý thức dùng dấu câu đúng khi viết.</w:t>
      </w:r>
    </w:p>
    <w:p w14:paraId="4DCB4E8A" w14:textId="77777777" w:rsidR="00EF1B0D" w:rsidRDefault="00634453" w:rsidP="0085497A">
      <w:pPr>
        <w:shd w:val="clear" w:color="auto" w:fill="FFFFFF" w:themeFill="background1"/>
      </w:pPr>
      <w:r>
        <w:rPr>
          <w:b/>
        </w:rPr>
        <w:t>4. Tích hợp</w:t>
      </w:r>
    </w:p>
    <w:p w14:paraId="0B90DF66" w14:textId="77777777" w:rsidR="00EF1B0D" w:rsidRDefault="00634453" w:rsidP="0085497A">
      <w:pPr>
        <w:shd w:val="clear" w:color="auto" w:fill="FFFFFF" w:themeFill="background1"/>
        <w:jc w:val="both"/>
      </w:pPr>
      <w:r>
        <w:rPr>
          <w:color w:val="C00000"/>
        </w:rPr>
        <w:t>- Tích hợp năng lực số 4.1.CB1b: Nhận biết rủi ro đơn giản khi sử dụng thiết bị số; biết chọn nội dung phù hợp và báo người lớn khi gặp nội dung lạ.</w:t>
      </w:r>
    </w:p>
    <w:p w14:paraId="4FD708AC" w14:textId="77777777" w:rsidR="00EF1B0D" w:rsidRDefault="00634453" w:rsidP="0085497A">
      <w:pPr>
        <w:shd w:val="clear" w:color="auto" w:fill="FFFFFF" w:themeFill="background1"/>
      </w:pPr>
      <w:r>
        <w:rPr>
          <w:b/>
        </w:rPr>
        <w:t>II. ĐỒ DÙNG DẠY HỌC</w:t>
      </w:r>
    </w:p>
    <w:p w14:paraId="0774864E" w14:textId="77777777" w:rsidR="00EF1B0D" w:rsidRDefault="00634453" w:rsidP="0085497A">
      <w:pPr>
        <w:shd w:val="clear" w:color="auto" w:fill="FFFFFF" w:themeFill="background1"/>
        <w:jc w:val="both"/>
      </w:pPr>
      <w:r>
        <w:t>- GV: Tranh bài tập đã cắt đúng từ SGK; bảng phụ, thẻ dấu câu, phiếu học tập.</w:t>
      </w:r>
    </w:p>
    <w:p w14:paraId="1C510D52" w14:textId="77777777" w:rsidR="00EF1B0D" w:rsidRDefault="00634453" w:rsidP="0085497A">
      <w:pPr>
        <w:shd w:val="clear" w:color="auto" w:fill="FFFFFF" w:themeFill="background1"/>
        <w:jc w:val="both"/>
      </w:pPr>
      <w:r>
        <w:t>- HS: SGK, VBT, vở ghi.</w:t>
      </w:r>
    </w:p>
    <w:p w14:paraId="6C78B1FE" w14:textId="77777777" w:rsidR="00EF1B0D" w:rsidRDefault="00634453" w:rsidP="0085497A">
      <w:pPr>
        <w:shd w:val="clear" w:color="auto" w:fill="FFFFFF" w:themeFill="background1"/>
      </w:pPr>
      <w:r>
        <w:rPr>
          <w:b/>
        </w:rPr>
        <w:t>III. CÁC HOẠT ĐỘNG DẠY HỌC CHỦ YẾU</w:t>
      </w:r>
    </w:p>
    <w:tbl>
      <w:tblPr>
        <w:tblW w:w="0" w:type="auto"/>
        <w:jc w:val="center"/>
        <w:tblBorders>
          <w:top w:val="single" w:sz="8" w:space="0" w:color="777777"/>
          <w:left w:val="single" w:sz="8" w:space="0" w:color="777777"/>
          <w:bottom w:val="single" w:sz="8" w:space="0" w:color="777777"/>
          <w:right w:val="single" w:sz="8" w:space="0" w:color="777777"/>
          <w:insideV w:val="single" w:sz="8" w:space="0" w:color="777777"/>
        </w:tblBorders>
        <w:tblLayout w:type="fixed"/>
        <w:tblLook w:val="04A0" w:firstRow="1" w:lastRow="0" w:firstColumn="1" w:lastColumn="0" w:noHBand="0" w:noVBand="1"/>
      </w:tblPr>
      <w:tblGrid>
        <w:gridCol w:w="5103"/>
        <w:gridCol w:w="5443"/>
      </w:tblGrid>
      <w:tr w:rsidR="00EF1B0D" w14:paraId="70FEEF50" w14:textId="77777777" w:rsidTr="00AB2150">
        <w:trPr>
          <w:tblHeader/>
          <w:jc w:val="center"/>
        </w:trPr>
        <w:tc>
          <w:tcPr>
            <w:tcW w:w="5103" w:type="dxa"/>
            <w:tcBorders>
              <w:bottom w:val="single" w:sz="8" w:space="0" w:color="777777"/>
            </w:tcBorders>
            <w:shd w:val="clear" w:color="auto" w:fill="DDEBF7"/>
            <w:tcMar>
              <w:top w:w="80" w:type="dxa"/>
              <w:left w:w="80" w:type="dxa"/>
              <w:bottom w:w="80" w:type="dxa"/>
              <w:right w:w="80" w:type="dxa"/>
            </w:tcMar>
          </w:tcPr>
          <w:p w14:paraId="6D5147BE" w14:textId="77777777" w:rsidR="00EF1B0D" w:rsidRDefault="00634453" w:rsidP="0085497A">
            <w:pPr>
              <w:shd w:val="clear" w:color="auto" w:fill="FFFFFF" w:themeFill="background1"/>
              <w:jc w:val="center"/>
            </w:pPr>
            <w:r>
              <w:rPr>
                <w:b/>
              </w:rPr>
              <w:t>Hoạt động của GV</w:t>
            </w:r>
          </w:p>
        </w:tc>
        <w:tc>
          <w:tcPr>
            <w:tcW w:w="5103" w:type="dxa"/>
            <w:tcBorders>
              <w:bottom w:val="single" w:sz="8" w:space="0" w:color="777777"/>
            </w:tcBorders>
            <w:shd w:val="clear" w:color="auto" w:fill="DDEBF7"/>
            <w:tcMar>
              <w:top w:w="80" w:type="dxa"/>
              <w:left w:w="80" w:type="dxa"/>
              <w:bottom w:w="80" w:type="dxa"/>
              <w:right w:w="80" w:type="dxa"/>
            </w:tcMar>
          </w:tcPr>
          <w:p w14:paraId="623A4892" w14:textId="77777777" w:rsidR="00EF1B0D" w:rsidRDefault="00634453" w:rsidP="0085497A">
            <w:pPr>
              <w:shd w:val="clear" w:color="auto" w:fill="FFFFFF" w:themeFill="background1"/>
              <w:jc w:val="center"/>
            </w:pPr>
            <w:r>
              <w:rPr>
                <w:b/>
              </w:rPr>
              <w:t>Hoạt động của HS</w:t>
            </w:r>
          </w:p>
        </w:tc>
      </w:tr>
      <w:tr w:rsidR="00EF1B0D" w14:paraId="5B5673BA"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7F2FCDF0" w14:textId="77777777" w:rsidR="00EF1B0D" w:rsidRDefault="00634453" w:rsidP="0085497A">
            <w:pPr>
              <w:shd w:val="clear" w:color="auto" w:fill="FFFFFF" w:themeFill="background1"/>
            </w:pPr>
            <w:r>
              <w:rPr>
                <w:b/>
              </w:rPr>
              <w:t>1. KHỞI ĐỘNG (3 phút)</w:t>
            </w:r>
          </w:p>
          <w:p w14:paraId="67FC7662" w14:textId="77777777" w:rsidR="00EF1B0D" w:rsidRDefault="00634453" w:rsidP="0085497A">
            <w:pPr>
              <w:shd w:val="clear" w:color="auto" w:fill="FFFFFF" w:themeFill="background1"/>
            </w:pPr>
            <w:r>
              <w:rPr>
                <w:b/>
              </w:rPr>
              <w:t>Mục tiêu: HS ôn nhanh từ chỉ hoạt động, tạo hứng thú vào bài luyện tập.</w:t>
            </w:r>
          </w:p>
        </w:tc>
      </w:tr>
      <w:tr w:rsidR="00EF1B0D" w14:paraId="4AB3EA0F" w14:textId="77777777" w:rsidTr="00AB2150">
        <w:trPr>
          <w:jc w:val="center"/>
        </w:trPr>
        <w:tc>
          <w:tcPr>
            <w:tcW w:w="5103" w:type="dxa"/>
            <w:tcBorders>
              <w:top w:val="single" w:sz="8" w:space="0" w:color="777777"/>
              <w:bottom w:val="single" w:sz="8" w:space="0" w:color="777777"/>
            </w:tcBorders>
            <w:tcMar>
              <w:top w:w="80" w:type="dxa"/>
              <w:left w:w="80" w:type="dxa"/>
              <w:bottom w:w="80" w:type="dxa"/>
              <w:right w:w="80" w:type="dxa"/>
            </w:tcMar>
          </w:tcPr>
          <w:p w14:paraId="1EA29684" w14:textId="77777777" w:rsidR="00EF1B0D" w:rsidRDefault="00634453" w:rsidP="0085497A">
            <w:pPr>
              <w:shd w:val="clear" w:color="auto" w:fill="FFFFFF" w:themeFill="background1"/>
              <w:jc w:val="both"/>
            </w:pPr>
            <w:r>
              <w:t>- GV tổ chức trò chơi “Làm theo lời cô”: đọc, viết, gọi điện, xem ti vi; HS vừa làm động tác vừa gọi tên hoạt động.</w:t>
            </w:r>
          </w:p>
        </w:tc>
        <w:tc>
          <w:tcPr>
            <w:tcW w:w="5103" w:type="dxa"/>
            <w:tcBorders>
              <w:top w:val="single" w:sz="8" w:space="0" w:color="777777"/>
              <w:bottom w:val="single" w:sz="8" w:space="0" w:color="777777"/>
            </w:tcBorders>
            <w:tcMar>
              <w:top w:w="80" w:type="dxa"/>
              <w:left w:w="80" w:type="dxa"/>
              <w:bottom w:w="80" w:type="dxa"/>
              <w:right w:w="80" w:type="dxa"/>
            </w:tcMar>
          </w:tcPr>
          <w:p w14:paraId="5E7507AA" w14:textId="77777777" w:rsidR="00EF1B0D" w:rsidRDefault="00634453" w:rsidP="0085497A">
            <w:pPr>
              <w:shd w:val="clear" w:color="auto" w:fill="FFFFFF" w:themeFill="background1"/>
              <w:jc w:val="both"/>
            </w:pPr>
            <w:r>
              <w:t>- HS tham gia trò chơi; gọi đúng tên hoạt động: đọc, viết, gọi điện, xem ti vi.</w:t>
            </w:r>
          </w:p>
        </w:tc>
      </w:tr>
      <w:tr w:rsidR="00EF1B0D" w14:paraId="6E4F0BC2"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73273177" w14:textId="77777777" w:rsidR="00EF1B0D" w:rsidRDefault="00634453" w:rsidP="0085497A">
            <w:pPr>
              <w:shd w:val="clear" w:color="auto" w:fill="FFFFFF" w:themeFill="background1"/>
            </w:pPr>
            <w:r>
              <w:rPr>
                <w:b/>
              </w:rPr>
              <w:t>2. KHÁM PHÁ KIẾN THỨC (10 phút)</w:t>
            </w:r>
          </w:p>
          <w:p w14:paraId="41A19146" w14:textId="77777777" w:rsidR="00EF1B0D" w:rsidRDefault="00634453" w:rsidP="0085497A">
            <w:pPr>
              <w:shd w:val="clear" w:color="auto" w:fill="FFFFFF" w:themeFill="background1"/>
            </w:pPr>
            <w:r>
              <w:rPr>
                <w:b/>
              </w:rPr>
              <w:t>Mục tiêu: HS nhận biết từ ngữ chỉ hoạt động của nhân vật trong tranh.</w:t>
            </w:r>
          </w:p>
        </w:tc>
      </w:tr>
      <w:tr w:rsidR="00EF1B0D" w14:paraId="64023544"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69830FCE" w14:textId="77777777" w:rsidR="00EF1B0D" w:rsidRDefault="00634453" w:rsidP="0085497A">
            <w:pPr>
              <w:shd w:val="clear" w:color="auto" w:fill="FFFFFF" w:themeFill="background1"/>
            </w:pPr>
            <w:r>
              <w:rPr>
                <w:b/>
              </w:rPr>
              <w:t>Hoạt động 1: Tìm từ chỉ hoạt động</w:t>
            </w:r>
          </w:p>
        </w:tc>
      </w:tr>
      <w:tr w:rsidR="00EF1B0D" w14:paraId="4AC6F00F" w14:textId="77777777" w:rsidTr="00AB2150">
        <w:trPr>
          <w:jc w:val="center"/>
        </w:trPr>
        <w:tc>
          <w:tcPr>
            <w:tcW w:w="5103" w:type="dxa"/>
            <w:tcBorders>
              <w:top w:val="single" w:sz="8" w:space="0" w:color="777777"/>
            </w:tcBorders>
            <w:tcMar>
              <w:top w:w="80" w:type="dxa"/>
              <w:left w:w="80" w:type="dxa"/>
              <w:bottom w:w="80" w:type="dxa"/>
              <w:right w:w="80" w:type="dxa"/>
            </w:tcMar>
          </w:tcPr>
          <w:p w14:paraId="43C24CF7" w14:textId="77777777" w:rsidR="00EF1B0D" w:rsidRDefault="00634453" w:rsidP="0085497A">
            <w:pPr>
              <w:shd w:val="clear" w:color="auto" w:fill="FFFFFF" w:themeFill="background1"/>
              <w:jc w:val="both"/>
            </w:pPr>
            <w:r>
              <w:t>Bài tập 1. Tìm từ ngữ chỉ hoạt động của mỗi bạn nhỏ trong tranh.</w:t>
            </w:r>
          </w:p>
          <w:p w14:paraId="100F82B7" w14:textId="77777777" w:rsidR="00EF1B0D" w:rsidRDefault="00634453" w:rsidP="0085497A">
            <w:pPr>
              <w:shd w:val="clear" w:color="auto" w:fill="FFFFFF" w:themeFill="background1"/>
              <w:jc w:val="both"/>
            </w:pPr>
            <w:r>
              <w:lastRenderedPageBreak/>
              <w:t>- GV yêu cầu HS quan sát đúng 3 tranh trong SGK, làm việc nhóm đôi: mỗi bạn chọn một tranh, nói bạn nhỏ đang làm gì.</w:t>
            </w:r>
          </w:p>
          <w:p w14:paraId="3E1657EF" w14:textId="35638A5D" w:rsidR="00EF1B0D" w:rsidRDefault="00EF1B0D" w:rsidP="0085497A">
            <w:pPr>
              <w:shd w:val="clear" w:color="auto" w:fill="FFFFFF" w:themeFill="background1"/>
              <w:jc w:val="center"/>
            </w:pPr>
          </w:p>
        </w:tc>
        <w:tc>
          <w:tcPr>
            <w:tcW w:w="5103" w:type="dxa"/>
            <w:tcBorders>
              <w:top w:val="single" w:sz="8" w:space="0" w:color="777777"/>
            </w:tcBorders>
            <w:tcMar>
              <w:top w:w="80" w:type="dxa"/>
              <w:left w:w="80" w:type="dxa"/>
              <w:bottom w:w="80" w:type="dxa"/>
              <w:right w:w="80" w:type="dxa"/>
            </w:tcMar>
          </w:tcPr>
          <w:p w14:paraId="7A38412A" w14:textId="77777777" w:rsidR="00EF1B0D" w:rsidRDefault="00634453" w:rsidP="0085497A">
            <w:pPr>
              <w:shd w:val="clear" w:color="auto" w:fill="FFFFFF" w:themeFill="background1"/>
              <w:jc w:val="both"/>
            </w:pPr>
            <w:r>
              <w:lastRenderedPageBreak/>
              <w:t>- HS quan sát tranh, trao đổi nhóm đôi.</w:t>
            </w:r>
          </w:p>
          <w:p w14:paraId="5B28E430" w14:textId="77777777" w:rsidR="00EF1B0D" w:rsidRDefault="00634453" w:rsidP="0085497A">
            <w:pPr>
              <w:shd w:val="clear" w:color="auto" w:fill="FFFFFF" w:themeFill="background1"/>
              <w:jc w:val="both"/>
            </w:pPr>
            <w:r>
              <w:t xml:space="preserve">- Đáp án dự kiến: tranh 1 - bạn nhỏ đang đọc/viết; </w:t>
            </w:r>
            <w:r>
              <w:lastRenderedPageBreak/>
              <w:t>tranh 2 - hai bạn đang gọi điện thoại; tranh 3 - bạn nhỏ dùng điều khiển để xem ti vi.</w:t>
            </w:r>
          </w:p>
        </w:tc>
      </w:tr>
      <w:tr w:rsidR="00EF1B0D" w14:paraId="68CA3D68" w14:textId="77777777" w:rsidTr="00AB2150">
        <w:trPr>
          <w:jc w:val="center"/>
        </w:trPr>
        <w:tc>
          <w:tcPr>
            <w:tcW w:w="5103" w:type="dxa"/>
            <w:tcBorders>
              <w:bottom w:val="single" w:sz="8" w:space="0" w:color="777777"/>
            </w:tcBorders>
            <w:tcMar>
              <w:top w:w="80" w:type="dxa"/>
              <w:left w:w="80" w:type="dxa"/>
              <w:bottom w:w="80" w:type="dxa"/>
              <w:right w:w="80" w:type="dxa"/>
            </w:tcMar>
          </w:tcPr>
          <w:p w14:paraId="4CF45B7F" w14:textId="77777777" w:rsidR="00EF1B0D" w:rsidRDefault="00634453" w:rsidP="0085497A">
            <w:pPr>
              <w:shd w:val="clear" w:color="auto" w:fill="FFFFFF" w:themeFill="background1"/>
              <w:jc w:val="both"/>
            </w:pPr>
            <w:r>
              <w:lastRenderedPageBreak/>
              <w:t>- GV gọi HS trình bày thành câu trọn vẹn; khuyến khích HS nêu thêm công dụng của đồ vật trong tranh.</w:t>
            </w:r>
          </w:p>
        </w:tc>
        <w:tc>
          <w:tcPr>
            <w:tcW w:w="5103" w:type="dxa"/>
            <w:tcBorders>
              <w:bottom w:val="single" w:sz="8" w:space="0" w:color="777777"/>
            </w:tcBorders>
            <w:tcMar>
              <w:top w:w="80" w:type="dxa"/>
              <w:left w:w="80" w:type="dxa"/>
              <w:bottom w:w="80" w:type="dxa"/>
              <w:right w:w="80" w:type="dxa"/>
            </w:tcMar>
          </w:tcPr>
          <w:p w14:paraId="5566EE21" w14:textId="77777777" w:rsidR="00EF1B0D" w:rsidRDefault="00634453" w:rsidP="0085497A">
            <w:pPr>
              <w:shd w:val="clear" w:color="auto" w:fill="FFFFFF" w:themeFill="background1"/>
              <w:jc w:val="both"/>
            </w:pPr>
            <w:r>
              <w:t>- HS trình bày: Bạn nhỏ đang đọc sách. Hai bạn đang gọi điện thoại. Bạn nhỏ đang xem ti vi.</w:t>
            </w:r>
          </w:p>
        </w:tc>
      </w:tr>
      <w:tr w:rsidR="00EF1B0D" w14:paraId="54B3A8C7"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31A29B52" w14:textId="77777777" w:rsidR="00EF1B0D" w:rsidRDefault="00634453" w:rsidP="0085497A">
            <w:pPr>
              <w:shd w:val="clear" w:color="auto" w:fill="FFFFFF" w:themeFill="background1"/>
            </w:pPr>
            <w:r>
              <w:rPr>
                <w:b/>
              </w:rPr>
              <w:t>3. LUYỆN TẬP - THỰC HÀNH (17 phút)</w:t>
            </w:r>
          </w:p>
          <w:p w14:paraId="462D58C7" w14:textId="77777777" w:rsidR="00EF1B0D" w:rsidRDefault="00634453" w:rsidP="0085497A">
            <w:pPr>
              <w:shd w:val="clear" w:color="auto" w:fill="FFFFFF" w:themeFill="background1"/>
            </w:pPr>
            <w:r>
              <w:rPr>
                <w:b/>
              </w:rPr>
              <w:t>Mục tiêu: HS nói tiếp câu nêu công dụng của đồ vật và chọn đúng dấu câu trong đoạn văn.</w:t>
            </w:r>
          </w:p>
        </w:tc>
      </w:tr>
      <w:tr w:rsidR="00EF1B0D" w14:paraId="5C929EC2" w14:textId="77777777" w:rsidTr="00AB2150">
        <w:trPr>
          <w:jc w:val="center"/>
        </w:trPr>
        <w:tc>
          <w:tcPr>
            <w:tcW w:w="5103" w:type="dxa"/>
            <w:tcBorders>
              <w:top w:val="single" w:sz="8" w:space="0" w:color="777777"/>
            </w:tcBorders>
            <w:tcMar>
              <w:top w:w="80" w:type="dxa"/>
              <w:left w:w="80" w:type="dxa"/>
              <w:bottom w:w="80" w:type="dxa"/>
              <w:right w:w="80" w:type="dxa"/>
            </w:tcMar>
          </w:tcPr>
          <w:p w14:paraId="0B5EB602" w14:textId="77777777" w:rsidR="00EF1B0D" w:rsidRDefault="00634453" w:rsidP="0085497A">
            <w:pPr>
              <w:shd w:val="clear" w:color="auto" w:fill="FFFFFF" w:themeFill="background1"/>
              <w:jc w:val="both"/>
            </w:pPr>
            <w:r>
              <w:t>Bài tập 2. Nói tiếp để hoàn thành câu nêu công dụng của đồ vật.</w:t>
            </w:r>
          </w:p>
          <w:p w14:paraId="4B792ACA" w14:textId="77777777" w:rsidR="00EF1B0D" w:rsidRDefault="00634453" w:rsidP="0085497A">
            <w:pPr>
              <w:shd w:val="clear" w:color="auto" w:fill="FFFFFF" w:themeFill="background1"/>
              <w:jc w:val="both"/>
            </w:pPr>
            <w:r>
              <w:t>a. Nhờ có điện thoại, em có thể (...).</w:t>
            </w:r>
          </w:p>
          <w:p w14:paraId="026B6CD7" w14:textId="77777777" w:rsidR="00EF1B0D" w:rsidRDefault="00634453" w:rsidP="0085497A">
            <w:pPr>
              <w:shd w:val="clear" w:color="auto" w:fill="FFFFFF" w:themeFill="background1"/>
              <w:jc w:val="both"/>
            </w:pPr>
            <w:r>
              <w:t>b. Nhờ có máy tính, em có thể (...).</w:t>
            </w:r>
          </w:p>
          <w:p w14:paraId="6E3B2555" w14:textId="77777777" w:rsidR="00EF1B0D" w:rsidRDefault="00634453" w:rsidP="0085497A">
            <w:pPr>
              <w:shd w:val="clear" w:color="auto" w:fill="FFFFFF" w:themeFill="background1"/>
              <w:jc w:val="both"/>
            </w:pPr>
            <w:r>
              <w:t>c. Nhờ có ti vi, em có thể (...).</w:t>
            </w:r>
          </w:p>
          <w:p w14:paraId="6E1414AE" w14:textId="77777777" w:rsidR="00EF1B0D" w:rsidRDefault="00634453" w:rsidP="0085497A">
            <w:pPr>
              <w:shd w:val="clear" w:color="auto" w:fill="FFFFFF" w:themeFill="background1"/>
              <w:jc w:val="both"/>
            </w:pPr>
            <w:r>
              <w:t>- GV hướng dẫn HS làm nhóm đôi: một bạn đọc vế đầu, một bạn nói tiếp vế sau; khuyến khích nhiều phương án đúng.</w:t>
            </w:r>
          </w:p>
        </w:tc>
        <w:tc>
          <w:tcPr>
            <w:tcW w:w="5103" w:type="dxa"/>
            <w:tcBorders>
              <w:top w:val="single" w:sz="8" w:space="0" w:color="777777"/>
            </w:tcBorders>
            <w:tcMar>
              <w:top w:w="80" w:type="dxa"/>
              <w:left w:w="80" w:type="dxa"/>
              <w:bottom w:w="80" w:type="dxa"/>
              <w:right w:w="80" w:type="dxa"/>
            </w:tcMar>
          </w:tcPr>
          <w:p w14:paraId="136A5039" w14:textId="77777777" w:rsidR="00EF1B0D" w:rsidRDefault="00634453" w:rsidP="0085497A">
            <w:pPr>
              <w:shd w:val="clear" w:color="auto" w:fill="FFFFFF" w:themeFill="background1"/>
              <w:jc w:val="both"/>
            </w:pPr>
            <w:r>
              <w:t>- HS làm nhóm đôi.</w:t>
            </w:r>
          </w:p>
          <w:p w14:paraId="70945BAB" w14:textId="77777777" w:rsidR="00EF1B0D" w:rsidRDefault="00634453" w:rsidP="0085497A">
            <w:pPr>
              <w:shd w:val="clear" w:color="auto" w:fill="FFFFFF" w:themeFill="background1"/>
              <w:jc w:val="both"/>
            </w:pPr>
            <w:r>
              <w:t>- Đáp án dự kiến: a. Nhờ có điện thoại, em có thể gọi cho người thân ở xa.</w:t>
            </w:r>
          </w:p>
          <w:p w14:paraId="068D9B79" w14:textId="77777777" w:rsidR="00EF1B0D" w:rsidRDefault="00634453" w:rsidP="0085497A">
            <w:pPr>
              <w:shd w:val="clear" w:color="auto" w:fill="FFFFFF" w:themeFill="background1"/>
              <w:jc w:val="both"/>
            </w:pPr>
            <w:r>
              <w:t>- b. Nhờ có máy tính, em có thể học trực tuyến/tìm thông tin.</w:t>
            </w:r>
          </w:p>
          <w:p w14:paraId="01921740" w14:textId="77777777" w:rsidR="00EF1B0D" w:rsidRDefault="00634453" w:rsidP="0085497A">
            <w:pPr>
              <w:shd w:val="clear" w:color="auto" w:fill="FFFFFF" w:themeFill="background1"/>
              <w:jc w:val="both"/>
            </w:pPr>
            <w:r>
              <w:t>- c. Nhờ có ti vi, em có thể xem chương trình bổ ích.</w:t>
            </w:r>
          </w:p>
        </w:tc>
      </w:tr>
      <w:tr w:rsidR="00EF1B0D" w14:paraId="3AFC1048" w14:textId="77777777" w:rsidTr="00AB2150">
        <w:trPr>
          <w:jc w:val="center"/>
        </w:trPr>
        <w:tc>
          <w:tcPr>
            <w:tcW w:w="5103" w:type="dxa"/>
            <w:tcMar>
              <w:top w:w="80" w:type="dxa"/>
              <w:left w:w="80" w:type="dxa"/>
              <w:bottom w:w="80" w:type="dxa"/>
              <w:right w:w="80" w:type="dxa"/>
            </w:tcMar>
          </w:tcPr>
          <w:p w14:paraId="7FE14E44" w14:textId="77777777" w:rsidR="00EF1B0D" w:rsidRDefault="00634453" w:rsidP="0085497A">
            <w:pPr>
              <w:shd w:val="clear" w:color="auto" w:fill="FFFFFF" w:themeFill="background1"/>
              <w:jc w:val="both"/>
            </w:pPr>
            <w:r>
              <w:t>Bài tập 3. Chọn dấu câu thích hợp cho mỗi ô vuông trong đoạn văn sau.</w:t>
            </w:r>
          </w:p>
          <w:p w14:paraId="0184918D" w14:textId="77777777" w:rsidR="00EF1B0D" w:rsidRDefault="00634453" w:rsidP="0085497A">
            <w:pPr>
              <w:shd w:val="clear" w:color="auto" w:fill="FFFFFF" w:themeFill="background1"/>
              <w:jc w:val="both"/>
            </w:pPr>
            <w:r>
              <w:t>- GV yêu cầu HS đọc đề bài, đọc thầm đoạn văn và xác định từng câu là câu kể, câu hỏi hay câu cảm.</w:t>
            </w:r>
          </w:p>
          <w:p w14:paraId="55D071AA" w14:textId="46BFD8AB" w:rsidR="00EF1B0D" w:rsidRDefault="00EF1B0D" w:rsidP="0085497A">
            <w:pPr>
              <w:shd w:val="clear" w:color="auto" w:fill="FFFFFF" w:themeFill="background1"/>
              <w:jc w:val="center"/>
            </w:pPr>
          </w:p>
        </w:tc>
        <w:tc>
          <w:tcPr>
            <w:tcW w:w="5103" w:type="dxa"/>
            <w:tcMar>
              <w:top w:w="80" w:type="dxa"/>
              <w:left w:w="80" w:type="dxa"/>
              <w:bottom w:w="80" w:type="dxa"/>
              <w:right w:w="80" w:type="dxa"/>
            </w:tcMar>
          </w:tcPr>
          <w:p w14:paraId="38A55D60" w14:textId="77777777" w:rsidR="00EF1B0D" w:rsidRDefault="00634453" w:rsidP="0085497A">
            <w:pPr>
              <w:shd w:val="clear" w:color="auto" w:fill="FFFFFF" w:themeFill="background1"/>
              <w:jc w:val="both"/>
            </w:pPr>
            <w:r>
              <w:t>- HS đọc đề bài; đọc thầm đoạn văn; xác định dấu câu phù hợp.</w:t>
            </w:r>
          </w:p>
        </w:tc>
      </w:tr>
      <w:tr w:rsidR="00EF1B0D" w14:paraId="2321512A" w14:textId="77777777" w:rsidTr="00AB2150">
        <w:trPr>
          <w:jc w:val="center"/>
        </w:trPr>
        <w:tc>
          <w:tcPr>
            <w:tcW w:w="5103" w:type="dxa"/>
            <w:tcMar>
              <w:top w:w="80" w:type="dxa"/>
              <w:left w:w="80" w:type="dxa"/>
              <w:bottom w:w="80" w:type="dxa"/>
              <w:right w:w="80" w:type="dxa"/>
            </w:tcMar>
          </w:tcPr>
          <w:p w14:paraId="73095CEA" w14:textId="77777777" w:rsidR="00EF1B0D" w:rsidRDefault="00634453" w:rsidP="0085497A">
            <w:pPr>
              <w:shd w:val="clear" w:color="auto" w:fill="FFFFFF" w:themeFill="background1"/>
              <w:jc w:val="both"/>
            </w:pPr>
            <w:r>
              <w:t>- GV tổ chức HS làm cá nhân rồi trao đổi nhóm đôi để thống nhất đáp án.</w:t>
            </w:r>
          </w:p>
          <w:p w14:paraId="493E7724" w14:textId="77777777" w:rsidR="00EF1B0D" w:rsidRDefault="00634453" w:rsidP="0085497A">
            <w:pPr>
              <w:shd w:val="clear" w:color="auto" w:fill="FFFFFF" w:themeFill="background1"/>
              <w:jc w:val="both"/>
            </w:pPr>
            <w:r>
              <w:t>- GV nhắc HS đọc lại đoạn văn sau khi điền để kiểm tra dấu câu.</w:t>
            </w:r>
          </w:p>
        </w:tc>
        <w:tc>
          <w:tcPr>
            <w:tcW w:w="5103" w:type="dxa"/>
            <w:tcMar>
              <w:top w:w="80" w:type="dxa"/>
              <w:left w:w="80" w:type="dxa"/>
              <w:bottom w:w="80" w:type="dxa"/>
              <w:right w:w="80" w:type="dxa"/>
            </w:tcMar>
          </w:tcPr>
          <w:p w14:paraId="7C6D7CE9" w14:textId="77777777" w:rsidR="00EF1B0D" w:rsidRDefault="00634453" w:rsidP="0085497A">
            <w:pPr>
              <w:shd w:val="clear" w:color="auto" w:fill="FFFFFF" w:themeFill="background1"/>
              <w:jc w:val="both"/>
            </w:pPr>
            <w:r>
              <w:t>- HS làm bài; đổi vở kiểm tra.</w:t>
            </w:r>
          </w:p>
          <w:p w14:paraId="0F5DF8E0" w14:textId="77777777" w:rsidR="00EF1B0D" w:rsidRDefault="00634453" w:rsidP="0085497A">
            <w:pPr>
              <w:shd w:val="clear" w:color="auto" w:fill="FFFFFF" w:themeFill="background1"/>
              <w:jc w:val="both"/>
            </w:pPr>
            <w:r>
              <w:t>- Dự kiến: HS điền dấu chấm, dấu hỏi hoặc dấu chấm than theo nội dung từng câu trong đoạn văn.</w:t>
            </w:r>
          </w:p>
        </w:tc>
      </w:tr>
      <w:tr w:rsidR="00EF1B0D" w14:paraId="538B7C3A" w14:textId="77777777" w:rsidTr="00AB2150">
        <w:trPr>
          <w:jc w:val="center"/>
        </w:trPr>
        <w:tc>
          <w:tcPr>
            <w:tcW w:w="5103" w:type="dxa"/>
            <w:tcBorders>
              <w:bottom w:val="single" w:sz="8" w:space="0" w:color="777777"/>
            </w:tcBorders>
            <w:tcMar>
              <w:top w:w="80" w:type="dxa"/>
              <w:left w:w="80" w:type="dxa"/>
              <w:bottom w:w="80" w:type="dxa"/>
              <w:right w:w="80" w:type="dxa"/>
            </w:tcMar>
          </w:tcPr>
          <w:p w14:paraId="50337D0B" w14:textId="77777777" w:rsidR="00EF1B0D" w:rsidRDefault="00634453" w:rsidP="0085497A">
            <w:pPr>
              <w:shd w:val="clear" w:color="auto" w:fill="FFFFFF" w:themeFill="background1"/>
              <w:jc w:val="both"/>
            </w:pPr>
            <w:r>
              <w:t>- GV gọi HS đọc lại đoạn văn đã điền dấu câu, nhận xét cách ngắt nghỉ.</w:t>
            </w:r>
          </w:p>
        </w:tc>
        <w:tc>
          <w:tcPr>
            <w:tcW w:w="5103" w:type="dxa"/>
            <w:tcBorders>
              <w:bottom w:val="single" w:sz="8" w:space="0" w:color="777777"/>
            </w:tcBorders>
            <w:tcMar>
              <w:top w:w="80" w:type="dxa"/>
              <w:left w:w="80" w:type="dxa"/>
              <w:bottom w:w="80" w:type="dxa"/>
              <w:right w:w="80" w:type="dxa"/>
            </w:tcMar>
          </w:tcPr>
          <w:p w14:paraId="6250DF18" w14:textId="77777777" w:rsidR="00EF1B0D" w:rsidRDefault="00634453" w:rsidP="0085497A">
            <w:pPr>
              <w:shd w:val="clear" w:color="auto" w:fill="FFFFFF" w:themeFill="background1"/>
              <w:jc w:val="both"/>
            </w:pPr>
            <w:r>
              <w:t>- HS đọc lại đoạn văn; lớp nhận xét.</w:t>
            </w:r>
          </w:p>
        </w:tc>
      </w:tr>
      <w:tr w:rsidR="00EF1B0D" w14:paraId="2A232171"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2929951D" w14:textId="77777777" w:rsidR="00EF1B0D" w:rsidRDefault="00634453" w:rsidP="0085497A">
            <w:pPr>
              <w:shd w:val="clear" w:color="auto" w:fill="FFFFFF" w:themeFill="background1"/>
            </w:pPr>
            <w:r>
              <w:rPr>
                <w:b/>
              </w:rPr>
              <w:t>4. VẬN DỤNG (5 phút)</w:t>
            </w:r>
          </w:p>
          <w:p w14:paraId="3B4A3D6C" w14:textId="77777777" w:rsidR="00EF1B0D" w:rsidRDefault="00634453" w:rsidP="0085497A">
            <w:pPr>
              <w:shd w:val="clear" w:color="auto" w:fill="FFFFFF" w:themeFill="background1"/>
            </w:pPr>
            <w:r>
              <w:rPr>
                <w:b/>
              </w:rPr>
              <w:t>Mục tiêu: HS vận dụng từ chỉ hoạt động và dấu câu khi nói, viết về đồ vật dùng để giao tiếp.</w:t>
            </w:r>
          </w:p>
        </w:tc>
      </w:tr>
      <w:tr w:rsidR="00EF1B0D" w14:paraId="757780F4" w14:textId="77777777" w:rsidTr="00AB2150">
        <w:trPr>
          <w:jc w:val="center"/>
        </w:trPr>
        <w:tc>
          <w:tcPr>
            <w:tcW w:w="5103" w:type="dxa"/>
            <w:tcBorders>
              <w:top w:val="single" w:sz="8" w:space="0" w:color="777777"/>
            </w:tcBorders>
            <w:tcMar>
              <w:top w:w="80" w:type="dxa"/>
              <w:left w:w="80" w:type="dxa"/>
              <w:bottom w:w="80" w:type="dxa"/>
              <w:right w:w="80" w:type="dxa"/>
            </w:tcMar>
          </w:tcPr>
          <w:p w14:paraId="20C6B149" w14:textId="77777777" w:rsidR="00EF1B0D" w:rsidRDefault="00634453" w:rsidP="0085497A">
            <w:pPr>
              <w:shd w:val="clear" w:color="auto" w:fill="FFFFFF" w:themeFill="background1"/>
              <w:jc w:val="both"/>
            </w:pPr>
            <w:r>
              <w:t>- GV yêu cầu HS đặt một câu nói về công dụng của điện thoại hoặc máy tính, có sử dụng dấu câu đúng.</w:t>
            </w:r>
          </w:p>
        </w:tc>
        <w:tc>
          <w:tcPr>
            <w:tcW w:w="5103" w:type="dxa"/>
            <w:tcBorders>
              <w:top w:val="single" w:sz="8" w:space="0" w:color="777777"/>
            </w:tcBorders>
            <w:tcMar>
              <w:top w:w="80" w:type="dxa"/>
              <w:left w:w="80" w:type="dxa"/>
              <w:bottom w:w="80" w:type="dxa"/>
              <w:right w:w="80" w:type="dxa"/>
            </w:tcMar>
          </w:tcPr>
          <w:p w14:paraId="018C1112" w14:textId="77777777" w:rsidR="00EF1B0D" w:rsidRDefault="00634453" w:rsidP="0085497A">
            <w:pPr>
              <w:shd w:val="clear" w:color="auto" w:fill="FFFFFF" w:themeFill="background1"/>
              <w:jc w:val="both"/>
            </w:pPr>
            <w:r>
              <w:t>- HS đặt câu: “Điện thoại giúp em gọi cho mẹ.” hoặc “Máy tính giúp em học bài.”</w:t>
            </w:r>
          </w:p>
        </w:tc>
      </w:tr>
      <w:tr w:rsidR="00EF1B0D" w14:paraId="4F9045C4" w14:textId="77777777" w:rsidTr="00AB2150">
        <w:trPr>
          <w:jc w:val="center"/>
        </w:trPr>
        <w:tc>
          <w:tcPr>
            <w:tcW w:w="5103" w:type="dxa"/>
            <w:tcMar>
              <w:top w:w="80" w:type="dxa"/>
              <w:left w:w="80" w:type="dxa"/>
              <w:bottom w:w="80" w:type="dxa"/>
              <w:right w:w="80" w:type="dxa"/>
            </w:tcMar>
          </w:tcPr>
          <w:p w14:paraId="049B114C" w14:textId="77777777" w:rsidR="00EF1B0D" w:rsidRDefault="00634453" w:rsidP="0085497A">
            <w:pPr>
              <w:shd w:val="clear" w:color="auto" w:fill="FFFFFF" w:themeFill="background1"/>
              <w:jc w:val="both"/>
            </w:pPr>
            <w:r>
              <w:t>- Khi dùng điện thoại, máy tính, ti vi để học tập hoặc giải trí, em cần chú ý điều gì để không ảnh hưởng sức khoẻ và không làm phiền người khác?</w:t>
            </w:r>
          </w:p>
        </w:tc>
        <w:tc>
          <w:tcPr>
            <w:tcW w:w="5103" w:type="dxa"/>
            <w:tcMar>
              <w:top w:w="80" w:type="dxa"/>
              <w:left w:w="80" w:type="dxa"/>
              <w:bottom w:w="80" w:type="dxa"/>
              <w:right w:w="80" w:type="dxa"/>
            </w:tcMar>
          </w:tcPr>
          <w:p w14:paraId="4BF34AFA" w14:textId="77777777" w:rsidR="00EF1B0D" w:rsidRDefault="00634453" w:rsidP="0085497A">
            <w:pPr>
              <w:shd w:val="clear" w:color="auto" w:fill="FFFFFF" w:themeFill="background1"/>
              <w:jc w:val="both"/>
            </w:pPr>
            <w:r>
              <w:t>- HS nêu: dùng trong thời gian phù hợp, ngồi đúng khoảng cách, hỏi ý kiến người lớn, không mở âm lượng quá to, không xem nội dung lạ.</w:t>
            </w:r>
          </w:p>
        </w:tc>
      </w:tr>
      <w:tr w:rsidR="00EF1B0D" w14:paraId="01E1249C" w14:textId="77777777" w:rsidTr="00AB2150">
        <w:trPr>
          <w:jc w:val="center"/>
        </w:trPr>
        <w:tc>
          <w:tcPr>
            <w:tcW w:w="5103" w:type="dxa"/>
            <w:tcMar>
              <w:top w:w="80" w:type="dxa"/>
              <w:left w:w="80" w:type="dxa"/>
              <w:bottom w:w="80" w:type="dxa"/>
              <w:right w:w="80" w:type="dxa"/>
            </w:tcMar>
          </w:tcPr>
          <w:p w14:paraId="6CD14E16" w14:textId="77777777" w:rsidR="00EF1B0D" w:rsidRDefault="00634453" w:rsidP="0085497A">
            <w:pPr>
              <w:shd w:val="clear" w:color="auto" w:fill="FFFFFF" w:themeFill="background1"/>
              <w:jc w:val="both"/>
            </w:pPr>
            <w:r>
              <w:rPr>
                <w:color w:val="C00000"/>
              </w:rPr>
              <w:t xml:space="preserve">- Tích hợp năng lực số 4.1.CB1b: GV diễn giải: Điện thoại, máy tính, ti vi giúp chúng ta học tập, trao đổi và giải trí, nhưng nếu dùng quá lâu hoặc xem nội dung không phù hợp sẽ ảnh hưởng mắt, giấc ngủ và việc học. Các em </w:t>
            </w:r>
            <w:r>
              <w:rPr>
                <w:color w:val="C00000"/>
              </w:rPr>
              <w:lastRenderedPageBreak/>
              <w:t>cần dùng thiết bị có thời gian, có người lớn hướng dẫn, chọn chương trình bổ ích, tắt thiết bị khi học bài hoặc khi gia đình cần nghỉ ngơi. Nếu thấy quảng cáo, tin nhắn hoặc hình ảnh lạ, em không bấm vào và báo người lớn.</w:t>
            </w:r>
          </w:p>
        </w:tc>
        <w:tc>
          <w:tcPr>
            <w:tcW w:w="5103" w:type="dxa"/>
            <w:tcMar>
              <w:top w:w="80" w:type="dxa"/>
              <w:left w:w="80" w:type="dxa"/>
              <w:bottom w:w="80" w:type="dxa"/>
              <w:right w:w="80" w:type="dxa"/>
            </w:tcMar>
          </w:tcPr>
          <w:p w14:paraId="34AD92AF" w14:textId="77777777" w:rsidR="00EF1B0D" w:rsidRDefault="00634453" w:rsidP="0085497A">
            <w:pPr>
              <w:shd w:val="clear" w:color="auto" w:fill="FFFFFF" w:themeFill="background1"/>
              <w:jc w:val="both"/>
            </w:pPr>
            <w:r>
              <w:lastRenderedPageBreak/>
              <w:t>- HS lắng nghe; nêu một việc sẽ thực hiện khi sử dụng thiết bị ở nhà.</w:t>
            </w:r>
          </w:p>
        </w:tc>
      </w:tr>
    </w:tbl>
    <w:p w14:paraId="354630C4" w14:textId="77777777" w:rsidR="00EF1B0D" w:rsidRDefault="00634453" w:rsidP="0085497A">
      <w:pPr>
        <w:shd w:val="clear" w:color="auto" w:fill="FFFFFF" w:themeFill="background1"/>
      </w:pPr>
      <w:r>
        <w:rPr>
          <w:b/>
        </w:rPr>
        <w:t>IV. ĐIỀU CHỈNH SAU TIẾT HỌC (NẾU CÓ)</w:t>
      </w:r>
    </w:p>
    <w:p w14:paraId="60C99C9B" w14:textId="77777777" w:rsidR="00EF1B0D" w:rsidRDefault="00634453" w:rsidP="0085497A">
      <w:pPr>
        <w:shd w:val="clear" w:color="auto" w:fill="FFFFFF" w:themeFill="background1"/>
        <w:jc w:val="center"/>
      </w:pPr>
      <w:r>
        <w:rPr>
          <w:b/>
        </w:rPr>
        <w:t>KẾ HOẠCH BÀI DẠY MÔN TIẾNG VIỆT LỚP 2 - TUẦN 29</w:t>
      </w:r>
    </w:p>
    <w:p w14:paraId="3189C924" w14:textId="77777777" w:rsidR="00EF1B0D" w:rsidRDefault="00634453" w:rsidP="0085497A">
      <w:pPr>
        <w:shd w:val="clear" w:color="auto" w:fill="FFFFFF" w:themeFill="background1"/>
        <w:jc w:val="center"/>
      </w:pPr>
      <w:r>
        <w:rPr>
          <w:b/>
        </w:rPr>
        <w:t>BÀI 20: TỪ CHÚ BỒ CÂU ĐẾN IN-TƠ-NÉT</w:t>
      </w:r>
    </w:p>
    <w:p w14:paraId="0DF633F6" w14:textId="77777777" w:rsidR="00EF1B0D" w:rsidRDefault="00634453" w:rsidP="0085497A">
      <w:pPr>
        <w:shd w:val="clear" w:color="auto" w:fill="FFFFFF" w:themeFill="background1"/>
        <w:jc w:val="center"/>
      </w:pPr>
      <w:r>
        <w:rPr>
          <w:b/>
        </w:rPr>
        <w:t>TIẾT 5 - 6: VIẾT ĐOẠN VĂN TẢ MỘT ĐỒ DÙNG TRONG GIA ĐÌNH; ĐỌC MỞ RỘNG</w:t>
      </w:r>
    </w:p>
    <w:p w14:paraId="39341B97" w14:textId="77777777" w:rsidR="00EF1B0D" w:rsidRDefault="00634453" w:rsidP="0085497A">
      <w:pPr>
        <w:shd w:val="clear" w:color="auto" w:fill="FFFFFF" w:themeFill="background1"/>
      </w:pPr>
      <w:r>
        <w:rPr>
          <w:b/>
        </w:rPr>
        <w:t>I. YÊU CẦU CẦN ĐẠT</w:t>
      </w:r>
    </w:p>
    <w:p w14:paraId="1F1344AD" w14:textId="77777777" w:rsidR="00EF1B0D" w:rsidRDefault="00634453" w:rsidP="0085497A">
      <w:pPr>
        <w:shd w:val="clear" w:color="auto" w:fill="FFFFFF" w:themeFill="background1"/>
      </w:pPr>
      <w:r>
        <w:rPr>
          <w:b/>
        </w:rPr>
        <w:t>1. Năng lực đặc thù</w:t>
      </w:r>
    </w:p>
    <w:p w14:paraId="413E6C00" w14:textId="77777777" w:rsidR="00EF1B0D" w:rsidRDefault="00634453" w:rsidP="0085497A">
      <w:pPr>
        <w:shd w:val="clear" w:color="auto" w:fill="FFFFFF" w:themeFill="background1"/>
        <w:jc w:val="both"/>
      </w:pPr>
      <w:r>
        <w:t>- Kể tên được các đồ vật trong tranh và nêu công dụng của chúng.</w:t>
      </w:r>
    </w:p>
    <w:p w14:paraId="12C21CF6" w14:textId="77777777" w:rsidR="00EF1B0D" w:rsidRDefault="00634453" w:rsidP="0085497A">
      <w:pPr>
        <w:shd w:val="clear" w:color="auto" w:fill="FFFFFF" w:themeFill="background1"/>
        <w:jc w:val="both"/>
      </w:pPr>
      <w:r>
        <w:t>- Viết được 4-5 câu tả một đồ dùng trong gia đình theo gợi ý.</w:t>
      </w:r>
    </w:p>
    <w:p w14:paraId="3BDDBE7E" w14:textId="77777777" w:rsidR="00EF1B0D" w:rsidRDefault="00634453" w:rsidP="0085497A">
      <w:pPr>
        <w:shd w:val="clear" w:color="auto" w:fill="FFFFFF" w:themeFill="background1"/>
        <w:jc w:val="both"/>
      </w:pPr>
      <w:r>
        <w:t>- Tìm đọc sách, báo hoặc bản hướng dẫn sử dụng một đồ dùng trong gia đình và trao đổi được điều đã đọc.</w:t>
      </w:r>
    </w:p>
    <w:p w14:paraId="44E1B94C" w14:textId="77777777" w:rsidR="00EF1B0D" w:rsidRDefault="00634453" w:rsidP="0085497A">
      <w:pPr>
        <w:shd w:val="clear" w:color="auto" w:fill="FFFFFF" w:themeFill="background1"/>
      </w:pPr>
      <w:r>
        <w:rPr>
          <w:b/>
        </w:rPr>
        <w:t>2. Năng lực chung</w:t>
      </w:r>
    </w:p>
    <w:p w14:paraId="228E6410" w14:textId="77777777" w:rsidR="00EF1B0D" w:rsidRDefault="00634453" w:rsidP="0085497A">
      <w:pPr>
        <w:shd w:val="clear" w:color="auto" w:fill="FFFFFF" w:themeFill="background1"/>
        <w:jc w:val="both"/>
      </w:pPr>
      <w:r>
        <w:t>- Tự chủ và tự học: Tự chọn đồ dùng để tả, tự hoàn thành đoạn văn, tự đọc tài liệu mở rộng.</w:t>
      </w:r>
    </w:p>
    <w:p w14:paraId="4BA19048" w14:textId="77777777" w:rsidR="00EF1B0D" w:rsidRDefault="00634453" w:rsidP="0085497A">
      <w:pPr>
        <w:shd w:val="clear" w:color="auto" w:fill="FFFFFF" w:themeFill="background1"/>
        <w:jc w:val="both"/>
      </w:pPr>
      <w:r>
        <w:t>- Giao tiếp và hợp tác: Chia sẻ ý tưởng, đọc bài cho bạn nghe và góp ý; trao đổi điều đã đọc với nhóm.</w:t>
      </w:r>
    </w:p>
    <w:p w14:paraId="1028E52A" w14:textId="77777777" w:rsidR="00EF1B0D" w:rsidRDefault="00634453" w:rsidP="0085497A">
      <w:pPr>
        <w:shd w:val="clear" w:color="auto" w:fill="FFFFFF" w:themeFill="background1"/>
        <w:jc w:val="both"/>
      </w:pPr>
      <w:r>
        <w:t>- Giải quyết vấn đề và sáng tạo: Biết chọn thông tin phù hợp để viết đoạn văn, trình bày điều mới học được.</w:t>
      </w:r>
    </w:p>
    <w:p w14:paraId="0BEC28EB" w14:textId="77777777" w:rsidR="00EF1B0D" w:rsidRDefault="00634453" w:rsidP="0085497A">
      <w:pPr>
        <w:shd w:val="clear" w:color="auto" w:fill="FFFFFF" w:themeFill="background1"/>
      </w:pPr>
      <w:r>
        <w:rPr>
          <w:b/>
        </w:rPr>
        <w:t>3. Phẩm chất</w:t>
      </w:r>
    </w:p>
    <w:p w14:paraId="7DEA7CBC" w14:textId="77777777" w:rsidR="00EF1B0D" w:rsidRDefault="00634453" w:rsidP="0085497A">
      <w:pPr>
        <w:shd w:val="clear" w:color="auto" w:fill="FFFFFF" w:themeFill="background1"/>
        <w:jc w:val="both"/>
      </w:pPr>
      <w:r>
        <w:t>- Chăm chỉ: Tích cực quan sát, viết đoạn văn và đọc mở rộng.</w:t>
      </w:r>
    </w:p>
    <w:p w14:paraId="27C02F6F" w14:textId="77777777" w:rsidR="00EF1B0D" w:rsidRDefault="00634453" w:rsidP="0085497A">
      <w:pPr>
        <w:shd w:val="clear" w:color="auto" w:fill="FFFFFF" w:themeFill="background1"/>
        <w:jc w:val="both"/>
      </w:pPr>
      <w:r>
        <w:t>- Trách nhiệm: Có ý thức giữ gìn, sử dụng đồ dùng trong gia đình an toàn, tiết kiệm.</w:t>
      </w:r>
    </w:p>
    <w:p w14:paraId="12E887F9" w14:textId="77777777" w:rsidR="00EF1B0D" w:rsidRDefault="00634453" w:rsidP="0085497A">
      <w:pPr>
        <w:shd w:val="clear" w:color="auto" w:fill="FFFFFF" w:themeFill="background1"/>
      </w:pPr>
      <w:r>
        <w:rPr>
          <w:b/>
        </w:rPr>
        <w:t>4. Tích hợp</w:t>
      </w:r>
    </w:p>
    <w:p w14:paraId="7DB51C57" w14:textId="77777777" w:rsidR="00EF1B0D" w:rsidRDefault="00634453" w:rsidP="0085497A">
      <w:pPr>
        <w:shd w:val="clear" w:color="auto" w:fill="FFFFFF" w:themeFill="background1"/>
        <w:jc w:val="both"/>
      </w:pPr>
      <w:r>
        <w:rPr>
          <w:color w:val="C00000"/>
        </w:rPr>
        <w:t>- Tích hợp năng lực số/an toàn thiết bị: Biết đọc một số thông tin đơn giản trên bản hướng dẫn sử dụng; nhận biết cần hỏi người lớn trước khi dùng thiết bị điện, thiết bị số.</w:t>
      </w:r>
    </w:p>
    <w:p w14:paraId="280D4159" w14:textId="77777777" w:rsidR="00EF1B0D" w:rsidRDefault="00634453" w:rsidP="0085497A">
      <w:pPr>
        <w:shd w:val="clear" w:color="auto" w:fill="FFFFFF" w:themeFill="background1"/>
        <w:jc w:val="both"/>
      </w:pPr>
      <w:r>
        <w:rPr>
          <w:color w:val="C00000"/>
        </w:rPr>
        <w:t>- Tích hợp AI - YCCĐ 2.A3.2: Biết công cụ AI có thể gợi ý thông tin nhưng cần người lớn hướng dẫn, kiểm tra; không tự làm theo hướng dẫn nguy hiểm hoặc chia sẻ thông tin riêng tư.</w:t>
      </w:r>
    </w:p>
    <w:p w14:paraId="1F90C408" w14:textId="77777777" w:rsidR="00EF1B0D" w:rsidRDefault="00634453" w:rsidP="0085497A">
      <w:pPr>
        <w:shd w:val="clear" w:color="auto" w:fill="FFFFFF" w:themeFill="background1"/>
      </w:pPr>
      <w:r>
        <w:rPr>
          <w:b/>
        </w:rPr>
        <w:t>II. ĐỒ DÙNG DẠY HỌC</w:t>
      </w:r>
    </w:p>
    <w:p w14:paraId="0FBD3270" w14:textId="77777777" w:rsidR="00EF1B0D" w:rsidRDefault="00634453" w:rsidP="0085497A">
      <w:pPr>
        <w:shd w:val="clear" w:color="auto" w:fill="FFFFFF" w:themeFill="background1"/>
        <w:jc w:val="both"/>
      </w:pPr>
      <w:r>
        <w:t>- GV: Tranh phòng khách, sơ đồ gợi ý viết đoạn, hình bản hướng dẫn nồi cơm điện đã cắt đúng từ SGK; phiếu lập ý; máy chiếu.</w:t>
      </w:r>
    </w:p>
    <w:p w14:paraId="6844A9C2" w14:textId="77777777" w:rsidR="00EF1B0D" w:rsidRDefault="00634453" w:rsidP="0085497A">
      <w:pPr>
        <w:shd w:val="clear" w:color="auto" w:fill="FFFFFF" w:themeFill="background1"/>
        <w:jc w:val="both"/>
      </w:pPr>
      <w:r>
        <w:t>- HS: SGK, vở ghi, một bản hướng dẫn sử dụng đồ dùng đơn giản nếu có.</w:t>
      </w:r>
    </w:p>
    <w:p w14:paraId="2D3164B9" w14:textId="77777777" w:rsidR="00EF1B0D" w:rsidRDefault="00634453" w:rsidP="0085497A">
      <w:pPr>
        <w:shd w:val="clear" w:color="auto" w:fill="FFFFFF" w:themeFill="background1"/>
      </w:pPr>
      <w:r>
        <w:rPr>
          <w:b/>
        </w:rPr>
        <w:t>III. CÁC HOẠT ĐỘNG DẠY HỌC CHỦ YẾU</w:t>
      </w:r>
    </w:p>
    <w:tbl>
      <w:tblPr>
        <w:tblW w:w="0" w:type="auto"/>
        <w:jc w:val="center"/>
        <w:tblBorders>
          <w:top w:val="single" w:sz="8" w:space="0" w:color="777777"/>
          <w:left w:val="single" w:sz="8" w:space="0" w:color="777777"/>
          <w:bottom w:val="single" w:sz="8" w:space="0" w:color="777777"/>
          <w:right w:val="single" w:sz="8" w:space="0" w:color="777777"/>
          <w:insideV w:val="single" w:sz="8" w:space="0" w:color="777777"/>
        </w:tblBorders>
        <w:tblLayout w:type="fixed"/>
        <w:tblLook w:val="04A0" w:firstRow="1" w:lastRow="0" w:firstColumn="1" w:lastColumn="0" w:noHBand="0" w:noVBand="1"/>
      </w:tblPr>
      <w:tblGrid>
        <w:gridCol w:w="5103"/>
        <w:gridCol w:w="5443"/>
      </w:tblGrid>
      <w:tr w:rsidR="00EF1B0D" w14:paraId="67A33EB2" w14:textId="77777777" w:rsidTr="00AB2150">
        <w:trPr>
          <w:tblHeader/>
          <w:jc w:val="center"/>
        </w:trPr>
        <w:tc>
          <w:tcPr>
            <w:tcW w:w="5103" w:type="dxa"/>
            <w:tcBorders>
              <w:bottom w:val="single" w:sz="8" w:space="0" w:color="777777"/>
            </w:tcBorders>
            <w:shd w:val="clear" w:color="auto" w:fill="DDEBF7"/>
            <w:tcMar>
              <w:top w:w="80" w:type="dxa"/>
              <w:left w:w="80" w:type="dxa"/>
              <w:bottom w:w="80" w:type="dxa"/>
              <w:right w:w="80" w:type="dxa"/>
            </w:tcMar>
          </w:tcPr>
          <w:p w14:paraId="5AF1E09A" w14:textId="77777777" w:rsidR="00EF1B0D" w:rsidRDefault="00634453" w:rsidP="0085497A">
            <w:pPr>
              <w:shd w:val="clear" w:color="auto" w:fill="FFFFFF" w:themeFill="background1"/>
              <w:jc w:val="center"/>
            </w:pPr>
            <w:r>
              <w:rPr>
                <w:b/>
              </w:rPr>
              <w:t>Hoạt động của GV</w:t>
            </w:r>
          </w:p>
        </w:tc>
        <w:tc>
          <w:tcPr>
            <w:tcW w:w="5103" w:type="dxa"/>
            <w:tcBorders>
              <w:bottom w:val="single" w:sz="8" w:space="0" w:color="777777"/>
            </w:tcBorders>
            <w:shd w:val="clear" w:color="auto" w:fill="DDEBF7"/>
            <w:tcMar>
              <w:top w:w="80" w:type="dxa"/>
              <w:left w:w="80" w:type="dxa"/>
              <w:bottom w:w="80" w:type="dxa"/>
              <w:right w:w="80" w:type="dxa"/>
            </w:tcMar>
          </w:tcPr>
          <w:p w14:paraId="0C425428" w14:textId="77777777" w:rsidR="00EF1B0D" w:rsidRDefault="00634453" w:rsidP="0085497A">
            <w:pPr>
              <w:shd w:val="clear" w:color="auto" w:fill="FFFFFF" w:themeFill="background1"/>
              <w:jc w:val="center"/>
            </w:pPr>
            <w:r>
              <w:rPr>
                <w:b/>
              </w:rPr>
              <w:t>Hoạt động của HS</w:t>
            </w:r>
          </w:p>
        </w:tc>
      </w:tr>
      <w:tr w:rsidR="00EF1B0D" w14:paraId="013F69C4"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7CA92D65" w14:textId="77777777" w:rsidR="00EF1B0D" w:rsidRDefault="00634453" w:rsidP="0085497A">
            <w:pPr>
              <w:shd w:val="clear" w:color="auto" w:fill="FFFFFF" w:themeFill="background1"/>
            </w:pPr>
            <w:r>
              <w:rPr>
                <w:b/>
              </w:rPr>
              <w:t>TIẾT 5</w:t>
            </w:r>
          </w:p>
        </w:tc>
      </w:tr>
      <w:tr w:rsidR="00EF1B0D" w14:paraId="1F17336F"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78C9313B" w14:textId="77777777" w:rsidR="00EF1B0D" w:rsidRDefault="00634453" w:rsidP="0085497A">
            <w:pPr>
              <w:shd w:val="clear" w:color="auto" w:fill="FFFFFF" w:themeFill="background1"/>
            </w:pPr>
            <w:r>
              <w:rPr>
                <w:b/>
              </w:rPr>
              <w:t>1. KHỞI ĐỘNG (3 phút)</w:t>
            </w:r>
          </w:p>
          <w:p w14:paraId="5972AB01" w14:textId="77777777" w:rsidR="00EF1B0D" w:rsidRDefault="00634453" w:rsidP="0085497A">
            <w:pPr>
              <w:shd w:val="clear" w:color="auto" w:fill="FFFFFF" w:themeFill="background1"/>
            </w:pPr>
            <w:r>
              <w:rPr>
                <w:b/>
              </w:rPr>
              <w:t>Mục tiêu: HS nhớ tên một số đồ dùng trong gia đình và chuẩn bị viết đoạn văn tả đồ dùng.</w:t>
            </w:r>
          </w:p>
        </w:tc>
      </w:tr>
      <w:tr w:rsidR="00EF1B0D" w14:paraId="245A0E5D" w14:textId="77777777" w:rsidTr="00AB2150">
        <w:trPr>
          <w:jc w:val="center"/>
        </w:trPr>
        <w:tc>
          <w:tcPr>
            <w:tcW w:w="5103" w:type="dxa"/>
            <w:tcBorders>
              <w:top w:val="single" w:sz="8" w:space="0" w:color="777777"/>
              <w:bottom w:val="single" w:sz="8" w:space="0" w:color="777777"/>
            </w:tcBorders>
            <w:tcMar>
              <w:top w:w="80" w:type="dxa"/>
              <w:left w:w="80" w:type="dxa"/>
              <w:bottom w:w="80" w:type="dxa"/>
              <w:right w:w="80" w:type="dxa"/>
            </w:tcMar>
          </w:tcPr>
          <w:p w14:paraId="581CFCA5" w14:textId="77777777" w:rsidR="00EF1B0D" w:rsidRDefault="00634453" w:rsidP="0085497A">
            <w:pPr>
              <w:shd w:val="clear" w:color="auto" w:fill="FFFFFF" w:themeFill="background1"/>
              <w:jc w:val="both"/>
            </w:pPr>
            <w:r>
              <w:t>- GV tổ chức trò chơi “Ai nhanh hơn”: HS kể tên đồ dùng trong gia đình theo từng nhóm: đồ dùng học tập, đồ dùng nhà bếp, đồ dùng phòng khách.</w:t>
            </w:r>
          </w:p>
        </w:tc>
        <w:tc>
          <w:tcPr>
            <w:tcW w:w="5103" w:type="dxa"/>
            <w:tcBorders>
              <w:top w:val="single" w:sz="8" w:space="0" w:color="777777"/>
              <w:bottom w:val="single" w:sz="8" w:space="0" w:color="777777"/>
            </w:tcBorders>
            <w:tcMar>
              <w:top w:w="80" w:type="dxa"/>
              <w:left w:w="80" w:type="dxa"/>
              <w:bottom w:w="80" w:type="dxa"/>
              <w:right w:w="80" w:type="dxa"/>
            </w:tcMar>
          </w:tcPr>
          <w:p w14:paraId="6B151F2E" w14:textId="77777777" w:rsidR="00EF1B0D" w:rsidRDefault="00634453" w:rsidP="0085497A">
            <w:pPr>
              <w:shd w:val="clear" w:color="auto" w:fill="FFFFFF" w:themeFill="background1"/>
              <w:jc w:val="both"/>
            </w:pPr>
            <w:r>
              <w:t>- HS kể: bàn học, đèn học, nồi cơm điện, tủ lạnh, ti vi, quạt, đồng hồ, máy tính.</w:t>
            </w:r>
          </w:p>
        </w:tc>
      </w:tr>
      <w:tr w:rsidR="00EF1B0D" w14:paraId="50E2D1CF"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2DE5D9EE" w14:textId="77777777" w:rsidR="00EF1B0D" w:rsidRDefault="00634453" w:rsidP="0085497A">
            <w:pPr>
              <w:shd w:val="clear" w:color="auto" w:fill="FFFFFF" w:themeFill="background1"/>
            </w:pPr>
            <w:r>
              <w:rPr>
                <w:b/>
              </w:rPr>
              <w:t>2. KHÁM PHÁ KIẾN THỨC (10 phút)</w:t>
            </w:r>
          </w:p>
          <w:p w14:paraId="65E658A0" w14:textId="77777777" w:rsidR="00EF1B0D" w:rsidRDefault="00634453" w:rsidP="0085497A">
            <w:pPr>
              <w:shd w:val="clear" w:color="auto" w:fill="FFFFFF" w:themeFill="background1"/>
            </w:pPr>
            <w:r>
              <w:rPr>
                <w:b/>
              </w:rPr>
              <w:t>Mục tiêu: HS quan sát tranh, kể tên được đồ vật và nêu công dụng của chúng; nắm gợi ý viết đoạn văn.</w:t>
            </w:r>
          </w:p>
        </w:tc>
      </w:tr>
      <w:tr w:rsidR="00EF1B0D" w14:paraId="23572F6B" w14:textId="77777777" w:rsidTr="00AB2150">
        <w:trPr>
          <w:jc w:val="center"/>
        </w:trPr>
        <w:tc>
          <w:tcPr>
            <w:tcW w:w="5103" w:type="dxa"/>
            <w:tcBorders>
              <w:top w:val="single" w:sz="8" w:space="0" w:color="777777"/>
            </w:tcBorders>
            <w:tcMar>
              <w:top w:w="80" w:type="dxa"/>
              <w:left w:w="80" w:type="dxa"/>
              <w:bottom w:w="80" w:type="dxa"/>
              <w:right w:w="80" w:type="dxa"/>
            </w:tcMar>
          </w:tcPr>
          <w:p w14:paraId="2897CA51" w14:textId="77777777" w:rsidR="00EF1B0D" w:rsidRDefault="00634453" w:rsidP="0085497A">
            <w:pPr>
              <w:shd w:val="clear" w:color="auto" w:fill="FFFFFF" w:themeFill="background1"/>
              <w:jc w:val="both"/>
            </w:pPr>
            <w:r>
              <w:lastRenderedPageBreak/>
              <w:t>Bài tập 1. Kể tên các đồ vật được vẽ trong tranh và nêu công dụng của chúng.</w:t>
            </w:r>
          </w:p>
          <w:p w14:paraId="62395047" w14:textId="77777777" w:rsidR="00EF1B0D" w:rsidRDefault="00634453" w:rsidP="0085497A">
            <w:pPr>
              <w:shd w:val="clear" w:color="auto" w:fill="FFFFFF" w:themeFill="background1"/>
              <w:jc w:val="both"/>
            </w:pPr>
            <w:r>
              <w:t>- GV yêu cầu HS quan sát tranh phòng khách trong SGK; thảo luận nhóm đôi, kể tên đồ vật và nêu công dụng.</w:t>
            </w:r>
          </w:p>
          <w:p w14:paraId="4BC99F3D" w14:textId="48E7EB84" w:rsidR="00EF1B0D" w:rsidRDefault="00EF1B0D" w:rsidP="0085497A">
            <w:pPr>
              <w:shd w:val="clear" w:color="auto" w:fill="FFFFFF" w:themeFill="background1"/>
              <w:jc w:val="center"/>
            </w:pPr>
          </w:p>
        </w:tc>
        <w:tc>
          <w:tcPr>
            <w:tcW w:w="5103" w:type="dxa"/>
            <w:tcBorders>
              <w:top w:val="single" w:sz="8" w:space="0" w:color="777777"/>
            </w:tcBorders>
            <w:tcMar>
              <w:top w:w="80" w:type="dxa"/>
              <w:left w:w="80" w:type="dxa"/>
              <w:bottom w:w="80" w:type="dxa"/>
              <w:right w:w="80" w:type="dxa"/>
            </w:tcMar>
          </w:tcPr>
          <w:p w14:paraId="10EED323" w14:textId="77777777" w:rsidR="00EF1B0D" w:rsidRDefault="00634453" w:rsidP="0085497A">
            <w:pPr>
              <w:shd w:val="clear" w:color="auto" w:fill="FFFFFF" w:themeFill="background1"/>
              <w:jc w:val="both"/>
            </w:pPr>
            <w:r>
              <w:t>- HS quan sát tranh, thảo luận nhóm đôi.</w:t>
            </w:r>
          </w:p>
          <w:p w14:paraId="35268F60" w14:textId="77777777" w:rsidR="00EF1B0D" w:rsidRDefault="00634453" w:rsidP="0085497A">
            <w:pPr>
              <w:shd w:val="clear" w:color="auto" w:fill="FFFFFF" w:themeFill="background1"/>
              <w:jc w:val="both"/>
            </w:pPr>
            <w:r>
              <w:t>- Dự kiến: ti vi để xem chương trình; quạt để làm mát; đồng hồ để xem giờ; đèn để chiếu sáng; tủ lạnh để bảo quản thức ăn; nồi cơm điện để nấu cơm; máy tính để học tập/làm việc.</w:t>
            </w:r>
          </w:p>
        </w:tc>
      </w:tr>
      <w:tr w:rsidR="00EF1B0D" w14:paraId="7ECBE15C" w14:textId="77777777" w:rsidTr="00AB2150">
        <w:trPr>
          <w:jc w:val="center"/>
        </w:trPr>
        <w:tc>
          <w:tcPr>
            <w:tcW w:w="5103" w:type="dxa"/>
            <w:tcMar>
              <w:top w:w="80" w:type="dxa"/>
              <w:left w:w="80" w:type="dxa"/>
              <w:bottom w:w="80" w:type="dxa"/>
              <w:right w:w="80" w:type="dxa"/>
            </w:tcMar>
          </w:tcPr>
          <w:p w14:paraId="62C2D1AB" w14:textId="77777777" w:rsidR="00EF1B0D" w:rsidRDefault="00634453" w:rsidP="0085497A">
            <w:pPr>
              <w:shd w:val="clear" w:color="auto" w:fill="FFFFFF" w:themeFill="background1"/>
              <w:jc w:val="both"/>
            </w:pPr>
            <w:r>
              <w:t>- GV mời HS trình bày; chốt: Khi tả đồ dùng, cần nói được tên đồ dùng, đặc điểm nổi bật, công dụng và cảm nghĩ của em.</w:t>
            </w:r>
          </w:p>
        </w:tc>
        <w:tc>
          <w:tcPr>
            <w:tcW w:w="5103" w:type="dxa"/>
            <w:tcMar>
              <w:top w:w="80" w:type="dxa"/>
              <w:left w:w="80" w:type="dxa"/>
              <w:bottom w:w="80" w:type="dxa"/>
              <w:right w:w="80" w:type="dxa"/>
            </w:tcMar>
          </w:tcPr>
          <w:p w14:paraId="66F276FE" w14:textId="77777777" w:rsidR="00EF1B0D" w:rsidRDefault="00634453" w:rsidP="0085497A">
            <w:pPr>
              <w:shd w:val="clear" w:color="auto" w:fill="FFFFFF" w:themeFill="background1"/>
              <w:jc w:val="both"/>
            </w:pPr>
            <w:r>
              <w:t>- HS trình bày; lớp bổ sung tên đồ vật và công dụng.</w:t>
            </w:r>
          </w:p>
        </w:tc>
      </w:tr>
      <w:tr w:rsidR="00EF1B0D" w14:paraId="34EBDC47" w14:textId="77777777" w:rsidTr="00AB2150">
        <w:trPr>
          <w:jc w:val="center"/>
        </w:trPr>
        <w:tc>
          <w:tcPr>
            <w:tcW w:w="5103" w:type="dxa"/>
            <w:tcBorders>
              <w:bottom w:val="single" w:sz="8" w:space="0" w:color="777777"/>
            </w:tcBorders>
            <w:tcMar>
              <w:top w:w="80" w:type="dxa"/>
              <w:left w:w="80" w:type="dxa"/>
              <w:bottom w:w="80" w:type="dxa"/>
              <w:right w:w="80" w:type="dxa"/>
            </w:tcMar>
          </w:tcPr>
          <w:p w14:paraId="6E91869F" w14:textId="77777777" w:rsidR="00EF1B0D" w:rsidRDefault="00634453" w:rsidP="0085497A">
            <w:pPr>
              <w:shd w:val="clear" w:color="auto" w:fill="FFFFFF" w:themeFill="background1"/>
              <w:jc w:val="both"/>
            </w:pPr>
            <w:r>
              <w:t>Bài tập 2. Viết 4-5 câu tả một đồ dùng trong gia đình em.</w:t>
            </w:r>
          </w:p>
          <w:p w14:paraId="5FE679DF" w14:textId="77777777" w:rsidR="00EF1B0D" w:rsidRDefault="00634453" w:rsidP="0085497A">
            <w:pPr>
              <w:shd w:val="clear" w:color="auto" w:fill="FFFFFF" w:themeFill="background1"/>
              <w:jc w:val="both"/>
            </w:pPr>
            <w:r>
              <w:t>- GV cho HS đọc sơ đồ gợi ý trong SGK:</w:t>
            </w:r>
          </w:p>
          <w:p w14:paraId="27DE4072" w14:textId="77777777" w:rsidR="00EF1B0D" w:rsidRDefault="00634453" w:rsidP="0085497A">
            <w:pPr>
              <w:shd w:val="clear" w:color="auto" w:fill="FFFFFF" w:themeFill="background1"/>
              <w:jc w:val="both"/>
            </w:pPr>
            <w:r>
              <w:t>(1) Tên đồ dùng là gì?</w:t>
            </w:r>
          </w:p>
          <w:p w14:paraId="145B267D" w14:textId="77777777" w:rsidR="00EF1B0D" w:rsidRDefault="00634453" w:rsidP="0085497A">
            <w:pPr>
              <w:shd w:val="clear" w:color="auto" w:fill="FFFFFF" w:themeFill="background1"/>
              <w:jc w:val="both"/>
            </w:pPr>
            <w:r>
              <w:t>(2) Nó có gì nổi bật về hình dạng, kích thước, màu sắc,...?</w:t>
            </w:r>
          </w:p>
          <w:p w14:paraId="07E0516C" w14:textId="77777777" w:rsidR="00EF1B0D" w:rsidRDefault="00634453" w:rsidP="0085497A">
            <w:pPr>
              <w:shd w:val="clear" w:color="auto" w:fill="FFFFFF" w:themeFill="background1"/>
              <w:jc w:val="both"/>
            </w:pPr>
            <w:r>
              <w:t>(3) Nó được dùng để làm gì?</w:t>
            </w:r>
          </w:p>
          <w:p w14:paraId="43A03EB4" w14:textId="77777777" w:rsidR="00EF1B0D" w:rsidRDefault="00634453" w:rsidP="0085497A">
            <w:pPr>
              <w:shd w:val="clear" w:color="auto" w:fill="FFFFFF" w:themeFill="background1"/>
              <w:jc w:val="both"/>
            </w:pPr>
            <w:r>
              <w:t>(4) Em có cảm nghĩ gì khi đồ dùng đó có trong nhà của mình?</w:t>
            </w:r>
          </w:p>
          <w:p w14:paraId="75924825" w14:textId="0443072A" w:rsidR="00EF1B0D" w:rsidRDefault="00EF1B0D" w:rsidP="0085497A">
            <w:pPr>
              <w:shd w:val="clear" w:color="auto" w:fill="FFFFFF" w:themeFill="background1"/>
              <w:jc w:val="center"/>
            </w:pPr>
          </w:p>
        </w:tc>
        <w:tc>
          <w:tcPr>
            <w:tcW w:w="5103" w:type="dxa"/>
            <w:tcBorders>
              <w:bottom w:val="single" w:sz="8" w:space="0" w:color="777777"/>
            </w:tcBorders>
            <w:tcMar>
              <w:top w:w="80" w:type="dxa"/>
              <w:left w:w="80" w:type="dxa"/>
              <w:bottom w:w="80" w:type="dxa"/>
              <w:right w:w="80" w:type="dxa"/>
            </w:tcMar>
          </w:tcPr>
          <w:p w14:paraId="07E69B98" w14:textId="77777777" w:rsidR="00EF1B0D" w:rsidRDefault="00634453" w:rsidP="0085497A">
            <w:pPr>
              <w:shd w:val="clear" w:color="auto" w:fill="FFFFFF" w:themeFill="background1"/>
              <w:jc w:val="both"/>
            </w:pPr>
            <w:r>
              <w:t>- HS đọc yêu cầu và sơ đồ gợi ý; xác định một đồ dùng muốn tả.</w:t>
            </w:r>
          </w:p>
        </w:tc>
      </w:tr>
      <w:tr w:rsidR="00EF1B0D" w14:paraId="5BFEEE5D"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576E6343" w14:textId="77777777" w:rsidR="00EF1B0D" w:rsidRDefault="00634453" w:rsidP="0085497A">
            <w:pPr>
              <w:shd w:val="clear" w:color="auto" w:fill="FFFFFF" w:themeFill="background1"/>
            </w:pPr>
            <w:r>
              <w:rPr>
                <w:b/>
              </w:rPr>
              <w:t>3. LUYỆN TẬP - THỰC HÀNH (17 phút)</w:t>
            </w:r>
          </w:p>
          <w:p w14:paraId="40E2E884" w14:textId="77777777" w:rsidR="00EF1B0D" w:rsidRDefault="00634453" w:rsidP="0085497A">
            <w:pPr>
              <w:shd w:val="clear" w:color="auto" w:fill="FFFFFF" w:themeFill="background1"/>
            </w:pPr>
            <w:r>
              <w:rPr>
                <w:b/>
              </w:rPr>
              <w:t>Mục tiêu: HS viết được đoạn 4-5 câu tả một đồ dùng trong gia đình theo gợi ý; biết đọc lại và sửa lỗi.</w:t>
            </w:r>
          </w:p>
        </w:tc>
      </w:tr>
      <w:tr w:rsidR="00EF1B0D" w14:paraId="484E80EF" w14:textId="77777777" w:rsidTr="00AB2150">
        <w:trPr>
          <w:jc w:val="center"/>
        </w:trPr>
        <w:tc>
          <w:tcPr>
            <w:tcW w:w="5103" w:type="dxa"/>
            <w:tcBorders>
              <w:top w:val="single" w:sz="8" w:space="0" w:color="777777"/>
            </w:tcBorders>
            <w:tcMar>
              <w:top w:w="80" w:type="dxa"/>
              <w:left w:w="80" w:type="dxa"/>
              <w:bottom w:w="80" w:type="dxa"/>
              <w:right w:w="80" w:type="dxa"/>
            </w:tcMar>
          </w:tcPr>
          <w:p w14:paraId="5E0B3A87" w14:textId="77777777" w:rsidR="00EF1B0D" w:rsidRDefault="00634453" w:rsidP="0085497A">
            <w:pPr>
              <w:shd w:val="clear" w:color="auto" w:fill="FFFFFF" w:themeFill="background1"/>
              <w:jc w:val="both"/>
            </w:pPr>
            <w:r>
              <w:t>- GV hướng dẫn HS lập ý nhanh vào nháp theo 4 câu hỏi trong SGK; nhắc HS không liệt kê rời rạc mà viết thành đoạn văn.</w:t>
            </w:r>
          </w:p>
        </w:tc>
        <w:tc>
          <w:tcPr>
            <w:tcW w:w="5103" w:type="dxa"/>
            <w:tcBorders>
              <w:top w:val="single" w:sz="8" w:space="0" w:color="777777"/>
            </w:tcBorders>
            <w:tcMar>
              <w:top w:w="80" w:type="dxa"/>
              <w:left w:w="80" w:type="dxa"/>
              <w:bottom w:w="80" w:type="dxa"/>
              <w:right w:w="80" w:type="dxa"/>
            </w:tcMar>
          </w:tcPr>
          <w:p w14:paraId="6FD13797" w14:textId="77777777" w:rsidR="00EF1B0D" w:rsidRDefault="00634453" w:rsidP="0085497A">
            <w:pPr>
              <w:shd w:val="clear" w:color="auto" w:fill="FFFFFF" w:themeFill="background1"/>
              <w:jc w:val="both"/>
            </w:pPr>
            <w:r>
              <w:t>- HS lập ý vào nháp: chọn đồ dùng, ghi 2-3 đặc điểm, công dụng và cảm nghĩ.</w:t>
            </w:r>
          </w:p>
        </w:tc>
      </w:tr>
      <w:tr w:rsidR="00EF1B0D" w14:paraId="425C0062" w14:textId="77777777" w:rsidTr="00AB2150">
        <w:trPr>
          <w:jc w:val="center"/>
        </w:trPr>
        <w:tc>
          <w:tcPr>
            <w:tcW w:w="5103" w:type="dxa"/>
            <w:tcMar>
              <w:top w:w="80" w:type="dxa"/>
              <w:left w:w="80" w:type="dxa"/>
              <w:bottom w:w="80" w:type="dxa"/>
              <w:right w:w="80" w:type="dxa"/>
            </w:tcMar>
          </w:tcPr>
          <w:p w14:paraId="06B52C04" w14:textId="77777777" w:rsidR="00EF1B0D" w:rsidRDefault="00634453" w:rsidP="0085497A">
            <w:pPr>
              <w:shd w:val="clear" w:color="auto" w:fill="FFFFFF" w:themeFill="background1"/>
              <w:jc w:val="both"/>
            </w:pPr>
            <w:r>
              <w:t>- GV làm mẫu bằng lời: “Nhà em có một chiếc nồi cơm điện màu trắng. Nồi có dáng tròn, bên ngoài có nút bật/tắt rất dễ dùng. Mỗi ngày, mẹ dùng nồi để nấu cơm cho cả nhà. Em rất quý chiếc nồi vì nó giúp bữa cơm gia đình luôn ấm nóng.”</w:t>
            </w:r>
          </w:p>
        </w:tc>
        <w:tc>
          <w:tcPr>
            <w:tcW w:w="5103" w:type="dxa"/>
            <w:tcMar>
              <w:top w:w="80" w:type="dxa"/>
              <w:left w:w="80" w:type="dxa"/>
              <w:bottom w:w="80" w:type="dxa"/>
              <w:right w:w="80" w:type="dxa"/>
            </w:tcMar>
          </w:tcPr>
          <w:p w14:paraId="6F664B19" w14:textId="77777777" w:rsidR="00EF1B0D" w:rsidRDefault="00634453" w:rsidP="0085497A">
            <w:pPr>
              <w:shd w:val="clear" w:color="auto" w:fill="FFFFFF" w:themeFill="background1"/>
              <w:jc w:val="both"/>
            </w:pPr>
            <w:r>
              <w:t>- HS lắng nghe, nhận biết cách viết đủ ý, đủ câu.</w:t>
            </w:r>
          </w:p>
        </w:tc>
      </w:tr>
      <w:tr w:rsidR="00EF1B0D" w14:paraId="4D6C6A98" w14:textId="77777777" w:rsidTr="00AB2150">
        <w:trPr>
          <w:jc w:val="center"/>
        </w:trPr>
        <w:tc>
          <w:tcPr>
            <w:tcW w:w="5103" w:type="dxa"/>
            <w:tcMar>
              <w:top w:w="80" w:type="dxa"/>
              <w:left w:w="80" w:type="dxa"/>
              <w:bottom w:w="80" w:type="dxa"/>
              <w:right w:w="80" w:type="dxa"/>
            </w:tcMar>
          </w:tcPr>
          <w:p w14:paraId="5E8784A5" w14:textId="77777777" w:rsidR="00EF1B0D" w:rsidRDefault="00634453" w:rsidP="0085497A">
            <w:pPr>
              <w:shd w:val="clear" w:color="auto" w:fill="FFFFFF" w:themeFill="background1"/>
              <w:jc w:val="both"/>
            </w:pPr>
            <w:r>
              <w:t>- GV cho HS viết đoạn 4-5 câu vào vở; theo dõi, hỗ trợ HS còn lúng túng bằng câu hỏi gợi mở.</w:t>
            </w:r>
          </w:p>
        </w:tc>
        <w:tc>
          <w:tcPr>
            <w:tcW w:w="5103" w:type="dxa"/>
            <w:tcMar>
              <w:top w:w="80" w:type="dxa"/>
              <w:left w:w="80" w:type="dxa"/>
              <w:bottom w:w="80" w:type="dxa"/>
              <w:right w:w="80" w:type="dxa"/>
            </w:tcMar>
          </w:tcPr>
          <w:p w14:paraId="0FF88E01" w14:textId="77777777" w:rsidR="00EF1B0D" w:rsidRDefault="00634453" w:rsidP="0085497A">
            <w:pPr>
              <w:shd w:val="clear" w:color="auto" w:fill="FFFFFF" w:themeFill="background1"/>
              <w:jc w:val="both"/>
            </w:pPr>
            <w:r>
              <w:t>- HS viết đoạn văn vào vở, chú ý viết hoa đầu câu, dùng dấu chấm cuối câu.</w:t>
            </w:r>
          </w:p>
        </w:tc>
      </w:tr>
      <w:tr w:rsidR="00EF1B0D" w14:paraId="6C02749A" w14:textId="77777777" w:rsidTr="00AB2150">
        <w:trPr>
          <w:jc w:val="center"/>
        </w:trPr>
        <w:tc>
          <w:tcPr>
            <w:tcW w:w="5103" w:type="dxa"/>
            <w:tcBorders>
              <w:bottom w:val="single" w:sz="8" w:space="0" w:color="777777"/>
            </w:tcBorders>
            <w:tcMar>
              <w:top w:w="80" w:type="dxa"/>
              <w:left w:w="80" w:type="dxa"/>
              <w:bottom w:w="80" w:type="dxa"/>
              <w:right w:w="80" w:type="dxa"/>
            </w:tcMar>
          </w:tcPr>
          <w:p w14:paraId="534225D4" w14:textId="77777777" w:rsidR="00EF1B0D" w:rsidRDefault="00634453" w:rsidP="0085497A">
            <w:pPr>
              <w:shd w:val="clear" w:color="auto" w:fill="FFFFFF" w:themeFill="background1"/>
              <w:jc w:val="both"/>
            </w:pPr>
            <w:r>
              <w:t>- GV yêu cầu HS đổi vở theo cặp, đọc bài cho bạn nghe và góp ý: đã đủ 4-5 câu chưa, có nêu tên đồ dùng, đặc điểm, công dụng, cảm nghĩ chưa.</w:t>
            </w:r>
          </w:p>
        </w:tc>
        <w:tc>
          <w:tcPr>
            <w:tcW w:w="5103" w:type="dxa"/>
            <w:tcBorders>
              <w:bottom w:val="single" w:sz="8" w:space="0" w:color="777777"/>
            </w:tcBorders>
            <w:tcMar>
              <w:top w:w="80" w:type="dxa"/>
              <w:left w:w="80" w:type="dxa"/>
              <w:bottom w:w="80" w:type="dxa"/>
              <w:right w:w="80" w:type="dxa"/>
            </w:tcMar>
          </w:tcPr>
          <w:p w14:paraId="2BB22356" w14:textId="77777777" w:rsidR="00EF1B0D" w:rsidRDefault="00634453" w:rsidP="0085497A">
            <w:pPr>
              <w:shd w:val="clear" w:color="auto" w:fill="FFFFFF" w:themeFill="background1"/>
              <w:jc w:val="both"/>
            </w:pPr>
            <w:r>
              <w:t>- HS đổi vở, đọc bài, góp ý nhẹ nhàng và sửa lỗi.</w:t>
            </w:r>
          </w:p>
        </w:tc>
      </w:tr>
      <w:tr w:rsidR="00EF1B0D" w14:paraId="1D51F94E"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35403A65" w14:textId="77777777" w:rsidR="00EF1B0D" w:rsidRDefault="00634453" w:rsidP="0085497A">
            <w:pPr>
              <w:shd w:val="clear" w:color="auto" w:fill="FFFFFF" w:themeFill="background1"/>
            </w:pPr>
            <w:r>
              <w:rPr>
                <w:b/>
              </w:rPr>
              <w:t>4. VẬN DỤNG (5 phút)</w:t>
            </w:r>
          </w:p>
          <w:p w14:paraId="7C0D17AB" w14:textId="77777777" w:rsidR="00EF1B0D" w:rsidRDefault="00634453" w:rsidP="0085497A">
            <w:pPr>
              <w:shd w:val="clear" w:color="auto" w:fill="FFFFFF" w:themeFill="background1"/>
            </w:pPr>
            <w:r>
              <w:rPr>
                <w:b/>
              </w:rPr>
              <w:t>Mục tiêu: HS biết liên hệ việc sử dụng đồ dùng trong gia đình an toàn, tiết kiệm và có trách nhiệm.</w:t>
            </w:r>
          </w:p>
        </w:tc>
      </w:tr>
      <w:tr w:rsidR="00EF1B0D" w14:paraId="257C86E6" w14:textId="77777777" w:rsidTr="00AB2150">
        <w:trPr>
          <w:jc w:val="center"/>
        </w:trPr>
        <w:tc>
          <w:tcPr>
            <w:tcW w:w="5103" w:type="dxa"/>
            <w:tcBorders>
              <w:top w:val="single" w:sz="8" w:space="0" w:color="777777"/>
            </w:tcBorders>
            <w:tcMar>
              <w:top w:w="80" w:type="dxa"/>
              <w:left w:w="80" w:type="dxa"/>
              <w:bottom w:w="80" w:type="dxa"/>
              <w:right w:w="80" w:type="dxa"/>
            </w:tcMar>
          </w:tcPr>
          <w:p w14:paraId="6CD5D450" w14:textId="77777777" w:rsidR="00EF1B0D" w:rsidRDefault="00634453" w:rsidP="0085497A">
            <w:pPr>
              <w:shd w:val="clear" w:color="auto" w:fill="FFFFFF" w:themeFill="background1"/>
              <w:jc w:val="both"/>
            </w:pPr>
            <w:r>
              <w:t>- Khi sử dụng đồ dùng trong gia đình, nhất là đồ dùng có điện như ti vi, quạt, nồi cơm điện, em cần lưu ý điều gì?</w:t>
            </w:r>
          </w:p>
        </w:tc>
        <w:tc>
          <w:tcPr>
            <w:tcW w:w="5103" w:type="dxa"/>
            <w:tcBorders>
              <w:top w:val="single" w:sz="8" w:space="0" w:color="777777"/>
            </w:tcBorders>
            <w:tcMar>
              <w:top w:w="80" w:type="dxa"/>
              <w:left w:w="80" w:type="dxa"/>
              <w:bottom w:w="80" w:type="dxa"/>
              <w:right w:w="80" w:type="dxa"/>
            </w:tcMar>
          </w:tcPr>
          <w:p w14:paraId="623EFCFE" w14:textId="77777777" w:rsidR="00EF1B0D" w:rsidRDefault="00634453" w:rsidP="0085497A">
            <w:pPr>
              <w:shd w:val="clear" w:color="auto" w:fill="FFFFFF" w:themeFill="background1"/>
              <w:jc w:val="both"/>
            </w:pPr>
            <w:r>
              <w:t>- HS nêu: không tự ý cắm điện, không nghịch dây điện, tắt thiết bị khi không dùng, nhờ người lớn giúp với đồ dùng nguy hiểm.</w:t>
            </w:r>
          </w:p>
        </w:tc>
      </w:tr>
      <w:tr w:rsidR="00EF1B0D" w14:paraId="668F5F96" w14:textId="77777777" w:rsidTr="00AB2150">
        <w:trPr>
          <w:jc w:val="center"/>
        </w:trPr>
        <w:tc>
          <w:tcPr>
            <w:tcW w:w="5103" w:type="dxa"/>
            <w:tcBorders>
              <w:bottom w:val="single" w:sz="8" w:space="0" w:color="777777"/>
            </w:tcBorders>
            <w:tcMar>
              <w:top w:w="80" w:type="dxa"/>
              <w:left w:w="80" w:type="dxa"/>
              <w:bottom w:w="80" w:type="dxa"/>
              <w:right w:w="80" w:type="dxa"/>
            </w:tcMar>
          </w:tcPr>
          <w:p w14:paraId="354FEB3D" w14:textId="77777777" w:rsidR="00EF1B0D" w:rsidRDefault="00634453" w:rsidP="0085497A">
            <w:pPr>
              <w:shd w:val="clear" w:color="auto" w:fill="FFFFFF" w:themeFill="background1"/>
              <w:jc w:val="both"/>
            </w:pPr>
            <w:r>
              <w:rPr>
                <w:color w:val="C00000"/>
              </w:rPr>
              <w:lastRenderedPageBreak/>
              <w:t>- Tích hợp năng lực số/an toàn thiết bị: GV diễn giải: Một số đồ dùng trong gia đình có nút điều khiển hoặc dùng điện nên các em cần sử dụng đúng cách. Với nồi cơm điện, quạt, ti vi, máy tính, các em không tự ý tháo lắp, không chạm tay ướt vào ổ điện, không bật thiết bị quá lâu và cần hỏi người lớn khi chưa biết cách dùng. Biết dùng đồ dùng an toàn là biết bảo vệ bản thân, tiết kiệm điện và giữ gìn tài sản của gia đình.</w:t>
            </w:r>
          </w:p>
        </w:tc>
        <w:tc>
          <w:tcPr>
            <w:tcW w:w="5103" w:type="dxa"/>
            <w:tcBorders>
              <w:bottom w:val="single" w:sz="8" w:space="0" w:color="777777"/>
            </w:tcBorders>
            <w:tcMar>
              <w:top w:w="80" w:type="dxa"/>
              <w:left w:w="80" w:type="dxa"/>
              <w:bottom w:w="80" w:type="dxa"/>
              <w:right w:w="80" w:type="dxa"/>
            </w:tcMar>
          </w:tcPr>
          <w:p w14:paraId="56005A27" w14:textId="77777777" w:rsidR="00EF1B0D" w:rsidRDefault="00634453" w:rsidP="0085497A">
            <w:pPr>
              <w:shd w:val="clear" w:color="auto" w:fill="FFFFFF" w:themeFill="background1"/>
              <w:jc w:val="both"/>
            </w:pPr>
            <w:r>
              <w:t>- HS lắng nghe; nêu một việc sẽ thực hiện: tắt quạt khi ra khỏi phòng, không nghịch ổ điện, nhờ người lớn cắm/rút phích điện.</w:t>
            </w:r>
          </w:p>
        </w:tc>
      </w:tr>
      <w:tr w:rsidR="00EF1B0D" w14:paraId="768324E4"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2552DA08" w14:textId="77777777" w:rsidR="00EF1B0D" w:rsidRDefault="00634453" w:rsidP="0085497A">
            <w:pPr>
              <w:shd w:val="clear" w:color="auto" w:fill="FFFFFF" w:themeFill="background1"/>
            </w:pPr>
            <w:r>
              <w:rPr>
                <w:b/>
              </w:rPr>
              <w:t>TIẾT 6</w:t>
            </w:r>
          </w:p>
        </w:tc>
      </w:tr>
      <w:tr w:rsidR="00EF1B0D" w14:paraId="695A773F"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202B43AE" w14:textId="77777777" w:rsidR="00EF1B0D" w:rsidRDefault="00634453" w:rsidP="0085497A">
            <w:pPr>
              <w:shd w:val="clear" w:color="auto" w:fill="FFFFFF" w:themeFill="background1"/>
            </w:pPr>
            <w:r>
              <w:rPr>
                <w:b/>
              </w:rPr>
              <w:t>1. KHỞI ĐỘNG (3 phút)</w:t>
            </w:r>
          </w:p>
          <w:p w14:paraId="36D01FA3" w14:textId="77777777" w:rsidR="00EF1B0D" w:rsidRDefault="00634453" w:rsidP="0085497A">
            <w:pPr>
              <w:shd w:val="clear" w:color="auto" w:fill="FFFFFF" w:themeFill="background1"/>
            </w:pPr>
            <w:r>
              <w:rPr>
                <w:b/>
              </w:rPr>
              <w:t>Mục tiêu: HS kết nối nội dung viết đoạn với hoạt động đọc mở rộng về đồ dùng trong gia đình.</w:t>
            </w:r>
          </w:p>
        </w:tc>
      </w:tr>
      <w:tr w:rsidR="00EF1B0D" w14:paraId="56843AFA" w14:textId="77777777" w:rsidTr="00AB2150">
        <w:trPr>
          <w:jc w:val="center"/>
        </w:trPr>
        <w:tc>
          <w:tcPr>
            <w:tcW w:w="5103" w:type="dxa"/>
            <w:tcBorders>
              <w:top w:val="single" w:sz="8" w:space="0" w:color="777777"/>
              <w:bottom w:val="single" w:sz="8" w:space="0" w:color="777777"/>
            </w:tcBorders>
            <w:tcMar>
              <w:top w:w="80" w:type="dxa"/>
              <w:left w:w="80" w:type="dxa"/>
              <w:bottom w:w="80" w:type="dxa"/>
              <w:right w:w="80" w:type="dxa"/>
            </w:tcMar>
          </w:tcPr>
          <w:p w14:paraId="4E9D8D38" w14:textId="77777777" w:rsidR="00EF1B0D" w:rsidRDefault="00634453" w:rsidP="0085497A">
            <w:pPr>
              <w:shd w:val="clear" w:color="auto" w:fill="FFFFFF" w:themeFill="background1"/>
              <w:jc w:val="both"/>
            </w:pPr>
            <w:r>
              <w:t>- GV hỏi: Ở nhà, em đã từng thấy bản hướng dẫn sử dụng của đồ dùng nào? Em nhìn thấy những thông tin gì trên đó?</w:t>
            </w:r>
          </w:p>
        </w:tc>
        <w:tc>
          <w:tcPr>
            <w:tcW w:w="5103" w:type="dxa"/>
            <w:tcBorders>
              <w:top w:val="single" w:sz="8" w:space="0" w:color="777777"/>
              <w:bottom w:val="single" w:sz="8" w:space="0" w:color="777777"/>
            </w:tcBorders>
            <w:tcMar>
              <w:top w:w="80" w:type="dxa"/>
              <w:left w:w="80" w:type="dxa"/>
              <w:bottom w:w="80" w:type="dxa"/>
              <w:right w:w="80" w:type="dxa"/>
            </w:tcMar>
          </w:tcPr>
          <w:p w14:paraId="0D3F7550" w14:textId="77777777" w:rsidR="00EF1B0D" w:rsidRDefault="00634453" w:rsidP="0085497A">
            <w:pPr>
              <w:shd w:val="clear" w:color="auto" w:fill="FFFFFF" w:themeFill="background1"/>
              <w:jc w:val="both"/>
            </w:pPr>
            <w:r>
              <w:t>- HS nêu: hướng dẫn sử dụng nồi cơm điện, ti vi, máy giặt, điện thoại; có hình ảnh, nút bật/tắt, cách dùng, lưu ý an toàn.</w:t>
            </w:r>
          </w:p>
        </w:tc>
      </w:tr>
      <w:tr w:rsidR="00EF1B0D" w14:paraId="39C37CD8"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29D77C83" w14:textId="77777777" w:rsidR="00EF1B0D" w:rsidRDefault="00634453" w:rsidP="0085497A">
            <w:pPr>
              <w:shd w:val="clear" w:color="auto" w:fill="FFFFFF" w:themeFill="background1"/>
            </w:pPr>
            <w:r>
              <w:rPr>
                <w:b/>
              </w:rPr>
              <w:t>2. KHÁM PHÁ KIẾN THỨC (8 phút)</w:t>
            </w:r>
          </w:p>
          <w:p w14:paraId="4AD07273" w14:textId="77777777" w:rsidR="00EF1B0D" w:rsidRDefault="00634453" w:rsidP="0085497A">
            <w:pPr>
              <w:shd w:val="clear" w:color="auto" w:fill="FFFFFF" w:themeFill="background1"/>
            </w:pPr>
            <w:r>
              <w:rPr>
                <w:b/>
              </w:rPr>
              <w:t>Mục tiêu: HS biết tìm đọc sách, báo hoặc bản hướng dẫn sử dụng một đồ dùng trong gia đình.</w:t>
            </w:r>
          </w:p>
        </w:tc>
      </w:tr>
      <w:tr w:rsidR="00EF1B0D" w14:paraId="12B118F7" w14:textId="77777777" w:rsidTr="00AB2150">
        <w:trPr>
          <w:jc w:val="center"/>
        </w:trPr>
        <w:tc>
          <w:tcPr>
            <w:tcW w:w="5103" w:type="dxa"/>
            <w:tcBorders>
              <w:top w:val="single" w:sz="8" w:space="0" w:color="777777"/>
            </w:tcBorders>
            <w:tcMar>
              <w:top w:w="80" w:type="dxa"/>
              <w:left w:w="80" w:type="dxa"/>
              <w:bottom w:w="80" w:type="dxa"/>
              <w:right w:w="80" w:type="dxa"/>
            </w:tcMar>
          </w:tcPr>
          <w:p w14:paraId="1B9946DC" w14:textId="77777777" w:rsidR="00EF1B0D" w:rsidRDefault="00634453" w:rsidP="0085497A">
            <w:pPr>
              <w:shd w:val="clear" w:color="auto" w:fill="FFFFFF" w:themeFill="background1"/>
              <w:jc w:val="both"/>
            </w:pPr>
            <w:r>
              <w:t>Đọc mở rộng.</w:t>
            </w:r>
          </w:p>
          <w:p w14:paraId="624017F9" w14:textId="77777777" w:rsidR="00EF1B0D" w:rsidRDefault="00634453" w:rsidP="0085497A">
            <w:pPr>
              <w:shd w:val="clear" w:color="auto" w:fill="FFFFFF" w:themeFill="background1"/>
              <w:jc w:val="both"/>
            </w:pPr>
            <w:r>
              <w:t>Bài tập 1. Tìm đọc sách, báo hoặc bản hướng dẫn sử dụng một đồ dùng trong gia đình (ti vi, máy tính, điện thoại,...).</w:t>
            </w:r>
          </w:p>
          <w:p w14:paraId="4FE4922F" w14:textId="77777777" w:rsidR="00EF1B0D" w:rsidRDefault="00634453" w:rsidP="0085497A">
            <w:pPr>
              <w:shd w:val="clear" w:color="auto" w:fill="FFFFFF" w:themeFill="background1"/>
              <w:jc w:val="both"/>
            </w:pPr>
            <w:r>
              <w:t>- GV giới thiệu hình bản hướng dẫn nồi cơm điện trong SGK; yêu cầu HS quan sát các chú thích: nấu cơm, nấu cháo, bật/tắt, giữ ấm.</w:t>
            </w:r>
          </w:p>
          <w:p w14:paraId="0EC8F00A" w14:textId="1A76926E" w:rsidR="00EF1B0D" w:rsidRDefault="00EF1B0D" w:rsidP="0085497A">
            <w:pPr>
              <w:shd w:val="clear" w:color="auto" w:fill="FFFFFF" w:themeFill="background1"/>
              <w:jc w:val="center"/>
            </w:pPr>
          </w:p>
        </w:tc>
        <w:tc>
          <w:tcPr>
            <w:tcW w:w="5103" w:type="dxa"/>
            <w:tcBorders>
              <w:top w:val="single" w:sz="8" w:space="0" w:color="777777"/>
            </w:tcBorders>
            <w:tcMar>
              <w:top w:w="80" w:type="dxa"/>
              <w:left w:w="80" w:type="dxa"/>
              <w:bottom w:w="80" w:type="dxa"/>
              <w:right w:w="80" w:type="dxa"/>
            </w:tcMar>
          </w:tcPr>
          <w:p w14:paraId="4DAD76BD" w14:textId="77777777" w:rsidR="00EF1B0D" w:rsidRDefault="00634453" w:rsidP="0085497A">
            <w:pPr>
              <w:shd w:val="clear" w:color="auto" w:fill="FFFFFF" w:themeFill="background1"/>
              <w:jc w:val="both"/>
            </w:pPr>
            <w:r>
              <w:t>- HS quan sát hình; nhận biết bản hướng dẫn thường có tên bộ phận, nút bấm và cách sử dụng.</w:t>
            </w:r>
          </w:p>
        </w:tc>
      </w:tr>
      <w:tr w:rsidR="00EF1B0D" w14:paraId="27DEE73C" w14:textId="77777777" w:rsidTr="00AB2150">
        <w:trPr>
          <w:jc w:val="center"/>
        </w:trPr>
        <w:tc>
          <w:tcPr>
            <w:tcW w:w="5103" w:type="dxa"/>
            <w:tcBorders>
              <w:bottom w:val="single" w:sz="8" w:space="0" w:color="777777"/>
            </w:tcBorders>
            <w:tcMar>
              <w:top w:w="80" w:type="dxa"/>
              <w:left w:w="80" w:type="dxa"/>
              <w:bottom w:w="80" w:type="dxa"/>
              <w:right w:w="80" w:type="dxa"/>
            </w:tcMar>
          </w:tcPr>
          <w:p w14:paraId="2F176937" w14:textId="77777777" w:rsidR="00EF1B0D" w:rsidRDefault="00634453" w:rsidP="0085497A">
            <w:pPr>
              <w:shd w:val="clear" w:color="auto" w:fill="FFFFFF" w:themeFill="background1"/>
              <w:jc w:val="both"/>
            </w:pPr>
            <w:r>
              <w:t>- GV hướng dẫn HS đọc bản hướng dẫn theo thứ tự: tên đồ dùng, các nút/bộ phận, cách sử dụng cơ bản, điều cần chú ý để an toàn.</w:t>
            </w:r>
          </w:p>
        </w:tc>
        <w:tc>
          <w:tcPr>
            <w:tcW w:w="5103" w:type="dxa"/>
            <w:tcBorders>
              <w:bottom w:val="single" w:sz="8" w:space="0" w:color="777777"/>
            </w:tcBorders>
            <w:tcMar>
              <w:top w:w="80" w:type="dxa"/>
              <w:left w:w="80" w:type="dxa"/>
              <w:bottom w:w="80" w:type="dxa"/>
              <w:right w:w="80" w:type="dxa"/>
            </w:tcMar>
          </w:tcPr>
          <w:p w14:paraId="302C2046" w14:textId="77777777" w:rsidR="00EF1B0D" w:rsidRDefault="00634453" w:rsidP="0085497A">
            <w:pPr>
              <w:shd w:val="clear" w:color="auto" w:fill="FFFFFF" w:themeFill="background1"/>
              <w:jc w:val="both"/>
            </w:pPr>
            <w:r>
              <w:t>- HS lắng nghe, nêu lại các bước đọc bản hướng dẫn.</w:t>
            </w:r>
          </w:p>
        </w:tc>
      </w:tr>
      <w:tr w:rsidR="00EF1B0D" w14:paraId="16C9EC8F"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2D59BF6A" w14:textId="77777777" w:rsidR="00EF1B0D" w:rsidRDefault="00634453" w:rsidP="0085497A">
            <w:pPr>
              <w:shd w:val="clear" w:color="auto" w:fill="FFFFFF" w:themeFill="background1"/>
            </w:pPr>
            <w:r>
              <w:rPr>
                <w:b/>
              </w:rPr>
              <w:t>3. LUYỆN TẬP - THỰC HÀNH (17 phút)</w:t>
            </w:r>
          </w:p>
          <w:p w14:paraId="67111E72" w14:textId="77777777" w:rsidR="00EF1B0D" w:rsidRDefault="00634453" w:rsidP="0085497A">
            <w:pPr>
              <w:shd w:val="clear" w:color="auto" w:fill="FFFFFF" w:themeFill="background1"/>
            </w:pPr>
            <w:r>
              <w:rPr>
                <w:b/>
              </w:rPr>
              <w:t>Mục tiêu: HS trao đổi được với bạn một số điều mới đọc được; biết trình bày ngắn gọn, rõ ràng.</w:t>
            </w:r>
          </w:p>
        </w:tc>
      </w:tr>
      <w:tr w:rsidR="00EF1B0D" w14:paraId="5DEE3385" w14:textId="77777777" w:rsidTr="00AB2150">
        <w:trPr>
          <w:jc w:val="center"/>
        </w:trPr>
        <w:tc>
          <w:tcPr>
            <w:tcW w:w="5103" w:type="dxa"/>
            <w:tcBorders>
              <w:top w:val="single" w:sz="8" w:space="0" w:color="777777"/>
            </w:tcBorders>
            <w:tcMar>
              <w:top w:w="80" w:type="dxa"/>
              <w:left w:w="80" w:type="dxa"/>
              <w:bottom w:w="80" w:type="dxa"/>
              <w:right w:w="80" w:type="dxa"/>
            </w:tcMar>
          </w:tcPr>
          <w:p w14:paraId="5B84E810" w14:textId="77777777" w:rsidR="00EF1B0D" w:rsidRDefault="00634453" w:rsidP="0085497A">
            <w:pPr>
              <w:shd w:val="clear" w:color="auto" w:fill="FFFFFF" w:themeFill="background1"/>
              <w:jc w:val="both"/>
            </w:pPr>
            <w:r>
              <w:t>Bài tập 2. Trao đổi với các bạn một số điều em mới đọc được.</w:t>
            </w:r>
          </w:p>
          <w:p w14:paraId="14C79DE8" w14:textId="77777777" w:rsidR="00EF1B0D" w:rsidRDefault="00634453" w:rsidP="0085497A">
            <w:pPr>
              <w:shd w:val="clear" w:color="auto" w:fill="FFFFFF" w:themeFill="background1"/>
              <w:jc w:val="both"/>
            </w:pPr>
            <w:r>
              <w:t>- GV tổ chức nhóm 4; mỗi HS chia sẻ một điều đã biết về đồ dùng hoặc bản hướng dẫn đã đọc.</w:t>
            </w:r>
          </w:p>
        </w:tc>
        <w:tc>
          <w:tcPr>
            <w:tcW w:w="5103" w:type="dxa"/>
            <w:tcBorders>
              <w:top w:val="single" w:sz="8" w:space="0" w:color="777777"/>
            </w:tcBorders>
            <w:tcMar>
              <w:top w:w="80" w:type="dxa"/>
              <w:left w:w="80" w:type="dxa"/>
              <w:bottom w:w="80" w:type="dxa"/>
              <w:right w:w="80" w:type="dxa"/>
            </w:tcMar>
          </w:tcPr>
          <w:p w14:paraId="49019CEE" w14:textId="77777777" w:rsidR="00EF1B0D" w:rsidRDefault="00634453" w:rsidP="0085497A">
            <w:pPr>
              <w:shd w:val="clear" w:color="auto" w:fill="FFFFFF" w:themeFill="background1"/>
              <w:jc w:val="both"/>
            </w:pPr>
            <w:r>
              <w:t>- HS chia sẻ trong nhóm: tên đồ dùng, công dụng, cách sử dụng, một lưu ý an toàn.</w:t>
            </w:r>
          </w:p>
        </w:tc>
      </w:tr>
      <w:tr w:rsidR="00EF1B0D" w14:paraId="3AD8CDD3" w14:textId="77777777" w:rsidTr="00AB2150">
        <w:trPr>
          <w:jc w:val="center"/>
        </w:trPr>
        <w:tc>
          <w:tcPr>
            <w:tcW w:w="5103" w:type="dxa"/>
            <w:tcMar>
              <w:top w:w="80" w:type="dxa"/>
              <w:left w:w="80" w:type="dxa"/>
              <w:bottom w:w="80" w:type="dxa"/>
              <w:right w:w="80" w:type="dxa"/>
            </w:tcMar>
          </w:tcPr>
          <w:p w14:paraId="163B6616" w14:textId="77777777" w:rsidR="00EF1B0D" w:rsidRDefault="00634453" w:rsidP="0085497A">
            <w:pPr>
              <w:shd w:val="clear" w:color="auto" w:fill="FFFFFF" w:themeFill="background1"/>
              <w:jc w:val="both"/>
            </w:pPr>
            <w:r>
              <w:t>- GV gợi ý mẫu nói: “Em đọc bản hướng dẫn sử dụng nồi cơm điện. Em biết nút ‘Bật/Tắt’ dùng để bắt đầu hoặc dừng nấu. Khi nồi đang nóng, em không tự ý mở nắp hoặc chạm tay vào hơi nóng.”</w:t>
            </w:r>
          </w:p>
        </w:tc>
        <w:tc>
          <w:tcPr>
            <w:tcW w:w="5103" w:type="dxa"/>
            <w:tcMar>
              <w:top w:w="80" w:type="dxa"/>
              <w:left w:w="80" w:type="dxa"/>
              <w:bottom w:w="80" w:type="dxa"/>
              <w:right w:w="80" w:type="dxa"/>
            </w:tcMar>
          </w:tcPr>
          <w:p w14:paraId="7FC81BA0" w14:textId="77777777" w:rsidR="00EF1B0D" w:rsidRDefault="00634453" w:rsidP="0085497A">
            <w:pPr>
              <w:shd w:val="clear" w:color="auto" w:fill="FFFFFF" w:themeFill="background1"/>
              <w:jc w:val="both"/>
            </w:pPr>
            <w:r>
              <w:t>- HS luyện nói theo mẫu, sau đó nói bằng lời của mình.</w:t>
            </w:r>
          </w:p>
        </w:tc>
      </w:tr>
      <w:tr w:rsidR="00EF1B0D" w14:paraId="6E18004C" w14:textId="77777777" w:rsidTr="00AB2150">
        <w:trPr>
          <w:jc w:val="center"/>
        </w:trPr>
        <w:tc>
          <w:tcPr>
            <w:tcW w:w="5103" w:type="dxa"/>
            <w:tcBorders>
              <w:bottom w:val="single" w:sz="8" w:space="0" w:color="777777"/>
            </w:tcBorders>
            <w:tcMar>
              <w:top w:w="80" w:type="dxa"/>
              <w:left w:w="80" w:type="dxa"/>
              <w:bottom w:w="80" w:type="dxa"/>
              <w:right w:w="80" w:type="dxa"/>
            </w:tcMar>
          </w:tcPr>
          <w:p w14:paraId="2A5CE581" w14:textId="77777777" w:rsidR="00EF1B0D" w:rsidRDefault="00634453" w:rsidP="0085497A">
            <w:pPr>
              <w:shd w:val="clear" w:color="auto" w:fill="FFFFFF" w:themeFill="background1"/>
              <w:jc w:val="both"/>
            </w:pPr>
            <w:r>
              <w:lastRenderedPageBreak/>
              <w:t>- GV mời một số HS trình bày trước lớp; nhận xét về nội dung, giọng nói, cách dùng từ.</w:t>
            </w:r>
          </w:p>
        </w:tc>
        <w:tc>
          <w:tcPr>
            <w:tcW w:w="5103" w:type="dxa"/>
            <w:tcBorders>
              <w:bottom w:val="single" w:sz="8" w:space="0" w:color="777777"/>
            </w:tcBorders>
            <w:tcMar>
              <w:top w:w="80" w:type="dxa"/>
              <w:left w:w="80" w:type="dxa"/>
              <w:bottom w:w="80" w:type="dxa"/>
              <w:right w:w="80" w:type="dxa"/>
            </w:tcMar>
          </w:tcPr>
          <w:p w14:paraId="48DD5523" w14:textId="77777777" w:rsidR="00EF1B0D" w:rsidRDefault="00634453" w:rsidP="0085497A">
            <w:pPr>
              <w:shd w:val="clear" w:color="auto" w:fill="FFFFFF" w:themeFill="background1"/>
              <w:jc w:val="both"/>
            </w:pPr>
            <w:r>
              <w:t>- HS trình bày; lớp lắng nghe, đặt câu hỏi hoặc bổ sung.</w:t>
            </w:r>
          </w:p>
        </w:tc>
      </w:tr>
      <w:tr w:rsidR="00EF1B0D" w14:paraId="387A3DA0" w14:textId="77777777" w:rsidTr="00AB2150">
        <w:trPr>
          <w:jc w:val="center"/>
        </w:trPr>
        <w:tc>
          <w:tcPr>
            <w:tcW w:w="10546" w:type="dxa"/>
            <w:gridSpan w:val="2"/>
            <w:tcBorders>
              <w:top w:val="single" w:sz="8" w:space="0" w:color="777777"/>
              <w:bottom w:val="single" w:sz="8" w:space="0" w:color="777777"/>
            </w:tcBorders>
            <w:shd w:val="clear" w:color="auto" w:fill="E2F0D9"/>
            <w:tcMar>
              <w:top w:w="80" w:type="dxa"/>
              <w:left w:w="80" w:type="dxa"/>
              <w:bottom w:w="80" w:type="dxa"/>
              <w:right w:w="80" w:type="dxa"/>
            </w:tcMar>
          </w:tcPr>
          <w:p w14:paraId="29D0429F" w14:textId="77777777" w:rsidR="00EF1B0D" w:rsidRDefault="00634453" w:rsidP="0085497A">
            <w:pPr>
              <w:shd w:val="clear" w:color="auto" w:fill="FFFFFF" w:themeFill="background1"/>
            </w:pPr>
            <w:r>
              <w:rPr>
                <w:b/>
              </w:rPr>
              <w:t>4. VẬN DỤNG (7 phút)</w:t>
            </w:r>
          </w:p>
          <w:p w14:paraId="35988D87" w14:textId="77777777" w:rsidR="00EF1B0D" w:rsidRDefault="00634453" w:rsidP="0085497A">
            <w:pPr>
              <w:shd w:val="clear" w:color="auto" w:fill="FFFFFF" w:themeFill="background1"/>
            </w:pPr>
            <w:r>
              <w:rPr>
                <w:b/>
              </w:rPr>
              <w:t>Mục tiêu: HS biết vận dụng việc đọc hướng dẫn sử dụng vào thực tế gia đình; biết dùng AI/công cụ số có trách nhiệm khi cần tìm hiểu thông tin.</w:t>
            </w:r>
          </w:p>
        </w:tc>
      </w:tr>
      <w:tr w:rsidR="00EF1B0D" w14:paraId="7AFF5503" w14:textId="77777777" w:rsidTr="00AB2150">
        <w:trPr>
          <w:jc w:val="center"/>
        </w:trPr>
        <w:tc>
          <w:tcPr>
            <w:tcW w:w="5103" w:type="dxa"/>
            <w:tcBorders>
              <w:top w:val="single" w:sz="8" w:space="0" w:color="777777"/>
            </w:tcBorders>
            <w:tcMar>
              <w:top w:w="80" w:type="dxa"/>
              <w:left w:w="80" w:type="dxa"/>
              <w:bottom w:w="80" w:type="dxa"/>
              <w:right w:w="80" w:type="dxa"/>
            </w:tcMar>
          </w:tcPr>
          <w:p w14:paraId="449AE4D6" w14:textId="77777777" w:rsidR="00EF1B0D" w:rsidRDefault="00634453" w:rsidP="0085497A">
            <w:pPr>
              <w:shd w:val="clear" w:color="auto" w:fill="FFFFFF" w:themeFill="background1"/>
              <w:jc w:val="both"/>
            </w:pPr>
            <w:r>
              <w:t>- Nếu em chưa hiểu cách dùng một đồ vật trong gia đình, em sẽ làm gì trước khi sử dụng?</w:t>
            </w:r>
          </w:p>
        </w:tc>
        <w:tc>
          <w:tcPr>
            <w:tcW w:w="5103" w:type="dxa"/>
            <w:tcBorders>
              <w:top w:val="single" w:sz="8" w:space="0" w:color="777777"/>
            </w:tcBorders>
            <w:tcMar>
              <w:top w:w="80" w:type="dxa"/>
              <w:left w:w="80" w:type="dxa"/>
              <w:bottom w:w="80" w:type="dxa"/>
              <w:right w:w="80" w:type="dxa"/>
            </w:tcMar>
          </w:tcPr>
          <w:p w14:paraId="0549CB0D" w14:textId="77777777" w:rsidR="00EF1B0D" w:rsidRDefault="00634453" w:rsidP="0085497A">
            <w:pPr>
              <w:shd w:val="clear" w:color="auto" w:fill="FFFFFF" w:themeFill="background1"/>
              <w:jc w:val="both"/>
            </w:pPr>
            <w:r>
              <w:t>- HS nêu: đọc bản hướng dẫn, hỏi bố mẹ/người lớn, không tự ý dùng khi chưa biết.</w:t>
            </w:r>
          </w:p>
        </w:tc>
      </w:tr>
      <w:tr w:rsidR="00EF1B0D" w14:paraId="48E5218A" w14:textId="77777777" w:rsidTr="00AB2150">
        <w:trPr>
          <w:jc w:val="center"/>
        </w:trPr>
        <w:tc>
          <w:tcPr>
            <w:tcW w:w="5103" w:type="dxa"/>
            <w:tcMar>
              <w:top w:w="80" w:type="dxa"/>
              <w:left w:w="80" w:type="dxa"/>
              <w:bottom w:w="80" w:type="dxa"/>
              <w:right w:w="80" w:type="dxa"/>
            </w:tcMar>
          </w:tcPr>
          <w:p w14:paraId="306D4323" w14:textId="77777777" w:rsidR="00EF1B0D" w:rsidRDefault="00634453" w:rsidP="0085497A">
            <w:pPr>
              <w:shd w:val="clear" w:color="auto" w:fill="FFFFFF" w:themeFill="background1"/>
              <w:jc w:val="both"/>
            </w:pPr>
            <w:r>
              <w:rPr>
                <w:color w:val="C00000"/>
              </w:rPr>
              <w:t>- Tích hợp AI - YCCĐ 2.A3.2: GV diễn giải: Khi cần tìm hiểu công dụng hoặc cách bảo quản một đồ dùng, người lớn có thể dùng công cụ AI hoặc tra cứu trên mạng để có gợi ý. Tuy nhiên, với học sinh lớp 2, các em chỉ thực hiện khi có người lớn bên cạnh; không tự ý hỏi về thông tin riêng của gia đình, không làm theo hướng dẫn liên quan đến điện, nhiệt, dao kéo hoặc thiết bị nguy hiểm nếu chưa có người lớn kiểm tra. Các em cần nhớ: AI có thể gợi ý, nhưng an toàn của mình luôn phải được người lớn hướng dẫn và xác nhận.</w:t>
            </w:r>
          </w:p>
        </w:tc>
        <w:tc>
          <w:tcPr>
            <w:tcW w:w="5103" w:type="dxa"/>
            <w:tcMar>
              <w:top w:w="80" w:type="dxa"/>
              <w:left w:w="80" w:type="dxa"/>
              <w:bottom w:w="80" w:type="dxa"/>
              <w:right w:w="80" w:type="dxa"/>
            </w:tcMar>
          </w:tcPr>
          <w:p w14:paraId="6AB550AE" w14:textId="77777777" w:rsidR="00EF1B0D" w:rsidRDefault="00634453" w:rsidP="0085497A">
            <w:pPr>
              <w:shd w:val="clear" w:color="auto" w:fill="FFFFFF" w:themeFill="background1"/>
              <w:jc w:val="both"/>
            </w:pPr>
            <w:r>
              <w:t>- HS lắng nghe; nhắc lại: hỏi người lớn trước khi dùng đồ dùng lạ; không tự làm theo hướng dẫn trên mạng/AI khi việc đó có thể nguy hiểm.</w:t>
            </w:r>
          </w:p>
        </w:tc>
      </w:tr>
      <w:tr w:rsidR="00EF1B0D" w14:paraId="1C3BE79B" w14:textId="77777777" w:rsidTr="00AB2150">
        <w:trPr>
          <w:jc w:val="center"/>
        </w:trPr>
        <w:tc>
          <w:tcPr>
            <w:tcW w:w="5103" w:type="dxa"/>
            <w:tcMar>
              <w:top w:w="80" w:type="dxa"/>
              <w:left w:w="80" w:type="dxa"/>
              <w:bottom w:w="80" w:type="dxa"/>
              <w:right w:w="80" w:type="dxa"/>
            </w:tcMar>
          </w:tcPr>
          <w:p w14:paraId="19448E6A" w14:textId="77777777" w:rsidR="00EF1B0D" w:rsidRDefault="00634453" w:rsidP="0085497A">
            <w:pPr>
              <w:shd w:val="clear" w:color="auto" w:fill="FFFFFF" w:themeFill="background1"/>
              <w:jc w:val="both"/>
            </w:pPr>
            <w:r>
              <w:t>- GV dặn HS về nhà tìm một bản hướng dẫn sử dụng đồ dùng đơn giản, đọc cùng người thân và chuẩn bị chia sẻ ở tiết sau.</w:t>
            </w:r>
          </w:p>
        </w:tc>
        <w:tc>
          <w:tcPr>
            <w:tcW w:w="5103" w:type="dxa"/>
            <w:tcMar>
              <w:top w:w="80" w:type="dxa"/>
              <w:left w:w="80" w:type="dxa"/>
              <w:bottom w:w="80" w:type="dxa"/>
              <w:right w:w="80" w:type="dxa"/>
            </w:tcMar>
          </w:tcPr>
          <w:p w14:paraId="761845D5" w14:textId="77777777" w:rsidR="00EF1B0D" w:rsidRDefault="00634453" w:rsidP="0085497A">
            <w:pPr>
              <w:shd w:val="clear" w:color="auto" w:fill="FFFFFF" w:themeFill="background1"/>
              <w:jc w:val="both"/>
            </w:pPr>
            <w:r>
              <w:t>- HS ghi nhớ nhiệm vụ.</w:t>
            </w:r>
          </w:p>
        </w:tc>
      </w:tr>
    </w:tbl>
    <w:p w14:paraId="4130D616" w14:textId="77777777" w:rsidR="00EF1B0D" w:rsidRDefault="00634453" w:rsidP="0085497A">
      <w:pPr>
        <w:shd w:val="clear" w:color="auto" w:fill="FFFFFF" w:themeFill="background1"/>
      </w:pPr>
      <w:r>
        <w:rPr>
          <w:b/>
        </w:rPr>
        <w:t>IV. ĐIỀU CHỈNH SAU TIẾT HỌC (NẾU CÓ)</w:t>
      </w:r>
    </w:p>
    <w:sectPr w:rsidR="00EF1B0D" w:rsidSect="00034616">
      <w:pgSz w:w="11906" w:h="16838"/>
      <w:pgMar w:top="680" w:right="680" w:bottom="68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38441624">
    <w:abstractNumId w:val="8"/>
  </w:num>
  <w:num w:numId="2" w16cid:durableId="1388839438">
    <w:abstractNumId w:val="6"/>
  </w:num>
  <w:num w:numId="3" w16cid:durableId="576592617">
    <w:abstractNumId w:val="5"/>
  </w:num>
  <w:num w:numId="4" w16cid:durableId="1724019333">
    <w:abstractNumId w:val="4"/>
  </w:num>
  <w:num w:numId="5" w16cid:durableId="377050690">
    <w:abstractNumId w:val="7"/>
  </w:num>
  <w:num w:numId="6" w16cid:durableId="857741487">
    <w:abstractNumId w:val="3"/>
  </w:num>
  <w:num w:numId="7" w16cid:durableId="1699118205">
    <w:abstractNumId w:val="2"/>
  </w:num>
  <w:num w:numId="8" w16cid:durableId="1376077815">
    <w:abstractNumId w:val="1"/>
  </w:num>
  <w:num w:numId="9" w16cid:durableId="1394044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0A5B"/>
    <w:rsid w:val="0015074B"/>
    <w:rsid w:val="0029639D"/>
    <w:rsid w:val="00326F90"/>
    <w:rsid w:val="00634453"/>
    <w:rsid w:val="0085497A"/>
    <w:rsid w:val="00AA1D8D"/>
    <w:rsid w:val="00AA621C"/>
    <w:rsid w:val="00AB2150"/>
    <w:rsid w:val="00B47730"/>
    <w:rsid w:val="00CB0664"/>
    <w:rsid w:val="00EF1B0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0A9D63"/>
  <w14:defaultImageDpi w14:val="300"/>
  <w15:docId w15:val="{96EADAC8-DB50-49F5-879A-5C453575A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10ABA-2F53-4CBB-8A3D-2E3915FB9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6767</Words>
  <Characters>38573</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45250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4</cp:revision>
  <dcterms:created xsi:type="dcterms:W3CDTF">2026-06-08T10:12:00Z</dcterms:created>
  <dcterms:modified xsi:type="dcterms:W3CDTF">2026-08-17T15:09:00Z</dcterms:modified>
  <cp:category/>
</cp:coreProperties>
</file>