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THERANUR: JOURNAL OF PHYSIOTHERAPY AND NURSING</w:t>
      </w:r>
    </w:p>
    <w:p>
      <w:pPr>
        <w:jc w:val="center"/>
      </w:pPr>
      <w:r>
        <w:rPr>
          <w:rFonts w:ascii="Times New Roman" w:hAnsi="Times New Roman"/>
          <w:b/>
          <w:sz w:val="24"/>
        </w:rPr>
        <w:t>MANUSCRIPT TEMPLATE</w:t>
      </w:r>
    </w:p>
    <w:p>
      <w:pPr>
        <w:jc w:val="center"/>
      </w:pPr>
      <w:r>
        <w:rPr>
          <w:rFonts w:ascii="Times New Roman" w:hAnsi="Times New Roman"/>
          <w:b/>
          <w:sz w:val="24"/>
        </w:rPr>
        <w:t>ORIGINAL RESEARCH ARTICLE</w:t>
      </w:r>
    </w:p>
    <w:p>
      <w:pPr>
        <w:jc w:val="center"/>
      </w:pPr>
      <w:r>
        <w:rPr>
          <w:rFonts w:ascii="Times New Roman" w:hAnsi="Times New Roman"/>
          <w:b/>
          <w:sz w:val="28"/>
        </w:rPr>
        <w:t>[MANUSCRIPT TITLE IN CAPITALIZE EACH WORD, CONCISE, CLEAR, AND INFORMATIVE]</w:t>
      </w:r>
    </w:p>
    <w:p>
      <w:pPr>
        <w:pStyle w:val="SmallInstruction"/>
        <w:jc w:val="center"/>
      </w:pPr>
      <w:r>
        <w:t>Write a concise and informative title. Avoid uncommon abbreviations. The title should reflect the content of the article.</w:t>
      </w:r>
    </w:p>
    <w:p>
      <w:pPr>
        <w:jc w:val="center"/>
      </w:pPr>
      <w:r>
        <w:rPr>
          <w:rFonts w:ascii="Times New Roman" w:hAnsi="Times New Roman"/>
          <w:sz w:val="24"/>
        </w:rPr>
        <w:t>[First Author Name]1, [Second Author Name]2, [Third Author Name]3</w:t>
      </w:r>
    </w:p>
    <w:p>
      <w:pPr>
        <w:jc w:val="center"/>
      </w:pPr>
      <w:r>
        <w:rPr>
          <w:rFonts w:ascii="Times New Roman" w:hAnsi="Times New Roman"/>
          <w:sz w:val="22"/>
        </w:rPr>
        <w:t>1 [Department/Study Program], [Institution], [City], [Country]</w:t>
        <w:br/>
      </w:r>
      <w:r>
        <w:rPr>
          <w:rFonts w:ascii="Times New Roman" w:hAnsi="Times New Roman"/>
          <w:sz w:val="22"/>
        </w:rPr>
        <w:t>2 [Department/Study Program], [Institution], [City], [Country]</w:t>
        <w:br/>
      </w:r>
      <w:r>
        <w:rPr>
          <w:rFonts w:ascii="Times New Roman" w:hAnsi="Times New Roman"/>
          <w:sz w:val="22"/>
        </w:rPr>
        <w:t>Corresponding author: [Name], Email: [email@example.com]</w:t>
        <w:br/>
      </w:r>
      <w:r>
        <w:rPr>
          <w:rFonts w:ascii="Times New Roman" w:hAnsi="Times New Roman"/>
          <w:sz w:val="22"/>
        </w:rPr>
        <w:t>Article Type: Original Research Article</w:t>
      </w:r>
    </w:p>
    <w:p>
      <w:pPr>
        <w:pStyle w:val="Heading1"/>
      </w:pPr>
      <w:r>
        <w:t>ABSTRACT IN INDONESIAN</w:t>
      </w:r>
    </w:p>
    <w:p>
      <w:pPr>
        <w:pStyle w:val="SmallInstruction"/>
      </w:pPr>
      <w:r>
        <w:t>Write the abstract in Indonesian. Recommended length: 150-250 words. Include background, objective, methods, main findings, and conclusion.</w:t>
      </w:r>
    </w:p>
    <w:p>
      <w:pPr>
        <w:pStyle w:val="Placeholder"/>
      </w:pPr>
      <w:r>
        <w:t>[Write the Indonesian abstract here. The abstract should be concise and should not contain citations, tables, or figures.]</w:t>
      </w:r>
    </w:p>
    <w:p>
      <w:r>
        <w:rPr>
          <w:b/>
        </w:rPr>
        <w:t xml:space="preserve">Kata kunci: </w:t>
      </w:r>
      <w:r>
        <w:t>[kata kunci 1; kata kunci 2; kata kunci 3; kata kunci 4; kata kunci 5]</w:t>
      </w:r>
    </w:p>
    <w:p>
      <w:pPr>
        <w:pStyle w:val="Heading1"/>
      </w:pPr>
      <w:r>
        <w:t>ABSTRACT IN ENGLISH</w:t>
      </w:r>
    </w:p>
    <w:p>
      <w:pPr>
        <w:pStyle w:val="SmallInstruction"/>
      </w:pPr>
      <w:r>
        <w:t>Write the abstract in English. Recommended length: 150-250 words. Include background, objective, methods, main findings, and conclusion.</w:t>
      </w:r>
    </w:p>
    <w:p>
      <w:pPr>
        <w:pStyle w:val="Placeholder"/>
      </w:pPr>
      <w:r>
        <w:t>[Write the English abstract here. The abstract should be concise and should not contain citations, tables, or figures.]</w:t>
      </w:r>
    </w:p>
    <w:p>
      <w:r>
        <w:rPr>
          <w:b/>
        </w:rPr>
        <w:t xml:space="preserve">Keywords: </w:t>
      </w:r>
      <w:r>
        <w:t>[keyword 1; keyword 2; keyword 3; keyword 4; keyword 5]</w:t>
      </w:r>
    </w:p>
    <w:p>
      <w:pPr>
        <w:pStyle w:val="Heading1"/>
      </w:pPr>
      <w:r>
        <w:t>INTRODUCTION</w:t>
      </w:r>
    </w:p>
    <w:p>
      <w:pPr>
        <w:pStyle w:val="SmallInstruction"/>
      </w:pPr>
      <w:r>
        <w:t>Present the background, research gap, urgency, novelty or contribution, and research objective. End this section with a clear objective of the study.</w:t>
      </w:r>
    </w:p>
    <w:p>
      <w:pPr>
        <w:pStyle w:val="Placeholder"/>
      </w:pPr>
      <w:r>
        <w:t>[Write the introduction here. Use relevant and recent literature. The introduction should explain why the study is important for physiotherapy and/or nursing.]</w:t>
      </w:r>
    </w:p>
    <w:p>
      <w:pPr>
        <w:pStyle w:val="Heading1"/>
      </w:pPr>
      <w:r>
        <w:t>METHODS</w:t>
      </w:r>
    </w:p>
    <w:p>
      <w:pPr>
        <w:pStyle w:val="SmallInstruction"/>
      </w:pPr>
      <w:r>
        <w:t>Describe the research design, location and time of study, population and sample, sampling technique, research instruments, data collection procedures, data analysis, and ethical considerations when applicable.</w:t>
      </w:r>
    </w:p>
    <w:p>
      <w:pPr>
        <w:pStyle w:val="Placeholder"/>
      </w:pPr>
      <w:r>
        <w:t>[Write the methods here. Include ethical approval information if the study involves human subjects, health data, patients, medical records, or respondents.]</w:t>
      </w:r>
    </w:p>
    <w:p>
      <w:pPr>
        <w:pStyle w:val="Heading1"/>
      </w:pPr>
      <w:r>
        <w:t>RESULTS</w:t>
      </w:r>
    </w:p>
    <w:p>
      <w:pPr>
        <w:pStyle w:val="SmallInstruction"/>
      </w:pPr>
      <w:r>
        <w:t>Present the results clearly and systematically in narrative form, tables, or figures. Do not repeat all table data in the text; highlight the most important findings.</w:t>
      </w:r>
    </w:p>
    <w:p>
      <w:pPr>
        <w:pStyle w:val="Placeholder"/>
      </w:pPr>
      <w:r>
        <w:t>[Write the results here.]</w:t>
      </w:r>
    </w:p>
    <w:p>
      <w:pPr>
        <w:pStyle w:val="Heading2"/>
      </w:pPr>
      <w:r>
        <w:t>Example of Table Format</w:t>
      </w:r>
    </w:p>
    <w:p>
      <w:pPr>
        <w:pStyle w:val="SmallInstruction"/>
      </w:pPr>
      <w:r>
        <w:t>Tables must be numbered consecutively and provided with clear titles. Place the table after it is first mentioned in the text.</w:t>
      </w:r>
    </w:p>
    <w:p>
      <w:pPr>
        <w:jc w:val="center"/>
      </w:pPr>
      <w:r>
        <w:rPr>
          <w:b/>
        </w:rPr>
        <w:t>Table 1. Characteristics of Respondents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2835"/>
        <w:gridCol w:w="2835"/>
        <w:gridCol w:w="2835"/>
      </w:tblGrid>
      <w:tr>
        <w:tc>
          <w:tcPr>
            <w:tcW w:type="dxa" w:w="2835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Variable</w:t>
            </w:r>
          </w:p>
        </w:tc>
        <w:tc>
          <w:tcPr>
            <w:tcW w:type="dxa" w:w="2835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Frequency (n)</w:t>
            </w:r>
          </w:p>
        </w:tc>
        <w:tc>
          <w:tcPr>
            <w:tcW w:type="dxa" w:w="2835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Percentage (%)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Category 1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[n]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[%]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Category 2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[n]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[%]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Total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[N]</w:t>
            </w:r>
          </w:p>
        </w:tc>
        <w:tc>
          <w:tcPr>
            <w:tcW w:type="dxa" w:w="2835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100</w:t>
            </w:r>
          </w:p>
        </w:tc>
      </w:tr>
    </w:tbl>
    <w:p>
      <w:pPr>
        <w:pStyle w:val="SmallInstruction"/>
      </w:pPr>
      <w:r>
        <w:t>Note. Add table notes here if needed.</w:t>
      </w:r>
    </w:p>
    <w:p>
      <w:pPr>
        <w:pStyle w:val="Heading2"/>
      </w:pPr>
      <w:r>
        <w:t>Example of Figure Format</w:t>
      </w:r>
    </w:p>
    <w:p>
      <w:pPr>
        <w:pStyle w:val="SmallInstruction"/>
      </w:pPr>
      <w:r>
        <w:t>Figures must be numbered consecutively and provided with clear captions. Insert high-resolution figures when needed.</w:t>
      </w:r>
    </w:p>
    <w:p>
      <w:pPr>
        <w:jc w:val="center"/>
      </w:pPr>
      <w:r>
        <w:rPr>
          <w:i/>
        </w:rPr>
        <w:t>[Insert figure here]</w:t>
      </w:r>
    </w:p>
    <w:p>
      <w:pPr>
        <w:jc w:val="center"/>
      </w:pPr>
      <w:r>
        <w:rPr>
          <w:b/>
        </w:rPr>
        <w:t>Figure 1. Flowchart of the research procedure</w:t>
      </w:r>
    </w:p>
    <w:p>
      <w:pPr>
        <w:pStyle w:val="Heading1"/>
      </w:pPr>
      <w:r>
        <w:t>DISCUSSION</w:t>
      </w:r>
    </w:p>
    <w:p>
      <w:pPr>
        <w:pStyle w:val="SmallInstruction"/>
      </w:pPr>
      <w:r>
        <w:t>Explain the meaning of the findings, compare them with previous studies, describe implications, acknowledge study limitations, and highlight the contribution to physiotherapy and/or nursing practice.</w:t>
      </w:r>
    </w:p>
    <w:p>
      <w:pPr>
        <w:pStyle w:val="Placeholder"/>
      </w:pPr>
      <w:r>
        <w:t>[Write the discussion here.]</w:t>
      </w:r>
    </w:p>
    <w:p>
      <w:pPr>
        <w:pStyle w:val="Heading1"/>
      </w:pPr>
      <w:r>
        <w:t>CONCLUSION</w:t>
      </w:r>
    </w:p>
    <w:p>
      <w:pPr>
        <w:pStyle w:val="SmallInstruction"/>
      </w:pPr>
      <w:r>
        <w:t>Answer the research objective clearly and concisely. Recommendations may be added when relevant.</w:t>
      </w:r>
    </w:p>
    <w:p>
      <w:pPr>
        <w:pStyle w:val="Placeholder"/>
      </w:pPr>
      <w:r>
        <w:t>[Write the conclusion here.]</w:t>
      </w:r>
    </w:p>
    <w:p>
      <w:pPr>
        <w:pStyle w:val="Heading1"/>
      </w:pPr>
      <w:r>
        <w:t>ACKNOWLEDGEMENTS</w:t>
      </w:r>
    </w:p>
    <w:p>
      <w:pPr>
        <w:pStyle w:val="SmallInstruction"/>
      </w:pPr>
      <w:r>
        <w:t>Optional. Acknowledge individuals or institutions that contributed to the study but do not meet authorship criteria. Delete this section if not applicable.</w:t>
      </w:r>
    </w:p>
    <w:p>
      <w:pPr>
        <w:pStyle w:val="Placeholder"/>
      </w:pPr>
      <w:r>
        <w:t>[Write acknowledgements here, if any.]</w:t>
      </w:r>
    </w:p>
    <w:p>
      <w:pPr>
        <w:pStyle w:val="Heading1"/>
      </w:pPr>
      <w:r>
        <w:t>CONFLICT OF INTEREST STATEMENT</w:t>
      </w:r>
    </w:p>
    <w:p>
      <w:pPr>
        <w:pStyle w:val="Placeholder"/>
      </w:pPr>
      <w:r>
        <w:t>The authors declare that there is no conflict of interest related to this manuscript.</w:t>
      </w:r>
    </w:p>
    <w:p>
      <w:pPr>
        <w:pStyle w:val="SmallInstruction"/>
      </w:pPr>
      <w:r>
        <w:t>Revise this statement if a conflict of interest exists.</w:t>
      </w:r>
    </w:p>
    <w:p>
      <w:pPr>
        <w:pStyle w:val="Heading1"/>
      </w:pPr>
      <w:r>
        <w:t>FUNDING STATEMENT</w:t>
      </w:r>
    </w:p>
    <w:p>
      <w:pPr>
        <w:pStyle w:val="Placeholder"/>
      </w:pPr>
      <w:r>
        <w:t>This research received no external funding.</w:t>
      </w:r>
    </w:p>
    <w:p>
      <w:pPr>
        <w:pStyle w:val="SmallInstruction"/>
      </w:pPr>
      <w:r>
        <w:t>Revise this statement if the research was funded. Mention the funding source and grant/contract number if applicable.</w:t>
      </w:r>
    </w:p>
    <w:p>
      <w:pPr>
        <w:pStyle w:val="Heading1"/>
      </w:pPr>
      <w:r>
        <w:t>REFERENCES</w:t>
      </w:r>
    </w:p>
    <w:p>
      <w:pPr>
        <w:pStyle w:val="SmallInstruction"/>
      </w:pPr>
      <w:r>
        <w:t>Use APA Style and manage references with Mendeley. Include only references cited in the manuscript. Ensure all cited references appear in this list.</w:t>
      </w:r>
    </w:p>
    <w:p>
      <w:pPr>
        <w:ind w:hanging="720" w:left="720"/>
      </w:pPr>
      <w:r>
        <w:t xml:space="preserve">Author, A. A., &amp; Author, B. B. (Year). Title of article. </w:t>
      </w:r>
      <w:r>
        <w:rPr>
          <w:i/>
        </w:rPr>
        <w:t>Journal Title, volume</w:t>
      </w:r>
      <w:r>
        <w:t>(issue), page-page. https://doi.org/xxxxx</w:t>
      </w:r>
    </w:p>
    <w:p>
      <w:pPr>
        <w:ind w:hanging="720" w:left="720"/>
      </w:pPr>
      <w:r>
        <w:t xml:space="preserve">Author, A. A. (Year). </w:t>
      </w:r>
      <w:r>
        <w:rPr>
          <w:i/>
        </w:rPr>
        <w:t>Title of book</w:t>
      </w:r>
      <w:r>
        <w:t>. Publisher.</w:t>
      </w:r>
    </w:p>
    <w:p>
      <w:r>
        <w:br w:type="page"/>
      </w:r>
    </w:p>
    <w:p>
      <w:pPr>
        <w:pStyle w:val="Heading1"/>
      </w:pPr>
      <w:r>
        <w:t>Before Submission</w:t>
      </w:r>
    </w:p>
    <w:p>
      <w:r>
        <w:t xml:space="preserve">Authors must ensure that the manuscript is original, has not been previously published, is not under review by another journal, and is relevant to physiotherapy and/or nursing. Community service articles are not accepted by this journal. </w:t>
      </w:r>
      <w:r>
        <w:rPr>
          <w:b/>
        </w:rPr>
        <w:t>All citations and references must follow APA Style and be managed using Mendeley.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252"/>
        <w:gridCol w:w="4252"/>
      </w:tblGrid>
      <w:tr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Paper size</w:t>
            </w:r>
          </w:p>
        </w:tc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A4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Font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Times New Roman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Font size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12 pt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Line spacing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1.15 or 1.5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Margins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3 cm on all sides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Manuscript length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10-15 pages or according to the journal template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File format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Microsoft Word or DOCX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Citation style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APA Style, managed with Mendeley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701" w:right="1701" w:bottom="1701" w:left="1701" w:header="737" w:footer="73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Theranur: Journal of Physiotherapy and Nursing | Page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Times New Roman" w:hAnsi="Times New Roman"/>
        <w:i/>
        <w:sz w:val="18"/>
      </w:rPr>
      <w:t>Theranur: Journal of Physiotherapy and Nursing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ceholder">
    <w:name w:val="Placeholder"/>
    <w:pPr>
      <w:spacing w:line="276" w:lineRule="auto" w:after="120"/>
      <w:jc w:val="both"/>
    </w:pPr>
    <w:rPr>
      <w:rFonts w:ascii="Times New Roman" w:hAnsi="Times New Roman" w:eastAsia="Times New Roman"/>
      <w:i/>
      <w:sz w:val="24"/>
    </w:rPr>
  </w:style>
  <w:style w:type="paragraph" w:customStyle="1" w:styleId="SmallInstruction">
    <w:name w:val="SmallInstruction"/>
    <w:pPr>
      <w:spacing w:line="276" w:lineRule="auto" w:after="80"/>
      <w:jc w:val="both"/>
    </w:pPr>
    <w:rPr>
      <w:rFonts w:ascii="Times New Roman" w:hAnsi="Times New Roman" w:eastAsia="Times New Roman"/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Theranur Template Original Research Article</dc:title>
  <dc:subject/>
  <dc:creator>Theranur: Journal of Physiotherapy and Nursing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