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330F7" w14:textId="77777777" w:rsidR="000B1924" w:rsidRDefault="00A975F8" w:rsidP="00807441">
      <w:pPr>
        <w:shd w:val="clear" w:color="auto" w:fill="FFFFFF" w:themeFill="background1"/>
        <w:spacing w:after="0"/>
        <w:jc w:val="center"/>
      </w:pPr>
      <w:r>
        <w:rPr>
          <w:b/>
          <w:sz w:val="28"/>
        </w:rPr>
        <w:t>KẾ HOẠCH DẠY HỌC - TUẦN 10</w:t>
      </w:r>
      <w:r>
        <w:br/>
      </w:r>
      <w:r>
        <w:rPr>
          <w:b/>
          <w:sz w:val="28"/>
        </w:rPr>
        <w:t>CHỦ ĐỀ 3: NIỀM VUI TUỔI THƠ</w:t>
      </w:r>
      <w:r>
        <w:br/>
      </w:r>
      <w:r>
        <w:rPr>
          <w:b/>
          <w:sz w:val="28"/>
        </w:rPr>
        <w:t>BÀI 17: GỌI BẠN</w:t>
      </w:r>
      <w:r>
        <w:br/>
      </w:r>
      <w:r>
        <w:rPr>
          <w:b/>
          <w:sz w:val="28"/>
        </w:rPr>
        <w:t>TIẾT 1 - 2: ĐỌC: GỌI BẠN</w:t>
      </w:r>
    </w:p>
    <w:p w14:paraId="343A3E83" w14:textId="77777777" w:rsidR="000B1924" w:rsidRDefault="00A975F8" w:rsidP="00807441">
      <w:pPr>
        <w:shd w:val="clear" w:color="auto" w:fill="FFFFFF" w:themeFill="background1"/>
        <w:spacing w:after="0" w:line="240" w:lineRule="auto"/>
      </w:pPr>
      <w:r>
        <w:rPr>
          <w:b/>
        </w:rPr>
        <w:t>I. YÊU CẦU CẦN ĐẠT</w:t>
      </w:r>
    </w:p>
    <w:p w14:paraId="397CE5B5" w14:textId="77777777" w:rsidR="000B1924" w:rsidRDefault="00A975F8" w:rsidP="00807441">
      <w:pPr>
        <w:shd w:val="clear" w:color="auto" w:fill="FFFFFF" w:themeFill="background1"/>
        <w:spacing w:after="0" w:line="240" w:lineRule="auto"/>
      </w:pPr>
      <w:r>
        <w:rPr>
          <w:b/>
        </w:rPr>
        <w:t>1. Năng lực đặc thù:</w:t>
      </w:r>
      <w:r>
        <w:br/>
        <w:t>- Đọc đúng bài thơ Gọi bạn; biết ngắt nghỉ hơi theo nhịp 2/3 hoặc 3/2, đọc lời gọi “Bê! Bê!” tha thiết.</w:t>
      </w:r>
      <w:r>
        <w:br/>
        <w:t>- Hiểu nghĩa các từ sâu thẳm, hạn hán, lang thang; trả lời được câu hỏi trong SGK và nêu được nội dung bài thơ.</w:t>
      </w:r>
      <w:r>
        <w:br/>
        <w:t>- Cảm nhận được tình bạn thân thiết giữa bê vàng và dê trắng; biết nói lời an ủi phù hợp.</w:t>
      </w:r>
      <w:r>
        <w:br/>
      </w:r>
      <w:r>
        <w:rPr>
          <w:b/>
        </w:rPr>
        <w:t>2. Năng lực chung:</w:t>
      </w:r>
      <w:r>
        <w:br/>
        <w:t>- Tự chủ và tự học: chủ động luyện đọc, tự sửa lỗi phát âm.</w:t>
      </w:r>
      <w:r>
        <w:br/>
        <w:t>- Giao tiếp và hợp tác: biết trao đổi nhóm 2, nhóm 4 và lắng nghe bạn.</w:t>
      </w:r>
      <w:r>
        <w:br/>
        <w:t>- Giải quyết vấn đề và sáng tạo: biết liên hệ bài học với cách ứng xử trong tình bạn.</w:t>
      </w:r>
      <w:r>
        <w:br/>
      </w:r>
      <w:r>
        <w:rPr>
          <w:b/>
        </w:rPr>
        <w:t>3. Phẩm chất:</w:t>
      </w:r>
      <w:r>
        <w:br/>
        <w:t>- Nhân ái: biết quan tâm, chia sẻ, yêu thương và giúp đỡ bạn bè.</w:t>
      </w:r>
      <w:r>
        <w:br/>
        <w:t>- Trách nhiệm: tích cực hợp tác trong hoạt động nhóm.</w:t>
      </w:r>
      <w:r>
        <w:br/>
      </w:r>
      <w:r>
        <w:rPr>
          <w:b/>
          <w:color w:val="FF0000"/>
        </w:rPr>
        <w:t>4. Tích hợp:</w:t>
      </w:r>
      <w:r>
        <w:br/>
      </w:r>
      <w:r>
        <w:rPr>
          <w:color w:val="FF0000"/>
        </w:rPr>
        <w:t>- Lý tưởng cách mạng, đạo đức, lối sống: Giáo dục HS biết yêu thương, quan tâm, giúp đỡ bạn bè; biết sống nhân ái, chan hòa trong tình bạn.</w:t>
      </w:r>
      <w:r>
        <w:br/>
      </w:r>
      <w:r>
        <w:rPr>
          <w:color w:val="FF0000"/>
        </w:rPr>
        <w:t>- Tích hợp AI 2.A1.1: Nhận biết một số tình huống AI có thể hỗ trợ con người gợi ý lời nói trong giao tiếp đơn giản: HS biết tham khảo gợi ý lời an ủi do AI/trợ lí ảo tạo ra dưới sự hướng dẫn của GV, nhưng cần tự kiểm tra, chọn câu phù hợp, lịch sự, đúng hoàn cảnh và nói bằng lời chân thành của mình.</w:t>
      </w:r>
    </w:p>
    <w:p w14:paraId="07851A7D" w14:textId="77777777" w:rsidR="000B1924" w:rsidRDefault="00A975F8" w:rsidP="00807441">
      <w:pPr>
        <w:shd w:val="clear" w:color="auto" w:fill="FFFFFF" w:themeFill="background1"/>
        <w:spacing w:after="0" w:line="240" w:lineRule="auto"/>
      </w:pPr>
      <w:r>
        <w:rPr>
          <w:b/>
        </w:rPr>
        <w:t>II. ĐỒ DÙNG DẠY HỌC</w:t>
      </w:r>
    </w:p>
    <w:p w14:paraId="1855D6B3" w14:textId="77777777" w:rsidR="000B1924" w:rsidRDefault="00A975F8" w:rsidP="00807441">
      <w:pPr>
        <w:shd w:val="clear" w:color="auto" w:fill="FFFFFF" w:themeFill="background1"/>
        <w:spacing w:after="0" w:line="240" w:lineRule="auto"/>
      </w:pPr>
      <w:r>
        <w:t>- GV: Máy tính, máy chiếu/tivi, tranh và câu bài tập cắt từ SGK, phiếu thảo luận nhóm.</w:t>
      </w:r>
      <w:r>
        <w:br/>
        <w:t>- HS: SGK Tiếng Việt 2 tập một, Vở bài tập Tiếng Việt, vở ô li, bút chì.</w:t>
      </w:r>
    </w:p>
    <w:p w14:paraId="301A47BA" w14:textId="77777777" w:rsidR="000B1924" w:rsidRDefault="00A975F8" w:rsidP="00807441">
      <w:pPr>
        <w:shd w:val="clear" w:color="auto" w:fill="FFFFFF" w:themeFill="background1"/>
        <w:spacing w:after="0" w:line="240" w:lineRule="auto"/>
      </w:pPr>
      <w:r>
        <w:rPr>
          <w:b/>
        </w:rPr>
        <w:t>III.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326"/>
        <w:gridCol w:w="5326"/>
      </w:tblGrid>
      <w:tr w:rsidR="000B1924" w14:paraId="5C59D2D6" w14:textId="77777777" w:rsidTr="00807441">
        <w:trPr>
          <w:jc w:val="center"/>
        </w:trPr>
        <w:tc>
          <w:tcPr>
            <w:tcW w:w="4932" w:type="dxa"/>
            <w:tcBorders>
              <w:bottom w:val="single" w:sz="4" w:space="0" w:color="auto"/>
            </w:tcBorders>
            <w:shd w:val="clear" w:color="auto" w:fill="D9EAF7"/>
          </w:tcPr>
          <w:p w14:paraId="7B3E74F9" w14:textId="77777777" w:rsidR="000B1924" w:rsidRDefault="00A975F8" w:rsidP="00807441">
            <w:pPr>
              <w:shd w:val="clear" w:color="auto" w:fill="FFFFFF" w:themeFill="background1"/>
              <w:jc w:val="center"/>
            </w:pPr>
            <w:r>
              <w:rPr>
                <w:b/>
              </w:rPr>
              <w:t>Hoạt động của giáo viên</w:t>
            </w:r>
          </w:p>
        </w:tc>
        <w:tc>
          <w:tcPr>
            <w:tcW w:w="4932" w:type="dxa"/>
            <w:tcBorders>
              <w:bottom w:val="single" w:sz="4" w:space="0" w:color="auto"/>
            </w:tcBorders>
            <w:shd w:val="clear" w:color="auto" w:fill="D9EAF7"/>
          </w:tcPr>
          <w:p w14:paraId="261A5C76" w14:textId="77777777" w:rsidR="000B1924" w:rsidRDefault="00A975F8" w:rsidP="00807441">
            <w:pPr>
              <w:shd w:val="clear" w:color="auto" w:fill="FFFFFF" w:themeFill="background1"/>
              <w:jc w:val="center"/>
            </w:pPr>
            <w:r>
              <w:rPr>
                <w:b/>
              </w:rPr>
              <w:t>Hoạt động của học sinh</w:t>
            </w:r>
          </w:p>
        </w:tc>
      </w:tr>
      <w:tr w:rsidR="000B1924" w14:paraId="29D75969" w14:textId="77777777" w:rsidTr="00807441">
        <w:trPr>
          <w:jc w:val="center"/>
        </w:trPr>
        <w:tc>
          <w:tcPr>
            <w:tcW w:w="10652" w:type="dxa"/>
            <w:gridSpan w:val="2"/>
            <w:tcBorders>
              <w:top w:val="single" w:sz="4" w:space="0" w:color="auto"/>
              <w:bottom w:val="single" w:sz="4" w:space="0" w:color="auto"/>
            </w:tcBorders>
            <w:shd w:val="clear" w:color="auto" w:fill="E2F0D9"/>
          </w:tcPr>
          <w:p w14:paraId="7CFA4FE1" w14:textId="77777777" w:rsidR="000B1924" w:rsidRDefault="00A975F8" w:rsidP="00807441">
            <w:pPr>
              <w:shd w:val="clear" w:color="auto" w:fill="FFFFFF" w:themeFill="background1"/>
            </w:pPr>
            <w:r>
              <w:rPr>
                <w:b/>
                <w:color w:val="007000"/>
              </w:rPr>
              <w:t>TIẾT 1</w:t>
            </w:r>
          </w:p>
        </w:tc>
      </w:tr>
      <w:tr w:rsidR="000B1924" w14:paraId="4E16B4C0" w14:textId="77777777" w:rsidTr="00807441">
        <w:trPr>
          <w:jc w:val="center"/>
        </w:trPr>
        <w:tc>
          <w:tcPr>
            <w:tcW w:w="10652" w:type="dxa"/>
            <w:gridSpan w:val="2"/>
            <w:tcBorders>
              <w:top w:val="single" w:sz="4" w:space="0" w:color="auto"/>
              <w:bottom w:val="single" w:sz="4" w:space="0" w:color="auto"/>
            </w:tcBorders>
            <w:shd w:val="clear" w:color="auto" w:fill="E2F0D9"/>
          </w:tcPr>
          <w:p w14:paraId="458DCF8F" w14:textId="77777777" w:rsidR="000B1924" w:rsidRDefault="00A975F8" w:rsidP="00807441">
            <w:pPr>
              <w:shd w:val="clear" w:color="auto" w:fill="FFFFFF" w:themeFill="background1"/>
            </w:pPr>
            <w:r>
              <w:rPr>
                <w:b/>
                <w:color w:val="007000"/>
              </w:rPr>
              <w:t>1. Khởi động (5 phút)</w:t>
            </w:r>
          </w:p>
          <w:p w14:paraId="6C60868D" w14:textId="77777777" w:rsidR="000B1924" w:rsidRDefault="00A975F8" w:rsidP="00807441">
            <w:pPr>
              <w:shd w:val="clear" w:color="auto" w:fill="FFFFFF" w:themeFill="background1"/>
            </w:pPr>
            <w:r>
              <w:rPr>
                <w:b/>
                <w:i/>
                <w:color w:val="007000"/>
              </w:rPr>
              <w:t xml:space="preserve"> Huy động trải nghiệm về tình bạn, tạo hứng thú trước khi đọc bài.</w:t>
            </w:r>
          </w:p>
        </w:tc>
      </w:tr>
      <w:tr w:rsidR="000B1924" w14:paraId="13C1E5D0" w14:textId="77777777" w:rsidTr="00807441">
        <w:trPr>
          <w:jc w:val="center"/>
        </w:trPr>
        <w:tc>
          <w:tcPr>
            <w:tcW w:w="5326" w:type="dxa"/>
            <w:tcBorders>
              <w:top w:val="single" w:sz="4" w:space="0" w:color="auto"/>
            </w:tcBorders>
          </w:tcPr>
          <w:p w14:paraId="58210862" w14:textId="77777777" w:rsidR="000B1924" w:rsidRDefault="00A975F8" w:rsidP="00807441">
            <w:pPr>
              <w:shd w:val="clear" w:color="auto" w:fill="FFFFFF" w:themeFill="background1"/>
            </w:pPr>
            <w:r>
              <w:t>- Nhắc lại chủ điểm đã học và nêu một điều thú vị em nhớ nhất.</w:t>
            </w:r>
          </w:p>
          <w:p w14:paraId="064B8141" w14:textId="77777777" w:rsidR="000B1924" w:rsidRDefault="00A975F8" w:rsidP="00807441">
            <w:pPr>
              <w:shd w:val="clear" w:color="auto" w:fill="FFFFFF" w:themeFill="background1"/>
            </w:pPr>
            <w:r>
              <w:t>- Quan sát tranh bài Gọi bạn và nói tranh vẽ gì.</w:t>
            </w:r>
          </w:p>
          <w:p w14:paraId="19AA5270" w14:textId="2B6F777B" w:rsidR="000B1924" w:rsidRDefault="000B1924" w:rsidP="00807441">
            <w:pPr>
              <w:shd w:val="clear" w:color="auto" w:fill="FFFFFF" w:themeFill="background1"/>
              <w:jc w:val="center"/>
            </w:pPr>
          </w:p>
        </w:tc>
        <w:tc>
          <w:tcPr>
            <w:tcW w:w="5326" w:type="dxa"/>
            <w:tcBorders>
              <w:top w:val="single" w:sz="4" w:space="0" w:color="auto"/>
            </w:tcBorders>
          </w:tcPr>
          <w:p w14:paraId="36295287" w14:textId="77777777" w:rsidR="000B1924" w:rsidRDefault="00A975F8" w:rsidP="00807441">
            <w:pPr>
              <w:shd w:val="clear" w:color="auto" w:fill="FFFFFF" w:themeFill="background1"/>
            </w:pPr>
            <w:r>
              <w:t>- HS nêu: Em đã học chủ điểm Em lớn lên từng ngày, Đi học vui sao; em nhớ bài nói về tình bạn, trường lớp, sách vở.</w:t>
            </w:r>
          </w:p>
          <w:p w14:paraId="6A4FD597" w14:textId="77777777" w:rsidR="000B1924" w:rsidRDefault="00A975F8" w:rsidP="00807441">
            <w:pPr>
              <w:shd w:val="clear" w:color="auto" w:fill="FFFFFF" w:themeFill="background1"/>
            </w:pPr>
            <w:r>
              <w:t>- HS trả lời: Tranh vẽ bê vàng và dê trắng chơi với nhau trong rừng; hai bạn có vẻ rất thân thiết.</w:t>
            </w:r>
          </w:p>
        </w:tc>
      </w:tr>
      <w:tr w:rsidR="000B1924" w14:paraId="558DE173" w14:textId="77777777" w:rsidTr="00807441">
        <w:trPr>
          <w:jc w:val="center"/>
        </w:trPr>
        <w:tc>
          <w:tcPr>
            <w:tcW w:w="5326" w:type="dxa"/>
          </w:tcPr>
          <w:p w14:paraId="109A1BE1" w14:textId="77777777" w:rsidR="000B1924" w:rsidRDefault="00A975F8" w:rsidP="00807441">
            <w:pPr>
              <w:shd w:val="clear" w:color="auto" w:fill="FFFFFF" w:themeFill="background1"/>
            </w:pPr>
            <w:r>
              <w:t>- Giới thiệu bài: Hôm nay, chúng ta đọc bài thơ Gọi bạn để hiểu tình bạn của bê vàng và dê trắng, từ đó biết yêu thương, quan tâm bạn bè hơn.</w:t>
            </w:r>
          </w:p>
        </w:tc>
        <w:tc>
          <w:tcPr>
            <w:tcW w:w="5326" w:type="dxa"/>
          </w:tcPr>
          <w:p w14:paraId="032C4CE0" w14:textId="77777777" w:rsidR="000B1924" w:rsidRDefault="00A975F8" w:rsidP="00807441">
            <w:pPr>
              <w:shd w:val="clear" w:color="auto" w:fill="FFFFFF" w:themeFill="background1"/>
            </w:pPr>
            <w:r>
              <w:t>- HS lắng nghe, mở SGK đúng bài và chuẩn bị đọc.</w:t>
            </w:r>
          </w:p>
        </w:tc>
      </w:tr>
      <w:tr w:rsidR="000B1924" w14:paraId="031FE9C8" w14:textId="77777777" w:rsidTr="00807441">
        <w:trPr>
          <w:jc w:val="center"/>
        </w:trPr>
        <w:tc>
          <w:tcPr>
            <w:tcW w:w="5326" w:type="dxa"/>
            <w:tcBorders>
              <w:bottom w:val="single" w:sz="4" w:space="0" w:color="auto"/>
            </w:tcBorders>
          </w:tcPr>
          <w:p w14:paraId="3F0EDBD6" w14:textId="77777777" w:rsidR="000B1924" w:rsidRDefault="00A975F8" w:rsidP="00807441">
            <w:pPr>
              <w:shd w:val="clear" w:color="auto" w:fill="FFFFFF" w:themeFill="background1"/>
            </w:pPr>
            <w:r>
              <w:t>- GV kết luận: Quan sát tranh và tên bài giúp các em dự đoán nội dung trước khi đọc.</w:t>
            </w:r>
          </w:p>
        </w:tc>
        <w:tc>
          <w:tcPr>
            <w:tcW w:w="5326" w:type="dxa"/>
            <w:tcBorders>
              <w:bottom w:val="single" w:sz="4" w:space="0" w:color="auto"/>
            </w:tcBorders>
          </w:tcPr>
          <w:p w14:paraId="3814702B" w14:textId="77777777" w:rsidR="000B1924" w:rsidRDefault="00A975F8" w:rsidP="00807441">
            <w:pPr>
              <w:shd w:val="clear" w:color="auto" w:fill="FFFFFF" w:themeFill="background1"/>
            </w:pPr>
            <w:r>
              <w:t>- HS ghi nhớ cách chuẩn bị trước khi đọc bài.</w:t>
            </w:r>
          </w:p>
        </w:tc>
      </w:tr>
      <w:tr w:rsidR="000B1924" w14:paraId="22297C0F" w14:textId="77777777" w:rsidTr="00807441">
        <w:trPr>
          <w:jc w:val="center"/>
        </w:trPr>
        <w:tc>
          <w:tcPr>
            <w:tcW w:w="10652" w:type="dxa"/>
            <w:gridSpan w:val="2"/>
            <w:tcBorders>
              <w:top w:val="single" w:sz="4" w:space="0" w:color="auto"/>
              <w:bottom w:val="single" w:sz="4" w:space="0" w:color="auto"/>
            </w:tcBorders>
            <w:shd w:val="clear" w:color="auto" w:fill="E2F0D9"/>
          </w:tcPr>
          <w:p w14:paraId="7A584E0F" w14:textId="77777777" w:rsidR="000B1924" w:rsidRDefault="00A975F8" w:rsidP="00807441">
            <w:pPr>
              <w:shd w:val="clear" w:color="auto" w:fill="FFFFFF" w:themeFill="background1"/>
            </w:pPr>
            <w:r>
              <w:rPr>
                <w:b/>
                <w:color w:val="007000"/>
              </w:rPr>
              <w:t>2. Khám phá kiến thức - Hoạt động 1: Đọc văn bản (27 phút)</w:t>
            </w:r>
          </w:p>
          <w:p w14:paraId="28B77C54" w14:textId="77777777" w:rsidR="000B1924" w:rsidRDefault="00A975F8" w:rsidP="00807441">
            <w:pPr>
              <w:shd w:val="clear" w:color="auto" w:fill="FFFFFF" w:themeFill="background1"/>
            </w:pPr>
            <w:r>
              <w:rPr>
                <w:b/>
                <w:i/>
                <w:color w:val="007000"/>
              </w:rPr>
              <w:t xml:space="preserve"> Đọc đúng bài thơ, luyện từ khó, hiểu từ ngữ và biết đọc diễn cảm phù hợp.</w:t>
            </w:r>
          </w:p>
        </w:tc>
      </w:tr>
      <w:tr w:rsidR="000B1924" w14:paraId="1FF38092" w14:textId="77777777" w:rsidTr="00807441">
        <w:trPr>
          <w:jc w:val="center"/>
        </w:trPr>
        <w:tc>
          <w:tcPr>
            <w:tcW w:w="5326" w:type="dxa"/>
            <w:tcBorders>
              <w:top w:val="single" w:sz="4" w:space="0" w:color="auto"/>
            </w:tcBorders>
          </w:tcPr>
          <w:p w14:paraId="2C890140" w14:textId="77777777" w:rsidR="000B1924" w:rsidRDefault="00A975F8" w:rsidP="00807441">
            <w:pPr>
              <w:shd w:val="clear" w:color="auto" w:fill="FFFFFF" w:themeFill="background1"/>
            </w:pPr>
            <w:r>
              <w:rPr>
                <w:b/>
              </w:rPr>
              <w:t>a. GV đọc mẫu.</w:t>
            </w:r>
          </w:p>
        </w:tc>
        <w:tc>
          <w:tcPr>
            <w:tcW w:w="5326" w:type="dxa"/>
            <w:tcBorders>
              <w:top w:val="single" w:sz="4" w:space="0" w:color="auto"/>
            </w:tcBorders>
          </w:tcPr>
          <w:p w14:paraId="1F01B7C3" w14:textId="77777777" w:rsidR="000B1924" w:rsidRDefault="00A975F8" w:rsidP="00807441">
            <w:pPr>
              <w:shd w:val="clear" w:color="auto" w:fill="FFFFFF" w:themeFill="background1"/>
            </w:pPr>
            <w:r>
              <w:t xml:space="preserve">- HS theo dõi SGK, đọc thầm theo và chú ý cách </w:t>
            </w:r>
            <w:r>
              <w:lastRenderedPageBreak/>
              <w:t>ngắt nhịp.</w:t>
            </w:r>
          </w:p>
        </w:tc>
      </w:tr>
      <w:tr w:rsidR="000B1924" w14:paraId="69DE1C83" w14:textId="77777777" w:rsidTr="00807441">
        <w:trPr>
          <w:jc w:val="center"/>
        </w:trPr>
        <w:tc>
          <w:tcPr>
            <w:tcW w:w="5326" w:type="dxa"/>
          </w:tcPr>
          <w:p w14:paraId="5B981483" w14:textId="77777777" w:rsidR="000B1924" w:rsidRDefault="00A975F8" w:rsidP="00807441">
            <w:pPr>
              <w:shd w:val="clear" w:color="auto" w:fill="FFFFFF" w:themeFill="background1"/>
            </w:pPr>
            <w:r>
              <w:lastRenderedPageBreak/>
              <w:t>- GV đọc mẫu toàn bài với giọng nhẹ nhàng, tha thiết; nhấn ở các từ gọi bạn, chờ mưa, lang thang, Bê! Bê!.</w:t>
            </w:r>
          </w:p>
        </w:tc>
        <w:tc>
          <w:tcPr>
            <w:tcW w:w="5326" w:type="dxa"/>
          </w:tcPr>
          <w:p w14:paraId="7457DD9F" w14:textId="77777777" w:rsidR="000B1924" w:rsidRDefault="00A975F8" w:rsidP="00807441">
            <w:pPr>
              <w:shd w:val="clear" w:color="auto" w:fill="FFFFFF" w:themeFill="background1"/>
            </w:pPr>
            <w:r>
              <w:t>- HS lắng nghe, chú ý giọng đọc thể hiện nỗi nhớ bạn của dê trắng.</w:t>
            </w:r>
          </w:p>
        </w:tc>
      </w:tr>
      <w:tr w:rsidR="000B1924" w14:paraId="3C364D19" w14:textId="77777777" w:rsidTr="00807441">
        <w:trPr>
          <w:jc w:val="center"/>
        </w:trPr>
        <w:tc>
          <w:tcPr>
            <w:tcW w:w="5326" w:type="dxa"/>
          </w:tcPr>
          <w:p w14:paraId="08F8C242" w14:textId="77777777" w:rsidR="000B1924" w:rsidRDefault="00A975F8" w:rsidP="00807441">
            <w:pPr>
              <w:shd w:val="clear" w:color="auto" w:fill="FFFFFF" w:themeFill="background1"/>
            </w:pPr>
            <w:r>
              <w:rPr>
                <w:b/>
              </w:rPr>
              <w:t>b. HS luyện đọc từng khổ thơ, kết hợp đọc từ khó và giải nghĩa từ.</w:t>
            </w:r>
          </w:p>
        </w:tc>
        <w:tc>
          <w:tcPr>
            <w:tcW w:w="5326" w:type="dxa"/>
          </w:tcPr>
          <w:p w14:paraId="4A410A55" w14:textId="77777777" w:rsidR="000B1924" w:rsidRDefault="00A975F8" w:rsidP="00807441">
            <w:pPr>
              <w:shd w:val="clear" w:color="auto" w:fill="FFFFFF" w:themeFill="background1"/>
            </w:pPr>
            <w:r>
              <w:t>- HS chuẩn bị đọc nối tiếp từng khổ thơ.</w:t>
            </w:r>
          </w:p>
        </w:tc>
      </w:tr>
      <w:tr w:rsidR="000B1924" w14:paraId="40494E59" w14:textId="77777777" w:rsidTr="00807441">
        <w:trPr>
          <w:jc w:val="center"/>
        </w:trPr>
        <w:tc>
          <w:tcPr>
            <w:tcW w:w="5326" w:type="dxa"/>
          </w:tcPr>
          <w:p w14:paraId="0A389958" w14:textId="77777777" w:rsidR="000B1924" w:rsidRDefault="00A975F8" w:rsidP="00807441">
            <w:pPr>
              <w:shd w:val="clear" w:color="auto" w:fill="FFFFFF" w:themeFill="background1"/>
            </w:pPr>
            <w:r>
              <w:t>- Bài thơ gồm mấy khổ thơ?</w:t>
            </w:r>
          </w:p>
        </w:tc>
        <w:tc>
          <w:tcPr>
            <w:tcW w:w="5326" w:type="dxa"/>
          </w:tcPr>
          <w:p w14:paraId="385F6F9B" w14:textId="77777777" w:rsidR="000B1924" w:rsidRDefault="00A975F8" w:rsidP="00807441">
            <w:pPr>
              <w:shd w:val="clear" w:color="auto" w:fill="FFFFFF" w:themeFill="background1"/>
            </w:pPr>
            <w:r>
              <w:t>- HS trả lời: Bài thơ gồm 3 khổ thơ.</w:t>
            </w:r>
          </w:p>
        </w:tc>
      </w:tr>
      <w:tr w:rsidR="000B1924" w14:paraId="78D83C39" w14:textId="77777777" w:rsidTr="00807441">
        <w:trPr>
          <w:jc w:val="center"/>
        </w:trPr>
        <w:tc>
          <w:tcPr>
            <w:tcW w:w="5326" w:type="dxa"/>
          </w:tcPr>
          <w:p w14:paraId="574F7948" w14:textId="77777777" w:rsidR="000B1924" w:rsidRDefault="00A975F8" w:rsidP="00807441">
            <w:pPr>
              <w:shd w:val="clear" w:color="auto" w:fill="FFFFFF" w:themeFill="background1"/>
            </w:pPr>
            <w:r>
              <w:t>- Đọc nối tiếp từng khổ thơ lần 1.</w:t>
            </w:r>
          </w:p>
        </w:tc>
        <w:tc>
          <w:tcPr>
            <w:tcW w:w="5326" w:type="dxa"/>
          </w:tcPr>
          <w:p w14:paraId="1EECADE7" w14:textId="77777777" w:rsidR="000B1924" w:rsidRDefault="00A975F8" w:rsidP="00807441">
            <w:pPr>
              <w:shd w:val="clear" w:color="auto" w:fill="FFFFFF" w:themeFill="background1"/>
            </w:pPr>
            <w:r>
              <w:t>- HS đọc nối tiếp theo nhóm 3; lớp theo dõi và góp ý.</w:t>
            </w:r>
          </w:p>
        </w:tc>
      </w:tr>
      <w:tr w:rsidR="000B1924" w14:paraId="51B687D5" w14:textId="77777777" w:rsidTr="00807441">
        <w:trPr>
          <w:jc w:val="center"/>
        </w:trPr>
        <w:tc>
          <w:tcPr>
            <w:tcW w:w="5326" w:type="dxa"/>
          </w:tcPr>
          <w:p w14:paraId="1A8B5796" w14:textId="77777777" w:rsidR="000B1924" w:rsidRDefault="00A975F8" w:rsidP="00807441">
            <w:pPr>
              <w:shd w:val="clear" w:color="auto" w:fill="FFFFFF" w:themeFill="background1"/>
            </w:pPr>
            <w:r>
              <w:t>- Nêu một số từ khó phát âm trong bài.</w:t>
            </w:r>
          </w:p>
        </w:tc>
        <w:tc>
          <w:tcPr>
            <w:tcW w:w="5326" w:type="dxa"/>
          </w:tcPr>
          <w:p w14:paraId="6EABD926" w14:textId="77777777" w:rsidR="000B1924" w:rsidRDefault="00A975F8" w:rsidP="00807441">
            <w:pPr>
              <w:shd w:val="clear" w:color="auto" w:fill="FFFFFF" w:themeFill="background1"/>
            </w:pPr>
            <w:r>
              <w:t>- HS nêu: thuở, nẻo, sâu thẳm, hạn hán, lang thang, khắp nẻo.</w:t>
            </w:r>
          </w:p>
        </w:tc>
      </w:tr>
      <w:tr w:rsidR="000B1924" w14:paraId="67B1B4A6" w14:textId="77777777" w:rsidTr="00807441">
        <w:trPr>
          <w:jc w:val="center"/>
        </w:trPr>
        <w:tc>
          <w:tcPr>
            <w:tcW w:w="5326" w:type="dxa"/>
          </w:tcPr>
          <w:p w14:paraId="6285C820" w14:textId="77777777" w:rsidR="000B1924" w:rsidRDefault="00A975F8" w:rsidP="00807441">
            <w:pPr>
              <w:shd w:val="clear" w:color="auto" w:fill="FFFFFF" w:themeFill="background1"/>
            </w:pPr>
            <w:r>
              <w:t>- Luyện đọc từ khó cá nhân, nhóm, đồng thanh.</w:t>
            </w:r>
          </w:p>
        </w:tc>
        <w:tc>
          <w:tcPr>
            <w:tcW w:w="5326" w:type="dxa"/>
          </w:tcPr>
          <w:p w14:paraId="415B53FC" w14:textId="77777777" w:rsidR="000B1924" w:rsidRDefault="00A975F8" w:rsidP="00807441">
            <w:pPr>
              <w:shd w:val="clear" w:color="auto" w:fill="FFFFFF" w:themeFill="background1"/>
            </w:pPr>
            <w:r>
              <w:t>- HS đọc đúng: thuở, nẻo, sâu thẳm, hạn hán, lang thang.</w:t>
            </w:r>
          </w:p>
        </w:tc>
      </w:tr>
      <w:tr w:rsidR="000B1924" w14:paraId="0B129EF5" w14:textId="77777777" w:rsidTr="00807441">
        <w:trPr>
          <w:jc w:val="center"/>
        </w:trPr>
        <w:tc>
          <w:tcPr>
            <w:tcW w:w="5326" w:type="dxa"/>
          </w:tcPr>
          <w:p w14:paraId="276C36CC" w14:textId="77777777" w:rsidR="000B1924" w:rsidRDefault="00A975F8" w:rsidP="00807441">
            <w:pPr>
              <w:shd w:val="clear" w:color="auto" w:fill="FFFFFF" w:themeFill="background1"/>
            </w:pPr>
            <w:r>
              <w:t>- Đọc nối tiếp từng khổ thơ lần 2, chú ý lời gọi “Bê! Bê!”.</w:t>
            </w:r>
          </w:p>
        </w:tc>
        <w:tc>
          <w:tcPr>
            <w:tcW w:w="5326" w:type="dxa"/>
          </w:tcPr>
          <w:p w14:paraId="7D7EF890" w14:textId="77777777" w:rsidR="000B1924" w:rsidRDefault="00A975F8" w:rsidP="00807441">
            <w:pPr>
              <w:shd w:val="clear" w:color="auto" w:fill="FFFFFF" w:themeFill="background1"/>
            </w:pPr>
            <w:r>
              <w:t>- HS đọc rõ ràng, biết lên giọng ở câu hỏi và đọc tha thiết lời gọi bạn.</w:t>
            </w:r>
          </w:p>
        </w:tc>
      </w:tr>
      <w:tr w:rsidR="000B1924" w14:paraId="0CB5D943" w14:textId="77777777" w:rsidTr="00807441">
        <w:trPr>
          <w:jc w:val="center"/>
        </w:trPr>
        <w:tc>
          <w:tcPr>
            <w:tcW w:w="5326" w:type="dxa"/>
          </w:tcPr>
          <w:p w14:paraId="6468CD2E" w14:textId="77777777" w:rsidR="000B1924" w:rsidRDefault="00A975F8" w:rsidP="00807441">
            <w:pPr>
              <w:shd w:val="clear" w:color="auto" w:fill="FFFFFF" w:themeFill="background1"/>
            </w:pPr>
            <w:r>
              <w:t>- Từ sâu thẳm, hạn hán, lang thang có nghĩa là gì?</w:t>
            </w:r>
          </w:p>
        </w:tc>
        <w:tc>
          <w:tcPr>
            <w:tcW w:w="5326" w:type="dxa"/>
          </w:tcPr>
          <w:p w14:paraId="2394560C" w14:textId="77777777" w:rsidR="000B1924" w:rsidRDefault="00A975F8" w:rsidP="00807441">
            <w:pPr>
              <w:shd w:val="clear" w:color="auto" w:fill="FFFFFF" w:themeFill="background1"/>
            </w:pPr>
            <w:r>
              <w:t>- HS trả lời: sâu thẳm là rất sâu; hạn hán là thiếu nước do lâu ngày không mưa; lang thang là đi hết chỗ này đến chỗ khác, không dừng lại ở một nơi.</w:t>
            </w:r>
          </w:p>
        </w:tc>
      </w:tr>
      <w:tr w:rsidR="000B1924" w14:paraId="4885CAFE" w14:textId="77777777" w:rsidTr="00807441">
        <w:trPr>
          <w:jc w:val="center"/>
        </w:trPr>
        <w:tc>
          <w:tcPr>
            <w:tcW w:w="5326" w:type="dxa"/>
          </w:tcPr>
          <w:p w14:paraId="375C9D15" w14:textId="77777777" w:rsidR="000B1924" w:rsidRDefault="00A975F8" w:rsidP="00807441">
            <w:pPr>
              <w:shd w:val="clear" w:color="auto" w:fill="FFFFFF" w:themeFill="background1"/>
            </w:pPr>
            <w:r>
              <w:t>- Đặt một câu có từ lang thang.</w:t>
            </w:r>
          </w:p>
        </w:tc>
        <w:tc>
          <w:tcPr>
            <w:tcW w:w="5326" w:type="dxa"/>
          </w:tcPr>
          <w:p w14:paraId="7702FBE0" w14:textId="77777777" w:rsidR="000B1924" w:rsidRDefault="00A975F8" w:rsidP="00807441">
            <w:pPr>
              <w:shd w:val="clear" w:color="auto" w:fill="FFFFFF" w:themeFill="background1"/>
            </w:pPr>
            <w:r>
              <w:t>- HS đặt câu: Chú chó lang thang ngoài đường vì bị lạc chủ.</w:t>
            </w:r>
          </w:p>
        </w:tc>
      </w:tr>
      <w:tr w:rsidR="000B1924" w14:paraId="1035FE76" w14:textId="77777777" w:rsidTr="00807441">
        <w:trPr>
          <w:jc w:val="center"/>
        </w:trPr>
        <w:tc>
          <w:tcPr>
            <w:tcW w:w="5326" w:type="dxa"/>
          </w:tcPr>
          <w:p w14:paraId="4FC94D9C" w14:textId="77777777" w:rsidR="000B1924" w:rsidRDefault="00A975F8" w:rsidP="00807441">
            <w:pPr>
              <w:shd w:val="clear" w:color="auto" w:fill="FFFFFF" w:themeFill="background1"/>
            </w:pPr>
            <w:r>
              <w:rPr>
                <w:b/>
              </w:rPr>
              <w:t>c. HS luyện đọc trong nhóm.</w:t>
            </w:r>
          </w:p>
        </w:tc>
        <w:tc>
          <w:tcPr>
            <w:tcW w:w="5326" w:type="dxa"/>
          </w:tcPr>
          <w:p w14:paraId="78B3439E" w14:textId="77777777" w:rsidR="000B1924" w:rsidRDefault="00A975F8" w:rsidP="00807441">
            <w:pPr>
              <w:shd w:val="clear" w:color="auto" w:fill="FFFFFF" w:themeFill="background1"/>
            </w:pPr>
            <w:r>
              <w:t>- HS chuyển sang luyện đọc nhóm.</w:t>
            </w:r>
          </w:p>
        </w:tc>
      </w:tr>
      <w:tr w:rsidR="000B1924" w14:paraId="3D965BE0" w14:textId="77777777" w:rsidTr="00807441">
        <w:trPr>
          <w:jc w:val="center"/>
        </w:trPr>
        <w:tc>
          <w:tcPr>
            <w:tcW w:w="5326" w:type="dxa"/>
          </w:tcPr>
          <w:p w14:paraId="026FA44D" w14:textId="77777777" w:rsidR="000B1924" w:rsidRDefault="00A975F8" w:rsidP="00807441">
            <w:pPr>
              <w:shd w:val="clear" w:color="auto" w:fill="FFFFFF" w:themeFill="background1"/>
            </w:pPr>
            <w:r>
              <w:t>- Luyện đọc theo nhóm 3, mỗi bạn đọc một khổ thơ.</w:t>
            </w:r>
          </w:p>
        </w:tc>
        <w:tc>
          <w:tcPr>
            <w:tcW w:w="5326" w:type="dxa"/>
          </w:tcPr>
          <w:p w14:paraId="0FFED0A1" w14:textId="77777777" w:rsidR="000B1924" w:rsidRDefault="00A975F8" w:rsidP="00807441">
            <w:pPr>
              <w:shd w:val="clear" w:color="auto" w:fill="FFFFFF" w:themeFill="background1"/>
            </w:pPr>
            <w:r>
              <w:t>- HS đọc trong nhóm 3, nghe bạn đọc và góp ý cho nhau.</w:t>
            </w:r>
          </w:p>
        </w:tc>
      </w:tr>
      <w:tr w:rsidR="000B1924" w14:paraId="5B0A4DF5" w14:textId="77777777" w:rsidTr="00807441">
        <w:trPr>
          <w:jc w:val="center"/>
        </w:trPr>
        <w:tc>
          <w:tcPr>
            <w:tcW w:w="5326" w:type="dxa"/>
          </w:tcPr>
          <w:p w14:paraId="4C4F715F" w14:textId="77777777" w:rsidR="000B1924" w:rsidRDefault="00A975F8" w:rsidP="00807441">
            <w:pPr>
              <w:shd w:val="clear" w:color="auto" w:fill="FFFFFF" w:themeFill="background1"/>
            </w:pPr>
            <w:r>
              <w:t>- Thi đọc nối tiếp giữa các nhóm.</w:t>
            </w:r>
          </w:p>
        </w:tc>
        <w:tc>
          <w:tcPr>
            <w:tcW w:w="5326" w:type="dxa"/>
          </w:tcPr>
          <w:p w14:paraId="1EBD30EA" w14:textId="77777777" w:rsidR="000B1924" w:rsidRDefault="00A975F8" w:rsidP="00807441">
            <w:pPr>
              <w:shd w:val="clear" w:color="auto" w:fill="FFFFFF" w:themeFill="background1"/>
            </w:pPr>
            <w:r>
              <w:t>- Đại diện 2 - 3 nhóm thi đọc; lớp bình chọn nhóm đọc tốt.</w:t>
            </w:r>
          </w:p>
        </w:tc>
      </w:tr>
      <w:tr w:rsidR="000B1924" w14:paraId="09EFA6F7" w14:textId="77777777" w:rsidTr="00807441">
        <w:trPr>
          <w:jc w:val="center"/>
        </w:trPr>
        <w:tc>
          <w:tcPr>
            <w:tcW w:w="5326" w:type="dxa"/>
          </w:tcPr>
          <w:p w14:paraId="355D9EC0" w14:textId="77777777" w:rsidR="000B1924" w:rsidRDefault="00A975F8" w:rsidP="00807441">
            <w:pPr>
              <w:shd w:val="clear" w:color="auto" w:fill="FFFFFF" w:themeFill="background1"/>
            </w:pPr>
            <w:r>
              <w:rPr>
                <w:b/>
              </w:rPr>
              <w:t>d. Đọc toàn bài.</w:t>
            </w:r>
          </w:p>
        </w:tc>
        <w:tc>
          <w:tcPr>
            <w:tcW w:w="5326" w:type="dxa"/>
          </w:tcPr>
          <w:p w14:paraId="639FF10F" w14:textId="77777777" w:rsidR="000B1924" w:rsidRDefault="00A975F8" w:rsidP="00807441">
            <w:pPr>
              <w:shd w:val="clear" w:color="auto" w:fill="FFFFFF" w:themeFill="background1"/>
            </w:pPr>
            <w:r>
              <w:t>- HS luyện đọc toàn bài.</w:t>
            </w:r>
          </w:p>
        </w:tc>
      </w:tr>
      <w:tr w:rsidR="000B1924" w14:paraId="66721CDE" w14:textId="77777777" w:rsidTr="00807441">
        <w:trPr>
          <w:jc w:val="center"/>
        </w:trPr>
        <w:tc>
          <w:tcPr>
            <w:tcW w:w="5326" w:type="dxa"/>
          </w:tcPr>
          <w:p w14:paraId="49E51564" w14:textId="77777777" w:rsidR="000B1924" w:rsidRDefault="00A975F8" w:rsidP="00807441">
            <w:pPr>
              <w:shd w:val="clear" w:color="auto" w:fill="FFFFFF" w:themeFill="background1"/>
            </w:pPr>
            <w:r>
              <w:t>- Tự luyện đọc toàn bài thơ, sau đó 2 - 3 HS đọc trước lớp.</w:t>
            </w:r>
          </w:p>
        </w:tc>
        <w:tc>
          <w:tcPr>
            <w:tcW w:w="5326" w:type="dxa"/>
          </w:tcPr>
          <w:p w14:paraId="747277FD" w14:textId="77777777" w:rsidR="000B1924" w:rsidRDefault="00A975F8" w:rsidP="00807441">
            <w:pPr>
              <w:shd w:val="clear" w:color="auto" w:fill="FFFFFF" w:themeFill="background1"/>
            </w:pPr>
            <w:r>
              <w:t>- HS đọc toàn bài; HS khác theo dõi, nhận xét giọng đọc.</w:t>
            </w:r>
          </w:p>
        </w:tc>
      </w:tr>
      <w:tr w:rsidR="000B1924" w14:paraId="79C990C0" w14:textId="77777777" w:rsidTr="00807441">
        <w:trPr>
          <w:jc w:val="center"/>
        </w:trPr>
        <w:tc>
          <w:tcPr>
            <w:tcW w:w="5326" w:type="dxa"/>
            <w:tcBorders>
              <w:bottom w:val="single" w:sz="4" w:space="0" w:color="auto"/>
            </w:tcBorders>
          </w:tcPr>
          <w:p w14:paraId="42CA6982" w14:textId="77777777" w:rsidR="000B1924" w:rsidRDefault="00A975F8" w:rsidP="00807441">
            <w:pPr>
              <w:shd w:val="clear" w:color="auto" w:fill="FFFFFF" w:themeFill="background1"/>
            </w:pPr>
            <w:r>
              <w:t>- GV kết luận: Đọc đúng và biết thể hiện cảm xúc giúp các em hiểu rõ tình bạn trong bài thơ.</w:t>
            </w:r>
          </w:p>
        </w:tc>
        <w:tc>
          <w:tcPr>
            <w:tcW w:w="5326" w:type="dxa"/>
            <w:tcBorders>
              <w:bottom w:val="single" w:sz="4" w:space="0" w:color="auto"/>
            </w:tcBorders>
          </w:tcPr>
          <w:p w14:paraId="6A3E798A" w14:textId="77777777" w:rsidR="000B1924" w:rsidRDefault="00A975F8" w:rsidP="00807441">
            <w:pPr>
              <w:shd w:val="clear" w:color="auto" w:fill="FFFFFF" w:themeFill="background1"/>
            </w:pPr>
            <w:r>
              <w:t>- HS ghi nhớ cách đọc và chuẩn bị tìm hiểu bài.</w:t>
            </w:r>
          </w:p>
        </w:tc>
      </w:tr>
      <w:tr w:rsidR="000B1924" w14:paraId="34B2A9BC" w14:textId="77777777" w:rsidTr="00807441">
        <w:trPr>
          <w:jc w:val="center"/>
        </w:trPr>
        <w:tc>
          <w:tcPr>
            <w:tcW w:w="10652" w:type="dxa"/>
            <w:gridSpan w:val="2"/>
            <w:tcBorders>
              <w:top w:val="single" w:sz="4" w:space="0" w:color="auto"/>
              <w:bottom w:val="single" w:sz="4" w:space="0" w:color="auto"/>
            </w:tcBorders>
            <w:shd w:val="clear" w:color="auto" w:fill="E2F0D9"/>
          </w:tcPr>
          <w:p w14:paraId="44C30BFD" w14:textId="77777777" w:rsidR="000B1924" w:rsidRDefault="00A975F8" w:rsidP="00807441">
            <w:pPr>
              <w:shd w:val="clear" w:color="auto" w:fill="FFFFFF" w:themeFill="background1"/>
            </w:pPr>
            <w:r>
              <w:rPr>
                <w:b/>
                <w:color w:val="007000"/>
              </w:rPr>
              <w:t>4. Vận dụng (3 phút)</w:t>
            </w:r>
          </w:p>
          <w:p w14:paraId="09AFB4AB" w14:textId="77777777" w:rsidR="000B1924" w:rsidRDefault="00A975F8" w:rsidP="00807441">
            <w:pPr>
              <w:shd w:val="clear" w:color="auto" w:fill="FFFFFF" w:themeFill="background1"/>
            </w:pPr>
            <w:r>
              <w:rPr>
                <w:b/>
                <w:i/>
                <w:color w:val="007000"/>
              </w:rPr>
              <w:t xml:space="preserve"> Củng cố cách đọc và chuẩn bị nhiệm vụ tiết 2.</w:t>
            </w:r>
          </w:p>
        </w:tc>
      </w:tr>
      <w:tr w:rsidR="000B1924" w14:paraId="1A0F6414" w14:textId="77777777" w:rsidTr="00807441">
        <w:trPr>
          <w:jc w:val="center"/>
        </w:trPr>
        <w:tc>
          <w:tcPr>
            <w:tcW w:w="5326" w:type="dxa"/>
            <w:tcBorders>
              <w:top w:val="single" w:sz="4" w:space="0" w:color="auto"/>
            </w:tcBorders>
          </w:tcPr>
          <w:p w14:paraId="4526722E" w14:textId="77777777" w:rsidR="000B1924" w:rsidRDefault="00A975F8" w:rsidP="00807441">
            <w:pPr>
              <w:shd w:val="clear" w:color="auto" w:fill="FFFFFF" w:themeFill="background1"/>
            </w:pPr>
            <w:r>
              <w:t>- Nói một từ hoặc một câu thể hiện tình cảm của dê trắng dành cho bê vàng.</w:t>
            </w:r>
          </w:p>
        </w:tc>
        <w:tc>
          <w:tcPr>
            <w:tcW w:w="5326" w:type="dxa"/>
            <w:tcBorders>
              <w:top w:val="single" w:sz="4" w:space="0" w:color="auto"/>
            </w:tcBorders>
          </w:tcPr>
          <w:p w14:paraId="6EF7233A" w14:textId="77777777" w:rsidR="000B1924" w:rsidRDefault="00A975F8" w:rsidP="00807441">
            <w:pPr>
              <w:shd w:val="clear" w:color="auto" w:fill="FFFFFF" w:themeFill="background1"/>
            </w:pPr>
            <w:r>
              <w:t>- HS nêu: thương bạn; nhớ bạn; Dê trắng rất thương bê vàng.</w:t>
            </w:r>
          </w:p>
        </w:tc>
      </w:tr>
      <w:tr w:rsidR="000B1924" w14:paraId="5137D381" w14:textId="77777777" w:rsidTr="00807441">
        <w:trPr>
          <w:jc w:val="center"/>
        </w:trPr>
        <w:tc>
          <w:tcPr>
            <w:tcW w:w="5326" w:type="dxa"/>
            <w:tcBorders>
              <w:bottom w:val="single" w:sz="4" w:space="0" w:color="auto"/>
            </w:tcBorders>
          </w:tcPr>
          <w:p w14:paraId="5B7F1E6B" w14:textId="77777777" w:rsidR="000B1924" w:rsidRDefault="00A975F8" w:rsidP="00807441">
            <w:pPr>
              <w:shd w:val="clear" w:color="auto" w:fill="FFFFFF" w:themeFill="background1"/>
            </w:pPr>
            <w:r>
              <w:t>- Dặn HS về nhà đọc lại bài thơ cho người thân nghe.</w:t>
            </w:r>
          </w:p>
        </w:tc>
        <w:tc>
          <w:tcPr>
            <w:tcW w:w="5326" w:type="dxa"/>
            <w:tcBorders>
              <w:bottom w:val="single" w:sz="4" w:space="0" w:color="auto"/>
            </w:tcBorders>
          </w:tcPr>
          <w:p w14:paraId="36BECFD4" w14:textId="77777777" w:rsidR="000B1924" w:rsidRDefault="00A975F8" w:rsidP="00807441">
            <w:pPr>
              <w:shd w:val="clear" w:color="auto" w:fill="FFFFFF" w:themeFill="background1"/>
            </w:pPr>
            <w:r>
              <w:t>- HS ghi nhớ nhiệm vụ.</w:t>
            </w:r>
          </w:p>
        </w:tc>
      </w:tr>
      <w:tr w:rsidR="000B1924" w14:paraId="24091A6B" w14:textId="77777777" w:rsidTr="00807441">
        <w:trPr>
          <w:jc w:val="center"/>
        </w:trPr>
        <w:tc>
          <w:tcPr>
            <w:tcW w:w="10652" w:type="dxa"/>
            <w:gridSpan w:val="2"/>
            <w:tcBorders>
              <w:top w:val="single" w:sz="4" w:space="0" w:color="auto"/>
              <w:bottom w:val="single" w:sz="4" w:space="0" w:color="auto"/>
            </w:tcBorders>
            <w:shd w:val="clear" w:color="auto" w:fill="E2F0D9"/>
          </w:tcPr>
          <w:p w14:paraId="65B9CD62" w14:textId="77777777" w:rsidR="000B1924" w:rsidRDefault="00A975F8" w:rsidP="00807441">
            <w:pPr>
              <w:shd w:val="clear" w:color="auto" w:fill="FFFFFF" w:themeFill="background1"/>
            </w:pPr>
            <w:r>
              <w:rPr>
                <w:b/>
                <w:color w:val="007000"/>
              </w:rPr>
              <w:t>TIẾT 2</w:t>
            </w:r>
          </w:p>
        </w:tc>
      </w:tr>
      <w:tr w:rsidR="000B1924" w14:paraId="02C9D0B2" w14:textId="77777777" w:rsidTr="00807441">
        <w:trPr>
          <w:jc w:val="center"/>
        </w:trPr>
        <w:tc>
          <w:tcPr>
            <w:tcW w:w="10652" w:type="dxa"/>
            <w:gridSpan w:val="2"/>
            <w:tcBorders>
              <w:top w:val="single" w:sz="4" w:space="0" w:color="auto"/>
              <w:bottom w:val="single" w:sz="4" w:space="0" w:color="auto"/>
            </w:tcBorders>
            <w:shd w:val="clear" w:color="auto" w:fill="E2F0D9"/>
          </w:tcPr>
          <w:p w14:paraId="0C475158" w14:textId="77777777" w:rsidR="000B1924" w:rsidRDefault="00A975F8" w:rsidP="00807441">
            <w:pPr>
              <w:shd w:val="clear" w:color="auto" w:fill="FFFFFF" w:themeFill="background1"/>
            </w:pPr>
            <w:r>
              <w:rPr>
                <w:b/>
                <w:color w:val="007000"/>
              </w:rPr>
              <w:t>1. Khởi động (3 phút)</w:t>
            </w:r>
          </w:p>
          <w:p w14:paraId="2708419C" w14:textId="77777777" w:rsidR="000B1924" w:rsidRDefault="00A975F8" w:rsidP="00807441">
            <w:pPr>
              <w:shd w:val="clear" w:color="auto" w:fill="FFFFFF" w:themeFill="background1"/>
            </w:pPr>
            <w:r>
              <w:rPr>
                <w:b/>
                <w:i/>
                <w:color w:val="007000"/>
              </w:rPr>
              <w:t xml:space="preserve"> Ôn lại nội dung đã đọc ở tiết 1.</w:t>
            </w:r>
          </w:p>
        </w:tc>
      </w:tr>
      <w:tr w:rsidR="000B1924" w14:paraId="2D555DB6" w14:textId="77777777" w:rsidTr="00807441">
        <w:trPr>
          <w:jc w:val="center"/>
        </w:trPr>
        <w:tc>
          <w:tcPr>
            <w:tcW w:w="5326" w:type="dxa"/>
            <w:tcBorders>
              <w:top w:val="single" w:sz="4" w:space="0" w:color="auto"/>
              <w:bottom w:val="single" w:sz="4" w:space="0" w:color="auto"/>
            </w:tcBorders>
          </w:tcPr>
          <w:p w14:paraId="1357FA09" w14:textId="77777777" w:rsidR="000B1924" w:rsidRDefault="00A975F8" w:rsidP="00807441">
            <w:pPr>
              <w:shd w:val="clear" w:color="auto" w:fill="FFFFFF" w:themeFill="background1"/>
            </w:pPr>
            <w:r>
              <w:t>- Đọc lại một khổ thơ em thích và nêu tên hai nhân vật trong bài.</w:t>
            </w:r>
          </w:p>
        </w:tc>
        <w:tc>
          <w:tcPr>
            <w:tcW w:w="5326" w:type="dxa"/>
            <w:tcBorders>
              <w:top w:val="single" w:sz="4" w:space="0" w:color="auto"/>
              <w:bottom w:val="single" w:sz="4" w:space="0" w:color="auto"/>
            </w:tcBorders>
          </w:tcPr>
          <w:p w14:paraId="311FD5AF" w14:textId="77777777" w:rsidR="000B1924" w:rsidRDefault="00A975F8" w:rsidP="00807441">
            <w:pPr>
              <w:shd w:val="clear" w:color="auto" w:fill="FFFFFF" w:themeFill="background1"/>
            </w:pPr>
            <w:r>
              <w:t>- HS đọc một khổ thơ; trả lời: Nhân vật trong bài là bê vàng và dê trắng.</w:t>
            </w:r>
          </w:p>
        </w:tc>
      </w:tr>
      <w:tr w:rsidR="000B1924" w14:paraId="7FD6643B" w14:textId="77777777" w:rsidTr="00807441">
        <w:trPr>
          <w:jc w:val="center"/>
        </w:trPr>
        <w:tc>
          <w:tcPr>
            <w:tcW w:w="10652" w:type="dxa"/>
            <w:gridSpan w:val="2"/>
            <w:tcBorders>
              <w:top w:val="single" w:sz="4" w:space="0" w:color="auto"/>
              <w:bottom w:val="single" w:sz="4" w:space="0" w:color="auto"/>
            </w:tcBorders>
            <w:shd w:val="clear" w:color="auto" w:fill="E2F0D9"/>
          </w:tcPr>
          <w:p w14:paraId="3EF8DF5E" w14:textId="77777777" w:rsidR="000B1924" w:rsidRDefault="00A975F8" w:rsidP="00807441">
            <w:pPr>
              <w:shd w:val="clear" w:color="auto" w:fill="FFFFFF" w:themeFill="background1"/>
            </w:pPr>
            <w:r>
              <w:rPr>
                <w:b/>
                <w:color w:val="007000"/>
              </w:rPr>
              <w:t>2. Khám phá kiến thức - Hoạt động 2: Tìm hiểu bài và tích hợp (17 phút)</w:t>
            </w:r>
          </w:p>
          <w:p w14:paraId="6C9DE13A" w14:textId="77777777" w:rsidR="000B1924" w:rsidRDefault="00A975F8" w:rsidP="00807441">
            <w:pPr>
              <w:shd w:val="clear" w:color="auto" w:fill="FFFFFF" w:themeFill="background1"/>
            </w:pPr>
            <w:r>
              <w:rPr>
                <w:b/>
                <w:i/>
                <w:color w:val="007000"/>
              </w:rPr>
              <w:t xml:space="preserve"> Trả lời câu hỏi SGK, hiểu nội dung bài; biết yêu thương, quan tâm bạn bè.</w:t>
            </w:r>
          </w:p>
        </w:tc>
      </w:tr>
      <w:tr w:rsidR="000B1924" w14:paraId="39E47E7F" w14:textId="77777777" w:rsidTr="00807441">
        <w:trPr>
          <w:jc w:val="center"/>
        </w:trPr>
        <w:tc>
          <w:tcPr>
            <w:tcW w:w="5326" w:type="dxa"/>
            <w:tcBorders>
              <w:top w:val="single" w:sz="4" w:space="0" w:color="auto"/>
            </w:tcBorders>
          </w:tcPr>
          <w:p w14:paraId="5ED01681" w14:textId="77777777" w:rsidR="000B1924" w:rsidRDefault="00A975F8" w:rsidP="00807441">
            <w:pPr>
              <w:shd w:val="clear" w:color="auto" w:fill="FFFFFF" w:themeFill="background1"/>
            </w:pPr>
            <w:r>
              <w:t>- Đọc thầm khổ thơ 1 và trả lời: Câu chuyện được kể trong bài thơ diễn ra khi nào, ở đâu?</w:t>
            </w:r>
          </w:p>
          <w:p w14:paraId="6FFC426E" w14:textId="6E477B5A" w:rsidR="000B1924" w:rsidRDefault="000B1924" w:rsidP="00807441">
            <w:pPr>
              <w:shd w:val="clear" w:color="auto" w:fill="FFFFFF" w:themeFill="background1"/>
              <w:jc w:val="center"/>
            </w:pPr>
          </w:p>
        </w:tc>
        <w:tc>
          <w:tcPr>
            <w:tcW w:w="5326" w:type="dxa"/>
            <w:tcBorders>
              <w:top w:val="single" w:sz="4" w:space="0" w:color="auto"/>
            </w:tcBorders>
          </w:tcPr>
          <w:p w14:paraId="3B8D618F" w14:textId="77777777" w:rsidR="000B1924" w:rsidRDefault="00A975F8" w:rsidP="00807441">
            <w:pPr>
              <w:shd w:val="clear" w:color="auto" w:fill="FFFFFF" w:themeFill="background1"/>
            </w:pPr>
            <w:r>
              <w:lastRenderedPageBreak/>
              <w:t>- HS trả lời: Câu chuyện diễn ra từ xa xưa, trong rừng xanh sâu thẳm.</w:t>
            </w:r>
          </w:p>
        </w:tc>
      </w:tr>
      <w:tr w:rsidR="000B1924" w14:paraId="54D55283" w14:textId="77777777" w:rsidTr="00807441">
        <w:trPr>
          <w:jc w:val="center"/>
        </w:trPr>
        <w:tc>
          <w:tcPr>
            <w:tcW w:w="5326" w:type="dxa"/>
          </w:tcPr>
          <w:p w14:paraId="0DD595EC" w14:textId="77777777" w:rsidR="000B1924" w:rsidRDefault="00A975F8" w:rsidP="00807441">
            <w:pPr>
              <w:shd w:val="clear" w:color="auto" w:fill="FFFFFF" w:themeFill="background1"/>
            </w:pPr>
            <w:r>
              <w:t>- Thảo luận nhóm 2: Chuyện gì xảy ra khiến bê vàng phải lang thang đi tìm cỏ?</w:t>
            </w:r>
          </w:p>
        </w:tc>
        <w:tc>
          <w:tcPr>
            <w:tcW w:w="5326" w:type="dxa"/>
          </w:tcPr>
          <w:p w14:paraId="55E532A9" w14:textId="77777777" w:rsidR="000B1924" w:rsidRDefault="00A975F8" w:rsidP="00807441">
            <w:pPr>
              <w:shd w:val="clear" w:color="auto" w:fill="FFFFFF" w:themeFill="background1"/>
            </w:pPr>
            <w:r>
              <w:t>- HS trả lời: Một năm trời hạn hán, cỏ cây héo khô, bê vàng không chờ được mưa để có cỏ ăn nên đi tìm cỏ.</w:t>
            </w:r>
          </w:p>
        </w:tc>
      </w:tr>
      <w:tr w:rsidR="000B1924" w14:paraId="112B1300" w14:textId="77777777" w:rsidTr="00807441">
        <w:trPr>
          <w:jc w:val="center"/>
        </w:trPr>
        <w:tc>
          <w:tcPr>
            <w:tcW w:w="5326" w:type="dxa"/>
          </w:tcPr>
          <w:p w14:paraId="16CB529E" w14:textId="77777777" w:rsidR="000B1924" w:rsidRDefault="00A975F8" w:rsidP="00807441">
            <w:pPr>
              <w:shd w:val="clear" w:color="auto" w:fill="FFFFFF" w:themeFill="background1"/>
            </w:pPr>
            <w:r>
              <w:t>- Thảo luận nhóm 2: Khi bê vàng quên đường về, dê trắng đã làm gì?</w:t>
            </w:r>
          </w:p>
        </w:tc>
        <w:tc>
          <w:tcPr>
            <w:tcW w:w="5326" w:type="dxa"/>
          </w:tcPr>
          <w:p w14:paraId="112D47E0" w14:textId="77777777" w:rsidR="000B1924" w:rsidRDefault="00A975F8" w:rsidP="00807441">
            <w:pPr>
              <w:shd w:val="clear" w:color="auto" w:fill="FFFFFF" w:themeFill="background1"/>
            </w:pPr>
            <w:r>
              <w:t>- HS trả lời: Dê trắng chạy khắp nẻo tìm bê vàng và gọi hoài: “Bê! Bê!”.</w:t>
            </w:r>
          </w:p>
        </w:tc>
      </w:tr>
      <w:tr w:rsidR="000B1924" w14:paraId="239A0360" w14:textId="77777777" w:rsidTr="00807441">
        <w:trPr>
          <w:jc w:val="center"/>
        </w:trPr>
        <w:tc>
          <w:tcPr>
            <w:tcW w:w="5326" w:type="dxa"/>
          </w:tcPr>
          <w:p w14:paraId="3C84AA70" w14:textId="77777777" w:rsidR="000B1924" w:rsidRDefault="00A975F8" w:rsidP="00807441">
            <w:pPr>
              <w:shd w:val="clear" w:color="auto" w:fill="FFFFFF" w:themeFill="background1"/>
            </w:pPr>
            <w:r>
              <w:t>- Nêu cảm nghĩ của em về bê vàng và dê trắng.</w:t>
            </w:r>
          </w:p>
        </w:tc>
        <w:tc>
          <w:tcPr>
            <w:tcW w:w="5326" w:type="dxa"/>
          </w:tcPr>
          <w:p w14:paraId="488B5072" w14:textId="77777777" w:rsidR="000B1924" w:rsidRDefault="00A975F8" w:rsidP="00807441">
            <w:pPr>
              <w:shd w:val="clear" w:color="auto" w:fill="FFFFFF" w:themeFill="background1"/>
            </w:pPr>
            <w:r>
              <w:t>- HS trả lời: Bê vàng đáng thương vì bị lạc; dê trắng rất thương bạn, nhớ bạn và không bỏ rơi bạn.</w:t>
            </w:r>
          </w:p>
        </w:tc>
      </w:tr>
      <w:tr w:rsidR="000B1924" w14:paraId="7B923B05" w14:textId="77777777" w:rsidTr="00807441">
        <w:trPr>
          <w:jc w:val="center"/>
        </w:trPr>
        <w:tc>
          <w:tcPr>
            <w:tcW w:w="5326" w:type="dxa"/>
          </w:tcPr>
          <w:p w14:paraId="66804B2C" w14:textId="77777777" w:rsidR="000B1924" w:rsidRDefault="00A975F8" w:rsidP="00807441">
            <w:pPr>
              <w:shd w:val="clear" w:color="auto" w:fill="FFFFFF" w:themeFill="background1"/>
            </w:pPr>
            <w:r>
              <w:rPr>
                <w:color w:val="FF0000"/>
              </w:rPr>
              <w:t>Câu hỏi dẫn tích hợp: Khi thấy bạn buồn hoặc gặp khó khăn, em sẽ làm gì?</w:t>
            </w:r>
          </w:p>
        </w:tc>
        <w:tc>
          <w:tcPr>
            <w:tcW w:w="5326" w:type="dxa"/>
          </w:tcPr>
          <w:p w14:paraId="62D0B3E5" w14:textId="77777777" w:rsidR="000B1924" w:rsidRDefault="00A975F8" w:rsidP="00807441">
            <w:pPr>
              <w:shd w:val="clear" w:color="auto" w:fill="FFFFFF" w:themeFill="background1"/>
            </w:pPr>
            <w:r>
              <w:rPr>
                <w:color w:val="FF0000"/>
              </w:rPr>
              <w:t>- HS trả lời: Em sẽ hỏi thăm, an ủi, giúp đỡ bạn và cùng bạn tìm cách giải quyết.</w:t>
            </w:r>
          </w:p>
        </w:tc>
      </w:tr>
      <w:tr w:rsidR="000B1924" w14:paraId="1F81CDD5" w14:textId="77777777" w:rsidTr="00807441">
        <w:trPr>
          <w:jc w:val="center"/>
        </w:trPr>
        <w:tc>
          <w:tcPr>
            <w:tcW w:w="5326" w:type="dxa"/>
          </w:tcPr>
          <w:p w14:paraId="33EF1F0F" w14:textId="77777777" w:rsidR="000B1924" w:rsidRDefault="00A975F8" w:rsidP="00807441">
            <w:pPr>
              <w:shd w:val="clear" w:color="auto" w:fill="FFFFFF" w:themeFill="background1"/>
            </w:pPr>
            <w:r>
              <w:rPr>
                <w:color w:val="FF0000"/>
              </w:rPr>
              <w:t>Diễn giải tích hợp: Tình bạn đẹp là biết quan tâm, chia sẻ và giúp đỡ lẫn nhau. Dê trắng không bỏ rơi bê vàng mà chạy khắp nơi tìm bạn. Trong lớp, các em cũng cần biết hỏi thăm khi bạn buồn, giúp bạn khi bạn gặp khó khăn, không trêu chọc hay nói xấu bạn. Biết yêu thương bạn bè là biểu hiện của lối sống nhân ái, chan hòa.</w:t>
            </w:r>
          </w:p>
        </w:tc>
        <w:tc>
          <w:tcPr>
            <w:tcW w:w="5326" w:type="dxa"/>
          </w:tcPr>
          <w:p w14:paraId="7787602E" w14:textId="77777777" w:rsidR="000B1924" w:rsidRDefault="00A975F8" w:rsidP="00807441">
            <w:pPr>
              <w:shd w:val="clear" w:color="auto" w:fill="FFFFFF" w:themeFill="background1"/>
            </w:pPr>
            <w:r>
              <w:rPr>
                <w:color w:val="FF0000"/>
              </w:rPr>
              <w:t>- HS lắng nghe, liên hệ việc làm của bản thân: giúp bạn nhặt đồ rơi, giảng bài cho bạn chưa hiểu, rủ bạn cùng chơi.</w:t>
            </w:r>
          </w:p>
        </w:tc>
      </w:tr>
      <w:tr w:rsidR="000B1924" w14:paraId="7F710014" w14:textId="77777777" w:rsidTr="00807441">
        <w:trPr>
          <w:jc w:val="center"/>
        </w:trPr>
        <w:tc>
          <w:tcPr>
            <w:tcW w:w="5326" w:type="dxa"/>
            <w:tcBorders>
              <w:bottom w:val="single" w:sz="4" w:space="0" w:color="auto"/>
            </w:tcBorders>
          </w:tcPr>
          <w:p w14:paraId="51C22770" w14:textId="77777777" w:rsidR="000B1924" w:rsidRDefault="00A975F8" w:rsidP="00807441">
            <w:pPr>
              <w:shd w:val="clear" w:color="auto" w:fill="FFFFFF" w:themeFill="background1"/>
            </w:pPr>
            <w:r>
              <w:t>- GV kết luận: Bài thơ Gọi bạn nói về tình bạn thân thiết, đáng quý giữa bê vàng và dê trắng; các em cần biết yêu thương và quý trọng bạn bè.</w:t>
            </w:r>
          </w:p>
        </w:tc>
        <w:tc>
          <w:tcPr>
            <w:tcW w:w="5326" w:type="dxa"/>
            <w:tcBorders>
              <w:bottom w:val="single" w:sz="4" w:space="0" w:color="auto"/>
            </w:tcBorders>
          </w:tcPr>
          <w:p w14:paraId="206FE355" w14:textId="77777777" w:rsidR="000B1924" w:rsidRDefault="00A975F8" w:rsidP="00807441">
            <w:pPr>
              <w:shd w:val="clear" w:color="auto" w:fill="FFFFFF" w:themeFill="background1"/>
            </w:pPr>
            <w:r>
              <w:t>- HS nhắc lại nội dung chính của bài.</w:t>
            </w:r>
          </w:p>
        </w:tc>
      </w:tr>
      <w:tr w:rsidR="000B1924" w14:paraId="3C813B4A" w14:textId="77777777" w:rsidTr="00807441">
        <w:trPr>
          <w:jc w:val="center"/>
        </w:trPr>
        <w:tc>
          <w:tcPr>
            <w:tcW w:w="10652" w:type="dxa"/>
            <w:gridSpan w:val="2"/>
            <w:tcBorders>
              <w:top w:val="single" w:sz="4" w:space="0" w:color="auto"/>
              <w:bottom w:val="single" w:sz="4" w:space="0" w:color="auto"/>
            </w:tcBorders>
            <w:shd w:val="clear" w:color="auto" w:fill="E2F0D9"/>
          </w:tcPr>
          <w:p w14:paraId="2D1CF50E" w14:textId="77777777" w:rsidR="000B1924" w:rsidRDefault="00A975F8" w:rsidP="00807441">
            <w:pPr>
              <w:shd w:val="clear" w:color="auto" w:fill="FFFFFF" w:themeFill="background1"/>
            </w:pPr>
            <w:r>
              <w:rPr>
                <w:b/>
                <w:color w:val="007000"/>
              </w:rPr>
              <w:t>3. Thực hành (12 phút)</w:t>
            </w:r>
          </w:p>
          <w:p w14:paraId="4AF1E23E" w14:textId="77777777" w:rsidR="000B1924" w:rsidRDefault="00A975F8" w:rsidP="00807441">
            <w:pPr>
              <w:shd w:val="clear" w:color="auto" w:fill="FFFFFF" w:themeFill="background1"/>
            </w:pPr>
            <w:r>
              <w:rPr>
                <w:b/>
                <w:i/>
                <w:color w:val="007000"/>
              </w:rPr>
              <w:t xml:space="preserve"> Luyện đọc lại, học thuộc lòng và làm bài tập theo văn bản đọc.</w:t>
            </w:r>
          </w:p>
        </w:tc>
      </w:tr>
      <w:tr w:rsidR="000B1924" w14:paraId="38DA431B" w14:textId="77777777" w:rsidTr="00807441">
        <w:trPr>
          <w:jc w:val="center"/>
        </w:trPr>
        <w:tc>
          <w:tcPr>
            <w:tcW w:w="5326" w:type="dxa"/>
            <w:tcBorders>
              <w:top w:val="single" w:sz="4" w:space="0" w:color="auto"/>
            </w:tcBorders>
          </w:tcPr>
          <w:p w14:paraId="44CC6CC2" w14:textId="77777777" w:rsidR="000B1924" w:rsidRDefault="00A975F8" w:rsidP="00807441">
            <w:pPr>
              <w:shd w:val="clear" w:color="auto" w:fill="FFFFFF" w:themeFill="background1"/>
            </w:pPr>
            <w:r>
              <w:t>- Luyện đọc lại toàn bài, chú ý giọng tha thiết ở lời gọi “Bê! Bê!”.</w:t>
            </w:r>
          </w:p>
        </w:tc>
        <w:tc>
          <w:tcPr>
            <w:tcW w:w="5326" w:type="dxa"/>
            <w:tcBorders>
              <w:top w:val="single" w:sz="4" w:space="0" w:color="auto"/>
            </w:tcBorders>
          </w:tcPr>
          <w:p w14:paraId="71753760" w14:textId="77777777" w:rsidR="000B1924" w:rsidRDefault="00A975F8" w:rsidP="00807441">
            <w:pPr>
              <w:shd w:val="clear" w:color="auto" w:fill="FFFFFF" w:themeFill="background1"/>
            </w:pPr>
            <w:r>
              <w:t>- HS đọc lại bài, biết đọc rõ lời gọi của dê trắng.</w:t>
            </w:r>
          </w:p>
        </w:tc>
      </w:tr>
      <w:tr w:rsidR="000B1924" w14:paraId="516252E3" w14:textId="77777777" w:rsidTr="00807441">
        <w:trPr>
          <w:jc w:val="center"/>
        </w:trPr>
        <w:tc>
          <w:tcPr>
            <w:tcW w:w="5326" w:type="dxa"/>
          </w:tcPr>
          <w:p w14:paraId="284D2592" w14:textId="77777777" w:rsidR="000B1924" w:rsidRDefault="00A975F8" w:rsidP="00807441">
            <w:pPr>
              <w:shd w:val="clear" w:color="auto" w:fill="FFFFFF" w:themeFill="background1"/>
            </w:pPr>
            <w:r>
              <w:t>- Học thuộc lòng 2 khổ thơ đầu bằng cách đọc xóa dần.</w:t>
            </w:r>
          </w:p>
        </w:tc>
        <w:tc>
          <w:tcPr>
            <w:tcW w:w="5326" w:type="dxa"/>
          </w:tcPr>
          <w:p w14:paraId="32A725CF" w14:textId="77777777" w:rsidR="000B1924" w:rsidRDefault="00A975F8" w:rsidP="00807441">
            <w:pPr>
              <w:shd w:val="clear" w:color="auto" w:fill="FFFFFF" w:themeFill="background1"/>
            </w:pPr>
            <w:r>
              <w:t>- HS luyện đọc thuộc lòng và thi đọc trước lớp.</w:t>
            </w:r>
          </w:p>
        </w:tc>
      </w:tr>
      <w:tr w:rsidR="000B1924" w14:paraId="29328381" w14:textId="77777777" w:rsidTr="00807441">
        <w:trPr>
          <w:jc w:val="center"/>
        </w:trPr>
        <w:tc>
          <w:tcPr>
            <w:tcW w:w="5326" w:type="dxa"/>
          </w:tcPr>
          <w:p w14:paraId="44129C64" w14:textId="77777777" w:rsidR="000B1924" w:rsidRDefault="00A975F8" w:rsidP="00807441">
            <w:pPr>
              <w:shd w:val="clear" w:color="auto" w:fill="FFFFFF" w:themeFill="background1"/>
            </w:pPr>
            <w:r>
              <w:rPr>
                <w:b/>
              </w:rPr>
              <w:t>Bài tập 1: Tìm từ ngữ thể hiện tâm trạng của dê trắng khi không thấy bạn trở về.</w:t>
            </w:r>
          </w:p>
        </w:tc>
        <w:tc>
          <w:tcPr>
            <w:tcW w:w="5326" w:type="dxa"/>
          </w:tcPr>
          <w:p w14:paraId="19067E93" w14:textId="77777777" w:rsidR="000B1924" w:rsidRDefault="00A975F8" w:rsidP="00807441">
            <w:pPr>
              <w:shd w:val="clear" w:color="auto" w:fill="FFFFFF" w:themeFill="background1"/>
            </w:pPr>
            <w:r>
              <w:t>- HS xác định yêu cầu bài tập.</w:t>
            </w:r>
          </w:p>
        </w:tc>
      </w:tr>
      <w:tr w:rsidR="000B1924" w14:paraId="21077F4E" w14:textId="77777777" w:rsidTr="00807441">
        <w:trPr>
          <w:jc w:val="center"/>
        </w:trPr>
        <w:tc>
          <w:tcPr>
            <w:tcW w:w="5326" w:type="dxa"/>
          </w:tcPr>
          <w:p w14:paraId="11EBA4E3" w14:textId="77777777" w:rsidR="000B1924" w:rsidRDefault="00A975F8" w:rsidP="00807441">
            <w:pPr>
              <w:shd w:val="clear" w:color="auto" w:fill="FFFFFF" w:themeFill="background1"/>
            </w:pPr>
            <w:r>
              <w:t>- GV yêu cầu HS đọc đề bài.</w:t>
            </w:r>
          </w:p>
          <w:p w14:paraId="182154B6" w14:textId="40630F2F" w:rsidR="000B1924" w:rsidRDefault="000B1924" w:rsidP="00807441">
            <w:pPr>
              <w:shd w:val="clear" w:color="auto" w:fill="FFFFFF" w:themeFill="background1"/>
              <w:jc w:val="center"/>
            </w:pPr>
          </w:p>
        </w:tc>
        <w:tc>
          <w:tcPr>
            <w:tcW w:w="5326" w:type="dxa"/>
          </w:tcPr>
          <w:p w14:paraId="51BB7F17" w14:textId="77777777" w:rsidR="000B1924" w:rsidRDefault="00A975F8" w:rsidP="00807441">
            <w:pPr>
              <w:shd w:val="clear" w:color="auto" w:fill="FFFFFF" w:themeFill="background1"/>
            </w:pPr>
            <w:r>
              <w:t>- HS đọc: Tìm từ ngữ thể hiện tâm trạng của dê trắng khi không thấy bạn trở về.</w:t>
            </w:r>
          </w:p>
        </w:tc>
      </w:tr>
      <w:tr w:rsidR="000B1924" w14:paraId="0D7ED32D" w14:textId="77777777" w:rsidTr="00807441">
        <w:trPr>
          <w:jc w:val="center"/>
        </w:trPr>
        <w:tc>
          <w:tcPr>
            <w:tcW w:w="5326" w:type="dxa"/>
          </w:tcPr>
          <w:p w14:paraId="37ABA708" w14:textId="77777777" w:rsidR="000B1924" w:rsidRDefault="00A975F8" w:rsidP="00807441">
            <w:pPr>
              <w:shd w:val="clear" w:color="auto" w:fill="FFFFFF" w:themeFill="background1"/>
            </w:pPr>
            <w:r>
              <w:t>- HS làm cá nhân, đọc thầm khổ thơ cuối để tìm từ ngữ phù hợp.</w:t>
            </w:r>
          </w:p>
        </w:tc>
        <w:tc>
          <w:tcPr>
            <w:tcW w:w="5326" w:type="dxa"/>
          </w:tcPr>
          <w:p w14:paraId="4F33B3A0" w14:textId="77777777" w:rsidR="000B1924" w:rsidRDefault="00A975F8" w:rsidP="00807441">
            <w:pPr>
              <w:shd w:val="clear" w:color="auto" w:fill="FFFFFF" w:themeFill="background1"/>
            </w:pPr>
            <w:r>
              <w:t>- HS trả lời: Từ ngữ thể hiện tâm trạng của dê trắng là thương bạn quá.</w:t>
            </w:r>
          </w:p>
        </w:tc>
      </w:tr>
      <w:tr w:rsidR="000B1924" w14:paraId="6B4CE556" w14:textId="77777777" w:rsidTr="00807441">
        <w:trPr>
          <w:jc w:val="center"/>
        </w:trPr>
        <w:tc>
          <w:tcPr>
            <w:tcW w:w="5326" w:type="dxa"/>
          </w:tcPr>
          <w:p w14:paraId="557814DA" w14:textId="77777777" w:rsidR="000B1924" w:rsidRDefault="00A975F8" w:rsidP="00807441">
            <w:pPr>
              <w:shd w:val="clear" w:color="auto" w:fill="FFFFFF" w:themeFill="background1"/>
            </w:pPr>
            <w:r>
              <w:t>- GV gọi HS trình bày và nhận xét.</w:t>
            </w:r>
          </w:p>
        </w:tc>
        <w:tc>
          <w:tcPr>
            <w:tcW w:w="5326" w:type="dxa"/>
          </w:tcPr>
          <w:p w14:paraId="7AC4CF2D" w14:textId="77777777" w:rsidR="000B1924" w:rsidRDefault="00A975F8" w:rsidP="00807441">
            <w:pPr>
              <w:shd w:val="clear" w:color="auto" w:fill="FFFFFF" w:themeFill="background1"/>
            </w:pPr>
            <w:r>
              <w:t>- HS trình bày: Dê trắng thương bạn quá vì không thấy bê vàng trở về.</w:t>
            </w:r>
          </w:p>
        </w:tc>
      </w:tr>
      <w:tr w:rsidR="000B1924" w14:paraId="2506EA2D" w14:textId="77777777" w:rsidTr="00807441">
        <w:trPr>
          <w:jc w:val="center"/>
        </w:trPr>
        <w:tc>
          <w:tcPr>
            <w:tcW w:w="5326" w:type="dxa"/>
          </w:tcPr>
          <w:p w14:paraId="0006F4FB" w14:textId="77777777" w:rsidR="000B1924" w:rsidRDefault="00A975F8" w:rsidP="00807441">
            <w:pPr>
              <w:shd w:val="clear" w:color="auto" w:fill="FFFFFF" w:themeFill="background1"/>
            </w:pPr>
            <w:r>
              <w:t>- GV kết luận: Từ thương bạn quá cho thấy dê trắng rất nhớ và lo cho bê vàng.</w:t>
            </w:r>
          </w:p>
        </w:tc>
        <w:tc>
          <w:tcPr>
            <w:tcW w:w="5326" w:type="dxa"/>
          </w:tcPr>
          <w:p w14:paraId="25F0E17B" w14:textId="77777777" w:rsidR="000B1924" w:rsidRDefault="00A975F8" w:rsidP="00807441">
            <w:pPr>
              <w:shd w:val="clear" w:color="auto" w:fill="FFFFFF" w:themeFill="background1"/>
            </w:pPr>
            <w:r>
              <w:t>- HS sửa bài và ghi nhớ đáp án.</w:t>
            </w:r>
          </w:p>
        </w:tc>
      </w:tr>
      <w:tr w:rsidR="000B1924" w14:paraId="1353F550" w14:textId="77777777" w:rsidTr="00807441">
        <w:trPr>
          <w:jc w:val="center"/>
        </w:trPr>
        <w:tc>
          <w:tcPr>
            <w:tcW w:w="5326" w:type="dxa"/>
          </w:tcPr>
          <w:p w14:paraId="15529432" w14:textId="77777777" w:rsidR="000B1924" w:rsidRDefault="00A975F8" w:rsidP="00807441">
            <w:pPr>
              <w:shd w:val="clear" w:color="auto" w:fill="FFFFFF" w:themeFill="background1"/>
            </w:pPr>
            <w:r>
              <w:rPr>
                <w:b/>
              </w:rPr>
              <w:t>Bài tập 2: Đóng vai một người bạn trong rừng, nói lời an ủi dê trắng.</w:t>
            </w:r>
          </w:p>
        </w:tc>
        <w:tc>
          <w:tcPr>
            <w:tcW w:w="5326" w:type="dxa"/>
          </w:tcPr>
          <w:p w14:paraId="1C0BFF75" w14:textId="77777777" w:rsidR="000B1924" w:rsidRDefault="00A975F8" w:rsidP="00807441">
            <w:pPr>
              <w:shd w:val="clear" w:color="auto" w:fill="FFFFFF" w:themeFill="background1"/>
            </w:pPr>
            <w:r>
              <w:t>- HS xác định yêu cầu bài tập.</w:t>
            </w:r>
          </w:p>
        </w:tc>
      </w:tr>
      <w:tr w:rsidR="000B1924" w14:paraId="20BB0AEE" w14:textId="77777777" w:rsidTr="00807441">
        <w:trPr>
          <w:jc w:val="center"/>
        </w:trPr>
        <w:tc>
          <w:tcPr>
            <w:tcW w:w="5326" w:type="dxa"/>
          </w:tcPr>
          <w:p w14:paraId="16F6AE52" w14:textId="77777777" w:rsidR="000B1924" w:rsidRDefault="00A975F8" w:rsidP="00807441">
            <w:pPr>
              <w:shd w:val="clear" w:color="auto" w:fill="FFFFFF" w:themeFill="background1"/>
            </w:pPr>
            <w:r>
              <w:t>- GV yêu cầu HS đọc đề bài.</w:t>
            </w:r>
          </w:p>
        </w:tc>
        <w:tc>
          <w:tcPr>
            <w:tcW w:w="5326" w:type="dxa"/>
          </w:tcPr>
          <w:p w14:paraId="108A325E" w14:textId="77777777" w:rsidR="000B1924" w:rsidRDefault="00A975F8" w:rsidP="00807441">
            <w:pPr>
              <w:shd w:val="clear" w:color="auto" w:fill="FFFFFF" w:themeFill="background1"/>
            </w:pPr>
            <w:r>
              <w:t>- HS đọc: Đóng vai một người bạn trong rừng, nói lời an ủi dê trắng.</w:t>
            </w:r>
          </w:p>
        </w:tc>
      </w:tr>
      <w:tr w:rsidR="000B1924" w14:paraId="56BE6CC9" w14:textId="77777777" w:rsidTr="00807441">
        <w:trPr>
          <w:jc w:val="center"/>
        </w:trPr>
        <w:tc>
          <w:tcPr>
            <w:tcW w:w="5326" w:type="dxa"/>
          </w:tcPr>
          <w:p w14:paraId="429F0A94" w14:textId="77777777" w:rsidR="000B1924" w:rsidRDefault="00A975F8" w:rsidP="00807441">
            <w:pPr>
              <w:shd w:val="clear" w:color="auto" w:fill="FFFFFF" w:themeFill="background1"/>
            </w:pPr>
            <w:r>
              <w:t>- GV hướng dẫn HS nói lời an ủi theo 3 bước: thừa nhận cảm xúc, động viên, gợi điều tốt đẹp.</w:t>
            </w:r>
          </w:p>
        </w:tc>
        <w:tc>
          <w:tcPr>
            <w:tcW w:w="5326" w:type="dxa"/>
          </w:tcPr>
          <w:p w14:paraId="6A65997E" w14:textId="77777777" w:rsidR="000B1924" w:rsidRDefault="00A975F8" w:rsidP="00807441">
            <w:pPr>
              <w:shd w:val="clear" w:color="auto" w:fill="FFFFFF" w:themeFill="background1"/>
            </w:pPr>
            <w:r>
              <w:t>- HS nêu mẫu: Dê trắng ơi, mình biết bạn đang buồn. Bạn đừng lo, chúng ta cùng đi tìm bê vàng nhé.</w:t>
            </w:r>
          </w:p>
        </w:tc>
      </w:tr>
      <w:tr w:rsidR="000B1924" w14:paraId="5C5C42E8" w14:textId="77777777" w:rsidTr="00807441">
        <w:trPr>
          <w:jc w:val="center"/>
        </w:trPr>
        <w:tc>
          <w:tcPr>
            <w:tcW w:w="5326" w:type="dxa"/>
          </w:tcPr>
          <w:p w14:paraId="62603814" w14:textId="77777777" w:rsidR="000B1924" w:rsidRDefault="00A975F8" w:rsidP="00807441">
            <w:pPr>
              <w:shd w:val="clear" w:color="auto" w:fill="FFFFFF" w:themeFill="background1"/>
            </w:pPr>
            <w:r>
              <w:rPr>
                <w:b/>
                <w:color w:val="FF0000"/>
              </w:rPr>
              <w:t>Câu hỏi dẫn tích hợp AI:</w:t>
            </w:r>
            <w:r>
              <w:rPr>
                <w:color w:val="FF0000"/>
              </w:rPr>
              <w:t xml:space="preserve"> Nếu cô dùng trợ lí AI gợi ý một vài câu an ủi dê trắng, em có nên nói nguyên theo máy không?</w:t>
            </w:r>
          </w:p>
        </w:tc>
        <w:tc>
          <w:tcPr>
            <w:tcW w:w="5326" w:type="dxa"/>
          </w:tcPr>
          <w:p w14:paraId="20544809" w14:textId="77777777" w:rsidR="000B1924" w:rsidRDefault="00A975F8" w:rsidP="00807441">
            <w:pPr>
              <w:shd w:val="clear" w:color="auto" w:fill="FFFFFF" w:themeFill="background1"/>
            </w:pPr>
            <w:r>
              <w:rPr>
                <w:color w:val="FF0000"/>
              </w:rPr>
              <w:t>HS trả lời: Em không nói máy móc theo AI; em cần đọc lại, chọn câu phù hợp, lịch sự và nói bằng lời của mình.</w:t>
            </w:r>
          </w:p>
        </w:tc>
      </w:tr>
      <w:tr w:rsidR="000B1924" w14:paraId="09F3B1A8" w14:textId="77777777" w:rsidTr="00807441">
        <w:trPr>
          <w:jc w:val="center"/>
        </w:trPr>
        <w:tc>
          <w:tcPr>
            <w:tcW w:w="5326" w:type="dxa"/>
          </w:tcPr>
          <w:p w14:paraId="5A7F9C9D" w14:textId="77777777" w:rsidR="000B1924" w:rsidRDefault="00A975F8" w:rsidP="00807441">
            <w:pPr>
              <w:shd w:val="clear" w:color="auto" w:fill="FFFFFF" w:themeFill="background1"/>
            </w:pPr>
            <w:r>
              <w:rPr>
                <w:b/>
                <w:color w:val="FF0000"/>
              </w:rPr>
              <w:lastRenderedPageBreak/>
              <w:t>Diễn giải tích hợp AI 2.A1.1:</w:t>
            </w:r>
            <w:r>
              <w:rPr>
                <w:color w:val="FF0000"/>
              </w:rPr>
              <w:t xml:space="preserve"> GV đọc hoặc trình chiếu 2 câu an ủi do AI gợi ý, ví dụ: “Dê trắng ơi, bạn đừng buồn, chúng mình sẽ cùng tìm bê vàng.” và “Đừng lo, bạn bè trong rừng sẽ giúp bạn.” GV hướng dẫn HS nhận xét câu nào nhẹ nhàng, phù hợp; nếu câu chưa tự nhiên thì sửa lại. HS hiểu AI chỉ hỗ trợ gợi ý, còn con người phải kiểm tra, lựa chọn lời nói đúng hoàn cảnh và thể hiện sự chân thành khi an ủi bạn.</w:t>
            </w:r>
          </w:p>
        </w:tc>
        <w:tc>
          <w:tcPr>
            <w:tcW w:w="5326" w:type="dxa"/>
          </w:tcPr>
          <w:p w14:paraId="6CA8272C" w14:textId="77777777" w:rsidR="000B1924" w:rsidRDefault="00A975F8" w:rsidP="00807441">
            <w:pPr>
              <w:shd w:val="clear" w:color="auto" w:fill="FFFFFF" w:themeFill="background1"/>
            </w:pPr>
            <w:r>
              <w:rPr>
                <w:color w:val="FF0000"/>
              </w:rPr>
              <w:t>HS lắng nghe, chọn câu an ủi phù hợp, sửa lại theo lời của mình và thực hành nói lời an ủi chân thành.</w:t>
            </w:r>
          </w:p>
        </w:tc>
      </w:tr>
      <w:tr w:rsidR="000B1924" w14:paraId="0382A5FC" w14:textId="77777777" w:rsidTr="00807441">
        <w:trPr>
          <w:jc w:val="center"/>
        </w:trPr>
        <w:tc>
          <w:tcPr>
            <w:tcW w:w="5326" w:type="dxa"/>
          </w:tcPr>
          <w:p w14:paraId="64F33872" w14:textId="77777777" w:rsidR="000B1924" w:rsidRDefault="00A975F8" w:rsidP="00807441">
            <w:pPr>
              <w:shd w:val="clear" w:color="auto" w:fill="FFFFFF" w:themeFill="background1"/>
            </w:pPr>
            <w:r>
              <w:rPr>
                <w:color w:val="FF0000"/>
              </w:rPr>
              <w:t>- GV kết luận: AI có thể gợi ý lời nói, nhưng các em cần tự lựa chọn, điều chỉnh và nói lời an ủi bằng thái độ lịch sự, chân thành.</w:t>
            </w:r>
          </w:p>
        </w:tc>
        <w:tc>
          <w:tcPr>
            <w:tcW w:w="5326" w:type="dxa"/>
          </w:tcPr>
          <w:p w14:paraId="61C95304" w14:textId="77777777" w:rsidR="000B1924" w:rsidRDefault="00A975F8" w:rsidP="00807441">
            <w:pPr>
              <w:shd w:val="clear" w:color="auto" w:fill="FFFFFF" w:themeFill="background1"/>
            </w:pPr>
            <w:r>
              <w:rPr>
                <w:color w:val="FF0000"/>
              </w:rPr>
              <w:t>- HS ghi nhớ: Em có thể tham khảo gợi ý, nhưng phải tự nói lời phù hợp với bạn.</w:t>
            </w:r>
          </w:p>
        </w:tc>
      </w:tr>
      <w:tr w:rsidR="000B1924" w14:paraId="2296B6B3" w14:textId="77777777" w:rsidTr="00807441">
        <w:trPr>
          <w:jc w:val="center"/>
        </w:trPr>
        <w:tc>
          <w:tcPr>
            <w:tcW w:w="5326" w:type="dxa"/>
          </w:tcPr>
          <w:p w14:paraId="46266CBE" w14:textId="77777777" w:rsidR="000B1924" w:rsidRDefault="00A975F8" w:rsidP="00807441">
            <w:pPr>
              <w:shd w:val="clear" w:color="auto" w:fill="FFFFFF" w:themeFill="background1"/>
            </w:pPr>
            <w:r>
              <w:t>- HS thảo luận nhóm 2, đóng vai dê trắng và một người bạn trong rừng.</w:t>
            </w:r>
          </w:p>
        </w:tc>
        <w:tc>
          <w:tcPr>
            <w:tcW w:w="5326" w:type="dxa"/>
          </w:tcPr>
          <w:p w14:paraId="4B2697B4" w14:textId="77777777" w:rsidR="000B1924" w:rsidRDefault="00A975F8" w:rsidP="00807441">
            <w:pPr>
              <w:shd w:val="clear" w:color="auto" w:fill="FFFFFF" w:themeFill="background1"/>
            </w:pPr>
            <w:r>
              <w:t>- HS thực hành: Dê trắng ơi, bạn đừng buồn. Bê vàng sẽ sớm tìm được đường về thôi.</w:t>
            </w:r>
          </w:p>
        </w:tc>
      </w:tr>
      <w:tr w:rsidR="000B1924" w14:paraId="0E8D21AB" w14:textId="77777777" w:rsidTr="00807441">
        <w:trPr>
          <w:jc w:val="center"/>
        </w:trPr>
        <w:tc>
          <w:tcPr>
            <w:tcW w:w="5326" w:type="dxa"/>
          </w:tcPr>
          <w:p w14:paraId="0AEBB07F" w14:textId="77777777" w:rsidR="000B1924" w:rsidRDefault="00A975F8" w:rsidP="00807441">
            <w:pPr>
              <w:shd w:val="clear" w:color="auto" w:fill="FFFFFF" w:themeFill="background1"/>
            </w:pPr>
            <w:r>
              <w:t>- GV gọi một số cặp trình bày.</w:t>
            </w:r>
          </w:p>
        </w:tc>
        <w:tc>
          <w:tcPr>
            <w:tcW w:w="5326" w:type="dxa"/>
          </w:tcPr>
          <w:p w14:paraId="0EDEA5D9" w14:textId="77777777" w:rsidR="000B1924" w:rsidRDefault="00A975F8" w:rsidP="00807441">
            <w:pPr>
              <w:shd w:val="clear" w:color="auto" w:fill="FFFFFF" w:themeFill="background1"/>
            </w:pPr>
            <w:r>
              <w:t>- HS trình bày trước lớp; HS khác nhận xét lời nói có nhẹ nhàng, phù hợp không.</w:t>
            </w:r>
          </w:p>
        </w:tc>
      </w:tr>
      <w:tr w:rsidR="000B1924" w14:paraId="56E9CD76" w14:textId="77777777" w:rsidTr="00807441">
        <w:trPr>
          <w:jc w:val="center"/>
        </w:trPr>
        <w:tc>
          <w:tcPr>
            <w:tcW w:w="5326" w:type="dxa"/>
            <w:tcBorders>
              <w:bottom w:val="single" w:sz="4" w:space="0" w:color="auto"/>
            </w:tcBorders>
          </w:tcPr>
          <w:p w14:paraId="57515A90" w14:textId="77777777" w:rsidR="000B1924" w:rsidRDefault="00A975F8" w:rsidP="00807441">
            <w:pPr>
              <w:shd w:val="clear" w:color="auto" w:fill="FFFFFF" w:themeFill="background1"/>
            </w:pPr>
            <w:r>
              <w:t>- GV kết luận: Khi bạn buồn, lời an ủi nhẹ nhàng sẽ giúp bạn bớt lo lắng và cảm thấy được quan tâm.</w:t>
            </w:r>
          </w:p>
        </w:tc>
        <w:tc>
          <w:tcPr>
            <w:tcW w:w="5326" w:type="dxa"/>
            <w:tcBorders>
              <w:bottom w:val="single" w:sz="4" w:space="0" w:color="auto"/>
            </w:tcBorders>
          </w:tcPr>
          <w:p w14:paraId="670C1E0D" w14:textId="77777777" w:rsidR="000B1924" w:rsidRDefault="00A975F8" w:rsidP="00807441">
            <w:pPr>
              <w:shd w:val="clear" w:color="auto" w:fill="FFFFFF" w:themeFill="background1"/>
            </w:pPr>
            <w:r>
              <w:t>- HS ghi nhớ cách nói lời an ủi bạn bè.</w:t>
            </w:r>
          </w:p>
        </w:tc>
      </w:tr>
      <w:tr w:rsidR="000B1924" w14:paraId="28F2B135" w14:textId="77777777" w:rsidTr="00807441">
        <w:trPr>
          <w:jc w:val="center"/>
        </w:trPr>
        <w:tc>
          <w:tcPr>
            <w:tcW w:w="10652" w:type="dxa"/>
            <w:gridSpan w:val="2"/>
            <w:tcBorders>
              <w:top w:val="single" w:sz="4" w:space="0" w:color="auto"/>
              <w:bottom w:val="single" w:sz="4" w:space="0" w:color="auto"/>
            </w:tcBorders>
            <w:shd w:val="clear" w:color="auto" w:fill="E2F0D9"/>
          </w:tcPr>
          <w:p w14:paraId="627C018E" w14:textId="77777777" w:rsidR="000B1924" w:rsidRDefault="00A975F8" w:rsidP="00807441">
            <w:pPr>
              <w:shd w:val="clear" w:color="auto" w:fill="FFFFFF" w:themeFill="background1"/>
            </w:pPr>
            <w:r>
              <w:rPr>
                <w:b/>
                <w:color w:val="007000"/>
              </w:rPr>
              <w:t>4. Vận dụng (3 phút)</w:t>
            </w:r>
          </w:p>
          <w:p w14:paraId="4A548EAF" w14:textId="77777777" w:rsidR="000B1924" w:rsidRDefault="00A975F8" w:rsidP="00807441">
            <w:pPr>
              <w:shd w:val="clear" w:color="auto" w:fill="FFFFFF" w:themeFill="background1"/>
            </w:pPr>
            <w:r>
              <w:rPr>
                <w:b/>
                <w:i/>
                <w:color w:val="007000"/>
              </w:rPr>
              <w:t xml:space="preserve"> Liên hệ bài học vào tình bạn hằng ngày.</w:t>
            </w:r>
          </w:p>
        </w:tc>
      </w:tr>
      <w:tr w:rsidR="000B1924" w14:paraId="28A3EFC3" w14:textId="77777777" w:rsidTr="00807441">
        <w:trPr>
          <w:jc w:val="center"/>
        </w:trPr>
        <w:tc>
          <w:tcPr>
            <w:tcW w:w="5326" w:type="dxa"/>
            <w:tcBorders>
              <w:top w:val="single" w:sz="4" w:space="0" w:color="auto"/>
            </w:tcBorders>
          </w:tcPr>
          <w:p w14:paraId="01850BBC" w14:textId="77777777" w:rsidR="000B1924" w:rsidRDefault="00A975F8" w:rsidP="00807441">
            <w:pPr>
              <w:shd w:val="clear" w:color="auto" w:fill="FFFFFF" w:themeFill="background1"/>
            </w:pPr>
            <w:r>
              <w:t>- Chia sẻ một việc em sẽ làm để thể hiện tình cảm với bạn trong lớp.</w:t>
            </w:r>
          </w:p>
        </w:tc>
        <w:tc>
          <w:tcPr>
            <w:tcW w:w="5326" w:type="dxa"/>
            <w:tcBorders>
              <w:top w:val="single" w:sz="4" w:space="0" w:color="auto"/>
            </w:tcBorders>
          </w:tcPr>
          <w:p w14:paraId="681FD7BA" w14:textId="77777777" w:rsidR="000B1924" w:rsidRDefault="00A975F8" w:rsidP="00807441">
            <w:pPr>
              <w:shd w:val="clear" w:color="auto" w:fill="FFFFFF" w:themeFill="background1"/>
            </w:pPr>
            <w:r>
              <w:t>- HS nêu: Em sẽ giúp bạn khi bạn chưa hiểu bài; em sẽ rủ bạn cùng chơi; em sẽ xin lỗi khi làm bạn buồn.</w:t>
            </w:r>
          </w:p>
        </w:tc>
      </w:tr>
      <w:tr w:rsidR="000B1924" w14:paraId="39C10CEF" w14:textId="77777777" w:rsidTr="00807441">
        <w:trPr>
          <w:jc w:val="center"/>
        </w:trPr>
        <w:tc>
          <w:tcPr>
            <w:tcW w:w="5326" w:type="dxa"/>
          </w:tcPr>
          <w:p w14:paraId="3431CE14" w14:textId="77777777" w:rsidR="000B1924" w:rsidRDefault="00A975F8" w:rsidP="00807441">
            <w:pPr>
              <w:shd w:val="clear" w:color="auto" w:fill="FFFFFF" w:themeFill="background1"/>
            </w:pPr>
            <w:r>
              <w:t>- Dặn HS về nhà đọc lại bài thơ và thực hiện một việc tốt với bạn.</w:t>
            </w:r>
          </w:p>
        </w:tc>
        <w:tc>
          <w:tcPr>
            <w:tcW w:w="5326" w:type="dxa"/>
          </w:tcPr>
          <w:p w14:paraId="75BB9E9E" w14:textId="77777777" w:rsidR="000B1924" w:rsidRDefault="00A975F8" w:rsidP="00807441">
            <w:pPr>
              <w:shd w:val="clear" w:color="auto" w:fill="FFFFFF" w:themeFill="background1"/>
            </w:pPr>
            <w:r>
              <w:t>- HS ghi nhớ nhiệm vụ.</w:t>
            </w:r>
          </w:p>
        </w:tc>
      </w:tr>
    </w:tbl>
    <w:p w14:paraId="3E19F847" w14:textId="77777777" w:rsidR="000B1924" w:rsidRDefault="00A975F8" w:rsidP="00807441">
      <w:pPr>
        <w:shd w:val="clear" w:color="auto" w:fill="FFFFFF" w:themeFill="background1"/>
        <w:spacing w:after="0" w:line="240" w:lineRule="auto"/>
      </w:pPr>
      <w:r>
        <w:rPr>
          <w:b/>
        </w:rPr>
        <w:t>IV. ĐIỀU CHỈNH SAU TIẾT DẠY (NẾU CÓ):</w:t>
      </w:r>
    </w:p>
    <w:p w14:paraId="6535DF57" w14:textId="44389368" w:rsidR="000B1924" w:rsidRDefault="00A975F8" w:rsidP="00807441">
      <w:pPr>
        <w:shd w:val="clear" w:color="auto" w:fill="FFFFFF" w:themeFill="background1"/>
        <w:spacing w:after="0" w:line="240" w:lineRule="auto"/>
      </w:pPr>
      <w:r>
        <w:t>........................................................................................................................</w:t>
      </w:r>
    </w:p>
    <w:p w14:paraId="5EC605FD" w14:textId="77777777" w:rsidR="000B1924" w:rsidRDefault="00A975F8" w:rsidP="00807441">
      <w:pPr>
        <w:shd w:val="clear" w:color="auto" w:fill="FFFFFF" w:themeFill="background1"/>
        <w:spacing w:after="0"/>
        <w:jc w:val="center"/>
      </w:pPr>
      <w:r>
        <w:rPr>
          <w:b/>
          <w:sz w:val="28"/>
        </w:rPr>
        <w:t>KẾ HOẠCH DẠY HỌC - TUẦN 10</w:t>
      </w:r>
      <w:r>
        <w:br/>
      </w:r>
      <w:r>
        <w:rPr>
          <w:b/>
          <w:sz w:val="28"/>
        </w:rPr>
        <w:t>CHỦ ĐỀ 3: NIỀM VUI TUỔI THƠ</w:t>
      </w:r>
      <w:r>
        <w:br/>
      </w:r>
      <w:r>
        <w:rPr>
          <w:b/>
          <w:sz w:val="28"/>
        </w:rPr>
        <w:t>BÀI 17: GỌI BẠN</w:t>
      </w:r>
      <w:r>
        <w:br/>
      </w:r>
      <w:r>
        <w:rPr>
          <w:b/>
          <w:sz w:val="28"/>
        </w:rPr>
        <w:t>TIẾT 3: VIẾT: CHỮ HOA H</w:t>
      </w:r>
    </w:p>
    <w:p w14:paraId="6DE09EA3" w14:textId="77777777" w:rsidR="000B1924" w:rsidRDefault="00A975F8" w:rsidP="00807441">
      <w:pPr>
        <w:shd w:val="clear" w:color="auto" w:fill="FFFFFF" w:themeFill="background1"/>
        <w:spacing w:after="0" w:line="240" w:lineRule="auto"/>
      </w:pPr>
      <w:r>
        <w:rPr>
          <w:b/>
        </w:rPr>
        <w:t>I. YÊU CẦU CẦN ĐẠT</w:t>
      </w:r>
    </w:p>
    <w:p w14:paraId="5D32CA59" w14:textId="77777777" w:rsidR="000B1924" w:rsidRDefault="00A975F8" w:rsidP="00807441">
      <w:pPr>
        <w:shd w:val="clear" w:color="auto" w:fill="FFFFFF" w:themeFill="background1"/>
        <w:spacing w:after="0" w:line="240" w:lineRule="auto"/>
      </w:pPr>
      <w:r>
        <w:rPr>
          <w:b/>
        </w:rPr>
        <w:t>1. Năng lực đặc thù:</w:t>
      </w:r>
      <w:r>
        <w:br/>
        <w:t>- Biết viết chữ hoa H cỡ vừa và cỡ nhỏ đúng mẫu, đúng quy trình.</w:t>
      </w:r>
      <w:r>
        <w:br/>
        <w:t>- Viết đúng câu ứng dụng: Học thầy không tày học bạn.</w:t>
      </w:r>
      <w:r>
        <w:br/>
        <w:t>- Trình bày bài viết sạch, rõ ràng, đúng khoảng cách; đặt dấu thanh đúng vị trí.</w:t>
      </w:r>
      <w:r>
        <w:br/>
      </w:r>
      <w:r>
        <w:rPr>
          <w:b/>
        </w:rPr>
        <w:t>2. Năng lực chung:</w:t>
      </w:r>
      <w:r>
        <w:br/>
        <w:t>- Tự chủ và tự học: tự quan sát mẫu chữ, luyện viết và soát lỗi.</w:t>
      </w:r>
      <w:r>
        <w:br/>
        <w:t>- Giao tiếp và hợp tác: biết nhận xét bài viết của bạn bằng lời lịch sự.</w:t>
      </w:r>
      <w:r>
        <w:br/>
      </w:r>
      <w:r>
        <w:rPr>
          <w:b/>
        </w:rPr>
        <w:t>3. Phẩm chất:</w:t>
      </w:r>
      <w:r>
        <w:br/>
        <w:t>- Chăm chỉ, trách nhiệm: kiên trì rèn chữ, giữ vở sạch đẹp.</w:t>
      </w:r>
    </w:p>
    <w:p w14:paraId="0089B158" w14:textId="77777777" w:rsidR="000B1924" w:rsidRDefault="00A975F8" w:rsidP="00807441">
      <w:pPr>
        <w:shd w:val="clear" w:color="auto" w:fill="FFFFFF" w:themeFill="background1"/>
        <w:spacing w:after="0" w:line="240" w:lineRule="auto"/>
      </w:pPr>
      <w:r>
        <w:rPr>
          <w:b/>
        </w:rPr>
        <w:t>II. ĐỒ DÙNG DẠY HỌC</w:t>
      </w:r>
    </w:p>
    <w:p w14:paraId="3D653DDB" w14:textId="77777777" w:rsidR="000B1924" w:rsidRDefault="00A975F8" w:rsidP="00807441">
      <w:pPr>
        <w:shd w:val="clear" w:color="auto" w:fill="FFFFFF" w:themeFill="background1"/>
        <w:spacing w:after="0" w:line="240" w:lineRule="auto"/>
      </w:pPr>
      <w:r>
        <w:t>- GV: Mẫu chữ hoa H, máy chiếu/tivi, tranh cắt từ SGK, bảng phụ câu ứng dụng.</w:t>
      </w:r>
      <w:r>
        <w:br/>
        <w:t>- HS: Vở Tập viết 2 tập một, bảng con, bút chì.</w:t>
      </w:r>
    </w:p>
    <w:p w14:paraId="7002DFEF" w14:textId="77777777" w:rsidR="000B1924" w:rsidRDefault="00A975F8" w:rsidP="00807441">
      <w:pPr>
        <w:shd w:val="clear" w:color="auto" w:fill="FFFFFF" w:themeFill="background1"/>
        <w:spacing w:after="0" w:line="240" w:lineRule="auto"/>
      </w:pPr>
      <w:r>
        <w:rPr>
          <w:b/>
        </w:rPr>
        <w:t>III.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326"/>
        <w:gridCol w:w="5326"/>
      </w:tblGrid>
      <w:tr w:rsidR="000B1924" w14:paraId="783D79F5" w14:textId="77777777" w:rsidTr="00807441">
        <w:trPr>
          <w:jc w:val="center"/>
        </w:trPr>
        <w:tc>
          <w:tcPr>
            <w:tcW w:w="4932" w:type="dxa"/>
            <w:tcBorders>
              <w:bottom w:val="single" w:sz="4" w:space="0" w:color="auto"/>
            </w:tcBorders>
            <w:shd w:val="clear" w:color="auto" w:fill="D9EAF7"/>
          </w:tcPr>
          <w:p w14:paraId="3955D646" w14:textId="77777777" w:rsidR="000B1924" w:rsidRDefault="00A975F8" w:rsidP="00807441">
            <w:pPr>
              <w:shd w:val="clear" w:color="auto" w:fill="FFFFFF" w:themeFill="background1"/>
              <w:jc w:val="center"/>
            </w:pPr>
            <w:r>
              <w:rPr>
                <w:b/>
              </w:rPr>
              <w:lastRenderedPageBreak/>
              <w:t>Hoạt động của giáo viên</w:t>
            </w:r>
          </w:p>
        </w:tc>
        <w:tc>
          <w:tcPr>
            <w:tcW w:w="4932" w:type="dxa"/>
            <w:tcBorders>
              <w:bottom w:val="single" w:sz="4" w:space="0" w:color="auto"/>
            </w:tcBorders>
            <w:shd w:val="clear" w:color="auto" w:fill="D9EAF7"/>
          </w:tcPr>
          <w:p w14:paraId="2D0A1E69" w14:textId="77777777" w:rsidR="000B1924" w:rsidRDefault="00A975F8" w:rsidP="00807441">
            <w:pPr>
              <w:shd w:val="clear" w:color="auto" w:fill="FFFFFF" w:themeFill="background1"/>
              <w:jc w:val="center"/>
            </w:pPr>
            <w:r>
              <w:rPr>
                <w:b/>
              </w:rPr>
              <w:t>Hoạt động của học sinh</w:t>
            </w:r>
          </w:p>
        </w:tc>
      </w:tr>
      <w:tr w:rsidR="000B1924" w14:paraId="5FE7F1EB" w14:textId="77777777" w:rsidTr="00807441">
        <w:trPr>
          <w:jc w:val="center"/>
        </w:trPr>
        <w:tc>
          <w:tcPr>
            <w:tcW w:w="10652" w:type="dxa"/>
            <w:gridSpan w:val="2"/>
            <w:tcBorders>
              <w:top w:val="single" w:sz="4" w:space="0" w:color="auto"/>
              <w:bottom w:val="single" w:sz="4" w:space="0" w:color="auto"/>
            </w:tcBorders>
            <w:shd w:val="clear" w:color="auto" w:fill="E2F0D9"/>
          </w:tcPr>
          <w:p w14:paraId="697CA7B5" w14:textId="77777777" w:rsidR="000B1924" w:rsidRDefault="00A975F8" w:rsidP="00807441">
            <w:pPr>
              <w:shd w:val="clear" w:color="auto" w:fill="FFFFFF" w:themeFill="background1"/>
            </w:pPr>
            <w:r>
              <w:rPr>
                <w:b/>
                <w:color w:val="007000"/>
              </w:rPr>
              <w:t>1. Khởi động (3 phút)</w:t>
            </w:r>
          </w:p>
          <w:p w14:paraId="6E3AC6C2" w14:textId="77777777" w:rsidR="000B1924" w:rsidRDefault="00A975F8" w:rsidP="00807441">
            <w:pPr>
              <w:shd w:val="clear" w:color="auto" w:fill="FFFFFF" w:themeFill="background1"/>
            </w:pPr>
            <w:r>
              <w:rPr>
                <w:b/>
                <w:i/>
                <w:color w:val="007000"/>
              </w:rPr>
              <w:t xml:space="preserve"> Tạo tâm thế rèn chữ, ôn tư thế ngồi viết.</w:t>
            </w:r>
          </w:p>
        </w:tc>
      </w:tr>
      <w:tr w:rsidR="000B1924" w14:paraId="007A4AD7" w14:textId="77777777" w:rsidTr="00807441">
        <w:trPr>
          <w:jc w:val="center"/>
        </w:trPr>
        <w:tc>
          <w:tcPr>
            <w:tcW w:w="5326" w:type="dxa"/>
            <w:tcBorders>
              <w:top w:val="single" w:sz="4" w:space="0" w:color="auto"/>
            </w:tcBorders>
          </w:tcPr>
          <w:p w14:paraId="60389E82" w14:textId="77777777" w:rsidR="000B1924" w:rsidRDefault="00A975F8" w:rsidP="00807441">
            <w:pPr>
              <w:shd w:val="clear" w:color="auto" w:fill="FFFFFF" w:themeFill="background1"/>
            </w:pPr>
            <w:r>
              <w:t>- Nhắc lại các chữ hoa đã học và chỉnh tư thế ngồi viết.</w:t>
            </w:r>
          </w:p>
        </w:tc>
        <w:tc>
          <w:tcPr>
            <w:tcW w:w="5326" w:type="dxa"/>
            <w:tcBorders>
              <w:top w:val="single" w:sz="4" w:space="0" w:color="auto"/>
            </w:tcBorders>
          </w:tcPr>
          <w:p w14:paraId="7725CEC5" w14:textId="77777777" w:rsidR="000B1924" w:rsidRDefault="00A975F8" w:rsidP="00807441">
            <w:pPr>
              <w:shd w:val="clear" w:color="auto" w:fill="FFFFFF" w:themeFill="background1"/>
            </w:pPr>
            <w:r>
              <w:t>- HS nêu một số chữ hoa đã học; ngồi ngay ngắn, lưng thẳng, mắt cách vở 25 - 30 cm.</w:t>
            </w:r>
          </w:p>
        </w:tc>
      </w:tr>
      <w:tr w:rsidR="000B1924" w14:paraId="5489960D" w14:textId="77777777" w:rsidTr="00807441">
        <w:trPr>
          <w:jc w:val="center"/>
        </w:trPr>
        <w:tc>
          <w:tcPr>
            <w:tcW w:w="5326" w:type="dxa"/>
            <w:tcBorders>
              <w:bottom w:val="single" w:sz="4" w:space="0" w:color="auto"/>
            </w:tcBorders>
          </w:tcPr>
          <w:p w14:paraId="6E95C38A" w14:textId="77777777" w:rsidR="000B1924" w:rsidRDefault="00A975F8" w:rsidP="00807441">
            <w:pPr>
              <w:shd w:val="clear" w:color="auto" w:fill="FFFFFF" w:themeFill="background1"/>
            </w:pPr>
            <w:r>
              <w:t>- GV giới thiệu bài: Hôm nay, các em luyện viết chữ hoa H và câu ứng dụng Học thầy không tày học bạn.</w:t>
            </w:r>
          </w:p>
        </w:tc>
        <w:tc>
          <w:tcPr>
            <w:tcW w:w="5326" w:type="dxa"/>
            <w:tcBorders>
              <w:bottom w:val="single" w:sz="4" w:space="0" w:color="auto"/>
            </w:tcBorders>
          </w:tcPr>
          <w:p w14:paraId="027B7023" w14:textId="77777777" w:rsidR="000B1924" w:rsidRDefault="00A975F8" w:rsidP="00807441">
            <w:pPr>
              <w:shd w:val="clear" w:color="auto" w:fill="FFFFFF" w:themeFill="background1"/>
            </w:pPr>
            <w:r>
              <w:t>- HS lắng nghe, mở vở Tập viết đúng trang.</w:t>
            </w:r>
          </w:p>
        </w:tc>
      </w:tr>
      <w:tr w:rsidR="000B1924" w14:paraId="6B1E6601" w14:textId="77777777" w:rsidTr="00807441">
        <w:trPr>
          <w:jc w:val="center"/>
        </w:trPr>
        <w:tc>
          <w:tcPr>
            <w:tcW w:w="10652" w:type="dxa"/>
            <w:gridSpan w:val="2"/>
            <w:tcBorders>
              <w:top w:val="single" w:sz="4" w:space="0" w:color="auto"/>
              <w:bottom w:val="single" w:sz="4" w:space="0" w:color="auto"/>
            </w:tcBorders>
            <w:shd w:val="clear" w:color="auto" w:fill="E2F0D9"/>
          </w:tcPr>
          <w:p w14:paraId="3D4E586D" w14:textId="77777777" w:rsidR="000B1924" w:rsidRDefault="00A975F8" w:rsidP="00807441">
            <w:pPr>
              <w:shd w:val="clear" w:color="auto" w:fill="FFFFFF" w:themeFill="background1"/>
            </w:pPr>
            <w:r>
              <w:rPr>
                <w:b/>
                <w:color w:val="007000"/>
              </w:rPr>
              <w:t>2. Khám phá kiến thức (15 phút)</w:t>
            </w:r>
          </w:p>
          <w:p w14:paraId="01A32711" w14:textId="77777777" w:rsidR="000B1924" w:rsidRDefault="00A975F8" w:rsidP="00807441">
            <w:pPr>
              <w:shd w:val="clear" w:color="auto" w:fill="FFFFFF" w:themeFill="background1"/>
            </w:pPr>
            <w:r>
              <w:rPr>
                <w:b/>
                <w:i/>
                <w:color w:val="007000"/>
              </w:rPr>
              <w:t xml:space="preserve"> Nắm cấu tạo, độ cao và quy trình viết chữ hoa H.</w:t>
            </w:r>
          </w:p>
        </w:tc>
      </w:tr>
      <w:tr w:rsidR="000B1924" w14:paraId="5CDA1C52" w14:textId="77777777" w:rsidTr="00807441">
        <w:trPr>
          <w:jc w:val="center"/>
        </w:trPr>
        <w:tc>
          <w:tcPr>
            <w:tcW w:w="5326" w:type="dxa"/>
            <w:tcBorders>
              <w:top w:val="single" w:sz="4" w:space="0" w:color="auto"/>
            </w:tcBorders>
          </w:tcPr>
          <w:p w14:paraId="083C225D" w14:textId="77777777" w:rsidR="000B1924" w:rsidRDefault="00A975F8" w:rsidP="00807441">
            <w:pPr>
              <w:shd w:val="clear" w:color="auto" w:fill="FFFFFF" w:themeFill="background1"/>
            </w:pPr>
            <w:r>
              <w:t>- Quan sát mẫu chữ hoa H trong SGK và nhận xét độ cao, độ rộng, số nét.</w:t>
            </w:r>
          </w:p>
          <w:p w14:paraId="05FEFB51" w14:textId="47542B73" w:rsidR="000B1924" w:rsidRDefault="000B1924" w:rsidP="00807441">
            <w:pPr>
              <w:shd w:val="clear" w:color="auto" w:fill="FFFFFF" w:themeFill="background1"/>
              <w:jc w:val="center"/>
            </w:pPr>
          </w:p>
        </w:tc>
        <w:tc>
          <w:tcPr>
            <w:tcW w:w="5326" w:type="dxa"/>
            <w:tcBorders>
              <w:top w:val="single" w:sz="4" w:space="0" w:color="auto"/>
            </w:tcBorders>
          </w:tcPr>
          <w:p w14:paraId="21FC0860" w14:textId="77777777" w:rsidR="000B1924" w:rsidRDefault="00A975F8" w:rsidP="00807441">
            <w:pPr>
              <w:shd w:val="clear" w:color="auto" w:fill="FFFFFF" w:themeFill="background1"/>
            </w:pPr>
            <w:r>
              <w:t>- HS trả lời: Chữ hoa H cỡ vừa cao 5 li, rộng khoảng 5 li; gồm các nét cong, khuyết và nét sổ thẳng.</w:t>
            </w:r>
          </w:p>
        </w:tc>
      </w:tr>
      <w:tr w:rsidR="000B1924" w14:paraId="7890D476" w14:textId="77777777" w:rsidTr="00807441">
        <w:trPr>
          <w:jc w:val="center"/>
        </w:trPr>
        <w:tc>
          <w:tcPr>
            <w:tcW w:w="5326" w:type="dxa"/>
          </w:tcPr>
          <w:p w14:paraId="367D60A3" w14:textId="77777777" w:rsidR="000B1924" w:rsidRDefault="00A975F8" w:rsidP="00807441">
            <w:pPr>
              <w:shd w:val="clear" w:color="auto" w:fill="FFFFFF" w:themeFill="background1"/>
            </w:pPr>
            <w:r>
              <w:t>- GV viết mẫu chữ hoa H, nêu quy trình đặt bút, đưa bút, dừng bút.</w:t>
            </w:r>
          </w:p>
        </w:tc>
        <w:tc>
          <w:tcPr>
            <w:tcW w:w="5326" w:type="dxa"/>
          </w:tcPr>
          <w:p w14:paraId="02F127CF" w14:textId="77777777" w:rsidR="000B1924" w:rsidRDefault="00A975F8" w:rsidP="00807441">
            <w:pPr>
              <w:shd w:val="clear" w:color="auto" w:fill="FFFFFF" w:themeFill="background1"/>
            </w:pPr>
            <w:r>
              <w:t>- HS quan sát và nhắc lại: Nét 1 đặt bút trên đường kẻ 5, viết nét cong trái, dừng ở đường kẻ 6; nét 2 chuyển hướng viết nét khuyết ngược, khuyết xuôi, móc phải và dừng ở đường kẻ 2; nét 3 lia bút lên giữa chữ, viết nét sổ thẳng chia đôi chữ H.</w:t>
            </w:r>
          </w:p>
        </w:tc>
      </w:tr>
      <w:tr w:rsidR="000B1924" w14:paraId="0C66B51E" w14:textId="77777777" w:rsidTr="00807441">
        <w:trPr>
          <w:jc w:val="center"/>
        </w:trPr>
        <w:tc>
          <w:tcPr>
            <w:tcW w:w="5326" w:type="dxa"/>
          </w:tcPr>
          <w:p w14:paraId="6733AFC6" w14:textId="77777777" w:rsidR="000B1924" w:rsidRDefault="00A975F8" w:rsidP="00807441">
            <w:pPr>
              <w:shd w:val="clear" w:color="auto" w:fill="FFFFFF" w:themeFill="background1"/>
            </w:pPr>
            <w:r>
              <w:t>- GV yêu cầu HS viết chữ hoa H trên không và trên bảng con.</w:t>
            </w:r>
          </w:p>
        </w:tc>
        <w:tc>
          <w:tcPr>
            <w:tcW w:w="5326" w:type="dxa"/>
          </w:tcPr>
          <w:p w14:paraId="44EB27E7" w14:textId="77777777" w:rsidR="000B1924" w:rsidRDefault="00A975F8" w:rsidP="00807441">
            <w:pPr>
              <w:shd w:val="clear" w:color="auto" w:fill="FFFFFF" w:themeFill="background1"/>
            </w:pPr>
            <w:r>
              <w:t>- HS luyện viết trên không, viết bảng con, giơ bảng để GV nhận xét.</w:t>
            </w:r>
          </w:p>
        </w:tc>
      </w:tr>
      <w:tr w:rsidR="000B1924" w14:paraId="2944BB12" w14:textId="77777777" w:rsidTr="00807441">
        <w:trPr>
          <w:jc w:val="center"/>
        </w:trPr>
        <w:tc>
          <w:tcPr>
            <w:tcW w:w="5326" w:type="dxa"/>
            <w:tcBorders>
              <w:bottom w:val="single" w:sz="4" w:space="0" w:color="auto"/>
            </w:tcBorders>
          </w:tcPr>
          <w:p w14:paraId="5B3EFE76" w14:textId="77777777" w:rsidR="000B1924" w:rsidRDefault="00A975F8" w:rsidP="00807441">
            <w:pPr>
              <w:shd w:val="clear" w:color="auto" w:fill="FFFFFF" w:themeFill="background1"/>
            </w:pPr>
            <w:r>
              <w:t>- GV kết luận: Viết chữ hoa H cần đúng điểm đặt bút, liền mạch các nét và dừng bút đúng vị trí.</w:t>
            </w:r>
          </w:p>
        </w:tc>
        <w:tc>
          <w:tcPr>
            <w:tcW w:w="5326" w:type="dxa"/>
            <w:tcBorders>
              <w:bottom w:val="single" w:sz="4" w:space="0" w:color="auto"/>
            </w:tcBorders>
          </w:tcPr>
          <w:p w14:paraId="1AB4E869" w14:textId="77777777" w:rsidR="000B1924" w:rsidRDefault="00A975F8" w:rsidP="00807441">
            <w:pPr>
              <w:shd w:val="clear" w:color="auto" w:fill="FFFFFF" w:themeFill="background1"/>
            </w:pPr>
            <w:r>
              <w:t>- HS ghi nhớ quy trình trước khi viết vào vở.</w:t>
            </w:r>
          </w:p>
        </w:tc>
      </w:tr>
      <w:tr w:rsidR="000B1924" w14:paraId="37BC7309" w14:textId="77777777" w:rsidTr="00807441">
        <w:trPr>
          <w:jc w:val="center"/>
        </w:trPr>
        <w:tc>
          <w:tcPr>
            <w:tcW w:w="10652" w:type="dxa"/>
            <w:gridSpan w:val="2"/>
            <w:tcBorders>
              <w:top w:val="single" w:sz="4" w:space="0" w:color="auto"/>
              <w:bottom w:val="single" w:sz="4" w:space="0" w:color="auto"/>
            </w:tcBorders>
            <w:shd w:val="clear" w:color="auto" w:fill="E2F0D9"/>
          </w:tcPr>
          <w:p w14:paraId="4CC95A7C" w14:textId="77777777" w:rsidR="000B1924" w:rsidRDefault="00A975F8" w:rsidP="00807441">
            <w:pPr>
              <w:shd w:val="clear" w:color="auto" w:fill="FFFFFF" w:themeFill="background1"/>
            </w:pPr>
            <w:r>
              <w:rPr>
                <w:b/>
                <w:color w:val="007000"/>
              </w:rPr>
              <w:t>3. Thực hành (14 phút)</w:t>
            </w:r>
          </w:p>
          <w:p w14:paraId="63A122AF" w14:textId="77777777" w:rsidR="000B1924" w:rsidRDefault="00A975F8" w:rsidP="00807441">
            <w:pPr>
              <w:shd w:val="clear" w:color="auto" w:fill="FFFFFF" w:themeFill="background1"/>
            </w:pPr>
            <w:r>
              <w:rPr>
                <w:b/>
                <w:i/>
                <w:color w:val="007000"/>
              </w:rPr>
              <w:t xml:space="preserve"> Viết đúng câu ứng dụng, khoảng cách và dấu thanh.</w:t>
            </w:r>
          </w:p>
        </w:tc>
      </w:tr>
      <w:tr w:rsidR="000B1924" w14:paraId="400FADE1" w14:textId="77777777" w:rsidTr="00807441">
        <w:trPr>
          <w:jc w:val="center"/>
        </w:trPr>
        <w:tc>
          <w:tcPr>
            <w:tcW w:w="5326" w:type="dxa"/>
            <w:tcBorders>
              <w:top w:val="single" w:sz="4" w:space="0" w:color="auto"/>
            </w:tcBorders>
          </w:tcPr>
          <w:p w14:paraId="5395E37B" w14:textId="77777777" w:rsidR="000B1924" w:rsidRDefault="00A975F8" w:rsidP="00807441">
            <w:pPr>
              <w:shd w:val="clear" w:color="auto" w:fill="FFFFFF" w:themeFill="background1"/>
            </w:pPr>
            <w:r>
              <w:t>- Đọc câu ứng dụng: Học thầy không tày học bạn.</w:t>
            </w:r>
          </w:p>
        </w:tc>
        <w:tc>
          <w:tcPr>
            <w:tcW w:w="5326" w:type="dxa"/>
            <w:tcBorders>
              <w:top w:val="single" w:sz="4" w:space="0" w:color="auto"/>
            </w:tcBorders>
          </w:tcPr>
          <w:p w14:paraId="3844BCE7" w14:textId="77777777" w:rsidR="000B1924" w:rsidRDefault="00A975F8" w:rsidP="00807441">
            <w:pPr>
              <w:shd w:val="clear" w:color="auto" w:fill="FFFFFF" w:themeFill="background1"/>
            </w:pPr>
            <w:r>
              <w:t>- HS đọc câu ứng dụng rõ ràng.</w:t>
            </w:r>
          </w:p>
        </w:tc>
      </w:tr>
      <w:tr w:rsidR="000B1924" w14:paraId="1546232F" w14:textId="77777777" w:rsidTr="00807441">
        <w:trPr>
          <w:jc w:val="center"/>
        </w:trPr>
        <w:tc>
          <w:tcPr>
            <w:tcW w:w="5326" w:type="dxa"/>
          </w:tcPr>
          <w:p w14:paraId="348E60EA" w14:textId="77777777" w:rsidR="000B1924" w:rsidRDefault="00A975F8" w:rsidP="00807441">
            <w:pPr>
              <w:shd w:val="clear" w:color="auto" w:fill="FFFFFF" w:themeFill="background1"/>
            </w:pPr>
            <w:r>
              <w:t>- Câu ứng dụng khuyên chúng ta điều gì?</w:t>
            </w:r>
          </w:p>
        </w:tc>
        <w:tc>
          <w:tcPr>
            <w:tcW w:w="5326" w:type="dxa"/>
          </w:tcPr>
          <w:p w14:paraId="5528B21F" w14:textId="77777777" w:rsidR="000B1924" w:rsidRDefault="00A975F8" w:rsidP="00807441">
            <w:pPr>
              <w:shd w:val="clear" w:color="auto" w:fill="FFFFFF" w:themeFill="background1"/>
            </w:pPr>
            <w:r>
              <w:t>- HS trả lời: Câu này khuyên chúng ta ngoài học thầy cô còn cần học hỏi bạn bè xung quanh.</w:t>
            </w:r>
          </w:p>
        </w:tc>
      </w:tr>
      <w:tr w:rsidR="000B1924" w14:paraId="24899917" w14:textId="77777777" w:rsidTr="00807441">
        <w:trPr>
          <w:jc w:val="center"/>
        </w:trPr>
        <w:tc>
          <w:tcPr>
            <w:tcW w:w="5326" w:type="dxa"/>
          </w:tcPr>
          <w:p w14:paraId="3EC08656" w14:textId="77777777" w:rsidR="000B1924" w:rsidRDefault="00A975F8" w:rsidP="00807441">
            <w:pPr>
              <w:shd w:val="clear" w:color="auto" w:fill="FFFFFF" w:themeFill="background1"/>
            </w:pPr>
            <w:r>
              <w:t>- Trong câu ứng dụng chữ nào viết hoa? Vì sao?</w:t>
            </w:r>
          </w:p>
        </w:tc>
        <w:tc>
          <w:tcPr>
            <w:tcW w:w="5326" w:type="dxa"/>
          </w:tcPr>
          <w:p w14:paraId="7AEE56EC" w14:textId="77777777" w:rsidR="000B1924" w:rsidRDefault="00A975F8" w:rsidP="00807441">
            <w:pPr>
              <w:shd w:val="clear" w:color="auto" w:fill="FFFFFF" w:themeFill="background1"/>
            </w:pPr>
            <w:r>
              <w:t>- HS trả lời: Chữ H viết hoa vì đứng đầu câu.</w:t>
            </w:r>
          </w:p>
        </w:tc>
      </w:tr>
      <w:tr w:rsidR="000B1924" w14:paraId="46734979" w14:textId="77777777" w:rsidTr="00807441">
        <w:trPr>
          <w:jc w:val="center"/>
        </w:trPr>
        <w:tc>
          <w:tcPr>
            <w:tcW w:w="5326" w:type="dxa"/>
          </w:tcPr>
          <w:p w14:paraId="4DC2DCD9" w14:textId="77777777" w:rsidR="000B1924" w:rsidRDefault="00A975F8" w:rsidP="00807441">
            <w:pPr>
              <w:shd w:val="clear" w:color="auto" w:fill="FFFFFF" w:themeFill="background1"/>
            </w:pPr>
            <w:r>
              <w:t>- Khoảng cách giữa các tiếng như thế nào?</w:t>
            </w:r>
          </w:p>
        </w:tc>
        <w:tc>
          <w:tcPr>
            <w:tcW w:w="5326" w:type="dxa"/>
          </w:tcPr>
          <w:p w14:paraId="479F5456" w14:textId="77777777" w:rsidR="000B1924" w:rsidRDefault="00A975F8" w:rsidP="00807441">
            <w:pPr>
              <w:shd w:val="clear" w:color="auto" w:fill="FFFFFF" w:themeFill="background1"/>
            </w:pPr>
            <w:r>
              <w:t>- HS trả lời: Khoảng cách giữa các tiếng bằng khoảng một con chữ o.</w:t>
            </w:r>
          </w:p>
        </w:tc>
      </w:tr>
      <w:tr w:rsidR="000B1924" w14:paraId="52F7FFB8" w14:textId="77777777" w:rsidTr="00807441">
        <w:trPr>
          <w:jc w:val="center"/>
        </w:trPr>
        <w:tc>
          <w:tcPr>
            <w:tcW w:w="5326" w:type="dxa"/>
          </w:tcPr>
          <w:p w14:paraId="4FD685D1" w14:textId="77777777" w:rsidR="000B1924" w:rsidRDefault="00A975F8" w:rsidP="00807441">
            <w:pPr>
              <w:shd w:val="clear" w:color="auto" w:fill="FFFFFF" w:themeFill="background1"/>
            </w:pPr>
            <w:r>
              <w:t>- Hướng dẫn đặt dấu thanh trong các tiếng: thầy, tày, học, bạn.</w:t>
            </w:r>
          </w:p>
        </w:tc>
        <w:tc>
          <w:tcPr>
            <w:tcW w:w="5326" w:type="dxa"/>
          </w:tcPr>
          <w:p w14:paraId="73D87B1D" w14:textId="77777777" w:rsidR="000B1924" w:rsidRDefault="00A975F8" w:rsidP="00807441">
            <w:pPr>
              <w:shd w:val="clear" w:color="auto" w:fill="FFFFFF" w:themeFill="background1"/>
            </w:pPr>
            <w:r>
              <w:t>- HS nhắc lại: Dấu huyền đặt trên âm â trong thầy và âm a trong tày; dấu nặng đặt dưới âm o trong học và âm a trong bạn.</w:t>
            </w:r>
          </w:p>
        </w:tc>
      </w:tr>
      <w:tr w:rsidR="000B1924" w14:paraId="16F28499" w14:textId="77777777" w:rsidTr="00807441">
        <w:trPr>
          <w:jc w:val="center"/>
        </w:trPr>
        <w:tc>
          <w:tcPr>
            <w:tcW w:w="5326" w:type="dxa"/>
          </w:tcPr>
          <w:p w14:paraId="0F1A1D2C" w14:textId="77777777" w:rsidR="000B1924" w:rsidRDefault="00A975F8" w:rsidP="00807441">
            <w:pPr>
              <w:shd w:val="clear" w:color="auto" w:fill="FFFFFF" w:themeFill="background1"/>
            </w:pPr>
            <w:r>
              <w:t>- HS viết bài vào vở Tập viết; GV quan sát, hỗ trợ HS viết chậm.</w:t>
            </w:r>
          </w:p>
        </w:tc>
        <w:tc>
          <w:tcPr>
            <w:tcW w:w="5326" w:type="dxa"/>
          </w:tcPr>
          <w:p w14:paraId="77DDE6F7" w14:textId="77777777" w:rsidR="000B1924" w:rsidRDefault="00A975F8" w:rsidP="00807441">
            <w:pPr>
              <w:shd w:val="clear" w:color="auto" w:fill="FFFFFF" w:themeFill="background1"/>
            </w:pPr>
            <w:r>
              <w:t>- HS viết chữ hoa H và câu ứng dụng vào vở, giữ tư thế đúng.</w:t>
            </w:r>
          </w:p>
        </w:tc>
      </w:tr>
      <w:tr w:rsidR="000B1924" w14:paraId="6A207310" w14:textId="77777777" w:rsidTr="00807441">
        <w:trPr>
          <w:jc w:val="center"/>
        </w:trPr>
        <w:tc>
          <w:tcPr>
            <w:tcW w:w="5326" w:type="dxa"/>
            <w:tcBorders>
              <w:bottom w:val="single" w:sz="4" w:space="0" w:color="auto"/>
            </w:tcBorders>
          </w:tcPr>
          <w:p w14:paraId="70D5A697" w14:textId="77777777" w:rsidR="000B1924" w:rsidRDefault="00A975F8" w:rsidP="00807441">
            <w:pPr>
              <w:shd w:val="clear" w:color="auto" w:fill="FFFFFF" w:themeFill="background1"/>
            </w:pPr>
            <w:r>
              <w:t>- GV kết luận: Viết câu ứng dụng giúp các em rèn chữ đẹp và ghi nhớ ý nghĩa câu nói.</w:t>
            </w:r>
          </w:p>
        </w:tc>
        <w:tc>
          <w:tcPr>
            <w:tcW w:w="5326" w:type="dxa"/>
            <w:tcBorders>
              <w:bottom w:val="single" w:sz="4" w:space="0" w:color="auto"/>
            </w:tcBorders>
          </w:tcPr>
          <w:p w14:paraId="4F64D3DC" w14:textId="77777777" w:rsidR="000B1924" w:rsidRDefault="00A975F8" w:rsidP="00807441">
            <w:pPr>
              <w:shd w:val="clear" w:color="auto" w:fill="FFFFFF" w:themeFill="background1"/>
            </w:pPr>
            <w:r>
              <w:t>- HS tự kiểm tra bài viết.</w:t>
            </w:r>
          </w:p>
        </w:tc>
      </w:tr>
      <w:tr w:rsidR="000B1924" w14:paraId="79392012" w14:textId="77777777" w:rsidTr="00807441">
        <w:trPr>
          <w:jc w:val="center"/>
        </w:trPr>
        <w:tc>
          <w:tcPr>
            <w:tcW w:w="10652" w:type="dxa"/>
            <w:gridSpan w:val="2"/>
            <w:tcBorders>
              <w:top w:val="single" w:sz="4" w:space="0" w:color="auto"/>
              <w:bottom w:val="single" w:sz="4" w:space="0" w:color="auto"/>
            </w:tcBorders>
            <w:shd w:val="clear" w:color="auto" w:fill="E2F0D9"/>
          </w:tcPr>
          <w:p w14:paraId="79EB2C56" w14:textId="77777777" w:rsidR="000B1924" w:rsidRDefault="00A975F8" w:rsidP="00807441">
            <w:pPr>
              <w:shd w:val="clear" w:color="auto" w:fill="FFFFFF" w:themeFill="background1"/>
            </w:pPr>
            <w:r>
              <w:rPr>
                <w:b/>
                <w:color w:val="007000"/>
              </w:rPr>
              <w:t>4. Vận dụng (3 phút)</w:t>
            </w:r>
          </w:p>
          <w:p w14:paraId="4E10E54A" w14:textId="77777777" w:rsidR="000B1924" w:rsidRDefault="00A975F8" w:rsidP="00807441">
            <w:pPr>
              <w:shd w:val="clear" w:color="auto" w:fill="FFFFFF" w:themeFill="background1"/>
            </w:pPr>
            <w:r>
              <w:rPr>
                <w:b/>
                <w:i/>
                <w:color w:val="007000"/>
              </w:rPr>
              <w:t xml:space="preserve"> Biết tự soát lỗi và sửa bài viết.</w:t>
            </w:r>
          </w:p>
        </w:tc>
      </w:tr>
      <w:tr w:rsidR="000B1924" w14:paraId="058F87C2" w14:textId="77777777" w:rsidTr="00807441">
        <w:trPr>
          <w:jc w:val="center"/>
        </w:trPr>
        <w:tc>
          <w:tcPr>
            <w:tcW w:w="5326" w:type="dxa"/>
            <w:tcBorders>
              <w:top w:val="single" w:sz="4" w:space="0" w:color="auto"/>
            </w:tcBorders>
          </w:tcPr>
          <w:p w14:paraId="1F904ABA" w14:textId="77777777" w:rsidR="000B1924" w:rsidRDefault="00A975F8" w:rsidP="00807441">
            <w:pPr>
              <w:shd w:val="clear" w:color="auto" w:fill="FFFFFF" w:themeFill="background1"/>
            </w:pPr>
            <w:r>
              <w:t>- Đổi vở theo cặp, nhận xét một điểm bạn viết tốt và một điểm cần sửa.</w:t>
            </w:r>
          </w:p>
        </w:tc>
        <w:tc>
          <w:tcPr>
            <w:tcW w:w="5326" w:type="dxa"/>
            <w:tcBorders>
              <w:top w:val="single" w:sz="4" w:space="0" w:color="auto"/>
            </w:tcBorders>
          </w:tcPr>
          <w:p w14:paraId="7D8F8288" w14:textId="77777777" w:rsidR="000B1924" w:rsidRDefault="00A975F8" w:rsidP="00807441">
            <w:pPr>
              <w:shd w:val="clear" w:color="auto" w:fill="FFFFFF" w:themeFill="background1"/>
            </w:pPr>
            <w:r>
              <w:t>- HS đổi vở, nhận xét nhẹ nhàng và đánh dấu lỗi bằng bút chì nếu có.</w:t>
            </w:r>
          </w:p>
        </w:tc>
      </w:tr>
      <w:tr w:rsidR="000B1924" w14:paraId="27AEF3D9" w14:textId="77777777" w:rsidTr="00807441">
        <w:trPr>
          <w:jc w:val="center"/>
        </w:trPr>
        <w:tc>
          <w:tcPr>
            <w:tcW w:w="5326" w:type="dxa"/>
          </w:tcPr>
          <w:p w14:paraId="6E57C3C3" w14:textId="77777777" w:rsidR="000B1924" w:rsidRDefault="00A975F8" w:rsidP="00807441">
            <w:pPr>
              <w:shd w:val="clear" w:color="auto" w:fill="FFFFFF" w:themeFill="background1"/>
            </w:pPr>
            <w:r>
              <w:t>- Dặn HS luyện viết thêm chữ H và tìm một tên riêng bắt đầu bằng chữ H.</w:t>
            </w:r>
          </w:p>
        </w:tc>
        <w:tc>
          <w:tcPr>
            <w:tcW w:w="5326" w:type="dxa"/>
          </w:tcPr>
          <w:p w14:paraId="37FE0913" w14:textId="77777777" w:rsidR="000B1924" w:rsidRDefault="00A975F8" w:rsidP="00807441">
            <w:pPr>
              <w:shd w:val="clear" w:color="auto" w:fill="FFFFFF" w:themeFill="background1"/>
            </w:pPr>
            <w:r>
              <w:t>- HS ghi nhớ nhiệm vụ.</w:t>
            </w:r>
          </w:p>
        </w:tc>
      </w:tr>
    </w:tbl>
    <w:p w14:paraId="7DCD8C6B" w14:textId="77777777" w:rsidR="000B1924" w:rsidRDefault="00A975F8" w:rsidP="00807441">
      <w:pPr>
        <w:shd w:val="clear" w:color="auto" w:fill="FFFFFF" w:themeFill="background1"/>
        <w:spacing w:after="0" w:line="240" w:lineRule="auto"/>
      </w:pPr>
      <w:r>
        <w:rPr>
          <w:b/>
        </w:rPr>
        <w:lastRenderedPageBreak/>
        <w:t>IV. ĐIỀU CHỈNH SAU TIẾT DẠY (NẾU CÓ):</w:t>
      </w:r>
    </w:p>
    <w:p w14:paraId="5190D4BD" w14:textId="77777777" w:rsidR="000B1924" w:rsidRDefault="00A975F8" w:rsidP="00807441">
      <w:pPr>
        <w:shd w:val="clear" w:color="auto" w:fill="FFFFFF" w:themeFill="background1"/>
        <w:spacing w:after="0" w:line="240" w:lineRule="auto"/>
      </w:pPr>
      <w:r>
        <w:t>........................................................................................................................</w:t>
      </w:r>
    </w:p>
    <w:p w14:paraId="3C3E37D8" w14:textId="497BD7F8" w:rsidR="000B1924" w:rsidRDefault="000B1924" w:rsidP="00807441">
      <w:pPr>
        <w:shd w:val="clear" w:color="auto" w:fill="FFFFFF" w:themeFill="background1"/>
      </w:pPr>
    </w:p>
    <w:p w14:paraId="39F12380" w14:textId="77777777" w:rsidR="000B1924" w:rsidRDefault="00A975F8" w:rsidP="00807441">
      <w:pPr>
        <w:shd w:val="clear" w:color="auto" w:fill="FFFFFF" w:themeFill="background1"/>
        <w:spacing w:after="0"/>
        <w:jc w:val="center"/>
      </w:pPr>
      <w:r>
        <w:rPr>
          <w:b/>
          <w:sz w:val="28"/>
        </w:rPr>
        <w:t>KẾ HOẠCH DẠY HỌC - TUẦN 10</w:t>
      </w:r>
      <w:r>
        <w:br/>
      </w:r>
      <w:r>
        <w:rPr>
          <w:b/>
          <w:sz w:val="28"/>
        </w:rPr>
        <w:t>CHỦ ĐỀ 3: NIỀM VUI TUỔI THƠ</w:t>
      </w:r>
      <w:r>
        <w:br/>
      </w:r>
      <w:r>
        <w:rPr>
          <w:b/>
          <w:sz w:val="28"/>
        </w:rPr>
        <w:t>BÀI 17: GỌI BẠN</w:t>
      </w:r>
      <w:r>
        <w:br/>
      </w:r>
      <w:r>
        <w:rPr>
          <w:b/>
          <w:sz w:val="28"/>
        </w:rPr>
        <w:t>TIẾT 4: NÓI VÀ NGHE: KỂ CHUYỆN GỌI BẠN</w:t>
      </w:r>
    </w:p>
    <w:p w14:paraId="72EBAAA8" w14:textId="77777777" w:rsidR="000B1924" w:rsidRDefault="00A975F8" w:rsidP="00807441">
      <w:pPr>
        <w:shd w:val="clear" w:color="auto" w:fill="FFFFFF" w:themeFill="background1"/>
        <w:spacing w:after="0" w:line="240" w:lineRule="auto"/>
      </w:pPr>
      <w:r>
        <w:rPr>
          <w:b/>
        </w:rPr>
        <w:t>I. YÊU CẦU CẦN ĐẠT</w:t>
      </w:r>
    </w:p>
    <w:p w14:paraId="55FEE1F8" w14:textId="77777777" w:rsidR="000B1924" w:rsidRDefault="00A975F8" w:rsidP="00807441">
      <w:pPr>
        <w:shd w:val="clear" w:color="auto" w:fill="FFFFFF" w:themeFill="background1"/>
        <w:spacing w:after="0" w:line="240" w:lineRule="auto"/>
      </w:pPr>
      <w:r>
        <w:rPr>
          <w:b/>
        </w:rPr>
        <w:t>1. Năng lực đặc thù:</w:t>
      </w:r>
      <w:r>
        <w:br/>
        <w:t>- Nhận biết được sự việc trong câu chuyện Gọi bạn qua tranh minh họa.</w:t>
      </w:r>
      <w:r>
        <w:br/>
        <w:t>- Dựa vào tranh và gợi ý để kể lại 1 - 2 đoạn câu chuyện; biết kể tiếp đoạn kết theo ý của mình.</w:t>
      </w:r>
      <w:r>
        <w:br/>
        <w:t>- Viết được 2 - 3 câu nêu nhận xét về đôi bạn bê vàng và dê trắng.</w:t>
      </w:r>
      <w:r>
        <w:br/>
      </w:r>
      <w:r>
        <w:rPr>
          <w:b/>
        </w:rPr>
        <w:t>2. Năng lực chung:</w:t>
      </w:r>
      <w:r>
        <w:br/>
        <w:t>- Giao tiếp và hợp tác: kể rõ ràng, biết nghe và góp ý cho bạn.</w:t>
      </w:r>
      <w:r>
        <w:br/>
        <w:t>- Giải quyết vấn đề và sáng tạo: lựa chọn lời kể và kết thúc phù hợp.</w:t>
      </w:r>
      <w:r>
        <w:br/>
      </w:r>
      <w:r>
        <w:rPr>
          <w:b/>
        </w:rPr>
        <w:t>3. Phẩm chất:</w:t>
      </w:r>
      <w:r>
        <w:br/>
        <w:t>- Nhân ái, chăm chỉ: yêu quý bạn bè, tích cực tham gia kể chuyện.</w:t>
      </w:r>
    </w:p>
    <w:p w14:paraId="2E2FD983" w14:textId="77777777" w:rsidR="000B1924" w:rsidRDefault="00A975F8" w:rsidP="00807441">
      <w:pPr>
        <w:shd w:val="clear" w:color="auto" w:fill="FFFFFF" w:themeFill="background1"/>
        <w:spacing w:after="0" w:line="240" w:lineRule="auto"/>
      </w:pPr>
      <w:r>
        <w:rPr>
          <w:b/>
        </w:rPr>
        <w:t>II. ĐỒ DÙNG DẠY HỌC</w:t>
      </w:r>
    </w:p>
    <w:p w14:paraId="7CB83813" w14:textId="77777777" w:rsidR="000B1924" w:rsidRDefault="00A975F8" w:rsidP="00807441">
      <w:pPr>
        <w:shd w:val="clear" w:color="auto" w:fill="FFFFFF" w:themeFill="background1"/>
        <w:spacing w:after="0" w:line="240" w:lineRule="auto"/>
      </w:pPr>
      <w:r>
        <w:t>- GV: Tranh kể chuyện cắt từ SGK, máy tính, máy chiếu/tivi.</w:t>
      </w:r>
      <w:r>
        <w:br/>
        <w:t>- HS: SGK Tiếng Việt 2 tập một, vở ô li.</w:t>
      </w:r>
    </w:p>
    <w:p w14:paraId="424C27AA" w14:textId="77777777" w:rsidR="000B1924" w:rsidRDefault="00A975F8" w:rsidP="00807441">
      <w:pPr>
        <w:shd w:val="clear" w:color="auto" w:fill="FFFFFF" w:themeFill="background1"/>
        <w:spacing w:after="0" w:line="240" w:lineRule="auto"/>
      </w:pPr>
      <w:r>
        <w:rPr>
          <w:b/>
        </w:rPr>
        <w:t>III.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326"/>
        <w:gridCol w:w="5326"/>
      </w:tblGrid>
      <w:tr w:rsidR="000B1924" w14:paraId="33FF3978" w14:textId="77777777" w:rsidTr="00807441">
        <w:trPr>
          <w:jc w:val="center"/>
        </w:trPr>
        <w:tc>
          <w:tcPr>
            <w:tcW w:w="4932" w:type="dxa"/>
            <w:tcBorders>
              <w:bottom w:val="single" w:sz="4" w:space="0" w:color="auto"/>
            </w:tcBorders>
            <w:shd w:val="clear" w:color="auto" w:fill="D9EAF7"/>
          </w:tcPr>
          <w:p w14:paraId="7E9A7AD9" w14:textId="77777777" w:rsidR="000B1924" w:rsidRDefault="00A975F8" w:rsidP="00807441">
            <w:pPr>
              <w:shd w:val="clear" w:color="auto" w:fill="FFFFFF" w:themeFill="background1"/>
              <w:jc w:val="center"/>
            </w:pPr>
            <w:r>
              <w:rPr>
                <w:b/>
              </w:rPr>
              <w:t>Hoạt động của giáo viên</w:t>
            </w:r>
          </w:p>
        </w:tc>
        <w:tc>
          <w:tcPr>
            <w:tcW w:w="4932" w:type="dxa"/>
            <w:tcBorders>
              <w:bottom w:val="single" w:sz="4" w:space="0" w:color="auto"/>
            </w:tcBorders>
            <w:shd w:val="clear" w:color="auto" w:fill="D9EAF7"/>
          </w:tcPr>
          <w:p w14:paraId="0767CBB9" w14:textId="77777777" w:rsidR="000B1924" w:rsidRDefault="00A975F8" w:rsidP="00807441">
            <w:pPr>
              <w:shd w:val="clear" w:color="auto" w:fill="FFFFFF" w:themeFill="background1"/>
              <w:jc w:val="center"/>
            </w:pPr>
            <w:r>
              <w:rPr>
                <w:b/>
              </w:rPr>
              <w:t>Hoạt động của học sinh</w:t>
            </w:r>
          </w:p>
        </w:tc>
      </w:tr>
      <w:tr w:rsidR="000B1924" w14:paraId="48607354" w14:textId="77777777" w:rsidTr="00807441">
        <w:trPr>
          <w:jc w:val="center"/>
        </w:trPr>
        <w:tc>
          <w:tcPr>
            <w:tcW w:w="10652" w:type="dxa"/>
            <w:gridSpan w:val="2"/>
            <w:tcBorders>
              <w:top w:val="single" w:sz="4" w:space="0" w:color="auto"/>
              <w:bottom w:val="single" w:sz="4" w:space="0" w:color="auto"/>
            </w:tcBorders>
            <w:shd w:val="clear" w:color="auto" w:fill="E2F0D9"/>
          </w:tcPr>
          <w:p w14:paraId="614C9273" w14:textId="77777777" w:rsidR="000B1924" w:rsidRDefault="00A975F8" w:rsidP="00807441">
            <w:pPr>
              <w:shd w:val="clear" w:color="auto" w:fill="FFFFFF" w:themeFill="background1"/>
            </w:pPr>
            <w:r>
              <w:rPr>
                <w:b/>
                <w:color w:val="007000"/>
              </w:rPr>
              <w:t>1. Khởi động (3 phút)</w:t>
            </w:r>
          </w:p>
          <w:p w14:paraId="519B2828" w14:textId="77777777" w:rsidR="000B1924" w:rsidRDefault="00A975F8" w:rsidP="00807441">
            <w:pPr>
              <w:shd w:val="clear" w:color="auto" w:fill="FFFFFF" w:themeFill="background1"/>
            </w:pPr>
            <w:r>
              <w:rPr>
                <w:b/>
                <w:i/>
                <w:color w:val="007000"/>
              </w:rPr>
              <w:t xml:space="preserve"> Gợi nhớ bài đọc Gọi bạn, tạo hứng thú kể chuyện.</w:t>
            </w:r>
          </w:p>
        </w:tc>
      </w:tr>
      <w:tr w:rsidR="000B1924" w14:paraId="301198C2" w14:textId="77777777" w:rsidTr="00807441">
        <w:trPr>
          <w:jc w:val="center"/>
        </w:trPr>
        <w:tc>
          <w:tcPr>
            <w:tcW w:w="5326" w:type="dxa"/>
            <w:tcBorders>
              <w:top w:val="single" w:sz="4" w:space="0" w:color="auto"/>
            </w:tcBorders>
          </w:tcPr>
          <w:p w14:paraId="37352D77" w14:textId="77777777" w:rsidR="000B1924" w:rsidRDefault="00A975F8" w:rsidP="00807441">
            <w:pPr>
              <w:shd w:val="clear" w:color="auto" w:fill="FFFFFF" w:themeFill="background1"/>
            </w:pPr>
            <w:r>
              <w:t>- Quan sát lại tranh bài Gọi bạn và nêu tên hai nhân vật.</w:t>
            </w:r>
          </w:p>
        </w:tc>
        <w:tc>
          <w:tcPr>
            <w:tcW w:w="5326" w:type="dxa"/>
            <w:tcBorders>
              <w:top w:val="single" w:sz="4" w:space="0" w:color="auto"/>
            </w:tcBorders>
          </w:tcPr>
          <w:p w14:paraId="0E1E00CE" w14:textId="77777777" w:rsidR="000B1924" w:rsidRDefault="00A975F8" w:rsidP="00807441">
            <w:pPr>
              <w:shd w:val="clear" w:color="auto" w:fill="FFFFFF" w:themeFill="background1"/>
            </w:pPr>
            <w:r>
              <w:t>- HS trả lời: Hai nhân vật là bê vàng và dê trắng.</w:t>
            </w:r>
          </w:p>
        </w:tc>
      </w:tr>
      <w:tr w:rsidR="000B1924" w14:paraId="74668899" w14:textId="77777777" w:rsidTr="00807441">
        <w:trPr>
          <w:jc w:val="center"/>
        </w:trPr>
        <w:tc>
          <w:tcPr>
            <w:tcW w:w="5326" w:type="dxa"/>
            <w:tcBorders>
              <w:bottom w:val="single" w:sz="4" w:space="0" w:color="auto"/>
            </w:tcBorders>
          </w:tcPr>
          <w:p w14:paraId="2E1E0D9D" w14:textId="77777777" w:rsidR="000B1924" w:rsidRDefault="00A975F8" w:rsidP="00807441">
            <w:pPr>
              <w:shd w:val="clear" w:color="auto" w:fill="FFFFFF" w:themeFill="background1"/>
            </w:pPr>
            <w:r>
              <w:t>- GV giới thiệu bài: Tiết học này, các em sẽ dựa vào tranh để kể lại câu chuyện Gọi bạn và nêu nhận xét về tình bạn của hai bạn.</w:t>
            </w:r>
          </w:p>
        </w:tc>
        <w:tc>
          <w:tcPr>
            <w:tcW w:w="5326" w:type="dxa"/>
            <w:tcBorders>
              <w:bottom w:val="single" w:sz="4" w:space="0" w:color="auto"/>
            </w:tcBorders>
          </w:tcPr>
          <w:p w14:paraId="51FD1048" w14:textId="77777777" w:rsidR="000B1924" w:rsidRDefault="00A975F8" w:rsidP="00807441">
            <w:pPr>
              <w:shd w:val="clear" w:color="auto" w:fill="FFFFFF" w:themeFill="background1"/>
            </w:pPr>
            <w:r>
              <w:t>- HS lắng nghe, mở SGK phần Nói và nghe.</w:t>
            </w:r>
          </w:p>
        </w:tc>
      </w:tr>
      <w:tr w:rsidR="000B1924" w14:paraId="40F6BF36" w14:textId="77777777" w:rsidTr="00807441">
        <w:trPr>
          <w:jc w:val="center"/>
        </w:trPr>
        <w:tc>
          <w:tcPr>
            <w:tcW w:w="10652" w:type="dxa"/>
            <w:gridSpan w:val="2"/>
            <w:tcBorders>
              <w:top w:val="single" w:sz="4" w:space="0" w:color="auto"/>
              <w:bottom w:val="single" w:sz="4" w:space="0" w:color="auto"/>
            </w:tcBorders>
            <w:shd w:val="clear" w:color="auto" w:fill="E2F0D9"/>
          </w:tcPr>
          <w:p w14:paraId="1C934BBF" w14:textId="77777777" w:rsidR="000B1924" w:rsidRDefault="00A975F8" w:rsidP="00807441">
            <w:pPr>
              <w:shd w:val="clear" w:color="auto" w:fill="FFFFFF" w:themeFill="background1"/>
            </w:pPr>
            <w:r>
              <w:rPr>
                <w:b/>
                <w:color w:val="007000"/>
              </w:rPr>
              <w:t>2. Khám phá kiến thức (10 phút)</w:t>
            </w:r>
          </w:p>
          <w:p w14:paraId="59CDA318" w14:textId="77777777" w:rsidR="000B1924" w:rsidRDefault="00A975F8" w:rsidP="00807441">
            <w:pPr>
              <w:shd w:val="clear" w:color="auto" w:fill="FFFFFF" w:themeFill="background1"/>
            </w:pPr>
            <w:r>
              <w:rPr>
                <w:b/>
                <w:i/>
                <w:color w:val="007000"/>
              </w:rPr>
              <w:t xml:space="preserve"> Quan sát tranh, xác định sự việc trong từng tranh.</w:t>
            </w:r>
          </w:p>
        </w:tc>
      </w:tr>
      <w:tr w:rsidR="000B1924" w14:paraId="7D79CDFD" w14:textId="77777777" w:rsidTr="00807441">
        <w:trPr>
          <w:jc w:val="center"/>
        </w:trPr>
        <w:tc>
          <w:tcPr>
            <w:tcW w:w="5326" w:type="dxa"/>
            <w:tcBorders>
              <w:top w:val="single" w:sz="4" w:space="0" w:color="auto"/>
            </w:tcBorders>
          </w:tcPr>
          <w:p w14:paraId="55125F3F" w14:textId="77777777" w:rsidR="000B1924" w:rsidRDefault="00A975F8" w:rsidP="00807441">
            <w:pPr>
              <w:shd w:val="clear" w:color="auto" w:fill="FFFFFF" w:themeFill="background1"/>
            </w:pPr>
            <w:r>
              <w:rPr>
                <w:b/>
              </w:rPr>
              <w:t>Bài tập 1: Dựa vào tranh minh họa câu chuyện trong bài thơ Gọi bạn và gợi ý, nói về sự việc trong từng tranh.</w:t>
            </w:r>
          </w:p>
        </w:tc>
        <w:tc>
          <w:tcPr>
            <w:tcW w:w="5326" w:type="dxa"/>
            <w:tcBorders>
              <w:top w:val="single" w:sz="4" w:space="0" w:color="auto"/>
            </w:tcBorders>
          </w:tcPr>
          <w:p w14:paraId="3CDCCB8E" w14:textId="77777777" w:rsidR="000B1924" w:rsidRDefault="00A975F8" w:rsidP="00807441">
            <w:pPr>
              <w:shd w:val="clear" w:color="auto" w:fill="FFFFFF" w:themeFill="background1"/>
            </w:pPr>
            <w:r>
              <w:t>- HS xác định yêu cầu bài tập.</w:t>
            </w:r>
          </w:p>
        </w:tc>
      </w:tr>
      <w:tr w:rsidR="000B1924" w14:paraId="37B16E10" w14:textId="77777777" w:rsidTr="00807441">
        <w:trPr>
          <w:jc w:val="center"/>
        </w:trPr>
        <w:tc>
          <w:tcPr>
            <w:tcW w:w="5326" w:type="dxa"/>
          </w:tcPr>
          <w:p w14:paraId="44E06715" w14:textId="77777777" w:rsidR="000B1924" w:rsidRDefault="00A975F8" w:rsidP="00807441">
            <w:pPr>
              <w:shd w:val="clear" w:color="auto" w:fill="FFFFFF" w:themeFill="background1"/>
            </w:pPr>
            <w:r>
              <w:t>- GV yêu cầu HS đọc đề bài.</w:t>
            </w:r>
          </w:p>
          <w:p w14:paraId="6FDF7A5A" w14:textId="0313A915" w:rsidR="000B1924" w:rsidRDefault="000B1924" w:rsidP="00807441">
            <w:pPr>
              <w:shd w:val="clear" w:color="auto" w:fill="FFFFFF" w:themeFill="background1"/>
              <w:jc w:val="center"/>
            </w:pPr>
          </w:p>
        </w:tc>
        <w:tc>
          <w:tcPr>
            <w:tcW w:w="5326" w:type="dxa"/>
          </w:tcPr>
          <w:p w14:paraId="6B65B3D9" w14:textId="77777777" w:rsidR="000B1924" w:rsidRDefault="00A975F8" w:rsidP="00807441">
            <w:pPr>
              <w:shd w:val="clear" w:color="auto" w:fill="FFFFFF" w:themeFill="background1"/>
            </w:pPr>
            <w:r>
              <w:t>- HS đọc: Dựa vào tranh minh họa câu chuyện trong bài thơ Gọi bạn và gợi ý, nói về sự việc trong từng tranh.</w:t>
            </w:r>
          </w:p>
        </w:tc>
      </w:tr>
      <w:tr w:rsidR="000B1924" w14:paraId="4080188F" w14:textId="77777777" w:rsidTr="00807441">
        <w:trPr>
          <w:jc w:val="center"/>
        </w:trPr>
        <w:tc>
          <w:tcPr>
            <w:tcW w:w="5326" w:type="dxa"/>
          </w:tcPr>
          <w:p w14:paraId="2CD83AC0" w14:textId="77777777" w:rsidR="000B1924" w:rsidRDefault="00A975F8" w:rsidP="00807441">
            <w:pPr>
              <w:shd w:val="clear" w:color="auto" w:fill="FFFFFF" w:themeFill="background1"/>
            </w:pPr>
            <w:r>
              <w:t>- HS thảo luận nhóm 4, quan sát từng tranh và nói sự việc chính.</w:t>
            </w:r>
          </w:p>
        </w:tc>
        <w:tc>
          <w:tcPr>
            <w:tcW w:w="5326" w:type="dxa"/>
          </w:tcPr>
          <w:p w14:paraId="7E52908B" w14:textId="77777777" w:rsidR="000B1924" w:rsidRDefault="00A975F8" w:rsidP="00807441">
            <w:pPr>
              <w:shd w:val="clear" w:color="auto" w:fill="FFFFFF" w:themeFill="background1"/>
            </w:pPr>
            <w:r>
              <w:t>- HS nêu: Tranh 1: Bê vàng và dê trắng sống bên nhau trong rừng xanh sâu thẳm. Tranh 2: Một năm trời hạn hán, cỏ cây héo khô. Tranh 3: Bê vàng đi tìm cỏ và quên đường về. Tranh 4: Dê trắng chạy khắp nơi tìm bê vàng, gọi “Bê! Bê!”.</w:t>
            </w:r>
          </w:p>
        </w:tc>
      </w:tr>
      <w:tr w:rsidR="000B1924" w14:paraId="30DE7424" w14:textId="77777777" w:rsidTr="00807441">
        <w:trPr>
          <w:jc w:val="center"/>
        </w:trPr>
        <w:tc>
          <w:tcPr>
            <w:tcW w:w="5326" w:type="dxa"/>
          </w:tcPr>
          <w:p w14:paraId="0D3B0DBA" w14:textId="77777777" w:rsidR="000B1924" w:rsidRDefault="00A975F8" w:rsidP="00807441">
            <w:pPr>
              <w:shd w:val="clear" w:color="auto" w:fill="FFFFFF" w:themeFill="background1"/>
            </w:pPr>
            <w:r>
              <w:t>- GV gọi đại diện nhóm trình bày.</w:t>
            </w:r>
          </w:p>
        </w:tc>
        <w:tc>
          <w:tcPr>
            <w:tcW w:w="5326" w:type="dxa"/>
          </w:tcPr>
          <w:p w14:paraId="2D8A6200" w14:textId="77777777" w:rsidR="000B1924" w:rsidRDefault="00A975F8" w:rsidP="00807441">
            <w:pPr>
              <w:shd w:val="clear" w:color="auto" w:fill="FFFFFF" w:themeFill="background1"/>
            </w:pPr>
            <w:r>
              <w:t>- Đại diện nhóm trình bày từng tranh; nhóm khác nhận xét, bổ sung.</w:t>
            </w:r>
          </w:p>
        </w:tc>
      </w:tr>
      <w:tr w:rsidR="000B1924" w14:paraId="306BB79D" w14:textId="77777777" w:rsidTr="00807441">
        <w:trPr>
          <w:jc w:val="center"/>
        </w:trPr>
        <w:tc>
          <w:tcPr>
            <w:tcW w:w="5326" w:type="dxa"/>
            <w:tcBorders>
              <w:bottom w:val="single" w:sz="4" w:space="0" w:color="auto"/>
            </w:tcBorders>
          </w:tcPr>
          <w:p w14:paraId="611A5042" w14:textId="77777777" w:rsidR="000B1924" w:rsidRDefault="00A975F8" w:rsidP="00807441">
            <w:pPr>
              <w:shd w:val="clear" w:color="auto" w:fill="FFFFFF" w:themeFill="background1"/>
            </w:pPr>
            <w:r>
              <w:t xml:space="preserve">- GV kết luận: Quan sát tranh theo thứ tự giúp </w:t>
            </w:r>
            <w:r>
              <w:lastRenderedPageBreak/>
              <w:t>các em kể đúng diễn biến câu chuyện.</w:t>
            </w:r>
          </w:p>
        </w:tc>
        <w:tc>
          <w:tcPr>
            <w:tcW w:w="5326" w:type="dxa"/>
            <w:tcBorders>
              <w:bottom w:val="single" w:sz="4" w:space="0" w:color="auto"/>
            </w:tcBorders>
          </w:tcPr>
          <w:p w14:paraId="4985E33F" w14:textId="77777777" w:rsidR="000B1924" w:rsidRDefault="00A975F8" w:rsidP="00807441">
            <w:pPr>
              <w:shd w:val="clear" w:color="auto" w:fill="FFFFFF" w:themeFill="background1"/>
            </w:pPr>
            <w:r>
              <w:lastRenderedPageBreak/>
              <w:t>- HS ghi nhớ trình tự sự việc.</w:t>
            </w:r>
          </w:p>
        </w:tc>
      </w:tr>
      <w:tr w:rsidR="000B1924" w14:paraId="1EB108DD" w14:textId="77777777" w:rsidTr="00807441">
        <w:trPr>
          <w:jc w:val="center"/>
        </w:trPr>
        <w:tc>
          <w:tcPr>
            <w:tcW w:w="10652" w:type="dxa"/>
            <w:gridSpan w:val="2"/>
            <w:tcBorders>
              <w:top w:val="single" w:sz="4" w:space="0" w:color="auto"/>
              <w:bottom w:val="single" w:sz="4" w:space="0" w:color="auto"/>
            </w:tcBorders>
            <w:shd w:val="clear" w:color="auto" w:fill="E2F0D9"/>
          </w:tcPr>
          <w:p w14:paraId="2F6FBFB4" w14:textId="77777777" w:rsidR="000B1924" w:rsidRDefault="00A975F8" w:rsidP="00807441">
            <w:pPr>
              <w:shd w:val="clear" w:color="auto" w:fill="FFFFFF" w:themeFill="background1"/>
            </w:pPr>
            <w:r>
              <w:rPr>
                <w:b/>
                <w:color w:val="007000"/>
              </w:rPr>
              <w:t>3. Thực hành (17 phút)</w:t>
            </w:r>
          </w:p>
          <w:p w14:paraId="6D1A22AC" w14:textId="77777777" w:rsidR="000B1924" w:rsidRDefault="00A975F8" w:rsidP="00807441">
            <w:pPr>
              <w:shd w:val="clear" w:color="auto" w:fill="FFFFFF" w:themeFill="background1"/>
            </w:pPr>
            <w:r>
              <w:rPr>
                <w:b/>
                <w:i/>
                <w:color w:val="007000"/>
              </w:rPr>
              <w:t xml:space="preserve"> Kể lại câu chuyện và kể tiếp đoạn kết theo ý của em.</w:t>
            </w:r>
          </w:p>
        </w:tc>
      </w:tr>
      <w:tr w:rsidR="000B1924" w14:paraId="57B72873" w14:textId="77777777" w:rsidTr="00807441">
        <w:trPr>
          <w:jc w:val="center"/>
        </w:trPr>
        <w:tc>
          <w:tcPr>
            <w:tcW w:w="5326" w:type="dxa"/>
            <w:tcBorders>
              <w:top w:val="single" w:sz="4" w:space="0" w:color="auto"/>
            </w:tcBorders>
          </w:tcPr>
          <w:p w14:paraId="08ADBAD0" w14:textId="77777777" w:rsidR="000B1924" w:rsidRDefault="00A975F8" w:rsidP="00807441">
            <w:pPr>
              <w:shd w:val="clear" w:color="auto" w:fill="FFFFFF" w:themeFill="background1"/>
            </w:pPr>
            <w:r>
              <w:rPr>
                <w:b/>
              </w:rPr>
              <w:t>Bài tập 2: Chọn kể lại 1 - 2 đoạn của câu chuyện theo tranh.</w:t>
            </w:r>
          </w:p>
        </w:tc>
        <w:tc>
          <w:tcPr>
            <w:tcW w:w="5326" w:type="dxa"/>
            <w:tcBorders>
              <w:top w:val="single" w:sz="4" w:space="0" w:color="auto"/>
            </w:tcBorders>
          </w:tcPr>
          <w:p w14:paraId="0BE47DB4" w14:textId="77777777" w:rsidR="000B1924" w:rsidRDefault="00A975F8" w:rsidP="00807441">
            <w:pPr>
              <w:shd w:val="clear" w:color="auto" w:fill="FFFFFF" w:themeFill="background1"/>
            </w:pPr>
            <w:r>
              <w:t>- HS xác định yêu cầu bài tập.</w:t>
            </w:r>
          </w:p>
        </w:tc>
      </w:tr>
      <w:tr w:rsidR="000B1924" w14:paraId="35BDCB39" w14:textId="77777777" w:rsidTr="00807441">
        <w:trPr>
          <w:jc w:val="center"/>
        </w:trPr>
        <w:tc>
          <w:tcPr>
            <w:tcW w:w="5326" w:type="dxa"/>
          </w:tcPr>
          <w:p w14:paraId="28979740" w14:textId="77777777" w:rsidR="000B1924" w:rsidRDefault="00A975F8" w:rsidP="00807441">
            <w:pPr>
              <w:shd w:val="clear" w:color="auto" w:fill="FFFFFF" w:themeFill="background1"/>
            </w:pPr>
            <w:r>
              <w:t>- GV yêu cầu HS đọc đề bài.</w:t>
            </w:r>
          </w:p>
        </w:tc>
        <w:tc>
          <w:tcPr>
            <w:tcW w:w="5326" w:type="dxa"/>
          </w:tcPr>
          <w:p w14:paraId="5A923310" w14:textId="77777777" w:rsidR="000B1924" w:rsidRDefault="00A975F8" w:rsidP="00807441">
            <w:pPr>
              <w:shd w:val="clear" w:color="auto" w:fill="FFFFFF" w:themeFill="background1"/>
            </w:pPr>
            <w:r>
              <w:t>- HS đọc: Chọn kể lại 1 - 2 đoạn của câu chuyện theo tranh.</w:t>
            </w:r>
          </w:p>
        </w:tc>
      </w:tr>
      <w:tr w:rsidR="000B1924" w14:paraId="7EE8B13A" w14:textId="77777777" w:rsidTr="00807441">
        <w:trPr>
          <w:jc w:val="center"/>
        </w:trPr>
        <w:tc>
          <w:tcPr>
            <w:tcW w:w="5326" w:type="dxa"/>
          </w:tcPr>
          <w:p w14:paraId="4D2A1E73" w14:textId="77777777" w:rsidR="000B1924" w:rsidRDefault="00A975F8" w:rsidP="00807441">
            <w:pPr>
              <w:shd w:val="clear" w:color="auto" w:fill="FFFFFF" w:themeFill="background1"/>
            </w:pPr>
            <w:r>
              <w:t>- HS làm cá nhân, chọn 1 - 2 tranh mình nhớ nhất để tập kể.</w:t>
            </w:r>
          </w:p>
        </w:tc>
        <w:tc>
          <w:tcPr>
            <w:tcW w:w="5326" w:type="dxa"/>
          </w:tcPr>
          <w:p w14:paraId="63DF0C53" w14:textId="77777777" w:rsidR="000B1924" w:rsidRDefault="00A975F8" w:rsidP="00807441">
            <w:pPr>
              <w:shd w:val="clear" w:color="auto" w:fill="FFFFFF" w:themeFill="background1"/>
            </w:pPr>
            <w:r>
              <w:t>- HS chọn tranh và tập kể bằng lời của mình, không cần kể đúng nguyên văn.</w:t>
            </w:r>
          </w:p>
        </w:tc>
      </w:tr>
      <w:tr w:rsidR="000B1924" w14:paraId="3977E7FA" w14:textId="77777777" w:rsidTr="00807441">
        <w:trPr>
          <w:jc w:val="center"/>
        </w:trPr>
        <w:tc>
          <w:tcPr>
            <w:tcW w:w="5326" w:type="dxa"/>
          </w:tcPr>
          <w:p w14:paraId="3FE3FF8C" w14:textId="77777777" w:rsidR="000B1924" w:rsidRDefault="00A975F8" w:rsidP="00807441">
            <w:pPr>
              <w:shd w:val="clear" w:color="auto" w:fill="FFFFFF" w:themeFill="background1"/>
            </w:pPr>
            <w:r>
              <w:t>- HS luyện kể trong nhóm 4, mỗi bạn kể một đoạn hoặc một tranh.</w:t>
            </w:r>
          </w:p>
        </w:tc>
        <w:tc>
          <w:tcPr>
            <w:tcW w:w="5326" w:type="dxa"/>
          </w:tcPr>
          <w:p w14:paraId="28CF72E8" w14:textId="77777777" w:rsidR="000B1924" w:rsidRDefault="00A975F8" w:rsidP="00807441">
            <w:pPr>
              <w:shd w:val="clear" w:color="auto" w:fill="FFFFFF" w:themeFill="background1"/>
            </w:pPr>
            <w:r>
              <w:t>- HS kể trong nhóm, nghe bạn kể và góp ý nhẹ nhàng.</w:t>
            </w:r>
          </w:p>
        </w:tc>
      </w:tr>
      <w:tr w:rsidR="000B1924" w14:paraId="5A883538" w14:textId="77777777" w:rsidTr="00807441">
        <w:trPr>
          <w:jc w:val="center"/>
        </w:trPr>
        <w:tc>
          <w:tcPr>
            <w:tcW w:w="5326" w:type="dxa"/>
          </w:tcPr>
          <w:p w14:paraId="480B366A" w14:textId="77777777" w:rsidR="000B1924" w:rsidRDefault="00A975F8" w:rsidP="00807441">
            <w:pPr>
              <w:shd w:val="clear" w:color="auto" w:fill="FFFFFF" w:themeFill="background1"/>
            </w:pPr>
            <w:r>
              <w:t>- GV gọi HS trình bày trước lớp.</w:t>
            </w:r>
          </w:p>
        </w:tc>
        <w:tc>
          <w:tcPr>
            <w:tcW w:w="5326" w:type="dxa"/>
          </w:tcPr>
          <w:p w14:paraId="71335D1E" w14:textId="77777777" w:rsidR="000B1924" w:rsidRDefault="00A975F8" w:rsidP="00807441">
            <w:pPr>
              <w:shd w:val="clear" w:color="auto" w:fill="FFFFFF" w:themeFill="background1"/>
            </w:pPr>
            <w:r>
              <w:t>- HS kể: Từ xa xưa, trong rừng xanh sâu thẳm, bê vàng và dê trắng sống bên nhau rất thân thiết...</w:t>
            </w:r>
          </w:p>
        </w:tc>
      </w:tr>
      <w:tr w:rsidR="000B1924" w14:paraId="67C06AE6" w14:textId="77777777" w:rsidTr="00807441">
        <w:trPr>
          <w:jc w:val="center"/>
        </w:trPr>
        <w:tc>
          <w:tcPr>
            <w:tcW w:w="5326" w:type="dxa"/>
          </w:tcPr>
          <w:p w14:paraId="366E7FC8" w14:textId="77777777" w:rsidR="000B1924" w:rsidRDefault="00A975F8" w:rsidP="00807441">
            <w:pPr>
              <w:shd w:val="clear" w:color="auto" w:fill="FFFFFF" w:themeFill="background1"/>
            </w:pPr>
            <w:r>
              <w:t>- GV kết luận: Khi kể chuyện, các em cần nói rõ sự việc, kể theo thứ tự và thể hiện tình cảm với nhân vật.</w:t>
            </w:r>
          </w:p>
        </w:tc>
        <w:tc>
          <w:tcPr>
            <w:tcW w:w="5326" w:type="dxa"/>
          </w:tcPr>
          <w:p w14:paraId="4828FEB6" w14:textId="77777777" w:rsidR="000B1924" w:rsidRDefault="00A975F8" w:rsidP="00807441">
            <w:pPr>
              <w:shd w:val="clear" w:color="auto" w:fill="FFFFFF" w:themeFill="background1"/>
            </w:pPr>
            <w:r>
              <w:t>- HS tự đánh giá phần kể của mình.</w:t>
            </w:r>
          </w:p>
        </w:tc>
      </w:tr>
      <w:tr w:rsidR="000B1924" w14:paraId="0B324EC5" w14:textId="77777777" w:rsidTr="00807441">
        <w:trPr>
          <w:jc w:val="center"/>
        </w:trPr>
        <w:tc>
          <w:tcPr>
            <w:tcW w:w="5326" w:type="dxa"/>
          </w:tcPr>
          <w:p w14:paraId="5BD1F124" w14:textId="77777777" w:rsidR="000B1924" w:rsidRDefault="00A975F8" w:rsidP="00807441">
            <w:pPr>
              <w:shd w:val="clear" w:color="auto" w:fill="FFFFFF" w:themeFill="background1"/>
            </w:pPr>
            <w:r>
              <w:rPr>
                <w:b/>
              </w:rPr>
              <w:t>Bài tập 3: Kể tiếp đoạn kết của câu chuyện theo ý của em.</w:t>
            </w:r>
          </w:p>
        </w:tc>
        <w:tc>
          <w:tcPr>
            <w:tcW w:w="5326" w:type="dxa"/>
          </w:tcPr>
          <w:p w14:paraId="201CC806" w14:textId="77777777" w:rsidR="000B1924" w:rsidRDefault="00A975F8" w:rsidP="00807441">
            <w:pPr>
              <w:shd w:val="clear" w:color="auto" w:fill="FFFFFF" w:themeFill="background1"/>
            </w:pPr>
            <w:r>
              <w:t>- HS xác định yêu cầu bài tập.</w:t>
            </w:r>
          </w:p>
        </w:tc>
      </w:tr>
      <w:tr w:rsidR="000B1924" w14:paraId="1016975E" w14:textId="77777777" w:rsidTr="00807441">
        <w:trPr>
          <w:jc w:val="center"/>
        </w:trPr>
        <w:tc>
          <w:tcPr>
            <w:tcW w:w="5326" w:type="dxa"/>
          </w:tcPr>
          <w:p w14:paraId="2404A513" w14:textId="77777777" w:rsidR="000B1924" w:rsidRDefault="00A975F8" w:rsidP="00807441">
            <w:pPr>
              <w:shd w:val="clear" w:color="auto" w:fill="FFFFFF" w:themeFill="background1"/>
            </w:pPr>
            <w:r>
              <w:t>- GV yêu cầu HS đọc đề bài.</w:t>
            </w:r>
          </w:p>
        </w:tc>
        <w:tc>
          <w:tcPr>
            <w:tcW w:w="5326" w:type="dxa"/>
          </w:tcPr>
          <w:p w14:paraId="613D84A5" w14:textId="77777777" w:rsidR="000B1924" w:rsidRDefault="00A975F8" w:rsidP="00807441">
            <w:pPr>
              <w:shd w:val="clear" w:color="auto" w:fill="FFFFFF" w:themeFill="background1"/>
            </w:pPr>
            <w:r>
              <w:t>- HS đọc: Kể tiếp đoạn kết của câu chuyện theo ý của em.</w:t>
            </w:r>
          </w:p>
        </w:tc>
      </w:tr>
      <w:tr w:rsidR="000B1924" w14:paraId="388B4CAF" w14:textId="77777777" w:rsidTr="00807441">
        <w:trPr>
          <w:jc w:val="center"/>
        </w:trPr>
        <w:tc>
          <w:tcPr>
            <w:tcW w:w="5326" w:type="dxa"/>
          </w:tcPr>
          <w:p w14:paraId="4DB9BA6E" w14:textId="77777777" w:rsidR="000B1924" w:rsidRDefault="00A975F8" w:rsidP="00807441">
            <w:pPr>
              <w:shd w:val="clear" w:color="auto" w:fill="FFFFFF" w:themeFill="background1"/>
            </w:pPr>
            <w:r>
              <w:t>- HS thảo luận nhóm 2, nghĩ về một kết thúc tốt đẹp cho câu chuyện.</w:t>
            </w:r>
          </w:p>
        </w:tc>
        <w:tc>
          <w:tcPr>
            <w:tcW w:w="5326" w:type="dxa"/>
          </w:tcPr>
          <w:p w14:paraId="6931DA29" w14:textId="77777777" w:rsidR="000B1924" w:rsidRDefault="00A975F8" w:rsidP="00807441">
            <w:pPr>
              <w:shd w:val="clear" w:color="auto" w:fill="FFFFFF" w:themeFill="background1"/>
            </w:pPr>
            <w:r>
              <w:t>- HS nêu: Sau nhiều ngày tìm kiếm, dê trắng gặp lại bê vàng. Hai bạn mừng rỡ, hứa sẽ luôn đi cùng nhau và không để lạc nhau nữa.</w:t>
            </w:r>
          </w:p>
        </w:tc>
      </w:tr>
      <w:tr w:rsidR="000B1924" w14:paraId="781CEAE7" w14:textId="77777777" w:rsidTr="00807441">
        <w:trPr>
          <w:jc w:val="center"/>
        </w:trPr>
        <w:tc>
          <w:tcPr>
            <w:tcW w:w="5326" w:type="dxa"/>
          </w:tcPr>
          <w:p w14:paraId="53099DBB" w14:textId="77777777" w:rsidR="000B1924" w:rsidRDefault="00A975F8" w:rsidP="00807441">
            <w:pPr>
              <w:shd w:val="clear" w:color="auto" w:fill="FFFFFF" w:themeFill="background1"/>
            </w:pPr>
            <w:r>
              <w:t>- GV gọi HS trình bày kết thúc của mình.</w:t>
            </w:r>
          </w:p>
        </w:tc>
        <w:tc>
          <w:tcPr>
            <w:tcW w:w="5326" w:type="dxa"/>
          </w:tcPr>
          <w:p w14:paraId="32F4E5B4" w14:textId="77777777" w:rsidR="000B1924" w:rsidRDefault="00A975F8" w:rsidP="00807441">
            <w:pPr>
              <w:shd w:val="clear" w:color="auto" w:fill="FFFFFF" w:themeFill="background1"/>
            </w:pPr>
            <w:r>
              <w:t>- HS trình bày đoạn kết; lớp nhận xét kết thúc có hợp lí, giàu tình cảm không.</w:t>
            </w:r>
          </w:p>
        </w:tc>
      </w:tr>
      <w:tr w:rsidR="000B1924" w14:paraId="3FEB8438" w14:textId="77777777" w:rsidTr="00807441">
        <w:trPr>
          <w:jc w:val="center"/>
        </w:trPr>
        <w:tc>
          <w:tcPr>
            <w:tcW w:w="5326" w:type="dxa"/>
            <w:tcBorders>
              <w:bottom w:val="single" w:sz="4" w:space="0" w:color="auto"/>
            </w:tcBorders>
          </w:tcPr>
          <w:p w14:paraId="086C88D2" w14:textId="77777777" w:rsidR="000B1924" w:rsidRDefault="00A975F8" w:rsidP="00807441">
            <w:pPr>
              <w:shd w:val="clear" w:color="auto" w:fill="FFFFFF" w:themeFill="background1"/>
            </w:pPr>
            <w:r>
              <w:t>- GV kết luận: Một kết thúc tốt đẹp cần phù hợp với nội dung truyện và thể hiện tình bạn đáng quý.</w:t>
            </w:r>
          </w:p>
        </w:tc>
        <w:tc>
          <w:tcPr>
            <w:tcW w:w="5326" w:type="dxa"/>
            <w:tcBorders>
              <w:bottom w:val="single" w:sz="4" w:space="0" w:color="auto"/>
            </w:tcBorders>
          </w:tcPr>
          <w:p w14:paraId="46C99F27" w14:textId="77777777" w:rsidR="000B1924" w:rsidRDefault="00A975F8" w:rsidP="00807441">
            <w:pPr>
              <w:shd w:val="clear" w:color="auto" w:fill="FFFFFF" w:themeFill="background1"/>
            </w:pPr>
            <w:r>
              <w:t>- HS ghi nhớ cách kể sáng tạo.</w:t>
            </w:r>
          </w:p>
        </w:tc>
      </w:tr>
      <w:tr w:rsidR="000B1924" w14:paraId="2F59ADCD" w14:textId="77777777" w:rsidTr="00807441">
        <w:trPr>
          <w:jc w:val="center"/>
        </w:trPr>
        <w:tc>
          <w:tcPr>
            <w:tcW w:w="10652" w:type="dxa"/>
            <w:gridSpan w:val="2"/>
            <w:tcBorders>
              <w:top w:val="single" w:sz="4" w:space="0" w:color="auto"/>
              <w:bottom w:val="single" w:sz="4" w:space="0" w:color="auto"/>
            </w:tcBorders>
            <w:shd w:val="clear" w:color="auto" w:fill="E2F0D9"/>
          </w:tcPr>
          <w:p w14:paraId="493C2525" w14:textId="77777777" w:rsidR="000B1924" w:rsidRDefault="00A975F8" w:rsidP="00807441">
            <w:pPr>
              <w:shd w:val="clear" w:color="auto" w:fill="FFFFFF" w:themeFill="background1"/>
            </w:pPr>
            <w:r>
              <w:rPr>
                <w:b/>
                <w:color w:val="007000"/>
              </w:rPr>
              <w:t>4. Vận dụng (5 phút)</w:t>
            </w:r>
          </w:p>
          <w:p w14:paraId="2369DD40" w14:textId="77777777" w:rsidR="000B1924" w:rsidRDefault="00A975F8" w:rsidP="00807441">
            <w:pPr>
              <w:shd w:val="clear" w:color="auto" w:fill="FFFFFF" w:themeFill="background1"/>
            </w:pPr>
            <w:r>
              <w:rPr>
                <w:b/>
                <w:i/>
                <w:color w:val="007000"/>
              </w:rPr>
              <w:t xml:space="preserve"> Viết nhận xét về nhân vật và rút ra bài học.</w:t>
            </w:r>
          </w:p>
        </w:tc>
      </w:tr>
      <w:tr w:rsidR="000B1924" w14:paraId="346174CC" w14:textId="77777777" w:rsidTr="00807441">
        <w:trPr>
          <w:jc w:val="center"/>
        </w:trPr>
        <w:tc>
          <w:tcPr>
            <w:tcW w:w="5326" w:type="dxa"/>
            <w:tcBorders>
              <w:top w:val="single" w:sz="4" w:space="0" w:color="auto"/>
            </w:tcBorders>
          </w:tcPr>
          <w:p w14:paraId="1E6D6B3D" w14:textId="77777777" w:rsidR="000B1924" w:rsidRDefault="00A975F8" w:rsidP="00807441">
            <w:pPr>
              <w:shd w:val="clear" w:color="auto" w:fill="FFFFFF" w:themeFill="background1"/>
            </w:pPr>
            <w:r>
              <w:rPr>
                <w:b/>
              </w:rPr>
              <w:t>Bài tập 4: Viết 2 - 3 câu nêu nhận xét của em về đôi bạn bê vàng và dê trắng.</w:t>
            </w:r>
          </w:p>
        </w:tc>
        <w:tc>
          <w:tcPr>
            <w:tcW w:w="5326" w:type="dxa"/>
            <w:tcBorders>
              <w:top w:val="single" w:sz="4" w:space="0" w:color="auto"/>
            </w:tcBorders>
          </w:tcPr>
          <w:p w14:paraId="66B7CDDD" w14:textId="77777777" w:rsidR="000B1924" w:rsidRDefault="00A975F8" w:rsidP="00807441">
            <w:pPr>
              <w:shd w:val="clear" w:color="auto" w:fill="FFFFFF" w:themeFill="background1"/>
            </w:pPr>
            <w:r>
              <w:t>- HS xác định yêu cầu bài tập.</w:t>
            </w:r>
          </w:p>
        </w:tc>
      </w:tr>
      <w:tr w:rsidR="000B1924" w14:paraId="112EC2E8" w14:textId="77777777" w:rsidTr="00807441">
        <w:trPr>
          <w:jc w:val="center"/>
        </w:trPr>
        <w:tc>
          <w:tcPr>
            <w:tcW w:w="5326" w:type="dxa"/>
          </w:tcPr>
          <w:p w14:paraId="19CA83F6" w14:textId="77777777" w:rsidR="000B1924" w:rsidRDefault="00A975F8" w:rsidP="00807441">
            <w:pPr>
              <w:shd w:val="clear" w:color="auto" w:fill="FFFFFF" w:themeFill="background1"/>
            </w:pPr>
            <w:r>
              <w:t>- GV yêu cầu HS đọc đề bài và làm vở.</w:t>
            </w:r>
          </w:p>
          <w:p w14:paraId="093543A5" w14:textId="244A36FD" w:rsidR="000B1924" w:rsidRDefault="000B1924" w:rsidP="00807441">
            <w:pPr>
              <w:shd w:val="clear" w:color="auto" w:fill="FFFFFF" w:themeFill="background1"/>
              <w:jc w:val="center"/>
            </w:pPr>
          </w:p>
        </w:tc>
        <w:tc>
          <w:tcPr>
            <w:tcW w:w="5326" w:type="dxa"/>
          </w:tcPr>
          <w:p w14:paraId="5B70CB29" w14:textId="77777777" w:rsidR="000B1924" w:rsidRDefault="00A975F8" w:rsidP="00807441">
            <w:pPr>
              <w:shd w:val="clear" w:color="auto" w:fill="FFFFFF" w:themeFill="background1"/>
            </w:pPr>
            <w:r>
              <w:t>- HS viết: Em rất thích tình bạn của bê vàng và dê trắng. Hai bạn biết yêu thương, lo lắng và tìm kiếm nhau khi bị lạc. Em học được rằng bạn bè cần quan tâm, giúp đỡ nhau.</w:t>
            </w:r>
          </w:p>
        </w:tc>
      </w:tr>
      <w:tr w:rsidR="000B1924" w14:paraId="45D76E43" w14:textId="77777777" w:rsidTr="00807441">
        <w:trPr>
          <w:jc w:val="center"/>
        </w:trPr>
        <w:tc>
          <w:tcPr>
            <w:tcW w:w="5326" w:type="dxa"/>
          </w:tcPr>
          <w:p w14:paraId="49F7FE0C" w14:textId="77777777" w:rsidR="000B1924" w:rsidRDefault="00A975F8" w:rsidP="00807441">
            <w:pPr>
              <w:shd w:val="clear" w:color="auto" w:fill="FFFFFF" w:themeFill="background1"/>
            </w:pPr>
            <w:r>
              <w:t>- GV gọi HS đọc bài viết trước lớp.</w:t>
            </w:r>
          </w:p>
        </w:tc>
        <w:tc>
          <w:tcPr>
            <w:tcW w:w="5326" w:type="dxa"/>
          </w:tcPr>
          <w:p w14:paraId="49D9DBF0" w14:textId="77777777" w:rsidR="000B1924" w:rsidRDefault="00A975F8" w:rsidP="00807441">
            <w:pPr>
              <w:shd w:val="clear" w:color="auto" w:fill="FFFFFF" w:themeFill="background1"/>
            </w:pPr>
            <w:r>
              <w:t>- HS đọc bài làm; lớp nhận xét câu đủ ý, đúng nội dung.</w:t>
            </w:r>
          </w:p>
        </w:tc>
      </w:tr>
      <w:tr w:rsidR="000B1924" w14:paraId="62D01A56" w14:textId="77777777" w:rsidTr="00807441">
        <w:trPr>
          <w:jc w:val="center"/>
        </w:trPr>
        <w:tc>
          <w:tcPr>
            <w:tcW w:w="5326" w:type="dxa"/>
          </w:tcPr>
          <w:p w14:paraId="74ADE5A4" w14:textId="77777777" w:rsidR="000B1924" w:rsidRDefault="00A975F8" w:rsidP="00807441">
            <w:pPr>
              <w:shd w:val="clear" w:color="auto" w:fill="FFFFFF" w:themeFill="background1"/>
            </w:pPr>
            <w:r>
              <w:t>- GV kết luận: Câu chuyện giúp các em biết quý trọng tình bạn và sống nhân ái với bạn bè.</w:t>
            </w:r>
          </w:p>
        </w:tc>
        <w:tc>
          <w:tcPr>
            <w:tcW w:w="5326" w:type="dxa"/>
          </w:tcPr>
          <w:p w14:paraId="4E4FB498" w14:textId="77777777" w:rsidR="000B1924" w:rsidRDefault="00A975F8" w:rsidP="00807441">
            <w:pPr>
              <w:shd w:val="clear" w:color="auto" w:fill="FFFFFF" w:themeFill="background1"/>
            </w:pPr>
            <w:r>
              <w:t>- HS lắng nghe và ghi nhớ.</w:t>
            </w:r>
          </w:p>
        </w:tc>
      </w:tr>
    </w:tbl>
    <w:p w14:paraId="648F3D64" w14:textId="77777777" w:rsidR="000B1924" w:rsidRDefault="00A975F8" w:rsidP="00807441">
      <w:pPr>
        <w:shd w:val="clear" w:color="auto" w:fill="FFFFFF" w:themeFill="background1"/>
        <w:spacing w:after="0" w:line="240" w:lineRule="auto"/>
      </w:pPr>
      <w:r>
        <w:rPr>
          <w:b/>
        </w:rPr>
        <w:t>IV. ĐIỀU CHỈNH SAU TIẾT DẠY (NẾU CÓ):</w:t>
      </w:r>
    </w:p>
    <w:p w14:paraId="66331199" w14:textId="77777777" w:rsidR="000B1924" w:rsidRDefault="00A975F8" w:rsidP="00807441">
      <w:pPr>
        <w:shd w:val="clear" w:color="auto" w:fill="FFFFFF" w:themeFill="background1"/>
        <w:spacing w:after="0" w:line="240" w:lineRule="auto"/>
      </w:pPr>
      <w:r>
        <w:t>........................................................................................................................</w:t>
      </w:r>
    </w:p>
    <w:p w14:paraId="454BE3D9" w14:textId="77777777" w:rsidR="00807441" w:rsidRDefault="00807441" w:rsidP="00807441">
      <w:pPr>
        <w:shd w:val="clear" w:color="auto" w:fill="FFFFFF" w:themeFill="background1"/>
        <w:spacing w:after="0"/>
        <w:jc w:val="center"/>
        <w:rPr>
          <w:b/>
          <w:sz w:val="28"/>
        </w:rPr>
      </w:pPr>
    </w:p>
    <w:p w14:paraId="044BC771" w14:textId="77777777" w:rsidR="00807441" w:rsidRDefault="00807441" w:rsidP="00807441">
      <w:pPr>
        <w:shd w:val="clear" w:color="auto" w:fill="FFFFFF" w:themeFill="background1"/>
        <w:spacing w:after="0"/>
        <w:jc w:val="center"/>
        <w:rPr>
          <w:b/>
          <w:sz w:val="28"/>
        </w:rPr>
      </w:pPr>
    </w:p>
    <w:p w14:paraId="5037067A" w14:textId="0B70DFF1" w:rsidR="000B1924" w:rsidRDefault="00A975F8" w:rsidP="00807441">
      <w:pPr>
        <w:shd w:val="clear" w:color="auto" w:fill="FFFFFF" w:themeFill="background1"/>
        <w:spacing w:after="0"/>
        <w:jc w:val="center"/>
      </w:pPr>
      <w:r>
        <w:rPr>
          <w:b/>
          <w:sz w:val="28"/>
        </w:rPr>
        <w:lastRenderedPageBreak/>
        <w:t>KẾ HOẠCH DẠY HỌC - TUẦN 10</w:t>
      </w:r>
      <w:r>
        <w:br/>
      </w:r>
      <w:r>
        <w:rPr>
          <w:b/>
          <w:sz w:val="28"/>
        </w:rPr>
        <w:t>CHỦ ĐỀ 3: NIỀM VUI TUỔI THƠ</w:t>
      </w:r>
      <w:r>
        <w:br/>
      </w:r>
      <w:r>
        <w:rPr>
          <w:b/>
          <w:sz w:val="28"/>
        </w:rPr>
        <w:t>BÀI 18: TỚ NHỚ CẬU</w:t>
      </w:r>
      <w:r>
        <w:br/>
      </w:r>
      <w:r>
        <w:rPr>
          <w:b/>
          <w:sz w:val="28"/>
        </w:rPr>
        <w:t>TIẾT 1 - 2: ĐỌC: TỚ NHỚ CẬU</w:t>
      </w:r>
    </w:p>
    <w:p w14:paraId="6A0065BD" w14:textId="77777777" w:rsidR="000B1924" w:rsidRDefault="00A975F8" w:rsidP="00807441">
      <w:pPr>
        <w:shd w:val="clear" w:color="auto" w:fill="FFFFFF" w:themeFill="background1"/>
        <w:spacing w:after="0" w:line="240" w:lineRule="auto"/>
      </w:pPr>
      <w:r>
        <w:rPr>
          <w:b/>
        </w:rPr>
        <w:t>I. YÊU CẦU CẦN ĐẠT</w:t>
      </w:r>
    </w:p>
    <w:p w14:paraId="2C4BE152" w14:textId="77777777" w:rsidR="000B1924" w:rsidRDefault="00A975F8" w:rsidP="00807441">
      <w:pPr>
        <w:shd w:val="clear" w:color="auto" w:fill="FFFFFF" w:themeFill="background1"/>
        <w:spacing w:after="0" w:line="240" w:lineRule="auto"/>
      </w:pPr>
      <w:r>
        <w:rPr>
          <w:b/>
        </w:rPr>
        <w:t>1. Năng lực đặc thù:</w:t>
      </w:r>
      <w:r>
        <w:br/>
        <w:t>- Đọc đúng, trôi chảy bài Tớ nhớ cậu; biết ngắt nghỉ hơi đúng theo dấu câu và câu dài.</w:t>
      </w:r>
      <w:r>
        <w:br/>
        <w:t>- Hiểu nghĩa từ nắn nót, cặm cụi; trả lời được câu hỏi SGK và nêu được nội dung bài.</w:t>
      </w:r>
      <w:r>
        <w:br/>
        <w:t>- Biết nói và đáp lời chào khi chia tay; hiểu cách giữ gìn tình bạn.</w:t>
      </w:r>
      <w:r>
        <w:br/>
      </w:r>
      <w:r>
        <w:rPr>
          <w:b/>
        </w:rPr>
        <w:t>2. Năng lực chung:</w:t>
      </w:r>
      <w:r>
        <w:br/>
        <w:t>- Tự chủ và tự học: chủ động luyện đọc, trả lời câu hỏi.</w:t>
      </w:r>
      <w:r>
        <w:br/>
        <w:t>- Giao tiếp và hợp tác: biết trao đổi nhóm, luyện đọc theo vai.</w:t>
      </w:r>
      <w:r>
        <w:br/>
        <w:t>- Giải quyết vấn đề và sáng tạo: biết liên hệ với cách duy trì tình bạn trong thực tế.</w:t>
      </w:r>
      <w:r>
        <w:br/>
      </w:r>
      <w:r>
        <w:rPr>
          <w:b/>
        </w:rPr>
        <w:t>3. Phẩm chất:</w:t>
      </w:r>
      <w:r>
        <w:br/>
        <w:t>- Nhân ái: biết trân trọng, giữ gìn tình bạn.</w:t>
      </w:r>
      <w:r>
        <w:br/>
        <w:t>- Trách nhiệm: tích cực hợp tác và giúp đỡ bạn trong học tập.</w:t>
      </w:r>
      <w:r>
        <w:br/>
      </w:r>
      <w:r>
        <w:rPr>
          <w:b/>
          <w:color w:val="FF0000"/>
        </w:rPr>
        <w:t>4. Tích hợp:</w:t>
      </w:r>
      <w:r>
        <w:br/>
      </w:r>
      <w:r>
        <w:rPr>
          <w:color w:val="FF0000"/>
        </w:rPr>
        <w:t>- Lý tưởng cách mạng, đạo đức, lối sống: Giáo dục HS biết trân trọng, giữ gìn tình bạn, thể hiện sự quan tâm, chia sẻ và cư xử chân thành với bạn bè.</w:t>
      </w:r>
      <w:r>
        <w:br/>
      </w:r>
      <w:r>
        <w:rPr>
          <w:color w:val="FF0000"/>
        </w:rPr>
        <w:t>- Tích hợp NLS 4.2.CB1a: Nhận biết cách bảo vệ dữ liệu cá nhân và thông tin của người khác khi tham gia môi trường số: HS biết khi viết thư, nhắn tin, gọi điện hoặc gửi lời hỏi thăm cho bạn cần dùng lời lịch sự; không chia sẻ địa chỉ, số điện thoại, hình ảnh riêng tư của mình và của bạn khi chưa được phép; biết nhờ người lớn hỗ trợ khi liên lạc qua thiết bị số.</w:t>
      </w:r>
    </w:p>
    <w:p w14:paraId="760FE293" w14:textId="77777777" w:rsidR="000B1924" w:rsidRDefault="00A975F8" w:rsidP="00807441">
      <w:pPr>
        <w:shd w:val="clear" w:color="auto" w:fill="FFFFFF" w:themeFill="background1"/>
        <w:spacing w:after="0" w:line="240" w:lineRule="auto"/>
      </w:pPr>
      <w:r>
        <w:rPr>
          <w:b/>
        </w:rPr>
        <w:t>II. ĐỒ DÙNG DẠY HỌC</w:t>
      </w:r>
    </w:p>
    <w:p w14:paraId="5A740ECC" w14:textId="77777777" w:rsidR="000B1924" w:rsidRDefault="00A975F8" w:rsidP="00807441">
      <w:pPr>
        <w:shd w:val="clear" w:color="auto" w:fill="FFFFFF" w:themeFill="background1"/>
        <w:spacing w:after="0" w:line="240" w:lineRule="auto"/>
      </w:pPr>
      <w:r>
        <w:t>- GV: Máy tính, máy chiếu/tivi, tranh và câu bài tập cắt từ SGK, phiếu thảo luận.</w:t>
      </w:r>
      <w:r>
        <w:br/>
        <w:t>- HS: SGK Tiếng Việt 2 tập một, Vở bài tập Tiếng Việt, vở ô li.</w:t>
      </w:r>
    </w:p>
    <w:p w14:paraId="31688971" w14:textId="77777777" w:rsidR="000B1924" w:rsidRDefault="00A975F8" w:rsidP="00807441">
      <w:pPr>
        <w:shd w:val="clear" w:color="auto" w:fill="FFFFFF" w:themeFill="background1"/>
        <w:spacing w:after="0" w:line="240" w:lineRule="auto"/>
      </w:pPr>
      <w:r>
        <w:rPr>
          <w:b/>
        </w:rPr>
        <w:t>III.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326"/>
        <w:gridCol w:w="5326"/>
      </w:tblGrid>
      <w:tr w:rsidR="000B1924" w14:paraId="3BD5F1A0" w14:textId="77777777" w:rsidTr="00807441">
        <w:trPr>
          <w:jc w:val="center"/>
        </w:trPr>
        <w:tc>
          <w:tcPr>
            <w:tcW w:w="4932" w:type="dxa"/>
            <w:tcBorders>
              <w:bottom w:val="single" w:sz="4" w:space="0" w:color="auto"/>
            </w:tcBorders>
            <w:shd w:val="clear" w:color="auto" w:fill="D9EAF7"/>
          </w:tcPr>
          <w:p w14:paraId="126D8C05" w14:textId="77777777" w:rsidR="000B1924" w:rsidRDefault="00A975F8" w:rsidP="00807441">
            <w:pPr>
              <w:shd w:val="clear" w:color="auto" w:fill="FFFFFF" w:themeFill="background1"/>
              <w:jc w:val="center"/>
            </w:pPr>
            <w:r>
              <w:rPr>
                <w:b/>
              </w:rPr>
              <w:t>Hoạt động của giáo viên</w:t>
            </w:r>
          </w:p>
        </w:tc>
        <w:tc>
          <w:tcPr>
            <w:tcW w:w="4932" w:type="dxa"/>
            <w:tcBorders>
              <w:bottom w:val="single" w:sz="4" w:space="0" w:color="auto"/>
            </w:tcBorders>
            <w:shd w:val="clear" w:color="auto" w:fill="D9EAF7"/>
          </w:tcPr>
          <w:p w14:paraId="0FA158BD" w14:textId="77777777" w:rsidR="000B1924" w:rsidRDefault="00A975F8" w:rsidP="00807441">
            <w:pPr>
              <w:shd w:val="clear" w:color="auto" w:fill="FFFFFF" w:themeFill="background1"/>
              <w:jc w:val="center"/>
            </w:pPr>
            <w:r>
              <w:rPr>
                <w:b/>
              </w:rPr>
              <w:t>Hoạt động của học sinh</w:t>
            </w:r>
          </w:p>
        </w:tc>
      </w:tr>
      <w:tr w:rsidR="000B1924" w14:paraId="28A6D99E" w14:textId="77777777" w:rsidTr="00807441">
        <w:trPr>
          <w:jc w:val="center"/>
        </w:trPr>
        <w:tc>
          <w:tcPr>
            <w:tcW w:w="10652" w:type="dxa"/>
            <w:gridSpan w:val="2"/>
            <w:tcBorders>
              <w:top w:val="single" w:sz="4" w:space="0" w:color="auto"/>
              <w:bottom w:val="nil"/>
            </w:tcBorders>
            <w:shd w:val="clear" w:color="auto" w:fill="E2F0D9"/>
          </w:tcPr>
          <w:p w14:paraId="19A34BFD" w14:textId="77777777" w:rsidR="000B1924" w:rsidRDefault="00A975F8" w:rsidP="00807441">
            <w:pPr>
              <w:shd w:val="clear" w:color="auto" w:fill="FFFFFF" w:themeFill="background1"/>
            </w:pPr>
            <w:r>
              <w:rPr>
                <w:b/>
                <w:color w:val="007000"/>
              </w:rPr>
              <w:t>TIẾT 1</w:t>
            </w:r>
          </w:p>
        </w:tc>
      </w:tr>
      <w:tr w:rsidR="000B1924" w14:paraId="4D2E4A08" w14:textId="77777777" w:rsidTr="00807441">
        <w:trPr>
          <w:jc w:val="center"/>
        </w:trPr>
        <w:tc>
          <w:tcPr>
            <w:tcW w:w="10652" w:type="dxa"/>
            <w:gridSpan w:val="2"/>
            <w:tcBorders>
              <w:top w:val="nil"/>
              <w:bottom w:val="single" w:sz="4" w:space="0" w:color="auto"/>
            </w:tcBorders>
            <w:shd w:val="clear" w:color="auto" w:fill="E2F0D9"/>
          </w:tcPr>
          <w:p w14:paraId="23F7386C" w14:textId="77777777" w:rsidR="000B1924" w:rsidRDefault="00A975F8" w:rsidP="00807441">
            <w:pPr>
              <w:shd w:val="clear" w:color="auto" w:fill="FFFFFF" w:themeFill="background1"/>
            </w:pPr>
            <w:r>
              <w:rPr>
                <w:b/>
                <w:color w:val="007000"/>
              </w:rPr>
              <w:t>1. Khởi động (5 phút)</w:t>
            </w:r>
          </w:p>
          <w:p w14:paraId="5E3C5FA6" w14:textId="77777777" w:rsidR="000B1924" w:rsidRDefault="00A975F8" w:rsidP="00807441">
            <w:pPr>
              <w:shd w:val="clear" w:color="auto" w:fill="FFFFFF" w:themeFill="background1"/>
            </w:pPr>
            <w:r>
              <w:rPr>
                <w:b/>
                <w:i/>
                <w:color w:val="007000"/>
              </w:rPr>
              <w:t xml:space="preserve"> Kết nối trải nghiệm về tình bạn trước khi đọc bài.</w:t>
            </w:r>
          </w:p>
        </w:tc>
      </w:tr>
      <w:tr w:rsidR="000B1924" w14:paraId="60DED05F" w14:textId="77777777" w:rsidTr="00807441">
        <w:trPr>
          <w:jc w:val="center"/>
        </w:trPr>
        <w:tc>
          <w:tcPr>
            <w:tcW w:w="5326" w:type="dxa"/>
            <w:tcBorders>
              <w:top w:val="single" w:sz="4" w:space="0" w:color="auto"/>
            </w:tcBorders>
          </w:tcPr>
          <w:p w14:paraId="03DAEFE0" w14:textId="77777777" w:rsidR="000B1924" w:rsidRDefault="00A975F8" w:rsidP="00807441">
            <w:pPr>
              <w:shd w:val="clear" w:color="auto" w:fill="FFFFFF" w:themeFill="background1"/>
            </w:pPr>
            <w:r>
              <w:t>- Trả lời: Khi cùng chơi với bạn, em cảm thấy thế nào? Khi xa bạn, em cảm thấy thế nào?</w:t>
            </w:r>
          </w:p>
          <w:p w14:paraId="0131051F" w14:textId="4E2C4FC5" w:rsidR="000B1924" w:rsidRDefault="000B1924" w:rsidP="00807441">
            <w:pPr>
              <w:shd w:val="clear" w:color="auto" w:fill="FFFFFF" w:themeFill="background1"/>
              <w:jc w:val="center"/>
            </w:pPr>
          </w:p>
        </w:tc>
        <w:tc>
          <w:tcPr>
            <w:tcW w:w="5326" w:type="dxa"/>
            <w:tcBorders>
              <w:top w:val="single" w:sz="4" w:space="0" w:color="auto"/>
            </w:tcBorders>
          </w:tcPr>
          <w:p w14:paraId="509E3833" w14:textId="77777777" w:rsidR="000B1924" w:rsidRDefault="00A975F8" w:rsidP="00807441">
            <w:pPr>
              <w:shd w:val="clear" w:color="auto" w:fill="FFFFFF" w:themeFill="background1"/>
            </w:pPr>
            <w:r>
              <w:t>- HS trả lời: Khi cùng chơi với bạn, em thấy rất vui. Khi xa bạn, em thấy buồn và nhớ bạn.</w:t>
            </w:r>
          </w:p>
        </w:tc>
      </w:tr>
      <w:tr w:rsidR="000B1924" w14:paraId="49B7147C" w14:textId="77777777" w:rsidTr="00807441">
        <w:trPr>
          <w:jc w:val="center"/>
        </w:trPr>
        <w:tc>
          <w:tcPr>
            <w:tcW w:w="5326" w:type="dxa"/>
            <w:tcBorders>
              <w:bottom w:val="single" w:sz="4" w:space="0" w:color="auto"/>
            </w:tcBorders>
          </w:tcPr>
          <w:p w14:paraId="5EECBBA1" w14:textId="77777777" w:rsidR="000B1924" w:rsidRDefault="00A975F8" w:rsidP="00807441">
            <w:pPr>
              <w:shd w:val="clear" w:color="auto" w:fill="FFFFFF" w:themeFill="background1"/>
            </w:pPr>
            <w:r>
              <w:t>- GV giới thiệu bài: Câu chuyện Tớ nhớ cậu kể về tình bạn giữa sóc và kiến, dù xa nhau nhưng vẫn nhớ và quan tâm đến nhau.</w:t>
            </w:r>
          </w:p>
        </w:tc>
        <w:tc>
          <w:tcPr>
            <w:tcW w:w="5326" w:type="dxa"/>
            <w:tcBorders>
              <w:bottom w:val="single" w:sz="4" w:space="0" w:color="auto"/>
            </w:tcBorders>
          </w:tcPr>
          <w:p w14:paraId="3AE6F7A4" w14:textId="77777777" w:rsidR="000B1924" w:rsidRDefault="00A975F8" w:rsidP="00807441">
            <w:pPr>
              <w:shd w:val="clear" w:color="auto" w:fill="FFFFFF" w:themeFill="background1"/>
            </w:pPr>
            <w:r>
              <w:t>- HS lắng nghe, mở SGK đúng bài.</w:t>
            </w:r>
          </w:p>
        </w:tc>
      </w:tr>
      <w:tr w:rsidR="000B1924" w14:paraId="453A47C1" w14:textId="77777777" w:rsidTr="00807441">
        <w:trPr>
          <w:jc w:val="center"/>
        </w:trPr>
        <w:tc>
          <w:tcPr>
            <w:tcW w:w="10652" w:type="dxa"/>
            <w:gridSpan w:val="2"/>
            <w:tcBorders>
              <w:top w:val="single" w:sz="4" w:space="0" w:color="auto"/>
              <w:bottom w:val="single" w:sz="4" w:space="0" w:color="auto"/>
            </w:tcBorders>
            <w:shd w:val="clear" w:color="auto" w:fill="E2F0D9"/>
          </w:tcPr>
          <w:p w14:paraId="0F99C4F2" w14:textId="77777777" w:rsidR="000B1924" w:rsidRDefault="00A975F8" w:rsidP="00807441">
            <w:pPr>
              <w:shd w:val="clear" w:color="auto" w:fill="FFFFFF" w:themeFill="background1"/>
            </w:pPr>
            <w:r>
              <w:rPr>
                <w:b/>
                <w:color w:val="007000"/>
              </w:rPr>
              <w:t>2. Khám phá kiến thức - Hoạt động 1: Đọc văn bản (27 phút)</w:t>
            </w:r>
          </w:p>
          <w:p w14:paraId="192540F9" w14:textId="77777777" w:rsidR="000B1924" w:rsidRDefault="00A975F8" w:rsidP="00807441">
            <w:pPr>
              <w:shd w:val="clear" w:color="auto" w:fill="FFFFFF" w:themeFill="background1"/>
            </w:pPr>
            <w:r>
              <w:rPr>
                <w:b/>
                <w:i/>
                <w:color w:val="007000"/>
              </w:rPr>
              <w:t xml:space="preserve"> Đọc đúng bài văn, luyện đọc từ khó và câu dài.</w:t>
            </w:r>
          </w:p>
        </w:tc>
      </w:tr>
      <w:tr w:rsidR="000B1924" w14:paraId="0F94419D" w14:textId="77777777" w:rsidTr="00807441">
        <w:trPr>
          <w:jc w:val="center"/>
        </w:trPr>
        <w:tc>
          <w:tcPr>
            <w:tcW w:w="5326" w:type="dxa"/>
            <w:tcBorders>
              <w:top w:val="single" w:sz="4" w:space="0" w:color="auto"/>
            </w:tcBorders>
          </w:tcPr>
          <w:p w14:paraId="67DF92E6" w14:textId="77777777" w:rsidR="000B1924" w:rsidRDefault="00A975F8" w:rsidP="00807441">
            <w:pPr>
              <w:shd w:val="clear" w:color="auto" w:fill="FFFFFF" w:themeFill="background1"/>
            </w:pPr>
            <w:r>
              <w:rPr>
                <w:b/>
              </w:rPr>
              <w:t>a. GV đọc mẫu.</w:t>
            </w:r>
          </w:p>
        </w:tc>
        <w:tc>
          <w:tcPr>
            <w:tcW w:w="5326" w:type="dxa"/>
            <w:tcBorders>
              <w:top w:val="single" w:sz="4" w:space="0" w:color="auto"/>
            </w:tcBorders>
          </w:tcPr>
          <w:p w14:paraId="07136EF4" w14:textId="77777777" w:rsidR="000B1924" w:rsidRDefault="00A975F8" w:rsidP="00807441">
            <w:pPr>
              <w:shd w:val="clear" w:color="auto" w:fill="FFFFFF" w:themeFill="background1"/>
            </w:pPr>
            <w:r>
              <w:t>- HS theo dõi SGK, đọc thầm theo.</w:t>
            </w:r>
          </w:p>
        </w:tc>
      </w:tr>
      <w:tr w:rsidR="000B1924" w14:paraId="0A032277" w14:textId="77777777" w:rsidTr="00807441">
        <w:trPr>
          <w:jc w:val="center"/>
        </w:trPr>
        <w:tc>
          <w:tcPr>
            <w:tcW w:w="5326" w:type="dxa"/>
          </w:tcPr>
          <w:p w14:paraId="45A5D5A3" w14:textId="77777777" w:rsidR="000B1924" w:rsidRDefault="00A975F8" w:rsidP="00807441">
            <w:pPr>
              <w:shd w:val="clear" w:color="auto" w:fill="FFFFFF" w:themeFill="background1"/>
            </w:pPr>
            <w:r>
              <w:t>- GV đọc mẫu toàn bài với giọng nhẹ nhàng; lời trong thư đọc tình cảm, thể hiện nỗi nhớ bạn.</w:t>
            </w:r>
          </w:p>
        </w:tc>
        <w:tc>
          <w:tcPr>
            <w:tcW w:w="5326" w:type="dxa"/>
          </w:tcPr>
          <w:p w14:paraId="0601B180" w14:textId="77777777" w:rsidR="000B1924" w:rsidRDefault="00A975F8" w:rsidP="00807441">
            <w:pPr>
              <w:shd w:val="clear" w:color="auto" w:fill="FFFFFF" w:themeFill="background1"/>
            </w:pPr>
            <w:r>
              <w:t>- HS lắng nghe, chú ý giọng đọc của sóc và kiến.</w:t>
            </w:r>
          </w:p>
        </w:tc>
      </w:tr>
      <w:tr w:rsidR="000B1924" w14:paraId="4E36249F" w14:textId="77777777" w:rsidTr="00807441">
        <w:trPr>
          <w:jc w:val="center"/>
        </w:trPr>
        <w:tc>
          <w:tcPr>
            <w:tcW w:w="5326" w:type="dxa"/>
          </w:tcPr>
          <w:p w14:paraId="354DF417" w14:textId="77777777" w:rsidR="000B1924" w:rsidRDefault="00A975F8" w:rsidP="00807441">
            <w:pPr>
              <w:shd w:val="clear" w:color="auto" w:fill="FFFFFF" w:themeFill="background1"/>
            </w:pPr>
            <w:r>
              <w:rPr>
                <w:b/>
              </w:rPr>
              <w:t>b. HS luyện đọc từng đoạn, kết hợp đọc từ khó và giải nghĩa từ.</w:t>
            </w:r>
          </w:p>
        </w:tc>
        <w:tc>
          <w:tcPr>
            <w:tcW w:w="5326" w:type="dxa"/>
          </w:tcPr>
          <w:p w14:paraId="0A99ED6D" w14:textId="77777777" w:rsidR="000B1924" w:rsidRDefault="00A975F8" w:rsidP="00807441">
            <w:pPr>
              <w:shd w:val="clear" w:color="auto" w:fill="FFFFFF" w:themeFill="background1"/>
            </w:pPr>
            <w:r>
              <w:t>- HS chuẩn bị chia đoạn.</w:t>
            </w:r>
          </w:p>
        </w:tc>
      </w:tr>
      <w:tr w:rsidR="000B1924" w14:paraId="11A664DE" w14:textId="77777777" w:rsidTr="00807441">
        <w:trPr>
          <w:jc w:val="center"/>
        </w:trPr>
        <w:tc>
          <w:tcPr>
            <w:tcW w:w="5326" w:type="dxa"/>
          </w:tcPr>
          <w:p w14:paraId="0E27C02E" w14:textId="77777777" w:rsidR="000B1924" w:rsidRDefault="00A975F8" w:rsidP="00807441">
            <w:pPr>
              <w:shd w:val="clear" w:color="auto" w:fill="FFFFFF" w:themeFill="background1"/>
            </w:pPr>
            <w:r>
              <w:t>- Bài đọc có thể chia làm mấy đoạn?</w:t>
            </w:r>
          </w:p>
        </w:tc>
        <w:tc>
          <w:tcPr>
            <w:tcW w:w="5326" w:type="dxa"/>
          </w:tcPr>
          <w:p w14:paraId="26046514" w14:textId="77777777" w:rsidR="000B1924" w:rsidRDefault="00A975F8" w:rsidP="00807441">
            <w:pPr>
              <w:shd w:val="clear" w:color="auto" w:fill="FFFFFF" w:themeFill="background1"/>
            </w:pPr>
            <w:r>
              <w:t>- HS trả lời: Bài đọc có thể chia làm 3 đoạn.</w:t>
            </w:r>
          </w:p>
        </w:tc>
      </w:tr>
      <w:tr w:rsidR="000B1924" w14:paraId="7B6C5159" w14:textId="77777777" w:rsidTr="00807441">
        <w:trPr>
          <w:jc w:val="center"/>
        </w:trPr>
        <w:tc>
          <w:tcPr>
            <w:tcW w:w="5326" w:type="dxa"/>
          </w:tcPr>
          <w:p w14:paraId="37785FC2" w14:textId="77777777" w:rsidR="000B1924" w:rsidRDefault="00A975F8" w:rsidP="00807441">
            <w:pPr>
              <w:shd w:val="clear" w:color="auto" w:fill="FFFFFF" w:themeFill="background1"/>
            </w:pPr>
            <w:r>
              <w:t>- Đọc nối tiếp từng đoạn lần 1.</w:t>
            </w:r>
          </w:p>
        </w:tc>
        <w:tc>
          <w:tcPr>
            <w:tcW w:w="5326" w:type="dxa"/>
          </w:tcPr>
          <w:p w14:paraId="1FFE576A" w14:textId="77777777" w:rsidR="000B1924" w:rsidRDefault="00A975F8" w:rsidP="00807441">
            <w:pPr>
              <w:shd w:val="clear" w:color="auto" w:fill="FFFFFF" w:themeFill="background1"/>
            </w:pPr>
            <w:r>
              <w:t>- HS đọc nối tiếp đoạn; lớp theo dõi, góp ý.</w:t>
            </w:r>
          </w:p>
        </w:tc>
      </w:tr>
      <w:tr w:rsidR="000B1924" w14:paraId="061027DD" w14:textId="77777777" w:rsidTr="00807441">
        <w:trPr>
          <w:jc w:val="center"/>
        </w:trPr>
        <w:tc>
          <w:tcPr>
            <w:tcW w:w="5326" w:type="dxa"/>
          </w:tcPr>
          <w:p w14:paraId="0579CD5B" w14:textId="77777777" w:rsidR="000B1924" w:rsidRDefault="00A975F8" w:rsidP="00807441">
            <w:pPr>
              <w:shd w:val="clear" w:color="auto" w:fill="FFFFFF" w:themeFill="background1"/>
            </w:pPr>
            <w:r>
              <w:lastRenderedPageBreak/>
              <w:t>- Nêu một số từ khó phát âm trong bài.</w:t>
            </w:r>
          </w:p>
        </w:tc>
        <w:tc>
          <w:tcPr>
            <w:tcW w:w="5326" w:type="dxa"/>
          </w:tcPr>
          <w:p w14:paraId="2CC7BFA7" w14:textId="77777777" w:rsidR="000B1924" w:rsidRDefault="00A975F8" w:rsidP="00807441">
            <w:pPr>
              <w:shd w:val="clear" w:color="auto" w:fill="FFFFFF" w:themeFill="background1"/>
            </w:pPr>
            <w:r>
              <w:t>- HS nêu: nắn nót, cặm cụi, chuyển, nhớ, nhiều giờ liền.</w:t>
            </w:r>
          </w:p>
        </w:tc>
      </w:tr>
      <w:tr w:rsidR="000B1924" w14:paraId="24628252" w14:textId="77777777" w:rsidTr="00807441">
        <w:trPr>
          <w:jc w:val="center"/>
        </w:trPr>
        <w:tc>
          <w:tcPr>
            <w:tcW w:w="5326" w:type="dxa"/>
          </w:tcPr>
          <w:p w14:paraId="34D5F39F" w14:textId="77777777" w:rsidR="000B1924" w:rsidRDefault="00A975F8" w:rsidP="00807441">
            <w:pPr>
              <w:shd w:val="clear" w:color="auto" w:fill="FFFFFF" w:themeFill="background1"/>
            </w:pPr>
            <w:r>
              <w:t>- Luyện đọc từ khó cá nhân, nhóm, đồng thanh.</w:t>
            </w:r>
          </w:p>
        </w:tc>
        <w:tc>
          <w:tcPr>
            <w:tcW w:w="5326" w:type="dxa"/>
          </w:tcPr>
          <w:p w14:paraId="0EEFE64B" w14:textId="77777777" w:rsidR="000B1924" w:rsidRDefault="00A975F8" w:rsidP="00807441">
            <w:pPr>
              <w:shd w:val="clear" w:color="auto" w:fill="FFFFFF" w:themeFill="background1"/>
            </w:pPr>
            <w:r>
              <w:t>- HS luyện đọc đúng các từ khó.</w:t>
            </w:r>
          </w:p>
        </w:tc>
      </w:tr>
      <w:tr w:rsidR="000B1924" w14:paraId="3BE44706" w14:textId="77777777" w:rsidTr="00807441">
        <w:trPr>
          <w:jc w:val="center"/>
        </w:trPr>
        <w:tc>
          <w:tcPr>
            <w:tcW w:w="5326" w:type="dxa"/>
          </w:tcPr>
          <w:p w14:paraId="722E4AAB" w14:textId="77777777" w:rsidR="000B1924" w:rsidRDefault="00A975F8" w:rsidP="00807441">
            <w:pPr>
              <w:shd w:val="clear" w:color="auto" w:fill="FFFFFF" w:themeFill="background1"/>
            </w:pPr>
            <w:r>
              <w:t>- Luyện đọc câu dài: Kiến không biết làm sao cho sóc biết mình rất nhớ bạn.</w:t>
            </w:r>
          </w:p>
        </w:tc>
        <w:tc>
          <w:tcPr>
            <w:tcW w:w="5326" w:type="dxa"/>
          </w:tcPr>
          <w:p w14:paraId="74F37BE0" w14:textId="77777777" w:rsidR="000B1924" w:rsidRDefault="00A975F8" w:rsidP="00807441">
            <w:pPr>
              <w:shd w:val="clear" w:color="auto" w:fill="FFFFFF" w:themeFill="background1"/>
            </w:pPr>
            <w:r>
              <w:t>- HS đọc câu dài, biết nghỉ hơi sau cụm từ phù hợp.</w:t>
            </w:r>
          </w:p>
        </w:tc>
      </w:tr>
      <w:tr w:rsidR="000B1924" w14:paraId="07FB79D3" w14:textId="77777777" w:rsidTr="00807441">
        <w:trPr>
          <w:jc w:val="center"/>
        </w:trPr>
        <w:tc>
          <w:tcPr>
            <w:tcW w:w="5326" w:type="dxa"/>
          </w:tcPr>
          <w:p w14:paraId="3F857464" w14:textId="77777777" w:rsidR="000B1924" w:rsidRDefault="00A975F8" w:rsidP="00807441">
            <w:pPr>
              <w:shd w:val="clear" w:color="auto" w:fill="FFFFFF" w:themeFill="background1"/>
            </w:pPr>
            <w:r>
              <w:t>- Từ nắn nót và cặm cụi có nghĩa là gì?</w:t>
            </w:r>
          </w:p>
        </w:tc>
        <w:tc>
          <w:tcPr>
            <w:tcW w:w="5326" w:type="dxa"/>
          </w:tcPr>
          <w:p w14:paraId="7DCEF78B" w14:textId="77777777" w:rsidR="000B1924" w:rsidRDefault="00A975F8" w:rsidP="00807441">
            <w:pPr>
              <w:shd w:val="clear" w:color="auto" w:fill="FFFFFF" w:themeFill="background1"/>
            </w:pPr>
            <w:r>
              <w:t>- HS trả lời: Nắn nót là viết rất cẩn thận cho đẹp; cặm cụi là chăm chú, tập trung vào việc đang làm.</w:t>
            </w:r>
          </w:p>
        </w:tc>
      </w:tr>
      <w:tr w:rsidR="000B1924" w14:paraId="061ED0C8" w14:textId="77777777" w:rsidTr="00807441">
        <w:trPr>
          <w:jc w:val="center"/>
        </w:trPr>
        <w:tc>
          <w:tcPr>
            <w:tcW w:w="5326" w:type="dxa"/>
          </w:tcPr>
          <w:p w14:paraId="557D3D89" w14:textId="77777777" w:rsidR="000B1924" w:rsidRDefault="00A975F8" w:rsidP="00807441">
            <w:pPr>
              <w:shd w:val="clear" w:color="auto" w:fill="FFFFFF" w:themeFill="background1"/>
            </w:pPr>
            <w:r>
              <w:t>- Đặt một câu có từ nắn nót.</w:t>
            </w:r>
          </w:p>
        </w:tc>
        <w:tc>
          <w:tcPr>
            <w:tcW w:w="5326" w:type="dxa"/>
          </w:tcPr>
          <w:p w14:paraId="40AE9F37" w14:textId="77777777" w:rsidR="000B1924" w:rsidRDefault="00A975F8" w:rsidP="00807441">
            <w:pPr>
              <w:shd w:val="clear" w:color="auto" w:fill="FFFFFF" w:themeFill="background1"/>
            </w:pPr>
            <w:r>
              <w:t>- HS đặt câu: Em nắn nót viết từng chữ vào vở.</w:t>
            </w:r>
          </w:p>
        </w:tc>
      </w:tr>
      <w:tr w:rsidR="000B1924" w14:paraId="08DF9689" w14:textId="77777777" w:rsidTr="00807441">
        <w:trPr>
          <w:jc w:val="center"/>
        </w:trPr>
        <w:tc>
          <w:tcPr>
            <w:tcW w:w="5326" w:type="dxa"/>
          </w:tcPr>
          <w:p w14:paraId="673C4D4A" w14:textId="77777777" w:rsidR="000B1924" w:rsidRDefault="00A975F8" w:rsidP="00807441">
            <w:pPr>
              <w:shd w:val="clear" w:color="auto" w:fill="FFFFFF" w:themeFill="background1"/>
            </w:pPr>
            <w:r>
              <w:rPr>
                <w:b/>
              </w:rPr>
              <w:t>c. HS luyện đọc trong nhóm.</w:t>
            </w:r>
          </w:p>
        </w:tc>
        <w:tc>
          <w:tcPr>
            <w:tcW w:w="5326" w:type="dxa"/>
          </w:tcPr>
          <w:p w14:paraId="0F6DF869" w14:textId="77777777" w:rsidR="000B1924" w:rsidRDefault="00A975F8" w:rsidP="00807441">
            <w:pPr>
              <w:shd w:val="clear" w:color="auto" w:fill="FFFFFF" w:themeFill="background1"/>
            </w:pPr>
            <w:r>
              <w:t>- HS chuyển sang luyện đọc nhóm.</w:t>
            </w:r>
          </w:p>
        </w:tc>
      </w:tr>
      <w:tr w:rsidR="000B1924" w14:paraId="70DE720E" w14:textId="77777777" w:rsidTr="00807441">
        <w:trPr>
          <w:jc w:val="center"/>
        </w:trPr>
        <w:tc>
          <w:tcPr>
            <w:tcW w:w="5326" w:type="dxa"/>
          </w:tcPr>
          <w:p w14:paraId="049EB6B4" w14:textId="77777777" w:rsidR="000B1924" w:rsidRDefault="00A975F8" w:rsidP="00807441">
            <w:pPr>
              <w:shd w:val="clear" w:color="auto" w:fill="FFFFFF" w:themeFill="background1"/>
            </w:pPr>
            <w:r>
              <w:t>- Luyện đọc theo nhóm 3, mỗi bạn đọc một đoạn.</w:t>
            </w:r>
          </w:p>
        </w:tc>
        <w:tc>
          <w:tcPr>
            <w:tcW w:w="5326" w:type="dxa"/>
          </w:tcPr>
          <w:p w14:paraId="57D3BBF4" w14:textId="77777777" w:rsidR="000B1924" w:rsidRDefault="00A975F8" w:rsidP="00807441">
            <w:pPr>
              <w:shd w:val="clear" w:color="auto" w:fill="FFFFFF" w:themeFill="background1"/>
            </w:pPr>
            <w:r>
              <w:t>- HS đọc trong nhóm, nghe bạn đọc và góp ý.</w:t>
            </w:r>
          </w:p>
        </w:tc>
      </w:tr>
      <w:tr w:rsidR="000B1924" w14:paraId="7E9A953F" w14:textId="77777777" w:rsidTr="00807441">
        <w:trPr>
          <w:jc w:val="center"/>
        </w:trPr>
        <w:tc>
          <w:tcPr>
            <w:tcW w:w="5326" w:type="dxa"/>
          </w:tcPr>
          <w:p w14:paraId="20CA6AF0" w14:textId="77777777" w:rsidR="000B1924" w:rsidRDefault="00A975F8" w:rsidP="00807441">
            <w:pPr>
              <w:shd w:val="clear" w:color="auto" w:fill="FFFFFF" w:themeFill="background1"/>
            </w:pPr>
            <w:r>
              <w:t>- Thi đọc nối tiếp giữa các nhóm.</w:t>
            </w:r>
          </w:p>
        </w:tc>
        <w:tc>
          <w:tcPr>
            <w:tcW w:w="5326" w:type="dxa"/>
          </w:tcPr>
          <w:p w14:paraId="107549BD" w14:textId="77777777" w:rsidR="000B1924" w:rsidRDefault="00A975F8" w:rsidP="00807441">
            <w:pPr>
              <w:shd w:val="clear" w:color="auto" w:fill="FFFFFF" w:themeFill="background1"/>
            </w:pPr>
            <w:r>
              <w:t>- Đại diện nhóm thi đọc, lớp bình chọn nhóm đọc tốt.</w:t>
            </w:r>
          </w:p>
        </w:tc>
      </w:tr>
      <w:tr w:rsidR="000B1924" w14:paraId="1AFF7688" w14:textId="77777777" w:rsidTr="00807441">
        <w:trPr>
          <w:jc w:val="center"/>
        </w:trPr>
        <w:tc>
          <w:tcPr>
            <w:tcW w:w="5326" w:type="dxa"/>
          </w:tcPr>
          <w:p w14:paraId="0B5C9DEE" w14:textId="77777777" w:rsidR="000B1924" w:rsidRDefault="00A975F8" w:rsidP="00807441">
            <w:pPr>
              <w:shd w:val="clear" w:color="auto" w:fill="FFFFFF" w:themeFill="background1"/>
            </w:pPr>
            <w:r>
              <w:rPr>
                <w:b/>
              </w:rPr>
              <w:t>d. Đọc toàn bài.</w:t>
            </w:r>
          </w:p>
        </w:tc>
        <w:tc>
          <w:tcPr>
            <w:tcW w:w="5326" w:type="dxa"/>
          </w:tcPr>
          <w:p w14:paraId="7B2379AA" w14:textId="77777777" w:rsidR="000B1924" w:rsidRDefault="00A975F8" w:rsidP="00807441">
            <w:pPr>
              <w:shd w:val="clear" w:color="auto" w:fill="FFFFFF" w:themeFill="background1"/>
            </w:pPr>
            <w:r>
              <w:t>- HS luyện đọc toàn bài.</w:t>
            </w:r>
          </w:p>
        </w:tc>
      </w:tr>
      <w:tr w:rsidR="000B1924" w14:paraId="35B83AE3" w14:textId="77777777" w:rsidTr="00807441">
        <w:trPr>
          <w:jc w:val="center"/>
        </w:trPr>
        <w:tc>
          <w:tcPr>
            <w:tcW w:w="5326" w:type="dxa"/>
          </w:tcPr>
          <w:p w14:paraId="5572F7FA" w14:textId="77777777" w:rsidR="000B1924" w:rsidRDefault="00A975F8" w:rsidP="00807441">
            <w:pPr>
              <w:shd w:val="clear" w:color="auto" w:fill="FFFFFF" w:themeFill="background1"/>
            </w:pPr>
            <w:r>
              <w:t>- Tự luyện đọc toàn bài, sau đó 2 - 3 HS đọc trước lớp.</w:t>
            </w:r>
          </w:p>
        </w:tc>
        <w:tc>
          <w:tcPr>
            <w:tcW w:w="5326" w:type="dxa"/>
          </w:tcPr>
          <w:p w14:paraId="36A010FB" w14:textId="77777777" w:rsidR="000B1924" w:rsidRDefault="00A975F8" w:rsidP="00807441">
            <w:pPr>
              <w:shd w:val="clear" w:color="auto" w:fill="FFFFFF" w:themeFill="background1"/>
            </w:pPr>
            <w:r>
              <w:t>- HS đọc toàn bài; HS khác theo dõi, nhận xét.</w:t>
            </w:r>
          </w:p>
        </w:tc>
      </w:tr>
      <w:tr w:rsidR="000B1924" w14:paraId="15EA8DF2" w14:textId="77777777" w:rsidTr="00807441">
        <w:trPr>
          <w:jc w:val="center"/>
        </w:trPr>
        <w:tc>
          <w:tcPr>
            <w:tcW w:w="5326" w:type="dxa"/>
            <w:tcBorders>
              <w:bottom w:val="single" w:sz="4" w:space="0" w:color="auto"/>
            </w:tcBorders>
          </w:tcPr>
          <w:p w14:paraId="77B7D7CD" w14:textId="77777777" w:rsidR="000B1924" w:rsidRDefault="00A975F8" w:rsidP="00807441">
            <w:pPr>
              <w:shd w:val="clear" w:color="auto" w:fill="FFFFFF" w:themeFill="background1"/>
            </w:pPr>
            <w:r>
              <w:t>- GV kết luận: Khi đọc truyện có lời nhân vật, các em cần đọc đúng giọng để thể hiện cảm xúc.</w:t>
            </w:r>
          </w:p>
        </w:tc>
        <w:tc>
          <w:tcPr>
            <w:tcW w:w="5326" w:type="dxa"/>
            <w:tcBorders>
              <w:bottom w:val="single" w:sz="4" w:space="0" w:color="auto"/>
            </w:tcBorders>
          </w:tcPr>
          <w:p w14:paraId="62DEBC4C" w14:textId="77777777" w:rsidR="000B1924" w:rsidRDefault="00A975F8" w:rsidP="00807441">
            <w:pPr>
              <w:shd w:val="clear" w:color="auto" w:fill="FFFFFF" w:themeFill="background1"/>
            </w:pPr>
            <w:r>
              <w:t>- HS ghi nhớ cách đọc.</w:t>
            </w:r>
          </w:p>
        </w:tc>
      </w:tr>
      <w:tr w:rsidR="000B1924" w14:paraId="72CF8F02" w14:textId="77777777" w:rsidTr="00807441">
        <w:trPr>
          <w:jc w:val="center"/>
        </w:trPr>
        <w:tc>
          <w:tcPr>
            <w:tcW w:w="10652" w:type="dxa"/>
            <w:gridSpan w:val="2"/>
            <w:tcBorders>
              <w:top w:val="single" w:sz="4" w:space="0" w:color="auto"/>
              <w:bottom w:val="single" w:sz="4" w:space="0" w:color="auto"/>
            </w:tcBorders>
            <w:shd w:val="clear" w:color="auto" w:fill="E2F0D9"/>
          </w:tcPr>
          <w:p w14:paraId="62544AB0" w14:textId="77777777" w:rsidR="000B1924" w:rsidRDefault="00A975F8" w:rsidP="00807441">
            <w:pPr>
              <w:shd w:val="clear" w:color="auto" w:fill="FFFFFF" w:themeFill="background1"/>
            </w:pPr>
            <w:r>
              <w:rPr>
                <w:b/>
                <w:color w:val="007000"/>
              </w:rPr>
              <w:t>4. Vận dụng (3 phút)</w:t>
            </w:r>
          </w:p>
          <w:p w14:paraId="56C2309B" w14:textId="77777777" w:rsidR="000B1924" w:rsidRDefault="00A975F8" w:rsidP="00807441">
            <w:pPr>
              <w:shd w:val="clear" w:color="auto" w:fill="FFFFFF" w:themeFill="background1"/>
            </w:pPr>
            <w:r>
              <w:rPr>
                <w:b/>
                <w:i/>
                <w:color w:val="007000"/>
              </w:rPr>
              <w:t xml:space="preserve"> Củng cố bài đọc tiết 1.</w:t>
            </w:r>
          </w:p>
        </w:tc>
      </w:tr>
      <w:tr w:rsidR="000B1924" w14:paraId="4506CD9D" w14:textId="77777777" w:rsidTr="00807441">
        <w:trPr>
          <w:jc w:val="center"/>
        </w:trPr>
        <w:tc>
          <w:tcPr>
            <w:tcW w:w="5326" w:type="dxa"/>
            <w:tcBorders>
              <w:top w:val="single" w:sz="4" w:space="0" w:color="auto"/>
              <w:bottom w:val="single" w:sz="4" w:space="0" w:color="auto"/>
            </w:tcBorders>
          </w:tcPr>
          <w:p w14:paraId="1FAE44BA" w14:textId="77777777" w:rsidR="000B1924" w:rsidRDefault="00A975F8" w:rsidP="00807441">
            <w:pPr>
              <w:shd w:val="clear" w:color="auto" w:fill="FFFFFF" w:themeFill="background1"/>
            </w:pPr>
            <w:r>
              <w:t>- Nêu một việc em thường làm để thể hiện tình cảm với bạn.</w:t>
            </w:r>
          </w:p>
        </w:tc>
        <w:tc>
          <w:tcPr>
            <w:tcW w:w="5326" w:type="dxa"/>
            <w:tcBorders>
              <w:top w:val="single" w:sz="4" w:space="0" w:color="auto"/>
              <w:bottom w:val="single" w:sz="4" w:space="0" w:color="auto"/>
            </w:tcBorders>
          </w:tcPr>
          <w:p w14:paraId="7B8F56ED" w14:textId="77777777" w:rsidR="000B1924" w:rsidRDefault="00A975F8" w:rsidP="00807441">
            <w:pPr>
              <w:shd w:val="clear" w:color="auto" w:fill="FFFFFF" w:themeFill="background1"/>
            </w:pPr>
            <w:r>
              <w:t>- HS nêu: Em rủ bạn đi học cùng, giúp bạn học bài, cho bạn mượn truyện.</w:t>
            </w:r>
          </w:p>
        </w:tc>
      </w:tr>
      <w:tr w:rsidR="000B1924" w14:paraId="09972991" w14:textId="77777777" w:rsidTr="00807441">
        <w:trPr>
          <w:jc w:val="center"/>
        </w:trPr>
        <w:tc>
          <w:tcPr>
            <w:tcW w:w="10652" w:type="dxa"/>
            <w:gridSpan w:val="2"/>
            <w:tcBorders>
              <w:top w:val="single" w:sz="4" w:space="0" w:color="auto"/>
              <w:bottom w:val="single" w:sz="4" w:space="0" w:color="auto"/>
            </w:tcBorders>
            <w:shd w:val="clear" w:color="auto" w:fill="E2F0D9"/>
          </w:tcPr>
          <w:p w14:paraId="310AE244" w14:textId="77777777" w:rsidR="000B1924" w:rsidRDefault="00A975F8" w:rsidP="00807441">
            <w:pPr>
              <w:shd w:val="clear" w:color="auto" w:fill="FFFFFF" w:themeFill="background1"/>
            </w:pPr>
            <w:r>
              <w:rPr>
                <w:b/>
                <w:color w:val="007000"/>
              </w:rPr>
              <w:t>TIẾT 2</w:t>
            </w:r>
          </w:p>
        </w:tc>
      </w:tr>
      <w:tr w:rsidR="000B1924" w14:paraId="1A3787E7" w14:textId="77777777" w:rsidTr="00807441">
        <w:trPr>
          <w:jc w:val="center"/>
        </w:trPr>
        <w:tc>
          <w:tcPr>
            <w:tcW w:w="10652" w:type="dxa"/>
            <w:gridSpan w:val="2"/>
            <w:tcBorders>
              <w:top w:val="single" w:sz="4" w:space="0" w:color="auto"/>
              <w:bottom w:val="single" w:sz="4" w:space="0" w:color="auto"/>
            </w:tcBorders>
            <w:shd w:val="clear" w:color="auto" w:fill="E2F0D9"/>
          </w:tcPr>
          <w:p w14:paraId="07225182" w14:textId="77777777" w:rsidR="000B1924" w:rsidRDefault="00A975F8" w:rsidP="00807441">
            <w:pPr>
              <w:shd w:val="clear" w:color="auto" w:fill="FFFFFF" w:themeFill="background1"/>
            </w:pPr>
            <w:r>
              <w:rPr>
                <w:b/>
                <w:color w:val="007000"/>
              </w:rPr>
              <w:t>1. Khởi động (3 phút)</w:t>
            </w:r>
          </w:p>
          <w:p w14:paraId="4A9D93AF" w14:textId="77777777" w:rsidR="000B1924" w:rsidRDefault="00A975F8" w:rsidP="00807441">
            <w:pPr>
              <w:shd w:val="clear" w:color="auto" w:fill="FFFFFF" w:themeFill="background1"/>
            </w:pPr>
            <w:r>
              <w:rPr>
                <w:b/>
                <w:i/>
                <w:color w:val="007000"/>
              </w:rPr>
              <w:t xml:space="preserve"> Ôn lại nội dung bài đọc.</w:t>
            </w:r>
          </w:p>
        </w:tc>
      </w:tr>
      <w:tr w:rsidR="000B1924" w14:paraId="5FEBD42B" w14:textId="77777777" w:rsidTr="00807441">
        <w:trPr>
          <w:jc w:val="center"/>
        </w:trPr>
        <w:tc>
          <w:tcPr>
            <w:tcW w:w="5326" w:type="dxa"/>
            <w:tcBorders>
              <w:top w:val="single" w:sz="4" w:space="0" w:color="auto"/>
              <w:bottom w:val="single" w:sz="4" w:space="0" w:color="auto"/>
            </w:tcBorders>
          </w:tcPr>
          <w:p w14:paraId="5F656EE6" w14:textId="77777777" w:rsidR="000B1924" w:rsidRDefault="00A975F8" w:rsidP="00807441">
            <w:pPr>
              <w:shd w:val="clear" w:color="auto" w:fill="FFFFFF" w:themeFill="background1"/>
            </w:pPr>
            <w:r>
              <w:t>- Đọc lại một đoạn trong bài và nêu tên hai nhân vật.</w:t>
            </w:r>
          </w:p>
        </w:tc>
        <w:tc>
          <w:tcPr>
            <w:tcW w:w="5326" w:type="dxa"/>
            <w:tcBorders>
              <w:top w:val="single" w:sz="4" w:space="0" w:color="auto"/>
              <w:bottom w:val="single" w:sz="4" w:space="0" w:color="auto"/>
            </w:tcBorders>
          </w:tcPr>
          <w:p w14:paraId="515C606B" w14:textId="77777777" w:rsidR="000B1924" w:rsidRDefault="00A975F8" w:rsidP="00807441">
            <w:pPr>
              <w:shd w:val="clear" w:color="auto" w:fill="FFFFFF" w:themeFill="background1"/>
            </w:pPr>
            <w:r>
              <w:t>- HS đọc đoạn; trả lời: Hai nhân vật là sóc và kiến.</w:t>
            </w:r>
          </w:p>
        </w:tc>
      </w:tr>
      <w:tr w:rsidR="000B1924" w14:paraId="6A5D388C" w14:textId="77777777" w:rsidTr="00807441">
        <w:trPr>
          <w:jc w:val="center"/>
        </w:trPr>
        <w:tc>
          <w:tcPr>
            <w:tcW w:w="10652" w:type="dxa"/>
            <w:gridSpan w:val="2"/>
            <w:tcBorders>
              <w:top w:val="single" w:sz="4" w:space="0" w:color="auto"/>
              <w:bottom w:val="single" w:sz="4" w:space="0" w:color="auto"/>
            </w:tcBorders>
            <w:shd w:val="clear" w:color="auto" w:fill="E2F0D9"/>
          </w:tcPr>
          <w:p w14:paraId="753753A7" w14:textId="77777777" w:rsidR="000B1924" w:rsidRDefault="00A975F8" w:rsidP="00807441">
            <w:pPr>
              <w:shd w:val="clear" w:color="auto" w:fill="FFFFFF" w:themeFill="background1"/>
            </w:pPr>
            <w:r>
              <w:rPr>
                <w:b/>
                <w:color w:val="007000"/>
              </w:rPr>
              <w:t>2. Khám phá kiến thức - Hoạt động 2: Tìm hiểu bài và tích hợp (17 phút)</w:t>
            </w:r>
          </w:p>
          <w:p w14:paraId="66912C4B" w14:textId="77777777" w:rsidR="000B1924" w:rsidRDefault="00A975F8" w:rsidP="00807441">
            <w:pPr>
              <w:shd w:val="clear" w:color="auto" w:fill="FFFFFF" w:themeFill="background1"/>
            </w:pPr>
            <w:r>
              <w:rPr>
                <w:b/>
                <w:i/>
                <w:color w:val="007000"/>
              </w:rPr>
              <w:t xml:space="preserve"> Hiểu nội dung bài và biết giữ gìn tình bạn chân thành.</w:t>
            </w:r>
          </w:p>
        </w:tc>
      </w:tr>
      <w:tr w:rsidR="000B1924" w14:paraId="58E36228" w14:textId="77777777" w:rsidTr="00807441">
        <w:trPr>
          <w:jc w:val="center"/>
        </w:trPr>
        <w:tc>
          <w:tcPr>
            <w:tcW w:w="5326" w:type="dxa"/>
            <w:tcBorders>
              <w:top w:val="single" w:sz="4" w:space="0" w:color="auto"/>
            </w:tcBorders>
          </w:tcPr>
          <w:p w14:paraId="154F4401" w14:textId="77777777" w:rsidR="000B1924" w:rsidRDefault="00A975F8" w:rsidP="00807441">
            <w:pPr>
              <w:shd w:val="clear" w:color="auto" w:fill="FFFFFF" w:themeFill="background1"/>
            </w:pPr>
            <w:r>
              <w:t>- Đọc thầm đoạn 1 và trả lời: Khi chia tay sóc, kiến cảm thấy thế nào?</w:t>
            </w:r>
          </w:p>
          <w:p w14:paraId="1CF0987B" w14:textId="14FD0A77" w:rsidR="000B1924" w:rsidRDefault="000B1924" w:rsidP="00807441">
            <w:pPr>
              <w:shd w:val="clear" w:color="auto" w:fill="FFFFFF" w:themeFill="background1"/>
              <w:jc w:val="center"/>
            </w:pPr>
          </w:p>
        </w:tc>
        <w:tc>
          <w:tcPr>
            <w:tcW w:w="5326" w:type="dxa"/>
            <w:tcBorders>
              <w:top w:val="single" w:sz="4" w:space="0" w:color="auto"/>
            </w:tcBorders>
          </w:tcPr>
          <w:p w14:paraId="55167069" w14:textId="77777777" w:rsidR="000B1924" w:rsidRDefault="00A975F8" w:rsidP="00807441">
            <w:pPr>
              <w:shd w:val="clear" w:color="auto" w:fill="FFFFFF" w:themeFill="background1"/>
            </w:pPr>
            <w:r>
              <w:t>- HS trả lời: Khi chia tay sóc, kiến rất buồn.</w:t>
            </w:r>
          </w:p>
        </w:tc>
      </w:tr>
      <w:tr w:rsidR="000B1924" w14:paraId="781445C2" w14:textId="77777777" w:rsidTr="00807441">
        <w:trPr>
          <w:jc w:val="center"/>
        </w:trPr>
        <w:tc>
          <w:tcPr>
            <w:tcW w:w="5326" w:type="dxa"/>
          </w:tcPr>
          <w:p w14:paraId="26397598" w14:textId="77777777" w:rsidR="000B1924" w:rsidRDefault="00A975F8" w:rsidP="00807441">
            <w:pPr>
              <w:shd w:val="clear" w:color="auto" w:fill="FFFFFF" w:themeFill="background1"/>
            </w:pPr>
            <w:r>
              <w:t>- Sóc đồng ý với kiến điều gì?</w:t>
            </w:r>
          </w:p>
        </w:tc>
        <w:tc>
          <w:tcPr>
            <w:tcW w:w="5326" w:type="dxa"/>
          </w:tcPr>
          <w:p w14:paraId="056112A0" w14:textId="77777777" w:rsidR="000B1924" w:rsidRDefault="00A975F8" w:rsidP="00807441">
            <w:pPr>
              <w:shd w:val="clear" w:color="auto" w:fill="FFFFFF" w:themeFill="background1"/>
            </w:pPr>
            <w:r>
              <w:t>- HS trả lời: Sóc đồng ý sẽ thường xuyên nhớ kiến.</w:t>
            </w:r>
          </w:p>
        </w:tc>
      </w:tr>
      <w:tr w:rsidR="000B1924" w14:paraId="754AB7CC" w14:textId="77777777" w:rsidTr="00807441">
        <w:trPr>
          <w:jc w:val="center"/>
        </w:trPr>
        <w:tc>
          <w:tcPr>
            <w:tcW w:w="5326" w:type="dxa"/>
          </w:tcPr>
          <w:p w14:paraId="3CC5282D" w14:textId="77777777" w:rsidR="000B1924" w:rsidRDefault="00A975F8" w:rsidP="00807441">
            <w:pPr>
              <w:shd w:val="clear" w:color="auto" w:fill="FFFFFF" w:themeFill="background1"/>
            </w:pPr>
            <w:r>
              <w:t>- Thảo luận nhóm 2: Vì sao kiến phải viết lại nhiều lần lá thư gửi sóc?</w:t>
            </w:r>
          </w:p>
        </w:tc>
        <w:tc>
          <w:tcPr>
            <w:tcW w:w="5326" w:type="dxa"/>
          </w:tcPr>
          <w:p w14:paraId="72A31432" w14:textId="77777777" w:rsidR="000B1924" w:rsidRDefault="00A975F8" w:rsidP="00807441">
            <w:pPr>
              <w:shd w:val="clear" w:color="auto" w:fill="FFFFFF" w:themeFill="background1"/>
            </w:pPr>
            <w:r>
              <w:t>- HS trả lời: Kiến phải viết lại nhiều lần vì không biết làm sao cho sóc biết mình rất nhớ bạn.</w:t>
            </w:r>
          </w:p>
        </w:tc>
      </w:tr>
      <w:tr w:rsidR="000B1924" w14:paraId="2F7DFE80" w14:textId="77777777" w:rsidTr="00807441">
        <w:trPr>
          <w:jc w:val="center"/>
        </w:trPr>
        <w:tc>
          <w:tcPr>
            <w:tcW w:w="5326" w:type="dxa"/>
          </w:tcPr>
          <w:p w14:paraId="4E7A1434" w14:textId="77777777" w:rsidR="000B1924" w:rsidRDefault="00A975F8" w:rsidP="00807441">
            <w:pPr>
              <w:shd w:val="clear" w:color="auto" w:fill="FFFFFF" w:themeFill="background1"/>
            </w:pPr>
            <w:r>
              <w:t>- Theo em, hai bạn sẽ cảm thấy thế nào nếu không nhận được thư của nhau?</w:t>
            </w:r>
          </w:p>
        </w:tc>
        <w:tc>
          <w:tcPr>
            <w:tcW w:w="5326" w:type="dxa"/>
          </w:tcPr>
          <w:p w14:paraId="3C65FBE9" w14:textId="77777777" w:rsidR="000B1924" w:rsidRDefault="00A975F8" w:rsidP="00807441">
            <w:pPr>
              <w:shd w:val="clear" w:color="auto" w:fill="FFFFFF" w:themeFill="background1"/>
            </w:pPr>
            <w:r>
              <w:t>- HS trả lời: Hai bạn sẽ rất buồn, nhớ nhau và có thể lo lắng vì không biết bạn có còn nhớ mình không.</w:t>
            </w:r>
          </w:p>
        </w:tc>
      </w:tr>
      <w:tr w:rsidR="000B1924" w14:paraId="0DE1EAD5" w14:textId="77777777" w:rsidTr="00807441">
        <w:trPr>
          <w:jc w:val="center"/>
        </w:trPr>
        <w:tc>
          <w:tcPr>
            <w:tcW w:w="5326" w:type="dxa"/>
          </w:tcPr>
          <w:p w14:paraId="0F993AB6" w14:textId="77777777" w:rsidR="000B1924" w:rsidRDefault="00A975F8" w:rsidP="00807441">
            <w:pPr>
              <w:shd w:val="clear" w:color="auto" w:fill="FFFFFF" w:themeFill="background1"/>
            </w:pPr>
            <w:r>
              <w:t>- Câu chuyện ca ngợi điều gì?</w:t>
            </w:r>
          </w:p>
        </w:tc>
        <w:tc>
          <w:tcPr>
            <w:tcW w:w="5326" w:type="dxa"/>
          </w:tcPr>
          <w:p w14:paraId="046E132A" w14:textId="77777777" w:rsidR="000B1924" w:rsidRDefault="00A975F8" w:rsidP="00807441">
            <w:pPr>
              <w:shd w:val="clear" w:color="auto" w:fill="FFFFFF" w:themeFill="background1"/>
            </w:pPr>
            <w:r>
              <w:t>- HS trả lời: Câu chuyện ca ngợi tình bạn thân thiết, gắn bó giữa sóc và kiến.</w:t>
            </w:r>
          </w:p>
        </w:tc>
      </w:tr>
      <w:tr w:rsidR="000B1924" w14:paraId="214AE610" w14:textId="77777777" w:rsidTr="00807441">
        <w:trPr>
          <w:jc w:val="center"/>
        </w:trPr>
        <w:tc>
          <w:tcPr>
            <w:tcW w:w="5326" w:type="dxa"/>
          </w:tcPr>
          <w:p w14:paraId="2EFAA62D" w14:textId="77777777" w:rsidR="000B1924" w:rsidRDefault="00A975F8" w:rsidP="00807441">
            <w:pPr>
              <w:shd w:val="clear" w:color="auto" w:fill="FFFFFF" w:themeFill="background1"/>
            </w:pPr>
            <w:r>
              <w:rPr>
                <w:color w:val="FF0000"/>
              </w:rPr>
              <w:t>Câu hỏi dẫn tích hợp: Khi bạn chuyển trường hoặc xa em, em có thể làm gì để giữ tình bạn?</w:t>
            </w:r>
          </w:p>
        </w:tc>
        <w:tc>
          <w:tcPr>
            <w:tcW w:w="5326" w:type="dxa"/>
          </w:tcPr>
          <w:p w14:paraId="60C5DA0C" w14:textId="77777777" w:rsidR="000B1924" w:rsidRDefault="00A975F8" w:rsidP="00807441">
            <w:pPr>
              <w:shd w:val="clear" w:color="auto" w:fill="FFFFFF" w:themeFill="background1"/>
            </w:pPr>
            <w:r>
              <w:rPr>
                <w:color w:val="FF0000"/>
              </w:rPr>
              <w:t>- HS trả lời: Em có thể hỏi thăm, viết thư, gọi điện, gửi lời chúc và luôn nhớ đến bạn.</w:t>
            </w:r>
          </w:p>
        </w:tc>
      </w:tr>
      <w:tr w:rsidR="000B1924" w14:paraId="6DBA421B" w14:textId="77777777" w:rsidTr="00807441">
        <w:trPr>
          <w:jc w:val="center"/>
        </w:trPr>
        <w:tc>
          <w:tcPr>
            <w:tcW w:w="5326" w:type="dxa"/>
          </w:tcPr>
          <w:p w14:paraId="5168B646" w14:textId="77777777" w:rsidR="000B1924" w:rsidRDefault="00A975F8" w:rsidP="00807441">
            <w:pPr>
              <w:shd w:val="clear" w:color="auto" w:fill="FFFFFF" w:themeFill="background1"/>
            </w:pPr>
            <w:r>
              <w:rPr>
                <w:color w:val="FF0000"/>
              </w:rPr>
              <w:t xml:space="preserve">Diễn giải tích hợp: Tình bạn đẹp được thể hiện </w:t>
            </w:r>
            <w:r>
              <w:rPr>
                <w:color w:val="FF0000"/>
              </w:rPr>
              <w:lastRenderedPageBreak/>
              <w:t>qua sự quan tâm, chia sẻ và giữ liên lạc chân thành. Sóc và kiến tuy xa nhau nhưng vẫn viết thư để nói rằng mình nhớ bạn. Trong cuộc sống, các em có thể giữ gìn tình bạn bằng lời hỏi thăm, lời chúc, sự giúp đỡ, biết xin lỗi và tha thứ khi có hiểu lầm. Trân trọng tình bạn là biểu hiện của lối sống đẹp, biết yêu thương và sống nhân ái.</w:t>
            </w:r>
          </w:p>
        </w:tc>
        <w:tc>
          <w:tcPr>
            <w:tcW w:w="5326" w:type="dxa"/>
          </w:tcPr>
          <w:p w14:paraId="392579B1" w14:textId="77777777" w:rsidR="000B1924" w:rsidRDefault="00A975F8" w:rsidP="00807441">
            <w:pPr>
              <w:shd w:val="clear" w:color="auto" w:fill="FFFFFF" w:themeFill="background1"/>
            </w:pPr>
            <w:r>
              <w:rPr>
                <w:color w:val="FF0000"/>
              </w:rPr>
              <w:lastRenderedPageBreak/>
              <w:t xml:space="preserve">- HS lắng nghe, nêu ví dụ: Em nhắn lời hỏi thăm </w:t>
            </w:r>
            <w:r>
              <w:rPr>
                <w:color w:val="FF0000"/>
              </w:rPr>
              <w:lastRenderedPageBreak/>
              <w:t>bạn cũ, chúc bạn học tốt, không quên bạn khi bạn chuyển trường.</w:t>
            </w:r>
          </w:p>
        </w:tc>
      </w:tr>
      <w:tr w:rsidR="000B1924" w14:paraId="244971CD" w14:textId="77777777" w:rsidTr="00807441">
        <w:trPr>
          <w:jc w:val="center"/>
        </w:trPr>
        <w:tc>
          <w:tcPr>
            <w:tcW w:w="5326" w:type="dxa"/>
            <w:tcBorders>
              <w:bottom w:val="single" w:sz="4" w:space="0" w:color="auto"/>
            </w:tcBorders>
          </w:tcPr>
          <w:p w14:paraId="1D86F89A" w14:textId="77777777" w:rsidR="000B1924" w:rsidRDefault="00A975F8" w:rsidP="00807441">
            <w:pPr>
              <w:shd w:val="clear" w:color="auto" w:fill="FFFFFF" w:themeFill="background1"/>
            </w:pPr>
            <w:r>
              <w:lastRenderedPageBreak/>
              <w:t>- GV kết luận: Bài Tớ nhớ cậu giúp các em hiểu tình bạn đẹp là biết yêu thương, quan tâm và giữ lời hứa với bạn.</w:t>
            </w:r>
          </w:p>
        </w:tc>
        <w:tc>
          <w:tcPr>
            <w:tcW w:w="5326" w:type="dxa"/>
            <w:tcBorders>
              <w:bottom w:val="single" w:sz="4" w:space="0" w:color="auto"/>
            </w:tcBorders>
          </w:tcPr>
          <w:p w14:paraId="5DFBE9E9" w14:textId="77777777" w:rsidR="000B1924" w:rsidRDefault="00A975F8" w:rsidP="00807441">
            <w:pPr>
              <w:shd w:val="clear" w:color="auto" w:fill="FFFFFF" w:themeFill="background1"/>
            </w:pPr>
            <w:r>
              <w:t>- HS nhắc lại nội dung chính của bài.</w:t>
            </w:r>
          </w:p>
        </w:tc>
      </w:tr>
      <w:tr w:rsidR="000B1924" w14:paraId="154FF188" w14:textId="77777777" w:rsidTr="00807441">
        <w:trPr>
          <w:jc w:val="center"/>
        </w:trPr>
        <w:tc>
          <w:tcPr>
            <w:tcW w:w="10652" w:type="dxa"/>
            <w:gridSpan w:val="2"/>
            <w:tcBorders>
              <w:top w:val="single" w:sz="4" w:space="0" w:color="auto"/>
              <w:bottom w:val="single" w:sz="4" w:space="0" w:color="auto"/>
            </w:tcBorders>
            <w:shd w:val="clear" w:color="auto" w:fill="E2F0D9"/>
          </w:tcPr>
          <w:p w14:paraId="309F9D5D" w14:textId="77777777" w:rsidR="000B1924" w:rsidRDefault="00A975F8" w:rsidP="00807441">
            <w:pPr>
              <w:shd w:val="clear" w:color="auto" w:fill="FFFFFF" w:themeFill="background1"/>
            </w:pPr>
            <w:r>
              <w:rPr>
                <w:b/>
                <w:color w:val="007000"/>
              </w:rPr>
              <w:t>3. Thực hành (12 phút)</w:t>
            </w:r>
          </w:p>
          <w:p w14:paraId="7664D518" w14:textId="77777777" w:rsidR="000B1924" w:rsidRDefault="00A975F8" w:rsidP="00807441">
            <w:pPr>
              <w:shd w:val="clear" w:color="auto" w:fill="FFFFFF" w:themeFill="background1"/>
            </w:pPr>
            <w:r>
              <w:rPr>
                <w:b/>
                <w:i/>
                <w:color w:val="007000"/>
              </w:rPr>
              <w:t xml:space="preserve"> Luyện đọc lại và thực hành nói - đáp lời chào lúc chia tay.</w:t>
            </w:r>
          </w:p>
        </w:tc>
      </w:tr>
      <w:tr w:rsidR="000B1924" w14:paraId="4664D064" w14:textId="77777777" w:rsidTr="00807441">
        <w:trPr>
          <w:jc w:val="center"/>
        </w:trPr>
        <w:tc>
          <w:tcPr>
            <w:tcW w:w="5326" w:type="dxa"/>
            <w:tcBorders>
              <w:top w:val="single" w:sz="4" w:space="0" w:color="auto"/>
            </w:tcBorders>
          </w:tcPr>
          <w:p w14:paraId="36F1B2F7" w14:textId="77777777" w:rsidR="000B1924" w:rsidRDefault="00A975F8" w:rsidP="00807441">
            <w:pPr>
              <w:shd w:val="clear" w:color="auto" w:fill="FFFFFF" w:themeFill="background1"/>
            </w:pPr>
            <w:r>
              <w:t>- Luyện đọc lại toàn bài; chú ý lời chia tay của sóc và kiến.</w:t>
            </w:r>
          </w:p>
        </w:tc>
        <w:tc>
          <w:tcPr>
            <w:tcW w:w="5326" w:type="dxa"/>
            <w:tcBorders>
              <w:top w:val="single" w:sz="4" w:space="0" w:color="auto"/>
            </w:tcBorders>
          </w:tcPr>
          <w:p w14:paraId="716B8F49" w14:textId="77777777" w:rsidR="000B1924" w:rsidRDefault="00A975F8" w:rsidP="00807441">
            <w:pPr>
              <w:shd w:val="clear" w:color="auto" w:fill="FFFFFF" w:themeFill="background1"/>
            </w:pPr>
            <w:r>
              <w:t>- HS luyện đọc theo vai, thể hiện cảm xúc buồn khi chia tay và vui khi nhận thư.</w:t>
            </w:r>
          </w:p>
        </w:tc>
      </w:tr>
      <w:tr w:rsidR="000B1924" w14:paraId="00E6CBCB" w14:textId="77777777" w:rsidTr="00807441">
        <w:trPr>
          <w:jc w:val="center"/>
        </w:trPr>
        <w:tc>
          <w:tcPr>
            <w:tcW w:w="5326" w:type="dxa"/>
          </w:tcPr>
          <w:p w14:paraId="249B6352" w14:textId="77777777" w:rsidR="000B1924" w:rsidRDefault="00A975F8" w:rsidP="00807441">
            <w:pPr>
              <w:shd w:val="clear" w:color="auto" w:fill="FFFFFF" w:themeFill="background1"/>
            </w:pPr>
            <w:r>
              <w:rPr>
                <w:b/>
              </w:rPr>
              <w:t>Bài tập 1: Đóng vai sóc và kiến để nói và đáp lời chào lúc chia tay.</w:t>
            </w:r>
          </w:p>
        </w:tc>
        <w:tc>
          <w:tcPr>
            <w:tcW w:w="5326" w:type="dxa"/>
          </w:tcPr>
          <w:p w14:paraId="783E1634" w14:textId="77777777" w:rsidR="000B1924" w:rsidRDefault="00A975F8" w:rsidP="00807441">
            <w:pPr>
              <w:shd w:val="clear" w:color="auto" w:fill="FFFFFF" w:themeFill="background1"/>
            </w:pPr>
            <w:r>
              <w:t>- HS xác định yêu cầu bài tập.</w:t>
            </w:r>
          </w:p>
        </w:tc>
      </w:tr>
      <w:tr w:rsidR="000B1924" w14:paraId="1A4AF90B" w14:textId="77777777" w:rsidTr="00807441">
        <w:trPr>
          <w:jc w:val="center"/>
        </w:trPr>
        <w:tc>
          <w:tcPr>
            <w:tcW w:w="5326" w:type="dxa"/>
          </w:tcPr>
          <w:p w14:paraId="3124EAD0" w14:textId="77777777" w:rsidR="000B1924" w:rsidRDefault="00A975F8" w:rsidP="00807441">
            <w:pPr>
              <w:shd w:val="clear" w:color="auto" w:fill="FFFFFF" w:themeFill="background1"/>
            </w:pPr>
            <w:r>
              <w:t>- GV yêu cầu HS đọc đề bài.</w:t>
            </w:r>
          </w:p>
          <w:p w14:paraId="7050ECA7" w14:textId="4A873F29" w:rsidR="000B1924" w:rsidRDefault="000B1924" w:rsidP="00807441">
            <w:pPr>
              <w:shd w:val="clear" w:color="auto" w:fill="FFFFFF" w:themeFill="background1"/>
              <w:jc w:val="center"/>
            </w:pPr>
          </w:p>
        </w:tc>
        <w:tc>
          <w:tcPr>
            <w:tcW w:w="5326" w:type="dxa"/>
          </w:tcPr>
          <w:p w14:paraId="6B93A5C2" w14:textId="77777777" w:rsidR="000B1924" w:rsidRDefault="00A975F8" w:rsidP="00807441">
            <w:pPr>
              <w:shd w:val="clear" w:color="auto" w:fill="FFFFFF" w:themeFill="background1"/>
            </w:pPr>
            <w:r>
              <w:t>- HS đọc: Đóng vai sóc và kiến để nói và đáp lời chào lúc chia tay.</w:t>
            </w:r>
          </w:p>
        </w:tc>
      </w:tr>
      <w:tr w:rsidR="000B1924" w14:paraId="3EE02B19" w14:textId="77777777" w:rsidTr="00807441">
        <w:trPr>
          <w:jc w:val="center"/>
        </w:trPr>
        <w:tc>
          <w:tcPr>
            <w:tcW w:w="5326" w:type="dxa"/>
          </w:tcPr>
          <w:p w14:paraId="4940CE52" w14:textId="77777777" w:rsidR="000B1924" w:rsidRDefault="00A975F8" w:rsidP="00807441">
            <w:pPr>
              <w:shd w:val="clear" w:color="auto" w:fill="FFFFFF" w:themeFill="background1"/>
            </w:pPr>
            <w:r>
              <w:t>- HS thảo luận nhóm 2, thay nhau đóng vai sóc và kiến.</w:t>
            </w:r>
          </w:p>
        </w:tc>
        <w:tc>
          <w:tcPr>
            <w:tcW w:w="5326" w:type="dxa"/>
          </w:tcPr>
          <w:p w14:paraId="563809E3" w14:textId="77777777" w:rsidR="000B1924" w:rsidRDefault="00A975F8" w:rsidP="00807441">
            <w:pPr>
              <w:shd w:val="clear" w:color="auto" w:fill="FFFFFF" w:themeFill="background1"/>
            </w:pPr>
            <w:r>
              <w:t>- HS thực hành: Sóc nói: Tạm biệt cậu nhé, tớ sẽ nhớ cậu. Kiến đáp: Tạm biệt cậu, cậu nhớ viết thư cho tớ nhé.</w:t>
            </w:r>
          </w:p>
        </w:tc>
      </w:tr>
      <w:tr w:rsidR="000B1924" w14:paraId="446D7136" w14:textId="77777777" w:rsidTr="00807441">
        <w:trPr>
          <w:jc w:val="center"/>
        </w:trPr>
        <w:tc>
          <w:tcPr>
            <w:tcW w:w="5326" w:type="dxa"/>
          </w:tcPr>
          <w:p w14:paraId="38E22B8F" w14:textId="77777777" w:rsidR="000B1924" w:rsidRDefault="00A975F8" w:rsidP="00807441">
            <w:pPr>
              <w:shd w:val="clear" w:color="auto" w:fill="FFFFFF" w:themeFill="background1"/>
            </w:pPr>
            <w:r>
              <w:t>- GV gọi một số cặp trình bày.</w:t>
            </w:r>
          </w:p>
        </w:tc>
        <w:tc>
          <w:tcPr>
            <w:tcW w:w="5326" w:type="dxa"/>
          </w:tcPr>
          <w:p w14:paraId="57ADDFBE" w14:textId="77777777" w:rsidR="000B1924" w:rsidRDefault="00A975F8" w:rsidP="00807441">
            <w:pPr>
              <w:shd w:val="clear" w:color="auto" w:fill="FFFFFF" w:themeFill="background1"/>
            </w:pPr>
            <w:r>
              <w:t>- HS trình bày trước lớp; HS khác nhận xét lời chào có tự nhiên, lịch sự không.</w:t>
            </w:r>
          </w:p>
        </w:tc>
      </w:tr>
      <w:tr w:rsidR="000B1924" w14:paraId="6C59EAED" w14:textId="77777777" w:rsidTr="00807441">
        <w:trPr>
          <w:jc w:val="center"/>
        </w:trPr>
        <w:tc>
          <w:tcPr>
            <w:tcW w:w="5326" w:type="dxa"/>
          </w:tcPr>
          <w:p w14:paraId="359D01C1" w14:textId="77777777" w:rsidR="000B1924" w:rsidRDefault="00A975F8" w:rsidP="00807441">
            <w:pPr>
              <w:shd w:val="clear" w:color="auto" w:fill="FFFFFF" w:themeFill="background1"/>
            </w:pPr>
            <w:r>
              <w:t>- GV kết luận: Khi chia tay, cần nói lời chào thân thiện, thể hiện sự quan tâm và hẹn gặp lại.</w:t>
            </w:r>
          </w:p>
        </w:tc>
        <w:tc>
          <w:tcPr>
            <w:tcW w:w="5326" w:type="dxa"/>
          </w:tcPr>
          <w:p w14:paraId="63591A7C" w14:textId="77777777" w:rsidR="000B1924" w:rsidRDefault="00A975F8" w:rsidP="00807441">
            <w:pPr>
              <w:shd w:val="clear" w:color="auto" w:fill="FFFFFF" w:themeFill="background1"/>
            </w:pPr>
            <w:r>
              <w:t>- HS ghi nhớ cách nói lời chào.</w:t>
            </w:r>
          </w:p>
        </w:tc>
      </w:tr>
      <w:tr w:rsidR="000B1924" w14:paraId="64AAF334" w14:textId="77777777" w:rsidTr="00807441">
        <w:trPr>
          <w:jc w:val="center"/>
        </w:trPr>
        <w:tc>
          <w:tcPr>
            <w:tcW w:w="5326" w:type="dxa"/>
          </w:tcPr>
          <w:p w14:paraId="509664CE" w14:textId="77777777" w:rsidR="000B1924" w:rsidRDefault="00A975F8" w:rsidP="00807441">
            <w:pPr>
              <w:shd w:val="clear" w:color="auto" w:fill="FFFFFF" w:themeFill="background1"/>
            </w:pPr>
            <w:r>
              <w:rPr>
                <w:b/>
              </w:rPr>
              <w:t>Bài tập 2: Em sẽ nói với bạn thế nào khi bạn chuyển trường hoặc khi tan học em về trước còn bạn ở lại?</w:t>
            </w:r>
          </w:p>
        </w:tc>
        <w:tc>
          <w:tcPr>
            <w:tcW w:w="5326" w:type="dxa"/>
          </w:tcPr>
          <w:p w14:paraId="34A62374" w14:textId="77777777" w:rsidR="000B1924" w:rsidRDefault="00A975F8" w:rsidP="00807441">
            <w:pPr>
              <w:shd w:val="clear" w:color="auto" w:fill="FFFFFF" w:themeFill="background1"/>
            </w:pPr>
            <w:r>
              <w:t>- HS xác định yêu cầu bài tập.</w:t>
            </w:r>
          </w:p>
        </w:tc>
      </w:tr>
      <w:tr w:rsidR="000B1924" w14:paraId="6E1E031C" w14:textId="77777777" w:rsidTr="00807441">
        <w:trPr>
          <w:jc w:val="center"/>
        </w:trPr>
        <w:tc>
          <w:tcPr>
            <w:tcW w:w="5326" w:type="dxa"/>
          </w:tcPr>
          <w:p w14:paraId="0D40F879" w14:textId="77777777" w:rsidR="000B1924" w:rsidRDefault="00A975F8" w:rsidP="00807441">
            <w:pPr>
              <w:shd w:val="clear" w:color="auto" w:fill="FFFFFF" w:themeFill="background1"/>
            </w:pPr>
            <w:r>
              <w:rPr>
                <w:b/>
                <w:color w:val="FF0000"/>
              </w:rPr>
              <w:t>Câu hỏi dẫn tích hợp NLS:</w:t>
            </w:r>
            <w:r>
              <w:rPr>
                <w:color w:val="FF0000"/>
              </w:rPr>
              <w:t xml:space="preserve"> Khi muốn giữ liên lạc với bạn bằng điện thoại, tin nhắn hoặc mạng lớp học, em cần chú ý điều gì để an toàn?</w:t>
            </w:r>
          </w:p>
        </w:tc>
        <w:tc>
          <w:tcPr>
            <w:tcW w:w="5326" w:type="dxa"/>
          </w:tcPr>
          <w:p w14:paraId="1088E0A0" w14:textId="77777777" w:rsidR="000B1924" w:rsidRDefault="00A975F8" w:rsidP="00807441">
            <w:pPr>
              <w:shd w:val="clear" w:color="auto" w:fill="FFFFFF" w:themeFill="background1"/>
            </w:pPr>
            <w:r>
              <w:rPr>
                <w:color w:val="FF0000"/>
              </w:rPr>
              <w:t>HS trả lời: Em dùng lời lịch sự, không gửi địa chỉ, số điện thoại, hình ảnh riêng tư; em xin phép người lớn khi cần liên lạc qua thiết bị số.</w:t>
            </w:r>
          </w:p>
        </w:tc>
      </w:tr>
      <w:tr w:rsidR="000B1924" w14:paraId="179BB2F7" w14:textId="77777777" w:rsidTr="00807441">
        <w:trPr>
          <w:jc w:val="center"/>
        </w:trPr>
        <w:tc>
          <w:tcPr>
            <w:tcW w:w="5326" w:type="dxa"/>
          </w:tcPr>
          <w:p w14:paraId="106A30BA" w14:textId="77777777" w:rsidR="000B1924" w:rsidRDefault="00A975F8" w:rsidP="00807441">
            <w:pPr>
              <w:shd w:val="clear" w:color="auto" w:fill="FFFFFF" w:themeFill="background1"/>
            </w:pPr>
            <w:r>
              <w:rPr>
                <w:b/>
                <w:color w:val="FF0000"/>
              </w:rPr>
              <w:t>Diễn giải tích hợp NLS 4.2.CB1a:</w:t>
            </w:r>
            <w:r>
              <w:rPr>
                <w:color w:val="FF0000"/>
              </w:rPr>
              <w:t xml:space="preserve"> Khi bạn chuyển trường hoặc ở xa, các em có thể hỏi thăm bằng thư, điện thoại, tin nhắn hoặc nhờ người lớn hỗ trợ liên lạc. Tuy nhiên, khi tham gia môi trường số, các em cần bảo vệ thông tin cá nhân của mình và của bạn: không tự ý đăng, gửi, chụp màn hình tin nhắn, chia sẻ địa chỉ, số điện thoại, hình ảnh riêng tư hoặc thông tin gia đình khi chưa được phép. Giữ liên lạc với bạn cần lịch sự, đúng mục đích và an toàn.</w:t>
            </w:r>
          </w:p>
        </w:tc>
        <w:tc>
          <w:tcPr>
            <w:tcW w:w="5326" w:type="dxa"/>
          </w:tcPr>
          <w:p w14:paraId="54DC043E" w14:textId="77777777" w:rsidR="000B1924" w:rsidRDefault="00A975F8" w:rsidP="00807441">
            <w:pPr>
              <w:shd w:val="clear" w:color="auto" w:fill="FFFFFF" w:themeFill="background1"/>
            </w:pPr>
            <w:r>
              <w:rPr>
                <w:color w:val="FF0000"/>
              </w:rPr>
              <w:t>HS lắng nghe, nêu việc nên làm: xin phép người lớn, dùng lời hỏi thăm lịch sự, không chia sẻ thông tin riêng tư của mình và của bạn.</w:t>
            </w:r>
          </w:p>
        </w:tc>
      </w:tr>
      <w:tr w:rsidR="000B1924" w14:paraId="5EBA1566" w14:textId="77777777" w:rsidTr="00807441">
        <w:trPr>
          <w:jc w:val="center"/>
        </w:trPr>
        <w:tc>
          <w:tcPr>
            <w:tcW w:w="5326" w:type="dxa"/>
          </w:tcPr>
          <w:p w14:paraId="4B2D6B8C" w14:textId="77777777" w:rsidR="000B1924" w:rsidRDefault="00A975F8" w:rsidP="00807441">
            <w:pPr>
              <w:shd w:val="clear" w:color="auto" w:fill="FFFFFF" w:themeFill="background1"/>
            </w:pPr>
            <w:r>
              <w:rPr>
                <w:color w:val="FF0000"/>
              </w:rPr>
              <w:t>- GV kết luận: Giữ gìn tình bạn trong môi trường số cần đi cùng sự lịch sự, tôn trọng và bảo vệ thông tin cá nhân.</w:t>
            </w:r>
          </w:p>
        </w:tc>
        <w:tc>
          <w:tcPr>
            <w:tcW w:w="5326" w:type="dxa"/>
          </w:tcPr>
          <w:p w14:paraId="2883AE15" w14:textId="77777777" w:rsidR="000B1924" w:rsidRDefault="00A975F8" w:rsidP="00807441">
            <w:pPr>
              <w:shd w:val="clear" w:color="auto" w:fill="FFFFFF" w:themeFill="background1"/>
            </w:pPr>
            <w:r>
              <w:rPr>
                <w:color w:val="FF0000"/>
              </w:rPr>
              <w:t>- HS ghi nhớ: Em liên lạc với bạn an toàn, không chia sẻ thông tin riêng tư khi chưa được phép.</w:t>
            </w:r>
          </w:p>
        </w:tc>
      </w:tr>
      <w:tr w:rsidR="000B1924" w14:paraId="57E7F029" w14:textId="77777777" w:rsidTr="00807441">
        <w:trPr>
          <w:jc w:val="center"/>
        </w:trPr>
        <w:tc>
          <w:tcPr>
            <w:tcW w:w="5326" w:type="dxa"/>
          </w:tcPr>
          <w:p w14:paraId="23D3C59E" w14:textId="77777777" w:rsidR="000B1924" w:rsidRDefault="00A975F8" w:rsidP="00807441">
            <w:pPr>
              <w:shd w:val="clear" w:color="auto" w:fill="FFFFFF" w:themeFill="background1"/>
            </w:pPr>
            <w:r>
              <w:t>- GV yêu cầu HS đọc đề bài.</w:t>
            </w:r>
          </w:p>
        </w:tc>
        <w:tc>
          <w:tcPr>
            <w:tcW w:w="5326" w:type="dxa"/>
          </w:tcPr>
          <w:p w14:paraId="0E5116E4" w14:textId="77777777" w:rsidR="000B1924" w:rsidRDefault="00A975F8" w:rsidP="00807441">
            <w:pPr>
              <w:shd w:val="clear" w:color="auto" w:fill="FFFFFF" w:themeFill="background1"/>
            </w:pPr>
            <w:r>
              <w:t>- HS đọc đề bài và nêu hai tình huống.</w:t>
            </w:r>
          </w:p>
        </w:tc>
      </w:tr>
      <w:tr w:rsidR="000B1924" w14:paraId="581A7F01" w14:textId="77777777" w:rsidTr="00807441">
        <w:trPr>
          <w:jc w:val="center"/>
        </w:trPr>
        <w:tc>
          <w:tcPr>
            <w:tcW w:w="5326" w:type="dxa"/>
          </w:tcPr>
          <w:p w14:paraId="77F52BBC" w14:textId="77777777" w:rsidR="000B1924" w:rsidRDefault="00A975F8" w:rsidP="00807441">
            <w:pPr>
              <w:shd w:val="clear" w:color="auto" w:fill="FFFFFF" w:themeFill="background1"/>
            </w:pPr>
            <w:r>
              <w:t>- HS thảo luận nhóm 4, chọn một tình huống để nói và đáp.</w:t>
            </w:r>
          </w:p>
        </w:tc>
        <w:tc>
          <w:tcPr>
            <w:tcW w:w="5326" w:type="dxa"/>
          </w:tcPr>
          <w:p w14:paraId="139BB925" w14:textId="77777777" w:rsidR="000B1924" w:rsidRDefault="00A975F8" w:rsidP="00807441">
            <w:pPr>
              <w:shd w:val="clear" w:color="auto" w:fill="FFFFFF" w:themeFill="background1"/>
            </w:pPr>
            <w:r>
              <w:t xml:space="preserve">- HS nêu: Bạn chuyển trường: Tớ chúc cậu học tốt ở trường mới, khi nào rảnh hãy viết thư cho </w:t>
            </w:r>
            <w:r>
              <w:lastRenderedPageBreak/>
              <w:t>tớ nhé. Tan học về trước: Tớ về trước nhé, mai gặp lại cậu.</w:t>
            </w:r>
          </w:p>
        </w:tc>
      </w:tr>
      <w:tr w:rsidR="000B1924" w14:paraId="30107533" w14:textId="77777777" w:rsidTr="00807441">
        <w:trPr>
          <w:jc w:val="center"/>
        </w:trPr>
        <w:tc>
          <w:tcPr>
            <w:tcW w:w="5326" w:type="dxa"/>
          </w:tcPr>
          <w:p w14:paraId="0B873CE8" w14:textId="77777777" w:rsidR="000B1924" w:rsidRDefault="00A975F8" w:rsidP="00807441">
            <w:pPr>
              <w:shd w:val="clear" w:color="auto" w:fill="FFFFFF" w:themeFill="background1"/>
            </w:pPr>
            <w:r>
              <w:lastRenderedPageBreak/>
              <w:t>- GV gọi HS trình bày.</w:t>
            </w:r>
          </w:p>
        </w:tc>
        <w:tc>
          <w:tcPr>
            <w:tcW w:w="5326" w:type="dxa"/>
          </w:tcPr>
          <w:p w14:paraId="5E384734" w14:textId="77777777" w:rsidR="000B1924" w:rsidRDefault="00A975F8" w:rsidP="00807441">
            <w:pPr>
              <w:shd w:val="clear" w:color="auto" w:fill="FFFFFF" w:themeFill="background1"/>
            </w:pPr>
            <w:r>
              <w:t>- HS nói trước lớp; lớp nhận xét lời nói lịch sự, phù hợp.</w:t>
            </w:r>
          </w:p>
        </w:tc>
      </w:tr>
      <w:tr w:rsidR="000B1924" w14:paraId="69AD610E" w14:textId="77777777" w:rsidTr="00807441">
        <w:trPr>
          <w:jc w:val="center"/>
        </w:trPr>
        <w:tc>
          <w:tcPr>
            <w:tcW w:w="5326" w:type="dxa"/>
            <w:tcBorders>
              <w:bottom w:val="single" w:sz="4" w:space="0" w:color="auto"/>
            </w:tcBorders>
          </w:tcPr>
          <w:p w14:paraId="026D012B" w14:textId="77777777" w:rsidR="000B1924" w:rsidRDefault="00A975F8" w:rsidP="00807441">
            <w:pPr>
              <w:shd w:val="clear" w:color="auto" w:fill="FFFFFF" w:themeFill="background1"/>
            </w:pPr>
            <w:r>
              <w:t>- GV kết luận: Nói lời chào đúng lúc giúp tình bạn thêm gần gũi và lịch sự.</w:t>
            </w:r>
          </w:p>
        </w:tc>
        <w:tc>
          <w:tcPr>
            <w:tcW w:w="5326" w:type="dxa"/>
            <w:tcBorders>
              <w:bottom w:val="single" w:sz="4" w:space="0" w:color="auto"/>
            </w:tcBorders>
          </w:tcPr>
          <w:p w14:paraId="2AD287B8" w14:textId="77777777" w:rsidR="000B1924" w:rsidRDefault="00A975F8" w:rsidP="00807441">
            <w:pPr>
              <w:shd w:val="clear" w:color="auto" w:fill="FFFFFF" w:themeFill="background1"/>
            </w:pPr>
            <w:r>
              <w:t>- HS ghi nhớ và vận dụng.</w:t>
            </w:r>
          </w:p>
        </w:tc>
      </w:tr>
      <w:tr w:rsidR="000B1924" w14:paraId="1FB8A938" w14:textId="77777777" w:rsidTr="00807441">
        <w:trPr>
          <w:jc w:val="center"/>
        </w:trPr>
        <w:tc>
          <w:tcPr>
            <w:tcW w:w="10652" w:type="dxa"/>
            <w:gridSpan w:val="2"/>
            <w:tcBorders>
              <w:top w:val="single" w:sz="4" w:space="0" w:color="auto"/>
              <w:bottom w:val="single" w:sz="4" w:space="0" w:color="auto"/>
            </w:tcBorders>
            <w:shd w:val="clear" w:color="auto" w:fill="E2F0D9"/>
          </w:tcPr>
          <w:p w14:paraId="3B71444E" w14:textId="77777777" w:rsidR="000B1924" w:rsidRDefault="00A975F8" w:rsidP="00807441">
            <w:pPr>
              <w:shd w:val="clear" w:color="auto" w:fill="FFFFFF" w:themeFill="background1"/>
            </w:pPr>
            <w:r>
              <w:rPr>
                <w:b/>
                <w:color w:val="007000"/>
              </w:rPr>
              <w:t>4. Vận dụng (3 phút)</w:t>
            </w:r>
          </w:p>
          <w:p w14:paraId="03564599" w14:textId="77777777" w:rsidR="000B1924" w:rsidRDefault="00A975F8" w:rsidP="00807441">
            <w:pPr>
              <w:shd w:val="clear" w:color="auto" w:fill="FFFFFF" w:themeFill="background1"/>
            </w:pPr>
            <w:r>
              <w:rPr>
                <w:b/>
                <w:i/>
                <w:color w:val="007000"/>
              </w:rPr>
              <w:t xml:space="preserve"> Vận dụng lời chào lúc chia tay trong cuộc sống.</w:t>
            </w:r>
          </w:p>
        </w:tc>
      </w:tr>
      <w:tr w:rsidR="000B1924" w14:paraId="311475F8" w14:textId="77777777" w:rsidTr="00807441">
        <w:trPr>
          <w:jc w:val="center"/>
        </w:trPr>
        <w:tc>
          <w:tcPr>
            <w:tcW w:w="5326" w:type="dxa"/>
            <w:tcBorders>
              <w:top w:val="single" w:sz="4" w:space="0" w:color="auto"/>
            </w:tcBorders>
          </w:tcPr>
          <w:p w14:paraId="0A408A63" w14:textId="77777777" w:rsidR="000B1924" w:rsidRDefault="00A975F8" w:rsidP="00807441">
            <w:pPr>
              <w:shd w:val="clear" w:color="auto" w:fill="FFFFFF" w:themeFill="background1"/>
            </w:pPr>
            <w:r>
              <w:t>- Chia sẻ một tình huống em đã nói lời tạm biệt với bạn.</w:t>
            </w:r>
          </w:p>
        </w:tc>
        <w:tc>
          <w:tcPr>
            <w:tcW w:w="5326" w:type="dxa"/>
            <w:tcBorders>
              <w:top w:val="single" w:sz="4" w:space="0" w:color="auto"/>
            </w:tcBorders>
          </w:tcPr>
          <w:p w14:paraId="69099E8D" w14:textId="77777777" w:rsidR="000B1924" w:rsidRDefault="00A975F8" w:rsidP="00807441">
            <w:pPr>
              <w:shd w:val="clear" w:color="auto" w:fill="FFFFFF" w:themeFill="background1"/>
            </w:pPr>
            <w:r>
              <w:t>- HS nêu: Khi tan học, em nói: Tạm biệt bạn, mai gặp lại nhé.</w:t>
            </w:r>
          </w:p>
        </w:tc>
      </w:tr>
      <w:tr w:rsidR="000B1924" w14:paraId="0FC3097D" w14:textId="77777777" w:rsidTr="00807441">
        <w:trPr>
          <w:jc w:val="center"/>
        </w:trPr>
        <w:tc>
          <w:tcPr>
            <w:tcW w:w="5326" w:type="dxa"/>
          </w:tcPr>
          <w:p w14:paraId="78FE7066" w14:textId="77777777" w:rsidR="000B1924" w:rsidRDefault="00A975F8" w:rsidP="00807441">
            <w:pPr>
              <w:shd w:val="clear" w:color="auto" w:fill="FFFFFF" w:themeFill="background1"/>
            </w:pPr>
            <w:r>
              <w:t>- Dặn HS thực hành nói lời chào, lời hỏi thăm bạn bè mỗi ngày.</w:t>
            </w:r>
          </w:p>
        </w:tc>
        <w:tc>
          <w:tcPr>
            <w:tcW w:w="5326" w:type="dxa"/>
          </w:tcPr>
          <w:p w14:paraId="542AF9EE" w14:textId="77777777" w:rsidR="000B1924" w:rsidRDefault="00A975F8" w:rsidP="00807441">
            <w:pPr>
              <w:shd w:val="clear" w:color="auto" w:fill="FFFFFF" w:themeFill="background1"/>
            </w:pPr>
            <w:r>
              <w:t>- HS ghi nhớ nhiệm vụ.</w:t>
            </w:r>
          </w:p>
        </w:tc>
      </w:tr>
    </w:tbl>
    <w:p w14:paraId="484FB4B6" w14:textId="77777777" w:rsidR="000B1924" w:rsidRDefault="00A975F8" w:rsidP="00807441">
      <w:pPr>
        <w:shd w:val="clear" w:color="auto" w:fill="FFFFFF" w:themeFill="background1"/>
        <w:spacing w:after="0" w:line="240" w:lineRule="auto"/>
      </w:pPr>
      <w:r>
        <w:rPr>
          <w:b/>
        </w:rPr>
        <w:t>IV. ĐIỀU CHỈNH SAU TIẾT DẠY (NẾU CÓ):</w:t>
      </w:r>
    </w:p>
    <w:p w14:paraId="34D47BB7" w14:textId="77777777" w:rsidR="000B1924" w:rsidRDefault="00A975F8" w:rsidP="00807441">
      <w:pPr>
        <w:shd w:val="clear" w:color="auto" w:fill="FFFFFF" w:themeFill="background1"/>
        <w:spacing w:after="0" w:line="240" w:lineRule="auto"/>
      </w:pPr>
      <w:r>
        <w:t>........................................................................................................................</w:t>
      </w:r>
    </w:p>
    <w:p w14:paraId="569AEDE7" w14:textId="77777777" w:rsidR="000B1924" w:rsidRDefault="00A975F8" w:rsidP="00807441">
      <w:pPr>
        <w:shd w:val="clear" w:color="auto" w:fill="FFFFFF" w:themeFill="background1"/>
        <w:spacing w:after="0"/>
        <w:jc w:val="center"/>
      </w:pPr>
      <w:r>
        <w:rPr>
          <w:b/>
          <w:sz w:val="28"/>
        </w:rPr>
        <w:t>KẾ HOẠCH DẠY HỌC - TUẦN 10</w:t>
      </w:r>
      <w:r>
        <w:br/>
      </w:r>
      <w:r>
        <w:rPr>
          <w:b/>
          <w:sz w:val="28"/>
        </w:rPr>
        <w:t>CHỦ ĐỀ 3: NIỀM VUI TUỔI THƠ</w:t>
      </w:r>
      <w:r>
        <w:br/>
      </w:r>
      <w:r>
        <w:rPr>
          <w:b/>
          <w:sz w:val="28"/>
        </w:rPr>
        <w:t>BÀI 18: TỚ NHỚ CẬU</w:t>
      </w:r>
      <w:r>
        <w:br/>
      </w:r>
      <w:r>
        <w:rPr>
          <w:b/>
          <w:sz w:val="28"/>
        </w:rPr>
        <w:t>TIẾT 3: VIẾT: NGHE - VIẾT: TỚ NHỚ CẬU; PHÂN BIỆT C/K, IÊU/ƯƠU, EN/ENG</w:t>
      </w:r>
    </w:p>
    <w:p w14:paraId="10A58944" w14:textId="77777777" w:rsidR="000B1924" w:rsidRDefault="00A975F8" w:rsidP="00807441">
      <w:pPr>
        <w:shd w:val="clear" w:color="auto" w:fill="FFFFFF" w:themeFill="background1"/>
        <w:spacing w:after="0" w:line="240" w:lineRule="auto"/>
      </w:pPr>
      <w:r>
        <w:rPr>
          <w:b/>
        </w:rPr>
        <w:t>I. YÊU CẦU CẦN ĐẠT</w:t>
      </w:r>
    </w:p>
    <w:p w14:paraId="398FC115" w14:textId="77777777" w:rsidR="000B1924" w:rsidRDefault="00A975F8" w:rsidP="00807441">
      <w:pPr>
        <w:shd w:val="clear" w:color="auto" w:fill="FFFFFF" w:themeFill="background1"/>
        <w:spacing w:after="0" w:line="240" w:lineRule="auto"/>
      </w:pPr>
      <w:r>
        <w:rPr>
          <w:b/>
        </w:rPr>
        <w:t>1. Năng lực đặc thù:</w:t>
      </w:r>
      <w:r>
        <w:br/>
        <w:t>- Nghe - viết đúng một đoạn trong bài Tớ nhớ cậu; biết viết hoa chữ cái đầu câu, đầu tên bài.</w:t>
      </w:r>
      <w:r>
        <w:br/>
        <w:t>- Làm đúng bài tập chính tả phân biệt c/k, iêu/ươu, en/eng.</w:t>
      </w:r>
      <w:r>
        <w:br/>
      </w:r>
      <w:r>
        <w:rPr>
          <w:b/>
        </w:rPr>
        <w:t>2. Năng lực chung:</w:t>
      </w:r>
      <w:r>
        <w:br/>
        <w:t>- Tự chủ và tự học: biết nghe kĩ, soát lỗi và sửa lỗi.</w:t>
      </w:r>
      <w:r>
        <w:br/>
        <w:t>- Giao tiếp và hợp tác: biết đổi vở, góp ý bài viết cho bạn.</w:t>
      </w:r>
      <w:r>
        <w:br/>
      </w:r>
      <w:r>
        <w:rPr>
          <w:b/>
        </w:rPr>
        <w:t>3. Phẩm chất:</w:t>
      </w:r>
      <w:r>
        <w:br/>
        <w:t>- Chăm chỉ, trách nhiệm: viết bài cẩn thận, sạch đẹp; yêu quý tình bạn.</w:t>
      </w:r>
    </w:p>
    <w:p w14:paraId="5AEF1220" w14:textId="77777777" w:rsidR="000B1924" w:rsidRDefault="00A975F8" w:rsidP="00807441">
      <w:pPr>
        <w:shd w:val="clear" w:color="auto" w:fill="FFFFFF" w:themeFill="background1"/>
        <w:spacing w:after="0" w:line="240" w:lineRule="auto"/>
      </w:pPr>
      <w:r>
        <w:rPr>
          <w:b/>
        </w:rPr>
        <w:t>II. ĐỒ DÙNG DẠY HỌC</w:t>
      </w:r>
    </w:p>
    <w:p w14:paraId="20974B1D" w14:textId="77777777" w:rsidR="000B1924" w:rsidRDefault="00A975F8" w:rsidP="00807441">
      <w:pPr>
        <w:shd w:val="clear" w:color="auto" w:fill="FFFFFF" w:themeFill="background1"/>
        <w:spacing w:after="0" w:line="240" w:lineRule="auto"/>
      </w:pPr>
      <w:r>
        <w:t>- GV: Máy tính, máy chiếu/tivi, tranh và câu bài tập cắt từ SGK, phiếu học tập.</w:t>
      </w:r>
      <w:r>
        <w:br/>
        <w:t>- HS: Vở ô li, Vở bài tập Tiếng Việt.</w:t>
      </w:r>
    </w:p>
    <w:p w14:paraId="67296A2E" w14:textId="77777777" w:rsidR="000B1924" w:rsidRDefault="00A975F8" w:rsidP="00807441">
      <w:pPr>
        <w:shd w:val="clear" w:color="auto" w:fill="FFFFFF" w:themeFill="background1"/>
        <w:spacing w:after="0" w:line="240" w:lineRule="auto"/>
      </w:pPr>
      <w:r>
        <w:rPr>
          <w:b/>
        </w:rPr>
        <w:t>III.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326"/>
        <w:gridCol w:w="5326"/>
      </w:tblGrid>
      <w:tr w:rsidR="000B1924" w14:paraId="70115F02" w14:textId="77777777" w:rsidTr="00807441">
        <w:trPr>
          <w:jc w:val="center"/>
        </w:trPr>
        <w:tc>
          <w:tcPr>
            <w:tcW w:w="4932" w:type="dxa"/>
            <w:tcBorders>
              <w:bottom w:val="single" w:sz="4" w:space="0" w:color="auto"/>
            </w:tcBorders>
            <w:shd w:val="clear" w:color="auto" w:fill="D9EAF7"/>
          </w:tcPr>
          <w:p w14:paraId="3ADB4DF6" w14:textId="77777777" w:rsidR="000B1924" w:rsidRDefault="00A975F8" w:rsidP="00807441">
            <w:pPr>
              <w:shd w:val="clear" w:color="auto" w:fill="FFFFFF" w:themeFill="background1"/>
              <w:jc w:val="center"/>
            </w:pPr>
            <w:r>
              <w:rPr>
                <w:b/>
              </w:rPr>
              <w:t>Hoạt động của giáo viên</w:t>
            </w:r>
          </w:p>
        </w:tc>
        <w:tc>
          <w:tcPr>
            <w:tcW w:w="4932" w:type="dxa"/>
            <w:tcBorders>
              <w:bottom w:val="single" w:sz="4" w:space="0" w:color="auto"/>
            </w:tcBorders>
            <w:shd w:val="clear" w:color="auto" w:fill="D9EAF7"/>
          </w:tcPr>
          <w:p w14:paraId="0A4ABBC0" w14:textId="77777777" w:rsidR="000B1924" w:rsidRDefault="00A975F8" w:rsidP="00807441">
            <w:pPr>
              <w:shd w:val="clear" w:color="auto" w:fill="FFFFFF" w:themeFill="background1"/>
              <w:jc w:val="center"/>
            </w:pPr>
            <w:r>
              <w:rPr>
                <w:b/>
              </w:rPr>
              <w:t>Hoạt động của học sinh</w:t>
            </w:r>
          </w:p>
        </w:tc>
      </w:tr>
      <w:tr w:rsidR="000B1924" w14:paraId="2A17EBAA" w14:textId="77777777" w:rsidTr="00807441">
        <w:trPr>
          <w:jc w:val="center"/>
        </w:trPr>
        <w:tc>
          <w:tcPr>
            <w:tcW w:w="10652" w:type="dxa"/>
            <w:gridSpan w:val="2"/>
            <w:tcBorders>
              <w:top w:val="single" w:sz="4" w:space="0" w:color="auto"/>
              <w:bottom w:val="single" w:sz="4" w:space="0" w:color="auto"/>
            </w:tcBorders>
            <w:shd w:val="clear" w:color="auto" w:fill="E2F0D9"/>
          </w:tcPr>
          <w:p w14:paraId="6576BAA6" w14:textId="77777777" w:rsidR="000B1924" w:rsidRDefault="00A975F8" w:rsidP="00807441">
            <w:pPr>
              <w:shd w:val="clear" w:color="auto" w:fill="FFFFFF" w:themeFill="background1"/>
            </w:pPr>
            <w:r>
              <w:rPr>
                <w:b/>
                <w:color w:val="007000"/>
              </w:rPr>
              <w:t>1. Khởi động (3 phút)</w:t>
            </w:r>
          </w:p>
          <w:p w14:paraId="16E353F0" w14:textId="77777777" w:rsidR="000B1924" w:rsidRDefault="00A975F8" w:rsidP="00807441">
            <w:pPr>
              <w:shd w:val="clear" w:color="auto" w:fill="FFFFFF" w:themeFill="background1"/>
            </w:pPr>
            <w:r>
              <w:rPr>
                <w:b/>
                <w:i/>
                <w:color w:val="007000"/>
              </w:rPr>
              <w:t xml:space="preserve"> Tạo hứng thú và kết nối với bài chính tả.</w:t>
            </w:r>
          </w:p>
        </w:tc>
      </w:tr>
      <w:tr w:rsidR="000B1924" w14:paraId="03FFDA49" w14:textId="77777777" w:rsidTr="00807441">
        <w:trPr>
          <w:jc w:val="center"/>
        </w:trPr>
        <w:tc>
          <w:tcPr>
            <w:tcW w:w="5326" w:type="dxa"/>
            <w:tcBorders>
              <w:top w:val="single" w:sz="4" w:space="0" w:color="auto"/>
              <w:bottom w:val="single" w:sz="4" w:space="0" w:color="auto"/>
            </w:tcBorders>
          </w:tcPr>
          <w:p w14:paraId="72B8AB8D" w14:textId="77777777" w:rsidR="000B1924" w:rsidRDefault="00A975F8" w:rsidP="00807441">
            <w:pPr>
              <w:shd w:val="clear" w:color="auto" w:fill="FFFFFF" w:themeFill="background1"/>
            </w:pPr>
            <w:r>
              <w:t>- Hát ngắn một bài về tình bạn và nêu tên bài đọc trước.</w:t>
            </w:r>
          </w:p>
        </w:tc>
        <w:tc>
          <w:tcPr>
            <w:tcW w:w="5326" w:type="dxa"/>
            <w:tcBorders>
              <w:top w:val="single" w:sz="4" w:space="0" w:color="auto"/>
              <w:bottom w:val="single" w:sz="4" w:space="0" w:color="auto"/>
            </w:tcBorders>
          </w:tcPr>
          <w:p w14:paraId="319A3569" w14:textId="77777777" w:rsidR="000B1924" w:rsidRDefault="00A975F8" w:rsidP="00807441">
            <w:pPr>
              <w:shd w:val="clear" w:color="auto" w:fill="FFFFFF" w:themeFill="background1"/>
            </w:pPr>
            <w:r>
              <w:t>- HS hát, trả lời: Bài đọc trước là Tớ nhớ cậu.</w:t>
            </w:r>
          </w:p>
        </w:tc>
      </w:tr>
      <w:tr w:rsidR="000B1924" w14:paraId="5CF31771" w14:textId="77777777" w:rsidTr="00807441">
        <w:trPr>
          <w:jc w:val="center"/>
        </w:trPr>
        <w:tc>
          <w:tcPr>
            <w:tcW w:w="10652" w:type="dxa"/>
            <w:gridSpan w:val="2"/>
            <w:tcBorders>
              <w:top w:val="single" w:sz="4" w:space="0" w:color="auto"/>
              <w:bottom w:val="single" w:sz="4" w:space="0" w:color="auto"/>
            </w:tcBorders>
            <w:shd w:val="clear" w:color="auto" w:fill="E2F0D9"/>
          </w:tcPr>
          <w:p w14:paraId="0965CD88" w14:textId="77777777" w:rsidR="000B1924" w:rsidRDefault="00A975F8" w:rsidP="00807441">
            <w:pPr>
              <w:shd w:val="clear" w:color="auto" w:fill="FFFFFF" w:themeFill="background1"/>
            </w:pPr>
            <w:r>
              <w:rPr>
                <w:b/>
                <w:color w:val="007000"/>
              </w:rPr>
              <w:t>2. Khám phá kiến thức (20 phút)</w:t>
            </w:r>
          </w:p>
          <w:p w14:paraId="218A97ED" w14:textId="77777777" w:rsidR="000B1924" w:rsidRDefault="00A975F8" w:rsidP="00807441">
            <w:pPr>
              <w:shd w:val="clear" w:color="auto" w:fill="FFFFFF" w:themeFill="background1"/>
            </w:pPr>
            <w:r>
              <w:rPr>
                <w:b/>
                <w:i/>
                <w:color w:val="007000"/>
              </w:rPr>
              <w:t xml:space="preserve"> Nghe - viết đúng đoạn chính tả, biết soát lỗi.</w:t>
            </w:r>
          </w:p>
        </w:tc>
      </w:tr>
      <w:tr w:rsidR="000B1924" w14:paraId="16F8CDCE" w14:textId="77777777" w:rsidTr="00807441">
        <w:trPr>
          <w:jc w:val="center"/>
        </w:trPr>
        <w:tc>
          <w:tcPr>
            <w:tcW w:w="5326" w:type="dxa"/>
            <w:tcBorders>
              <w:top w:val="single" w:sz="4" w:space="0" w:color="auto"/>
            </w:tcBorders>
          </w:tcPr>
          <w:p w14:paraId="74D73AAA" w14:textId="77777777" w:rsidR="000B1924" w:rsidRDefault="00A975F8" w:rsidP="00807441">
            <w:pPr>
              <w:shd w:val="clear" w:color="auto" w:fill="FFFFFF" w:themeFill="background1"/>
            </w:pPr>
            <w:r>
              <w:t>- GV nêu yêu cầu nghe - viết bài Tớ nhớ cậu.</w:t>
            </w:r>
          </w:p>
        </w:tc>
        <w:tc>
          <w:tcPr>
            <w:tcW w:w="5326" w:type="dxa"/>
            <w:tcBorders>
              <w:top w:val="single" w:sz="4" w:space="0" w:color="auto"/>
            </w:tcBorders>
          </w:tcPr>
          <w:p w14:paraId="7FF28C2E" w14:textId="77777777" w:rsidR="000B1924" w:rsidRDefault="00A975F8" w:rsidP="00807441">
            <w:pPr>
              <w:shd w:val="clear" w:color="auto" w:fill="FFFFFF" w:themeFill="background1"/>
            </w:pPr>
            <w:r>
              <w:t>- HS lắng nghe, chuẩn bị vở viết.</w:t>
            </w:r>
          </w:p>
        </w:tc>
      </w:tr>
      <w:tr w:rsidR="000B1924" w14:paraId="70A4F767" w14:textId="77777777" w:rsidTr="00807441">
        <w:trPr>
          <w:jc w:val="center"/>
        </w:trPr>
        <w:tc>
          <w:tcPr>
            <w:tcW w:w="5326" w:type="dxa"/>
          </w:tcPr>
          <w:p w14:paraId="61FC0C82" w14:textId="77777777" w:rsidR="000B1924" w:rsidRDefault="00A975F8" w:rsidP="00807441">
            <w:pPr>
              <w:shd w:val="clear" w:color="auto" w:fill="FFFFFF" w:themeFill="background1"/>
            </w:pPr>
            <w:r>
              <w:t>- GV đọc đoạn viết, yêu cầu HS theo dõi trong SGK.</w:t>
            </w:r>
          </w:p>
          <w:p w14:paraId="1D78CBAB" w14:textId="418EF01F" w:rsidR="000B1924" w:rsidRDefault="000B1924" w:rsidP="00807441">
            <w:pPr>
              <w:shd w:val="clear" w:color="auto" w:fill="FFFFFF" w:themeFill="background1"/>
              <w:jc w:val="center"/>
            </w:pPr>
          </w:p>
        </w:tc>
        <w:tc>
          <w:tcPr>
            <w:tcW w:w="5326" w:type="dxa"/>
          </w:tcPr>
          <w:p w14:paraId="3E2A1CF0" w14:textId="77777777" w:rsidR="000B1924" w:rsidRDefault="00A975F8" w:rsidP="00807441">
            <w:pPr>
              <w:shd w:val="clear" w:color="auto" w:fill="FFFFFF" w:themeFill="background1"/>
            </w:pPr>
            <w:r>
              <w:t>- HS lắng nghe, theo dõi đoạn viết.</w:t>
            </w:r>
          </w:p>
        </w:tc>
      </w:tr>
      <w:tr w:rsidR="000B1924" w14:paraId="58800566" w14:textId="77777777" w:rsidTr="00807441">
        <w:trPr>
          <w:jc w:val="center"/>
        </w:trPr>
        <w:tc>
          <w:tcPr>
            <w:tcW w:w="5326" w:type="dxa"/>
          </w:tcPr>
          <w:p w14:paraId="03B430EB" w14:textId="77777777" w:rsidR="000B1924" w:rsidRDefault="00A975F8" w:rsidP="00807441">
            <w:pPr>
              <w:shd w:val="clear" w:color="auto" w:fill="FFFFFF" w:themeFill="background1"/>
            </w:pPr>
            <w:r>
              <w:t>- Khi chia tay sóc, kiến cảm thấy như thế nào?</w:t>
            </w:r>
          </w:p>
        </w:tc>
        <w:tc>
          <w:tcPr>
            <w:tcW w:w="5326" w:type="dxa"/>
          </w:tcPr>
          <w:p w14:paraId="32C55CA5" w14:textId="77777777" w:rsidR="000B1924" w:rsidRDefault="00A975F8" w:rsidP="00807441">
            <w:pPr>
              <w:shd w:val="clear" w:color="auto" w:fill="FFFFFF" w:themeFill="background1"/>
            </w:pPr>
            <w:r>
              <w:t>- HS trả lời: Kiến cảm thấy rất buồn và nhớ sóc.</w:t>
            </w:r>
          </w:p>
        </w:tc>
      </w:tr>
      <w:tr w:rsidR="000B1924" w14:paraId="39B4F9B7" w14:textId="77777777" w:rsidTr="00807441">
        <w:trPr>
          <w:jc w:val="center"/>
        </w:trPr>
        <w:tc>
          <w:tcPr>
            <w:tcW w:w="5326" w:type="dxa"/>
          </w:tcPr>
          <w:p w14:paraId="425C03A1" w14:textId="77777777" w:rsidR="000B1924" w:rsidRDefault="00A975F8" w:rsidP="00807441">
            <w:pPr>
              <w:shd w:val="clear" w:color="auto" w:fill="FFFFFF" w:themeFill="background1"/>
            </w:pPr>
            <w:r>
              <w:t>- Đoạn văn có những chữ nào cần viết hoa?</w:t>
            </w:r>
          </w:p>
        </w:tc>
        <w:tc>
          <w:tcPr>
            <w:tcW w:w="5326" w:type="dxa"/>
          </w:tcPr>
          <w:p w14:paraId="5F040EB4" w14:textId="77777777" w:rsidR="000B1924" w:rsidRDefault="00A975F8" w:rsidP="00807441">
            <w:pPr>
              <w:shd w:val="clear" w:color="auto" w:fill="FFFFFF" w:themeFill="background1"/>
            </w:pPr>
            <w:r>
              <w:t>- HS trả lời: Viết hoa chữ đầu tên bài, chữ đầu câu và chữ sau dấu chấm.</w:t>
            </w:r>
          </w:p>
        </w:tc>
      </w:tr>
      <w:tr w:rsidR="000B1924" w14:paraId="2221CE70" w14:textId="77777777" w:rsidTr="00807441">
        <w:trPr>
          <w:jc w:val="center"/>
        </w:trPr>
        <w:tc>
          <w:tcPr>
            <w:tcW w:w="5326" w:type="dxa"/>
          </w:tcPr>
          <w:p w14:paraId="6EDCB1A7" w14:textId="77777777" w:rsidR="000B1924" w:rsidRDefault="00A975F8" w:rsidP="00807441">
            <w:pPr>
              <w:shd w:val="clear" w:color="auto" w:fill="FFFFFF" w:themeFill="background1"/>
            </w:pPr>
            <w:r>
              <w:t>- Nêu các chữ dễ viết sai.</w:t>
            </w:r>
          </w:p>
        </w:tc>
        <w:tc>
          <w:tcPr>
            <w:tcW w:w="5326" w:type="dxa"/>
          </w:tcPr>
          <w:p w14:paraId="23983B25" w14:textId="77777777" w:rsidR="000B1924" w:rsidRDefault="00A975F8" w:rsidP="00807441">
            <w:pPr>
              <w:shd w:val="clear" w:color="auto" w:fill="FFFFFF" w:themeFill="background1"/>
            </w:pPr>
            <w:r>
              <w:t xml:space="preserve">- HS nêu: chuyển, rừng, buồn, nhớ, nắn nót, cặm </w:t>
            </w:r>
            <w:r>
              <w:lastRenderedPageBreak/>
              <w:t>cụi.</w:t>
            </w:r>
          </w:p>
        </w:tc>
      </w:tr>
      <w:tr w:rsidR="000B1924" w14:paraId="44C63131" w14:textId="77777777" w:rsidTr="00807441">
        <w:trPr>
          <w:jc w:val="center"/>
        </w:trPr>
        <w:tc>
          <w:tcPr>
            <w:tcW w:w="5326" w:type="dxa"/>
          </w:tcPr>
          <w:p w14:paraId="05F969EB" w14:textId="77777777" w:rsidR="000B1924" w:rsidRDefault="00A975F8" w:rsidP="00807441">
            <w:pPr>
              <w:shd w:val="clear" w:color="auto" w:fill="FFFFFF" w:themeFill="background1"/>
            </w:pPr>
            <w:r>
              <w:lastRenderedPageBreak/>
              <w:t>- Viết nháp một số chữ dễ viết sai.</w:t>
            </w:r>
          </w:p>
        </w:tc>
        <w:tc>
          <w:tcPr>
            <w:tcW w:w="5326" w:type="dxa"/>
          </w:tcPr>
          <w:p w14:paraId="4C611DEF" w14:textId="77777777" w:rsidR="000B1924" w:rsidRDefault="00A975F8" w:rsidP="00807441">
            <w:pPr>
              <w:shd w:val="clear" w:color="auto" w:fill="FFFFFF" w:themeFill="background1"/>
            </w:pPr>
            <w:r>
              <w:t>- HS viết nháp/bảng con: chuyển, rừng, buồn, nhớ.</w:t>
            </w:r>
          </w:p>
        </w:tc>
      </w:tr>
      <w:tr w:rsidR="000B1924" w14:paraId="26B0B73C" w14:textId="77777777" w:rsidTr="00807441">
        <w:trPr>
          <w:jc w:val="center"/>
        </w:trPr>
        <w:tc>
          <w:tcPr>
            <w:tcW w:w="5326" w:type="dxa"/>
          </w:tcPr>
          <w:p w14:paraId="0259F6B4" w14:textId="77777777" w:rsidR="000B1924" w:rsidRDefault="00A975F8" w:rsidP="00807441">
            <w:pPr>
              <w:shd w:val="clear" w:color="auto" w:fill="FFFFFF" w:themeFill="background1"/>
            </w:pPr>
            <w:r>
              <w:t>- GV đọc cho HS viết bài vào vở.</w:t>
            </w:r>
          </w:p>
        </w:tc>
        <w:tc>
          <w:tcPr>
            <w:tcW w:w="5326" w:type="dxa"/>
          </w:tcPr>
          <w:p w14:paraId="5059F8F5" w14:textId="77777777" w:rsidR="000B1924" w:rsidRDefault="00A975F8" w:rsidP="00807441">
            <w:pPr>
              <w:shd w:val="clear" w:color="auto" w:fill="FFFFFF" w:themeFill="background1"/>
            </w:pPr>
            <w:r>
              <w:t>- HS nghe - viết vào vở, trình bày sạch đẹp.</w:t>
            </w:r>
          </w:p>
        </w:tc>
      </w:tr>
      <w:tr w:rsidR="000B1924" w14:paraId="1D3E6B30" w14:textId="77777777" w:rsidTr="00807441">
        <w:trPr>
          <w:jc w:val="center"/>
        </w:trPr>
        <w:tc>
          <w:tcPr>
            <w:tcW w:w="5326" w:type="dxa"/>
          </w:tcPr>
          <w:p w14:paraId="64723650" w14:textId="77777777" w:rsidR="000B1924" w:rsidRDefault="00A975F8" w:rsidP="00807441">
            <w:pPr>
              <w:shd w:val="clear" w:color="auto" w:fill="FFFFFF" w:themeFill="background1"/>
            </w:pPr>
            <w:r>
              <w:t>- GV đọc lại cho HS soát lỗi.</w:t>
            </w:r>
          </w:p>
        </w:tc>
        <w:tc>
          <w:tcPr>
            <w:tcW w:w="5326" w:type="dxa"/>
          </w:tcPr>
          <w:p w14:paraId="0C9A79C6" w14:textId="77777777" w:rsidR="000B1924" w:rsidRDefault="00A975F8" w:rsidP="00807441">
            <w:pPr>
              <w:shd w:val="clear" w:color="auto" w:fill="FFFFFF" w:themeFill="background1"/>
            </w:pPr>
            <w:r>
              <w:t>- HS soát lỗi lần 1; đổi vở cho bạn soát lỗi lần 2.</w:t>
            </w:r>
          </w:p>
        </w:tc>
      </w:tr>
      <w:tr w:rsidR="000B1924" w14:paraId="76AD5F58" w14:textId="77777777" w:rsidTr="00807441">
        <w:trPr>
          <w:jc w:val="center"/>
        </w:trPr>
        <w:tc>
          <w:tcPr>
            <w:tcW w:w="5326" w:type="dxa"/>
            <w:tcBorders>
              <w:bottom w:val="single" w:sz="4" w:space="0" w:color="auto"/>
            </w:tcBorders>
          </w:tcPr>
          <w:p w14:paraId="7EA2C422" w14:textId="77777777" w:rsidR="000B1924" w:rsidRDefault="00A975F8" w:rsidP="00807441">
            <w:pPr>
              <w:shd w:val="clear" w:color="auto" w:fill="FFFFFF" w:themeFill="background1"/>
            </w:pPr>
            <w:r>
              <w:t>- GV kết luận: Nghe kĩ, viết chậm và soát lỗi giúp bài chính tả chính xác hơn.</w:t>
            </w:r>
          </w:p>
        </w:tc>
        <w:tc>
          <w:tcPr>
            <w:tcW w:w="5326" w:type="dxa"/>
            <w:tcBorders>
              <w:bottom w:val="single" w:sz="4" w:space="0" w:color="auto"/>
            </w:tcBorders>
          </w:tcPr>
          <w:p w14:paraId="454B594B" w14:textId="77777777" w:rsidR="000B1924" w:rsidRDefault="00A975F8" w:rsidP="00807441">
            <w:pPr>
              <w:shd w:val="clear" w:color="auto" w:fill="FFFFFF" w:themeFill="background1"/>
            </w:pPr>
            <w:r>
              <w:t>- HS ghi nhớ cách viết bài chính tả.</w:t>
            </w:r>
          </w:p>
        </w:tc>
      </w:tr>
      <w:tr w:rsidR="000B1924" w14:paraId="117645A3" w14:textId="77777777" w:rsidTr="00807441">
        <w:trPr>
          <w:jc w:val="center"/>
        </w:trPr>
        <w:tc>
          <w:tcPr>
            <w:tcW w:w="10652" w:type="dxa"/>
            <w:gridSpan w:val="2"/>
            <w:tcBorders>
              <w:top w:val="single" w:sz="4" w:space="0" w:color="auto"/>
              <w:bottom w:val="single" w:sz="4" w:space="0" w:color="auto"/>
            </w:tcBorders>
            <w:shd w:val="clear" w:color="auto" w:fill="E2F0D9"/>
          </w:tcPr>
          <w:p w14:paraId="742FAFA6" w14:textId="77777777" w:rsidR="000B1924" w:rsidRDefault="00A975F8" w:rsidP="00807441">
            <w:pPr>
              <w:shd w:val="clear" w:color="auto" w:fill="FFFFFF" w:themeFill="background1"/>
            </w:pPr>
            <w:r>
              <w:rPr>
                <w:b/>
                <w:color w:val="007000"/>
              </w:rPr>
              <w:t>3. Thực hành (9 phút)</w:t>
            </w:r>
          </w:p>
          <w:p w14:paraId="647256BC" w14:textId="77777777" w:rsidR="000B1924" w:rsidRDefault="00A975F8" w:rsidP="00807441">
            <w:pPr>
              <w:shd w:val="clear" w:color="auto" w:fill="FFFFFF" w:themeFill="background1"/>
            </w:pPr>
            <w:r>
              <w:rPr>
                <w:b/>
                <w:i/>
                <w:color w:val="007000"/>
              </w:rPr>
              <w:t xml:space="preserve"> Làm bài tập chính tả, ghi đáp án cụ thể.</w:t>
            </w:r>
          </w:p>
        </w:tc>
      </w:tr>
      <w:tr w:rsidR="000B1924" w14:paraId="21872C58" w14:textId="77777777" w:rsidTr="00807441">
        <w:trPr>
          <w:jc w:val="center"/>
        </w:trPr>
        <w:tc>
          <w:tcPr>
            <w:tcW w:w="5326" w:type="dxa"/>
            <w:tcBorders>
              <w:top w:val="single" w:sz="4" w:space="0" w:color="auto"/>
            </w:tcBorders>
          </w:tcPr>
          <w:p w14:paraId="015A41CE" w14:textId="77777777" w:rsidR="000B1924" w:rsidRDefault="00A975F8" w:rsidP="00807441">
            <w:pPr>
              <w:shd w:val="clear" w:color="auto" w:fill="FFFFFF" w:themeFill="background1"/>
            </w:pPr>
            <w:r>
              <w:rPr>
                <w:b/>
              </w:rPr>
              <w:t>Bài tập 2: Tìm từ ngữ có tiếng bắt đầu bằng c hoặc k gọi tên mỗi con vật trong hình.</w:t>
            </w:r>
          </w:p>
        </w:tc>
        <w:tc>
          <w:tcPr>
            <w:tcW w:w="5326" w:type="dxa"/>
            <w:tcBorders>
              <w:top w:val="single" w:sz="4" w:space="0" w:color="auto"/>
            </w:tcBorders>
          </w:tcPr>
          <w:p w14:paraId="7E9B292A" w14:textId="77777777" w:rsidR="000B1924" w:rsidRDefault="00A975F8" w:rsidP="00807441">
            <w:pPr>
              <w:shd w:val="clear" w:color="auto" w:fill="FFFFFF" w:themeFill="background1"/>
            </w:pPr>
            <w:r>
              <w:t>- HS xác định yêu cầu bài tập.</w:t>
            </w:r>
          </w:p>
        </w:tc>
      </w:tr>
      <w:tr w:rsidR="000B1924" w14:paraId="4D4C52F7" w14:textId="77777777" w:rsidTr="00807441">
        <w:trPr>
          <w:jc w:val="center"/>
        </w:trPr>
        <w:tc>
          <w:tcPr>
            <w:tcW w:w="5326" w:type="dxa"/>
          </w:tcPr>
          <w:p w14:paraId="59BCE331" w14:textId="77777777" w:rsidR="000B1924" w:rsidRDefault="00A975F8" w:rsidP="00807441">
            <w:pPr>
              <w:shd w:val="clear" w:color="auto" w:fill="FFFFFF" w:themeFill="background1"/>
            </w:pPr>
            <w:r>
              <w:t>- GV yêu cầu HS đọc đề bài.</w:t>
            </w:r>
          </w:p>
          <w:p w14:paraId="3E64A39F" w14:textId="239EA224" w:rsidR="000B1924" w:rsidRDefault="000B1924" w:rsidP="00807441">
            <w:pPr>
              <w:shd w:val="clear" w:color="auto" w:fill="FFFFFF" w:themeFill="background1"/>
              <w:jc w:val="center"/>
            </w:pPr>
          </w:p>
        </w:tc>
        <w:tc>
          <w:tcPr>
            <w:tcW w:w="5326" w:type="dxa"/>
          </w:tcPr>
          <w:p w14:paraId="35E5D5EA" w14:textId="77777777" w:rsidR="000B1924" w:rsidRDefault="00A975F8" w:rsidP="00807441">
            <w:pPr>
              <w:shd w:val="clear" w:color="auto" w:fill="FFFFFF" w:themeFill="background1"/>
            </w:pPr>
            <w:r>
              <w:t>- HS đọc: Tìm từ ngữ có tiếng bắt đầu bằng c hoặc k gọi tên mỗi con vật trong hình.</w:t>
            </w:r>
          </w:p>
        </w:tc>
      </w:tr>
      <w:tr w:rsidR="000B1924" w14:paraId="5D19021A" w14:textId="77777777" w:rsidTr="00807441">
        <w:trPr>
          <w:jc w:val="center"/>
        </w:trPr>
        <w:tc>
          <w:tcPr>
            <w:tcW w:w="5326" w:type="dxa"/>
          </w:tcPr>
          <w:p w14:paraId="0417A939" w14:textId="77777777" w:rsidR="000B1924" w:rsidRDefault="00A975F8" w:rsidP="00807441">
            <w:pPr>
              <w:shd w:val="clear" w:color="auto" w:fill="FFFFFF" w:themeFill="background1"/>
            </w:pPr>
            <w:r>
              <w:t>- HS làm cá nhân vào vở bài tập, sau đó trao đổi nhóm 2.</w:t>
            </w:r>
          </w:p>
        </w:tc>
        <w:tc>
          <w:tcPr>
            <w:tcW w:w="5326" w:type="dxa"/>
          </w:tcPr>
          <w:p w14:paraId="1AC39ADE" w14:textId="77777777" w:rsidR="000B1924" w:rsidRDefault="00A975F8" w:rsidP="00807441">
            <w:pPr>
              <w:shd w:val="clear" w:color="auto" w:fill="FFFFFF" w:themeFill="background1"/>
            </w:pPr>
            <w:r>
              <w:t>- HS làm bài: con cua, con công, con kì đà, con kiến.</w:t>
            </w:r>
          </w:p>
        </w:tc>
      </w:tr>
      <w:tr w:rsidR="000B1924" w14:paraId="36570F1C" w14:textId="77777777" w:rsidTr="00807441">
        <w:trPr>
          <w:jc w:val="center"/>
        </w:trPr>
        <w:tc>
          <w:tcPr>
            <w:tcW w:w="5326" w:type="dxa"/>
          </w:tcPr>
          <w:p w14:paraId="237275EA" w14:textId="77777777" w:rsidR="000B1924" w:rsidRDefault="00A975F8" w:rsidP="00807441">
            <w:pPr>
              <w:shd w:val="clear" w:color="auto" w:fill="FFFFFF" w:themeFill="background1"/>
            </w:pPr>
            <w:r>
              <w:t>- GV gọi HS trình bày và sửa bài.</w:t>
            </w:r>
          </w:p>
        </w:tc>
        <w:tc>
          <w:tcPr>
            <w:tcW w:w="5326" w:type="dxa"/>
          </w:tcPr>
          <w:p w14:paraId="79225D02" w14:textId="77777777" w:rsidR="000B1924" w:rsidRDefault="00A975F8" w:rsidP="00807441">
            <w:pPr>
              <w:shd w:val="clear" w:color="auto" w:fill="FFFFFF" w:themeFill="background1"/>
            </w:pPr>
            <w:r>
              <w:t>- HS đọc đáp án: cua, công, kì đà, kiến.</w:t>
            </w:r>
          </w:p>
        </w:tc>
      </w:tr>
      <w:tr w:rsidR="000B1924" w14:paraId="7E0C16CB" w14:textId="77777777" w:rsidTr="00807441">
        <w:trPr>
          <w:jc w:val="center"/>
        </w:trPr>
        <w:tc>
          <w:tcPr>
            <w:tcW w:w="5326" w:type="dxa"/>
          </w:tcPr>
          <w:p w14:paraId="44EB88E7" w14:textId="77777777" w:rsidR="000B1924" w:rsidRDefault="00A975F8" w:rsidP="00807441">
            <w:pPr>
              <w:shd w:val="clear" w:color="auto" w:fill="FFFFFF" w:themeFill="background1"/>
            </w:pPr>
            <w:r>
              <w:t>- GV kết luận: Trước e, ê, i thường viết k; trước a, o, u thường viết c.</w:t>
            </w:r>
          </w:p>
        </w:tc>
        <w:tc>
          <w:tcPr>
            <w:tcW w:w="5326" w:type="dxa"/>
          </w:tcPr>
          <w:p w14:paraId="1AEFD6B1" w14:textId="77777777" w:rsidR="000B1924" w:rsidRDefault="00A975F8" w:rsidP="00807441">
            <w:pPr>
              <w:shd w:val="clear" w:color="auto" w:fill="FFFFFF" w:themeFill="background1"/>
            </w:pPr>
            <w:r>
              <w:t>- HS ghi nhớ quy tắc c/k.</w:t>
            </w:r>
          </w:p>
        </w:tc>
      </w:tr>
      <w:tr w:rsidR="000B1924" w14:paraId="086B3E70" w14:textId="77777777" w:rsidTr="00807441">
        <w:trPr>
          <w:jc w:val="center"/>
        </w:trPr>
        <w:tc>
          <w:tcPr>
            <w:tcW w:w="5326" w:type="dxa"/>
          </w:tcPr>
          <w:p w14:paraId="30D3696D" w14:textId="77777777" w:rsidR="000B1924" w:rsidRDefault="00A975F8" w:rsidP="00807441">
            <w:pPr>
              <w:shd w:val="clear" w:color="auto" w:fill="FFFFFF" w:themeFill="background1"/>
            </w:pPr>
            <w:r>
              <w:rPr>
                <w:b/>
              </w:rPr>
              <w:t>Bài tập 3: Chọn tiếng chứa iêu hoặc ươu; tìm từ ngữ có tiếng chứa en hoặc eng.</w:t>
            </w:r>
          </w:p>
        </w:tc>
        <w:tc>
          <w:tcPr>
            <w:tcW w:w="5326" w:type="dxa"/>
          </w:tcPr>
          <w:p w14:paraId="398041DB" w14:textId="77777777" w:rsidR="000B1924" w:rsidRDefault="00A975F8" w:rsidP="00807441">
            <w:pPr>
              <w:shd w:val="clear" w:color="auto" w:fill="FFFFFF" w:themeFill="background1"/>
            </w:pPr>
            <w:r>
              <w:t>- HS xác định yêu cầu bài tập.</w:t>
            </w:r>
          </w:p>
        </w:tc>
      </w:tr>
      <w:tr w:rsidR="000B1924" w14:paraId="083B8FE6" w14:textId="77777777" w:rsidTr="00807441">
        <w:trPr>
          <w:jc w:val="center"/>
        </w:trPr>
        <w:tc>
          <w:tcPr>
            <w:tcW w:w="5326" w:type="dxa"/>
          </w:tcPr>
          <w:p w14:paraId="1546F3EE" w14:textId="77777777" w:rsidR="000B1924" w:rsidRDefault="00A975F8" w:rsidP="00807441">
            <w:pPr>
              <w:shd w:val="clear" w:color="auto" w:fill="FFFFFF" w:themeFill="background1"/>
            </w:pPr>
            <w:r>
              <w:t>- GV yêu cầu HS đọc đề bài.</w:t>
            </w:r>
          </w:p>
          <w:p w14:paraId="5E08AF80" w14:textId="77777777" w:rsidR="000B1924" w:rsidRDefault="00A975F8" w:rsidP="00807441">
            <w:pPr>
              <w:shd w:val="clear" w:color="auto" w:fill="FFFFFF" w:themeFill="background1"/>
              <w:jc w:val="center"/>
            </w:pPr>
            <w:r>
              <w:rPr>
                <w:noProof/>
                <w:lang w:val="vi-VN" w:eastAsia="vi-VN"/>
              </w:rPr>
              <w:drawing>
                <wp:inline distT="0" distB="0" distL="0" distR="0" wp14:anchorId="637F4AF8" wp14:editId="256BF5BF">
                  <wp:extent cx="2520000" cy="100333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c_bt3_chon.png"/>
                          <pic:cNvPicPr/>
                        </pic:nvPicPr>
                        <pic:blipFill>
                          <a:blip r:embed="rId8"/>
                          <a:stretch>
                            <a:fillRect/>
                          </a:stretch>
                        </pic:blipFill>
                        <pic:spPr>
                          <a:xfrm>
                            <a:off x="0" y="0"/>
                            <a:ext cx="2520000" cy="1003333"/>
                          </a:xfrm>
                          <a:prstGeom prst="rect">
                            <a:avLst/>
                          </a:prstGeom>
                        </pic:spPr>
                      </pic:pic>
                    </a:graphicData>
                  </a:graphic>
                </wp:inline>
              </w:drawing>
            </w:r>
          </w:p>
        </w:tc>
        <w:tc>
          <w:tcPr>
            <w:tcW w:w="5326" w:type="dxa"/>
          </w:tcPr>
          <w:p w14:paraId="0E41AAA1" w14:textId="77777777" w:rsidR="000B1924" w:rsidRDefault="00A975F8" w:rsidP="00807441">
            <w:pPr>
              <w:shd w:val="clear" w:color="auto" w:fill="FFFFFF" w:themeFill="background1"/>
            </w:pPr>
            <w:r>
              <w:t>- HS đọc yêu cầu bài tập 3.</w:t>
            </w:r>
          </w:p>
        </w:tc>
      </w:tr>
      <w:tr w:rsidR="000B1924" w14:paraId="2FEFC100" w14:textId="77777777" w:rsidTr="00807441">
        <w:trPr>
          <w:jc w:val="center"/>
        </w:trPr>
        <w:tc>
          <w:tcPr>
            <w:tcW w:w="5326" w:type="dxa"/>
          </w:tcPr>
          <w:p w14:paraId="700C20E0" w14:textId="77777777" w:rsidR="000B1924" w:rsidRDefault="00A975F8" w:rsidP="00807441">
            <w:pPr>
              <w:shd w:val="clear" w:color="auto" w:fill="FFFFFF" w:themeFill="background1"/>
            </w:pPr>
            <w:r>
              <w:t>- HS thảo luận nhóm 2 để chọn tiếng phù hợp.</w:t>
            </w:r>
          </w:p>
        </w:tc>
        <w:tc>
          <w:tcPr>
            <w:tcW w:w="5326" w:type="dxa"/>
          </w:tcPr>
          <w:p w14:paraId="1C5625AB" w14:textId="77777777" w:rsidR="000B1924" w:rsidRDefault="00A975F8" w:rsidP="00807441">
            <w:pPr>
              <w:shd w:val="clear" w:color="auto" w:fill="FFFFFF" w:themeFill="background1"/>
            </w:pPr>
            <w:r>
              <w:t>- HS làm bài: nhiều, hươu, khướu.</w:t>
            </w:r>
          </w:p>
        </w:tc>
      </w:tr>
      <w:tr w:rsidR="000B1924" w14:paraId="2F3F90DB" w14:textId="77777777" w:rsidTr="00807441">
        <w:trPr>
          <w:jc w:val="center"/>
        </w:trPr>
        <w:tc>
          <w:tcPr>
            <w:tcW w:w="5326" w:type="dxa"/>
          </w:tcPr>
          <w:p w14:paraId="1BCBF977" w14:textId="77777777" w:rsidR="000B1924" w:rsidRDefault="00A975F8" w:rsidP="00807441">
            <w:pPr>
              <w:shd w:val="clear" w:color="auto" w:fill="FFFFFF" w:themeFill="background1"/>
            </w:pPr>
            <w:r>
              <w:t>- HS làm nhóm 4, tìm thêm từ chứa en hoặc eng.</w:t>
            </w:r>
          </w:p>
        </w:tc>
        <w:tc>
          <w:tcPr>
            <w:tcW w:w="5326" w:type="dxa"/>
          </w:tcPr>
          <w:p w14:paraId="7B2E033F" w14:textId="77777777" w:rsidR="000B1924" w:rsidRDefault="00A975F8" w:rsidP="00807441">
            <w:pPr>
              <w:shd w:val="clear" w:color="auto" w:fill="FFFFFF" w:themeFill="background1"/>
            </w:pPr>
            <w:r>
              <w:t>- HS nêu: dế mèn, bẽn lẽn, xen kẽ, len lỏi; cái xẻng, xà beng, leng keng.</w:t>
            </w:r>
          </w:p>
        </w:tc>
      </w:tr>
      <w:tr w:rsidR="000B1924" w14:paraId="259283C6" w14:textId="77777777" w:rsidTr="00807441">
        <w:trPr>
          <w:jc w:val="center"/>
        </w:trPr>
        <w:tc>
          <w:tcPr>
            <w:tcW w:w="5326" w:type="dxa"/>
            <w:tcBorders>
              <w:bottom w:val="single" w:sz="4" w:space="0" w:color="auto"/>
            </w:tcBorders>
          </w:tcPr>
          <w:p w14:paraId="34A4FCE6" w14:textId="77777777" w:rsidR="000B1924" w:rsidRDefault="00A975F8" w:rsidP="00807441">
            <w:pPr>
              <w:shd w:val="clear" w:color="auto" w:fill="FFFFFF" w:themeFill="background1"/>
            </w:pPr>
            <w:r>
              <w:t>- GV gọi HS trình bày và kết luận đáp án.</w:t>
            </w:r>
          </w:p>
        </w:tc>
        <w:tc>
          <w:tcPr>
            <w:tcW w:w="5326" w:type="dxa"/>
            <w:tcBorders>
              <w:bottom w:val="single" w:sz="4" w:space="0" w:color="auto"/>
            </w:tcBorders>
          </w:tcPr>
          <w:p w14:paraId="3886C724" w14:textId="77777777" w:rsidR="000B1924" w:rsidRDefault="00A975F8" w:rsidP="00807441">
            <w:pPr>
              <w:shd w:val="clear" w:color="auto" w:fill="FFFFFF" w:themeFill="background1"/>
            </w:pPr>
            <w:r>
              <w:t>- HS sửa bài và ghi nhớ đáp án đúng.</w:t>
            </w:r>
          </w:p>
        </w:tc>
      </w:tr>
      <w:tr w:rsidR="000B1924" w14:paraId="3008D491" w14:textId="77777777" w:rsidTr="00807441">
        <w:trPr>
          <w:jc w:val="center"/>
        </w:trPr>
        <w:tc>
          <w:tcPr>
            <w:tcW w:w="10652" w:type="dxa"/>
            <w:gridSpan w:val="2"/>
            <w:tcBorders>
              <w:top w:val="single" w:sz="4" w:space="0" w:color="auto"/>
              <w:bottom w:val="single" w:sz="4" w:space="0" w:color="auto"/>
            </w:tcBorders>
            <w:shd w:val="clear" w:color="auto" w:fill="E2F0D9"/>
          </w:tcPr>
          <w:p w14:paraId="00D618A7" w14:textId="77777777" w:rsidR="000B1924" w:rsidRDefault="00A975F8" w:rsidP="00807441">
            <w:pPr>
              <w:shd w:val="clear" w:color="auto" w:fill="FFFFFF" w:themeFill="background1"/>
            </w:pPr>
            <w:r>
              <w:rPr>
                <w:b/>
                <w:color w:val="007000"/>
              </w:rPr>
              <w:t>4. Vận dụng (3 phút)</w:t>
            </w:r>
          </w:p>
          <w:p w14:paraId="307C6A5A" w14:textId="77777777" w:rsidR="000B1924" w:rsidRDefault="00A975F8" w:rsidP="00807441">
            <w:pPr>
              <w:shd w:val="clear" w:color="auto" w:fill="FFFFFF" w:themeFill="background1"/>
            </w:pPr>
            <w:r>
              <w:rPr>
                <w:b/>
                <w:i/>
                <w:color w:val="007000"/>
              </w:rPr>
              <w:t xml:space="preserve"> Củng cố chính tả đã học.</w:t>
            </w:r>
          </w:p>
        </w:tc>
      </w:tr>
      <w:tr w:rsidR="000B1924" w14:paraId="04DB61B6" w14:textId="77777777" w:rsidTr="00807441">
        <w:trPr>
          <w:jc w:val="center"/>
        </w:trPr>
        <w:tc>
          <w:tcPr>
            <w:tcW w:w="5326" w:type="dxa"/>
            <w:tcBorders>
              <w:top w:val="single" w:sz="4" w:space="0" w:color="auto"/>
            </w:tcBorders>
          </w:tcPr>
          <w:p w14:paraId="5DCF83CC" w14:textId="77777777" w:rsidR="000B1924" w:rsidRDefault="00A975F8" w:rsidP="00807441">
            <w:pPr>
              <w:shd w:val="clear" w:color="auto" w:fill="FFFFFF" w:themeFill="background1"/>
            </w:pPr>
            <w:r>
              <w:t>- Nêu một từ bắt đầu bằng c và một từ bắt đầu bằng k.</w:t>
            </w:r>
          </w:p>
        </w:tc>
        <w:tc>
          <w:tcPr>
            <w:tcW w:w="5326" w:type="dxa"/>
            <w:tcBorders>
              <w:top w:val="single" w:sz="4" w:space="0" w:color="auto"/>
            </w:tcBorders>
          </w:tcPr>
          <w:p w14:paraId="7D000561" w14:textId="77777777" w:rsidR="000B1924" w:rsidRDefault="00A975F8" w:rsidP="00807441">
            <w:pPr>
              <w:shd w:val="clear" w:color="auto" w:fill="FFFFFF" w:themeFill="background1"/>
            </w:pPr>
            <w:r>
              <w:t>- HS nêu: cua, cá; kiến, kì đà.</w:t>
            </w:r>
          </w:p>
        </w:tc>
      </w:tr>
      <w:tr w:rsidR="000B1924" w14:paraId="642BABA0" w14:textId="77777777" w:rsidTr="00807441">
        <w:trPr>
          <w:jc w:val="center"/>
        </w:trPr>
        <w:tc>
          <w:tcPr>
            <w:tcW w:w="5326" w:type="dxa"/>
          </w:tcPr>
          <w:p w14:paraId="6F40462D" w14:textId="77777777" w:rsidR="000B1924" w:rsidRDefault="00A975F8" w:rsidP="00807441">
            <w:pPr>
              <w:shd w:val="clear" w:color="auto" w:fill="FFFFFF" w:themeFill="background1"/>
            </w:pPr>
            <w:r>
              <w:t>- Dặn HS về nhà viết lại các từ đã sai nếu có.</w:t>
            </w:r>
          </w:p>
        </w:tc>
        <w:tc>
          <w:tcPr>
            <w:tcW w:w="5326" w:type="dxa"/>
          </w:tcPr>
          <w:p w14:paraId="0FD11BFE" w14:textId="77777777" w:rsidR="000B1924" w:rsidRDefault="00A975F8" w:rsidP="00807441">
            <w:pPr>
              <w:shd w:val="clear" w:color="auto" w:fill="FFFFFF" w:themeFill="background1"/>
            </w:pPr>
            <w:r>
              <w:t>- HS ghi nhớ nhiệm vụ.</w:t>
            </w:r>
          </w:p>
        </w:tc>
      </w:tr>
    </w:tbl>
    <w:p w14:paraId="7A63F67B" w14:textId="77777777" w:rsidR="000B1924" w:rsidRDefault="00A975F8" w:rsidP="00807441">
      <w:pPr>
        <w:shd w:val="clear" w:color="auto" w:fill="FFFFFF" w:themeFill="background1"/>
        <w:spacing w:after="0" w:line="240" w:lineRule="auto"/>
      </w:pPr>
      <w:r>
        <w:rPr>
          <w:b/>
        </w:rPr>
        <w:t>IV. ĐIỀU CHỈNH SAU TIẾT DẠY (NẾU CÓ):</w:t>
      </w:r>
    </w:p>
    <w:p w14:paraId="67F3D952" w14:textId="77777777" w:rsidR="000B1924" w:rsidRDefault="00A975F8" w:rsidP="00807441">
      <w:pPr>
        <w:shd w:val="clear" w:color="auto" w:fill="FFFFFF" w:themeFill="background1"/>
        <w:spacing w:after="0" w:line="240" w:lineRule="auto"/>
      </w:pPr>
      <w:r>
        <w:t>........................................................................................................................</w:t>
      </w:r>
    </w:p>
    <w:p w14:paraId="10E51CBF" w14:textId="77777777" w:rsidR="000B1924" w:rsidRDefault="00A975F8" w:rsidP="00807441">
      <w:pPr>
        <w:shd w:val="clear" w:color="auto" w:fill="FFFFFF" w:themeFill="background1"/>
      </w:pPr>
      <w:r>
        <w:br w:type="page"/>
      </w:r>
    </w:p>
    <w:p w14:paraId="408C8BD3" w14:textId="77777777" w:rsidR="000B1924" w:rsidRDefault="00A975F8" w:rsidP="00807441">
      <w:pPr>
        <w:shd w:val="clear" w:color="auto" w:fill="FFFFFF" w:themeFill="background1"/>
        <w:spacing w:after="0"/>
        <w:jc w:val="center"/>
      </w:pPr>
      <w:r>
        <w:rPr>
          <w:b/>
          <w:sz w:val="28"/>
        </w:rPr>
        <w:lastRenderedPageBreak/>
        <w:t>KẾ HOẠCH DẠY HỌC - TUẦN 10</w:t>
      </w:r>
      <w:r>
        <w:br/>
      </w:r>
      <w:r>
        <w:rPr>
          <w:b/>
          <w:sz w:val="28"/>
        </w:rPr>
        <w:t>CHỦ ĐỀ 3: NIỀM VUI TUỔI THƠ</w:t>
      </w:r>
      <w:r>
        <w:br/>
      </w:r>
      <w:r>
        <w:rPr>
          <w:b/>
          <w:sz w:val="28"/>
        </w:rPr>
        <w:t>BÀI 18: TỚ NHỚ CẬU</w:t>
      </w:r>
      <w:r>
        <w:br/>
      </w:r>
      <w:r>
        <w:rPr>
          <w:b/>
          <w:sz w:val="28"/>
        </w:rPr>
        <w:t>TIẾT 4: LUYỆN TỪ VÀ CÂU: MỞ RỘNG VỐN TỪ VỀ TÌNH CẢM BẠN BÈ; DẤU CHẤM, DẤU CHẤM HỎI, DẤU CHẤM THAN</w:t>
      </w:r>
    </w:p>
    <w:p w14:paraId="6ADCFF95" w14:textId="77777777" w:rsidR="000B1924" w:rsidRDefault="00A975F8" w:rsidP="00807441">
      <w:pPr>
        <w:shd w:val="clear" w:color="auto" w:fill="FFFFFF" w:themeFill="background1"/>
        <w:spacing w:after="0" w:line="240" w:lineRule="auto"/>
      </w:pPr>
      <w:r>
        <w:rPr>
          <w:b/>
        </w:rPr>
        <w:t>I. YÊU CẦU CẦN ĐẠT</w:t>
      </w:r>
    </w:p>
    <w:p w14:paraId="3B45E07B" w14:textId="77777777" w:rsidR="000B1924" w:rsidRDefault="00A975F8" w:rsidP="00807441">
      <w:pPr>
        <w:shd w:val="clear" w:color="auto" w:fill="FFFFFF" w:themeFill="background1"/>
        <w:spacing w:after="0" w:line="240" w:lineRule="auto"/>
      </w:pPr>
      <w:r>
        <w:rPr>
          <w:b/>
        </w:rPr>
        <w:t>1. Năng lực đặc thù:</w:t>
      </w:r>
      <w:r>
        <w:br/>
        <w:t>- Tìm được từ ngữ chỉ tình cảm bạn bè.</w:t>
      </w:r>
      <w:r>
        <w:br/>
        <w:t>- Biết chọn từ trong ngoặc đơn, ghép câu phù hợp và sử dụng dấu chấm, dấu chấm hỏi, dấu chấm than.</w:t>
      </w:r>
      <w:r>
        <w:br/>
      </w:r>
      <w:r>
        <w:rPr>
          <w:b/>
        </w:rPr>
        <w:t>2. Năng lực chung:</w:t>
      </w:r>
      <w:r>
        <w:br/>
        <w:t>- Tự chủ và tự học: hoàn thành nhiệm vụ cá nhân.</w:t>
      </w:r>
      <w:r>
        <w:br/>
        <w:t>- Giao tiếp và hợp tác: thảo luận nhóm, trình bày rõ ràng.</w:t>
      </w:r>
      <w:r>
        <w:br/>
      </w:r>
      <w:r>
        <w:rPr>
          <w:b/>
        </w:rPr>
        <w:t>3. Phẩm chất:</w:t>
      </w:r>
      <w:r>
        <w:br/>
        <w:t>- Nhân ái, trách nhiệm: biết trân trọng tình bạn, hợp tác cùng bạn.</w:t>
      </w:r>
    </w:p>
    <w:p w14:paraId="02C19126" w14:textId="77777777" w:rsidR="000B1924" w:rsidRDefault="00A975F8" w:rsidP="00807441">
      <w:pPr>
        <w:shd w:val="clear" w:color="auto" w:fill="FFFFFF" w:themeFill="background1"/>
        <w:spacing w:after="0" w:line="240" w:lineRule="auto"/>
      </w:pPr>
      <w:r>
        <w:rPr>
          <w:b/>
        </w:rPr>
        <w:t>II. ĐỒ DÙNG DẠY HỌC</w:t>
      </w:r>
    </w:p>
    <w:p w14:paraId="56EA16B3" w14:textId="77777777" w:rsidR="000B1924" w:rsidRDefault="00A975F8" w:rsidP="00807441">
      <w:pPr>
        <w:shd w:val="clear" w:color="auto" w:fill="FFFFFF" w:themeFill="background1"/>
        <w:spacing w:after="0" w:line="240" w:lineRule="auto"/>
      </w:pPr>
      <w:r>
        <w:t>- GV: Máy tính, máy chiếu/tivi, tranh và câu bài tập cắt từ SGK, thẻ từ, phiếu học tập.</w:t>
      </w:r>
      <w:r>
        <w:br/>
        <w:t>- HS: SGK, Vở bài tập Tiếng Việt, vở ô li.</w:t>
      </w:r>
    </w:p>
    <w:p w14:paraId="6D75BE33" w14:textId="77777777" w:rsidR="000B1924" w:rsidRDefault="00A975F8" w:rsidP="00807441">
      <w:pPr>
        <w:shd w:val="clear" w:color="auto" w:fill="FFFFFF" w:themeFill="background1"/>
        <w:spacing w:after="0" w:line="240" w:lineRule="auto"/>
      </w:pPr>
      <w:r>
        <w:rPr>
          <w:b/>
        </w:rPr>
        <w:t>III.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326"/>
        <w:gridCol w:w="5326"/>
      </w:tblGrid>
      <w:tr w:rsidR="000B1924" w14:paraId="354DB28E" w14:textId="77777777" w:rsidTr="00807441">
        <w:trPr>
          <w:jc w:val="center"/>
        </w:trPr>
        <w:tc>
          <w:tcPr>
            <w:tcW w:w="4932" w:type="dxa"/>
            <w:tcBorders>
              <w:bottom w:val="single" w:sz="4" w:space="0" w:color="auto"/>
            </w:tcBorders>
            <w:shd w:val="clear" w:color="auto" w:fill="D9EAF7"/>
          </w:tcPr>
          <w:p w14:paraId="590E8DF5" w14:textId="77777777" w:rsidR="000B1924" w:rsidRDefault="00A975F8" w:rsidP="00807441">
            <w:pPr>
              <w:shd w:val="clear" w:color="auto" w:fill="FFFFFF" w:themeFill="background1"/>
              <w:jc w:val="center"/>
            </w:pPr>
            <w:r>
              <w:rPr>
                <w:b/>
              </w:rPr>
              <w:t>Hoạt động của giáo viên</w:t>
            </w:r>
          </w:p>
        </w:tc>
        <w:tc>
          <w:tcPr>
            <w:tcW w:w="4932" w:type="dxa"/>
            <w:tcBorders>
              <w:bottom w:val="single" w:sz="4" w:space="0" w:color="auto"/>
            </w:tcBorders>
            <w:shd w:val="clear" w:color="auto" w:fill="D9EAF7"/>
          </w:tcPr>
          <w:p w14:paraId="1E68CB58" w14:textId="77777777" w:rsidR="000B1924" w:rsidRDefault="00A975F8" w:rsidP="00807441">
            <w:pPr>
              <w:shd w:val="clear" w:color="auto" w:fill="FFFFFF" w:themeFill="background1"/>
              <w:jc w:val="center"/>
            </w:pPr>
            <w:r>
              <w:rPr>
                <w:b/>
              </w:rPr>
              <w:t>Hoạt động của học sinh</w:t>
            </w:r>
          </w:p>
        </w:tc>
      </w:tr>
      <w:tr w:rsidR="000B1924" w14:paraId="08A7D36D" w14:textId="77777777" w:rsidTr="00807441">
        <w:trPr>
          <w:jc w:val="center"/>
        </w:trPr>
        <w:tc>
          <w:tcPr>
            <w:tcW w:w="10652" w:type="dxa"/>
            <w:gridSpan w:val="2"/>
            <w:tcBorders>
              <w:top w:val="single" w:sz="4" w:space="0" w:color="auto"/>
              <w:bottom w:val="single" w:sz="4" w:space="0" w:color="auto"/>
            </w:tcBorders>
            <w:shd w:val="clear" w:color="auto" w:fill="E2F0D9"/>
          </w:tcPr>
          <w:p w14:paraId="00C7C549" w14:textId="77777777" w:rsidR="000B1924" w:rsidRDefault="00A975F8" w:rsidP="00807441">
            <w:pPr>
              <w:shd w:val="clear" w:color="auto" w:fill="FFFFFF" w:themeFill="background1"/>
            </w:pPr>
            <w:r>
              <w:rPr>
                <w:b/>
                <w:color w:val="007000"/>
              </w:rPr>
              <w:t>1. Khởi động (5 phút)</w:t>
            </w:r>
          </w:p>
          <w:p w14:paraId="0AE830E1" w14:textId="77777777" w:rsidR="000B1924" w:rsidRDefault="00A975F8" w:rsidP="00807441">
            <w:pPr>
              <w:shd w:val="clear" w:color="auto" w:fill="FFFFFF" w:themeFill="background1"/>
            </w:pPr>
            <w:r>
              <w:rPr>
                <w:b/>
                <w:i/>
                <w:color w:val="007000"/>
              </w:rPr>
              <w:t xml:space="preserve"> Tạo hứng thú và kết nối với chủ đề tình bạn.</w:t>
            </w:r>
          </w:p>
        </w:tc>
      </w:tr>
      <w:tr w:rsidR="000B1924" w14:paraId="2F4464CE" w14:textId="77777777" w:rsidTr="00807441">
        <w:trPr>
          <w:jc w:val="center"/>
        </w:trPr>
        <w:tc>
          <w:tcPr>
            <w:tcW w:w="5326" w:type="dxa"/>
            <w:tcBorders>
              <w:top w:val="single" w:sz="4" w:space="0" w:color="auto"/>
              <w:bottom w:val="single" w:sz="4" w:space="0" w:color="auto"/>
            </w:tcBorders>
          </w:tcPr>
          <w:p w14:paraId="2966B79B" w14:textId="77777777" w:rsidR="000B1924" w:rsidRDefault="00A975F8" w:rsidP="00807441">
            <w:pPr>
              <w:shd w:val="clear" w:color="auto" w:fill="FFFFFF" w:themeFill="background1"/>
            </w:pPr>
            <w:r>
              <w:t>- Hát bài Lớp chúng ta đoàn kết và trả lời: Bài hát nói về tình cảm của ai?</w:t>
            </w:r>
          </w:p>
        </w:tc>
        <w:tc>
          <w:tcPr>
            <w:tcW w:w="5326" w:type="dxa"/>
            <w:tcBorders>
              <w:top w:val="single" w:sz="4" w:space="0" w:color="auto"/>
              <w:bottom w:val="single" w:sz="4" w:space="0" w:color="auto"/>
            </w:tcBorders>
          </w:tcPr>
          <w:p w14:paraId="649E7D93" w14:textId="77777777" w:rsidR="000B1924" w:rsidRDefault="00A975F8" w:rsidP="00807441">
            <w:pPr>
              <w:shd w:val="clear" w:color="auto" w:fill="FFFFFF" w:themeFill="background1"/>
            </w:pPr>
            <w:r>
              <w:t>- HS hát; trả lời: Bài hát nói về tình cảm bạn bè trong lớp.</w:t>
            </w:r>
          </w:p>
        </w:tc>
      </w:tr>
      <w:tr w:rsidR="000B1924" w14:paraId="4FA6F9D2" w14:textId="77777777" w:rsidTr="00807441">
        <w:trPr>
          <w:jc w:val="center"/>
        </w:trPr>
        <w:tc>
          <w:tcPr>
            <w:tcW w:w="10652" w:type="dxa"/>
            <w:gridSpan w:val="2"/>
            <w:tcBorders>
              <w:top w:val="single" w:sz="4" w:space="0" w:color="auto"/>
              <w:bottom w:val="single" w:sz="4" w:space="0" w:color="auto"/>
            </w:tcBorders>
            <w:shd w:val="clear" w:color="auto" w:fill="E2F0D9"/>
          </w:tcPr>
          <w:p w14:paraId="6DDC004F" w14:textId="77777777" w:rsidR="000B1924" w:rsidRDefault="00A975F8" w:rsidP="00807441">
            <w:pPr>
              <w:shd w:val="clear" w:color="auto" w:fill="FFFFFF" w:themeFill="background1"/>
            </w:pPr>
            <w:r>
              <w:rPr>
                <w:b/>
                <w:color w:val="007000"/>
              </w:rPr>
              <w:t>2. Khám phá kiến thức (15 phút)</w:t>
            </w:r>
          </w:p>
          <w:p w14:paraId="2C04CFDC" w14:textId="77777777" w:rsidR="000B1924" w:rsidRDefault="00A975F8" w:rsidP="00807441">
            <w:pPr>
              <w:shd w:val="clear" w:color="auto" w:fill="FFFFFF" w:themeFill="background1"/>
            </w:pPr>
            <w:r>
              <w:rPr>
                <w:b/>
                <w:i/>
                <w:color w:val="007000"/>
              </w:rPr>
              <w:t xml:space="preserve"> Mở rộng vốn từ chỉ tình cảm bạn bè.</w:t>
            </w:r>
          </w:p>
        </w:tc>
      </w:tr>
      <w:tr w:rsidR="000B1924" w14:paraId="0F5BEDCF" w14:textId="77777777" w:rsidTr="00807441">
        <w:trPr>
          <w:jc w:val="center"/>
        </w:trPr>
        <w:tc>
          <w:tcPr>
            <w:tcW w:w="5326" w:type="dxa"/>
            <w:tcBorders>
              <w:top w:val="single" w:sz="4" w:space="0" w:color="auto"/>
            </w:tcBorders>
          </w:tcPr>
          <w:p w14:paraId="53CAD164" w14:textId="77777777" w:rsidR="000B1924" w:rsidRDefault="00A975F8" w:rsidP="00807441">
            <w:pPr>
              <w:shd w:val="clear" w:color="auto" w:fill="FFFFFF" w:themeFill="background1"/>
            </w:pPr>
            <w:r>
              <w:rPr>
                <w:b/>
              </w:rPr>
              <w:t>Bài tập 1: Tìm từ ngữ chỉ tình cảm bạn bè.</w:t>
            </w:r>
          </w:p>
        </w:tc>
        <w:tc>
          <w:tcPr>
            <w:tcW w:w="5326" w:type="dxa"/>
            <w:tcBorders>
              <w:top w:val="single" w:sz="4" w:space="0" w:color="auto"/>
            </w:tcBorders>
          </w:tcPr>
          <w:p w14:paraId="26CFDCF2" w14:textId="77777777" w:rsidR="000B1924" w:rsidRDefault="00A975F8" w:rsidP="00807441">
            <w:pPr>
              <w:shd w:val="clear" w:color="auto" w:fill="FFFFFF" w:themeFill="background1"/>
            </w:pPr>
            <w:r>
              <w:t>- HS xác định yêu cầu bài tập.</w:t>
            </w:r>
          </w:p>
        </w:tc>
      </w:tr>
      <w:tr w:rsidR="000B1924" w14:paraId="3AAB1FA1" w14:textId="77777777" w:rsidTr="00807441">
        <w:trPr>
          <w:jc w:val="center"/>
        </w:trPr>
        <w:tc>
          <w:tcPr>
            <w:tcW w:w="5326" w:type="dxa"/>
          </w:tcPr>
          <w:p w14:paraId="54BED306" w14:textId="77777777" w:rsidR="000B1924" w:rsidRDefault="00A975F8" w:rsidP="00807441">
            <w:pPr>
              <w:shd w:val="clear" w:color="auto" w:fill="FFFFFF" w:themeFill="background1"/>
            </w:pPr>
            <w:r>
              <w:t>- GV yêu cầu HS đọc đề bài.</w:t>
            </w:r>
          </w:p>
          <w:p w14:paraId="37B26931" w14:textId="17BF007E" w:rsidR="000B1924" w:rsidRDefault="000B1924" w:rsidP="00807441">
            <w:pPr>
              <w:shd w:val="clear" w:color="auto" w:fill="FFFFFF" w:themeFill="background1"/>
              <w:jc w:val="center"/>
            </w:pPr>
          </w:p>
        </w:tc>
        <w:tc>
          <w:tcPr>
            <w:tcW w:w="5326" w:type="dxa"/>
          </w:tcPr>
          <w:p w14:paraId="527A58BD" w14:textId="77777777" w:rsidR="000B1924" w:rsidRDefault="00A975F8" w:rsidP="00807441">
            <w:pPr>
              <w:shd w:val="clear" w:color="auto" w:fill="FFFFFF" w:themeFill="background1"/>
            </w:pPr>
            <w:r>
              <w:t>- HS đọc: Tìm từ ngữ chỉ tình cảm bạn bè.</w:t>
            </w:r>
          </w:p>
        </w:tc>
      </w:tr>
      <w:tr w:rsidR="000B1924" w14:paraId="6F2894EB" w14:textId="77777777" w:rsidTr="00807441">
        <w:trPr>
          <w:jc w:val="center"/>
        </w:trPr>
        <w:tc>
          <w:tcPr>
            <w:tcW w:w="5326" w:type="dxa"/>
          </w:tcPr>
          <w:p w14:paraId="51E93C94" w14:textId="77777777" w:rsidR="000B1924" w:rsidRDefault="00A975F8" w:rsidP="00807441">
            <w:pPr>
              <w:shd w:val="clear" w:color="auto" w:fill="FFFFFF" w:themeFill="background1"/>
            </w:pPr>
            <w:r>
              <w:t>- HS làm việc nhóm 4, tìm các từ ngữ chỉ tình cảm bạn bè.</w:t>
            </w:r>
          </w:p>
        </w:tc>
        <w:tc>
          <w:tcPr>
            <w:tcW w:w="5326" w:type="dxa"/>
          </w:tcPr>
          <w:p w14:paraId="7BC5D27A" w14:textId="77777777" w:rsidR="000B1924" w:rsidRDefault="00A975F8" w:rsidP="00807441">
            <w:pPr>
              <w:shd w:val="clear" w:color="auto" w:fill="FFFFFF" w:themeFill="background1"/>
            </w:pPr>
            <w:r>
              <w:t>- HS nêu: quý mến, thân thiết, yêu quý, nhớ nhung, quan tâm, chia sẻ, giúp đỡ.</w:t>
            </w:r>
          </w:p>
        </w:tc>
      </w:tr>
      <w:tr w:rsidR="000B1924" w14:paraId="18B61879" w14:textId="77777777" w:rsidTr="00807441">
        <w:trPr>
          <w:jc w:val="center"/>
        </w:trPr>
        <w:tc>
          <w:tcPr>
            <w:tcW w:w="5326" w:type="dxa"/>
          </w:tcPr>
          <w:p w14:paraId="02E5EC4B" w14:textId="77777777" w:rsidR="000B1924" w:rsidRDefault="00A975F8" w:rsidP="00807441">
            <w:pPr>
              <w:shd w:val="clear" w:color="auto" w:fill="FFFFFF" w:themeFill="background1"/>
            </w:pPr>
            <w:r>
              <w:t>- GV gọi nhóm trình bày, nhóm khác bổ sung.</w:t>
            </w:r>
          </w:p>
        </w:tc>
        <w:tc>
          <w:tcPr>
            <w:tcW w:w="5326" w:type="dxa"/>
          </w:tcPr>
          <w:p w14:paraId="49A6A288" w14:textId="77777777" w:rsidR="000B1924" w:rsidRDefault="00A975F8" w:rsidP="00807441">
            <w:pPr>
              <w:shd w:val="clear" w:color="auto" w:fill="FFFFFF" w:themeFill="background1"/>
            </w:pPr>
            <w:r>
              <w:t>- HS trình bày kết quả, nhận xét nhóm bạn.</w:t>
            </w:r>
          </w:p>
        </w:tc>
      </w:tr>
      <w:tr w:rsidR="000B1924" w14:paraId="558452FB" w14:textId="77777777" w:rsidTr="00807441">
        <w:trPr>
          <w:jc w:val="center"/>
        </w:trPr>
        <w:tc>
          <w:tcPr>
            <w:tcW w:w="5326" w:type="dxa"/>
            <w:tcBorders>
              <w:bottom w:val="single" w:sz="4" w:space="0" w:color="auto"/>
            </w:tcBorders>
          </w:tcPr>
          <w:p w14:paraId="1CD59501" w14:textId="77777777" w:rsidR="000B1924" w:rsidRDefault="00A975F8" w:rsidP="00807441">
            <w:pPr>
              <w:shd w:val="clear" w:color="auto" w:fill="FFFFFF" w:themeFill="background1"/>
            </w:pPr>
            <w:r>
              <w:t>- GV kết luận: Các từ như quý mến, thân thiết, quan tâm, chia sẻ là từ ngữ chỉ tình cảm bạn bè.</w:t>
            </w:r>
          </w:p>
        </w:tc>
        <w:tc>
          <w:tcPr>
            <w:tcW w:w="5326" w:type="dxa"/>
            <w:tcBorders>
              <w:bottom w:val="single" w:sz="4" w:space="0" w:color="auto"/>
            </w:tcBorders>
          </w:tcPr>
          <w:p w14:paraId="48C1FFEF" w14:textId="77777777" w:rsidR="000B1924" w:rsidRDefault="00A975F8" w:rsidP="00807441">
            <w:pPr>
              <w:shd w:val="clear" w:color="auto" w:fill="FFFFFF" w:themeFill="background1"/>
            </w:pPr>
            <w:r>
              <w:t>- HS sửa bài và ghi nhớ.</w:t>
            </w:r>
          </w:p>
        </w:tc>
      </w:tr>
      <w:tr w:rsidR="000B1924" w14:paraId="43B7CE51" w14:textId="77777777" w:rsidTr="00807441">
        <w:trPr>
          <w:jc w:val="center"/>
        </w:trPr>
        <w:tc>
          <w:tcPr>
            <w:tcW w:w="10652" w:type="dxa"/>
            <w:gridSpan w:val="2"/>
            <w:tcBorders>
              <w:top w:val="single" w:sz="4" w:space="0" w:color="auto"/>
              <w:bottom w:val="single" w:sz="4" w:space="0" w:color="auto"/>
            </w:tcBorders>
            <w:shd w:val="clear" w:color="auto" w:fill="E2F0D9"/>
          </w:tcPr>
          <w:p w14:paraId="50705B3F" w14:textId="77777777" w:rsidR="000B1924" w:rsidRDefault="00A975F8" w:rsidP="00807441">
            <w:pPr>
              <w:shd w:val="clear" w:color="auto" w:fill="FFFFFF" w:themeFill="background1"/>
            </w:pPr>
            <w:r>
              <w:rPr>
                <w:b/>
                <w:color w:val="007000"/>
              </w:rPr>
              <w:t>3. Thực hành (12 phút)</w:t>
            </w:r>
          </w:p>
          <w:p w14:paraId="01696797" w14:textId="77777777" w:rsidR="000B1924" w:rsidRDefault="00A975F8" w:rsidP="00807441">
            <w:pPr>
              <w:shd w:val="clear" w:color="auto" w:fill="FFFFFF" w:themeFill="background1"/>
            </w:pPr>
            <w:r>
              <w:rPr>
                <w:b/>
                <w:i/>
                <w:color w:val="007000"/>
              </w:rPr>
              <w:t xml:space="preserve"> Luyện dùng từ và dấu câu đúng ngữ cảnh.</w:t>
            </w:r>
          </w:p>
        </w:tc>
      </w:tr>
      <w:tr w:rsidR="000B1924" w14:paraId="7AA3D52C" w14:textId="77777777" w:rsidTr="00807441">
        <w:trPr>
          <w:jc w:val="center"/>
        </w:trPr>
        <w:tc>
          <w:tcPr>
            <w:tcW w:w="5326" w:type="dxa"/>
            <w:tcBorders>
              <w:top w:val="single" w:sz="4" w:space="0" w:color="auto"/>
            </w:tcBorders>
          </w:tcPr>
          <w:p w14:paraId="7D72D7AF" w14:textId="77777777" w:rsidR="000B1924" w:rsidRDefault="00A975F8" w:rsidP="00807441">
            <w:pPr>
              <w:shd w:val="clear" w:color="auto" w:fill="FFFFFF" w:themeFill="background1"/>
            </w:pPr>
            <w:r>
              <w:rPr>
                <w:b/>
              </w:rPr>
              <w:t>Bài tập 2: Chọn từ trong ngoặc đơn thay cho ô vuông.</w:t>
            </w:r>
          </w:p>
        </w:tc>
        <w:tc>
          <w:tcPr>
            <w:tcW w:w="5326" w:type="dxa"/>
            <w:tcBorders>
              <w:top w:val="single" w:sz="4" w:space="0" w:color="auto"/>
            </w:tcBorders>
          </w:tcPr>
          <w:p w14:paraId="39C94D36" w14:textId="77777777" w:rsidR="000B1924" w:rsidRDefault="00A975F8" w:rsidP="00807441">
            <w:pPr>
              <w:shd w:val="clear" w:color="auto" w:fill="FFFFFF" w:themeFill="background1"/>
            </w:pPr>
            <w:r>
              <w:t>- HS xác định yêu cầu bài tập.</w:t>
            </w:r>
          </w:p>
        </w:tc>
      </w:tr>
      <w:tr w:rsidR="000B1924" w14:paraId="5C57FE1D" w14:textId="77777777" w:rsidTr="00807441">
        <w:trPr>
          <w:jc w:val="center"/>
        </w:trPr>
        <w:tc>
          <w:tcPr>
            <w:tcW w:w="5326" w:type="dxa"/>
          </w:tcPr>
          <w:p w14:paraId="7A3600E7" w14:textId="77777777" w:rsidR="000B1924" w:rsidRDefault="00A975F8" w:rsidP="00807441">
            <w:pPr>
              <w:shd w:val="clear" w:color="auto" w:fill="FFFFFF" w:themeFill="background1"/>
            </w:pPr>
            <w:r>
              <w:t>- GV yêu cầu HS đọc đề bài.</w:t>
            </w:r>
          </w:p>
        </w:tc>
        <w:tc>
          <w:tcPr>
            <w:tcW w:w="5326" w:type="dxa"/>
          </w:tcPr>
          <w:p w14:paraId="04CD8AF1" w14:textId="77777777" w:rsidR="000B1924" w:rsidRDefault="00A975F8" w:rsidP="00807441">
            <w:pPr>
              <w:shd w:val="clear" w:color="auto" w:fill="FFFFFF" w:themeFill="background1"/>
            </w:pPr>
            <w:r>
              <w:t>- HS đọc: Chọn từ trong ngoặc đơn thay cho ô vuông.</w:t>
            </w:r>
          </w:p>
        </w:tc>
      </w:tr>
      <w:tr w:rsidR="000B1924" w14:paraId="64A5D0BF" w14:textId="77777777" w:rsidTr="00807441">
        <w:trPr>
          <w:jc w:val="center"/>
        </w:trPr>
        <w:tc>
          <w:tcPr>
            <w:tcW w:w="5326" w:type="dxa"/>
          </w:tcPr>
          <w:p w14:paraId="36BC9213" w14:textId="77777777" w:rsidR="000B1924" w:rsidRDefault="00A975F8" w:rsidP="00807441">
            <w:pPr>
              <w:shd w:val="clear" w:color="auto" w:fill="FFFFFF" w:themeFill="background1"/>
            </w:pPr>
            <w:r>
              <w:t>- HS làm cá nhân vào vở, sau đó trao đổi nhóm 2.</w:t>
            </w:r>
          </w:p>
        </w:tc>
        <w:tc>
          <w:tcPr>
            <w:tcW w:w="5326" w:type="dxa"/>
          </w:tcPr>
          <w:p w14:paraId="7B3CC02F" w14:textId="77777777" w:rsidR="000B1924" w:rsidRDefault="00A975F8" w:rsidP="00807441">
            <w:pPr>
              <w:shd w:val="clear" w:color="auto" w:fill="FFFFFF" w:themeFill="background1"/>
            </w:pPr>
            <w:r>
              <w:t>- HS làm bài: Cá nhỏ và nòng nọc là đôi bạn nhỏ. Hằng ngày, chúng cùng nhau bơi lội. Thế rồi nòng nọc trở thành ếch. Nó phải lên bờ để sinh sống. Nhưng nó vẫn nhớ cá nhỏ. Thỉnh thoảng, nó nhảy xuống ao cùng cá nhỏ.</w:t>
            </w:r>
          </w:p>
        </w:tc>
      </w:tr>
      <w:tr w:rsidR="000B1924" w14:paraId="24818ACA" w14:textId="77777777" w:rsidTr="00807441">
        <w:trPr>
          <w:jc w:val="center"/>
        </w:trPr>
        <w:tc>
          <w:tcPr>
            <w:tcW w:w="5326" w:type="dxa"/>
          </w:tcPr>
          <w:p w14:paraId="48460B06" w14:textId="77777777" w:rsidR="000B1924" w:rsidRDefault="00A975F8" w:rsidP="00807441">
            <w:pPr>
              <w:shd w:val="clear" w:color="auto" w:fill="FFFFFF" w:themeFill="background1"/>
            </w:pPr>
            <w:r>
              <w:lastRenderedPageBreak/>
              <w:t>- GV gọi HS trình bày và sửa bài.</w:t>
            </w:r>
          </w:p>
        </w:tc>
        <w:tc>
          <w:tcPr>
            <w:tcW w:w="5326" w:type="dxa"/>
          </w:tcPr>
          <w:p w14:paraId="4221C4A3" w14:textId="77777777" w:rsidR="000B1924" w:rsidRDefault="00A975F8" w:rsidP="00807441">
            <w:pPr>
              <w:shd w:val="clear" w:color="auto" w:fill="FFFFFF" w:themeFill="background1"/>
            </w:pPr>
            <w:r>
              <w:t>- HS đọc đoạn văn đã hoàn chỉnh, lớp nhận xét.</w:t>
            </w:r>
          </w:p>
        </w:tc>
      </w:tr>
      <w:tr w:rsidR="000B1924" w14:paraId="7DFB5D73" w14:textId="77777777" w:rsidTr="00807441">
        <w:trPr>
          <w:jc w:val="center"/>
        </w:trPr>
        <w:tc>
          <w:tcPr>
            <w:tcW w:w="5326" w:type="dxa"/>
          </w:tcPr>
          <w:p w14:paraId="18B63E9A" w14:textId="77777777" w:rsidR="000B1924" w:rsidRDefault="00A975F8" w:rsidP="00807441">
            <w:pPr>
              <w:shd w:val="clear" w:color="auto" w:fill="FFFFFF" w:themeFill="background1"/>
            </w:pPr>
            <w:r>
              <w:t>- GV kết luận: Cần chọn từ phù hợp với nội dung câu để đoạn văn rõ nghĩa.</w:t>
            </w:r>
          </w:p>
        </w:tc>
        <w:tc>
          <w:tcPr>
            <w:tcW w:w="5326" w:type="dxa"/>
          </w:tcPr>
          <w:p w14:paraId="228C5DE8" w14:textId="77777777" w:rsidR="000B1924" w:rsidRDefault="00A975F8" w:rsidP="00807441">
            <w:pPr>
              <w:shd w:val="clear" w:color="auto" w:fill="FFFFFF" w:themeFill="background1"/>
            </w:pPr>
            <w:r>
              <w:t>- HS ghi nhớ cách chọn từ.</w:t>
            </w:r>
          </w:p>
        </w:tc>
      </w:tr>
      <w:tr w:rsidR="000B1924" w14:paraId="7DC1ECEA" w14:textId="77777777" w:rsidTr="00807441">
        <w:trPr>
          <w:jc w:val="center"/>
        </w:trPr>
        <w:tc>
          <w:tcPr>
            <w:tcW w:w="5326" w:type="dxa"/>
          </w:tcPr>
          <w:p w14:paraId="2F3D129E" w14:textId="77777777" w:rsidR="000B1924" w:rsidRDefault="00A975F8" w:rsidP="00807441">
            <w:pPr>
              <w:shd w:val="clear" w:color="auto" w:fill="FFFFFF" w:themeFill="background1"/>
            </w:pPr>
            <w:r>
              <w:rPr>
                <w:b/>
              </w:rPr>
              <w:t>Bài tập 3: Chọn câu ở cột A phù hợp với ý ở cột B. Nói tên dấu câu đặt cuối mỗi câu.</w:t>
            </w:r>
          </w:p>
        </w:tc>
        <w:tc>
          <w:tcPr>
            <w:tcW w:w="5326" w:type="dxa"/>
          </w:tcPr>
          <w:p w14:paraId="55000B64" w14:textId="77777777" w:rsidR="000B1924" w:rsidRDefault="00A975F8" w:rsidP="00807441">
            <w:pPr>
              <w:shd w:val="clear" w:color="auto" w:fill="FFFFFF" w:themeFill="background1"/>
            </w:pPr>
            <w:r>
              <w:t>- HS xác định yêu cầu bài tập.</w:t>
            </w:r>
          </w:p>
        </w:tc>
      </w:tr>
      <w:tr w:rsidR="000B1924" w14:paraId="05732D97" w14:textId="77777777" w:rsidTr="00807441">
        <w:trPr>
          <w:jc w:val="center"/>
        </w:trPr>
        <w:tc>
          <w:tcPr>
            <w:tcW w:w="5326" w:type="dxa"/>
          </w:tcPr>
          <w:p w14:paraId="13AADB4D" w14:textId="77777777" w:rsidR="000B1924" w:rsidRDefault="00A975F8" w:rsidP="00807441">
            <w:pPr>
              <w:shd w:val="clear" w:color="auto" w:fill="FFFFFF" w:themeFill="background1"/>
            </w:pPr>
            <w:r>
              <w:t>- GV yêu cầu HS đọc đề bài.</w:t>
            </w:r>
          </w:p>
        </w:tc>
        <w:tc>
          <w:tcPr>
            <w:tcW w:w="5326" w:type="dxa"/>
          </w:tcPr>
          <w:p w14:paraId="1CABCA0E" w14:textId="77777777" w:rsidR="000B1924" w:rsidRDefault="00A975F8" w:rsidP="00807441">
            <w:pPr>
              <w:shd w:val="clear" w:color="auto" w:fill="FFFFFF" w:themeFill="background1"/>
            </w:pPr>
            <w:r>
              <w:t>- HS đọc yêu cầu bài tập 3.</w:t>
            </w:r>
          </w:p>
        </w:tc>
      </w:tr>
      <w:tr w:rsidR="000B1924" w14:paraId="639D91C6" w14:textId="77777777" w:rsidTr="00807441">
        <w:trPr>
          <w:jc w:val="center"/>
        </w:trPr>
        <w:tc>
          <w:tcPr>
            <w:tcW w:w="5326" w:type="dxa"/>
          </w:tcPr>
          <w:p w14:paraId="2EA8BDAB" w14:textId="77777777" w:rsidR="000B1924" w:rsidRDefault="00A975F8" w:rsidP="00807441">
            <w:pPr>
              <w:shd w:val="clear" w:color="auto" w:fill="FFFFFF" w:themeFill="background1"/>
            </w:pPr>
            <w:r>
              <w:t>- HS thảo luận nhóm 4, nối câu với ý phù hợp.</w:t>
            </w:r>
          </w:p>
        </w:tc>
        <w:tc>
          <w:tcPr>
            <w:tcW w:w="5326" w:type="dxa"/>
          </w:tcPr>
          <w:p w14:paraId="1A810B5C" w14:textId="77777777" w:rsidR="000B1924" w:rsidRDefault="00A975F8" w:rsidP="00807441">
            <w:pPr>
              <w:shd w:val="clear" w:color="auto" w:fill="FFFFFF" w:themeFill="background1"/>
            </w:pPr>
            <w:r>
              <w:t>- HS trả lời: Hằng ngày, hai bạn thường rủ nhau đi học. - Kể lại sự việc; Vì sao lúc chia tay sóc, kiến rất buồn? - Hỏi điều chưa biết; Sóc ơi, tớ cũng nhớ cậu! - Bộc lộ cảm xúc.</w:t>
            </w:r>
          </w:p>
        </w:tc>
      </w:tr>
      <w:tr w:rsidR="000B1924" w14:paraId="7AA9D24C" w14:textId="77777777" w:rsidTr="00807441">
        <w:trPr>
          <w:jc w:val="center"/>
        </w:trPr>
        <w:tc>
          <w:tcPr>
            <w:tcW w:w="5326" w:type="dxa"/>
          </w:tcPr>
          <w:p w14:paraId="2EEE5277" w14:textId="77777777" w:rsidR="000B1924" w:rsidRDefault="00A975F8" w:rsidP="00807441">
            <w:pPr>
              <w:shd w:val="clear" w:color="auto" w:fill="FFFFFF" w:themeFill="background1"/>
            </w:pPr>
            <w:r>
              <w:t>- GV hỏi: Cuối mỗi câu cần dùng dấu câu nào?</w:t>
            </w:r>
          </w:p>
        </w:tc>
        <w:tc>
          <w:tcPr>
            <w:tcW w:w="5326" w:type="dxa"/>
          </w:tcPr>
          <w:p w14:paraId="07DE6A8A" w14:textId="77777777" w:rsidR="000B1924" w:rsidRDefault="00A975F8" w:rsidP="00807441">
            <w:pPr>
              <w:shd w:val="clear" w:color="auto" w:fill="FFFFFF" w:themeFill="background1"/>
            </w:pPr>
            <w:r>
              <w:t>- HS trả lời: Câu kể dùng dấu chấm; câu hỏi dùng dấu chấm hỏi; câu bộc lộ cảm xúc dùng dấu chấm than.</w:t>
            </w:r>
          </w:p>
        </w:tc>
      </w:tr>
      <w:tr w:rsidR="000B1924" w14:paraId="650B0EAD" w14:textId="77777777" w:rsidTr="00807441">
        <w:trPr>
          <w:jc w:val="center"/>
        </w:trPr>
        <w:tc>
          <w:tcPr>
            <w:tcW w:w="5326" w:type="dxa"/>
            <w:tcBorders>
              <w:bottom w:val="single" w:sz="4" w:space="0" w:color="auto"/>
            </w:tcBorders>
          </w:tcPr>
          <w:p w14:paraId="5FF5A737" w14:textId="77777777" w:rsidR="000B1924" w:rsidRDefault="00A975F8" w:rsidP="00807441">
            <w:pPr>
              <w:shd w:val="clear" w:color="auto" w:fill="FFFFFF" w:themeFill="background1"/>
            </w:pPr>
            <w:r>
              <w:t>- GV kết luận: Dấu câu giúp người đọc hiểu đúng mục đích của câu.</w:t>
            </w:r>
          </w:p>
        </w:tc>
        <w:tc>
          <w:tcPr>
            <w:tcW w:w="5326" w:type="dxa"/>
            <w:tcBorders>
              <w:bottom w:val="single" w:sz="4" w:space="0" w:color="auto"/>
            </w:tcBorders>
          </w:tcPr>
          <w:p w14:paraId="6E1CE1B0" w14:textId="77777777" w:rsidR="000B1924" w:rsidRDefault="00A975F8" w:rsidP="00807441">
            <w:pPr>
              <w:shd w:val="clear" w:color="auto" w:fill="FFFFFF" w:themeFill="background1"/>
            </w:pPr>
            <w:r>
              <w:t>- HS sửa bài và ghi nhớ.</w:t>
            </w:r>
          </w:p>
        </w:tc>
      </w:tr>
      <w:tr w:rsidR="000B1924" w14:paraId="12D94A1B" w14:textId="77777777" w:rsidTr="00807441">
        <w:trPr>
          <w:jc w:val="center"/>
        </w:trPr>
        <w:tc>
          <w:tcPr>
            <w:tcW w:w="10652" w:type="dxa"/>
            <w:gridSpan w:val="2"/>
            <w:tcBorders>
              <w:top w:val="single" w:sz="4" w:space="0" w:color="auto"/>
              <w:bottom w:val="single" w:sz="4" w:space="0" w:color="auto"/>
            </w:tcBorders>
            <w:shd w:val="clear" w:color="auto" w:fill="E2F0D9"/>
          </w:tcPr>
          <w:p w14:paraId="743EF8DB" w14:textId="77777777" w:rsidR="000B1924" w:rsidRDefault="00A975F8" w:rsidP="00807441">
            <w:pPr>
              <w:shd w:val="clear" w:color="auto" w:fill="FFFFFF" w:themeFill="background1"/>
            </w:pPr>
            <w:r>
              <w:rPr>
                <w:b/>
                <w:color w:val="007000"/>
              </w:rPr>
              <w:t>4. Vận dụng (3 phút)</w:t>
            </w:r>
          </w:p>
          <w:p w14:paraId="2EDDECFC" w14:textId="77777777" w:rsidR="000B1924" w:rsidRDefault="00A975F8" w:rsidP="00807441">
            <w:pPr>
              <w:shd w:val="clear" w:color="auto" w:fill="FFFFFF" w:themeFill="background1"/>
            </w:pPr>
            <w:r>
              <w:rPr>
                <w:b/>
                <w:i/>
                <w:color w:val="007000"/>
              </w:rPr>
              <w:t xml:space="preserve"> Củng cố từ ngữ và dấu câu.</w:t>
            </w:r>
          </w:p>
        </w:tc>
      </w:tr>
      <w:tr w:rsidR="000B1924" w14:paraId="320A692C" w14:textId="77777777" w:rsidTr="00807441">
        <w:trPr>
          <w:jc w:val="center"/>
        </w:trPr>
        <w:tc>
          <w:tcPr>
            <w:tcW w:w="5326" w:type="dxa"/>
            <w:tcBorders>
              <w:top w:val="single" w:sz="4" w:space="0" w:color="auto"/>
            </w:tcBorders>
          </w:tcPr>
          <w:p w14:paraId="34FC9705" w14:textId="77777777" w:rsidR="000B1924" w:rsidRDefault="00A975F8" w:rsidP="00807441">
            <w:pPr>
              <w:shd w:val="clear" w:color="auto" w:fill="FFFFFF" w:themeFill="background1"/>
            </w:pPr>
            <w:r>
              <w:t>- Đặt một câu có từ quý mến hoặc thân thiết.</w:t>
            </w:r>
          </w:p>
        </w:tc>
        <w:tc>
          <w:tcPr>
            <w:tcW w:w="5326" w:type="dxa"/>
            <w:tcBorders>
              <w:top w:val="single" w:sz="4" w:space="0" w:color="auto"/>
            </w:tcBorders>
          </w:tcPr>
          <w:p w14:paraId="593A70E8" w14:textId="77777777" w:rsidR="000B1924" w:rsidRDefault="00A975F8" w:rsidP="00807441">
            <w:pPr>
              <w:shd w:val="clear" w:color="auto" w:fill="FFFFFF" w:themeFill="background1"/>
            </w:pPr>
            <w:r>
              <w:t>- HS đặt câu: Em rất quý mến bạn Mai. Em và Nam là đôi bạn thân thiết.</w:t>
            </w:r>
          </w:p>
        </w:tc>
      </w:tr>
      <w:tr w:rsidR="000B1924" w14:paraId="5B931367" w14:textId="77777777" w:rsidTr="00807441">
        <w:trPr>
          <w:jc w:val="center"/>
        </w:trPr>
        <w:tc>
          <w:tcPr>
            <w:tcW w:w="5326" w:type="dxa"/>
          </w:tcPr>
          <w:p w14:paraId="54717E3F" w14:textId="77777777" w:rsidR="000B1924" w:rsidRDefault="00A975F8" w:rsidP="00807441">
            <w:pPr>
              <w:shd w:val="clear" w:color="auto" w:fill="FFFFFF" w:themeFill="background1"/>
            </w:pPr>
            <w:r>
              <w:t>- Dặn HS dùng lời nói thân thiện với bạn hằng ngày.</w:t>
            </w:r>
          </w:p>
        </w:tc>
        <w:tc>
          <w:tcPr>
            <w:tcW w:w="5326" w:type="dxa"/>
          </w:tcPr>
          <w:p w14:paraId="210518BF" w14:textId="77777777" w:rsidR="000B1924" w:rsidRDefault="00A975F8" w:rsidP="00807441">
            <w:pPr>
              <w:shd w:val="clear" w:color="auto" w:fill="FFFFFF" w:themeFill="background1"/>
            </w:pPr>
            <w:r>
              <w:t>- HS ghi nhớ nhiệm vụ.</w:t>
            </w:r>
          </w:p>
        </w:tc>
      </w:tr>
    </w:tbl>
    <w:p w14:paraId="345C4337" w14:textId="77777777" w:rsidR="000B1924" w:rsidRDefault="00A975F8" w:rsidP="00807441">
      <w:pPr>
        <w:shd w:val="clear" w:color="auto" w:fill="FFFFFF" w:themeFill="background1"/>
        <w:spacing w:after="0" w:line="240" w:lineRule="auto"/>
      </w:pPr>
      <w:r>
        <w:rPr>
          <w:b/>
        </w:rPr>
        <w:t>IV. ĐIỀU CHỈNH SAU TIẾT DẠY (NẾU CÓ):</w:t>
      </w:r>
    </w:p>
    <w:p w14:paraId="48ABD108" w14:textId="108B80B5" w:rsidR="000B1924" w:rsidRDefault="00A975F8" w:rsidP="00807441">
      <w:pPr>
        <w:shd w:val="clear" w:color="auto" w:fill="FFFFFF" w:themeFill="background1"/>
        <w:spacing w:after="0" w:line="240" w:lineRule="auto"/>
      </w:pPr>
      <w:r>
        <w:t>........................................................................................................................</w:t>
      </w:r>
    </w:p>
    <w:p w14:paraId="027F0031" w14:textId="77777777" w:rsidR="000B1924" w:rsidRDefault="00A975F8" w:rsidP="00807441">
      <w:pPr>
        <w:shd w:val="clear" w:color="auto" w:fill="FFFFFF" w:themeFill="background1"/>
        <w:spacing w:after="0"/>
        <w:jc w:val="center"/>
      </w:pPr>
      <w:r>
        <w:rPr>
          <w:b/>
          <w:sz w:val="28"/>
        </w:rPr>
        <w:t>KẾ HOẠCH DẠY HỌC - TUẦN 10</w:t>
      </w:r>
      <w:r>
        <w:br/>
      </w:r>
      <w:r>
        <w:rPr>
          <w:b/>
          <w:sz w:val="28"/>
        </w:rPr>
        <w:t>CHỦ ĐỀ 3: NIỀM VUI TUỔI THƠ</w:t>
      </w:r>
      <w:r>
        <w:br/>
      </w:r>
      <w:r>
        <w:rPr>
          <w:b/>
          <w:sz w:val="28"/>
        </w:rPr>
        <w:t>BÀI 18: TỚ NHỚ CẬU</w:t>
      </w:r>
      <w:r>
        <w:br/>
      </w:r>
      <w:r>
        <w:rPr>
          <w:b/>
          <w:sz w:val="28"/>
        </w:rPr>
        <w:t>TIẾT 5 - 6: LUYỆN VIẾT ĐOẠN; ĐỌC MỞ RỘNG</w:t>
      </w:r>
    </w:p>
    <w:p w14:paraId="5D371AEF" w14:textId="77777777" w:rsidR="000B1924" w:rsidRDefault="00A975F8" w:rsidP="00807441">
      <w:pPr>
        <w:shd w:val="clear" w:color="auto" w:fill="FFFFFF" w:themeFill="background1"/>
        <w:spacing w:after="0" w:line="240" w:lineRule="auto"/>
      </w:pPr>
      <w:r>
        <w:rPr>
          <w:b/>
        </w:rPr>
        <w:t>I. YÊU CẦU CẦN ĐẠT</w:t>
      </w:r>
    </w:p>
    <w:p w14:paraId="26113971" w14:textId="77777777" w:rsidR="000B1924" w:rsidRDefault="00A975F8" w:rsidP="00807441">
      <w:pPr>
        <w:shd w:val="clear" w:color="auto" w:fill="FFFFFF" w:themeFill="background1"/>
        <w:spacing w:after="0" w:line="240" w:lineRule="auto"/>
      </w:pPr>
      <w:r>
        <w:rPr>
          <w:b/>
        </w:rPr>
        <w:t>1. Năng lực đặc thù:</w:t>
      </w:r>
      <w:r>
        <w:br/>
        <w:t>- Quan sát tranh, nói được việc làm của các bạn trong mỗi tranh.</w:t>
      </w:r>
      <w:r>
        <w:br/>
        <w:t>- Viết được 3 - 4 câu kể về một hoạt động em tham gia cùng các bạn.</w:t>
      </w:r>
      <w:r>
        <w:br/>
        <w:t>- Tìm đọc được một bài thơ về tình bạn; biết chia sẻ tên bài thơ, tên tác giả và điều em thích.</w:t>
      </w:r>
      <w:r>
        <w:br/>
      </w:r>
      <w:r>
        <w:rPr>
          <w:b/>
        </w:rPr>
        <w:t>2. Năng lực chung:</w:t>
      </w:r>
      <w:r>
        <w:br/>
        <w:t>- Tự chủ và tự học: hoàn thành nhiệm vụ cá nhân, biết chuẩn bị bài đọc mở rộng.</w:t>
      </w:r>
      <w:r>
        <w:br/>
        <w:t>- Giao tiếp và hợp tác: trao đổi nhóm, chia sẻ bài viết và bài đọc.</w:t>
      </w:r>
      <w:r>
        <w:br/>
        <w:t>- Giải quyết vấn đề và sáng tạo: biết lựa chọn từ ngữ phù hợp khi kể về hoạt động.</w:t>
      </w:r>
      <w:r>
        <w:br/>
      </w:r>
      <w:r>
        <w:rPr>
          <w:b/>
        </w:rPr>
        <w:t>3. Phẩm chất:</w:t>
      </w:r>
      <w:r>
        <w:br/>
        <w:t>- Nhân ái: biết yêu quý, trân trọng tình bạn.</w:t>
      </w:r>
      <w:r>
        <w:br/>
        <w:t>- Chăm chỉ, trách nhiệm: tích cực đọc sách, tham gia hoạt động cùng bạn bè.</w:t>
      </w:r>
    </w:p>
    <w:p w14:paraId="7DD55CC5" w14:textId="77777777" w:rsidR="000B1924" w:rsidRDefault="00A975F8" w:rsidP="00807441">
      <w:pPr>
        <w:shd w:val="clear" w:color="auto" w:fill="FFFFFF" w:themeFill="background1"/>
        <w:spacing w:after="0" w:line="240" w:lineRule="auto"/>
      </w:pPr>
      <w:r>
        <w:rPr>
          <w:b/>
        </w:rPr>
        <w:t>II. ĐỒ DÙNG DẠY HỌC</w:t>
      </w:r>
    </w:p>
    <w:p w14:paraId="7D54DEA9" w14:textId="77777777" w:rsidR="000B1924" w:rsidRDefault="00A975F8" w:rsidP="00807441">
      <w:pPr>
        <w:shd w:val="clear" w:color="auto" w:fill="FFFFFF" w:themeFill="background1"/>
        <w:spacing w:after="0" w:line="240" w:lineRule="auto"/>
      </w:pPr>
      <w:r>
        <w:t>- GV: Máy tính, máy chiếu/tivi, tranh và câu bài tập cắt từ SGK, phiếu đọc sách.</w:t>
      </w:r>
      <w:r>
        <w:br/>
        <w:t>- HS: SGK, vở ô li, bài thơ về tình bạn đã tìm đọc.</w:t>
      </w:r>
    </w:p>
    <w:p w14:paraId="3BEEE538" w14:textId="77777777" w:rsidR="000B1924" w:rsidRDefault="00A975F8" w:rsidP="00807441">
      <w:pPr>
        <w:shd w:val="clear" w:color="auto" w:fill="FFFFFF" w:themeFill="background1"/>
        <w:spacing w:after="0" w:line="240" w:lineRule="auto"/>
      </w:pPr>
      <w:r>
        <w:rPr>
          <w:b/>
        </w:rPr>
        <w:t>III. HOẠT ĐỘNG DẠY HỌC</w:t>
      </w:r>
    </w:p>
    <w:tbl>
      <w:tblPr>
        <w:tblStyle w:val="TableGrid"/>
        <w:tblW w:w="0" w:type="auto"/>
        <w:jc w:val="center"/>
        <w:tblBorders>
          <w:insideH w:val="none" w:sz="0" w:space="0" w:color="auto"/>
        </w:tblBorders>
        <w:tblLook w:val="04A0" w:firstRow="1" w:lastRow="0" w:firstColumn="1" w:lastColumn="0" w:noHBand="0" w:noVBand="1"/>
      </w:tblPr>
      <w:tblGrid>
        <w:gridCol w:w="5326"/>
        <w:gridCol w:w="5326"/>
      </w:tblGrid>
      <w:tr w:rsidR="000B1924" w14:paraId="0723D655" w14:textId="77777777" w:rsidTr="00807441">
        <w:trPr>
          <w:jc w:val="center"/>
        </w:trPr>
        <w:tc>
          <w:tcPr>
            <w:tcW w:w="4932" w:type="dxa"/>
            <w:tcBorders>
              <w:bottom w:val="single" w:sz="4" w:space="0" w:color="auto"/>
            </w:tcBorders>
            <w:shd w:val="clear" w:color="auto" w:fill="D9EAF7"/>
          </w:tcPr>
          <w:p w14:paraId="56DC5781" w14:textId="77777777" w:rsidR="000B1924" w:rsidRDefault="00A975F8" w:rsidP="00807441">
            <w:pPr>
              <w:shd w:val="clear" w:color="auto" w:fill="FFFFFF" w:themeFill="background1"/>
              <w:jc w:val="center"/>
            </w:pPr>
            <w:r>
              <w:rPr>
                <w:b/>
              </w:rPr>
              <w:t>Hoạt động của giáo viên</w:t>
            </w:r>
          </w:p>
        </w:tc>
        <w:tc>
          <w:tcPr>
            <w:tcW w:w="4932" w:type="dxa"/>
            <w:tcBorders>
              <w:bottom w:val="single" w:sz="4" w:space="0" w:color="auto"/>
            </w:tcBorders>
            <w:shd w:val="clear" w:color="auto" w:fill="D9EAF7"/>
          </w:tcPr>
          <w:p w14:paraId="5E15D89D" w14:textId="77777777" w:rsidR="000B1924" w:rsidRDefault="00A975F8" w:rsidP="00807441">
            <w:pPr>
              <w:shd w:val="clear" w:color="auto" w:fill="FFFFFF" w:themeFill="background1"/>
              <w:jc w:val="center"/>
            </w:pPr>
            <w:r>
              <w:rPr>
                <w:b/>
              </w:rPr>
              <w:t>Hoạt động của học sinh</w:t>
            </w:r>
          </w:p>
        </w:tc>
      </w:tr>
      <w:tr w:rsidR="000B1924" w14:paraId="71DD2477" w14:textId="77777777" w:rsidTr="00807441">
        <w:trPr>
          <w:jc w:val="center"/>
        </w:trPr>
        <w:tc>
          <w:tcPr>
            <w:tcW w:w="10652" w:type="dxa"/>
            <w:gridSpan w:val="2"/>
            <w:tcBorders>
              <w:top w:val="single" w:sz="4" w:space="0" w:color="auto"/>
              <w:bottom w:val="single" w:sz="4" w:space="0" w:color="auto"/>
            </w:tcBorders>
            <w:shd w:val="clear" w:color="auto" w:fill="E2F0D9"/>
          </w:tcPr>
          <w:p w14:paraId="04E21F73" w14:textId="77777777" w:rsidR="000B1924" w:rsidRDefault="00A975F8" w:rsidP="00807441">
            <w:pPr>
              <w:shd w:val="clear" w:color="auto" w:fill="FFFFFF" w:themeFill="background1"/>
            </w:pPr>
            <w:r>
              <w:rPr>
                <w:b/>
                <w:color w:val="007000"/>
              </w:rPr>
              <w:t>TIẾT 5</w:t>
            </w:r>
          </w:p>
        </w:tc>
      </w:tr>
      <w:tr w:rsidR="000B1924" w14:paraId="7781194D" w14:textId="77777777" w:rsidTr="00807441">
        <w:trPr>
          <w:jc w:val="center"/>
        </w:trPr>
        <w:tc>
          <w:tcPr>
            <w:tcW w:w="10652" w:type="dxa"/>
            <w:gridSpan w:val="2"/>
            <w:tcBorders>
              <w:top w:val="single" w:sz="4" w:space="0" w:color="auto"/>
              <w:bottom w:val="single" w:sz="4" w:space="0" w:color="auto"/>
            </w:tcBorders>
            <w:shd w:val="clear" w:color="auto" w:fill="E2F0D9"/>
          </w:tcPr>
          <w:p w14:paraId="4BCCD115" w14:textId="77777777" w:rsidR="000B1924" w:rsidRDefault="00A975F8" w:rsidP="00807441">
            <w:pPr>
              <w:shd w:val="clear" w:color="auto" w:fill="FFFFFF" w:themeFill="background1"/>
            </w:pPr>
            <w:r>
              <w:rPr>
                <w:b/>
                <w:color w:val="007000"/>
              </w:rPr>
              <w:t>1. Khởi động (3 phút)</w:t>
            </w:r>
          </w:p>
          <w:p w14:paraId="0B7DE32E" w14:textId="77777777" w:rsidR="000B1924" w:rsidRDefault="00A975F8" w:rsidP="00807441">
            <w:pPr>
              <w:shd w:val="clear" w:color="auto" w:fill="FFFFFF" w:themeFill="background1"/>
            </w:pPr>
            <w:r>
              <w:rPr>
                <w:b/>
                <w:i/>
                <w:color w:val="007000"/>
              </w:rPr>
              <w:lastRenderedPageBreak/>
              <w:t xml:space="preserve"> Kết nối với trải nghiệm hoạt động cùng bạn bè.</w:t>
            </w:r>
          </w:p>
        </w:tc>
      </w:tr>
      <w:tr w:rsidR="000B1924" w14:paraId="016132C9" w14:textId="77777777" w:rsidTr="00807441">
        <w:trPr>
          <w:jc w:val="center"/>
        </w:trPr>
        <w:tc>
          <w:tcPr>
            <w:tcW w:w="5326" w:type="dxa"/>
            <w:tcBorders>
              <w:top w:val="single" w:sz="4" w:space="0" w:color="auto"/>
              <w:bottom w:val="single" w:sz="4" w:space="0" w:color="auto"/>
            </w:tcBorders>
          </w:tcPr>
          <w:p w14:paraId="2EB484A7" w14:textId="77777777" w:rsidR="000B1924" w:rsidRDefault="00A975F8" w:rsidP="00807441">
            <w:pPr>
              <w:shd w:val="clear" w:color="auto" w:fill="FFFFFF" w:themeFill="background1"/>
            </w:pPr>
            <w:r>
              <w:lastRenderedPageBreak/>
              <w:t>- Kể nhanh một hoạt động em đã tham gia cùng bạn.</w:t>
            </w:r>
          </w:p>
        </w:tc>
        <w:tc>
          <w:tcPr>
            <w:tcW w:w="5326" w:type="dxa"/>
            <w:tcBorders>
              <w:top w:val="single" w:sz="4" w:space="0" w:color="auto"/>
              <w:bottom w:val="single" w:sz="4" w:space="0" w:color="auto"/>
            </w:tcBorders>
          </w:tcPr>
          <w:p w14:paraId="5E51C0E0" w14:textId="77777777" w:rsidR="000B1924" w:rsidRDefault="00A975F8" w:rsidP="00807441">
            <w:pPr>
              <w:shd w:val="clear" w:color="auto" w:fill="FFFFFF" w:themeFill="background1"/>
            </w:pPr>
            <w:r>
              <w:t>- HS nêu: Em đá bóng cùng bạn; em học nhóm; em chơi kéo co; em cùng bạn nhặt rác sân trường.</w:t>
            </w:r>
          </w:p>
        </w:tc>
      </w:tr>
      <w:tr w:rsidR="000B1924" w14:paraId="4646BBA8" w14:textId="77777777" w:rsidTr="00807441">
        <w:trPr>
          <w:jc w:val="center"/>
        </w:trPr>
        <w:tc>
          <w:tcPr>
            <w:tcW w:w="10652" w:type="dxa"/>
            <w:gridSpan w:val="2"/>
            <w:tcBorders>
              <w:top w:val="single" w:sz="4" w:space="0" w:color="auto"/>
              <w:bottom w:val="single" w:sz="4" w:space="0" w:color="auto"/>
            </w:tcBorders>
            <w:shd w:val="clear" w:color="auto" w:fill="E2F0D9"/>
          </w:tcPr>
          <w:p w14:paraId="08E60198" w14:textId="77777777" w:rsidR="000B1924" w:rsidRDefault="00A975F8" w:rsidP="00807441">
            <w:pPr>
              <w:shd w:val="clear" w:color="auto" w:fill="FFFFFF" w:themeFill="background1"/>
            </w:pPr>
            <w:r>
              <w:rPr>
                <w:b/>
                <w:color w:val="007000"/>
              </w:rPr>
              <w:t>3. Thực hành (29 phút)</w:t>
            </w:r>
          </w:p>
          <w:p w14:paraId="7AD7DD03" w14:textId="77777777" w:rsidR="000B1924" w:rsidRDefault="00A975F8" w:rsidP="00807441">
            <w:pPr>
              <w:shd w:val="clear" w:color="auto" w:fill="FFFFFF" w:themeFill="background1"/>
            </w:pPr>
            <w:r>
              <w:rPr>
                <w:b/>
                <w:i/>
                <w:color w:val="007000"/>
              </w:rPr>
              <w:t xml:space="preserve"> Nói và viết về một hoạt động em tham gia cùng bạn.</w:t>
            </w:r>
          </w:p>
        </w:tc>
      </w:tr>
      <w:tr w:rsidR="000B1924" w14:paraId="77DB762D" w14:textId="77777777" w:rsidTr="00807441">
        <w:trPr>
          <w:jc w:val="center"/>
        </w:trPr>
        <w:tc>
          <w:tcPr>
            <w:tcW w:w="5326" w:type="dxa"/>
            <w:tcBorders>
              <w:top w:val="single" w:sz="4" w:space="0" w:color="auto"/>
            </w:tcBorders>
          </w:tcPr>
          <w:p w14:paraId="2299EC22" w14:textId="77777777" w:rsidR="000B1924" w:rsidRDefault="00A975F8" w:rsidP="00807441">
            <w:pPr>
              <w:shd w:val="clear" w:color="auto" w:fill="FFFFFF" w:themeFill="background1"/>
            </w:pPr>
            <w:r>
              <w:rPr>
                <w:b/>
              </w:rPr>
              <w:t>Bài tập 1: Nói về việc làm của các bạn trong mỗi tranh.</w:t>
            </w:r>
          </w:p>
        </w:tc>
        <w:tc>
          <w:tcPr>
            <w:tcW w:w="5326" w:type="dxa"/>
            <w:tcBorders>
              <w:top w:val="single" w:sz="4" w:space="0" w:color="auto"/>
            </w:tcBorders>
          </w:tcPr>
          <w:p w14:paraId="06048E80" w14:textId="77777777" w:rsidR="000B1924" w:rsidRDefault="00A975F8" w:rsidP="00807441">
            <w:pPr>
              <w:shd w:val="clear" w:color="auto" w:fill="FFFFFF" w:themeFill="background1"/>
            </w:pPr>
            <w:r>
              <w:t>- HS xác định yêu cầu bài tập.</w:t>
            </w:r>
          </w:p>
        </w:tc>
      </w:tr>
      <w:tr w:rsidR="000B1924" w14:paraId="717F7AB9" w14:textId="77777777" w:rsidTr="00807441">
        <w:trPr>
          <w:jc w:val="center"/>
        </w:trPr>
        <w:tc>
          <w:tcPr>
            <w:tcW w:w="5326" w:type="dxa"/>
          </w:tcPr>
          <w:p w14:paraId="39518699" w14:textId="77777777" w:rsidR="000B1924" w:rsidRDefault="00A975F8" w:rsidP="00807441">
            <w:pPr>
              <w:shd w:val="clear" w:color="auto" w:fill="FFFFFF" w:themeFill="background1"/>
            </w:pPr>
            <w:r>
              <w:t>- GV yêu cầu HS đọc đề bài.</w:t>
            </w:r>
          </w:p>
          <w:p w14:paraId="07A564F1" w14:textId="1582AB35" w:rsidR="000B1924" w:rsidRDefault="000B1924" w:rsidP="00807441">
            <w:pPr>
              <w:shd w:val="clear" w:color="auto" w:fill="FFFFFF" w:themeFill="background1"/>
              <w:jc w:val="center"/>
            </w:pPr>
          </w:p>
        </w:tc>
        <w:tc>
          <w:tcPr>
            <w:tcW w:w="5326" w:type="dxa"/>
          </w:tcPr>
          <w:p w14:paraId="6F1E1E5B" w14:textId="77777777" w:rsidR="000B1924" w:rsidRDefault="00A975F8" w:rsidP="00807441">
            <w:pPr>
              <w:shd w:val="clear" w:color="auto" w:fill="FFFFFF" w:themeFill="background1"/>
            </w:pPr>
            <w:r>
              <w:t>- HS đọc: Nói về việc làm của các bạn trong mỗi tranh.</w:t>
            </w:r>
          </w:p>
        </w:tc>
      </w:tr>
      <w:tr w:rsidR="000B1924" w14:paraId="6594C455" w14:textId="77777777" w:rsidTr="00807441">
        <w:trPr>
          <w:jc w:val="center"/>
        </w:trPr>
        <w:tc>
          <w:tcPr>
            <w:tcW w:w="5326" w:type="dxa"/>
          </w:tcPr>
          <w:p w14:paraId="4293FA2D" w14:textId="77777777" w:rsidR="000B1924" w:rsidRDefault="00A975F8" w:rsidP="00807441">
            <w:pPr>
              <w:shd w:val="clear" w:color="auto" w:fill="FFFFFF" w:themeFill="background1"/>
            </w:pPr>
            <w:r>
              <w:t>- HS quan sát tranh và làm việc nhóm 2, nói việc làm trong từng tranh.</w:t>
            </w:r>
          </w:p>
        </w:tc>
        <w:tc>
          <w:tcPr>
            <w:tcW w:w="5326" w:type="dxa"/>
          </w:tcPr>
          <w:p w14:paraId="41F16AA3" w14:textId="77777777" w:rsidR="000B1924" w:rsidRDefault="00A975F8" w:rsidP="00807441">
            <w:pPr>
              <w:shd w:val="clear" w:color="auto" w:fill="FFFFFF" w:themeFill="background1"/>
            </w:pPr>
            <w:r>
              <w:t>- HS trả lời: Tranh 1: Các bạn đi học cùng nhau trên đường. Tranh 2: Các bạn cùng học nhóm, trao đổi bài. Tranh 3: Các bạn cùng chơi ở sân trường.</w:t>
            </w:r>
          </w:p>
        </w:tc>
      </w:tr>
      <w:tr w:rsidR="000B1924" w14:paraId="1DEA5C1A" w14:textId="77777777" w:rsidTr="00807441">
        <w:trPr>
          <w:jc w:val="center"/>
        </w:trPr>
        <w:tc>
          <w:tcPr>
            <w:tcW w:w="5326" w:type="dxa"/>
          </w:tcPr>
          <w:p w14:paraId="173CD7E8" w14:textId="77777777" w:rsidR="000B1924" w:rsidRDefault="00A975F8" w:rsidP="00807441">
            <w:pPr>
              <w:shd w:val="clear" w:color="auto" w:fill="FFFFFF" w:themeFill="background1"/>
            </w:pPr>
            <w:r>
              <w:t>- GV gọi HS trình bày.</w:t>
            </w:r>
          </w:p>
        </w:tc>
        <w:tc>
          <w:tcPr>
            <w:tcW w:w="5326" w:type="dxa"/>
          </w:tcPr>
          <w:p w14:paraId="1433AFC2" w14:textId="77777777" w:rsidR="000B1924" w:rsidRDefault="00A975F8" w:rsidP="00807441">
            <w:pPr>
              <w:shd w:val="clear" w:color="auto" w:fill="FFFFFF" w:themeFill="background1"/>
            </w:pPr>
            <w:r>
              <w:t>- HS trình bày từng tranh; lớp nhận xét, bổ sung.</w:t>
            </w:r>
          </w:p>
        </w:tc>
      </w:tr>
      <w:tr w:rsidR="000B1924" w14:paraId="4CE0C0E2" w14:textId="77777777" w:rsidTr="00807441">
        <w:trPr>
          <w:jc w:val="center"/>
        </w:trPr>
        <w:tc>
          <w:tcPr>
            <w:tcW w:w="5326" w:type="dxa"/>
          </w:tcPr>
          <w:p w14:paraId="42DC14E2" w14:textId="77777777" w:rsidR="000B1924" w:rsidRDefault="00A975F8" w:rsidP="00807441">
            <w:pPr>
              <w:shd w:val="clear" w:color="auto" w:fill="FFFFFF" w:themeFill="background1"/>
            </w:pPr>
            <w:r>
              <w:t>- GV kết luận: Khi tham gia hoạt động cùng bạn, các em cần hợp tác, chia sẻ và giữ an toàn.</w:t>
            </w:r>
          </w:p>
        </w:tc>
        <w:tc>
          <w:tcPr>
            <w:tcW w:w="5326" w:type="dxa"/>
          </w:tcPr>
          <w:p w14:paraId="1019E7DD" w14:textId="77777777" w:rsidR="000B1924" w:rsidRDefault="00A975F8" w:rsidP="00807441">
            <w:pPr>
              <w:shd w:val="clear" w:color="auto" w:fill="FFFFFF" w:themeFill="background1"/>
            </w:pPr>
            <w:r>
              <w:t>- HS ghi nhớ cách nói về tranh.</w:t>
            </w:r>
          </w:p>
        </w:tc>
      </w:tr>
      <w:tr w:rsidR="000B1924" w14:paraId="58277E8F" w14:textId="77777777" w:rsidTr="00807441">
        <w:trPr>
          <w:jc w:val="center"/>
        </w:trPr>
        <w:tc>
          <w:tcPr>
            <w:tcW w:w="5326" w:type="dxa"/>
          </w:tcPr>
          <w:p w14:paraId="65546F66" w14:textId="77777777" w:rsidR="000B1924" w:rsidRDefault="00A975F8" w:rsidP="00807441">
            <w:pPr>
              <w:shd w:val="clear" w:color="auto" w:fill="FFFFFF" w:themeFill="background1"/>
            </w:pPr>
            <w:r>
              <w:rPr>
                <w:b/>
              </w:rPr>
              <w:t>Bài tập 2: Viết 3 - 4 câu kể về một hoạt động em tham gia cùng các bạn.</w:t>
            </w:r>
          </w:p>
        </w:tc>
        <w:tc>
          <w:tcPr>
            <w:tcW w:w="5326" w:type="dxa"/>
          </w:tcPr>
          <w:p w14:paraId="734278F7" w14:textId="77777777" w:rsidR="000B1924" w:rsidRDefault="00A975F8" w:rsidP="00807441">
            <w:pPr>
              <w:shd w:val="clear" w:color="auto" w:fill="FFFFFF" w:themeFill="background1"/>
            </w:pPr>
            <w:r>
              <w:t>- HS xác định yêu cầu bài tập.</w:t>
            </w:r>
          </w:p>
        </w:tc>
      </w:tr>
      <w:tr w:rsidR="000B1924" w14:paraId="1C2E99D4" w14:textId="77777777" w:rsidTr="00807441">
        <w:trPr>
          <w:jc w:val="center"/>
        </w:trPr>
        <w:tc>
          <w:tcPr>
            <w:tcW w:w="5326" w:type="dxa"/>
          </w:tcPr>
          <w:p w14:paraId="7E2F2443" w14:textId="77777777" w:rsidR="000B1924" w:rsidRDefault="00A975F8" w:rsidP="00807441">
            <w:pPr>
              <w:shd w:val="clear" w:color="auto" w:fill="FFFFFF" w:themeFill="background1"/>
            </w:pPr>
            <w:r>
              <w:t>- GV yêu cầu HS đọc đề bài.</w:t>
            </w:r>
          </w:p>
        </w:tc>
        <w:tc>
          <w:tcPr>
            <w:tcW w:w="5326" w:type="dxa"/>
          </w:tcPr>
          <w:p w14:paraId="718F2941" w14:textId="77777777" w:rsidR="000B1924" w:rsidRDefault="00A975F8" w:rsidP="00807441">
            <w:pPr>
              <w:shd w:val="clear" w:color="auto" w:fill="FFFFFF" w:themeFill="background1"/>
            </w:pPr>
            <w:r>
              <w:t>- HS đọc: Viết 3 - 4 câu kể về một hoạt động em tham gia cùng các bạn.</w:t>
            </w:r>
          </w:p>
        </w:tc>
      </w:tr>
      <w:tr w:rsidR="000B1924" w14:paraId="330D833E" w14:textId="77777777" w:rsidTr="00807441">
        <w:trPr>
          <w:jc w:val="center"/>
        </w:trPr>
        <w:tc>
          <w:tcPr>
            <w:tcW w:w="5326" w:type="dxa"/>
          </w:tcPr>
          <w:p w14:paraId="42D00D31" w14:textId="77777777" w:rsidR="000B1924" w:rsidRDefault="00A975F8" w:rsidP="00807441">
            <w:pPr>
              <w:shd w:val="clear" w:color="auto" w:fill="FFFFFF" w:themeFill="background1"/>
            </w:pPr>
            <w:r>
              <w:t>- GV hướng dẫn HS dựa vào gợi ý: Em đã tham gia hoạt động gì? Hoạt động diễn ra ở đâu? Em và các bạn làm gì? Em cảm thấy thế nào?</w:t>
            </w:r>
          </w:p>
        </w:tc>
        <w:tc>
          <w:tcPr>
            <w:tcW w:w="5326" w:type="dxa"/>
          </w:tcPr>
          <w:p w14:paraId="4296ECF6" w14:textId="77777777" w:rsidR="000B1924" w:rsidRDefault="00A975F8" w:rsidP="00807441">
            <w:pPr>
              <w:shd w:val="clear" w:color="auto" w:fill="FFFFFF" w:themeFill="background1"/>
            </w:pPr>
            <w:r>
              <w:t>- HS trả lời gợi ý: Em tham gia học nhóm ở lớp. Em cùng các bạn đọc bài, trả lời câu hỏi và góp ý cho nhau. Em cảm thấy rất vui.</w:t>
            </w:r>
          </w:p>
        </w:tc>
      </w:tr>
      <w:tr w:rsidR="000B1924" w14:paraId="09EBEF08" w14:textId="77777777" w:rsidTr="00807441">
        <w:trPr>
          <w:jc w:val="center"/>
        </w:trPr>
        <w:tc>
          <w:tcPr>
            <w:tcW w:w="5326" w:type="dxa"/>
          </w:tcPr>
          <w:p w14:paraId="2870AE40" w14:textId="77777777" w:rsidR="000B1924" w:rsidRDefault="00A975F8" w:rsidP="00807441">
            <w:pPr>
              <w:shd w:val="clear" w:color="auto" w:fill="FFFFFF" w:themeFill="background1"/>
            </w:pPr>
            <w:r>
              <w:t>- HS làm cá nhân vào vở.</w:t>
            </w:r>
          </w:p>
        </w:tc>
        <w:tc>
          <w:tcPr>
            <w:tcW w:w="5326" w:type="dxa"/>
          </w:tcPr>
          <w:p w14:paraId="05D9A718" w14:textId="77777777" w:rsidR="000B1924" w:rsidRDefault="00A975F8" w:rsidP="00807441">
            <w:pPr>
              <w:shd w:val="clear" w:color="auto" w:fill="FFFFFF" w:themeFill="background1"/>
            </w:pPr>
            <w:r>
              <w:t>- HS viết: Chiều thứ sáu, em tham gia học nhóm cùng các bạn trong lớp. Chúng em cùng đọc bài Tớ nhớ cậu và trả lời câu hỏi. Bạn nào chưa hiểu thì được các bạn khác giải thích. Em rất vui vì được học cùng các bạn.</w:t>
            </w:r>
          </w:p>
        </w:tc>
      </w:tr>
      <w:tr w:rsidR="000B1924" w14:paraId="0F9FF97A" w14:textId="77777777" w:rsidTr="00807441">
        <w:trPr>
          <w:jc w:val="center"/>
        </w:trPr>
        <w:tc>
          <w:tcPr>
            <w:tcW w:w="5326" w:type="dxa"/>
          </w:tcPr>
          <w:p w14:paraId="3B3DB8EF" w14:textId="77777777" w:rsidR="000B1924" w:rsidRDefault="00A975F8" w:rsidP="00807441">
            <w:pPr>
              <w:shd w:val="clear" w:color="auto" w:fill="FFFFFF" w:themeFill="background1"/>
            </w:pPr>
            <w:r>
              <w:t>- GV gọi một số HS đọc bài viết.</w:t>
            </w:r>
          </w:p>
        </w:tc>
        <w:tc>
          <w:tcPr>
            <w:tcW w:w="5326" w:type="dxa"/>
          </w:tcPr>
          <w:p w14:paraId="49EC770D" w14:textId="77777777" w:rsidR="000B1924" w:rsidRDefault="00A975F8" w:rsidP="00807441">
            <w:pPr>
              <w:shd w:val="clear" w:color="auto" w:fill="FFFFFF" w:themeFill="background1"/>
            </w:pPr>
            <w:r>
              <w:t>- HS đọc bài; lớp nhận xét bài viết đủ 3 - 4 câu, rõ hoạt động và có cảm xúc.</w:t>
            </w:r>
          </w:p>
        </w:tc>
      </w:tr>
      <w:tr w:rsidR="000B1924" w14:paraId="39DAFB4B" w14:textId="77777777" w:rsidTr="00807441">
        <w:trPr>
          <w:jc w:val="center"/>
        </w:trPr>
        <w:tc>
          <w:tcPr>
            <w:tcW w:w="5326" w:type="dxa"/>
            <w:tcBorders>
              <w:bottom w:val="single" w:sz="4" w:space="0" w:color="auto"/>
            </w:tcBorders>
          </w:tcPr>
          <w:p w14:paraId="0732894D" w14:textId="77777777" w:rsidR="000B1924" w:rsidRDefault="00A975F8" w:rsidP="00807441">
            <w:pPr>
              <w:shd w:val="clear" w:color="auto" w:fill="FFFFFF" w:themeFill="background1"/>
            </w:pPr>
            <w:r>
              <w:t>- GV kết luận: Khi viết đoạn văn, các em cần nêu rõ hoạt động, người tham gia, việc đã làm và cảm xúc của mình.</w:t>
            </w:r>
          </w:p>
        </w:tc>
        <w:tc>
          <w:tcPr>
            <w:tcW w:w="5326" w:type="dxa"/>
            <w:tcBorders>
              <w:bottom w:val="single" w:sz="4" w:space="0" w:color="auto"/>
            </w:tcBorders>
          </w:tcPr>
          <w:p w14:paraId="38CA097E" w14:textId="77777777" w:rsidR="000B1924" w:rsidRDefault="00A975F8" w:rsidP="00807441">
            <w:pPr>
              <w:shd w:val="clear" w:color="auto" w:fill="FFFFFF" w:themeFill="background1"/>
            </w:pPr>
            <w:r>
              <w:t>- HS sửa bài theo góp ý.</w:t>
            </w:r>
          </w:p>
        </w:tc>
      </w:tr>
      <w:tr w:rsidR="000B1924" w14:paraId="032BA846" w14:textId="77777777" w:rsidTr="00807441">
        <w:trPr>
          <w:jc w:val="center"/>
        </w:trPr>
        <w:tc>
          <w:tcPr>
            <w:tcW w:w="10652" w:type="dxa"/>
            <w:gridSpan w:val="2"/>
            <w:tcBorders>
              <w:top w:val="single" w:sz="4" w:space="0" w:color="auto"/>
              <w:bottom w:val="single" w:sz="4" w:space="0" w:color="auto"/>
            </w:tcBorders>
            <w:shd w:val="clear" w:color="auto" w:fill="E2F0D9"/>
          </w:tcPr>
          <w:p w14:paraId="20E741E4" w14:textId="77777777" w:rsidR="000B1924" w:rsidRDefault="00A975F8" w:rsidP="00807441">
            <w:pPr>
              <w:shd w:val="clear" w:color="auto" w:fill="FFFFFF" w:themeFill="background1"/>
            </w:pPr>
            <w:r>
              <w:rPr>
                <w:b/>
                <w:color w:val="007000"/>
              </w:rPr>
              <w:t>4. Vận dụng (3 phút)</w:t>
            </w:r>
          </w:p>
          <w:p w14:paraId="62D792E8" w14:textId="77777777" w:rsidR="000B1924" w:rsidRDefault="00A975F8" w:rsidP="00807441">
            <w:pPr>
              <w:shd w:val="clear" w:color="auto" w:fill="FFFFFF" w:themeFill="background1"/>
            </w:pPr>
            <w:r>
              <w:rPr>
                <w:b/>
                <w:i/>
                <w:color w:val="007000"/>
              </w:rPr>
              <w:t xml:space="preserve"> Hoàn thiện đoạn viết.</w:t>
            </w:r>
          </w:p>
        </w:tc>
      </w:tr>
      <w:tr w:rsidR="000B1924" w14:paraId="0D85739E" w14:textId="77777777" w:rsidTr="00807441">
        <w:trPr>
          <w:jc w:val="center"/>
        </w:trPr>
        <w:tc>
          <w:tcPr>
            <w:tcW w:w="5326" w:type="dxa"/>
            <w:tcBorders>
              <w:top w:val="single" w:sz="4" w:space="0" w:color="auto"/>
              <w:bottom w:val="single" w:sz="4" w:space="0" w:color="auto"/>
            </w:tcBorders>
          </w:tcPr>
          <w:p w14:paraId="3CE33EAD" w14:textId="77777777" w:rsidR="000B1924" w:rsidRDefault="00A975F8" w:rsidP="00807441">
            <w:pPr>
              <w:shd w:val="clear" w:color="auto" w:fill="FFFFFF" w:themeFill="background1"/>
            </w:pPr>
            <w:r>
              <w:t>- Dặn HS đọc lại đoạn viết, sửa lỗi chính tả và chuẩn bị một bài thơ về tình bạn cho tiết sau.</w:t>
            </w:r>
          </w:p>
        </w:tc>
        <w:tc>
          <w:tcPr>
            <w:tcW w:w="5326" w:type="dxa"/>
            <w:tcBorders>
              <w:top w:val="single" w:sz="4" w:space="0" w:color="auto"/>
              <w:bottom w:val="single" w:sz="4" w:space="0" w:color="auto"/>
            </w:tcBorders>
          </w:tcPr>
          <w:p w14:paraId="74E843FF" w14:textId="77777777" w:rsidR="000B1924" w:rsidRDefault="00A975F8" w:rsidP="00807441">
            <w:pPr>
              <w:shd w:val="clear" w:color="auto" w:fill="FFFFFF" w:themeFill="background1"/>
            </w:pPr>
            <w:r>
              <w:t>- HS ghi nhớ nhiệm vụ.</w:t>
            </w:r>
          </w:p>
        </w:tc>
      </w:tr>
      <w:tr w:rsidR="000B1924" w14:paraId="4F8FBFD2" w14:textId="77777777" w:rsidTr="00807441">
        <w:trPr>
          <w:jc w:val="center"/>
        </w:trPr>
        <w:tc>
          <w:tcPr>
            <w:tcW w:w="10652" w:type="dxa"/>
            <w:gridSpan w:val="2"/>
            <w:tcBorders>
              <w:top w:val="single" w:sz="4" w:space="0" w:color="auto"/>
              <w:bottom w:val="single" w:sz="4" w:space="0" w:color="auto"/>
            </w:tcBorders>
            <w:shd w:val="clear" w:color="auto" w:fill="E2F0D9"/>
          </w:tcPr>
          <w:p w14:paraId="53B1301E" w14:textId="77777777" w:rsidR="000B1924" w:rsidRDefault="00A975F8" w:rsidP="00807441">
            <w:pPr>
              <w:shd w:val="clear" w:color="auto" w:fill="FFFFFF" w:themeFill="background1"/>
            </w:pPr>
            <w:r>
              <w:rPr>
                <w:b/>
                <w:color w:val="007000"/>
              </w:rPr>
              <w:t>TIẾT 6</w:t>
            </w:r>
          </w:p>
        </w:tc>
      </w:tr>
      <w:tr w:rsidR="000B1924" w14:paraId="001D872B" w14:textId="77777777" w:rsidTr="00807441">
        <w:trPr>
          <w:jc w:val="center"/>
        </w:trPr>
        <w:tc>
          <w:tcPr>
            <w:tcW w:w="10652" w:type="dxa"/>
            <w:gridSpan w:val="2"/>
            <w:tcBorders>
              <w:top w:val="single" w:sz="4" w:space="0" w:color="auto"/>
              <w:bottom w:val="single" w:sz="4" w:space="0" w:color="auto"/>
            </w:tcBorders>
            <w:shd w:val="clear" w:color="auto" w:fill="E2F0D9"/>
          </w:tcPr>
          <w:p w14:paraId="58BEBBB8" w14:textId="77777777" w:rsidR="000B1924" w:rsidRDefault="00A975F8" w:rsidP="00807441">
            <w:pPr>
              <w:shd w:val="clear" w:color="auto" w:fill="FFFFFF" w:themeFill="background1"/>
            </w:pPr>
            <w:r>
              <w:rPr>
                <w:b/>
                <w:color w:val="007000"/>
              </w:rPr>
              <w:t>1. Khởi động (3 phút)</w:t>
            </w:r>
          </w:p>
          <w:p w14:paraId="28347948" w14:textId="77777777" w:rsidR="000B1924" w:rsidRDefault="00A975F8" w:rsidP="00807441">
            <w:pPr>
              <w:shd w:val="clear" w:color="auto" w:fill="FFFFFF" w:themeFill="background1"/>
            </w:pPr>
            <w:r>
              <w:rPr>
                <w:b/>
                <w:i/>
                <w:color w:val="007000"/>
              </w:rPr>
              <w:t xml:space="preserve"> Tạo hứng thú đọc mở rộng.</w:t>
            </w:r>
          </w:p>
        </w:tc>
      </w:tr>
      <w:tr w:rsidR="000B1924" w14:paraId="7382EEB2" w14:textId="77777777" w:rsidTr="00807441">
        <w:trPr>
          <w:jc w:val="center"/>
        </w:trPr>
        <w:tc>
          <w:tcPr>
            <w:tcW w:w="5326" w:type="dxa"/>
            <w:tcBorders>
              <w:top w:val="single" w:sz="4" w:space="0" w:color="auto"/>
              <w:bottom w:val="single" w:sz="4" w:space="0" w:color="auto"/>
            </w:tcBorders>
          </w:tcPr>
          <w:p w14:paraId="07D71F18" w14:textId="77777777" w:rsidR="000B1924" w:rsidRDefault="00A975F8" w:rsidP="00807441">
            <w:pPr>
              <w:shd w:val="clear" w:color="auto" w:fill="FFFFFF" w:themeFill="background1"/>
            </w:pPr>
            <w:r>
              <w:t>- Nói tên một bài thơ hoặc câu thơ về tình bạn mà em biết.</w:t>
            </w:r>
          </w:p>
        </w:tc>
        <w:tc>
          <w:tcPr>
            <w:tcW w:w="5326" w:type="dxa"/>
            <w:tcBorders>
              <w:top w:val="single" w:sz="4" w:space="0" w:color="auto"/>
              <w:bottom w:val="single" w:sz="4" w:space="0" w:color="auto"/>
            </w:tcBorders>
          </w:tcPr>
          <w:p w14:paraId="62D07E1C" w14:textId="77777777" w:rsidR="000B1924" w:rsidRDefault="00A975F8" w:rsidP="00807441">
            <w:pPr>
              <w:shd w:val="clear" w:color="auto" w:fill="FFFFFF" w:themeFill="background1"/>
            </w:pPr>
            <w:r>
              <w:t>- HS nêu: Em biết bài thơ Tình bạn; em biết câu thơ nói về bạn bè.</w:t>
            </w:r>
          </w:p>
        </w:tc>
      </w:tr>
      <w:tr w:rsidR="000B1924" w14:paraId="7DB19974" w14:textId="77777777" w:rsidTr="00807441">
        <w:trPr>
          <w:jc w:val="center"/>
        </w:trPr>
        <w:tc>
          <w:tcPr>
            <w:tcW w:w="10652" w:type="dxa"/>
            <w:gridSpan w:val="2"/>
            <w:tcBorders>
              <w:top w:val="single" w:sz="4" w:space="0" w:color="auto"/>
              <w:bottom w:val="single" w:sz="4" w:space="0" w:color="auto"/>
            </w:tcBorders>
            <w:shd w:val="clear" w:color="auto" w:fill="E2F0D9"/>
          </w:tcPr>
          <w:p w14:paraId="010C2139" w14:textId="77777777" w:rsidR="000B1924" w:rsidRDefault="00A975F8" w:rsidP="00807441">
            <w:pPr>
              <w:shd w:val="clear" w:color="auto" w:fill="FFFFFF" w:themeFill="background1"/>
            </w:pPr>
            <w:r>
              <w:rPr>
                <w:b/>
                <w:color w:val="007000"/>
              </w:rPr>
              <w:t>3. Thực hành (29 phút)</w:t>
            </w:r>
          </w:p>
          <w:p w14:paraId="4963333D" w14:textId="77777777" w:rsidR="000B1924" w:rsidRDefault="00A975F8" w:rsidP="00807441">
            <w:pPr>
              <w:shd w:val="clear" w:color="auto" w:fill="FFFFFF" w:themeFill="background1"/>
            </w:pPr>
            <w:r>
              <w:rPr>
                <w:b/>
                <w:i/>
                <w:color w:val="007000"/>
              </w:rPr>
              <w:t xml:space="preserve"> Tìm đọc, trao đổi và chia sẻ về bài thơ tình bạn.</w:t>
            </w:r>
          </w:p>
        </w:tc>
      </w:tr>
      <w:tr w:rsidR="000B1924" w14:paraId="0603A53B" w14:textId="77777777" w:rsidTr="00807441">
        <w:trPr>
          <w:jc w:val="center"/>
        </w:trPr>
        <w:tc>
          <w:tcPr>
            <w:tcW w:w="5326" w:type="dxa"/>
            <w:tcBorders>
              <w:top w:val="single" w:sz="4" w:space="0" w:color="auto"/>
            </w:tcBorders>
          </w:tcPr>
          <w:p w14:paraId="2158EAD5" w14:textId="77777777" w:rsidR="000B1924" w:rsidRDefault="00A975F8" w:rsidP="00807441">
            <w:pPr>
              <w:shd w:val="clear" w:color="auto" w:fill="FFFFFF" w:themeFill="background1"/>
            </w:pPr>
            <w:r>
              <w:rPr>
                <w:b/>
              </w:rPr>
              <w:t xml:space="preserve">Bài tập 1: Tìm đọc một bài thơ về tình bạn. </w:t>
            </w:r>
            <w:r>
              <w:rPr>
                <w:b/>
              </w:rPr>
              <w:lastRenderedPageBreak/>
              <w:t>Khi đọc, chú ý tên bài thơ và tên tác giả.</w:t>
            </w:r>
          </w:p>
        </w:tc>
        <w:tc>
          <w:tcPr>
            <w:tcW w:w="5326" w:type="dxa"/>
            <w:tcBorders>
              <w:top w:val="single" w:sz="4" w:space="0" w:color="auto"/>
            </w:tcBorders>
          </w:tcPr>
          <w:p w14:paraId="6B35B23C" w14:textId="77777777" w:rsidR="000B1924" w:rsidRDefault="00A975F8" w:rsidP="00807441">
            <w:pPr>
              <w:shd w:val="clear" w:color="auto" w:fill="FFFFFF" w:themeFill="background1"/>
            </w:pPr>
            <w:r>
              <w:lastRenderedPageBreak/>
              <w:t>- HS xác định yêu cầu bài tập.</w:t>
            </w:r>
          </w:p>
        </w:tc>
      </w:tr>
      <w:tr w:rsidR="000B1924" w14:paraId="1341F674" w14:textId="77777777" w:rsidTr="00807441">
        <w:trPr>
          <w:jc w:val="center"/>
        </w:trPr>
        <w:tc>
          <w:tcPr>
            <w:tcW w:w="5326" w:type="dxa"/>
          </w:tcPr>
          <w:p w14:paraId="54E67E9B" w14:textId="77777777" w:rsidR="000B1924" w:rsidRDefault="00A975F8" w:rsidP="00807441">
            <w:pPr>
              <w:shd w:val="clear" w:color="auto" w:fill="FFFFFF" w:themeFill="background1"/>
            </w:pPr>
            <w:r>
              <w:t>- GV yêu cầu HS đọc đề bài.</w:t>
            </w:r>
          </w:p>
          <w:p w14:paraId="2993E6AA" w14:textId="50EEC407" w:rsidR="000B1924" w:rsidRDefault="000B1924" w:rsidP="00807441">
            <w:pPr>
              <w:shd w:val="clear" w:color="auto" w:fill="FFFFFF" w:themeFill="background1"/>
              <w:jc w:val="center"/>
            </w:pPr>
          </w:p>
        </w:tc>
        <w:tc>
          <w:tcPr>
            <w:tcW w:w="5326" w:type="dxa"/>
          </w:tcPr>
          <w:p w14:paraId="2A04BFE1" w14:textId="77777777" w:rsidR="000B1924" w:rsidRDefault="00A975F8" w:rsidP="00807441">
            <w:pPr>
              <w:shd w:val="clear" w:color="auto" w:fill="FFFFFF" w:themeFill="background1"/>
            </w:pPr>
            <w:r>
              <w:t>- HS đọc: Tìm đọc một bài thơ về tình bạn. Khi đọc, chú ý tên bài thơ và tên tác giả.</w:t>
            </w:r>
          </w:p>
        </w:tc>
      </w:tr>
      <w:tr w:rsidR="000B1924" w14:paraId="15FA7790" w14:textId="77777777" w:rsidTr="00807441">
        <w:trPr>
          <w:jc w:val="center"/>
        </w:trPr>
        <w:tc>
          <w:tcPr>
            <w:tcW w:w="5326" w:type="dxa"/>
          </w:tcPr>
          <w:p w14:paraId="64988034" w14:textId="77777777" w:rsidR="000B1924" w:rsidRDefault="00A975F8" w:rsidP="00807441">
            <w:pPr>
              <w:shd w:val="clear" w:color="auto" w:fill="FFFFFF" w:themeFill="background1"/>
            </w:pPr>
            <w:r>
              <w:t>- HS làm cá nhân, đọc bài thơ đã chuẩn bị hoặc bài thơ GV cung cấp.</w:t>
            </w:r>
          </w:p>
        </w:tc>
        <w:tc>
          <w:tcPr>
            <w:tcW w:w="5326" w:type="dxa"/>
          </w:tcPr>
          <w:p w14:paraId="497B3058" w14:textId="77777777" w:rsidR="000B1924" w:rsidRDefault="00A975F8" w:rsidP="00807441">
            <w:pPr>
              <w:shd w:val="clear" w:color="auto" w:fill="FFFFFF" w:themeFill="background1"/>
            </w:pPr>
            <w:r>
              <w:t>- HS đọc bài thơ về tình bạn, ghi nhớ tên bài thơ và tên tác giả.</w:t>
            </w:r>
          </w:p>
        </w:tc>
      </w:tr>
      <w:tr w:rsidR="000B1924" w14:paraId="29E6EE90" w14:textId="77777777" w:rsidTr="00807441">
        <w:trPr>
          <w:jc w:val="center"/>
        </w:trPr>
        <w:tc>
          <w:tcPr>
            <w:tcW w:w="5326" w:type="dxa"/>
          </w:tcPr>
          <w:p w14:paraId="44C98FC0" w14:textId="77777777" w:rsidR="000B1924" w:rsidRDefault="00A975F8" w:rsidP="00807441">
            <w:pPr>
              <w:shd w:val="clear" w:color="auto" w:fill="FFFFFF" w:themeFill="background1"/>
            </w:pPr>
            <w:r>
              <w:t>- HS thảo luận nhóm 4, chia sẻ tên bài thơ và tên tác giả.</w:t>
            </w:r>
          </w:p>
        </w:tc>
        <w:tc>
          <w:tcPr>
            <w:tcW w:w="5326" w:type="dxa"/>
          </w:tcPr>
          <w:p w14:paraId="039C9AAF" w14:textId="77777777" w:rsidR="000B1924" w:rsidRDefault="00A975F8" w:rsidP="00807441">
            <w:pPr>
              <w:shd w:val="clear" w:color="auto" w:fill="FFFFFF" w:themeFill="background1"/>
            </w:pPr>
            <w:r>
              <w:t>- HS nêu: Bài thơ em đọc là Chú bò tìm bạn của nhà thơ Phạm Hổ. Hoặc: Em đọc bài Ngỗng và vịt.</w:t>
            </w:r>
          </w:p>
        </w:tc>
      </w:tr>
      <w:tr w:rsidR="000B1924" w14:paraId="245D98D4" w14:textId="77777777" w:rsidTr="00807441">
        <w:trPr>
          <w:jc w:val="center"/>
        </w:trPr>
        <w:tc>
          <w:tcPr>
            <w:tcW w:w="5326" w:type="dxa"/>
          </w:tcPr>
          <w:p w14:paraId="1B5ACCA0" w14:textId="77777777" w:rsidR="000B1924" w:rsidRDefault="00A975F8" w:rsidP="00807441">
            <w:pPr>
              <w:shd w:val="clear" w:color="auto" w:fill="FFFFFF" w:themeFill="background1"/>
            </w:pPr>
            <w:r>
              <w:t>- GV gọi HS trình bày trước lớp.</w:t>
            </w:r>
          </w:p>
        </w:tc>
        <w:tc>
          <w:tcPr>
            <w:tcW w:w="5326" w:type="dxa"/>
          </w:tcPr>
          <w:p w14:paraId="0568E674" w14:textId="77777777" w:rsidR="000B1924" w:rsidRDefault="00A975F8" w:rsidP="00807441">
            <w:pPr>
              <w:shd w:val="clear" w:color="auto" w:fill="FFFFFF" w:themeFill="background1"/>
            </w:pPr>
            <w:r>
              <w:t>- HS trình bày rõ tên bài thơ, tên tác giả.</w:t>
            </w:r>
          </w:p>
        </w:tc>
      </w:tr>
      <w:tr w:rsidR="000B1924" w14:paraId="1C21C07D" w14:textId="77777777" w:rsidTr="00807441">
        <w:trPr>
          <w:jc w:val="center"/>
        </w:trPr>
        <w:tc>
          <w:tcPr>
            <w:tcW w:w="5326" w:type="dxa"/>
          </w:tcPr>
          <w:p w14:paraId="35BCC8B2" w14:textId="77777777" w:rsidR="000B1924" w:rsidRDefault="00A975F8" w:rsidP="00807441">
            <w:pPr>
              <w:shd w:val="clear" w:color="auto" w:fill="FFFFFF" w:themeFill="background1"/>
            </w:pPr>
            <w:r>
              <w:t>- GV kết luận: Khi đọc mở rộng, các em cần nhớ tên bài đọc và tác giả để chia sẻ chính xác.</w:t>
            </w:r>
          </w:p>
        </w:tc>
        <w:tc>
          <w:tcPr>
            <w:tcW w:w="5326" w:type="dxa"/>
          </w:tcPr>
          <w:p w14:paraId="266C19AD" w14:textId="77777777" w:rsidR="000B1924" w:rsidRDefault="00A975F8" w:rsidP="00807441">
            <w:pPr>
              <w:shd w:val="clear" w:color="auto" w:fill="FFFFFF" w:themeFill="background1"/>
            </w:pPr>
            <w:r>
              <w:t>- HS ghi nhớ cách chia sẻ bài đọc.</w:t>
            </w:r>
          </w:p>
        </w:tc>
      </w:tr>
      <w:tr w:rsidR="000B1924" w14:paraId="7B524C6E" w14:textId="77777777" w:rsidTr="00807441">
        <w:trPr>
          <w:jc w:val="center"/>
        </w:trPr>
        <w:tc>
          <w:tcPr>
            <w:tcW w:w="5326" w:type="dxa"/>
          </w:tcPr>
          <w:p w14:paraId="55E24F8E" w14:textId="77777777" w:rsidR="000B1924" w:rsidRDefault="00A975F8" w:rsidP="00807441">
            <w:pPr>
              <w:shd w:val="clear" w:color="auto" w:fill="FFFFFF" w:themeFill="background1"/>
            </w:pPr>
            <w:r>
              <w:rPr>
                <w:b/>
              </w:rPr>
              <w:t>Bài tập 2: Nói về những điều em thích trong bài thơ đó.</w:t>
            </w:r>
          </w:p>
        </w:tc>
        <w:tc>
          <w:tcPr>
            <w:tcW w:w="5326" w:type="dxa"/>
          </w:tcPr>
          <w:p w14:paraId="6612D3C0" w14:textId="77777777" w:rsidR="000B1924" w:rsidRDefault="00A975F8" w:rsidP="00807441">
            <w:pPr>
              <w:shd w:val="clear" w:color="auto" w:fill="FFFFFF" w:themeFill="background1"/>
            </w:pPr>
            <w:r>
              <w:t>- HS xác định yêu cầu bài tập.</w:t>
            </w:r>
          </w:p>
        </w:tc>
      </w:tr>
      <w:tr w:rsidR="000B1924" w14:paraId="49A4045D" w14:textId="77777777" w:rsidTr="00807441">
        <w:trPr>
          <w:jc w:val="center"/>
        </w:trPr>
        <w:tc>
          <w:tcPr>
            <w:tcW w:w="5326" w:type="dxa"/>
          </w:tcPr>
          <w:p w14:paraId="1F4B1671" w14:textId="77777777" w:rsidR="000B1924" w:rsidRDefault="00A975F8" w:rsidP="00807441">
            <w:pPr>
              <w:shd w:val="clear" w:color="auto" w:fill="FFFFFF" w:themeFill="background1"/>
            </w:pPr>
            <w:r>
              <w:t>- GV yêu cầu HS đọc đề bài.</w:t>
            </w:r>
          </w:p>
        </w:tc>
        <w:tc>
          <w:tcPr>
            <w:tcW w:w="5326" w:type="dxa"/>
          </w:tcPr>
          <w:p w14:paraId="1EA8B7E8" w14:textId="77777777" w:rsidR="000B1924" w:rsidRDefault="00A975F8" w:rsidP="00807441">
            <w:pPr>
              <w:shd w:val="clear" w:color="auto" w:fill="FFFFFF" w:themeFill="background1"/>
            </w:pPr>
            <w:r>
              <w:t>- HS đọc: Nói về những điều em thích trong bài thơ đó.</w:t>
            </w:r>
          </w:p>
        </w:tc>
      </w:tr>
      <w:tr w:rsidR="000B1924" w14:paraId="10FC290B" w14:textId="77777777" w:rsidTr="00807441">
        <w:trPr>
          <w:jc w:val="center"/>
        </w:trPr>
        <w:tc>
          <w:tcPr>
            <w:tcW w:w="5326" w:type="dxa"/>
          </w:tcPr>
          <w:p w14:paraId="34484FC2" w14:textId="77777777" w:rsidR="000B1924" w:rsidRDefault="00A975F8" w:rsidP="00807441">
            <w:pPr>
              <w:shd w:val="clear" w:color="auto" w:fill="FFFFFF" w:themeFill="background1"/>
            </w:pPr>
            <w:r>
              <w:t>- HS thảo luận nhóm 2, nói điều mình thích trong bài thơ.</w:t>
            </w:r>
          </w:p>
        </w:tc>
        <w:tc>
          <w:tcPr>
            <w:tcW w:w="5326" w:type="dxa"/>
          </w:tcPr>
          <w:p w14:paraId="55289580" w14:textId="77777777" w:rsidR="000B1924" w:rsidRDefault="00A975F8" w:rsidP="00807441">
            <w:pPr>
              <w:shd w:val="clear" w:color="auto" w:fill="FFFFFF" w:themeFill="background1"/>
            </w:pPr>
            <w:r>
              <w:t>- HS nêu: Em thích nhân vật trong bài vì bạn biết quan tâm bạn bè. Em thích hình ảnh các bạn cùng chơi với nhau rất vui.</w:t>
            </w:r>
          </w:p>
        </w:tc>
      </w:tr>
      <w:tr w:rsidR="000B1924" w14:paraId="44E9C17D" w14:textId="77777777" w:rsidTr="00807441">
        <w:trPr>
          <w:jc w:val="center"/>
        </w:trPr>
        <w:tc>
          <w:tcPr>
            <w:tcW w:w="5326" w:type="dxa"/>
          </w:tcPr>
          <w:p w14:paraId="34BF40CC" w14:textId="77777777" w:rsidR="000B1924" w:rsidRDefault="00A975F8" w:rsidP="00807441">
            <w:pPr>
              <w:shd w:val="clear" w:color="auto" w:fill="FFFFFF" w:themeFill="background1"/>
            </w:pPr>
            <w:r>
              <w:t>- GV gọi HS trình bày.</w:t>
            </w:r>
          </w:p>
        </w:tc>
        <w:tc>
          <w:tcPr>
            <w:tcW w:w="5326" w:type="dxa"/>
          </w:tcPr>
          <w:p w14:paraId="2825959F" w14:textId="77777777" w:rsidR="000B1924" w:rsidRDefault="00A975F8" w:rsidP="00807441">
            <w:pPr>
              <w:shd w:val="clear" w:color="auto" w:fill="FFFFFF" w:themeFill="background1"/>
            </w:pPr>
            <w:r>
              <w:t>- HS trình bày trước lớp; HS khác lắng nghe và đặt thêm câu hỏi.</w:t>
            </w:r>
          </w:p>
        </w:tc>
      </w:tr>
      <w:tr w:rsidR="000B1924" w14:paraId="17E9C120" w14:textId="77777777" w:rsidTr="00807441">
        <w:trPr>
          <w:jc w:val="center"/>
        </w:trPr>
        <w:tc>
          <w:tcPr>
            <w:tcW w:w="5326" w:type="dxa"/>
            <w:tcBorders>
              <w:bottom w:val="single" w:sz="4" w:space="0" w:color="auto"/>
            </w:tcBorders>
          </w:tcPr>
          <w:p w14:paraId="56B0B240" w14:textId="77777777" w:rsidR="000B1924" w:rsidRDefault="00A975F8" w:rsidP="00807441">
            <w:pPr>
              <w:shd w:val="clear" w:color="auto" w:fill="FFFFFF" w:themeFill="background1"/>
            </w:pPr>
            <w:r>
              <w:t>- GV kết luận: Đọc thơ về tình bạn giúp các em biết yêu quý bạn bè và sống tốt hơn với mọi người.</w:t>
            </w:r>
          </w:p>
        </w:tc>
        <w:tc>
          <w:tcPr>
            <w:tcW w:w="5326" w:type="dxa"/>
            <w:tcBorders>
              <w:bottom w:val="single" w:sz="4" w:space="0" w:color="auto"/>
            </w:tcBorders>
          </w:tcPr>
          <w:p w14:paraId="53B312EC" w14:textId="77777777" w:rsidR="000B1924" w:rsidRDefault="00A975F8" w:rsidP="00807441">
            <w:pPr>
              <w:shd w:val="clear" w:color="auto" w:fill="FFFFFF" w:themeFill="background1"/>
            </w:pPr>
            <w:r>
              <w:t>- HS ghi nhớ bài học.</w:t>
            </w:r>
          </w:p>
        </w:tc>
      </w:tr>
      <w:tr w:rsidR="000B1924" w14:paraId="4957FA54" w14:textId="77777777" w:rsidTr="00807441">
        <w:trPr>
          <w:jc w:val="center"/>
        </w:trPr>
        <w:tc>
          <w:tcPr>
            <w:tcW w:w="10652" w:type="dxa"/>
            <w:gridSpan w:val="2"/>
            <w:tcBorders>
              <w:top w:val="single" w:sz="4" w:space="0" w:color="auto"/>
              <w:bottom w:val="single" w:sz="4" w:space="0" w:color="auto"/>
            </w:tcBorders>
            <w:shd w:val="clear" w:color="auto" w:fill="E2F0D9"/>
          </w:tcPr>
          <w:p w14:paraId="7DA2B6D9" w14:textId="77777777" w:rsidR="000B1924" w:rsidRDefault="00A975F8" w:rsidP="00807441">
            <w:pPr>
              <w:shd w:val="clear" w:color="auto" w:fill="FFFFFF" w:themeFill="background1"/>
            </w:pPr>
            <w:r>
              <w:rPr>
                <w:b/>
                <w:color w:val="007000"/>
              </w:rPr>
              <w:t>4. Vận dụng (3 phút)</w:t>
            </w:r>
          </w:p>
          <w:p w14:paraId="664D94F2" w14:textId="77777777" w:rsidR="000B1924" w:rsidRDefault="00A975F8" w:rsidP="00807441">
            <w:pPr>
              <w:shd w:val="clear" w:color="auto" w:fill="FFFFFF" w:themeFill="background1"/>
            </w:pPr>
            <w:r>
              <w:rPr>
                <w:b/>
                <w:i/>
                <w:color w:val="007000"/>
              </w:rPr>
              <w:t xml:space="preserve"> Duy trì thói quen đọc và chia sẻ sách.</w:t>
            </w:r>
          </w:p>
        </w:tc>
      </w:tr>
      <w:tr w:rsidR="000B1924" w14:paraId="451D2EE1" w14:textId="77777777" w:rsidTr="00807441">
        <w:trPr>
          <w:jc w:val="center"/>
        </w:trPr>
        <w:tc>
          <w:tcPr>
            <w:tcW w:w="5326" w:type="dxa"/>
            <w:tcBorders>
              <w:top w:val="single" w:sz="4" w:space="0" w:color="auto"/>
            </w:tcBorders>
          </w:tcPr>
          <w:p w14:paraId="4F2B505E" w14:textId="77777777" w:rsidR="000B1924" w:rsidRDefault="00A975F8" w:rsidP="00807441">
            <w:pPr>
              <w:shd w:val="clear" w:color="auto" w:fill="FFFFFF" w:themeFill="background1"/>
            </w:pPr>
            <w:r>
              <w:t>- Dặn HS về nhà đọc lại bài thơ cho người thân nghe và nói một điều em thích trong bài thơ.</w:t>
            </w:r>
          </w:p>
        </w:tc>
        <w:tc>
          <w:tcPr>
            <w:tcW w:w="5326" w:type="dxa"/>
            <w:tcBorders>
              <w:top w:val="single" w:sz="4" w:space="0" w:color="auto"/>
            </w:tcBorders>
          </w:tcPr>
          <w:p w14:paraId="4BB6F68C" w14:textId="77777777" w:rsidR="000B1924" w:rsidRDefault="00A975F8" w:rsidP="00807441">
            <w:pPr>
              <w:shd w:val="clear" w:color="auto" w:fill="FFFFFF" w:themeFill="background1"/>
            </w:pPr>
            <w:r>
              <w:t>- HS ghi nhớ nhiệm vụ.</w:t>
            </w:r>
          </w:p>
        </w:tc>
      </w:tr>
    </w:tbl>
    <w:p w14:paraId="0B9C354C" w14:textId="77777777" w:rsidR="000B1924" w:rsidRDefault="00A975F8" w:rsidP="00807441">
      <w:pPr>
        <w:shd w:val="clear" w:color="auto" w:fill="FFFFFF" w:themeFill="background1"/>
        <w:spacing w:after="0" w:line="240" w:lineRule="auto"/>
      </w:pPr>
      <w:r>
        <w:rPr>
          <w:b/>
        </w:rPr>
        <w:t>IV. ĐIỀU CHỈNH SAU TIẾT DẠY (NẾU CÓ):</w:t>
      </w:r>
    </w:p>
    <w:p w14:paraId="02B569FF" w14:textId="77777777" w:rsidR="000B1924" w:rsidRDefault="00A975F8" w:rsidP="00807441">
      <w:pPr>
        <w:shd w:val="clear" w:color="auto" w:fill="FFFFFF" w:themeFill="background1"/>
        <w:spacing w:after="0" w:line="240" w:lineRule="auto"/>
      </w:pPr>
      <w:r>
        <w:t>........................................................................................................................</w:t>
      </w:r>
    </w:p>
    <w:sectPr w:rsidR="000B1924" w:rsidSect="00034616">
      <w:pgSz w:w="12240" w:h="15840"/>
      <w:pgMar w:top="850" w:right="794" w:bottom="850" w:left="79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203E6" w14:textId="77777777" w:rsidR="009673B7" w:rsidRDefault="009673B7" w:rsidP="00807441">
      <w:pPr>
        <w:spacing w:after="0" w:line="240" w:lineRule="auto"/>
      </w:pPr>
      <w:r>
        <w:separator/>
      </w:r>
    </w:p>
  </w:endnote>
  <w:endnote w:type="continuationSeparator" w:id="0">
    <w:p w14:paraId="0175D533" w14:textId="77777777" w:rsidR="009673B7" w:rsidRDefault="009673B7" w:rsidP="00807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A4627" w14:textId="77777777" w:rsidR="009673B7" w:rsidRDefault="009673B7" w:rsidP="00807441">
      <w:pPr>
        <w:spacing w:after="0" w:line="240" w:lineRule="auto"/>
      </w:pPr>
      <w:r>
        <w:separator/>
      </w:r>
    </w:p>
  </w:footnote>
  <w:footnote w:type="continuationSeparator" w:id="0">
    <w:p w14:paraId="42EF57BF" w14:textId="77777777" w:rsidR="009673B7" w:rsidRDefault="009673B7" w:rsidP="008074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3155722">
    <w:abstractNumId w:val="8"/>
  </w:num>
  <w:num w:numId="2" w16cid:durableId="437139695">
    <w:abstractNumId w:val="6"/>
  </w:num>
  <w:num w:numId="3" w16cid:durableId="1111515154">
    <w:abstractNumId w:val="5"/>
  </w:num>
  <w:num w:numId="4" w16cid:durableId="398674972">
    <w:abstractNumId w:val="4"/>
  </w:num>
  <w:num w:numId="5" w16cid:durableId="614604810">
    <w:abstractNumId w:val="7"/>
  </w:num>
  <w:num w:numId="6" w16cid:durableId="628628939">
    <w:abstractNumId w:val="3"/>
  </w:num>
  <w:num w:numId="7" w16cid:durableId="1521165085">
    <w:abstractNumId w:val="2"/>
  </w:num>
  <w:num w:numId="8" w16cid:durableId="85930785">
    <w:abstractNumId w:val="1"/>
  </w:num>
  <w:num w:numId="9" w16cid:durableId="949553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1924"/>
    <w:rsid w:val="0015074B"/>
    <w:rsid w:val="0029639D"/>
    <w:rsid w:val="00326F90"/>
    <w:rsid w:val="00777455"/>
    <w:rsid w:val="00807441"/>
    <w:rsid w:val="009673B7"/>
    <w:rsid w:val="00A975F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759377"/>
  <w14:defaultImageDpi w14:val="300"/>
  <w15:docId w15:val="{ABF2F22D-70F6-4DC0-B8AC-B08D4CF8C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4C3A6-62C5-4282-9C03-0C70C10CA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5476</Words>
  <Characters>31219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36622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2026-06-07T11:25:00Z</dcterms:created>
  <dcterms:modified xsi:type="dcterms:W3CDTF">2026-08-17T13:39:00Z</dcterms:modified>
  <cp:category/>
</cp:coreProperties>
</file>