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070F" w14:textId="77777777" w:rsidR="00005BA6" w:rsidRDefault="00000000" w:rsidP="00D84BAF">
      <w:pPr>
        <w:spacing w:after="0"/>
        <w:jc w:val="center"/>
      </w:pPr>
      <w:r>
        <w:rPr>
          <w:rFonts w:ascii="Calibri" w:hAnsi="Calibri"/>
          <w:b/>
          <w:color w:val="0D8065"/>
          <w:sz w:val="36"/>
        </w:rPr>
        <w:t>LUTHFI ADRIAN WIKANA</w:t>
      </w:r>
    </w:p>
    <w:p w14:paraId="28FDB560" w14:textId="77777777" w:rsidR="00005BA6" w:rsidRDefault="00000000" w:rsidP="00D84BAF">
      <w:pPr>
        <w:spacing w:after="0"/>
        <w:jc w:val="center"/>
      </w:pPr>
      <w:r>
        <w:rPr>
          <w:rFonts w:ascii="Calibri" w:hAnsi="Calibri"/>
          <w:i/>
          <w:color w:val="555555"/>
          <w:sz w:val="21"/>
        </w:rPr>
        <w:t>Mahasiswa Tingkat Akhir / Fresh Graduate | Calon Peserta Magang (Internship Candidate)</w:t>
      </w:r>
    </w:p>
    <w:p w14:paraId="2823DF25" w14:textId="77777777" w:rsidR="00005BA6" w:rsidRDefault="00000000" w:rsidP="00D84BAF">
      <w:pPr>
        <w:spacing w:after="0"/>
        <w:jc w:val="center"/>
      </w:pPr>
      <w:r>
        <w:rPr>
          <w:rFonts w:ascii="Calibri" w:hAnsi="Calibri"/>
          <w:color w:val="222222"/>
          <w:sz w:val="19"/>
        </w:rPr>
        <w:t>Jakarta Selatan, DKI Jakarta  |  0813-1122-3344  |  luthfi.adrian@email.com  |  linkedin.com/in/luthfiadrian  |  github.com/luthfiadrian</w:t>
      </w:r>
    </w:p>
    <w:p w14:paraId="03345BEC" w14:textId="77777777" w:rsidR="00005BA6" w:rsidRDefault="00000000" w:rsidP="00D84BAF">
      <w:pPr>
        <w:pBdr>
          <w:bottom w:val="single" w:sz="8" w:space="2" w:color="0D8065"/>
        </w:pBdr>
        <w:spacing w:before="200" w:after="0"/>
      </w:pPr>
      <w:r>
        <w:rPr>
          <w:rFonts w:ascii="Calibri" w:hAnsi="Calibri"/>
          <w:b/>
          <w:color w:val="0D8065"/>
          <w:sz w:val="23"/>
        </w:rPr>
        <w:t>RINGKASAN PROFIL</w:t>
      </w:r>
    </w:p>
    <w:p w14:paraId="0AB7192C" w14:textId="77777777" w:rsidR="00005BA6" w:rsidRDefault="00000000" w:rsidP="00D84BAF">
      <w:pPr>
        <w:spacing w:after="0"/>
      </w:pPr>
      <w:r>
        <w:rPr>
          <w:rFonts w:ascii="Calibri" w:hAnsi="Calibri"/>
          <w:color w:val="222222"/>
          <w:sz w:val="20"/>
        </w:rPr>
        <w:t>Mahasiswa tingkat akhir / Fresh Graduate S1 Sistem Informasi dari Universitas Bina Nusantara (BINUS) dengan IPK 3.80/4.00. Memiliki pemahaman akademis yang solid dan pengalaman praktis melalui proyek perkuliahan serta kepemimpinan organisasi kampus. Menguasai dasar-dasar Analisis Data, Pengelolaan Sistem Informasi, Pemrograman Web, dan Manajemen Proyek Agil (Scrum). Proaktif, memiliki inisiatif tinggi, cepat belajar (*fast learner*), serta siap berkomitmen penuh untuk berkontribusi secara profesional dan menyerap pengalaman kerja industri selama program magang (*internship*).</w:t>
      </w:r>
    </w:p>
    <w:p w14:paraId="2D4D5573" w14:textId="77777777" w:rsidR="00005BA6" w:rsidRDefault="00000000" w:rsidP="00D84BAF">
      <w:pPr>
        <w:pBdr>
          <w:bottom w:val="single" w:sz="8" w:space="2" w:color="0D8065"/>
        </w:pBdr>
        <w:spacing w:before="200" w:after="0"/>
      </w:pPr>
      <w:r>
        <w:rPr>
          <w:rFonts w:ascii="Calibri" w:hAnsi="Calibri"/>
          <w:b/>
          <w:color w:val="0D8065"/>
          <w:sz w:val="23"/>
        </w:rPr>
        <w:t>PENDIDIKAN</w:t>
      </w:r>
    </w:p>
    <w:p w14:paraId="0AD3EA8C" w14:textId="77777777" w:rsidR="00005BA6" w:rsidRDefault="00000000" w:rsidP="00D84BAF">
      <w:pPr>
        <w:tabs>
          <w:tab w:val="right" w:pos="10080"/>
        </w:tabs>
        <w:spacing w:before="40" w:after="0"/>
      </w:pPr>
      <w:r>
        <w:rPr>
          <w:rFonts w:ascii="Calibri" w:hAnsi="Calibri"/>
          <w:b/>
          <w:color w:val="222222"/>
          <w:sz w:val="21"/>
        </w:rPr>
        <w:t>Universitas Bina Nusantara (BINUS)</w:t>
      </w:r>
      <w:r>
        <w:rPr>
          <w:rFonts w:ascii="Calibri" w:hAnsi="Calibri"/>
          <w:color w:val="555555"/>
          <w:sz w:val="19"/>
        </w:rPr>
        <w:tab/>
        <w:t>Jakarta, Indonesia</w:t>
      </w:r>
    </w:p>
    <w:p w14:paraId="7ED9B5EA" w14:textId="77777777" w:rsidR="00005BA6" w:rsidRDefault="00000000" w:rsidP="00D84BAF">
      <w:pPr>
        <w:tabs>
          <w:tab w:val="right" w:pos="10080"/>
        </w:tabs>
        <w:spacing w:after="0"/>
      </w:pPr>
      <w:r>
        <w:rPr>
          <w:rFonts w:ascii="Calibri" w:hAnsi="Calibri"/>
          <w:i/>
          <w:color w:val="222222"/>
          <w:sz w:val="20"/>
        </w:rPr>
        <w:t>S1 Sistem Informasi | IPK: 3.80 / 4.00 (Predikat Cum Laude)</w:t>
      </w:r>
      <w:r>
        <w:rPr>
          <w:rFonts w:ascii="Calibri" w:hAnsi="Calibri"/>
          <w:color w:val="555555"/>
          <w:sz w:val="19"/>
        </w:rPr>
        <w:tab/>
        <w:t>2021 – Sekarang (Ekspektasi Lulus: 2025)</w:t>
      </w:r>
    </w:p>
    <w:p w14:paraId="0124CB49" w14:textId="77777777" w:rsidR="00005BA6" w:rsidRDefault="00000000" w:rsidP="00D84BAF">
      <w:pPr>
        <w:pStyle w:val="ListBullet"/>
        <w:spacing w:after="0"/>
      </w:pPr>
      <w:r>
        <w:rPr>
          <w:rFonts w:ascii="Calibri" w:hAnsi="Calibri"/>
          <w:color w:val="222222"/>
          <w:sz w:val="19"/>
        </w:rPr>
        <w:t>Mata Kuliah Relevan: Perancangan Sistem Informasi, Analisis &amp; Desain Sistem (SAD), Manajemen Basis Data (SQL), Analisis Data Bisnis, Manajemen Proyek TI, Konsep ERP.</w:t>
      </w:r>
    </w:p>
    <w:p w14:paraId="7B974F5C" w14:textId="77777777" w:rsidR="00005BA6" w:rsidRDefault="00000000" w:rsidP="00D84BAF">
      <w:pPr>
        <w:pStyle w:val="ListBullet"/>
        <w:spacing w:after="0"/>
      </w:pPr>
      <w:r>
        <w:rPr>
          <w:rFonts w:ascii="Calibri" w:hAnsi="Calibri"/>
          <w:color w:val="222222"/>
          <w:sz w:val="19"/>
        </w:rPr>
        <w:t>Prestasi Akademik: Penerima Beasiswa Prestasi Akademik Semester 3 &amp; 5; Juara 2 Competition UI/UX Design Kampus 2023.</w:t>
      </w:r>
    </w:p>
    <w:p w14:paraId="76CC8431" w14:textId="77777777" w:rsidR="00005BA6" w:rsidRDefault="00000000" w:rsidP="00D84BAF">
      <w:pPr>
        <w:pBdr>
          <w:bottom w:val="single" w:sz="8" w:space="2" w:color="0D8065"/>
        </w:pBdr>
        <w:spacing w:before="200" w:after="0"/>
      </w:pPr>
      <w:r>
        <w:rPr>
          <w:rFonts w:ascii="Calibri" w:hAnsi="Calibri"/>
          <w:b/>
          <w:color w:val="0D8065"/>
          <w:sz w:val="23"/>
        </w:rPr>
        <w:t>PROYEK AKADEMIK &amp; STUDI KASUS</w:t>
      </w:r>
    </w:p>
    <w:p w14:paraId="1EF83647" w14:textId="77777777" w:rsidR="00005BA6" w:rsidRDefault="00000000" w:rsidP="00D84BAF">
      <w:pPr>
        <w:tabs>
          <w:tab w:val="right" w:pos="10080"/>
        </w:tabs>
        <w:spacing w:before="40" w:after="0"/>
      </w:pPr>
      <w:r>
        <w:rPr>
          <w:rFonts w:ascii="Calibri" w:hAnsi="Calibri"/>
          <w:b/>
          <w:color w:val="222222"/>
          <w:sz w:val="21"/>
        </w:rPr>
        <w:t>Proyek Tugas Akhir Semester: Perancangan Sistem Manajemen Inventaris UMKM</w:t>
      </w:r>
      <w:r>
        <w:rPr>
          <w:rFonts w:ascii="Calibri" w:hAnsi="Calibri"/>
          <w:color w:val="555555"/>
          <w:sz w:val="19"/>
        </w:rPr>
        <w:tab/>
        <w:t>Kampus BINUS</w:t>
      </w:r>
    </w:p>
    <w:p w14:paraId="3346F99E" w14:textId="77777777" w:rsidR="00005BA6" w:rsidRDefault="00000000" w:rsidP="00D84BAF">
      <w:pPr>
        <w:tabs>
          <w:tab w:val="right" w:pos="10080"/>
        </w:tabs>
        <w:spacing w:after="0"/>
      </w:pPr>
      <w:r>
        <w:rPr>
          <w:rFonts w:ascii="Calibri" w:hAnsi="Calibri"/>
          <w:i/>
          <w:color w:val="222222"/>
          <w:sz w:val="20"/>
        </w:rPr>
        <w:t>Ketua Tim Proyek &amp; System Analyst Student</w:t>
      </w:r>
      <w:r>
        <w:rPr>
          <w:rFonts w:ascii="Calibri" w:hAnsi="Calibri"/>
          <w:color w:val="555555"/>
          <w:sz w:val="19"/>
        </w:rPr>
        <w:tab/>
        <w:t>Sep 2023 – Des 2023</w:t>
      </w:r>
    </w:p>
    <w:p w14:paraId="44E2E23D" w14:textId="77777777" w:rsidR="00005BA6" w:rsidRDefault="00000000" w:rsidP="00D84BAF">
      <w:pPr>
        <w:pStyle w:val="ListBullet"/>
        <w:spacing w:after="0"/>
      </w:pPr>
      <w:r>
        <w:rPr>
          <w:rFonts w:ascii="Calibri" w:hAnsi="Calibri"/>
          <w:color w:val="222222"/>
          <w:sz w:val="19"/>
        </w:rPr>
        <w:t>Melakukan wawancara dan analisis kebutuhan bisnis (*business requirements*) pada 3 pemilik UMKM lokal untuk mengidentifikasi masalah pencatatan stok manual.</w:t>
      </w:r>
    </w:p>
    <w:p w14:paraId="4F0E0EB5" w14:textId="77777777" w:rsidR="00005BA6" w:rsidRDefault="00000000" w:rsidP="00D84BAF">
      <w:pPr>
        <w:pStyle w:val="ListBullet"/>
        <w:spacing w:after="0"/>
      </w:pPr>
      <w:r>
        <w:rPr>
          <w:rFonts w:ascii="Calibri" w:hAnsi="Calibri"/>
          <w:color w:val="222222"/>
          <w:sz w:val="19"/>
        </w:rPr>
        <w:t>Merancang diagram UML (Use Case, Activity Diagram, ERD) serta wireframe/prototipe aplikasi web menggunakan Figma.</w:t>
      </w:r>
    </w:p>
    <w:p w14:paraId="695719B5" w14:textId="77777777" w:rsidR="00005BA6" w:rsidRDefault="00000000" w:rsidP="00D84BAF">
      <w:pPr>
        <w:pStyle w:val="ListBullet"/>
        <w:spacing w:after="0"/>
      </w:pPr>
      <w:r>
        <w:rPr>
          <w:rFonts w:ascii="Calibri" w:hAnsi="Calibri"/>
          <w:color w:val="222222"/>
          <w:sz w:val="19"/>
        </w:rPr>
        <w:t>Membangun basis data SQL dan laporan analisis otomatis yang memangkas waktu kalkulasi stok bulanan dari 5 jam menjadi 15 menit.</w:t>
      </w:r>
    </w:p>
    <w:p w14:paraId="4D821A6E" w14:textId="77777777" w:rsidR="00005BA6" w:rsidRDefault="00000000" w:rsidP="00D84BAF">
      <w:pPr>
        <w:pBdr>
          <w:bottom w:val="single" w:sz="8" w:space="2" w:color="0D8065"/>
        </w:pBdr>
        <w:spacing w:before="200" w:after="0"/>
      </w:pPr>
      <w:r>
        <w:rPr>
          <w:rFonts w:ascii="Calibri" w:hAnsi="Calibri"/>
          <w:b/>
          <w:color w:val="0D8065"/>
          <w:sz w:val="23"/>
        </w:rPr>
        <w:t>PENGALAMAN ORGANISASI &amp; KEPEMIMPINAN</w:t>
      </w:r>
    </w:p>
    <w:p w14:paraId="133CDA76" w14:textId="77777777" w:rsidR="00005BA6" w:rsidRDefault="00000000" w:rsidP="00D84BAF">
      <w:pPr>
        <w:tabs>
          <w:tab w:val="right" w:pos="10080"/>
        </w:tabs>
        <w:spacing w:before="40" w:after="0"/>
      </w:pPr>
      <w:r>
        <w:rPr>
          <w:rFonts w:ascii="Calibri" w:hAnsi="Calibri"/>
          <w:b/>
          <w:color w:val="222222"/>
          <w:sz w:val="21"/>
        </w:rPr>
        <w:t>Himpunan Mahasiswa Sistem Informasi (HIMSISFO)</w:t>
      </w:r>
      <w:r>
        <w:rPr>
          <w:rFonts w:ascii="Calibri" w:hAnsi="Calibri"/>
          <w:color w:val="555555"/>
          <w:sz w:val="19"/>
        </w:rPr>
        <w:tab/>
        <w:t>Jakarta, Indonesia</w:t>
      </w:r>
    </w:p>
    <w:p w14:paraId="209594F2" w14:textId="77777777" w:rsidR="00005BA6" w:rsidRDefault="00000000" w:rsidP="00D84BAF">
      <w:pPr>
        <w:tabs>
          <w:tab w:val="right" w:pos="10080"/>
        </w:tabs>
        <w:spacing w:after="0"/>
      </w:pPr>
      <w:r>
        <w:rPr>
          <w:rFonts w:ascii="Calibri" w:hAnsi="Calibri"/>
          <w:i/>
          <w:color w:val="222222"/>
          <w:sz w:val="20"/>
        </w:rPr>
        <w:t>Staf Divisi Hubungan Masyarakat &amp; Event Organizer</w:t>
      </w:r>
      <w:r>
        <w:rPr>
          <w:rFonts w:ascii="Calibri" w:hAnsi="Calibri"/>
          <w:color w:val="555555"/>
          <w:sz w:val="19"/>
        </w:rPr>
        <w:tab/>
        <w:t>2022 – 2023</w:t>
      </w:r>
    </w:p>
    <w:p w14:paraId="257FC49C" w14:textId="77777777" w:rsidR="00005BA6" w:rsidRDefault="00000000" w:rsidP="00D84BAF">
      <w:pPr>
        <w:pStyle w:val="ListBullet"/>
        <w:spacing w:after="0"/>
      </w:pPr>
      <w:r>
        <w:rPr>
          <w:rFonts w:ascii="Calibri" w:hAnsi="Calibri"/>
          <w:color w:val="222222"/>
          <w:sz w:val="19"/>
        </w:rPr>
        <w:t>Mengelola operasional dan komunikasi untuk Webinar Nasional Teknologi Informasi yang dihadiri oleh 350+ peserta dari berbagai universitas.</w:t>
      </w:r>
    </w:p>
    <w:p w14:paraId="31A64D18" w14:textId="77777777" w:rsidR="00005BA6" w:rsidRDefault="00000000" w:rsidP="00D84BAF">
      <w:pPr>
        <w:pStyle w:val="ListBullet"/>
        <w:spacing w:after="0"/>
      </w:pPr>
      <w:r>
        <w:rPr>
          <w:rFonts w:ascii="Calibri" w:hAnsi="Calibri"/>
          <w:color w:val="222222"/>
          <w:sz w:val="19"/>
        </w:rPr>
        <w:t>Berkoordinasi dengan 5 pembicara industri dan mengoordinasikan jadwal acara sehingga berjalan tepat waktu tanpa kendala teknis.</w:t>
      </w:r>
    </w:p>
    <w:p w14:paraId="53E862F1" w14:textId="77777777" w:rsidR="00005BA6" w:rsidRDefault="00000000" w:rsidP="00D84BAF">
      <w:pPr>
        <w:pBdr>
          <w:bottom w:val="single" w:sz="8" w:space="2" w:color="0D8065"/>
        </w:pBdr>
        <w:spacing w:before="200" w:after="0"/>
      </w:pPr>
      <w:r>
        <w:rPr>
          <w:rFonts w:ascii="Calibri" w:hAnsi="Calibri"/>
          <w:b/>
          <w:color w:val="0D8065"/>
          <w:sz w:val="23"/>
        </w:rPr>
        <w:t>KEAHLIAN &amp; SERTIFIKASI</w:t>
      </w:r>
    </w:p>
    <w:p w14:paraId="15288D7F" w14:textId="77777777" w:rsidR="00005BA6" w:rsidRDefault="00000000" w:rsidP="00D84BAF">
      <w:pPr>
        <w:spacing w:before="40" w:after="0"/>
      </w:pPr>
      <w:r>
        <w:rPr>
          <w:rFonts w:ascii="Calibri" w:hAnsi="Calibri"/>
          <w:b/>
          <w:color w:val="222222"/>
          <w:sz w:val="19"/>
        </w:rPr>
        <w:t xml:space="preserve">Keahlian Teknis &amp; Tools: </w:t>
      </w:r>
      <w:r>
        <w:rPr>
          <w:rFonts w:ascii="Calibri" w:hAnsi="Calibri"/>
          <w:color w:val="222222"/>
          <w:sz w:val="19"/>
        </w:rPr>
        <w:t>SQL (MySQL/PostgreSQL), Microsoft Excel (VLOOKUP, Pivot Table, Data Cleaning), Figma (UI/UX), Python (Basic Data Processing), Trello/Jira</w:t>
      </w:r>
    </w:p>
    <w:p w14:paraId="4FC901B9" w14:textId="77777777" w:rsidR="00005BA6" w:rsidRDefault="00000000" w:rsidP="00D84BAF">
      <w:pPr>
        <w:spacing w:after="0"/>
      </w:pPr>
      <w:r>
        <w:rPr>
          <w:rFonts w:ascii="Calibri" w:hAnsi="Calibri"/>
          <w:b/>
          <w:color w:val="222222"/>
          <w:sz w:val="19"/>
        </w:rPr>
        <w:t xml:space="preserve">Metodologi &amp; Konsep: </w:t>
      </w:r>
      <w:r>
        <w:rPr>
          <w:rFonts w:ascii="Calibri" w:hAnsi="Calibri"/>
          <w:color w:val="222222"/>
          <w:sz w:val="19"/>
        </w:rPr>
        <w:t>Agile/Scrum Basics, SDLC (Software Development Life Cycle), Business Process Mapping, User Acceptance Testing (UAT)</w:t>
      </w:r>
    </w:p>
    <w:p w14:paraId="6D540613" w14:textId="77777777" w:rsidR="00005BA6" w:rsidRDefault="00000000" w:rsidP="00D84BAF">
      <w:pPr>
        <w:spacing w:after="0"/>
      </w:pPr>
      <w:r>
        <w:rPr>
          <w:rFonts w:ascii="Calibri" w:hAnsi="Calibri"/>
          <w:b/>
          <w:color w:val="222222"/>
          <w:sz w:val="19"/>
        </w:rPr>
        <w:t xml:space="preserve">Soft Skills: </w:t>
      </w:r>
      <w:r>
        <w:rPr>
          <w:rFonts w:ascii="Calibri" w:hAnsi="Calibri"/>
          <w:color w:val="222222"/>
          <w:sz w:val="19"/>
        </w:rPr>
        <w:t>Cepat Belajar (*Fast Learner*), Kemampuan Adaptasi, Manajemen Waktu, Komunikasi Interpersonal, Pemecahan Masalah</w:t>
      </w:r>
    </w:p>
    <w:p w14:paraId="4B79E802" w14:textId="77777777" w:rsidR="00005BA6" w:rsidRDefault="00000000" w:rsidP="00D84BAF">
      <w:pPr>
        <w:spacing w:after="0"/>
      </w:pPr>
      <w:r>
        <w:rPr>
          <w:rFonts w:ascii="Calibri" w:hAnsi="Calibri"/>
          <w:b/>
          <w:color w:val="222222"/>
          <w:sz w:val="19"/>
        </w:rPr>
        <w:t xml:space="preserve">Sertifikasi &amp; Pelatihan: </w:t>
      </w:r>
      <w:r>
        <w:rPr>
          <w:rFonts w:ascii="Calibri" w:hAnsi="Calibri"/>
          <w:color w:val="222222"/>
          <w:sz w:val="19"/>
        </w:rPr>
        <w:t>Google Data Analytics Professional Certificate (Coursera, 2024), Microsoft Office Specialist: Excel Associate (2023)</w:t>
      </w:r>
    </w:p>
    <w:sectPr w:rsidR="00005BA6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8945465">
    <w:abstractNumId w:val="8"/>
  </w:num>
  <w:num w:numId="2" w16cid:durableId="1304235344">
    <w:abstractNumId w:val="6"/>
  </w:num>
  <w:num w:numId="3" w16cid:durableId="961036204">
    <w:abstractNumId w:val="5"/>
  </w:num>
  <w:num w:numId="4" w16cid:durableId="1984122111">
    <w:abstractNumId w:val="4"/>
  </w:num>
  <w:num w:numId="5" w16cid:durableId="337733135">
    <w:abstractNumId w:val="7"/>
  </w:num>
  <w:num w:numId="6" w16cid:durableId="332034470">
    <w:abstractNumId w:val="3"/>
  </w:num>
  <w:num w:numId="7" w16cid:durableId="1342008298">
    <w:abstractNumId w:val="2"/>
  </w:num>
  <w:num w:numId="8" w16cid:durableId="134181655">
    <w:abstractNumId w:val="1"/>
  </w:num>
  <w:num w:numId="9" w16cid:durableId="194715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BA6"/>
    <w:rsid w:val="00034616"/>
    <w:rsid w:val="0006063C"/>
    <w:rsid w:val="0015074B"/>
    <w:rsid w:val="0029639D"/>
    <w:rsid w:val="00326F90"/>
    <w:rsid w:val="00AA1D8D"/>
    <w:rsid w:val="00B47730"/>
    <w:rsid w:val="00CB0664"/>
    <w:rsid w:val="00D84BAF"/>
    <w:rsid w:val="00F915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F2D69C"/>
  <w14:defaultImageDpi w14:val="300"/>
  <w15:docId w15:val="{5A71405A-D54F-408E-9FE4-B21904BC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RIAN DUHA</cp:lastModifiedBy>
  <cp:revision>2</cp:revision>
  <dcterms:created xsi:type="dcterms:W3CDTF">2013-12-23T23:15:00Z</dcterms:created>
  <dcterms:modified xsi:type="dcterms:W3CDTF">2026-08-14T03:40:00Z</dcterms:modified>
  <cp:category/>
</cp:coreProperties>
</file>