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D3C" w:rsidRDefault="001C0404">
      <w:pPr>
        <w:jc w:val="center"/>
      </w:pPr>
      <w:r>
        <w:rPr>
          <w:b/>
          <w:color w:val="1F4E79"/>
          <w:sz w:val="34"/>
        </w:rPr>
        <w:t>KẾ HOẠCH BÀI DẠY</w:t>
      </w:r>
    </w:p>
    <w:p w:rsidR="001C1D3C" w:rsidRDefault="001C0404">
      <w:pPr>
        <w:spacing w:after="100"/>
        <w:jc w:val="center"/>
      </w:pPr>
      <w:r>
        <w:rPr>
          <w:b/>
          <w:sz w:val="28"/>
        </w:rPr>
        <w:t>MÔN TIẾNG VIỆT 1 - KẾT NỐI TRI THỨC VỚI CUỘC SỐNG - TUẦN 3</w:t>
      </w:r>
    </w:p>
    <w:p w:rsidR="001C1D3C" w:rsidRDefault="001C0404">
      <w:pPr>
        <w:spacing w:before="120" w:after="100"/>
        <w:jc w:val="center"/>
      </w:pPr>
      <w:r>
        <w:rPr>
          <w:b/>
          <w:color w:val="1F4E79"/>
          <w:sz w:val="30"/>
        </w:rPr>
        <w:t>BÀI 6: O o, DẤU HỎI</w:t>
      </w:r>
    </w:p>
    <w:p w:rsidR="001C1D3C" w:rsidRDefault="001C0404">
      <w:pPr>
        <w:keepNext/>
        <w:spacing w:before="100" w:after="60"/>
      </w:pPr>
      <w:r>
        <w:rPr>
          <w:b/>
          <w:sz w:val="28"/>
        </w:rPr>
        <w:t>I. YÊU CẦU CẦN ĐẠT</w:t>
      </w:r>
    </w:p>
    <w:p w:rsidR="001C1D3C" w:rsidRDefault="001C0404">
      <w:pPr>
        <w:keepNext/>
        <w:spacing w:before="60" w:after="60"/>
      </w:pPr>
      <w:r>
        <w:rPr>
          <w:b/>
        </w:rPr>
        <w:t>1. Năng lực đặc thù</w:t>
      </w:r>
    </w:p>
    <w:p w:rsidR="001C1D3C" w:rsidRDefault="001C0404">
      <w:pPr>
        <w:spacing w:after="40" w:line="264" w:lineRule="auto"/>
      </w:pPr>
      <w:r>
        <w:t>- Nhận biết và đọc đúng âm o, dấu hỏi; đọc đúng tiếng, từ, câu có âm o và thanh hỏi.</w:t>
      </w:r>
    </w:p>
    <w:p w:rsidR="001C1D3C" w:rsidRDefault="001C0404">
      <w:pPr>
        <w:spacing w:after="40" w:line="264" w:lineRule="auto"/>
      </w:pPr>
      <w:r>
        <w:t>- Viết đúng chữ o, dấu hỏi và các từ ứng dụng đơn giản.</w:t>
      </w:r>
    </w:p>
    <w:p w:rsidR="001C1D3C" w:rsidRDefault="001C0404">
      <w:pPr>
        <w:spacing w:after="40" w:line="264" w:lineRule="auto"/>
      </w:pPr>
      <w:r>
        <w:t xml:space="preserve">- Quan sát tranh, nói được lời chào phù hợp trong tình huống gần </w:t>
      </w:r>
      <w:proofErr w:type="gramStart"/>
      <w:r>
        <w:t>gũi</w:t>
      </w:r>
      <w:proofErr w:type="gramEnd"/>
      <w:r>
        <w:t>.</w:t>
      </w:r>
    </w:p>
    <w:p w:rsidR="001C1D3C" w:rsidRDefault="001C0404">
      <w:pPr>
        <w:keepNext/>
        <w:spacing w:before="60" w:after="60"/>
      </w:pPr>
      <w:r>
        <w:rPr>
          <w:b/>
        </w:rPr>
        <w:t xml:space="preserve">2. Năng lực </w:t>
      </w:r>
      <w:proofErr w:type="gramStart"/>
      <w:r>
        <w:rPr>
          <w:b/>
        </w:rPr>
        <w:t>chung</w:t>
      </w:r>
      <w:proofErr w:type="gramEnd"/>
    </w:p>
    <w:p w:rsidR="001C1D3C" w:rsidRDefault="001C0404">
      <w:pPr>
        <w:spacing w:after="40" w:line="264" w:lineRule="auto"/>
      </w:pPr>
      <w:r>
        <w:t>- Tự chủ và tự học: Chủ động thực hiện nhiệm vụ đọc, viết, quan sát tranh và tự sửa lỗi khi được hướng dẫn.</w:t>
      </w:r>
    </w:p>
    <w:p w:rsidR="001C1D3C" w:rsidRDefault="001C0404">
      <w:pPr>
        <w:spacing w:after="40" w:line="264" w:lineRule="auto"/>
      </w:pPr>
      <w:r>
        <w:t xml:space="preserve">- Giao tiếp và hợp tác: Biết lắng nghe, trao đổi </w:t>
      </w:r>
      <w:proofErr w:type="gramStart"/>
      <w:r>
        <w:t>theo</w:t>
      </w:r>
      <w:proofErr w:type="gramEnd"/>
      <w:r>
        <w:t xml:space="preserve"> nhóm đôi/nhóm nhỏ; mạnh dạn trình bày câu trả lời.</w:t>
      </w:r>
    </w:p>
    <w:p w:rsidR="001C1D3C" w:rsidRDefault="001C0404">
      <w:pPr>
        <w:spacing w:after="40" w:line="264" w:lineRule="auto"/>
      </w:pPr>
      <w:r>
        <w:t>- Giải quyết vấn đề và sáng tạo: Biết vận dụng âm, chữ đã học để ghép tiếng mới và nói câu phù hợp với tranh.</w:t>
      </w:r>
    </w:p>
    <w:p w:rsidR="001C1D3C" w:rsidRDefault="001C0404">
      <w:pPr>
        <w:keepNext/>
        <w:spacing w:before="60" w:after="60"/>
      </w:pPr>
      <w:r>
        <w:rPr>
          <w:b/>
        </w:rPr>
        <w:t>3. Phẩm chất</w:t>
      </w:r>
    </w:p>
    <w:p w:rsidR="001C1D3C" w:rsidRDefault="001C0404">
      <w:pPr>
        <w:spacing w:after="40" w:line="264" w:lineRule="auto"/>
      </w:pPr>
      <w:r>
        <w:t>- Chăm chỉ: Tích cực luyện đọc, luyện viết, hoàn thành nhiệm vụ học tập.</w:t>
      </w:r>
    </w:p>
    <w:p w:rsidR="001C1D3C" w:rsidRDefault="001C0404">
      <w:pPr>
        <w:spacing w:after="40" w:line="264" w:lineRule="auto"/>
      </w:pPr>
      <w:r>
        <w:t>- Trách nhiệm: Giữ gìn sách vở, đồ dùng; thực hiện đúng yêu cầu khi học cá nhân và làm việc nhóm.</w:t>
      </w:r>
    </w:p>
    <w:p w:rsidR="001C1D3C" w:rsidRDefault="001C0404">
      <w:pPr>
        <w:spacing w:after="40" w:line="264" w:lineRule="auto"/>
      </w:pPr>
      <w:r>
        <w:t>- Nhân ái: Biết thể hiện thái độ thân thiện, quan tâm đến người thân, bạn bè và sự vật trong tranh.</w:t>
      </w:r>
    </w:p>
    <w:p w:rsidR="001C1D3C" w:rsidRDefault="001C0404">
      <w:pPr>
        <w:keepNext/>
        <w:spacing w:before="100" w:after="60"/>
      </w:pPr>
      <w:r>
        <w:rPr>
          <w:b/>
          <w:sz w:val="28"/>
        </w:rPr>
        <w:t>II. ĐỒ DÙNG DẠY HỌC</w:t>
      </w:r>
    </w:p>
    <w:p w:rsidR="001C1D3C" w:rsidRDefault="001C0404">
      <w:pPr>
        <w:spacing w:after="40" w:line="264" w:lineRule="auto"/>
      </w:pPr>
      <w:r>
        <w:t>- Giáo viên: SGK Tiếng Việt 1 tập một; tranh SGK trang 24-25; chữ mẫu o, dấu hỏi; bảng phụ/thẻ chữ; máy chiếu (nếu có).</w:t>
      </w:r>
    </w:p>
    <w:p w:rsidR="001C1D3C" w:rsidRDefault="001C0404">
      <w:pPr>
        <w:spacing w:after="40" w:line="264" w:lineRule="auto"/>
      </w:pPr>
      <w:r>
        <w:t>- Học sinh: SGK, vở Tập viết, bảng con, phấn/bút, bộ chữ học vần.</w:t>
      </w:r>
    </w:p>
    <w:p w:rsidR="001C1D3C" w:rsidRDefault="001C0404">
      <w:pPr>
        <w:keepNext/>
        <w:spacing w:before="100" w:after="6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1C1D3C" w:rsidTr="008F7534">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jc w:val="center"/>
            </w:pPr>
            <w:r>
              <w:rPr>
                <w:b/>
                <w:color w:val="000000"/>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jc w:val="center"/>
            </w:pPr>
            <w:r>
              <w:rPr>
                <w:b/>
                <w:color w:val="000000"/>
              </w:rPr>
              <w:t>HOẠT ĐỘNG CỦA HỌC SINH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TIẾT 1</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1. HOẠT ĐỘNG MỞ ĐẦU (KHỞI ĐỘNG</w:t>
            </w:r>
            <w:proofErr w:type="gramStart"/>
            <w:r>
              <w:rPr>
                <w:b/>
                <w:color w:val="1F4E79"/>
                <w:sz w:val="25"/>
              </w:rPr>
              <w:t>)</w:t>
            </w:r>
            <w:proofErr w:type="gramEnd"/>
            <w:r>
              <w:rPr>
                <w:b/>
                <w:color w:val="1F4E79"/>
                <w:sz w:val="25"/>
              </w:rPr>
              <w:br/>
              <w:t>Mục tiêu: Tạo tâm thế vui vẻ; ôn nội dung đã học và kết nối vào bài mới.</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hát hoặc tham gia trò chơi ngắn có tiếng/chữ/vần đã học ở bài trước.</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Tham gia hát hoặc trò chơi; nhận biết và đọc lại tiếng/chữ/vần đã học.</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lastRenderedPageBreak/>
              <w:t>- Yêu cầu HS đọc lại một số nội dung bài trước; quan sát, nhận xét và sửa phát âm khi cần.</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cá nhân, nhóm hoặc đồng thanh; nghe nhận xét và sửa lỗi phát âm.</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Kết luận - Giới thiệu bài: “Hôm nay, cô và các em cùng luyện đọc, luyện viết âm/chữ và dấu thanh o, dấu hỏi để đọc đúng hơn và viết đẹp hơn.”</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lắng nghe, nhắc lại tên/nội dung bài học và sẵn sàng thực hiện nhiệm vụ.</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2. HOẠT ĐỘNG HÌNH THÀNH KIẾN THỨC MỚI (KHÁM PHÁ</w:t>
            </w:r>
            <w:proofErr w:type="gramStart"/>
            <w:r>
              <w:rPr>
                <w:b/>
                <w:color w:val="1F4E79"/>
                <w:sz w:val="25"/>
              </w:rPr>
              <w:t>)</w:t>
            </w:r>
            <w:proofErr w:type="gramEnd"/>
            <w:r>
              <w:rPr>
                <w:b/>
                <w:color w:val="1F4E79"/>
                <w:sz w:val="25"/>
              </w:rPr>
              <w:br/>
              <w:t>Mục tiêu: Nhận biết và đọc đúng âm/chữ và dấu thanh o, dấu hỏi; đọc được tiếng, từ ngữ theo quy trình SGV.</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Nhận biết</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tranh Nhận biết. Tranh vẽ gì?</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trả lời: Tranh minh hoạ nội dung: “Đàn bò gặm cỏ.</w:t>
            </w:r>
            <w:proofErr w:type="gramStart"/>
            <w:r>
              <w:rPr>
                <w:sz w:val="25"/>
              </w:rPr>
              <w:t>”.</w:t>
            </w:r>
            <w:proofErr w:type="gramEnd"/>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Câu nhận biết nói về điều gì?</w:t>
            </w:r>
          </w:p>
        </w:tc>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HS trả lời: Câu nhận biết nói: “Đàn bò gặm cỏ.</w:t>
            </w:r>
            <w:proofErr w:type="gramStart"/>
            <w:r>
              <w:rPr>
                <w:sz w:val="25"/>
              </w:rPr>
              <w:t>”.</w:t>
            </w:r>
            <w:proofErr w:type="gramEnd"/>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xml:space="preserve">- Đọc mẫu câu nhận biết “Đàn bò gặm </w:t>
            </w:r>
            <w:proofErr w:type="gramStart"/>
            <w:r>
              <w:rPr>
                <w:sz w:val="25"/>
              </w:rPr>
              <w:t>cỏ.;</w:t>
            </w:r>
            <w:proofErr w:type="gramEnd"/>
            <w:r>
              <w:rPr>
                <w:sz w:val="25"/>
              </w:rPr>
              <w:t xml:space="preserve"> đọc chậm theo từng cụm từ và yêu cầu HS nói theo.</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Lắng nghe; nói theo từng cụm từ và đọc lại cả câu nhận biết.</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tìm, chỉ và đọc tiếng có chứa o, dấu hỏi trong câu nhận biết; giới thiệu bài mới.</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Tìm, chỉ và đọc tiếng có o, dấu hỏi; quan sát chữ/vần mới trên bảng.</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b. Đọc âm/chữ và dấu thanh</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Đưa o, dấu hỏi; phát âm/đánh vần mẫu, hướng dẫn HS quan sát khẩu hình và cách phát âm.</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khẩu hình; lắng nghe và luyện phát âm/đánh vần o, dấu hỏi.</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đọc cá nhân, theo nhóm và đồng thanh; sửa lỗi phát âm rõ ràng cho từng em.</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theo yêu cầu; điều chỉnh lỗi phát âm theo hướng dẫn của GV.</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Âm/chữ và dấu thanh o, dấu hỏi giống nhau và khác nhau ở điểm nào?</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trả lời: Em nhận biết và đọc đúng âm/chữ và dấu thanh o, dấu hỏi theo mẫu của cô.</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c. Đọc tiếng</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Giới thiệu mô hình tiếng mẫu trong SGK; hướng dẫn HS xác định âm đầu, vần và dấu thanh (nếu có).</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mô hình tiếng; nêu cấu tạo tiếng mẫu theo hướng dẫn.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lastRenderedPageBreak/>
              <w:t>- Hướng dẫn HS đánh vần rồi đọc trơn tiếng mẫu có o, dấu hỏi; tổ chức đọc cá nhân, đồng thanh.</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Đánh vần tiếng mẫu; đọc trơn cá nhân và đồng thanh.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ghép thêm tiếng có o, dấu hỏi bằng bộ chữ; mời HS phân tích tiếng vừa ghép.</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Ghép tiếng bằng bộ chữ; phân tích và đọc trơn tiếng đã ghép.</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d. Đọc từ ngữ</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tranh từ ngữ, gọi tên sự vật/hoạt động ứng với các từ: bò, cò, cỏ</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tranh; gọi tên sự vật/hoạt động và dự đoán từ ngữ tương ứng.</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Đưa từng từ ngữ; yêu cầu HS tìm tiếng chứa o, dấu hỏi, phân tích và đọc trơn.</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Chỉ tiếng có o, dấu hỏi; phân tích, đánh vần khi cần rồi đọc trơn từ ngữ.</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đọc nối tiếp, đọc nhóm đôi và đọc đồng thanh toàn bộ tiếng, từ ngữ.</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nối tiếp; luyện đọc cùng bạn và đọc đồng thanh.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e. Đọc lại</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đọc lại toàn bộ nội dung o, dấu hỏi, tiếng và từ ngữ; nhận xét, sửa lỗi.</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lại bài theo cá nhân, nhóm và cả lớp; sửa lỗi phát âm.</w:t>
            </w:r>
          </w:p>
        </w:tc>
      </w:tr>
      <w:tr w:rsidR="001C1D3C" w:rsidTr="008F7534">
        <w:trPr>
          <w:jc w:val="center"/>
        </w:trPr>
        <w:tc>
          <w:tcPr>
            <w:tcW w:w="4986" w:type="dxa"/>
            <w:tcBorders>
              <w:bottom w:val="single" w:sz="4" w:space="0" w:color="auto"/>
            </w:tcBorders>
            <w:shd w:val="clear" w:color="auto" w:fill="auto"/>
          </w:tcPr>
          <w:p w:rsidR="001C1D3C" w:rsidRDefault="001C0404">
            <w:r>
              <w:rPr>
                <w:sz w:val="25"/>
              </w:rPr>
              <w:t>- Kết luận: Các em đã nhận biết và luyện đọc đúng âm/chữ và dấu thanh o, dấu hỏi; biết đọc/ghép tiếng, từ ngữ theo quy trình đã học.</w:t>
            </w:r>
          </w:p>
        </w:tc>
        <w:tc>
          <w:tcPr>
            <w:tcW w:w="4986" w:type="dxa"/>
            <w:tcBorders>
              <w:bottom w:val="single" w:sz="4" w:space="0" w:color="auto"/>
            </w:tcBorders>
            <w:shd w:val="clear" w:color="auto" w:fill="auto"/>
          </w:tcPr>
          <w:p w:rsidR="001C1D3C" w:rsidRDefault="001C0404">
            <w:r>
              <w:rPr>
                <w:sz w:val="25"/>
              </w:rPr>
              <w:t>- HS nhắc lại nội dung vừa học và đọc lại một số tiếng, từ ngữ tiêu biểu.</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3. HOẠT ĐỘNG LUYỆN TẬP - THỰC HÀNH</w:t>
            </w:r>
            <w:r>
              <w:rPr>
                <w:b/>
                <w:color w:val="1F4E79"/>
                <w:sz w:val="25"/>
              </w:rPr>
              <w:br/>
              <w:t>Mục tiêu: Luyện viết đúng o, dấu hỏi; đọc đúng câu/đoạn ứng dụng và hiểu nội dung bài đọc.</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Viết bảng</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mẫu viết o, dấu hỏi và tiếng/từ ứng dụng; nhận xét độ cao, nét nối, vị trí dấu thanh.</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mẫu chữ; nêu điểm cần lưu ý khi viết.</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Viết mẫu lần lượt o, dấu hỏi; vừa viết vừa hướng dẫn điểm đặt bút, dừng bút, nối nét và đặt dấu.</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GV viết mẫu; luyện viết trên không theo quy trình.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viết bảng con o, dấu hỏi và tiếng/từ ứng dụng; kiểm tra, sửa lỗi trực tiếp.</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Viết bảng con đúng mẫu; giơ bảng và sửa chữ chưa đúng theo hướng dẫn.</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TIẾT 2</w:t>
            </w:r>
          </w:p>
        </w:tc>
      </w:tr>
      <w:tr w:rsidR="001C1D3C" w:rsidTr="008F7534">
        <w:trPr>
          <w:cantSplit/>
          <w:jc w:val="center"/>
        </w:trPr>
        <w:tc>
          <w:tcPr>
            <w:tcW w:w="9972" w:type="dxa"/>
            <w:gridSpan w:val="2"/>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b. Viết vở</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lastRenderedPageBreak/>
              <w:t>- Hướng dẫn HS tô và viết o, dấu hỏi, từ ngữ ứng dụng trong vở Tập viết; nhắc tư thế ngồi và cách cầm bút.</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Ngồi đúng tư thế; tô, viết đúng mẫu và đúng số dòng quy định.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từng bàn; hỗ trợ HS viết chậm hoặc sai nét nối, dấu thanh; nhận xét một số bài.</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Tiếp tục viết; tự kiểm tra và sửa chữ theo góp ý.</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c. Đọc câu/đoạn ứng dụng</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phần Đọc ở SGK trang 25, đọc thầm và tìm tiếng có o, dấu hỏi.</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tranh/đoạn đọc; đọc thầm và chỉ các tiếng có nội dung vừa học.</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đọc trơn các tiếng mới có o, dấu hỏi; hỗ trợ đánh vần lại với HS còn lúng túng.</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trơn tiếng mới; đánh vần lại tiếng khó khi cần.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mẫu câu/đoạn; hướng dẫn ngắt nghỉ theo dấu câu và nội dung; tổ chức đọc cá nhân, nhóm, lớp.</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Nghe đọc mẫu; luyện đọc cá nhân, nhóm và đọc đồng thanh câu/đoạn.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Tranh đọc câu vẽ con gì và chúng đang làm gì?</w:t>
            </w:r>
          </w:p>
        </w:tc>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HS trả lời: Tranh vẽ đàn bò đang gặm cỏ.</w:t>
            </w:r>
          </w:p>
        </w:tc>
      </w:tr>
      <w:tr w:rsidR="001C1D3C" w:rsidTr="008F7534">
        <w:trPr>
          <w:jc w:val="center"/>
        </w:trPr>
        <w:tc>
          <w:tcPr>
            <w:tcW w:w="4986" w:type="dxa"/>
            <w:tcBorders>
              <w:bottom w:val="single" w:sz="4" w:space="0" w:color="auto"/>
            </w:tcBorders>
            <w:shd w:val="clear" w:color="auto" w:fill="auto"/>
          </w:tcPr>
          <w:p w:rsidR="001C1D3C" w:rsidRDefault="001C0404">
            <w:r>
              <w:rPr>
                <w:sz w:val="25"/>
              </w:rPr>
              <w:t>- Kết luận: Các em đã luyện tập đọc, viết âm/chữ và dấu thanh o, dấu hỏi và hoàn thành nhiệm vụ thực hành theo hướng dẫn.</w:t>
            </w:r>
          </w:p>
        </w:tc>
        <w:tc>
          <w:tcPr>
            <w:tcW w:w="4986" w:type="dxa"/>
            <w:tcBorders>
              <w:bottom w:val="single" w:sz="4" w:space="0" w:color="auto"/>
            </w:tcBorders>
            <w:shd w:val="clear" w:color="auto" w:fill="auto"/>
          </w:tcPr>
          <w:p w:rsidR="001C1D3C" w:rsidRDefault="001C0404">
            <w:r>
              <w:rPr>
                <w:sz w:val="25"/>
              </w:rPr>
              <w:t>- HS tự nhận xét phần luyện đọc, luyện viết và sửa lỗi nếu còn sai.</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4. HOẠT ĐỘNG VẬN DỤNG</w:t>
            </w:r>
            <w:r>
              <w:rPr>
                <w:b/>
                <w:color w:val="1F4E79"/>
                <w:sz w:val="25"/>
              </w:rPr>
              <w:br/>
              <w:t>Mục tiêu: Vận dụng nội dung bài học để nói lời chào hỏi; liên hệ ứng xử phù hợp trong đời sống.</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Nói theo tranh</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tranh Nói, xác định nhân vật, sự việc và chuẩn bị lời nói phù hợp.</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tranh; xác định nhân vật, sự việc và trao đổi ban đầu với bạn.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Khi mẹ đón ở trường, bạn nhỏ nói gì?</w:t>
            </w:r>
          </w:p>
        </w:tc>
        <w:tc>
          <w:tcPr>
            <w:tcW w:w="4986" w:type="dxa"/>
            <w:shd w:val="clear" w:color="auto" w:fill="auto"/>
            <w:tcMar>
              <w:top w:w="85" w:type="dxa"/>
              <w:left w:w="100" w:type="dxa"/>
              <w:bottom w:w="85" w:type="dxa"/>
              <w:right w:w="100" w:type="dxa"/>
            </w:tcMar>
          </w:tcPr>
          <w:p w:rsidR="001C1D3C" w:rsidRDefault="001C0404">
            <w:r>
              <w:rPr>
                <w:sz w:val="24"/>
              </w:rPr>
              <w:t>- HS trả lời: Bạn nhỏ nói: “Con chào mẹ ạ! Con về với mẹ ạ.”</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Khi đi học về, bạn nhỏ chào ông bà như thế nào?</w:t>
            </w:r>
          </w:p>
        </w:tc>
        <w:tc>
          <w:tcPr>
            <w:tcW w:w="4986" w:type="dxa"/>
            <w:shd w:val="clear" w:color="auto" w:fill="auto"/>
            <w:tcMar>
              <w:top w:w="85" w:type="dxa"/>
              <w:left w:w="100" w:type="dxa"/>
              <w:bottom w:w="85" w:type="dxa"/>
              <w:right w:w="100" w:type="dxa"/>
            </w:tcMar>
          </w:tcPr>
          <w:p w:rsidR="001C1D3C" w:rsidRDefault="001C0404">
            <w:r>
              <w:rPr>
                <w:sz w:val="24"/>
              </w:rPr>
              <w:t>- HS trả lời: Bạn nhỏ nói: “Cháu chào ông bà ạ! Cháu đi học về ạ.”</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luyện nói hoặc đóng vai theo nhóm đôi; mời một số nhóm trình bày trước lớp.</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Luyện nói/đóng vai theo cặp; đại diện nhóm thể hiện và nhận xét bạn lịch sự.</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c. Củng cố - dặn dò</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lastRenderedPageBreak/>
              <w:t>- Tổ chức cho HS tìm nhanh tiếng có o, dấu hỏi và nói câu ngắn với một tiếng tìm được.</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Tìm tiếng, đọc tiếng và nói câu ngắn theo khả năng.</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Nhận xét tiết học; tuyên dương HS đọc, viết, nói tốt; dặn HS luyện đọc, luyện viết ở nhà.</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Lắng nghe nhận xét; ghi nhớ và thực hành nhiệm vụ ở nhà.</w:t>
            </w:r>
          </w:p>
        </w:tc>
      </w:tr>
      <w:tr w:rsidR="001C1D3C" w:rsidTr="008F7534">
        <w:trPr>
          <w:jc w:val="center"/>
        </w:trPr>
        <w:tc>
          <w:tcPr>
            <w:tcW w:w="4986" w:type="dxa"/>
            <w:shd w:val="clear" w:color="auto" w:fill="auto"/>
          </w:tcPr>
          <w:p w:rsidR="001C1D3C" w:rsidRDefault="001C0404">
            <w:r>
              <w:rPr>
                <w:sz w:val="25"/>
              </w:rPr>
              <w:t>- Kết luận: Các em biết vận dụng nội dung bài học vào lời nói và việc làm phù hợp; tiếp tục luyện tập ở nhà.</w:t>
            </w:r>
          </w:p>
        </w:tc>
        <w:tc>
          <w:tcPr>
            <w:tcW w:w="4986" w:type="dxa"/>
            <w:shd w:val="clear" w:color="auto" w:fill="auto"/>
          </w:tcPr>
          <w:p w:rsidR="001C1D3C" w:rsidRDefault="001C0404">
            <w:r>
              <w:rPr>
                <w:sz w:val="25"/>
              </w:rPr>
              <w:t>- HS nhắc lại điều ghi nhớ và thực hiện nhiệm vụ luyện tập ở nhà.</w:t>
            </w:r>
          </w:p>
        </w:tc>
      </w:tr>
    </w:tbl>
    <w:p w:rsidR="001C1D3C" w:rsidRDefault="001C0404">
      <w:pPr>
        <w:keepNext/>
        <w:spacing w:before="100" w:after="60"/>
      </w:pPr>
      <w:r>
        <w:rPr>
          <w:b/>
          <w:sz w:val="28"/>
        </w:rPr>
        <w:t>IV. ĐIỀU CHỈNH SAU BÀI DẠY</w:t>
      </w:r>
    </w:p>
    <w:p w:rsidR="001C1D3C" w:rsidRDefault="001C0404">
      <w:pPr>
        <w:spacing w:after="0" w:line="252" w:lineRule="auto"/>
      </w:pPr>
      <w:r>
        <w:rPr>
          <w:sz w:val="24"/>
        </w:rPr>
        <w:t>....................................................................................................................................................................................</w:t>
      </w:r>
    </w:p>
    <w:p w:rsidR="001C1D3C" w:rsidRDefault="001C0404">
      <w:pPr>
        <w:spacing w:after="0" w:line="252" w:lineRule="auto"/>
      </w:pPr>
      <w:r>
        <w:rPr>
          <w:sz w:val="24"/>
        </w:rPr>
        <w:t>....................................................................................................................................................................................</w:t>
      </w:r>
    </w:p>
    <w:p w:rsidR="001C1D3C" w:rsidRDefault="001C1D3C"/>
    <w:p w:rsidR="001C1D3C" w:rsidRDefault="001C0404">
      <w:pPr>
        <w:spacing w:before="120" w:after="100"/>
        <w:jc w:val="center"/>
      </w:pPr>
      <w:r>
        <w:rPr>
          <w:b/>
          <w:color w:val="1F4E79"/>
          <w:sz w:val="30"/>
        </w:rPr>
        <w:t>BÀI 7: Ô ô, THANH NẶNG</w:t>
      </w:r>
    </w:p>
    <w:p w:rsidR="001C1D3C" w:rsidRDefault="001C0404">
      <w:pPr>
        <w:keepNext/>
        <w:spacing w:before="100" w:after="60"/>
      </w:pPr>
      <w:r>
        <w:rPr>
          <w:b/>
          <w:sz w:val="28"/>
        </w:rPr>
        <w:t>I. YÊU CẦU CẦN ĐẠT</w:t>
      </w:r>
    </w:p>
    <w:p w:rsidR="001C1D3C" w:rsidRDefault="001C0404">
      <w:pPr>
        <w:keepNext/>
        <w:spacing w:before="60" w:after="60"/>
      </w:pPr>
      <w:r>
        <w:rPr>
          <w:b/>
        </w:rPr>
        <w:t>1. Năng lực đặc thù</w:t>
      </w:r>
    </w:p>
    <w:p w:rsidR="001C1D3C" w:rsidRDefault="001C0404">
      <w:pPr>
        <w:spacing w:after="40" w:line="264" w:lineRule="auto"/>
      </w:pPr>
      <w:r>
        <w:t>- Nhận biết và đọc đúng âm ô, thanh nặng; đọc tiếng, từ, câu có âm ô và thanh nặng.</w:t>
      </w:r>
    </w:p>
    <w:p w:rsidR="001C1D3C" w:rsidRDefault="001C0404">
      <w:pPr>
        <w:spacing w:after="40" w:line="264" w:lineRule="auto"/>
      </w:pPr>
      <w:r>
        <w:t>- Viết đúng chữ ô, dấu nặng; đọc hiểu câu ứng dụng đơn giản.</w:t>
      </w:r>
    </w:p>
    <w:p w:rsidR="001C1D3C" w:rsidRDefault="001C0404">
      <w:pPr>
        <w:spacing w:after="40" w:line="264" w:lineRule="auto"/>
      </w:pPr>
      <w:r>
        <w:t xml:space="preserve">- Nói được tên một số phương tiện và bước đầu biết cách đi bộ </w:t>
      </w:r>
      <w:proofErr w:type="gramStart"/>
      <w:r>
        <w:t>an</w:t>
      </w:r>
      <w:proofErr w:type="gramEnd"/>
      <w:r>
        <w:t xml:space="preserve"> toàn.</w:t>
      </w:r>
    </w:p>
    <w:p w:rsidR="001C1D3C" w:rsidRDefault="001C0404">
      <w:pPr>
        <w:keepNext/>
        <w:spacing w:before="60" w:after="60"/>
      </w:pPr>
      <w:r>
        <w:rPr>
          <w:b/>
        </w:rPr>
        <w:t xml:space="preserve">2. Năng lực </w:t>
      </w:r>
      <w:proofErr w:type="gramStart"/>
      <w:r>
        <w:rPr>
          <w:b/>
        </w:rPr>
        <w:t>chung</w:t>
      </w:r>
      <w:proofErr w:type="gramEnd"/>
    </w:p>
    <w:p w:rsidR="001C1D3C" w:rsidRDefault="001C0404">
      <w:pPr>
        <w:spacing w:after="40" w:line="264" w:lineRule="auto"/>
      </w:pPr>
      <w:r>
        <w:t>- Tự chủ và tự học: Chủ động thực hiện nhiệm vụ đọc, viết, quan sát tranh và tự sửa lỗi khi được hướng dẫn.</w:t>
      </w:r>
    </w:p>
    <w:p w:rsidR="001C1D3C" w:rsidRDefault="001C0404">
      <w:pPr>
        <w:spacing w:after="40" w:line="264" w:lineRule="auto"/>
      </w:pPr>
      <w:r>
        <w:t xml:space="preserve">- Giao tiếp và hợp tác: Biết lắng nghe, trao đổi </w:t>
      </w:r>
      <w:proofErr w:type="gramStart"/>
      <w:r>
        <w:t>theo</w:t>
      </w:r>
      <w:proofErr w:type="gramEnd"/>
      <w:r>
        <w:t xml:space="preserve"> nhóm đôi/nhóm nhỏ; mạnh dạn trình bày câu trả lời.</w:t>
      </w:r>
    </w:p>
    <w:p w:rsidR="001C1D3C" w:rsidRDefault="001C0404">
      <w:pPr>
        <w:spacing w:after="40" w:line="264" w:lineRule="auto"/>
      </w:pPr>
      <w:r>
        <w:t>- Giải quyết vấn đề và sáng tạo: Biết vận dụng âm, chữ đã học để ghép tiếng mới và nói câu phù hợp với tranh.</w:t>
      </w:r>
    </w:p>
    <w:p w:rsidR="001C1D3C" w:rsidRDefault="001C0404">
      <w:pPr>
        <w:keepNext/>
        <w:spacing w:before="60" w:after="60"/>
      </w:pPr>
      <w:r>
        <w:rPr>
          <w:b/>
        </w:rPr>
        <w:t>3. Phẩm chất</w:t>
      </w:r>
    </w:p>
    <w:p w:rsidR="001C1D3C" w:rsidRDefault="001C0404">
      <w:pPr>
        <w:spacing w:after="40" w:line="264" w:lineRule="auto"/>
      </w:pPr>
      <w:r>
        <w:t>- Chăm chỉ: Tích cực luyện đọc, luyện viết, hoàn thành nhiệm vụ học tập.</w:t>
      </w:r>
    </w:p>
    <w:p w:rsidR="001C1D3C" w:rsidRDefault="001C0404">
      <w:pPr>
        <w:spacing w:after="40" w:line="264" w:lineRule="auto"/>
      </w:pPr>
      <w:r>
        <w:t>- Trách nhiệm: Giữ gìn sách vở, đồ dùng; thực hiện đúng yêu cầu khi học cá nhân và làm việc nhóm.</w:t>
      </w:r>
    </w:p>
    <w:p w:rsidR="001C1D3C" w:rsidRDefault="001C0404">
      <w:pPr>
        <w:spacing w:after="40" w:line="264" w:lineRule="auto"/>
      </w:pPr>
      <w:r>
        <w:t>- Nhân ái: Biết thể hiện thái độ thân thiện, quan tâm đến người thân, bạn bè và sự vật trong tranh.</w:t>
      </w:r>
    </w:p>
    <w:p w:rsidR="001C1D3C" w:rsidRDefault="001C0404">
      <w:pPr>
        <w:keepNext/>
        <w:spacing w:before="60" w:after="60"/>
      </w:pPr>
      <w:r>
        <w:rPr>
          <w:b/>
        </w:rPr>
        <w:t>4. Tích hợp</w:t>
      </w:r>
    </w:p>
    <w:p w:rsidR="001C1D3C" w:rsidRDefault="001C0404">
      <w:pPr>
        <w:spacing w:after="40" w:line="264" w:lineRule="auto"/>
      </w:pPr>
      <w:r>
        <w:rPr>
          <w:color w:val="C00000"/>
        </w:rPr>
        <w:t xml:space="preserve">- Kĩ năng sống/ATGT: Biết đi bộ trên vỉa hè, đi sát lề đường khi không có vỉa hè và quan sát </w:t>
      </w:r>
      <w:proofErr w:type="gramStart"/>
      <w:r>
        <w:rPr>
          <w:color w:val="C00000"/>
        </w:rPr>
        <w:t>an</w:t>
      </w:r>
      <w:proofErr w:type="gramEnd"/>
      <w:r>
        <w:rPr>
          <w:color w:val="C00000"/>
        </w:rPr>
        <w:t xml:space="preserve"> toàn khi tham gia giao thông.</w:t>
      </w:r>
    </w:p>
    <w:p w:rsidR="001C1D3C" w:rsidRDefault="001C0404">
      <w:pPr>
        <w:keepNext/>
        <w:spacing w:before="100" w:after="60"/>
      </w:pPr>
      <w:r>
        <w:rPr>
          <w:b/>
          <w:sz w:val="28"/>
        </w:rPr>
        <w:lastRenderedPageBreak/>
        <w:t>II. ĐỒ DÙNG DẠY HỌC</w:t>
      </w:r>
    </w:p>
    <w:p w:rsidR="001C1D3C" w:rsidRDefault="001C0404">
      <w:pPr>
        <w:spacing w:after="40" w:line="264" w:lineRule="auto"/>
      </w:pPr>
      <w:r>
        <w:t>- Giáo viên: SGK Tiếng Việt 1 tập một; tranh SGK trang 26-27; chữ mẫu ô, dấu nặng; bảng phụ/thẻ chữ; máy chiếu (nếu có).</w:t>
      </w:r>
    </w:p>
    <w:p w:rsidR="001C1D3C" w:rsidRDefault="001C0404">
      <w:pPr>
        <w:spacing w:after="40" w:line="264" w:lineRule="auto"/>
      </w:pPr>
      <w:r>
        <w:t>- Học sinh: SGK, vở Tập viết, bảng con, phấn/bút, bộ chữ học vần.</w:t>
      </w:r>
    </w:p>
    <w:p w:rsidR="001C1D3C" w:rsidRDefault="001C0404">
      <w:pPr>
        <w:keepNext/>
        <w:spacing w:before="100" w:after="6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1C1D3C" w:rsidTr="008F7534">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jc w:val="center"/>
            </w:pPr>
            <w:r>
              <w:rPr>
                <w:b/>
                <w:color w:val="000000"/>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jc w:val="center"/>
            </w:pPr>
            <w:r>
              <w:rPr>
                <w:b/>
                <w:color w:val="000000"/>
              </w:rPr>
              <w:t>HOẠT ĐỘNG CỦA HỌC SINH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TIẾT 1</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1. HOẠT ĐỘNG MỞ ĐẦU (KHỞI ĐỘNG</w:t>
            </w:r>
            <w:proofErr w:type="gramStart"/>
            <w:r>
              <w:rPr>
                <w:b/>
                <w:color w:val="1F4E79"/>
                <w:sz w:val="25"/>
              </w:rPr>
              <w:t>)</w:t>
            </w:r>
            <w:proofErr w:type="gramEnd"/>
            <w:r>
              <w:rPr>
                <w:b/>
                <w:color w:val="1F4E79"/>
                <w:sz w:val="25"/>
              </w:rPr>
              <w:br/>
              <w:t>Mục tiêu: Tạo tâm thế vui vẻ; ôn nội dung đã học và kết nối vào bài mới.</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hát hoặc tham gia trò chơi ngắn có tiếng/chữ/vần đã học ở bài trước.</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Tham gia hát hoặc trò chơi; nhận biết và đọc lại tiếng/chữ/vần đã học.</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đọc lại một số nội dung bài trước; quan sát, nhận xét và sửa phát âm khi cần.</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cá nhân, nhóm hoặc đồng thanh; nghe nhận xét và sửa lỗi phát âm.</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Kết luận - Giới thiệu bài: “Hôm nay, cô và các em cùng luyện đọc, luyện viết âm/chữ và dấu thanh ô, dấu nặng để đọc đúng hơn và viết đẹp hơn.”</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lắng nghe, nhắc lại tên/nội dung bài học và sẵn sàng thực hiện nhiệm vụ.</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2. HOẠT ĐỘNG HÌNH THÀNH KIẾN THỨC MỚI (KHÁM PHÁ</w:t>
            </w:r>
            <w:proofErr w:type="gramStart"/>
            <w:r>
              <w:rPr>
                <w:b/>
                <w:color w:val="1F4E79"/>
                <w:sz w:val="25"/>
              </w:rPr>
              <w:t>)</w:t>
            </w:r>
            <w:proofErr w:type="gramEnd"/>
            <w:r>
              <w:rPr>
                <w:b/>
                <w:color w:val="1F4E79"/>
                <w:sz w:val="25"/>
              </w:rPr>
              <w:br/>
              <w:t>Mục tiêu: Nhận biết và đọc đúng âm/chữ và dấu thanh ô, dấu nặng; đọc được tiếng, từ ngữ theo quy trình SGV.</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Nhận biết</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tranh Nhận biết. Tranh vẽ gì?</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trả lời: Tranh minh hoạ nội dung: “Bố và Hà đi bộ trên hè phố.</w:t>
            </w:r>
            <w:proofErr w:type="gramStart"/>
            <w:r>
              <w:rPr>
                <w:sz w:val="25"/>
              </w:rPr>
              <w:t>”.</w:t>
            </w:r>
            <w:proofErr w:type="gramEnd"/>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Câu nhận biết nói về điều gì?</w:t>
            </w:r>
          </w:p>
        </w:tc>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HS trả lời: Câu nhận biết nói: “Bố và Hà đi bộ trên hè phố.</w:t>
            </w:r>
            <w:proofErr w:type="gramStart"/>
            <w:r>
              <w:rPr>
                <w:sz w:val="25"/>
              </w:rPr>
              <w:t>”.</w:t>
            </w:r>
            <w:proofErr w:type="gramEnd"/>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xml:space="preserve">- Đọc mẫu câu nhận biết “Bố và Hà đi bộ trên hè </w:t>
            </w:r>
            <w:proofErr w:type="gramStart"/>
            <w:r>
              <w:rPr>
                <w:sz w:val="25"/>
              </w:rPr>
              <w:t>phố.;</w:t>
            </w:r>
            <w:proofErr w:type="gramEnd"/>
            <w:r>
              <w:rPr>
                <w:sz w:val="25"/>
              </w:rPr>
              <w:t xml:space="preserve"> đọc chậm theo từng cụm từ và yêu cầu HS nói theo.</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Lắng nghe; nói theo từng cụm từ và đọc lại cả câu nhận biết.</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tìm, chỉ và đọc tiếng có chứa ô, dấu nặng trong câu nhận biết; giới thiệu bài mới.</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Tìm, chỉ và đọc tiếng có ô, dấu nặng; quan sát chữ/vần mới trên bảng.</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lastRenderedPageBreak/>
              <w:t>b. Đọc âm/chữ và dấu thanh</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Đưa ô, dấu nặng; phát âm/đánh vần mẫu, hướng dẫn HS quan sát khẩu hình và cách phát âm.</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khẩu hình; lắng nghe và luyện phát âm/đánh vần ô, dấu nặng.</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đọc cá nhân, theo nhóm và đồng thanh; sửa lỗi phát âm rõ ràng cho từng em.</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theo yêu cầu; điều chỉnh lỗi phát âm theo hướng dẫn của GV.</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Âm/chữ và dấu thanh ô, dấu nặng giống nhau và khác nhau ở điểm nào?</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trả lời: Em nhận biết và đọc đúng âm/chữ và dấu thanh ô, dấu nặng theo mẫu của cô.</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c. Đọc tiếng</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Giới thiệu mô hình tiếng mẫu trong SGK; hướng dẫn HS xác định âm đầu, vần và dấu thanh (nếu có).</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mô hình tiếng; nêu cấu tạo tiếng mẫu theo hướng dẫn.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Hướng dẫn HS đánh vần rồi đọc trơn tiếng mẫu có ô, dấu nặng; tổ chức đọc cá nhân, đồng thanh.</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Đánh vần tiếng mẫu; đọc trơn cá nhân và đồng thanh.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ghép thêm tiếng có ô, dấu nặng bằng bộ chữ; mời HS phân tích tiếng vừa ghép.</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Ghép tiếng bằng bộ chữ; phân tích và đọc trơn tiếng đã ghép.</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d. Đọc từ ngữ</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tranh từ ngữ, gọi tên sự vật/hoạt động ứng với các từ: bố, cô bé, cổ cò.</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tranh; gọi tên sự vật/hoạt động và dự đoán từ ngữ tương ứng.</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Đưa từng từ ngữ; yêu cầu HS tìm tiếng chứa ô, dấu nặng, phân tích và đọc trơn.</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Chỉ tiếng có ô, dấu nặng; phân tích, đánh vần khi cần rồi đọc trơn từ ngữ.</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đọc nối tiếp, đọc nhóm đôi và đọc đồng thanh toàn bộ tiếng, từ ngữ.</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nối tiếp; luyện đọc cùng bạn và đọc đồng thanh.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e. Đọc lại</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đọc lại toàn bộ nội dung ô, dấu nặng, tiếng và từ ngữ; nhận xét, sửa lỗi.</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lại bài theo cá nhân, nhóm và cả lớp; sửa lỗi phát âm.</w:t>
            </w:r>
          </w:p>
        </w:tc>
      </w:tr>
      <w:tr w:rsidR="001C1D3C" w:rsidTr="008F7534">
        <w:trPr>
          <w:jc w:val="center"/>
        </w:trPr>
        <w:tc>
          <w:tcPr>
            <w:tcW w:w="4986" w:type="dxa"/>
            <w:tcBorders>
              <w:bottom w:val="single" w:sz="4" w:space="0" w:color="auto"/>
            </w:tcBorders>
            <w:shd w:val="clear" w:color="auto" w:fill="auto"/>
          </w:tcPr>
          <w:p w:rsidR="001C1D3C" w:rsidRDefault="001C0404">
            <w:r>
              <w:rPr>
                <w:sz w:val="25"/>
              </w:rPr>
              <w:t>- Kết luận: Các em đã nhận biết và luyện đọc đúng âm/chữ và dấu thanh ô, dấu nặng; biết đọc/ghép tiếng, từ ngữ theo quy trình đã học.</w:t>
            </w:r>
          </w:p>
        </w:tc>
        <w:tc>
          <w:tcPr>
            <w:tcW w:w="4986" w:type="dxa"/>
            <w:tcBorders>
              <w:bottom w:val="single" w:sz="4" w:space="0" w:color="auto"/>
            </w:tcBorders>
            <w:shd w:val="clear" w:color="auto" w:fill="auto"/>
          </w:tcPr>
          <w:p w:rsidR="001C1D3C" w:rsidRDefault="001C0404">
            <w:r>
              <w:rPr>
                <w:sz w:val="25"/>
              </w:rPr>
              <w:t>- HS nhắc lại nội dung vừa học và đọc lại một số tiếng, từ ngữ tiêu biểu.</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3. HOẠT ĐỘNG LUYỆN TẬP - THỰC HÀNH</w:t>
            </w:r>
            <w:r>
              <w:rPr>
                <w:b/>
                <w:color w:val="1F4E79"/>
                <w:sz w:val="25"/>
              </w:rPr>
              <w:br/>
              <w:t>Mục tiêu: Luyện viết đúng ô, dấu nặng; đọc đúng câu/đoạn ứng dụng và hiểu nội dung bài đọc.</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lastRenderedPageBreak/>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Viết bảng</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mẫu viết ô, dấu nặng và tiếng/từ ứng dụng; nhận xét độ cao, nét nối, vị trí dấu thanh.</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mẫu chữ; nêu điểm cần lưu ý khi viết.</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Viết mẫu lần lượt ô, dấu nặng; vừa viết vừa hướng dẫn điểm đặt bút, dừng bút, nối nét và đặt dấu.</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GV viết mẫu; luyện viết trên không theo quy trình.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viết bảng con ô, dấu nặng và tiếng/từ ứng dụng; kiểm tra, sửa lỗi trực tiếp.</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Viết bảng con đúng mẫu; giơ bảng và sửa chữ chưa đúng theo hướng dẫn.</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TIẾT 2</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b. Viết vở</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Hướng dẫn HS tô và viết ô, dấu nặng, từ ngữ ứng dụng trong vở Tập viết; nhắc tư thế ngồi và cách cầm bút.</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Ngồi đúng tư thế; tô, viết đúng mẫu và đúng số dòng quy định.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từng bàn; hỗ trợ HS viết chậm hoặc sai nét nối, dấu thanh; nhận xét một số bài.</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Tiếp tục viết; tự kiểm tra và sửa chữ theo góp ý.</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c. Đọc câu/đoạn ứng dụng</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phần Đọc ở SGK trang 27, đọc thầm và tìm tiếng có ô, dấu nặng.</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tranh/đoạn đọc; đọc thầm và chỉ các tiếng có nội dung vừa học.</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đọc trơn các tiếng mới có ô, dấu nặng; hỗ trợ đánh vần lại với HS còn lúng túng.</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trơn tiếng mới; đánh vần lại tiếng khó khi cần.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mẫu câu/đoạn; hướng dẫn ngắt nghỉ theo dấu câu và nội dung; tổ chức đọc cá nhân, nhóm, lớp.</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Nghe đọc mẫu; luyện đọc cá nhân, nhóm và đọc đồng thanh câu/đoạn.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Trong tranh đọc câu, bố và Hà đang làm gì?</w:t>
            </w:r>
          </w:p>
        </w:tc>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HS trả lời: Bố và Hà đang đi bộ trên phố.</w:t>
            </w:r>
          </w:p>
        </w:tc>
      </w:tr>
      <w:tr w:rsidR="001C1D3C" w:rsidTr="008F7534">
        <w:trPr>
          <w:jc w:val="center"/>
        </w:trPr>
        <w:tc>
          <w:tcPr>
            <w:tcW w:w="4986" w:type="dxa"/>
            <w:tcBorders>
              <w:bottom w:val="single" w:sz="4" w:space="0" w:color="auto"/>
            </w:tcBorders>
            <w:shd w:val="clear" w:color="auto" w:fill="auto"/>
          </w:tcPr>
          <w:p w:rsidR="001C1D3C" w:rsidRDefault="001C0404">
            <w:r>
              <w:rPr>
                <w:sz w:val="25"/>
              </w:rPr>
              <w:t>- Kết luận: Các em đã luyện tập đọc, viết âm/chữ và dấu thanh ô, dấu nặng và hoàn thành nhiệm vụ thực hành theo hướng dẫn.</w:t>
            </w:r>
          </w:p>
        </w:tc>
        <w:tc>
          <w:tcPr>
            <w:tcW w:w="4986" w:type="dxa"/>
            <w:tcBorders>
              <w:bottom w:val="single" w:sz="4" w:space="0" w:color="auto"/>
            </w:tcBorders>
            <w:shd w:val="clear" w:color="auto" w:fill="auto"/>
          </w:tcPr>
          <w:p w:rsidR="001C1D3C" w:rsidRDefault="001C0404">
            <w:r>
              <w:rPr>
                <w:sz w:val="25"/>
              </w:rPr>
              <w:t>- HS tự nhận xét phần luyện đọc, luyện viết và sửa lỗi nếu còn sai.</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b/>
                <w:sz w:val="25"/>
              </w:rPr>
              <w:t>4. HOẠT ĐỘNG VẬN DỤNG</w:t>
            </w:r>
            <w:r>
              <w:rPr>
                <w:b/>
                <w:sz w:val="25"/>
              </w:rPr>
              <w:br/>
              <w:t xml:space="preserve">Mục tiêu: Vận dụng nội dung bài học để nói về phương tiện giao thông và </w:t>
            </w:r>
            <w:proofErr w:type="gramStart"/>
            <w:r>
              <w:rPr>
                <w:b/>
                <w:sz w:val="25"/>
              </w:rPr>
              <w:t>an</w:t>
            </w:r>
            <w:proofErr w:type="gramEnd"/>
            <w:r>
              <w:rPr>
                <w:b/>
                <w:sz w:val="25"/>
              </w:rPr>
              <w:t xml:space="preserve"> toàn khi đi đường; liên hệ ứng xử phù hợp trong đời sống; Tích hợp: biết đi bộ an toàn khi tham gia giao thông.</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lastRenderedPageBreak/>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Nói theo tranh</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Các em quan sát tranh Nói, xác định nhân vật, sự việc và chuẩn bị lời nói phù hợp.</w:t>
            </w:r>
          </w:p>
          <w:p w:rsidR="001C1D3C" w:rsidRDefault="001C1D3C">
            <w:pPr>
              <w:spacing w:before="40" w:after="40"/>
              <w:jc w:val="center"/>
            </w:pP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tranh; xác định nhân vật, sự việc và trao đổi ban đầu với bạn.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Trong tranh có những phương tiện nào?</w:t>
            </w:r>
          </w:p>
        </w:tc>
        <w:tc>
          <w:tcPr>
            <w:tcW w:w="4986" w:type="dxa"/>
            <w:shd w:val="clear" w:color="auto" w:fill="auto"/>
            <w:tcMar>
              <w:top w:w="85" w:type="dxa"/>
              <w:left w:w="100" w:type="dxa"/>
              <w:bottom w:w="85" w:type="dxa"/>
              <w:right w:w="100" w:type="dxa"/>
            </w:tcMar>
          </w:tcPr>
          <w:p w:rsidR="001C1D3C" w:rsidRDefault="001C0404">
            <w:r>
              <w:rPr>
                <w:sz w:val="24"/>
              </w:rPr>
              <w:t>- HS trả lời: Trong tranh có xe đạp, xe máy và ô tô.</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Khi đi bộ cùng người lớn, em cần đi ở đâu?</w:t>
            </w:r>
          </w:p>
        </w:tc>
        <w:tc>
          <w:tcPr>
            <w:tcW w:w="4986" w:type="dxa"/>
            <w:shd w:val="clear" w:color="auto" w:fill="auto"/>
            <w:tcMar>
              <w:top w:w="85" w:type="dxa"/>
              <w:left w:w="100" w:type="dxa"/>
              <w:bottom w:w="85" w:type="dxa"/>
              <w:right w:w="100" w:type="dxa"/>
            </w:tcMar>
          </w:tcPr>
          <w:p w:rsidR="001C1D3C" w:rsidRDefault="001C0404">
            <w:r>
              <w:rPr>
                <w:sz w:val="24"/>
              </w:rPr>
              <w:t xml:space="preserve">- HS trả lời: Khi đi bộ cùng người lớn, em đi trên vỉa hè; khi qua đường, em đi cùng người lớn và quan sát </w:t>
            </w:r>
            <w:proofErr w:type="gramStart"/>
            <w:r>
              <w:rPr>
                <w:sz w:val="24"/>
              </w:rPr>
              <w:t>an</w:t>
            </w:r>
            <w:proofErr w:type="gramEnd"/>
            <w:r>
              <w:rPr>
                <w:sz w:val="24"/>
              </w:rPr>
              <w:t xml:space="preserve"> toàn.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luyện nói hoặc đóng vai theo nhóm đôi; mời một số nhóm trình bày trước lớp.</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Luyện nói/đóng vai theo cặp; đại diện nhóm thể hiện và nhận xét bạn lịch sự.</w:t>
            </w:r>
          </w:p>
        </w:tc>
      </w:tr>
      <w:tr w:rsidR="001C1D3C" w:rsidTr="008F7534">
        <w:trPr>
          <w:jc w:val="center"/>
        </w:trPr>
        <w:tc>
          <w:tcPr>
            <w:tcW w:w="4986" w:type="dxa"/>
            <w:shd w:val="clear" w:color="auto" w:fill="auto"/>
          </w:tcPr>
          <w:p w:rsidR="001C1D3C" w:rsidRDefault="001C0404">
            <w:r>
              <w:rPr>
                <w:b/>
                <w:color w:val="FF0000"/>
                <w:sz w:val="25"/>
              </w:rPr>
              <w:t>Tích hợp - Kĩ năng sống/An toàn giao thông</w:t>
            </w:r>
          </w:p>
        </w:tc>
        <w:tc>
          <w:tcPr>
            <w:tcW w:w="4986" w:type="dxa"/>
            <w:shd w:val="clear" w:color="auto" w:fill="auto"/>
          </w:tcPr>
          <w:p w:rsidR="001C1D3C" w:rsidRDefault="001C0404">
            <w:r>
              <w:rPr>
                <w:b/>
                <w:color w:val="FF0000"/>
                <w:sz w:val="25"/>
              </w:rPr>
              <w:t>Tích hợp - Kĩ năng sống/An toàn giao thông</w:t>
            </w:r>
          </w:p>
        </w:tc>
      </w:tr>
      <w:tr w:rsidR="001C1D3C" w:rsidTr="008F7534">
        <w:trPr>
          <w:jc w:val="center"/>
        </w:trPr>
        <w:tc>
          <w:tcPr>
            <w:tcW w:w="4986" w:type="dxa"/>
            <w:shd w:val="clear" w:color="auto" w:fill="auto"/>
          </w:tcPr>
          <w:p w:rsidR="001C1D3C" w:rsidRDefault="001C0404">
            <w:r>
              <w:rPr>
                <w:color w:val="FF0000"/>
                <w:sz w:val="25"/>
              </w:rPr>
              <w:t xml:space="preserve">- Câu hỏi dẫn: “Khi đi bộ cùng người lớn, em đi ở đâu để </w:t>
            </w:r>
            <w:proofErr w:type="gramStart"/>
            <w:r>
              <w:rPr>
                <w:color w:val="FF0000"/>
                <w:sz w:val="25"/>
              </w:rPr>
              <w:t>an</w:t>
            </w:r>
            <w:proofErr w:type="gramEnd"/>
            <w:r>
              <w:rPr>
                <w:color w:val="FF0000"/>
                <w:sz w:val="25"/>
              </w:rPr>
              <w:t xml:space="preserve"> toàn?”</w:t>
            </w:r>
          </w:p>
        </w:tc>
        <w:tc>
          <w:tcPr>
            <w:tcW w:w="4986" w:type="dxa"/>
            <w:shd w:val="clear" w:color="auto" w:fill="auto"/>
          </w:tcPr>
          <w:p w:rsidR="001C1D3C" w:rsidRDefault="001C0404">
            <w:r>
              <w:rPr>
                <w:color w:val="FF0000"/>
                <w:sz w:val="25"/>
              </w:rPr>
              <w:t>- HS trả lời: Em đi trên vỉa hè; nơi không có vỉa hè thì đi sát lề đường và quan sát cẩn thận.</w:t>
            </w:r>
          </w:p>
        </w:tc>
      </w:tr>
      <w:tr w:rsidR="001C1D3C" w:rsidTr="008F7534">
        <w:trPr>
          <w:jc w:val="center"/>
        </w:trPr>
        <w:tc>
          <w:tcPr>
            <w:tcW w:w="4986" w:type="dxa"/>
            <w:tcBorders>
              <w:bottom w:val="single" w:sz="4" w:space="0" w:color="auto"/>
            </w:tcBorders>
            <w:shd w:val="clear" w:color="auto" w:fill="auto"/>
          </w:tcPr>
          <w:p w:rsidR="001C1D3C" w:rsidRDefault="001C0404">
            <w:r>
              <w:rPr>
                <w:color w:val="FF0000"/>
                <w:sz w:val="25"/>
              </w:rPr>
              <w:t>- Diễn giải tích hợp: Qua tranh, GV nhấn mạnh: khi đi bộ, HS cần nắm tay hoặc đi gần người lớn, đi trên vỉa hè; không chạy xuống lòng đường, không đùa nghịch khi qua đường. Nơi không có vỉa hè, cần đi sát lề và chú ý phương tiện.</w:t>
            </w:r>
          </w:p>
        </w:tc>
        <w:tc>
          <w:tcPr>
            <w:tcW w:w="4986" w:type="dxa"/>
            <w:tcBorders>
              <w:bottom w:val="single" w:sz="4" w:space="0" w:color="auto"/>
            </w:tcBorders>
            <w:shd w:val="clear" w:color="auto" w:fill="auto"/>
          </w:tcPr>
          <w:p w:rsidR="001C1D3C" w:rsidRDefault="001C0404">
            <w:r>
              <w:rPr>
                <w:color w:val="FF0000"/>
                <w:sz w:val="25"/>
              </w:rPr>
              <w:t xml:space="preserve">- HS thực hiện: Nhắc lại cách đi bộ </w:t>
            </w:r>
            <w:proofErr w:type="gramStart"/>
            <w:r>
              <w:rPr>
                <w:color w:val="FF0000"/>
                <w:sz w:val="25"/>
              </w:rPr>
              <w:t>an</w:t>
            </w:r>
            <w:proofErr w:type="gramEnd"/>
            <w:r>
              <w:rPr>
                <w:color w:val="FF0000"/>
                <w:sz w:val="25"/>
              </w:rPr>
              <w:t xml:space="preserve"> toàn và thực hiện khi ra đường.</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c. Củng cố - dặn dò</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tìm nhanh tiếng có ô, dấu nặng và nói câu ngắn với một tiếng tìm được.</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Tìm tiếng, đọc tiếng và nói câu ngắn theo khả năng.</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Nhận xét tiết học; tuyên dương HS đọc, viết, nói tốt; dặn HS luyện đọc, luyện viết ở nhà.</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Lắng nghe nhận xét; ghi nhớ và thực hành nhiệm vụ ở nhà.</w:t>
            </w:r>
          </w:p>
        </w:tc>
      </w:tr>
      <w:tr w:rsidR="001C1D3C" w:rsidTr="008F7534">
        <w:trPr>
          <w:jc w:val="center"/>
        </w:trPr>
        <w:tc>
          <w:tcPr>
            <w:tcW w:w="4986" w:type="dxa"/>
            <w:shd w:val="clear" w:color="auto" w:fill="auto"/>
          </w:tcPr>
          <w:p w:rsidR="001C1D3C" w:rsidRDefault="001C0404">
            <w:r>
              <w:rPr>
                <w:sz w:val="25"/>
              </w:rPr>
              <w:t>- Kết luận: Các em biết vận dụng nội dung bài học vào lời nói và việc làm phù hợp; tiếp tục luyện tập ở nhà.</w:t>
            </w:r>
          </w:p>
        </w:tc>
        <w:tc>
          <w:tcPr>
            <w:tcW w:w="4986" w:type="dxa"/>
            <w:shd w:val="clear" w:color="auto" w:fill="auto"/>
          </w:tcPr>
          <w:p w:rsidR="001C1D3C" w:rsidRDefault="001C0404">
            <w:r>
              <w:rPr>
                <w:sz w:val="25"/>
              </w:rPr>
              <w:t>- HS nhắc lại điều ghi nhớ và thực hiện nhiệm vụ luyện tập ở nhà.</w:t>
            </w:r>
          </w:p>
        </w:tc>
      </w:tr>
    </w:tbl>
    <w:p w:rsidR="001C1D3C" w:rsidRDefault="001C0404">
      <w:pPr>
        <w:keepNext/>
        <w:spacing w:before="100" w:after="60"/>
      </w:pPr>
      <w:r>
        <w:rPr>
          <w:b/>
          <w:sz w:val="28"/>
        </w:rPr>
        <w:t>IV. ĐIỀU CHỈNH SAU BÀI DẠY</w:t>
      </w:r>
    </w:p>
    <w:p w:rsidR="001C1D3C" w:rsidRDefault="001C0404">
      <w:pPr>
        <w:spacing w:after="0" w:line="252" w:lineRule="auto"/>
      </w:pPr>
      <w:r>
        <w:rPr>
          <w:sz w:val="24"/>
        </w:rPr>
        <w:t>....................................................................................................................................................................................</w:t>
      </w:r>
    </w:p>
    <w:p w:rsidR="001C1D3C" w:rsidRDefault="001C0404">
      <w:pPr>
        <w:spacing w:after="0" w:line="252" w:lineRule="auto"/>
      </w:pPr>
      <w:r>
        <w:rPr>
          <w:sz w:val="24"/>
        </w:rPr>
        <w:t>....................................................................................................................................................................................</w:t>
      </w:r>
    </w:p>
    <w:p w:rsidR="001C1D3C" w:rsidRDefault="001C0404">
      <w:r>
        <w:br w:type="page"/>
      </w:r>
    </w:p>
    <w:p w:rsidR="001C1D3C" w:rsidRDefault="001C0404">
      <w:pPr>
        <w:spacing w:before="120" w:after="100"/>
        <w:jc w:val="center"/>
      </w:pPr>
      <w:r>
        <w:rPr>
          <w:b/>
          <w:color w:val="1F4E79"/>
          <w:sz w:val="30"/>
        </w:rPr>
        <w:lastRenderedPageBreak/>
        <w:t>BÀI 8: D d, Đ đ</w:t>
      </w:r>
    </w:p>
    <w:p w:rsidR="001C1D3C" w:rsidRDefault="001C0404">
      <w:pPr>
        <w:keepNext/>
        <w:spacing w:before="100" w:after="60"/>
      </w:pPr>
      <w:r>
        <w:rPr>
          <w:b/>
          <w:sz w:val="28"/>
        </w:rPr>
        <w:t>I. YÊU CẦU CẦN ĐẠT</w:t>
      </w:r>
    </w:p>
    <w:p w:rsidR="001C1D3C" w:rsidRDefault="001C0404">
      <w:pPr>
        <w:keepNext/>
        <w:spacing w:before="60" w:after="60"/>
      </w:pPr>
      <w:r>
        <w:rPr>
          <w:b/>
        </w:rPr>
        <w:t>1. Năng lực đặc thù</w:t>
      </w:r>
    </w:p>
    <w:p w:rsidR="001C1D3C" w:rsidRDefault="001C0404">
      <w:pPr>
        <w:spacing w:after="40" w:line="264" w:lineRule="auto"/>
      </w:pPr>
      <w:r>
        <w:t>- Nhận biết, đọc đúng âm d, đ; đọc đúng tiếng, từ và câu có d, đ.</w:t>
      </w:r>
    </w:p>
    <w:p w:rsidR="001C1D3C" w:rsidRDefault="001C0404">
      <w:pPr>
        <w:spacing w:after="40" w:line="264" w:lineRule="auto"/>
      </w:pPr>
      <w:r>
        <w:t>- Viết đúng chữ d, đ và từ ngữ ứng dụng.</w:t>
      </w:r>
    </w:p>
    <w:p w:rsidR="001C1D3C" w:rsidRDefault="001C0404">
      <w:pPr>
        <w:spacing w:after="40" w:line="264" w:lineRule="auto"/>
      </w:pPr>
      <w:r>
        <w:t>- Phát triển kĩ năng nói câu chào hỏi phù hợp với tranh.</w:t>
      </w:r>
    </w:p>
    <w:p w:rsidR="001C1D3C" w:rsidRDefault="001C0404">
      <w:pPr>
        <w:keepNext/>
        <w:spacing w:before="60" w:after="60"/>
      </w:pPr>
      <w:r>
        <w:rPr>
          <w:b/>
        </w:rPr>
        <w:t xml:space="preserve">2. Năng lực </w:t>
      </w:r>
      <w:proofErr w:type="gramStart"/>
      <w:r>
        <w:rPr>
          <w:b/>
        </w:rPr>
        <w:t>chung</w:t>
      </w:r>
      <w:proofErr w:type="gramEnd"/>
    </w:p>
    <w:p w:rsidR="001C1D3C" w:rsidRDefault="001C0404">
      <w:pPr>
        <w:spacing w:after="40" w:line="264" w:lineRule="auto"/>
      </w:pPr>
      <w:r>
        <w:t>- Tự chủ và tự học: Chủ động thực hiện nhiệm vụ đọc, viết, quan sát tranh và tự sửa lỗi khi được hướng dẫn.</w:t>
      </w:r>
    </w:p>
    <w:p w:rsidR="001C1D3C" w:rsidRDefault="001C0404">
      <w:pPr>
        <w:spacing w:after="40" w:line="264" w:lineRule="auto"/>
      </w:pPr>
      <w:r>
        <w:t xml:space="preserve">- Giao tiếp và hợp tác: Biết lắng nghe, trao đổi </w:t>
      </w:r>
      <w:proofErr w:type="gramStart"/>
      <w:r>
        <w:t>theo</w:t>
      </w:r>
      <w:proofErr w:type="gramEnd"/>
      <w:r>
        <w:t xml:space="preserve"> nhóm đôi/nhóm nhỏ; mạnh dạn trình bày câu trả lời.</w:t>
      </w:r>
    </w:p>
    <w:p w:rsidR="001C1D3C" w:rsidRDefault="001C0404">
      <w:pPr>
        <w:spacing w:after="40" w:line="264" w:lineRule="auto"/>
      </w:pPr>
      <w:r>
        <w:t>- Giải quyết vấn đề và sáng tạo: Biết vận dụng âm, chữ đã học để ghép tiếng mới và nói câu phù hợp với tranh.</w:t>
      </w:r>
    </w:p>
    <w:p w:rsidR="001C1D3C" w:rsidRDefault="001C0404">
      <w:pPr>
        <w:keepNext/>
        <w:spacing w:before="60" w:after="60"/>
      </w:pPr>
      <w:r>
        <w:rPr>
          <w:b/>
        </w:rPr>
        <w:t>3. Phẩm chất</w:t>
      </w:r>
    </w:p>
    <w:p w:rsidR="001C1D3C" w:rsidRDefault="001C0404">
      <w:pPr>
        <w:spacing w:after="40" w:line="264" w:lineRule="auto"/>
      </w:pPr>
      <w:r>
        <w:t>- Chăm chỉ: Tích cực luyện đọc, luyện viết, hoàn thành nhiệm vụ học tập.</w:t>
      </w:r>
    </w:p>
    <w:p w:rsidR="001C1D3C" w:rsidRDefault="001C0404">
      <w:pPr>
        <w:spacing w:after="40" w:line="264" w:lineRule="auto"/>
      </w:pPr>
      <w:r>
        <w:t>- Trách nhiệm: Giữ gìn sách vở, đồ dùng; thực hiện đúng yêu cầu khi học cá nhân và làm việc nhóm.</w:t>
      </w:r>
    </w:p>
    <w:p w:rsidR="001C1D3C" w:rsidRDefault="001C0404">
      <w:pPr>
        <w:spacing w:after="40" w:line="264" w:lineRule="auto"/>
      </w:pPr>
      <w:r>
        <w:t>- Nhân ái: Biết thể hiện thái độ thân thiện, quan tâm đến người thân, bạn bè và sự vật trong tranh.</w:t>
      </w:r>
    </w:p>
    <w:p w:rsidR="001C1D3C" w:rsidRDefault="001C0404">
      <w:pPr>
        <w:keepNext/>
        <w:spacing w:before="100" w:after="60"/>
      </w:pPr>
      <w:r>
        <w:rPr>
          <w:b/>
          <w:sz w:val="28"/>
        </w:rPr>
        <w:t>II. ĐỒ DÙNG DẠY HỌC</w:t>
      </w:r>
    </w:p>
    <w:p w:rsidR="001C1D3C" w:rsidRDefault="001C0404">
      <w:pPr>
        <w:spacing w:after="40" w:line="264" w:lineRule="auto"/>
      </w:pPr>
      <w:r>
        <w:t>- Giáo viên: SGK Tiếng Việt 1 tập một; tranh SGK trang 28-29; chữ mẫu d, đ; bảng phụ/thẻ chữ; máy chiếu (nếu có).</w:t>
      </w:r>
    </w:p>
    <w:p w:rsidR="001C1D3C" w:rsidRDefault="001C0404">
      <w:pPr>
        <w:spacing w:after="40" w:line="264" w:lineRule="auto"/>
      </w:pPr>
      <w:r>
        <w:t>- Học sinh: SGK, vở Tập viết, bảng con, phấn/bút, bộ chữ học vần.</w:t>
      </w:r>
    </w:p>
    <w:p w:rsidR="001C1D3C" w:rsidRDefault="001C0404">
      <w:pPr>
        <w:keepNext/>
        <w:spacing w:before="100" w:after="6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1C1D3C" w:rsidTr="008F7534">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jc w:val="center"/>
            </w:pPr>
            <w:r>
              <w:rPr>
                <w:b/>
                <w:color w:val="000000"/>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jc w:val="center"/>
            </w:pPr>
            <w:r>
              <w:rPr>
                <w:b/>
                <w:color w:val="000000"/>
              </w:rPr>
              <w:t>HOẠT ĐỘNG CỦA HỌC SINH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TIẾT 1</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1. HOẠT ĐỘNG MỞ ĐẦU (KHỞI ĐỘNG</w:t>
            </w:r>
            <w:proofErr w:type="gramStart"/>
            <w:r>
              <w:rPr>
                <w:b/>
                <w:color w:val="1F4E79"/>
                <w:sz w:val="25"/>
              </w:rPr>
              <w:t>)</w:t>
            </w:r>
            <w:proofErr w:type="gramEnd"/>
            <w:r>
              <w:rPr>
                <w:b/>
                <w:color w:val="1F4E79"/>
                <w:sz w:val="25"/>
              </w:rPr>
              <w:br/>
              <w:t>Mục tiêu: Tạo tâm thế vui vẻ; ôn nội dung đã học và kết nối vào bài mới.</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hát hoặc tham gia trò chơi ngắn có tiếng/chữ/vần đã học ở bài trước.</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Tham gia hát hoặc trò chơi; nhận biết và đọc lại tiếng/chữ/vần đã học.</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đọc lại một số nội dung bài trước; quan sát, nhận xét và sửa phát âm khi cần.</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cá nhân, nhóm hoặc đồng thanh; nghe nhận xét và sửa lỗi phát âm.</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lastRenderedPageBreak/>
              <w:t>- Kết luận - Giới thiệu bài: “Hôm nay, cô và các em cùng luyện đọc, luyện viết âm/chữ d, đ để đọc đúng hơn và viết đẹp hơn.”</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lắng nghe, nhắc lại tên/nội dung bài học và sẵn sàng thực hiện nhiệm vụ.</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2. HOẠT ĐỘNG HÌNH THÀNH KIẾN THỨC MỚI (KHÁM PHÁ</w:t>
            </w:r>
            <w:proofErr w:type="gramStart"/>
            <w:r>
              <w:rPr>
                <w:b/>
                <w:color w:val="1F4E79"/>
                <w:sz w:val="25"/>
              </w:rPr>
              <w:t>)</w:t>
            </w:r>
            <w:proofErr w:type="gramEnd"/>
            <w:r>
              <w:rPr>
                <w:b/>
                <w:color w:val="1F4E79"/>
                <w:sz w:val="25"/>
              </w:rPr>
              <w:br/>
              <w:t>Mục tiêu: Nhận biết và đọc đúng âm/chữ d, đ; đọc được tiếng, từ ngữ theo quy trình SGV.</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Nhận biết</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tranh Nhận biết. Tranh vẽ gì?</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trả lời: Tranh minh hoạ nội dung: “Dưới gốc đa, các bạn chơi dung dăng dung dẻ.</w:t>
            </w:r>
            <w:proofErr w:type="gramStart"/>
            <w:r>
              <w:rPr>
                <w:sz w:val="25"/>
              </w:rPr>
              <w:t>”.</w:t>
            </w:r>
            <w:proofErr w:type="gramEnd"/>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Câu nhận biết nói về điều gì?</w:t>
            </w:r>
          </w:p>
        </w:tc>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HS trả lời: Câu nhận biết nói: “Dưới gốc đa, các bạn chơi dung dăng dung dẻ.</w:t>
            </w:r>
            <w:proofErr w:type="gramStart"/>
            <w:r>
              <w:rPr>
                <w:sz w:val="25"/>
              </w:rPr>
              <w:t>”.</w:t>
            </w:r>
            <w:proofErr w:type="gramEnd"/>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xml:space="preserve">- Đọc mẫu câu nhận biết “Dưới gốc đa, các bạn chơi dung dăng dung </w:t>
            </w:r>
            <w:proofErr w:type="gramStart"/>
            <w:r>
              <w:rPr>
                <w:sz w:val="25"/>
              </w:rPr>
              <w:t>dẻ.;</w:t>
            </w:r>
            <w:proofErr w:type="gramEnd"/>
            <w:r>
              <w:rPr>
                <w:sz w:val="25"/>
              </w:rPr>
              <w:t xml:space="preserve"> đọc chậm theo từng cụm từ và yêu cầu HS nói theo.</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Lắng nghe; nói theo từng cụm từ và đọc lại cả câu nhận biết.</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tìm, chỉ và đọc tiếng có chứa d, đ trong câu nhận biết; giới thiệu bài mới.</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Tìm, chỉ và đọc tiếng có d, đ; quan sát chữ/vần mới trên bảng.</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b. Đọc âm/chữ</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Đưa d, đ; phát âm/đánh vần mẫu, hướng dẫn HS quan sát khẩu hình và cách phát âm.</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khẩu hình; lắng nghe và luyện phát âm/đánh vần d, đ.</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đọc cá nhân, theo nhóm và đồng thanh; sửa lỗi phát âm rõ ràng cho từng em.</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theo yêu cầu; điều chỉnh lỗi phát âm theo hướng dẫn của GV.</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Âm/chữ d, đ giống nhau và khác nhau ở điểm nào?</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trả lời: Em nhận biết và đọc đúng âm/chữ d, đ theo mẫu của cô.</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c. Đọc tiếng</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Giới thiệu mô hình tiếng mẫu trong SGK; hướng dẫn HS xác định âm đầu, vần và dấu thanh (nếu có).</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mô hình tiếng; nêu cấu tạo tiếng mẫu theo hướng dẫn.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Hướng dẫn HS đánh vần rồi đọc trơn tiếng mẫu có d, đ; tổ chức đọc cá nhân, đồng thanh.</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Đánh vần tiếng mẫu; đọc trơn cá nhân và đồng thanh.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ghép thêm tiếng có d, đ bằng bộ chữ; mời HS phân tích tiếng vừa ghép.</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Ghép tiếng bằng bộ chữ; phân tích và đọc trơn tiếng đã ghép.</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d. Đọc từ ngữ</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lastRenderedPageBreak/>
              <w:t>- Các em quan sát tranh từ ngữ, gọi tên sự vật/hoạt động ứng với các từ: đá, dê, da, đò.</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tranh; gọi tên sự vật/hoạt động và dự đoán từ ngữ tương ứng.</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Đưa từng từ ngữ; yêu cầu HS tìm tiếng chứa d, đ, phân tích và đọc trơn.</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Chỉ tiếng có d, đ; phân tích, đánh vần khi cần rồi đọc trơn từ ngữ.</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đọc nối tiếp, đọc nhóm đôi và đọc đồng thanh toàn bộ tiếng, từ ngữ.</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nối tiếp; luyện đọc cùng bạn và đọc đồng thanh.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e. Đọc lại</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đọc lại toàn bộ nội dung d, đ, tiếng và từ ngữ; nhận xét, sửa lỗi.</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lại bài theo cá nhân, nhóm và cả lớp; sửa lỗi phát âm.</w:t>
            </w:r>
          </w:p>
        </w:tc>
      </w:tr>
      <w:tr w:rsidR="001C1D3C" w:rsidTr="008F7534">
        <w:trPr>
          <w:jc w:val="center"/>
        </w:trPr>
        <w:tc>
          <w:tcPr>
            <w:tcW w:w="4986" w:type="dxa"/>
            <w:tcBorders>
              <w:bottom w:val="single" w:sz="4" w:space="0" w:color="auto"/>
            </w:tcBorders>
            <w:shd w:val="clear" w:color="auto" w:fill="auto"/>
          </w:tcPr>
          <w:p w:rsidR="001C1D3C" w:rsidRDefault="001C0404">
            <w:r>
              <w:rPr>
                <w:sz w:val="25"/>
              </w:rPr>
              <w:t>- Kết luận: Các em đã nhận biết và luyện đọc đúng âm/chữ d, đ; biết đọc/ghép tiếng, từ ngữ theo quy trình đã học.</w:t>
            </w:r>
          </w:p>
        </w:tc>
        <w:tc>
          <w:tcPr>
            <w:tcW w:w="4986" w:type="dxa"/>
            <w:tcBorders>
              <w:bottom w:val="single" w:sz="4" w:space="0" w:color="auto"/>
            </w:tcBorders>
            <w:shd w:val="clear" w:color="auto" w:fill="auto"/>
          </w:tcPr>
          <w:p w:rsidR="001C1D3C" w:rsidRDefault="001C0404">
            <w:r>
              <w:rPr>
                <w:sz w:val="25"/>
              </w:rPr>
              <w:t>- HS nhắc lại nội dung vừa học và đọc lại một số tiếng, từ ngữ tiêu biểu.</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3. HOẠT ĐỘNG LUYỆN TẬP - THỰC HÀNH</w:t>
            </w:r>
            <w:r>
              <w:rPr>
                <w:b/>
                <w:color w:val="1F4E79"/>
                <w:sz w:val="25"/>
              </w:rPr>
              <w:br/>
              <w:t>Mục tiêu: Luyện viết đúng d, đ; đọc đúng câu/đoạn ứng dụng và hiểu nội dung bài đọc.</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Viết bảng</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mẫu viết d, đ và tiếng/từ ứng dụng; nhận xét độ cao, nét nối, vị trí dấu thanh.</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mẫu chữ; nêu điểm cần lưu ý khi viết.</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Viết mẫu lần lượt d, đ; vừa viết vừa hướng dẫn điểm đặt bút, dừng bút, nối nét và đặt dấu.</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GV viết mẫu; luyện viết trên không theo quy trình.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viết bảng con d, đ và tiếng/từ ứng dụng; kiểm tra, sửa lỗi trực tiếp.</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Viết bảng con đúng mẫu; giơ bảng và sửa chữ chưa đúng theo hướng dẫn.</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TIẾT 2</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b. Viết vở</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Hướng dẫn HS tô và viết d, đ, từ ngữ ứng dụng trong vở Tập viết; nhắc tư thế ngồi và cách cầm bút.</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Ngồi đúng tư thế; tô, viết đúng mẫu và đúng số dòng quy định.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từng bàn; hỗ trợ HS viết chậm hoặc sai nét nối, dấu thanh; nhận xét một số bài.</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Tiếp tục viết; tự kiểm tra và sửa chữ theo góp ý.</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c. Đọc câu/đoạn ứng dụng</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phần Đọc ở SGK trang 29, đọc thầm và tìm tiếng có d, đ.</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tranh/đoạn đọc; đọc thầm và chỉ các tiếng có nội dung vừa học.</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lastRenderedPageBreak/>
              <w:t>- Yêu cầu HS đọc trơn các tiếng mới có d, đ; hỗ trợ đánh vần lại với HS còn lúng túng.</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trơn tiếng mới; đánh vần lại tiếng khó khi cần.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mẫu câu/đoạn; hướng dẫn ngắt nghỉ theo dấu câu và nội dung; tổ chức đọc cá nhân, nhóm, lớp.</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Nghe đọc mẫu; luyện đọc cá nhân, nhóm và đọc đồng thanh câu/đoạn.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Bạn nhỏ trong tranh đang làm gì?</w:t>
            </w:r>
          </w:p>
        </w:tc>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HS trả lời: Bạn nhỏ đang đi đò.</w:t>
            </w:r>
          </w:p>
        </w:tc>
      </w:tr>
      <w:tr w:rsidR="001C1D3C" w:rsidTr="008F7534">
        <w:trPr>
          <w:jc w:val="center"/>
        </w:trPr>
        <w:tc>
          <w:tcPr>
            <w:tcW w:w="4986" w:type="dxa"/>
            <w:tcBorders>
              <w:bottom w:val="single" w:sz="4" w:space="0" w:color="auto"/>
            </w:tcBorders>
            <w:shd w:val="clear" w:color="auto" w:fill="auto"/>
          </w:tcPr>
          <w:p w:rsidR="001C1D3C" w:rsidRDefault="001C0404">
            <w:r>
              <w:rPr>
                <w:sz w:val="25"/>
              </w:rPr>
              <w:t>- Kết luận: Các em đã luyện tập đọc, viết âm/chữ d, đ và hoàn thành nhiệm vụ thực hành theo hướng dẫn.</w:t>
            </w:r>
          </w:p>
        </w:tc>
        <w:tc>
          <w:tcPr>
            <w:tcW w:w="4986" w:type="dxa"/>
            <w:tcBorders>
              <w:bottom w:val="single" w:sz="4" w:space="0" w:color="auto"/>
            </w:tcBorders>
            <w:shd w:val="clear" w:color="auto" w:fill="auto"/>
          </w:tcPr>
          <w:p w:rsidR="001C1D3C" w:rsidRDefault="001C0404">
            <w:r>
              <w:rPr>
                <w:sz w:val="25"/>
              </w:rPr>
              <w:t>- HS tự nhận xét phần luyện đọc, luyện viết và sửa lỗi nếu còn sai.</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4. HOẠT ĐỘNG VẬN DỤNG</w:t>
            </w:r>
            <w:r>
              <w:rPr>
                <w:b/>
                <w:color w:val="1F4E79"/>
                <w:sz w:val="25"/>
              </w:rPr>
              <w:br/>
              <w:t>Mục tiêu: Vận dụng nội dung bài học để chào hỏi khi đến chơi nhà bạn; liên hệ ứng xử phù hợp trong đời sống.</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Nói theo tranh</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tranh Nói, xác định nhân vật, sự việc và chuẩn bị lời nói phù hợp.</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tranh; xác định nhân vật, sự việc và trao đổi ban đầu với bạn.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Khi đến nhà bạn, em cần nói gì?</w:t>
            </w:r>
          </w:p>
        </w:tc>
        <w:tc>
          <w:tcPr>
            <w:tcW w:w="4986" w:type="dxa"/>
            <w:shd w:val="clear" w:color="auto" w:fill="auto"/>
            <w:tcMar>
              <w:top w:w="85" w:type="dxa"/>
              <w:left w:w="100" w:type="dxa"/>
              <w:bottom w:w="85" w:type="dxa"/>
              <w:right w:w="100" w:type="dxa"/>
            </w:tcMar>
          </w:tcPr>
          <w:p w:rsidR="001C1D3C" w:rsidRDefault="001C0404">
            <w:r>
              <w:rPr>
                <w:sz w:val="24"/>
              </w:rPr>
              <w:t>- HS trả lời: Khi đến nhà bạn, em nói: “Cháu chào cô/chú ạ! Cho cháu gặp bạn Nam ạ.”</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Khi gặp người lớn trong nhà bạn, em chào thế nào?</w:t>
            </w:r>
          </w:p>
        </w:tc>
        <w:tc>
          <w:tcPr>
            <w:tcW w:w="4986" w:type="dxa"/>
            <w:shd w:val="clear" w:color="auto" w:fill="auto"/>
            <w:tcMar>
              <w:top w:w="85" w:type="dxa"/>
              <w:left w:w="100" w:type="dxa"/>
              <w:bottom w:w="85" w:type="dxa"/>
              <w:right w:w="100" w:type="dxa"/>
            </w:tcMar>
          </w:tcPr>
          <w:p w:rsidR="001C1D3C" w:rsidRDefault="001C0404">
            <w:r>
              <w:rPr>
                <w:sz w:val="24"/>
              </w:rPr>
              <w:t>- HS trả lời: Em nói: “Cháu chào ông/bà/cô/chú ạ!”</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luyện nói hoặc đóng vai theo nhóm đôi; mời một số nhóm trình bày trước lớp.</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Luyện nói/đóng vai theo cặp; đại diện nhóm thể hiện và nhận xét bạn lịch sự.</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c. Củng cố - dặn dò</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tìm nhanh tiếng có d, đ và nói câu ngắn với một tiếng tìm được.</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Tìm tiếng, đọc tiếng và nói câu ngắn theo khả năng.</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Nhận xét tiết học; tuyên dương HS đọc, viết, nói tốt; dặn HS luyện đọc, luyện viết ở nhà.</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Lắng nghe nhận xét; ghi nhớ và thực hành nhiệm vụ ở nhà.</w:t>
            </w:r>
          </w:p>
        </w:tc>
      </w:tr>
      <w:tr w:rsidR="001C1D3C" w:rsidTr="008F7534">
        <w:trPr>
          <w:jc w:val="center"/>
        </w:trPr>
        <w:tc>
          <w:tcPr>
            <w:tcW w:w="4986" w:type="dxa"/>
            <w:shd w:val="clear" w:color="auto" w:fill="auto"/>
          </w:tcPr>
          <w:p w:rsidR="001C1D3C" w:rsidRDefault="001C0404">
            <w:r>
              <w:rPr>
                <w:sz w:val="25"/>
              </w:rPr>
              <w:t>- Kết luận: Các em biết vận dụng nội dung bài học vào lời nói và việc làm phù hợp; tiếp tục luyện tập ở nhà.</w:t>
            </w:r>
          </w:p>
        </w:tc>
        <w:tc>
          <w:tcPr>
            <w:tcW w:w="4986" w:type="dxa"/>
            <w:shd w:val="clear" w:color="auto" w:fill="auto"/>
          </w:tcPr>
          <w:p w:rsidR="001C1D3C" w:rsidRDefault="001C0404">
            <w:r>
              <w:rPr>
                <w:sz w:val="25"/>
              </w:rPr>
              <w:t>- HS nhắc lại điều ghi nhớ và thực hiện nhiệm vụ luyện tập ở nhà.</w:t>
            </w:r>
          </w:p>
        </w:tc>
      </w:tr>
    </w:tbl>
    <w:p w:rsidR="001C1D3C" w:rsidRDefault="001C0404">
      <w:pPr>
        <w:keepNext/>
        <w:spacing w:before="100" w:after="60"/>
      </w:pPr>
      <w:r>
        <w:rPr>
          <w:b/>
          <w:sz w:val="28"/>
        </w:rPr>
        <w:t>IV. ĐIỀU CHỈNH SAU BÀI DẠY</w:t>
      </w:r>
    </w:p>
    <w:p w:rsidR="001C1D3C" w:rsidRDefault="001C0404">
      <w:pPr>
        <w:spacing w:after="0" w:line="252" w:lineRule="auto"/>
      </w:pPr>
      <w:r>
        <w:rPr>
          <w:sz w:val="24"/>
        </w:rPr>
        <w:t>....................................................................................................................................................................................</w:t>
      </w:r>
    </w:p>
    <w:p w:rsidR="001C1D3C" w:rsidRDefault="001C0404">
      <w:pPr>
        <w:spacing w:after="0" w:line="252" w:lineRule="auto"/>
      </w:pPr>
      <w:r>
        <w:rPr>
          <w:sz w:val="24"/>
        </w:rPr>
        <w:lastRenderedPageBreak/>
        <w:t>....................................................................................................................................................................................</w:t>
      </w:r>
    </w:p>
    <w:p w:rsidR="001C1D3C" w:rsidRDefault="001C1D3C"/>
    <w:p w:rsidR="001C1D3C" w:rsidRDefault="001C0404">
      <w:pPr>
        <w:spacing w:before="120" w:after="100"/>
        <w:jc w:val="center"/>
      </w:pPr>
      <w:r>
        <w:rPr>
          <w:b/>
          <w:color w:val="1F4E79"/>
          <w:sz w:val="30"/>
        </w:rPr>
        <w:t>BÀI 9: Ơ ơ, DẤU NGÃ</w:t>
      </w:r>
    </w:p>
    <w:p w:rsidR="001C1D3C" w:rsidRDefault="001C0404">
      <w:pPr>
        <w:keepNext/>
        <w:spacing w:before="100" w:after="60"/>
      </w:pPr>
      <w:r>
        <w:rPr>
          <w:b/>
          <w:sz w:val="28"/>
        </w:rPr>
        <w:t>I. YÊU CẦU CẦN ĐẠT</w:t>
      </w:r>
    </w:p>
    <w:p w:rsidR="001C1D3C" w:rsidRDefault="001C0404">
      <w:pPr>
        <w:keepNext/>
        <w:spacing w:before="60" w:after="60"/>
      </w:pPr>
      <w:r>
        <w:rPr>
          <w:b/>
        </w:rPr>
        <w:t>1. Năng lực đặc thù</w:t>
      </w:r>
    </w:p>
    <w:p w:rsidR="001C1D3C" w:rsidRDefault="001C0404">
      <w:pPr>
        <w:spacing w:after="40" w:line="264" w:lineRule="auto"/>
      </w:pPr>
      <w:r>
        <w:t>- Nhận biết, đọc đúng âm ơ và dấu ngã; đọc đúng tiếng, từ, câu có âm ơ và thanh ngã.</w:t>
      </w:r>
    </w:p>
    <w:p w:rsidR="001C1D3C" w:rsidRDefault="001C0404">
      <w:pPr>
        <w:spacing w:after="40" w:line="264" w:lineRule="auto"/>
      </w:pPr>
      <w:r>
        <w:t>- Viết đúng chữ ơ, dấu ngã và từ ngữ đơn giản.</w:t>
      </w:r>
    </w:p>
    <w:p w:rsidR="001C1D3C" w:rsidRDefault="001C0404">
      <w:pPr>
        <w:spacing w:after="40" w:line="264" w:lineRule="auto"/>
      </w:pPr>
      <w:r>
        <w:t>- Quan sát, nói được nội dung tranh về phương tiện giao thông và cảnh biển.</w:t>
      </w:r>
    </w:p>
    <w:p w:rsidR="001C1D3C" w:rsidRDefault="001C0404">
      <w:pPr>
        <w:keepNext/>
        <w:spacing w:before="60" w:after="60"/>
      </w:pPr>
      <w:r>
        <w:rPr>
          <w:b/>
        </w:rPr>
        <w:t xml:space="preserve">2. Năng lực </w:t>
      </w:r>
      <w:proofErr w:type="gramStart"/>
      <w:r>
        <w:rPr>
          <w:b/>
        </w:rPr>
        <w:t>chung</w:t>
      </w:r>
      <w:proofErr w:type="gramEnd"/>
    </w:p>
    <w:p w:rsidR="001C1D3C" w:rsidRDefault="001C0404">
      <w:pPr>
        <w:spacing w:after="40" w:line="264" w:lineRule="auto"/>
      </w:pPr>
      <w:r>
        <w:t>- Tự chủ và tự học: Chủ động thực hiện nhiệm vụ đọc, viết, quan sát tranh và tự sửa lỗi khi được hướng dẫn.</w:t>
      </w:r>
    </w:p>
    <w:p w:rsidR="001C1D3C" w:rsidRDefault="001C0404">
      <w:pPr>
        <w:spacing w:after="40" w:line="264" w:lineRule="auto"/>
      </w:pPr>
      <w:r>
        <w:t xml:space="preserve">- Giao tiếp và hợp tác: Biết lắng nghe, trao đổi </w:t>
      </w:r>
      <w:proofErr w:type="gramStart"/>
      <w:r>
        <w:t>theo</w:t>
      </w:r>
      <w:proofErr w:type="gramEnd"/>
      <w:r>
        <w:t xml:space="preserve"> nhóm đôi/nhóm nhỏ; mạnh dạn trình bày câu trả lời.</w:t>
      </w:r>
    </w:p>
    <w:p w:rsidR="001C1D3C" w:rsidRDefault="001C0404">
      <w:pPr>
        <w:spacing w:after="40" w:line="264" w:lineRule="auto"/>
      </w:pPr>
      <w:r>
        <w:t>- Giải quyết vấn đề và sáng tạo: Biết vận dụng âm, chữ đã học để ghép tiếng mới và nói câu phù hợp với tranh.</w:t>
      </w:r>
    </w:p>
    <w:p w:rsidR="001C1D3C" w:rsidRDefault="001C0404">
      <w:pPr>
        <w:keepNext/>
        <w:spacing w:before="60" w:after="60"/>
      </w:pPr>
      <w:r>
        <w:rPr>
          <w:b/>
        </w:rPr>
        <w:t>3. Phẩm chất</w:t>
      </w:r>
    </w:p>
    <w:p w:rsidR="001C1D3C" w:rsidRDefault="001C0404">
      <w:pPr>
        <w:spacing w:after="40" w:line="264" w:lineRule="auto"/>
      </w:pPr>
      <w:r>
        <w:t>- Chăm chỉ: Tích cực luyện đọc, luyện viết, hoàn thành nhiệm vụ học tập.</w:t>
      </w:r>
    </w:p>
    <w:p w:rsidR="001C1D3C" w:rsidRDefault="001C0404">
      <w:pPr>
        <w:spacing w:after="40" w:line="264" w:lineRule="auto"/>
      </w:pPr>
      <w:r>
        <w:t>- Trách nhiệm: Giữ gìn sách vở, đồ dùng; thực hiện đúng yêu cầu khi học cá nhân và làm việc nhóm.</w:t>
      </w:r>
    </w:p>
    <w:p w:rsidR="001C1D3C" w:rsidRDefault="001C0404">
      <w:pPr>
        <w:spacing w:after="40" w:line="264" w:lineRule="auto"/>
      </w:pPr>
      <w:r>
        <w:t>- Nhân ái: Biết thể hiện thái độ thân thiện, quan tâm đến người thân, bạn bè và sự vật trong tranh.</w:t>
      </w:r>
    </w:p>
    <w:p w:rsidR="001C1D3C" w:rsidRDefault="001C0404">
      <w:pPr>
        <w:keepNext/>
        <w:spacing w:before="60" w:after="60"/>
      </w:pPr>
      <w:r>
        <w:rPr>
          <w:b/>
        </w:rPr>
        <w:t>4. Tích hợp</w:t>
      </w:r>
    </w:p>
    <w:p w:rsidR="001C1D3C" w:rsidRDefault="001C0404">
      <w:pPr>
        <w:spacing w:after="40" w:line="264" w:lineRule="auto"/>
      </w:pPr>
      <w:r>
        <w:rPr>
          <w:color w:val="C00000"/>
        </w:rPr>
        <w:t>- Bảo vệ môi trường: Qua tranh và vốn từ về biển, giáo dục HS yêu cảnh đẹp biển, không xả rác và biết giữ môi trường biển sạch đẹp.</w:t>
      </w:r>
    </w:p>
    <w:p w:rsidR="001C1D3C" w:rsidRDefault="001C0404">
      <w:pPr>
        <w:keepNext/>
        <w:spacing w:before="100" w:after="60"/>
      </w:pPr>
      <w:r>
        <w:rPr>
          <w:b/>
          <w:sz w:val="28"/>
        </w:rPr>
        <w:t>II. ĐỒ DÙNG DẠY HỌC</w:t>
      </w:r>
    </w:p>
    <w:p w:rsidR="001C1D3C" w:rsidRDefault="001C0404">
      <w:pPr>
        <w:spacing w:after="40" w:line="264" w:lineRule="auto"/>
      </w:pPr>
      <w:r>
        <w:t>- Giáo viên: SGK Tiếng Việt 1 tập một; tranh SGK trang 30-31; chữ mẫu ơ, dấu ngã; bảng phụ/thẻ chữ; máy chiếu (nếu có).</w:t>
      </w:r>
    </w:p>
    <w:p w:rsidR="001C1D3C" w:rsidRDefault="001C0404">
      <w:pPr>
        <w:spacing w:after="40" w:line="264" w:lineRule="auto"/>
      </w:pPr>
      <w:r>
        <w:t>- Học sinh: SGK, vở Tập viết, bảng con, phấn/bút, bộ chữ học vần.</w:t>
      </w:r>
    </w:p>
    <w:p w:rsidR="001C1D3C" w:rsidRDefault="001C0404">
      <w:pPr>
        <w:keepNext/>
        <w:spacing w:before="100" w:after="6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1C1D3C" w:rsidTr="008F7534">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jc w:val="center"/>
            </w:pPr>
            <w:r>
              <w:rPr>
                <w:b/>
                <w:color w:val="000000"/>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jc w:val="center"/>
            </w:pPr>
            <w:r>
              <w:rPr>
                <w:b/>
                <w:color w:val="000000"/>
              </w:rPr>
              <w:t>HOẠT ĐỘNG CỦA HỌC SINH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TIẾT 1</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1. HOẠT ĐỘNG MỞ ĐẦU (KHỞI ĐỘNG</w:t>
            </w:r>
            <w:proofErr w:type="gramStart"/>
            <w:r>
              <w:rPr>
                <w:b/>
                <w:color w:val="1F4E79"/>
                <w:sz w:val="25"/>
              </w:rPr>
              <w:t>)</w:t>
            </w:r>
            <w:proofErr w:type="gramEnd"/>
            <w:r>
              <w:rPr>
                <w:b/>
                <w:color w:val="1F4E79"/>
                <w:sz w:val="25"/>
              </w:rPr>
              <w:br/>
              <w:t>Mục tiêu: Tạo tâm thế vui vẻ; ôn nội dung đã học và kết nối vào bài mới.</w:t>
            </w:r>
          </w:p>
        </w:tc>
      </w:tr>
      <w:tr w:rsidR="001C1D3C" w:rsidTr="008F7534">
        <w:trPr>
          <w:cantSplit/>
          <w:jc w:val="center"/>
        </w:trPr>
        <w:tc>
          <w:tcPr>
            <w:tcW w:w="9972" w:type="dxa"/>
            <w:gridSpan w:val="2"/>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lastRenderedPageBreak/>
              <w:t>- Tổ chức cho HS hát hoặc tham gia trò chơi ngắn có tiếng/chữ/vần đã học ở bài trước.</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Tham gia hát hoặc trò chơi; nhận biết và đọc lại tiếng/chữ/vần đã học.</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đọc lại một số nội dung bài trước; quan sát, nhận xét và sửa phát âm khi cần.</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cá nhân, nhóm hoặc đồng thanh; nghe nhận xét và sửa lỗi phát âm.</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Kết luận - Giới thiệu bài: “Hôm nay, cô và các em cùng luyện đọc, luyện viết âm/chữ và dấu thanh ơ, dấu ngã để đọc đúng hơn và viết đẹp hơn.”</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lắng nghe, nhắc lại tên/nội dung bài học và sẵn sàng thực hiện nhiệm vụ.</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2. HOẠT ĐỘNG HÌNH THÀNH KIẾN THỨC MỚI (KHÁM PHÁ</w:t>
            </w:r>
            <w:proofErr w:type="gramStart"/>
            <w:r>
              <w:rPr>
                <w:b/>
                <w:color w:val="1F4E79"/>
                <w:sz w:val="25"/>
              </w:rPr>
              <w:t>)</w:t>
            </w:r>
            <w:proofErr w:type="gramEnd"/>
            <w:r>
              <w:rPr>
                <w:b/>
                <w:color w:val="1F4E79"/>
                <w:sz w:val="25"/>
              </w:rPr>
              <w:br/>
              <w:t>Mục tiêu: Nhận biết và đọc đúng âm/chữ và dấu thanh ơ, dấu ngã; đọc được tiếng, từ ngữ theo quy trình SGV.</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Nhận biết</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tranh Nhận biết. Tranh vẽ gì?</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trả lời: Tranh minh hoạ nội dung: “Tàu dỡ hàng ở cảng.</w:t>
            </w:r>
            <w:proofErr w:type="gramStart"/>
            <w:r>
              <w:rPr>
                <w:sz w:val="25"/>
              </w:rPr>
              <w:t>”.</w:t>
            </w:r>
            <w:proofErr w:type="gramEnd"/>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Câu nhận biết nói về điều gì?</w:t>
            </w:r>
          </w:p>
        </w:tc>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HS trả lời: Câu nhận biết nói: “Tàu dỡ hàng ở cảng.</w:t>
            </w:r>
            <w:proofErr w:type="gramStart"/>
            <w:r>
              <w:rPr>
                <w:sz w:val="25"/>
              </w:rPr>
              <w:t>”.</w:t>
            </w:r>
            <w:proofErr w:type="gramEnd"/>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xml:space="preserve">- Đọc mẫu câu nhận biết “Tàu dỡ hàng ở </w:t>
            </w:r>
            <w:proofErr w:type="gramStart"/>
            <w:r>
              <w:rPr>
                <w:sz w:val="25"/>
              </w:rPr>
              <w:t>cảng.;</w:t>
            </w:r>
            <w:proofErr w:type="gramEnd"/>
            <w:r>
              <w:rPr>
                <w:sz w:val="25"/>
              </w:rPr>
              <w:t xml:space="preserve"> đọc chậm theo từng cụm từ và yêu cầu HS nói theo.</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Lắng nghe; nói theo từng cụm từ và đọc lại cả câu nhận biết.</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tìm, chỉ và đọc tiếng có chứa ơ, dấu ngã trong câu nhận biết; giới thiệu bài mới.</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Tìm, chỉ và đọc tiếng có ơ, dấu ngã; quan sát chữ/vần mới trên bảng.</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b. Đọc âm/chữ và dấu thanh</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Đưa ơ, dấu ngã; phát âm/đánh vần mẫu, hướng dẫn HS quan sát khẩu hình và cách phát âm.</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khẩu hình; lắng nghe và luyện phát âm/đánh vần ơ, dấu ngã.</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đọc cá nhân, theo nhóm và đồng thanh; sửa lỗi phát âm rõ ràng cho từng em.</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theo yêu cầu; điều chỉnh lỗi phát âm theo hướng dẫn của GV.</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Âm/chữ và dấu thanh ơ, dấu ngã giống nhau và khác nhau ở điểm nào?</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trả lời: Em nhận biết và đọc đúng âm/chữ và dấu thanh ơ, dấu ngã theo mẫu của cô.</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c. Đọc tiếng</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lastRenderedPageBreak/>
              <w:t>- Giới thiệu mô hình tiếng mẫu trong SGK; hướng dẫn HS xác định âm đầu, vần và dấu thanh (nếu có).</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mô hình tiếng; nêu cấu tạo tiếng mẫu theo hướng dẫn.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Hướng dẫn HS đánh vần rồi đọc trơn tiếng mẫu có ơ, dấu ngã; tổ chức đọc cá nhân, đồng thanh.</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Đánh vần tiếng mẫu; đọc trơn cá nhân và đồng thanh.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ghép thêm tiếng có ơ, dấu ngã bằng bộ chữ; mời HS phân tích tiếng vừa ghép.</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Ghép tiếng bằng bộ chữ; phân tích và đọc trơn tiếng đã ghép.</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d. Đọc từ ngữ</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tranh từ ngữ, gọi tên sự vật/hoạt động ứng với các từ: bờ đê, cá cờ, đỡ bé.</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tranh; gọi tên sự vật/hoạt động và dự đoán từ ngữ tương ứng.</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Đưa từng từ ngữ; yêu cầu HS tìm tiếng chứa ơ, dấu ngã, phân tích và đọc trơn.</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Chỉ tiếng có ơ, dấu ngã; phân tích, đánh vần khi cần rồi đọc trơn từ ngữ.</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đọc nối tiếp, đọc nhóm đôi và đọc đồng thanh toàn bộ tiếng, từ ngữ.</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nối tiếp; luyện đọc cùng bạn và đọc đồng thanh.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e. Đọc lại</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đọc lại toàn bộ nội dung ơ, dấu ngã, tiếng và từ ngữ; nhận xét, sửa lỗi.</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lại bài theo cá nhân, nhóm và cả lớp; sửa lỗi phát âm.</w:t>
            </w:r>
          </w:p>
        </w:tc>
      </w:tr>
      <w:tr w:rsidR="001C1D3C" w:rsidTr="008F7534">
        <w:trPr>
          <w:jc w:val="center"/>
        </w:trPr>
        <w:tc>
          <w:tcPr>
            <w:tcW w:w="4986" w:type="dxa"/>
            <w:tcBorders>
              <w:bottom w:val="single" w:sz="4" w:space="0" w:color="auto"/>
            </w:tcBorders>
            <w:shd w:val="clear" w:color="auto" w:fill="auto"/>
          </w:tcPr>
          <w:p w:rsidR="001C1D3C" w:rsidRDefault="001C0404">
            <w:r>
              <w:rPr>
                <w:sz w:val="25"/>
              </w:rPr>
              <w:t>- Kết luận: Các em đã nhận biết và luyện đọc đúng âm/chữ và dấu thanh ơ, dấu ngã; biết đọc/ghép tiếng, từ ngữ theo quy trình đã học.</w:t>
            </w:r>
          </w:p>
        </w:tc>
        <w:tc>
          <w:tcPr>
            <w:tcW w:w="4986" w:type="dxa"/>
            <w:tcBorders>
              <w:bottom w:val="single" w:sz="4" w:space="0" w:color="auto"/>
            </w:tcBorders>
            <w:shd w:val="clear" w:color="auto" w:fill="auto"/>
          </w:tcPr>
          <w:p w:rsidR="001C1D3C" w:rsidRDefault="001C0404">
            <w:r>
              <w:rPr>
                <w:sz w:val="25"/>
              </w:rPr>
              <w:t>- HS nhắc lại nội dung vừa học và đọc lại một số tiếng, từ ngữ tiêu biểu.</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3. HOẠT ĐỘNG LUYỆN TẬP - THỰC HÀNH</w:t>
            </w:r>
            <w:r>
              <w:rPr>
                <w:b/>
                <w:color w:val="1F4E79"/>
                <w:sz w:val="25"/>
              </w:rPr>
              <w:br/>
              <w:t>Mục tiêu: Luyện viết đúng ơ, dấu ngã; đọc đúng câu/đoạn ứng dụng và hiểu nội dung bài đọc.</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Viết bảng</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mẫu viết ơ, dấu ngã và tiếng/từ ứng dụng; nhận xét độ cao, nét nối, vị trí dấu thanh.</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mẫu chữ; nêu điểm cần lưu ý khi viết.</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Viết mẫu lần lượt ơ, dấu ngã; vừa viết vừa hướng dẫn điểm đặt bút, dừng bút, nối nét và đặt dấu.</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GV viết mẫu; luyện viết trên không theo quy trình.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lastRenderedPageBreak/>
              <w:t>- Yêu cầu HS viết bảng con ơ, dấu ngã và tiếng/từ ứng dụng; kiểm tra, sửa lỗi trực tiếp.</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Viết bảng con đúng mẫu; giơ bảng và sửa chữ chưa đúng theo hướng dẫn.</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TIẾT 2</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b. Viết vở</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Hướng dẫn HS tô và viết ơ, dấu ngã, từ ngữ ứng dụng trong vở Tập viết; nhắc tư thế ngồi và cách cầm bút.</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Ngồi đúng tư thế; tô, viết đúng mẫu và đúng số dòng quy định.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từng bàn; hỗ trợ HS viết chậm hoặc sai nét nối, dấu thanh; nhận xét một số bài.</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Tiếp tục viết; tự kiểm tra và sửa chữ theo góp ý.</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c. Đọc câu/đoạn ứng dụng</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phần Đọc ở SGK trang 31, đọc thầm và tìm tiếng có ơ, dấu ngã.</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tranh/đoạn đọc; đọc thầm và chỉ các tiếng có nội dung vừa học.</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đọc trơn các tiếng mới có ơ, dấu ngã; hỗ trợ đánh vần lại với HS còn lúng túng.</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trơn tiếng mới; đánh vần lại tiếng khó khi cần.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mẫu câu/đoạn; hướng dẫn ngắt nghỉ theo dấu câu và nội dung; tổ chức đọc cá nhân, nhóm, lớp.</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Nghe đọc mẫu; luyện đọc cá nhân, nhóm và đọc đồng thanh câu/đoạn.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Tranh đọc câu có phương tiện gì?</w:t>
            </w:r>
          </w:p>
        </w:tc>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HS trả lời: Tranh có tàu dỡ hàng ở cảng.</w:t>
            </w:r>
          </w:p>
        </w:tc>
      </w:tr>
      <w:tr w:rsidR="001C1D3C" w:rsidTr="008F7534">
        <w:trPr>
          <w:jc w:val="center"/>
        </w:trPr>
        <w:tc>
          <w:tcPr>
            <w:tcW w:w="4986" w:type="dxa"/>
            <w:tcBorders>
              <w:bottom w:val="single" w:sz="4" w:space="0" w:color="auto"/>
            </w:tcBorders>
            <w:shd w:val="clear" w:color="auto" w:fill="auto"/>
          </w:tcPr>
          <w:p w:rsidR="001C1D3C" w:rsidRDefault="001C0404">
            <w:r>
              <w:rPr>
                <w:sz w:val="25"/>
              </w:rPr>
              <w:t>- Kết luận: Các em đã luyện tập đọc, viết âm/chữ và dấu thanh ơ, dấu ngã và hoàn thành nhiệm vụ thực hành theo hướng dẫn.</w:t>
            </w:r>
          </w:p>
        </w:tc>
        <w:tc>
          <w:tcPr>
            <w:tcW w:w="4986" w:type="dxa"/>
            <w:tcBorders>
              <w:bottom w:val="single" w:sz="4" w:space="0" w:color="auto"/>
            </w:tcBorders>
            <w:shd w:val="clear" w:color="auto" w:fill="auto"/>
          </w:tcPr>
          <w:p w:rsidR="001C1D3C" w:rsidRDefault="001C0404">
            <w:r>
              <w:rPr>
                <w:sz w:val="25"/>
              </w:rPr>
              <w:t>- HS tự nhận xét phần luyện đọc, luyện viết và sửa lỗi nếu còn sai.</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b/>
                <w:sz w:val="25"/>
              </w:rPr>
              <w:t>4. HOẠT ĐỘNG VẬN DỤNG</w:t>
            </w:r>
            <w:r>
              <w:rPr>
                <w:b/>
                <w:sz w:val="25"/>
              </w:rPr>
              <w:br/>
              <w:t>Mục tiêu: Vận dụng nội dung bài học để nói về phương tiện giao thông trên biển; liên hệ ứng xử phù hợp trong đời sống; Tích hợp: biết yêu cảnh đẹp biển và giữ môi trường biển sạch đẹp.</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Nói theo tranh</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tranh Nói, xác định nhân vật, sự việc và chuẩn bị lời nói phù hợp.</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tranh; xác định nhân vật, sự việc và trao đổi ban đầu với bạn.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Tranh có phương tiện gì?</w:t>
            </w:r>
          </w:p>
        </w:tc>
        <w:tc>
          <w:tcPr>
            <w:tcW w:w="4986" w:type="dxa"/>
            <w:shd w:val="clear" w:color="auto" w:fill="auto"/>
            <w:tcMar>
              <w:top w:w="85" w:type="dxa"/>
              <w:left w:w="100" w:type="dxa"/>
              <w:bottom w:w="85" w:type="dxa"/>
              <w:right w:w="100" w:type="dxa"/>
            </w:tcMar>
          </w:tcPr>
          <w:p w:rsidR="001C1D3C" w:rsidRDefault="001C0404">
            <w:r>
              <w:rPr>
                <w:sz w:val="24"/>
              </w:rPr>
              <w:t>- HS trả lời: Tranh có một số phương tiện giao thông như tàu, thuyền và xe đi lại gần bờ biển.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Em làm gì để giữ bãi biển sạch đẹp?</w:t>
            </w:r>
          </w:p>
        </w:tc>
        <w:tc>
          <w:tcPr>
            <w:tcW w:w="4986" w:type="dxa"/>
            <w:shd w:val="clear" w:color="auto" w:fill="auto"/>
            <w:tcMar>
              <w:top w:w="85" w:type="dxa"/>
              <w:left w:w="100" w:type="dxa"/>
              <w:bottom w:w="85" w:type="dxa"/>
              <w:right w:w="100" w:type="dxa"/>
            </w:tcMar>
          </w:tcPr>
          <w:p w:rsidR="001C1D3C" w:rsidRDefault="001C0404">
            <w:r>
              <w:rPr>
                <w:sz w:val="24"/>
              </w:rPr>
              <w:t>- HS trả lời: Em không xả rác, bỏ rác đúng nơi quy định và cùng mọi người giữ bãi biển sạch đẹp.</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lastRenderedPageBreak/>
              <w:t>- Tổ chức cho HS luyện nói hoặc đóng vai theo nhóm đôi; mời một số nhóm trình bày trước lớp.</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Luyện nói/đóng vai theo cặp; đại diện nhóm thể hiện và nhận xét bạn lịch sự.</w:t>
            </w:r>
          </w:p>
        </w:tc>
      </w:tr>
      <w:tr w:rsidR="001C1D3C" w:rsidTr="008F7534">
        <w:trPr>
          <w:jc w:val="center"/>
        </w:trPr>
        <w:tc>
          <w:tcPr>
            <w:tcW w:w="4986" w:type="dxa"/>
            <w:shd w:val="clear" w:color="auto" w:fill="auto"/>
          </w:tcPr>
          <w:p w:rsidR="001C1D3C" w:rsidRDefault="001C0404">
            <w:r>
              <w:rPr>
                <w:b/>
                <w:color w:val="FF0000"/>
                <w:sz w:val="25"/>
              </w:rPr>
              <w:t>Tích hợp - Bảo vệ môi trường</w:t>
            </w:r>
          </w:p>
        </w:tc>
        <w:tc>
          <w:tcPr>
            <w:tcW w:w="4986" w:type="dxa"/>
            <w:shd w:val="clear" w:color="auto" w:fill="auto"/>
          </w:tcPr>
          <w:p w:rsidR="001C1D3C" w:rsidRDefault="001C0404">
            <w:r>
              <w:rPr>
                <w:b/>
                <w:color w:val="FF0000"/>
                <w:sz w:val="25"/>
              </w:rPr>
              <w:t>Tích hợp - Bảo vệ môi trường</w:t>
            </w:r>
          </w:p>
        </w:tc>
      </w:tr>
      <w:tr w:rsidR="001C1D3C" w:rsidTr="008F7534">
        <w:trPr>
          <w:jc w:val="center"/>
        </w:trPr>
        <w:tc>
          <w:tcPr>
            <w:tcW w:w="4986" w:type="dxa"/>
            <w:shd w:val="clear" w:color="auto" w:fill="auto"/>
          </w:tcPr>
          <w:p w:rsidR="001C1D3C" w:rsidRDefault="001C0404">
            <w:r>
              <w:rPr>
                <w:color w:val="FF0000"/>
                <w:sz w:val="25"/>
              </w:rPr>
              <w:t>- Câu hỏi dẫn: “Em cần làm gì để bãi biển và nước biển luôn sạch đẹp?”</w:t>
            </w:r>
          </w:p>
        </w:tc>
        <w:tc>
          <w:tcPr>
            <w:tcW w:w="4986" w:type="dxa"/>
            <w:shd w:val="clear" w:color="auto" w:fill="auto"/>
          </w:tcPr>
          <w:p w:rsidR="001C1D3C" w:rsidRDefault="001C0404">
            <w:r>
              <w:rPr>
                <w:color w:val="FF0000"/>
                <w:sz w:val="25"/>
              </w:rPr>
              <w:t>- HS trả lời: Em không xả rác, bỏ rác đúng nơi và nhắc người thân cùng giữ vệ sinh.</w:t>
            </w:r>
          </w:p>
        </w:tc>
      </w:tr>
      <w:tr w:rsidR="001C1D3C" w:rsidTr="008F7534">
        <w:trPr>
          <w:jc w:val="center"/>
        </w:trPr>
        <w:tc>
          <w:tcPr>
            <w:tcW w:w="4986" w:type="dxa"/>
            <w:tcBorders>
              <w:bottom w:val="single" w:sz="4" w:space="0" w:color="auto"/>
            </w:tcBorders>
            <w:shd w:val="clear" w:color="auto" w:fill="auto"/>
          </w:tcPr>
          <w:p w:rsidR="001C1D3C" w:rsidRDefault="001C0404">
            <w:r>
              <w:rPr>
                <w:color w:val="FF0000"/>
                <w:sz w:val="25"/>
              </w:rPr>
              <w:t>- Diễn giải tích hợp: Biển là cảnh đẹp của quê hương và là nơi sống của nhiều loài vật. Một chiếc túi ni-lông hay vỏ bánh vứt xuống bãi biển có thể làm bẩn cảnh quan, gây hại cho sinh vật biển. Các em thể hiện tình yêu biển bằng việc không xả rác và cùng giữ vệ sinh.</w:t>
            </w:r>
          </w:p>
        </w:tc>
        <w:tc>
          <w:tcPr>
            <w:tcW w:w="4986" w:type="dxa"/>
            <w:tcBorders>
              <w:bottom w:val="single" w:sz="4" w:space="0" w:color="auto"/>
            </w:tcBorders>
            <w:shd w:val="clear" w:color="auto" w:fill="auto"/>
          </w:tcPr>
          <w:p w:rsidR="001C1D3C" w:rsidRDefault="001C0404">
            <w:r>
              <w:rPr>
                <w:color w:val="FF0000"/>
                <w:sz w:val="25"/>
              </w:rPr>
              <w:t>- HS thực hiện: Nêu việc làm bảo vệ môi trường biển.</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c. Củng cố - dặn dò</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tìm nhanh tiếng có ơ, dấu ngã và nói câu ngắn với một tiếng tìm được.</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Tìm tiếng, đọc tiếng và nói câu ngắn theo khả năng.</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Nhận xét tiết học; tuyên dương HS đọc, viết, nói tốt; dặn HS luyện đọc, luyện viết ở nhà.</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Lắng nghe nhận xét; ghi nhớ và thực hành nhiệm vụ ở nhà.</w:t>
            </w:r>
          </w:p>
        </w:tc>
      </w:tr>
      <w:tr w:rsidR="001C1D3C" w:rsidTr="008F7534">
        <w:trPr>
          <w:jc w:val="center"/>
        </w:trPr>
        <w:tc>
          <w:tcPr>
            <w:tcW w:w="4986" w:type="dxa"/>
            <w:shd w:val="clear" w:color="auto" w:fill="auto"/>
          </w:tcPr>
          <w:p w:rsidR="001C1D3C" w:rsidRDefault="001C0404">
            <w:r>
              <w:rPr>
                <w:sz w:val="25"/>
              </w:rPr>
              <w:t>- Kết luận: Các em biết vận dụng nội dung bài học vào lời nói và việc làm phù hợp; tiếp tục luyện tập ở nhà.</w:t>
            </w:r>
          </w:p>
        </w:tc>
        <w:tc>
          <w:tcPr>
            <w:tcW w:w="4986" w:type="dxa"/>
            <w:shd w:val="clear" w:color="auto" w:fill="auto"/>
          </w:tcPr>
          <w:p w:rsidR="001C1D3C" w:rsidRDefault="001C0404">
            <w:r>
              <w:rPr>
                <w:sz w:val="25"/>
              </w:rPr>
              <w:t>- HS nhắc lại điều ghi nhớ và thực hiện nhiệm vụ luyện tập ở nhà.</w:t>
            </w:r>
          </w:p>
        </w:tc>
      </w:tr>
    </w:tbl>
    <w:p w:rsidR="001C1D3C" w:rsidRDefault="001C0404">
      <w:pPr>
        <w:keepNext/>
        <w:spacing w:before="100" w:after="60"/>
      </w:pPr>
      <w:r>
        <w:rPr>
          <w:b/>
          <w:sz w:val="28"/>
        </w:rPr>
        <w:t>IV. ĐIỀU CHỈNH SAU BÀI DẠY</w:t>
      </w:r>
    </w:p>
    <w:p w:rsidR="001C1D3C" w:rsidRDefault="001C0404">
      <w:pPr>
        <w:spacing w:after="0" w:line="252" w:lineRule="auto"/>
      </w:pPr>
      <w:r>
        <w:rPr>
          <w:sz w:val="24"/>
        </w:rPr>
        <w:t>....................................................................................................................................................................................</w:t>
      </w:r>
    </w:p>
    <w:p w:rsidR="001C1D3C" w:rsidRDefault="001C0404">
      <w:pPr>
        <w:spacing w:after="0" w:line="252" w:lineRule="auto"/>
      </w:pPr>
      <w:r>
        <w:rPr>
          <w:sz w:val="24"/>
        </w:rPr>
        <w:t>....................................................................................................................................................................................</w:t>
      </w:r>
    </w:p>
    <w:p w:rsidR="001C1D3C" w:rsidRDefault="001C1D3C"/>
    <w:p w:rsidR="001C1D3C" w:rsidRDefault="001C0404">
      <w:pPr>
        <w:spacing w:before="120" w:after="100"/>
        <w:jc w:val="center"/>
      </w:pPr>
      <w:r>
        <w:rPr>
          <w:b/>
          <w:color w:val="1F4E79"/>
          <w:sz w:val="30"/>
        </w:rPr>
        <w:t>BÀI 10: ÔN TẬP VÀ KỂ CHUYỆN</w:t>
      </w:r>
    </w:p>
    <w:p w:rsidR="001C1D3C" w:rsidRDefault="001C0404">
      <w:pPr>
        <w:keepNext/>
        <w:spacing w:before="100" w:after="60"/>
      </w:pPr>
      <w:r>
        <w:rPr>
          <w:b/>
          <w:sz w:val="28"/>
        </w:rPr>
        <w:t>I. YÊU CẦU CẦN ĐẠT</w:t>
      </w:r>
    </w:p>
    <w:p w:rsidR="001C1D3C" w:rsidRDefault="001C0404">
      <w:pPr>
        <w:keepNext/>
        <w:spacing w:before="60" w:after="60"/>
      </w:pPr>
      <w:r>
        <w:rPr>
          <w:b/>
        </w:rPr>
        <w:t>1. Năng lực đặc thù</w:t>
      </w:r>
    </w:p>
    <w:p w:rsidR="001C1D3C" w:rsidRDefault="001C0404">
      <w:pPr>
        <w:spacing w:after="40" w:line="264" w:lineRule="auto"/>
      </w:pPr>
      <w:r>
        <w:t>- Củng cố cách đọc các âm/chữ o, ô, d, đ, ơ và các tiếng, từ, câu ứng dụng.</w:t>
      </w:r>
    </w:p>
    <w:p w:rsidR="001C1D3C" w:rsidRDefault="001C0404">
      <w:pPr>
        <w:spacing w:after="40" w:line="264" w:lineRule="auto"/>
      </w:pPr>
      <w:r>
        <w:t>- Viết đúng một số từ ngữ chứa âm/chữ đã học.</w:t>
      </w:r>
    </w:p>
    <w:p w:rsidR="001C1D3C" w:rsidRDefault="001C0404">
      <w:pPr>
        <w:spacing w:after="40" w:line="264" w:lineRule="auto"/>
      </w:pPr>
      <w:r>
        <w:t xml:space="preserve">- Nghe hiểu và kể lại được một đoạn truyện “Đàn kiến con ngoan ngoãn” </w:t>
      </w:r>
      <w:proofErr w:type="gramStart"/>
      <w:r>
        <w:t>theo</w:t>
      </w:r>
      <w:proofErr w:type="gramEnd"/>
      <w:r>
        <w:t xml:space="preserve"> tranh.</w:t>
      </w:r>
    </w:p>
    <w:p w:rsidR="001C1D3C" w:rsidRDefault="001C0404">
      <w:pPr>
        <w:keepNext/>
        <w:spacing w:before="60" w:after="60"/>
      </w:pPr>
      <w:r>
        <w:rPr>
          <w:b/>
        </w:rPr>
        <w:t xml:space="preserve">2. Năng lực </w:t>
      </w:r>
      <w:proofErr w:type="gramStart"/>
      <w:r>
        <w:rPr>
          <w:b/>
        </w:rPr>
        <w:t>chung</w:t>
      </w:r>
      <w:proofErr w:type="gramEnd"/>
    </w:p>
    <w:p w:rsidR="001C1D3C" w:rsidRDefault="001C0404">
      <w:pPr>
        <w:spacing w:after="40" w:line="264" w:lineRule="auto"/>
      </w:pPr>
      <w:r>
        <w:t>- Tự chủ và tự học: Chủ động thực hiện nhiệm vụ đọc, viết, quan sát tranh và tự sửa lỗi khi được hướng dẫn.</w:t>
      </w:r>
    </w:p>
    <w:p w:rsidR="001C1D3C" w:rsidRDefault="001C0404">
      <w:pPr>
        <w:spacing w:after="40" w:line="264" w:lineRule="auto"/>
      </w:pPr>
      <w:r>
        <w:t xml:space="preserve">- Giao tiếp và hợp tác: Biết lắng nghe, trao đổi </w:t>
      </w:r>
      <w:proofErr w:type="gramStart"/>
      <w:r>
        <w:t>theo</w:t>
      </w:r>
      <w:proofErr w:type="gramEnd"/>
      <w:r>
        <w:t xml:space="preserve"> nhóm đôi/nhóm nhỏ; mạnh dạn trình bày câu trả lời.</w:t>
      </w:r>
    </w:p>
    <w:p w:rsidR="001C1D3C" w:rsidRDefault="001C0404">
      <w:pPr>
        <w:spacing w:after="40" w:line="264" w:lineRule="auto"/>
      </w:pPr>
      <w:r>
        <w:lastRenderedPageBreak/>
        <w:t>- Giải quyết vấn đề và sáng tạo: Biết vận dụng âm, chữ đã học để ghép tiếng mới và nói câu phù hợp với tranh.</w:t>
      </w:r>
    </w:p>
    <w:p w:rsidR="001C1D3C" w:rsidRDefault="001C0404">
      <w:pPr>
        <w:keepNext/>
        <w:spacing w:before="60" w:after="60"/>
      </w:pPr>
      <w:r>
        <w:rPr>
          <w:b/>
        </w:rPr>
        <w:t>3. Phẩm chất</w:t>
      </w:r>
    </w:p>
    <w:p w:rsidR="001C1D3C" w:rsidRDefault="001C0404">
      <w:pPr>
        <w:spacing w:after="40" w:line="264" w:lineRule="auto"/>
      </w:pPr>
      <w:r>
        <w:t>- Chăm chỉ: Tích cực luyện đọc, luyện viết, hoàn thành nhiệm vụ học tập.</w:t>
      </w:r>
    </w:p>
    <w:p w:rsidR="001C1D3C" w:rsidRDefault="001C0404">
      <w:pPr>
        <w:spacing w:after="40" w:line="264" w:lineRule="auto"/>
      </w:pPr>
      <w:r>
        <w:t>- Trách nhiệm: Giữ gìn sách vở, đồ dùng; thực hiện đúng yêu cầu khi học cá nhân và làm việc nhóm.</w:t>
      </w:r>
    </w:p>
    <w:p w:rsidR="001C1D3C" w:rsidRDefault="001C0404">
      <w:pPr>
        <w:spacing w:after="40" w:line="264" w:lineRule="auto"/>
      </w:pPr>
      <w:r>
        <w:t>- Nhân ái: Biết thể hiện thái độ thân thiện, quan tâm đến người thân, bạn bè và sự vật trong tranh.</w:t>
      </w:r>
    </w:p>
    <w:p w:rsidR="001C1D3C" w:rsidRDefault="001C0404">
      <w:pPr>
        <w:keepNext/>
        <w:spacing w:before="60" w:after="60"/>
      </w:pPr>
      <w:r>
        <w:rPr>
          <w:b/>
        </w:rPr>
        <w:t>4. Tích hợp</w:t>
      </w:r>
    </w:p>
    <w:p w:rsidR="001C1D3C" w:rsidRDefault="001C0404">
      <w:pPr>
        <w:spacing w:after="40" w:line="264" w:lineRule="auto"/>
      </w:pPr>
      <w:r>
        <w:rPr>
          <w:color w:val="C00000"/>
        </w:rPr>
        <w:t>- Lý tưởng cách mạng, đạo đức, lối sống: Qua truyện “Đàn kiến con ngoan ngoãn”, giáo dục HS biết quan tâm, lễ phép, sẵn sàng giúp đỡ người khác và đoàn kết với bạn bè.</w:t>
      </w:r>
    </w:p>
    <w:p w:rsidR="001C1D3C" w:rsidRDefault="001C0404">
      <w:pPr>
        <w:keepNext/>
        <w:spacing w:before="100" w:after="60"/>
      </w:pPr>
      <w:r>
        <w:rPr>
          <w:b/>
          <w:sz w:val="28"/>
        </w:rPr>
        <w:t>II. ĐỒ DÙNG DẠY HỌC</w:t>
      </w:r>
    </w:p>
    <w:p w:rsidR="001C1D3C" w:rsidRDefault="001C0404">
      <w:pPr>
        <w:spacing w:after="40" w:line="264" w:lineRule="auto"/>
      </w:pPr>
      <w:r>
        <w:t>- Giáo viên: SGK Tiếng Việt 1 tập một; tranh SGK trang 32-33; chữ mẫu o, ô, d, đ, ơ; bảng phụ/thẻ chữ; máy chiếu (nếu có).</w:t>
      </w:r>
    </w:p>
    <w:p w:rsidR="001C1D3C" w:rsidRDefault="001C0404">
      <w:pPr>
        <w:spacing w:after="40" w:line="264" w:lineRule="auto"/>
      </w:pPr>
      <w:r>
        <w:t>- Học sinh: SGK, vở Tập viết, bảng con, phấn/bút, bộ chữ học vần.</w:t>
      </w:r>
    </w:p>
    <w:p w:rsidR="001C1D3C" w:rsidRDefault="001C0404">
      <w:pPr>
        <w:keepNext/>
        <w:spacing w:before="100" w:after="6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1C1D3C" w:rsidTr="008F7534">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jc w:val="center"/>
            </w:pPr>
            <w:r>
              <w:rPr>
                <w:b/>
                <w:color w:val="000000"/>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jc w:val="center"/>
            </w:pPr>
            <w:r>
              <w:rPr>
                <w:b/>
                <w:color w:val="000000"/>
              </w:rPr>
              <w:t>HOẠT ĐỘNG CỦA HỌC SINH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TIẾT 1</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1. HOẠT ĐỘNG MỞ ĐẦU (KHỞI ĐỘNG</w:t>
            </w:r>
            <w:proofErr w:type="gramStart"/>
            <w:r>
              <w:rPr>
                <w:b/>
                <w:color w:val="1F4E79"/>
                <w:sz w:val="25"/>
              </w:rPr>
              <w:t>)</w:t>
            </w:r>
            <w:proofErr w:type="gramEnd"/>
            <w:r>
              <w:rPr>
                <w:b/>
                <w:color w:val="1F4E79"/>
                <w:sz w:val="25"/>
              </w:rPr>
              <w:br/>
              <w:t>Mục tiêu: Tạo tâm thế vui vẻ; gợi nhớ các chữ/vần đã học trong tuần và kết nối vào bài ôn tập.</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Kết luận - Giới thiệu bài: “Hôm nay, cô và các em cùng ôn lại kiến thức đã học, nghe kể chuyện và rút ra bài học phù hợp trong cuộc sống.”</w:t>
            </w:r>
          </w:p>
        </w:tc>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lắng nghe, nhắc lại tên/nội dung bài học và sẵn sàng thực hiện nhiệm vụ.</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2. HOẠT ĐỘNG LUYỆN TẬP - THỰC HÀNH</w:t>
            </w:r>
            <w:r>
              <w:rPr>
                <w:b/>
                <w:color w:val="1F4E79"/>
                <w:sz w:val="25"/>
              </w:rPr>
              <w:br/>
              <w:t>Mục tiêu: Củng cố kĩ năng đọc, viết nội dung đã học: o, ô, d, đ, ơ; dấu hỏi, dấu nặng, dấu ngã.</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Ôn đọc tiếng, từ ngữ</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bảng ôn trong SGK, ghép và đọc các tiếng, từ ngữ theo hàng ngang, hàng dọc.</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bảng ôn; ghép và đọc các tiếng, từ ngữ theo yêu cầu.</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lastRenderedPageBreak/>
              <w:t>- Tổ chức HS đọc cá nhân, nhóm và đồng thanh; yêu cầu phân tích một số tiếng khó.</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phân tích tiếng và sửa lỗi phát âm theo hướng dẫn.</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b. Ôn đọc câu/đoạn và ôn viết</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after="20" w:line="252" w:lineRule="auto"/>
            </w:pPr>
            <w:r>
              <w:rPr>
                <w:color w:val="000000"/>
                <w:sz w:val="25"/>
              </w:rPr>
              <w:t>- Yêu cầu HS đọc thầm câu/đoạn ôn tập, tìm tiếng có chữ/vần đã học; đọc mẫu và tổ chức luyện đọc.</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thầm, chỉ tiếng; luyện đọc cá nhân, nhóm và đồng thanh.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rsidP="008F7534">
            <w:pPr>
              <w:spacing w:after="20" w:line="252" w:lineRule="auto"/>
            </w:pPr>
            <w:r>
              <w:rPr>
                <w:color w:val="000000"/>
                <w:sz w:val="25"/>
              </w:rPr>
              <w:t>- Đưa mẫu viết; hướng dẫn viết đúng nội dung ôn tập vào vở Tập viết; quan sát và nhận xét.</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mẫu; viết vào vở đúng mẫu, đúng dòng; sửa lỗi khi được hướng dẫn.</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TIẾT 2</w:t>
            </w:r>
          </w:p>
        </w:tc>
      </w:tr>
      <w:tr w:rsidR="001C1D3C" w:rsidTr="008F7534">
        <w:trPr>
          <w:jc w:val="center"/>
        </w:trPr>
        <w:tc>
          <w:tcPr>
            <w:tcW w:w="4986" w:type="dxa"/>
            <w:tcBorders>
              <w:top w:val="single" w:sz="4" w:space="0" w:color="auto"/>
              <w:bottom w:val="single" w:sz="4" w:space="0" w:color="auto"/>
            </w:tcBorders>
            <w:shd w:val="clear" w:color="auto" w:fill="auto"/>
          </w:tcPr>
          <w:p w:rsidR="001C1D3C" w:rsidRDefault="001C0404">
            <w:r>
              <w:rPr>
                <w:sz w:val="25"/>
              </w:rPr>
              <w:t>- Kết luận: Các em đã nhận biết và luyện đọc đúng câu chuyện ĐÀN KIẾN CON NGOAN NGOÃN; biết đọc/ghép tiếng, từ ngữ theo quy trình đã học.</w:t>
            </w:r>
          </w:p>
        </w:tc>
        <w:tc>
          <w:tcPr>
            <w:tcW w:w="4986" w:type="dxa"/>
            <w:tcBorders>
              <w:top w:val="single" w:sz="4" w:space="0" w:color="auto"/>
              <w:bottom w:val="single" w:sz="4" w:space="0" w:color="auto"/>
            </w:tcBorders>
            <w:shd w:val="clear" w:color="auto" w:fill="auto"/>
          </w:tcPr>
          <w:p w:rsidR="001C1D3C" w:rsidRDefault="001C0404">
            <w:r>
              <w:rPr>
                <w:sz w:val="25"/>
              </w:rPr>
              <w:t>- HS nhắc lại nội dung vừa học và đọc lại một số tiếng, từ ngữ tiêu biểu.</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3. HOẠT ĐỘNG HÌNH THÀNH KIẾN THỨC MỚI - KỂ CHUYỆN: ĐÀN KIẾN CON NGOAN NGOÃN</w:t>
            </w:r>
            <w:r>
              <w:rPr>
                <w:b/>
                <w:color w:val="1F4E79"/>
                <w:sz w:val="25"/>
              </w:rPr>
              <w:br/>
              <w:t>Mục tiêu: Nghe hiểu câu chuyện; nhận biết nhân vật và sự việc qua tranh minh hoạ.</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rsidP="008F7534">
            <w:pPr>
              <w:spacing w:line="252" w:lineRule="auto"/>
            </w:pPr>
            <w:r>
              <w:rPr>
                <w:sz w:val="25"/>
              </w:rPr>
              <w:t>- Các em quan sát tranh kể chuyện Đàn kiến con ngoan ngoãn, dự đoán nhân vật và sự việc.</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tranh; nêu dự đoán ban đầu về nhân vật và sự việc.</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Kể toàn bộ câu chuyện lần 1 bằng giọng rõ ràng, diễn cảm; kết hợp chỉ tranh theo diễn biến.</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Lắng nghe toàn bộ câu chuyện; theo dõi tranh và ghi nhớ diễn biến.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Kể chuyện lần 2 theo từng đoạn; sau mỗi đoạn dừng lại đặt câu hỏi gợi nhớ.</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Lắng nghe từng đoạn; chuẩn bị trả lời câu hỏi theo chi tiết vừa nghe.</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Đặt câu hỏi 1: “Bà kiến gặp chuyện gì?</w:t>
            </w:r>
          </w:p>
        </w:tc>
        <w:tc>
          <w:tcPr>
            <w:tcW w:w="4986" w:type="dxa"/>
            <w:shd w:val="clear" w:color="auto" w:fill="auto"/>
            <w:tcMar>
              <w:top w:w="85" w:type="dxa"/>
              <w:left w:w="100" w:type="dxa"/>
              <w:bottom w:w="85" w:type="dxa"/>
              <w:right w:w="100" w:type="dxa"/>
            </w:tcMar>
          </w:tcPr>
          <w:p w:rsidR="001C1D3C" w:rsidRDefault="001C0404">
            <w:r>
              <w:rPr>
                <w:sz w:val="24"/>
              </w:rPr>
              <w:t>- HS trả lời: Bà kiến đã già, bị đau ốm và sống một mình trong chiếc tổ nhỏ chật hẹp, ẩm ướt.</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Đặt câu hỏi 2: “Đàn kiến con đã giúp bà như thế nào?</w:t>
            </w:r>
          </w:p>
        </w:tc>
        <w:tc>
          <w:tcPr>
            <w:tcW w:w="4986" w:type="dxa"/>
            <w:shd w:val="clear" w:color="auto" w:fill="auto"/>
            <w:tcMar>
              <w:top w:w="85" w:type="dxa"/>
              <w:left w:w="100" w:type="dxa"/>
              <w:bottom w:w="85" w:type="dxa"/>
              <w:right w:w="100" w:type="dxa"/>
            </w:tcMar>
          </w:tcPr>
          <w:p w:rsidR="001C1D3C" w:rsidRDefault="001C0404">
            <w:r>
              <w:rPr>
                <w:sz w:val="24"/>
              </w:rPr>
              <w:t>- HS trả lời: Đàn kiến con đưa bà ra nơi thoáng mát, có nắng và tìm chỗ ở mới cao ráo cho bà.</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Đặt câu hỏi 3: “Bà kiến cảm thấy ra sao?</w:t>
            </w:r>
          </w:p>
        </w:tc>
        <w:tc>
          <w:tcPr>
            <w:tcW w:w="4986" w:type="dxa"/>
            <w:shd w:val="clear" w:color="auto" w:fill="auto"/>
            <w:tcMar>
              <w:top w:w="85" w:type="dxa"/>
              <w:left w:w="100" w:type="dxa"/>
              <w:bottom w:w="85" w:type="dxa"/>
              <w:right w:w="100" w:type="dxa"/>
            </w:tcMar>
          </w:tcPr>
          <w:p w:rsidR="001C1D3C" w:rsidRDefault="001C0404">
            <w:r>
              <w:rPr>
                <w:sz w:val="24"/>
              </w:rPr>
              <w:t>- HS trả lời: Bà kiến rất cảm động, thấy khỏe hơn và cảm ơn đàn kiến con.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line="252" w:lineRule="auto"/>
            </w:pPr>
            <w:r>
              <w:rPr>
                <w:sz w:val="25"/>
              </w:rPr>
              <w:t>- Đặt câu hỏi 4: “Qua câu chuyện, em học được điều gì?</w:t>
            </w:r>
          </w:p>
        </w:tc>
        <w:tc>
          <w:tcPr>
            <w:tcW w:w="4986" w:type="dxa"/>
            <w:shd w:val="clear" w:color="auto" w:fill="auto"/>
            <w:tcMar>
              <w:top w:w="85" w:type="dxa"/>
              <w:left w:w="100" w:type="dxa"/>
              <w:bottom w:w="85" w:type="dxa"/>
              <w:right w:w="100" w:type="dxa"/>
            </w:tcMar>
          </w:tcPr>
          <w:p w:rsidR="001C1D3C" w:rsidRDefault="001C0404">
            <w:r>
              <w:rPr>
                <w:sz w:val="24"/>
              </w:rPr>
              <w:t>- HS trả lời: Em học được phải biết yêu thương, quan tâm và giúp đỡ người già, người đang gặp khó khăn.</w:t>
            </w:r>
          </w:p>
        </w:tc>
      </w:tr>
      <w:tr w:rsidR="001C1D3C" w:rsidTr="008F7534">
        <w:trPr>
          <w:jc w:val="center"/>
        </w:trPr>
        <w:tc>
          <w:tcPr>
            <w:tcW w:w="4986" w:type="dxa"/>
            <w:tcBorders>
              <w:bottom w:val="single" w:sz="4" w:space="0" w:color="auto"/>
            </w:tcBorders>
            <w:shd w:val="clear" w:color="auto" w:fill="auto"/>
          </w:tcPr>
          <w:p w:rsidR="001C1D3C" w:rsidRDefault="001C0404">
            <w:r>
              <w:rPr>
                <w:sz w:val="25"/>
              </w:rPr>
              <w:t>- Kết luận: Các em đã nghe, hiểu và kể lại được những sự việc chính trong câu chuyện theo tranh.</w:t>
            </w:r>
          </w:p>
        </w:tc>
        <w:tc>
          <w:tcPr>
            <w:tcW w:w="4986" w:type="dxa"/>
            <w:tcBorders>
              <w:bottom w:val="single" w:sz="4" w:space="0" w:color="auto"/>
            </w:tcBorders>
            <w:shd w:val="clear" w:color="auto" w:fill="auto"/>
          </w:tcPr>
          <w:p w:rsidR="001C1D3C" w:rsidRDefault="001C0404">
            <w:r>
              <w:rPr>
                <w:sz w:val="25"/>
              </w:rPr>
              <w:t>- HS nêu tên nhân vật, sự việc chính và kể lại phần truyện đã nhớ.</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b/>
                <w:sz w:val="25"/>
              </w:rPr>
              <w:lastRenderedPageBreak/>
              <w:t>4. HOẠT ĐỘNG LUYỆN TẬP - THỰC HÀNH</w:t>
            </w:r>
            <w:r>
              <w:rPr>
                <w:b/>
                <w:sz w:val="25"/>
              </w:rPr>
              <w:br/>
              <w:t>Mục tiêu: Kể lại từng đoạn hoặc toàn bộ câu chuyện theo tranh và câu hỏi gợi ý; Tích hợp: biết quan tâm, lễ phép, sẵn sàng giúp đỡ người khác.</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cho HS kể từng đoạn theo tranh trong nhóm; mời HS kể nối tiếp hoặc kể toàn bộ trước lớp.</w:t>
            </w:r>
          </w:p>
        </w:tc>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Kể trong nhóm; kể trước lớp và nhận xét bạn bằng lời lịch sự.</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5. HOẠT ĐỘNG VẬN DỤNG</w:t>
            </w:r>
            <w:r>
              <w:rPr>
                <w:b/>
                <w:color w:val="1F4E79"/>
                <w:sz w:val="25"/>
              </w:rPr>
              <w:br/>
              <w:t>Mục tiêu: Rút ra bài học từ câu chuyện và liên hệ hành vi phù hợp với bản thân.</w:t>
            </w:r>
          </w:p>
        </w:tc>
      </w:tr>
      <w:tr w:rsidR="001C1D3C" w:rsidTr="008F7534">
        <w:trPr>
          <w:cantSplit/>
          <w:jc w:val="center"/>
        </w:trPr>
        <w:tc>
          <w:tcPr>
            <w:tcW w:w="9972" w:type="dxa"/>
            <w:gridSpan w:val="2"/>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jc w:val="center"/>
        </w:trPr>
        <w:tc>
          <w:tcPr>
            <w:tcW w:w="4986" w:type="dxa"/>
            <w:shd w:val="clear" w:color="auto" w:fill="auto"/>
          </w:tcPr>
          <w:p w:rsidR="001C1D3C" w:rsidRDefault="001C0404">
            <w:r>
              <w:rPr>
                <w:b/>
                <w:color w:val="FF0000"/>
                <w:sz w:val="25"/>
              </w:rPr>
              <w:t>Tích hợp - Lý tưởng cách mạng, đạo đức, lối sống</w:t>
            </w:r>
          </w:p>
        </w:tc>
        <w:tc>
          <w:tcPr>
            <w:tcW w:w="4986" w:type="dxa"/>
            <w:shd w:val="clear" w:color="auto" w:fill="auto"/>
          </w:tcPr>
          <w:p w:rsidR="001C1D3C" w:rsidRDefault="001C0404">
            <w:r>
              <w:rPr>
                <w:b/>
                <w:color w:val="FF0000"/>
                <w:sz w:val="25"/>
              </w:rPr>
              <w:t>Tích hợp - Lý tưởng cách mạng, đạo đức, lối sống</w:t>
            </w:r>
          </w:p>
        </w:tc>
      </w:tr>
      <w:tr w:rsidR="001C1D3C" w:rsidTr="008F7534">
        <w:trPr>
          <w:jc w:val="center"/>
        </w:trPr>
        <w:tc>
          <w:tcPr>
            <w:tcW w:w="4986" w:type="dxa"/>
            <w:shd w:val="clear" w:color="auto" w:fill="auto"/>
          </w:tcPr>
          <w:p w:rsidR="001C1D3C" w:rsidRDefault="001C0404">
            <w:r>
              <w:rPr>
                <w:color w:val="FF0000"/>
                <w:sz w:val="25"/>
              </w:rPr>
              <w:t>- Câu hỏi dẫn: “Đàn kiến con đã thể hiện điều đáng quý nào với bà kiến?”</w:t>
            </w:r>
          </w:p>
        </w:tc>
        <w:tc>
          <w:tcPr>
            <w:tcW w:w="4986" w:type="dxa"/>
            <w:shd w:val="clear" w:color="auto" w:fill="auto"/>
          </w:tcPr>
          <w:p w:rsidR="001C1D3C" w:rsidRDefault="001C0404">
            <w:r>
              <w:rPr>
                <w:color w:val="FF0000"/>
                <w:sz w:val="25"/>
              </w:rPr>
              <w:t>- HS trả lời: Đàn kiến con lễ phép, quan tâm và cùng nhau giúp bà kiến khi bà cần giúp đỡ.</w:t>
            </w:r>
          </w:p>
        </w:tc>
      </w:tr>
      <w:tr w:rsidR="001C1D3C" w:rsidTr="008F7534">
        <w:trPr>
          <w:jc w:val="center"/>
        </w:trPr>
        <w:tc>
          <w:tcPr>
            <w:tcW w:w="4986" w:type="dxa"/>
            <w:tcBorders>
              <w:bottom w:val="single" w:sz="4" w:space="0" w:color="auto"/>
            </w:tcBorders>
            <w:shd w:val="clear" w:color="auto" w:fill="auto"/>
          </w:tcPr>
          <w:p w:rsidR="001C1D3C" w:rsidRDefault="001C0404">
            <w:r>
              <w:rPr>
                <w:color w:val="FF0000"/>
                <w:sz w:val="25"/>
              </w:rPr>
              <w:t>- Diễn giải tích hợp: Qua truyện Đàn kiến con ngoan ngoãn, GV giáo dục HS: trong lớp và trong gia đình, các em cần biết chào hỏi lễ phép, quan tâm người lớn và bạn bè; khi thấy bạn gặp khó khăn, hãy giúp trong khả năng hoặc báo cô giáo. Đoàn kết sẽ làm việc tốt trở nên dễ dàng hơn.</w:t>
            </w:r>
          </w:p>
        </w:tc>
        <w:tc>
          <w:tcPr>
            <w:tcW w:w="4986" w:type="dxa"/>
            <w:tcBorders>
              <w:bottom w:val="single" w:sz="4" w:space="0" w:color="auto"/>
            </w:tcBorders>
            <w:shd w:val="clear" w:color="auto" w:fill="auto"/>
          </w:tcPr>
          <w:p w:rsidR="001C1D3C" w:rsidRDefault="001C0404">
            <w:r>
              <w:rPr>
                <w:color w:val="FF0000"/>
                <w:sz w:val="25"/>
              </w:rPr>
              <w:t>- HS thực hiện: Kể một việc em có thể giúp bạn hoặc người thân.</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b. Củng cố - dặn dò</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nêu tên câu chuyện “Đàn kiến con ngoan ngoãn” và chia sẻ một bài học em nhớ nhất.</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Nêu tên câu chuyện và bài học rút ra.</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Nhận xét tiết học; khuyến khích HS kể lại câu chuyện cho người thân nghe.</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Lắng nghe; ghi nhớ và thực hành kể chuyện ở nhà.</w:t>
            </w:r>
          </w:p>
        </w:tc>
      </w:tr>
      <w:tr w:rsidR="001C1D3C" w:rsidTr="008F7534">
        <w:trPr>
          <w:jc w:val="center"/>
        </w:trPr>
        <w:tc>
          <w:tcPr>
            <w:tcW w:w="4986" w:type="dxa"/>
            <w:shd w:val="clear" w:color="auto" w:fill="auto"/>
          </w:tcPr>
          <w:p w:rsidR="001C1D3C" w:rsidRDefault="001C0404">
            <w:r>
              <w:rPr>
                <w:sz w:val="25"/>
              </w:rPr>
              <w:t>- Kết luận: Qua câu chuyện, các em rút ra bài học ứng xử phù hợp và biết vận dụng vào cuộc sống hằng ngày.</w:t>
            </w:r>
          </w:p>
        </w:tc>
        <w:tc>
          <w:tcPr>
            <w:tcW w:w="4986" w:type="dxa"/>
            <w:shd w:val="clear" w:color="auto" w:fill="auto"/>
          </w:tcPr>
          <w:p w:rsidR="001C1D3C" w:rsidRDefault="001C0404">
            <w:r>
              <w:rPr>
                <w:sz w:val="25"/>
              </w:rPr>
              <w:t>- HS nêu bài học và một việc em sẽ thực hiện.</w:t>
            </w:r>
          </w:p>
        </w:tc>
      </w:tr>
    </w:tbl>
    <w:p w:rsidR="001C1D3C" w:rsidRDefault="001C0404">
      <w:pPr>
        <w:keepNext/>
        <w:spacing w:before="100" w:after="60"/>
      </w:pPr>
      <w:r>
        <w:rPr>
          <w:b/>
          <w:sz w:val="28"/>
        </w:rPr>
        <w:t>IV. ĐIỀU CHỈNH SAU BÀI DẠY</w:t>
      </w:r>
    </w:p>
    <w:p w:rsidR="001C1D3C" w:rsidRDefault="001C0404">
      <w:pPr>
        <w:spacing w:after="0" w:line="252" w:lineRule="auto"/>
      </w:pPr>
      <w:r>
        <w:rPr>
          <w:sz w:val="24"/>
        </w:rPr>
        <w:t>....................................................................................................................................................................................</w:t>
      </w:r>
    </w:p>
    <w:p w:rsidR="001C1D3C" w:rsidRDefault="001C0404">
      <w:pPr>
        <w:spacing w:after="0" w:line="252" w:lineRule="auto"/>
      </w:pPr>
      <w:r>
        <w:rPr>
          <w:sz w:val="24"/>
        </w:rPr>
        <w:t>....................................................................................................................................................................................</w:t>
      </w:r>
    </w:p>
    <w:p w:rsidR="001C1D3C" w:rsidRDefault="001C0404">
      <w:r>
        <w:br w:type="page"/>
      </w:r>
    </w:p>
    <w:p w:rsidR="001C1D3C" w:rsidRDefault="001C0404">
      <w:pPr>
        <w:spacing w:before="120" w:after="100"/>
        <w:jc w:val="center"/>
      </w:pPr>
      <w:r>
        <w:rPr>
          <w:b/>
          <w:color w:val="1F4E79"/>
          <w:sz w:val="30"/>
        </w:rPr>
        <w:lastRenderedPageBreak/>
        <w:t>ÔN LUYỆN TUẦN 2 - TIẾT 1, 2</w:t>
      </w:r>
    </w:p>
    <w:p w:rsidR="001C1D3C" w:rsidRDefault="001C0404">
      <w:pPr>
        <w:keepNext/>
        <w:spacing w:before="100" w:after="60"/>
      </w:pPr>
      <w:r>
        <w:rPr>
          <w:b/>
          <w:sz w:val="28"/>
        </w:rPr>
        <w:t>I. YÊU CẦU CẦN ĐẠT</w:t>
      </w:r>
    </w:p>
    <w:p w:rsidR="001C1D3C" w:rsidRDefault="001C0404">
      <w:pPr>
        <w:keepNext/>
        <w:spacing w:before="60" w:after="60"/>
      </w:pPr>
      <w:r>
        <w:rPr>
          <w:b/>
        </w:rPr>
        <w:t>1. Năng lực đặc thù</w:t>
      </w:r>
    </w:p>
    <w:p w:rsidR="001C1D3C" w:rsidRDefault="001C0404">
      <w:pPr>
        <w:spacing w:after="40" w:line="264" w:lineRule="auto"/>
      </w:pPr>
      <w:proofErr w:type="gramStart"/>
      <w:r>
        <w:t>- Đọc đúng các âm/chữ và từ ngữ tiêu biểu đã học trong tuần.</w:t>
      </w:r>
      <w:proofErr w:type="gramEnd"/>
    </w:p>
    <w:p w:rsidR="001C1D3C" w:rsidRDefault="001C0404">
      <w:pPr>
        <w:spacing w:after="40" w:line="264" w:lineRule="auto"/>
      </w:pPr>
      <w:r>
        <w:t>- Viết đúng chữ và từ ứng dụng; biết tự sửa lỗi đơn giản.</w:t>
      </w:r>
    </w:p>
    <w:p w:rsidR="001C1D3C" w:rsidRDefault="001C0404">
      <w:pPr>
        <w:spacing w:after="40" w:line="264" w:lineRule="auto"/>
      </w:pPr>
      <w:r>
        <w:t>- Vận dụng âm/chữ để đọc câu ngắn và nói câu phù hợp tranh.</w:t>
      </w:r>
    </w:p>
    <w:p w:rsidR="001C1D3C" w:rsidRDefault="001C0404">
      <w:pPr>
        <w:keepNext/>
        <w:spacing w:before="60" w:after="60"/>
      </w:pPr>
      <w:r>
        <w:rPr>
          <w:b/>
        </w:rPr>
        <w:t xml:space="preserve">2. Năng lực </w:t>
      </w:r>
      <w:proofErr w:type="gramStart"/>
      <w:r>
        <w:rPr>
          <w:b/>
        </w:rPr>
        <w:t>chung</w:t>
      </w:r>
      <w:proofErr w:type="gramEnd"/>
    </w:p>
    <w:p w:rsidR="001C1D3C" w:rsidRDefault="001C0404">
      <w:pPr>
        <w:spacing w:after="40" w:line="264" w:lineRule="auto"/>
      </w:pPr>
      <w:r>
        <w:t>- Tự chủ và tự học: Chủ động thực hiện nhiệm vụ đọc, viết, quan sát tranh và tự sửa lỗi khi được hướng dẫn.</w:t>
      </w:r>
    </w:p>
    <w:p w:rsidR="001C1D3C" w:rsidRDefault="001C0404">
      <w:pPr>
        <w:spacing w:after="40" w:line="264" w:lineRule="auto"/>
      </w:pPr>
      <w:r>
        <w:t xml:space="preserve">- Giao tiếp và hợp tác: Biết lắng nghe, trao đổi </w:t>
      </w:r>
      <w:proofErr w:type="gramStart"/>
      <w:r>
        <w:t>theo</w:t>
      </w:r>
      <w:proofErr w:type="gramEnd"/>
      <w:r>
        <w:t xml:space="preserve"> nhóm đôi/nhóm nhỏ; mạnh dạn trình bày câu trả lời.</w:t>
      </w:r>
    </w:p>
    <w:p w:rsidR="001C1D3C" w:rsidRDefault="001C0404">
      <w:pPr>
        <w:spacing w:after="40" w:line="264" w:lineRule="auto"/>
      </w:pPr>
      <w:r>
        <w:t>- Giải quyết vấn đề và sáng tạo: Biết vận dụng âm, chữ đã học để ghép tiếng mới và nói câu phù hợp với tranh.</w:t>
      </w:r>
    </w:p>
    <w:p w:rsidR="001C1D3C" w:rsidRDefault="001C0404">
      <w:pPr>
        <w:keepNext/>
        <w:spacing w:before="60" w:after="60"/>
      </w:pPr>
      <w:r>
        <w:rPr>
          <w:b/>
        </w:rPr>
        <w:t>3. Phẩm chất</w:t>
      </w:r>
    </w:p>
    <w:p w:rsidR="001C1D3C" w:rsidRDefault="001C0404">
      <w:pPr>
        <w:spacing w:after="40" w:line="264" w:lineRule="auto"/>
      </w:pPr>
      <w:r>
        <w:t>- Chăm chỉ: Tích cực luyện đọc, luyện viết, hoàn thành nhiệm vụ học tập.</w:t>
      </w:r>
    </w:p>
    <w:p w:rsidR="001C1D3C" w:rsidRDefault="001C0404">
      <w:pPr>
        <w:spacing w:after="40" w:line="264" w:lineRule="auto"/>
      </w:pPr>
      <w:r>
        <w:t>- Trách nhiệm: Giữ gìn sách vở, đồ dùng; thực hiện đúng yêu cầu khi học cá nhân và làm việc nhóm.</w:t>
      </w:r>
    </w:p>
    <w:p w:rsidR="001C1D3C" w:rsidRDefault="001C0404">
      <w:pPr>
        <w:spacing w:after="40" w:line="264" w:lineRule="auto"/>
      </w:pPr>
      <w:r>
        <w:t>- Nhân ái: Biết thể hiện thái độ thân thiện, quan tâm đến người thân, bạn bè và sự vật trong tranh.</w:t>
      </w:r>
    </w:p>
    <w:p w:rsidR="001C1D3C" w:rsidRDefault="001C0404">
      <w:pPr>
        <w:keepNext/>
        <w:spacing w:before="100" w:after="60"/>
      </w:pPr>
      <w:r>
        <w:rPr>
          <w:b/>
          <w:sz w:val="28"/>
        </w:rPr>
        <w:t>II. ĐỒ DÙNG DẠY HỌC</w:t>
      </w:r>
    </w:p>
    <w:p w:rsidR="001C1D3C" w:rsidRDefault="001C0404">
      <w:pPr>
        <w:spacing w:after="40" w:line="264" w:lineRule="auto"/>
      </w:pPr>
      <w:r>
        <w:t>- Giáo viên: SGK Tiếng Việt 1 tập một; tranh SGK trang 32-33; chữ mẫu o, ô, d, đ, ơ; bảng phụ/thẻ chữ; máy chiếu (nếu có).</w:t>
      </w:r>
    </w:p>
    <w:p w:rsidR="001C1D3C" w:rsidRDefault="001C0404">
      <w:pPr>
        <w:spacing w:after="40" w:line="264" w:lineRule="auto"/>
      </w:pPr>
      <w:r>
        <w:t>- Học sinh: SGK, vở Tập viết, bảng con, phấn/bút, bộ chữ học vần.</w:t>
      </w:r>
    </w:p>
    <w:p w:rsidR="001C1D3C" w:rsidRDefault="001C0404">
      <w:pPr>
        <w:keepNext/>
        <w:spacing w:before="100" w:after="6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1C1D3C" w:rsidTr="008F7534">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jc w:val="center"/>
            </w:pPr>
            <w:r>
              <w:rPr>
                <w:b/>
                <w:color w:val="000000"/>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jc w:val="center"/>
            </w:pPr>
            <w:r>
              <w:rPr>
                <w:b/>
                <w:color w:val="000000"/>
              </w:rPr>
              <w:t>HOẠT ĐỘNG CỦA HỌC SINH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TIẾT 1</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1. HOẠT ĐỘNG MỞ ĐẦU (KHỞI ĐỘNG</w:t>
            </w:r>
            <w:proofErr w:type="gramStart"/>
            <w:r>
              <w:rPr>
                <w:b/>
                <w:color w:val="1F4E79"/>
                <w:sz w:val="25"/>
              </w:rPr>
              <w:t>)</w:t>
            </w:r>
            <w:proofErr w:type="gramEnd"/>
            <w:r>
              <w:rPr>
                <w:b/>
                <w:color w:val="1F4E79"/>
                <w:sz w:val="25"/>
              </w:rPr>
              <w:br/>
              <w:t>Mục tiêu: Tạo hứng thú; gợi nhớ nội dung đã học và chuẩn bị cho giờ luyện tập.</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Kết luận - Giới thiệu bài: “Hôm nay, cô và các em cùng luyện đọc, luyện viết o, ô, d, đ, ơ và các dấu thanh để đọc đúng hơn và viết đẹp hơn.”</w:t>
            </w:r>
          </w:p>
        </w:tc>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HS lắng nghe, nhắc lại tên/nội dung bài học và sẵn sàng thực hiện nhiệm vụ.</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lastRenderedPageBreak/>
              <w:t>2. HOẠT ĐỘNG LUYỆN TẬP - THỰC HÀNH</w:t>
            </w:r>
            <w:r>
              <w:rPr>
                <w:b/>
                <w:color w:val="1F4E79"/>
                <w:sz w:val="25"/>
              </w:rPr>
              <w:br/>
              <w:t>Mục tiêu: Củng cố đọc, viết o, ô, d, đ, ơ và các dấu thanh; thực hiện đúng quy trình luyện tập trong SGV.</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000000"/>
                <w:sz w:val="25"/>
              </w:rPr>
              <w:t>Cách tiến hành:</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a. Ôn đọc</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line="252" w:lineRule="auto"/>
            </w:pPr>
            <w:r>
              <w:rPr>
                <w:sz w:val="25"/>
              </w:rPr>
              <w:t>- Các em quan sát phần luyện đọc, đọc các chữ/vần, tiếng, từ có o, ô, d, đ, ơ và các dấu thanh.</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nội dung; đọc cá nhân, nhóm và đồng thanh.</w:t>
            </w:r>
          </w:p>
        </w:tc>
      </w:tr>
      <w:tr w:rsidR="001C1D3C" w:rsidTr="008F7534">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Tổ chức nhóm đôi đọc cho nhau nghe; theo dõi, sửa lỗi phát âm và cách ngắt nghỉ.</w:t>
            </w:r>
          </w:p>
        </w:tc>
        <w:tc>
          <w:tcPr>
            <w:tcW w:w="4986" w:type="dxa"/>
            <w:tcBorders>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Đọc cho bạn nghe; nhận xét lịch sự và sửa lỗi theo hướng dẫn.</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b. Ôn viết</w:t>
            </w:r>
          </w:p>
        </w:tc>
      </w:tr>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Đưa mẫu viết/nội dung chính tả; nhắc cách trình bày, độ cao chữ, vị trí dấu thanh và tư thế viết.</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mẫu; nhắc lại điểm cần lưu ý khi viết.</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Yêu cầu HS viết vào vở ô li; quan sát, hỗ trợ và sửa lỗi trực tiếp.</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Viết vào vở; tự soát và sửa chữ viết.</w:t>
            </w:r>
          </w:p>
        </w:tc>
      </w:tr>
      <w:tr w:rsidR="001C1D3C" w:rsidTr="008F7534">
        <w:trPr>
          <w:jc w:val="center"/>
        </w:trPr>
        <w:tc>
          <w:tcPr>
            <w:tcW w:w="4986" w:type="dxa"/>
            <w:tcBorders>
              <w:bottom w:val="single" w:sz="4" w:space="0" w:color="auto"/>
            </w:tcBorders>
            <w:shd w:val="clear" w:color="auto" w:fill="auto"/>
          </w:tcPr>
          <w:p w:rsidR="001C1D3C" w:rsidRDefault="001C0404">
            <w:r>
              <w:rPr>
                <w:sz w:val="25"/>
              </w:rPr>
              <w:t>- Kết luận: Các em đã nhận biết và luyện đọc đúng o, ô, d, đ, ơ và các dấu thanh; biết đọc/ghép tiếng, từ ngữ theo quy trình đã học.</w:t>
            </w:r>
          </w:p>
        </w:tc>
        <w:tc>
          <w:tcPr>
            <w:tcW w:w="4986" w:type="dxa"/>
            <w:tcBorders>
              <w:bottom w:val="single" w:sz="4" w:space="0" w:color="auto"/>
            </w:tcBorders>
            <w:shd w:val="clear" w:color="auto" w:fill="auto"/>
          </w:tcPr>
          <w:p w:rsidR="001C1D3C" w:rsidRDefault="001C0404">
            <w:r>
              <w:rPr>
                <w:sz w:val="25"/>
              </w:rPr>
              <w:t>- HS nhắc lại nội dung vừa học và đọc lại một số tiếng, từ ngữ tiêu biểu.</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b/>
                <w:color w:val="1F4E79"/>
                <w:sz w:val="25"/>
              </w:rPr>
              <w:t>3. HOẠT ĐỘNG VẬN DỤNG</w:t>
            </w:r>
            <w:r>
              <w:rPr>
                <w:b/>
                <w:color w:val="1F4E79"/>
                <w:sz w:val="25"/>
              </w:rPr>
              <w:br/>
              <w:t>Mục tiêu: Vận dụng chữ/vần đã học trong giao tiếp và tự đánh giá kết quả luyện tập.</w:t>
            </w:r>
          </w:p>
        </w:tc>
      </w:tr>
      <w:tr w:rsidR="001C1D3C" w:rsidTr="008F7534">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1C1D3C" w:rsidRDefault="001C0404">
            <w:pPr>
              <w:spacing w:after="20" w:line="252" w:lineRule="auto"/>
            </w:pPr>
            <w:bookmarkStart w:id="0" w:name="_GoBack"/>
            <w:r>
              <w:rPr>
                <w:b/>
                <w:color w:val="000000"/>
                <w:sz w:val="25"/>
              </w:rPr>
              <w:t>Cách tiến hành:</w:t>
            </w:r>
          </w:p>
        </w:tc>
      </w:tr>
      <w:bookmarkEnd w:id="0"/>
      <w:tr w:rsidR="001C1D3C" w:rsidTr="008F7534">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Nêu tình huống hoặc tranh gợi ý; yêu cầu HS nói câu có tiếng chứa nội dung vừa ôn.</w:t>
            </w:r>
          </w:p>
        </w:tc>
        <w:tc>
          <w:tcPr>
            <w:tcW w:w="4986" w:type="dxa"/>
            <w:tcBorders>
              <w:top w:val="single" w:sz="4" w:space="0" w:color="auto"/>
            </w:tcBorders>
            <w:shd w:val="clear" w:color="auto" w:fill="auto"/>
            <w:tcMar>
              <w:top w:w="85" w:type="dxa"/>
              <w:left w:w="100" w:type="dxa"/>
              <w:bottom w:w="85" w:type="dxa"/>
              <w:right w:w="100" w:type="dxa"/>
            </w:tcMar>
          </w:tcPr>
          <w:p w:rsidR="001C1D3C" w:rsidRDefault="001C0404">
            <w:pPr>
              <w:spacing w:after="20" w:line="252" w:lineRule="auto"/>
            </w:pPr>
            <w:r>
              <w:rPr>
                <w:color w:val="000000"/>
                <w:sz w:val="25"/>
              </w:rPr>
              <w:t>- Quan sát tình huống; nói câu phù hợp và lắng nghe bạn.</w:t>
            </w:r>
          </w:p>
        </w:tc>
      </w:tr>
      <w:tr w:rsidR="001C1D3C" w:rsidTr="008F7534">
        <w:trPr>
          <w:cantSplit/>
          <w:jc w:val="center"/>
        </w:trPr>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Nhận xét giờ học; giao nhiệm vụ luyện đọc, luyện viết ở nhà.</w:t>
            </w:r>
          </w:p>
        </w:tc>
        <w:tc>
          <w:tcPr>
            <w:tcW w:w="4986" w:type="dxa"/>
            <w:shd w:val="clear" w:color="auto" w:fill="auto"/>
            <w:tcMar>
              <w:top w:w="85" w:type="dxa"/>
              <w:left w:w="100" w:type="dxa"/>
              <w:bottom w:w="85" w:type="dxa"/>
              <w:right w:w="100" w:type="dxa"/>
            </w:tcMar>
          </w:tcPr>
          <w:p w:rsidR="001C1D3C" w:rsidRDefault="001C0404">
            <w:pPr>
              <w:spacing w:after="20" w:line="252" w:lineRule="auto"/>
            </w:pPr>
            <w:r>
              <w:rPr>
                <w:color w:val="000000"/>
                <w:sz w:val="25"/>
              </w:rPr>
              <w:t>- Lắng nghe nhận xét; ghi nhớ nhiệm vụ ở nhà.</w:t>
            </w:r>
          </w:p>
        </w:tc>
      </w:tr>
      <w:tr w:rsidR="001C1D3C" w:rsidTr="008F7534">
        <w:trPr>
          <w:jc w:val="center"/>
        </w:trPr>
        <w:tc>
          <w:tcPr>
            <w:tcW w:w="4986" w:type="dxa"/>
            <w:shd w:val="clear" w:color="auto" w:fill="auto"/>
          </w:tcPr>
          <w:p w:rsidR="001C1D3C" w:rsidRDefault="001C0404">
            <w:r>
              <w:rPr>
                <w:sz w:val="25"/>
              </w:rPr>
              <w:t>- Kết luận: Các em đã luyện tập đọc, viết o, ô, d, đ, ơ và các dấu thanh và hoàn thành nhiệm vụ thực hành theo hướng dẫn.</w:t>
            </w:r>
          </w:p>
        </w:tc>
        <w:tc>
          <w:tcPr>
            <w:tcW w:w="4986" w:type="dxa"/>
            <w:shd w:val="clear" w:color="auto" w:fill="auto"/>
          </w:tcPr>
          <w:p w:rsidR="001C1D3C" w:rsidRDefault="001C0404">
            <w:r>
              <w:rPr>
                <w:sz w:val="25"/>
              </w:rPr>
              <w:t>- HS tự nhận xét phần luyện đọc, luyện viết và sửa lỗi nếu còn sai.</w:t>
            </w:r>
          </w:p>
        </w:tc>
      </w:tr>
    </w:tbl>
    <w:p w:rsidR="001C1D3C" w:rsidRDefault="001C0404">
      <w:pPr>
        <w:keepNext/>
        <w:spacing w:before="100" w:after="60"/>
      </w:pPr>
      <w:r>
        <w:rPr>
          <w:b/>
          <w:sz w:val="28"/>
        </w:rPr>
        <w:t>IV. ĐIỀU CHỈNH SAU BÀI DẠY</w:t>
      </w:r>
    </w:p>
    <w:p w:rsidR="001C1D3C" w:rsidRDefault="001C0404">
      <w:pPr>
        <w:spacing w:after="0" w:line="252" w:lineRule="auto"/>
      </w:pPr>
      <w:r>
        <w:rPr>
          <w:sz w:val="24"/>
        </w:rPr>
        <w:t>....................................................................................................................................................................................</w:t>
      </w:r>
    </w:p>
    <w:p w:rsidR="001C1D3C" w:rsidRDefault="001C0404">
      <w:pPr>
        <w:spacing w:after="0" w:line="252" w:lineRule="auto"/>
      </w:pPr>
      <w:r>
        <w:rPr>
          <w:sz w:val="24"/>
        </w:rPr>
        <w:t>....................................................................................................................................................................................</w:t>
      </w:r>
    </w:p>
    <w:sectPr w:rsidR="001C1D3C" w:rsidSect="00034616">
      <w:footerReference w:type="default" r:id="rId9"/>
      <w:pgSz w:w="12240" w:h="15840"/>
      <w:pgMar w:top="1020" w:right="1134" w:bottom="1020" w:left="1134"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A57" w:rsidRDefault="009C6A57">
      <w:pPr>
        <w:spacing w:after="0" w:line="240" w:lineRule="auto"/>
      </w:pPr>
      <w:r>
        <w:separator/>
      </w:r>
    </w:p>
  </w:endnote>
  <w:endnote w:type="continuationSeparator" w:id="0">
    <w:p w:rsidR="009C6A57" w:rsidRDefault="009C6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D3C" w:rsidRDefault="001C0404">
    <w:pPr>
      <w:pStyle w:val="Footer"/>
      <w:jc w:val="center"/>
    </w:pPr>
    <w:r>
      <w:rPr>
        <w:i/>
        <w:sz w:val="20"/>
      </w:rPr>
      <w:t xml:space="preserve">Kế hoạch bài dạy Tiếng Việt 1 - Kết nối tri thức | Trang </w:t>
    </w:r>
    <w:r>
      <w:rPr>
        <w:i/>
        <w:sz w:val="20"/>
      </w:rPr>
      <w:fldChar w:fldCharType="begin"/>
    </w:r>
    <w:r>
      <w:rPr>
        <w:i/>
        <w:sz w:val="20"/>
      </w:rPr>
      <w:instrText>PAGE</w:instrText>
    </w:r>
    <w:r>
      <w:rPr>
        <w:i/>
        <w:sz w:val="20"/>
      </w:rPr>
      <w:fldChar w:fldCharType="separate"/>
    </w:r>
    <w:r w:rsidR="008F7534">
      <w:rPr>
        <w:i/>
        <w:noProof/>
        <w:sz w:val="20"/>
      </w:rPr>
      <w:t>23</w:t>
    </w:r>
    <w:r>
      <w:rPr>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A57" w:rsidRDefault="009C6A57">
      <w:pPr>
        <w:spacing w:after="0" w:line="240" w:lineRule="auto"/>
      </w:pPr>
      <w:r>
        <w:separator/>
      </w:r>
    </w:p>
  </w:footnote>
  <w:footnote w:type="continuationSeparator" w:id="0">
    <w:p w:rsidR="009C6A57" w:rsidRDefault="009C6A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C0404"/>
    <w:rsid w:val="001C1D3C"/>
    <w:rsid w:val="0029639D"/>
    <w:rsid w:val="00326F90"/>
    <w:rsid w:val="008F7534"/>
    <w:rsid w:val="009C6A57"/>
    <w:rsid w:val="00AA1D8D"/>
    <w:rsid w:val="00B47730"/>
    <w:rsid w:val="00C021E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8F7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5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8F7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5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1D85E-BCA0-44A6-BFD8-D3B252AE2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6254</Words>
  <Characters>35651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KHBD Tiếng Việt 1 KNTT 3 - CV2345 kết hợp quy trình SGV</vt:lpstr>
    </vt:vector>
  </TitlesOfParts>
  <Manager/>
  <Company/>
  <LinksUpToDate>false</LinksUpToDate>
  <CharactersWithSpaces>41822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Tiếng Việt 1 KNTT 3 - CV2345 kết hợp quy trình SGV</dc:title>
  <dc:subject>Giữ nguyên các mục; phần III trình bày theo CV2345, hai cột GV-HS chi tiết, mỗi câu tương ứng cùng hàng</dc:subject>
  <dc:creator>baotran</dc:creator>
  <cp:keywords/>
  <dc:description>generated by python-docx</dc:description>
  <cp:lastModifiedBy>Iamp Iamp</cp:lastModifiedBy>
  <cp:revision>3</cp:revision>
  <dcterms:created xsi:type="dcterms:W3CDTF">2026-06-03T07:24:00Z</dcterms:created>
  <dcterms:modified xsi:type="dcterms:W3CDTF">2026-08-18T09:13:00Z</dcterms:modified>
  <cp:category/>
</cp:coreProperties>
</file>