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D19ED" w14:textId="77777777" w:rsidR="0022328F" w:rsidRDefault="00965A9A" w:rsidP="00984A02">
      <w:pPr>
        <w:shd w:val="clear" w:color="auto" w:fill="FFFFFF" w:themeFill="background1"/>
        <w:spacing w:after="0" w:line="240" w:lineRule="auto"/>
        <w:jc w:val="center"/>
      </w:pPr>
      <w:r>
        <w:rPr>
          <w:b/>
          <w:color w:val="0066CC"/>
        </w:rPr>
        <w:t>KẾ HOẠCH DẠY HỌC – TUẦN 13</w:t>
      </w:r>
    </w:p>
    <w:p w14:paraId="6A889B05" w14:textId="77777777" w:rsidR="0022328F" w:rsidRDefault="00965A9A" w:rsidP="00984A02">
      <w:pPr>
        <w:shd w:val="clear" w:color="auto" w:fill="FFFFFF" w:themeFill="background1"/>
        <w:spacing w:after="0" w:line="240" w:lineRule="auto"/>
        <w:jc w:val="center"/>
      </w:pPr>
      <w:r>
        <w:rPr>
          <w:b/>
          <w:color w:val="000000"/>
        </w:rPr>
        <w:t>Chủ đề 3: Niềm vui tuổi thơ</w:t>
      </w:r>
    </w:p>
    <w:p w14:paraId="15B00DD3" w14:textId="77777777" w:rsidR="0022328F" w:rsidRDefault="00965A9A" w:rsidP="00984A02">
      <w:pPr>
        <w:shd w:val="clear" w:color="auto" w:fill="FFFFFF" w:themeFill="background1"/>
        <w:spacing w:after="0" w:line="240" w:lineRule="auto"/>
        <w:jc w:val="center"/>
      </w:pPr>
      <w:r>
        <w:rPr>
          <w:b/>
          <w:color w:val="000000"/>
        </w:rPr>
        <w:t>BÀI 23: RỒNG RẮN LÊN MÂY</w:t>
      </w:r>
    </w:p>
    <w:p w14:paraId="1E0F068F" w14:textId="77777777" w:rsidR="0022328F" w:rsidRDefault="00965A9A" w:rsidP="00984A02">
      <w:pPr>
        <w:shd w:val="clear" w:color="auto" w:fill="FFFFFF" w:themeFill="background1"/>
        <w:spacing w:after="0" w:line="240" w:lineRule="auto"/>
        <w:jc w:val="center"/>
      </w:pPr>
      <w:r>
        <w:rPr>
          <w:b/>
          <w:color w:val="000000"/>
        </w:rPr>
        <w:t>Tiết 1 - 2: Đọc</w:t>
      </w:r>
    </w:p>
    <w:p w14:paraId="417B6A8D" w14:textId="77777777" w:rsidR="0022328F" w:rsidRDefault="00965A9A" w:rsidP="00984A02">
      <w:pPr>
        <w:shd w:val="clear" w:color="auto" w:fill="FFFFFF" w:themeFill="background1"/>
        <w:spacing w:after="0" w:line="240" w:lineRule="auto"/>
      </w:pPr>
      <w:r>
        <w:rPr>
          <w:b/>
        </w:rPr>
        <w:t>I. YÊU CẦU CẦN ĐẠT</w:t>
      </w:r>
    </w:p>
    <w:p w14:paraId="36B36B74" w14:textId="77777777" w:rsidR="0022328F" w:rsidRDefault="00965A9A" w:rsidP="00984A02">
      <w:pPr>
        <w:shd w:val="clear" w:color="auto" w:fill="FFFFFF" w:themeFill="background1"/>
        <w:spacing w:after="0" w:line="240" w:lineRule="auto"/>
      </w:pPr>
      <w:r>
        <w:rPr>
          <w:b/>
        </w:rPr>
        <w:t>1. Năng lực đặc thù</w:t>
      </w:r>
    </w:p>
    <w:p w14:paraId="1C2E1EE1" w14:textId="77777777" w:rsidR="0022328F" w:rsidRDefault="00965A9A" w:rsidP="00984A02">
      <w:pPr>
        <w:shd w:val="clear" w:color="auto" w:fill="FFFFFF" w:themeFill="background1"/>
        <w:spacing w:after="0" w:line="240" w:lineRule="auto"/>
      </w:pPr>
      <w:r>
        <w:t>- Đọc đúng, rõ ràng bài đọc Rồng rắn lên mây; phát âm đúng các tiếng dễ lẫn như rồng rắn, vòng vèo, núc nác, khúc đầu, khúc giữa, khúc đuôi; nghỉ hơi đúng theo dấu câu và nghĩa câu dài.</w:t>
      </w:r>
    </w:p>
    <w:p w14:paraId="30635A22" w14:textId="77777777" w:rsidR="0022328F" w:rsidRDefault="00965A9A" w:rsidP="00984A02">
      <w:pPr>
        <w:shd w:val="clear" w:color="auto" w:fill="FFFFFF" w:themeFill="background1"/>
        <w:spacing w:after="0" w:line="240" w:lineRule="auto"/>
      </w:pPr>
      <w:r>
        <w:t>- Hiểu nghĩa từ ngữ: cây núc nác, cản, vòng vèo, khúc đầu, khúc đuôi; biết đặt câu với từ vừa học.</w:t>
      </w:r>
    </w:p>
    <w:p w14:paraId="6E858D43" w14:textId="77777777" w:rsidR="0022328F" w:rsidRDefault="00965A9A" w:rsidP="00984A02">
      <w:pPr>
        <w:shd w:val="clear" w:color="auto" w:fill="FFFFFF" w:themeFill="background1"/>
        <w:spacing w:after="0" w:line="240" w:lineRule="auto"/>
      </w:pPr>
      <w:r>
        <w:t>- Hiểu nội dung bài: giới thiệu trò chơi dân gian Rồng rắn lên mây, cách chơi và ý nghĩa của trò chơi tập thể.</w:t>
      </w:r>
    </w:p>
    <w:p w14:paraId="1489250D" w14:textId="77777777" w:rsidR="0022328F" w:rsidRDefault="00965A9A" w:rsidP="00984A02">
      <w:pPr>
        <w:shd w:val="clear" w:color="auto" w:fill="FFFFFF" w:themeFill="background1"/>
        <w:spacing w:after="0" w:line="240" w:lineRule="auto"/>
      </w:pPr>
      <w:r>
        <w:t>- Biết nói tiếp để hoàn thành câu và đặt được một câu nói về trò chơi em thích.</w:t>
      </w:r>
    </w:p>
    <w:p w14:paraId="6C5F11CD" w14:textId="77777777" w:rsidR="0022328F" w:rsidRDefault="00965A9A" w:rsidP="00984A02">
      <w:pPr>
        <w:shd w:val="clear" w:color="auto" w:fill="FFFFFF" w:themeFill="background1"/>
        <w:spacing w:after="0" w:line="240" w:lineRule="auto"/>
      </w:pPr>
      <w:r>
        <w:rPr>
          <w:b/>
        </w:rPr>
        <w:t>2. Năng lực chung</w:t>
      </w:r>
    </w:p>
    <w:p w14:paraId="163ADA83" w14:textId="77777777" w:rsidR="0022328F" w:rsidRDefault="00965A9A" w:rsidP="00984A02">
      <w:pPr>
        <w:shd w:val="clear" w:color="auto" w:fill="FFFFFF" w:themeFill="background1"/>
        <w:spacing w:after="0" w:line="240" w:lineRule="auto"/>
      </w:pPr>
      <w:r>
        <w:t>- Tự chủ và tự học: chủ động đọc bài, luyện đọc cá nhân và hoàn thành nhiệm vụ.</w:t>
      </w:r>
    </w:p>
    <w:p w14:paraId="6ADDA2F0" w14:textId="77777777" w:rsidR="0022328F" w:rsidRDefault="00965A9A" w:rsidP="00984A02">
      <w:pPr>
        <w:shd w:val="clear" w:color="auto" w:fill="FFFFFF" w:themeFill="background1"/>
        <w:spacing w:after="0" w:line="240" w:lineRule="auto"/>
      </w:pPr>
      <w:r>
        <w:t>- Giao tiếp và hợp tác: biết thảo luận nhóm, lắng nghe, góp ý cho bạn trong hoạt động đọc và trò chơi.</w:t>
      </w:r>
    </w:p>
    <w:p w14:paraId="53C0B8BD" w14:textId="77777777" w:rsidR="0022328F" w:rsidRDefault="00965A9A" w:rsidP="00984A02">
      <w:pPr>
        <w:shd w:val="clear" w:color="auto" w:fill="FFFFFF" w:themeFill="background1"/>
        <w:spacing w:after="0" w:line="240" w:lineRule="auto"/>
      </w:pPr>
      <w:r>
        <w:t>- Giải quyết vấn đề và sáng tạo: biết nêu luật chơi, xử lí tình huống khi chơi theo nhóm.</w:t>
      </w:r>
    </w:p>
    <w:p w14:paraId="237C05B3" w14:textId="77777777" w:rsidR="0022328F" w:rsidRDefault="00965A9A" w:rsidP="00984A02">
      <w:pPr>
        <w:shd w:val="clear" w:color="auto" w:fill="FFFFFF" w:themeFill="background1"/>
        <w:spacing w:after="0" w:line="240" w:lineRule="auto"/>
      </w:pPr>
      <w:r>
        <w:rPr>
          <w:b/>
        </w:rPr>
        <w:t>3. Phẩm chất</w:t>
      </w:r>
    </w:p>
    <w:p w14:paraId="67F3721A" w14:textId="77777777" w:rsidR="0022328F" w:rsidRDefault="00965A9A" w:rsidP="00984A02">
      <w:pPr>
        <w:shd w:val="clear" w:color="auto" w:fill="FFFFFF" w:themeFill="background1"/>
        <w:spacing w:after="0" w:line="240" w:lineRule="auto"/>
      </w:pPr>
      <w:r>
        <w:t>- Nhân ái: biết quan tâm, hỗ trợ bạn khi tham gia trò chơi tập thể.</w:t>
      </w:r>
    </w:p>
    <w:p w14:paraId="016D33A1" w14:textId="77777777" w:rsidR="0022328F" w:rsidRDefault="00965A9A" w:rsidP="00984A02">
      <w:pPr>
        <w:shd w:val="clear" w:color="auto" w:fill="FFFFFF" w:themeFill="background1"/>
        <w:spacing w:after="0" w:line="240" w:lineRule="auto"/>
      </w:pPr>
      <w:r>
        <w:t>- Trách nhiệm: biết tôn trọng luật chơi, giữ an toàn, làm tốt vai trò của mình trong nhóm.</w:t>
      </w:r>
    </w:p>
    <w:p w14:paraId="55625558" w14:textId="77777777" w:rsidR="0022328F" w:rsidRDefault="00965A9A" w:rsidP="00984A02">
      <w:pPr>
        <w:shd w:val="clear" w:color="auto" w:fill="FFFFFF" w:themeFill="background1"/>
        <w:spacing w:after="0" w:line="240" w:lineRule="auto"/>
      </w:pPr>
      <w:r>
        <w:rPr>
          <w:b/>
          <w:color w:val="C00000"/>
        </w:rPr>
        <w:t>4. Tích hợp</w:t>
      </w:r>
    </w:p>
    <w:p w14:paraId="3870F11B" w14:textId="77777777" w:rsidR="0022328F" w:rsidRDefault="00965A9A" w:rsidP="00984A02">
      <w:pPr>
        <w:shd w:val="clear" w:color="auto" w:fill="FFFFFF" w:themeFill="background1"/>
        <w:spacing w:after="0" w:line="240" w:lineRule="auto"/>
      </w:pPr>
      <w:r>
        <w:rPr>
          <w:color w:val="C00000"/>
        </w:rPr>
        <w:t>Tích hợp quyền con người: HS hiểu trẻ em có quyền được tham gia hoạt động vui chơi phù hợp, được bày tỏ ý kiến về cách chơi và được lắng nghe trong tập thể.</w:t>
      </w:r>
    </w:p>
    <w:p w14:paraId="5FDE5978" w14:textId="77777777" w:rsidR="0022328F" w:rsidRDefault="00965A9A" w:rsidP="00984A02">
      <w:pPr>
        <w:shd w:val="clear" w:color="auto" w:fill="FFFFFF" w:themeFill="background1"/>
        <w:spacing w:after="0" w:line="240" w:lineRule="auto"/>
      </w:pPr>
      <w:r>
        <w:rPr>
          <w:color w:val="C00000"/>
        </w:rPr>
        <w:t>Tích hợp AI 2.A1.2: HS biết sử dụng AI/trợ lí số ở mức hợp lí để gợi ý luật chơi hoặc cách chơi an toàn, nhưng cần kiểm tra lại với thầy cô/người lớn và không làm theo gợi ý nguy hiểm.</w:t>
      </w:r>
    </w:p>
    <w:p w14:paraId="701B476D" w14:textId="77777777" w:rsidR="0022328F" w:rsidRDefault="00965A9A" w:rsidP="00984A02">
      <w:pPr>
        <w:shd w:val="clear" w:color="auto" w:fill="FFFFFF" w:themeFill="background1"/>
        <w:spacing w:after="0" w:line="240" w:lineRule="auto"/>
      </w:pPr>
      <w:r>
        <w:rPr>
          <w:b/>
        </w:rPr>
        <w:t>II. ĐỒ DÙNG DẠY HỌC</w:t>
      </w:r>
    </w:p>
    <w:p w14:paraId="619023F2" w14:textId="77777777" w:rsidR="0022328F" w:rsidRDefault="00965A9A" w:rsidP="00984A02">
      <w:pPr>
        <w:shd w:val="clear" w:color="auto" w:fill="FFFFFF" w:themeFill="background1"/>
        <w:spacing w:after="0" w:line="240" w:lineRule="auto"/>
      </w:pPr>
      <w:r>
        <w:t>1. Giáo viên: tranh SGK bài Rồng rắn lên mây; tranh/câu hỏi SGK; phiếu thảo luận; máy chiếu; có thể chuẩn bị clip ngắn về trò chơi dân gian.</w:t>
      </w:r>
    </w:p>
    <w:p w14:paraId="71BFE4C9" w14:textId="77777777" w:rsidR="0022328F" w:rsidRDefault="00965A9A" w:rsidP="00984A02">
      <w:pPr>
        <w:shd w:val="clear" w:color="auto" w:fill="FFFFFF" w:themeFill="background1"/>
        <w:spacing w:after="0" w:line="240" w:lineRule="auto"/>
      </w:pPr>
      <w:r>
        <w:t>2. Học sinh: SGK, vở, bút, bảng con.</w:t>
      </w:r>
    </w:p>
    <w:p w14:paraId="69B8E61B" w14:textId="77777777" w:rsidR="0022328F" w:rsidRDefault="00965A9A" w:rsidP="00984A02">
      <w:pPr>
        <w:shd w:val="clear" w:color="auto" w:fill="FFFFFF" w:themeFill="background1"/>
        <w:spacing w:after="0" w:line="240" w:lineRule="auto"/>
      </w:pPr>
      <w:r>
        <w:rPr>
          <w:b/>
        </w:rPr>
        <w:t>III. HOẠT ĐỘNG DẠY HỌC CHỦ YẾU</w:t>
      </w:r>
    </w:p>
    <w:tbl>
      <w:tblPr>
        <w:tblStyle w:val="TableGrid"/>
        <w:tblW w:w="0" w:type="auto"/>
        <w:jc w:val="center"/>
        <w:tblBorders>
          <w:top w:val="single" w:sz="8" w:space="0" w:color="000000"/>
          <w:left w:val="single" w:sz="8" w:space="0" w:color="000000"/>
          <w:bottom w:val="single" w:sz="8" w:space="0" w:color="000000"/>
          <w:right w:val="single" w:sz="8" w:space="0" w:color="000000"/>
          <w:insideH w:val="none" w:sz="0" w:space="0" w:color="auto"/>
          <w:insideV w:val="single" w:sz="8" w:space="0" w:color="000000"/>
        </w:tblBorders>
        <w:tblLayout w:type="fixed"/>
        <w:tblLook w:val="04A0" w:firstRow="1" w:lastRow="0" w:firstColumn="1" w:lastColumn="0" w:noHBand="0" w:noVBand="1"/>
      </w:tblPr>
      <w:tblGrid>
        <w:gridCol w:w="5188"/>
        <w:gridCol w:w="5188"/>
      </w:tblGrid>
      <w:tr w:rsidR="0022328F" w14:paraId="479EB061" w14:textId="77777777" w:rsidTr="00984A02">
        <w:trPr>
          <w:jc w:val="center"/>
        </w:trPr>
        <w:tc>
          <w:tcPr>
            <w:tcW w:w="5188" w:type="dxa"/>
            <w:tcBorders>
              <w:bottom w:val="single" w:sz="8" w:space="0" w:color="000000"/>
            </w:tcBorders>
            <w:shd w:val="clear" w:color="auto" w:fill="D9EAF7"/>
            <w:tcMar>
              <w:top w:w="40" w:type="dxa"/>
              <w:left w:w="70" w:type="dxa"/>
              <w:bottom w:w="40" w:type="dxa"/>
              <w:right w:w="70" w:type="dxa"/>
            </w:tcMar>
          </w:tcPr>
          <w:p w14:paraId="75609A02" w14:textId="77777777" w:rsidR="0022328F" w:rsidRDefault="00965A9A" w:rsidP="00984A02">
            <w:pPr>
              <w:shd w:val="clear" w:color="auto" w:fill="FFFFFF" w:themeFill="background1"/>
              <w:jc w:val="center"/>
            </w:pPr>
            <w:r>
              <w:rPr>
                <w:b/>
              </w:rPr>
              <w:t>Hoạt động của giáo viên</w:t>
            </w:r>
          </w:p>
        </w:tc>
        <w:tc>
          <w:tcPr>
            <w:tcW w:w="5188" w:type="dxa"/>
            <w:tcBorders>
              <w:bottom w:val="single" w:sz="8" w:space="0" w:color="000000"/>
            </w:tcBorders>
            <w:shd w:val="clear" w:color="auto" w:fill="D9EAF7"/>
            <w:tcMar>
              <w:top w:w="40" w:type="dxa"/>
              <w:left w:w="70" w:type="dxa"/>
              <w:bottom w:w="40" w:type="dxa"/>
              <w:right w:w="70" w:type="dxa"/>
            </w:tcMar>
          </w:tcPr>
          <w:p w14:paraId="160136C4" w14:textId="77777777" w:rsidR="0022328F" w:rsidRDefault="00965A9A" w:rsidP="00984A02">
            <w:pPr>
              <w:shd w:val="clear" w:color="auto" w:fill="FFFFFF" w:themeFill="background1"/>
              <w:jc w:val="center"/>
            </w:pPr>
            <w:r>
              <w:rPr>
                <w:b/>
              </w:rPr>
              <w:t>Hoạt động của học sinh</w:t>
            </w:r>
          </w:p>
        </w:tc>
      </w:tr>
      <w:tr w:rsidR="0022328F" w14:paraId="389613EE"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2DE15567" w14:textId="77777777" w:rsidR="0022328F" w:rsidRDefault="00965A9A" w:rsidP="00984A02">
            <w:pPr>
              <w:shd w:val="clear" w:color="auto" w:fill="FFFFFF" w:themeFill="background1"/>
            </w:pPr>
            <w:r>
              <w:rPr>
                <w:b/>
                <w:color w:val="008000"/>
              </w:rPr>
              <w:t>TIẾT 1</w:t>
            </w:r>
          </w:p>
        </w:tc>
      </w:tr>
      <w:tr w:rsidR="0022328F" w14:paraId="14353148"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70875E2F" w14:textId="77777777" w:rsidR="0022328F" w:rsidRDefault="00965A9A" w:rsidP="00984A02">
            <w:pPr>
              <w:shd w:val="clear" w:color="auto" w:fill="FFFFFF" w:themeFill="background1"/>
            </w:pPr>
            <w:r>
              <w:rPr>
                <w:b/>
                <w:color w:val="008000"/>
              </w:rPr>
              <w:t>1. Khởi động (5 phút) – Ôn bài cũ, huy động trải nghiệm về trò chơi dân gian.</w:t>
            </w:r>
          </w:p>
        </w:tc>
      </w:tr>
      <w:tr w:rsidR="0022328F" w14:paraId="298213E1" w14:textId="77777777" w:rsidTr="00984A02">
        <w:trPr>
          <w:jc w:val="center"/>
        </w:trPr>
        <w:tc>
          <w:tcPr>
            <w:tcW w:w="5188" w:type="dxa"/>
            <w:tcBorders>
              <w:top w:val="single" w:sz="8" w:space="0" w:color="000000"/>
            </w:tcBorders>
            <w:tcMar>
              <w:top w:w="40" w:type="dxa"/>
              <w:left w:w="70" w:type="dxa"/>
              <w:bottom w:w="40" w:type="dxa"/>
              <w:right w:w="70" w:type="dxa"/>
            </w:tcMar>
          </w:tcPr>
          <w:p w14:paraId="57B0428A" w14:textId="77777777" w:rsidR="0022328F" w:rsidRDefault="00965A9A" w:rsidP="00984A02">
            <w:pPr>
              <w:shd w:val="clear" w:color="auto" w:fill="FFFFFF" w:themeFill="background1"/>
            </w:pPr>
            <w:r>
              <w:t>- Đọc lại một đoạn trong bài Tớ là lê-gô và nêu một điều em nhớ nhất.</w:t>
            </w:r>
          </w:p>
        </w:tc>
        <w:tc>
          <w:tcPr>
            <w:tcW w:w="5188" w:type="dxa"/>
            <w:tcBorders>
              <w:top w:val="single" w:sz="8" w:space="0" w:color="000000"/>
            </w:tcBorders>
            <w:tcMar>
              <w:top w:w="40" w:type="dxa"/>
              <w:left w:w="70" w:type="dxa"/>
              <w:bottom w:w="40" w:type="dxa"/>
              <w:right w:w="70" w:type="dxa"/>
            </w:tcMar>
          </w:tcPr>
          <w:p w14:paraId="1FF5887E" w14:textId="77777777" w:rsidR="0022328F" w:rsidRDefault="00965A9A" w:rsidP="00984A02">
            <w:pPr>
              <w:shd w:val="clear" w:color="auto" w:fill="FFFFFF" w:themeFill="background1"/>
            </w:pPr>
            <w:r>
              <w:t>- HS đọc đoạn đã chuẩn bị và trả lời: Em nhớ lê-gô có thể lắp thành nhiều đồ chơi khác nhau.</w:t>
            </w:r>
          </w:p>
        </w:tc>
      </w:tr>
      <w:tr w:rsidR="0022328F" w14:paraId="6A19C141" w14:textId="77777777" w:rsidTr="00984A02">
        <w:trPr>
          <w:jc w:val="center"/>
        </w:trPr>
        <w:tc>
          <w:tcPr>
            <w:tcW w:w="5188" w:type="dxa"/>
            <w:tcMar>
              <w:top w:w="40" w:type="dxa"/>
              <w:left w:w="70" w:type="dxa"/>
              <w:bottom w:w="40" w:type="dxa"/>
              <w:right w:w="70" w:type="dxa"/>
            </w:tcMar>
          </w:tcPr>
          <w:p w14:paraId="7E416ADD" w14:textId="77777777" w:rsidR="0022328F" w:rsidRDefault="00965A9A" w:rsidP="00984A02">
            <w:pPr>
              <w:shd w:val="clear" w:color="auto" w:fill="FFFFFF" w:themeFill="background1"/>
            </w:pPr>
            <w:r>
              <w:t>- Quan sát tranh và trả lời: Các bạn trong tranh đang chơi trò chơi gì?</w:t>
            </w:r>
          </w:p>
          <w:p w14:paraId="2EAD8F1B" w14:textId="6E8C3C77" w:rsidR="0022328F" w:rsidRDefault="0022328F" w:rsidP="00984A02">
            <w:pPr>
              <w:shd w:val="clear" w:color="auto" w:fill="FFFFFF" w:themeFill="background1"/>
              <w:jc w:val="center"/>
            </w:pPr>
          </w:p>
        </w:tc>
        <w:tc>
          <w:tcPr>
            <w:tcW w:w="5188" w:type="dxa"/>
            <w:tcMar>
              <w:top w:w="40" w:type="dxa"/>
              <w:left w:w="70" w:type="dxa"/>
              <w:bottom w:w="40" w:type="dxa"/>
              <w:right w:w="70" w:type="dxa"/>
            </w:tcMar>
          </w:tcPr>
          <w:p w14:paraId="5357CB29" w14:textId="77777777" w:rsidR="0022328F" w:rsidRDefault="00965A9A" w:rsidP="00984A02">
            <w:pPr>
              <w:shd w:val="clear" w:color="auto" w:fill="FFFFFF" w:themeFill="background1"/>
            </w:pPr>
            <w:r>
              <w:t>- HS trả lời: Các bạn đang chơi trò Rồng rắn lên mây.</w:t>
            </w:r>
          </w:p>
        </w:tc>
      </w:tr>
      <w:tr w:rsidR="0022328F" w14:paraId="51DF89CD" w14:textId="77777777" w:rsidTr="00984A02">
        <w:trPr>
          <w:jc w:val="center"/>
        </w:trPr>
        <w:tc>
          <w:tcPr>
            <w:tcW w:w="5188" w:type="dxa"/>
            <w:tcMar>
              <w:top w:w="40" w:type="dxa"/>
              <w:left w:w="70" w:type="dxa"/>
              <w:bottom w:w="40" w:type="dxa"/>
              <w:right w:w="70" w:type="dxa"/>
            </w:tcMar>
          </w:tcPr>
          <w:p w14:paraId="7917C0E3" w14:textId="77777777" w:rsidR="0022328F" w:rsidRDefault="00965A9A" w:rsidP="00984A02">
            <w:pPr>
              <w:shd w:val="clear" w:color="auto" w:fill="FFFFFF" w:themeFill="background1"/>
            </w:pPr>
            <w:r>
              <w:t>- Em biết gì về trò chơi Rồng rắn lên mây?</w:t>
            </w:r>
          </w:p>
        </w:tc>
        <w:tc>
          <w:tcPr>
            <w:tcW w:w="5188" w:type="dxa"/>
            <w:tcMar>
              <w:top w:w="40" w:type="dxa"/>
              <w:left w:w="70" w:type="dxa"/>
              <w:bottom w:w="40" w:type="dxa"/>
              <w:right w:w="70" w:type="dxa"/>
            </w:tcMar>
          </w:tcPr>
          <w:p w14:paraId="1F4FC259" w14:textId="77777777" w:rsidR="0022328F" w:rsidRDefault="00965A9A" w:rsidP="00984A02">
            <w:pPr>
              <w:shd w:val="clear" w:color="auto" w:fill="FFFFFF" w:themeFill="background1"/>
            </w:pPr>
            <w:r>
              <w:t>- HS trả lời: Đây là trò chơi dân gian; nhiều bạn nối đuôi nhau thành rồng rắn, một bạn làm thầy thuốc.</w:t>
            </w:r>
          </w:p>
        </w:tc>
      </w:tr>
      <w:tr w:rsidR="0022328F" w14:paraId="6DFA96DD" w14:textId="77777777" w:rsidTr="00984A02">
        <w:trPr>
          <w:jc w:val="center"/>
        </w:trPr>
        <w:tc>
          <w:tcPr>
            <w:tcW w:w="5188" w:type="dxa"/>
            <w:tcBorders>
              <w:bottom w:val="single" w:sz="8" w:space="0" w:color="000000"/>
            </w:tcBorders>
            <w:tcMar>
              <w:top w:w="40" w:type="dxa"/>
              <w:left w:w="70" w:type="dxa"/>
              <w:bottom w:w="40" w:type="dxa"/>
              <w:right w:w="70" w:type="dxa"/>
            </w:tcMar>
          </w:tcPr>
          <w:p w14:paraId="07B66387" w14:textId="77777777" w:rsidR="0022328F" w:rsidRDefault="00965A9A" w:rsidP="00984A02">
            <w:pPr>
              <w:shd w:val="clear" w:color="auto" w:fill="FFFFFF" w:themeFill="background1"/>
            </w:pPr>
            <w:r>
              <w:t>- GV giới thiệu bài: Hôm nay, chúng ta cùng đọc bài Rồng rắn lên mây để hiểu cách chơi và ý nghĩa của trò chơi này.</w:t>
            </w:r>
          </w:p>
        </w:tc>
        <w:tc>
          <w:tcPr>
            <w:tcW w:w="5188" w:type="dxa"/>
            <w:tcBorders>
              <w:bottom w:val="single" w:sz="8" w:space="0" w:color="000000"/>
            </w:tcBorders>
            <w:tcMar>
              <w:top w:w="40" w:type="dxa"/>
              <w:left w:w="70" w:type="dxa"/>
              <w:bottom w:w="40" w:type="dxa"/>
              <w:right w:w="70" w:type="dxa"/>
            </w:tcMar>
          </w:tcPr>
          <w:p w14:paraId="7B14F4A7" w14:textId="77777777" w:rsidR="0022328F" w:rsidRDefault="00965A9A" w:rsidP="00984A02">
            <w:pPr>
              <w:shd w:val="clear" w:color="auto" w:fill="FFFFFF" w:themeFill="background1"/>
            </w:pPr>
            <w:r>
              <w:t>- HS lắng nghe, mở SGK và ghi tên bài.</w:t>
            </w:r>
          </w:p>
        </w:tc>
      </w:tr>
      <w:tr w:rsidR="0022328F" w14:paraId="13BBE83C"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417A8137" w14:textId="77777777" w:rsidR="0022328F" w:rsidRDefault="00965A9A" w:rsidP="00984A02">
            <w:pPr>
              <w:shd w:val="clear" w:color="auto" w:fill="FFFFFF" w:themeFill="background1"/>
            </w:pPr>
            <w:r>
              <w:rPr>
                <w:b/>
                <w:color w:val="008000"/>
              </w:rPr>
              <w:t>2. Khám phá kiến thức - Hoạt động 1: Đọc văn bản (30 phút) – Luyện đọc đúng, hiểu từ khó.</w:t>
            </w:r>
          </w:p>
        </w:tc>
      </w:tr>
      <w:tr w:rsidR="0022328F" w14:paraId="35FA5627" w14:textId="77777777" w:rsidTr="00984A02">
        <w:trPr>
          <w:jc w:val="center"/>
        </w:trPr>
        <w:tc>
          <w:tcPr>
            <w:tcW w:w="5188" w:type="dxa"/>
            <w:tcBorders>
              <w:top w:val="single" w:sz="8" w:space="0" w:color="000000"/>
            </w:tcBorders>
            <w:tcMar>
              <w:top w:w="40" w:type="dxa"/>
              <w:left w:w="70" w:type="dxa"/>
              <w:bottom w:w="40" w:type="dxa"/>
              <w:right w:w="70" w:type="dxa"/>
            </w:tcMar>
          </w:tcPr>
          <w:p w14:paraId="2AC903B0" w14:textId="77777777" w:rsidR="0022328F" w:rsidRDefault="00965A9A" w:rsidP="00984A02">
            <w:pPr>
              <w:shd w:val="clear" w:color="auto" w:fill="FFFFFF" w:themeFill="background1"/>
            </w:pPr>
            <w:r>
              <w:t>- Quan sát tranh minh hoạ bài đọc và nêu nội dung tranh.</w:t>
            </w:r>
          </w:p>
          <w:p w14:paraId="7C9F521F" w14:textId="7D242429" w:rsidR="0022328F" w:rsidRDefault="0022328F" w:rsidP="00984A02">
            <w:pPr>
              <w:shd w:val="clear" w:color="auto" w:fill="FFFFFF" w:themeFill="background1"/>
              <w:jc w:val="center"/>
            </w:pPr>
          </w:p>
        </w:tc>
        <w:tc>
          <w:tcPr>
            <w:tcW w:w="5188" w:type="dxa"/>
            <w:tcBorders>
              <w:top w:val="single" w:sz="8" w:space="0" w:color="000000"/>
            </w:tcBorders>
            <w:tcMar>
              <w:top w:w="40" w:type="dxa"/>
              <w:left w:w="70" w:type="dxa"/>
              <w:bottom w:w="40" w:type="dxa"/>
              <w:right w:w="70" w:type="dxa"/>
            </w:tcMar>
          </w:tcPr>
          <w:p w14:paraId="071E71A4" w14:textId="77777777" w:rsidR="0022328F" w:rsidRDefault="00965A9A" w:rsidP="00984A02">
            <w:pPr>
              <w:shd w:val="clear" w:color="auto" w:fill="FFFFFF" w:themeFill="background1"/>
            </w:pPr>
            <w:r>
              <w:lastRenderedPageBreak/>
              <w:t>- HS nêu: Tranh vẽ các bạn nhỏ đang nối đuôi nhau chơi Rồng rắn lên mây rất vui.</w:t>
            </w:r>
          </w:p>
        </w:tc>
      </w:tr>
      <w:tr w:rsidR="0022328F" w14:paraId="419E958D" w14:textId="77777777" w:rsidTr="00984A02">
        <w:trPr>
          <w:jc w:val="center"/>
        </w:trPr>
        <w:tc>
          <w:tcPr>
            <w:tcW w:w="5188" w:type="dxa"/>
            <w:tcMar>
              <w:top w:w="40" w:type="dxa"/>
              <w:left w:w="70" w:type="dxa"/>
              <w:bottom w:w="40" w:type="dxa"/>
              <w:right w:w="70" w:type="dxa"/>
            </w:tcMar>
          </w:tcPr>
          <w:p w14:paraId="5FC7EB23" w14:textId="77777777" w:rsidR="0022328F" w:rsidRDefault="00965A9A" w:rsidP="00984A02">
            <w:pPr>
              <w:shd w:val="clear" w:color="auto" w:fill="FFFFFF" w:themeFill="background1"/>
            </w:pPr>
            <w:r>
              <w:rPr>
                <w:b/>
              </w:rPr>
              <w:t>a. GV đọc mẫu toàn bài Rồng rắn lên mây, chú ý ngắt giọng, nhấn giọng đúng chỗ.</w:t>
            </w:r>
          </w:p>
        </w:tc>
        <w:tc>
          <w:tcPr>
            <w:tcW w:w="5188" w:type="dxa"/>
            <w:tcMar>
              <w:top w:w="40" w:type="dxa"/>
              <w:left w:w="70" w:type="dxa"/>
              <w:bottom w:w="40" w:type="dxa"/>
              <w:right w:w="70" w:type="dxa"/>
            </w:tcMar>
          </w:tcPr>
          <w:p w14:paraId="139476CF" w14:textId="77777777" w:rsidR="0022328F" w:rsidRDefault="00965A9A" w:rsidP="00984A02">
            <w:pPr>
              <w:shd w:val="clear" w:color="auto" w:fill="FFFFFF" w:themeFill="background1"/>
            </w:pPr>
            <w:r>
              <w:t>- HS lắng nghe, đọc thầm theo và chú ý giọng đọc rõ ràng, vui tươi.</w:t>
            </w:r>
          </w:p>
        </w:tc>
      </w:tr>
      <w:tr w:rsidR="0022328F" w14:paraId="1F1BA217" w14:textId="77777777" w:rsidTr="00984A02">
        <w:trPr>
          <w:jc w:val="center"/>
        </w:trPr>
        <w:tc>
          <w:tcPr>
            <w:tcW w:w="5188" w:type="dxa"/>
            <w:tcMar>
              <w:top w:w="40" w:type="dxa"/>
              <w:left w:w="70" w:type="dxa"/>
              <w:bottom w:w="40" w:type="dxa"/>
              <w:right w:w="70" w:type="dxa"/>
            </w:tcMar>
          </w:tcPr>
          <w:p w14:paraId="7BDC1E75" w14:textId="77777777" w:rsidR="0022328F" w:rsidRDefault="00965A9A" w:rsidP="00984A02">
            <w:pPr>
              <w:shd w:val="clear" w:color="auto" w:fill="FFFFFF" w:themeFill="background1"/>
            </w:pPr>
            <w:r>
              <w:rPr>
                <w:b/>
                <w:color w:val="000000"/>
              </w:rPr>
              <w:t>b. HS luyện đọc từng đoạn, kết hợp đọc từ khó và giải nghĩa từ.</w:t>
            </w:r>
          </w:p>
        </w:tc>
        <w:tc>
          <w:tcPr>
            <w:tcW w:w="5188" w:type="dxa"/>
            <w:tcMar>
              <w:top w:w="40" w:type="dxa"/>
              <w:left w:w="70" w:type="dxa"/>
              <w:bottom w:w="40" w:type="dxa"/>
              <w:right w:w="70" w:type="dxa"/>
            </w:tcMar>
          </w:tcPr>
          <w:p w14:paraId="46895F59" w14:textId="77777777" w:rsidR="0022328F" w:rsidRDefault="00965A9A" w:rsidP="00984A02">
            <w:pPr>
              <w:shd w:val="clear" w:color="auto" w:fill="FFFFFF" w:themeFill="background1"/>
            </w:pPr>
            <w:r>
              <w:t>- HS chuẩn bị luyện đọc từng đoạn.</w:t>
            </w:r>
          </w:p>
        </w:tc>
      </w:tr>
      <w:tr w:rsidR="0022328F" w14:paraId="62FEAD3B" w14:textId="77777777" w:rsidTr="00984A02">
        <w:trPr>
          <w:jc w:val="center"/>
        </w:trPr>
        <w:tc>
          <w:tcPr>
            <w:tcW w:w="5188" w:type="dxa"/>
            <w:tcMar>
              <w:top w:w="40" w:type="dxa"/>
              <w:left w:w="70" w:type="dxa"/>
              <w:bottom w:w="40" w:type="dxa"/>
              <w:right w:w="70" w:type="dxa"/>
            </w:tcMar>
          </w:tcPr>
          <w:p w14:paraId="02260E26" w14:textId="77777777" w:rsidR="0022328F" w:rsidRDefault="00965A9A" w:rsidP="00984A02">
            <w:pPr>
              <w:shd w:val="clear" w:color="auto" w:fill="FFFFFF" w:themeFill="background1"/>
            </w:pPr>
            <w:r>
              <w:t>- Bài đọc gồm mấy đoạn?</w:t>
            </w:r>
          </w:p>
        </w:tc>
        <w:tc>
          <w:tcPr>
            <w:tcW w:w="5188" w:type="dxa"/>
            <w:tcMar>
              <w:top w:w="40" w:type="dxa"/>
              <w:left w:w="70" w:type="dxa"/>
              <w:bottom w:w="40" w:type="dxa"/>
              <w:right w:w="70" w:type="dxa"/>
            </w:tcMar>
          </w:tcPr>
          <w:p w14:paraId="08F9675A" w14:textId="77777777" w:rsidR="0022328F" w:rsidRDefault="00965A9A" w:rsidP="00984A02">
            <w:pPr>
              <w:shd w:val="clear" w:color="auto" w:fill="FFFFFF" w:themeFill="background1"/>
            </w:pPr>
            <w:r>
              <w:t>- HS trả lời: Bài đọc gồm 3 đoạn.</w:t>
            </w:r>
          </w:p>
        </w:tc>
      </w:tr>
      <w:tr w:rsidR="0022328F" w14:paraId="6F233F92" w14:textId="77777777" w:rsidTr="00984A02">
        <w:trPr>
          <w:jc w:val="center"/>
        </w:trPr>
        <w:tc>
          <w:tcPr>
            <w:tcW w:w="5188" w:type="dxa"/>
            <w:tcMar>
              <w:top w:w="40" w:type="dxa"/>
              <w:left w:w="70" w:type="dxa"/>
              <w:bottom w:w="40" w:type="dxa"/>
              <w:right w:w="70" w:type="dxa"/>
            </w:tcMar>
          </w:tcPr>
          <w:p w14:paraId="5F48907B" w14:textId="77777777" w:rsidR="0022328F" w:rsidRDefault="00965A9A" w:rsidP="00984A02">
            <w:pPr>
              <w:shd w:val="clear" w:color="auto" w:fill="FFFFFF" w:themeFill="background1"/>
            </w:pPr>
            <w:r>
              <w:t>- Đọc nối tiếp từng đoạn lần 1 và phát hiện từ khó đọc.</w:t>
            </w:r>
          </w:p>
        </w:tc>
        <w:tc>
          <w:tcPr>
            <w:tcW w:w="5188" w:type="dxa"/>
            <w:tcMar>
              <w:top w:w="40" w:type="dxa"/>
              <w:left w:w="70" w:type="dxa"/>
              <w:bottom w:w="40" w:type="dxa"/>
              <w:right w:w="70" w:type="dxa"/>
            </w:tcMar>
          </w:tcPr>
          <w:p w14:paraId="7DDBAA5A" w14:textId="77777777" w:rsidR="0022328F" w:rsidRDefault="00965A9A" w:rsidP="00984A02">
            <w:pPr>
              <w:shd w:val="clear" w:color="auto" w:fill="FFFFFF" w:themeFill="background1"/>
            </w:pPr>
            <w:r>
              <w:t>- HS đọc nối tiếp; nêu từ khó: rồng rắn, vòng vèo, núc nác, khúc đầu, khúc giữa, khúc đuôi.</w:t>
            </w:r>
          </w:p>
        </w:tc>
      </w:tr>
      <w:tr w:rsidR="0022328F" w14:paraId="4844D7CA" w14:textId="77777777" w:rsidTr="00984A02">
        <w:trPr>
          <w:jc w:val="center"/>
        </w:trPr>
        <w:tc>
          <w:tcPr>
            <w:tcW w:w="5188" w:type="dxa"/>
            <w:tcMar>
              <w:top w:w="40" w:type="dxa"/>
              <w:left w:w="70" w:type="dxa"/>
              <w:bottom w:w="40" w:type="dxa"/>
              <w:right w:w="70" w:type="dxa"/>
            </w:tcMar>
          </w:tcPr>
          <w:p w14:paraId="364AAE10" w14:textId="77777777" w:rsidR="0022328F" w:rsidRDefault="00965A9A" w:rsidP="00984A02">
            <w:pPr>
              <w:shd w:val="clear" w:color="auto" w:fill="FFFFFF" w:themeFill="background1"/>
            </w:pPr>
            <w:r>
              <w:t>- Luyện phát âm từ khó theo hình thức cá nhân, nhóm, đồng thanh.</w:t>
            </w:r>
          </w:p>
        </w:tc>
        <w:tc>
          <w:tcPr>
            <w:tcW w:w="5188" w:type="dxa"/>
            <w:tcMar>
              <w:top w:w="40" w:type="dxa"/>
              <w:left w:w="70" w:type="dxa"/>
              <w:bottom w:w="40" w:type="dxa"/>
              <w:right w:w="70" w:type="dxa"/>
            </w:tcMar>
          </w:tcPr>
          <w:p w14:paraId="6A04768C" w14:textId="77777777" w:rsidR="0022328F" w:rsidRDefault="00965A9A" w:rsidP="00984A02">
            <w:pPr>
              <w:shd w:val="clear" w:color="auto" w:fill="FFFFFF" w:themeFill="background1"/>
            </w:pPr>
            <w:r>
              <w:t>- HS luyện đọc đúng các từ khó theo hướng dẫn.</w:t>
            </w:r>
          </w:p>
        </w:tc>
      </w:tr>
      <w:tr w:rsidR="0022328F" w14:paraId="7938A576" w14:textId="77777777" w:rsidTr="00984A02">
        <w:trPr>
          <w:jc w:val="center"/>
        </w:trPr>
        <w:tc>
          <w:tcPr>
            <w:tcW w:w="5188" w:type="dxa"/>
            <w:tcMar>
              <w:top w:w="40" w:type="dxa"/>
              <w:left w:w="70" w:type="dxa"/>
              <w:bottom w:w="40" w:type="dxa"/>
              <w:right w:w="70" w:type="dxa"/>
            </w:tcMar>
          </w:tcPr>
          <w:p w14:paraId="14172EB0" w14:textId="77777777" w:rsidR="0022328F" w:rsidRDefault="00965A9A" w:rsidP="00984A02">
            <w:pPr>
              <w:shd w:val="clear" w:color="auto" w:fill="FFFFFF" w:themeFill="background1"/>
            </w:pPr>
            <w:r>
              <w:t>- Luyện đọc câu dài: Nếu thầy nói “có” thì rồng rắn hỏi xin thuốc cho con và đồng ý cho thầy bắt khúc đuôi.</w:t>
            </w:r>
          </w:p>
        </w:tc>
        <w:tc>
          <w:tcPr>
            <w:tcW w:w="5188" w:type="dxa"/>
            <w:tcMar>
              <w:top w:w="40" w:type="dxa"/>
              <w:left w:w="70" w:type="dxa"/>
              <w:bottom w:w="40" w:type="dxa"/>
              <w:right w:w="70" w:type="dxa"/>
            </w:tcMar>
          </w:tcPr>
          <w:p w14:paraId="5866C24B" w14:textId="77777777" w:rsidR="0022328F" w:rsidRDefault="00965A9A" w:rsidP="00984A02">
            <w:pPr>
              <w:shd w:val="clear" w:color="auto" w:fill="FFFFFF" w:themeFill="background1"/>
            </w:pPr>
            <w:r>
              <w:t>- HS luyện ngắt nghỉ đúng: Nếu thầy nói “có”/ thì rồng rắn/ hỏi xin thuốc cho con/ và đồng ý cho thầy bắt khúc đuôi.</w:t>
            </w:r>
          </w:p>
        </w:tc>
      </w:tr>
      <w:tr w:rsidR="0022328F" w14:paraId="03DE37ED" w14:textId="77777777" w:rsidTr="00984A02">
        <w:trPr>
          <w:jc w:val="center"/>
        </w:trPr>
        <w:tc>
          <w:tcPr>
            <w:tcW w:w="5188" w:type="dxa"/>
            <w:tcMar>
              <w:top w:w="40" w:type="dxa"/>
              <w:left w:w="70" w:type="dxa"/>
              <w:bottom w:w="40" w:type="dxa"/>
              <w:right w:w="70" w:type="dxa"/>
            </w:tcMar>
          </w:tcPr>
          <w:p w14:paraId="0D30A77E" w14:textId="77777777" w:rsidR="0022328F" w:rsidRDefault="00965A9A" w:rsidP="00984A02">
            <w:pPr>
              <w:shd w:val="clear" w:color="auto" w:fill="FFFFFF" w:themeFill="background1"/>
            </w:pPr>
            <w:r>
              <w:t>- Trong bài có từ ngữ nào em chưa hiểu nghĩa?</w:t>
            </w:r>
          </w:p>
        </w:tc>
        <w:tc>
          <w:tcPr>
            <w:tcW w:w="5188" w:type="dxa"/>
            <w:tcMar>
              <w:top w:w="40" w:type="dxa"/>
              <w:left w:w="70" w:type="dxa"/>
              <w:bottom w:w="40" w:type="dxa"/>
              <w:right w:w="70" w:type="dxa"/>
            </w:tcMar>
          </w:tcPr>
          <w:p w14:paraId="1E96378F" w14:textId="77777777" w:rsidR="0022328F" w:rsidRDefault="00965A9A" w:rsidP="00984A02">
            <w:pPr>
              <w:shd w:val="clear" w:color="auto" w:fill="FFFFFF" w:themeFill="background1"/>
            </w:pPr>
            <w:r>
              <w:t>- HS nêu: cây núc nác, cản, vòng vèo, khúc đầu, khúc đuôi.</w:t>
            </w:r>
          </w:p>
        </w:tc>
      </w:tr>
      <w:tr w:rsidR="0022328F" w14:paraId="33F6EC25" w14:textId="77777777" w:rsidTr="00984A02">
        <w:trPr>
          <w:jc w:val="center"/>
        </w:trPr>
        <w:tc>
          <w:tcPr>
            <w:tcW w:w="5188" w:type="dxa"/>
            <w:tcMar>
              <w:top w:w="40" w:type="dxa"/>
              <w:left w:w="70" w:type="dxa"/>
              <w:bottom w:w="40" w:type="dxa"/>
              <w:right w:w="70" w:type="dxa"/>
            </w:tcMar>
          </w:tcPr>
          <w:p w14:paraId="7F1443CE" w14:textId="77777777" w:rsidR="0022328F" w:rsidRDefault="00965A9A" w:rsidP="00984A02">
            <w:pPr>
              <w:shd w:val="clear" w:color="auto" w:fill="FFFFFF" w:themeFill="background1"/>
            </w:pPr>
            <w:r>
              <w:t>- GV giải nghĩa từ và yêu cầu HS đặt câu với từ vòng vèo.</w:t>
            </w:r>
          </w:p>
        </w:tc>
        <w:tc>
          <w:tcPr>
            <w:tcW w:w="5188" w:type="dxa"/>
            <w:tcMar>
              <w:top w:w="40" w:type="dxa"/>
              <w:left w:w="70" w:type="dxa"/>
              <w:bottom w:w="40" w:type="dxa"/>
              <w:right w:w="70" w:type="dxa"/>
            </w:tcMar>
          </w:tcPr>
          <w:p w14:paraId="477A2554" w14:textId="77777777" w:rsidR="0022328F" w:rsidRDefault="00965A9A" w:rsidP="00984A02">
            <w:pPr>
              <w:shd w:val="clear" w:color="auto" w:fill="FFFFFF" w:themeFill="background1"/>
            </w:pPr>
            <w:r>
              <w:t>- HS đặt câu: Con đường vào bản quanh co, vòng vèo.</w:t>
            </w:r>
          </w:p>
        </w:tc>
      </w:tr>
      <w:tr w:rsidR="0022328F" w14:paraId="16FCD794" w14:textId="77777777" w:rsidTr="00984A02">
        <w:trPr>
          <w:jc w:val="center"/>
        </w:trPr>
        <w:tc>
          <w:tcPr>
            <w:tcW w:w="5188" w:type="dxa"/>
            <w:tcMar>
              <w:top w:w="40" w:type="dxa"/>
              <w:left w:w="70" w:type="dxa"/>
              <w:bottom w:w="40" w:type="dxa"/>
              <w:right w:w="70" w:type="dxa"/>
            </w:tcMar>
          </w:tcPr>
          <w:p w14:paraId="22CE1F1C" w14:textId="77777777" w:rsidR="0022328F" w:rsidRDefault="00965A9A" w:rsidP="00984A02">
            <w:pPr>
              <w:shd w:val="clear" w:color="auto" w:fill="FFFFFF" w:themeFill="background1"/>
            </w:pPr>
            <w:r>
              <w:rPr>
                <w:b/>
                <w:color w:val="000000"/>
              </w:rPr>
              <w:t>c. HS luyện đọc trong nhóm.</w:t>
            </w:r>
          </w:p>
        </w:tc>
        <w:tc>
          <w:tcPr>
            <w:tcW w:w="5188" w:type="dxa"/>
            <w:tcMar>
              <w:top w:w="40" w:type="dxa"/>
              <w:left w:w="70" w:type="dxa"/>
              <w:bottom w:w="40" w:type="dxa"/>
              <w:right w:w="70" w:type="dxa"/>
            </w:tcMar>
          </w:tcPr>
          <w:p w14:paraId="588C3C94" w14:textId="77777777" w:rsidR="0022328F" w:rsidRDefault="00965A9A" w:rsidP="00984A02">
            <w:pPr>
              <w:shd w:val="clear" w:color="auto" w:fill="FFFFFF" w:themeFill="background1"/>
            </w:pPr>
            <w:r>
              <w:t>- HS luyện đọc theo nhóm 3.</w:t>
            </w:r>
          </w:p>
        </w:tc>
      </w:tr>
      <w:tr w:rsidR="0022328F" w14:paraId="29FC1087" w14:textId="77777777" w:rsidTr="00984A02">
        <w:trPr>
          <w:jc w:val="center"/>
        </w:trPr>
        <w:tc>
          <w:tcPr>
            <w:tcW w:w="5188" w:type="dxa"/>
            <w:tcMar>
              <w:top w:w="40" w:type="dxa"/>
              <w:left w:w="70" w:type="dxa"/>
              <w:bottom w:w="40" w:type="dxa"/>
              <w:right w:w="70" w:type="dxa"/>
            </w:tcMar>
          </w:tcPr>
          <w:p w14:paraId="7CE70C1F" w14:textId="77777777" w:rsidR="0022328F" w:rsidRDefault="00965A9A" w:rsidP="00984A02">
            <w:pPr>
              <w:shd w:val="clear" w:color="auto" w:fill="FFFFFF" w:themeFill="background1"/>
            </w:pPr>
            <w:r>
              <w:t>- Luyện đọc theo nhóm 3, mỗi bạn đọc một đoạn và góp ý cho nhau.</w:t>
            </w:r>
          </w:p>
        </w:tc>
        <w:tc>
          <w:tcPr>
            <w:tcW w:w="5188" w:type="dxa"/>
            <w:tcMar>
              <w:top w:w="40" w:type="dxa"/>
              <w:left w:w="70" w:type="dxa"/>
              <w:bottom w:w="40" w:type="dxa"/>
              <w:right w:w="70" w:type="dxa"/>
            </w:tcMar>
          </w:tcPr>
          <w:p w14:paraId="46C90CC7" w14:textId="77777777" w:rsidR="0022328F" w:rsidRDefault="00965A9A" w:rsidP="00984A02">
            <w:pPr>
              <w:shd w:val="clear" w:color="auto" w:fill="FFFFFF" w:themeFill="background1"/>
            </w:pPr>
            <w:r>
              <w:t>- HS luyện đọc nhóm; góp ý cho bạn về phát âm, ngắt nghỉ.</w:t>
            </w:r>
          </w:p>
        </w:tc>
      </w:tr>
      <w:tr w:rsidR="0022328F" w14:paraId="4BDD0AF9" w14:textId="77777777" w:rsidTr="00984A02">
        <w:trPr>
          <w:jc w:val="center"/>
        </w:trPr>
        <w:tc>
          <w:tcPr>
            <w:tcW w:w="5188" w:type="dxa"/>
            <w:tcMar>
              <w:top w:w="40" w:type="dxa"/>
              <w:left w:w="70" w:type="dxa"/>
              <w:bottom w:w="40" w:type="dxa"/>
              <w:right w:w="70" w:type="dxa"/>
            </w:tcMar>
          </w:tcPr>
          <w:p w14:paraId="4612C38A" w14:textId="77777777" w:rsidR="0022328F" w:rsidRDefault="00965A9A" w:rsidP="00984A02">
            <w:pPr>
              <w:shd w:val="clear" w:color="auto" w:fill="FFFFFF" w:themeFill="background1"/>
            </w:pPr>
            <w:r>
              <w:t>- Thi đọc nối tiếp giữa các nhóm.</w:t>
            </w:r>
          </w:p>
        </w:tc>
        <w:tc>
          <w:tcPr>
            <w:tcW w:w="5188" w:type="dxa"/>
            <w:tcMar>
              <w:top w:w="40" w:type="dxa"/>
              <w:left w:w="70" w:type="dxa"/>
              <w:bottom w:w="40" w:type="dxa"/>
              <w:right w:w="70" w:type="dxa"/>
            </w:tcMar>
          </w:tcPr>
          <w:p w14:paraId="58E45D52" w14:textId="77777777" w:rsidR="0022328F" w:rsidRDefault="00965A9A" w:rsidP="00984A02">
            <w:pPr>
              <w:shd w:val="clear" w:color="auto" w:fill="FFFFFF" w:themeFill="background1"/>
            </w:pPr>
            <w:r>
              <w:t>- 2 - 3 nhóm thi đọc; lớp nhận xét, bình chọn nhóm đọc tốt.</w:t>
            </w:r>
          </w:p>
        </w:tc>
      </w:tr>
      <w:tr w:rsidR="0022328F" w14:paraId="36C98504" w14:textId="77777777" w:rsidTr="00984A02">
        <w:trPr>
          <w:jc w:val="center"/>
        </w:trPr>
        <w:tc>
          <w:tcPr>
            <w:tcW w:w="5188" w:type="dxa"/>
            <w:tcMar>
              <w:top w:w="40" w:type="dxa"/>
              <w:left w:w="70" w:type="dxa"/>
              <w:bottom w:w="40" w:type="dxa"/>
              <w:right w:w="70" w:type="dxa"/>
            </w:tcMar>
          </w:tcPr>
          <w:p w14:paraId="79FAD9C8" w14:textId="77777777" w:rsidR="0022328F" w:rsidRDefault="00965A9A" w:rsidP="00984A02">
            <w:pPr>
              <w:shd w:val="clear" w:color="auto" w:fill="FFFFFF" w:themeFill="background1"/>
            </w:pPr>
            <w:r>
              <w:rPr>
                <w:b/>
                <w:color w:val="000000"/>
              </w:rPr>
              <w:t>d. Đọc toàn bài.</w:t>
            </w:r>
          </w:p>
        </w:tc>
        <w:tc>
          <w:tcPr>
            <w:tcW w:w="5188" w:type="dxa"/>
            <w:tcMar>
              <w:top w:w="40" w:type="dxa"/>
              <w:left w:w="70" w:type="dxa"/>
              <w:bottom w:w="40" w:type="dxa"/>
              <w:right w:w="70" w:type="dxa"/>
            </w:tcMar>
          </w:tcPr>
          <w:p w14:paraId="2781BA01" w14:textId="77777777" w:rsidR="0022328F" w:rsidRDefault="00965A9A" w:rsidP="00984A02">
            <w:pPr>
              <w:shd w:val="clear" w:color="auto" w:fill="FFFFFF" w:themeFill="background1"/>
            </w:pPr>
            <w:r>
              <w:t>- HS chuẩn bị đọc toàn bài.</w:t>
            </w:r>
          </w:p>
        </w:tc>
      </w:tr>
      <w:tr w:rsidR="0022328F" w14:paraId="0EBA9302" w14:textId="77777777" w:rsidTr="00984A02">
        <w:trPr>
          <w:jc w:val="center"/>
        </w:trPr>
        <w:tc>
          <w:tcPr>
            <w:tcW w:w="5188" w:type="dxa"/>
            <w:tcBorders>
              <w:bottom w:val="single" w:sz="8" w:space="0" w:color="000000"/>
            </w:tcBorders>
            <w:tcMar>
              <w:top w:w="40" w:type="dxa"/>
              <w:left w:w="70" w:type="dxa"/>
              <w:bottom w:w="40" w:type="dxa"/>
              <w:right w:w="70" w:type="dxa"/>
            </w:tcMar>
          </w:tcPr>
          <w:p w14:paraId="6C00BD52" w14:textId="77777777" w:rsidR="0022328F" w:rsidRDefault="00965A9A" w:rsidP="00984A02">
            <w:pPr>
              <w:shd w:val="clear" w:color="auto" w:fill="FFFFFF" w:themeFill="background1"/>
            </w:pPr>
            <w:r>
              <w:t>- Tự luyện đọc toàn bài và đọc trước lớp.</w:t>
            </w:r>
          </w:p>
        </w:tc>
        <w:tc>
          <w:tcPr>
            <w:tcW w:w="5188" w:type="dxa"/>
            <w:tcBorders>
              <w:bottom w:val="single" w:sz="8" w:space="0" w:color="000000"/>
            </w:tcBorders>
            <w:tcMar>
              <w:top w:w="40" w:type="dxa"/>
              <w:left w:w="70" w:type="dxa"/>
              <w:bottom w:w="40" w:type="dxa"/>
              <w:right w:w="70" w:type="dxa"/>
            </w:tcMar>
          </w:tcPr>
          <w:p w14:paraId="736BEEF1" w14:textId="77777777" w:rsidR="0022328F" w:rsidRDefault="00965A9A" w:rsidP="00984A02">
            <w:pPr>
              <w:shd w:val="clear" w:color="auto" w:fill="FFFFFF" w:themeFill="background1"/>
            </w:pPr>
            <w:r>
              <w:t>- 2 - 3 HS đọc toàn bài; cả lớp theo dõi, nhận xét.</w:t>
            </w:r>
          </w:p>
        </w:tc>
      </w:tr>
      <w:tr w:rsidR="0022328F" w14:paraId="58A9C95F"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26A66628" w14:textId="77777777" w:rsidR="0022328F" w:rsidRDefault="00965A9A" w:rsidP="00984A02">
            <w:pPr>
              <w:shd w:val="clear" w:color="auto" w:fill="FFFFFF" w:themeFill="background1"/>
            </w:pPr>
            <w:r>
              <w:rPr>
                <w:b/>
                <w:color w:val="008000"/>
              </w:rPr>
              <w:t>TIẾT 2</w:t>
            </w:r>
          </w:p>
        </w:tc>
      </w:tr>
      <w:tr w:rsidR="0022328F" w14:paraId="69BD7CC6"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049F2E3D" w14:textId="77777777" w:rsidR="0022328F" w:rsidRDefault="00965A9A" w:rsidP="00984A02">
            <w:pPr>
              <w:shd w:val="clear" w:color="auto" w:fill="FFFFFF" w:themeFill="background1"/>
            </w:pPr>
            <w:r>
              <w:rPr>
                <w:b/>
                <w:color w:val="008000"/>
              </w:rPr>
              <w:t>1. Khởi động chuyển tiết (2 phút) – Nhắc lại nội dung đã đọc.</w:t>
            </w:r>
          </w:p>
        </w:tc>
      </w:tr>
      <w:tr w:rsidR="0022328F" w14:paraId="78CEDA28" w14:textId="77777777" w:rsidTr="00984A02">
        <w:trPr>
          <w:jc w:val="center"/>
        </w:trPr>
        <w:tc>
          <w:tcPr>
            <w:tcW w:w="5188" w:type="dxa"/>
            <w:tcBorders>
              <w:top w:val="single" w:sz="8" w:space="0" w:color="000000"/>
              <w:bottom w:val="single" w:sz="8" w:space="0" w:color="000000"/>
            </w:tcBorders>
            <w:tcMar>
              <w:top w:w="40" w:type="dxa"/>
              <w:left w:w="70" w:type="dxa"/>
              <w:bottom w:w="40" w:type="dxa"/>
              <w:right w:w="70" w:type="dxa"/>
            </w:tcMar>
          </w:tcPr>
          <w:p w14:paraId="2568B4FD" w14:textId="77777777" w:rsidR="0022328F" w:rsidRDefault="00965A9A" w:rsidP="00984A02">
            <w:pPr>
              <w:shd w:val="clear" w:color="auto" w:fill="FFFFFF" w:themeFill="background1"/>
            </w:pPr>
            <w:r>
              <w:t>- Nhắc lại tên trò chơi trong bài và số đoạn của bài đọc.</w:t>
            </w:r>
          </w:p>
        </w:tc>
        <w:tc>
          <w:tcPr>
            <w:tcW w:w="5188" w:type="dxa"/>
            <w:tcBorders>
              <w:top w:val="single" w:sz="8" w:space="0" w:color="000000"/>
              <w:bottom w:val="single" w:sz="8" w:space="0" w:color="000000"/>
            </w:tcBorders>
            <w:tcMar>
              <w:top w:w="40" w:type="dxa"/>
              <w:left w:w="70" w:type="dxa"/>
              <w:bottom w:w="40" w:type="dxa"/>
              <w:right w:w="70" w:type="dxa"/>
            </w:tcMar>
          </w:tcPr>
          <w:p w14:paraId="3CF40775" w14:textId="77777777" w:rsidR="0022328F" w:rsidRDefault="00965A9A" w:rsidP="00984A02">
            <w:pPr>
              <w:shd w:val="clear" w:color="auto" w:fill="FFFFFF" w:themeFill="background1"/>
            </w:pPr>
            <w:r>
              <w:t>- HS trả lời: Bài Rồng rắn lên mây; bài đọc gồm 3 đoạn.</w:t>
            </w:r>
          </w:p>
        </w:tc>
      </w:tr>
      <w:tr w:rsidR="0022328F" w14:paraId="7BC4FB1B"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32943BC0" w14:textId="77777777" w:rsidR="0022328F" w:rsidRDefault="00965A9A" w:rsidP="00984A02">
            <w:pPr>
              <w:shd w:val="clear" w:color="auto" w:fill="FFFFFF" w:themeFill="background1"/>
            </w:pPr>
            <w:r>
              <w:rPr>
                <w:b/>
                <w:color w:val="008000"/>
              </w:rPr>
              <w:t>2. Khám phá kiến thức - Hoạt động 2: Đọc hiểu (15 phút) – Trả lời câu hỏi, hiểu cách chơi và ý nghĩa trò chơi.</w:t>
            </w:r>
          </w:p>
        </w:tc>
      </w:tr>
      <w:tr w:rsidR="0022328F" w14:paraId="5CA610D1" w14:textId="77777777" w:rsidTr="00984A02">
        <w:trPr>
          <w:jc w:val="center"/>
        </w:trPr>
        <w:tc>
          <w:tcPr>
            <w:tcW w:w="5188" w:type="dxa"/>
            <w:tcBorders>
              <w:top w:val="single" w:sz="8" w:space="0" w:color="000000"/>
            </w:tcBorders>
            <w:tcMar>
              <w:top w:w="40" w:type="dxa"/>
              <w:left w:w="70" w:type="dxa"/>
              <w:bottom w:w="40" w:type="dxa"/>
              <w:right w:w="70" w:type="dxa"/>
            </w:tcMar>
          </w:tcPr>
          <w:p w14:paraId="4EE22A27" w14:textId="77777777" w:rsidR="0022328F" w:rsidRDefault="00965A9A" w:rsidP="00984A02">
            <w:pPr>
              <w:shd w:val="clear" w:color="auto" w:fill="FFFFFF" w:themeFill="background1"/>
            </w:pPr>
            <w:r>
              <w:t>- Đọc thầm các câu hỏi trong SGK.</w:t>
            </w:r>
          </w:p>
          <w:p w14:paraId="5577F102" w14:textId="14F89FF0" w:rsidR="0022328F" w:rsidRDefault="0022328F" w:rsidP="00984A02">
            <w:pPr>
              <w:shd w:val="clear" w:color="auto" w:fill="FFFFFF" w:themeFill="background1"/>
              <w:jc w:val="center"/>
            </w:pPr>
          </w:p>
        </w:tc>
        <w:tc>
          <w:tcPr>
            <w:tcW w:w="5188" w:type="dxa"/>
            <w:tcBorders>
              <w:top w:val="single" w:sz="8" w:space="0" w:color="000000"/>
            </w:tcBorders>
            <w:tcMar>
              <w:top w:w="40" w:type="dxa"/>
              <w:left w:w="70" w:type="dxa"/>
              <w:bottom w:w="40" w:type="dxa"/>
              <w:right w:w="70" w:type="dxa"/>
            </w:tcMar>
          </w:tcPr>
          <w:p w14:paraId="7565C792" w14:textId="77777777" w:rsidR="0022328F" w:rsidRDefault="00965A9A" w:rsidP="00984A02">
            <w:pPr>
              <w:shd w:val="clear" w:color="auto" w:fill="FFFFFF" w:themeFill="background1"/>
            </w:pPr>
            <w:r>
              <w:t>- HS đọc thầm 4 câu hỏi và chuẩn bị thảo luận.</w:t>
            </w:r>
          </w:p>
        </w:tc>
      </w:tr>
      <w:tr w:rsidR="0022328F" w14:paraId="0E42487E" w14:textId="77777777" w:rsidTr="00984A02">
        <w:trPr>
          <w:jc w:val="center"/>
        </w:trPr>
        <w:tc>
          <w:tcPr>
            <w:tcW w:w="5188" w:type="dxa"/>
            <w:tcMar>
              <w:top w:w="40" w:type="dxa"/>
              <w:left w:w="70" w:type="dxa"/>
              <w:bottom w:w="40" w:type="dxa"/>
              <w:right w:w="70" w:type="dxa"/>
            </w:tcMar>
          </w:tcPr>
          <w:p w14:paraId="69E0079A" w14:textId="77777777" w:rsidR="0022328F" w:rsidRDefault="00965A9A" w:rsidP="00984A02">
            <w:pPr>
              <w:shd w:val="clear" w:color="auto" w:fill="FFFFFF" w:themeFill="background1"/>
            </w:pPr>
            <w:r>
              <w:t>- Những người chơi làm thành rồng rắn bằng cách nào?</w:t>
            </w:r>
          </w:p>
        </w:tc>
        <w:tc>
          <w:tcPr>
            <w:tcW w:w="5188" w:type="dxa"/>
            <w:tcMar>
              <w:top w:w="40" w:type="dxa"/>
              <w:left w:w="70" w:type="dxa"/>
              <w:bottom w:w="40" w:type="dxa"/>
              <w:right w:w="70" w:type="dxa"/>
            </w:tcMar>
          </w:tcPr>
          <w:p w14:paraId="52908B71" w14:textId="77777777" w:rsidR="0022328F" w:rsidRDefault="00965A9A" w:rsidP="00984A02">
            <w:pPr>
              <w:shd w:val="clear" w:color="auto" w:fill="FFFFFF" w:themeFill="background1"/>
            </w:pPr>
            <w:r>
              <w:t>- HS trả lời: Năm, sáu bạn túm áo nhau làm rồng rắn.</w:t>
            </w:r>
          </w:p>
        </w:tc>
      </w:tr>
      <w:tr w:rsidR="0022328F" w14:paraId="70F144AC" w14:textId="77777777" w:rsidTr="00984A02">
        <w:trPr>
          <w:jc w:val="center"/>
        </w:trPr>
        <w:tc>
          <w:tcPr>
            <w:tcW w:w="5188" w:type="dxa"/>
            <w:tcMar>
              <w:top w:w="40" w:type="dxa"/>
              <w:left w:w="70" w:type="dxa"/>
              <w:bottom w:w="40" w:type="dxa"/>
              <w:right w:w="70" w:type="dxa"/>
            </w:tcMar>
          </w:tcPr>
          <w:p w14:paraId="1FE3C678" w14:textId="77777777" w:rsidR="0022328F" w:rsidRDefault="00965A9A" w:rsidP="00984A02">
            <w:pPr>
              <w:shd w:val="clear" w:color="auto" w:fill="FFFFFF" w:themeFill="background1"/>
            </w:pPr>
            <w:r>
              <w:t>- Rồng rắn đến gặp thầy thuốc để làm gì?</w:t>
            </w:r>
          </w:p>
        </w:tc>
        <w:tc>
          <w:tcPr>
            <w:tcW w:w="5188" w:type="dxa"/>
            <w:tcMar>
              <w:top w:w="40" w:type="dxa"/>
              <w:left w:w="70" w:type="dxa"/>
              <w:bottom w:w="40" w:type="dxa"/>
              <w:right w:w="70" w:type="dxa"/>
            </w:tcMar>
          </w:tcPr>
          <w:p w14:paraId="0041A205" w14:textId="77777777" w:rsidR="0022328F" w:rsidRDefault="00965A9A" w:rsidP="00984A02">
            <w:pPr>
              <w:shd w:val="clear" w:color="auto" w:fill="FFFFFF" w:themeFill="background1"/>
            </w:pPr>
            <w:r>
              <w:t>- HS trả lời: Rồng rắn đến gặp thầy thuốc để xin thuốc cho con.</w:t>
            </w:r>
          </w:p>
        </w:tc>
      </w:tr>
      <w:tr w:rsidR="0022328F" w14:paraId="4EFA15DC" w14:textId="77777777" w:rsidTr="00984A02">
        <w:trPr>
          <w:jc w:val="center"/>
        </w:trPr>
        <w:tc>
          <w:tcPr>
            <w:tcW w:w="5188" w:type="dxa"/>
            <w:tcMar>
              <w:top w:w="40" w:type="dxa"/>
              <w:left w:w="70" w:type="dxa"/>
              <w:bottom w:w="40" w:type="dxa"/>
              <w:right w:w="70" w:type="dxa"/>
            </w:tcMar>
          </w:tcPr>
          <w:p w14:paraId="72E476CA" w14:textId="77777777" w:rsidR="0022328F" w:rsidRDefault="00965A9A" w:rsidP="00984A02">
            <w:pPr>
              <w:shd w:val="clear" w:color="auto" w:fill="FFFFFF" w:themeFill="background1"/>
            </w:pPr>
            <w:r>
              <w:t>- Chuyện gì xảy ra nếu khúc đuôi bị thầy bắt?</w:t>
            </w:r>
          </w:p>
        </w:tc>
        <w:tc>
          <w:tcPr>
            <w:tcW w:w="5188" w:type="dxa"/>
            <w:tcMar>
              <w:top w:w="40" w:type="dxa"/>
              <w:left w:w="70" w:type="dxa"/>
              <w:bottom w:w="40" w:type="dxa"/>
              <w:right w:w="70" w:type="dxa"/>
            </w:tcMar>
          </w:tcPr>
          <w:p w14:paraId="41AE18CC" w14:textId="77777777" w:rsidR="0022328F" w:rsidRDefault="00965A9A" w:rsidP="00984A02">
            <w:pPr>
              <w:shd w:val="clear" w:color="auto" w:fill="FFFFFF" w:themeFill="background1"/>
            </w:pPr>
            <w:r>
              <w:t>- HS trả lời: Nếu khúc đuôi bị thầy bắt thì đổi vai làm thầy thuốc.</w:t>
            </w:r>
          </w:p>
        </w:tc>
      </w:tr>
      <w:tr w:rsidR="0022328F" w14:paraId="6663E14D" w14:textId="77777777" w:rsidTr="00984A02">
        <w:trPr>
          <w:jc w:val="center"/>
        </w:trPr>
        <w:tc>
          <w:tcPr>
            <w:tcW w:w="5188" w:type="dxa"/>
            <w:tcMar>
              <w:top w:w="40" w:type="dxa"/>
              <w:left w:w="70" w:type="dxa"/>
              <w:bottom w:w="40" w:type="dxa"/>
              <w:right w:w="70" w:type="dxa"/>
            </w:tcMar>
          </w:tcPr>
          <w:p w14:paraId="6B258B43" w14:textId="77777777" w:rsidR="0022328F" w:rsidRDefault="00965A9A" w:rsidP="00984A02">
            <w:pPr>
              <w:shd w:val="clear" w:color="auto" w:fill="FFFFFF" w:themeFill="background1"/>
            </w:pPr>
            <w:r>
              <w:t>- Nếu bạn khúc giữa bị đứt thì bạn đó phải làm gì?</w:t>
            </w:r>
          </w:p>
        </w:tc>
        <w:tc>
          <w:tcPr>
            <w:tcW w:w="5188" w:type="dxa"/>
            <w:tcMar>
              <w:top w:w="40" w:type="dxa"/>
              <w:left w:w="70" w:type="dxa"/>
              <w:bottom w:w="40" w:type="dxa"/>
              <w:right w:w="70" w:type="dxa"/>
            </w:tcMar>
          </w:tcPr>
          <w:p w14:paraId="1A5C6A3A" w14:textId="77777777" w:rsidR="0022328F" w:rsidRDefault="00965A9A" w:rsidP="00984A02">
            <w:pPr>
              <w:shd w:val="clear" w:color="auto" w:fill="FFFFFF" w:themeFill="background1"/>
            </w:pPr>
            <w:r>
              <w:t>- HS trả lời: Nếu bạn khúc giữa bị đứt thì bạn đó phải làm đuôi.</w:t>
            </w:r>
          </w:p>
        </w:tc>
      </w:tr>
      <w:tr w:rsidR="0022328F" w14:paraId="10C42E25" w14:textId="77777777" w:rsidTr="00984A02">
        <w:trPr>
          <w:jc w:val="center"/>
        </w:trPr>
        <w:tc>
          <w:tcPr>
            <w:tcW w:w="5188" w:type="dxa"/>
            <w:tcMar>
              <w:top w:w="40" w:type="dxa"/>
              <w:left w:w="70" w:type="dxa"/>
              <w:bottom w:w="40" w:type="dxa"/>
              <w:right w:w="70" w:type="dxa"/>
            </w:tcMar>
          </w:tcPr>
          <w:p w14:paraId="20C72396" w14:textId="77777777" w:rsidR="0022328F" w:rsidRDefault="00965A9A" w:rsidP="00984A02">
            <w:pPr>
              <w:shd w:val="clear" w:color="auto" w:fill="FFFFFF" w:themeFill="background1"/>
            </w:pPr>
            <w:r>
              <w:t>- Em thích luật chơi nào nhất? Vì sao?</w:t>
            </w:r>
          </w:p>
        </w:tc>
        <w:tc>
          <w:tcPr>
            <w:tcW w:w="5188" w:type="dxa"/>
            <w:tcMar>
              <w:top w:w="40" w:type="dxa"/>
              <w:left w:w="70" w:type="dxa"/>
              <w:bottom w:w="40" w:type="dxa"/>
              <w:right w:w="70" w:type="dxa"/>
            </w:tcMar>
          </w:tcPr>
          <w:p w14:paraId="12ACF874" w14:textId="77777777" w:rsidR="0022328F" w:rsidRDefault="00965A9A" w:rsidP="00984A02">
            <w:pPr>
              <w:shd w:val="clear" w:color="auto" w:fill="FFFFFF" w:themeFill="background1"/>
            </w:pPr>
            <w:r>
              <w:t>- HS trả lời theo ý riêng: Em thích luật chơi bạn bị bắt đổi vai vì trò chơi sẽ vui và công bằng hơn.</w:t>
            </w:r>
          </w:p>
        </w:tc>
      </w:tr>
      <w:tr w:rsidR="0022328F" w14:paraId="05F5C11C" w14:textId="77777777" w:rsidTr="00984A02">
        <w:trPr>
          <w:jc w:val="center"/>
        </w:trPr>
        <w:tc>
          <w:tcPr>
            <w:tcW w:w="5188" w:type="dxa"/>
            <w:tcMar>
              <w:top w:w="40" w:type="dxa"/>
              <w:left w:w="70" w:type="dxa"/>
              <w:bottom w:w="40" w:type="dxa"/>
              <w:right w:w="70" w:type="dxa"/>
            </w:tcMar>
          </w:tcPr>
          <w:p w14:paraId="512AF72A" w14:textId="77777777" w:rsidR="0022328F" w:rsidRDefault="00965A9A" w:rsidP="00984A02">
            <w:pPr>
              <w:shd w:val="clear" w:color="auto" w:fill="FFFFFF" w:themeFill="background1"/>
            </w:pPr>
            <w:r>
              <w:lastRenderedPageBreak/>
              <w:t>- GV kết luận: Trò chơi Rồng rắn lên mây là trò chơi tập thể, mỗi bạn có vai trò riêng; muốn chơi vui và an toàn, cần biết đoàn kết, tôn trọng luật chơi.</w:t>
            </w:r>
          </w:p>
        </w:tc>
        <w:tc>
          <w:tcPr>
            <w:tcW w:w="5188" w:type="dxa"/>
            <w:tcMar>
              <w:top w:w="40" w:type="dxa"/>
              <w:left w:w="70" w:type="dxa"/>
              <w:bottom w:w="40" w:type="dxa"/>
              <w:right w:w="70" w:type="dxa"/>
            </w:tcMar>
          </w:tcPr>
          <w:p w14:paraId="7858E929" w14:textId="77777777" w:rsidR="0022328F" w:rsidRDefault="00965A9A" w:rsidP="00984A02">
            <w:pPr>
              <w:shd w:val="clear" w:color="auto" w:fill="FFFFFF" w:themeFill="background1"/>
            </w:pPr>
            <w:r>
              <w:t>- HS lắng nghe và nhắc lại bài học về tinh thần tập thể.</w:t>
            </w:r>
          </w:p>
        </w:tc>
      </w:tr>
      <w:tr w:rsidR="0022328F" w14:paraId="2F01E4BF" w14:textId="77777777" w:rsidTr="00984A02">
        <w:trPr>
          <w:jc w:val="center"/>
        </w:trPr>
        <w:tc>
          <w:tcPr>
            <w:tcW w:w="5188" w:type="dxa"/>
            <w:tcMar>
              <w:top w:w="40" w:type="dxa"/>
              <w:left w:w="70" w:type="dxa"/>
              <w:bottom w:w="40" w:type="dxa"/>
              <w:right w:w="70" w:type="dxa"/>
            </w:tcMar>
          </w:tcPr>
          <w:p w14:paraId="3FFE0259" w14:textId="77777777" w:rsidR="0022328F" w:rsidRDefault="00965A9A" w:rsidP="00984A02">
            <w:pPr>
              <w:shd w:val="clear" w:color="auto" w:fill="FFFFFF" w:themeFill="background1"/>
            </w:pPr>
            <w:r>
              <w:rPr>
                <w:color w:val="C00000"/>
              </w:rPr>
              <w:t>- Câu hỏi dẫn tích hợp: Khi tham gia trò chơi tập thể, em có được nêu ý kiến về cách chơi không? Em cần làm gì khi bạn nêu ý kiến khác mình?</w:t>
            </w:r>
          </w:p>
          <w:p w14:paraId="0EACEC7F" w14:textId="77777777" w:rsidR="0022328F" w:rsidRDefault="00965A9A" w:rsidP="00984A02">
            <w:pPr>
              <w:shd w:val="clear" w:color="auto" w:fill="FFFFFF" w:themeFill="background1"/>
            </w:pPr>
            <w:r>
              <w:rPr>
                <w:color w:val="C00000"/>
              </w:rPr>
              <w:t>- Diễn giải tích hợp quyền con người: GV giúp HS hiểu rằng trẻ em có quyền được tham gia hoạt động vui chơi phù hợp với lứa tuổi, được nói ý kiến về luật chơi, cách chơi và được các bạn lắng nghe. Tuy nhiên, khi nêu ý kiến, các em cần nói lịch sự, không áp đặt, biết tôn trọng quyền tham gia của bạn khác. Trong trò chơi, quyền đi đôi với trách nhiệm: chơi đúng luật, không xô đẩy, không làm bạn đau và biết dừng lại khi có bạn gặp khó khăn.</w:t>
            </w:r>
          </w:p>
        </w:tc>
        <w:tc>
          <w:tcPr>
            <w:tcW w:w="5188" w:type="dxa"/>
            <w:tcMar>
              <w:top w:w="40" w:type="dxa"/>
              <w:left w:w="70" w:type="dxa"/>
              <w:bottom w:w="40" w:type="dxa"/>
              <w:right w:w="70" w:type="dxa"/>
            </w:tcMar>
          </w:tcPr>
          <w:p w14:paraId="1AF987A6" w14:textId="77777777" w:rsidR="0022328F" w:rsidRDefault="00965A9A" w:rsidP="00984A02">
            <w:pPr>
              <w:shd w:val="clear" w:color="auto" w:fill="FFFFFF" w:themeFill="background1"/>
            </w:pPr>
            <w:r>
              <w:rPr>
                <w:color w:val="C00000"/>
              </w:rPr>
              <w:t>- HS trả lời: Em được nêu ý kiến, nhưng phải nói lịch sự và lắng nghe bạn.</w:t>
            </w:r>
          </w:p>
          <w:p w14:paraId="71D5B807" w14:textId="77777777" w:rsidR="0022328F" w:rsidRDefault="00965A9A" w:rsidP="00984A02">
            <w:pPr>
              <w:shd w:val="clear" w:color="auto" w:fill="FFFFFF" w:themeFill="background1"/>
            </w:pPr>
            <w:r>
              <w:rPr>
                <w:color w:val="C00000"/>
              </w:rPr>
              <w:t>- HS ghi nhớ: Em có quyền tham gia trò chơi và cần tôn trọng quyền của bạn.</w:t>
            </w:r>
          </w:p>
        </w:tc>
      </w:tr>
      <w:tr w:rsidR="0022328F" w14:paraId="2218A8FB" w14:textId="77777777" w:rsidTr="00984A02">
        <w:trPr>
          <w:jc w:val="center"/>
        </w:trPr>
        <w:tc>
          <w:tcPr>
            <w:tcW w:w="5188" w:type="dxa"/>
            <w:tcBorders>
              <w:bottom w:val="single" w:sz="8" w:space="0" w:color="000000"/>
            </w:tcBorders>
            <w:tcMar>
              <w:top w:w="40" w:type="dxa"/>
              <w:left w:w="70" w:type="dxa"/>
              <w:bottom w:w="40" w:type="dxa"/>
              <w:right w:w="70" w:type="dxa"/>
            </w:tcMar>
          </w:tcPr>
          <w:p w14:paraId="76B14521" w14:textId="77777777" w:rsidR="0022328F" w:rsidRDefault="00965A9A" w:rsidP="00984A02">
            <w:pPr>
              <w:shd w:val="clear" w:color="auto" w:fill="FFFFFF" w:themeFill="background1"/>
            </w:pPr>
            <w:r>
              <w:rPr>
                <w:color w:val="C00000"/>
              </w:rPr>
              <w:t>- Câu hỏi dẫn tích hợp AI: Nếu cô dùng trợ lí AI để gợi ý cách chơi Rồng rắn lên mây an toàn hơn, chúng ta có nên làm theo ngay không?</w:t>
            </w:r>
          </w:p>
          <w:p w14:paraId="09B609B7" w14:textId="77777777" w:rsidR="0022328F" w:rsidRDefault="00965A9A" w:rsidP="00984A02">
            <w:pPr>
              <w:shd w:val="clear" w:color="auto" w:fill="FFFFFF" w:themeFill="background1"/>
            </w:pPr>
            <w:r>
              <w:rPr>
                <w:color w:val="C00000"/>
              </w:rPr>
              <w:t>- Diễn giải tích hợp AI 2.A1.2: GV hướng dẫn HS hiểu rằng AI có thể gợi ý luật chơi, cách tổ chức trò chơi hoặc nhắc nhở an toàn như chơi ở sân rộng, không kéo mạnh, không xô đẩy. Tuy nhiên, AI có thể gợi ý chưa phù hợp với lớp học, sân trường hoặc sức khỏe của các bạn. Vì vậy, HS cần kiểm tra lại với GV, chọn cách chơi an toàn, không tự ý làm theo hướng dẫn nguy hiểm, không nhập thông tin cá nhân của mình hay của bạn vào công cụ AI.</w:t>
            </w:r>
          </w:p>
        </w:tc>
        <w:tc>
          <w:tcPr>
            <w:tcW w:w="5188" w:type="dxa"/>
            <w:tcBorders>
              <w:bottom w:val="single" w:sz="8" w:space="0" w:color="000000"/>
            </w:tcBorders>
            <w:tcMar>
              <w:top w:w="40" w:type="dxa"/>
              <w:left w:w="70" w:type="dxa"/>
              <w:bottom w:w="40" w:type="dxa"/>
              <w:right w:w="70" w:type="dxa"/>
            </w:tcMar>
          </w:tcPr>
          <w:p w14:paraId="279F555F" w14:textId="77777777" w:rsidR="0022328F" w:rsidRDefault="00965A9A" w:rsidP="00984A02">
            <w:pPr>
              <w:shd w:val="clear" w:color="auto" w:fill="FFFFFF" w:themeFill="background1"/>
            </w:pPr>
            <w:r>
              <w:rPr>
                <w:color w:val="C00000"/>
              </w:rPr>
              <w:t>- HS trả lời: Không nên làm theo ngay; cần hỏi cô và chọn cách chơi an toàn.</w:t>
            </w:r>
          </w:p>
          <w:p w14:paraId="269AF794" w14:textId="77777777" w:rsidR="0022328F" w:rsidRDefault="00965A9A" w:rsidP="00984A02">
            <w:pPr>
              <w:shd w:val="clear" w:color="auto" w:fill="FFFFFF" w:themeFill="background1"/>
            </w:pPr>
            <w:r>
              <w:rPr>
                <w:color w:val="C00000"/>
              </w:rPr>
              <w:t>- HS ghi nhớ: AI chỉ hỗ trợ gợi ý, cô giáo và học sinh vẫn phải kiểm tra, quyết định cách chơi phù hợp.</w:t>
            </w:r>
          </w:p>
        </w:tc>
      </w:tr>
      <w:tr w:rsidR="0022328F" w14:paraId="498550F7"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27177236" w14:textId="77777777" w:rsidR="0022328F" w:rsidRDefault="00965A9A" w:rsidP="00984A02">
            <w:pPr>
              <w:shd w:val="clear" w:color="auto" w:fill="FFFFFF" w:themeFill="background1"/>
            </w:pPr>
            <w:r>
              <w:rPr>
                <w:b/>
                <w:color w:val="008000"/>
              </w:rPr>
              <w:t>3. Thực hành (15 phút) – Luyện đọc lại và luyện tập theo văn bản đọc.</w:t>
            </w:r>
          </w:p>
        </w:tc>
      </w:tr>
      <w:tr w:rsidR="0022328F" w14:paraId="04EE9080" w14:textId="77777777" w:rsidTr="00984A02">
        <w:trPr>
          <w:jc w:val="center"/>
        </w:trPr>
        <w:tc>
          <w:tcPr>
            <w:tcW w:w="5188" w:type="dxa"/>
            <w:tcBorders>
              <w:top w:val="single" w:sz="8" w:space="0" w:color="000000"/>
            </w:tcBorders>
            <w:tcMar>
              <w:top w:w="40" w:type="dxa"/>
              <w:left w:w="70" w:type="dxa"/>
              <w:bottom w:w="40" w:type="dxa"/>
              <w:right w:w="70" w:type="dxa"/>
            </w:tcMar>
          </w:tcPr>
          <w:p w14:paraId="1A7FFB49" w14:textId="77777777" w:rsidR="0022328F" w:rsidRDefault="00965A9A" w:rsidP="00984A02">
            <w:pPr>
              <w:shd w:val="clear" w:color="auto" w:fill="FFFFFF" w:themeFill="background1"/>
            </w:pPr>
            <w:r>
              <w:t>- Luyện đọc lại toàn bài với giọng vui tươi, rõ ràng.</w:t>
            </w:r>
          </w:p>
        </w:tc>
        <w:tc>
          <w:tcPr>
            <w:tcW w:w="5188" w:type="dxa"/>
            <w:tcBorders>
              <w:top w:val="single" w:sz="8" w:space="0" w:color="000000"/>
            </w:tcBorders>
            <w:tcMar>
              <w:top w:w="40" w:type="dxa"/>
              <w:left w:w="70" w:type="dxa"/>
              <w:bottom w:w="40" w:type="dxa"/>
              <w:right w:w="70" w:type="dxa"/>
            </w:tcMar>
          </w:tcPr>
          <w:p w14:paraId="3AD7D40B" w14:textId="77777777" w:rsidR="0022328F" w:rsidRDefault="00965A9A" w:rsidP="00984A02">
            <w:pPr>
              <w:shd w:val="clear" w:color="auto" w:fill="FFFFFF" w:themeFill="background1"/>
            </w:pPr>
            <w:r>
              <w:t>- HS tự luyện đọc; 1 - 2 HS đọc trước lớp.</w:t>
            </w:r>
          </w:p>
        </w:tc>
      </w:tr>
      <w:tr w:rsidR="0022328F" w14:paraId="2497F10D" w14:textId="77777777" w:rsidTr="00984A02">
        <w:trPr>
          <w:jc w:val="center"/>
        </w:trPr>
        <w:tc>
          <w:tcPr>
            <w:tcW w:w="5188" w:type="dxa"/>
            <w:tcMar>
              <w:top w:w="40" w:type="dxa"/>
              <w:left w:w="70" w:type="dxa"/>
              <w:bottom w:w="40" w:type="dxa"/>
              <w:right w:w="70" w:type="dxa"/>
            </w:tcMar>
          </w:tcPr>
          <w:p w14:paraId="4F2A448F" w14:textId="77777777" w:rsidR="0022328F" w:rsidRDefault="00965A9A" w:rsidP="00984A02">
            <w:pPr>
              <w:shd w:val="clear" w:color="auto" w:fill="FFFFFF" w:themeFill="background1"/>
            </w:pPr>
            <w:r>
              <w:rPr>
                <w:b/>
                <w:color w:val="000000"/>
              </w:rPr>
              <w:t>Bài tập 1: Nói tiếp để hoàn thành câu.</w:t>
            </w:r>
          </w:p>
        </w:tc>
        <w:tc>
          <w:tcPr>
            <w:tcW w:w="5188" w:type="dxa"/>
            <w:tcMar>
              <w:top w:w="40" w:type="dxa"/>
              <w:left w:w="70" w:type="dxa"/>
              <w:bottom w:w="40" w:type="dxa"/>
              <w:right w:w="70" w:type="dxa"/>
            </w:tcMar>
          </w:tcPr>
          <w:p w14:paraId="2394F56C" w14:textId="77777777" w:rsidR="0022328F" w:rsidRDefault="00965A9A" w:rsidP="00984A02">
            <w:pPr>
              <w:shd w:val="clear" w:color="auto" w:fill="FFFFFF" w:themeFill="background1"/>
            </w:pPr>
            <w:r>
              <w:t>- HS đọc đề bài và các câu chưa hoàn chỉnh.</w:t>
            </w:r>
          </w:p>
        </w:tc>
      </w:tr>
      <w:tr w:rsidR="0022328F" w14:paraId="391CA253" w14:textId="77777777" w:rsidTr="00984A02">
        <w:trPr>
          <w:jc w:val="center"/>
        </w:trPr>
        <w:tc>
          <w:tcPr>
            <w:tcW w:w="5188" w:type="dxa"/>
            <w:tcMar>
              <w:top w:w="40" w:type="dxa"/>
              <w:left w:w="70" w:type="dxa"/>
              <w:bottom w:w="40" w:type="dxa"/>
              <w:right w:w="70" w:type="dxa"/>
            </w:tcMar>
          </w:tcPr>
          <w:p w14:paraId="740737C4" w14:textId="77777777" w:rsidR="0022328F" w:rsidRDefault="00965A9A" w:rsidP="00984A02">
            <w:pPr>
              <w:shd w:val="clear" w:color="auto" w:fill="FFFFFF" w:themeFill="background1"/>
            </w:pPr>
            <w:r>
              <w:t>- GV yêu cầu HS đọc đề bài.</w:t>
            </w:r>
          </w:p>
        </w:tc>
        <w:tc>
          <w:tcPr>
            <w:tcW w:w="5188" w:type="dxa"/>
            <w:tcMar>
              <w:top w:w="40" w:type="dxa"/>
              <w:left w:w="70" w:type="dxa"/>
              <w:bottom w:w="40" w:type="dxa"/>
              <w:right w:w="70" w:type="dxa"/>
            </w:tcMar>
          </w:tcPr>
          <w:p w14:paraId="53F3554F" w14:textId="77777777" w:rsidR="0022328F" w:rsidRDefault="00965A9A" w:rsidP="00984A02">
            <w:pPr>
              <w:shd w:val="clear" w:color="auto" w:fill="FFFFFF" w:themeFill="background1"/>
            </w:pPr>
            <w:r>
              <w:t>- HS đọc: Nói tiếp để hoàn thành câu.</w:t>
            </w:r>
          </w:p>
        </w:tc>
      </w:tr>
      <w:tr w:rsidR="0022328F" w14:paraId="14F410B8" w14:textId="77777777" w:rsidTr="00984A02">
        <w:trPr>
          <w:jc w:val="center"/>
        </w:trPr>
        <w:tc>
          <w:tcPr>
            <w:tcW w:w="5188" w:type="dxa"/>
            <w:tcMar>
              <w:top w:w="40" w:type="dxa"/>
              <w:left w:w="70" w:type="dxa"/>
              <w:bottom w:w="40" w:type="dxa"/>
              <w:right w:w="70" w:type="dxa"/>
            </w:tcMar>
          </w:tcPr>
          <w:p w14:paraId="1A8C0FD7" w14:textId="77777777" w:rsidR="0022328F" w:rsidRDefault="00965A9A" w:rsidP="00984A02">
            <w:pPr>
              <w:shd w:val="clear" w:color="auto" w:fill="FFFFFF" w:themeFill="background1"/>
            </w:pPr>
            <w:r>
              <w:t>- Làm nhóm 4: đọc đoạn 2, đoạn 3, nói tiếp từng câu cho hoàn chỉnh.</w:t>
            </w:r>
          </w:p>
        </w:tc>
        <w:tc>
          <w:tcPr>
            <w:tcW w:w="5188" w:type="dxa"/>
            <w:tcMar>
              <w:top w:w="40" w:type="dxa"/>
              <w:left w:w="70" w:type="dxa"/>
              <w:bottom w:w="40" w:type="dxa"/>
              <w:right w:w="70" w:type="dxa"/>
            </w:tcMar>
          </w:tcPr>
          <w:p w14:paraId="0A485BBD" w14:textId="77777777" w:rsidR="0022328F" w:rsidRDefault="00965A9A" w:rsidP="00984A02">
            <w:pPr>
              <w:shd w:val="clear" w:color="auto" w:fill="FFFFFF" w:themeFill="background1"/>
            </w:pPr>
            <w:r>
              <w:t>- HS trả lời: a. Nếu thầy nói “không” thì rồng rắn đi tiếp. b. Nếu thầy nói “có” thì rồng rắn hỏi xin thuốc cho con. c. Nếu bạn khúc đuôi để thầy bắt được thì đổi vai làm thầy thuốc. d. Nếu bạn khúc giữa để đứt thì đổi vai làm đuôi.</w:t>
            </w:r>
          </w:p>
        </w:tc>
      </w:tr>
      <w:tr w:rsidR="0022328F" w14:paraId="3CB78179" w14:textId="77777777" w:rsidTr="00984A02">
        <w:trPr>
          <w:jc w:val="center"/>
        </w:trPr>
        <w:tc>
          <w:tcPr>
            <w:tcW w:w="5188" w:type="dxa"/>
            <w:tcMar>
              <w:top w:w="40" w:type="dxa"/>
              <w:left w:w="70" w:type="dxa"/>
              <w:bottom w:w="40" w:type="dxa"/>
              <w:right w:w="70" w:type="dxa"/>
            </w:tcMar>
          </w:tcPr>
          <w:p w14:paraId="72321904" w14:textId="77777777" w:rsidR="0022328F" w:rsidRDefault="00965A9A" w:rsidP="00984A02">
            <w:pPr>
              <w:shd w:val="clear" w:color="auto" w:fill="FFFFFF" w:themeFill="background1"/>
            </w:pPr>
            <w:r>
              <w:rPr>
                <w:b/>
                <w:color w:val="000000"/>
              </w:rPr>
              <w:t>Bài tập 2: Đặt một câu nói về trò chơi em thích.</w:t>
            </w:r>
          </w:p>
        </w:tc>
        <w:tc>
          <w:tcPr>
            <w:tcW w:w="5188" w:type="dxa"/>
            <w:tcMar>
              <w:top w:w="40" w:type="dxa"/>
              <w:left w:w="70" w:type="dxa"/>
              <w:bottom w:w="40" w:type="dxa"/>
              <w:right w:w="70" w:type="dxa"/>
            </w:tcMar>
          </w:tcPr>
          <w:p w14:paraId="06F694CF" w14:textId="77777777" w:rsidR="0022328F" w:rsidRDefault="00965A9A" w:rsidP="00984A02">
            <w:pPr>
              <w:shd w:val="clear" w:color="auto" w:fill="FFFFFF" w:themeFill="background1"/>
            </w:pPr>
            <w:r>
              <w:t>- HS đọc đề bài và chọn trò chơi mình thích.</w:t>
            </w:r>
          </w:p>
        </w:tc>
      </w:tr>
      <w:tr w:rsidR="0022328F" w14:paraId="10D4DFF6" w14:textId="77777777" w:rsidTr="00984A02">
        <w:trPr>
          <w:jc w:val="center"/>
        </w:trPr>
        <w:tc>
          <w:tcPr>
            <w:tcW w:w="5188" w:type="dxa"/>
            <w:tcMar>
              <w:top w:w="40" w:type="dxa"/>
              <w:left w:w="70" w:type="dxa"/>
              <w:bottom w:w="40" w:type="dxa"/>
              <w:right w:w="70" w:type="dxa"/>
            </w:tcMar>
          </w:tcPr>
          <w:p w14:paraId="66EEC23E" w14:textId="77777777" w:rsidR="0022328F" w:rsidRDefault="00965A9A" w:rsidP="00984A02">
            <w:pPr>
              <w:shd w:val="clear" w:color="auto" w:fill="FFFFFF" w:themeFill="background1"/>
            </w:pPr>
            <w:r>
              <w:t>- Làm cá nhân, sau đó chia sẻ nhóm 2.</w:t>
            </w:r>
          </w:p>
        </w:tc>
        <w:tc>
          <w:tcPr>
            <w:tcW w:w="5188" w:type="dxa"/>
            <w:tcMar>
              <w:top w:w="40" w:type="dxa"/>
              <w:left w:w="70" w:type="dxa"/>
              <w:bottom w:w="40" w:type="dxa"/>
              <w:right w:w="70" w:type="dxa"/>
            </w:tcMar>
          </w:tcPr>
          <w:p w14:paraId="709EA2B5" w14:textId="77777777" w:rsidR="0022328F" w:rsidRDefault="00965A9A" w:rsidP="00984A02">
            <w:pPr>
              <w:shd w:val="clear" w:color="auto" w:fill="FFFFFF" w:themeFill="background1"/>
            </w:pPr>
            <w:r>
              <w:t>- HS đặt câu: Rồng rắn lên mây là trò chơi vui nhộn. Em thích chơi ô ăn quan với bạn trong giờ ra chơi.</w:t>
            </w:r>
          </w:p>
        </w:tc>
      </w:tr>
      <w:tr w:rsidR="0022328F" w14:paraId="161BCF07" w14:textId="77777777" w:rsidTr="00984A02">
        <w:trPr>
          <w:jc w:val="center"/>
        </w:trPr>
        <w:tc>
          <w:tcPr>
            <w:tcW w:w="5188" w:type="dxa"/>
            <w:tcBorders>
              <w:bottom w:val="single" w:sz="8" w:space="0" w:color="000000"/>
            </w:tcBorders>
            <w:tcMar>
              <w:top w:w="40" w:type="dxa"/>
              <w:left w:w="70" w:type="dxa"/>
              <w:bottom w:w="40" w:type="dxa"/>
              <w:right w:w="70" w:type="dxa"/>
            </w:tcMar>
          </w:tcPr>
          <w:p w14:paraId="51A08A8D" w14:textId="77777777" w:rsidR="0022328F" w:rsidRDefault="00965A9A" w:rsidP="00984A02">
            <w:pPr>
              <w:shd w:val="clear" w:color="auto" w:fill="FFFFFF" w:themeFill="background1"/>
            </w:pPr>
            <w:r>
              <w:t>- Gọi HS trình bày; GV sửa câu và kết luận.</w:t>
            </w:r>
          </w:p>
        </w:tc>
        <w:tc>
          <w:tcPr>
            <w:tcW w:w="5188" w:type="dxa"/>
            <w:tcBorders>
              <w:bottom w:val="single" w:sz="8" w:space="0" w:color="000000"/>
            </w:tcBorders>
            <w:tcMar>
              <w:top w:w="40" w:type="dxa"/>
              <w:left w:w="70" w:type="dxa"/>
              <w:bottom w:w="40" w:type="dxa"/>
              <w:right w:w="70" w:type="dxa"/>
            </w:tcMar>
          </w:tcPr>
          <w:p w14:paraId="16F0272E" w14:textId="77777777" w:rsidR="0022328F" w:rsidRDefault="00965A9A" w:rsidP="00984A02">
            <w:pPr>
              <w:shd w:val="clear" w:color="auto" w:fill="FFFFFF" w:themeFill="background1"/>
            </w:pPr>
            <w:r>
              <w:t>- HS trình bày; HS khác nhận xét, sửa câu nếu cần.</w:t>
            </w:r>
          </w:p>
        </w:tc>
      </w:tr>
      <w:tr w:rsidR="0022328F" w14:paraId="51009849"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43E205AD" w14:textId="77777777" w:rsidR="0022328F" w:rsidRDefault="00965A9A" w:rsidP="00984A02">
            <w:pPr>
              <w:shd w:val="clear" w:color="auto" w:fill="FFFFFF" w:themeFill="background1"/>
            </w:pPr>
            <w:r>
              <w:rPr>
                <w:b/>
                <w:color w:val="008000"/>
              </w:rPr>
              <w:lastRenderedPageBreak/>
              <w:t>4. Vận dụng (3 phút) – Liên hệ chơi trò chơi an toàn.</w:t>
            </w:r>
          </w:p>
        </w:tc>
      </w:tr>
      <w:tr w:rsidR="0022328F" w14:paraId="422433A9" w14:textId="77777777" w:rsidTr="00984A02">
        <w:trPr>
          <w:jc w:val="center"/>
        </w:trPr>
        <w:tc>
          <w:tcPr>
            <w:tcW w:w="5188" w:type="dxa"/>
            <w:tcBorders>
              <w:top w:val="single" w:sz="8" w:space="0" w:color="000000"/>
            </w:tcBorders>
            <w:tcMar>
              <w:top w:w="40" w:type="dxa"/>
              <w:left w:w="70" w:type="dxa"/>
              <w:bottom w:w="40" w:type="dxa"/>
              <w:right w:w="70" w:type="dxa"/>
            </w:tcMar>
          </w:tcPr>
          <w:p w14:paraId="1EDF0B94" w14:textId="77777777" w:rsidR="0022328F" w:rsidRDefault="00965A9A" w:rsidP="00984A02">
            <w:pPr>
              <w:shd w:val="clear" w:color="auto" w:fill="FFFFFF" w:themeFill="background1"/>
            </w:pPr>
            <w:r>
              <w:t>- Nêu một điều em cần nhớ khi chơi trò chơi tập thể.</w:t>
            </w:r>
          </w:p>
        </w:tc>
        <w:tc>
          <w:tcPr>
            <w:tcW w:w="5188" w:type="dxa"/>
            <w:tcBorders>
              <w:top w:val="single" w:sz="8" w:space="0" w:color="000000"/>
            </w:tcBorders>
            <w:tcMar>
              <w:top w:w="40" w:type="dxa"/>
              <w:left w:w="70" w:type="dxa"/>
              <w:bottom w:w="40" w:type="dxa"/>
              <w:right w:w="70" w:type="dxa"/>
            </w:tcMar>
          </w:tcPr>
          <w:p w14:paraId="6DCBE52F" w14:textId="77777777" w:rsidR="0022328F" w:rsidRDefault="00965A9A" w:rsidP="00984A02">
            <w:pPr>
              <w:shd w:val="clear" w:color="auto" w:fill="FFFFFF" w:themeFill="background1"/>
            </w:pPr>
            <w:r>
              <w:t>- HS trả lời: Em cần chơi đúng luật, không xô đẩy, không kéo bạn quá mạnh, biết giúp bạn khi bạn bị ngã.</w:t>
            </w:r>
          </w:p>
        </w:tc>
      </w:tr>
      <w:tr w:rsidR="0022328F" w14:paraId="7736D9AB" w14:textId="77777777" w:rsidTr="00984A02">
        <w:trPr>
          <w:jc w:val="center"/>
        </w:trPr>
        <w:tc>
          <w:tcPr>
            <w:tcW w:w="5188" w:type="dxa"/>
            <w:tcMar>
              <w:top w:w="40" w:type="dxa"/>
              <w:left w:w="70" w:type="dxa"/>
              <w:bottom w:w="40" w:type="dxa"/>
              <w:right w:w="70" w:type="dxa"/>
            </w:tcMar>
          </w:tcPr>
          <w:p w14:paraId="01DEB057" w14:textId="77777777" w:rsidR="0022328F" w:rsidRDefault="00965A9A" w:rsidP="00984A02">
            <w:pPr>
              <w:shd w:val="clear" w:color="auto" w:fill="FFFFFF" w:themeFill="background1"/>
            </w:pPr>
            <w:r>
              <w:t>- Dặn dò: Về nhà kể cho người thân nghe cách chơi Rồng rắn lên mây.</w:t>
            </w:r>
          </w:p>
        </w:tc>
        <w:tc>
          <w:tcPr>
            <w:tcW w:w="5188" w:type="dxa"/>
            <w:tcMar>
              <w:top w:w="40" w:type="dxa"/>
              <w:left w:w="70" w:type="dxa"/>
              <w:bottom w:w="40" w:type="dxa"/>
              <w:right w:w="70" w:type="dxa"/>
            </w:tcMar>
          </w:tcPr>
          <w:p w14:paraId="571FBA31" w14:textId="77777777" w:rsidR="0022328F" w:rsidRDefault="00965A9A" w:rsidP="00984A02">
            <w:pPr>
              <w:shd w:val="clear" w:color="auto" w:fill="FFFFFF" w:themeFill="background1"/>
            </w:pPr>
            <w:r>
              <w:t>- HS ghi nhớ nhiệm vụ.</w:t>
            </w:r>
          </w:p>
        </w:tc>
      </w:tr>
    </w:tbl>
    <w:p w14:paraId="0E496D3C" w14:textId="77777777" w:rsidR="0022328F" w:rsidRDefault="00965A9A" w:rsidP="00984A02">
      <w:pPr>
        <w:shd w:val="clear" w:color="auto" w:fill="FFFFFF" w:themeFill="background1"/>
        <w:spacing w:after="0" w:line="240" w:lineRule="auto"/>
      </w:pPr>
      <w:r>
        <w:rPr>
          <w:b/>
        </w:rPr>
        <w:t>IV. ĐIỀU CHỈNH SAU TIẾT DẠY (NẾU CÓ)</w:t>
      </w:r>
    </w:p>
    <w:p w14:paraId="31F050DE" w14:textId="77777777" w:rsidR="0022328F" w:rsidRDefault="00965A9A" w:rsidP="00984A02">
      <w:pPr>
        <w:shd w:val="clear" w:color="auto" w:fill="FFFFFF" w:themeFill="background1"/>
        <w:spacing w:after="0" w:line="240" w:lineRule="auto"/>
      </w:pPr>
      <w:r>
        <w:t>……………………………………………………………………………………………………</w:t>
      </w:r>
    </w:p>
    <w:p w14:paraId="6B5B25B8" w14:textId="77777777" w:rsidR="0022328F" w:rsidRDefault="00965A9A" w:rsidP="00984A02">
      <w:pPr>
        <w:shd w:val="clear" w:color="auto" w:fill="FFFFFF" w:themeFill="background1"/>
        <w:spacing w:after="0" w:line="240" w:lineRule="auto"/>
      </w:pPr>
      <w:r>
        <w:t>……………………………………………………………………………………………………</w:t>
      </w:r>
    </w:p>
    <w:p w14:paraId="22C2F237" w14:textId="77777777" w:rsidR="0022328F" w:rsidRDefault="00965A9A" w:rsidP="00984A02">
      <w:pPr>
        <w:shd w:val="clear" w:color="auto" w:fill="FFFFFF" w:themeFill="background1"/>
        <w:spacing w:after="0" w:line="240" w:lineRule="auto"/>
        <w:jc w:val="center"/>
      </w:pPr>
      <w:r>
        <w:rPr>
          <w:b/>
          <w:color w:val="0066CC"/>
        </w:rPr>
        <w:t>KẾ HOẠCH DẠY HỌC – TUẦN 13</w:t>
      </w:r>
    </w:p>
    <w:p w14:paraId="2BD2F0E3" w14:textId="77777777" w:rsidR="0022328F" w:rsidRDefault="00965A9A" w:rsidP="00984A02">
      <w:pPr>
        <w:shd w:val="clear" w:color="auto" w:fill="FFFFFF" w:themeFill="background1"/>
        <w:spacing w:after="0" w:line="240" w:lineRule="auto"/>
        <w:jc w:val="center"/>
      </w:pPr>
      <w:r>
        <w:rPr>
          <w:b/>
          <w:color w:val="000000"/>
        </w:rPr>
        <w:t>Chủ đề 3: Niềm vui tuổi thơ</w:t>
      </w:r>
    </w:p>
    <w:p w14:paraId="56700430" w14:textId="77777777" w:rsidR="0022328F" w:rsidRDefault="00965A9A" w:rsidP="00984A02">
      <w:pPr>
        <w:shd w:val="clear" w:color="auto" w:fill="FFFFFF" w:themeFill="background1"/>
        <w:spacing w:after="0" w:line="240" w:lineRule="auto"/>
        <w:jc w:val="center"/>
      </w:pPr>
      <w:r>
        <w:rPr>
          <w:b/>
          <w:color w:val="000000"/>
        </w:rPr>
        <w:t>BÀI 23: RỒNG RẮN LÊN MÂY</w:t>
      </w:r>
    </w:p>
    <w:p w14:paraId="225D8978" w14:textId="77777777" w:rsidR="0022328F" w:rsidRDefault="00965A9A" w:rsidP="00984A02">
      <w:pPr>
        <w:shd w:val="clear" w:color="auto" w:fill="FFFFFF" w:themeFill="background1"/>
        <w:spacing w:after="0" w:line="240" w:lineRule="auto"/>
        <w:jc w:val="center"/>
      </w:pPr>
      <w:r>
        <w:rPr>
          <w:b/>
          <w:color w:val="000000"/>
        </w:rPr>
        <w:t>Tiết 3: Viết – Chữ hoa M</w:t>
      </w:r>
    </w:p>
    <w:p w14:paraId="796F86E0" w14:textId="77777777" w:rsidR="0022328F" w:rsidRDefault="00965A9A" w:rsidP="00984A02">
      <w:pPr>
        <w:shd w:val="clear" w:color="auto" w:fill="FFFFFF" w:themeFill="background1"/>
        <w:spacing w:after="0" w:line="240" w:lineRule="auto"/>
      </w:pPr>
      <w:r>
        <w:rPr>
          <w:b/>
        </w:rPr>
        <w:t>I. YÊU CẦU CẦN ĐẠT</w:t>
      </w:r>
    </w:p>
    <w:p w14:paraId="469627C0" w14:textId="77777777" w:rsidR="0022328F" w:rsidRDefault="00965A9A" w:rsidP="00984A02">
      <w:pPr>
        <w:shd w:val="clear" w:color="auto" w:fill="FFFFFF" w:themeFill="background1"/>
        <w:spacing w:after="0" w:line="240" w:lineRule="auto"/>
      </w:pPr>
      <w:r>
        <w:rPr>
          <w:b/>
        </w:rPr>
        <w:t>1. Năng lực đặc thù</w:t>
      </w:r>
    </w:p>
    <w:p w14:paraId="097FCBA4" w14:textId="77777777" w:rsidR="0022328F" w:rsidRDefault="00965A9A" w:rsidP="00984A02">
      <w:pPr>
        <w:shd w:val="clear" w:color="auto" w:fill="FFFFFF" w:themeFill="background1"/>
        <w:spacing w:after="0" w:line="240" w:lineRule="auto"/>
      </w:pPr>
      <w:r>
        <w:t>- Biết viết chữ hoa M cỡ vừa và cỡ nhỏ đúng mẫu, đúng quy trình.</w:t>
      </w:r>
    </w:p>
    <w:p w14:paraId="06B412B8" w14:textId="77777777" w:rsidR="0022328F" w:rsidRDefault="00965A9A" w:rsidP="00984A02">
      <w:pPr>
        <w:shd w:val="clear" w:color="auto" w:fill="FFFFFF" w:themeFill="background1"/>
        <w:spacing w:after="0" w:line="240" w:lineRule="auto"/>
      </w:pPr>
      <w:r>
        <w:t>- Viết được câu ứng dụng: Một con ngựa đau cả tàu bỏ cỏ; hiểu ý nghĩa câu ứng dụng.</w:t>
      </w:r>
    </w:p>
    <w:p w14:paraId="453EE2E7" w14:textId="77777777" w:rsidR="0022328F" w:rsidRDefault="00965A9A" w:rsidP="00984A02">
      <w:pPr>
        <w:shd w:val="clear" w:color="auto" w:fill="FFFFFF" w:themeFill="background1"/>
        <w:spacing w:after="0" w:line="240" w:lineRule="auto"/>
      </w:pPr>
      <w:r>
        <w:t>- Biết tự soát, sửa lỗi khi viết chữ hoa và câu ứng dụng.</w:t>
      </w:r>
    </w:p>
    <w:p w14:paraId="18938B64" w14:textId="77777777" w:rsidR="0022328F" w:rsidRDefault="00965A9A" w:rsidP="00984A02">
      <w:pPr>
        <w:shd w:val="clear" w:color="auto" w:fill="FFFFFF" w:themeFill="background1"/>
        <w:spacing w:after="0" w:line="240" w:lineRule="auto"/>
      </w:pPr>
      <w:r>
        <w:rPr>
          <w:b/>
        </w:rPr>
        <w:t>2. Năng lực chung</w:t>
      </w:r>
    </w:p>
    <w:p w14:paraId="6F573C23" w14:textId="77777777" w:rsidR="0022328F" w:rsidRDefault="00965A9A" w:rsidP="00984A02">
      <w:pPr>
        <w:shd w:val="clear" w:color="auto" w:fill="FFFFFF" w:themeFill="background1"/>
        <w:spacing w:after="0" w:line="240" w:lineRule="auto"/>
      </w:pPr>
      <w:r>
        <w:t>- Tự chủ và tự học: chủ động luyện viết, tự điều chỉnh tư thế và cách cầm bút.</w:t>
      </w:r>
    </w:p>
    <w:p w14:paraId="00AB0F7E" w14:textId="77777777" w:rsidR="0022328F" w:rsidRDefault="00965A9A" w:rsidP="00984A02">
      <w:pPr>
        <w:shd w:val="clear" w:color="auto" w:fill="FFFFFF" w:themeFill="background1"/>
        <w:spacing w:after="0" w:line="240" w:lineRule="auto"/>
      </w:pPr>
      <w:r>
        <w:t>- Giao tiếp và hợp tác: biết nhận xét, góp ý bài viết của bạn theo cặp.</w:t>
      </w:r>
    </w:p>
    <w:p w14:paraId="3D7E0328" w14:textId="77777777" w:rsidR="0022328F" w:rsidRDefault="00965A9A" w:rsidP="00984A02">
      <w:pPr>
        <w:shd w:val="clear" w:color="auto" w:fill="FFFFFF" w:themeFill="background1"/>
        <w:spacing w:after="0" w:line="240" w:lineRule="auto"/>
      </w:pPr>
      <w:r>
        <w:t>- Giải quyết vấn đề và sáng tạo: biết sửa lỗi nét chữ, khoảng cách và dấu thanh.</w:t>
      </w:r>
    </w:p>
    <w:p w14:paraId="264BD9B8" w14:textId="77777777" w:rsidR="0022328F" w:rsidRDefault="00965A9A" w:rsidP="00984A02">
      <w:pPr>
        <w:shd w:val="clear" w:color="auto" w:fill="FFFFFF" w:themeFill="background1"/>
        <w:spacing w:after="0" w:line="240" w:lineRule="auto"/>
      </w:pPr>
      <w:r>
        <w:rPr>
          <w:b/>
        </w:rPr>
        <w:t>3. Phẩm chất</w:t>
      </w:r>
    </w:p>
    <w:p w14:paraId="46EC3206" w14:textId="77777777" w:rsidR="0022328F" w:rsidRDefault="00965A9A" w:rsidP="00984A02">
      <w:pPr>
        <w:shd w:val="clear" w:color="auto" w:fill="FFFFFF" w:themeFill="background1"/>
        <w:spacing w:after="0" w:line="240" w:lineRule="auto"/>
      </w:pPr>
      <w:r>
        <w:t>- Chăm chỉ: kiên trì luyện viết chữ đúng, đẹp.</w:t>
      </w:r>
    </w:p>
    <w:p w14:paraId="6E47E346" w14:textId="77777777" w:rsidR="0022328F" w:rsidRDefault="00965A9A" w:rsidP="00984A02">
      <w:pPr>
        <w:shd w:val="clear" w:color="auto" w:fill="FFFFFF" w:themeFill="background1"/>
        <w:spacing w:after="0" w:line="240" w:lineRule="auto"/>
      </w:pPr>
      <w:r>
        <w:t>- Trách nhiệm: giữ vở sạch, viết cẩn thận, hoàn thành bài viết.</w:t>
      </w:r>
    </w:p>
    <w:p w14:paraId="56E6DF20" w14:textId="77777777" w:rsidR="0022328F" w:rsidRDefault="00965A9A" w:rsidP="00984A02">
      <w:pPr>
        <w:shd w:val="clear" w:color="auto" w:fill="FFFFFF" w:themeFill="background1"/>
        <w:spacing w:after="0" w:line="240" w:lineRule="auto"/>
      </w:pPr>
      <w:r>
        <w:rPr>
          <w:b/>
          <w:color w:val="C00000"/>
        </w:rPr>
        <w:t>4. Tích hợp</w:t>
      </w:r>
    </w:p>
    <w:p w14:paraId="720AC1A3" w14:textId="77777777" w:rsidR="0022328F" w:rsidRDefault="00965A9A" w:rsidP="00984A02">
      <w:pPr>
        <w:shd w:val="clear" w:color="auto" w:fill="FFFFFF" w:themeFill="background1"/>
        <w:spacing w:after="0" w:line="240" w:lineRule="auto"/>
      </w:pPr>
      <w:r>
        <w:rPr>
          <w:color w:val="C00000"/>
        </w:rPr>
        <w:t>Tích hợp đạo đức, lối sống: HS hiểu câu ứng dụng nhắc nhở biết yêu thương, lo lắng, quan tâm người thân và bạn bè.</w:t>
      </w:r>
    </w:p>
    <w:p w14:paraId="21B38373" w14:textId="77777777" w:rsidR="0022328F" w:rsidRDefault="00965A9A" w:rsidP="00984A02">
      <w:pPr>
        <w:shd w:val="clear" w:color="auto" w:fill="FFFFFF" w:themeFill="background1"/>
        <w:spacing w:after="0" w:line="240" w:lineRule="auto"/>
      </w:pPr>
      <w:r>
        <w:rPr>
          <w:b/>
        </w:rPr>
        <w:t>II. ĐỒ DÙNG DẠY HỌC</w:t>
      </w:r>
    </w:p>
    <w:p w14:paraId="7EC6A8B7" w14:textId="77777777" w:rsidR="0022328F" w:rsidRDefault="00965A9A" w:rsidP="00984A02">
      <w:pPr>
        <w:shd w:val="clear" w:color="auto" w:fill="FFFFFF" w:themeFill="background1"/>
        <w:spacing w:after="0" w:line="240" w:lineRule="auto"/>
      </w:pPr>
      <w:r>
        <w:t>1. Giáo viên: mẫu chữ hoa M, câu ứng dụng, tranh chữ trong SGK, bảng phụ.</w:t>
      </w:r>
    </w:p>
    <w:p w14:paraId="264381CC" w14:textId="77777777" w:rsidR="0022328F" w:rsidRDefault="00965A9A" w:rsidP="00984A02">
      <w:pPr>
        <w:shd w:val="clear" w:color="auto" w:fill="FFFFFF" w:themeFill="background1"/>
        <w:spacing w:after="0" w:line="240" w:lineRule="auto"/>
      </w:pPr>
      <w:r>
        <w:t>2. Học sinh: Vở Tập viết 2, bảng con, bút.</w:t>
      </w:r>
    </w:p>
    <w:p w14:paraId="06D738C5" w14:textId="77777777" w:rsidR="0022328F" w:rsidRDefault="00965A9A" w:rsidP="00984A02">
      <w:pPr>
        <w:shd w:val="clear" w:color="auto" w:fill="FFFFFF" w:themeFill="background1"/>
        <w:spacing w:after="0" w:line="240" w:lineRule="auto"/>
      </w:pPr>
      <w:r>
        <w:rPr>
          <w:b/>
        </w:rPr>
        <w:t>III. HOẠT ĐỘNG DẠY HỌC CHỦ YẾU</w:t>
      </w:r>
    </w:p>
    <w:tbl>
      <w:tblPr>
        <w:tblStyle w:val="TableGrid"/>
        <w:tblW w:w="0" w:type="auto"/>
        <w:jc w:val="center"/>
        <w:tblBorders>
          <w:top w:val="single" w:sz="8" w:space="0" w:color="000000"/>
          <w:left w:val="single" w:sz="8" w:space="0" w:color="000000"/>
          <w:bottom w:val="single" w:sz="8" w:space="0" w:color="000000"/>
          <w:right w:val="single" w:sz="8" w:space="0" w:color="000000"/>
          <w:insideH w:val="none" w:sz="0" w:space="0" w:color="auto"/>
          <w:insideV w:val="single" w:sz="8" w:space="0" w:color="000000"/>
        </w:tblBorders>
        <w:tblLayout w:type="fixed"/>
        <w:tblLook w:val="04A0" w:firstRow="1" w:lastRow="0" w:firstColumn="1" w:lastColumn="0" w:noHBand="0" w:noVBand="1"/>
      </w:tblPr>
      <w:tblGrid>
        <w:gridCol w:w="5188"/>
        <w:gridCol w:w="5188"/>
      </w:tblGrid>
      <w:tr w:rsidR="0022328F" w14:paraId="6544D48C" w14:textId="77777777" w:rsidTr="00984A02">
        <w:trPr>
          <w:jc w:val="center"/>
        </w:trPr>
        <w:tc>
          <w:tcPr>
            <w:tcW w:w="5188" w:type="dxa"/>
            <w:tcBorders>
              <w:bottom w:val="single" w:sz="8" w:space="0" w:color="000000"/>
            </w:tcBorders>
            <w:shd w:val="clear" w:color="auto" w:fill="D9EAF7"/>
            <w:tcMar>
              <w:top w:w="40" w:type="dxa"/>
              <w:left w:w="70" w:type="dxa"/>
              <w:bottom w:w="40" w:type="dxa"/>
              <w:right w:w="70" w:type="dxa"/>
            </w:tcMar>
          </w:tcPr>
          <w:p w14:paraId="09A97FE3" w14:textId="77777777" w:rsidR="0022328F" w:rsidRDefault="00965A9A" w:rsidP="00984A02">
            <w:pPr>
              <w:shd w:val="clear" w:color="auto" w:fill="FFFFFF" w:themeFill="background1"/>
              <w:jc w:val="center"/>
            </w:pPr>
            <w:r>
              <w:rPr>
                <w:b/>
              </w:rPr>
              <w:t>Hoạt động của giáo viên</w:t>
            </w:r>
          </w:p>
        </w:tc>
        <w:tc>
          <w:tcPr>
            <w:tcW w:w="5188" w:type="dxa"/>
            <w:tcBorders>
              <w:bottom w:val="single" w:sz="8" w:space="0" w:color="000000"/>
            </w:tcBorders>
            <w:shd w:val="clear" w:color="auto" w:fill="D9EAF7"/>
            <w:tcMar>
              <w:top w:w="40" w:type="dxa"/>
              <w:left w:w="70" w:type="dxa"/>
              <w:bottom w:w="40" w:type="dxa"/>
              <w:right w:w="70" w:type="dxa"/>
            </w:tcMar>
          </w:tcPr>
          <w:p w14:paraId="469BE249" w14:textId="77777777" w:rsidR="0022328F" w:rsidRDefault="00965A9A" w:rsidP="00984A02">
            <w:pPr>
              <w:shd w:val="clear" w:color="auto" w:fill="FFFFFF" w:themeFill="background1"/>
              <w:jc w:val="center"/>
            </w:pPr>
            <w:r>
              <w:rPr>
                <w:b/>
              </w:rPr>
              <w:t>Hoạt động của học sinh</w:t>
            </w:r>
          </w:p>
        </w:tc>
      </w:tr>
      <w:tr w:rsidR="0022328F" w14:paraId="7E1E7E2D"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1C9AEA62" w14:textId="77777777" w:rsidR="0022328F" w:rsidRDefault="00965A9A" w:rsidP="00984A02">
            <w:pPr>
              <w:shd w:val="clear" w:color="auto" w:fill="FFFFFF" w:themeFill="background1"/>
            </w:pPr>
            <w:r>
              <w:rPr>
                <w:b/>
                <w:color w:val="008000"/>
              </w:rPr>
              <w:t>1. Khởi động (3 phút) – Ôn chữ hoa đã học và kết nối bài mới.</w:t>
            </w:r>
          </w:p>
        </w:tc>
      </w:tr>
      <w:tr w:rsidR="0022328F" w14:paraId="1C18A8DE" w14:textId="77777777" w:rsidTr="00984A02">
        <w:trPr>
          <w:jc w:val="center"/>
        </w:trPr>
        <w:tc>
          <w:tcPr>
            <w:tcW w:w="5188" w:type="dxa"/>
            <w:tcBorders>
              <w:top w:val="single" w:sz="8" w:space="0" w:color="000000"/>
            </w:tcBorders>
            <w:tcMar>
              <w:top w:w="40" w:type="dxa"/>
              <w:left w:w="70" w:type="dxa"/>
              <w:bottom w:w="40" w:type="dxa"/>
              <w:right w:w="70" w:type="dxa"/>
            </w:tcMar>
          </w:tcPr>
          <w:p w14:paraId="72DB769C" w14:textId="77777777" w:rsidR="0022328F" w:rsidRDefault="00965A9A" w:rsidP="00984A02">
            <w:pPr>
              <w:shd w:val="clear" w:color="auto" w:fill="FFFFFF" w:themeFill="background1"/>
            </w:pPr>
            <w:r>
              <w:t>- Nhắc lại các chữ hoa đã học gần đây.</w:t>
            </w:r>
          </w:p>
        </w:tc>
        <w:tc>
          <w:tcPr>
            <w:tcW w:w="5188" w:type="dxa"/>
            <w:tcBorders>
              <w:top w:val="single" w:sz="8" w:space="0" w:color="000000"/>
            </w:tcBorders>
            <w:tcMar>
              <w:top w:w="40" w:type="dxa"/>
              <w:left w:w="70" w:type="dxa"/>
              <w:bottom w:w="40" w:type="dxa"/>
              <w:right w:w="70" w:type="dxa"/>
            </w:tcMar>
          </w:tcPr>
          <w:p w14:paraId="68623F06" w14:textId="77777777" w:rsidR="0022328F" w:rsidRDefault="00965A9A" w:rsidP="00984A02">
            <w:pPr>
              <w:shd w:val="clear" w:color="auto" w:fill="FFFFFF" w:themeFill="background1"/>
            </w:pPr>
            <w:r>
              <w:t>- HS nêu: I, K, L và một số chữ hoa đã học.</w:t>
            </w:r>
          </w:p>
        </w:tc>
      </w:tr>
      <w:tr w:rsidR="0022328F" w14:paraId="3C63C297" w14:textId="77777777" w:rsidTr="00984A02">
        <w:trPr>
          <w:jc w:val="center"/>
        </w:trPr>
        <w:tc>
          <w:tcPr>
            <w:tcW w:w="5188" w:type="dxa"/>
            <w:tcBorders>
              <w:bottom w:val="single" w:sz="8" w:space="0" w:color="000000"/>
            </w:tcBorders>
            <w:tcMar>
              <w:top w:w="40" w:type="dxa"/>
              <w:left w:w="70" w:type="dxa"/>
              <w:bottom w:w="40" w:type="dxa"/>
              <w:right w:w="70" w:type="dxa"/>
            </w:tcMar>
          </w:tcPr>
          <w:p w14:paraId="7912FE66" w14:textId="77777777" w:rsidR="0022328F" w:rsidRDefault="00965A9A" w:rsidP="00984A02">
            <w:pPr>
              <w:shd w:val="clear" w:color="auto" w:fill="FFFFFF" w:themeFill="background1"/>
            </w:pPr>
            <w:r>
              <w:t>- GV giới thiệu: Hôm nay, các em luyện viết chữ hoa M và câu ứng dụng Một con ngựa đau cả tàu bỏ cỏ.</w:t>
            </w:r>
          </w:p>
        </w:tc>
        <w:tc>
          <w:tcPr>
            <w:tcW w:w="5188" w:type="dxa"/>
            <w:tcBorders>
              <w:bottom w:val="single" w:sz="8" w:space="0" w:color="000000"/>
            </w:tcBorders>
            <w:tcMar>
              <w:top w:w="40" w:type="dxa"/>
              <w:left w:w="70" w:type="dxa"/>
              <w:bottom w:w="40" w:type="dxa"/>
              <w:right w:w="70" w:type="dxa"/>
            </w:tcMar>
          </w:tcPr>
          <w:p w14:paraId="68B68045" w14:textId="77777777" w:rsidR="0022328F" w:rsidRDefault="00965A9A" w:rsidP="00984A02">
            <w:pPr>
              <w:shd w:val="clear" w:color="auto" w:fill="FFFFFF" w:themeFill="background1"/>
            </w:pPr>
            <w:r>
              <w:t>- HS lắng nghe, mở vở tập viết.</w:t>
            </w:r>
          </w:p>
        </w:tc>
      </w:tr>
      <w:tr w:rsidR="0022328F" w14:paraId="07B7593B"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5A2CE76E" w14:textId="77777777" w:rsidR="0022328F" w:rsidRDefault="00965A9A" w:rsidP="00984A02">
            <w:pPr>
              <w:shd w:val="clear" w:color="auto" w:fill="FFFFFF" w:themeFill="background1"/>
            </w:pPr>
            <w:r>
              <w:rPr>
                <w:b/>
                <w:color w:val="008000"/>
              </w:rPr>
              <w:t>2. Khám phá kiến thức - Hoạt động 1: Hướng dẫn viết chữ hoa (15 phút) – Nắm cấu tạo và quy trình viết chữ M.</w:t>
            </w:r>
          </w:p>
        </w:tc>
      </w:tr>
      <w:tr w:rsidR="0022328F" w14:paraId="50F4F381" w14:textId="77777777" w:rsidTr="00984A02">
        <w:trPr>
          <w:jc w:val="center"/>
        </w:trPr>
        <w:tc>
          <w:tcPr>
            <w:tcW w:w="5188" w:type="dxa"/>
            <w:tcBorders>
              <w:top w:val="single" w:sz="8" w:space="0" w:color="000000"/>
            </w:tcBorders>
            <w:tcMar>
              <w:top w:w="40" w:type="dxa"/>
              <w:left w:w="70" w:type="dxa"/>
              <w:bottom w:w="40" w:type="dxa"/>
              <w:right w:w="70" w:type="dxa"/>
            </w:tcMar>
          </w:tcPr>
          <w:p w14:paraId="1FE6DFFD" w14:textId="77777777" w:rsidR="0022328F" w:rsidRDefault="00965A9A" w:rsidP="00984A02">
            <w:pPr>
              <w:shd w:val="clear" w:color="auto" w:fill="FFFFFF" w:themeFill="background1"/>
            </w:pPr>
            <w:r>
              <w:t>- Quan sát mẫu chữ hoa M trong SGK và nêu độ cao, độ rộng, các nét.</w:t>
            </w:r>
          </w:p>
          <w:p w14:paraId="772B9F2F" w14:textId="211C73A9" w:rsidR="0022328F" w:rsidRDefault="0022328F" w:rsidP="00984A02">
            <w:pPr>
              <w:shd w:val="clear" w:color="auto" w:fill="FFFFFF" w:themeFill="background1"/>
              <w:jc w:val="center"/>
            </w:pPr>
          </w:p>
        </w:tc>
        <w:tc>
          <w:tcPr>
            <w:tcW w:w="5188" w:type="dxa"/>
            <w:tcBorders>
              <w:top w:val="single" w:sz="8" w:space="0" w:color="000000"/>
            </w:tcBorders>
            <w:tcMar>
              <w:top w:w="40" w:type="dxa"/>
              <w:left w:w="70" w:type="dxa"/>
              <w:bottom w:w="40" w:type="dxa"/>
              <w:right w:w="70" w:type="dxa"/>
            </w:tcMar>
          </w:tcPr>
          <w:p w14:paraId="5F86C9B4" w14:textId="77777777" w:rsidR="0022328F" w:rsidRDefault="00965A9A" w:rsidP="00984A02">
            <w:pPr>
              <w:shd w:val="clear" w:color="auto" w:fill="FFFFFF" w:themeFill="background1"/>
            </w:pPr>
            <w:r>
              <w:t>- HS trả lời: Chữ M cỡ vừa cao 5 li, rộng 6 li; gồm 4 nét: móc ngược trái, thẳng đứng hơi lượn, thẳng xiên hơi lượn, móc ngược phải.</w:t>
            </w:r>
          </w:p>
        </w:tc>
      </w:tr>
      <w:tr w:rsidR="0022328F" w14:paraId="6106968F" w14:textId="77777777" w:rsidTr="00984A02">
        <w:trPr>
          <w:jc w:val="center"/>
        </w:trPr>
        <w:tc>
          <w:tcPr>
            <w:tcW w:w="5188" w:type="dxa"/>
            <w:tcMar>
              <w:top w:w="40" w:type="dxa"/>
              <w:left w:w="70" w:type="dxa"/>
              <w:bottom w:w="40" w:type="dxa"/>
              <w:right w:w="70" w:type="dxa"/>
            </w:tcMar>
          </w:tcPr>
          <w:p w14:paraId="602E7207" w14:textId="77777777" w:rsidR="0022328F" w:rsidRDefault="00965A9A" w:rsidP="00984A02">
            <w:pPr>
              <w:shd w:val="clear" w:color="auto" w:fill="FFFFFF" w:themeFill="background1"/>
            </w:pPr>
            <w:r>
              <w:rPr>
                <w:b/>
                <w:color w:val="000000"/>
              </w:rPr>
              <w:t>a. Quan sát mẫu chữ.</w:t>
            </w:r>
          </w:p>
        </w:tc>
        <w:tc>
          <w:tcPr>
            <w:tcW w:w="5188" w:type="dxa"/>
            <w:tcMar>
              <w:top w:w="40" w:type="dxa"/>
              <w:left w:w="70" w:type="dxa"/>
              <w:bottom w:w="40" w:type="dxa"/>
              <w:right w:w="70" w:type="dxa"/>
            </w:tcMar>
          </w:tcPr>
          <w:p w14:paraId="70D97266" w14:textId="77777777" w:rsidR="0022328F" w:rsidRDefault="00965A9A" w:rsidP="00984A02">
            <w:pPr>
              <w:shd w:val="clear" w:color="auto" w:fill="FFFFFF" w:themeFill="background1"/>
            </w:pPr>
            <w:r>
              <w:t>- HS quan sát kĩ chữ hoa M cỡ vừa và cỡ nhỏ.</w:t>
            </w:r>
          </w:p>
        </w:tc>
      </w:tr>
      <w:tr w:rsidR="0022328F" w14:paraId="5F944E3A" w14:textId="77777777" w:rsidTr="00984A02">
        <w:trPr>
          <w:jc w:val="center"/>
        </w:trPr>
        <w:tc>
          <w:tcPr>
            <w:tcW w:w="5188" w:type="dxa"/>
            <w:tcMar>
              <w:top w:w="40" w:type="dxa"/>
              <w:left w:w="70" w:type="dxa"/>
              <w:bottom w:w="40" w:type="dxa"/>
              <w:right w:w="70" w:type="dxa"/>
            </w:tcMar>
          </w:tcPr>
          <w:p w14:paraId="54CACE2E" w14:textId="77777777" w:rsidR="0022328F" w:rsidRDefault="00965A9A" w:rsidP="00984A02">
            <w:pPr>
              <w:shd w:val="clear" w:color="auto" w:fill="FFFFFF" w:themeFill="background1"/>
            </w:pPr>
            <w:r>
              <w:rPr>
                <w:b/>
                <w:color w:val="000000"/>
              </w:rPr>
              <w:t>b. Nêu quy trình đặt bút, đưa bút.</w:t>
            </w:r>
          </w:p>
        </w:tc>
        <w:tc>
          <w:tcPr>
            <w:tcW w:w="5188" w:type="dxa"/>
            <w:tcMar>
              <w:top w:w="40" w:type="dxa"/>
              <w:left w:w="70" w:type="dxa"/>
              <w:bottom w:w="40" w:type="dxa"/>
              <w:right w:w="70" w:type="dxa"/>
            </w:tcMar>
          </w:tcPr>
          <w:p w14:paraId="03549993" w14:textId="77777777" w:rsidR="0022328F" w:rsidRDefault="00965A9A" w:rsidP="00984A02">
            <w:pPr>
              <w:shd w:val="clear" w:color="auto" w:fill="FFFFFF" w:themeFill="background1"/>
            </w:pPr>
            <w:r>
              <w:t>- HS nhắc lại theo GV: Nét 1 đặt bút trên đường kẻ 2, viết nét móc từ dưới lên, hơi lượn sang phải, chạm đường kẻ 6 thì dừng.</w:t>
            </w:r>
          </w:p>
        </w:tc>
      </w:tr>
      <w:tr w:rsidR="0022328F" w14:paraId="2FD126D5" w14:textId="77777777" w:rsidTr="00984A02">
        <w:trPr>
          <w:jc w:val="center"/>
        </w:trPr>
        <w:tc>
          <w:tcPr>
            <w:tcW w:w="5188" w:type="dxa"/>
            <w:tcMar>
              <w:top w:w="40" w:type="dxa"/>
              <w:left w:w="70" w:type="dxa"/>
              <w:bottom w:w="40" w:type="dxa"/>
              <w:right w:w="70" w:type="dxa"/>
            </w:tcMar>
          </w:tcPr>
          <w:p w14:paraId="5789FF42" w14:textId="77777777" w:rsidR="0022328F" w:rsidRDefault="00965A9A" w:rsidP="00984A02">
            <w:pPr>
              <w:shd w:val="clear" w:color="auto" w:fill="FFFFFF" w:themeFill="background1"/>
            </w:pPr>
            <w:r>
              <w:lastRenderedPageBreak/>
              <w:t>- Nét 2: Từ điểm dừng của nét 1, chuyển hướng viết nét thẳng đứng, cuối nét hơi lượn sang trái, dừng ở đường kẻ 1.</w:t>
            </w:r>
          </w:p>
        </w:tc>
        <w:tc>
          <w:tcPr>
            <w:tcW w:w="5188" w:type="dxa"/>
            <w:tcMar>
              <w:top w:w="40" w:type="dxa"/>
              <w:left w:w="70" w:type="dxa"/>
              <w:bottom w:w="40" w:type="dxa"/>
              <w:right w:w="70" w:type="dxa"/>
            </w:tcMar>
          </w:tcPr>
          <w:p w14:paraId="64125EF1" w14:textId="77777777" w:rsidR="0022328F" w:rsidRDefault="00965A9A" w:rsidP="00984A02">
            <w:pPr>
              <w:shd w:val="clear" w:color="auto" w:fill="FFFFFF" w:themeFill="background1"/>
            </w:pPr>
            <w:r>
              <w:t>- HS dùng ngón tay viết mô phỏng nét 2 trên mặt bàn.</w:t>
            </w:r>
          </w:p>
        </w:tc>
      </w:tr>
      <w:tr w:rsidR="0022328F" w14:paraId="2D34681A" w14:textId="77777777" w:rsidTr="00984A02">
        <w:trPr>
          <w:jc w:val="center"/>
        </w:trPr>
        <w:tc>
          <w:tcPr>
            <w:tcW w:w="5188" w:type="dxa"/>
            <w:tcMar>
              <w:top w:w="40" w:type="dxa"/>
              <w:left w:w="70" w:type="dxa"/>
              <w:bottom w:w="40" w:type="dxa"/>
              <w:right w:w="70" w:type="dxa"/>
            </w:tcMar>
          </w:tcPr>
          <w:p w14:paraId="05CB86B5" w14:textId="77777777" w:rsidR="0022328F" w:rsidRDefault="00965A9A" w:rsidP="00984A02">
            <w:pPr>
              <w:shd w:val="clear" w:color="auto" w:fill="FFFFFF" w:themeFill="background1"/>
            </w:pPr>
            <w:r>
              <w:t>- Nét 3: Từ điểm dừng của nét 2, chuyển hướng viết nét thẳng xiên hơi lượn ở hai đầu từ dưới lên tới đường kẻ 6.</w:t>
            </w:r>
          </w:p>
        </w:tc>
        <w:tc>
          <w:tcPr>
            <w:tcW w:w="5188" w:type="dxa"/>
            <w:tcMar>
              <w:top w:w="40" w:type="dxa"/>
              <w:left w:w="70" w:type="dxa"/>
              <w:bottom w:w="40" w:type="dxa"/>
              <w:right w:w="70" w:type="dxa"/>
            </w:tcMar>
          </w:tcPr>
          <w:p w14:paraId="6BFB929C" w14:textId="77777777" w:rsidR="0022328F" w:rsidRDefault="00965A9A" w:rsidP="00984A02">
            <w:pPr>
              <w:shd w:val="clear" w:color="auto" w:fill="FFFFFF" w:themeFill="background1"/>
            </w:pPr>
            <w:r>
              <w:t>- HS viết mô phỏng nét 3 trên không.</w:t>
            </w:r>
          </w:p>
        </w:tc>
      </w:tr>
      <w:tr w:rsidR="0022328F" w14:paraId="24D78E42" w14:textId="77777777" w:rsidTr="00984A02">
        <w:trPr>
          <w:jc w:val="center"/>
        </w:trPr>
        <w:tc>
          <w:tcPr>
            <w:tcW w:w="5188" w:type="dxa"/>
            <w:tcMar>
              <w:top w:w="40" w:type="dxa"/>
              <w:left w:w="70" w:type="dxa"/>
              <w:bottom w:w="40" w:type="dxa"/>
              <w:right w:w="70" w:type="dxa"/>
            </w:tcMar>
          </w:tcPr>
          <w:p w14:paraId="4E8A89FB" w14:textId="77777777" w:rsidR="0022328F" w:rsidRDefault="00965A9A" w:rsidP="00984A02">
            <w:pPr>
              <w:shd w:val="clear" w:color="auto" w:fill="FFFFFF" w:themeFill="background1"/>
            </w:pPr>
            <w:r>
              <w:t>- Nét 4: Từ điểm dừng của nét 3, chuyển hướng viết nét móc ngược phải, dừng bút trên đường kẻ 2.</w:t>
            </w:r>
          </w:p>
        </w:tc>
        <w:tc>
          <w:tcPr>
            <w:tcW w:w="5188" w:type="dxa"/>
            <w:tcMar>
              <w:top w:w="40" w:type="dxa"/>
              <w:left w:w="70" w:type="dxa"/>
              <w:bottom w:w="40" w:type="dxa"/>
              <w:right w:w="70" w:type="dxa"/>
            </w:tcMar>
          </w:tcPr>
          <w:p w14:paraId="33DC4889" w14:textId="77777777" w:rsidR="0022328F" w:rsidRDefault="00965A9A" w:rsidP="00984A02">
            <w:pPr>
              <w:shd w:val="clear" w:color="auto" w:fill="FFFFFF" w:themeFill="background1"/>
            </w:pPr>
            <w:r>
              <w:t>- HS viết mô phỏng nét 4 và hoàn chỉnh chữ M trên không.</w:t>
            </w:r>
          </w:p>
        </w:tc>
      </w:tr>
      <w:tr w:rsidR="0022328F" w14:paraId="79F4384A" w14:textId="77777777" w:rsidTr="00984A02">
        <w:trPr>
          <w:jc w:val="center"/>
        </w:trPr>
        <w:tc>
          <w:tcPr>
            <w:tcW w:w="5188" w:type="dxa"/>
            <w:tcMar>
              <w:top w:w="40" w:type="dxa"/>
              <w:left w:w="70" w:type="dxa"/>
              <w:bottom w:w="40" w:type="dxa"/>
              <w:right w:w="70" w:type="dxa"/>
            </w:tcMar>
          </w:tcPr>
          <w:p w14:paraId="7C792F52" w14:textId="77777777" w:rsidR="0022328F" w:rsidRDefault="00965A9A" w:rsidP="00984A02">
            <w:pPr>
              <w:shd w:val="clear" w:color="auto" w:fill="FFFFFF" w:themeFill="background1"/>
            </w:pPr>
            <w:r>
              <w:rPr>
                <w:b/>
                <w:color w:val="000000"/>
              </w:rPr>
              <w:t>c. Luyện viết bảng con.</w:t>
            </w:r>
          </w:p>
        </w:tc>
        <w:tc>
          <w:tcPr>
            <w:tcW w:w="5188" w:type="dxa"/>
            <w:tcMar>
              <w:top w:w="40" w:type="dxa"/>
              <w:left w:w="70" w:type="dxa"/>
              <w:bottom w:w="40" w:type="dxa"/>
              <w:right w:w="70" w:type="dxa"/>
            </w:tcMar>
          </w:tcPr>
          <w:p w14:paraId="50196994" w14:textId="77777777" w:rsidR="0022328F" w:rsidRDefault="00965A9A" w:rsidP="00984A02">
            <w:pPr>
              <w:shd w:val="clear" w:color="auto" w:fill="FFFFFF" w:themeFill="background1"/>
            </w:pPr>
            <w:r>
              <w:t>- HS chuẩn bị bảng con.</w:t>
            </w:r>
          </w:p>
        </w:tc>
      </w:tr>
      <w:tr w:rsidR="0022328F" w14:paraId="0512D201" w14:textId="77777777" w:rsidTr="00984A02">
        <w:trPr>
          <w:jc w:val="center"/>
        </w:trPr>
        <w:tc>
          <w:tcPr>
            <w:tcW w:w="5188" w:type="dxa"/>
            <w:tcMar>
              <w:top w:w="40" w:type="dxa"/>
              <w:left w:w="70" w:type="dxa"/>
              <w:bottom w:w="40" w:type="dxa"/>
              <w:right w:w="70" w:type="dxa"/>
            </w:tcMar>
          </w:tcPr>
          <w:p w14:paraId="292073CF" w14:textId="77777777" w:rsidR="0022328F" w:rsidRDefault="00965A9A" w:rsidP="00984A02">
            <w:pPr>
              <w:shd w:val="clear" w:color="auto" w:fill="FFFFFF" w:themeFill="background1"/>
            </w:pPr>
            <w:r>
              <w:t>- Viết chữ hoa M trên không, sau đó viết bảng con.</w:t>
            </w:r>
          </w:p>
        </w:tc>
        <w:tc>
          <w:tcPr>
            <w:tcW w:w="5188" w:type="dxa"/>
            <w:tcMar>
              <w:top w:w="40" w:type="dxa"/>
              <w:left w:w="70" w:type="dxa"/>
              <w:bottom w:w="40" w:type="dxa"/>
              <w:right w:w="70" w:type="dxa"/>
            </w:tcMar>
          </w:tcPr>
          <w:p w14:paraId="5D0788AA" w14:textId="77777777" w:rsidR="0022328F" w:rsidRDefault="00965A9A" w:rsidP="00984A02">
            <w:pPr>
              <w:shd w:val="clear" w:color="auto" w:fill="FFFFFF" w:themeFill="background1"/>
            </w:pPr>
            <w:r>
              <w:t>- HS viết bảng con 2 lần; tự sửa lỗi về độ cao, độ rộng, nét móc.</w:t>
            </w:r>
          </w:p>
        </w:tc>
      </w:tr>
      <w:tr w:rsidR="0022328F" w14:paraId="37571A37" w14:textId="77777777" w:rsidTr="00984A02">
        <w:trPr>
          <w:jc w:val="center"/>
        </w:trPr>
        <w:tc>
          <w:tcPr>
            <w:tcW w:w="5188" w:type="dxa"/>
            <w:tcBorders>
              <w:bottom w:val="single" w:sz="8" w:space="0" w:color="000000"/>
            </w:tcBorders>
            <w:tcMar>
              <w:top w:w="40" w:type="dxa"/>
              <w:left w:w="70" w:type="dxa"/>
              <w:bottom w:w="40" w:type="dxa"/>
              <w:right w:w="70" w:type="dxa"/>
            </w:tcMar>
          </w:tcPr>
          <w:p w14:paraId="3E0F2796" w14:textId="77777777" w:rsidR="0022328F" w:rsidRDefault="00965A9A" w:rsidP="00984A02">
            <w:pPr>
              <w:shd w:val="clear" w:color="auto" w:fill="FFFFFF" w:themeFill="background1"/>
            </w:pPr>
            <w:r>
              <w:t>- GV nhận xét, sửa lỗi cho HS.</w:t>
            </w:r>
          </w:p>
        </w:tc>
        <w:tc>
          <w:tcPr>
            <w:tcW w:w="5188" w:type="dxa"/>
            <w:tcBorders>
              <w:bottom w:val="single" w:sz="8" w:space="0" w:color="000000"/>
            </w:tcBorders>
            <w:tcMar>
              <w:top w:w="40" w:type="dxa"/>
              <w:left w:w="70" w:type="dxa"/>
              <w:bottom w:w="40" w:type="dxa"/>
              <w:right w:w="70" w:type="dxa"/>
            </w:tcMar>
          </w:tcPr>
          <w:p w14:paraId="666E7A4F" w14:textId="77777777" w:rsidR="0022328F" w:rsidRDefault="00965A9A" w:rsidP="00984A02">
            <w:pPr>
              <w:shd w:val="clear" w:color="auto" w:fill="FFFFFF" w:themeFill="background1"/>
            </w:pPr>
            <w:r>
              <w:t>- HS quan sát bài mẫu, sửa lỗi nếu có.</w:t>
            </w:r>
          </w:p>
        </w:tc>
      </w:tr>
      <w:tr w:rsidR="0022328F" w14:paraId="3BE622AD"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239590F1" w14:textId="77777777" w:rsidR="0022328F" w:rsidRDefault="00965A9A" w:rsidP="00984A02">
            <w:pPr>
              <w:shd w:val="clear" w:color="auto" w:fill="FFFFFF" w:themeFill="background1"/>
            </w:pPr>
            <w:r>
              <w:rPr>
                <w:b/>
                <w:color w:val="008000"/>
              </w:rPr>
              <w:t>3. Thực hành - Hoạt động 2: Hướng dẫn viết câu ứng dụng (14 phút) – Viết đúng câu, hiểu ý nghĩa.</w:t>
            </w:r>
          </w:p>
        </w:tc>
      </w:tr>
      <w:tr w:rsidR="0022328F" w14:paraId="20CD3D33" w14:textId="77777777" w:rsidTr="00984A02">
        <w:trPr>
          <w:jc w:val="center"/>
        </w:trPr>
        <w:tc>
          <w:tcPr>
            <w:tcW w:w="5188" w:type="dxa"/>
            <w:tcBorders>
              <w:top w:val="single" w:sz="8" w:space="0" w:color="000000"/>
            </w:tcBorders>
            <w:tcMar>
              <w:top w:w="40" w:type="dxa"/>
              <w:left w:w="70" w:type="dxa"/>
              <w:bottom w:w="40" w:type="dxa"/>
              <w:right w:w="70" w:type="dxa"/>
            </w:tcMar>
          </w:tcPr>
          <w:p w14:paraId="06CD1860" w14:textId="77777777" w:rsidR="0022328F" w:rsidRDefault="00965A9A" w:rsidP="00984A02">
            <w:pPr>
              <w:shd w:val="clear" w:color="auto" w:fill="FFFFFF" w:themeFill="background1"/>
            </w:pPr>
            <w:r>
              <w:t>- Đọc câu ứng dụng: Một con ngựa đau cả tàu bỏ cỏ.</w:t>
            </w:r>
          </w:p>
        </w:tc>
        <w:tc>
          <w:tcPr>
            <w:tcW w:w="5188" w:type="dxa"/>
            <w:tcBorders>
              <w:top w:val="single" w:sz="8" w:space="0" w:color="000000"/>
            </w:tcBorders>
            <w:tcMar>
              <w:top w:w="40" w:type="dxa"/>
              <w:left w:w="70" w:type="dxa"/>
              <w:bottom w:w="40" w:type="dxa"/>
              <w:right w:w="70" w:type="dxa"/>
            </w:tcMar>
          </w:tcPr>
          <w:p w14:paraId="052CBFF8" w14:textId="77777777" w:rsidR="0022328F" w:rsidRDefault="00965A9A" w:rsidP="00984A02">
            <w:pPr>
              <w:shd w:val="clear" w:color="auto" w:fill="FFFFFF" w:themeFill="background1"/>
            </w:pPr>
            <w:r>
              <w:t>- HS đọc cá nhân, đồng thanh câu ứng dụng.</w:t>
            </w:r>
          </w:p>
        </w:tc>
      </w:tr>
      <w:tr w:rsidR="0022328F" w14:paraId="508D7554" w14:textId="77777777" w:rsidTr="00984A02">
        <w:trPr>
          <w:jc w:val="center"/>
        </w:trPr>
        <w:tc>
          <w:tcPr>
            <w:tcW w:w="5188" w:type="dxa"/>
            <w:tcMar>
              <w:top w:w="40" w:type="dxa"/>
              <w:left w:w="70" w:type="dxa"/>
              <w:bottom w:w="40" w:type="dxa"/>
              <w:right w:w="70" w:type="dxa"/>
            </w:tcMar>
          </w:tcPr>
          <w:p w14:paraId="7CB19887" w14:textId="77777777" w:rsidR="0022328F" w:rsidRDefault="00965A9A" w:rsidP="00984A02">
            <w:pPr>
              <w:shd w:val="clear" w:color="auto" w:fill="FFFFFF" w:themeFill="background1"/>
            </w:pPr>
            <w:r>
              <w:t>- Em hiểu câu ứng dụng khuyên điều gì?</w:t>
            </w:r>
          </w:p>
        </w:tc>
        <w:tc>
          <w:tcPr>
            <w:tcW w:w="5188" w:type="dxa"/>
            <w:tcMar>
              <w:top w:w="40" w:type="dxa"/>
              <w:left w:w="70" w:type="dxa"/>
              <w:bottom w:w="40" w:type="dxa"/>
              <w:right w:w="70" w:type="dxa"/>
            </w:tcMar>
          </w:tcPr>
          <w:p w14:paraId="44356C6D" w14:textId="77777777" w:rsidR="0022328F" w:rsidRDefault="00965A9A" w:rsidP="00984A02">
            <w:pPr>
              <w:shd w:val="clear" w:color="auto" w:fill="FFFFFF" w:themeFill="background1"/>
            </w:pPr>
            <w:r>
              <w:t>- HS trả lời: Câu khuyên chúng ta biết yêu thương, lo lắng, quan tâm bạn bè, người thân.</w:t>
            </w:r>
          </w:p>
        </w:tc>
      </w:tr>
      <w:tr w:rsidR="0022328F" w14:paraId="65892F8D" w14:textId="77777777" w:rsidTr="00984A02">
        <w:trPr>
          <w:jc w:val="center"/>
        </w:trPr>
        <w:tc>
          <w:tcPr>
            <w:tcW w:w="5188" w:type="dxa"/>
            <w:tcMar>
              <w:top w:w="40" w:type="dxa"/>
              <w:left w:w="70" w:type="dxa"/>
              <w:bottom w:w="40" w:type="dxa"/>
              <w:right w:w="70" w:type="dxa"/>
            </w:tcMar>
          </w:tcPr>
          <w:p w14:paraId="5DDAE849" w14:textId="77777777" w:rsidR="0022328F" w:rsidRDefault="00965A9A" w:rsidP="00984A02">
            <w:pPr>
              <w:shd w:val="clear" w:color="auto" w:fill="FFFFFF" w:themeFill="background1"/>
            </w:pPr>
            <w:r>
              <w:t>- Trong câu ứng dụng chữ nào viết hoa? Vì sao?</w:t>
            </w:r>
          </w:p>
        </w:tc>
        <w:tc>
          <w:tcPr>
            <w:tcW w:w="5188" w:type="dxa"/>
            <w:tcMar>
              <w:top w:w="40" w:type="dxa"/>
              <w:left w:w="70" w:type="dxa"/>
              <w:bottom w:w="40" w:type="dxa"/>
              <w:right w:w="70" w:type="dxa"/>
            </w:tcMar>
          </w:tcPr>
          <w:p w14:paraId="320E3161" w14:textId="77777777" w:rsidR="0022328F" w:rsidRDefault="00965A9A" w:rsidP="00984A02">
            <w:pPr>
              <w:shd w:val="clear" w:color="auto" w:fill="FFFFFF" w:themeFill="background1"/>
            </w:pPr>
            <w:r>
              <w:t>- HS trả lời: Chữ Một viết hoa vì đứng đầu câu.</w:t>
            </w:r>
          </w:p>
        </w:tc>
      </w:tr>
      <w:tr w:rsidR="0022328F" w14:paraId="78D09A91" w14:textId="77777777" w:rsidTr="00984A02">
        <w:trPr>
          <w:jc w:val="center"/>
        </w:trPr>
        <w:tc>
          <w:tcPr>
            <w:tcW w:w="5188" w:type="dxa"/>
            <w:tcMar>
              <w:top w:w="40" w:type="dxa"/>
              <w:left w:w="70" w:type="dxa"/>
              <w:bottom w:w="40" w:type="dxa"/>
              <w:right w:w="70" w:type="dxa"/>
            </w:tcMar>
          </w:tcPr>
          <w:p w14:paraId="5AF221D7" w14:textId="77777777" w:rsidR="0022328F" w:rsidRDefault="00965A9A" w:rsidP="00984A02">
            <w:pPr>
              <w:shd w:val="clear" w:color="auto" w:fill="FFFFFF" w:themeFill="background1"/>
            </w:pPr>
            <w:r>
              <w:t>- Nêu cách đặt dấu thanh và dấu chấm cuối câu.</w:t>
            </w:r>
          </w:p>
        </w:tc>
        <w:tc>
          <w:tcPr>
            <w:tcW w:w="5188" w:type="dxa"/>
            <w:tcMar>
              <w:top w:w="40" w:type="dxa"/>
              <w:left w:w="70" w:type="dxa"/>
              <w:bottom w:w="40" w:type="dxa"/>
              <w:right w:w="70" w:type="dxa"/>
            </w:tcMar>
          </w:tcPr>
          <w:p w14:paraId="16092B58" w14:textId="77777777" w:rsidR="0022328F" w:rsidRDefault="00965A9A" w:rsidP="00984A02">
            <w:pPr>
              <w:shd w:val="clear" w:color="auto" w:fill="FFFFFF" w:themeFill="background1"/>
            </w:pPr>
            <w:r>
              <w:t>- HS trả lời: Dấu nặng đặt dưới ô trong Một, dưới ư trong ngựa; dấu huyền trên a trong tàu; dấu hỏi trên a/o trong cả, bỏ, cỏ; dấu chấm cuối câu đặt sau tiếng cỏ.</w:t>
            </w:r>
          </w:p>
        </w:tc>
      </w:tr>
      <w:tr w:rsidR="0022328F" w14:paraId="1A1BB932" w14:textId="77777777" w:rsidTr="00984A02">
        <w:trPr>
          <w:jc w:val="center"/>
        </w:trPr>
        <w:tc>
          <w:tcPr>
            <w:tcW w:w="5188" w:type="dxa"/>
            <w:tcMar>
              <w:top w:w="40" w:type="dxa"/>
              <w:left w:w="70" w:type="dxa"/>
              <w:bottom w:w="40" w:type="dxa"/>
              <w:right w:w="70" w:type="dxa"/>
            </w:tcMar>
          </w:tcPr>
          <w:p w14:paraId="75C6B771" w14:textId="77777777" w:rsidR="0022328F" w:rsidRDefault="00965A9A" w:rsidP="00984A02">
            <w:pPr>
              <w:shd w:val="clear" w:color="auto" w:fill="FFFFFF" w:themeFill="background1"/>
            </w:pPr>
            <w:r>
              <w:t>- Viết bảng con tiếng Một.</w:t>
            </w:r>
          </w:p>
        </w:tc>
        <w:tc>
          <w:tcPr>
            <w:tcW w:w="5188" w:type="dxa"/>
            <w:tcMar>
              <w:top w:w="40" w:type="dxa"/>
              <w:left w:w="70" w:type="dxa"/>
              <w:bottom w:w="40" w:type="dxa"/>
              <w:right w:w="70" w:type="dxa"/>
            </w:tcMar>
          </w:tcPr>
          <w:p w14:paraId="6378532C" w14:textId="77777777" w:rsidR="0022328F" w:rsidRDefault="00965A9A" w:rsidP="00984A02">
            <w:pPr>
              <w:shd w:val="clear" w:color="auto" w:fill="FFFFFF" w:themeFill="background1"/>
            </w:pPr>
            <w:r>
              <w:t>- HS viết tiếng Một trên bảng con, chú ý nối chữ M với chữ ô.</w:t>
            </w:r>
          </w:p>
        </w:tc>
      </w:tr>
      <w:tr w:rsidR="0022328F" w14:paraId="52CC6751" w14:textId="77777777" w:rsidTr="00984A02">
        <w:trPr>
          <w:jc w:val="center"/>
        </w:trPr>
        <w:tc>
          <w:tcPr>
            <w:tcW w:w="5188" w:type="dxa"/>
            <w:tcMar>
              <w:top w:w="40" w:type="dxa"/>
              <w:left w:w="70" w:type="dxa"/>
              <w:bottom w:w="40" w:type="dxa"/>
              <w:right w:w="70" w:type="dxa"/>
            </w:tcMar>
          </w:tcPr>
          <w:p w14:paraId="349C7075" w14:textId="77777777" w:rsidR="0022328F" w:rsidRDefault="00965A9A" w:rsidP="00984A02">
            <w:pPr>
              <w:shd w:val="clear" w:color="auto" w:fill="FFFFFF" w:themeFill="background1"/>
            </w:pPr>
            <w:r>
              <w:t>- Viết bài vào vở tập viết.</w:t>
            </w:r>
          </w:p>
        </w:tc>
        <w:tc>
          <w:tcPr>
            <w:tcW w:w="5188" w:type="dxa"/>
            <w:tcMar>
              <w:top w:w="40" w:type="dxa"/>
              <w:left w:w="70" w:type="dxa"/>
              <w:bottom w:w="40" w:type="dxa"/>
              <w:right w:w="70" w:type="dxa"/>
            </w:tcMar>
          </w:tcPr>
          <w:p w14:paraId="7093024E" w14:textId="77777777" w:rsidR="0022328F" w:rsidRDefault="00965A9A" w:rsidP="00984A02">
            <w:pPr>
              <w:shd w:val="clear" w:color="auto" w:fill="FFFFFF" w:themeFill="background1"/>
            </w:pPr>
            <w:r>
              <w:t>- HS viết vào vở theo yêu cầu: chữ M cỡ vừa, cỡ nhỏ và câu ứng dụng.</w:t>
            </w:r>
          </w:p>
        </w:tc>
      </w:tr>
      <w:tr w:rsidR="0022328F" w14:paraId="6153A793" w14:textId="77777777" w:rsidTr="00984A02">
        <w:trPr>
          <w:jc w:val="center"/>
        </w:trPr>
        <w:tc>
          <w:tcPr>
            <w:tcW w:w="5188" w:type="dxa"/>
            <w:tcBorders>
              <w:bottom w:val="single" w:sz="8" w:space="0" w:color="000000"/>
            </w:tcBorders>
            <w:tcMar>
              <w:top w:w="40" w:type="dxa"/>
              <w:left w:w="70" w:type="dxa"/>
              <w:bottom w:w="40" w:type="dxa"/>
              <w:right w:w="70" w:type="dxa"/>
            </w:tcMar>
          </w:tcPr>
          <w:p w14:paraId="06A4675F" w14:textId="77777777" w:rsidR="0022328F" w:rsidRDefault="00965A9A" w:rsidP="00984A02">
            <w:pPr>
              <w:shd w:val="clear" w:color="auto" w:fill="FFFFFF" w:themeFill="background1"/>
            </w:pPr>
            <w:r>
              <w:t>- Đổi vở nhóm 2 để soát lỗi và góp ý.</w:t>
            </w:r>
          </w:p>
        </w:tc>
        <w:tc>
          <w:tcPr>
            <w:tcW w:w="5188" w:type="dxa"/>
            <w:tcBorders>
              <w:bottom w:val="single" w:sz="8" w:space="0" w:color="000000"/>
            </w:tcBorders>
            <w:tcMar>
              <w:top w:w="40" w:type="dxa"/>
              <w:left w:w="70" w:type="dxa"/>
              <w:bottom w:w="40" w:type="dxa"/>
              <w:right w:w="70" w:type="dxa"/>
            </w:tcMar>
          </w:tcPr>
          <w:p w14:paraId="6C1E4BED" w14:textId="77777777" w:rsidR="0022328F" w:rsidRDefault="00965A9A" w:rsidP="00984A02">
            <w:pPr>
              <w:shd w:val="clear" w:color="auto" w:fill="FFFFFF" w:themeFill="background1"/>
            </w:pPr>
            <w:r>
              <w:t>- HS đổi vở, nhận xét nét chữ, độ cao, khoảng cách và dấu thanh.</w:t>
            </w:r>
          </w:p>
        </w:tc>
      </w:tr>
      <w:tr w:rsidR="0022328F" w14:paraId="6D7991A7"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6150A291" w14:textId="77777777" w:rsidR="0022328F" w:rsidRDefault="00965A9A" w:rsidP="00984A02">
            <w:pPr>
              <w:shd w:val="clear" w:color="auto" w:fill="FFFFFF" w:themeFill="background1"/>
            </w:pPr>
            <w:r>
              <w:rPr>
                <w:b/>
                <w:color w:val="008000"/>
              </w:rPr>
              <w:t>4. Vận dụng (3 phút) – Liên hệ câu ứng dụng.</w:t>
            </w:r>
          </w:p>
        </w:tc>
      </w:tr>
      <w:tr w:rsidR="0022328F" w14:paraId="29815339" w14:textId="77777777" w:rsidTr="00984A02">
        <w:trPr>
          <w:jc w:val="center"/>
        </w:trPr>
        <w:tc>
          <w:tcPr>
            <w:tcW w:w="5188" w:type="dxa"/>
            <w:tcBorders>
              <w:top w:val="single" w:sz="8" w:space="0" w:color="000000"/>
            </w:tcBorders>
            <w:tcMar>
              <w:top w:w="40" w:type="dxa"/>
              <w:left w:w="70" w:type="dxa"/>
              <w:bottom w:w="40" w:type="dxa"/>
              <w:right w:w="70" w:type="dxa"/>
            </w:tcMar>
          </w:tcPr>
          <w:p w14:paraId="6BD5B2F8" w14:textId="77777777" w:rsidR="0022328F" w:rsidRDefault="00965A9A" w:rsidP="00984A02">
            <w:pPr>
              <w:shd w:val="clear" w:color="auto" w:fill="FFFFFF" w:themeFill="background1"/>
            </w:pPr>
            <w:r>
              <w:t>- Nêu một việc em làm để thể hiện sự quan tâm đến bạn.</w:t>
            </w:r>
          </w:p>
        </w:tc>
        <w:tc>
          <w:tcPr>
            <w:tcW w:w="5188" w:type="dxa"/>
            <w:tcBorders>
              <w:top w:val="single" w:sz="8" w:space="0" w:color="000000"/>
            </w:tcBorders>
            <w:tcMar>
              <w:top w:w="40" w:type="dxa"/>
              <w:left w:w="70" w:type="dxa"/>
              <w:bottom w:w="40" w:type="dxa"/>
              <w:right w:w="70" w:type="dxa"/>
            </w:tcMar>
          </w:tcPr>
          <w:p w14:paraId="003FC551" w14:textId="77777777" w:rsidR="0022328F" w:rsidRDefault="00965A9A" w:rsidP="00984A02">
            <w:pPr>
              <w:shd w:val="clear" w:color="auto" w:fill="FFFFFF" w:themeFill="background1"/>
            </w:pPr>
            <w:r>
              <w:t>- HS trả lời: Em hỏi thăm khi bạn mệt, cho bạn mượn bút, giúp bạn nhặt đồ rơi.</w:t>
            </w:r>
          </w:p>
        </w:tc>
      </w:tr>
      <w:tr w:rsidR="0022328F" w14:paraId="2A272A52" w14:textId="77777777" w:rsidTr="00984A02">
        <w:trPr>
          <w:jc w:val="center"/>
        </w:trPr>
        <w:tc>
          <w:tcPr>
            <w:tcW w:w="5188" w:type="dxa"/>
            <w:tcMar>
              <w:top w:w="40" w:type="dxa"/>
              <w:left w:w="70" w:type="dxa"/>
              <w:bottom w:w="40" w:type="dxa"/>
              <w:right w:w="70" w:type="dxa"/>
            </w:tcMar>
          </w:tcPr>
          <w:p w14:paraId="61627E49" w14:textId="77777777" w:rsidR="0022328F" w:rsidRDefault="00965A9A" w:rsidP="00984A02">
            <w:pPr>
              <w:shd w:val="clear" w:color="auto" w:fill="FFFFFF" w:themeFill="background1"/>
            </w:pPr>
            <w:r>
              <w:t>- Dặn dò: Về nhà luyện thêm chữ hoa M và chuẩn bị tiết Nói và nghe.</w:t>
            </w:r>
          </w:p>
        </w:tc>
        <w:tc>
          <w:tcPr>
            <w:tcW w:w="5188" w:type="dxa"/>
            <w:tcMar>
              <w:top w:w="40" w:type="dxa"/>
              <w:left w:w="70" w:type="dxa"/>
              <w:bottom w:w="40" w:type="dxa"/>
              <w:right w:w="70" w:type="dxa"/>
            </w:tcMar>
          </w:tcPr>
          <w:p w14:paraId="1A9390D0" w14:textId="77777777" w:rsidR="0022328F" w:rsidRDefault="00965A9A" w:rsidP="00984A02">
            <w:pPr>
              <w:shd w:val="clear" w:color="auto" w:fill="FFFFFF" w:themeFill="background1"/>
            </w:pPr>
            <w:r>
              <w:t>- HS ghi nhớ nhiệm vụ.</w:t>
            </w:r>
          </w:p>
        </w:tc>
      </w:tr>
    </w:tbl>
    <w:p w14:paraId="3B8F4C74" w14:textId="77777777" w:rsidR="0022328F" w:rsidRDefault="00965A9A" w:rsidP="00984A02">
      <w:pPr>
        <w:shd w:val="clear" w:color="auto" w:fill="FFFFFF" w:themeFill="background1"/>
        <w:spacing w:after="0" w:line="240" w:lineRule="auto"/>
      </w:pPr>
      <w:r>
        <w:rPr>
          <w:b/>
        </w:rPr>
        <w:t>IV. ĐIỀU CHỈNH SAU TIẾT DẠY (NẾU CÓ)</w:t>
      </w:r>
    </w:p>
    <w:p w14:paraId="0374CE9E" w14:textId="77777777" w:rsidR="0022328F" w:rsidRDefault="00965A9A" w:rsidP="00984A02">
      <w:pPr>
        <w:shd w:val="clear" w:color="auto" w:fill="FFFFFF" w:themeFill="background1"/>
        <w:spacing w:after="0" w:line="240" w:lineRule="auto"/>
      </w:pPr>
      <w:r>
        <w:t>……………………………………………………………………………………………………</w:t>
      </w:r>
    </w:p>
    <w:p w14:paraId="33273A06" w14:textId="77777777" w:rsidR="0022328F" w:rsidRDefault="00965A9A" w:rsidP="00984A02">
      <w:pPr>
        <w:shd w:val="clear" w:color="auto" w:fill="FFFFFF" w:themeFill="background1"/>
        <w:spacing w:after="0" w:line="240" w:lineRule="auto"/>
      </w:pPr>
      <w:r>
        <w:t>……………………………………………………………………………………………………</w:t>
      </w:r>
    </w:p>
    <w:p w14:paraId="02E9BB9F" w14:textId="77777777" w:rsidR="0022328F" w:rsidRDefault="00965A9A" w:rsidP="00984A02">
      <w:pPr>
        <w:shd w:val="clear" w:color="auto" w:fill="FFFFFF" w:themeFill="background1"/>
        <w:spacing w:after="0" w:line="240" w:lineRule="auto"/>
        <w:jc w:val="center"/>
      </w:pPr>
      <w:r>
        <w:rPr>
          <w:b/>
          <w:color w:val="0066CC"/>
        </w:rPr>
        <w:t>KẾ HOẠCH DẠY HỌC – TUẦN 13</w:t>
      </w:r>
    </w:p>
    <w:p w14:paraId="5BCF6228" w14:textId="77777777" w:rsidR="0022328F" w:rsidRDefault="00965A9A" w:rsidP="00984A02">
      <w:pPr>
        <w:shd w:val="clear" w:color="auto" w:fill="FFFFFF" w:themeFill="background1"/>
        <w:spacing w:after="0" w:line="240" w:lineRule="auto"/>
        <w:jc w:val="center"/>
      </w:pPr>
      <w:r>
        <w:rPr>
          <w:b/>
          <w:color w:val="000000"/>
        </w:rPr>
        <w:t>Chủ đề 3: Niềm vui tuổi thơ</w:t>
      </w:r>
    </w:p>
    <w:p w14:paraId="3DF5767E" w14:textId="77777777" w:rsidR="0022328F" w:rsidRDefault="00965A9A" w:rsidP="00984A02">
      <w:pPr>
        <w:shd w:val="clear" w:color="auto" w:fill="FFFFFF" w:themeFill="background1"/>
        <w:spacing w:after="0" w:line="240" w:lineRule="auto"/>
        <w:jc w:val="center"/>
      </w:pPr>
      <w:r>
        <w:rPr>
          <w:b/>
          <w:color w:val="000000"/>
        </w:rPr>
        <w:t>BÀI 23: RỒNG RẮN LÊN MÂY</w:t>
      </w:r>
    </w:p>
    <w:p w14:paraId="0CCFA814" w14:textId="77777777" w:rsidR="0022328F" w:rsidRDefault="00965A9A" w:rsidP="00984A02">
      <w:pPr>
        <w:shd w:val="clear" w:color="auto" w:fill="FFFFFF" w:themeFill="background1"/>
        <w:spacing w:after="0" w:line="240" w:lineRule="auto"/>
        <w:jc w:val="center"/>
      </w:pPr>
      <w:r>
        <w:rPr>
          <w:b/>
          <w:color w:val="000000"/>
        </w:rPr>
        <w:t>Tiết 4: Nói và nghe – Búp bê biết khóc</w:t>
      </w:r>
    </w:p>
    <w:p w14:paraId="156FB4C0" w14:textId="77777777" w:rsidR="0022328F" w:rsidRDefault="00965A9A" w:rsidP="00984A02">
      <w:pPr>
        <w:shd w:val="clear" w:color="auto" w:fill="FFFFFF" w:themeFill="background1"/>
        <w:spacing w:after="0" w:line="240" w:lineRule="auto"/>
      </w:pPr>
      <w:r>
        <w:rPr>
          <w:b/>
        </w:rPr>
        <w:t>I. YÊU CẦU CẦN ĐẠT</w:t>
      </w:r>
    </w:p>
    <w:p w14:paraId="7975E70A" w14:textId="77777777" w:rsidR="0022328F" w:rsidRDefault="00965A9A" w:rsidP="00984A02">
      <w:pPr>
        <w:shd w:val="clear" w:color="auto" w:fill="FFFFFF" w:themeFill="background1"/>
        <w:spacing w:after="0" w:line="240" w:lineRule="auto"/>
      </w:pPr>
      <w:r>
        <w:rPr>
          <w:b/>
        </w:rPr>
        <w:t>1. Năng lực đặc thù</w:t>
      </w:r>
    </w:p>
    <w:p w14:paraId="3B2D5ACD" w14:textId="77777777" w:rsidR="0022328F" w:rsidRDefault="00965A9A" w:rsidP="00984A02">
      <w:pPr>
        <w:shd w:val="clear" w:color="auto" w:fill="FFFFFF" w:themeFill="background1"/>
        <w:spacing w:after="0" w:line="240" w:lineRule="auto"/>
      </w:pPr>
      <w:r>
        <w:t>- Dựa vào tranh và câu hỏi gợi ý, đoán được nội dung từng tranh của câu chuyện Búp bê biết khóc.</w:t>
      </w:r>
    </w:p>
    <w:p w14:paraId="5601412A" w14:textId="77777777" w:rsidR="0022328F" w:rsidRDefault="00965A9A" w:rsidP="00984A02">
      <w:pPr>
        <w:shd w:val="clear" w:color="auto" w:fill="FFFFFF" w:themeFill="background1"/>
        <w:spacing w:after="0" w:line="240" w:lineRule="auto"/>
      </w:pPr>
      <w:r>
        <w:t>- Nghe kể chuyện, ghi nhớ sự việc chính và kể lại được 1 - 2 đoạn theo tranh.</w:t>
      </w:r>
    </w:p>
    <w:p w14:paraId="092DC82B" w14:textId="77777777" w:rsidR="0022328F" w:rsidRDefault="00965A9A" w:rsidP="00984A02">
      <w:pPr>
        <w:shd w:val="clear" w:color="auto" w:fill="FFFFFF" w:themeFill="background1"/>
        <w:spacing w:after="0" w:line="240" w:lineRule="auto"/>
      </w:pPr>
      <w:r>
        <w:lastRenderedPageBreak/>
        <w:t>- Biết kể cho người thân nghe câu chuyện, nêu nhận xét về nhân vật Hoa.</w:t>
      </w:r>
    </w:p>
    <w:p w14:paraId="3C64E047" w14:textId="77777777" w:rsidR="0022328F" w:rsidRDefault="00965A9A" w:rsidP="00984A02">
      <w:pPr>
        <w:shd w:val="clear" w:color="auto" w:fill="FFFFFF" w:themeFill="background1"/>
        <w:spacing w:after="0" w:line="240" w:lineRule="auto"/>
      </w:pPr>
      <w:r>
        <w:rPr>
          <w:b/>
        </w:rPr>
        <w:t>2. Năng lực chung</w:t>
      </w:r>
    </w:p>
    <w:p w14:paraId="04FCE8A6" w14:textId="77777777" w:rsidR="0022328F" w:rsidRDefault="00965A9A" w:rsidP="00984A02">
      <w:pPr>
        <w:shd w:val="clear" w:color="auto" w:fill="FFFFFF" w:themeFill="background1"/>
        <w:spacing w:after="0" w:line="240" w:lineRule="auto"/>
      </w:pPr>
      <w:r>
        <w:t>- Tự chủ và tự học: chủ động quan sát tranh, nhớ nội dung câu chuyện.</w:t>
      </w:r>
    </w:p>
    <w:p w14:paraId="7575EE82" w14:textId="77777777" w:rsidR="0022328F" w:rsidRDefault="00965A9A" w:rsidP="00984A02">
      <w:pPr>
        <w:shd w:val="clear" w:color="auto" w:fill="FFFFFF" w:themeFill="background1"/>
        <w:spacing w:after="0" w:line="240" w:lineRule="auto"/>
      </w:pPr>
      <w:r>
        <w:t>- Giao tiếp và hợp tác: biết hỏi đáp, kể trong nhóm, lắng nghe bạn kể.</w:t>
      </w:r>
    </w:p>
    <w:p w14:paraId="484BF8FF" w14:textId="77777777" w:rsidR="0022328F" w:rsidRDefault="00965A9A" w:rsidP="00984A02">
      <w:pPr>
        <w:shd w:val="clear" w:color="auto" w:fill="FFFFFF" w:themeFill="background1"/>
        <w:spacing w:after="0" w:line="240" w:lineRule="auto"/>
      </w:pPr>
      <w:r>
        <w:t>- Giải quyết vấn đề và sáng tạo: biết dự đoán nội dung câu chuyện dựa vào tranh.</w:t>
      </w:r>
    </w:p>
    <w:p w14:paraId="259C2D93" w14:textId="77777777" w:rsidR="0022328F" w:rsidRDefault="00965A9A" w:rsidP="00984A02">
      <w:pPr>
        <w:shd w:val="clear" w:color="auto" w:fill="FFFFFF" w:themeFill="background1"/>
        <w:spacing w:after="0" w:line="240" w:lineRule="auto"/>
      </w:pPr>
      <w:r>
        <w:rPr>
          <w:b/>
        </w:rPr>
        <w:t>3. Phẩm chất</w:t>
      </w:r>
    </w:p>
    <w:p w14:paraId="738D1932" w14:textId="77777777" w:rsidR="0022328F" w:rsidRDefault="00965A9A" w:rsidP="00984A02">
      <w:pPr>
        <w:shd w:val="clear" w:color="auto" w:fill="FFFFFF" w:themeFill="background1"/>
        <w:spacing w:after="0" w:line="240" w:lineRule="auto"/>
      </w:pPr>
      <w:r>
        <w:t>- Nhân ái: biết yêu quý đồ chơi, không bỏ quên đồ chơi cũ, biết chia sẻ tình cảm.</w:t>
      </w:r>
    </w:p>
    <w:p w14:paraId="070C873B" w14:textId="77777777" w:rsidR="0022328F" w:rsidRDefault="00965A9A" w:rsidP="00984A02">
      <w:pPr>
        <w:shd w:val="clear" w:color="auto" w:fill="FFFFFF" w:themeFill="background1"/>
        <w:spacing w:after="0" w:line="240" w:lineRule="auto"/>
      </w:pPr>
      <w:r>
        <w:t>- Trách nhiệm: giữ gìn đồ chơi và biết quan tâm tới cảm xúc của người khác.</w:t>
      </w:r>
    </w:p>
    <w:p w14:paraId="06ACA3DA" w14:textId="77777777" w:rsidR="0022328F" w:rsidRDefault="00965A9A" w:rsidP="00984A02">
      <w:pPr>
        <w:shd w:val="clear" w:color="auto" w:fill="FFFFFF" w:themeFill="background1"/>
        <w:spacing w:after="0" w:line="240" w:lineRule="auto"/>
      </w:pPr>
      <w:r>
        <w:rPr>
          <w:b/>
          <w:color w:val="C00000"/>
        </w:rPr>
        <w:t>4. Tích hợp</w:t>
      </w:r>
    </w:p>
    <w:p w14:paraId="28168543" w14:textId="77777777" w:rsidR="0022328F" w:rsidRDefault="00965A9A" w:rsidP="00984A02">
      <w:pPr>
        <w:shd w:val="clear" w:color="auto" w:fill="FFFFFF" w:themeFill="background1"/>
        <w:spacing w:after="0" w:line="240" w:lineRule="auto"/>
      </w:pPr>
      <w:r>
        <w:rPr>
          <w:color w:val="C00000"/>
        </w:rPr>
        <w:t>Tích hợp đạo đức, lối sống: HS biết trân trọng những món quà, không nhanh chán đồ chơi cũ, biết quan tâm, chia sẻ và giữ gìn đồ vật của mình.</w:t>
      </w:r>
    </w:p>
    <w:p w14:paraId="0303357C" w14:textId="77777777" w:rsidR="0022328F" w:rsidRDefault="00965A9A" w:rsidP="00984A02">
      <w:pPr>
        <w:shd w:val="clear" w:color="auto" w:fill="FFFFFF" w:themeFill="background1"/>
        <w:spacing w:after="0" w:line="240" w:lineRule="auto"/>
      </w:pPr>
      <w:r>
        <w:rPr>
          <w:b/>
        </w:rPr>
        <w:t>II. ĐỒ DÙNG DẠY HỌC</w:t>
      </w:r>
    </w:p>
    <w:p w14:paraId="2D2776DE" w14:textId="77777777" w:rsidR="0022328F" w:rsidRDefault="00965A9A" w:rsidP="00984A02">
      <w:pPr>
        <w:shd w:val="clear" w:color="auto" w:fill="FFFFFF" w:themeFill="background1"/>
        <w:spacing w:after="0" w:line="240" w:lineRule="auto"/>
      </w:pPr>
      <w:r>
        <w:t>1. Giáo viên: tranh kể chuyện SGK, phiếu dự đoán nội dung từng tranh, máy chiếu.</w:t>
      </w:r>
    </w:p>
    <w:p w14:paraId="5E07EB8E" w14:textId="77777777" w:rsidR="0022328F" w:rsidRDefault="00965A9A" w:rsidP="00984A02">
      <w:pPr>
        <w:shd w:val="clear" w:color="auto" w:fill="FFFFFF" w:themeFill="background1"/>
        <w:spacing w:after="0" w:line="240" w:lineRule="auto"/>
      </w:pPr>
      <w:r>
        <w:t>2. Học sinh: SGK, vở, bút.</w:t>
      </w:r>
    </w:p>
    <w:p w14:paraId="70E48D4F" w14:textId="77777777" w:rsidR="0022328F" w:rsidRDefault="00965A9A" w:rsidP="00984A02">
      <w:pPr>
        <w:shd w:val="clear" w:color="auto" w:fill="FFFFFF" w:themeFill="background1"/>
        <w:spacing w:after="0" w:line="240" w:lineRule="auto"/>
      </w:pPr>
      <w:r>
        <w:rPr>
          <w:b/>
        </w:rPr>
        <w:t>III. HOẠT ĐỘNG DẠY HỌC CHỦ YẾU</w:t>
      </w:r>
    </w:p>
    <w:tbl>
      <w:tblPr>
        <w:tblStyle w:val="TableGrid"/>
        <w:tblW w:w="0" w:type="auto"/>
        <w:jc w:val="center"/>
        <w:tblBorders>
          <w:top w:val="single" w:sz="8" w:space="0" w:color="000000"/>
          <w:left w:val="single" w:sz="8" w:space="0" w:color="000000"/>
          <w:bottom w:val="single" w:sz="8" w:space="0" w:color="000000"/>
          <w:right w:val="single" w:sz="8" w:space="0" w:color="000000"/>
          <w:insideH w:val="none" w:sz="0" w:space="0" w:color="auto"/>
          <w:insideV w:val="single" w:sz="8" w:space="0" w:color="000000"/>
        </w:tblBorders>
        <w:tblLayout w:type="fixed"/>
        <w:tblLook w:val="04A0" w:firstRow="1" w:lastRow="0" w:firstColumn="1" w:lastColumn="0" w:noHBand="0" w:noVBand="1"/>
      </w:tblPr>
      <w:tblGrid>
        <w:gridCol w:w="5188"/>
        <w:gridCol w:w="5188"/>
      </w:tblGrid>
      <w:tr w:rsidR="0022328F" w14:paraId="3C1B8859" w14:textId="77777777" w:rsidTr="00984A02">
        <w:trPr>
          <w:jc w:val="center"/>
        </w:trPr>
        <w:tc>
          <w:tcPr>
            <w:tcW w:w="5188" w:type="dxa"/>
            <w:tcBorders>
              <w:bottom w:val="single" w:sz="8" w:space="0" w:color="000000"/>
            </w:tcBorders>
            <w:shd w:val="clear" w:color="auto" w:fill="D9EAF7"/>
            <w:tcMar>
              <w:top w:w="40" w:type="dxa"/>
              <w:left w:w="70" w:type="dxa"/>
              <w:bottom w:w="40" w:type="dxa"/>
              <w:right w:w="70" w:type="dxa"/>
            </w:tcMar>
          </w:tcPr>
          <w:p w14:paraId="0B0E1107" w14:textId="77777777" w:rsidR="0022328F" w:rsidRDefault="00965A9A" w:rsidP="00984A02">
            <w:pPr>
              <w:shd w:val="clear" w:color="auto" w:fill="FFFFFF" w:themeFill="background1"/>
              <w:jc w:val="center"/>
            </w:pPr>
            <w:r>
              <w:rPr>
                <w:b/>
              </w:rPr>
              <w:t>Hoạt động của giáo viên</w:t>
            </w:r>
          </w:p>
        </w:tc>
        <w:tc>
          <w:tcPr>
            <w:tcW w:w="5188" w:type="dxa"/>
            <w:tcBorders>
              <w:bottom w:val="single" w:sz="8" w:space="0" w:color="000000"/>
            </w:tcBorders>
            <w:shd w:val="clear" w:color="auto" w:fill="D9EAF7"/>
            <w:tcMar>
              <w:top w:w="40" w:type="dxa"/>
              <w:left w:w="70" w:type="dxa"/>
              <w:bottom w:w="40" w:type="dxa"/>
              <w:right w:w="70" w:type="dxa"/>
            </w:tcMar>
          </w:tcPr>
          <w:p w14:paraId="35B000CD" w14:textId="77777777" w:rsidR="0022328F" w:rsidRDefault="00965A9A" w:rsidP="00984A02">
            <w:pPr>
              <w:shd w:val="clear" w:color="auto" w:fill="FFFFFF" w:themeFill="background1"/>
              <w:jc w:val="center"/>
            </w:pPr>
            <w:r>
              <w:rPr>
                <w:b/>
              </w:rPr>
              <w:t>Hoạt động của học sinh</w:t>
            </w:r>
          </w:p>
        </w:tc>
      </w:tr>
      <w:tr w:rsidR="0022328F" w14:paraId="519A7A3A"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074A89F0" w14:textId="77777777" w:rsidR="0022328F" w:rsidRDefault="00965A9A" w:rsidP="00984A02">
            <w:pPr>
              <w:shd w:val="clear" w:color="auto" w:fill="FFFFFF" w:themeFill="background1"/>
            </w:pPr>
            <w:r>
              <w:rPr>
                <w:b/>
                <w:color w:val="008000"/>
              </w:rPr>
              <w:t>1. Khởi động (3 phút) – Tạo hứng thú và kết nối với câu chuyện.</w:t>
            </w:r>
          </w:p>
        </w:tc>
      </w:tr>
      <w:tr w:rsidR="0022328F" w14:paraId="67946682" w14:textId="77777777" w:rsidTr="00984A02">
        <w:trPr>
          <w:jc w:val="center"/>
        </w:trPr>
        <w:tc>
          <w:tcPr>
            <w:tcW w:w="5188" w:type="dxa"/>
            <w:tcBorders>
              <w:top w:val="single" w:sz="8" w:space="0" w:color="000000"/>
            </w:tcBorders>
            <w:tcMar>
              <w:top w:w="40" w:type="dxa"/>
              <w:left w:w="70" w:type="dxa"/>
              <w:bottom w:w="40" w:type="dxa"/>
              <w:right w:w="70" w:type="dxa"/>
            </w:tcMar>
          </w:tcPr>
          <w:p w14:paraId="2E4FEC32" w14:textId="77777777" w:rsidR="0022328F" w:rsidRDefault="00965A9A" w:rsidP="00984A02">
            <w:pPr>
              <w:shd w:val="clear" w:color="auto" w:fill="FFFFFF" w:themeFill="background1"/>
            </w:pPr>
            <w:r>
              <w:t>- Hát/vận động theo bài Búp bê bằng bông.</w:t>
            </w:r>
          </w:p>
        </w:tc>
        <w:tc>
          <w:tcPr>
            <w:tcW w:w="5188" w:type="dxa"/>
            <w:tcBorders>
              <w:top w:val="single" w:sz="8" w:space="0" w:color="000000"/>
            </w:tcBorders>
            <w:tcMar>
              <w:top w:w="40" w:type="dxa"/>
              <w:left w:w="70" w:type="dxa"/>
              <w:bottom w:w="40" w:type="dxa"/>
              <w:right w:w="70" w:type="dxa"/>
            </w:tcMar>
          </w:tcPr>
          <w:p w14:paraId="4B250DEF" w14:textId="77777777" w:rsidR="0022328F" w:rsidRDefault="00965A9A" w:rsidP="00984A02">
            <w:pPr>
              <w:shd w:val="clear" w:color="auto" w:fill="FFFFFF" w:themeFill="background1"/>
            </w:pPr>
            <w:r>
              <w:t>- HS hát, vận động nhẹ theo nhịp bài hát.</w:t>
            </w:r>
          </w:p>
        </w:tc>
      </w:tr>
      <w:tr w:rsidR="0022328F" w14:paraId="6461E5A0" w14:textId="77777777" w:rsidTr="00984A02">
        <w:trPr>
          <w:jc w:val="center"/>
        </w:trPr>
        <w:tc>
          <w:tcPr>
            <w:tcW w:w="5188" w:type="dxa"/>
            <w:tcBorders>
              <w:bottom w:val="single" w:sz="8" w:space="0" w:color="000000"/>
            </w:tcBorders>
            <w:tcMar>
              <w:top w:w="40" w:type="dxa"/>
              <w:left w:w="70" w:type="dxa"/>
              <w:bottom w:w="40" w:type="dxa"/>
              <w:right w:w="70" w:type="dxa"/>
            </w:tcMar>
          </w:tcPr>
          <w:p w14:paraId="432D7D84" w14:textId="77777777" w:rsidR="0022328F" w:rsidRDefault="00965A9A" w:rsidP="00984A02">
            <w:pPr>
              <w:shd w:val="clear" w:color="auto" w:fill="FFFFFF" w:themeFill="background1"/>
            </w:pPr>
            <w:r>
              <w:t>- GV giới thiệu bài: Hôm nay, các em nghe kể câu chuyện Búp bê biết khóc.</w:t>
            </w:r>
          </w:p>
        </w:tc>
        <w:tc>
          <w:tcPr>
            <w:tcW w:w="5188" w:type="dxa"/>
            <w:tcBorders>
              <w:bottom w:val="single" w:sz="8" w:space="0" w:color="000000"/>
            </w:tcBorders>
            <w:tcMar>
              <w:top w:w="40" w:type="dxa"/>
              <w:left w:w="70" w:type="dxa"/>
              <w:bottom w:w="40" w:type="dxa"/>
              <w:right w:w="70" w:type="dxa"/>
            </w:tcMar>
          </w:tcPr>
          <w:p w14:paraId="43350732" w14:textId="77777777" w:rsidR="0022328F" w:rsidRDefault="00965A9A" w:rsidP="00984A02">
            <w:pPr>
              <w:shd w:val="clear" w:color="auto" w:fill="FFFFFF" w:themeFill="background1"/>
            </w:pPr>
            <w:r>
              <w:t>- HS lắng nghe, ghi tên bài.</w:t>
            </w:r>
          </w:p>
        </w:tc>
      </w:tr>
      <w:tr w:rsidR="0022328F" w14:paraId="61A6FFD5"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1AB30A83" w14:textId="77777777" w:rsidR="0022328F" w:rsidRDefault="00965A9A" w:rsidP="00984A02">
            <w:pPr>
              <w:shd w:val="clear" w:color="auto" w:fill="FFFFFF" w:themeFill="background1"/>
            </w:pPr>
            <w:r>
              <w:rPr>
                <w:b/>
                <w:color w:val="008000"/>
              </w:rPr>
              <w:t>2. Khám phá kiến thức - Hoạt động 1: Dựa vào câu hỏi gợi ý, đoán nội dung từng tranh (12 phút).</w:t>
            </w:r>
          </w:p>
        </w:tc>
      </w:tr>
      <w:tr w:rsidR="0022328F" w14:paraId="112E48C1" w14:textId="77777777" w:rsidTr="00984A02">
        <w:trPr>
          <w:jc w:val="center"/>
        </w:trPr>
        <w:tc>
          <w:tcPr>
            <w:tcW w:w="5188" w:type="dxa"/>
            <w:tcBorders>
              <w:top w:val="single" w:sz="8" w:space="0" w:color="000000"/>
            </w:tcBorders>
            <w:tcMar>
              <w:top w:w="40" w:type="dxa"/>
              <w:left w:w="70" w:type="dxa"/>
              <w:bottom w:w="40" w:type="dxa"/>
              <w:right w:w="70" w:type="dxa"/>
            </w:tcMar>
          </w:tcPr>
          <w:p w14:paraId="5EB169B7" w14:textId="77777777" w:rsidR="0022328F" w:rsidRDefault="00965A9A" w:rsidP="00984A02">
            <w:pPr>
              <w:shd w:val="clear" w:color="auto" w:fill="FFFFFF" w:themeFill="background1"/>
            </w:pPr>
            <w:r>
              <w:t>- Quan sát 4 tranh và đọc câu hỏi gợi ý dưới mỗi tranh.</w:t>
            </w:r>
          </w:p>
          <w:p w14:paraId="57317B6E" w14:textId="5B8DDA15" w:rsidR="0022328F" w:rsidRDefault="0022328F" w:rsidP="00984A02">
            <w:pPr>
              <w:shd w:val="clear" w:color="auto" w:fill="FFFFFF" w:themeFill="background1"/>
              <w:jc w:val="center"/>
            </w:pPr>
          </w:p>
        </w:tc>
        <w:tc>
          <w:tcPr>
            <w:tcW w:w="5188" w:type="dxa"/>
            <w:tcBorders>
              <w:top w:val="single" w:sz="8" w:space="0" w:color="000000"/>
            </w:tcBorders>
            <w:tcMar>
              <w:top w:w="40" w:type="dxa"/>
              <w:left w:w="70" w:type="dxa"/>
              <w:bottom w:w="40" w:type="dxa"/>
              <w:right w:w="70" w:type="dxa"/>
            </w:tcMar>
          </w:tcPr>
          <w:p w14:paraId="2058FEA8" w14:textId="77777777" w:rsidR="0022328F" w:rsidRDefault="00965A9A" w:rsidP="00984A02">
            <w:pPr>
              <w:shd w:val="clear" w:color="auto" w:fill="FFFFFF" w:themeFill="background1"/>
            </w:pPr>
            <w:r>
              <w:t>- HS quan sát tranh, đọc thầm câu hỏi.</w:t>
            </w:r>
          </w:p>
        </w:tc>
      </w:tr>
      <w:tr w:rsidR="0022328F" w14:paraId="728AB8CD" w14:textId="77777777" w:rsidTr="00984A02">
        <w:trPr>
          <w:jc w:val="center"/>
        </w:trPr>
        <w:tc>
          <w:tcPr>
            <w:tcW w:w="5188" w:type="dxa"/>
            <w:tcMar>
              <w:top w:w="40" w:type="dxa"/>
              <w:left w:w="70" w:type="dxa"/>
              <w:bottom w:w="40" w:type="dxa"/>
              <w:right w:w="70" w:type="dxa"/>
            </w:tcMar>
          </w:tcPr>
          <w:p w14:paraId="37A9BFCC" w14:textId="77777777" w:rsidR="0022328F" w:rsidRDefault="00965A9A" w:rsidP="00984A02">
            <w:pPr>
              <w:shd w:val="clear" w:color="auto" w:fill="FFFFFF" w:themeFill="background1"/>
            </w:pPr>
            <w:r>
              <w:t>- Tranh 1: Khi tròn 6 tuổi, Hoa được tặng quà gì? Hoa yêu thích món quà đó thế nào?</w:t>
            </w:r>
          </w:p>
        </w:tc>
        <w:tc>
          <w:tcPr>
            <w:tcW w:w="5188" w:type="dxa"/>
            <w:tcMar>
              <w:top w:w="40" w:type="dxa"/>
              <w:left w:w="70" w:type="dxa"/>
              <w:bottom w:w="40" w:type="dxa"/>
              <w:right w:w="70" w:type="dxa"/>
            </w:tcMar>
          </w:tcPr>
          <w:p w14:paraId="062FCAFB" w14:textId="77777777" w:rsidR="0022328F" w:rsidRDefault="00965A9A" w:rsidP="00984A02">
            <w:pPr>
              <w:shd w:val="clear" w:color="auto" w:fill="FFFFFF" w:themeFill="background1"/>
            </w:pPr>
            <w:r>
              <w:t>- HS dự đoán: Hoa được tặng búp bê; Hoa rất thích, mang búp bê theo mình.</w:t>
            </w:r>
          </w:p>
        </w:tc>
      </w:tr>
      <w:tr w:rsidR="0022328F" w14:paraId="2A337188" w14:textId="77777777" w:rsidTr="00984A02">
        <w:trPr>
          <w:jc w:val="center"/>
        </w:trPr>
        <w:tc>
          <w:tcPr>
            <w:tcW w:w="5188" w:type="dxa"/>
            <w:tcMar>
              <w:top w:w="40" w:type="dxa"/>
              <w:left w:w="70" w:type="dxa"/>
              <w:bottom w:w="40" w:type="dxa"/>
              <w:right w:w="70" w:type="dxa"/>
            </w:tcMar>
          </w:tcPr>
          <w:p w14:paraId="4EE08476" w14:textId="77777777" w:rsidR="0022328F" w:rsidRDefault="00965A9A" w:rsidP="00984A02">
            <w:pPr>
              <w:shd w:val="clear" w:color="auto" w:fill="FFFFFF" w:themeFill="background1"/>
            </w:pPr>
            <w:r>
              <w:t>- Tranh 2: Khi tròn 7 tuổi, Hoa được tặng quà gì? Hoa đã làm gì với món quà cũ?</w:t>
            </w:r>
          </w:p>
        </w:tc>
        <w:tc>
          <w:tcPr>
            <w:tcW w:w="5188" w:type="dxa"/>
            <w:tcMar>
              <w:top w:w="40" w:type="dxa"/>
              <w:left w:w="70" w:type="dxa"/>
              <w:bottom w:w="40" w:type="dxa"/>
              <w:right w:w="70" w:type="dxa"/>
            </w:tcMar>
          </w:tcPr>
          <w:p w14:paraId="1646839A" w14:textId="77777777" w:rsidR="0022328F" w:rsidRDefault="00965A9A" w:rsidP="00984A02">
            <w:pPr>
              <w:shd w:val="clear" w:color="auto" w:fill="FFFFFF" w:themeFill="background1"/>
            </w:pPr>
            <w:r>
              <w:t>- HS dự đoán: Hoa được tặng chó bông; Hoa ít quan tâm đến búp bê cũ.</w:t>
            </w:r>
          </w:p>
        </w:tc>
      </w:tr>
      <w:tr w:rsidR="0022328F" w14:paraId="76FA5769" w14:textId="77777777" w:rsidTr="00984A02">
        <w:trPr>
          <w:jc w:val="center"/>
        </w:trPr>
        <w:tc>
          <w:tcPr>
            <w:tcW w:w="5188" w:type="dxa"/>
            <w:tcMar>
              <w:top w:w="40" w:type="dxa"/>
              <w:left w:w="70" w:type="dxa"/>
              <w:bottom w:w="40" w:type="dxa"/>
              <w:right w:w="70" w:type="dxa"/>
            </w:tcMar>
          </w:tcPr>
          <w:p w14:paraId="129725EE" w14:textId="77777777" w:rsidR="0022328F" w:rsidRDefault="00965A9A" w:rsidP="00984A02">
            <w:pPr>
              <w:shd w:val="clear" w:color="auto" w:fill="FFFFFF" w:themeFill="background1"/>
            </w:pPr>
            <w:r>
              <w:t>- Tranh 3: Hoa nằm mơ thấy gì?</w:t>
            </w:r>
          </w:p>
        </w:tc>
        <w:tc>
          <w:tcPr>
            <w:tcW w:w="5188" w:type="dxa"/>
            <w:tcMar>
              <w:top w:w="40" w:type="dxa"/>
              <w:left w:w="70" w:type="dxa"/>
              <w:bottom w:w="40" w:type="dxa"/>
              <w:right w:w="70" w:type="dxa"/>
            </w:tcMar>
          </w:tcPr>
          <w:p w14:paraId="4B96E5CA" w14:textId="77777777" w:rsidR="0022328F" w:rsidRDefault="00965A9A" w:rsidP="00984A02">
            <w:pPr>
              <w:shd w:val="clear" w:color="auto" w:fill="FFFFFF" w:themeFill="background1"/>
            </w:pPr>
            <w:r>
              <w:t>- HS dự đoán: Hoa mơ thấy búp bê khóc vì bị bỏ quên.</w:t>
            </w:r>
          </w:p>
        </w:tc>
      </w:tr>
      <w:tr w:rsidR="0022328F" w14:paraId="3F5C27FF" w14:textId="77777777" w:rsidTr="00984A02">
        <w:trPr>
          <w:jc w:val="center"/>
        </w:trPr>
        <w:tc>
          <w:tcPr>
            <w:tcW w:w="5188" w:type="dxa"/>
            <w:tcMar>
              <w:top w:w="40" w:type="dxa"/>
              <w:left w:w="70" w:type="dxa"/>
              <w:bottom w:w="40" w:type="dxa"/>
              <w:right w:w="70" w:type="dxa"/>
            </w:tcMar>
          </w:tcPr>
          <w:p w14:paraId="7CF85FF6" w14:textId="77777777" w:rsidR="0022328F" w:rsidRDefault="00965A9A" w:rsidP="00984A02">
            <w:pPr>
              <w:shd w:val="clear" w:color="auto" w:fill="FFFFFF" w:themeFill="background1"/>
            </w:pPr>
            <w:r>
              <w:t>- Tranh 4: Hoa đã làm gì với hai đồ chơi của mình?</w:t>
            </w:r>
          </w:p>
        </w:tc>
        <w:tc>
          <w:tcPr>
            <w:tcW w:w="5188" w:type="dxa"/>
            <w:tcMar>
              <w:top w:w="40" w:type="dxa"/>
              <w:left w:w="70" w:type="dxa"/>
              <w:bottom w:w="40" w:type="dxa"/>
              <w:right w:w="70" w:type="dxa"/>
            </w:tcMar>
          </w:tcPr>
          <w:p w14:paraId="5F865448" w14:textId="77777777" w:rsidR="0022328F" w:rsidRDefault="00965A9A" w:rsidP="00984A02">
            <w:pPr>
              <w:shd w:val="clear" w:color="auto" w:fill="FFFFFF" w:themeFill="background1"/>
            </w:pPr>
            <w:r>
              <w:t>- HS dự đoán: Hoa ôm cả búp bê và chó bông, chơi vui với hai đồ chơi.</w:t>
            </w:r>
          </w:p>
        </w:tc>
      </w:tr>
      <w:tr w:rsidR="0022328F" w14:paraId="7D663B94" w14:textId="77777777" w:rsidTr="00984A02">
        <w:trPr>
          <w:jc w:val="center"/>
        </w:trPr>
        <w:tc>
          <w:tcPr>
            <w:tcW w:w="5188" w:type="dxa"/>
            <w:tcBorders>
              <w:bottom w:val="single" w:sz="8" w:space="0" w:color="000000"/>
            </w:tcBorders>
            <w:tcMar>
              <w:top w:w="40" w:type="dxa"/>
              <w:left w:w="70" w:type="dxa"/>
              <w:bottom w:w="40" w:type="dxa"/>
              <w:right w:w="70" w:type="dxa"/>
            </w:tcMar>
          </w:tcPr>
          <w:p w14:paraId="4D77334F" w14:textId="77777777" w:rsidR="0022328F" w:rsidRDefault="00965A9A" w:rsidP="00984A02">
            <w:pPr>
              <w:shd w:val="clear" w:color="auto" w:fill="FFFFFF" w:themeFill="background1"/>
            </w:pPr>
            <w:r>
              <w:t>- GV kết luận: Các em đã biết dựa vào tranh và câu hỏi để đoán nội dung câu chuyện.</w:t>
            </w:r>
          </w:p>
        </w:tc>
        <w:tc>
          <w:tcPr>
            <w:tcW w:w="5188" w:type="dxa"/>
            <w:tcBorders>
              <w:bottom w:val="single" w:sz="8" w:space="0" w:color="000000"/>
            </w:tcBorders>
            <w:tcMar>
              <w:top w:w="40" w:type="dxa"/>
              <w:left w:w="70" w:type="dxa"/>
              <w:bottom w:w="40" w:type="dxa"/>
              <w:right w:w="70" w:type="dxa"/>
            </w:tcMar>
          </w:tcPr>
          <w:p w14:paraId="70F83716" w14:textId="77777777" w:rsidR="0022328F" w:rsidRDefault="00965A9A" w:rsidP="00984A02">
            <w:pPr>
              <w:shd w:val="clear" w:color="auto" w:fill="FFFFFF" w:themeFill="background1"/>
            </w:pPr>
            <w:r>
              <w:t>- HS lắng nghe, điều chỉnh dự đoán nếu cần.</w:t>
            </w:r>
          </w:p>
        </w:tc>
      </w:tr>
      <w:tr w:rsidR="0022328F" w14:paraId="215E4028"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56088EE1" w14:textId="77777777" w:rsidR="0022328F" w:rsidRDefault="00965A9A" w:rsidP="00984A02">
            <w:pPr>
              <w:shd w:val="clear" w:color="auto" w:fill="FFFFFF" w:themeFill="background1"/>
            </w:pPr>
            <w:r>
              <w:rPr>
                <w:b/>
                <w:color w:val="008000"/>
              </w:rPr>
              <w:t>3. Thực hành (15 phút) – Nghe kể và kể lại 1 - 2 đoạn câu chuyện.</w:t>
            </w:r>
          </w:p>
        </w:tc>
      </w:tr>
      <w:tr w:rsidR="0022328F" w14:paraId="54B263FF" w14:textId="77777777" w:rsidTr="00984A02">
        <w:trPr>
          <w:jc w:val="center"/>
        </w:trPr>
        <w:tc>
          <w:tcPr>
            <w:tcW w:w="5188" w:type="dxa"/>
            <w:tcBorders>
              <w:top w:val="single" w:sz="8" w:space="0" w:color="000000"/>
            </w:tcBorders>
            <w:tcMar>
              <w:top w:w="40" w:type="dxa"/>
              <w:left w:w="70" w:type="dxa"/>
              <w:bottom w:w="40" w:type="dxa"/>
              <w:right w:w="70" w:type="dxa"/>
            </w:tcMar>
          </w:tcPr>
          <w:p w14:paraId="37D00005" w14:textId="77777777" w:rsidR="0022328F" w:rsidRDefault="00965A9A" w:rsidP="00984A02">
            <w:pPr>
              <w:shd w:val="clear" w:color="auto" w:fill="FFFFFF" w:themeFill="background1"/>
            </w:pPr>
            <w:r>
              <w:t>- Nghe GV kể chuyện lần 1, chú ý nội dung từng tranh.</w:t>
            </w:r>
          </w:p>
        </w:tc>
        <w:tc>
          <w:tcPr>
            <w:tcW w:w="5188" w:type="dxa"/>
            <w:tcBorders>
              <w:top w:val="single" w:sz="8" w:space="0" w:color="000000"/>
            </w:tcBorders>
            <w:tcMar>
              <w:top w:w="40" w:type="dxa"/>
              <w:left w:w="70" w:type="dxa"/>
              <w:bottom w:w="40" w:type="dxa"/>
              <w:right w:w="70" w:type="dxa"/>
            </w:tcMar>
          </w:tcPr>
          <w:p w14:paraId="419D9037" w14:textId="77777777" w:rsidR="0022328F" w:rsidRDefault="00965A9A" w:rsidP="00984A02">
            <w:pPr>
              <w:shd w:val="clear" w:color="auto" w:fill="FFFFFF" w:themeFill="background1"/>
            </w:pPr>
            <w:r>
              <w:t>- HS lắng nghe, quan sát tranh theo lời kể của GV.</w:t>
            </w:r>
          </w:p>
        </w:tc>
      </w:tr>
      <w:tr w:rsidR="0022328F" w14:paraId="20A7585D" w14:textId="77777777" w:rsidTr="00984A02">
        <w:trPr>
          <w:jc w:val="center"/>
        </w:trPr>
        <w:tc>
          <w:tcPr>
            <w:tcW w:w="5188" w:type="dxa"/>
            <w:tcMar>
              <w:top w:w="40" w:type="dxa"/>
              <w:left w:w="70" w:type="dxa"/>
              <w:bottom w:w="40" w:type="dxa"/>
              <w:right w:w="70" w:type="dxa"/>
            </w:tcMar>
          </w:tcPr>
          <w:p w14:paraId="5AB31B8E" w14:textId="77777777" w:rsidR="0022328F" w:rsidRDefault="00965A9A" w:rsidP="00984A02">
            <w:pPr>
              <w:shd w:val="clear" w:color="auto" w:fill="FFFFFF" w:themeFill="background1"/>
            </w:pPr>
            <w:r>
              <w:t>- Nghe GV kể lần 2; khi GV dừng, HS nói tiếp sự việc chính.</w:t>
            </w:r>
          </w:p>
        </w:tc>
        <w:tc>
          <w:tcPr>
            <w:tcW w:w="5188" w:type="dxa"/>
            <w:tcMar>
              <w:top w:w="40" w:type="dxa"/>
              <w:left w:w="70" w:type="dxa"/>
              <w:bottom w:w="40" w:type="dxa"/>
              <w:right w:w="70" w:type="dxa"/>
            </w:tcMar>
          </w:tcPr>
          <w:p w14:paraId="24350256" w14:textId="77777777" w:rsidR="0022328F" w:rsidRDefault="00965A9A" w:rsidP="00984A02">
            <w:pPr>
              <w:shd w:val="clear" w:color="auto" w:fill="FFFFFF" w:themeFill="background1"/>
            </w:pPr>
            <w:r>
              <w:t>- HS tập kể theo GV: Hoa được tặng búp bê; Hoa được tặng chó bông; Hoa mơ thấy búp bê khóc; Hoa chơi với cả hai đồ chơi.</w:t>
            </w:r>
          </w:p>
        </w:tc>
      </w:tr>
      <w:tr w:rsidR="0022328F" w14:paraId="289183E1" w14:textId="77777777" w:rsidTr="00984A02">
        <w:trPr>
          <w:jc w:val="center"/>
        </w:trPr>
        <w:tc>
          <w:tcPr>
            <w:tcW w:w="5188" w:type="dxa"/>
            <w:tcMar>
              <w:top w:w="40" w:type="dxa"/>
              <w:left w:w="70" w:type="dxa"/>
              <w:bottom w:w="40" w:type="dxa"/>
              <w:right w:w="70" w:type="dxa"/>
            </w:tcMar>
          </w:tcPr>
          <w:p w14:paraId="4EF5A753" w14:textId="77777777" w:rsidR="0022328F" w:rsidRDefault="00965A9A" w:rsidP="00984A02">
            <w:pPr>
              <w:shd w:val="clear" w:color="auto" w:fill="FFFFFF" w:themeFill="background1"/>
            </w:pPr>
            <w:r>
              <w:t>- Tập kể trong nhóm 4, mỗi bạn chọn 1 - 2 tranh để kể.</w:t>
            </w:r>
          </w:p>
        </w:tc>
        <w:tc>
          <w:tcPr>
            <w:tcW w:w="5188" w:type="dxa"/>
            <w:tcMar>
              <w:top w:w="40" w:type="dxa"/>
              <w:left w:w="70" w:type="dxa"/>
              <w:bottom w:w="40" w:type="dxa"/>
              <w:right w:w="70" w:type="dxa"/>
            </w:tcMar>
          </w:tcPr>
          <w:p w14:paraId="4120F631" w14:textId="77777777" w:rsidR="0022328F" w:rsidRDefault="00965A9A" w:rsidP="00984A02">
            <w:pPr>
              <w:shd w:val="clear" w:color="auto" w:fill="FFFFFF" w:themeFill="background1"/>
            </w:pPr>
            <w:r>
              <w:t>- HS luyện kể trong nhóm; góp ý cho bạn về nội dung, giọng kể, nét mặt.</w:t>
            </w:r>
          </w:p>
        </w:tc>
      </w:tr>
      <w:tr w:rsidR="0022328F" w14:paraId="679BF9F8" w14:textId="77777777" w:rsidTr="00984A02">
        <w:trPr>
          <w:jc w:val="center"/>
        </w:trPr>
        <w:tc>
          <w:tcPr>
            <w:tcW w:w="5188" w:type="dxa"/>
            <w:tcMar>
              <w:top w:w="40" w:type="dxa"/>
              <w:left w:w="70" w:type="dxa"/>
              <w:bottom w:w="40" w:type="dxa"/>
              <w:right w:w="70" w:type="dxa"/>
            </w:tcMar>
          </w:tcPr>
          <w:p w14:paraId="717D0C8D" w14:textId="77777777" w:rsidR="0022328F" w:rsidRDefault="00965A9A" w:rsidP="00984A02">
            <w:pPr>
              <w:shd w:val="clear" w:color="auto" w:fill="FFFFFF" w:themeFill="background1"/>
            </w:pPr>
            <w:r>
              <w:t>- Gọi HS kể trước lớp.</w:t>
            </w:r>
          </w:p>
        </w:tc>
        <w:tc>
          <w:tcPr>
            <w:tcW w:w="5188" w:type="dxa"/>
            <w:tcMar>
              <w:top w:w="40" w:type="dxa"/>
              <w:left w:w="70" w:type="dxa"/>
              <w:bottom w:w="40" w:type="dxa"/>
              <w:right w:w="70" w:type="dxa"/>
            </w:tcMar>
          </w:tcPr>
          <w:p w14:paraId="655777CE" w14:textId="77777777" w:rsidR="0022328F" w:rsidRDefault="00965A9A" w:rsidP="00984A02">
            <w:pPr>
              <w:shd w:val="clear" w:color="auto" w:fill="FFFFFF" w:themeFill="background1"/>
            </w:pPr>
            <w:r>
              <w:t>- 2 - 4 HS kể nối tiếp câu chuyện; cả lớp nhận xét, bình chọn bạn kể rõ ràng.</w:t>
            </w:r>
          </w:p>
        </w:tc>
      </w:tr>
      <w:tr w:rsidR="0022328F" w14:paraId="3B397703" w14:textId="77777777" w:rsidTr="00984A02">
        <w:trPr>
          <w:jc w:val="center"/>
        </w:trPr>
        <w:tc>
          <w:tcPr>
            <w:tcW w:w="5188" w:type="dxa"/>
            <w:tcBorders>
              <w:bottom w:val="single" w:sz="8" w:space="0" w:color="000000"/>
            </w:tcBorders>
            <w:tcMar>
              <w:top w:w="40" w:type="dxa"/>
              <w:left w:w="70" w:type="dxa"/>
              <w:bottom w:w="40" w:type="dxa"/>
              <w:right w:w="70" w:type="dxa"/>
            </w:tcMar>
          </w:tcPr>
          <w:p w14:paraId="65D17AA7" w14:textId="77777777" w:rsidR="0022328F" w:rsidRDefault="00965A9A" w:rsidP="00984A02">
            <w:pPr>
              <w:shd w:val="clear" w:color="auto" w:fill="FFFFFF" w:themeFill="background1"/>
            </w:pPr>
            <w:r>
              <w:t>- Em học được bài học gì từ câu chuyện?</w:t>
            </w:r>
          </w:p>
        </w:tc>
        <w:tc>
          <w:tcPr>
            <w:tcW w:w="5188" w:type="dxa"/>
            <w:tcBorders>
              <w:bottom w:val="single" w:sz="8" w:space="0" w:color="000000"/>
            </w:tcBorders>
            <w:tcMar>
              <w:top w:w="40" w:type="dxa"/>
              <w:left w:w="70" w:type="dxa"/>
              <w:bottom w:w="40" w:type="dxa"/>
              <w:right w:w="70" w:type="dxa"/>
            </w:tcMar>
          </w:tcPr>
          <w:p w14:paraId="305B5786" w14:textId="77777777" w:rsidR="0022328F" w:rsidRDefault="00965A9A" w:rsidP="00984A02">
            <w:pPr>
              <w:shd w:val="clear" w:color="auto" w:fill="FFFFFF" w:themeFill="background1"/>
            </w:pPr>
            <w:r>
              <w:t xml:space="preserve">- HS trả lời: Em cần yêu quý, giữ gìn đồ chơi; </w:t>
            </w:r>
            <w:r>
              <w:lastRenderedPageBreak/>
              <w:t>không bỏ quên đồ chơi cũ; biết trân trọng món quà được tặng.</w:t>
            </w:r>
          </w:p>
        </w:tc>
      </w:tr>
      <w:tr w:rsidR="0022328F" w14:paraId="1DD38C4F"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269784EF" w14:textId="77777777" w:rsidR="0022328F" w:rsidRDefault="00965A9A" w:rsidP="00984A02">
            <w:pPr>
              <w:shd w:val="clear" w:color="auto" w:fill="FFFFFF" w:themeFill="background1"/>
            </w:pPr>
            <w:r>
              <w:rPr>
                <w:b/>
                <w:color w:val="008000"/>
              </w:rPr>
              <w:lastRenderedPageBreak/>
              <w:t>4. Vận dụng (4 phút) – Kể cho người thân nghe.</w:t>
            </w:r>
          </w:p>
        </w:tc>
      </w:tr>
      <w:tr w:rsidR="0022328F" w14:paraId="5559633E" w14:textId="77777777" w:rsidTr="00984A02">
        <w:trPr>
          <w:jc w:val="center"/>
        </w:trPr>
        <w:tc>
          <w:tcPr>
            <w:tcW w:w="5188" w:type="dxa"/>
            <w:tcBorders>
              <w:top w:val="single" w:sz="8" w:space="0" w:color="000000"/>
            </w:tcBorders>
            <w:tcMar>
              <w:top w:w="40" w:type="dxa"/>
              <w:left w:w="70" w:type="dxa"/>
              <w:bottom w:w="40" w:type="dxa"/>
              <w:right w:w="70" w:type="dxa"/>
            </w:tcMar>
          </w:tcPr>
          <w:p w14:paraId="57BA711D" w14:textId="77777777" w:rsidR="0022328F" w:rsidRDefault="00965A9A" w:rsidP="00984A02">
            <w:pPr>
              <w:shd w:val="clear" w:color="auto" w:fill="FFFFFF" w:themeFill="background1"/>
            </w:pPr>
            <w:r>
              <w:t>- Về nhà kể lại câu chuyện Búp bê biết khóc cho người thân nghe.</w:t>
            </w:r>
          </w:p>
        </w:tc>
        <w:tc>
          <w:tcPr>
            <w:tcW w:w="5188" w:type="dxa"/>
            <w:tcBorders>
              <w:top w:val="single" w:sz="8" w:space="0" w:color="000000"/>
            </w:tcBorders>
            <w:tcMar>
              <w:top w:w="40" w:type="dxa"/>
              <w:left w:w="70" w:type="dxa"/>
              <w:bottom w:w="40" w:type="dxa"/>
              <w:right w:w="70" w:type="dxa"/>
            </w:tcMar>
          </w:tcPr>
          <w:p w14:paraId="26924B24" w14:textId="77777777" w:rsidR="0022328F" w:rsidRDefault="00965A9A" w:rsidP="00984A02">
            <w:pPr>
              <w:shd w:val="clear" w:color="auto" w:fill="FFFFFF" w:themeFill="background1"/>
            </w:pPr>
            <w:r>
              <w:t>- HS ghi nhớ: Em sẽ kể lại câu chuyện, có thể kể 1 - 2 đoạn em thích.</w:t>
            </w:r>
          </w:p>
        </w:tc>
      </w:tr>
      <w:tr w:rsidR="0022328F" w14:paraId="21DDC102" w14:textId="77777777" w:rsidTr="00984A02">
        <w:trPr>
          <w:jc w:val="center"/>
        </w:trPr>
        <w:tc>
          <w:tcPr>
            <w:tcW w:w="5188" w:type="dxa"/>
            <w:tcMar>
              <w:top w:w="40" w:type="dxa"/>
              <w:left w:w="70" w:type="dxa"/>
              <w:bottom w:w="40" w:type="dxa"/>
              <w:right w:w="70" w:type="dxa"/>
            </w:tcMar>
          </w:tcPr>
          <w:p w14:paraId="61412015" w14:textId="77777777" w:rsidR="0022328F" w:rsidRDefault="00965A9A" w:rsidP="00984A02">
            <w:pPr>
              <w:shd w:val="clear" w:color="auto" w:fill="FFFFFF" w:themeFill="background1"/>
            </w:pPr>
            <w:r>
              <w:t>- GV kết luận tiết học.</w:t>
            </w:r>
          </w:p>
        </w:tc>
        <w:tc>
          <w:tcPr>
            <w:tcW w:w="5188" w:type="dxa"/>
            <w:tcMar>
              <w:top w:w="40" w:type="dxa"/>
              <w:left w:w="70" w:type="dxa"/>
              <w:bottom w:w="40" w:type="dxa"/>
              <w:right w:w="70" w:type="dxa"/>
            </w:tcMar>
          </w:tcPr>
          <w:p w14:paraId="1A78A850" w14:textId="77777777" w:rsidR="0022328F" w:rsidRDefault="00965A9A" w:rsidP="00984A02">
            <w:pPr>
              <w:shd w:val="clear" w:color="auto" w:fill="FFFFFF" w:themeFill="background1"/>
            </w:pPr>
            <w:r>
              <w:t>- HS lắng nghe, chuẩn bị bài học sau.</w:t>
            </w:r>
          </w:p>
        </w:tc>
      </w:tr>
    </w:tbl>
    <w:p w14:paraId="53422931" w14:textId="77777777" w:rsidR="0022328F" w:rsidRDefault="00965A9A" w:rsidP="00984A02">
      <w:pPr>
        <w:shd w:val="clear" w:color="auto" w:fill="FFFFFF" w:themeFill="background1"/>
        <w:spacing w:after="0" w:line="240" w:lineRule="auto"/>
      </w:pPr>
      <w:r>
        <w:rPr>
          <w:b/>
        </w:rPr>
        <w:t>IV. ĐIỀU CHỈNH SAU TIẾT DẠY (NẾU CÓ)</w:t>
      </w:r>
    </w:p>
    <w:p w14:paraId="2C3310DF" w14:textId="77777777" w:rsidR="0022328F" w:rsidRDefault="00965A9A" w:rsidP="00984A02">
      <w:pPr>
        <w:shd w:val="clear" w:color="auto" w:fill="FFFFFF" w:themeFill="background1"/>
        <w:spacing w:after="0" w:line="240" w:lineRule="auto"/>
      </w:pPr>
      <w:r>
        <w:t>……………………………………………………………………………………………………</w:t>
      </w:r>
    </w:p>
    <w:p w14:paraId="3E1B0D35" w14:textId="77777777" w:rsidR="0022328F" w:rsidRDefault="00965A9A" w:rsidP="00984A02">
      <w:pPr>
        <w:shd w:val="clear" w:color="auto" w:fill="FFFFFF" w:themeFill="background1"/>
        <w:spacing w:after="0" w:line="240" w:lineRule="auto"/>
      </w:pPr>
      <w:r>
        <w:t>……………………………………………………………………………………………………</w:t>
      </w:r>
    </w:p>
    <w:p w14:paraId="2ED68E0F" w14:textId="77777777" w:rsidR="0022328F" w:rsidRDefault="00965A9A" w:rsidP="00984A02">
      <w:pPr>
        <w:shd w:val="clear" w:color="auto" w:fill="FFFFFF" w:themeFill="background1"/>
        <w:spacing w:after="0" w:line="240" w:lineRule="auto"/>
        <w:jc w:val="center"/>
      </w:pPr>
      <w:r>
        <w:rPr>
          <w:b/>
          <w:color w:val="0066CC"/>
        </w:rPr>
        <w:t>KẾ HOẠCH DẠY HỌC – TUẦN 13</w:t>
      </w:r>
    </w:p>
    <w:p w14:paraId="7814AD30" w14:textId="77777777" w:rsidR="0022328F" w:rsidRDefault="00965A9A" w:rsidP="00984A02">
      <w:pPr>
        <w:shd w:val="clear" w:color="auto" w:fill="FFFFFF" w:themeFill="background1"/>
        <w:spacing w:after="0" w:line="240" w:lineRule="auto"/>
        <w:jc w:val="center"/>
      </w:pPr>
      <w:r>
        <w:rPr>
          <w:b/>
          <w:color w:val="000000"/>
        </w:rPr>
        <w:t>Chủ đề 3: Niềm vui tuổi thơ</w:t>
      </w:r>
    </w:p>
    <w:p w14:paraId="4C44FF2D" w14:textId="77777777" w:rsidR="0022328F" w:rsidRDefault="00965A9A" w:rsidP="00984A02">
      <w:pPr>
        <w:shd w:val="clear" w:color="auto" w:fill="FFFFFF" w:themeFill="background1"/>
        <w:spacing w:after="0" w:line="240" w:lineRule="auto"/>
        <w:jc w:val="center"/>
      </w:pPr>
      <w:r>
        <w:rPr>
          <w:b/>
          <w:color w:val="000000"/>
        </w:rPr>
        <w:t>BÀI 24: NẶN ĐỒ CHƠI</w:t>
      </w:r>
    </w:p>
    <w:p w14:paraId="0DFE3B31" w14:textId="77777777" w:rsidR="0022328F" w:rsidRDefault="00965A9A" w:rsidP="00984A02">
      <w:pPr>
        <w:shd w:val="clear" w:color="auto" w:fill="FFFFFF" w:themeFill="background1"/>
        <w:spacing w:after="0" w:line="240" w:lineRule="auto"/>
        <w:jc w:val="center"/>
      </w:pPr>
      <w:r>
        <w:rPr>
          <w:b/>
          <w:color w:val="000000"/>
        </w:rPr>
        <w:t>Tiết 1 - 2: Đọc</w:t>
      </w:r>
    </w:p>
    <w:p w14:paraId="6D31721B" w14:textId="77777777" w:rsidR="0022328F" w:rsidRDefault="00965A9A" w:rsidP="00984A02">
      <w:pPr>
        <w:shd w:val="clear" w:color="auto" w:fill="FFFFFF" w:themeFill="background1"/>
        <w:spacing w:after="0" w:line="240" w:lineRule="auto"/>
      </w:pPr>
      <w:r>
        <w:rPr>
          <w:b/>
        </w:rPr>
        <w:t>I. YÊU CẦU CẦN ĐẠT</w:t>
      </w:r>
    </w:p>
    <w:p w14:paraId="1CF37590" w14:textId="77777777" w:rsidR="0022328F" w:rsidRDefault="00965A9A" w:rsidP="00984A02">
      <w:pPr>
        <w:shd w:val="clear" w:color="auto" w:fill="FFFFFF" w:themeFill="background1"/>
        <w:spacing w:after="0" w:line="240" w:lineRule="auto"/>
      </w:pPr>
      <w:r>
        <w:rPr>
          <w:b/>
        </w:rPr>
        <w:t>1. Năng lực đặc thù</w:t>
      </w:r>
    </w:p>
    <w:p w14:paraId="42F1E39D" w14:textId="77777777" w:rsidR="0022328F" w:rsidRDefault="00965A9A" w:rsidP="00984A02">
      <w:pPr>
        <w:shd w:val="clear" w:color="auto" w:fill="FFFFFF" w:themeFill="background1"/>
        <w:spacing w:after="0" w:line="240" w:lineRule="auto"/>
      </w:pPr>
      <w:r>
        <w:t>- Đọc đúng, rõ ràng bài thơ Nặn đồ chơi; biết ngắt nghỉ, nhấn giọng phù hợp; phát âm đúng các tiếng dễ lẫn như vẫy, là, na, nặn, vểnh.</w:t>
      </w:r>
    </w:p>
    <w:p w14:paraId="54B5D0C1" w14:textId="77777777" w:rsidR="0022328F" w:rsidRDefault="00965A9A" w:rsidP="00984A02">
      <w:pPr>
        <w:shd w:val="clear" w:color="auto" w:fill="FFFFFF" w:themeFill="background1"/>
        <w:spacing w:after="0" w:line="240" w:lineRule="auto"/>
      </w:pPr>
      <w:r>
        <w:t>- Hiểu nghĩa từ ngữ: cối giã trầu, thích chí; hiểu nội dung bài thơ nói về trò chơi nặn đồ chơi và tình cảm yêu thương của bạn nhỏ.</w:t>
      </w:r>
    </w:p>
    <w:p w14:paraId="5E166A55" w14:textId="77777777" w:rsidR="0022328F" w:rsidRDefault="00965A9A" w:rsidP="00984A02">
      <w:pPr>
        <w:shd w:val="clear" w:color="auto" w:fill="FFFFFF" w:themeFill="background1"/>
        <w:spacing w:after="0" w:line="240" w:lineRule="auto"/>
      </w:pPr>
      <w:r>
        <w:t>- Tìm được từ chỉ cảm xúc vui mừng; biết đặt câu với từ chỉ cảm xúc.</w:t>
      </w:r>
    </w:p>
    <w:p w14:paraId="1CFA2023" w14:textId="77777777" w:rsidR="0022328F" w:rsidRDefault="00965A9A" w:rsidP="00984A02">
      <w:pPr>
        <w:shd w:val="clear" w:color="auto" w:fill="FFFFFF" w:themeFill="background1"/>
        <w:spacing w:after="0" w:line="240" w:lineRule="auto"/>
      </w:pPr>
      <w:r>
        <w:rPr>
          <w:b/>
        </w:rPr>
        <w:t>2. Năng lực chung</w:t>
      </w:r>
    </w:p>
    <w:p w14:paraId="42AFAFB6" w14:textId="77777777" w:rsidR="0022328F" w:rsidRDefault="00965A9A" w:rsidP="00984A02">
      <w:pPr>
        <w:shd w:val="clear" w:color="auto" w:fill="FFFFFF" w:themeFill="background1"/>
        <w:spacing w:after="0" w:line="240" w:lineRule="auto"/>
      </w:pPr>
      <w:r>
        <w:t>- Tự chủ và tự học: chủ động luyện đọc, trả lời câu hỏi.</w:t>
      </w:r>
    </w:p>
    <w:p w14:paraId="68F4C084" w14:textId="77777777" w:rsidR="0022328F" w:rsidRDefault="00965A9A" w:rsidP="00984A02">
      <w:pPr>
        <w:shd w:val="clear" w:color="auto" w:fill="FFFFFF" w:themeFill="background1"/>
        <w:spacing w:after="0" w:line="240" w:lineRule="auto"/>
      </w:pPr>
      <w:r>
        <w:t>- Giao tiếp và hợp tác: biết làm việc nhóm, chia sẻ ý kiến về trò chơi, đồ chơi.</w:t>
      </w:r>
    </w:p>
    <w:p w14:paraId="108A7B45" w14:textId="77777777" w:rsidR="0022328F" w:rsidRDefault="00965A9A" w:rsidP="00984A02">
      <w:pPr>
        <w:shd w:val="clear" w:color="auto" w:fill="FFFFFF" w:themeFill="background1"/>
        <w:spacing w:after="0" w:line="240" w:lineRule="auto"/>
      </w:pPr>
      <w:r>
        <w:t>- Giải quyết vấn đề và sáng tạo: biết liên hệ bản thân, nói về đồ chơi muốn nặn và người muốn tặng.</w:t>
      </w:r>
    </w:p>
    <w:p w14:paraId="2BA7CE73" w14:textId="77777777" w:rsidR="0022328F" w:rsidRDefault="00965A9A" w:rsidP="00984A02">
      <w:pPr>
        <w:shd w:val="clear" w:color="auto" w:fill="FFFFFF" w:themeFill="background1"/>
        <w:spacing w:after="0" w:line="240" w:lineRule="auto"/>
      </w:pPr>
      <w:r>
        <w:rPr>
          <w:b/>
        </w:rPr>
        <w:t>3. Phẩm chất</w:t>
      </w:r>
    </w:p>
    <w:p w14:paraId="5FA7D716" w14:textId="77777777" w:rsidR="0022328F" w:rsidRDefault="00965A9A" w:rsidP="00984A02">
      <w:pPr>
        <w:shd w:val="clear" w:color="auto" w:fill="FFFFFF" w:themeFill="background1"/>
        <w:spacing w:after="0" w:line="240" w:lineRule="auto"/>
      </w:pPr>
      <w:r>
        <w:t>- Nhân ái: biết yêu thương, quan tâm người thân, bạn bè bằng những việc làm nhỏ.</w:t>
      </w:r>
    </w:p>
    <w:p w14:paraId="44F34181" w14:textId="77777777" w:rsidR="0022328F" w:rsidRDefault="00965A9A" w:rsidP="00984A02">
      <w:pPr>
        <w:shd w:val="clear" w:color="auto" w:fill="FFFFFF" w:themeFill="background1"/>
        <w:spacing w:after="0" w:line="240" w:lineRule="auto"/>
      </w:pPr>
      <w:r>
        <w:t>- Chăm chỉ: tích cực luyện đọc, tìm từ, đặt câu.</w:t>
      </w:r>
    </w:p>
    <w:p w14:paraId="4324DBE3" w14:textId="77777777" w:rsidR="0022328F" w:rsidRDefault="00965A9A" w:rsidP="00984A02">
      <w:pPr>
        <w:shd w:val="clear" w:color="auto" w:fill="FFFFFF" w:themeFill="background1"/>
        <w:spacing w:after="0" w:line="240" w:lineRule="auto"/>
      </w:pPr>
      <w:r>
        <w:t>- Trách nhiệm: biết chơi đồ chơi phù hợp, giữ gìn đồ chơi.</w:t>
      </w:r>
    </w:p>
    <w:p w14:paraId="78146E20" w14:textId="77777777" w:rsidR="0022328F" w:rsidRDefault="00965A9A" w:rsidP="00984A02">
      <w:pPr>
        <w:shd w:val="clear" w:color="auto" w:fill="FFFFFF" w:themeFill="background1"/>
        <w:spacing w:after="0" w:line="240" w:lineRule="auto"/>
      </w:pPr>
      <w:r>
        <w:rPr>
          <w:b/>
          <w:color w:val="C00000"/>
        </w:rPr>
        <w:t>4. Tích hợp</w:t>
      </w:r>
    </w:p>
    <w:p w14:paraId="42D1B996" w14:textId="77777777" w:rsidR="0022328F" w:rsidRDefault="00965A9A" w:rsidP="00984A02">
      <w:pPr>
        <w:shd w:val="clear" w:color="auto" w:fill="FFFFFF" w:themeFill="background1"/>
        <w:spacing w:after="0" w:line="240" w:lineRule="auto"/>
      </w:pPr>
      <w:r>
        <w:rPr>
          <w:color w:val="C00000"/>
        </w:rPr>
        <w:t>Tích hợp lý tưởng cách mạng, đạo đức, lối sống: HS biết yêu thương, chia sẻ và quan tâm đến người thân, bạn bè thông qua việc nặn đồ chơi tặng mọi người.</w:t>
      </w:r>
    </w:p>
    <w:p w14:paraId="02C981FE" w14:textId="77777777" w:rsidR="0022328F" w:rsidRDefault="00965A9A" w:rsidP="00984A02">
      <w:pPr>
        <w:shd w:val="clear" w:color="auto" w:fill="FFFFFF" w:themeFill="background1"/>
        <w:spacing w:after="0" w:line="240" w:lineRule="auto"/>
      </w:pPr>
      <w:r>
        <w:rPr>
          <w:color w:val="C00000"/>
        </w:rPr>
        <w:t>Tích hợp AI 2.C3.1: HS nhận biết AI có thể phân loại đồ chơi theo đặc điểm quan sát được như màu sắc, hình dạng, chất liệu; HS cần kiểm tra lại vì AI có thể nhầm lẫn nếu hình ảnh không rõ.</w:t>
      </w:r>
    </w:p>
    <w:p w14:paraId="078CA03A" w14:textId="77777777" w:rsidR="0022328F" w:rsidRDefault="00965A9A" w:rsidP="00984A02">
      <w:pPr>
        <w:shd w:val="clear" w:color="auto" w:fill="FFFFFF" w:themeFill="background1"/>
        <w:spacing w:after="0" w:line="240" w:lineRule="auto"/>
      </w:pPr>
      <w:r>
        <w:rPr>
          <w:b/>
        </w:rPr>
        <w:t>II. ĐỒ DÙNG DẠY HỌC</w:t>
      </w:r>
    </w:p>
    <w:p w14:paraId="38EB9855" w14:textId="77777777" w:rsidR="0022328F" w:rsidRDefault="00965A9A" w:rsidP="00984A02">
      <w:pPr>
        <w:shd w:val="clear" w:color="auto" w:fill="FFFFFF" w:themeFill="background1"/>
        <w:spacing w:after="0" w:line="240" w:lineRule="auto"/>
      </w:pPr>
      <w:r>
        <w:t>1. Giáo viên: tranh SGK bài Nặn đồ chơi, phiếu thảo luận, tranh/bài tập SGK, máy chiếu, một số đồ chơi thật.</w:t>
      </w:r>
    </w:p>
    <w:p w14:paraId="413FB562" w14:textId="77777777" w:rsidR="0022328F" w:rsidRDefault="00965A9A" w:rsidP="00984A02">
      <w:pPr>
        <w:shd w:val="clear" w:color="auto" w:fill="FFFFFF" w:themeFill="background1"/>
        <w:spacing w:after="0" w:line="240" w:lineRule="auto"/>
      </w:pPr>
      <w:r>
        <w:t>2. Học sinh: SGK, vở, bút, bảng con.</w:t>
      </w:r>
    </w:p>
    <w:p w14:paraId="441E4A37" w14:textId="77777777" w:rsidR="0022328F" w:rsidRDefault="00965A9A" w:rsidP="00984A02">
      <w:pPr>
        <w:shd w:val="clear" w:color="auto" w:fill="FFFFFF" w:themeFill="background1"/>
        <w:spacing w:after="0" w:line="240" w:lineRule="auto"/>
      </w:pPr>
      <w:r>
        <w:rPr>
          <w:b/>
        </w:rPr>
        <w:t>III. HOẠT ĐỘNG DẠY HỌC CHỦ YẾU</w:t>
      </w:r>
    </w:p>
    <w:tbl>
      <w:tblPr>
        <w:tblStyle w:val="TableGrid"/>
        <w:tblW w:w="0" w:type="auto"/>
        <w:jc w:val="center"/>
        <w:tblBorders>
          <w:top w:val="single" w:sz="8" w:space="0" w:color="000000"/>
          <w:left w:val="single" w:sz="8" w:space="0" w:color="000000"/>
          <w:bottom w:val="single" w:sz="8" w:space="0" w:color="000000"/>
          <w:right w:val="single" w:sz="8" w:space="0" w:color="000000"/>
          <w:insideH w:val="none" w:sz="0" w:space="0" w:color="auto"/>
          <w:insideV w:val="single" w:sz="8" w:space="0" w:color="000000"/>
        </w:tblBorders>
        <w:tblLayout w:type="fixed"/>
        <w:tblLook w:val="04A0" w:firstRow="1" w:lastRow="0" w:firstColumn="1" w:lastColumn="0" w:noHBand="0" w:noVBand="1"/>
      </w:tblPr>
      <w:tblGrid>
        <w:gridCol w:w="5188"/>
        <w:gridCol w:w="5188"/>
      </w:tblGrid>
      <w:tr w:rsidR="0022328F" w14:paraId="722B0732" w14:textId="77777777" w:rsidTr="00984A02">
        <w:trPr>
          <w:jc w:val="center"/>
        </w:trPr>
        <w:tc>
          <w:tcPr>
            <w:tcW w:w="5188" w:type="dxa"/>
            <w:tcBorders>
              <w:bottom w:val="single" w:sz="8" w:space="0" w:color="000000"/>
            </w:tcBorders>
            <w:shd w:val="clear" w:color="auto" w:fill="D9EAF7"/>
            <w:tcMar>
              <w:top w:w="40" w:type="dxa"/>
              <w:left w:w="70" w:type="dxa"/>
              <w:bottom w:w="40" w:type="dxa"/>
              <w:right w:w="70" w:type="dxa"/>
            </w:tcMar>
          </w:tcPr>
          <w:p w14:paraId="5912031C" w14:textId="77777777" w:rsidR="0022328F" w:rsidRDefault="00965A9A" w:rsidP="00984A02">
            <w:pPr>
              <w:shd w:val="clear" w:color="auto" w:fill="FFFFFF" w:themeFill="background1"/>
              <w:jc w:val="center"/>
            </w:pPr>
            <w:r>
              <w:rPr>
                <w:b/>
              </w:rPr>
              <w:t>Hoạt động của giáo viên</w:t>
            </w:r>
          </w:p>
        </w:tc>
        <w:tc>
          <w:tcPr>
            <w:tcW w:w="5188" w:type="dxa"/>
            <w:tcBorders>
              <w:bottom w:val="single" w:sz="8" w:space="0" w:color="000000"/>
            </w:tcBorders>
            <w:shd w:val="clear" w:color="auto" w:fill="D9EAF7"/>
            <w:tcMar>
              <w:top w:w="40" w:type="dxa"/>
              <w:left w:w="70" w:type="dxa"/>
              <w:bottom w:w="40" w:type="dxa"/>
              <w:right w:w="70" w:type="dxa"/>
            </w:tcMar>
          </w:tcPr>
          <w:p w14:paraId="230E2EED" w14:textId="77777777" w:rsidR="0022328F" w:rsidRDefault="00965A9A" w:rsidP="00984A02">
            <w:pPr>
              <w:shd w:val="clear" w:color="auto" w:fill="FFFFFF" w:themeFill="background1"/>
              <w:jc w:val="center"/>
            </w:pPr>
            <w:r>
              <w:rPr>
                <w:b/>
              </w:rPr>
              <w:t>Hoạt động của học sinh</w:t>
            </w:r>
          </w:p>
        </w:tc>
      </w:tr>
      <w:tr w:rsidR="0022328F" w14:paraId="1CAD12E7"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77C005D7" w14:textId="77777777" w:rsidR="0022328F" w:rsidRDefault="00965A9A" w:rsidP="00984A02">
            <w:pPr>
              <w:shd w:val="clear" w:color="auto" w:fill="FFFFFF" w:themeFill="background1"/>
            </w:pPr>
            <w:r>
              <w:rPr>
                <w:b/>
                <w:color w:val="008000"/>
              </w:rPr>
              <w:t>TIẾT 1</w:t>
            </w:r>
          </w:p>
        </w:tc>
      </w:tr>
      <w:tr w:rsidR="0022328F" w14:paraId="39B900C7"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36BADCE5" w14:textId="77777777" w:rsidR="0022328F" w:rsidRDefault="00965A9A" w:rsidP="00984A02">
            <w:pPr>
              <w:shd w:val="clear" w:color="auto" w:fill="FFFFFF" w:themeFill="background1"/>
            </w:pPr>
            <w:r>
              <w:rPr>
                <w:b/>
                <w:color w:val="008000"/>
              </w:rPr>
              <w:t>1. Khởi động (5 phút) – Huy động vốn hiểu biết về trò chơi, đồ chơi.</w:t>
            </w:r>
          </w:p>
        </w:tc>
      </w:tr>
      <w:tr w:rsidR="0022328F" w14:paraId="2D1A77A4" w14:textId="77777777" w:rsidTr="00984A02">
        <w:trPr>
          <w:jc w:val="center"/>
        </w:trPr>
        <w:tc>
          <w:tcPr>
            <w:tcW w:w="5188" w:type="dxa"/>
            <w:tcBorders>
              <w:top w:val="single" w:sz="8" w:space="0" w:color="000000"/>
            </w:tcBorders>
            <w:tcMar>
              <w:top w:w="40" w:type="dxa"/>
              <w:left w:w="70" w:type="dxa"/>
              <w:bottom w:w="40" w:type="dxa"/>
              <w:right w:w="70" w:type="dxa"/>
            </w:tcMar>
          </w:tcPr>
          <w:p w14:paraId="095FA5FE" w14:textId="77777777" w:rsidR="0022328F" w:rsidRDefault="00965A9A" w:rsidP="00984A02">
            <w:pPr>
              <w:shd w:val="clear" w:color="auto" w:fill="FFFFFF" w:themeFill="background1"/>
            </w:pPr>
            <w:r>
              <w:t>- Quan sát tranh và kể tên các trò chơi em biết.</w:t>
            </w:r>
          </w:p>
          <w:p w14:paraId="356FB0A1" w14:textId="6BF4409A" w:rsidR="0022328F" w:rsidRDefault="0022328F" w:rsidP="00984A02">
            <w:pPr>
              <w:shd w:val="clear" w:color="auto" w:fill="FFFFFF" w:themeFill="background1"/>
              <w:jc w:val="center"/>
            </w:pPr>
          </w:p>
        </w:tc>
        <w:tc>
          <w:tcPr>
            <w:tcW w:w="5188" w:type="dxa"/>
            <w:tcBorders>
              <w:top w:val="single" w:sz="8" w:space="0" w:color="000000"/>
            </w:tcBorders>
            <w:tcMar>
              <w:top w:w="40" w:type="dxa"/>
              <w:left w:w="70" w:type="dxa"/>
              <w:bottom w:w="40" w:type="dxa"/>
              <w:right w:w="70" w:type="dxa"/>
            </w:tcMar>
          </w:tcPr>
          <w:p w14:paraId="18D7E28A" w14:textId="77777777" w:rsidR="0022328F" w:rsidRDefault="00965A9A" w:rsidP="00984A02">
            <w:pPr>
              <w:shd w:val="clear" w:color="auto" w:fill="FFFFFF" w:themeFill="background1"/>
            </w:pPr>
            <w:r>
              <w:t>- HS nêu: rồng rắn lên mây, ô ăn quan, kéo co, đá cầu, nhảy dây, nặn đồ chơi.</w:t>
            </w:r>
          </w:p>
        </w:tc>
      </w:tr>
      <w:tr w:rsidR="0022328F" w14:paraId="6B0AEAE6" w14:textId="77777777" w:rsidTr="00984A02">
        <w:trPr>
          <w:jc w:val="center"/>
        </w:trPr>
        <w:tc>
          <w:tcPr>
            <w:tcW w:w="5188" w:type="dxa"/>
            <w:tcMar>
              <w:top w:w="40" w:type="dxa"/>
              <w:left w:w="70" w:type="dxa"/>
              <w:bottom w:w="40" w:type="dxa"/>
              <w:right w:w="70" w:type="dxa"/>
            </w:tcMar>
          </w:tcPr>
          <w:p w14:paraId="6B6C8832" w14:textId="77777777" w:rsidR="0022328F" w:rsidRDefault="00965A9A" w:rsidP="00984A02">
            <w:pPr>
              <w:shd w:val="clear" w:color="auto" w:fill="FFFFFF" w:themeFill="background1"/>
            </w:pPr>
            <w:r>
              <w:t>- Em còn biết những trò chơi nào khác?</w:t>
            </w:r>
          </w:p>
        </w:tc>
        <w:tc>
          <w:tcPr>
            <w:tcW w:w="5188" w:type="dxa"/>
            <w:tcMar>
              <w:top w:w="40" w:type="dxa"/>
              <w:left w:w="70" w:type="dxa"/>
              <w:bottom w:w="40" w:type="dxa"/>
              <w:right w:w="70" w:type="dxa"/>
            </w:tcMar>
          </w:tcPr>
          <w:p w14:paraId="3DB1DA27" w14:textId="77777777" w:rsidR="0022328F" w:rsidRDefault="00965A9A" w:rsidP="00984A02">
            <w:pPr>
              <w:shd w:val="clear" w:color="auto" w:fill="FFFFFF" w:themeFill="background1"/>
            </w:pPr>
            <w:r>
              <w:t>- HS trả lời: Em biết chơi bịt mắt bắt dê, mèo đuổi chuột, chuyền thẻ, đá bóng.</w:t>
            </w:r>
          </w:p>
        </w:tc>
      </w:tr>
      <w:tr w:rsidR="0022328F" w14:paraId="249DD209" w14:textId="77777777" w:rsidTr="00984A02">
        <w:trPr>
          <w:jc w:val="center"/>
        </w:trPr>
        <w:tc>
          <w:tcPr>
            <w:tcW w:w="5188" w:type="dxa"/>
            <w:tcBorders>
              <w:bottom w:val="single" w:sz="8" w:space="0" w:color="000000"/>
            </w:tcBorders>
            <w:tcMar>
              <w:top w:w="40" w:type="dxa"/>
              <w:left w:w="70" w:type="dxa"/>
              <w:bottom w:w="40" w:type="dxa"/>
              <w:right w:w="70" w:type="dxa"/>
            </w:tcMar>
          </w:tcPr>
          <w:p w14:paraId="1CE26681" w14:textId="77777777" w:rsidR="0022328F" w:rsidRDefault="00965A9A" w:rsidP="00984A02">
            <w:pPr>
              <w:shd w:val="clear" w:color="auto" w:fill="FFFFFF" w:themeFill="background1"/>
            </w:pPr>
            <w:r>
              <w:t xml:space="preserve">- GV giới thiệu bài: Bài thơ Nặn đồ chơi kể về một trò chơi quen thuộc và tình cảm của bạn </w:t>
            </w:r>
            <w:r>
              <w:lastRenderedPageBreak/>
              <w:t>nhỏ khi nặn quà tặng mọi người.</w:t>
            </w:r>
          </w:p>
        </w:tc>
        <w:tc>
          <w:tcPr>
            <w:tcW w:w="5188" w:type="dxa"/>
            <w:tcBorders>
              <w:bottom w:val="single" w:sz="8" w:space="0" w:color="000000"/>
            </w:tcBorders>
            <w:tcMar>
              <w:top w:w="40" w:type="dxa"/>
              <w:left w:w="70" w:type="dxa"/>
              <w:bottom w:w="40" w:type="dxa"/>
              <w:right w:w="70" w:type="dxa"/>
            </w:tcMar>
          </w:tcPr>
          <w:p w14:paraId="34831A89" w14:textId="77777777" w:rsidR="0022328F" w:rsidRDefault="00965A9A" w:rsidP="00984A02">
            <w:pPr>
              <w:shd w:val="clear" w:color="auto" w:fill="FFFFFF" w:themeFill="background1"/>
            </w:pPr>
            <w:r>
              <w:lastRenderedPageBreak/>
              <w:t>- HS lắng nghe, mở SGK và ghi tên bài.</w:t>
            </w:r>
          </w:p>
        </w:tc>
      </w:tr>
      <w:tr w:rsidR="0022328F" w14:paraId="7C972EA7"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558F7C0F" w14:textId="77777777" w:rsidR="0022328F" w:rsidRDefault="00965A9A" w:rsidP="00984A02">
            <w:pPr>
              <w:shd w:val="clear" w:color="auto" w:fill="FFFFFF" w:themeFill="background1"/>
            </w:pPr>
            <w:r>
              <w:rPr>
                <w:b/>
                <w:color w:val="008000"/>
              </w:rPr>
              <w:t>2. Khám phá kiến thức - Hoạt động 1: Đọc văn bản (30 phút) – Luyện đọc đúng, hiểu từ khó.</w:t>
            </w:r>
          </w:p>
        </w:tc>
      </w:tr>
      <w:tr w:rsidR="0022328F" w14:paraId="10CA1921" w14:textId="77777777" w:rsidTr="00984A02">
        <w:trPr>
          <w:jc w:val="center"/>
        </w:trPr>
        <w:tc>
          <w:tcPr>
            <w:tcW w:w="5188" w:type="dxa"/>
            <w:tcBorders>
              <w:top w:val="single" w:sz="8" w:space="0" w:color="000000"/>
            </w:tcBorders>
            <w:tcMar>
              <w:top w:w="40" w:type="dxa"/>
              <w:left w:w="70" w:type="dxa"/>
              <w:bottom w:w="40" w:type="dxa"/>
              <w:right w:w="70" w:type="dxa"/>
            </w:tcMar>
          </w:tcPr>
          <w:p w14:paraId="4EE5A963" w14:textId="77777777" w:rsidR="0022328F" w:rsidRDefault="00965A9A" w:rsidP="00984A02">
            <w:pPr>
              <w:shd w:val="clear" w:color="auto" w:fill="FFFFFF" w:themeFill="background1"/>
            </w:pPr>
            <w:r>
              <w:t>- Quan sát tranh minh hoạ bài đọc và nêu nội dung tranh.</w:t>
            </w:r>
          </w:p>
          <w:p w14:paraId="5BA02A62" w14:textId="145F4025" w:rsidR="0022328F" w:rsidRDefault="0022328F" w:rsidP="00984A02">
            <w:pPr>
              <w:shd w:val="clear" w:color="auto" w:fill="FFFFFF" w:themeFill="background1"/>
              <w:jc w:val="center"/>
            </w:pPr>
          </w:p>
        </w:tc>
        <w:tc>
          <w:tcPr>
            <w:tcW w:w="5188" w:type="dxa"/>
            <w:tcBorders>
              <w:top w:val="single" w:sz="8" w:space="0" w:color="000000"/>
            </w:tcBorders>
            <w:tcMar>
              <w:top w:w="40" w:type="dxa"/>
              <w:left w:w="70" w:type="dxa"/>
              <w:bottom w:w="40" w:type="dxa"/>
              <w:right w:w="70" w:type="dxa"/>
            </w:tcMar>
          </w:tcPr>
          <w:p w14:paraId="2A86CF43" w14:textId="77777777" w:rsidR="0022328F" w:rsidRDefault="00965A9A" w:rsidP="00984A02">
            <w:pPr>
              <w:shd w:val="clear" w:color="auto" w:fill="FFFFFF" w:themeFill="background1"/>
            </w:pPr>
            <w:r>
              <w:t>- HS nêu: Tranh vẽ bạn nhỏ đang nặn đồ chơi bên thềm nhà, có mèo và bạn nhỏ ngồi cạnh.</w:t>
            </w:r>
          </w:p>
        </w:tc>
      </w:tr>
      <w:tr w:rsidR="0022328F" w14:paraId="24E5C4C6" w14:textId="77777777" w:rsidTr="00984A02">
        <w:trPr>
          <w:jc w:val="center"/>
        </w:trPr>
        <w:tc>
          <w:tcPr>
            <w:tcW w:w="5188" w:type="dxa"/>
            <w:tcMar>
              <w:top w:w="40" w:type="dxa"/>
              <w:left w:w="70" w:type="dxa"/>
              <w:bottom w:w="40" w:type="dxa"/>
              <w:right w:w="70" w:type="dxa"/>
            </w:tcMar>
          </w:tcPr>
          <w:p w14:paraId="3432CE05" w14:textId="77777777" w:rsidR="0022328F" w:rsidRDefault="00965A9A" w:rsidP="00984A02">
            <w:pPr>
              <w:shd w:val="clear" w:color="auto" w:fill="FFFFFF" w:themeFill="background1"/>
            </w:pPr>
            <w:r>
              <w:rPr>
                <w:b/>
              </w:rPr>
              <w:t>a. GV đọc mẫu toàn bài Nặn đồ chơi, chú ý giọng vui tươi, nhẹ nhàng và nhấn giọng ở các từ ngữ liệt kê đồ chơi.</w:t>
            </w:r>
          </w:p>
        </w:tc>
        <w:tc>
          <w:tcPr>
            <w:tcW w:w="5188" w:type="dxa"/>
            <w:tcMar>
              <w:top w:w="40" w:type="dxa"/>
              <w:left w:w="70" w:type="dxa"/>
              <w:bottom w:w="40" w:type="dxa"/>
              <w:right w:w="70" w:type="dxa"/>
            </w:tcMar>
          </w:tcPr>
          <w:p w14:paraId="1C167727" w14:textId="77777777" w:rsidR="0022328F" w:rsidRDefault="00965A9A" w:rsidP="00984A02">
            <w:pPr>
              <w:shd w:val="clear" w:color="auto" w:fill="FFFFFF" w:themeFill="background1"/>
            </w:pPr>
            <w:r>
              <w:t>- HS lắng nghe, đọc thầm theo, chú ý giọng đọc vui tươi, nhẹ nhàng.</w:t>
            </w:r>
          </w:p>
        </w:tc>
      </w:tr>
      <w:tr w:rsidR="0022328F" w14:paraId="35662FC1" w14:textId="77777777" w:rsidTr="00984A02">
        <w:trPr>
          <w:jc w:val="center"/>
        </w:trPr>
        <w:tc>
          <w:tcPr>
            <w:tcW w:w="5188" w:type="dxa"/>
            <w:tcMar>
              <w:top w:w="40" w:type="dxa"/>
              <w:left w:w="70" w:type="dxa"/>
              <w:bottom w:w="40" w:type="dxa"/>
              <w:right w:w="70" w:type="dxa"/>
            </w:tcMar>
          </w:tcPr>
          <w:p w14:paraId="1DBA9CD9" w14:textId="77777777" w:rsidR="0022328F" w:rsidRDefault="00965A9A" w:rsidP="00984A02">
            <w:pPr>
              <w:shd w:val="clear" w:color="auto" w:fill="FFFFFF" w:themeFill="background1"/>
            </w:pPr>
            <w:r>
              <w:rPr>
                <w:b/>
                <w:color w:val="000000"/>
              </w:rPr>
              <w:t>b. HS luyện đọc từng khổ thơ, kết hợp đọc từ khó và giải nghĩa từ.</w:t>
            </w:r>
          </w:p>
        </w:tc>
        <w:tc>
          <w:tcPr>
            <w:tcW w:w="5188" w:type="dxa"/>
            <w:tcMar>
              <w:top w:w="40" w:type="dxa"/>
              <w:left w:w="70" w:type="dxa"/>
              <w:bottom w:w="40" w:type="dxa"/>
              <w:right w:w="70" w:type="dxa"/>
            </w:tcMar>
          </w:tcPr>
          <w:p w14:paraId="1B1FFE29" w14:textId="77777777" w:rsidR="0022328F" w:rsidRDefault="00965A9A" w:rsidP="00984A02">
            <w:pPr>
              <w:shd w:val="clear" w:color="auto" w:fill="FFFFFF" w:themeFill="background1"/>
            </w:pPr>
            <w:r>
              <w:t>- HS chuẩn bị luyện đọc từng khổ thơ.</w:t>
            </w:r>
          </w:p>
        </w:tc>
      </w:tr>
      <w:tr w:rsidR="0022328F" w14:paraId="225BBA80" w14:textId="77777777" w:rsidTr="00984A02">
        <w:trPr>
          <w:jc w:val="center"/>
        </w:trPr>
        <w:tc>
          <w:tcPr>
            <w:tcW w:w="5188" w:type="dxa"/>
            <w:tcMar>
              <w:top w:w="40" w:type="dxa"/>
              <w:left w:w="70" w:type="dxa"/>
              <w:bottom w:w="40" w:type="dxa"/>
              <w:right w:w="70" w:type="dxa"/>
            </w:tcMar>
          </w:tcPr>
          <w:p w14:paraId="2C42D62E" w14:textId="77777777" w:rsidR="0022328F" w:rsidRDefault="00965A9A" w:rsidP="00984A02">
            <w:pPr>
              <w:shd w:val="clear" w:color="auto" w:fill="FFFFFF" w:themeFill="background1"/>
            </w:pPr>
            <w:r>
              <w:t>- Bài thơ gồm mấy khổ thơ?</w:t>
            </w:r>
          </w:p>
        </w:tc>
        <w:tc>
          <w:tcPr>
            <w:tcW w:w="5188" w:type="dxa"/>
            <w:tcMar>
              <w:top w:w="40" w:type="dxa"/>
              <w:left w:w="70" w:type="dxa"/>
              <w:bottom w:w="40" w:type="dxa"/>
              <w:right w:w="70" w:type="dxa"/>
            </w:tcMar>
          </w:tcPr>
          <w:p w14:paraId="1B1F7F1A" w14:textId="77777777" w:rsidR="0022328F" w:rsidRDefault="00965A9A" w:rsidP="00984A02">
            <w:pPr>
              <w:shd w:val="clear" w:color="auto" w:fill="FFFFFF" w:themeFill="background1"/>
            </w:pPr>
            <w:r>
              <w:t>- HS trả lời: Bài thơ gồm 5 khổ thơ.</w:t>
            </w:r>
          </w:p>
        </w:tc>
      </w:tr>
      <w:tr w:rsidR="0022328F" w14:paraId="61A2535B" w14:textId="77777777" w:rsidTr="00984A02">
        <w:trPr>
          <w:jc w:val="center"/>
        </w:trPr>
        <w:tc>
          <w:tcPr>
            <w:tcW w:w="5188" w:type="dxa"/>
            <w:tcMar>
              <w:top w:w="40" w:type="dxa"/>
              <w:left w:w="70" w:type="dxa"/>
              <w:bottom w:w="40" w:type="dxa"/>
              <w:right w:w="70" w:type="dxa"/>
            </w:tcMar>
          </w:tcPr>
          <w:p w14:paraId="340E80DD" w14:textId="77777777" w:rsidR="0022328F" w:rsidRDefault="00965A9A" w:rsidP="00984A02">
            <w:pPr>
              <w:shd w:val="clear" w:color="auto" w:fill="FFFFFF" w:themeFill="background1"/>
            </w:pPr>
            <w:r>
              <w:t>- Đọc nối tiếp từng khổ thơ lần 1; phát hiện từ khó.</w:t>
            </w:r>
          </w:p>
        </w:tc>
        <w:tc>
          <w:tcPr>
            <w:tcW w:w="5188" w:type="dxa"/>
            <w:tcMar>
              <w:top w:w="40" w:type="dxa"/>
              <w:left w:w="70" w:type="dxa"/>
              <w:bottom w:w="40" w:type="dxa"/>
              <w:right w:w="70" w:type="dxa"/>
            </w:tcMar>
          </w:tcPr>
          <w:p w14:paraId="2B727940" w14:textId="77777777" w:rsidR="0022328F" w:rsidRDefault="00965A9A" w:rsidP="00984A02">
            <w:pPr>
              <w:shd w:val="clear" w:color="auto" w:fill="FFFFFF" w:themeFill="background1"/>
            </w:pPr>
            <w:r>
              <w:t>- HS đọc nối tiếp; nêu từ khó: vẫy, là, na, nặn, vểnh, cối giã trầu, thích chí.</w:t>
            </w:r>
          </w:p>
        </w:tc>
      </w:tr>
      <w:tr w:rsidR="0022328F" w14:paraId="1E89DF5C" w14:textId="77777777" w:rsidTr="00984A02">
        <w:trPr>
          <w:jc w:val="center"/>
        </w:trPr>
        <w:tc>
          <w:tcPr>
            <w:tcW w:w="5188" w:type="dxa"/>
            <w:tcMar>
              <w:top w:w="40" w:type="dxa"/>
              <w:left w:w="70" w:type="dxa"/>
              <w:bottom w:w="40" w:type="dxa"/>
              <w:right w:w="70" w:type="dxa"/>
            </w:tcMar>
          </w:tcPr>
          <w:p w14:paraId="2B64B25C" w14:textId="77777777" w:rsidR="0022328F" w:rsidRDefault="00965A9A" w:rsidP="00984A02">
            <w:pPr>
              <w:shd w:val="clear" w:color="auto" w:fill="FFFFFF" w:themeFill="background1"/>
            </w:pPr>
            <w:r>
              <w:t>- Luyện đọc từ khó theo cá nhân, nhóm, đồng thanh.</w:t>
            </w:r>
          </w:p>
        </w:tc>
        <w:tc>
          <w:tcPr>
            <w:tcW w:w="5188" w:type="dxa"/>
            <w:tcMar>
              <w:top w:w="40" w:type="dxa"/>
              <w:left w:w="70" w:type="dxa"/>
              <w:bottom w:w="40" w:type="dxa"/>
              <w:right w:w="70" w:type="dxa"/>
            </w:tcMar>
          </w:tcPr>
          <w:p w14:paraId="511B4744" w14:textId="77777777" w:rsidR="0022328F" w:rsidRDefault="00965A9A" w:rsidP="00984A02">
            <w:pPr>
              <w:shd w:val="clear" w:color="auto" w:fill="FFFFFF" w:themeFill="background1"/>
            </w:pPr>
            <w:r>
              <w:t>- HS luyện đọc đúng các từ khó.</w:t>
            </w:r>
          </w:p>
        </w:tc>
      </w:tr>
      <w:tr w:rsidR="0022328F" w14:paraId="535109E0" w14:textId="77777777" w:rsidTr="00984A02">
        <w:trPr>
          <w:jc w:val="center"/>
        </w:trPr>
        <w:tc>
          <w:tcPr>
            <w:tcW w:w="5188" w:type="dxa"/>
            <w:tcMar>
              <w:top w:w="40" w:type="dxa"/>
              <w:left w:w="70" w:type="dxa"/>
              <w:bottom w:w="40" w:type="dxa"/>
              <w:right w:w="70" w:type="dxa"/>
            </w:tcMar>
          </w:tcPr>
          <w:p w14:paraId="2A4A963A" w14:textId="77777777" w:rsidR="0022328F" w:rsidRDefault="00965A9A" w:rsidP="00984A02">
            <w:pPr>
              <w:shd w:val="clear" w:color="auto" w:fill="FFFFFF" w:themeFill="background1"/>
            </w:pPr>
            <w:r>
              <w:t>- Trong bài có từ nào em chưa hiểu nghĩa?</w:t>
            </w:r>
          </w:p>
        </w:tc>
        <w:tc>
          <w:tcPr>
            <w:tcW w:w="5188" w:type="dxa"/>
            <w:tcMar>
              <w:top w:w="40" w:type="dxa"/>
              <w:left w:w="70" w:type="dxa"/>
              <w:bottom w:w="40" w:type="dxa"/>
              <w:right w:w="70" w:type="dxa"/>
            </w:tcMar>
          </w:tcPr>
          <w:p w14:paraId="0A7205B1" w14:textId="77777777" w:rsidR="0022328F" w:rsidRDefault="00965A9A" w:rsidP="00984A02">
            <w:pPr>
              <w:shd w:val="clear" w:color="auto" w:fill="FFFFFF" w:themeFill="background1"/>
            </w:pPr>
            <w:r>
              <w:t>- HS nêu: cối giã trầu, thích chí, thềm.</w:t>
            </w:r>
          </w:p>
        </w:tc>
      </w:tr>
      <w:tr w:rsidR="0022328F" w14:paraId="559F270D" w14:textId="77777777" w:rsidTr="00984A02">
        <w:trPr>
          <w:jc w:val="center"/>
        </w:trPr>
        <w:tc>
          <w:tcPr>
            <w:tcW w:w="5188" w:type="dxa"/>
            <w:tcMar>
              <w:top w:w="40" w:type="dxa"/>
              <w:left w:w="70" w:type="dxa"/>
              <w:bottom w:w="40" w:type="dxa"/>
              <w:right w:w="70" w:type="dxa"/>
            </w:tcMar>
          </w:tcPr>
          <w:p w14:paraId="66F4C784" w14:textId="77777777" w:rsidR="0022328F" w:rsidRDefault="00965A9A" w:rsidP="00984A02">
            <w:pPr>
              <w:shd w:val="clear" w:color="auto" w:fill="FFFFFF" w:themeFill="background1"/>
            </w:pPr>
            <w:r>
              <w:t>- GV giải nghĩa từ; yêu cầu đặt câu với từ thích chí.</w:t>
            </w:r>
          </w:p>
        </w:tc>
        <w:tc>
          <w:tcPr>
            <w:tcW w:w="5188" w:type="dxa"/>
            <w:tcMar>
              <w:top w:w="40" w:type="dxa"/>
              <w:left w:w="70" w:type="dxa"/>
              <w:bottom w:w="40" w:type="dxa"/>
              <w:right w:w="70" w:type="dxa"/>
            </w:tcMar>
          </w:tcPr>
          <w:p w14:paraId="5796F76E" w14:textId="77777777" w:rsidR="0022328F" w:rsidRDefault="00965A9A" w:rsidP="00984A02">
            <w:pPr>
              <w:shd w:val="clear" w:color="auto" w:fill="FFFFFF" w:themeFill="background1"/>
            </w:pPr>
            <w:r>
              <w:t>- HS đặt câu: Được mẹ khen, em thích chí cười tươi.</w:t>
            </w:r>
          </w:p>
        </w:tc>
      </w:tr>
      <w:tr w:rsidR="0022328F" w14:paraId="0FE8C3D4" w14:textId="77777777" w:rsidTr="00984A02">
        <w:trPr>
          <w:jc w:val="center"/>
        </w:trPr>
        <w:tc>
          <w:tcPr>
            <w:tcW w:w="5188" w:type="dxa"/>
            <w:tcMar>
              <w:top w:w="40" w:type="dxa"/>
              <w:left w:w="70" w:type="dxa"/>
              <w:bottom w:w="40" w:type="dxa"/>
              <w:right w:w="70" w:type="dxa"/>
            </w:tcMar>
          </w:tcPr>
          <w:p w14:paraId="55AA13BC" w14:textId="77777777" w:rsidR="0022328F" w:rsidRDefault="00965A9A" w:rsidP="00984A02">
            <w:pPr>
              <w:shd w:val="clear" w:color="auto" w:fill="FFFFFF" w:themeFill="background1"/>
            </w:pPr>
            <w:r>
              <w:rPr>
                <w:b/>
                <w:color w:val="000000"/>
              </w:rPr>
              <w:t>c. HS luyện đọc trong nhóm.</w:t>
            </w:r>
          </w:p>
        </w:tc>
        <w:tc>
          <w:tcPr>
            <w:tcW w:w="5188" w:type="dxa"/>
            <w:tcMar>
              <w:top w:w="40" w:type="dxa"/>
              <w:left w:w="70" w:type="dxa"/>
              <w:bottom w:w="40" w:type="dxa"/>
              <w:right w:w="70" w:type="dxa"/>
            </w:tcMar>
          </w:tcPr>
          <w:p w14:paraId="78C3F05B" w14:textId="77777777" w:rsidR="0022328F" w:rsidRDefault="00965A9A" w:rsidP="00984A02">
            <w:pPr>
              <w:shd w:val="clear" w:color="auto" w:fill="FFFFFF" w:themeFill="background1"/>
            </w:pPr>
            <w:r>
              <w:t>- HS luyện đọc nhóm 5.</w:t>
            </w:r>
          </w:p>
        </w:tc>
      </w:tr>
      <w:tr w:rsidR="0022328F" w14:paraId="15DC9408" w14:textId="77777777" w:rsidTr="00984A02">
        <w:trPr>
          <w:jc w:val="center"/>
        </w:trPr>
        <w:tc>
          <w:tcPr>
            <w:tcW w:w="5188" w:type="dxa"/>
            <w:tcMar>
              <w:top w:w="40" w:type="dxa"/>
              <w:left w:w="70" w:type="dxa"/>
              <w:bottom w:w="40" w:type="dxa"/>
              <w:right w:w="70" w:type="dxa"/>
            </w:tcMar>
          </w:tcPr>
          <w:p w14:paraId="6FAD5DBA" w14:textId="77777777" w:rsidR="0022328F" w:rsidRDefault="00965A9A" w:rsidP="00984A02">
            <w:pPr>
              <w:shd w:val="clear" w:color="auto" w:fill="FFFFFF" w:themeFill="background1"/>
            </w:pPr>
            <w:r>
              <w:t>- Thi đọc nối tiếp giữa các nhóm.</w:t>
            </w:r>
          </w:p>
        </w:tc>
        <w:tc>
          <w:tcPr>
            <w:tcW w:w="5188" w:type="dxa"/>
            <w:tcMar>
              <w:top w:w="40" w:type="dxa"/>
              <w:left w:w="70" w:type="dxa"/>
              <w:bottom w:w="40" w:type="dxa"/>
              <w:right w:w="70" w:type="dxa"/>
            </w:tcMar>
          </w:tcPr>
          <w:p w14:paraId="68F18DDF" w14:textId="77777777" w:rsidR="0022328F" w:rsidRDefault="00965A9A" w:rsidP="00984A02">
            <w:pPr>
              <w:shd w:val="clear" w:color="auto" w:fill="FFFFFF" w:themeFill="background1"/>
            </w:pPr>
            <w:r>
              <w:t>- 2 - 3 nhóm thi đọc; lớp nhận xét, bình chọn nhóm đọc tốt.</w:t>
            </w:r>
          </w:p>
        </w:tc>
      </w:tr>
      <w:tr w:rsidR="0022328F" w14:paraId="48B8BCE0" w14:textId="77777777" w:rsidTr="00984A02">
        <w:trPr>
          <w:jc w:val="center"/>
        </w:trPr>
        <w:tc>
          <w:tcPr>
            <w:tcW w:w="5188" w:type="dxa"/>
            <w:tcMar>
              <w:top w:w="40" w:type="dxa"/>
              <w:left w:w="70" w:type="dxa"/>
              <w:bottom w:w="40" w:type="dxa"/>
              <w:right w:w="70" w:type="dxa"/>
            </w:tcMar>
          </w:tcPr>
          <w:p w14:paraId="4A27BF96" w14:textId="77777777" w:rsidR="0022328F" w:rsidRDefault="00965A9A" w:rsidP="00984A02">
            <w:pPr>
              <w:shd w:val="clear" w:color="auto" w:fill="FFFFFF" w:themeFill="background1"/>
            </w:pPr>
            <w:r>
              <w:rPr>
                <w:b/>
                <w:color w:val="000000"/>
              </w:rPr>
              <w:t>d. Đọc toàn bài.</w:t>
            </w:r>
          </w:p>
        </w:tc>
        <w:tc>
          <w:tcPr>
            <w:tcW w:w="5188" w:type="dxa"/>
            <w:tcMar>
              <w:top w:w="40" w:type="dxa"/>
              <w:left w:w="70" w:type="dxa"/>
              <w:bottom w:w="40" w:type="dxa"/>
              <w:right w:w="70" w:type="dxa"/>
            </w:tcMar>
          </w:tcPr>
          <w:p w14:paraId="71EDBEAC" w14:textId="77777777" w:rsidR="0022328F" w:rsidRDefault="00965A9A" w:rsidP="00984A02">
            <w:pPr>
              <w:shd w:val="clear" w:color="auto" w:fill="FFFFFF" w:themeFill="background1"/>
            </w:pPr>
            <w:r>
              <w:t>- HS đọc toàn bài.</w:t>
            </w:r>
          </w:p>
        </w:tc>
      </w:tr>
      <w:tr w:rsidR="0022328F" w14:paraId="5EDCA067" w14:textId="77777777" w:rsidTr="00984A02">
        <w:trPr>
          <w:jc w:val="center"/>
        </w:trPr>
        <w:tc>
          <w:tcPr>
            <w:tcW w:w="5188" w:type="dxa"/>
            <w:tcBorders>
              <w:bottom w:val="single" w:sz="8" w:space="0" w:color="000000"/>
            </w:tcBorders>
            <w:tcMar>
              <w:top w:w="40" w:type="dxa"/>
              <w:left w:w="70" w:type="dxa"/>
              <w:bottom w:w="40" w:type="dxa"/>
              <w:right w:w="70" w:type="dxa"/>
            </w:tcMar>
          </w:tcPr>
          <w:p w14:paraId="7232C8E5" w14:textId="77777777" w:rsidR="0022328F" w:rsidRDefault="00965A9A" w:rsidP="00984A02">
            <w:pPr>
              <w:shd w:val="clear" w:color="auto" w:fill="FFFFFF" w:themeFill="background1"/>
            </w:pPr>
            <w:r>
              <w:t>- Tự luyện đọc toàn bài và đọc trước lớp.</w:t>
            </w:r>
          </w:p>
        </w:tc>
        <w:tc>
          <w:tcPr>
            <w:tcW w:w="5188" w:type="dxa"/>
            <w:tcBorders>
              <w:bottom w:val="single" w:sz="8" w:space="0" w:color="000000"/>
            </w:tcBorders>
            <w:tcMar>
              <w:top w:w="40" w:type="dxa"/>
              <w:left w:w="70" w:type="dxa"/>
              <w:bottom w:w="40" w:type="dxa"/>
              <w:right w:w="70" w:type="dxa"/>
            </w:tcMar>
          </w:tcPr>
          <w:p w14:paraId="2151EC22" w14:textId="77777777" w:rsidR="0022328F" w:rsidRDefault="00965A9A" w:rsidP="00984A02">
            <w:pPr>
              <w:shd w:val="clear" w:color="auto" w:fill="FFFFFF" w:themeFill="background1"/>
            </w:pPr>
            <w:r>
              <w:t>- 2 - 3 HS đọc toàn bài; cả lớp theo dõi, nhận xét.</w:t>
            </w:r>
          </w:p>
        </w:tc>
      </w:tr>
      <w:tr w:rsidR="0022328F" w14:paraId="66A66276"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51027745" w14:textId="77777777" w:rsidR="0022328F" w:rsidRDefault="00965A9A" w:rsidP="00984A02">
            <w:pPr>
              <w:shd w:val="clear" w:color="auto" w:fill="FFFFFF" w:themeFill="background1"/>
            </w:pPr>
            <w:r>
              <w:rPr>
                <w:b/>
                <w:color w:val="008000"/>
              </w:rPr>
              <w:t>TIẾT 2</w:t>
            </w:r>
          </w:p>
        </w:tc>
      </w:tr>
      <w:tr w:rsidR="0022328F" w14:paraId="0F996FCF"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181C4540" w14:textId="77777777" w:rsidR="0022328F" w:rsidRDefault="00965A9A" w:rsidP="00984A02">
            <w:pPr>
              <w:shd w:val="clear" w:color="auto" w:fill="FFFFFF" w:themeFill="background1"/>
            </w:pPr>
            <w:r>
              <w:rPr>
                <w:b/>
                <w:color w:val="008000"/>
              </w:rPr>
              <w:t>1. Khởi động chuyển tiết (2 phút) – Nhắc lại bài thơ.</w:t>
            </w:r>
          </w:p>
        </w:tc>
      </w:tr>
      <w:tr w:rsidR="0022328F" w14:paraId="3A074C93" w14:textId="77777777" w:rsidTr="00984A02">
        <w:trPr>
          <w:jc w:val="center"/>
        </w:trPr>
        <w:tc>
          <w:tcPr>
            <w:tcW w:w="5188" w:type="dxa"/>
            <w:tcBorders>
              <w:top w:val="single" w:sz="8" w:space="0" w:color="000000"/>
              <w:bottom w:val="single" w:sz="8" w:space="0" w:color="000000"/>
            </w:tcBorders>
            <w:tcMar>
              <w:top w:w="40" w:type="dxa"/>
              <w:left w:w="70" w:type="dxa"/>
              <w:bottom w:w="40" w:type="dxa"/>
              <w:right w:w="70" w:type="dxa"/>
            </w:tcMar>
          </w:tcPr>
          <w:p w14:paraId="0C631D96" w14:textId="77777777" w:rsidR="0022328F" w:rsidRDefault="00965A9A" w:rsidP="00984A02">
            <w:pPr>
              <w:shd w:val="clear" w:color="auto" w:fill="FFFFFF" w:themeFill="background1"/>
            </w:pPr>
            <w:r>
              <w:t>- Nêu tên bài thơ và một đồ chơi xuất hiện trong bài.</w:t>
            </w:r>
          </w:p>
        </w:tc>
        <w:tc>
          <w:tcPr>
            <w:tcW w:w="5188" w:type="dxa"/>
            <w:tcBorders>
              <w:top w:val="single" w:sz="8" w:space="0" w:color="000000"/>
              <w:bottom w:val="single" w:sz="8" w:space="0" w:color="000000"/>
            </w:tcBorders>
            <w:tcMar>
              <w:top w:w="40" w:type="dxa"/>
              <w:left w:w="70" w:type="dxa"/>
              <w:bottom w:w="40" w:type="dxa"/>
              <w:right w:w="70" w:type="dxa"/>
            </w:tcMar>
          </w:tcPr>
          <w:p w14:paraId="5172BE9C" w14:textId="77777777" w:rsidR="0022328F" w:rsidRDefault="00965A9A" w:rsidP="00984A02">
            <w:pPr>
              <w:shd w:val="clear" w:color="auto" w:fill="FFFFFF" w:themeFill="background1"/>
            </w:pPr>
            <w:r>
              <w:t>- HS trả lời: Bài Nặn đồ chơi; có quả na, quả thị, con chuột, cối giã trầu.</w:t>
            </w:r>
          </w:p>
        </w:tc>
      </w:tr>
      <w:tr w:rsidR="0022328F" w14:paraId="4B2C8320"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45117E71" w14:textId="77777777" w:rsidR="0022328F" w:rsidRDefault="00965A9A" w:rsidP="00984A02">
            <w:pPr>
              <w:shd w:val="clear" w:color="auto" w:fill="FFFFFF" w:themeFill="background1"/>
            </w:pPr>
            <w:r>
              <w:rPr>
                <w:b/>
                <w:color w:val="008000"/>
              </w:rPr>
              <w:t>2. Khám phá kiến thức - Hoạt động 2: Đọc hiểu (15 phút) – Hiểu nội dung bài thơ.</w:t>
            </w:r>
          </w:p>
        </w:tc>
      </w:tr>
      <w:tr w:rsidR="0022328F" w14:paraId="0B0E9DE9" w14:textId="77777777" w:rsidTr="00984A02">
        <w:trPr>
          <w:jc w:val="center"/>
        </w:trPr>
        <w:tc>
          <w:tcPr>
            <w:tcW w:w="5188" w:type="dxa"/>
            <w:tcBorders>
              <w:top w:val="single" w:sz="8" w:space="0" w:color="000000"/>
            </w:tcBorders>
            <w:tcMar>
              <w:top w:w="40" w:type="dxa"/>
              <w:left w:w="70" w:type="dxa"/>
              <w:bottom w:w="40" w:type="dxa"/>
              <w:right w:w="70" w:type="dxa"/>
            </w:tcMar>
          </w:tcPr>
          <w:p w14:paraId="05AF46CF" w14:textId="77777777" w:rsidR="0022328F" w:rsidRDefault="00965A9A" w:rsidP="00984A02">
            <w:pPr>
              <w:shd w:val="clear" w:color="auto" w:fill="FFFFFF" w:themeFill="background1"/>
            </w:pPr>
            <w:r>
              <w:t>- Đọc thầm câu hỏi trong SGK và quan sát tranh, hình minh họa.</w:t>
            </w:r>
          </w:p>
          <w:p w14:paraId="303C210E" w14:textId="252C8A02" w:rsidR="0022328F" w:rsidRDefault="0022328F" w:rsidP="00984A02">
            <w:pPr>
              <w:shd w:val="clear" w:color="auto" w:fill="FFFFFF" w:themeFill="background1"/>
              <w:jc w:val="center"/>
            </w:pPr>
          </w:p>
        </w:tc>
        <w:tc>
          <w:tcPr>
            <w:tcW w:w="5188" w:type="dxa"/>
            <w:tcBorders>
              <w:top w:val="single" w:sz="8" w:space="0" w:color="000000"/>
            </w:tcBorders>
            <w:tcMar>
              <w:top w:w="40" w:type="dxa"/>
              <w:left w:w="70" w:type="dxa"/>
              <w:bottom w:w="40" w:type="dxa"/>
              <w:right w:w="70" w:type="dxa"/>
            </w:tcMar>
          </w:tcPr>
          <w:p w14:paraId="0DCCF639" w14:textId="77777777" w:rsidR="0022328F" w:rsidRDefault="00965A9A" w:rsidP="00984A02">
            <w:pPr>
              <w:shd w:val="clear" w:color="auto" w:fill="FFFFFF" w:themeFill="background1"/>
            </w:pPr>
            <w:r>
              <w:t>- HS đọc thầm câu hỏi, quan sát các đồ chơi bé nặn.</w:t>
            </w:r>
          </w:p>
        </w:tc>
      </w:tr>
      <w:tr w:rsidR="0022328F" w14:paraId="3213352F" w14:textId="77777777" w:rsidTr="00984A02">
        <w:trPr>
          <w:jc w:val="center"/>
        </w:trPr>
        <w:tc>
          <w:tcPr>
            <w:tcW w:w="5188" w:type="dxa"/>
            <w:tcMar>
              <w:top w:w="40" w:type="dxa"/>
              <w:left w:w="70" w:type="dxa"/>
              <w:bottom w:w="40" w:type="dxa"/>
              <w:right w:w="70" w:type="dxa"/>
            </w:tcMar>
          </w:tcPr>
          <w:p w14:paraId="4ACCA5C5" w14:textId="77777777" w:rsidR="0022328F" w:rsidRDefault="00965A9A" w:rsidP="00984A02">
            <w:pPr>
              <w:shd w:val="clear" w:color="auto" w:fill="FFFFFF" w:themeFill="background1"/>
            </w:pPr>
            <w:r>
              <w:t>- Kể tên những đồ chơi bé đã nặn.</w:t>
            </w:r>
          </w:p>
        </w:tc>
        <w:tc>
          <w:tcPr>
            <w:tcW w:w="5188" w:type="dxa"/>
            <w:tcMar>
              <w:top w:w="40" w:type="dxa"/>
              <w:left w:w="70" w:type="dxa"/>
              <w:bottom w:w="40" w:type="dxa"/>
              <w:right w:w="70" w:type="dxa"/>
            </w:tcMar>
          </w:tcPr>
          <w:p w14:paraId="28006443" w14:textId="77777777" w:rsidR="0022328F" w:rsidRDefault="00965A9A" w:rsidP="00984A02">
            <w:pPr>
              <w:shd w:val="clear" w:color="auto" w:fill="FFFFFF" w:themeFill="background1"/>
            </w:pPr>
            <w:r>
              <w:t>- HS trả lời: Bé nặn quả thị, quả na, con chuột, cối giã trầu.</w:t>
            </w:r>
          </w:p>
        </w:tc>
      </w:tr>
      <w:tr w:rsidR="0022328F" w14:paraId="466EBC63" w14:textId="77777777" w:rsidTr="00984A02">
        <w:trPr>
          <w:jc w:val="center"/>
        </w:trPr>
        <w:tc>
          <w:tcPr>
            <w:tcW w:w="5188" w:type="dxa"/>
            <w:tcMar>
              <w:top w:w="40" w:type="dxa"/>
              <w:left w:w="70" w:type="dxa"/>
              <w:bottom w:w="40" w:type="dxa"/>
              <w:right w:w="70" w:type="dxa"/>
            </w:tcMar>
          </w:tcPr>
          <w:p w14:paraId="25EC138F" w14:textId="77777777" w:rsidR="0022328F" w:rsidRDefault="00965A9A" w:rsidP="00984A02">
            <w:pPr>
              <w:shd w:val="clear" w:color="auto" w:fill="FFFFFF" w:themeFill="background1"/>
            </w:pPr>
            <w:r>
              <w:t>- Bé nặn đồ chơi để tặng cho những ai?</w:t>
            </w:r>
          </w:p>
        </w:tc>
        <w:tc>
          <w:tcPr>
            <w:tcW w:w="5188" w:type="dxa"/>
            <w:tcMar>
              <w:top w:w="40" w:type="dxa"/>
              <w:left w:w="70" w:type="dxa"/>
              <w:bottom w:w="40" w:type="dxa"/>
              <w:right w:w="70" w:type="dxa"/>
            </w:tcMar>
          </w:tcPr>
          <w:p w14:paraId="6CB7135D" w14:textId="77777777" w:rsidR="0022328F" w:rsidRDefault="00965A9A" w:rsidP="00984A02">
            <w:pPr>
              <w:shd w:val="clear" w:color="auto" w:fill="FFFFFF" w:themeFill="background1"/>
            </w:pPr>
            <w:r>
              <w:t>- HS trả lời: Bé nặn đồ chơi tặng bà, tặng bố, tặng mẹ và tặng chú mèo.</w:t>
            </w:r>
          </w:p>
        </w:tc>
      </w:tr>
      <w:tr w:rsidR="0022328F" w14:paraId="4A00DE8F" w14:textId="77777777" w:rsidTr="00984A02">
        <w:trPr>
          <w:jc w:val="center"/>
        </w:trPr>
        <w:tc>
          <w:tcPr>
            <w:tcW w:w="5188" w:type="dxa"/>
            <w:tcMar>
              <w:top w:w="40" w:type="dxa"/>
              <w:left w:w="70" w:type="dxa"/>
              <w:bottom w:w="40" w:type="dxa"/>
              <w:right w:w="70" w:type="dxa"/>
            </w:tcMar>
          </w:tcPr>
          <w:p w14:paraId="213E077F" w14:textId="77777777" w:rsidR="0022328F" w:rsidRDefault="00965A9A" w:rsidP="00984A02">
            <w:pPr>
              <w:shd w:val="clear" w:color="auto" w:fill="FFFFFF" w:themeFill="background1"/>
            </w:pPr>
            <w:r>
              <w:t>- Việc bé nặn đồ chơi tặng mọi người thể hiện điều gì?</w:t>
            </w:r>
          </w:p>
        </w:tc>
        <w:tc>
          <w:tcPr>
            <w:tcW w:w="5188" w:type="dxa"/>
            <w:tcMar>
              <w:top w:w="40" w:type="dxa"/>
              <w:left w:w="70" w:type="dxa"/>
              <w:bottom w:w="40" w:type="dxa"/>
              <w:right w:w="70" w:type="dxa"/>
            </w:tcMar>
          </w:tcPr>
          <w:p w14:paraId="63B24B55" w14:textId="77777777" w:rsidR="0022328F" w:rsidRDefault="00965A9A" w:rsidP="00984A02">
            <w:pPr>
              <w:shd w:val="clear" w:color="auto" w:fill="FFFFFF" w:themeFill="background1"/>
            </w:pPr>
            <w:r>
              <w:t>- HS trả lời: Việc đó thể hiện bé yêu thương, quan tâm và muốn làm vui lòng người thân, chú mèo.</w:t>
            </w:r>
          </w:p>
        </w:tc>
      </w:tr>
      <w:tr w:rsidR="0022328F" w14:paraId="3AFE201F" w14:textId="77777777" w:rsidTr="00984A02">
        <w:trPr>
          <w:jc w:val="center"/>
        </w:trPr>
        <w:tc>
          <w:tcPr>
            <w:tcW w:w="5188" w:type="dxa"/>
            <w:tcMar>
              <w:top w:w="40" w:type="dxa"/>
              <w:left w:w="70" w:type="dxa"/>
              <w:bottom w:w="40" w:type="dxa"/>
              <w:right w:w="70" w:type="dxa"/>
            </w:tcMar>
          </w:tcPr>
          <w:p w14:paraId="1E66F642" w14:textId="77777777" w:rsidR="0022328F" w:rsidRDefault="00965A9A" w:rsidP="00984A02">
            <w:pPr>
              <w:shd w:val="clear" w:color="auto" w:fill="FFFFFF" w:themeFill="background1"/>
            </w:pPr>
            <w:r>
              <w:t>- Em thích nặn đồ chơi gì? Để tặng cho ai?</w:t>
            </w:r>
          </w:p>
        </w:tc>
        <w:tc>
          <w:tcPr>
            <w:tcW w:w="5188" w:type="dxa"/>
            <w:tcMar>
              <w:top w:w="40" w:type="dxa"/>
              <w:left w:w="70" w:type="dxa"/>
              <w:bottom w:w="40" w:type="dxa"/>
              <w:right w:w="70" w:type="dxa"/>
            </w:tcMar>
          </w:tcPr>
          <w:p w14:paraId="6F020170" w14:textId="77777777" w:rsidR="0022328F" w:rsidRDefault="00965A9A" w:rsidP="00984A02">
            <w:pPr>
              <w:shd w:val="clear" w:color="auto" w:fill="FFFFFF" w:themeFill="background1"/>
            </w:pPr>
            <w:r>
              <w:t>- HS trả lời: Em thích nặn bông hoa để tặng mẹ; em thích nặn ô tô để tặng em trai.</w:t>
            </w:r>
          </w:p>
        </w:tc>
      </w:tr>
      <w:tr w:rsidR="0022328F" w14:paraId="5442CD38" w14:textId="77777777" w:rsidTr="00984A02">
        <w:trPr>
          <w:jc w:val="center"/>
        </w:trPr>
        <w:tc>
          <w:tcPr>
            <w:tcW w:w="5188" w:type="dxa"/>
            <w:tcMar>
              <w:top w:w="40" w:type="dxa"/>
              <w:left w:w="70" w:type="dxa"/>
              <w:bottom w:w="40" w:type="dxa"/>
              <w:right w:w="70" w:type="dxa"/>
            </w:tcMar>
          </w:tcPr>
          <w:p w14:paraId="4223179C" w14:textId="77777777" w:rsidR="0022328F" w:rsidRDefault="00965A9A" w:rsidP="00984A02">
            <w:pPr>
              <w:shd w:val="clear" w:color="auto" w:fill="FFFFFF" w:themeFill="background1"/>
            </w:pPr>
            <w:r>
              <w:t xml:space="preserve">- GV kết luận: Bài thơ giúp các em hiểu rằng tình yêu thương có thể được thể hiện bằng </w:t>
            </w:r>
            <w:r>
              <w:lastRenderedPageBreak/>
              <w:t>những việc làm nhỏ, giản dị và chân thành.</w:t>
            </w:r>
          </w:p>
        </w:tc>
        <w:tc>
          <w:tcPr>
            <w:tcW w:w="5188" w:type="dxa"/>
            <w:tcMar>
              <w:top w:w="40" w:type="dxa"/>
              <w:left w:w="70" w:type="dxa"/>
              <w:bottom w:w="40" w:type="dxa"/>
              <w:right w:w="70" w:type="dxa"/>
            </w:tcMar>
          </w:tcPr>
          <w:p w14:paraId="574D870C" w14:textId="77777777" w:rsidR="0022328F" w:rsidRDefault="00965A9A" w:rsidP="00984A02">
            <w:pPr>
              <w:shd w:val="clear" w:color="auto" w:fill="FFFFFF" w:themeFill="background1"/>
            </w:pPr>
            <w:r>
              <w:lastRenderedPageBreak/>
              <w:t>- HS lắng nghe, nhắc lại nội dung chính.</w:t>
            </w:r>
          </w:p>
        </w:tc>
      </w:tr>
      <w:tr w:rsidR="0022328F" w14:paraId="024B343B" w14:textId="77777777" w:rsidTr="00984A02">
        <w:trPr>
          <w:jc w:val="center"/>
        </w:trPr>
        <w:tc>
          <w:tcPr>
            <w:tcW w:w="5188" w:type="dxa"/>
            <w:tcMar>
              <w:top w:w="40" w:type="dxa"/>
              <w:left w:w="70" w:type="dxa"/>
              <w:bottom w:w="40" w:type="dxa"/>
              <w:right w:w="70" w:type="dxa"/>
            </w:tcMar>
          </w:tcPr>
          <w:p w14:paraId="21C7D2D5" w14:textId="77777777" w:rsidR="0022328F" w:rsidRDefault="00965A9A" w:rsidP="00984A02">
            <w:pPr>
              <w:shd w:val="clear" w:color="auto" w:fill="FFFFFF" w:themeFill="background1"/>
            </w:pPr>
            <w:r>
              <w:rPr>
                <w:color w:val="C00000"/>
              </w:rPr>
              <w:t>- Câu hỏi dẫn tích hợp: Khi tự tay làm một món quà tặng người thân hoặc bạn bè, em thể hiện tình cảm gì?</w:t>
            </w:r>
          </w:p>
          <w:p w14:paraId="09F00807" w14:textId="77777777" w:rsidR="0022328F" w:rsidRDefault="00965A9A" w:rsidP="00984A02">
            <w:pPr>
              <w:shd w:val="clear" w:color="auto" w:fill="FFFFFF" w:themeFill="background1"/>
            </w:pPr>
            <w:r>
              <w:rPr>
                <w:color w:val="C00000"/>
              </w:rPr>
              <w:t>- Diễn giải tích hợp đạo đức, lối sống: GV hướng dẫn HS hiểu rằng biết làm quà tặng, biết chia sẻ đồ chơi, biết nghĩ đến niềm vui của người khác là biểu hiện của lòng nhân ái. Món quà không cần đắt tiền; điều quan trọng là tình cảm chân thành, sự quan tâm và cách trao tặng lịch sự. Trong lớp, các em cũng có thể thể hiện sự yêu thương bằng cách giúp bạn, nói lời dễ thương, chia sẻ đồ dùng khi cần.</w:t>
            </w:r>
          </w:p>
        </w:tc>
        <w:tc>
          <w:tcPr>
            <w:tcW w:w="5188" w:type="dxa"/>
            <w:tcMar>
              <w:top w:w="40" w:type="dxa"/>
              <w:left w:w="70" w:type="dxa"/>
              <w:bottom w:w="40" w:type="dxa"/>
              <w:right w:w="70" w:type="dxa"/>
            </w:tcMar>
          </w:tcPr>
          <w:p w14:paraId="5870B56E" w14:textId="77777777" w:rsidR="0022328F" w:rsidRDefault="00965A9A" w:rsidP="00984A02">
            <w:pPr>
              <w:shd w:val="clear" w:color="auto" w:fill="FFFFFF" w:themeFill="background1"/>
            </w:pPr>
            <w:r>
              <w:rPr>
                <w:color w:val="C00000"/>
              </w:rPr>
              <w:t>- HS trả lời: Em thể hiện tình yêu thương, sự quan tâm và lòng biết ơn.</w:t>
            </w:r>
          </w:p>
          <w:p w14:paraId="76ED2256" w14:textId="77777777" w:rsidR="0022328F" w:rsidRDefault="00965A9A" w:rsidP="00984A02">
            <w:pPr>
              <w:shd w:val="clear" w:color="auto" w:fill="FFFFFF" w:themeFill="background1"/>
            </w:pPr>
            <w:r>
              <w:rPr>
                <w:color w:val="C00000"/>
              </w:rPr>
              <w:t>- HS ghi nhớ: Em cần biết chia sẻ, quan tâm người thân và bạn bè bằng việc làm nhỏ.</w:t>
            </w:r>
          </w:p>
        </w:tc>
      </w:tr>
      <w:tr w:rsidR="0022328F" w14:paraId="68EE667C" w14:textId="77777777" w:rsidTr="00984A02">
        <w:trPr>
          <w:jc w:val="center"/>
        </w:trPr>
        <w:tc>
          <w:tcPr>
            <w:tcW w:w="5188" w:type="dxa"/>
            <w:tcBorders>
              <w:bottom w:val="single" w:sz="8" w:space="0" w:color="000000"/>
            </w:tcBorders>
            <w:tcMar>
              <w:top w:w="40" w:type="dxa"/>
              <w:left w:w="70" w:type="dxa"/>
              <w:bottom w:w="40" w:type="dxa"/>
              <w:right w:w="70" w:type="dxa"/>
            </w:tcMar>
          </w:tcPr>
          <w:p w14:paraId="1A1F7FFF" w14:textId="77777777" w:rsidR="0022328F" w:rsidRDefault="00965A9A" w:rsidP="00984A02">
            <w:pPr>
              <w:shd w:val="clear" w:color="auto" w:fill="FFFFFF" w:themeFill="background1"/>
            </w:pPr>
            <w:r>
              <w:rPr>
                <w:color w:val="C00000"/>
              </w:rPr>
              <w:t>- Câu hỏi dẫn tích hợp AI: Nếu đưa ảnh một số đồ chơi cho công cụ AI phân loại theo hình dạng hoặc màu sắc, kết quả có luôn đúng không?</w:t>
            </w:r>
          </w:p>
          <w:p w14:paraId="457E14D5" w14:textId="77777777" w:rsidR="0022328F" w:rsidRDefault="00965A9A" w:rsidP="00984A02">
            <w:pPr>
              <w:shd w:val="clear" w:color="auto" w:fill="FFFFFF" w:themeFill="background1"/>
            </w:pPr>
            <w:r>
              <w:rPr>
                <w:color w:val="C00000"/>
              </w:rPr>
              <w:t>- Diễn giải tích hợp AI 2.C3.1: GV giúp HS nhận biết AI có thể quan sát hình ảnh và gợi ý phân loại đồ chơi theo đặc điểm như đồ chơi tròn, đồ chơi màu đỏ, đồ chơi bằng nhựa, đồ chơi bằng vải. Tuy nhiên, nếu ảnh bị mờ, đồ chơi bị che khuất hoặc AI chưa hiểu đúng yêu cầu, kết quả có thể sai. Vì vậy, HS cần dùng mắt quan sát, dùng kiến thức đã học để kiểm tra lại, không tin hoàn toàn vào kết quả AI.</w:t>
            </w:r>
          </w:p>
        </w:tc>
        <w:tc>
          <w:tcPr>
            <w:tcW w:w="5188" w:type="dxa"/>
            <w:tcBorders>
              <w:bottom w:val="single" w:sz="8" w:space="0" w:color="000000"/>
            </w:tcBorders>
            <w:tcMar>
              <w:top w:w="40" w:type="dxa"/>
              <w:left w:w="70" w:type="dxa"/>
              <w:bottom w:w="40" w:type="dxa"/>
              <w:right w:w="70" w:type="dxa"/>
            </w:tcMar>
          </w:tcPr>
          <w:p w14:paraId="10F20CE5" w14:textId="77777777" w:rsidR="0022328F" w:rsidRDefault="00965A9A" w:rsidP="00984A02">
            <w:pPr>
              <w:shd w:val="clear" w:color="auto" w:fill="FFFFFF" w:themeFill="background1"/>
            </w:pPr>
            <w:r>
              <w:rPr>
                <w:color w:val="C00000"/>
              </w:rPr>
              <w:t>- HS trả lời: Không phải lúc nào cũng đúng; em cần quan sát và kiểm tra lại.</w:t>
            </w:r>
          </w:p>
          <w:p w14:paraId="30E554AE" w14:textId="77777777" w:rsidR="0022328F" w:rsidRDefault="00965A9A" w:rsidP="00984A02">
            <w:pPr>
              <w:shd w:val="clear" w:color="auto" w:fill="FFFFFF" w:themeFill="background1"/>
            </w:pPr>
            <w:r>
              <w:rPr>
                <w:color w:val="C00000"/>
              </w:rPr>
              <w:t>- HS ghi nhớ: AI chỉ gợi ý, con người cần kiểm tra bằng hiểu biết của mình.</w:t>
            </w:r>
          </w:p>
        </w:tc>
      </w:tr>
      <w:tr w:rsidR="0022328F" w14:paraId="1F6C9680"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1CDE83A2" w14:textId="77777777" w:rsidR="0022328F" w:rsidRDefault="00965A9A" w:rsidP="00984A02">
            <w:pPr>
              <w:shd w:val="clear" w:color="auto" w:fill="FFFFFF" w:themeFill="background1"/>
            </w:pPr>
            <w:r>
              <w:rPr>
                <w:b/>
                <w:color w:val="008000"/>
              </w:rPr>
              <w:t>3. Thực hành (15 phút) – Luyện đọc lại và luyện tập theo văn bản đọc.</w:t>
            </w:r>
          </w:p>
        </w:tc>
      </w:tr>
      <w:tr w:rsidR="0022328F" w14:paraId="60A3503B" w14:textId="77777777" w:rsidTr="00984A02">
        <w:trPr>
          <w:jc w:val="center"/>
        </w:trPr>
        <w:tc>
          <w:tcPr>
            <w:tcW w:w="5188" w:type="dxa"/>
            <w:tcBorders>
              <w:top w:val="single" w:sz="8" w:space="0" w:color="000000"/>
            </w:tcBorders>
            <w:tcMar>
              <w:top w:w="40" w:type="dxa"/>
              <w:left w:w="70" w:type="dxa"/>
              <w:bottom w:w="40" w:type="dxa"/>
              <w:right w:w="70" w:type="dxa"/>
            </w:tcMar>
          </w:tcPr>
          <w:p w14:paraId="23D66C44" w14:textId="77777777" w:rsidR="0022328F" w:rsidRDefault="00965A9A" w:rsidP="00984A02">
            <w:pPr>
              <w:shd w:val="clear" w:color="auto" w:fill="FFFFFF" w:themeFill="background1"/>
            </w:pPr>
            <w:r>
              <w:t>- Luyện đọc lại toàn bài thơ với giọng vui tươi.</w:t>
            </w:r>
          </w:p>
        </w:tc>
        <w:tc>
          <w:tcPr>
            <w:tcW w:w="5188" w:type="dxa"/>
            <w:tcBorders>
              <w:top w:val="single" w:sz="8" w:space="0" w:color="000000"/>
            </w:tcBorders>
            <w:tcMar>
              <w:top w:w="40" w:type="dxa"/>
              <w:left w:w="70" w:type="dxa"/>
              <w:bottom w:w="40" w:type="dxa"/>
              <w:right w:w="70" w:type="dxa"/>
            </w:tcMar>
          </w:tcPr>
          <w:p w14:paraId="74043648" w14:textId="77777777" w:rsidR="0022328F" w:rsidRDefault="00965A9A" w:rsidP="00984A02">
            <w:pPr>
              <w:shd w:val="clear" w:color="auto" w:fill="FFFFFF" w:themeFill="background1"/>
            </w:pPr>
            <w:r>
              <w:t>- HS luyện đọc cá nhân; 1 - 2 HS đọc trước lớp.</w:t>
            </w:r>
          </w:p>
        </w:tc>
      </w:tr>
      <w:tr w:rsidR="0022328F" w14:paraId="7F03ADFE" w14:textId="77777777" w:rsidTr="00984A02">
        <w:trPr>
          <w:jc w:val="center"/>
        </w:trPr>
        <w:tc>
          <w:tcPr>
            <w:tcW w:w="5188" w:type="dxa"/>
            <w:tcMar>
              <w:top w:w="40" w:type="dxa"/>
              <w:left w:w="70" w:type="dxa"/>
              <w:bottom w:w="40" w:type="dxa"/>
              <w:right w:w="70" w:type="dxa"/>
            </w:tcMar>
          </w:tcPr>
          <w:p w14:paraId="7449CCCF" w14:textId="77777777" w:rsidR="0022328F" w:rsidRDefault="00965A9A" w:rsidP="00984A02">
            <w:pPr>
              <w:shd w:val="clear" w:color="auto" w:fill="FFFFFF" w:themeFill="background1"/>
            </w:pPr>
            <w:r>
              <w:rPr>
                <w:b/>
                <w:color w:val="000000"/>
              </w:rPr>
              <w:t>Bài tập 1: Tìm từ ngữ cho biết chú mèo rất vui vì được bé tặng quà.</w:t>
            </w:r>
          </w:p>
        </w:tc>
        <w:tc>
          <w:tcPr>
            <w:tcW w:w="5188" w:type="dxa"/>
            <w:tcMar>
              <w:top w:w="40" w:type="dxa"/>
              <w:left w:w="70" w:type="dxa"/>
              <w:bottom w:w="40" w:type="dxa"/>
              <w:right w:w="70" w:type="dxa"/>
            </w:tcMar>
          </w:tcPr>
          <w:p w14:paraId="4E43182F" w14:textId="77777777" w:rsidR="0022328F" w:rsidRDefault="00965A9A" w:rsidP="00984A02">
            <w:pPr>
              <w:shd w:val="clear" w:color="auto" w:fill="FFFFFF" w:themeFill="background1"/>
            </w:pPr>
            <w:r>
              <w:t>- HS đọc đề bài và đọc lại khổ thơ 4.</w:t>
            </w:r>
          </w:p>
        </w:tc>
      </w:tr>
      <w:tr w:rsidR="0022328F" w14:paraId="60B14A24" w14:textId="77777777" w:rsidTr="00984A02">
        <w:trPr>
          <w:jc w:val="center"/>
        </w:trPr>
        <w:tc>
          <w:tcPr>
            <w:tcW w:w="5188" w:type="dxa"/>
            <w:tcMar>
              <w:top w:w="40" w:type="dxa"/>
              <w:left w:w="70" w:type="dxa"/>
              <w:bottom w:w="40" w:type="dxa"/>
              <w:right w:w="70" w:type="dxa"/>
            </w:tcMar>
          </w:tcPr>
          <w:p w14:paraId="4B36F131" w14:textId="77777777" w:rsidR="0022328F" w:rsidRDefault="00965A9A" w:rsidP="00984A02">
            <w:pPr>
              <w:shd w:val="clear" w:color="auto" w:fill="FFFFFF" w:themeFill="background1"/>
            </w:pPr>
            <w:r>
              <w:t>- Làm cá nhân: tìm từ ngữ chỉ cảm xúc của chú mèo.</w:t>
            </w:r>
          </w:p>
        </w:tc>
        <w:tc>
          <w:tcPr>
            <w:tcW w:w="5188" w:type="dxa"/>
            <w:tcMar>
              <w:top w:w="40" w:type="dxa"/>
              <w:left w:w="70" w:type="dxa"/>
              <w:bottom w:w="40" w:type="dxa"/>
              <w:right w:w="70" w:type="dxa"/>
            </w:tcMar>
          </w:tcPr>
          <w:p w14:paraId="15CFD1D3" w14:textId="77777777" w:rsidR="0022328F" w:rsidRDefault="00965A9A" w:rsidP="00984A02">
            <w:pPr>
              <w:shd w:val="clear" w:color="auto" w:fill="FFFFFF" w:themeFill="background1"/>
            </w:pPr>
            <w:r>
              <w:t>- HS trả lời: Từ ngữ cho biết chú mèo rất vui là thích chí.</w:t>
            </w:r>
          </w:p>
        </w:tc>
      </w:tr>
      <w:tr w:rsidR="0022328F" w14:paraId="2BFA4D0E" w14:textId="77777777" w:rsidTr="00984A02">
        <w:trPr>
          <w:jc w:val="center"/>
        </w:trPr>
        <w:tc>
          <w:tcPr>
            <w:tcW w:w="5188" w:type="dxa"/>
            <w:tcMar>
              <w:top w:w="40" w:type="dxa"/>
              <w:left w:w="70" w:type="dxa"/>
              <w:bottom w:w="40" w:type="dxa"/>
              <w:right w:w="70" w:type="dxa"/>
            </w:tcMar>
          </w:tcPr>
          <w:p w14:paraId="0C7633A7" w14:textId="77777777" w:rsidR="0022328F" w:rsidRDefault="00965A9A" w:rsidP="00984A02">
            <w:pPr>
              <w:shd w:val="clear" w:color="auto" w:fill="FFFFFF" w:themeFill="background1"/>
            </w:pPr>
            <w:r>
              <w:rPr>
                <w:b/>
                <w:color w:val="000000"/>
              </w:rPr>
              <w:t>Bài tập 2: Tìm thêm từ ngữ chỉ cảm xúc vui mừng.</w:t>
            </w:r>
          </w:p>
        </w:tc>
        <w:tc>
          <w:tcPr>
            <w:tcW w:w="5188" w:type="dxa"/>
            <w:tcMar>
              <w:top w:w="40" w:type="dxa"/>
              <w:left w:w="70" w:type="dxa"/>
              <w:bottom w:w="40" w:type="dxa"/>
              <w:right w:w="70" w:type="dxa"/>
            </w:tcMar>
          </w:tcPr>
          <w:p w14:paraId="2DA848B7" w14:textId="77777777" w:rsidR="0022328F" w:rsidRDefault="00965A9A" w:rsidP="00984A02">
            <w:pPr>
              <w:shd w:val="clear" w:color="auto" w:fill="FFFFFF" w:themeFill="background1"/>
            </w:pPr>
            <w:r>
              <w:t>- HS đọc đề bài và chuẩn bị thẻ từ.</w:t>
            </w:r>
          </w:p>
        </w:tc>
      </w:tr>
      <w:tr w:rsidR="0022328F" w14:paraId="657C592C" w14:textId="77777777" w:rsidTr="00984A02">
        <w:trPr>
          <w:jc w:val="center"/>
        </w:trPr>
        <w:tc>
          <w:tcPr>
            <w:tcW w:w="5188" w:type="dxa"/>
            <w:tcMar>
              <w:top w:w="40" w:type="dxa"/>
              <w:left w:w="70" w:type="dxa"/>
              <w:bottom w:w="40" w:type="dxa"/>
              <w:right w:w="70" w:type="dxa"/>
            </w:tcMar>
          </w:tcPr>
          <w:p w14:paraId="3C6ACAE2" w14:textId="77777777" w:rsidR="0022328F" w:rsidRDefault="00965A9A" w:rsidP="00984A02">
            <w:pPr>
              <w:shd w:val="clear" w:color="auto" w:fill="FFFFFF" w:themeFill="background1"/>
            </w:pPr>
            <w:r>
              <w:t>- Thảo luận nhóm 4, viết các từ chỉ cảm xúc vui mừng vào thẻ.</w:t>
            </w:r>
          </w:p>
        </w:tc>
        <w:tc>
          <w:tcPr>
            <w:tcW w:w="5188" w:type="dxa"/>
            <w:tcMar>
              <w:top w:w="40" w:type="dxa"/>
              <w:left w:w="70" w:type="dxa"/>
              <w:bottom w:w="40" w:type="dxa"/>
              <w:right w:w="70" w:type="dxa"/>
            </w:tcMar>
          </w:tcPr>
          <w:p w14:paraId="67F60DCD" w14:textId="77777777" w:rsidR="0022328F" w:rsidRDefault="00965A9A" w:rsidP="00984A02">
            <w:pPr>
              <w:shd w:val="clear" w:color="auto" w:fill="FFFFFF" w:themeFill="background1"/>
            </w:pPr>
            <w:r>
              <w:t>- HS tìm từ: vui vẻ, mừng rỡ, hớn hở, phấn khởi, sung sướng, thích thú.</w:t>
            </w:r>
          </w:p>
        </w:tc>
      </w:tr>
      <w:tr w:rsidR="0022328F" w14:paraId="218729D4" w14:textId="77777777" w:rsidTr="00984A02">
        <w:trPr>
          <w:jc w:val="center"/>
        </w:trPr>
        <w:tc>
          <w:tcPr>
            <w:tcW w:w="5188" w:type="dxa"/>
            <w:tcBorders>
              <w:bottom w:val="single" w:sz="8" w:space="0" w:color="000000"/>
            </w:tcBorders>
            <w:tcMar>
              <w:top w:w="40" w:type="dxa"/>
              <w:left w:w="70" w:type="dxa"/>
              <w:bottom w:w="40" w:type="dxa"/>
              <w:right w:w="70" w:type="dxa"/>
            </w:tcMar>
          </w:tcPr>
          <w:p w14:paraId="6E75D5CE" w14:textId="77777777" w:rsidR="0022328F" w:rsidRDefault="00965A9A" w:rsidP="00984A02">
            <w:pPr>
              <w:shd w:val="clear" w:color="auto" w:fill="FFFFFF" w:themeFill="background1"/>
            </w:pPr>
            <w:r>
              <w:t>- Đặt câu với một từ vừa tìm được.</w:t>
            </w:r>
          </w:p>
        </w:tc>
        <w:tc>
          <w:tcPr>
            <w:tcW w:w="5188" w:type="dxa"/>
            <w:tcBorders>
              <w:bottom w:val="single" w:sz="8" w:space="0" w:color="000000"/>
            </w:tcBorders>
            <w:tcMar>
              <w:top w:w="40" w:type="dxa"/>
              <w:left w:w="70" w:type="dxa"/>
              <w:bottom w:w="40" w:type="dxa"/>
              <w:right w:w="70" w:type="dxa"/>
            </w:tcMar>
          </w:tcPr>
          <w:p w14:paraId="39984476" w14:textId="77777777" w:rsidR="0022328F" w:rsidRDefault="00965A9A" w:rsidP="00984A02">
            <w:pPr>
              <w:shd w:val="clear" w:color="auto" w:fill="FFFFFF" w:themeFill="background1"/>
            </w:pPr>
            <w:r>
              <w:t>- HS đặt câu: Em hớn hở khi được cô khen. Bạn Nam rất vui vẻ khi được tặng quà.</w:t>
            </w:r>
          </w:p>
        </w:tc>
      </w:tr>
      <w:tr w:rsidR="0022328F" w14:paraId="478F9B8A"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595C5E04" w14:textId="77777777" w:rsidR="0022328F" w:rsidRDefault="00965A9A" w:rsidP="00984A02">
            <w:pPr>
              <w:shd w:val="clear" w:color="auto" w:fill="FFFFFF" w:themeFill="background1"/>
            </w:pPr>
            <w:r>
              <w:rPr>
                <w:b/>
                <w:color w:val="008000"/>
              </w:rPr>
              <w:t>4. Vận dụng (3 phút) – Liên hệ sử dụng đồ chơi phù hợp.</w:t>
            </w:r>
          </w:p>
        </w:tc>
      </w:tr>
      <w:tr w:rsidR="0022328F" w14:paraId="2B803839" w14:textId="77777777" w:rsidTr="00984A02">
        <w:trPr>
          <w:jc w:val="center"/>
        </w:trPr>
        <w:tc>
          <w:tcPr>
            <w:tcW w:w="5188" w:type="dxa"/>
            <w:tcBorders>
              <w:top w:val="single" w:sz="8" w:space="0" w:color="000000"/>
            </w:tcBorders>
            <w:tcMar>
              <w:top w:w="40" w:type="dxa"/>
              <w:left w:w="70" w:type="dxa"/>
              <w:bottom w:w="40" w:type="dxa"/>
              <w:right w:w="70" w:type="dxa"/>
            </w:tcMar>
          </w:tcPr>
          <w:p w14:paraId="6B4EE009" w14:textId="77777777" w:rsidR="0022328F" w:rsidRDefault="00965A9A" w:rsidP="00984A02">
            <w:pPr>
              <w:shd w:val="clear" w:color="auto" w:fill="FFFFFF" w:themeFill="background1"/>
            </w:pPr>
            <w:r>
              <w:t>- Nêu một việc em làm để giữ gìn đồ chơi và chia sẻ với người thân, bạn bè.</w:t>
            </w:r>
          </w:p>
        </w:tc>
        <w:tc>
          <w:tcPr>
            <w:tcW w:w="5188" w:type="dxa"/>
            <w:tcBorders>
              <w:top w:val="single" w:sz="8" w:space="0" w:color="000000"/>
            </w:tcBorders>
            <w:tcMar>
              <w:top w:w="40" w:type="dxa"/>
              <w:left w:w="70" w:type="dxa"/>
              <w:bottom w:w="40" w:type="dxa"/>
              <w:right w:w="70" w:type="dxa"/>
            </w:tcMar>
          </w:tcPr>
          <w:p w14:paraId="4BF5B07B" w14:textId="77777777" w:rsidR="0022328F" w:rsidRDefault="00965A9A" w:rsidP="00984A02">
            <w:pPr>
              <w:shd w:val="clear" w:color="auto" w:fill="FFFFFF" w:themeFill="background1"/>
            </w:pPr>
            <w:r>
              <w:t>- HS trả lời: Em cất đồ chơi gọn gàng, không làm hỏng đồ chơi, biết cho em nhỏ chơi cùng.</w:t>
            </w:r>
          </w:p>
        </w:tc>
      </w:tr>
      <w:tr w:rsidR="0022328F" w14:paraId="2D17C57C" w14:textId="77777777" w:rsidTr="00984A02">
        <w:trPr>
          <w:jc w:val="center"/>
        </w:trPr>
        <w:tc>
          <w:tcPr>
            <w:tcW w:w="5188" w:type="dxa"/>
            <w:tcMar>
              <w:top w:w="40" w:type="dxa"/>
              <w:left w:w="70" w:type="dxa"/>
              <w:bottom w:w="40" w:type="dxa"/>
              <w:right w:w="70" w:type="dxa"/>
            </w:tcMar>
          </w:tcPr>
          <w:p w14:paraId="70F9BEDE" w14:textId="77777777" w:rsidR="0022328F" w:rsidRDefault="00965A9A" w:rsidP="00984A02">
            <w:pPr>
              <w:shd w:val="clear" w:color="auto" w:fill="FFFFFF" w:themeFill="background1"/>
            </w:pPr>
            <w:r>
              <w:t>- Dặn dò: Về nhà đọc lại bài thơ và chuẩn bị bài nghe - viết.</w:t>
            </w:r>
          </w:p>
        </w:tc>
        <w:tc>
          <w:tcPr>
            <w:tcW w:w="5188" w:type="dxa"/>
            <w:tcMar>
              <w:top w:w="40" w:type="dxa"/>
              <w:left w:w="70" w:type="dxa"/>
              <w:bottom w:w="40" w:type="dxa"/>
              <w:right w:w="70" w:type="dxa"/>
            </w:tcMar>
          </w:tcPr>
          <w:p w14:paraId="381C3486" w14:textId="77777777" w:rsidR="0022328F" w:rsidRDefault="00965A9A" w:rsidP="00984A02">
            <w:pPr>
              <w:shd w:val="clear" w:color="auto" w:fill="FFFFFF" w:themeFill="background1"/>
            </w:pPr>
            <w:r>
              <w:t>- HS ghi nhớ nhiệm vụ.</w:t>
            </w:r>
          </w:p>
        </w:tc>
      </w:tr>
    </w:tbl>
    <w:p w14:paraId="03FFE07F" w14:textId="77777777" w:rsidR="0022328F" w:rsidRDefault="00965A9A" w:rsidP="00984A02">
      <w:pPr>
        <w:shd w:val="clear" w:color="auto" w:fill="FFFFFF" w:themeFill="background1"/>
        <w:spacing w:after="0" w:line="240" w:lineRule="auto"/>
      </w:pPr>
      <w:r>
        <w:rPr>
          <w:b/>
        </w:rPr>
        <w:t>IV. ĐIỀU CHỈNH SAU TIẾT DẠY (NẾU CÓ)</w:t>
      </w:r>
    </w:p>
    <w:p w14:paraId="0A540F54" w14:textId="77777777" w:rsidR="0022328F" w:rsidRDefault="00965A9A" w:rsidP="00984A02">
      <w:pPr>
        <w:shd w:val="clear" w:color="auto" w:fill="FFFFFF" w:themeFill="background1"/>
        <w:spacing w:after="0" w:line="240" w:lineRule="auto"/>
      </w:pPr>
      <w:r>
        <w:t>……………………………………………………………………………………………………</w:t>
      </w:r>
    </w:p>
    <w:p w14:paraId="55DCBCEA" w14:textId="77777777" w:rsidR="0022328F" w:rsidRDefault="00965A9A" w:rsidP="00984A02">
      <w:pPr>
        <w:shd w:val="clear" w:color="auto" w:fill="FFFFFF" w:themeFill="background1"/>
        <w:spacing w:after="0" w:line="240" w:lineRule="auto"/>
      </w:pPr>
      <w:r>
        <w:t>……………………………………………………………………………………………………</w:t>
      </w:r>
    </w:p>
    <w:p w14:paraId="10484E14" w14:textId="77777777" w:rsidR="0022328F" w:rsidRDefault="00965A9A" w:rsidP="00984A02">
      <w:pPr>
        <w:shd w:val="clear" w:color="auto" w:fill="FFFFFF" w:themeFill="background1"/>
        <w:spacing w:after="0" w:line="240" w:lineRule="auto"/>
        <w:jc w:val="center"/>
      </w:pPr>
      <w:r>
        <w:rPr>
          <w:b/>
          <w:color w:val="0066CC"/>
        </w:rPr>
        <w:t>KẾ HOẠCH DẠY HỌC – TUẦN 13</w:t>
      </w:r>
    </w:p>
    <w:p w14:paraId="40E80C6A" w14:textId="77777777" w:rsidR="0022328F" w:rsidRDefault="00965A9A" w:rsidP="00984A02">
      <w:pPr>
        <w:shd w:val="clear" w:color="auto" w:fill="FFFFFF" w:themeFill="background1"/>
        <w:spacing w:after="0" w:line="240" w:lineRule="auto"/>
        <w:jc w:val="center"/>
      </w:pPr>
      <w:r>
        <w:rPr>
          <w:b/>
          <w:color w:val="000000"/>
        </w:rPr>
        <w:lastRenderedPageBreak/>
        <w:t>Chủ đề 3: Niềm vui tuổi thơ</w:t>
      </w:r>
    </w:p>
    <w:p w14:paraId="21310C5C" w14:textId="77777777" w:rsidR="0022328F" w:rsidRDefault="00965A9A" w:rsidP="00984A02">
      <w:pPr>
        <w:shd w:val="clear" w:color="auto" w:fill="FFFFFF" w:themeFill="background1"/>
        <w:spacing w:after="0" w:line="240" w:lineRule="auto"/>
        <w:jc w:val="center"/>
      </w:pPr>
      <w:r>
        <w:rPr>
          <w:b/>
          <w:color w:val="000000"/>
        </w:rPr>
        <w:t>BÀI 24: NẶN ĐỒ CHƠI</w:t>
      </w:r>
    </w:p>
    <w:p w14:paraId="71B3F4B1" w14:textId="77777777" w:rsidR="0022328F" w:rsidRDefault="00965A9A" w:rsidP="00984A02">
      <w:pPr>
        <w:shd w:val="clear" w:color="auto" w:fill="FFFFFF" w:themeFill="background1"/>
        <w:spacing w:after="0" w:line="240" w:lineRule="auto"/>
        <w:jc w:val="center"/>
      </w:pPr>
      <w:r>
        <w:rPr>
          <w:b/>
          <w:color w:val="000000"/>
        </w:rPr>
        <w:t>Tiết 3: Viết – Nghe viết: Nặn đồ chơi; Phân biệt da/gia, l/x, uơn/uơng</w:t>
      </w:r>
    </w:p>
    <w:p w14:paraId="1FBF3140" w14:textId="77777777" w:rsidR="0022328F" w:rsidRDefault="00965A9A" w:rsidP="00984A02">
      <w:pPr>
        <w:shd w:val="clear" w:color="auto" w:fill="FFFFFF" w:themeFill="background1"/>
        <w:spacing w:after="0" w:line="240" w:lineRule="auto"/>
      </w:pPr>
      <w:r>
        <w:rPr>
          <w:b/>
        </w:rPr>
        <w:t>I. YÊU CẦU CẦN ĐẠT</w:t>
      </w:r>
    </w:p>
    <w:p w14:paraId="04D11CFA" w14:textId="77777777" w:rsidR="0022328F" w:rsidRDefault="00965A9A" w:rsidP="00984A02">
      <w:pPr>
        <w:shd w:val="clear" w:color="auto" w:fill="FFFFFF" w:themeFill="background1"/>
        <w:spacing w:after="0" w:line="240" w:lineRule="auto"/>
      </w:pPr>
      <w:r>
        <w:rPr>
          <w:b/>
        </w:rPr>
        <w:t>1. Năng lực đặc thù</w:t>
      </w:r>
    </w:p>
    <w:p w14:paraId="65514330" w14:textId="77777777" w:rsidR="0022328F" w:rsidRDefault="00965A9A" w:rsidP="00984A02">
      <w:pPr>
        <w:shd w:val="clear" w:color="auto" w:fill="FFFFFF" w:themeFill="background1"/>
        <w:spacing w:after="0" w:line="240" w:lineRule="auto"/>
      </w:pPr>
      <w:r>
        <w:t>- Nghe - viết đúng 3 khổ thơ đầu bài Nặn đồ chơi; trình bày đúng khổ thơ, viết hoa đúng đầu dòng thơ.</w:t>
      </w:r>
    </w:p>
    <w:p w14:paraId="798B7442" w14:textId="77777777" w:rsidR="0022328F" w:rsidRDefault="00965A9A" w:rsidP="00984A02">
      <w:pPr>
        <w:shd w:val="clear" w:color="auto" w:fill="FFFFFF" w:themeFill="background1"/>
        <w:spacing w:after="0" w:line="240" w:lineRule="auto"/>
      </w:pPr>
      <w:r>
        <w:t>- Làm đúng bài tập chính tả phân biệt da/gia, l/x, uơn/uơng.</w:t>
      </w:r>
    </w:p>
    <w:p w14:paraId="75F7F06C" w14:textId="77777777" w:rsidR="0022328F" w:rsidRDefault="00965A9A" w:rsidP="00984A02">
      <w:pPr>
        <w:shd w:val="clear" w:color="auto" w:fill="FFFFFF" w:themeFill="background1"/>
        <w:spacing w:after="0" w:line="240" w:lineRule="auto"/>
      </w:pPr>
      <w:r>
        <w:t>- Biết soát lỗi, sửa lỗi và ghi nhớ một số quy tắc chính tả.</w:t>
      </w:r>
    </w:p>
    <w:p w14:paraId="43CF6787" w14:textId="77777777" w:rsidR="0022328F" w:rsidRDefault="00965A9A" w:rsidP="00984A02">
      <w:pPr>
        <w:shd w:val="clear" w:color="auto" w:fill="FFFFFF" w:themeFill="background1"/>
        <w:spacing w:after="0" w:line="240" w:lineRule="auto"/>
      </w:pPr>
      <w:r>
        <w:rPr>
          <w:b/>
        </w:rPr>
        <w:t>2. Năng lực chung</w:t>
      </w:r>
    </w:p>
    <w:p w14:paraId="06C38F79" w14:textId="77777777" w:rsidR="0022328F" w:rsidRDefault="00965A9A" w:rsidP="00984A02">
      <w:pPr>
        <w:shd w:val="clear" w:color="auto" w:fill="FFFFFF" w:themeFill="background1"/>
        <w:spacing w:after="0" w:line="240" w:lineRule="auto"/>
      </w:pPr>
      <w:r>
        <w:t>- Tự chủ và tự học: tự chuẩn bị vở, viết bài và soát lỗi.</w:t>
      </w:r>
    </w:p>
    <w:p w14:paraId="1763B7E0" w14:textId="77777777" w:rsidR="0022328F" w:rsidRDefault="00965A9A" w:rsidP="00984A02">
      <w:pPr>
        <w:shd w:val="clear" w:color="auto" w:fill="FFFFFF" w:themeFill="background1"/>
        <w:spacing w:after="0" w:line="240" w:lineRule="auto"/>
      </w:pPr>
      <w:r>
        <w:t>- Giao tiếp và hợp tác: biết đổi vở, góp ý cho bạn theo cặp.</w:t>
      </w:r>
    </w:p>
    <w:p w14:paraId="6791D893" w14:textId="77777777" w:rsidR="0022328F" w:rsidRDefault="00965A9A" w:rsidP="00984A02">
      <w:pPr>
        <w:shd w:val="clear" w:color="auto" w:fill="FFFFFF" w:themeFill="background1"/>
        <w:spacing w:after="0" w:line="240" w:lineRule="auto"/>
      </w:pPr>
      <w:r>
        <w:t>- Giải quyết vấn đề và sáng tạo: biết dùng mẹo chính tả để chọn tiếng đúng.</w:t>
      </w:r>
    </w:p>
    <w:p w14:paraId="612E7530" w14:textId="77777777" w:rsidR="0022328F" w:rsidRDefault="00965A9A" w:rsidP="00984A02">
      <w:pPr>
        <w:shd w:val="clear" w:color="auto" w:fill="FFFFFF" w:themeFill="background1"/>
        <w:spacing w:after="0" w:line="240" w:lineRule="auto"/>
      </w:pPr>
      <w:r>
        <w:rPr>
          <w:b/>
        </w:rPr>
        <w:t>3. Phẩm chất</w:t>
      </w:r>
    </w:p>
    <w:p w14:paraId="4E52A0F5" w14:textId="77777777" w:rsidR="0022328F" w:rsidRDefault="00965A9A" w:rsidP="00984A02">
      <w:pPr>
        <w:shd w:val="clear" w:color="auto" w:fill="FFFFFF" w:themeFill="background1"/>
        <w:spacing w:after="0" w:line="240" w:lineRule="auto"/>
      </w:pPr>
      <w:r>
        <w:t>- Chăm chỉ: cẩn thận khi nghe - viết.</w:t>
      </w:r>
    </w:p>
    <w:p w14:paraId="52F5ADC5" w14:textId="77777777" w:rsidR="0022328F" w:rsidRDefault="00965A9A" w:rsidP="00984A02">
      <w:pPr>
        <w:shd w:val="clear" w:color="auto" w:fill="FFFFFF" w:themeFill="background1"/>
        <w:spacing w:after="0" w:line="240" w:lineRule="auto"/>
      </w:pPr>
      <w:r>
        <w:t>- Trách nhiệm: giữ vở sạch, viết đúng và sửa lỗi.</w:t>
      </w:r>
    </w:p>
    <w:p w14:paraId="36184572" w14:textId="77777777" w:rsidR="0022328F" w:rsidRDefault="00965A9A" w:rsidP="00984A02">
      <w:pPr>
        <w:shd w:val="clear" w:color="auto" w:fill="FFFFFF" w:themeFill="background1"/>
        <w:spacing w:after="0" w:line="240" w:lineRule="auto"/>
      </w:pPr>
      <w:r>
        <w:rPr>
          <w:b/>
          <w:color w:val="C00000"/>
        </w:rPr>
        <w:t>4. Tích hợp</w:t>
      </w:r>
    </w:p>
    <w:p w14:paraId="5C2CE8F3" w14:textId="77777777" w:rsidR="0022328F" w:rsidRDefault="00965A9A" w:rsidP="00984A02">
      <w:pPr>
        <w:shd w:val="clear" w:color="auto" w:fill="FFFFFF" w:themeFill="background1"/>
        <w:spacing w:after="0" w:line="240" w:lineRule="auto"/>
      </w:pPr>
      <w:r>
        <w:rPr>
          <w:color w:val="C00000"/>
        </w:rPr>
        <w:t>Tích hợp NLS 1.1.CB1a: HS biết dùng công cụ số đơn giản dưới sự hướng dẫn của GV để tra cứu/kiểm tra hình ảnh, từ ngữ phù hợp nhưng vẫn phải đối chiếu với quy tắc chính tả đã học.</w:t>
      </w:r>
    </w:p>
    <w:p w14:paraId="41F19781" w14:textId="77777777" w:rsidR="0022328F" w:rsidRDefault="00965A9A" w:rsidP="00984A02">
      <w:pPr>
        <w:shd w:val="clear" w:color="auto" w:fill="FFFFFF" w:themeFill="background1"/>
        <w:spacing w:after="0" w:line="240" w:lineRule="auto"/>
      </w:pPr>
      <w:r>
        <w:rPr>
          <w:b/>
        </w:rPr>
        <w:t>II. ĐỒ DÙNG DẠY HỌC</w:t>
      </w:r>
    </w:p>
    <w:p w14:paraId="6C4E18E9" w14:textId="77777777" w:rsidR="0022328F" w:rsidRDefault="00965A9A" w:rsidP="00984A02">
      <w:pPr>
        <w:shd w:val="clear" w:color="auto" w:fill="FFFFFF" w:themeFill="background1"/>
        <w:spacing w:after="0" w:line="240" w:lineRule="auto"/>
      </w:pPr>
      <w:r>
        <w:t>1. Giáo viên: đoạn viết mẫu, phiếu bài tập chính tả, tranh bài tập SGK, máy chiếu.</w:t>
      </w:r>
    </w:p>
    <w:p w14:paraId="0B1E95D0" w14:textId="77777777" w:rsidR="0022328F" w:rsidRDefault="00965A9A" w:rsidP="00984A02">
      <w:pPr>
        <w:shd w:val="clear" w:color="auto" w:fill="FFFFFF" w:themeFill="background1"/>
        <w:spacing w:after="0" w:line="240" w:lineRule="auto"/>
      </w:pPr>
      <w:r>
        <w:t>2. Học sinh: Vở ô li, bảng con, bút chì soát lỗi.</w:t>
      </w:r>
    </w:p>
    <w:p w14:paraId="2F660715" w14:textId="77777777" w:rsidR="0022328F" w:rsidRDefault="00965A9A" w:rsidP="00984A02">
      <w:pPr>
        <w:shd w:val="clear" w:color="auto" w:fill="FFFFFF" w:themeFill="background1"/>
        <w:spacing w:after="0" w:line="240" w:lineRule="auto"/>
      </w:pPr>
      <w:r>
        <w:rPr>
          <w:b/>
        </w:rPr>
        <w:t>III. HOẠT ĐỘNG DẠY HỌC CHỦ YẾU</w:t>
      </w:r>
    </w:p>
    <w:tbl>
      <w:tblPr>
        <w:tblStyle w:val="TableGrid"/>
        <w:tblW w:w="0" w:type="auto"/>
        <w:jc w:val="center"/>
        <w:tblBorders>
          <w:top w:val="single" w:sz="8" w:space="0" w:color="000000"/>
          <w:left w:val="single" w:sz="8" w:space="0" w:color="000000"/>
          <w:bottom w:val="single" w:sz="8" w:space="0" w:color="000000"/>
          <w:right w:val="single" w:sz="8" w:space="0" w:color="000000"/>
          <w:insideH w:val="none" w:sz="0" w:space="0" w:color="auto"/>
          <w:insideV w:val="single" w:sz="8" w:space="0" w:color="000000"/>
        </w:tblBorders>
        <w:tblLayout w:type="fixed"/>
        <w:tblLook w:val="04A0" w:firstRow="1" w:lastRow="0" w:firstColumn="1" w:lastColumn="0" w:noHBand="0" w:noVBand="1"/>
      </w:tblPr>
      <w:tblGrid>
        <w:gridCol w:w="5188"/>
        <w:gridCol w:w="5188"/>
      </w:tblGrid>
      <w:tr w:rsidR="0022328F" w14:paraId="29767EEF" w14:textId="77777777" w:rsidTr="00984A02">
        <w:trPr>
          <w:jc w:val="center"/>
        </w:trPr>
        <w:tc>
          <w:tcPr>
            <w:tcW w:w="5188" w:type="dxa"/>
            <w:tcBorders>
              <w:bottom w:val="single" w:sz="8" w:space="0" w:color="000000"/>
            </w:tcBorders>
            <w:shd w:val="clear" w:color="auto" w:fill="D9EAF7"/>
            <w:tcMar>
              <w:top w:w="40" w:type="dxa"/>
              <w:left w:w="70" w:type="dxa"/>
              <w:bottom w:w="40" w:type="dxa"/>
              <w:right w:w="70" w:type="dxa"/>
            </w:tcMar>
          </w:tcPr>
          <w:p w14:paraId="782A8525" w14:textId="77777777" w:rsidR="0022328F" w:rsidRDefault="00965A9A" w:rsidP="00984A02">
            <w:pPr>
              <w:shd w:val="clear" w:color="auto" w:fill="FFFFFF" w:themeFill="background1"/>
              <w:jc w:val="center"/>
            </w:pPr>
            <w:r>
              <w:rPr>
                <w:b/>
              </w:rPr>
              <w:t>Hoạt động của giáo viên</w:t>
            </w:r>
          </w:p>
        </w:tc>
        <w:tc>
          <w:tcPr>
            <w:tcW w:w="5188" w:type="dxa"/>
            <w:tcBorders>
              <w:bottom w:val="single" w:sz="8" w:space="0" w:color="000000"/>
            </w:tcBorders>
            <w:shd w:val="clear" w:color="auto" w:fill="D9EAF7"/>
            <w:tcMar>
              <w:top w:w="40" w:type="dxa"/>
              <w:left w:w="70" w:type="dxa"/>
              <w:bottom w:w="40" w:type="dxa"/>
              <w:right w:w="70" w:type="dxa"/>
            </w:tcMar>
          </w:tcPr>
          <w:p w14:paraId="1242D873" w14:textId="77777777" w:rsidR="0022328F" w:rsidRDefault="00965A9A" w:rsidP="00984A02">
            <w:pPr>
              <w:shd w:val="clear" w:color="auto" w:fill="FFFFFF" w:themeFill="background1"/>
              <w:jc w:val="center"/>
            </w:pPr>
            <w:r>
              <w:rPr>
                <w:b/>
              </w:rPr>
              <w:t>Hoạt động của học sinh</w:t>
            </w:r>
          </w:p>
        </w:tc>
      </w:tr>
      <w:tr w:rsidR="0022328F" w14:paraId="3B70515C"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41F0516B" w14:textId="77777777" w:rsidR="0022328F" w:rsidRDefault="00965A9A" w:rsidP="00984A02">
            <w:pPr>
              <w:shd w:val="clear" w:color="auto" w:fill="FFFFFF" w:themeFill="background1"/>
            </w:pPr>
            <w:r>
              <w:rPr>
                <w:b/>
                <w:color w:val="008000"/>
              </w:rPr>
              <w:t>1. Khởi động (3 phút) – Kết nối bài chính tả.</w:t>
            </w:r>
          </w:p>
        </w:tc>
      </w:tr>
      <w:tr w:rsidR="0022328F" w14:paraId="4135DE9E" w14:textId="77777777" w:rsidTr="00984A02">
        <w:trPr>
          <w:jc w:val="center"/>
        </w:trPr>
        <w:tc>
          <w:tcPr>
            <w:tcW w:w="5188" w:type="dxa"/>
            <w:tcBorders>
              <w:top w:val="single" w:sz="8" w:space="0" w:color="000000"/>
            </w:tcBorders>
            <w:tcMar>
              <w:top w:w="40" w:type="dxa"/>
              <w:left w:w="70" w:type="dxa"/>
              <w:bottom w:w="40" w:type="dxa"/>
              <w:right w:w="70" w:type="dxa"/>
            </w:tcMar>
          </w:tcPr>
          <w:p w14:paraId="5EEE07F1" w14:textId="77777777" w:rsidR="0022328F" w:rsidRDefault="00965A9A" w:rsidP="00984A02">
            <w:pPr>
              <w:shd w:val="clear" w:color="auto" w:fill="FFFFFF" w:themeFill="background1"/>
            </w:pPr>
            <w:r>
              <w:t>- Tham gia trò chơi Đếm ngược để sắp xếp từ khóa Nặn đồ chơi.</w:t>
            </w:r>
          </w:p>
        </w:tc>
        <w:tc>
          <w:tcPr>
            <w:tcW w:w="5188" w:type="dxa"/>
            <w:tcBorders>
              <w:top w:val="single" w:sz="8" w:space="0" w:color="000000"/>
            </w:tcBorders>
            <w:tcMar>
              <w:top w:w="40" w:type="dxa"/>
              <w:left w:w="70" w:type="dxa"/>
              <w:bottom w:w="40" w:type="dxa"/>
              <w:right w:w="70" w:type="dxa"/>
            </w:tcMar>
          </w:tcPr>
          <w:p w14:paraId="6CB39A5D" w14:textId="77777777" w:rsidR="0022328F" w:rsidRDefault="00965A9A" w:rsidP="00984A02">
            <w:pPr>
              <w:shd w:val="clear" w:color="auto" w:fill="FFFFFF" w:themeFill="background1"/>
            </w:pPr>
            <w:r>
              <w:t>- HS sắp xếp các âm/vần thành từ khóa: Nặn đồ chơi.</w:t>
            </w:r>
          </w:p>
        </w:tc>
      </w:tr>
      <w:tr w:rsidR="0022328F" w14:paraId="1C720833" w14:textId="77777777" w:rsidTr="00984A02">
        <w:trPr>
          <w:jc w:val="center"/>
        </w:trPr>
        <w:tc>
          <w:tcPr>
            <w:tcW w:w="5188" w:type="dxa"/>
            <w:tcBorders>
              <w:bottom w:val="single" w:sz="8" w:space="0" w:color="000000"/>
            </w:tcBorders>
            <w:tcMar>
              <w:top w:w="40" w:type="dxa"/>
              <w:left w:w="70" w:type="dxa"/>
              <w:bottom w:w="40" w:type="dxa"/>
              <w:right w:w="70" w:type="dxa"/>
            </w:tcMar>
          </w:tcPr>
          <w:p w14:paraId="4AAA1E8D" w14:textId="77777777" w:rsidR="0022328F" w:rsidRDefault="00965A9A" w:rsidP="00984A02">
            <w:pPr>
              <w:shd w:val="clear" w:color="auto" w:fill="FFFFFF" w:themeFill="background1"/>
            </w:pPr>
            <w:r>
              <w:t>- GV giới thiệu tiết nghe - viết.</w:t>
            </w:r>
          </w:p>
        </w:tc>
        <w:tc>
          <w:tcPr>
            <w:tcW w:w="5188" w:type="dxa"/>
            <w:tcBorders>
              <w:bottom w:val="single" w:sz="8" w:space="0" w:color="000000"/>
            </w:tcBorders>
            <w:tcMar>
              <w:top w:w="40" w:type="dxa"/>
              <w:left w:w="70" w:type="dxa"/>
              <w:bottom w:w="40" w:type="dxa"/>
              <w:right w:w="70" w:type="dxa"/>
            </w:tcMar>
          </w:tcPr>
          <w:p w14:paraId="7B62E82D" w14:textId="77777777" w:rsidR="0022328F" w:rsidRDefault="00965A9A" w:rsidP="00984A02">
            <w:pPr>
              <w:shd w:val="clear" w:color="auto" w:fill="FFFFFF" w:themeFill="background1"/>
            </w:pPr>
            <w:r>
              <w:t>- HS lắng nghe, chuẩn bị vở viết.</w:t>
            </w:r>
          </w:p>
        </w:tc>
      </w:tr>
      <w:tr w:rsidR="0022328F" w14:paraId="7874C40B"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5DB15E1F" w14:textId="77777777" w:rsidR="0022328F" w:rsidRDefault="00965A9A" w:rsidP="00984A02">
            <w:pPr>
              <w:shd w:val="clear" w:color="auto" w:fill="FFFFFF" w:themeFill="background1"/>
            </w:pPr>
            <w:r>
              <w:rPr>
                <w:b/>
                <w:color w:val="008000"/>
              </w:rPr>
              <w:t>2. Khám phá kiến thức - Hoạt động 1: Hướng dẫn nghe - viết (20 phút).</w:t>
            </w:r>
          </w:p>
        </w:tc>
      </w:tr>
      <w:tr w:rsidR="0022328F" w14:paraId="25FE6C36" w14:textId="77777777" w:rsidTr="00984A02">
        <w:trPr>
          <w:jc w:val="center"/>
        </w:trPr>
        <w:tc>
          <w:tcPr>
            <w:tcW w:w="5188" w:type="dxa"/>
            <w:tcBorders>
              <w:top w:val="single" w:sz="8" w:space="0" w:color="000000"/>
            </w:tcBorders>
            <w:tcMar>
              <w:top w:w="40" w:type="dxa"/>
              <w:left w:w="70" w:type="dxa"/>
              <w:bottom w:w="40" w:type="dxa"/>
              <w:right w:w="70" w:type="dxa"/>
            </w:tcMar>
          </w:tcPr>
          <w:p w14:paraId="3291D2B5" w14:textId="77777777" w:rsidR="0022328F" w:rsidRDefault="00965A9A" w:rsidP="00984A02">
            <w:pPr>
              <w:shd w:val="clear" w:color="auto" w:fill="FFFFFF" w:themeFill="background1"/>
            </w:pPr>
            <w:r>
              <w:t>- GV đọc 3 khổ thơ đầu bài Nặn đồ chơi.</w:t>
            </w:r>
          </w:p>
          <w:p w14:paraId="1F4D3536" w14:textId="38B73BE7" w:rsidR="0022328F" w:rsidRDefault="0022328F" w:rsidP="00984A02">
            <w:pPr>
              <w:shd w:val="clear" w:color="auto" w:fill="FFFFFF" w:themeFill="background1"/>
              <w:jc w:val="center"/>
            </w:pPr>
          </w:p>
        </w:tc>
        <w:tc>
          <w:tcPr>
            <w:tcW w:w="5188" w:type="dxa"/>
            <w:tcBorders>
              <w:top w:val="single" w:sz="8" w:space="0" w:color="000000"/>
            </w:tcBorders>
            <w:tcMar>
              <w:top w:w="40" w:type="dxa"/>
              <w:left w:w="70" w:type="dxa"/>
              <w:bottom w:w="40" w:type="dxa"/>
              <w:right w:w="70" w:type="dxa"/>
            </w:tcMar>
          </w:tcPr>
          <w:p w14:paraId="6FFF08B8" w14:textId="77777777" w:rsidR="0022328F" w:rsidRDefault="00965A9A" w:rsidP="00984A02">
            <w:pPr>
              <w:shd w:val="clear" w:color="auto" w:fill="FFFFFF" w:themeFill="background1"/>
            </w:pPr>
            <w:r>
              <w:t>- HS lắng nghe, 2 - 3 HS đọc lại đoạn viết.</w:t>
            </w:r>
          </w:p>
        </w:tc>
      </w:tr>
      <w:tr w:rsidR="0022328F" w14:paraId="406B6494" w14:textId="77777777" w:rsidTr="00984A02">
        <w:trPr>
          <w:jc w:val="center"/>
        </w:trPr>
        <w:tc>
          <w:tcPr>
            <w:tcW w:w="5188" w:type="dxa"/>
            <w:tcMar>
              <w:top w:w="40" w:type="dxa"/>
              <w:left w:w="70" w:type="dxa"/>
              <w:bottom w:w="40" w:type="dxa"/>
              <w:right w:w="70" w:type="dxa"/>
            </w:tcMar>
          </w:tcPr>
          <w:p w14:paraId="2C8A26B7" w14:textId="77777777" w:rsidR="0022328F" w:rsidRDefault="00965A9A" w:rsidP="00984A02">
            <w:pPr>
              <w:shd w:val="clear" w:color="auto" w:fill="FFFFFF" w:themeFill="background1"/>
            </w:pPr>
            <w:r>
              <w:t>- Trong đoạn thơ, bé nặn những đồ chơi nào?</w:t>
            </w:r>
          </w:p>
        </w:tc>
        <w:tc>
          <w:tcPr>
            <w:tcW w:w="5188" w:type="dxa"/>
            <w:tcMar>
              <w:top w:w="40" w:type="dxa"/>
              <w:left w:w="70" w:type="dxa"/>
              <w:bottom w:w="40" w:type="dxa"/>
              <w:right w:w="70" w:type="dxa"/>
            </w:tcMar>
          </w:tcPr>
          <w:p w14:paraId="4AFBFED1" w14:textId="77777777" w:rsidR="0022328F" w:rsidRDefault="00965A9A" w:rsidP="00984A02">
            <w:pPr>
              <w:shd w:val="clear" w:color="auto" w:fill="FFFFFF" w:themeFill="background1"/>
            </w:pPr>
            <w:r>
              <w:t>- HS trả lời: Bé nặn quả thị, quả na, chiếc cối.</w:t>
            </w:r>
          </w:p>
        </w:tc>
      </w:tr>
      <w:tr w:rsidR="0022328F" w14:paraId="393C70D1" w14:textId="77777777" w:rsidTr="00984A02">
        <w:trPr>
          <w:jc w:val="center"/>
        </w:trPr>
        <w:tc>
          <w:tcPr>
            <w:tcW w:w="5188" w:type="dxa"/>
            <w:tcMar>
              <w:top w:w="40" w:type="dxa"/>
              <w:left w:w="70" w:type="dxa"/>
              <w:bottom w:w="40" w:type="dxa"/>
              <w:right w:w="70" w:type="dxa"/>
            </w:tcMar>
          </w:tcPr>
          <w:p w14:paraId="72FE54A2" w14:textId="77777777" w:rsidR="0022328F" w:rsidRDefault="00965A9A" w:rsidP="00984A02">
            <w:pPr>
              <w:shd w:val="clear" w:color="auto" w:fill="FFFFFF" w:themeFill="background1"/>
            </w:pPr>
            <w:r>
              <w:t>- Những đồ chơi đó bé dành tặng ai?</w:t>
            </w:r>
          </w:p>
        </w:tc>
        <w:tc>
          <w:tcPr>
            <w:tcW w:w="5188" w:type="dxa"/>
            <w:tcMar>
              <w:top w:w="40" w:type="dxa"/>
              <w:left w:w="70" w:type="dxa"/>
              <w:bottom w:w="40" w:type="dxa"/>
              <w:right w:w="70" w:type="dxa"/>
            </w:tcMar>
          </w:tcPr>
          <w:p w14:paraId="2201C703" w14:textId="77777777" w:rsidR="0022328F" w:rsidRDefault="00965A9A" w:rsidP="00984A02">
            <w:pPr>
              <w:shd w:val="clear" w:color="auto" w:fill="FFFFFF" w:themeFill="background1"/>
            </w:pPr>
            <w:r>
              <w:t>- HS trả lời: Bé dành tặng bà, tặng bố, tặng mẹ.</w:t>
            </w:r>
          </w:p>
        </w:tc>
      </w:tr>
      <w:tr w:rsidR="0022328F" w14:paraId="729C9967" w14:textId="77777777" w:rsidTr="00984A02">
        <w:trPr>
          <w:jc w:val="center"/>
        </w:trPr>
        <w:tc>
          <w:tcPr>
            <w:tcW w:w="5188" w:type="dxa"/>
            <w:tcMar>
              <w:top w:w="40" w:type="dxa"/>
              <w:left w:w="70" w:type="dxa"/>
              <w:bottom w:w="40" w:type="dxa"/>
              <w:right w:w="70" w:type="dxa"/>
            </w:tcMar>
          </w:tcPr>
          <w:p w14:paraId="5EC0DAA4" w14:textId="77777777" w:rsidR="0022328F" w:rsidRDefault="00965A9A" w:rsidP="00984A02">
            <w:pPr>
              <w:shd w:val="clear" w:color="auto" w:fill="FFFFFF" w:themeFill="background1"/>
            </w:pPr>
            <w:r>
              <w:t>- Đoạn thơ có những chữ nào cần viết hoa?</w:t>
            </w:r>
          </w:p>
        </w:tc>
        <w:tc>
          <w:tcPr>
            <w:tcW w:w="5188" w:type="dxa"/>
            <w:tcMar>
              <w:top w:w="40" w:type="dxa"/>
              <w:left w:w="70" w:type="dxa"/>
              <w:bottom w:w="40" w:type="dxa"/>
              <w:right w:w="70" w:type="dxa"/>
            </w:tcMar>
          </w:tcPr>
          <w:p w14:paraId="2790A1D1" w14:textId="77777777" w:rsidR="0022328F" w:rsidRDefault="00965A9A" w:rsidP="00984A02">
            <w:pPr>
              <w:shd w:val="clear" w:color="auto" w:fill="FFFFFF" w:themeFill="background1"/>
            </w:pPr>
            <w:r>
              <w:t>- HS trả lời: Viết hoa chữ đầu tên bài thơ và chữ đầu mỗi dòng thơ.</w:t>
            </w:r>
          </w:p>
        </w:tc>
      </w:tr>
      <w:tr w:rsidR="0022328F" w14:paraId="1C884DCF" w14:textId="77777777" w:rsidTr="00984A02">
        <w:trPr>
          <w:jc w:val="center"/>
        </w:trPr>
        <w:tc>
          <w:tcPr>
            <w:tcW w:w="5188" w:type="dxa"/>
            <w:tcMar>
              <w:top w:w="40" w:type="dxa"/>
              <w:left w:w="70" w:type="dxa"/>
              <w:bottom w:w="40" w:type="dxa"/>
              <w:right w:w="70" w:type="dxa"/>
            </w:tcMar>
          </w:tcPr>
          <w:p w14:paraId="7CB5F362" w14:textId="77777777" w:rsidR="0022328F" w:rsidRDefault="00965A9A" w:rsidP="00984A02">
            <w:pPr>
              <w:shd w:val="clear" w:color="auto" w:fill="FFFFFF" w:themeFill="background1"/>
            </w:pPr>
            <w:r>
              <w:t>- Tìm chữ dễ viết sai và viết bảng con.</w:t>
            </w:r>
          </w:p>
        </w:tc>
        <w:tc>
          <w:tcPr>
            <w:tcW w:w="5188" w:type="dxa"/>
            <w:tcMar>
              <w:top w:w="40" w:type="dxa"/>
              <w:left w:w="70" w:type="dxa"/>
              <w:bottom w:w="40" w:type="dxa"/>
              <w:right w:w="70" w:type="dxa"/>
            </w:tcMar>
          </w:tcPr>
          <w:p w14:paraId="6B46F740" w14:textId="77777777" w:rsidR="0022328F" w:rsidRDefault="00965A9A" w:rsidP="00984A02">
            <w:pPr>
              <w:shd w:val="clear" w:color="auto" w:fill="FFFFFF" w:themeFill="background1"/>
            </w:pPr>
            <w:r>
              <w:t>- HS viết bảng con: tròn xoe, giã trầu, thích chí, vẫy đuôi, vểnh râu.</w:t>
            </w:r>
          </w:p>
        </w:tc>
      </w:tr>
      <w:tr w:rsidR="0022328F" w14:paraId="6CA8752F" w14:textId="77777777" w:rsidTr="00984A02">
        <w:trPr>
          <w:jc w:val="center"/>
        </w:trPr>
        <w:tc>
          <w:tcPr>
            <w:tcW w:w="5188" w:type="dxa"/>
            <w:tcMar>
              <w:top w:w="40" w:type="dxa"/>
              <w:left w:w="70" w:type="dxa"/>
              <w:bottom w:w="40" w:type="dxa"/>
              <w:right w:w="70" w:type="dxa"/>
            </w:tcMar>
          </w:tcPr>
          <w:p w14:paraId="341DC5E8" w14:textId="77777777" w:rsidR="0022328F" w:rsidRDefault="00965A9A" w:rsidP="00984A02">
            <w:pPr>
              <w:shd w:val="clear" w:color="auto" w:fill="FFFFFF" w:themeFill="background1"/>
            </w:pPr>
            <w:r>
              <w:t>- Nghe GV đọc từng dòng thơ và viết vào vở.</w:t>
            </w:r>
          </w:p>
        </w:tc>
        <w:tc>
          <w:tcPr>
            <w:tcW w:w="5188" w:type="dxa"/>
            <w:tcMar>
              <w:top w:w="40" w:type="dxa"/>
              <w:left w:w="70" w:type="dxa"/>
              <w:bottom w:w="40" w:type="dxa"/>
              <w:right w:w="70" w:type="dxa"/>
            </w:tcMar>
          </w:tcPr>
          <w:p w14:paraId="753E2899" w14:textId="77777777" w:rsidR="0022328F" w:rsidRDefault="00965A9A" w:rsidP="00984A02">
            <w:pPr>
              <w:shd w:val="clear" w:color="auto" w:fill="FFFFFF" w:themeFill="background1"/>
            </w:pPr>
            <w:r>
              <w:t>- HS viết bài vào vở, lùi vào đúng ô, cách dòng giữa các khổ thơ.</w:t>
            </w:r>
          </w:p>
        </w:tc>
      </w:tr>
      <w:tr w:rsidR="0022328F" w14:paraId="660E58AA" w14:textId="77777777" w:rsidTr="00984A02">
        <w:trPr>
          <w:jc w:val="center"/>
        </w:trPr>
        <w:tc>
          <w:tcPr>
            <w:tcW w:w="5188" w:type="dxa"/>
            <w:tcBorders>
              <w:bottom w:val="single" w:sz="8" w:space="0" w:color="000000"/>
            </w:tcBorders>
            <w:tcMar>
              <w:top w:w="40" w:type="dxa"/>
              <w:left w:w="70" w:type="dxa"/>
              <w:bottom w:w="40" w:type="dxa"/>
              <w:right w:w="70" w:type="dxa"/>
            </w:tcMar>
          </w:tcPr>
          <w:p w14:paraId="15A472CE" w14:textId="77777777" w:rsidR="0022328F" w:rsidRDefault="00965A9A" w:rsidP="00984A02">
            <w:pPr>
              <w:shd w:val="clear" w:color="auto" w:fill="FFFFFF" w:themeFill="background1"/>
            </w:pPr>
            <w:r>
              <w:t>- Soát lỗi lần 1, đổi vở soát lỗi lần 2.</w:t>
            </w:r>
          </w:p>
        </w:tc>
        <w:tc>
          <w:tcPr>
            <w:tcW w:w="5188" w:type="dxa"/>
            <w:tcBorders>
              <w:bottom w:val="single" w:sz="8" w:space="0" w:color="000000"/>
            </w:tcBorders>
            <w:tcMar>
              <w:top w:w="40" w:type="dxa"/>
              <w:left w:w="70" w:type="dxa"/>
              <w:bottom w:w="40" w:type="dxa"/>
              <w:right w:w="70" w:type="dxa"/>
            </w:tcMar>
          </w:tcPr>
          <w:p w14:paraId="60D4FD82" w14:textId="77777777" w:rsidR="0022328F" w:rsidRDefault="00965A9A" w:rsidP="00984A02">
            <w:pPr>
              <w:shd w:val="clear" w:color="auto" w:fill="FFFFFF" w:themeFill="background1"/>
            </w:pPr>
            <w:r>
              <w:t>- HS soát lỗi bằng bút mực, đổi vở cho bạn và gạch chân chữ viết sai bằng bút chì.</w:t>
            </w:r>
          </w:p>
        </w:tc>
      </w:tr>
      <w:tr w:rsidR="0022328F" w14:paraId="0A29AC69"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4F6C55F0" w14:textId="77777777" w:rsidR="0022328F" w:rsidRDefault="00965A9A" w:rsidP="00984A02">
            <w:pPr>
              <w:shd w:val="clear" w:color="auto" w:fill="FFFFFF" w:themeFill="background1"/>
            </w:pPr>
            <w:r>
              <w:rPr>
                <w:b/>
                <w:color w:val="008000"/>
              </w:rPr>
              <w:t>3. Thực hành (10 phút) – Làm bài tập chính tả.</w:t>
            </w:r>
          </w:p>
        </w:tc>
      </w:tr>
      <w:tr w:rsidR="0022328F" w14:paraId="347CAEAE" w14:textId="77777777" w:rsidTr="00984A02">
        <w:trPr>
          <w:jc w:val="center"/>
        </w:trPr>
        <w:tc>
          <w:tcPr>
            <w:tcW w:w="5188" w:type="dxa"/>
            <w:tcBorders>
              <w:top w:val="single" w:sz="8" w:space="0" w:color="000000"/>
            </w:tcBorders>
            <w:tcMar>
              <w:top w:w="40" w:type="dxa"/>
              <w:left w:w="70" w:type="dxa"/>
              <w:bottom w:w="40" w:type="dxa"/>
              <w:right w:w="70" w:type="dxa"/>
            </w:tcMar>
          </w:tcPr>
          <w:p w14:paraId="7BC7F1E9" w14:textId="77777777" w:rsidR="0022328F" w:rsidRDefault="00965A9A" w:rsidP="00984A02">
            <w:pPr>
              <w:shd w:val="clear" w:color="auto" w:fill="FFFFFF" w:themeFill="background1"/>
            </w:pPr>
            <w:r>
              <w:rPr>
                <w:b/>
                <w:color w:val="000000"/>
              </w:rPr>
              <w:t>Bài tập 2: Ghép da hoặc gia với các tiếng để tạo thành từ ngữ đúng. Viết 3 từ ngữ vào vở.</w:t>
            </w:r>
          </w:p>
        </w:tc>
        <w:tc>
          <w:tcPr>
            <w:tcW w:w="5188" w:type="dxa"/>
            <w:tcBorders>
              <w:top w:val="single" w:sz="8" w:space="0" w:color="000000"/>
            </w:tcBorders>
            <w:tcMar>
              <w:top w:w="40" w:type="dxa"/>
              <w:left w:w="70" w:type="dxa"/>
              <w:bottom w:w="40" w:type="dxa"/>
              <w:right w:w="70" w:type="dxa"/>
            </w:tcMar>
          </w:tcPr>
          <w:p w14:paraId="40987992" w14:textId="77777777" w:rsidR="0022328F" w:rsidRDefault="00965A9A" w:rsidP="00984A02">
            <w:pPr>
              <w:shd w:val="clear" w:color="auto" w:fill="FFFFFF" w:themeFill="background1"/>
            </w:pPr>
            <w:r>
              <w:t>- HS đọc đề bài và quan sát phiếu bài tập.</w:t>
            </w:r>
          </w:p>
        </w:tc>
      </w:tr>
      <w:tr w:rsidR="0022328F" w14:paraId="3F75F67C" w14:textId="77777777" w:rsidTr="00984A02">
        <w:trPr>
          <w:jc w:val="center"/>
        </w:trPr>
        <w:tc>
          <w:tcPr>
            <w:tcW w:w="5188" w:type="dxa"/>
            <w:tcMar>
              <w:top w:w="40" w:type="dxa"/>
              <w:left w:w="70" w:type="dxa"/>
              <w:bottom w:w="40" w:type="dxa"/>
              <w:right w:w="70" w:type="dxa"/>
            </w:tcMar>
          </w:tcPr>
          <w:p w14:paraId="2E461E7B" w14:textId="77777777" w:rsidR="0022328F" w:rsidRDefault="00965A9A" w:rsidP="00984A02">
            <w:pPr>
              <w:shd w:val="clear" w:color="auto" w:fill="FFFFFF" w:themeFill="background1"/>
            </w:pPr>
            <w:r>
              <w:t>- GV yêu cầu HS đọc đề bài.</w:t>
            </w:r>
          </w:p>
          <w:p w14:paraId="530C2348" w14:textId="6881EA34" w:rsidR="0022328F" w:rsidRDefault="0022328F" w:rsidP="00984A02">
            <w:pPr>
              <w:shd w:val="clear" w:color="auto" w:fill="FFFFFF" w:themeFill="background1"/>
              <w:jc w:val="center"/>
            </w:pPr>
          </w:p>
        </w:tc>
        <w:tc>
          <w:tcPr>
            <w:tcW w:w="5188" w:type="dxa"/>
            <w:tcMar>
              <w:top w:w="40" w:type="dxa"/>
              <w:left w:w="70" w:type="dxa"/>
              <w:bottom w:w="40" w:type="dxa"/>
              <w:right w:w="70" w:type="dxa"/>
            </w:tcMar>
          </w:tcPr>
          <w:p w14:paraId="13B26FC1" w14:textId="77777777" w:rsidR="0022328F" w:rsidRDefault="00965A9A" w:rsidP="00984A02">
            <w:pPr>
              <w:shd w:val="clear" w:color="auto" w:fill="FFFFFF" w:themeFill="background1"/>
            </w:pPr>
            <w:r>
              <w:t>- HS đọc đề bài và xác định yêu cầu: ghép da hoặc gia để tạo từ đúng.</w:t>
            </w:r>
          </w:p>
        </w:tc>
      </w:tr>
      <w:tr w:rsidR="0022328F" w14:paraId="6AF63B17" w14:textId="77777777" w:rsidTr="00984A02">
        <w:trPr>
          <w:jc w:val="center"/>
        </w:trPr>
        <w:tc>
          <w:tcPr>
            <w:tcW w:w="5188" w:type="dxa"/>
            <w:tcMar>
              <w:top w:w="40" w:type="dxa"/>
              <w:left w:w="70" w:type="dxa"/>
              <w:bottom w:w="40" w:type="dxa"/>
              <w:right w:w="70" w:type="dxa"/>
            </w:tcMar>
          </w:tcPr>
          <w:p w14:paraId="2B7DD5CE" w14:textId="77777777" w:rsidR="0022328F" w:rsidRDefault="00965A9A" w:rsidP="00984A02">
            <w:pPr>
              <w:shd w:val="clear" w:color="auto" w:fill="FFFFFF" w:themeFill="background1"/>
            </w:pPr>
            <w:r>
              <w:lastRenderedPageBreak/>
              <w:t>- Chơi trò Ai nhanh hơn theo 3 đội.</w:t>
            </w:r>
          </w:p>
        </w:tc>
        <w:tc>
          <w:tcPr>
            <w:tcW w:w="5188" w:type="dxa"/>
            <w:tcMar>
              <w:top w:w="40" w:type="dxa"/>
              <w:left w:w="70" w:type="dxa"/>
              <w:bottom w:w="40" w:type="dxa"/>
              <w:right w:w="70" w:type="dxa"/>
            </w:tcMar>
          </w:tcPr>
          <w:p w14:paraId="158002C0" w14:textId="77777777" w:rsidR="0022328F" w:rsidRDefault="00965A9A" w:rsidP="00984A02">
            <w:pPr>
              <w:shd w:val="clear" w:color="auto" w:fill="FFFFFF" w:themeFill="background1"/>
            </w:pPr>
            <w:r>
              <w:t>- HS tham gia nối từ; đáp án: cặp da, gia vị, gia đình, gia cầm, da dẻ.</w:t>
            </w:r>
          </w:p>
        </w:tc>
      </w:tr>
      <w:tr w:rsidR="0022328F" w14:paraId="101F50E6" w14:textId="77777777" w:rsidTr="00984A02">
        <w:trPr>
          <w:jc w:val="center"/>
        </w:trPr>
        <w:tc>
          <w:tcPr>
            <w:tcW w:w="5188" w:type="dxa"/>
            <w:tcMar>
              <w:top w:w="40" w:type="dxa"/>
              <w:left w:w="70" w:type="dxa"/>
              <w:bottom w:w="40" w:type="dxa"/>
              <w:right w:w="70" w:type="dxa"/>
            </w:tcMar>
          </w:tcPr>
          <w:p w14:paraId="0345DC2B" w14:textId="77777777" w:rsidR="0022328F" w:rsidRDefault="00965A9A" w:rsidP="00984A02">
            <w:pPr>
              <w:shd w:val="clear" w:color="auto" w:fill="FFFFFF" w:themeFill="background1"/>
            </w:pPr>
            <w:r>
              <w:rPr>
                <w:b/>
                <w:color w:val="000000"/>
              </w:rPr>
              <w:t>Bài tập 3: Chọn a hoặc b.</w:t>
            </w:r>
          </w:p>
        </w:tc>
        <w:tc>
          <w:tcPr>
            <w:tcW w:w="5188" w:type="dxa"/>
            <w:tcMar>
              <w:top w:w="40" w:type="dxa"/>
              <w:left w:w="70" w:type="dxa"/>
              <w:bottom w:w="40" w:type="dxa"/>
              <w:right w:w="70" w:type="dxa"/>
            </w:tcMar>
          </w:tcPr>
          <w:p w14:paraId="2A1C0602" w14:textId="77777777" w:rsidR="0022328F" w:rsidRDefault="00965A9A" w:rsidP="00984A02">
            <w:pPr>
              <w:shd w:val="clear" w:color="auto" w:fill="FFFFFF" w:themeFill="background1"/>
            </w:pPr>
            <w:r>
              <w:t>- HS đọc đề bài và chọn phần làm theo yêu cầu của GV.</w:t>
            </w:r>
          </w:p>
        </w:tc>
      </w:tr>
      <w:tr w:rsidR="0022328F" w14:paraId="3D33CCEE" w14:textId="77777777" w:rsidTr="00984A02">
        <w:trPr>
          <w:jc w:val="center"/>
        </w:trPr>
        <w:tc>
          <w:tcPr>
            <w:tcW w:w="5188" w:type="dxa"/>
            <w:tcMar>
              <w:top w:w="40" w:type="dxa"/>
              <w:left w:w="70" w:type="dxa"/>
              <w:bottom w:w="40" w:type="dxa"/>
              <w:right w:w="70" w:type="dxa"/>
            </w:tcMar>
          </w:tcPr>
          <w:p w14:paraId="1C6F4DB1" w14:textId="77777777" w:rsidR="0022328F" w:rsidRDefault="00965A9A" w:rsidP="00984A02">
            <w:pPr>
              <w:shd w:val="clear" w:color="auto" w:fill="FFFFFF" w:themeFill="background1"/>
            </w:pPr>
            <w:r>
              <w:t>- Làm nhóm 2: chọn từ ngữ thích hợp thay cho ô vuông.</w:t>
            </w:r>
          </w:p>
        </w:tc>
        <w:tc>
          <w:tcPr>
            <w:tcW w:w="5188" w:type="dxa"/>
            <w:tcMar>
              <w:top w:w="40" w:type="dxa"/>
              <w:left w:w="70" w:type="dxa"/>
              <w:bottom w:w="40" w:type="dxa"/>
              <w:right w:w="70" w:type="dxa"/>
            </w:tcMar>
          </w:tcPr>
          <w:p w14:paraId="7504335F" w14:textId="77777777" w:rsidR="0022328F" w:rsidRDefault="00965A9A" w:rsidP="00984A02">
            <w:pPr>
              <w:shd w:val="clear" w:color="auto" w:fill="FFFFFF" w:themeFill="background1"/>
            </w:pPr>
            <w:r>
              <w:t>- HS trả lời: Kéo cưa lừa xẻ; Múa sạp; Con đường uốn lượn quanh sườn núi; Hoa hướng dương vươn mình đón ánh nắng mặt trời.</w:t>
            </w:r>
          </w:p>
        </w:tc>
      </w:tr>
      <w:tr w:rsidR="0022328F" w14:paraId="4F2362E5" w14:textId="77777777" w:rsidTr="00984A02">
        <w:trPr>
          <w:jc w:val="center"/>
        </w:trPr>
        <w:tc>
          <w:tcPr>
            <w:tcW w:w="5188" w:type="dxa"/>
            <w:tcMar>
              <w:top w:w="40" w:type="dxa"/>
              <w:left w:w="70" w:type="dxa"/>
              <w:bottom w:w="40" w:type="dxa"/>
              <w:right w:w="70" w:type="dxa"/>
            </w:tcMar>
          </w:tcPr>
          <w:p w14:paraId="0749A566" w14:textId="77777777" w:rsidR="0022328F" w:rsidRDefault="00965A9A" w:rsidP="00984A02">
            <w:pPr>
              <w:shd w:val="clear" w:color="auto" w:fill="FFFFFF" w:themeFill="background1"/>
            </w:pPr>
            <w:r>
              <w:t>- GV kết luận: Các em cần đọc kĩ tiếng, nhớ nghĩa từ và quy tắc chính tả để chọn đúng.</w:t>
            </w:r>
          </w:p>
        </w:tc>
        <w:tc>
          <w:tcPr>
            <w:tcW w:w="5188" w:type="dxa"/>
            <w:tcMar>
              <w:top w:w="40" w:type="dxa"/>
              <w:left w:w="70" w:type="dxa"/>
              <w:bottom w:w="40" w:type="dxa"/>
              <w:right w:w="70" w:type="dxa"/>
            </w:tcMar>
          </w:tcPr>
          <w:p w14:paraId="2F5AF2DA" w14:textId="77777777" w:rsidR="0022328F" w:rsidRDefault="00965A9A" w:rsidP="00984A02">
            <w:pPr>
              <w:shd w:val="clear" w:color="auto" w:fill="FFFFFF" w:themeFill="background1"/>
            </w:pPr>
            <w:r>
              <w:t>- HS lắng nghe, sửa bài vào vở.</w:t>
            </w:r>
          </w:p>
        </w:tc>
      </w:tr>
      <w:tr w:rsidR="0022328F" w14:paraId="171C057F" w14:textId="77777777" w:rsidTr="00984A02">
        <w:trPr>
          <w:jc w:val="center"/>
        </w:trPr>
        <w:tc>
          <w:tcPr>
            <w:tcW w:w="5188" w:type="dxa"/>
            <w:tcBorders>
              <w:bottom w:val="single" w:sz="8" w:space="0" w:color="000000"/>
            </w:tcBorders>
            <w:tcMar>
              <w:top w:w="40" w:type="dxa"/>
              <w:left w:w="70" w:type="dxa"/>
              <w:bottom w:w="40" w:type="dxa"/>
              <w:right w:w="70" w:type="dxa"/>
            </w:tcMar>
          </w:tcPr>
          <w:p w14:paraId="1B95D2E5" w14:textId="77777777" w:rsidR="0022328F" w:rsidRDefault="00965A9A" w:rsidP="00984A02">
            <w:pPr>
              <w:shd w:val="clear" w:color="auto" w:fill="FFFFFF" w:themeFill="background1"/>
            </w:pPr>
            <w:r>
              <w:rPr>
                <w:color w:val="C00000"/>
              </w:rPr>
              <w:t>- Câu hỏi dẫn tích hợp NLS: Khi chưa chắc một từ viết da hay gia, em có thể nhờ công cụ số hỗ trợ thế nào?</w:t>
            </w:r>
          </w:p>
          <w:p w14:paraId="5DC85DA7" w14:textId="77777777" w:rsidR="0022328F" w:rsidRDefault="00965A9A" w:rsidP="00984A02">
            <w:pPr>
              <w:shd w:val="clear" w:color="auto" w:fill="FFFFFF" w:themeFill="background1"/>
            </w:pPr>
            <w:r>
              <w:rPr>
                <w:color w:val="C00000"/>
              </w:rPr>
              <w:t>- Diễn giải tích hợp NLS 1.1.CB1a: GV hướng dẫn HS biết dưới sự hỗ trợ của người lớn, có thể tra cứu từ trong từ điển số hoặc tài liệu điện tử đáng tin cậy. Tuy nhiên, HS không được tự ý bấm vào trang lạ, không nhập thông tin cá nhân; sau khi thấy kết quả, cần đọc lại nghĩa từ và đối chiếu với bài học. Ví dụ: gia đình, gia vị liên quan đến nghĩa khác với da dẻ, cặp da.</w:t>
            </w:r>
          </w:p>
        </w:tc>
        <w:tc>
          <w:tcPr>
            <w:tcW w:w="5188" w:type="dxa"/>
            <w:tcBorders>
              <w:bottom w:val="single" w:sz="8" w:space="0" w:color="000000"/>
            </w:tcBorders>
            <w:tcMar>
              <w:top w:w="40" w:type="dxa"/>
              <w:left w:w="70" w:type="dxa"/>
              <w:bottom w:w="40" w:type="dxa"/>
              <w:right w:w="70" w:type="dxa"/>
            </w:tcMar>
          </w:tcPr>
          <w:p w14:paraId="6ABDADED" w14:textId="77777777" w:rsidR="0022328F" w:rsidRDefault="00965A9A" w:rsidP="00984A02">
            <w:pPr>
              <w:shd w:val="clear" w:color="auto" w:fill="FFFFFF" w:themeFill="background1"/>
            </w:pPr>
            <w:r>
              <w:rPr>
                <w:color w:val="C00000"/>
              </w:rPr>
              <w:t>- HS trả lời: Em có thể nhờ cô/người lớn tra từ trong nguồn đáng tin cậy, rồi kiểm tra lại nghĩa từ.</w:t>
            </w:r>
          </w:p>
          <w:p w14:paraId="09C64A46" w14:textId="77777777" w:rsidR="0022328F" w:rsidRDefault="00965A9A" w:rsidP="00984A02">
            <w:pPr>
              <w:shd w:val="clear" w:color="auto" w:fill="FFFFFF" w:themeFill="background1"/>
            </w:pPr>
            <w:r>
              <w:rPr>
                <w:color w:val="C00000"/>
              </w:rPr>
              <w:t>- HS ghi nhớ: Công cụ số chỉ hỗ trợ, em phải đọc kĩ và đối chiếu quy tắc chính tả.</w:t>
            </w:r>
          </w:p>
        </w:tc>
      </w:tr>
      <w:tr w:rsidR="0022328F" w14:paraId="3CB0A29A"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290B971B" w14:textId="77777777" w:rsidR="0022328F" w:rsidRDefault="00965A9A" w:rsidP="00984A02">
            <w:pPr>
              <w:shd w:val="clear" w:color="auto" w:fill="FFFFFF" w:themeFill="background1"/>
            </w:pPr>
            <w:r>
              <w:rPr>
                <w:b/>
                <w:color w:val="008000"/>
              </w:rPr>
              <w:t>4. Vận dụng (2 phút) – Củng cố chính tả.</w:t>
            </w:r>
          </w:p>
        </w:tc>
      </w:tr>
      <w:tr w:rsidR="0022328F" w14:paraId="026B0D89" w14:textId="77777777" w:rsidTr="00984A02">
        <w:trPr>
          <w:jc w:val="center"/>
        </w:trPr>
        <w:tc>
          <w:tcPr>
            <w:tcW w:w="5188" w:type="dxa"/>
            <w:tcBorders>
              <w:top w:val="single" w:sz="8" w:space="0" w:color="000000"/>
            </w:tcBorders>
            <w:tcMar>
              <w:top w:w="40" w:type="dxa"/>
              <w:left w:w="70" w:type="dxa"/>
              <w:bottom w:w="40" w:type="dxa"/>
              <w:right w:w="70" w:type="dxa"/>
            </w:tcMar>
          </w:tcPr>
          <w:p w14:paraId="5F5AC5D6" w14:textId="77777777" w:rsidR="0022328F" w:rsidRDefault="00965A9A" w:rsidP="00984A02">
            <w:pPr>
              <w:shd w:val="clear" w:color="auto" w:fill="FFFFFF" w:themeFill="background1"/>
            </w:pPr>
            <w:r>
              <w:t>- Nêu một từ viết với da và một từ viết với gia.</w:t>
            </w:r>
          </w:p>
        </w:tc>
        <w:tc>
          <w:tcPr>
            <w:tcW w:w="5188" w:type="dxa"/>
            <w:tcBorders>
              <w:top w:val="single" w:sz="8" w:space="0" w:color="000000"/>
            </w:tcBorders>
            <w:tcMar>
              <w:top w:w="40" w:type="dxa"/>
              <w:left w:w="70" w:type="dxa"/>
              <w:bottom w:w="40" w:type="dxa"/>
              <w:right w:w="70" w:type="dxa"/>
            </w:tcMar>
          </w:tcPr>
          <w:p w14:paraId="38647F0E" w14:textId="77777777" w:rsidR="0022328F" w:rsidRDefault="00965A9A" w:rsidP="00984A02">
            <w:pPr>
              <w:shd w:val="clear" w:color="auto" w:fill="FFFFFF" w:themeFill="background1"/>
            </w:pPr>
            <w:r>
              <w:t>- HS nêu: da dẻ, cặp da; gia đình, gia vị.</w:t>
            </w:r>
          </w:p>
        </w:tc>
      </w:tr>
      <w:tr w:rsidR="0022328F" w14:paraId="4859D186" w14:textId="77777777" w:rsidTr="00984A02">
        <w:trPr>
          <w:jc w:val="center"/>
        </w:trPr>
        <w:tc>
          <w:tcPr>
            <w:tcW w:w="5188" w:type="dxa"/>
            <w:tcMar>
              <w:top w:w="40" w:type="dxa"/>
              <w:left w:w="70" w:type="dxa"/>
              <w:bottom w:w="40" w:type="dxa"/>
              <w:right w:w="70" w:type="dxa"/>
            </w:tcMar>
          </w:tcPr>
          <w:p w14:paraId="5FF30541" w14:textId="77777777" w:rsidR="0022328F" w:rsidRDefault="00965A9A" w:rsidP="00984A02">
            <w:pPr>
              <w:shd w:val="clear" w:color="auto" w:fill="FFFFFF" w:themeFill="background1"/>
            </w:pPr>
            <w:r>
              <w:t>- Dặn dò: Về nhà sửa lỗi trong bài viết và chuẩn bị tiết luyện tập.</w:t>
            </w:r>
          </w:p>
        </w:tc>
        <w:tc>
          <w:tcPr>
            <w:tcW w:w="5188" w:type="dxa"/>
            <w:tcMar>
              <w:top w:w="40" w:type="dxa"/>
              <w:left w:w="70" w:type="dxa"/>
              <w:bottom w:w="40" w:type="dxa"/>
              <w:right w:w="70" w:type="dxa"/>
            </w:tcMar>
          </w:tcPr>
          <w:p w14:paraId="091D6935" w14:textId="77777777" w:rsidR="0022328F" w:rsidRDefault="00965A9A" w:rsidP="00984A02">
            <w:pPr>
              <w:shd w:val="clear" w:color="auto" w:fill="FFFFFF" w:themeFill="background1"/>
            </w:pPr>
            <w:r>
              <w:t>- HS ghi nhớ nhiệm vụ.</w:t>
            </w:r>
          </w:p>
        </w:tc>
      </w:tr>
    </w:tbl>
    <w:p w14:paraId="38C7CF28" w14:textId="77777777" w:rsidR="0022328F" w:rsidRDefault="00965A9A" w:rsidP="00984A02">
      <w:pPr>
        <w:shd w:val="clear" w:color="auto" w:fill="FFFFFF" w:themeFill="background1"/>
        <w:spacing w:after="0" w:line="240" w:lineRule="auto"/>
      </w:pPr>
      <w:r>
        <w:rPr>
          <w:b/>
        </w:rPr>
        <w:t>IV. ĐIỀU CHỈNH SAU TIẾT DẠY (NẾU CÓ)</w:t>
      </w:r>
    </w:p>
    <w:p w14:paraId="64630453" w14:textId="77777777" w:rsidR="0022328F" w:rsidRDefault="00965A9A" w:rsidP="00984A02">
      <w:pPr>
        <w:shd w:val="clear" w:color="auto" w:fill="FFFFFF" w:themeFill="background1"/>
        <w:spacing w:after="0" w:line="240" w:lineRule="auto"/>
      </w:pPr>
      <w:r>
        <w:t>……………………………………………………………………………………………………</w:t>
      </w:r>
    </w:p>
    <w:p w14:paraId="45A9D957" w14:textId="77777777" w:rsidR="0022328F" w:rsidRDefault="00965A9A" w:rsidP="00984A02">
      <w:pPr>
        <w:shd w:val="clear" w:color="auto" w:fill="FFFFFF" w:themeFill="background1"/>
        <w:spacing w:after="0" w:line="240" w:lineRule="auto"/>
      </w:pPr>
      <w:r>
        <w:t>……………………………………………………………………………………………………</w:t>
      </w:r>
    </w:p>
    <w:p w14:paraId="2003BBBE" w14:textId="77777777" w:rsidR="0022328F" w:rsidRDefault="00965A9A" w:rsidP="00984A02">
      <w:pPr>
        <w:shd w:val="clear" w:color="auto" w:fill="FFFFFF" w:themeFill="background1"/>
        <w:spacing w:after="0" w:line="240" w:lineRule="auto"/>
        <w:jc w:val="center"/>
      </w:pPr>
      <w:r>
        <w:rPr>
          <w:b/>
          <w:color w:val="0066CC"/>
        </w:rPr>
        <w:t>KẾ HOẠCH DẠY HỌC – TUẦN 13</w:t>
      </w:r>
    </w:p>
    <w:p w14:paraId="4A463965" w14:textId="77777777" w:rsidR="0022328F" w:rsidRDefault="00965A9A" w:rsidP="00984A02">
      <w:pPr>
        <w:shd w:val="clear" w:color="auto" w:fill="FFFFFF" w:themeFill="background1"/>
        <w:spacing w:after="0" w:line="240" w:lineRule="auto"/>
        <w:jc w:val="center"/>
      </w:pPr>
      <w:r>
        <w:rPr>
          <w:b/>
          <w:color w:val="000000"/>
        </w:rPr>
        <w:t>Chủ đề 3: Niềm vui tuổi thơ</w:t>
      </w:r>
    </w:p>
    <w:p w14:paraId="0314BB93" w14:textId="77777777" w:rsidR="0022328F" w:rsidRDefault="00965A9A" w:rsidP="00984A02">
      <w:pPr>
        <w:shd w:val="clear" w:color="auto" w:fill="FFFFFF" w:themeFill="background1"/>
        <w:spacing w:after="0" w:line="240" w:lineRule="auto"/>
        <w:jc w:val="center"/>
      </w:pPr>
      <w:r>
        <w:rPr>
          <w:b/>
          <w:color w:val="000000"/>
        </w:rPr>
        <w:t>BÀI 24: NẶN ĐỒ CHƠI</w:t>
      </w:r>
    </w:p>
    <w:p w14:paraId="4D6CAEBF" w14:textId="77777777" w:rsidR="0022328F" w:rsidRDefault="00965A9A" w:rsidP="00984A02">
      <w:pPr>
        <w:shd w:val="clear" w:color="auto" w:fill="FFFFFF" w:themeFill="background1"/>
        <w:spacing w:after="0" w:line="240" w:lineRule="auto"/>
        <w:jc w:val="center"/>
      </w:pPr>
      <w:r>
        <w:rPr>
          <w:b/>
          <w:color w:val="000000"/>
        </w:rPr>
        <w:t>Tiết 4: Luyện từ và câu – Từ ngữ về đồ chơi; Dấu phẩy</w:t>
      </w:r>
    </w:p>
    <w:p w14:paraId="5D78C601" w14:textId="77777777" w:rsidR="0022328F" w:rsidRDefault="00965A9A" w:rsidP="00984A02">
      <w:pPr>
        <w:shd w:val="clear" w:color="auto" w:fill="FFFFFF" w:themeFill="background1"/>
        <w:spacing w:after="0" w:line="240" w:lineRule="auto"/>
      </w:pPr>
      <w:r>
        <w:rPr>
          <w:b/>
        </w:rPr>
        <w:t>I. YÊU CẦU CẦN ĐẠT</w:t>
      </w:r>
    </w:p>
    <w:p w14:paraId="7D51056D" w14:textId="77777777" w:rsidR="0022328F" w:rsidRDefault="00965A9A" w:rsidP="00984A02">
      <w:pPr>
        <w:shd w:val="clear" w:color="auto" w:fill="FFFFFF" w:themeFill="background1"/>
        <w:spacing w:after="0" w:line="240" w:lineRule="auto"/>
      </w:pPr>
      <w:r>
        <w:rPr>
          <w:b/>
        </w:rPr>
        <w:t>1. Năng lực đặc thù</w:t>
      </w:r>
    </w:p>
    <w:p w14:paraId="284A2A79" w14:textId="77777777" w:rsidR="0022328F" w:rsidRDefault="00965A9A" w:rsidP="00984A02">
      <w:pPr>
        <w:shd w:val="clear" w:color="auto" w:fill="FFFFFF" w:themeFill="background1"/>
        <w:spacing w:after="0" w:line="240" w:lineRule="auto"/>
      </w:pPr>
      <w:r>
        <w:t>- Phát triển vốn từ chỉ đặc điểm của đồ chơi.</w:t>
      </w:r>
    </w:p>
    <w:p w14:paraId="404C31CF" w14:textId="77777777" w:rsidR="0022328F" w:rsidRDefault="00965A9A" w:rsidP="00984A02">
      <w:pPr>
        <w:shd w:val="clear" w:color="auto" w:fill="FFFFFF" w:themeFill="background1"/>
        <w:spacing w:after="0" w:line="240" w:lineRule="auto"/>
      </w:pPr>
      <w:r>
        <w:t>- Biết dùng dấu phẩy để ngăn cách các từ/cụm từ cùng chức năng trong câu.</w:t>
      </w:r>
    </w:p>
    <w:p w14:paraId="461FA179" w14:textId="77777777" w:rsidR="0022328F" w:rsidRDefault="00965A9A" w:rsidP="00984A02">
      <w:pPr>
        <w:shd w:val="clear" w:color="auto" w:fill="FFFFFF" w:themeFill="background1"/>
        <w:spacing w:after="0" w:line="240" w:lineRule="auto"/>
      </w:pPr>
      <w:r>
        <w:t>- Biết giới thiệu một đồ chơi có trong hình theo mẫu.</w:t>
      </w:r>
    </w:p>
    <w:p w14:paraId="46827F8A" w14:textId="77777777" w:rsidR="0022328F" w:rsidRDefault="00965A9A" w:rsidP="00984A02">
      <w:pPr>
        <w:shd w:val="clear" w:color="auto" w:fill="FFFFFF" w:themeFill="background1"/>
        <w:spacing w:after="0" w:line="240" w:lineRule="auto"/>
      </w:pPr>
      <w:r>
        <w:rPr>
          <w:b/>
        </w:rPr>
        <w:t>2. Năng lực chung</w:t>
      </w:r>
    </w:p>
    <w:p w14:paraId="1763B025" w14:textId="77777777" w:rsidR="0022328F" w:rsidRDefault="00965A9A" w:rsidP="00984A02">
      <w:pPr>
        <w:shd w:val="clear" w:color="auto" w:fill="FFFFFF" w:themeFill="background1"/>
        <w:spacing w:after="0" w:line="240" w:lineRule="auto"/>
      </w:pPr>
      <w:r>
        <w:t>- Tự chủ và tự học: tự hoàn thành bài tập cá nhân.</w:t>
      </w:r>
    </w:p>
    <w:p w14:paraId="66693B34" w14:textId="77777777" w:rsidR="0022328F" w:rsidRDefault="00965A9A" w:rsidP="00984A02">
      <w:pPr>
        <w:shd w:val="clear" w:color="auto" w:fill="FFFFFF" w:themeFill="background1"/>
        <w:spacing w:after="0" w:line="240" w:lineRule="auto"/>
      </w:pPr>
      <w:r>
        <w:t>- Giao tiếp và hợp tác: thảo luận nhóm khi tìm từ, đặt dấu phẩy.</w:t>
      </w:r>
    </w:p>
    <w:p w14:paraId="6E1129D5" w14:textId="77777777" w:rsidR="0022328F" w:rsidRDefault="00965A9A" w:rsidP="00984A02">
      <w:pPr>
        <w:shd w:val="clear" w:color="auto" w:fill="FFFFFF" w:themeFill="background1"/>
        <w:spacing w:after="0" w:line="240" w:lineRule="auto"/>
      </w:pPr>
      <w:r>
        <w:t>- Giải quyết vấn đề và sáng tạo: biết chọn từ phù hợp để tả đồ chơi.</w:t>
      </w:r>
    </w:p>
    <w:p w14:paraId="237EB875" w14:textId="77777777" w:rsidR="0022328F" w:rsidRDefault="00965A9A" w:rsidP="00984A02">
      <w:pPr>
        <w:shd w:val="clear" w:color="auto" w:fill="FFFFFF" w:themeFill="background1"/>
        <w:spacing w:after="0" w:line="240" w:lineRule="auto"/>
      </w:pPr>
      <w:r>
        <w:rPr>
          <w:b/>
        </w:rPr>
        <w:t>3. Phẩm chất</w:t>
      </w:r>
    </w:p>
    <w:p w14:paraId="4F771F85" w14:textId="77777777" w:rsidR="0022328F" w:rsidRDefault="00965A9A" w:rsidP="00984A02">
      <w:pPr>
        <w:shd w:val="clear" w:color="auto" w:fill="FFFFFF" w:themeFill="background1"/>
        <w:spacing w:after="0" w:line="240" w:lineRule="auto"/>
      </w:pPr>
      <w:r>
        <w:t>- Chăm chỉ: tích cực luyện tập từ và câu.</w:t>
      </w:r>
    </w:p>
    <w:p w14:paraId="280101F1" w14:textId="77777777" w:rsidR="0022328F" w:rsidRDefault="00965A9A" w:rsidP="00984A02">
      <w:pPr>
        <w:shd w:val="clear" w:color="auto" w:fill="FFFFFF" w:themeFill="background1"/>
        <w:spacing w:after="0" w:line="240" w:lineRule="auto"/>
      </w:pPr>
      <w:r>
        <w:t>- Trách nhiệm: biết chơi đồ chơi an toàn, cất gọn sau khi chơi.</w:t>
      </w:r>
    </w:p>
    <w:p w14:paraId="49B43F1C" w14:textId="77777777" w:rsidR="0022328F" w:rsidRDefault="00965A9A" w:rsidP="00984A02">
      <w:pPr>
        <w:shd w:val="clear" w:color="auto" w:fill="FFFFFF" w:themeFill="background1"/>
        <w:spacing w:after="0" w:line="240" w:lineRule="auto"/>
      </w:pPr>
      <w:r>
        <w:rPr>
          <w:b/>
          <w:color w:val="C00000"/>
        </w:rPr>
        <w:t>4. Tích hợp</w:t>
      </w:r>
    </w:p>
    <w:p w14:paraId="22E5F6BB" w14:textId="77777777" w:rsidR="0022328F" w:rsidRDefault="00965A9A" w:rsidP="00984A02">
      <w:pPr>
        <w:shd w:val="clear" w:color="auto" w:fill="FFFFFF" w:themeFill="background1"/>
        <w:spacing w:after="0" w:line="240" w:lineRule="auto"/>
      </w:pPr>
      <w:r>
        <w:rPr>
          <w:color w:val="C00000"/>
        </w:rPr>
        <w:t>Tích hợp AI 2.C3.1: HS nhận biết AI có thể phân loại đồ chơi theo đặc điểm, nhưng cần kiểm tra lại vì AI có thể nhận diện sai khi hình ảnh không rõ.</w:t>
      </w:r>
    </w:p>
    <w:p w14:paraId="6B372A70" w14:textId="77777777" w:rsidR="0022328F" w:rsidRDefault="00965A9A" w:rsidP="00984A02">
      <w:pPr>
        <w:shd w:val="clear" w:color="auto" w:fill="FFFFFF" w:themeFill="background1"/>
        <w:spacing w:after="0" w:line="240" w:lineRule="auto"/>
      </w:pPr>
      <w:r>
        <w:rPr>
          <w:b/>
        </w:rPr>
        <w:t>II. ĐỒ DÙNG DẠY HỌC</w:t>
      </w:r>
    </w:p>
    <w:p w14:paraId="3E6407F8" w14:textId="77777777" w:rsidR="0022328F" w:rsidRDefault="00965A9A" w:rsidP="00984A02">
      <w:pPr>
        <w:shd w:val="clear" w:color="auto" w:fill="FFFFFF" w:themeFill="background1"/>
        <w:spacing w:after="0" w:line="240" w:lineRule="auto"/>
      </w:pPr>
      <w:r>
        <w:t>1. Giáo viên: tranh bài tập SGK, phiếu học tập, thẻ từ, một số đồ chơi thật.</w:t>
      </w:r>
    </w:p>
    <w:p w14:paraId="1E92838C" w14:textId="77777777" w:rsidR="0022328F" w:rsidRDefault="00965A9A" w:rsidP="00984A02">
      <w:pPr>
        <w:shd w:val="clear" w:color="auto" w:fill="FFFFFF" w:themeFill="background1"/>
        <w:spacing w:after="0" w:line="240" w:lineRule="auto"/>
      </w:pPr>
      <w:r>
        <w:t>2. Học sinh: SGK, vở bài tập, bút.</w:t>
      </w:r>
    </w:p>
    <w:p w14:paraId="75CD4C27" w14:textId="77777777" w:rsidR="0022328F" w:rsidRDefault="00965A9A" w:rsidP="00984A02">
      <w:pPr>
        <w:shd w:val="clear" w:color="auto" w:fill="FFFFFF" w:themeFill="background1"/>
        <w:spacing w:after="0" w:line="240" w:lineRule="auto"/>
      </w:pPr>
      <w:r>
        <w:rPr>
          <w:b/>
        </w:rPr>
        <w:lastRenderedPageBreak/>
        <w:t>III. HOẠT ĐỘNG DẠY HỌC CHỦ YẾU</w:t>
      </w:r>
    </w:p>
    <w:tbl>
      <w:tblPr>
        <w:tblStyle w:val="TableGrid"/>
        <w:tblW w:w="0" w:type="auto"/>
        <w:jc w:val="center"/>
        <w:tblBorders>
          <w:top w:val="single" w:sz="8" w:space="0" w:color="000000"/>
          <w:left w:val="single" w:sz="8" w:space="0" w:color="000000"/>
          <w:bottom w:val="single" w:sz="8" w:space="0" w:color="000000"/>
          <w:right w:val="single" w:sz="8" w:space="0" w:color="000000"/>
          <w:insideH w:val="none" w:sz="0" w:space="0" w:color="auto"/>
          <w:insideV w:val="single" w:sz="8" w:space="0" w:color="000000"/>
        </w:tblBorders>
        <w:tblLayout w:type="fixed"/>
        <w:tblLook w:val="04A0" w:firstRow="1" w:lastRow="0" w:firstColumn="1" w:lastColumn="0" w:noHBand="0" w:noVBand="1"/>
      </w:tblPr>
      <w:tblGrid>
        <w:gridCol w:w="5188"/>
        <w:gridCol w:w="5188"/>
      </w:tblGrid>
      <w:tr w:rsidR="0022328F" w14:paraId="5B60289A" w14:textId="77777777" w:rsidTr="00984A02">
        <w:trPr>
          <w:jc w:val="center"/>
        </w:trPr>
        <w:tc>
          <w:tcPr>
            <w:tcW w:w="5188" w:type="dxa"/>
            <w:tcBorders>
              <w:bottom w:val="single" w:sz="8" w:space="0" w:color="000000"/>
            </w:tcBorders>
            <w:shd w:val="clear" w:color="auto" w:fill="D9EAF7"/>
            <w:tcMar>
              <w:top w:w="40" w:type="dxa"/>
              <w:left w:w="70" w:type="dxa"/>
              <w:bottom w:w="40" w:type="dxa"/>
              <w:right w:w="70" w:type="dxa"/>
            </w:tcMar>
          </w:tcPr>
          <w:p w14:paraId="5FEF5A25" w14:textId="77777777" w:rsidR="0022328F" w:rsidRDefault="00965A9A" w:rsidP="00984A02">
            <w:pPr>
              <w:shd w:val="clear" w:color="auto" w:fill="FFFFFF" w:themeFill="background1"/>
              <w:jc w:val="center"/>
            </w:pPr>
            <w:r>
              <w:rPr>
                <w:b/>
              </w:rPr>
              <w:t>Hoạt động của giáo viên</w:t>
            </w:r>
          </w:p>
        </w:tc>
        <w:tc>
          <w:tcPr>
            <w:tcW w:w="5188" w:type="dxa"/>
            <w:tcBorders>
              <w:bottom w:val="single" w:sz="8" w:space="0" w:color="000000"/>
            </w:tcBorders>
            <w:shd w:val="clear" w:color="auto" w:fill="D9EAF7"/>
            <w:tcMar>
              <w:top w:w="40" w:type="dxa"/>
              <w:left w:w="70" w:type="dxa"/>
              <w:bottom w:w="40" w:type="dxa"/>
              <w:right w:w="70" w:type="dxa"/>
            </w:tcMar>
          </w:tcPr>
          <w:p w14:paraId="7C621F85" w14:textId="77777777" w:rsidR="0022328F" w:rsidRDefault="00965A9A" w:rsidP="00984A02">
            <w:pPr>
              <w:shd w:val="clear" w:color="auto" w:fill="FFFFFF" w:themeFill="background1"/>
              <w:jc w:val="center"/>
            </w:pPr>
            <w:r>
              <w:rPr>
                <w:b/>
              </w:rPr>
              <w:t>Hoạt động của học sinh</w:t>
            </w:r>
          </w:p>
        </w:tc>
      </w:tr>
      <w:tr w:rsidR="0022328F" w14:paraId="616A664F"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13027C62" w14:textId="77777777" w:rsidR="0022328F" w:rsidRDefault="00965A9A" w:rsidP="00984A02">
            <w:pPr>
              <w:shd w:val="clear" w:color="auto" w:fill="FFFFFF" w:themeFill="background1"/>
            </w:pPr>
            <w:r>
              <w:rPr>
                <w:b/>
                <w:color w:val="008000"/>
              </w:rPr>
              <w:t>1. Khởi động (5 phút) – Gợi vốn từ về đồ chơi.</w:t>
            </w:r>
          </w:p>
        </w:tc>
      </w:tr>
      <w:tr w:rsidR="0022328F" w14:paraId="5FA45F44" w14:textId="77777777" w:rsidTr="00984A02">
        <w:trPr>
          <w:jc w:val="center"/>
        </w:trPr>
        <w:tc>
          <w:tcPr>
            <w:tcW w:w="5188" w:type="dxa"/>
            <w:tcBorders>
              <w:top w:val="single" w:sz="8" w:space="0" w:color="000000"/>
              <w:bottom w:val="single" w:sz="8" w:space="0" w:color="000000"/>
            </w:tcBorders>
            <w:tcMar>
              <w:top w:w="40" w:type="dxa"/>
              <w:left w:w="70" w:type="dxa"/>
              <w:bottom w:w="40" w:type="dxa"/>
              <w:right w:w="70" w:type="dxa"/>
            </w:tcMar>
          </w:tcPr>
          <w:p w14:paraId="49E3D311" w14:textId="77777777" w:rsidR="0022328F" w:rsidRDefault="00965A9A" w:rsidP="00984A02">
            <w:pPr>
              <w:shd w:val="clear" w:color="auto" w:fill="FFFFFF" w:themeFill="background1"/>
            </w:pPr>
            <w:r>
              <w:t>- Hát/vận động theo bài hát về đồ chơi; kể tên một đồ chơi em thích.</w:t>
            </w:r>
          </w:p>
        </w:tc>
        <w:tc>
          <w:tcPr>
            <w:tcW w:w="5188" w:type="dxa"/>
            <w:tcBorders>
              <w:top w:val="single" w:sz="8" w:space="0" w:color="000000"/>
              <w:bottom w:val="single" w:sz="8" w:space="0" w:color="000000"/>
            </w:tcBorders>
            <w:tcMar>
              <w:top w:w="40" w:type="dxa"/>
              <w:left w:w="70" w:type="dxa"/>
              <w:bottom w:w="40" w:type="dxa"/>
              <w:right w:w="70" w:type="dxa"/>
            </w:tcMar>
          </w:tcPr>
          <w:p w14:paraId="4425225F" w14:textId="77777777" w:rsidR="0022328F" w:rsidRDefault="00965A9A" w:rsidP="00984A02">
            <w:pPr>
              <w:shd w:val="clear" w:color="auto" w:fill="FFFFFF" w:themeFill="background1"/>
            </w:pPr>
            <w:r>
              <w:t>- HS nêu: búp bê, ô tô, quả bóng, diều, gấu bông, robot.</w:t>
            </w:r>
          </w:p>
        </w:tc>
      </w:tr>
      <w:tr w:rsidR="0022328F" w14:paraId="3352E678"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3FE79BDB" w14:textId="77777777" w:rsidR="0022328F" w:rsidRDefault="00965A9A" w:rsidP="00984A02">
            <w:pPr>
              <w:shd w:val="clear" w:color="auto" w:fill="FFFFFF" w:themeFill="background1"/>
            </w:pPr>
            <w:r>
              <w:rPr>
                <w:b/>
                <w:color w:val="008000"/>
              </w:rPr>
              <w:t>2. Khám phá kiến thức (10 phút) – Tìm từ ngữ chỉ đặc điểm của đồ chơi.</w:t>
            </w:r>
          </w:p>
        </w:tc>
      </w:tr>
      <w:tr w:rsidR="0022328F" w14:paraId="673279A8" w14:textId="77777777" w:rsidTr="00984A02">
        <w:trPr>
          <w:jc w:val="center"/>
        </w:trPr>
        <w:tc>
          <w:tcPr>
            <w:tcW w:w="5188" w:type="dxa"/>
            <w:tcBorders>
              <w:top w:val="single" w:sz="8" w:space="0" w:color="000000"/>
            </w:tcBorders>
            <w:tcMar>
              <w:top w:w="40" w:type="dxa"/>
              <w:left w:w="70" w:type="dxa"/>
              <w:bottom w:w="40" w:type="dxa"/>
              <w:right w:w="70" w:type="dxa"/>
            </w:tcMar>
          </w:tcPr>
          <w:p w14:paraId="0E604F21" w14:textId="77777777" w:rsidR="0022328F" w:rsidRDefault="00965A9A" w:rsidP="00984A02">
            <w:pPr>
              <w:shd w:val="clear" w:color="auto" w:fill="FFFFFF" w:themeFill="background1"/>
            </w:pPr>
            <w:r>
              <w:rPr>
                <w:b/>
                <w:color w:val="000000"/>
              </w:rPr>
              <w:t>Bài tập 1: Giới thiệu về một đồ chơi có trong hình theo mẫu.</w:t>
            </w:r>
          </w:p>
        </w:tc>
        <w:tc>
          <w:tcPr>
            <w:tcW w:w="5188" w:type="dxa"/>
            <w:tcBorders>
              <w:top w:val="single" w:sz="8" w:space="0" w:color="000000"/>
            </w:tcBorders>
            <w:tcMar>
              <w:top w:w="40" w:type="dxa"/>
              <w:left w:w="70" w:type="dxa"/>
              <w:bottom w:w="40" w:type="dxa"/>
              <w:right w:w="70" w:type="dxa"/>
            </w:tcMar>
          </w:tcPr>
          <w:p w14:paraId="1FC86E0C" w14:textId="77777777" w:rsidR="0022328F" w:rsidRDefault="00965A9A" w:rsidP="00984A02">
            <w:pPr>
              <w:shd w:val="clear" w:color="auto" w:fill="FFFFFF" w:themeFill="background1"/>
            </w:pPr>
            <w:r>
              <w:t>- HS đọc đề bài và quan sát hình.</w:t>
            </w:r>
          </w:p>
        </w:tc>
      </w:tr>
      <w:tr w:rsidR="0022328F" w14:paraId="35BA843A" w14:textId="77777777" w:rsidTr="00984A02">
        <w:trPr>
          <w:jc w:val="center"/>
        </w:trPr>
        <w:tc>
          <w:tcPr>
            <w:tcW w:w="5188" w:type="dxa"/>
            <w:tcMar>
              <w:top w:w="40" w:type="dxa"/>
              <w:left w:w="70" w:type="dxa"/>
              <w:bottom w:w="40" w:type="dxa"/>
              <w:right w:w="70" w:type="dxa"/>
            </w:tcMar>
          </w:tcPr>
          <w:p w14:paraId="1671FDD2" w14:textId="77777777" w:rsidR="0022328F" w:rsidRDefault="00965A9A" w:rsidP="00984A02">
            <w:pPr>
              <w:shd w:val="clear" w:color="auto" w:fill="FFFFFF" w:themeFill="background1"/>
            </w:pPr>
            <w:r>
              <w:t>- GV yêu cầu HS đọc đề bài.</w:t>
            </w:r>
          </w:p>
          <w:p w14:paraId="2E232853" w14:textId="5B02AC33" w:rsidR="0022328F" w:rsidRDefault="0022328F" w:rsidP="00984A02">
            <w:pPr>
              <w:shd w:val="clear" w:color="auto" w:fill="FFFFFF" w:themeFill="background1"/>
              <w:jc w:val="center"/>
            </w:pPr>
          </w:p>
        </w:tc>
        <w:tc>
          <w:tcPr>
            <w:tcW w:w="5188" w:type="dxa"/>
            <w:tcMar>
              <w:top w:w="40" w:type="dxa"/>
              <w:left w:w="70" w:type="dxa"/>
              <w:bottom w:w="40" w:type="dxa"/>
              <w:right w:w="70" w:type="dxa"/>
            </w:tcMar>
          </w:tcPr>
          <w:p w14:paraId="15CEB320" w14:textId="77777777" w:rsidR="0022328F" w:rsidRDefault="00965A9A" w:rsidP="00984A02">
            <w:pPr>
              <w:shd w:val="clear" w:color="auto" w:fill="FFFFFF" w:themeFill="background1"/>
            </w:pPr>
            <w:r>
              <w:t>- HS đọc: Giới thiệu về một đồ chơi có trong hình theo mẫu.</w:t>
            </w:r>
          </w:p>
        </w:tc>
      </w:tr>
      <w:tr w:rsidR="0022328F" w14:paraId="0890550B" w14:textId="77777777" w:rsidTr="00984A02">
        <w:trPr>
          <w:jc w:val="center"/>
        </w:trPr>
        <w:tc>
          <w:tcPr>
            <w:tcW w:w="5188" w:type="dxa"/>
            <w:tcMar>
              <w:top w:w="40" w:type="dxa"/>
              <w:left w:w="70" w:type="dxa"/>
              <w:bottom w:w="40" w:type="dxa"/>
              <w:right w:w="70" w:type="dxa"/>
            </w:tcMar>
          </w:tcPr>
          <w:p w14:paraId="4F6F885A" w14:textId="77777777" w:rsidR="0022328F" w:rsidRDefault="00965A9A" w:rsidP="00984A02">
            <w:pPr>
              <w:shd w:val="clear" w:color="auto" w:fill="FFFFFF" w:themeFill="background1"/>
            </w:pPr>
            <w:r>
              <w:t>- Làm nhóm 4: chọn một đồ chơi trong hình, nêu tên và đặc điểm.</w:t>
            </w:r>
          </w:p>
        </w:tc>
        <w:tc>
          <w:tcPr>
            <w:tcW w:w="5188" w:type="dxa"/>
            <w:tcMar>
              <w:top w:w="40" w:type="dxa"/>
              <w:left w:w="70" w:type="dxa"/>
              <w:bottom w:w="40" w:type="dxa"/>
              <w:right w:w="70" w:type="dxa"/>
            </w:tcMar>
          </w:tcPr>
          <w:p w14:paraId="04CEB206" w14:textId="77777777" w:rsidR="0022328F" w:rsidRDefault="00965A9A" w:rsidP="00984A02">
            <w:pPr>
              <w:shd w:val="clear" w:color="auto" w:fill="FFFFFF" w:themeFill="background1"/>
            </w:pPr>
            <w:r>
              <w:t>- HS trả lời: Quả bóng màu xanh pha trắng; con gấu bông mềm mại; ô tô đồ chơi màu vàng; chiếc diều nhiều màu sắc.</w:t>
            </w:r>
          </w:p>
        </w:tc>
      </w:tr>
      <w:tr w:rsidR="0022328F" w14:paraId="567A7CEC" w14:textId="77777777" w:rsidTr="00984A02">
        <w:trPr>
          <w:jc w:val="center"/>
        </w:trPr>
        <w:tc>
          <w:tcPr>
            <w:tcW w:w="5188" w:type="dxa"/>
            <w:tcMar>
              <w:top w:w="40" w:type="dxa"/>
              <w:left w:w="70" w:type="dxa"/>
              <w:bottom w:w="40" w:type="dxa"/>
              <w:right w:w="70" w:type="dxa"/>
            </w:tcMar>
          </w:tcPr>
          <w:p w14:paraId="241B37B4" w14:textId="77777777" w:rsidR="0022328F" w:rsidRDefault="00965A9A" w:rsidP="00984A02">
            <w:pPr>
              <w:shd w:val="clear" w:color="auto" w:fill="FFFFFF" w:themeFill="background1"/>
            </w:pPr>
            <w:r>
              <w:t>- Gọi HS trình bày, GV ghi nhanh tên và đặc điểm đồ chơi.</w:t>
            </w:r>
          </w:p>
        </w:tc>
        <w:tc>
          <w:tcPr>
            <w:tcW w:w="5188" w:type="dxa"/>
            <w:tcMar>
              <w:top w:w="40" w:type="dxa"/>
              <w:left w:w="70" w:type="dxa"/>
              <w:bottom w:w="40" w:type="dxa"/>
              <w:right w:w="70" w:type="dxa"/>
            </w:tcMar>
          </w:tcPr>
          <w:p w14:paraId="4334AA6A" w14:textId="77777777" w:rsidR="0022328F" w:rsidRDefault="00965A9A" w:rsidP="00984A02">
            <w:pPr>
              <w:shd w:val="clear" w:color="auto" w:fill="FFFFFF" w:themeFill="background1"/>
            </w:pPr>
            <w:r>
              <w:t>- HS trình bày; HS khác bổ sung từ chỉ đặc điểm.</w:t>
            </w:r>
          </w:p>
        </w:tc>
      </w:tr>
      <w:tr w:rsidR="0022328F" w14:paraId="7B76320B" w14:textId="77777777" w:rsidTr="00984A02">
        <w:trPr>
          <w:jc w:val="center"/>
        </w:trPr>
        <w:tc>
          <w:tcPr>
            <w:tcW w:w="5188" w:type="dxa"/>
            <w:tcBorders>
              <w:bottom w:val="single" w:sz="8" w:space="0" w:color="000000"/>
            </w:tcBorders>
            <w:tcMar>
              <w:top w:w="40" w:type="dxa"/>
              <w:left w:w="70" w:type="dxa"/>
              <w:bottom w:w="40" w:type="dxa"/>
              <w:right w:w="70" w:type="dxa"/>
            </w:tcMar>
          </w:tcPr>
          <w:p w14:paraId="34175076" w14:textId="77777777" w:rsidR="0022328F" w:rsidRDefault="00965A9A" w:rsidP="00984A02">
            <w:pPr>
              <w:shd w:val="clear" w:color="auto" w:fill="FFFFFF" w:themeFill="background1"/>
            </w:pPr>
            <w:r>
              <w:rPr>
                <w:color w:val="C00000"/>
              </w:rPr>
              <w:t>- Câu hỏi dẫn tích hợp AI: Nếu dùng công cụ AI để phân loại đồ chơi theo màu sắc/hình dạng, em cần kiểm tra điều gì?</w:t>
            </w:r>
          </w:p>
          <w:p w14:paraId="7D7699D4" w14:textId="77777777" w:rsidR="0022328F" w:rsidRDefault="00965A9A" w:rsidP="00984A02">
            <w:pPr>
              <w:shd w:val="clear" w:color="auto" w:fill="FFFFFF" w:themeFill="background1"/>
            </w:pPr>
            <w:r>
              <w:rPr>
                <w:color w:val="C00000"/>
              </w:rPr>
              <w:t>- Diễn giải tích hợp AI 2.C3.1: GV hướng dẫn HS hiểu AI có thể gợi ý “đồ chơi tròn”, “đồ chơi màu vàng”, “đồ chơi mềm”, nhưng nếu ảnh mờ hoặc đồ chơi bị che khuất, AI có thể phân loại sai. Vì vậy, các em cần quan sát bằng mắt, đọc lại yêu cầu và kiểm tra kết quả trước khi sử dụng.</w:t>
            </w:r>
          </w:p>
        </w:tc>
        <w:tc>
          <w:tcPr>
            <w:tcW w:w="5188" w:type="dxa"/>
            <w:tcBorders>
              <w:bottom w:val="single" w:sz="8" w:space="0" w:color="000000"/>
            </w:tcBorders>
            <w:tcMar>
              <w:top w:w="40" w:type="dxa"/>
              <w:left w:w="70" w:type="dxa"/>
              <w:bottom w:w="40" w:type="dxa"/>
              <w:right w:w="70" w:type="dxa"/>
            </w:tcMar>
          </w:tcPr>
          <w:p w14:paraId="49F8477C" w14:textId="77777777" w:rsidR="0022328F" w:rsidRDefault="00965A9A" w:rsidP="00984A02">
            <w:pPr>
              <w:shd w:val="clear" w:color="auto" w:fill="FFFFFF" w:themeFill="background1"/>
            </w:pPr>
            <w:r>
              <w:rPr>
                <w:color w:val="C00000"/>
              </w:rPr>
              <w:t>- HS trả lời: Em cần kiểm tra lại màu sắc, hình dạng, chất liệu bằng quan sát của mình.</w:t>
            </w:r>
          </w:p>
          <w:p w14:paraId="54DB486C" w14:textId="77777777" w:rsidR="0022328F" w:rsidRDefault="00965A9A" w:rsidP="00984A02">
            <w:pPr>
              <w:shd w:val="clear" w:color="auto" w:fill="FFFFFF" w:themeFill="background1"/>
            </w:pPr>
            <w:r>
              <w:rPr>
                <w:color w:val="C00000"/>
              </w:rPr>
              <w:t>- HS ghi nhớ: AI có thể hỗ trợ phân loại, nhưng con người cần kiểm tra.</w:t>
            </w:r>
          </w:p>
        </w:tc>
      </w:tr>
      <w:tr w:rsidR="0022328F" w14:paraId="1D9C7C73"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006AD5E6" w14:textId="77777777" w:rsidR="0022328F" w:rsidRDefault="00965A9A" w:rsidP="00984A02">
            <w:pPr>
              <w:shd w:val="clear" w:color="auto" w:fill="FFFFFF" w:themeFill="background1"/>
            </w:pPr>
            <w:r>
              <w:rPr>
                <w:b/>
                <w:color w:val="008000"/>
              </w:rPr>
              <w:t>3. Thực hành (17 phút) – Luyện dùng dấu phẩy.</w:t>
            </w:r>
          </w:p>
        </w:tc>
      </w:tr>
      <w:tr w:rsidR="0022328F" w14:paraId="55F249BA" w14:textId="77777777" w:rsidTr="00984A02">
        <w:trPr>
          <w:jc w:val="center"/>
        </w:trPr>
        <w:tc>
          <w:tcPr>
            <w:tcW w:w="5188" w:type="dxa"/>
            <w:tcBorders>
              <w:top w:val="single" w:sz="8" w:space="0" w:color="000000"/>
            </w:tcBorders>
            <w:tcMar>
              <w:top w:w="40" w:type="dxa"/>
              <w:left w:w="70" w:type="dxa"/>
              <w:bottom w:w="40" w:type="dxa"/>
              <w:right w:w="70" w:type="dxa"/>
            </w:tcMar>
          </w:tcPr>
          <w:p w14:paraId="175EFB7B" w14:textId="77777777" w:rsidR="0022328F" w:rsidRDefault="00965A9A" w:rsidP="00984A02">
            <w:pPr>
              <w:shd w:val="clear" w:color="auto" w:fill="FFFFFF" w:themeFill="background1"/>
            </w:pPr>
            <w:r>
              <w:rPr>
                <w:b/>
                <w:color w:val="000000"/>
              </w:rPr>
              <w:t>Bài tập 2: Cần đặt dấu phẩy vào vị trí nào trong mỗi câu sau?</w:t>
            </w:r>
          </w:p>
        </w:tc>
        <w:tc>
          <w:tcPr>
            <w:tcW w:w="5188" w:type="dxa"/>
            <w:tcBorders>
              <w:top w:val="single" w:sz="8" w:space="0" w:color="000000"/>
            </w:tcBorders>
            <w:tcMar>
              <w:top w:w="40" w:type="dxa"/>
              <w:left w:w="70" w:type="dxa"/>
              <w:bottom w:w="40" w:type="dxa"/>
              <w:right w:w="70" w:type="dxa"/>
            </w:tcMar>
          </w:tcPr>
          <w:p w14:paraId="31E26966" w14:textId="77777777" w:rsidR="0022328F" w:rsidRDefault="00965A9A" w:rsidP="00984A02">
            <w:pPr>
              <w:shd w:val="clear" w:color="auto" w:fill="FFFFFF" w:themeFill="background1"/>
            </w:pPr>
            <w:r>
              <w:t>- HS đọc đề bài và câu mẫu.</w:t>
            </w:r>
          </w:p>
        </w:tc>
      </w:tr>
      <w:tr w:rsidR="0022328F" w14:paraId="5AA1A7F9" w14:textId="77777777" w:rsidTr="00984A02">
        <w:trPr>
          <w:jc w:val="center"/>
        </w:trPr>
        <w:tc>
          <w:tcPr>
            <w:tcW w:w="5188" w:type="dxa"/>
            <w:tcMar>
              <w:top w:w="40" w:type="dxa"/>
              <w:left w:w="70" w:type="dxa"/>
              <w:bottom w:w="40" w:type="dxa"/>
              <w:right w:w="70" w:type="dxa"/>
            </w:tcMar>
          </w:tcPr>
          <w:p w14:paraId="4B035AB2" w14:textId="77777777" w:rsidR="0022328F" w:rsidRDefault="00965A9A" w:rsidP="00984A02">
            <w:pPr>
              <w:shd w:val="clear" w:color="auto" w:fill="FFFFFF" w:themeFill="background1"/>
            </w:pPr>
            <w:r>
              <w:t>- GV yêu cầu HS đọc đề bài.</w:t>
            </w:r>
          </w:p>
        </w:tc>
        <w:tc>
          <w:tcPr>
            <w:tcW w:w="5188" w:type="dxa"/>
            <w:tcMar>
              <w:top w:w="40" w:type="dxa"/>
              <w:left w:w="70" w:type="dxa"/>
              <w:bottom w:w="40" w:type="dxa"/>
              <w:right w:w="70" w:type="dxa"/>
            </w:tcMar>
          </w:tcPr>
          <w:p w14:paraId="5ABB3308" w14:textId="77777777" w:rsidR="0022328F" w:rsidRDefault="00965A9A" w:rsidP="00984A02">
            <w:pPr>
              <w:shd w:val="clear" w:color="auto" w:fill="FFFFFF" w:themeFill="background1"/>
            </w:pPr>
            <w:r>
              <w:t>- HS đọc: Cần đặt dấu phẩy vào vị trí nào trong mỗi câu sau?</w:t>
            </w:r>
          </w:p>
        </w:tc>
      </w:tr>
      <w:tr w:rsidR="0022328F" w14:paraId="0BABED15" w14:textId="77777777" w:rsidTr="00984A02">
        <w:trPr>
          <w:jc w:val="center"/>
        </w:trPr>
        <w:tc>
          <w:tcPr>
            <w:tcW w:w="5188" w:type="dxa"/>
            <w:tcMar>
              <w:top w:w="40" w:type="dxa"/>
              <w:left w:w="70" w:type="dxa"/>
              <w:bottom w:w="40" w:type="dxa"/>
              <w:right w:w="70" w:type="dxa"/>
            </w:tcMar>
          </w:tcPr>
          <w:p w14:paraId="06B5F525" w14:textId="77777777" w:rsidR="0022328F" w:rsidRDefault="00965A9A" w:rsidP="00984A02">
            <w:pPr>
              <w:shd w:val="clear" w:color="auto" w:fill="FFFFFF" w:themeFill="background1"/>
            </w:pPr>
            <w:r>
              <w:t>- Làm nhóm 4: đọc từng câu, xác định các từ/cụm từ cùng chức năng và đặt dấu phẩy.</w:t>
            </w:r>
          </w:p>
        </w:tc>
        <w:tc>
          <w:tcPr>
            <w:tcW w:w="5188" w:type="dxa"/>
            <w:tcMar>
              <w:top w:w="40" w:type="dxa"/>
              <w:left w:w="70" w:type="dxa"/>
              <w:bottom w:w="40" w:type="dxa"/>
              <w:right w:w="70" w:type="dxa"/>
            </w:tcMar>
          </w:tcPr>
          <w:p w14:paraId="0D8A3F52" w14:textId="77777777" w:rsidR="0022328F" w:rsidRDefault="00965A9A" w:rsidP="00984A02">
            <w:pPr>
              <w:shd w:val="clear" w:color="auto" w:fill="FFFFFF" w:themeFill="background1"/>
            </w:pPr>
            <w:r>
              <w:t>- HS làm bài: a. Em thích đồ chơi ô tô, máy bay. b. Bố dạy em làm đèn ông sao, diều giấy. c. Các bạn đá bóng, đá cầu, nhảy dây trên sân trường.</w:t>
            </w:r>
          </w:p>
        </w:tc>
      </w:tr>
      <w:tr w:rsidR="0022328F" w14:paraId="13C34F9B" w14:textId="77777777" w:rsidTr="00984A02">
        <w:trPr>
          <w:jc w:val="center"/>
        </w:trPr>
        <w:tc>
          <w:tcPr>
            <w:tcW w:w="5188" w:type="dxa"/>
            <w:tcMar>
              <w:top w:w="40" w:type="dxa"/>
              <w:left w:w="70" w:type="dxa"/>
              <w:bottom w:w="40" w:type="dxa"/>
              <w:right w:w="70" w:type="dxa"/>
            </w:tcMar>
          </w:tcPr>
          <w:p w14:paraId="5DB2EC42" w14:textId="77777777" w:rsidR="0022328F" w:rsidRDefault="00965A9A" w:rsidP="00984A02">
            <w:pPr>
              <w:shd w:val="clear" w:color="auto" w:fill="FFFFFF" w:themeFill="background1"/>
            </w:pPr>
            <w:r>
              <w:rPr>
                <w:b/>
                <w:color w:val="000000"/>
              </w:rPr>
              <w:t>Bài tập 3: Cần đặt dấu phẩy vào vị trí nào trong câu in nghiêng?</w:t>
            </w:r>
          </w:p>
        </w:tc>
        <w:tc>
          <w:tcPr>
            <w:tcW w:w="5188" w:type="dxa"/>
            <w:tcMar>
              <w:top w:w="40" w:type="dxa"/>
              <w:left w:w="70" w:type="dxa"/>
              <w:bottom w:w="40" w:type="dxa"/>
              <w:right w:w="70" w:type="dxa"/>
            </w:tcMar>
          </w:tcPr>
          <w:p w14:paraId="341E9192" w14:textId="77777777" w:rsidR="0022328F" w:rsidRDefault="00965A9A" w:rsidP="00984A02">
            <w:pPr>
              <w:shd w:val="clear" w:color="auto" w:fill="FFFFFF" w:themeFill="background1"/>
            </w:pPr>
            <w:r>
              <w:t>- HS đọc câu in nghiêng và xác định vị trí cần đặt dấu phẩy.</w:t>
            </w:r>
          </w:p>
        </w:tc>
      </w:tr>
      <w:tr w:rsidR="0022328F" w14:paraId="6003894C" w14:textId="77777777" w:rsidTr="00984A02">
        <w:trPr>
          <w:jc w:val="center"/>
        </w:trPr>
        <w:tc>
          <w:tcPr>
            <w:tcW w:w="5188" w:type="dxa"/>
            <w:tcMar>
              <w:top w:w="40" w:type="dxa"/>
              <w:left w:w="70" w:type="dxa"/>
              <w:bottom w:w="40" w:type="dxa"/>
              <w:right w:w="70" w:type="dxa"/>
            </w:tcMar>
          </w:tcPr>
          <w:p w14:paraId="46D19E50" w14:textId="77777777" w:rsidR="0022328F" w:rsidRDefault="00965A9A" w:rsidP="00984A02">
            <w:pPr>
              <w:shd w:val="clear" w:color="auto" w:fill="FFFFFF" w:themeFill="background1"/>
            </w:pPr>
            <w:r>
              <w:t>- Làm cá nhân vào vở; đổi vở nhóm 2 để kiểm tra.</w:t>
            </w:r>
          </w:p>
        </w:tc>
        <w:tc>
          <w:tcPr>
            <w:tcW w:w="5188" w:type="dxa"/>
            <w:tcMar>
              <w:top w:w="40" w:type="dxa"/>
              <w:left w:w="70" w:type="dxa"/>
              <w:bottom w:w="40" w:type="dxa"/>
              <w:right w:w="70" w:type="dxa"/>
            </w:tcMar>
          </w:tcPr>
          <w:p w14:paraId="72B334F5" w14:textId="77777777" w:rsidR="0022328F" w:rsidRDefault="00965A9A" w:rsidP="00984A02">
            <w:pPr>
              <w:shd w:val="clear" w:color="auto" w:fill="FFFFFF" w:themeFill="background1"/>
            </w:pPr>
            <w:r>
              <w:t>- HS trả lời: Chi nhận được bao nhiêu là quà: búp bê, hộp đựng bút, đồng hồ báo thức và chiếc nơ hồng.</w:t>
            </w:r>
          </w:p>
        </w:tc>
      </w:tr>
      <w:tr w:rsidR="0022328F" w14:paraId="5BF0CB2D" w14:textId="77777777" w:rsidTr="00984A02">
        <w:trPr>
          <w:jc w:val="center"/>
        </w:trPr>
        <w:tc>
          <w:tcPr>
            <w:tcW w:w="5188" w:type="dxa"/>
            <w:tcBorders>
              <w:bottom w:val="single" w:sz="8" w:space="0" w:color="000000"/>
            </w:tcBorders>
            <w:tcMar>
              <w:top w:w="40" w:type="dxa"/>
              <w:left w:w="70" w:type="dxa"/>
              <w:bottom w:w="40" w:type="dxa"/>
              <w:right w:w="70" w:type="dxa"/>
            </w:tcMar>
          </w:tcPr>
          <w:p w14:paraId="02B710D7" w14:textId="77777777" w:rsidR="0022328F" w:rsidRDefault="00965A9A" w:rsidP="00984A02">
            <w:pPr>
              <w:shd w:val="clear" w:color="auto" w:fill="FFFFFF" w:themeFill="background1"/>
            </w:pPr>
            <w:r>
              <w:t>- GV kết luận: Dấu phẩy dùng để ngăn cách các từ, cụm từ cùng chức năng trong câu.</w:t>
            </w:r>
          </w:p>
        </w:tc>
        <w:tc>
          <w:tcPr>
            <w:tcW w:w="5188" w:type="dxa"/>
            <w:tcBorders>
              <w:bottom w:val="single" w:sz="8" w:space="0" w:color="000000"/>
            </w:tcBorders>
            <w:tcMar>
              <w:top w:w="40" w:type="dxa"/>
              <w:left w:w="70" w:type="dxa"/>
              <w:bottom w:w="40" w:type="dxa"/>
              <w:right w:w="70" w:type="dxa"/>
            </w:tcMar>
          </w:tcPr>
          <w:p w14:paraId="440DAE9E" w14:textId="77777777" w:rsidR="0022328F" w:rsidRDefault="00965A9A" w:rsidP="00984A02">
            <w:pPr>
              <w:shd w:val="clear" w:color="auto" w:fill="FFFFFF" w:themeFill="background1"/>
            </w:pPr>
            <w:r>
              <w:t>- HS lắng nghe, sửa bài vào vở.</w:t>
            </w:r>
          </w:p>
        </w:tc>
      </w:tr>
      <w:tr w:rsidR="0022328F" w14:paraId="45AD92BB"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3FAF5DC8" w14:textId="77777777" w:rsidR="0022328F" w:rsidRDefault="00965A9A" w:rsidP="00984A02">
            <w:pPr>
              <w:shd w:val="clear" w:color="auto" w:fill="FFFFFF" w:themeFill="background1"/>
            </w:pPr>
            <w:r>
              <w:rPr>
                <w:b/>
                <w:color w:val="008000"/>
              </w:rPr>
              <w:t>4. Vận dụng (3 phút) – Liên hệ cách dùng dấu phẩy.</w:t>
            </w:r>
          </w:p>
        </w:tc>
      </w:tr>
      <w:tr w:rsidR="0022328F" w14:paraId="6FD8D55B" w14:textId="77777777" w:rsidTr="00984A02">
        <w:trPr>
          <w:jc w:val="center"/>
        </w:trPr>
        <w:tc>
          <w:tcPr>
            <w:tcW w:w="5188" w:type="dxa"/>
            <w:tcBorders>
              <w:top w:val="single" w:sz="8" w:space="0" w:color="000000"/>
            </w:tcBorders>
            <w:tcMar>
              <w:top w:w="40" w:type="dxa"/>
              <w:left w:w="70" w:type="dxa"/>
              <w:bottom w:w="40" w:type="dxa"/>
              <w:right w:w="70" w:type="dxa"/>
            </w:tcMar>
          </w:tcPr>
          <w:p w14:paraId="2EE2D7F1" w14:textId="77777777" w:rsidR="0022328F" w:rsidRDefault="00965A9A" w:rsidP="00984A02">
            <w:pPr>
              <w:shd w:val="clear" w:color="auto" w:fill="FFFFFF" w:themeFill="background1"/>
            </w:pPr>
            <w:r>
              <w:t>- Nói một câu có từ ngữ liệt kê đồ chơi và dùng dấu phẩy khi viết.</w:t>
            </w:r>
          </w:p>
        </w:tc>
        <w:tc>
          <w:tcPr>
            <w:tcW w:w="5188" w:type="dxa"/>
            <w:tcBorders>
              <w:top w:val="single" w:sz="8" w:space="0" w:color="000000"/>
            </w:tcBorders>
            <w:tcMar>
              <w:top w:w="40" w:type="dxa"/>
              <w:left w:w="70" w:type="dxa"/>
              <w:bottom w:w="40" w:type="dxa"/>
              <w:right w:w="70" w:type="dxa"/>
            </w:tcMar>
          </w:tcPr>
          <w:p w14:paraId="4F830161" w14:textId="77777777" w:rsidR="0022328F" w:rsidRDefault="00965A9A" w:rsidP="00984A02">
            <w:pPr>
              <w:shd w:val="clear" w:color="auto" w:fill="FFFFFF" w:themeFill="background1"/>
            </w:pPr>
            <w:r>
              <w:t>- HS nói: Em có diều, bóng, ô tô và gấu bông.</w:t>
            </w:r>
          </w:p>
        </w:tc>
      </w:tr>
      <w:tr w:rsidR="0022328F" w14:paraId="44A35565" w14:textId="77777777" w:rsidTr="00984A02">
        <w:trPr>
          <w:jc w:val="center"/>
        </w:trPr>
        <w:tc>
          <w:tcPr>
            <w:tcW w:w="5188" w:type="dxa"/>
            <w:tcMar>
              <w:top w:w="40" w:type="dxa"/>
              <w:left w:w="70" w:type="dxa"/>
              <w:bottom w:w="40" w:type="dxa"/>
              <w:right w:w="70" w:type="dxa"/>
            </w:tcMar>
          </w:tcPr>
          <w:p w14:paraId="6C7DEC35" w14:textId="77777777" w:rsidR="0022328F" w:rsidRDefault="00965A9A" w:rsidP="00984A02">
            <w:pPr>
              <w:shd w:val="clear" w:color="auto" w:fill="FFFFFF" w:themeFill="background1"/>
            </w:pPr>
            <w:r>
              <w:t>- Dặn dò: Về nhà đặt thêm một câu có dấu phẩy kể tên đồ chơi.</w:t>
            </w:r>
          </w:p>
        </w:tc>
        <w:tc>
          <w:tcPr>
            <w:tcW w:w="5188" w:type="dxa"/>
            <w:tcMar>
              <w:top w:w="40" w:type="dxa"/>
              <w:left w:w="70" w:type="dxa"/>
              <w:bottom w:w="40" w:type="dxa"/>
              <w:right w:w="70" w:type="dxa"/>
            </w:tcMar>
          </w:tcPr>
          <w:p w14:paraId="35DB99AD" w14:textId="77777777" w:rsidR="0022328F" w:rsidRDefault="00965A9A" w:rsidP="00984A02">
            <w:pPr>
              <w:shd w:val="clear" w:color="auto" w:fill="FFFFFF" w:themeFill="background1"/>
            </w:pPr>
            <w:r>
              <w:t>- HS ghi nhớ nhiệm vụ.</w:t>
            </w:r>
          </w:p>
        </w:tc>
      </w:tr>
    </w:tbl>
    <w:p w14:paraId="490FCB79" w14:textId="77777777" w:rsidR="0022328F" w:rsidRDefault="00965A9A" w:rsidP="00984A02">
      <w:pPr>
        <w:shd w:val="clear" w:color="auto" w:fill="FFFFFF" w:themeFill="background1"/>
        <w:spacing w:after="0" w:line="240" w:lineRule="auto"/>
      </w:pPr>
      <w:r>
        <w:rPr>
          <w:b/>
        </w:rPr>
        <w:lastRenderedPageBreak/>
        <w:t>IV. ĐIỀU CHỈNH SAU TIẾT DẠY (NẾU CÓ)</w:t>
      </w:r>
    </w:p>
    <w:p w14:paraId="7DFDBB3E" w14:textId="77777777" w:rsidR="0022328F" w:rsidRDefault="00965A9A" w:rsidP="00984A02">
      <w:pPr>
        <w:shd w:val="clear" w:color="auto" w:fill="FFFFFF" w:themeFill="background1"/>
        <w:spacing w:after="0" w:line="240" w:lineRule="auto"/>
      </w:pPr>
      <w:r>
        <w:t>……………………………………………………………………………………………………</w:t>
      </w:r>
    </w:p>
    <w:p w14:paraId="0A053502" w14:textId="77777777" w:rsidR="0022328F" w:rsidRDefault="00965A9A" w:rsidP="00984A02">
      <w:pPr>
        <w:shd w:val="clear" w:color="auto" w:fill="FFFFFF" w:themeFill="background1"/>
        <w:spacing w:after="0" w:line="240" w:lineRule="auto"/>
      </w:pPr>
      <w:r>
        <w:t>……………………………………………………………………………………………………</w:t>
      </w:r>
    </w:p>
    <w:p w14:paraId="04CF4E65" w14:textId="77777777" w:rsidR="0022328F" w:rsidRDefault="00965A9A" w:rsidP="00984A02">
      <w:pPr>
        <w:shd w:val="clear" w:color="auto" w:fill="FFFFFF" w:themeFill="background1"/>
        <w:spacing w:after="0" w:line="240" w:lineRule="auto"/>
        <w:jc w:val="center"/>
      </w:pPr>
      <w:r>
        <w:rPr>
          <w:b/>
          <w:color w:val="0066CC"/>
        </w:rPr>
        <w:t>KẾ HOẠCH DẠY HỌC – TUẦN 13</w:t>
      </w:r>
    </w:p>
    <w:p w14:paraId="1FFF22CE" w14:textId="77777777" w:rsidR="0022328F" w:rsidRDefault="00965A9A" w:rsidP="00984A02">
      <w:pPr>
        <w:shd w:val="clear" w:color="auto" w:fill="FFFFFF" w:themeFill="background1"/>
        <w:spacing w:after="0" w:line="240" w:lineRule="auto"/>
        <w:jc w:val="center"/>
      </w:pPr>
      <w:r>
        <w:rPr>
          <w:b/>
          <w:color w:val="000000"/>
        </w:rPr>
        <w:t>Chủ đề 3: Niềm vui tuổi thơ</w:t>
      </w:r>
    </w:p>
    <w:p w14:paraId="19E6EF76" w14:textId="77777777" w:rsidR="0022328F" w:rsidRDefault="00965A9A" w:rsidP="00984A02">
      <w:pPr>
        <w:shd w:val="clear" w:color="auto" w:fill="FFFFFF" w:themeFill="background1"/>
        <w:spacing w:after="0" w:line="240" w:lineRule="auto"/>
        <w:jc w:val="center"/>
      </w:pPr>
      <w:r>
        <w:rPr>
          <w:b/>
          <w:color w:val="000000"/>
        </w:rPr>
        <w:t>BÀI 24: NẶN ĐỒ CHƠI</w:t>
      </w:r>
    </w:p>
    <w:p w14:paraId="4B7D454D" w14:textId="77777777" w:rsidR="0022328F" w:rsidRDefault="00965A9A" w:rsidP="00984A02">
      <w:pPr>
        <w:shd w:val="clear" w:color="auto" w:fill="FFFFFF" w:themeFill="background1"/>
        <w:spacing w:after="0" w:line="240" w:lineRule="auto"/>
        <w:jc w:val="center"/>
      </w:pPr>
      <w:r>
        <w:rPr>
          <w:b/>
          <w:color w:val="000000"/>
        </w:rPr>
        <w:t>Tiết 5 - 6: Luyện viết đoạn; Đọc mở rộng</w:t>
      </w:r>
    </w:p>
    <w:p w14:paraId="1FD88719" w14:textId="77777777" w:rsidR="0022328F" w:rsidRDefault="00965A9A" w:rsidP="00984A02">
      <w:pPr>
        <w:shd w:val="clear" w:color="auto" w:fill="FFFFFF" w:themeFill="background1"/>
        <w:spacing w:after="0" w:line="240" w:lineRule="auto"/>
      </w:pPr>
      <w:r>
        <w:rPr>
          <w:b/>
        </w:rPr>
        <w:t>I. YÊU CẦU CẦN ĐẠT</w:t>
      </w:r>
    </w:p>
    <w:p w14:paraId="50C381AE" w14:textId="77777777" w:rsidR="0022328F" w:rsidRDefault="00965A9A" w:rsidP="00984A02">
      <w:pPr>
        <w:shd w:val="clear" w:color="auto" w:fill="FFFFFF" w:themeFill="background1"/>
        <w:spacing w:after="0" w:line="240" w:lineRule="auto"/>
      </w:pPr>
      <w:r>
        <w:rPr>
          <w:b/>
        </w:rPr>
        <w:t>1. Năng lực đặc thù</w:t>
      </w:r>
    </w:p>
    <w:p w14:paraId="7752C181" w14:textId="77777777" w:rsidR="0022328F" w:rsidRDefault="00965A9A" w:rsidP="00984A02">
      <w:pPr>
        <w:shd w:val="clear" w:color="auto" w:fill="FFFFFF" w:themeFill="background1"/>
        <w:spacing w:after="0" w:line="240" w:lineRule="auto"/>
      </w:pPr>
      <w:r>
        <w:t>- Kể được tên đồ chơi của em, nêu đồ chơi yêu thích và lí do.</w:t>
      </w:r>
    </w:p>
    <w:p w14:paraId="3CD67523" w14:textId="77777777" w:rsidR="0022328F" w:rsidRDefault="00965A9A" w:rsidP="00984A02">
      <w:pPr>
        <w:shd w:val="clear" w:color="auto" w:fill="FFFFFF" w:themeFill="background1"/>
        <w:spacing w:after="0" w:line="240" w:lineRule="auto"/>
      </w:pPr>
      <w:r>
        <w:t>- Viết được 3 - 4 câu tả một đồ chơi của em theo gợi ý.</w:t>
      </w:r>
    </w:p>
    <w:p w14:paraId="0A58A28D" w14:textId="77777777" w:rsidR="0022328F" w:rsidRDefault="00965A9A" w:rsidP="00984A02">
      <w:pPr>
        <w:shd w:val="clear" w:color="auto" w:fill="FFFFFF" w:themeFill="background1"/>
        <w:spacing w:after="0" w:line="240" w:lineRule="auto"/>
      </w:pPr>
      <w:r>
        <w:t>- Tìm đọc được một bài thơ hoặc bài đồng dao về đồ chơi, trò chơi; nói với bạn về tên và cách chơi.</w:t>
      </w:r>
    </w:p>
    <w:p w14:paraId="05609EBE" w14:textId="77777777" w:rsidR="0022328F" w:rsidRDefault="00965A9A" w:rsidP="00984A02">
      <w:pPr>
        <w:shd w:val="clear" w:color="auto" w:fill="FFFFFF" w:themeFill="background1"/>
        <w:spacing w:after="0" w:line="240" w:lineRule="auto"/>
      </w:pPr>
      <w:r>
        <w:rPr>
          <w:b/>
        </w:rPr>
        <w:t>2. Năng lực chung</w:t>
      </w:r>
    </w:p>
    <w:p w14:paraId="66B6963E" w14:textId="77777777" w:rsidR="0022328F" w:rsidRDefault="00965A9A" w:rsidP="00984A02">
      <w:pPr>
        <w:shd w:val="clear" w:color="auto" w:fill="FFFFFF" w:themeFill="background1"/>
        <w:spacing w:after="0" w:line="240" w:lineRule="auto"/>
      </w:pPr>
      <w:r>
        <w:t>- Tự chủ và tự học: tự chọn đồ chơi để giới thiệu và tự hoàn thành đoạn viết.</w:t>
      </w:r>
    </w:p>
    <w:p w14:paraId="05AEC3B6" w14:textId="77777777" w:rsidR="0022328F" w:rsidRDefault="00965A9A" w:rsidP="00984A02">
      <w:pPr>
        <w:shd w:val="clear" w:color="auto" w:fill="FFFFFF" w:themeFill="background1"/>
        <w:spacing w:after="0" w:line="240" w:lineRule="auto"/>
      </w:pPr>
      <w:r>
        <w:t>- Giao tiếp và hợp tác: biết trao đổi nhóm, góp ý đoạn viết của bạn.</w:t>
      </w:r>
    </w:p>
    <w:p w14:paraId="1C96C1E9" w14:textId="77777777" w:rsidR="0022328F" w:rsidRDefault="00965A9A" w:rsidP="00984A02">
      <w:pPr>
        <w:shd w:val="clear" w:color="auto" w:fill="FFFFFF" w:themeFill="background1"/>
        <w:spacing w:after="0" w:line="240" w:lineRule="auto"/>
      </w:pPr>
      <w:r>
        <w:t>- Giải quyết vấn đề và sáng tạo: biết lựa chọn chi tiết tiêu biểu để tả đồ chơi.</w:t>
      </w:r>
    </w:p>
    <w:p w14:paraId="5E99C23D" w14:textId="77777777" w:rsidR="0022328F" w:rsidRDefault="00965A9A" w:rsidP="00984A02">
      <w:pPr>
        <w:shd w:val="clear" w:color="auto" w:fill="FFFFFF" w:themeFill="background1"/>
        <w:spacing w:after="0" w:line="240" w:lineRule="auto"/>
      </w:pPr>
      <w:r>
        <w:rPr>
          <w:b/>
        </w:rPr>
        <w:t>3. Phẩm chất</w:t>
      </w:r>
    </w:p>
    <w:p w14:paraId="4BBD79A6" w14:textId="77777777" w:rsidR="0022328F" w:rsidRDefault="00965A9A" w:rsidP="00984A02">
      <w:pPr>
        <w:shd w:val="clear" w:color="auto" w:fill="FFFFFF" w:themeFill="background1"/>
        <w:spacing w:after="0" w:line="240" w:lineRule="auto"/>
      </w:pPr>
      <w:r>
        <w:t>- Chăm chỉ: tích cực luyện viết, đọc mở rộng.</w:t>
      </w:r>
    </w:p>
    <w:p w14:paraId="3EF0A6D4" w14:textId="77777777" w:rsidR="0022328F" w:rsidRDefault="00965A9A" w:rsidP="00984A02">
      <w:pPr>
        <w:shd w:val="clear" w:color="auto" w:fill="FFFFFF" w:themeFill="background1"/>
        <w:spacing w:after="0" w:line="240" w:lineRule="auto"/>
      </w:pPr>
      <w:r>
        <w:t>- Trách nhiệm: biết giữ gìn đồ chơi, chơi trò chơi phù hợp với lứa tuổi.</w:t>
      </w:r>
    </w:p>
    <w:p w14:paraId="313CDE78" w14:textId="77777777" w:rsidR="0022328F" w:rsidRDefault="00965A9A" w:rsidP="00984A02">
      <w:pPr>
        <w:shd w:val="clear" w:color="auto" w:fill="FFFFFF" w:themeFill="background1"/>
        <w:spacing w:after="0" w:line="240" w:lineRule="auto"/>
      </w:pPr>
      <w:r>
        <w:rPr>
          <w:b/>
          <w:color w:val="C00000"/>
        </w:rPr>
        <w:t>4. Tích hợp</w:t>
      </w:r>
    </w:p>
    <w:p w14:paraId="072F7811" w14:textId="77777777" w:rsidR="0022328F" w:rsidRDefault="00965A9A" w:rsidP="00984A02">
      <w:pPr>
        <w:shd w:val="clear" w:color="auto" w:fill="FFFFFF" w:themeFill="background1"/>
        <w:spacing w:after="0" w:line="240" w:lineRule="auto"/>
      </w:pPr>
      <w:r>
        <w:rPr>
          <w:color w:val="C00000"/>
        </w:rPr>
        <w:t>Tích hợp NLS 1.2.CB1a: HS bước đầu biết chọn nguồn đọc mở rộng phù hợp, đáng tin cậy; không xem/làm theo hướng dẫn trò chơi nguy hiểm hoặc không rõ nguồn.</w:t>
      </w:r>
    </w:p>
    <w:p w14:paraId="431DC8D1" w14:textId="77777777" w:rsidR="0022328F" w:rsidRDefault="00965A9A" w:rsidP="00984A02">
      <w:pPr>
        <w:shd w:val="clear" w:color="auto" w:fill="FFFFFF" w:themeFill="background1"/>
        <w:spacing w:after="0" w:line="240" w:lineRule="auto"/>
      </w:pPr>
      <w:r>
        <w:rPr>
          <w:b/>
        </w:rPr>
        <w:t>II. ĐỒ DÙNG DẠY HỌC</w:t>
      </w:r>
    </w:p>
    <w:p w14:paraId="68ADCCF2" w14:textId="77777777" w:rsidR="0022328F" w:rsidRDefault="00965A9A" w:rsidP="00984A02">
      <w:pPr>
        <w:shd w:val="clear" w:color="auto" w:fill="FFFFFF" w:themeFill="background1"/>
        <w:spacing w:after="0" w:line="240" w:lineRule="auto"/>
      </w:pPr>
      <w:r>
        <w:t>1. Giáo viên: tranh SGK phần viết và đọc mở rộng, phiếu lập ý, sách/bài đọc về trò chơi, đồ chơi.</w:t>
      </w:r>
    </w:p>
    <w:p w14:paraId="6E9C43A4" w14:textId="77777777" w:rsidR="0022328F" w:rsidRDefault="00965A9A" w:rsidP="00984A02">
      <w:pPr>
        <w:shd w:val="clear" w:color="auto" w:fill="FFFFFF" w:themeFill="background1"/>
        <w:spacing w:after="0" w:line="240" w:lineRule="auto"/>
      </w:pPr>
      <w:r>
        <w:t>2. Học sinh: SGK, vở, bài đọc mở rộng đã chuẩn bị.</w:t>
      </w:r>
    </w:p>
    <w:p w14:paraId="7BDBE1B6" w14:textId="77777777" w:rsidR="0022328F" w:rsidRDefault="00965A9A" w:rsidP="00984A02">
      <w:pPr>
        <w:shd w:val="clear" w:color="auto" w:fill="FFFFFF" w:themeFill="background1"/>
        <w:spacing w:after="0" w:line="240" w:lineRule="auto"/>
      </w:pPr>
      <w:r>
        <w:rPr>
          <w:b/>
        </w:rPr>
        <w:t>III. HOẠT ĐỘNG DẠY HỌC CHỦ YẾU</w:t>
      </w:r>
    </w:p>
    <w:tbl>
      <w:tblPr>
        <w:tblStyle w:val="TableGrid"/>
        <w:tblW w:w="0" w:type="auto"/>
        <w:jc w:val="center"/>
        <w:tblBorders>
          <w:top w:val="single" w:sz="8" w:space="0" w:color="000000"/>
          <w:left w:val="single" w:sz="8" w:space="0" w:color="000000"/>
          <w:bottom w:val="single" w:sz="8" w:space="0" w:color="000000"/>
          <w:right w:val="single" w:sz="8" w:space="0" w:color="000000"/>
          <w:insideH w:val="none" w:sz="0" w:space="0" w:color="auto"/>
          <w:insideV w:val="single" w:sz="8" w:space="0" w:color="000000"/>
        </w:tblBorders>
        <w:tblLayout w:type="fixed"/>
        <w:tblLook w:val="04A0" w:firstRow="1" w:lastRow="0" w:firstColumn="1" w:lastColumn="0" w:noHBand="0" w:noVBand="1"/>
      </w:tblPr>
      <w:tblGrid>
        <w:gridCol w:w="5188"/>
        <w:gridCol w:w="5188"/>
      </w:tblGrid>
      <w:tr w:rsidR="0022328F" w14:paraId="413ADCA0" w14:textId="77777777" w:rsidTr="00984A02">
        <w:trPr>
          <w:jc w:val="center"/>
        </w:trPr>
        <w:tc>
          <w:tcPr>
            <w:tcW w:w="5188" w:type="dxa"/>
            <w:tcBorders>
              <w:bottom w:val="single" w:sz="8" w:space="0" w:color="000000"/>
            </w:tcBorders>
            <w:shd w:val="clear" w:color="auto" w:fill="D9EAF7"/>
            <w:tcMar>
              <w:top w:w="40" w:type="dxa"/>
              <w:left w:w="70" w:type="dxa"/>
              <w:bottom w:w="40" w:type="dxa"/>
              <w:right w:w="70" w:type="dxa"/>
            </w:tcMar>
          </w:tcPr>
          <w:p w14:paraId="3D6EFC20" w14:textId="77777777" w:rsidR="0022328F" w:rsidRDefault="00965A9A" w:rsidP="00984A02">
            <w:pPr>
              <w:shd w:val="clear" w:color="auto" w:fill="FFFFFF" w:themeFill="background1"/>
              <w:jc w:val="center"/>
            </w:pPr>
            <w:r>
              <w:rPr>
                <w:b/>
              </w:rPr>
              <w:t>Hoạt động của giáo viên</w:t>
            </w:r>
          </w:p>
        </w:tc>
        <w:tc>
          <w:tcPr>
            <w:tcW w:w="5188" w:type="dxa"/>
            <w:tcBorders>
              <w:bottom w:val="single" w:sz="8" w:space="0" w:color="000000"/>
            </w:tcBorders>
            <w:shd w:val="clear" w:color="auto" w:fill="D9EAF7"/>
            <w:tcMar>
              <w:top w:w="40" w:type="dxa"/>
              <w:left w:w="70" w:type="dxa"/>
              <w:bottom w:w="40" w:type="dxa"/>
              <w:right w:w="70" w:type="dxa"/>
            </w:tcMar>
          </w:tcPr>
          <w:p w14:paraId="65CB3EF3" w14:textId="77777777" w:rsidR="0022328F" w:rsidRDefault="00965A9A" w:rsidP="00984A02">
            <w:pPr>
              <w:shd w:val="clear" w:color="auto" w:fill="FFFFFF" w:themeFill="background1"/>
              <w:jc w:val="center"/>
            </w:pPr>
            <w:r>
              <w:rPr>
                <w:b/>
              </w:rPr>
              <w:t>Hoạt động của học sinh</w:t>
            </w:r>
          </w:p>
        </w:tc>
      </w:tr>
      <w:tr w:rsidR="0022328F" w14:paraId="3C878F6C"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0A2EB2A1" w14:textId="77777777" w:rsidR="0022328F" w:rsidRDefault="00965A9A" w:rsidP="00984A02">
            <w:pPr>
              <w:shd w:val="clear" w:color="auto" w:fill="FFFFFF" w:themeFill="background1"/>
            </w:pPr>
            <w:r>
              <w:rPr>
                <w:b/>
                <w:color w:val="008000"/>
              </w:rPr>
              <w:t>TIẾT 5</w:t>
            </w:r>
          </w:p>
        </w:tc>
      </w:tr>
      <w:tr w:rsidR="0022328F" w14:paraId="10952F56"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37960045" w14:textId="77777777" w:rsidR="0022328F" w:rsidRDefault="00965A9A" w:rsidP="00984A02">
            <w:pPr>
              <w:shd w:val="clear" w:color="auto" w:fill="FFFFFF" w:themeFill="background1"/>
            </w:pPr>
            <w:r>
              <w:rPr>
                <w:b/>
                <w:color w:val="008000"/>
              </w:rPr>
              <w:t>1. Khởi động (3 phút) – Gợi ý tưởng viết đoạn.</w:t>
            </w:r>
          </w:p>
        </w:tc>
      </w:tr>
      <w:tr w:rsidR="0022328F" w14:paraId="2141DBE0" w14:textId="77777777" w:rsidTr="00984A02">
        <w:trPr>
          <w:jc w:val="center"/>
        </w:trPr>
        <w:tc>
          <w:tcPr>
            <w:tcW w:w="5188" w:type="dxa"/>
            <w:tcBorders>
              <w:top w:val="single" w:sz="8" w:space="0" w:color="000000"/>
              <w:bottom w:val="single" w:sz="8" w:space="0" w:color="000000"/>
            </w:tcBorders>
            <w:tcMar>
              <w:top w:w="40" w:type="dxa"/>
              <w:left w:w="70" w:type="dxa"/>
              <w:bottom w:w="40" w:type="dxa"/>
              <w:right w:w="70" w:type="dxa"/>
            </w:tcMar>
          </w:tcPr>
          <w:p w14:paraId="4645A8AB" w14:textId="77777777" w:rsidR="0022328F" w:rsidRDefault="00965A9A" w:rsidP="00984A02">
            <w:pPr>
              <w:shd w:val="clear" w:color="auto" w:fill="FFFFFF" w:themeFill="background1"/>
            </w:pPr>
            <w:r>
              <w:t>- Kể tên một số đồ chơi của em và nêu đồ chơi em thích nhất.</w:t>
            </w:r>
          </w:p>
        </w:tc>
        <w:tc>
          <w:tcPr>
            <w:tcW w:w="5188" w:type="dxa"/>
            <w:tcBorders>
              <w:top w:val="single" w:sz="8" w:space="0" w:color="000000"/>
              <w:bottom w:val="single" w:sz="8" w:space="0" w:color="000000"/>
            </w:tcBorders>
            <w:tcMar>
              <w:top w:w="40" w:type="dxa"/>
              <w:left w:w="70" w:type="dxa"/>
              <w:bottom w:w="40" w:type="dxa"/>
              <w:right w:w="70" w:type="dxa"/>
            </w:tcMar>
          </w:tcPr>
          <w:p w14:paraId="79648B53" w14:textId="77777777" w:rsidR="0022328F" w:rsidRDefault="00965A9A" w:rsidP="00984A02">
            <w:pPr>
              <w:shd w:val="clear" w:color="auto" w:fill="FFFFFF" w:themeFill="background1"/>
            </w:pPr>
            <w:r>
              <w:t>- HS nêu: Em có ô tô, gấu bông, diều; em thích nhất ô tô vì chạy được.</w:t>
            </w:r>
          </w:p>
        </w:tc>
      </w:tr>
      <w:tr w:rsidR="0022328F" w14:paraId="7CB3FE9E"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769CE96D" w14:textId="77777777" w:rsidR="0022328F" w:rsidRDefault="00965A9A" w:rsidP="00984A02">
            <w:pPr>
              <w:shd w:val="clear" w:color="auto" w:fill="FFFFFF" w:themeFill="background1"/>
            </w:pPr>
            <w:r>
              <w:rPr>
                <w:b/>
                <w:color w:val="008000"/>
              </w:rPr>
              <w:t>2. Khám phá kiến thức (10 phút) – Tìm ý cho đoạn viết.</w:t>
            </w:r>
          </w:p>
        </w:tc>
      </w:tr>
      <w:tr w:rsidR="0022328F" w14:paraId="18367D2E" w14:textId="77777777" w:rsidTr="00984A02">
        <w:trPr>
          <w:jc w:val="center"/>
        </w:trPr>
        <w:tc>
          <w:tcPr>
            <w:tcW w:w="5188" w:type="dxa"/>
            <w:tcBorders>
              <w:top w:val="single" w:sz="8" w:space="0" w:color="000000"/>
            </w:tcBorders>
            <w:tcMar>
              <w:top w:w="40" w:type="dxa"/>
              <w:left w:w="70" w:type="dxa"/>
              <w:bottom w:w="40" w:type="dxa"/>
              <w:right w:w="70" w:type="dxa"/>
            </w:tcMar>
          </w:tcPr>
          <w:p w14:paraId="203BF5B3" w14:textId="77777777" w:rsidR="0022328F" w:rsidRDefault="00965A9A" w:rsidP="00984A02">
            <w:pPr>
              <w:shd w:val="clear" w:color="auto" w:fill="FFFFFF" w:themeFill="background1"/>
            </w:pPr>
            <w:r>
              <w:rPr>
                <w:b/>
                <w:color w:val="000000"/>
              </w:rPr>
              <w:t>Bài tập 1: Kể tên những đồ chơi của em. Em thích đồ chơi nào nhất? Vì sao?</w:t>
            </w:r>
          </w:p>
          <w:p w14:paraId="374DA912" w14:textId="1094FC2B" w:rsidR="0022328F" w:rsidRDefault="0022328F" w:rsidP="00984A02">
            <w:pPr>
              <w:shd w:val="clear" w:color="auto" w:fill="FFFFFF" w:themeFill="background1"/>
              <w:jc w:val="center"/>
            </w:pPr>
          </w:p>
        </w:tc>
        <w:tc>
          <w:tcPr>
            <w:tcW w:w="5188" w:type="dxa"/>
            <w:tcBorders>
              <w:top w:val="single" w:sz="8" w:space="0" w:color="000000"/>
            </w:tcBorders>
            <w:tcMar>
              <w:top w:w="40" w:type="dxa"/>
              <w:left w:w="70" w:type="dxa"/>
              <w:bottom w:w="40" w:type="dxa"/>
              <w:right w:w="70" w:type="dxa"/>
            </w:tcMar>
          </w:tcPr>
          <w:p w14:paraId="395BF799" w14:textId="77777777" w:rsidR="0022328F" w:rsidRDefault="00965A9A" w:rsidP="00984A02">
            <w:pPr>
              <w:shd w:val="clear" w:color="auto" w:fill="FFFFFF" w:themeFill="background1"/>
            </w:pPr>
            <w:r>
              <w:t>- HS đọc đề bài, suy nghĩ cá nhân.</w:t>
            </w:r>
          </w:p>
        </w:tc>
      </w:tr>
      <w:tr w:rsidR="0022328F" w14:paraId="0D483998" w14:textId="77777777" w:rsidTr="00984A02">
        <w:trPr>
          <w:jc w:val="center"/>
        </w:trPr>
        <w:tc>
          <w:tcPr>
            <w:tcW w:w="5188" w:type="dxa"/>
            <w:tcMar>
              <w:top w:w="40" w:type="dxa"/>
              <w:left w:w="70" w:type="dxa"/>
              <w:bottom w:w="40" w:type="dxa"/>
              <w:right w:w="70" w:type="dxa"/>
            </w:tcMar>
          </w:tcPr>
          <w:p w14:paraId="7D6D03F5" w14:textId="77777777" w:rsidR="0022328F" w:rsidRDefault="00965A9A" w:rsidP="00984A02">
            <w:pPr>
              <w:shd w:val="clear" w:color="auto" w:fill="FFFFFF" w:themeFill="background1"/>
            </w:pPr>
            <w:r>
              <w:t>- GV yêu cầu HS đọc đề bài.</w:t>
            </w:r>
          </w:p>
        </w:tc>
        <w:tc>
          <w:tcPr>
            <w:tcW w:w="5188" w:type="dxa"/>
            <w:tcMar>
              <w:top w:w="40" w:type="dxa"/>
              <w:left w:w="70" w:type="dxa"/>
              <w:bottom w:w="40" w:type="dxa"/>
              <w:right w:w="70" w:type="dxa"/>
            </w:tcMar>
          </w:tcPr>
          <w:p w14:paraId="5A3DBB53" w14:textId="77777777" w:rsidR="0022328F" w:rsidRDefault="00965A9A" w:rsidP="00984A02">
            <w:pPr>
              <w:shd w:val="clear" w:color="auto" w:fill="FFFFFF" w:themeFill="background1"/>
            </w:pPr>
            <w:r>
              <w:t>- HS đọc: Kể tên những đồ chơi của em. Em thích đồ chơi nào nhất? Vì sao?</w:t>
            </w:r>
          </w:p>
        </w:tc>
      </w:tr>
      <w:tr w:rsidR="0022328F" w14:paraId="00D94A30" w14:textId="77777777" w:rsidTr="00984A02">
        <w:trPr>
          <w:jc w:val="center"/>
        </w:trPr>
        <w:tc>
          <w:tcPr>
            <w:tcW w:w="5188" w:type="dxa"/>
            <w:tcBorders>
              <w:bottom w:val="single" w:sz="8" w:space="0" w:color="000000"/>
            </w:tcBorders>
            <w:tcMar>
              <w:top w:w="40" w:type="dxa"/>
              <w:left w:w="70" w:type="dxa"/>
              <w:bottom w:w="40" w:type="dxa"/>
              <w:right w:w="70" w:type="dxa"/>
            </w:tcMar>
          </w:tcPr>
          <w:p w14:paraId="26D638EA" w14:textId="77777777" w:rsidR="0022328F" w:rsidRDefault="00965A9A" w:rsidP="00984A02">
            <w:pPr>
              <w:shd w:val="clear" w:color="auto" w:fill="FFFFFF" w:themeFill="background1"/>
            </w:pPr>
            <w:r>
              <w:t>- Thảo luận nhóm 2: kể tên đồ chơi và nêu lí do em thích.</w:t>
            </w:r>
          </w:p>
        </w:tc>
        <w:tc>
          <w:tcPr>
            <w:tcW w:w="5188" w:type="dxa"/>
            <w:tcBorders>
              <w:bottom w:val="single" w:sz="8" w:space="0" w:color="000000"/>
            </w:tcBorders>
            <w:tcMar>
              <w:top w:w="40" w:type="dxa"/>
              <w:left w:w="70" w:type="dxa"/>
              <w:bottom w:w="40" w:type="dxa"/>
              <w:right w:w="70" w:type="dxa"/>
            </w:tcMar>
          </w:tcPr>
          <w:p w14:paraId="0352216F" w14:textId="77777777" w:rsidR="0022328F" w:rsidRDefault="00965A9A" w:rsidP="00984A02">
            <w:pPr>
              <w:shd w:val="clear" w:color="auto" w:fill="FFFFFF" w:themeFill="background1"/>
            </w:pPr>
            <w:r>
              <w:t>- HS trả lời: Em thích gấu bông vì mềm mại và dễ thương; em thích bóng vì có thể chơi cùng bạn.</w:t>
            </w:r>
          </w:p>
        </w:tc>
      </w:tr>
      <w:tr w:rsidR="0022328F" w14:paraId="30E96E67"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2AFFC305" w14:textId="77777777" w:rsidR="0022328F" w:rsidRDefault="00965A9A" w:rsidP="00984A02">
            <w:pPr>
              <w:shd w:val="clear" w:color="auto" w:fill="FFFFFF" w:themeFill="background1"/>
            </w:pPr>
            <w:r>
              <w:rPr>
                <w:b/>
                <w:color w:val="008000"/>
              </w:rPr>
              <w:t>3. Thực hành (19 phút) – Viết đoạn tả đồ chơi.</w:t>
            </w:r>
          </w:p>
        </w:tc>
      </w:tr>
      <w:tr w:rsidR="0022328F" w14:paraId="662BD1B6" w14:textId="77777777" w:rsidTr="00984A02">
        <w:trPr>
          <w:jc w:val="center"/>
        </w:trPr>
        <w:tc>
          <w:tcPr>
            <w:tcW w:w="5188" w:type="dxa"/>
            <w:tcBorders>
              <w:top w:val="single" w:sz="8" w:space="0" w:color="000000"/>
            </w:tcBorders>
            <w:tcMar>
              <w:top w:w="40" w:type="dxa"/>
              <w:left w:w="70" w:type="dxa"/>
              <w:bottom w:w="40" w:type="dxa"/>
              <w:right w:w="70" w:type="dxa"/>
            </w:tcMar>
          </w:tcPr>
          <w:p w14:paraId="063D3914" w14:textId="77777777" w:rsidR="0022328F" w:rsidRDefault="00965A9A" w:rsidP="00984A02">
            <w:pPr>
              <w:shd w:val="clear" w:color="auto" w:fill="FFFFFF" w:themeFill="background1"/>
            </w:pPr>
            <w:r>
              <w:rPr>
                <w:b/>
                <w:color w:val="000000"/>
              </w:rPr>
              <w:t>Bài tập 2: Viết 3 - 4 câu tả một đồ chơi của em.</w:t>
            </w:r>
          </w:p>
        </w:tc>
        <w:tc>
          <w:tcPr>
            <w:tcW w:w="5188" w:type="dxa"/>
            <w:tcBorders>
              <w:top w:val="single" w:sz="8" w:space="0" w:color="000000"/>
            </w:tcBorders>
            <w:tcMar>
              <w:top w:w="40" w:type="dxa"/>
              <w:left w:w="70" w:type="dxa"/>
              <w:bottom w:w="40" w:type="dxa"/>
              <w:right w:w="70" w:type="dxa"/>
            </w:tcMar>
          </w:tcPr>
          <w:p w14:paraId="75C37351" w14:textId="77777777" w:rsidR="0022328F" w:rsidRDefault="00965A9A" w:rsidP="00984A02">
            <w:pPr>
              <w:shd w:val="clear" w:color="auto" w:fill="FFFFFF" w:themeFill="background1"/>
            </w:pPr>
            <w:r>
              <w:t>- HS đọc đề bài và quan sát sơ đồ gợi ý.</w:t>
            </w:r>
          </w:p>
        </w:tc>
      </w:tr>
      <w:tr w:rsidR="0022328F" w14:paraId="2FD50C2A" w14:textId="77777777" w:rsidTr="00984A02">
        <w:trPr>
          <w:jc w:val="center"/>
        </w:trPr>
        <w:tc>
          <w:tcPr>
            <w:tcW w:w="5188" w:type="dxa"/>
            <w:tcMar>
              <w:top w:w="40" w:type="dxa"/>
              <w:left w:w="70" w:type="dxa"/>
              <w:bottom w:w="40" w:type="dxa"/>
              <w:right w:w="70" w:type="dxa"/>
            </w:tcMar>
          </w:tcPr>
          <w:p w14:paraId="3A192F46" w14:textId="77777777" w:rsidR="0022328F" w:rsidRDefault="00965A9A" w:rsidP="00984A02">
            <w:pPr>
              <w:shd w:val="clear" w:color="auto" w:fill="FFFFFF" w:themeFill="background1"/>
            </w:pPr>
            <w:r>
              <w:t>- GV yêu cầu HS đọc đề bài.</w:t>
            </w:r>
          </w:p>
        </w:tc>
        <w:tc>
          <w:tcPr>
            <w:tcW w:w="5188" w:type="dxa"/>
            <w:tcMar>
              <w:top w:w="40" w:type="dxa"/>
              <w:left w:w="70" w:type="dxa"/>
              <w:bottom w:w="40" w:type="dxa"/>
              <w:right w:w="70" w:type="dxa"/>
            </w:tcMar>
          </w:tcPr>
          <w:p w14:paraId="73376971" w14:textId="77777777" w:rsidR="0022328F" w:rsidRDefault="00965A9A" w:rsidP="00984A02">
            <w:pPr>
              <w:shd w:val="clear" w:color="auto" w:fill="FFFFFF" w:themeFill="background1"/>
            </w:pPr>
            <w:r>
              <w:t>- HS đọc: Viết 3 - 4 câu tả một đồ chơi của em.</w:t>
            </w:r>
          </w:p>
        </w:tc>
      </w:tr>
      <w:tr w:rsidR="0022328F" w14:paraId="04D0FCDE" w14:textId="77777777" w:rsidTr="00984A02">
        <w:trPr>
          <w:jc w:val="center"/>
        </w:trPr>
        <w:tc>
          <w:tcPr>
            <w:tcW w:w="5188" w:type="dxa"/>
            <w:tcMar>
              <w:top w:w="40" w:type="dxa"/>
              <w:left w:w="70" w:type="dxa"/>
              <w:bottom w:w="40" w:type="dxa"/>
              <w:right w:w="70" w:type="dxa"/>
            </w:tcMar>
          </w:tcPr>
          <w:p w14:paraId="1B406154" w14:textId="77777777" w:rsidR="0022328F" w:rsidRDefault="00965A9A" w:rsidP="00984A02">
            <w:pPr>
              <w:shd w:val="clear" w:color="auto" w:fill="FFFFFF" w:themeFill="background1"/>
            </w:pPr>
            <w:r>
              <w:t>- Trả lời các câu hỏi gợi ý: Em chọn tả đồ chơi nào? Nó có đặc điểm gì? Em thường chơi lúc nào? Tình cảm của em với đồ chơi ra sao?</w:t>
            </w:r>
          </w:p>
        </w:tc>
        <w:tc>
          <w:tcPr>
            <w:tcW w:w="5188" w:type="dxa"/>
            <w:tcMar>
              <w:top w:w="40" w:type="dxa"/>
              <w:left w:w="70" w:type="dxa"/>
              <w:bottom w:w="40" w:type="dxa"/>
              <w:right w:w="70" w:type="dxa"/>
            </w:tcMar>
          </w:tcPr>
          <w:p w14:paraId="0FE2A497" w14:textId="77777777" w:rsidR="0022328F" w:rsidRDefault="00965A9A" w:rsidP="00984A02">
            <w:pPr>
              <w:shd w:val="clear" w:color="auto" w:fill="FFFFFF" w:themeFill="background1"/>
            </w:pPr>
            <w:r>
              <w:t>- HS trả lời: Em chọn tả gấu bông. Gấu bông màu nâu, mềm mại. Em thường ôm gấu khi ngủ. Em rất yêu quý gấu bông.</w:t>
            </w:r>
          </w:p>
        </w:tc>
      </w:tr>
      <w:tr w:rsidR="0022328F" w14:paraId="258104D2" w14:textId="77777777" w:rsidTr="00984A02">
        <w:trPr>
          <w:jc w:val="center"/>
        </w:trPr>
        <w:tc>
          <w:tcPr>
            <w:tcW w:w="5188" w:type="dxa"/>
            <w:tcMar>
              <w:top w:w="40" w:type="dxa"/>
              <w:left w:w="70" w:type="dxa"/>
              <w:bottom w:w="40" w:type="dxa"/>
              <w:right w:w="70" w:type="dxa"/>
            </w:tcMar>
          </w:tcPr>
          <w:p w14:paraId="6081731D" w14:textId="77777777" w:rsidR="0022328F" w:rsidRDefault="00965A9A" w:rsidP="00984A02">
            <w:pPr>
              <w:shd w:val="clear" w:color="auto" w:fill="FFFFFF" w:themeFill="background1"/>
            </w:pPr>
            <w:r>
              <w:lastRenderedPageBreak/>
              <w:t>- Viết đoạn vào vở.</w:t>
            </w:r>
          </w:p>
        </w:tc>
        <w:tc>
          <w:tcPr>
            <w:tcW w:w="5188" w:type="dxa"/>
            <w:tcMar>
              <w:top w:w="40" w:type="dxa"/>
              <w:left w:w="70" w:type="dxa"/>
              <w:bottom w:w="40" w:type="dxa"/>
              <w:right w:w="70" w:type="dxa"/>
            </w:tcMar>
          </w:tcPr>
          <w:p w14:paraId="612A0EA7" w14:textId="77777777" w:rsidR="0022328F" w:rsidRDefault="00965A9A" w:rsidP="00984A02">
            <w:pPr>
              <w:shd w:val="clear" w:color="auto" w:fill="FFFFFF" w:themeFill="background1"/>
            </w:pPr>
            <w:r>
              <w:t>- HS viết: Em có một chú gấu bông màu nâu. Chú gấu rất mềm mại và có đôi mắt tròn xoe. Em thường ôm gấu bông khi ngủ. Em rất yêu quý món đồ chơi này.</w:t>
            </w:r>
          </w:p>
        </w:tc>
      </w:tr>
      <w:tr w:rsidR="0022328F" w14:paraId="0D5D72DF" w14:textId="77777777" w:rsidTr="00984A02">
        <w:trPr>
          <w:jc w:val="center"/>
        </w:trPr>
        <w:tc>
          <w:tcPr>
            <w:tcW w:w="5188" w:type="dxa"/>
            <w:tcMar>
              <w:top w:w="40" w:type="dxa"/>
              <w:left w:w="70" w:type="dxa"/>
              <w:bottom w:w="40" w:type="dxa"/>
              <w:right w:w="70" w:type="dxa"/>
            </w:tcMar>
          </w:tcPr>
          <w:p w14:paraId="61A2B232" w14:textId="77777777" w:rsidR="0022328F" w:rsidRDefault="00965A9A" w:rsidP="00984A02">
            <w:pPr>
              <w:shd w:val="clear" w:color="auto" w:fill="FFFFFF" w:themeFill="background1"/>
            </w:pPr>
            <w:r>
              <w:t>- Đổi vở nhóm 2, góp ý cho bạn về đủ số câu, nội dung và dấu câu.</w:t>
            </w:r>
          </w:p>
        </w:tc>
        <w:tc>
          <w:tcPr>
            <w:tcW w:w="5188" w:type="dxa"/>
            <w:tcMar>
              <w:top w:w="40" w:type="dxa"/>
              <w:left w:w="70" w:type="dxa"/>
              <w:bottom w:w="40" w:type="dxa"/>
              <w:right w:w="70" w:type="dxa"/>
            </w:tcMar>
          </w:tcPr>
          <w:p w14:paraId="399B1410" w14:textId="77777777" w:rsidR="0022328F" w:rsidRDefault="00965A9A" w:rsidP="00984A02">
            <w:pPr>
              <w:shd w:val="clear" w:color="auto" w:fill="FFFFFF" w:themeFill="background1"/>
            </w:pPr>
            <w:r>
              <w:t>- HS đổi vở, góp ý: đoạn có đủ 3 - 4 câu, có tả đặc điểm và tình cảm.</w:t>
            </w:r>
          </w:p>
        </w:tc>
      </w:tr>
      <w:tr w:rsidR="0022328F" w14:paraId="1BBA1872" w14:textId="77777777" w:rsidTr="00984A02">
        <w:trPr>
          <w:jc w:val="center"/>
        </w:trPr>
        <w:tc>
          <w:tcPr>
            <w:tcW w:w="5188" w:type="dxa"/>
            <w:tcBorders>
              <w:bottom w:val="single" w:sz="8" w:space="0" w:color="000000"/>
            </w:tcBorders>
            <w:tcMar>
              <w:top w:w="40" w:type="dxa"/>
              <w:left w:w="70" w:type="dxa"/>
              <w:bottom w:w="40" w:type="dxa"/>
              <w:right w:w="70" w:type="dxa"/>
            </w:tcMar>
          </w:tcPr>
          <w:p w14:paraId="550C8C4F" w14:textId="77777777" w:rsidR="0022328F" w:rsidRDefault="00965A9A" w:rsidP="00984A02">
            <w:pPr>
              <w:shd w:val="clear" w:color="auto" w:fill="FFFFFF" w:themeFill="background1"/>
            </w:pPr>
            <w:r>
              <w:t>- GV gọi HS đọc bài; nhận xét, sửa lỗi.</w:t>
            </w:r>
          </w:p>
        </w:tc>
        <w:tc>
          <w:tcPr>
            <w:tcW w:w="5188" w:type="dxa"/>
            <w:tcBorders>
              <w:bottom w:val="single" w:sz="8" w:space="0" w:color="000000"/>
            </w:tcBorders>
            <w:tcMar>
              <w:top w:w="40" w:type="dxa"/>
              <w:left w:w="70" w:type="dxa"/>
              <w:bottom w:w="40" w:type="dxa"/>
              <w:right w:w="70" w:type="dxa"/>
            </w:tcMar>
          </w:tcPr>
          <w:p w14:paraId="5D6F8E7C" w14:textId="77777777" w:rsidR="0022328F" w:rsidRDefault="00965A9A" w:rsidP="00984A02">
            <w:pPr>
              <w:shd w:val="clear" w:color="auto" w:fill="FFFFFF" w:themeFill="background1"/>
            </w:pPr>
            <w:r>
              <w:t>- HS đọc bài trước lớp; HS khác nhận xét, học cách sửa đoạn viết.</w:t>
            </w:r>
          </w:p>
        </w:tc>
      </w:tr>
      <w:tr w:rsidR="0022328F" w14:paraId="72A4EF91"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4D488862" w14:textId="77777777" w:rsidR="0022328F" w:rsidRDefault="00965A9A" w:rsidP="00984A02">
            <w:pPr>
              <w:shd w:val="clear" w:color="auto" w:fill="FFFFFF" w:themeFill="background1"/>
            </w:pPr>
            <w:r>
              <w:rPr>
                <w:b/>
                <w:color w:val="008000"/>
              </w:rPr>
              <w:t>4. Vận dụng (3 phút) – Hoàn thiện đoạn viết.</w:t>
            </w:r>
          </w:p>
        </w:tc>
      </w:tr>
      <w:tr w:rsidR="0022328F" w14:paraId="69B8459B" w14:textId="77777777" w:rsidTr="00984A02">
        <w:trPr>
          <w:jc w:val="center"/>
        </w:trPr>
        <w:tc>
          <w:tcPr>
            <w:tcW w:w="5188" w:type="dxa"/>
            <w:tcBorders>
              <w:top w:val="single" w:sz="8" w:space="0" w:color="000000"/>
            </w:tcBorders>
            <w:tcMar>
              <w:top w:w="40" w:type="dxa"/>
              <w:left w:w="70" w:type="dxa"/>
              <w:bottom w:w="40" w:type="dxa"/>
              <w:right w:w="70" w:type="dxa"/>
            </w:tcMar>
          </w:tcPr>
          <w:p w14:paraId="3C8770F5" w14:textId="77777777" w:rsidR="0022328F" w:rsidRDefault="00965A9A" w:rsidP="00984A02">
            <w:pPr>
              <w:shd w:val="clear" w:color="auto" w:fill="FFFFFF" w:themeFill="background1"/>
            </w:pPr>
            <w:r>
              <w:t>- Chọn một câu trong đoạn viết em muốn sửa cho hay hơn.</w:t>
            </w:r>
          </w:p>
        </w:tc>
        <w:tc>
          <w:tcPr>
            <w:tcW w:w="5188" w:type="dxa"/>
            <w:tcBorders>
              <w:top w:val="single" w:sz="8" w:space="0" w:color="000000"/>
            </w:tcBorders>
            <w:tcMar>
              <w:top w:w="40" w:type="dxa"/>
              <w:left w:w="70" w:type="dxa"/>
              <w:bottom w:w="40" w:type="dxa"/>
              <w:right w:w="70" w:type="dxa"/>
            </w:tcMar>
          </w:tcPr>
          <w:p w14:paraId="33053468" w14:textId="77777777" w:rsidR="0022328F" w:rsidRDefault="00965A9A" w:rsidP="00984A02">
            <w:pPr>
              <w:shd w:val="clear" w:color="auto" w:fill="FFFFFF" w:themeFill="background1"/>
            </w:pPr>
            <w:r>
              <w:t>- HS sửa câu: Chú gấu bông rất mềm mại và dễ thương.</w:t>
            </w:r>
          </w:p>
        </w:tc>
      </w:tr>
      <w:tr w:rsidR="0022328F" w14:paraId="5F697FC9" w14:textId="77777777" w:rsidTr="00984A02">
        <w:trPr>
          <w:jc w:val="center"/>
        </w:trPr>
        <w:tc>
          <w:tcPr>
            <w:tcW w:w="5188" w:type="dxa"/>
            <w:tcBorders>
              <w:bottom w:val="single" w:sz="8" w:space="0" w:color="000000"/>
            </w:tcBorders>
            <w:tcMar>
              <w:top w:w="40" w:type="dxa"/>
              <w:left w:w="70" w:type="dxa"/>
              <w:bottom w:w="40" w:type="dxa"/>
              <w:right w:w="70" w:type="dxa"/>
            </w:tcMar>
          </w:tcPr>
          <w:p w14:paraId="5D53449E" w14:textId="77777777" w:rsidR="0022328F" w:rsidRDefault="00965A9A" w:rsidP="00984A02">
            <w:pPr>
              <w:shd w:val="clear" w:color="auto" w:fill="FFFFFF" w:themeFill="background1"/>
            </w:pPr>
            <w:r>
              <w:t>- Dặn dò: Về nhà đọc lại đoạn viết cho người thân nghe.</w:t>
            </w:r>
          </w:p>
        </w:tc>
        <w:tc>
          <w:tcPr>
            <w:tcW w:w="5188" w:type="dxa"/>
            <w:tcBorders>
              <w:bottom w:val="single" w:sz="8" w:space="0" w:color="000000"/>
            </w:tcBorders>
            <w:tcMar>
              <w:top w:w="40" w:type="dxa"/>
              <w:left w:w="70" w:type="dxa"/>
              <w:bottom w:w="40" w:type="dxa"/>
              <w:right w:w="70" w:type="dxa"/>
            </w:tcMar>
          </w:tcPr>
          <w:p w14:paraId="5E7C3E28" w14:textId="77777777" w:rsidR="0022328F" w:rsidRDefault="00965A9A" w:rsidP="00984A02">
            <w:pPr>
              <w:shd w:val="clear" w:color="auto" w:fill="FFFFFF" w:themeFill="background1"/>
            </w:pPr>
            <w:r>
              <w:t>- HS ghi nhớ nhiệm vụ.</w:t>
            </w:r>
          </w:p>
        </w:tc>
      </w:tr>
      <w:tr w:rsidR="0022328F" w14:paraId="6CC943B2"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6D583A80" w14:textId="77777777" w:rsidR="0022328F" w:rsidRDefault="00965A9A" w:rsidP="00984A02">
            <w:pPr>
              <w:shd w:val="clear" w:color="auto" w:fill="FFFFFF" w:themeFill="background1"/>
            </w:pPr>
            <w:r>
              <w:rPr>
                <w:b/>
                <w:color w:val="008000"/>
              </w:rPr>
              <w:t>TIẾT 6</w:t>
            </w:r>
          </w:p>
        </w:tc>
      </w:tr>
      <w:tr w:rsidR="0022328F" w14:paraId="59ECA9C6"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003705F8" w14:textId="77777777" w:rsidR="0022328F" w:rsidRDefault="00965A9A" w:rsidP="00984A02">
            <w:pPr>
              <w:shd w:val="clear" w:color="auto" w:fill="FFFFFF" w:themeFill="background1"/>
            </w:pPr>
            <w:r>
              <w:rPr>
                <w:b/>
                <w:color w:val="008000"/>
              </w:rPr>
              <w:t>1. Khởi động (3 phút) – Kết nối đọc mở rộng.</w:t>
            </w:r>
          </w:p>
        </w:tc>
      </w:tr>
      <w:tr w:rsidR="0022328F" w14:paraId="69988EA4" w14:textId="77777777" w:rsidTr="00984A02">
        <w:trPr>
          <w:jc w:val="center"/>
        </w:trPr>
        <w:tc>
          <w:tcPr>
            <w:tcW w:w="5188" w:type="dxa"/>
            <w:tcBorders>
              <w:top w:val="single" w:sz="8" w:space="0" w:color="000000"/>
              <w:bottom w:val="single" w:sz="8" w:space="0" w:color="000000"/>
            </w:tcBorders>
            <w:tcMar>
              <w:top w:w="40" w:type="dxa"/>
              <w:left w:w="70" w:type="dxa"/>
              <w:bottom w:w="40" w:type="dxa"/>
              <w:right w:w="70" w:type="dxa"/>
            </w:tcMar>
          </w:tcPr>
          <w:p w14:paraId="6739F0FD" w14:textId="77777777" w:rsidR="0022328F" w:rsidRDefault="00965A9A" w:rsidP="00984A02">
            <w:pPr>
              <w:shd w:val="clear" w:color="auto" w:fill="FFFFFF" w:themeFill="background1"/>
            </w:pPr>
            <w:r>
              <w:t>- Kể tên một bài thơ/bài đồng dao về đồ chơi hoặc trò chơi em biết.</w:t>
            </w:r>
          </w:p>
        </w:tc>
        <w:tc>
          <w:tcPr>
            <w:tcW w:w="5188" w:type="dxa"/>
            <w:tcBorders>
              <w:top w:val="single" w:sz="8" w:space="0" w:color="000000"/>
              <w:bottom w:val="single" w:sz="8" w:space="0" w:color="000000"/>
            </w:tcBorders>
            <w:tcMar>
              <w:top w:w="40" w:type="dxa"/>
              <w:left w:w="70" w:type="dxa"/>
              <w:bottom w:w="40" w:type="dxa"/>
              <w:right w:w="70" w:type="dxa"/>
            </w:tcMar>
          </w:tcPr>
          <w:p w14:paraId="34DEFCE4" w14:textId="77777777" w:rsidR="0022328F" w:rsidRDefault="00965A9A" w:rsidP="00984A02">
            <w:pPr>
              <w:shd w:val="clear" w:color="auto" w:fill="FFFFFF" w:themeFill="background1"/>
            </w:pPr>
            <w:r>
              <w:t>- HS nêu: Nu na nu nống, Chi chi chành chành, Kéo cưa lừa xẻ.</w:t>
            </w:r>
          </w:p>
        </w:tc>
      </w:tr>
      <w:tr w:rsidR="0022328F" w14:paraId="06943717"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1CA5254A" w14:textId="77777777" w:rsidR="0022328F" w:rsidRDefault="00965A9A" w:rsidP="00984A02">
            <w:pPr>
              <w:shd w:val="clear" w:color="auto" w:fill="FFFFFF" w:themeFill="background1"/>
            </w:pPr>
            <w:r>
              <w:rPr>
                <w:b/>
                <w:color w:val="008000"/>
              </w:rPr>
              <w:t>2. Thực hành đọc mở rộng (27 phút) – Tìm đọc và chia sẻ bài đọc.</w:t>
            </w:r>
          </w:p>
        </w:tc>
      </w:tr>
      <w:tr w:rsidR="0022328F" w14:paraId="62EAD4D9" w14:textId="77777777" w:rsidTr="00984A02">
        <w:trPr>
          <w:jc w:val="center"/>
        </w:trPr>
        <w:tc>
          <w:tcPr>
            <w:tcW w:w="5188" w:type="dxa"/>
            <w:tcBorders>
              <w:top w:val="single" w:sz="8" w:space="0" w:color="000000"/>
            </w:tcBorders>
            <w:tcMar>
              <w:top w:w="40" w:type="dxa"/>
              <w:left w:w="70" w:type="dxa"/>
              <w:bottom w:w="40" w:type="dxa"/>
              <w:right w:w="70" w:type="dxa"/>
            </w:tcMar>
          </w:tcPr>
          <w:p w14:paraId="7F123176" w14:textId="77777777" w:rsidR="0022328F" w:rsidRDefault="00965A9A" w:rsidP="00984A02">
            <w:pPr>
              <w:shd w:val="clear" w:color="auto" w:fill="FFFFFF" w:themeFill="background1"/>
            </w:pPr>
            <w:r>
              <w:rPr>
                <w:b/>
                <w:color w:val="000000"/>
              </w:rPr>
              <w:t>Bài tập 1: Tìm đọc một bài thơ hoặc bài đồng dao về một đồ chơi, trò chơi.</w:t>
            </w:r>
          </w:p>
          <w:p w14:paraId="78008056" w14:textId="3E9AB6B8" w:rsidR="0022328F" w:rsidRDefault="0022328F" w:rsidP="00984A02">
            <w:pPr>
              <w:shd w:val="clear" w:color="auto" w:fill="FFFFFF" w:themeFill="background1"/>
              <w:jc w:val="center"/>
            </w:pPr>
          </w:p>
        </w:tc>
        <w:tc>
          <w:tcPr>
            <w:tcW w:w="5188" w:type="dxa"/>
            <w:tcBorders>
              <w:top w:val="single" w:sz="8" w:space="0" w:color="000000"/>
            </w:tcBorders>
            <w:tcMar>
              <w:top w:w="40" w:type="dxa"/>
              <w:left w:w="70" w:type="dxa"/>
              <w:bottom w:w="40" w:type="dxa"/>
              <w:right w:w="70" w:type="dxa"/>
            </w:tcMar>
          </w:tcPr>
          <w:p w14:paraId="464868D7" w14:textId="77777777" w:rsidR="0022328F" w:rsidRDefault="00965A9A" w:rsidP="00984A02">
            <w:pPr>
              <w:shd w:val="clear" w:color="auto" w:fill="FFFFFF" w:themeFill="background1"/>
            </w:pPr>
            <w:r>
              <w:t>- HS đọc đề bài và quan sát tranh gợi ý.</w:t>
            </w:r>
          </w:p>
        </w:tc>
      </w:tr>
      <w:tr w:rsidR="0022328F" w14:paraId="59393F8A" w14:textId="77777777" w:rsidTr="00984A02">
        <w:trPr>
          <w:jc w:val="center"/>
        </w:trPr>
        <w:tc>
          <w:tcPr>
            <w:tcW w:w="5188" w:type="dxa"/>
            <w:tcMar>
              <w:top w:w="40" w:type="dxa"/>
              <w:left w:w="70" w:type="dxa"/>
              <w:bottom w:w="40" w:type="dxa"/>
              <w:right w:w="70" w:type="dxa"/>
            </w:tcMar>
          </w:tcPr>
          <w:p w14:paraId="65F47361" w14:textId="77777777" w:rsidR="0022328F" w:rsidRDefault="00965A9A" w:rsidP="00984A02">
            <w:pPr>
              <w:shd w:val="clear" w:color="auto" w:fill="FFFFFF" w:themeFill="background1"/>
            </w:pPr>
            <w:r>
              <w:t>- GV yêu cầu HS đọc đề bài.</w:t>
            </w:r>
          </w:p>
        </w:tc>
        <w:tc>
          <w:tcPr>
            <w:tcW w:w="5188" w:type="dxa"/>
            <w:tcMar>
              <w:top w:w="40" w:type="dxa"/>
              <w:left w:w="70" w:type="dxa"/>
              <w:bottom w:w="40" w:type="dxa"/>
              <w:right w:w="70" w:type="dxa"/>
            </w:tcMar>
          </w:tcPr>
          <w:p w14:paraId="6DFB3550" w14:textId="77777777" w:rsidR="0022328F" w:rsidRDefault="00965A9A" w:rsidP="00984A02">
            <w:pPr>
              <w:shd w:val="clear" w:color="auto" w:fill="FFFFFF" w:themeFill="background1"/>
            </w:pPr>
            <w:r>
              <w:t>- HS đọc: Tìm đọc một bài thơ hoặc bài đồng dao về một đồ chơi, trò chơi.</w:t>
            </w:r>
          </w:p>
        </w:tc>
      </w:tr>
      <w:tr w:rsidR="0022328F" w14:paraId="070DE661" w14:textId="77777777" w:rsidTr="00984A02">
        <w:trPr>
          <w:jc w:val="center"/>
        </w:trPr>
        <w:tc>
          <w:tcPr>
            <w:tcW w:w="5188" w:type="dxa"/>
            <w:tcMar>
              <w:top w:w="40" w:type="dxa"/>
              <w:left w:w="70" w:type="dxa"/>
              <w:bottom w:w="40" w:type="dxa"/>
              <w:right w:w="70" w:type="dxa"/>
            </w:tcMar>
          </w:tcPr>
          <w:p w14:paraId="0447662E" w14:textId="77777777" w:rsidR="0022328F" w:rsidRDefault="00965A9A" w:rsidP="00984A02">
            <w:pPr>
              <w:shd w:val="clear" w:color="auto" w:fill="FFFFFF" w:themeFill="background1"/>
            </w:pPr>
            <w:r>
              <w:t>- Làm cá nhân: giới thiệu tên bài đã đọc.</w:t>
            </w:r>
          </w:p>
        </w:tc>
        <w:tc>
          <w:tcPr>
            <w:tcW w:w="5188" w:type="dxa"/>
            <w:tcMar>
              <w:top w:w="40" w:type="dxa"/>
              <w:left w:w="70" w:type="dxa"/>
              <w:bottom w:w="40" w:type="dxa"/>
              <w:right w:w="70" w:type="dxa"/>
            </w:tcMar>
          </w:tcPr>
          <w:p w14:paraId="4227AC68" w14:textId="77777777" w:rsidR="0022328F" w:rsidRDefault="00965A9A" w:rsidP="00984A02">
            <w:pPr>
              <w:shd w:val="clear" w:color="auto" w:fill="FFFFFF" w:themeFill="background1"/>
            </w:pPr>
            <w:r>
              <w:t>- HS nêu: Em đọc bài Nu na nu nống; Em đọc bài Kéo cưa lừa xẻ.</w:t>
            </w:r>
          </w:p>
        </w:tc>
      </w:tr>
      <w:tr w:rsidR="0022328F" w14:paraId="1AB61F84" w14:textId="77777777" w:rsidTr="00984A02">
        <w:trPr>
          <w:jc w:val="center"/>
        </w:trPr>
        <w:tc>
          <w:tcPr>
            <w:tcW w:w="5188" w:type="dxa"/>
            <w:tcMar>
              <w:top w:w="40" w:type="dxa"/>
              <w:left w:w="70" w:type="dxa"/>
              <w:bottom w:w="40" w:type="dxa"/>
              <w:right w:w="70" w:type="dxa"/>
            </w:tcMar>
          </w:tcPr>
          <w:p w14:paraId="3B4BCD7D" w14:textId="77777777" w:rsidR="0022328F" w:rsidRDefault="00965A9A" w:rsidP="00984A02">
            <w:pPr>
              <w:shd w:val="clear" w:color="auto" w:fill="FFFFFF" w:themeFill="background1"/>
            </w:pPr>
            <w:r>
              <w:rPr>
                <w:b/>
                <w:color w:val="000000"/>
              </w:rPr>
              <w:t>Bài tập 2: Nói với bạn về tên đồ chơi/trò chơi và cách chơi.</w:t>
            </w:r>
          </w:p>
        </w:tc>
        <w:tc>
          <w:tcPr>
            <w:tcW w:w="5188" w:type="dxa"/>
            <w:tcMar>
              <w:top w:w="40" w:type="dxa"/>
              <w:left w:w="70" w:type="dxa"/>
              <w:bottom w:w="40" w:type="dxa"/>
              <w:right w:w="70" w:type="dxa"/>
            </w:tcMar>
          </w:tcPr>
          <w:p w14:paraId="6616FB5E" w14:textId="77777777" w:rsidR="0022328F" w:rsidRDefault="00965A9A" w:rsidP="00984A02">
            <w:pPr>
              <w:shd w:val="clear" w:color="auto" w:fill="FFFFFF" w:themeFill="background1"/>
            </w:pPr>
            <w:r>
              <w:t>- HS đọc đề bài và chuẩn bị chia sẻ.</w:t>
            </w:r>
          </w:p>
        </w:tc>
      </w:tr>
      <w:tr w:rsidR="0022328F" w14:paraId="218EAFF7" w14:textId="77777777" w:rsidTr="00984A02">
        <w:trPr>
          <w:jc w:val="center"/>
        </w:trPr>
        <w:tc>
          <w:tcPr>
            <w:tcW w:w="5188" w:type="dxa"/>
            <w:tcMar>
              <w:top w:w="40" w:type="dxa"/>
              <w:left w:w="70" w:type="dxa"/>
              <w:bottom w:w="40" w:type="dxa"/>
              <w:right w:w="70" w:type="dxa"/>
            </w:tcMar>
          </w:tcPr>
          <w:p w14:paraId="57E3C0AD" w14:textId="77777777" w:rsidR="0022328F" w:rsidRDefault="00965A9A" w:rsidP="00984A02">
            <w:pPr>
              <w:shd w:val="clear" w:color="auto" w:fill="FFFFFF" w:themeFill="background1"/>
            </w:pPr>
            <w:r>
              <w:t>- Thảo luận nhóm 4: nói tên trò chơi và cách chơi.</w:t>
            </w:r>
          </w:p>
        </w:tc>
        <w:tc>
          <w:tcPr>
            <w:tcW w:w="5188" w:type="dxa"/>
            <w:tcMar>
              <w:top w:w="40" w:type="dxa"/>
              <w:left w:w="70" w:type="dxa"/>
              <w:bottom w:w="40" w:type="dxa"/>
              <w:right w:w="70" w:type="dxa"/>
            </w:tcMar>
          </w:tcPr>
          <w:p w14:paraId="57638FC0" w14:textId="77777777" w:rsidR="0022328F" w:rsidRDefault="00965A9A" w:rsidP="00984A02">
            <w:pPr>
              <w:shd w:val="clear" w:color="auto" w:fill="FFFFFF" w:themeFill="background1"/>
            </w:pPr>
            <w:r>
              <w:t>- HS chia sẻ: Trò Nu na nu nống chơi bằng cách ngồi thành hàng, đọc đồng dao và gõ nhịp vào chân từng bạn.</w:t>
            </w:r>
          </w:p>
        </w:tc>
      </w:tr>
      <w:tr w:rsidR="0022328F" w14:paraId="53CBE01C" w14:textId="77777777" w:rsidTr="00984A02">
        <w:trPr>
          <w:jc w:val="center"/>
        </w:trPr>
        <w:tc>
          <w:tcPr>
            <w:tcW w:w="5188" w:type="dxa"/>
            <w:tcMar>
              <w:top w:w="40" w:type="dxa"/>
              <w:left w:w="70" w:type="dxa"/>
              <w:bottom w:w="40" w:type="dxa"/>
              <w:right w:w="70" w:type="dxa"/>
            </w:tcMar>
          </w:tcPr>
          <w:p w14:paraId="7A0149D4" w14:textId="77777777" w:rsidR="0022328F" w:rsidRDefault="00965A9A" w:rsidP="00984A02">
            <w:pPr>
              <w:shd w:val="clear" w:color="auto" w:fill="FFFFFF" w:themeFill="background1"/>
            </w:pPr>
            <w:r>
              <w:t>- Gọi đại diện nhóm chia sẻ trước lớp.</w:t>
            </w:r>
          </w:p>
        </w:tc>
        <w:tc>
          <w:tcPr>
            <w:tcW w:w="5188" w:type="dxa"/>
            <w:tcMar>
              <w:top w:w="40" w:type="dxa"/>
              <w:left w:w="70" w:type="dxa"/>
              <w:bottom w:w="40" w:type="dxa"/>
              <w:right w:w="70" w:type="dxa"/>
            </w:tcMar>
          </w:tcPr>
          <w:p w14:paraId="1E7A4593" w14:textId="77777777" w:rsidR="0022328F" w:rsidRDefault="00965A9A" w:rsidP="00984A02">
            <w:pPr>
              <w:shd w:val="clear" w:color="auto" w:fill="FFFFFF" w:themeFill="background1"/>
            </w:pPr>
            <w:r>
              <w:t>- Đại diện nhóm trình bày; HS khác đặt câu hỏi và bổ sung.</w:t>
            </w:r>
          </w:p>
        </w:tc>
      </w:tr>
      <w:tr w:rsidR="0022328F" w14:paraId="2A89810C" w14:textId="77777777" w:rsidTr="00984A02">
        <w:trPr>
          <w:jc w:val="center"/>
        </w:trPr>
        <w:tc>
          <w:tcPr>
            <w:tcW w:w="5188" w:type="dxa"/>
            <w:tcBorders>
              <w:bottom w:val="single" w:sz="8" w:space="0" w:color="000000"/>
            </w:tcBorders>
            <w:tcMar>
              <w:top w:w="40" w:type="dxa"/>
              <w:left w:w="70" w:type="dxa"/>
              <w:bottom w:w="40" w:type="dxa"/>
              <w:right w:w="70" w:type="dxa"/>
            </w:tcMar>
          </w:tcPr>
          <w:p w14:paraId="4F61657E" w14:textId="77777777" w:rsidR="0022328F" w:rsidRDefault="00965A9A" w:rsidP="00984A02">
            <w:pPr>
              <w:shd w:val="clear" w:color="auto" w:fill="FFFFFF" w:themeFill="background1"/>
            </w:pPr>
            <w:r>
              <w:rPr>
                <w:color w:val="C00000"/>
              </w:rPr>
              <w:t>- Câu hỏi dẫn tích hợp NLS: Khi tìm bài đồng dao hoặc hướng dẫn trò chơi trên mạng, em cần chọn nguồn như thế nào?</w:t>
            </w:r>
          </w:p>
          <w:p w14:paraId="667F6C03" w14:textId="77777777" w:rsidR="0022328F" w:rsidRDefault="00965A9A" w:rsidP="00984A02">
            <w:pPr>
              <w:shd w:val="clear" w:color="auto" w:fill="FFFFFF" w:themeFill="background1"/>
            </w:pPr>
            <w:r>
              <w:rPr>
                <w:color w:val="C00000"/>
              </w:rPr>
              <w:t>- Diễn giải tích hợp NLS 1.2.CB1a: GV hướng dẫn HS chọn nội dung đọc mở rộng từ sách, thư viện lớp, trang học tập do GV/cha mẹ giới thiệu. Khi đọc trên mạng cần có người lớn hỗ trợ, không bấm vào liên kết lạ, không xem hướng dẫn trò chơi nguy hiểm, không cung cấp tên lớp, địa chỉ, số điện thoại. HS cần so sánh với lời dặn của GV và chọn trò chơi an toàn, phù hợp lứa tuổi.</w:t>
            </w:r>
          </w:p>
        </w:tc>
        <w:tc>
          <w:tcPr>
            <w:tcW w:w="5188" w:type="dxa"/>
            <w:tcBorders>
              <w:bottom w:val="single" w:sz="8" w:space="0" w:color="000000"/>
            </w:tcBorders>
            <w:tcMar>
              <w:top w:w="40" w:type="dxa"/>
              <w:left w:w="70" w:type="dxa"/>
              <w:bottom w:w="40" w:type="dxa"/>
              <w:right w:w="70" w:type="dxa"/>
            </w:tcMar>
          </w:tcPr>
          <w:p w14:paraId="415F95BE" w14:textId="77777777" w:rsidR="0022328F" w:rsidRDefault="00965A9A" w:rsidP="00984A02">
            <w:pPr>
              <w:shd w:val="clear" w:color="auto" w:fill="FFFFFF" w:themeFill="background1"/>
            </w:pPr>
            <w:r>
              <w:rPr>
                <w:color w:val="C00000"/>
              </w:rPr>
              <w:t>- HS trả lời: Em chọn sách hoặc trang do cô/người lớn giới thiệu, không bấm vào link lạ.</w:t>
            </w:r>
          </w:p>
          <w:p w14:paraId="0B006E06" w14:textId="77777777" w:rsidR="0022328F" w:rsidRDefault="00965A9A" w:rsidP="00984A02">
            <w:pPr>
              <w:shd w:val="clear" w:color="auto" w:fill="FFFFFF" w:themeFill="background1"/>
            </w:pPr>
            <w:r>
              <w:rPr>
                <w:color w:val="C00000"/>
              </w:rPr>
              <w:t>- HS ghi nhớ: Em cần đọc nguồn an toàn, không làm theo hướng dẫn nguy hiểm.</w:t>
            </w:r>
          </w:p>
        </w:tc>
      </w:tr>
      <w:tr w:rsidR="0022328F" w14:paraId="419AB71A" w14:textId="77777777" w:rsidTr="00984A02">
        <w:trPr>
          <w:jc w:val="center"/>
        </w:trPr>
        <w:tc>
          <w:tcPr>
            <w:tcW w:w="10376" w:type="dxa"/>
            <w:gridSpan w:val="2"/>
            <w:tcBorders>
              <w:top w:val="single" w:sz="8" w:space="0" w:color="000000"/>
              <w:bottom w:val="single" w:sz="8" w:space="0" w:color="000000"/>
            </w:tcBorders>
            <w:shd w:val="clear" w:color="auto" w:fill="EAF7E8"/>
            <w:tcMar>
              <w:top w:w="40" w:type="dxa"/>
              <w:left w:w="70" w:type="dxa"/>
              <w:bottom w:w="40" w:type="dxa"/>
              <w:right w:w="70" w:type="dxa"/>
            </w:tcMar>
          </w:tcPr>
          <w:p w14:paraId="78286AEB" w14:textId="77777777" w:rsidR="0022328F" w:rsidRDefault="00965A9A" w:rsidP="00984A02">
            <w:pPr>
              <w:shd w:val="clear" w:color="auto" w:fill="FFFFFF" w:themeFill="background1"/>
            </w:pPr>
            <w:r>
              <w:rPr>
                <w:b/>
                <w:color w:val="008000"/>
              </w:rPr>
              <w:t>3. Vận dụng (5 phút) – Ghi nhớ và thực hiện.</w:t>
            </w:r>
          </w:p>
        </w:tc>
      </w:tr>
      <w:tr w:rsidR="0022328F" w14:paraId="470D3090" w14:textId="77777777" w:rsidTr="00984A02">
        <w:trPr>
          <w:jc w:val="center"/>
        </w:trPr>
        <w:tc>
          <w:tcPr>
            <w:tcW w:w="5188" w:type="dxa"/>
            <w:tcBorders>
              <w:top w:val="single" w:sz="8" w:space="0" w:color="000000"/>
            </w:tcBorders>
            <w:tcMar>
              <w:top w:w="40" w:type="dxa"/>
              <w:left w:w="70" w:type="dxa"/>
              <w:bottom w:w="40" w:type="dxa"/>
              <w:right w:w="70" w:type="dxa"/>
            </w:tcMar>
          </w:tcPr>
          <w:p w14:paraId="676F327D" w14:textId="77777777" w:rsidR="0022328F" w:rsidRDefault="00965A9A" w:rsidP="00984A02">
            <w:pPr>
              <w:shd w:val="clear" w:color="auto" w:fill="FFFFFF" w:themeFill="background1"/>
            </w:pPr>
            <w:r>
              <w:lastRenderedPageBreak/>
              <w:t>- Nêu một trò chơi an toàn em muốn chơi cùng bạn trong giờ ra chơi.</w:t>
            </w:r>
          </w:p>
        </w:tc>
        <w:tc>
          <w:tcPr>
            <w:tcW w:w="5188" w:type="dxa"/>
            <w:tcBorders>
              <w:top w:val="single" w:sz="8" w:space="0" w:color="000000"/>
            </w:tcBorders>
            <w:tcMar>
              <w:top w:w="40" w:type="dxa"/>
              <w:left w:w="70" w:type="dxa"/>
              <w:bottom w:w="40" w:type="dxa"/>
              <w:right w:w="70" w:type="dxa"/>
            </w:tcMar>
          </w:tcPr>
          <w:p w14:paraId="2FF0E1A4" w14:textId="77777777" w:rsidR="0022328F" w:rsidRDefault="00965A9A" w:rsidP="00984A02">
            <w:pPr>
              <w:shd w:val="clear" w:color="auto" w:fill="FFFFFF" w:themeFill="background1"/>
            </w:pPr>
            <w:r>
              <w:t>- HS trả lời: Em muốn chơi đá cầu/ô ăn quan/nhảy dây vì an toàn và có thể chơi cùng nhiều bạn.</w:t>
            </w:r>
          </w:p>
        </w:tc>
      </w:tr>
      <w:tr w:rsidR="0022328F" w14:paraId="0B355852" w14:textId="77777777" w:rsidTr="00984A02">
        <w:trPr>
          <w:jc w:val="center"/>
        </w:trPr>
        <w:tc>
          <w:tcPr>
            <w:tcW w:w="5188" w:type="dxa"/>
            <w:tcMar>
              <w:top w:w="40" w:type="dxa"/>
              <w:left w:w="70" w:type="dxa"/>
              <w:bottom w:w="40" w:type="dxa"/>
              <w:right w:w="70" w:type="dxa"/>
            </w:tcMar>
          </w:tcPr>
          <w:p w14:paraId="600CD1F0" w14:textId="77777777" w:rsidR="0022328F" w:rsidRDefault="00965A9A" w:rsidP="00984A02">
            <w:pPr>
              <w:shd w:val="clear" w:color="auto" w:fill="FFFFFF" w:themeFill="background1"/>
            </w:pPr>
            <w:r>
              <w:t>- GV kết luận, dặn dò HS chuẩn bị bài sau.</w:t>
            </w:r>
          </w:p>
        </w:tc>
        <w:tc>
          <w:tcPr>
            <w:tcW w:w="5188" w:type="dxa"/>
            <w:tcMar>
              <w:top w:w="40" w:type="dxa"/>
              <w:left w:w="70" w:type="dxa"/>
              <w:bottom w:w="40" w:type="dxa"/>
              <w:right w:w="70" w:type="dxa"/>
            </w:tcMar>
          </w:tcPr>
          <w:p w14:paraId="66DEC4EB" w14:textId="77777777" w:rsidR="0022328F" w:rsidRDefault="00965A9A" w:rsidP="00984A02">
            <w:pPr>
              <w:shd w:val="clear" w:color="auto" w:fill="FFFFFF" w:themeFill="background1"/>
            </w:pPr>
            <w:r>
              <w:t>- HS lắng nghe, ghi nhớ nhiệm vụ.</w:t>
            </w:r>
          </w:p>
        </w:tc>
      </w:tr>
    </w:tbl>
    <w:p w14:paraId="1889F950" w14:textId="77777777" w:rsidR="0022328F" w:rsidRDefault="00965A9A" w:rsidP="00984A02">
      <w:pPr>
        <w:shd w:val="clear" w:color="auto" w:fill="FFFFFF" w:themeFill="background1"/>
        <w:spacing w:after="0" w:line="240" w:lineRule="auto"/>
      </w:pPr>
      <w:r>
        <w:rPr>
          <w:b/>
        </w:rPr>
        <w:t>IV. ĐIỀU CHỈNH SAU TIẾT DẠY (NẾU CÓ)</w:t>
      </w:r>
    </w:p>
    <w:p w14:paraId="002E3C65" w14:textId="77777777" w:rsidR="0022328F" w:rsidRDefault="00965A9A" w:rsidP="00984A02">
      <w:pPr>
        <w:shd w:val="clear" w:color="auto" w:fill="FFFFFF" w:themeFill="background1"/>
        <w:spacing w:after="0" w:line="240" w:lineRule="auto"/>
      </w:pPr>
      <w:r>
        <w:t>……………………………………………………………………………………………………</w:t>
      </w:r>
    </w:p>
    <w:p w14:paraId="08CFA95D" w14:textId="77777777" w:rsidR="0022328F" w:rsidRDefault="00965A9A" w:rsidP="00984A02">
      <w:pPr>
        <w:shd w:val="clear" w:color="auto" w:fill="FFFFFF" w:themeFill="background1"/>
        <w:spacing w:after="0" w:line="240" w:lineRule="auto"/>
      </w:pPr>
      <w:r>
        <w:t>……………………………………………………………………………………………………</w:t>
      </w:r>
    </w:p>
    <w:sectPr w:rsidR="0022328F" w:rsidSect="00034616">
      <w:pgSz w:w="11906" w:h="16838"/>
      <w:pgMar w:top="709" w:right="765" w:bottom="680" w:left="76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306437">
    <w:abstractNumId w:val="8"/>
  </w:num>
  <w:num w:numId="2" w16cid:durableId="2055958801">
    <w:abstractNumId w:val="6"/>
  </w:num>
  <w:num w:numId="3" w16cid:durableId="505941042">
    <w:abstractNumId w:val="5"/>
  </w:num>
  <w:num w:numId="4" w16cid:durableId="900099422">
    <w:abstractNumId w:val="4"/>
  </w:num>
  <w:num w:numId="5" w16cid:durableId="1105923533">
    <w:abstractNumId w:val="7"/>
  </w:num>
  <w:num w:numId="6" w16cid:durableId="2122450985">
    <w:abstractNumId w:val="3"/>
  </w:num>
  <w:num w:numId="7" w16cid:durableId="540942103">
    <w:abstractNumId w:val="2"/>
  </w:num>
  <w:num w:numId="8" w16cid:durableId="124281390">
    <w:abstractNumId w:val="1"/>
  </w:num>
  <w:num w:numId="9" w16cid:durableId="897713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2328F"/>
    <w:rsid w:val="0029639D"/>
    <w:rsid w:val="00326F90"/>
    <w:rsid w:val="009442D6"/>
    <w:rsid w:val="00965A9A"/>
    <w:rsid w:val="00984A02"/>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25672C"/>
  <w14:defaultImageDpi w14:val="300"/>
  <w15:docId w15:val="{2B4D2140-DC3B-4740-8912-226CACD4B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6A311-70DF-425F-BEE7-5CFB73700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5163</Words>
  <Characters>29434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34528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2026-06-07T14:54:00Z</dcterms:created>
  <dcterms:modified xsi:type="dcterms:W3CDTF">2026-08-17T13:49:00Z</dcterms:modified>
  <cp:category/>
</cp:coreProperties>
</file>