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63AE" w:rsidRPr="00DC73E0" w:rsidRDefault="0044196C">
      <w:pPr>
        <w:spacing w:after="0" w:line="240" w:lineRule="auto"/>
        <w:jc w:val="center"/>
        <w:rPr>
          <w:sz w:val="28"/>
          <w:szCs w:val="28"/>
        </w:rPr>
      </w:pPr>
      <w:r w:rsidRPr="00DC73E0">
        <w:rPr>
          <w:b/>
        </w:rPr>
        <w:t>TOÁN 4 – TIẾT 131</w:t>
      </w:r>
    </w:p>
    <w:p w:rsidR="001063AE" w:rsidRPr="00DC73E0" w:rsidRDefault="0044196C">
      <w:pPr>
        <w:spacing w:after="0" w:line="240" w:lineRule="auto"/>
        <w:jc w:val="center"/>
        <w:rPr>
          <w:sz w:val="28"/>
          <w:szCs w:val="28"/>
        </w:rPr>
      </w:pPr>
      <w:r w:rsidRPr="00DC73E0">
        <w:rPr>
          <w:b/>
        </w:rPr>
        <w:t>BÀI 56: RÚT GỌN PHÂN SỐ (TIẾT 2)</w:t>
      </w:r>
    </w:p>
    <w:p w:rsidR="001063AE" w:rsidRPr="00DC73E0" w:rsidRDefault="0044196C">
      <w:pPr>
        <w:spacing w:after="0" w:line="240" w:lineRule="auto"/>
        <w:rPr>
          <w:sz w:val="28"/>
          <w:szCs w:val="28"/>
        </w:rPr>
      </w:pPr>
      <w:r w:rsidRPr="00DC73E0">
        <w:rPr>
          <w:b/>
          <w:szCs w:val="28"/>
        </w:rPr>
        <w:t>I. YÊU CẦU CẦN ĐẠT</w:t>
      </w:r>
    </w:p>
    <w:p w:rsidR="001063AE" w:rsidRPr="00DC73E0" w:rsidRDefault="0044196C">
      <w:pPr>
        <w:spacing w:after="0" w:line="240" w:lineRule="auto"/>
        <w:rPr>
          <w:sz w:val="28"/>
          <w:szCs w:val="28"/>
        </w:rPr>
      </w:pPr>
      <w:r w:rsidRPr="00DC73E0">
        <w:rPr>
          <w:b/>
          <w:szCs w:val="28"/>
        </w:rPr>
        <w:t>1. Năng lực đặc thù</w:t>
      </w:r>
    </w:p>
    <w:p w:rsidR="001063AE" w:rsidRPr="00DC73E0" w:rsidRDefault="0044196C">
      <w:pPr>
        <w:spacing w:after="0" w:line="240" w:lineRule="auto"/>
        <w:rPr>
          <w:sz w:val="28"/>
          <w:szCs w:val="28"/>
        </w:rPr>
      </w:pPr>
      <w:r w:rsidRPr="00DC73E0">
        <w:rPr>
          <w:szCs w:val="28"/>
        </w:rPr>
        <w:t>- Củng cố cách rút gọn phân số.</w:t>
      </w:r>
    </w:p>
    <w:p w:rsidR="001063AE" w:rsidRPr="00DC73E0" w:rsidRDefault="0044196C">
      <w:pPr>
        <w:spacing w:after="0" w:line="240" w:lineRule="auto"/>
        <w:rPr>
          <w:sz w:val="28"/>
          <w:szCs w:val="28"/>
        </w:rPr>
      </w:pPr>
      <w:r w:rsidRPr="00DC73E0">
        <w:rPr>
          <w:szCs w:val="28"/>
        </w:rPr>
        <w:t>- Bổ sung thêm trường hợp rút gọn để tìm thương của phép chia.</w:t>
      </w:r>
    </w:p>
    <w:p w:rsidR="001063AE" w:rsidRPr="00DC73E0" w:rsidRDefault="0044196C">
      <w:pPr>
        <w:spacing w:after="0" w:line="240" w:lineRule="auto"/>
        <w:rPr>
          <w:sz w:val="28"/>
          <w:szCs w:val="28"/>
        </w:rPr>
      </w:pPr>
      <w:r w:rsidRPr="00DC73E0">
        <w:rPr>
          <w:b/>
          <w:szCs w:val="28"/>
        </w:rPr>
        <w:t>2. Năng lực chung</w:t>
      </w:r>
    </w:p>
    <w:p w:rsidR="001063AE" w:rsidRPr="00DC73E0" w:rsidRDefault="0044196C">
      <w:pPr>
        <w:spacing w:after="0" w:line="240" w:lineRule="auto"/>
        <w:rPr>
          <w:sz w:val="28"/>
          <w:szCs w:val="28"/>
        </w:rPr>
      </w:pPr>
      <w:r w:rsidRPr="00DC73E0">
        <w:t>- Tự chủ và tự học: Chủ động lựa chọn số chia chung để rút gọn phân số; tự kiểm tra phân số đã tối giản và điều chỉnh cách làm khi cần.</w:t>
      </w:r>
    </w:p>
    <w:p w:rsidR="001063AE" w:rsidRPr="00DC73E0" w:rsidRDefault="0044196C">
      <w:pPr>
        <w:spacing w:after="0" w:line="240" w:lineRule="auto"/>
        <w:rPr>
          <w:sz w:val="28"/>
          <w:szCs w:val="28"/>
        </w:rPr>
      </w:pPr>
      <w:r w:rsidRPr="00DC73E0">
        <w:t>- Giao tiếp và hợp tác: Trình bày rõ cách rút gọn, giải thích vì sao hai phân số bằng nhau; trao đổi, nhận xét và hỗ trợ bạn trong hoạt động cặp đôi, nhóm.</w:t>
      </w:r>
    </w:p>
    <w:p w:rsidR="001063AE" w:rsidRPr="00DC73E0" w:rsidRDefault="0044196C">
      <w:pPr>
        <w:spacing w:after="0" w:line="240" w:lineRule="auto"/>
        <w:rPr>
          <w:sz w:val="28"/>
          <w:szCs w:val="28"/>
        </w:rPr>
      </w:pPr>
      <w:r w:rsidRPr="00DC73E0">
        <w:t>- Giải quyết vấn đề và sáng tạo: Vận dụng tính chất cơ bản của phân số để rút gọn ngay trong bước tính, nhận biết phân số tối giản và giải quyết tình huống chia phần.</w:t>
      </w:r>
    </w:p>
    <w:p w:rsidR="001063AE" w:rsidRPr="00DC73E0" w:rsidRDefault="0044196C">
      <w:pPr>
        <w:spacing w:after="0" w:line="240" w:lineRule="auto"/>
        <w:rPr>
          <w:sz w:val="28"/>
          <w:szCs w:val="28"/>
        </w:rPr>
      </w:pPr>
      <w:r w:rsidRPr="00DC73E0">
        <w:rPr>
          <w:b/>
          <w:szCs w:val="28"/>
        </w:rPr>
        <w:t>3. Phẩm chất</w:t>
      </w:r>
    </w:p>
    <w:p w:rsidR="001063AE" w:rsidRPr="00DC73E0" w:rsidRDefault="0044196C">
      <w:pPr>
        <w:spacing w:after="0" w:line="240" w:lineRule="auto"/>
        <w:rPr>
          <w:sz w:val="28"/>
          <w:szCs w:val="28"/>
        </w:rPr>
      </w:pPr>
      <w:r w:rsidRPr="00DC73E0">
        <w:t>- Chăm chỉ: Tích cực luyện tập, thực hiện phép rút gọn cẩn thận và hoàn thành đầy đủ các bài tập.</w:t>
      </w:r>
    </w:p>
    <w:p w:rsidR="001063AE" w:rsidRPr="00DC73E0" w:rsidRDefault="0044196C">
      <w:pPr>
        <w:spacing w:after="0" w:line="240" w:lineRule="auto"/>
        <w:rPr>
          <w:sz w:val="28"/>
          <w:szCs w:val="28"/>
        </w:rPr>
      </w:pPr>
      <w:r w:rsidRPr="00DC73E0">
        <w:t>- Trách nhiệm: Kiểm tra đúng tử số, mẫu số và số chia chung; trung thực khi báo cáo kết quả, tự giác sửa sai.</w:t>
      </w:r>
    </w:p>
    <w:p w:rsidR="001063AE" w:rsidRPr="00DC73E0" w:rsidRDefault="0044196C">
      <w:pPr>
        <w:spacing w:after="0" w:line="240" w:lineRule="auto"/>
        <w:rPr>
          <w:sz w:val="28"/>
          <w:szCs w:val="28"/>
        </w:rPr>
      </w:pPr>
      <w:r w:rsidRPr="00DC73E0">
        <w:rPr>
          <w:b/>
          <w:szCs w:val="28"/>
        </w:rPr>
        <w:t>II. ĐỒ DÙNG DẠY HỌC</w:t>
      </w:r>
    </w:p>
    <w:p w:rsidR="001063AE" w:rsidRPr="00DC73E0" w:rsidRDefault="0044196C">
      <w:pPr>
        <w:spacing w:after="0" w:line="240" w:lineRule="auto"/>
        <w:rPr>
          <w:sz w:val="28"/>
          <w:szCs w:val="28"/>
        </w:rPr>
      </w:pPr>
      <w:r w:rsidRPr="00DC73E0">
        <w:rPr>
          <w:szCs w:val="28"/>
        </w:rPr>
        <w:t>- GV: máy tính, máy chiếu, webcam, thẻ xoay đáp án.</w:t>
      </w:r>
    </w:p>
    <w:p w:rsidR="001063AE" w:rsidRPr="00DC73E0" w:rsidRDefault="0044196C">
      <w:pPr>
        <w:spacing w:after="0" w:line="240" w:lineRule="auto"/>
        <w:rPr>
          <w:sz w:val="28"/>
          <w:szCs w:val="28"/>
        </w:rPr>
      </w:pPr>
      <w:r w:rsidRPr="00DC73E0">
        <w:rPr>
          <w:szCs w:val="28"/>
        </w:rPr>
        <w:t>- HS: SGK, vở ghi, bảng con.</w:t>
      </w:r>
    </w:p>
    <w:p w:rsidR="001063AE" w:rsidRPr="00DC73E0" w:rsidRDefault="0044196C">
      <w:pPr>
        <w:spacing w:after="0" w:line="240" w:lineRule="auto"/>
        <w:rPr>
          <w:sz w:val="28"/>
          <w:szCs w:val="28"/>
        </w:rPr>
      </w:pPr>
      <w:r w:rsidRPr="00DC73E0">
        <w:rPr>
          <w:b/>
          <w:szCs w:val="28"/>
        </w:rPr>
        <w:t>III. CÁC HOẠT ĐỘNG DẠY HỌC CHỦ YẾU</w:t>
      </w:r>
    </w:p>
    <w:tbl>
      <w:tblPr>
        <w:tblStyle w:val="TableGrid"/>
        <w:tblW w:w="0" w:type="auto"/>
        <w:jc w:val="center"/>
        <w:tblBorders>
          <w:insideH w:val="none" w:sz="0" w:space="0" w:color="auto"/>
        </w:tblBorders>
        <w:tblLook w:val="04A0" w:firstRow="1" w:lastRow="0" w:firstColumn="1" w:lastColumn="0" w:noHBand="0" w:noVBand="1"/>
      </w:tblPr>
      <w:tblGrid>
        <w:gridCol w:w="4702"/>
        <w:gridCol w:w="4702"/>
      </w:tblGrid>
      <w:tr w:rsidR="00DC73E0" w:rsidRPr="00DC73E0" w:rsidTr="00DC73E0">
        <w:trPr>
          <w:jc w:val="center"/>
        </w:trPr>
        <w:tc>
          <w:tcPr>
            <w:tcW w:w="4702" w:type="dxa"/>
            <w:tcBorders>
              <w:bottom w:val="single" w:sz="4" w:space="0" w:color="auto"/>
            </w:tcBorders>
            <w:shd w:val="clear" w:color="auto" w:fill="auto"/>
          </w:tcPr>
          <w:p w:rsidR="001063AE" w:rsidRPr="00DC73E0" w:rsidRDefault="0044196C">
            <w:pPr>
              <w:rPr>
                <w:sz w:val="28"/>
                <w:szCs w:val="28"/>
              </w:rPr>
            </w:pPr>
            <w:r w:rsidRPr="00DC73E0">
              <w:rPr>
                <w:b/>
                <w:szCs w:val="28"/>
              </w:rPr>
              <w:t>Hoạt động của GV</w:t>
            </w:r>
          </w:p>
        </w:tc>
        <w:tc>
          <w:tcPr>
            <w:tcW w:w="4702" w:type="dxa"/>
            <w:tcBorders>
              <w:bottom w:val="single" w:sz="4" w:space="0" w:color="auto"/>
            </w:tcBorders>
            <w:shd w:val="clear" w:color="auto" w:fill="auto"/>
          </w:tcPr>
          <w:p w:rsidR="001063AE" w:rsidRPr="00DC73E0" w:rsidRDefault="0044196C">
            <w:pPr>
              <w:rPr>
                <w:sz w:val="28"/>
                <w:szCs w:val="28"/>
              </w:rPr>
            </w:pPr>
            <w:r w:rsidRPr="00DC73E0">
              <w:rPr>
                <w:b/>
                <w:szCs w:val="28"/>
              </w:rPr>
              <w:t>Hoạt động của HS</w:t>
            </w:r>
          </w:p>
        </w:tc>
      </w:tr>
      <w:tr w:rsidR="00DC73E0" w:rsidRPr="00DC73E0" w:rsidTr="00DC73E0">
        <w:trPr>
          <w:cantSplit/>
          <w:jc w:val="center"/>
        </w:trPr>
        <w:tc>
          <w:tcPr>
            <w:tcW w:w="9404" w:type="dxa"/>
            <w:gridSpan w:val="2"/>
            <w:tcBorders>
              <w:top w:val="single" w:sz="4" w:space="0" w:color="auto"/>
              <w:bottom w:val="single" w:sz="4" w:space="0" w:color="auto"/>
            </w:tcBorders>
            <w:shd w:val="clear" w:color="auto" w:fill="auto"/>
          </w:tcPr>
          <w:p w:rsidR="001063AE" w:rsidRPr="00DC73E0" w:rsidRDefault="00B17B87">
            <w:pPr>
              <w:rPr>
                <w:sz w:val="28"/>
                <w:szCs w:val="28"/>
              </w:rPr>
            </w:pPr>
            <w:r w:rsidRPr="00DC73E0">
              <w:rPr>
                <w:b/>
              </w:rPr>
              <w:t>1. Khởi động:</w:t>
            </w:r>
          </w:p>
          <w:p w:rsidR="00581890" w:rsidRPr="00DC73E0" w:rsidRDefault="007F75C5">
            <w:r w:rsidRPr="00DC73E0">
              <w:rPr>
                <w:b/>
              </w:rPr>
              <w:t xml:space="preserve">- Mục tiêu: </w:t>
            </w:r>
            <w:r w:rsidRPr="00DC73E0">
              <w:t>Ôn phân số bằng nhau và phân số tối giản; tạo hứng thú và dẫn vào bài.</w:t>
            </w:r>
          </w:p>
          <w:p w:rsidR="00581890" w:rsidRPr="00DC73E0" w:rsidRDefault="007F75C5">
            <w:r w:rsidRPr="00DC73E0">
              <w:rPr>
                <w:b/>
                <w:i/>
              </w:rPr>
              <w:t>*Cách tiến hành:</w:t>
            </w:r>
          </w:p>
        </w:tc>
      </w:tr>
      <w:tr w:rsidR="00DC73E0" w:rsidRPr="00DC73E0" w:rsidTr="00DC73E0">
        <w:trPr>
          <w:jc w:val="center"/>
        </w:trPr>
        <w:tc>
          <w:tcPr>
            <w:tcW w:w="4702" w:type="dxa"/>
            <w:tcBorders>
              <w:top w:val="single" w:sz="4" w:space="0" w:color="auto"/>
            </w:tcBorders>
            <w:shd w:val="clear" w:color="auto" w:fill="auto"/>
          </w:tcPr>
          <w:p w:rsidR="001063AE" w:rsidRPr="00DC73E0" w:rsidRDefault="0044196C">
            <w:pPr>
              <w:rPr>
                <w:sz w:val="28"/>
                <w:szCs w:val="28"/>
              </w:rPr>
            </w:pPr>
            <w:r w:rsidRPr="00DC73E0">
              <w:rPr>
                <w:szCs w:val="28"/>
              </w:rPr>
              <w:t>- Tổ chức trò chơi khởi động: “Sóc Nâu về nhà”.</w:t>
            </w:r>
          </w:p>
        </w:tc>
        <w:tc>
          <w:tcPr>
            <w:tcW w:w="4702" w:type="dxa"/>
            <w:tcBorders>
              <w:top w:val="single" w:sz="4" w:space="0" w:color="auto"/>
            </w:tcBorders>
            <w:shd w:val="clear" w:color="auto" w:fill="auto"/>
          </w:tcPr>
          <w:p w:rsidR="001063AE" w:rsidRPr="00DC73E0" w:rsidRDefault="0044196C">
            <w:pPr>
              <w:rPr>
                <w:sz w:val="28"/>
                <w:szCs w:val="28"/>
              </w:rPr>
            </w:pPr>
            <w:r w:rsidRPr="00DC73E0">
              <w:rPr>
                <w:szCs w:val="28"/>
              </w:rPr>
              <w:t>- HS lắng nghe và sẵn sàng tham gia.</w:t>
            </w:r>
          </w:p>
        </w:tc>
      </w:tr>
      <w:tr w:rsidR="00DC73E0" w:rsidRPr="00DC73E0" w:rsidTr="00DC73E0">
        <w:trPr>
          <w:jc w:val="center"/>
        </w:trPr>
        <w:tc>
          <w:tcPr>
            <w:tcW w:w="4702" w:type="dxa"/>
            <w:shd w:val="clear" w:color="auto" w:fill="auto"/>
          </w:tcPr>
          <w:p w:rsidR="001063AE" w:rsidRPr="00DC73E0" w:rsidRDefault="0044196C">
            <w:pPr>
              <w:rPr>
                <w:sz w:val="28"/>
                <w:szCs w:val="28"/>
              </w:rPr>
            </w:pPr>
            <w:r w:rsidRPr="00DC73E0">
              <w:rPr>
                <w:szCs w:val="28"/>
              </w:rPr>
              <w:t>- Nêu luật chơi: Có 2 câu hỏi, mỗi câu 3 lựa chọn; thời gian 15 giây/câu; HS giơ thẻ A/B/C.</w:t>
            </w:r>
          </w:p>
        </w:tc>
        <w:tc>
          <w:tcPr>
            <w:tcW w:w="4702" w:type="dxa"/>
            <w:shd w:val="clear" w:color="auto" w:fill="auto"/>
          </w:tcPr>
          <w:p w:rsidR="001063AE" w:rsidRPr="00DC73E0" w:rsidRDefault="0044196C">
            <w:pPr>
              <w:rPr>
                <w:sz w:val="28"/>
                <w:szCs w:val="28"/>
              </w:rPr>
            </w:pPr>
            <w:r w:rsidRPr="00DC73E0">
              <w:rPr>
                <w:szCs w:val="28"/>
              </w:rPr>
              <w:t>- HS nắm luật: nghe câu hỏi → chọn đáp án → giơ thẻ A/B/C đúng thời gian.</w:t>
            </w:r>
          </w:p>
        </w:tc>
      </w:tr>
      <w:tr w:rsidR="00DC73E0" w:rsidRPr="00DC73E0" w:rsidTr="00DC73E0">
        <w:trPr>
          <w:jc w:val="center"/>
        </w:trPr>
        <w:tc>
          <w:tcPr>
            <w:tcW w:w="4702" w:type="dxa"/>
            <w:shd w:val="clear" w:color="auto" w:fill="auto"/>
          </w:tcPr>
          <w:p w:rsidR="001063AE" w:rsidRPr="00DC73E0" w:rsidRDefault="0044196C">
            <w:pPr>
              <w:rPr>
                <w:sz w:val="28"/>
                <w:szCs w:val="28"/>
              </w:rPr>
            </w:pPr>
            <w:r w:rsidRPr="00DC73E0">
              <w:rPr>
                <w:szCs w:val="28"/>
              </w:rPr>
              <w:t xml:space="preserve">- Giao nhiệm vụ (bảng con): Trong các phân </w:t>
            </w:r>
            <w:proofErr w:type="gramStart"/>
            <w:r w:rsidRPr="00DC73E0">
              <w:rPr>
                <w:szCs w:val="28"/>
              </w:rPr>
              <w:t xml:space="preserve">số </w:t>
            </w:r>
            <w:proofErr w:type="gramEnd"/>
            <m:oMath>
              <m:f>
                <m:fPr>
                  <m:ctrlPr>
                    <w:rPr>
                      <w:rFonts w:ascii="Cambria Math" w:hAnsi="Cambria Math"/>
                      <w:sz w:val="28"/>
                      <w:szCs w:val="28"/>
                    </w:rPr>
                  </m:ctrlPr>
                </m:fPr>
                <m:num>
                  <m:r>
                    <w:rPr>
                      <w:rFonts w:ascii="Cambria Math" w:hAnsi="Cambria Math"/>
                      <w:sz w:val="28"/>
                      <w:szCs w:val="28"/>
                    </w:rPr>
                    <m:t>9</m:t>
                  </m:r>
                </m:num>
                <m:den>
                  <m:r>
                    <w:rPr>
                      <w:rFonts w:ascii="Cambria Math" w:hAnsi="Cambria Math"/>
                      <w:sz w:val="28"/>
                      <w:szCs w:val="28"/>
                    </w:rPr>
                    <m:t>12</m:t>
                  </m:r>
                </m:den>
              </m:f>
            </m:oMath>
            <w:r w:rsidRPr="00DC73E0">
              <w:rPr>
                <w:szCs w:val="28"/>
              </w:rPr>
              <w:t xml:space="preserve">; </w:t>
            </w:r>
            <m:oMath>
              <m:f>
                <m:fPr>
                  <m:ctrlPr>
                    <w:rPr>
                      <w:rFonts w:ascii="Cambria Math" w:hAnsi="Cambria Math"/>
                      <w:sz w:val="28"/>
                      <w:szCs w:val="28"/>
                    </w:rPr>
                  </m:ctrlPr>
                </m:fPr>
                <m:num>
                  <m:r>
                    <w:rPr>
                      <w:rFonts w:ascii="Cambria Math" w:hAnsi="Cambria Math"/>
                      <w:sz w:val="28"/>
                      <w:szCs w:val="28"/>
                    </w:rPr>
                    <m:t>12</m:t>
                  </m:r>
                </m:num>
                <m:den>
                  <m:r>
                    <w:rPr>
                      <w:rFonts w:ascii="Cambria Math" w:hAnsi="Cambria Math"/>
                      <w:sz w:val="28"/>
                      <w:szCs w:val="28"/>
                    </w:rPr>
                    <m:t>21</m:t>
                  </m:r>
                </m:den>
              </m:f>
            </m:oMath>
            <w:r w:rsidRPr="00DC73E0">
              <w:rPr>
                <w:szCs w:val="28"/>
              </w:rPr>
              <w:t xml:space="preserve">; </w:t>
            </w:r>
            <m:oMath>
              <m:f>
                <m:fPr>
                  <m:ctrlPr>
                    <w:rPr>
                      <w:rFonts w:ascii="Cambria Math" w:hAnsi="Cambria Math"/>
                      <w:sz w:val="28"/>
                      <w:szCs w:val="28"/>
                    </w:rPr>
                  </m:ctrlPr>
                </m:fPr>
                <m:num>
                  <m:r>
                    <w:rPr>
                      <w:rFonts w:ascii="Cambria Math" w:hAnsi="Cambria Math"/>
                      <w:sz w:val="28"/>
                      <w:szCs w:val="28"/>
                    </w:rPr>
                    <m:t>15</m:t>
                  </m:r>
                </m:num>
                <m:den>
                  <m:r>
                    <w:rPr>
                      <w:rFonts w:ascii="Cambria Math" w:hAnsi="Cambria Math"/>
                      <w:sz w:val="28"/>
                      <w:szCs w:val="28"/>
                    </w:rPr>
                    <m:t>6</m:t>
                  </m:r>
                </m:den>
              </m:f>
            </m:oMath>
            <w:r w:rsidRPr="00DC73E0">
              <w:rPr>
                <w:szCs w:val="28"/>
              </w:rPr>
              <w:t xml:space="preserve">, phân số nào bằng </w:t>
            </w:r>
            <m:oMath>
              <m:f>
                <m:fPr>
                  <m:ctrlPr>
                    <w:rPr>
                      <w:rFonts w:ascii="Cambria Math" w:hAnsi="Cambria Math"/>
                      <w:sz w:val="28"/>
                      <w:szCs w:val="28"/>
                    </w:rPr>
                  </m:ctrlPr>
                </m:fPr>
                <m:num>
                  <m:r>
                    <w:rPr>
                      <w:rFonts w:ascii="Cambria Math" w:hAnsi="Cambria Math"/>
                      <w:sz w:val="28"/>
                      <w:szCs w:val="28"/>
                    </w:rPr>
                    <m:t>3</m:t>
                  </m:r>
                </m:num>
                <m:den>
                  <m:r>
                    <w:rPr>
                      <w:rFonts w:ascii="Cambria Math" w:hAnsi="Cambria Math"/>
                      <w:sz w:val="28"/>
                      <w:szCs w:val="28"/>
                    </w:rPr>
                    <m:t>4</m:t>
                  </m:r>
                </m:den>
              </m:f>
            </m:oMath>
            <w:r w:rsidRPr="00DC73E0">
              <w:rPr>
                <w:szCs w:val="28"/>
              </w:rPr>
              <w:t>?</w:t>
            </w:r>
          </w:p>
        </w:tc>
        <w:tc>
          <w:tcPr>
            <w:tcW w:w="4702" w:type="dxa"/>
            <w:shd w:val="clear" w:color="auto" w:fill="auto"/>
          </w:tcPr>
          <w:p w:rsidR="001063AE" w:rsidRPr="00DC73E0" w:rsidRDefault="0044196C">
            <w:pPr>
              <w:rPr>
                <w:sz w:val="28"/>
                <w:szCs w:val="28"/>
              </w:rPr>
            </w:pPr>
            <w:r w:rsidRPr="00DC73E0">
              <w:rPr>
                <w:szCs w:val="28"/>
              </w:rPr>
              <w:t xml:space="preserve">- HS làm bảng con: rút gọn </w:t>
            </w:r>
            <m:oMath>
              <m:f>
                <m:fPr>
                  <m:ctrlPr>
                    <w:rPr>
                      <w:rFonts w:ascii="Cambria Math" w:hAnsi="Cambria Math"/>
                      <w:sz w:val="28"/>
                      <w:szCs w:val="28"/>
                    </w:rPr>
                  </m:ctrlPr>
                </m:fPr>
                <m:num>
                  <m:r>
                    <w:rPr>
                      <w:rFonts w:ascii="Cambria Math" w:hAnsi="Cambria Math"/>
                      <w:sz w:val="28"/>
                      <w:szCs w:val="28"/>
                    </w:rPr>
                    <m:t>9</m:t>
                  </m:r>
                </m:num>
                <m:den>
                  <m:r>
                    <w:rPr>
                      <w:rFonts w:ascii="Cambria Math" w:hAnsi="Cambria Math"/>
                      <w:sz w:val="28"/>
                      <w:szCs w:val="28"/>
                    </w:rPr>
                    <m:t>12</m:t>
                  </m:r>
                </m:den>
              </m:f>
            </m:oMath>
            <w:r w:rsidRPr="00DC73E0">
              <w:rPr>
                <w:szCs w:val="28"/>
              </w:rPr>
              <w:t xml:space="preserve"> → </w:t>
            </w:r>
            <m:oMath>
              <m:f>
                <m:fPr>
                  <m:ctrlPr>
                    <w:rPr>
                      <w:rFonts w:ascii="Cambria Math" w:hAnsi="Cambria Math"/>
                      <w:sz w:val="28"/>
                      <w:szCs w:val="28"/>
                    </w:rPr>
                  </m:ctrlPr>
                </m:fPr>
                <m:num>
                  <m:r>
                    <w:rPr>
                      <w:rFonts w:ascii="Cambria Math" w:hAnsi="Cambria Math"/>
                      <w:sz w:val="28"/>
                      <w:szCs w:val="28"/>
                    </w:rPr>
                    <m:t>3</m:t>
                  </m:r>
                </m:num>
                <m:den>
                  <m:r>
                    <w:rPr>
                      <w:rFonts w:ascii="Cambria Math" w:hAnsi="Cambria Math"/>
                      <w:sz w:val="28"/>
                      <w:szCs w:val="28"/>
                    </w:rPr>
                    <m:t>4</m:t>
                  </m:r>
                </m:den>
              </m:f>
            </m:oMath>
            <w:r w:rsidRPr="00DC73E0">
              <w:rPr>
                <w:szCs w:val="28"/>
              </w:rPr>
              <w:t xml:space="preserve"> nên chọn </w:t>
            </w:r>
            <m:oMath>
              <m:f>
                <m:fPr>
                  <m:ctrlPr>
                    <w:rPr>
                      <w:rFonts w:ascii="Cambria Math" w:hAnsi="Cambria Math"/>
                      <w:sz w:val="28"/>
                      <w:szCs w:val="28"/>
                    </w:rPr>
                  </m:ctrlPr>
                </m:fPr>
                <m:num>
                  <m:r>
                    <w:rPr>
                      <w:rFonts w:ascii="Cambria Math" w:hAnsi="Cambria Math"/>
                      <w:sz w:val="28"/>
                      <w:szCs w:val="28"/>
                    </w:rPr>
                    <m:t>9</m:t>
                  </m:r>
                </m:num>
                <m:den>
                  <m:r>
                    <w:rPr>
                      <w:rFonts w:ascii="Cambria Math" w:hAnsi="Cambria Math"/>
                      <w:sz w:val="28"/>
                      <w:szCs w:val="28"/>
                    </w:rPr>
                    <m:t>12</m:t>
                  </m:r>
                </m:den>
              </m:f>
            </m:oMath>
            <w:r w:rsidRPr="00DC73E0">
              <w:rPr>
                <w:szCs w:val="28"/>
              </w:rPr>
              <w:t>.</w:t>
            </w:r>
          </w:p>
        </w:tc>
      </w:tr>
      <w:tr w:rsidR="00DC73E0" w:rsidRPr="00DC73E0" w:rsidTr="00DC73E0">
        <w:trPr>
          <w:jc w:val="center"/>
        </w:trPr>
        <w:tc>
          <w:tcPr>
            <w:tcW w:w="4702" w:type="dxa"/>
            <w:shd w:val="clear" w:color="auto" w:fill="auto"/>
          </w:tcPr>
          <w:p w:rsidR="001063AE" w:rsidRPr="00DC73E0" w:rsidRDefault="0044196C">
            <w:pPr>
              <w:rPr>
                <w:sz w:val="28"/>
                <w:szCs w:val="28"/>
              </w:rPr>
            </w:pPr>
            <w:r w:rsidRPr="00DC73E0">
              <w:rPr>
                <w:szCs w:val="28"/>
              </w:rPr>
              <w:t>- Yêu cầu HS giơ thẻ đáp án và nêu lựa chọn A/B/C.</w:t>
            </w:r>
          </w:p>
        </w:tc>
        <w:tc>
          <w:tcPr>
            <w:tcW w:w="4702" w:type="dxa"/>
            <w:shd w:val="clear" w:color="auto" w:fill="auto"/>
          </w:tcPr>
          <w:p w:rsidR="001063AE" w:rsidRPr="00DC73E0" w:rsidRDefault="0044196C">
            <w:pPr>
              <w:rPr>
                <w:sz w:val="28"/>
                <w:szCs w:val="28"/>
              </w:rPr>
            </w:pPr>
            <w:r w:rsidRPr="00DC73E0">
              <w:rPr>
                <w:szCs w:val="28"/>
              </w:rPr>
              <w:t xml:space="preserve">- HS giơ thẻ B và nêu: chọn </w:t>
            </w:r>
            <m:oMath>
              <m:f>
                <m:fPr>
                  <m:ctrlPr>
                    <w:rPr>
                      <w:rFonts w:ascii="Cambria Math" w:hAnsi="Cambria Math"/>
                      <w:sz w:val="28"/>
                      <w:szCs w:val="28"/>
                    </w:rPr>
                  </m:ctrlPr>
                </m:fPr>
                <m:num>
                  <m:r>
                    <w:rPr>
                      <w:rFonts w:ascii="Cambria Math" w:hAnsi="Cambria Math"/>
                      <w:sz w:val="28"/>
                      <w:szCs w:val="28"/>
                    </w:rPr>
                    <m:t>9</m:t>
                  </m:r>
                </m:num>
                <m:den>
                  <m:r>
                    <w:rPr>
                      <w:rFonts w:ascii="Cambria Math" w:hAnsi="Cambria Math"/>
                      <w:sz w:val="28"/>
                      <w:szCs w:val="28"/>
                    </w:rPr>
                    <m:t>12</m:t>
                  </m:r>
                </m:den>
              </m:f>
            </m:oMath>
            <w:r w:rsidRPr="00DC73E0">
              <w:rPr>
                <w:szCs w:val="28"/>
              </w:rPr>
              <w:t>.</w:t>
            </w:r>
          </w:p>
        </w:tc>
      </w:tr>
      <w:tr w:rsidR="00DC73E0" w:rsidRPr="00DC73E0" w:rsidTr="00DC73E0">
        <w:trPr>
          <w:jc w:val="center"/>
        </w:trPr>
        <w:tc>
          <w:tcPr>
            <w:tcW w:w="4702" w:type="dxa"/>
            <w:shd w:val="clear" w:color="auto" w:fill="auto"/>
          </w:tcPr>
          <w:p w:rsidR="001063AE" w:rsidRPr="00DC73E0" w:rsidRDefault="0044196C">
            <w:pPr>
              <w:rPr>
                <w:sz w:val="28"/>
                <w:szCs w:val="28"/>
              </w:rPr>
            </w:pPr>
            <w:r w:rsidRPr="00DC73E0">
              <w:rPr>
                <w:szCs w:val="28"/>
              </w:rPr>
              <w:t>- Chốt đáp án: B.</w:t>
            </w:r>
          </w:p>
        </w:tc>
        <w:tc>
          <w:tcPr>
            <w:tcW w:w="4702" w:type="dxa"/>
            <w:shd w:val="clear" w:color="auto" w:fill="auto"/>
          </w:tcPr>
          <w:p w:rsidR="001063AE" w:rsidRPr="00DC73E0" w:rsidRDefault="0044196C">
            <w:pPr>
              <w:rPr>
                <w:sz w:val="28"/>
                <w:szCs w:val="28"/>
              </w:rPr>
            </w:pPr>
            <w:r w:rsidRPr="00DC73E0">
              <w:rPr>
                <w:szCs w:val="28"/>
              </w:rPr>
              <w:t xml:space="preserve">- HS ghi nhớ: </w:t>
            </w:r>
            <m:oMath>
              <m:f>
                <m:fPr>
                  <m:ctrlPr>
                    <w:rPr>
                      <w:rFonts w:ascii="Cambria Math" w:hAnsi="Cambria Math"/>
                      <w:sz w:val="28"/>
                      <w:szCs w:val="28"/>
                    </w:rPr>
                  </m:ctrlPr>
                </m:fPr>
                <m:num>
                  <m:r>
                    <w:rPr>
                      <w:rFonts w:ascii="Cambria Math" w:hAnsi="Cambria Math"/>
                      <w:sz w:val="28"/>
                      <w:szCs w:val="28"/>
                    </w:rPr>
                    <m:t>9</m:t>
                  </m:r>
                </m:num>
                <m:den>
                  <m:r>
                    <w:rPr>
                      <w:rFonts w:ascii="Cambria Math" w:hAnsi="Cambria Math"/>
                      <w:sz w:val="28"/>
                      <w:szCs w:val="28"/>
                    </w:rPr>
                    <m:t>12</m:t>
                  </m:r>
                </m:den>
              </m:f>
            </m:oMath>
            <w:r w:rsidRPr="00DC73E0">
              <w:rPr>
                <w:szCs w:val="28"/>
              </w:rPr>
              <w:t xml:space="preserve"> = </w:t>
            </w:r>
            <m:oMath>
              <m:f>
                <m:fPr>
                  <m:ctrlPr>
                    <w:rPr>
                      <w:rFonts w:ascii="Cambria Math" w:hAnsi="Cambria Math"/>
                      <w:sz w:val="28"/>
                      <w:szCs w:val="28"/>
                    </w:rPr>
                  </m:ctrlPr>
                </m:fPr>
                <m:num>
                  <m:r>
                    <w:rPr>
                      <w:rFonts w:ascii="Cambria Math" w:hAnsi="Cambria Math"/>
                      <w:sz w:val="28"/>
                      <w:szCs w:val="28"/>
                    </w:rPr>
                    <m:t>3</m:t>
                  </m:r>
                </m:num>
                <m:den>
                  <m:r>
                    <w:rPr>
                      <w:rFonts w:ascii="Cambria Math" w:hAnsi="Cambria Math"/>
                      <w:sz w:val="28"/>
                      <w:szCs w:val="28"/>
                    </w:rPr>
                    <m:t>4</m:t>
                  </m:r>
                </m:den>
              </m:f>
            </m:oMath>
            <w:r w:rsidRPr="00DC73E0">
              <w:rPr>
                <w:szCs w:val="28"/>
              </w:rPr>
              <w:t>.</w:t>
            </w:r>
          </w:p>
        </w:tc>
      </w:tr>
      <w:tr w:rsidR="00DC73E0" w:rsidRPr="00DC73E0" w:rsidTr="00DC73E0">
        <w:trPr>
          <w:jc w:val="center"/>
        </w:trPr>
        <w:tc>
          <w:tcPr>
            <w:tcW w:w="4702" w:type="dxa"/>
            <w:shd w:val="clear" w:color="auto" w:fill="auto"/>
          </w:tcPr>
          <w:p w:rsidR="001063AE" w:rsidRPr="00DC73E0" w:rsidRDefault="0044196C">
            <w:pPr>
              <w:rPr>
                <w:sz w:val="28"/>
                <w:szCs w:val="28"/>
              </w:rPr>
            </w:pPr>
            <w:r w:rsidRPr="00DC73E0">
              <w:rPr>
                <w:szCs w:val="28"/>
              </w:rPr>
              <w:t xml:space="preserve">- Giao nhiệm vụ (bảng con): Trong các phân </w:t>
            </w:r>
            <w:proofErr w:type="gramStart"/>
            <w:r w:rsidRPr="00DC73E0">
              <w:rPr>
                <w:szCs w:val="28"/>
              </w:rPr>
              <w:t xml:space="preserve">số </w:t>
            </w:r>
            <w:proofErr w:type="gramEnd"/>
            <m:oMath>
              <m:f>
                <m:fPr>
                  <m:ctrlPr>
                    <w:rPr>
                      <w:rFonts w:ascii="Cambria Math" w:hAnsi="Cambria Math"/>
                      <w:sz w:val="28"/>
                      <w:szCs w:val="28"/>
                    </w:rPr>
                  </m:ctrlPr>
                </m:fPr>
                <m:num>
                  <m:r>
                    <w:rPr>
                      <w:rFonts w:ascii="Cambria Math" w:hAnsi="Cambria Math"/>
                      <w:sz w:val="28"/>
                      <w:szCs w:val="28"/>
                    </w:rPr>
                    <m:t>3</m:t>
                  </m:r>
                </m:num>
                <m:den>
                  <m:r>
                    <w:rPr>
                      <w:rFonts w:ascii="Cambria Math" w:hAnsi="Cambria Math"/>
                      <w:sz w:val="28"/>
                      <w:szCs w:val="28"/>
                    </w:rPr>
                    <m:t>9</m:t>
                  </m:r>
                </m:den>
              </m:f>
            </m:oMath>
            <w:r w:rsidRPr="00DC73E0">
              <w:rPr>
                <w:szCs w:val="28"/>
              </w:rPr>
              <w:t xml:space="preserve">; </w:t>
            </w:r>
            <m:oMath>
              <m:f>
                <m:fPr>
                  <m:ctrlPr>
                    <w:rPr>
                      <w:rFonts w:ascii="Cambria Math" w:hAnsi="Cambria Math"/>
                      <w:sz w:val="28"/>
                      <w:szCs w:val="28"/>
                    </w:rPr>
                  </m:ctrlPr>
                </m:fPr>
                <m:num>
                  <m:r>
                    <w:rPr>
                      <w:rFonts w:ascii="Cambria Math" w:hAnsi="Cambria Math"/>
                      <w:sz w:val="28"/>
                      <w:szCs w:val="28"/>
                    </w:rPr>
                    <m:t>5</m:t>
                  </m:r>
                </m:num>
                <m:den>
                  <m:r>
                    <w:rPr>
                      <w:rFonts w:ascii="Cambria Math" w:hAnsi="Cambria Math"/>
                      <w:sz w:val="28"/>
                      <w:szCs w:val="28"/>
                    </w:rPr>
                    <m:t>10</m:t>
                  </m:r>
                </m:den>
              </m:f>
            </m:oMath>
            <w:r w:rsidRPr="00DC73E0">
              <w:rPr>
                <w:szCs w:val="28"/>
              </w:rPr>
              <w:t xml:space="preserve">; </w:t>
            </w:r>
            <m:oMath>
              <m:f>
                <m:fPr>
                  <m:ctrlPr>
                    <w:rPr>
                      <w:rFonts w:ascii="Cambria Math" w:hAnsi="Cambria Math"/>
                      <w:sz w:val="28"/>
                      <w:szCs w:val="28"/>
                    </w:rPr>
                  </m:ctrlPr>
                </m:fPr>
                <m:num>
                  <m:r>
                    <w:rPr>
                      <w:rFonts w:ascii="Cambria Math" w:hAnsi="Cambria Math"/>
                      <w:sz w:val="28"/>
                      <w:szCs w:val="28"/>
                    </w:rPr>
                    <m:t>11</m:t>
                  </m:r>
                </m:num>
                <m:den>
                  <m:r>
                    <w:rPr>
                      <w:rFonts w:ascii="Cambria Math" w:hAnsi="Cambria Math"/>
                      <w:sz w:val="28"/>
                      <w:szCs w:val="28"/>
                    </w:rPr>
                    <m:t>3</m:t>
                  </m:r>
                </m:den>
              </m:f>
            </m:oMath>
            <w:r w:rsidRPr="00DC73E0">
              <w:rPr>
                <w:szCs w:val="28"/>
              </w:rPr>
              <w:t>, phân số tối giản là phân số nào?</w:t>
            </w:r>
          </w:p>
        </w:tc>
        <w:tc>
          <w:tcPr>
            <w:tcW w:w="4702" w:type="dxa"/>
            <w:shd w:val="clear" w:color="auto" w:fill="auto"/>
          </w:tcPr>
          <w:p w:rsidR="001063AE" w:rsidRPr="00DC73E0" w:rsidRDefault="0044196C">
            <w:pPr>
              <w:rPr>
                <w:sz w:val="28"/>
                <w:szCs w:val="28"/>
              </w:rPr>
            </w:pPr>
            <w:r w:rsidRPr="00DC73E0">
              <w:rPr>
                <w:szCs w:val="28"/>
              </w:rPr>
              <w:t xml:space="preserve">- HS làm bảng con: </w:t>
            </w:r>
            <m:oMath>
              <m:f>
                <m:fPr>
                  <m:ctrlPr>
                    <w:rPr>
                      <w:rFonts w:ascii="Cambria Math" w:hAnsi="Cambria Math"/>
                      <w:sz w:val="28"/>
                      <w:szCs w:val="28"/>
                    </w:rPr>
                  </m:ctrlPr>
                </m:fPr>
                <m:num>
                  <m:r>
                    <w:rPr>
                      <w:rFonts w:ascii="Cambria Math" w:hAnsi="Cambria Math"/>
                      <w:sz w:val="28"/>
                      <w:szCs w:val="28"/>
                    </w:rPr>
                    <m:t>3</m:t>
                  </m:r>
                </m:num>
                <m:den>
                  <m:r>
                    <w:rPr>
                      <w:rFonts w:ascii="Cambria Math" w:hAnsi="Cambria Math"/>
                      <w:sz w:val="28"/>
                      <w:szCs w:val="28"/>
                    </w:rPr>
                    <m:t>9</m:t>
                  </m:r>
                </m:den>
              </m:f>
            </m:oMath>
            <w:r w:rsidRPr="00DC73E0">
              <w:rPr>
                <w:szCs w:val="28"/>
              </w:rPr>
              <w:t xml:space="preserve"> rút gọn được; </w:t>
            </w:r>
            <m:oMath>
              <m:f>
                <m:fPr>
                  <m:ctrlPr>
                    <w:rPr>
                      <w:rFonts w:ascii="Cambria Math" w:hAnsi="Cambria Math"/>
                      <w:sz w:val="28"/>
                      <w:szCs w:val="28"/>
                    </w:rPr>
                  </m:ctrlPr>
                </m:fPr>
                <m:num>
                  <m:r>
                    <w:rPr>
                      <w:rFonts w:ascii="Cambria Math" w:hAnsi="Cambria Math"/>
                      <w:sz w:val="28"/>
                      <w:szCs w:val="28"/>
                    </w:rPr>
                    <m:t>5</m:t>
                  </m:r>
                </m:num>
                <m:den>
                  <m:r>
                    <w:rPr>
                      <w:rFonts w:ascii="Cambria Math" w:hAnsi="Cambria Math"/>
                      <w:sz w:val="28"/>
                      <w:szCs w:val="28"/>
                    </w:rPr>
                    <m:t>10</m:t>
                  </m:r>
                </m:den>
              </m:f>
            </m:oMath>
            <w:r w:rsidRPr="00DC73E0">
              <w:rPr>
                <w:szCs w:val="28"/>
              </w:rPr>
              <w:t xml:space="preserve"> rút gọn được; </w:t>
            </w:r>
            <m:oMath>
              <m:f>
                <m:fPr>
                  <m:ctrlPr>
                    <w:rPr>
                      <w:rFonts w:ascii="Cambria Math" w:hAnsi="Cambria Math"/>
                      <w:sz w:val="28"/>
                      <w:szCs w:val="28"/>
                    </w:rPr>
                  </m:ctrlPr>
                </m:fPr>
                <m:num>
                  <m:r>
                    <w:rPr>
                      <w:rFonts w:ascii="Cambria Math" w:hAnsi="Cambria Math"/>
                      <w:sz w:val="28"/>
                      <w:szCs w:val="28"/>
                    </w:rPr>
                    <m:t>11</m:t>
                  </m:r>
                </m:num>
                <m:den>
                  <m:r>
                    <w:rPr>
                      <w:rFonts w:ascii="Cambria Math" w:hAnsi="Cambria Math"/>
                      <w:sz w:val="28"/>
                      <w:szCs w:val="28"/>
                    </w:rPr>
                    <m:t>3</m:t>
                  </m:r>
                </m:den>
              </m:f>
            </m:oMath>
            <w:r w:rsidRPr="00DC73E0">
              <w:rPr>
                <w:szCs w:val="28"/>
              </w:rPr>
              <w:t xml:space="preserve"> không rút gọn được → chọn </w:t>
            </w:r>
            <m:oMath>
              <m:f>
                <m:fPr>
                  <m:ctrlPr>
                    <w:rPr>
                      <w:rFonts w:ascii="Cambria Math" w:hAnsi="Cambria Math"/>
                      <w:sz w:val="28"/>
                      <w:szCs w:val="28"/>
                    </w:rPr>
                  </m:ctrlPr>
                </m:fPr>
                <m:num>
                  <m:r>
                    <w:rPr>
                      <w:rFonts w:ascii="Cambria Math" w:hAnsi="Cambria Math"/>
                      <w:sz w:val="28"/>
                      <w:szCs w:val="28"/>
                    </w:rPr>
                    <m:t>11</m:t>
                  </m:r>
                </m:num>
                <m:den>
                  <m:r>
                    <w:rPr>
                      <w:rFonts w:ascii="Cambria Math" w:hAnsi="Cambria Math"/>
                      <w:sz w:val="28"/>
                      <w:szCs w:val="28"/>
                    </w:rPr>
                    <m:t>3</m:t>
                  </m:r>
                </m:den>
              </m:f>
            </m:oMath>
            <w:r w:rsidRPr="00DC73E0">
              <w:rPr>
                <w:szCs w:val="28"/>
              </w:rPr>
              <w:t>.</w:t>
            </w:r>
          </w:p>
        </w:tc>
      </w:tr>
      <w:tr w:rsidR="00DC73E0" w:rsidRPr="00DC73E0" w:rsidTr="00DC73E0">
        <w:trPr>
          <w:jc w:val="center"/>
        </w:trPr>
        <w:tc>
          <w:tcPr>
            <w:tcW w:w="4702" w:type="dxa"/>
            <w:shd w:val="clear" w:color="auto" w:fill="auto"/>
          </w:tcPr>
          <w:p w:rsidR="001063AE" w:rsidRPr="00DC73E0" w:rsidRDefault="0044196C">
            <w:pPr>
              <w:rPr>
                <w:sz w:val="28"/>
                <w:szCs w:val="28"/>
              </w:rPr>
            </w:pPr>
            <w:r w:rsidRPr="00DC73E0">
              <w:rPr>
                <w:szCs w:val="28"/>
              </w:rPr>
              <w:t xml:space="preserve">- Yêu cầu HS giơ thẻ đáp </w:t>
            </w:r>
            <w:proofErr w:type="gramStart"/>
            <w:r w:rsidRPr="00DC73E0">
              <w:rPr>
                <w:szCs w:val="28"/>
              </w:rPr>
              <w:t>án</w:t>
            </w:r>
            <w:proofErr w:type="gramEnd"/>
            <w:r w:rsidRPr="00DC73E0">
              <w:rPr>
                <w:szCs w:val="28"/>
              </w:rPr>
              <w:t xml:space="preserve"> và giải thích.</w:t>
            </w:r>
          </w:p>
        </w:tc>
        <w:tc>
          <w:tcPr>
            <w:tcW w:w="4702" w:type="dxa"/>
            <w:shd w:val="clear" w:color="auto" w:fill="auto"/>
          </w:tcPr>
          <w:p w:rsidR="001063AE" w:rsidRPr="00DC73E0" w:rsidRDefault="0044196C">
            <w:pPr>
              <w:rPr>
                <w:sz w:val="28"/>
                <w:szCs w:val="28"/>
              </w:rPr>
            </w:pPr>
            <w:r w:rsidRPr="00DC73E0">
              <w:rPr>
                <w:szCs w:val="28"/>
              </w:rPr>
              <w:t xml:space="preserve">- HS giơ thẻ C; giải thích: 11 và 3 không cùng chia hết cho số tự nhiên &gt; 1 nên </w:t>
            </w:r>
            <m:oMath>
              <m:f>
                <m:fPr>
                  <m:ctrlPr>
                    <w:rPr>
                      <w:rFonts w:ascii="Cambria Math" w:hAnsi="Cambria Math"/>
                      <w:sz w:val="28"/>
                      <w:szCs w:val="28"/>
                    </w:rPr>
                  </m:ctrlPr>
                </m:fPr>
                <m:num>
                  <m:r>
                    <w:rPr>
                      <w:rFonts w:ascii="Cambria Math" w:hAnsi="Cambria Math"/>
                      <w:sz w:val="28"/>
                      <w:szCs w:val="28"/>
                    </w:rPr>
                    <m:t>11</m:t>
                  </m:r>
                </m:num>
                <m:den>
                  <m:r>
                    <w:rPr>
                      <w:rFonts w:ascii="Cambria Math" w:hAnsi="Cambria Math"/>
                      <w:sz w:val="28"/>
                      <w:szCs w:val="28"/>
                    </w:rPr>
                    <m:t>3</m:t>
                  </m:r>
                </m:den>
              </m:f>
            </m:oMath>
            <w:r w:rsidRPr="00DC73E0">
              <w:rPr>
                <w:szCs w:val="28"/>
              </w:rPr>
              <w:t xml:space="preserve"> </w:t>
            </w:r>
            <w:r w:rsidRPr="00DC73E0">
              <w:rPr>
                <w:szCs w:val="28"/>
              </w:rPr>
              <w:lastRenderedPageBreak/>
              <w:t>tối giản.</w:t>
            </w:r>
          </w:p>
        </w:tc>
      </w:tr>
      <w:tr w:rsidR="00DC73E0" w:rsidRPr="00DC73E0" w:rsidTr="00DC73E0">
        <w:trPr>
          <w:jc w:val="center"/>
        </w:trPr>
        <w:tc>
          <w:tcPr>
            <w:tcW w:w="4702" w:type="dxa"/>
            <w:tcBorders>
              <w:bottom w:val="single" w:sz="4" w:space="0" w:color="auto"/>
            </w:tcBorders>
            <w:shd w:val="clear" w:color="auto" w:fill="auto"/>
          </w:tcPr>
          <w:p w:rsidR="001063AE" w:rsidRPr="00DC73E0" w:rsidRDefault="0044196C">
            <w:pPr>
              <w:rPr>
                <w:sz w:val="28"/>
                <w:szCs w:val="28"/>
              </w:rPr>
            </w:pPr>
            <w:r w:rsidRPr="00DC73E0">
              <w:rPr>
                <w:szCs w:val="28"/>
              </w:rPr>
              <w:lastRenderedPageBreak/>
              <w:t>- Nhận xét và giới thiệu bài: “Luyện tập”.</w:t>
            </w:r>
          </w:p>
        </w:tc>
        <w:tc>
          <w:tcPr>
            <w:tcW w:w="4702" w:type="dxa"/>
            <w:tcBorders>
              <w:bottom w:val="single" w:sz="4" w:space="0" w:color="auto"/>
            </w:tcBorders>
            <w:shd w:val="clear" w:color="auto" w:fill="auto"/>
          </w:tcPr>
          <w:p w:rsidR="001063AE" w:rsidRPr="00DC73E0" w:rsidRDefault="0044196C">
            <w:pPr>
              <w:rPr>
                <w:sz w:val="28"/>
                <w:szCs w:val="28"/>
              </w:rPr>
            </w:pPr>
            <w:r w:rsidRPr="00DC73E0">
              <w:rPr>
                <w:szCs w:val="28"/>
              </w:rPr>
              <w:t>- HS ghi vở: Toán – Luyện tập.</w:t>
            </w:r>
          </w:p>
        </w:tc>
      </w:tr>
      <w:tr w:rsidR="00DC73E0" w:rsidRPr="00DC73E0" w:rsidTr="00DC73E0">
        <w:trPr>
          <w:cantSplit/>
          <w:jc w:val="center"/>
        </w:trPr>
        <w:tc>
          <w:tcPr>
            <w:tcW w:w="9404" w:type="dxa"/>
            <w:gridSpan w:val="2"/>
            <w:tcBorders>
              <w:top w:val="single" w:sz="4" w:space="0" w:color="auto"/>
              <w:bottom w:val="single" w:sz="4" w:space="0" w:color="auto"/>
            </w:tcBorders>
            <w:shd w:val="clear" w:color="auto" w:fill="auto"/>
          </w:tcPr>
          <w:p w:rsidR="001063AE" w:rsidRPr="00DC73E0" w:rsidRDefault="00B17B87">
            <w:pPr>
              <w:rPr>
                <w:sz w:val="28"/>
                <w:szCs w:val="28"/>
              </w:rPr>
            </w:pPr>
            <w:r w:rsidRPr="00DC73E0">
              <w:rPr>
                <w:b/>
              </w:rPr>
              <w:t>2. Luyện tập:</w:t>
            </w:r>
          </w:p>
          <w:p w:rsidR="00581890" w:rsidRPr="00DC73E0" w:rsidRDefault="007F75C5">
            <w:r w:rsidRPr="00DC73E0">
              <w:rPr>
                <w:b/>
              </w:rPr>
              <w:t xml:space="preserve">- Mục tiêu: </w:t>
            </w:r>
            <w:r w:rsidRPr="00DC73E0">
              <w:t>Củng cố kĩ năng rút gọn phân số; nhận biết phân số tối giản; rút gọn ngay trong bước tính.</w:t>
            </w:r>
          </w:p>
          <w:p w:rsidR="00581890" w:rsidRPr="00DC73E0" w:rsidRDefault="007F75C5">
            <w:r w:rsidRPr="00DC73E0">
              <w:rPr>
                <w:b/>
                <w:i/>
              </w:rPr>
              <w:t>*Cách tiến hành:</w:t>
            </w:r>
          </w:p>
        </w:tc>
      </w:tr>
      <w:tr w:rsidR="00DC73E0" w:rsidRPr="00DC73E0" w:rsidTr="00DC73E0">
        <w:trPr>
          <w:jc w:val="center"/>
        </w:trPr>
        <w:tc>
          <w:tcPr>
            <w:tcW w:w="9404" w:type="dxa"/>
            <w:gridSpan w:val="2"/>
            <w:tcBorders>
              <w:top w:val="single" w:sz="4" w:space="0" w:color="auto"/>
              <w:bottom w:val="single" w:sz="4" w:space="0" w:color="auto"/>
            </w:tcBorders>
            <w:shd w:val="clear" w:color="auto" w:fill="auto"/>
          </w:tcPr>
          <w:p w:rsidR="001063AE" w:rsidRPr="00DC73E0" w:rsidRDefault="0044196C">
            <w:pPr>
              <w:rPr>
                <w:sz w:val="28"/>
                <w:szCs w:val="28"/>
              </w:rPr>
            </w:pPr>
            <w:r w:rsidRPr="00DC73E0">
              <w:rPr>
                <w:b/>
                <w:szCs w:val="28"/>
              </w:rPr>
              <w:t>Bài 1</w:t>
            </w:r>
          </w:p>
        </w:tc>
      </w:tr>
      <w:tr w:rsidR="00DC73E0" w:rsidRPr="00DC73E0" w:rsidTr="00DC73E0">
        <w:trPr>
          <w:jc w:val="center"/>
        </w:trPr>
        <w:tc>
          <w:tcPr>
            <w:tcW w:w="4702" w:type="dxa"/>
            <w:tcBorders>
              <w:top w:val="single" w:sz="4" w:space="0" w:color="auto"/>
            </w:tcBorders>
            <w:shd w:val="clear" w:color="auto" w:fill="auto"/>
          </w:tcPr>
          <w:p w:rsidR="001063AE" w:rsidRPr="00DC73E0" w:rsidRDefault="0044196C">
            <w:pPr>
              <w:rPr>
                <w:sz w:val="28"/>
                <w:szCs w:val="28"/>
              </w:rPr>
            </w:pPr>
            <w:r w:rsidRPr="00DC73E0">
              <w:rPr>
                <w:szCs w:val="28"/>
              </w:rPr>
              <w:t>- Gọi HS đọc yêu cầu.</w:t>
            </w:r>
          </w:p>
        </w:tc>
        <w:tc>
          <w:tcPr>
            <w:tcW w:w="4702" w:type="dxa"/>
            <w:tcBorders>
              <w:top w:val="single" w:sz="4" w:space="0" w:color="auto"/>
            </w:tcBorders>
            <w:shd w:val="clear" w:color="auto" w:fill="auto"/>
          </w:tcPr>
          <w:p w:rsidR="001063AE" w:rsidRPr="00DC73E0" w:rsidRDefault="0044196C">
            <w:pPr>
              <w:rPr>
                <w:sz w:val="28"/>
                <w:szCs w:val="28"/>
              </w:rPr>
            </w:pPr>
            <w:r w:rsidRPr="00DC73E0">
              <w:rPr>
                <w:szCs w:val="28"/>
              </w:rPr>
              <w:t>- HS đọc yêu cầu bài 1.</w:t>
            </w:r>
          </w:p>
        </w:tc>
      </w:tr>
      <w:tr w:rsidR="00DC73E0" w:rsidRPr="00DC73E0" w:rsidTr="00DC73E0">
        <w:trPr>
          <w:jc w:val="center"/>
        </w:trPr>
        <w:tc>
          <w:tcPr>
            <w:tcW w:w="4702" w:type="dxa"/>
            <w:shd w:val="clear" w:color="auto" w:fill="auto"/>
          </w:tcPr>
          <w:p w:rsidR="001063AE" w:rsidRPr="00DC73E0" w:rsidRDefault="0044196C">
            <w:pPr>
              <w:rPr>
                <w:sz w:val="28"/>
                <w:szCs w:val="28"/>
              </w:rPr>
            </w:pPr>
            <w:r w:rsidRPr="00DC73E0">
              <w:rPr>
                <w:szCs w:val="28"/>
              </w:rPr>
              <w:t>- Hỏi: Bài yêu cầu làm gì? (Phần a, phần b)</w:t>
            </w:r>
          </w:p>
        </w:tc>
        <w:tc>
          <w:tcPr>
            <w:tcW w:w="4702" w:type="dxa"/>
            <w:shd w:val="clear" w:color="auto" w:fill="auto"/>
          </w:tcPr>
          <w:p w:rsidR="001063AE" w:rsidRPr="00DC73E0" w:rsidRDefault="0044196C">
            <w:pPr>
              <w:rPr>
                <w:sz w:val="28"/>
                <w:szCs w:val="28"/>
              </w:rPr>
            </w:pPr>
            <w:r w:rsidRPr="00DC73E0">
              <w:rPr>
                <w:szCs w:val="28"/>
              </w:rPr>
              <w:t>- HS trả lời: Phần a điền số; phần b rút gọn phân số.</w:t>
            </w:r>
          </w:p>
        </w:tc>
      </w:tr>
      <w:tr w:rsidR="00DC73E0" w:rsidRPr="00DC73E0" w:rsidTr="00DC73E0">
        <w:trPr>
          <w:jc w:val="center"/>
        </w:trPr>
        <w:tc>
          <w:tcPr>
            <w:tcW w:w="4702" w:type="dxa"/>
            <w:shd w:val="clear" w:color="auto" w:fill="auto"/>
          </w:tcPr>
          <w:p w:rsidR="001063AE" w:rsidRPr="00DC73E0" w:rsidRDefault="0044196C">
            <w:pPr>
              <w:rPr>
                <w:sz w:val="28"/>
                <w:szCs w:val="28"/>
              </w:rPr>
            </w:pPr>
            <w:r w:rsidRPr="00DC73E0">
              <w:rPr>
                <w:szCs w:val="28"/>
              </w:rPr>
              <w:t>- Yêu cầu HS nêu miệng phần a.</w:t>
            </w:r>
          </w:p>
        </w:tc>
        <w:tc>
          <w:tcPr>
            <w:tcW w:w="4702" w:type="dxa"/>
            <w:shd w:val="clear" w:color="auto" w:fill="auto"/>
          </w:tcPr>
          <w:p w:rsidR="001063AE" w:rsidRPr="00DC73E0" w:rsidRDefault="0044196C">
            <w:pPr>
              <w:rPr>
                <w:sz w:val="28"/>
                <w:szCs w:val="28"/>
              </w:rPr>
            </w:pPr>
            <w:r w:rsidRPr="00DC73E0">
              <w:rPr>
                <w:szCs w:val="28"/>
              </w:rPr>
              <w:t xml:space="preserve">- HS trả lời: </w:t>
            </w:r>
            <m:oMath>
              <m:f>
                <m:fPr>
                  <m:ctrlPr>
                    <w:rPr>
                      <w:rFonts w:ascii="Cambria Math" w:hAnsi="Cambria Math"/>
                      <w:sz w:val="28"/>
                      <w:szCs w:val="28"/>
                    </w:rPr>
                  </m:ctrlPr>
                </m:fPr>
                <m:num>
                  <m:r>
                    <w:rPr>
                      <w:rFonts w:ascii="Cambria Math" w:hAnsi="Cambria Math"/>
                      <w:sz w:val="28"/>
                      <w:szCs w:val="28"/>
                    </w:rPr>
                    <m:t>12</m:t>
                  </m:r>
                </m:num>
                <m:den>
                  <m:r>
                    <w:rPr>
                      <w:rFonts w:ascii="Cambria Math" w:hAnsi="Cambria Math"/>
                      <w:sz w:val="28"/>
                      <w:szCs w:val="28"/>
                    </w:rPr>
                    <m:t>18</m:t>
                  </m:r>
                </m:den>
              </m:f>
            </m:oMath>
            <w:r w:rsidRPr="00DC73E0">
              <w:rPr>
                <w:szCs w:val="28"/>
              </w:rPr>
              <w:t xml:space="preserve"> = </w:t>
            </w:r>
            <m:oMath>
              <m:f>
                <m:fPr>
                  <m:ctrlPr>
                    <w:rPr>
                      <w:rFonts w:ascii="Cambria Math" w:hAnsi="Cambria Math"/>
                      <w:sz w:val="28"/>
                      <w:szCs w:val="28"/>
                    </w:rPr>
                  </m:ctrlPr>
                </m:fPr>
                <m:num>
                  <m:r>
                    <w:rPr>
                      <w:rFonts w:ascii="Cambria Math" w:hAnsi="Cambria Math"/>
                      <w:sz w:val="28"/>
                      <w:szCs w:val="28"/>
                    </w:rPr>
                    <m:t>6</m:t>
                  </m:r>
                </m:num>
                <m:den>
                  <m:r>
                    <w:rPr>
                      <w:rFonts w:ascii="Cambria Math" w:hAnsi="Cambria Math"/>
                      <w:sz w:val="28"/>
                      <w:szCs w:val="28"/>
                    </w:rPr>
                    <m:t>9</m:t>
                  </m:r>
                </m:den>
              </m:f>
            </m:oMath>
            <w:r w:rsidRPr="00DC73E0">
              <w:rPr>
                <w:szCs w:val="28"/>
              </w:rPr>
              <w:t xml:space="preserve"> = </w:t>
            </w:r>
            <m:oMath>
              <m:f>
                <m:fPr>
                  <m:ctrlPr>
                    <w:rPr>
                      <w:rFonts w:ascii="Cambria Math" w:hAnsi="Cambria Math"/>
                      <w:sz w:val="28"/>
                      <w:szCs w:val="28"/>
                    </w:rPr>
                  </m:ctrlPr>
                </m:fPr>
                <m:num>
                  <m:r>
                    <w:rPr>
                      <w:rFonts w:ascii="Cambria Math" w:hAnsi="Cambria Math"/>
                      <w:sz w:val="28"/>
                      <w:szCs w:val="28"/>
                    </w:rPr>
                    <m:t>2</m:t>
                  </m:r>
                </m:num>
                <m:den>
                  <m:r>
                    <w:rPr>
                      <w:rFonts w:ascii="Cambria Math" w:hAnsi="Cambria Math"/>
                      <w:sz w:val="28"/>
                      <w:szCs w:val="28"/>
                    </w:rPr>
                    <m:t>3</m:t>
                  </m:r>
                </m:den>
              </m:f>
            </m:oMath>
            <w:r w:rsidRPr="00DC73E0">
              <w:rPr>
                <w:szCs w:val="28"/>
              </w:rPr>
              <w:t>.</w:t>
            </w:r>
          </w:p>
        </w:tc>
      </w:tr>
      <w:tr w:rsidR="00DC73E0" w:rsidRPr="00DC73E0" w:rsidTr="00DC73E0">
        <w:trPr>
          <w:jc w:val="center"/>
        </w:trPr>
        <w:tc>
          <w:tcPr>
            <w:tcW w:w="4702" w:type="dxa"/>
            <w:shd w:val="clear" w:color="auto" w:fill="auto"/>
          </w:tcPr>
          <w:p w:rsidR="001063AE" w:rsidRPr="00DC73E0" w:rsidRDefault="0044196C">
            <w:pPr>
              <w:rPr>
                <w:sz w:val="28"/>
                <w:szCs w:val="28"/>
              </w:rPr>
            </w:pPr>
            <w:r w:rsidRPr="00DC73E0">
              <w:rPr>
                <w:szCs w:val="28"/>
              </w:rPr>
              <w:t>- Hỏi: Vì sao điền được 9 ở mẫu số và 2 ở tử số?</w:t>
            </w:r>
          </w:p>
        </w:tc>
        <w:tc>
          <w:tcPr>
            <w:tcW w:w="4702" w:type="dxa"/>
            <w:shd w:val="clear" w:color="auto" w:fill="auto"/>
          </w:tcPr>
          <w:p w:rsidR="001063AE" w:rsidRPr="00DC73E0" w:rsidRDefault="0044196C">
            <w:pPr>
              <w:rPr>
                <w:sz w:val="28"/>
                <w:szCs w:val="28"/>
              </w:rPr>
            </w:pPr>
            <w:r w:rsidRPr="00DC73E0">
              <w:rPr>
                <w:szCs w:val="28"/>
              </w:rPr>
              <w:t xml:space="preserve">- HS trả lời: </w:t>
            </w:r>
            <m:oMath>
              <m:f>
                <m:fPr>
                  <m:ctrlPr>
                    <w:rPr>
                      <w:rFonts w:ascii="Cambria Math" w:hAnsi="Cambria Math"/>
                      <w:sz w:val="28"/>
                      <w:szCs w:val="28"/>
                    </w:rPr>
                  </m:ctrlPr>
                </m:fPr>
                <m:num>
                  <m:r>
                    <w:rPr>
                      <w:rFonts w:ascii="Cambria Math" w:hAnsi="Cambria Math"/>
                      <w:sz w:val="28"/>
                      <w:szCs w:val="28"/>
                    </w:rPr>
                    <m:t>12</m:t>
                  </m:r>
                </m:num>
                <m:den>
                  <m:r>
                    <w:rPr>
                      <w:rFonts w:ascii="Cambria Math" w:hAnsi="Cambria Math"/>
                      <w:sz w:val="28"/>
                      <w:szCs w:val="28"/>
                    </w:rPr>
                    <m:t>18</m:t>
                  </m:r>
                </m:den>
              </m:f>
            </m:oMath>
            <w:r w:rsidRPr="00DC73E0">
              <w:rPr>
                <w:szCs w:val="28"/>
              </w:rPr>
              <w:t xml:space="preserve"> chia cả tử và mẫu cho 2 được </w:t>
            </w:r>
            <m:oMath>
              <m:f>
                <m:fPr>
                  <m:ctrlPr>
                    <w:rPr>
                      <w:rFonts w:ascii="Cambria Math" w:hAnsi="Cambria Math"/>
                      <w:sz w:val="28"/>
                      <w:szCs w:val="28"/>
                    </w:rPr>
                  </m:ctrlPr>
                </m:fPr>
                <m:num>
                  <m:r>
                    <w:rPr>
                      <w:rFonts w:ascii="Cambria Math" w:hAnsi="Cambria Math"/>
                      <w:sz w:val="28"/>
                      <w:szCs w:val="28"/>
                    </w:rPr>
                    <m:t>6</m:t>
                  </m:r>
                </m:num>
                <m:den>
                  <m:r>
                    <w:rPr>
                      <w:rFonts w:ascii="Cambria Math" w:hAnsi="Cambria Math"/>
                      <w:sz w:val="28"/>
                      <w:szCs w:val="28"/>
                    </w:rPr>
                    <m:t>9</m:t>
                  </m:r>
                </m:den>
              </m:f>
            </m:oMath>
            <w:r w:rsidRPr="00DC73E0">
              <w:rPr>
                <w:szCs w:val="28"/>
              </w:rPr>
              <w:t xml:space="preserve">; </w:t>
            </w:r>
            <m:oMath>
              <m:f>
                <m:fPr>
                  <m:ctrlPr>
                    <w:rPr>
                      <w:rFonts w:ascii="Cambria Math" w:hAnsi="Cambria Math"/>
                      <w:sz w:val="28"/>
                      <w:szCs w:val="28"/>
                    </w:rPr>
                  </m:ctrlPr>
                </m:fPr>
                <m:num>
                  <m:r>
                    <w:rPr>
                      <w:rFonts w:ascii="Cambria Math" w:hAnsi="Cambria Math"/>
                      <w:sz w:val="28"/>
                      <w:szCs w:val="28"/>
                    </w:rPr>
                    <m:t>6</m:t>
                  </m:r>
                </m:num>
                <m:den>
                  <m:r>
                    <w:rPr>
                      <w:rFonts w:ascii="Cambria Math" w:hAnsi="Cambria Math"/>
                      <w:sz w:val="28"/>
                      <w:szCs w:val="28"/>
                    </w:rPr>
                    <m:t>9</m:t>
                  </m:r>
                </m:den>
              </m:f>
            </m:oMath>
            <w:r w:rsidRPr="00DC73E0">
              <w:rPr>
                <w:szCs w:val="28"/>
              </w:rPr>
              <w:t xml:space="preserve"> chia cả tử và mẫu cho 3 được </w:t>
            </w:r>
            <m:oMath>
              <m:f>
                <m:fPr>
                  <m:ctrlPr>
                    <w:rPr>
                      <w:rFonts w:ascii="Cambria Math" w:hAnsi="Cambria Math"/>
                      <w:sz w:val="28"/>
                      <w:szCs w:val="28"/>
                    </w:rPr>
                  </m:ctrlPr>
                </m:fPr>
                <m:num>
                  <m:r>
                    <w:rPr>
                      <w:rFonts w:ascii="Cambria Math" w:hAnsi="Cambria Math"/>
                      <w:sz w:val="28"/>
                      <w:szCs w:val="28"/>
                    </w:rPr>
                    <m:t>2</m:t>
                  </m:r>
                </m:num>
                <m:den>
                  <m:r>
                    <w:rPr>
                      <w:rFonts w:ascii="Cambria Math" w:hAnsi="Cambria Math"/>
                      <w:sz w:val="28"/>
                      <w:szCs w:val="28"/>
                    </w:rPr>
                    <m:t>3</m:t>
                  </m:r>
                </m:den>
              </m:f>
            </m:oMath>
            <w:r w:rsidRPr="00DC73E0">
              <w:rPr>
                <w:szCs w:val="28"/>
              </w:rPr>
              <w:t>.</w:t>
            </w:r>
          </w:p>
        </w:tc>
      </w:tr>
      <w:tr w:rsidR="00DC73E0" w:rsidRPr="00DC73E0" w:rsidTr="00DC73E0">
        <w:trPr>
          <w:jc w:val="center"/>
        </w:trPr>
        <w:tc>
          <w:tcPr>
            <w:tcW w:w="4702" w:type="dxa"/>
            <w:shd w:val="clear" w:color="auto" w:fill="auto"/>
          </w:tcPr>
          <w:p w:rsidR="001063AE" w:rsidRPr="00DC73E0" w:rsidRDefault="0044196C">
            <w:pPr>
              <w:rPr>
                <w:sz w:val="28"/>
                <w:szCs w:val="28"/>
              </w:rPr>
            </w:pPr>
            <w:r w:rsidRPr="00DC73E0">
              <w:rPr>
                <w:szCs w:val="28"/>
              </w:rPr>
              <w:t>- Giao nhiệm vụ: HS làm phần b vào vở; đổi vở kiểm tra chéo theo cặp.</w:t>
            </w:r>
          </w:p>
        </w:tc>
        <w:tc>
          <w:tcPr>
            <w:tcW w:w="4702" w:type="dxa"/>
            <w:shd w:val="clear" w:color="auto" w:fill="auto"/>
          </w:tcPr>
          <w:p w:rsidR="001063AE" w:rsidRPr="00DC73E0" w:rsidRDefault="0044196C">
            <w:pPr>
              <w:rPr>
                <w:sz w:val="28"/>
                <w:szCs w:val="28"/>
              </w:rPr>
            </w:pPr>
            <w:r w:rsidRPr="00DC73E0">
              <w:rPr>
                <w:szCs w:val="28"/>
              </w:rPr>
              <w:t>- HS làm vở; đổi vở, kiểm tra và sửa sai cho nhau.</w:t>
            </w:r>
          </w:p>
        </w:tc>
      </w:tr>
      <w:tr w:rsidR="00DC73E0" w:rsidRPr="00DC73E0" w:rsidTr="00DC73E0">
        <w:trPr>
          <w:jc w:val="center"/>
        </w:trPr>
        <w:tc>
          <w:tcPr>
            <w:tcW w:w="4702" w:type="dxa"/>
            <w:tcBorders>
              <w:bottom w:val="single" w:sz="4" w:space="0" w:color="auto"/>
            </w:tcBorders>
            <w:shd w:val="clear" w:color="auto" w:fill="auto"/>
          </w:tcPr>
          <w:p w:rsidR="001063AE" w:rsidRPr="00DC73E0" w:rsidRDefault="0044196C">
            <w:pPr>
              <w:rPr>
                <w:sz w:val="28"/>
                <w:szCs w:val="28"/>
              </w:rPr>
            </w:pPr>
            <w:r w:rsidRPr="00DC73E0">
              <w:rPr>
                <w:szCs w:val="28"/>
              </w:rPr>
              <w:t>- Chiếu webcam chữa; chốt kết quả.</w:t>
            </w:r>
          </w:p>
        </w:tc>
        <w:tc>
          <w:tcPr>
            <w:tcW w:w="4702" w:type="dxa"/>
            <w:tcBorders>
              <w:bottom w:val="single" w:sz="4" w:space="0" w:color="auto"/>
            </w:tcBorders>
            <w:shd w:val="clear" w:color="auto" w:fill="auto"/>
          </w:tcPr>
          <w:p w:rsidR="001063AE" w:rsidRPr="00DC73E0" w:rsidRDefault="0044196C">
            <w:pPr>
              <w:rPr>
                <w:sz w:val="28"/>
                <w:szCs w:val="28"/>
              </w:rPr>
            </w:pPr>
            <w:r w:rsidRPr="00DC73E0">
              <w:rPr>
                <w:szCs w:val="28"/>
              </w:rPr>
              <w:t xml:space="preserve">- HS ghi đáp án: </w:t>
            </w:r>
            <m:oMath>
              <m:f>
                <m:fPr>
                  <m:ctrlPr>
                    <w:rPr>
                      <w:rFonts w:ascii="Cambria Math" w:hAnsi="Cambria Math"/>
                      <w:sz w:val="28"/>
                      <w:szCs w:val="28"/>
                    </w:rPr>
                  </m:ctrlPr>
                </m:fPr>
                <m:num>
                  <m:r>
                    <w:rPr>
                      <w:rFonts w:ascii="Cambria Math" w:hAnsi="Cambria Math"/>
                      <w:sz w:val="28"/>
                      <w:szCs w:val="28"/>
                    </w:rPr>
                    <m:t>12</m:t>
                  </m:r>
                </m:num>
                <m:den>
                  <m:r>
                    <w:rPr>
                      <w:rFonts w:ascii="Cambria Math" w:hAnsi="Cambria Math"/>
                      <w:sz w:val="28"/>
                      <w:szCs w:val="28"/>
                    </w:rPr>
                    <m:t>48</m:t>
                  </m:r>
                </m:den>
              </m:f>
            </m:oMath>
            <w:r w:rsidRPr="00DC73E0">
              <w:rPr>
                <w:szCs w:val="28"/>
              </w:rPr>
              <w:t xml:space="preserve"> = </w:t>
            </w:r>
            <m:oMath>
              <m:f>
                <m:fPr>
                  <m:ctrlPr>
                    <w:rPr>
                      <w:rFonts w:ascii="Cambria Math" w:hAnsi="Cambria Math"/>
                      <w:sz w:val="28"/>
                      <w:szCs w:val="28"/>
                    </w:rPr>
                  </m:ctrlPr>
                </m:fPr>
                <m:num>
                  <m:r>
                    <w:rPr>
                      <w:rFonts w:ascii="Cambria Math" w:hAnsi="Cambria Math"/>
                      <w:sz w:val="28"/>
                      <w:szCs w:val="28"/>
                    </w:rPr>
                    <m:t>1</m:t>
                  </m:r>
                </m:num>
                <m:den>
                  <m:r>
                    <w:rPr>
                      <w:rFonts w:ascii="Cambria Math" w:hAnsi="Cambria Math"/>
                      <w:sz w:val="28"/>
                      <w:szCs w:val="28"/>
                    </w:rPr>
                    <m:t>4</m:t>
                  </m:r>
                </m:den>
              </m:f>
            </m:oMath>
            <w:r w:rsidRPr="00DC73E0">
              <w:rPr>
                <w:szCs w:val="28"/>
              </w:rPr>
              <w:t xml:space="preserve">; </w:t>
            </w:r>
            <m:oMath>
              <m:f>
                <m:fPr>
                  <m:ctrlPr>
                    <w:rPr>
                      <w:rFonts w:ascii="Cambria Math" w:hAnsi="Cambria Math"/>
                      <w:sz w:val="28"/>
                      <w:szCs w:val="28"/>
                    </w:rPr>
                  </m:ctrlPr>
                </m:fPr>
                <m:num>
                  <m:r>
                    <w:rPr>
                      <w:rFonts w:ascii="Cambria Math" w:hAnsi="Cambria Math"/>
                      <w:sz w:val="28"/>
                      <w:szCs w:val="28"/>
                    </w:rPr>
                    <m:t>80</m:t>
                  </m:r>
                </m:num>
                <m:den>
                  <m:r>
                    <w:rPr>
                      <w:rFonts w:ascii="Cambria Math" w:hAnsi="Cambria Math"/>
                      <w:sz w:val="28"/>
                      <w:szCs w:val="28"/>
                    </w:rPr>
                    <m:t>100</m:t>
                  </m:r>
                </m:den>
              </m:f>
            </m:oMath>
            <w:r w:rsidRPr="00DC73E0">
              <w:rPr>
                <w:szCs w:val="28"/>
              </w:rPr>
              <w:t xml:space="preserve"> = </w:t>
            </w:r>
            <m:oMath>
              <m:f>
                <m:fPr>
                  <m:ctrlPr>
                    <w:rPr>
                      <w:rFonts w:ascii="Cambria Math" w:hAnsi="Cambria Math"/>
                      <w:sz w:val="28"/>
                      <w:szCs w:val="28"/>
                    </w:rPr>
                  </m:ctrlPr>
                </m:fPr>
                <m:num>
                  <m:r>
                    <w:rPr>
                      <w:rFonts w:ascii="Cambria Math" w:hAnsi="Cambria Math"/>
                      <w:sz w:val="28"/>
                      <w:szCs w:val="28"/>
                    </w:rPr>
                    <m:t>4</m:t>
                  </m:r>
                </m:num>
                <m:den>
                  <m:r>
                    <w:rPr>
                      <w:rFonts w:ascii="Cambria Math" w:hAnsi="Cambria Math"/>
                      <w:sz w:val="28"/>
                      <w:szCs w:val="28"/>
                    </w:rPr>
                    <m:t>5</m:t>
                  </m:r>
                </m:den>
              </m:f>
            </m:oMath>
            <w:r w:rsidRPr="00DC73E0">
              <w:rPr>
                <w:szCs w:val="28"/>
              </w:rPr>
              <w:t xml:space="preserve">; </w:t>
            </w:r>
            <m:oMath>
              <m:f>
                <m:fPr>
                  <m:ctrlPr>
                    <w:rPr>
                      <w:rFonts w:ascii="Cambria Math" w:hAnsi="Cambria Math"/>
                      <w:sz w:val="28"/>
                      <w:szCs w:val="28"/>
                    </w:rPr>
                  </m:ctrlPr>
                </m:fPr>
                <m:num>
                  <m:r>
                    <w:rPr>
                      <w:rFonts w:ascii="Cambria Math" w:hAnsi="Cambria Math"/>
                      <w:sz w:val="28"/>
                      <w:szCs w:val="28"/>
                    </w:rPr>
                    <m:t>75</m:t>
                  </m:r>
                </m:num>
                <m:den>
                  <m:r>
                    <w:rPr>
                      <w:rFonts w:ascii="Cambria Math" w:hAnsi="Cambria Math"/>
                      <w:sz w:val="28"/>
                      <w:szCs w:val="28"/>
                    </w:rPr>
                    <m:t>125</m:t>
                  </m:r>
                </m:den>
              </m:f>
            </m:oMath>
            <w:r w:rsidRPr="00DC73E0">
              <w:rPr>
                <w:szCs w:val="28"/>
              </w:rPr>
              <w:t xml:space="preserve"> = </w:t>
            </w:r>
            <m:oMath>
              <m:f>
                <m:fPr>
                  <m:ctrlPr>
                    <w:rPr>
                      <w:rFonts w:ascii="Cambria Math" w:hAnsi="Cambria Math"/>
                      <w:sz w:val="28"/>
                      <w:szCs w:val="28"/>
                    </w:rPr>
                  </m:ctrlPr>
                </m:fPr>
                <m:num>
                  <m:r>
                    <w:rPr>
                      <w:rFonts w:ascii="Cambria Math" w:hAnsi="Cambria Math"/>
                      <w:sz w:val="28"/>
                      <w:szCs w:val="28"/>
                    </w:rPr>
                    <m:t>3</m:t>
                  </m:r>
                </m:num>
                <m:den>
                  <m:r>
                    <w:rPr>
                      <w:rFonts w:ascii="Cambria Math" w:hAnsi="Cambria Math"/>
                      <w:sz w:val="28"/>
                      <w:szCs w:val="28"/>
                    </w:rPr>
                    <m:t>5</m:t>
                  </m:r>
                </m:den>
              </m:f>
            </m:oMath>
            <w:r w:rsidRPr="00DC73E0">
              <w:rPr>
                <w:szCs w:val="28"/>
              </w:rPr>
              <w:t>.</w:t>
            </w:r>
          </w:p>
        </w:tc>
      </w:tr>
      <w:tr w:rsidR="00DC73E0" w:rsidRPr="00DC73E0" w:rsidTr="00DC73E0">
        <w:trPr>
          <w:jc w:val="center"/>
        </w:trPr>
        <w:tc>
          <w:tcPr>
            <w:tcW w:w="9404" w:type="dxa"/>
            <w:gridSpan w:val="2"/>
            <w:tcBorders>
              <w:top w:val="single" w:sz="4" w:space="0" w:color="auto"/>
              <w:bottom w:val="single" w:sz="4" w:space="0" w:color="auto"/>
            </w:tcBorders>
            <w:shd w:val="clear" w:color="auto" w:fill="auto"/>
          </w:tcPr>
          <w:p w:rsidR="001063AE" w:rsidRPr="00DC73E0" w:rsidRDefault="0044196C">
            <w:pPr>
              <w:rPr>
                <w:sz w:val="28"/>
                <w:szCs w:val="28"/>
              </w:rPr>
            </w:pPr>
            <w:r w:rsidRPr="00DC73E0">
              <w:rPr>
                <w:b/>
                <w:szCs w:val="28"/>
              </w:rPr>
              <w:t>Bài 2</w:t>
            </w:r>
          </w:p>
        </w:tc>
      </w:tr>
      <w:tr w:rsidR="00DC73E0" w:rsidRPr="00DC73E0" w:rsidTr="00DC73E0">
        <w:trPr>
          <w:jc w:val="center"/>
        </w:trPr>
        <w:tc>
          <w:tcPr>
            <w:tcW w:w="4702" w:type="dxa"/>
            <w:tcBorders>
              <w:top w:val="single" w:sz="4" w:space="0" w:color="auto"/>
            </w:tcBorders>
            <w:shd w:val="clear" w:color="auto" w:fill="auto"/>
          </w:tcPr>
          <w:p w:rsidR="001063AE" w:rsidRPr="00DC73E0" w:rsidRDefault="0044196C">
            <w:pPr>
              <w:rPr>
                <w:sz w:val="28"/>
                <w:szCs w:val="28"/>
              </w:rPr>
            </w:pPr>
            <w:r w:rsidRPr="00DC73E0">
              <w:rPr>
                <w:szCs w:val="28"/>
              </w:rPr>
              <w:t>- Gọi HS đọc yêu cầu.</w:t>
            </w:r>
          </w:p>
        </w:tc>
        <w:tc>
          <w:tcPr>
            <w:tcW w:w="4702" w:type="dxa"/>
            <w:tcBorders>
              <w:top w:val="single" w:sz="4" w:space="0" w:color="auto"/>
            </w:tcBorders>
            <w:shd w:val="clear" w:color="auto" w:fill="auto"/>
          </w:tcPr>
          <w:p w:rsidR="001063AE" w:rsidRPr="00DC73E0" w:rsidRDefault="0044196C">
            <w:pPr>
              <w:rPr>
                <w:sz w:val="28"/>
                <w:szCs w:val="28"/>
              </w:rPr>
            </w:pPr>
            <w:r w:rsidRPr="00DC73E0">
              <w:rPr>
                <w:szCs w:val="28"/>
              </w:rPr>
              <w:t>- HS đọc yêu cầu bài 2.</w:t>
            </w:r>
          </w:p>
        </w:tc>
      </w:tr>
      <w:tr w:rsidR="00DC73E0" w:rsidRPr="00DC73E0" w:rsidTr="00DC73E0">
        <w:trPr>
          <w:jc w:val="center"/>
        </w:trPr>
        <w:tc>
          <w:tcPr>
            <w:tcW w:w="4702" w:type="dxa"/>
            <w:shd w:val="clear" w:color="auto" w:fill="auto"/>
          </w:tcPr>
          <w:p w:rsidR="001063AE" w:rsidRPr="00DC73E0" w:rsidRDefault="0044196C">
            <w:pPr>
              <w:rPr>
                <w:sz w:val="28"/>
                <w:szCs w:val="28"/>
              </w:rPr>
            </w:pPr>
            <w:r w:rsidRPr="00DC73E0">
              <w:rPr>
                <w:szCs w:val="28"/>
              </w:rPr>
              <w:t>- Giao nhiệm vụ: Chọn câu trả lời đúng và khoanh vào SGK.</w:t>
            </w:r>
          </w:p>
        </w:tc>
        <w:tc>
          <w:tcPr>
            <w:tcW w:w="4702" w:type="dxa"/>
            <w:shd w:val="clear" w:color="auto" w:fill="auto"/>
          </w:tcPr>
          <w:p w:rsidR="001063AE" w:rsidRPr="00DC73E0" w:rsidRDefault="0044196C">
            <w:pPr>
              <w:rPr>
                <w:sz w:val="28"/>
                <w:szCs w:val="28"/>
              </w:rPr>
            </w:pPr>
            <w:r w:rsidRPr="00DC73E0">
              <w:rPr>
                <w:szCs w:val="28"/>
              </w:rPr>
              <w:t>- HS khoanh đáp án D.</w:t>
            </w:r>
          </w:p>
        </w:tc>
      </w:tr>
      <w:tr w:rsidR="00DC73E0" w:rsidRPr="00DC73E0" w:rsidTr="00DC73E0">
        <w:trPr>
          <w:jc w:val="center"/>
        </w:trPr>
        <w:tc>
          <w:tcPr>
            <w:tcW w:w="4702" w:type="dxa"/>
            <w:shd w:val="clear" w:color="auto" w:fill="auto"/>
          </w:tcPr>
          <w:p w:rsidR="001063AE" w:rsidRPr="00DC73E0" w:rsidRDefault="0044196C">
            <w:pPr>
              <w:rPr>
                <w:sz w:val="28"/>
                <w:szCs w:val="28"/>
              </w:rPr>
            </w:pPr>
            <w:r w:rsidRPr="00DC73E0">
              <w:rPr>
                <w:szCs w:val="28"/>
              </w:rPr>
              <w:t>- Chốt: Chọn D.</w:t>
            </w:r>
          </w:p>
        </w:tc>
        <w:tc>
          <w:tcPr>
            <w:tcW w:w="4702" w:type="dxa"/>
            <w:shd w:val="clear" w:color="auto" w:fill="auto"/>
          </w:tcPr>
          <w:p w:rsidR="001063AE" w:rsidRPr="00DC73E0" w:rsidRDefault="0044196C">
            <w:pPr>
              <w:rPr>
                <w:sz w:val="28"/>
                <w:szCs w:val="28"/>
              </w:rPr>
            </w:pPr>
            <w:r w:rsidRPr="00DC73E0">
              <w:rPr>
                <w:szCs w:val="28"/>
              </w:rPr>
              <w:t xml:space="preserve">- HS nêu: Đáp án đúng là </w:t>
            </w:r>
            <m:oMath>
              <m:f>
                <m:fPr>
                  <m:ctrlPr>
                    <w:rPr>
                      <w:rFonts w:ascii="Cambria Math" w:hAnsi="Cambria Math"/>
                      <w:sz w:val="28"/>
                      <w:szCs w:val="28"/>
                    </w:rPr>
                  </m:ctrlPr>
                </m:fPr>
                <m:num>
                  <m:r>
                    <w:rPr>
                      <w:rFonts w:ascii="Cambria Math" w:hAnsi="Cambria Math"/>
                      <w:sz w:val="28"/>
                      <w:szCs w:val="28"/>
                    </w:rPr>
                    <m:t>4</m:t>
                  </m:r>
                </m:num>
                <m:den>
                  <m:r>
                    <w:rPr>
                      <w:rFonts w:ascii="Cambria Math" w:hAnsi="Cambria Math"/>
                      <w:sz w:val="28"/>
                      <w:szCs w:val="28"/>
                    </w:rPr>
                    <m:t>5</m:t>
                  </m:r>
                </m:den>
              </m:f>
            </m:oMath>
            <w:r w:rsidRPr="00DC73E0">
              <w:rPr>
                <w:szCs w:val="28"/>
              </w:rPr>
              <w:t>.</w:t>
            </w:r>
          </w:p>
        </w:tc>
      </w:tr>
      <w:tr w:rsidR="00DC73E0" w:rsidRPr="00DC73E0" w:rsidTr="00DC73E0">
        <w:trPr>
          <w:jc w:val="center"/>
        </w:trPr>
        <w:tc>
          <w:tcPr>
            <w:tcW w:w="4702" w:type="dxa"/>
            <w:tcBorders>
              <w:bottom w:val="single" w:sz="4" w:space="0" w:color="auto"/>
            </w:tcBorders>
            <w:shd w:val="clear" w:color="auto" w:fill="auto"/>
          </w:tcPr>
          <w:p w:rsidR="001063AE" w:rsidRPr="00DC73E0" w:rsidRDefault="0044196C">
            <w:pPr>
              <w:rPr>
                <w:sz w:val="28"/>
                <w:szCs w:val="28"/>
              </w:rPr>
            </w:pPr>
            <w:r w:rsidRPr="00DC73E0">
              <w:rPr>
                <w:szCs w:val="28"/>
              </w:rPr>
              <w:t>- Hỏi: Thế nào là phân số tối giản?</w:t>
            </w:r>
          </w:p>
        </w:tc>
        <w:tc>
          <w:tcPr>
            <w:tcW w:w="4702" w:type="dxa"/>
            <w:tcBorders>
              <w:bottom w:val="single" w:sz="4" w:space="0" w:color="auto"/>
            </w:tcBorders>
            <w:shd w:val="clear" w:color="auto" w:fill="auto"/>
          </w:tcPr>
          <w:p w:rsidR="001063AE" w:rsidRPr="00DC73E0" w:rsidRDefault="0044196C">
            <w:pPr>
              <w:rPr>
                <w:sz w:val="28"/>
                <w:szCs w:val="28"/>
              </w:rPr>
            </w:pPr>
            <w:r w:rsidRPr="00DC73E0">
              <w:rPr>
                <w:szCs w:val="28"/>
              </w:rPr>
              <w:t>- HS trả lời: Là phân số mà tử và mẫu không cùng chia hết cho số tự nhiên lớn hơn 1.</w:t>
            </w:r>
          </w:p>
        </w:tc>
      </w:tr>
      <w:tr w:rsidR="00DC73E0" w:rsidRPr="00DC73E0" w:rsidTr="00DC73E0">
        <w:trPr>
          <w:jc w:val="center"/>
        </w:trPr>
        <w:tc>
          <w:tcPr>
            <w:tcW w:w="9404" w:type="dxa"/>
            <w:gridSpan w:val="2"/>
            <w:tcBorders>
              <w:top w:val="single" w:sz="4" w:space="0" w:color="auto"/>
              <w:bottom w:val="single" w:sz="4" w:space="0" w:color="auto"/>
            </w:tcBorders>
            <w:shd w:val="clear" w:color="auto" w:fill="auto"/>
          </w:tcPr>
          <w:p w:rsidR="001063AE" w:rsidRPr="00DC73E0" w:rsidRDefault="0044196C">
            <w:pPr>
              <w:rPr>
                <w:sz w:val="28"/>
                <w:szCs w:val="28"/>
              </w:rPr>
            </w:pPr>
            <w:r w:rsidRPr="00DC73E0">
              <w:rPr>
                <w:b/>
                <w:szCs w:val="28"/>
              </w:rPr>
              <w:t>Bài 3: Tính (theo mẫu)</w:t>
            </w:r>
          </w:p>
        </w:tc>
      </w:tr>
      <w:tr w:rsidR="00DC73E0" w:rsidRPr="00DC73E0" w:rsidTr="00DC73E0">
        <w:trPr>
          <w:jc w:val="center"/>
        </w:trPr>
        <w:tc>
          <w:tcPr>
            <w:tcW w:w="4702" w:type="dxa"/>
            <w:tcBorders>
              <w:top w:val="single" w:sz="4" w:space="0" w:color="auto"/>
            </w:tcBorders>
            <w:shd w:val="clear" w:color="auto" w:fill="auto"/>
          </w:tcPr>
          <w:p w:rsidR="001063AE" w:rsidRPr="00DC73E0" w:rsidRDefault="0044196C">
            <w:pPr>
              <w:rPr>
                <w:sz w:val="28"/>
                <w:szCs w:val="28"/>
              </w:rPr>
            </w:pPr>
            <w:r w:rsidRPr="00DC73E0">
              <w:rPr>
                <w:szCs w:val="28"/>
              </w:rPr>
              <w:t>- Chiếu mẫu và hướng dẫn</w:t>
            </w:r>
            <w:proofErr w:type="gramStart"/>
            <w:r w:rsidRPr="00DC73E0">
              <w:rPr>
                <w:szCs w:val="28"/>
              </w:rPr>
              <w:t xml:space="preserve">: </w:t>
            </w:r>
            <w:proofErr w:type="gramEnd"/>
            <m:oMath>
              <m:f>
                <m:fPr>
                  <m:ctrlPr>
                    <w:rPr>
                      <w:rFonts w:ascii="Cambria Math" w:hAnsi="Cambria Math"/>
                      <w:sz w:val="28"/>
                      <w:szCs w:val="28"/>
                    </w:rPr>
                  </m:ctrlPr>
                </m:fPr>
                <m:num>
                  <m:r>
                    <w:rPr>
                      <w:rFonts w:ascii="Cambria Math" w:hAnsi="Cambria Math"/>
                      <w:sz w:val="28"/>
                      <w:szCs w:val="28"/>
                    </w:rPr>
                    <m:t>2×3×7</m:t>
                  </m:r>
                </m:num>
                <m:den>
                  <m:r>
                    <w:rPr>
                      <w:rFonts w:ascii="Cambria Math" w:hAnsi="Cambria Math"/>
                      <w:sz w:val="28"/>
                      <w:szCs w:val="28"/>
                    </w:rPr>
                    <m:t>5×7×3</m:t>
                  </m:r>
                </m:den>
              </m:f>
            </m:oMath>
            <w:r w:rsidRPr="00DC73E0">
              <w:rPr>
                <w:szCs w:val="28"/>
              </w:rPr>
              <w:t>.</w:t>
            </w:r>
          </w:p>
        </w:tc>
        <w:tc>
          <w:tcPr>
            <w:tcW w:w="4702" w:type="dxa"/>
            <w:tcBorders>
              <w:top w:val="single" w:sz="4" w:space="0" w:color="auto"/>
            </w:tcBorders>
            <w:shd w:val="clear" w:color="auto" w:fill="auto"/>
          </w:tcPr>
          <w:p w:rsidR="001063AE" w:rsidRPr="00DC73E0" w:rsidRDefault="0044196C">
            <w:pPr>
              <w:rPr>
                <w:sz w:val="28"/>
                <w:szCs w:val="28"/>
              </w:rPr>
            </w:pPr>
            <w:r w:rsidRPr="00DC73E0">
              <w:rPr>
                <w:szCs w:val="28"/>
              </w:rPr>
              <w:t>- HS quan sát và nhận ra thừa số chung.</w:t>
            </w:r>
          </w:p>
        </w:tc>
      </w:tr>
      <w:tr w:rsidR="00DC73E0" w:rsidRPr="00DC73E0" w:rsidTr="00DC73E0">
        <w:trPr>
          <w:jc w:val="center"/>
        </w:trPr>
        <w:tc>
          <w:tcPr>
            <w:tcW w:w="4702" w:type="dxa"/>
            <w:shd w:val="clear" w:color="auto" w:fill="auto"/>
          </w:tcPr>
          <w:p w:rsidR="001063AE" w:rsidRPr="00DC73E0" w:rsidRDefault="0044196C">
            <w:pPr>
              <w:rPr>
                <w:sz w:val="28"/>
                <w:szCs w:val="28"/>
              </w:rPr>
            </w:pPr>
            <w:r w:rsidRPr="00DC73E0">
              <w:rPr>
                <w:szCs w:val="28"/>
              </w:rPr>
              <w:t>- Hỏi: Tử và mẫu có thừa số chung nào?</w:t>
            </w:r>
          </w:p>
        </w:tc>
        <w:tc>
          <w:tcPr>
            <w:tcW w:w="4702" w:type="dxa"/>
            <w:shd w:val="clear" w:color="auto" w:fill="auto"/>
          </w:tcPr>
          <w:p w:rsidR="001063AE" w:rsidRPr="00DC73E0" w:rsidRDefault="0044196C">
            <w:pPr>
              <w:rPr>
                <w:sz w:val="28"/>
                <w:szCs w:val="28"/>
              </w:rPr>
            </w:pPr>
            <w:r w:rsidRPr="00DC73E0">
              <w:rPr>
                <w:szCs w:val="28"/>
              </w:rPr>
              <w:t>- HS trả lời: Có 3 và 7.</w:t>
            </w:r>
          </w:p>
        </w:tc>
      </w:tr>
      <w:tr w:rsidR="00DC73E0" w:rsidRPr="00DC73E0" w:rsidTr="00DC73E0">
        <w:trPr>
          <w:jc w:val="center"/>
        </w:trPr>
        <w:tc>
          <w:tcPr>
            <w:tcW w:w="4702" w:type="dxa"/>
            <w:shd w:val="clear" w:color="auto" w:fill="auto"/>
          </w:tcPr>
          <w:p w:rsidR="001063AE" w:rsidRPr="00DC73E0" w:rsidRDefault="0044196C">
            <w:pPr>
              <w:rPr>
                <w:sz w:val="28"/>
                <w:szCs w:val="28"/>
              </w:rPr>
            </w:pPr>
            <w:r w:rsidRPr="00DC73E0">
              <w:rPr>
                <w:szCs w:val="28"/>
              </w:rPr>
              <w:t>- Nêu: Rút gọn ngay trong bước tính (chỉ gạch ở nháp).</w:t>
            </w:r>
          </w:p>
        </w:tc>
        <w:tc>
          <w:tcPr>
            <w:tcW w:w="4702" w:type="dxa"/>
            <w:shd w:val="clear" w:color="auto" w:fill="auto"/>
          </w:tcPr>
          <w:p w:rsidR="001063AE" w:rsidRPr="00DC73E0" w:rsidRDefault="0044196C">
            <w:pPr>
              <w:rPr>
                <w:sz w:val="28"/>
                <w:szCs w:val="28"/>
              </w:rPr>
            </w:pPr>
            <w:r w:rsidRPr="00DC73E0">
              <w:rPr>
                <w:szCs w:val="28"/>
              </w:rPr>
              <w:t>- HS thực hiện rút gọn 3 và 7.</w:t>
            </w:r>
          </w:p>
        </w:tc>
      </w:tr>
      <w:tr w:rsidR="00DC73E0" w:rsidRPr="00DC73E0" w:rsidTr="00DC73E0">
        <w:trPr>
          <w:jc w:val="center"/>
        </w:trPr>
        <w:tc>
          <w:tcPr>
            <w:tcW w:w="4702" w:type="dxa"/>
            <w:shd w:val="clear" w:color="auto" w:fill="auto"/>
          </w:tcPr>
          <w:p w:rsidR="001063AE" w:rsidRPr="00DC73E0" w:rsidRDefault="0044196C">
            <w:pPr>
              <w:rPr>
                <w:sz w:val="28"/>
                <w:szCs w:val="28"/>
              </w:rPr>
            </w:pPr>
            <w:r w:rsidRPr="00DC73E0">
              <w:rPr>
                <w:szCs w:val="28"/>
              </w:rPr>
              <w:t>- Chốt kết quả mẫu.</w:t>
            </w:r>
          </w:p>
        </w:tc>
        <w:tc>
          <w:tcPr>
            <w:tcW w:w="4702" w:type="dxa"/>
            <w:shd w:val="clear" w:color="auto" w:fill="auto"/>
          </w:tcPr>
          <w:p w:rsidR="001063AE" w:rsidRPr="00DC73E0" w:rsidRDefault="0044196C">
            <w:pPr>
              <w:rPr>
                <w:sz w:val="28"/>
                <w:szCs w:val="28"/>
              </w:rPr>
            </w:pPr>
            <w:r w:rsidRPr="00DC73E0">
              <w:rPr>
                <w:szCs w:val="28"/>
              </w:rPr>
              <w:t xml:space="preserve">- HS nêu: </w:t>
            </w:r>
            <m:oMath>
              <m:f>
                <m:fPr>
                  <m:ctrlPr>
                    <w:rPr>
                      <w:rFonts w:ascii="Cambria Math" w:hAnsi="Cambria Math"/>
                      <w:sz w:val="28"/>
                      <w:szCs w:val="28"/>
                    </w:rPr>
                  </m:ctrlPr>
                </m:fPr>
                <m:num>
                  <m:r>
                    <w:rPr>
                      <w:rFonts w:ascii="Cambria Math" w:hAnsi="Cambria Math"/>
                      <w:sz w:val="28"/>
                      <w:szCs w:val="28"/>
                    </w:rPr>
                    <m:t>2×3×7</m:t>
                  </m:r>
                </m:num>
                <m:den>
                  <m:r>
                    <w:rPr>
                      <w:rFonts w:ascii="Cambria Math" w:hAnsi="Cambria Math"/>
                      <w:sz w:val="28"/>
                      <w:szCs w:val="28"/>
                    </w:rPr>
                    <m:t>5×7×3</m:t>
                  </m:r>
                </m:den>
              </m:f>
            </m:oMath>
            <w:r w:rsidRPr="00DC73E0">
              <w:rPr>
                <w:szCs w:val="28"/>
              </w:rPr>
              <w:t xml:space="preserve"> = </w:t>
            </w:r>
            <m:oMath>
              <m:f>
                <m:fPr>
                  <m:ctrlPr>
                    <w:rPr>
                      <w:rFonts w:ascii="Cambria Math" w:hAnsi="Cambria Math"/>
                      <w:sz w:val="28"/>
                      <w:szCs w:val="28"/>
                    </w:rPr>
                  </m:ctrlPr>
                </m:fPr>
                <m:num>
                  <m:r>
                    <w:rPr>
                      <w:rFonts w:ascii="Cambria Math" w:hAnsi="Cambria Math"/>
                      <w:sz w:val="28"/>
                      <w:szCs w:val="28"/>
                    </w:rPr>
                    <m:t>2</m:t>
                  </m:r>
                </m:num>
                <m:den>
                  <m:r>
                    <w:rPr>
                      <w:rFonts w:ascii="Cambria Math" w:hAnsi="Cambria Math"/>
                      <w:sz w:val="28"/>
                      <w:szCs w:val="28"/>
                    </w:rPr>
                    <m:t>5</m:t>
                  </m:r>
                </m:den>
              </m:f>
            </m:oMath>
            <w:r w:rsidRPr="00DC73E0">
              <w:rPr>
                <w:szCs w:val="28"/>
              </w:rPr>
              <w:t>.</w:t>
            </w:r>
          </w:p>
        </w:tc>
      </w:tr>
      <w:tr w:rsidR="00DC73E0" w:rsidRPr="00DC73E0" w:rsidTr="00DC73E0">
        <w:trPr>
          <w:jc w:val="center"/>
        </w:trPr>
        <w:tc>
          <w:tcPr>
            <w:tcW w:w="4702" w:type="dxa"/>
            <w:shd w:val="clear" w:color="auto" w:fill="auto"/>
          </w:tcPr>
          <w:p w:rsidR="001063AE" w:rsidRPr="00DC73E0" w:rsidRDefault="0044196C">
            <w:pPr>
              <w:rPr>
                <w:sz w:val="28"/>
                <w:szCs w:val="28"/>
              </w:rPr>
            </w:pPr>
            <w:r w:rsidRPr="00DC73E0">
              <w:rPr>
                <w:szCs w:val="28"/>
              </w:rPr>
              <w:t>- Giao nhiệm vụ: 2 HS lên bảng làm b, c; lớp làm vào vở.</w:t>
            </w:r>
          </w:p>
        </w:tc>
        <w:tc>
          <w:tcPr>
            <w:tcW w:w="4702" w:type="dxa"/>
            <w:shd w:val="clear" w:color="auto" w:fill="auto"/>
          </w:tcPr>
          <w:p w:rsidR="001063AE" w:rsidRPr="00DC73E0" w:rsidRDefault="0044196C">
            <w:pPr>
              <w:rPr>
                <w:sz w:val="28"/>
                <w:szCs w:val="28"/>
              </w:rPr>
            </w:pPr>
            <w:r w:rsidRPr="00DC73E0">
              <w:rPr>
                <w:szCs w:val="28"/>
              </w:rPr>
              <w:t>- HS làm vở; 2 HS lên bảng trình bày.</w:t>
            </w:r>
          </w:p>
        </w:tc>
      </w:tr>
      <w:tr w:rsidR="00DC73E0" w:rsidRPr="00DC73E0" w:rsidTr="00DC73E0">
        <w:trPr>
          <w:jc w:val="center"/>
        </w:trPr>
        <w:tc>
          <w:tcPr>
            <w:tcW w:w="4702" w:type="dxa"/>
            <w:shd w:val="clear" w:color="auto" w:fill="auto"/>
          </w:tcPr>
          <w:p w:rsidR="001063AE" w:rsidRPr="00DC73E0" w:rsidRDefault="0044196C">
            <w:pPr>
              <w:rPr>
                <w:sz w:val="28"/>
                <w:szCs w:val="28"/>
              </w:rPr>
            </w:pPr>
            <w:r w:rsidRPr="00DC73E0">
              <w:rPr>
                <w:szCs w:val="28"/>
              </w:rPr>
              <w:t>- Chốt b.</w:t>
            </w:r>
          </w:p>
        </w:tc>
        <w:tc>
          <w:tcPr>
            <w:tcW w:w="4702" w:type="dxa"/>
            <w:shd w:val="clear" w:color="auto" w:fill="auto"/>
          </w:tcPr>
          <w:p w:rsidR="001063AE" w:rsidRPr="00DC73E0" w:rsidRDefault="0044196C">
            <w:pPr>
              <w:rPr>
                <w:sz w:val="28"/>
                <w:szCs w:val="28"/>
              </w:rPr>
            </w:pPr>
            <w:r w:rsidRPr="00DC73E0">
              <w:rPr>
                <w:szCs w:val="28"/>
              </w:rPr>
              <w:t xml:space="preserve">- HS nêu: </w:t>
            </w:r>
            <m:oMath>
              <m:f>
                <m:fPr>
                  <m:ctrlPr>
                    <w:rPr>
                      <w:rFonts w:ascii="Cambria Math" w:hAnsi="Cambria Math"/>
                      <w:sz w:val="28"/>
                      <w:szCs w:val="28"/>
                    </w:rPr>
                  </m:ctrlPr>
                </m:fPr>
                <m:num>
                  <m:r>
                    <w:rPr>
                      <w:rFonts w:ascii="Cambria Math" w:hAnsi="Cambria Math"/>
                      <w:sz w:val="28"/>
                      <w:szCs w:val="28"/>
                    </w:rPr>
                    <m:t>12×11×13</m:t>
                  </m:r>
                </m:num>
                <m:den>
                  <m:r>
                    <w:rPr>
                      <w:rFonts w:ascii="Cambria Math" w:hAnsi="Cambria Math"/>
                      <w:sz w:val="28"/>
                      <w:szCs w:val="28"/>
                    </w:rPr>
                    <m:t>13×17×11</m:t>
                  </m:r>
                </m:den>
              </m:f>
            </m:oMath>
            <w:r w:rsidRPr="00DC73E0">
              <w:rPr>
                <w:szCs w:val="28"/>
              </w:rPr>
              <w:t xml:space="preserve"> = </w:t>
            </w:r>
            <m:oMath>
              <m:f>
                <m:fPr>
                  <m:ctrlPr>
                    <w:rPr>
                      <w:rFonts w:ascii="Cambria Math" w:hAnsi="Cambria Math"/>
                      <w:sz w:val="28"/>
                      <w:szCs w:val="28"/>
                    </w:rPr>
                  </m:ctrlPr>
                </m:fPr>
                <m:num>
                  <m:r>
                    <w:rPr>
                      <w:rFonts w:ascii="Cambria Math" w:hAnsi="Cambria Math"/>
                      <w:sz w:val="28"/>
                      <w:szCs w:val="28"/>
                    </w:rPr>
                    <m:t>12</m:t>
                  </m:r>
                </m:num>
                <m:den>
                  <m:r>
                    <w:rPr>
                      <w:rFonts w:ascii="Cambria Math" w:hAnsi="Cambria Math"/>
                      <w:sz w:val="28"/>
                      <w:szCs w:val="28"/>
                    </w:rPr>
                    <m:t>17</m:t>
                  </m:r>
                </m:den>
              </m:f>
            </m:oMath>
            <w:r w:rsidRPr="00DC73E0">
              <w:rPr>
                <w:szCs w:val="28"/>
              </w:rPr>
              <w:t>.</w:t>
            </w:r>
          </w:p>
        </w:tc>
      </w:tr>
      <w:tr w:rsidR="00DC73E0" w:rsidRPr="00DC73E0" w:rsidTr="00DC73E0">
        <w:trPr>
          <w:jc w:val="center"/>
        </w:trPr>
        <w:tc>
          <w:tcPr>
            <w:tcW w:w="4702" w:type="dxa"/>
            <w:tcBorders>
              <w:bottom w:val="single" w:sz="4" w:space="0" w:color="auto"/>
            </w:tcBorders>
            <w:shd w:val="clear" w:color="auto" w:fill="auto"/>
          </w:tcPr>
          <w:p w:rsidR="001063AE" w:rsidRPr="00DC73E0" w:rsidRDefault="0044196C">
            <w:pPr>
              <w:rPr>
                <w:sz w:val="28"/>
                <w:szCs w:val="28"/>
              </w:rPr>
            </w:pPr>
            <w:r w:rsidRPr="00DC73E0">
              <w:rPr>
                <w:szCs w:val="28"/>
              </w:rPr>
              <w:t>- Chốt c.</w:t>
            </w:r>
          </w:p>
        </w:tc>
        <w:tc>
          <w:tcPr>
            <w:tcW w:w="4702" w:type="dxa"/>
            <w:tcBorders>
              <w:bottom w:val="single" w:sz="4" w:space="0" w:color="auto"/>
            </w:tcBorders>
            <w:shd w:val="clear" w:color="auto" w:fill="auto"/>
          </w:tcPr>
          <w:p w:rsidR="001063AE" w:rsidRPr="00DC73E0" w:rsidRDefault="0044196C">
            <w:pPr>
              <w:rPr>
                <w:sz w:val="28"/>
                <w:szCs w:val="28"/>
              </w:rPr>
            </w:pPr>
            <w:r w:rsidRPr="00DC73E0">
              <w:rPr>
                <w:szCs w:val="28"/>
              </w:rPr>
              <w:t xml:space="preserve">- HS nêu: </w:t>
            </w:r>
            <m:oMath>
              <m:f>
                <m:fPr>
                  <m:ctrlPr>
                    <w:rPr>
                      <w:rFonts w:ascii="Cambria Math" w:hAnsi="Cambria Math"/>
                      <w:sz w:val="28"/>
                      <w:szCs w:val="28"/>
                    </w:rPr>
                  </m:ctrlPr>
                </m:fPr>
                <m:num>
                  <m:r>
                    <w:rPr>
                      <w:rFonts w:ascii="Cambria Math" w:hAnsi="Cambria Math"/>
                      <w:sz w:val="28"/>
                      <w:szCs w:val="28"/>
                    </w:rPr>
                    <m:t>49×16×31</m:t>
                  </m:r>
                </m:num>
                <m:den>
                  <m:r>
                    <w:rPr>
                      <w:rFonts w:ascii="Cambria Math" w:hAnsi="Cambria Math"/>
                      <w:sz w:val="28"/>
                      <w:szCs w:val="28"/>
                    </w:rPr>
                    <m:t>16×49×37</m:t>
                  </m:r>
                </m:den>
              </m:f>
            </m:oMath>
            <w:r w:rsidRPr="00DC73E0">
              <w:rPr>
                <w:szCs w:val="28"/>
              </w:rPr>
              <w:t xml:space="preserve"> = </w:t>
            </w:r>
            <m:oMath>
              <m:f>
                <m:fPr>
                  <m:ctrlPr>
                    <w:rPr>
                      <w:rFonts w:ascii="Cambria Math" w:hAnsi="Cambria Math"/>
                      <w:sz w:val="28"/>
                      <w:szCs w:val="28"/>
                    </w:rPr>
                  </m:ctrlPr>
                </m:fPr>
                <m:num>
                  <m:r>
                    <w:rPr>
                      <w:rFonts w:ascii="Cambria Math" w:hAnsi="Cambria Math"/>
                      <w:sz w:val="28"/>
                      <w:szCs w:val="28"/>
                    </w:rPr>
                    <m:t>31</m:t>
                  </m:r>
                </m:num>
                <m:den>
                  <m:r>
                    <w:rPr>
                      <w:rFonts w:ascii="Cambria Math" w:hAnsi="Cambria Math"/>
                      <w:sz w:val="28"/>
                      <w:szCs w:val="28"/>
                    </w:rPr>
                    <m:t>37</m:t>
                  </m:r>
                </m:den>
              </m:f>
            </m:oMath>
            <w:r w:rsidRPr="00DC73E0">
              <w:rPr>
                <w:szCs w:val="28"/>
              </w:rPr>
              <w:t>.</w:t>
            </w:r>
          </w:p>
        </w:tc>
      </w:tr>
      <w:tr w:rsidR="00DC73E0" w:rsidRPr="00DC73E0" w:rsidTr="00DC73E0">
        <w:trPr>
          <w:jc w:val="center"/>
        </w:trPr>
        <w:tc>
          <w:tcPr>
            <w:tcW w:w="9404" w:type="dxa"/>
            <w:gridSpan w:val="2"/>
            <w:tcBorders>
              <w:top w:val="single" w:sz="4" w:space="0" w:color="auto"/>
              <w:bottom w:val="single" w:sz="4" w:space="0" w:color="auto"/>
            </w:tcBorders>
            <w:shd w:val="clear" w:color="auto" w:fill="auto"/>
          </w:tcPr>
          <w:p w:rsidR="001063AE" w:rsidRPr="00DC73E0" w:rsidRDefault="0044196C">
            <w:pPr>
              <w:rPr>
                <w:sz w:val="28"/>
                <w:szCs w:val="28"/>
              </w:rPr>
            </w:pPr>
            <w:r w:rsidRPr="00DC73E0">
              <w:rPr>
                <w:b/>
                <w:szCs w:val="28"/>
              </w:rPr>
              <w:t>Bài 4</w:t>
            </w:r>
          </w:p>
        </w:tc>
      </w:tr>
      <w:tr w:rsidR="00DC73E0" w:rsidRPr="00DC73E0" w:rsidTr="00DC73E0">
        <w:trPr>
          <w:jc w:val="center"/>
        </w:trPr>
        <w:tc>
          <w:tcPr>
            <w:tcW w:w="4702" w:type="dxa"/>
            <w:tcBorders>
              <w:top w:val="single" w:sz="4" w:space="0" w:color="auto"/>
            </w:tcBorders>
            <w:shd w:val="clear" w:color="auto" w:fill="auto"/>
          </w:tcPr>
          <w:p w:rsidR="0044196C" w:rsidRPr="00DC73E0" w:rsidRDefault="00DC73E0">
            <w:pPr>
              <w:rPr>
                <w:sz w:val="28"/>
                <w:szCs w:val="28"/>
              </w:rPr>
            </w:pPr>
            <w:r>
              <w:rPr>
                <w:szCs w:val="28"/>
              </w:rPr>
              <w:t>- Gọi HS đọc yêu cầu</w:t>
            </w:r>
          </w:p>
        </w:tc>
        <w:tc>
          <w:tcPr>
            <w:tcW w:w="4702" w:type="dxa"/>
            <w:tcBorders>
              <w:top w:val="single" w:sz="4" w:space="0" w:color="auto"/>
            </w:tcBorders>
            <w:shd w:val="clear" w:color="auto" w:fill="auto"/>
          </w:tcPr>
          <w:p w:rsidR="001063AE" w:rsidRPr="00DC73E0" w:rsidRDefault="0044196C">
            <w:pPr>
              <w:rPr>
                <w:sz w:val="28"/>
                <w:szCs w:val="28"/>
              </w:rPr>
            </w:pPr>
            <w:r w:rsidRPr="00DC73E0">
              <w:rPr>
                <w:szCs w:val="28"/>
              </w:rPr>
              <w:t>- HS đọc yêu cầu bài 4.</w:t>
            </w:r>
          </w:p>
        </w:tc>
      </w:tr>
      <w:tr w:rsidR="00DC73E0" w:rsidRPr="00DC73E0" w:rsidTr="00DC73E0">
        <w:trPr>
          <w:jc w:val="center"/>
        </w:trPr>
        <w:tc>
          <w:tcPr>
            <w:tcW w:w="4702" w:type="dxa"/>
            <w:shd w:val="clear" w:color="auto" w:fill="auto"/>
          </w:tcPr>
          <w:p w:rsidR="001063AE" w:rsidRPr="00DC73E0" w:rsidRDefault="0044196C">
            <w:pPr>
              <w:rPr>
                <w:sz w:val="28"/>
                <w:szCs w:val="28"/>
              </w:rPr>
            </w:pPr>
            <w:r w:rsidRPr="00DC73E0">
              <w:rPr>
                <w:szCs w:val="28"/>
              </w:rPr>
              <w:t>- Hỏi: Để biết hai thỏ được chia số phần giỏ cà rốt bằng nhau, cần làm gì?</w:t>
            </w:r>
          </w:p>
        </w:tc>
        <w:tc>
          <w:tcPr>
            <w:tcW w:w="4702" w:type="dxa"/>
            <w:shd w:val="clear" w:color="auto" w:fill="auto"/>
          </w:tcPr>
          <w:p w:rsidR="001063AE" w:rsidRPr="00DC73E0" w:rsidRDefault="0044196C">
            <w:pPr>
              <w:rPr>
                <w:sz w:val="28"/>
                <w:szCs w:val="28"/>
              </w:rPr>
            </w:pPr>
            <w:r w:rsidRPr="00DC73E0">
              <w:rPr>
                <w:szCs w:val="28"/>
              </w:rPr>
              <w:t xml:space="preserve">- HS trả lời: So sánh các phân số bằng cách rút gọn </w:t>
            </w:r>
            <m:oMath>
              <m:f>
                <m:fPr>
                  <m:ctrlPr>
                    <w:rPr>
                      <w:rFonts w:ascii="Cambria Math" w:hAnsi="Cambria Math"/>
                      <w:sz w:val="28"/>
                      <w:szCs w:val="28"/>
                    </w:rPr>
                  </m:ctrlPr>
                </m:fPr>
                <m:num>
                  <m:r>
                    <w:rPr>
                      <w:rFonts w:ascii="Cambria Math" w:hAnsi="Cambria Math"/>
                      <w:sz w:val="28"/>
                      <w:szCs w:val="28"/>
                    </w:rPr>
                    <m:t>5</m:t>
                  </m:r>
                </m:num>
                <m:den>
                  <m:r>
                    <w:rPr>
                      <w:rFonts w:ascii="Cambria Math" w:hAnsi="Cambria Math"/>
                      <w:sz w:val="28"/>
                      <w:szCs w:val="28"/>
                    </w:rPr>
                    <m:t>10</m:t>
                  </m:r>
                </m:den>
              </m:f>
            </m:oMath>
            <w:r w:rsidRPr="00DC73E0">
              <w:rPr>
                <w:szCs w:val="28"/>
              </w:rPr>
              <w:t xml:space="preserve">; </w:t>
            </w:r>
            <m:oMath>
              <m:f>
                <m:fPr>
                  <m:ctrlPr>
                    <w:rPr>
                      <w:rFonts w:ascii="Cambria Math" w:hAnsi="Cambria Math"/>
                      <w:sz w:val="28"/>
                      <w:szCs w:val="28"/>
                    </w:rPr>
                  </m:ctrlPr>
                </m:fPr>
                <m:num>
                  <m:r>
                    <w:rPr>
                      <w:rFonts w:ascii="Cambria Math" w:hAnsi="Cambria Math"/>
                      <w:sz w:val="28"/>
                      <w:szCs w:val="28"/>
                    </w:rPr>
                    <m:t>1</m:t>
                  </m:r>
                </m:num>
                <m:den>
                  <m:r>
                    <w:rPr>
                      <w:rFonts w:ascii="Cambria Math" w:hAnsi="Cambria Math"/>
                      <w:sz w:val="28"/>
                      <w:szCs w:val="28"/>
                    </w:rPr>
                    <m:t>4</m:t>
                  </m:r>
                </m:den>
              </m:f>
            </m:oMath>
            <w:r w:rsidRPr="00DC73E0">
              <w:rPr>
                <w:szCs w:val="28"/>
              </w:rPr>
              <w:t xml:space="preserve">; </w:t>
            </w:r>
            <m:oMath>
              <m:f>
                <m:fPr>
                  <m:ctrlPr>
                    <w:rPr>
                      <w:rFonts w:ascii="Cambria Math" w:hAnsi="Cambria Math"/>
                      <w:sz w:val="28"/>
                      <w:szCs w:val="28"/>
                    </w:rPr>
                  </m:ctrlPr>
                </m:fPr>
                <m:num>
                  <m:r>
                    <w:rPr>
                      <w:rFonts w:ascii="Cambria Math" w:hAnsi="Cambria Math"/>
                      <w:sz w:val="28"/>
                      <w:szCs w:val="28"/>
                    </w:rPr>
                    <m:t>25</m:t>
                  </m:r>
                </m:num>
                <m:den>
                  <m:r>
                    <w:rPr>
                      <w:rFonts w:ascii="Cambria Math" w:hAnsi="Cambria Math"/>
                      <w:sz w:val="28"/>
                      <w:szCs w:val="28"/>
                    </w:rPr>
                    <m:t>100</m:t>
                  </m:r>
                </m:den>
              </m:f>
            </m:oMath>
            <w:r w:rsidRPr="00DC73E0">
              <w:rPr>
                <w:szCs w:val="28"/>
              </w:rPr>
              <w:t>.</w:t>
            </w:r>
          </w:p>
        </w:tc>
      </w:tr>
      <w:tr w:rsidR="00DC73E0" w:rsidRPr="00DC73E0" w:rsidTr="00DC73E0">
        <w:trPr>
          <w:jc w:val="center"/>
        </w:trPr>
        <w:tc>
          <w:tcPr>
            <w:tcW w:w="4702" w:type="dxa"/>
            <w:shd w:val="clear" w:color="auto" w:fill="auto"/>
          </w:tcPr>
          <w:p w:rsidR="001063AE" w:rsidRPr="00DC73E0" w:rsidRDefault="0044196C">
            <w:pPr>
              <w:rPr>
                <w:sz w:val="28"/>
                <w:szCs w:val="28"/>
              </w:rPr>
            </w:pPr>
            <w:r w:rsidRPr="00DC73E0">
              <w:rPr>
                <w:szCs w:val="28"/>
              </w:rPr>
              <w:t xml:space="preserve">- Giao nhiệm vụ (nhóm 4): Mỗi nhóm rút </w:t>
            </w:r>
            <w:r w:rsidRPr="00DC73E0">
              <w:rPr>
                <w:szCs w:val="28"/>
              </w:rPr>
              <w:lastRenderedPageBreak/>
              <w:t>gọn 1 phân số và ghi lên bảng phụ; sau đó so sánh.</w:t>
            </w:r>
          </w:p>
        </w:tc>
        <w:tc>
          <w:tcPr>
            <w:tcW w:w="4702" w:type="dxa"/>
            <w:shd w:val="clear" w:color="auto" w:fill="auto"/>
          </w:tcPr>
          <w:p w:rsidR="001063AE" w:rsidRPr="00DC73E0" w:rsidRDefault="0044196C">
            <w:pPr>
              <w:rPr>
                <w:sz w:val="28"/>
                <w:szCs w:val="28"/>
              </w:rPr>
            </w:pPr>
            <w:r w:rsidRPr="00DC73E0">
              <w:rPr>
                <w:szCs w:val="28"/>
              </w:rPr>
              <w:lastRenderedPageBreak/>
              <w:t xml:space="preserve">- HS làm nhóm, ghi kết quả lên bảng phụ </w:t>
            </w:r>
            <w:r w:rsidRPr="00DC73E0">
              <w:rPr>
                <w:szCs w:val="28"/>
              </w:rPr>
              <w:lastRenderedPageBreak/>
              <w:t>và thống nhất kết luận.</w:t>
            </w:r>
          </w:p>
        </w:tc>
      </w:tr>
      <w:tr w:rsidR="00DC73E0" w:rsidRPr="00DC73E0" w:rsidTr="00DC73E0">
        <w:trPr>
          <w:jc w:val="center"/>
        </w:trPr>
        <w:tc>
          <w:tcPr>
            <w:tcW w:w="4702" w:type="dxa"/>
            <w:shd w:val="clear" w:color="auto" w:fill="auto"/>
          </w:tcPr>
          <w:p w:rsidR="001063AE" w:rsidRPr="00DC73E0" w:rsidRDefault="0044196C">
            <w:pPr>
              <w:rPr>
                <w:sz w:val="28"/>
                <w:szCs w:val="28"/>
              </w:rPr>
            </w:pPr>
            <w:r w:rsidRPr="00DC73E0">
              <w:rPr>
                <w:szCs w:val="28"/>
              </w:rPr>
              <w:lastRenderedPageBreak/>
              <w:t>- Chữa bài và chốt lời giải.</w:t>
            </w:r>
          </w:p>
        </w:tc>
        <w:tc>
          <w:tcPr>
            <w:tcW w:w="4702" w:type="dxa"/>
            <w:shd w:val="clear" w:color="auto" w:fill="auto"/>
          </w:tcPr>
          <w:p w:rsidR="001063AE" w:rsidRPr="00DC73E0" w:rsidRDefault="0044196C">
            <w:pPr>
              <w:rPr>
                <w:sz w:val="28"/>
                <w:szCs w:val="28"/>
              </w:rPr>
            </w:pPr>
            <w:r w:rsidRPr="00DC73E0">
              <w:rPr>
                <w:szCs w:val="28"/>
              </w:rPr>
              <w:t xml:space="preserve">- HS trình bày: </w:t>
            </w:r>
            <m:oMath>
              <m:f>
                <m:fPr>
                  <m:ctrlPr>
                    <w:rPr>
                      <w:rFonts w:ascii="Cambria Math" w:hAnsi="Cambria Math"/>
                      <w:sz w:val="28"/>
                      <w:szCs w:val="28"/>
                    </w:rPr>
                  </m:ctrlPr>
                </m:fPr>
                <m:num>
                  <m:r>
                    <w:rPr>
                      <w:rFonts w:ascii="Cambria Math" w:hAnsi="Cambria Math"/>
                      <w:sz w:val="28"/>
                      <w:szCs w:val="28"/>
                    </w:rPr>
                    <m:t>25</m:t>
                  </m:r>
                </m:num>
                <m:den>
                  <m:r>
                    <w:rPr>
                      <w:rFonts w:ascii="Cambria Math" w:hAnsi="Cambria Math"/>
                      <w:sz w:val="28"/>
                      <w:szCs w:val="28"/>
                    </w:rPr>
                    <m:t>100</m:t>
                  </m:r>
                </m:den>
              </m:f>
            </m:oMath>
            <w:r w:rsidRPr="00DC73E0">
              <w:rPr>
                <w:szCs w:val="28"/>
              </w:rPr>
              <w:t xml:space="preserve"> = </w:t>
            </w:r>
            <m:oMath>
              <m:f>
                <m:fPr>
                  <m:ctrlPr>
                    <w:rPr>
                      <w:rFonts w:ascii="Cambria Math" w:hAnsi="Cambria Math"/>
                      <w:sz w:val="28"/>
                      <w:szCs w:val="28"/>
                    </w:rPr>
                  </m:ctrlPr>
                </m:fPr>
                <m:num>
                  <m:r>
                    <w:rPr>
                      <w:rFonts w:ascii="Cambria Math" w:hAnsi="Cambria Math"/>
                      <w:sz w:val="28"/>
                      <w:szCs w:val="28"/>
                    </w:rPr>
                    <m:t>25 : 25</m:t>
                  </m:r>
                </m:num>
                <m:den>
                  <m:r>
                    <w:rPr>
                      <w:rFonts w:ascii="Cambria Math" w:hAnsi="Cambria Math"/>
                      <w:sz w:val="28"/>
                      <w:szCs w:val="28"/>
                    </w:rPr>
                    <m:t>100 : 25</m:t>
                  </m:r>
                </m:den>
              </m:f>
            </m:oMath>
            <w:r w:rsidRPr="00DC73E0">
              <w:rPr>
                <w:szCs w:val="28"/>
              </w:rPr>
              <w:t xml:space="preserve"> = </w:t>
            </w:r>
            <m:oMath>
              <m:f>
                <m:fPr>
                  <m:ctrlPr>
                    <w:rPr>
                      <w:rFonts w:ascii="Cambria Math" w:hAnsi="Cambria Math"/>
                      <w:sz w:val="28"/>
                      <w:szCs w:val="28"/>
                    </w:rPr>
                  </m:ctrlPr>
                </m:fPr>
                <m:num>
                  <m:r>
                    <w:rPr>
                      <w:rFonts w:ascii="Cambria Math" w:hAnsi="Cambria Math"/>
                      <w:sz w:val="28"/>
                      <w:szCs w:val="28"/>
                    </w:rPr>
                    <m:t>1</m:t>
                  </m:r>
                </m:num>
                <m:den>
                  <m:r>
                    <w:rPr>
                      <w:rFonts w:ascii="Cambria Math" w:hAnsi="Cambria Math"/>
                      <w:sz w:val="28"/>
                      <w:szCs w:val="28"/>
                    </w:rPr>
                    <m:t>4</m:t>
                  </m:r>
                </m:den>
              </m:f>
            </m:oMath>
            <w:r w:rsidRPr="00DC73E0">
              <w:rPr>
                <w:szCs w:val="28"/>
              </w:rPr>
              <w:t xml:space="preserve">; </w:t>
            </w:r>
            <m:oMath>
              <m:f>
                <m:fPr>
                  <m:ctrlPr>
                    <w:rPr>
                      <w:rFonts w:ascii="Cambria Math" w:hAnsi="Cambria Math"/>
                      <w:sz w:val="28"/>
                      <w:szCs w:val="28"/>
                    </w:rPr>
                  </m:ctrlPr>
                </m:fPr>
                <m:num>
                  <m:r>
                    <w:rPr>
                      <w:rFonts w:ascii="Cambria Math" w:hAnsi="Cambria Math"/>
                      <w:sz w:val="28"/>
                      <w:szCs w:val="28"/>
                    </w:rPr>
                    <m:t>5</m:t>
                  </m:r>
                </m:num>
                <m:den>
                  <m:r>
                    <w:rPr>
                      <w:rFonts w:ascii="Cambria Math" w:hAnsi="Cambria Math"/>
                      <w:sz w:val="28"/>
                      <w:szCs w:val="28"/>
                    </w:rPr>
                    <m:t>10</m:t>
                  </m:r>
                </m:den>
              </m:f>
            </m:oMath>
            <w:r w:rsidRPr="00DC73E0">
              <w:rPr>
                <w:szCs w:val="28"/>
              </w:rPr>
              <w:t xml:space="preserve"> = </w:t>
            </w:r>
            <m:oMath>
              <m:f>
                <m:fPr>
                  <m:ctrlPr>
                    <w:rPr>
                      <w:rFonts w:ascii="Cambria Math" w:hAnsi="Cambria Math"/>
                      <w:sz w:val="28"/>
                      <w:szCs w:val="28"/>
                    </w:rPr>
                  </m:ctrlPr>
                </m:fPr>
                <m:num>
                  <m:r>
                    <w:rPr>
                      <w:rFonts w:ascii="Cambria Math" w:hAnsi="Cambria Math"/>
                      <w:sz w:val="28"/>
                      <w:szCs w:val="28"/>
                    </w:rPr>
                    <m:t>5 : 5</m:t>
                  </m:r>
                </m:num>
                <m:den>
                  <m:r>
                    <w:rPr>
                      <w:rFonts w:ascii="Cambria Math" w:hAnsi="Cambria Math"/>
                      <w:sz w:val="28"/>
                      <w:szCs w:val="28"/>
                    </w:rPr>
                    <m:t>10 : 5</m:t>
                  </m:r>
                </m:den>
              </m:f>
            </m:oMath>
            <w:r w:rsidRPr="00DC73E0">
              <w:rPr>
                <w:szCs w:val="28"/>
              </w:rPr>
              <w:t xml:space="preserve"> = </w:t>
            </w:r>
            <m:oMath>
              <m:f>
                <m:fPr>
                  <m:ctrlPr>
                    <w:rPr>
                      <w:rFonts w:ascii="Cambria Math" w:hAnsi="Cambria Math"/>
                      <w:sz w:val="28"/>
                      <w:szCs w:val="28"/>
                    </w:rPr>
                  </m:ctrlPr>
                </m:fPr>
                <m:num>
                  <m:r>
                    <w:rPr>
                      <w:rFonts w:ascii="Cambria Math" w:hAnsi="Cambria Math"/>
                      <w:sz w:val="28"/>
                      <w:szCs w:val="28"/>
                    </w:rPr>
                    <m:t>1</m:t>
                  </m:r>
                </m:num>
                <m:den>
                  <m:r>
                    <w:rPr>
                      <w:rFonts w:ascii="Cambria Math" w:hAnsi="Cambria Math"/>
                      <w:sz w:val="28"/>
                      <w:szCs w:val="28"/>
                    </w:rPr>
                    <m:t>2</m:t>
                  </m:r>
                </m:den>
              </m:f>
            </m:oMath>
            <w:r w:rsidRPr="00DC73E0">
              <w:rPr>
                <w:szCs w:val="28"/>
              </w:rPr>
              <w:t>.</w:t>
            </w:r>
          </w:p>
        </w:tc>
      </w:tr>
      <w:tr w:rsidR="00DC73E0" w:rsidRPr="00DC73E0" w:rsidTr="00DC73E0">
        <w:trPr>
          <w:jc w:val="center"/>
        </w:trPr>
        <w:tc>
          <w:tcPr>
            <w:tcW w:w="4702" w:type="dxa"/>
            <w:tcBorders>
              <w:bottom w:val="single" w:sz="4" w:space="0" w:color="auto"/>
            </w:tcBorders>
            <w:shd w:val="clear" w:color="auto" w:fill="auto"/>
          </w:tcPr>
          <w:p w:rsidR="001063AE" w:rsidRPr="00DC73E0" w:rsidRDefault="0044196C">
            <w:pPr>
              <w:rPr>
                <w:sz w:val="28"/>
                <w:szCs w:val="28"/>
              </w:rPr>
            </w:pPr>
            <w:r w:rsidRPr="00DC73E0">
              <w:rPr>
                <w:szCs w:val="28"/>
              </w:rPr>
              <w:t>- Kết luận: Hai phân số bằng nhau là những phân số nào?</w:t>
            </w:r>
          </w:p>
        </w:tc>
        <w:tc>
          <w:tcPr>
            <w:tcW w:w="4702" w:type="dxa"/>
            <w:tcBorders>
              <w:bottom w:val="single" w:sz="4" w:space="0" w:color="auto"/>
            </w:tcBorders>
            <w:shd w:val="clear" w:color="auto" w:fill="auto"/>
          </w:tcPr>
          <w:p w:rsidR="001063AE" w:rsidRPr="00DC73E0" w:rsidRDefault="0044196C">
            <w:pPr>
              <w:rPr>
                <w:sz w:val="28"/>
                <w:szCs w:val="28"/>
              </w:rPr>
            </w:pPr>
            <w:r w:rsidRPr="00DC73E0">
              <w:rPr>
                <w:szCs w:val="28"/>
              </w:rPr>
              <w:t xml:space="preserve">- HS kết luận: </w:t>
            </w:r>
            <m:oMath>
              <m:f>
                <m:fPr>
                  <m:ctrlPr>
                    <w:rPr>
                      <w:rFonts w:ascii="Cambria Math" w:hAnsi="Cambria Math"/>
                      <w:sz w:val="28"/>
                      <w:szCs w:val="28"/>
                    </w:rPr>
                  </m:ctrlPr>
                </m:fPr>
                <m:num>
                  <m:r>
                    <w:rPr>
                      <w:rFonts w:ascii="Cambria Math" w:hAnsi="Cambria Math"/>
                      <w:sz w:val="28"/>
                      <w:szCs w:val="28"/>
                    </w:rPr>
                    <m:t>25</m:t>
                  </m:r>
                </m:num>
                <m:den>
                  <m:r>
                    <w:rPr>
                      <w:rFonts w:ascii="Cambria Math" w:hAnsi="Cambria Math"/>
                      <w:sz w:val="28"/>
                      <w:szCs w:val="28"/>
                    </w:rPr>
                    <m:t>100</m:t>
                  </m:r>
                </m:den>
              </m:f>
            </m:oMath>
            <w:r w:rsidRPr="00DC73E0">
              <w:rPr>
                <w:szCs w:val="28"/>
              </w:rPr>
              <w:t xml:space="preserve"> = </w:t>
            </w:r>
            <m:oMath>
              <m:f>
                <m:fPr>
                  <m:ctrlPr>
                    <w:rPr>
                      <w:rFonts w:ascii="Cambria Math" w:hAnsi="Cambria Math"/>
                      <w:sz w:val="28"/>
                      <w:szCs w:val="28"/>
                    </w:rPr>
                  </m:ctrlPr>
                </m:fPr>
                <m:num>
                  <m:r>
                    <w:rPr>
                      <w:rFonts w:ascii="Cambria Math" w:hAnsi="Cambria Math"/>
                      <w:sz w:val="28"/>
                      <w:szCs w:val="28"/>
                    </w:rPr>
                    <m:t>1</m:t>
                  </m:r>
                </m:num>
                <m:den>
                  <m:r>
                    <w:rPr>
                      <w:rFonts w:ascii="Cambria Math" w:hAnsi="Cambria Math"/>
                      <w:sz w:val="28"/>
                      <w:szCs w:val="28"/>
                    </w:rPr>
                    <m:t>4</m:t>
                  </m:r>
                </m:den>
              </m:f>
            </m:oMath>
            <w:r w:rsidRPr="00DC73E0">
              <w:rPr>
                <w:szCs w:val="28"/>
              </w:rPr>
              <w:t xml:space="preserve"> nên thỏ xám bằng thỏ trắng.</w:t>
            </w:r>
          </w:p>
        </w:tc>
      </w:tr>
      <w:tr w:rsidR="00DC73E0" w:rsidRPr="00DC73E0" w:rsidTr="00DC73E0">
        <w:trPr>
          <w:cantSplit/>
          <w:jc w:val="center"/>
        </w:trPr>
        <w:tc>
          <w:tcPr>
            <w:tcW w:w="9404" w:type="dxa"/>
            <w:gridSpan w:val="2"/>
            <w:tcBorders>
              <w:top w:val="single" w:sz="4" w:space="0" w:color="auto"/>
              <w:bottom w:val="single" w:sz="4" w:space="0" w:color="auto"/>
            </w:tcBorders>
            <w:shd w:val="clear" w:color="auto" w:fill="auto"/>
          </w:tcPr>
          <w:p w:rsidR="001063AE" w:rsidRPr="00DC73E0" w:rsidRDefault="00B17B87">
            <w:pPr>
              <w:rPr>
                <w:sz w:val="28"/>
                <w:szCs w:val="28"/>
              </w:rPr>
            </w:pPr>
            <w:r w:rsidRPr="00DC73E0">
              <w:rPr>
                <w:b/>
              </w:rPr>
              <w:t>3. Vận dụng, trải nghiệm:</w:t>
            </w:r>
          </w:p>
          <w:p w:rsidR="00581890" w:rsidRPr="00DC73E0" w:rsidRDefault="007F75C5">
            <w:r w:rsidRPr="00DC73E0">
              <w:rPr>
                <w:b/>
              </w:rPr>
              <w:t xml:space="preserve">- Mục tiêu: </w:t>
            </w:r>
            <w:r w:rsidRPr="00DC73E0">
              <w:t>Vận dụng kiến thức rút gọn phân số và phân số tối giản; luyện giải thích đúng, sai.</w:t>
            </w:r>
          </w:p>
          <w:p w:rsidR="00581890" w:rsidRPr="00DC73E0" w:rsidRDefault="007F75C5">
            <w:r w:rsidRPr="00DC73E0">
              <w:rPr>
                <w:b/>
                <w:i/>
              </w:rPr>
              <w:t>*Cách tiến hành:</w:t>
            </w:r>
          </w:p>
        </w:tc>
      </w:tr>
      <w:tr w:rsidR="00DC73E0" w:rsidRPr="00DC73E0" w:rsidTr="00DC73E0">
        <w:trPr>
          <w:jc w:val="center"/>
        </w:trPr>
        <w:tc>
          <w:tcPr>
            <w:tcW w:w="4702" w:type="dxa"/>
            <w:tcBorders>
              <w:top w:val="single" w:sz="4" w:space="0" w:color="auto"/>
            </w:tcBorders>
            <w:shd w:val="clear" w:color="auto" w:fill="auto"/>
          </w:tcPr>
          <w:p w:rsidR="001063AE" w:rsidRPr="00DC73E0" w:rsidRDefault="0044196C">
            <w:pPr>
              <w:rPr>
                <w:sz w:val="28"/>
                <w:szCs w:val="28"/>
              </w:rPr>
            </w:pPr>
            <w:r w:rsidRPr="00DC73E0">
              <w:rPr>
                <w:szCs w:val="28"/>
              </w:rPr>
              <w:t>- Tổ chức trò chơi “Vòng quay kì diệu”; nhắc luật: mỗi ô câu hỏi mở 1 lần, mỗi phần thưởng nhận 1 lần.</w:t>
            </w:r>
          </w:p>
        </w:tc>
        <w:tc>
          <w:tcPr>
            <w:tcW w:w="4702" w:type="dxa"/>
            <w:tcBorders>
              <w:top w:val="single" w:sz="4" w:space="0" w:color="auto"/>
            </w:tcBorders>
            <w:shd w:val="clear" w:color="auto" w:fill="auto"/>
          </w:tcPr>
          <w:p w:rsidR="001063AE" w:rsidRPr="00DC73E0" w:rsidRDefault="0044196C">
            <w:pPr>
              <w:rPr>
                <w:sz w:val="28"/>
                <w:szCs w:val="28"/>
              </w:rPr>
            </w:pPr>
            <w:r w:rsidRPr="00DC73E0">
              <w:rPr>
                <w:szCs w:val="28"/>
              </w:rPr>
              <w:t>- HS lắng nghe và tham gia theo lượt.</w:t>
            </w:r>
          </w:p>
        </w:tc>
      </w:tr>
      <w:tr w:rsidR="00DC73E0" w:rsidRPr="00DC73E0" w:rsidTr="00DC73E0">
        <w:trPr>
          <w:jc w:val="center"/>
        </w:trPr>
        <w:tc>
          <w:tcPr>
            <w:tcW w:w="4702" w:type="dxa"/>
            <w:shd w:val="clear" w:color="auto" w:fill="auto"/>
          </w:tcPr>
          <w:p w:rsidR="001063AE" w:rsidRPr="00DC73E0" w:rsidRDefault="0044196C">
            <w:pPr>
              <w:rPr>
                <w:sz w:val="28"/>
                <w:szCs w:val="28"/>
              </w:rPr>
            </w:pPr>
            <w:r w:rsidRPr="00DC73E0">
              <w:rPr>
                <w:szCs w:val="28"/>
              </w:rPr>
              <w:t xml:space="preserve">- Câu 1: </w:t>
            </w:r>
            <m:oMath>
              <m:f>
                <m:fPr>
                  <m:ctrlPr>
                    <w:rPr>
                      <w:rFonts w:ascii="Cambria Math" w:hAnsi="Cambria Math"/>
                      <w:sz w:val="28"/>
                      <w:szCs w:val="28"/>
                    </w:rPr>
                  </m:ctrlPr>
                </m:fPr>
                <m:num>
                  <m:r>
                    <w:rPr>
                      <w:rFonts w:ascii="Cambria Math" w:hAnsi="Cambria Math"/>
                      <w:sz w:val="28"/>
                      <w:szCs w:val="28"/>
                    </w:rPr>
                    <m:t>16</m:t>
                  </m:r>
                </m:num>
                <m:den>
                  <m:r>
                    <w:rPr>
                      <w:rFonts w:ascii="Cambria Math" w:hAnsi="Cambria Math"/>
                      <w:sz w:val="28"/>
                      <w:szCs w:val="28"/>
                    </w:rPr>
                    <m:t>28</m:t>
                  </m:r>
                </m:den>
              </m:f>
            </m:oMath>
            <w:r w:rsidRPr="00DC73E0">
              <w:rPr>
                <w:szCs w:val="28"/>
              </w:rPr>
              <w:t xml:space="preserve"> = </w:t>
            </w:r>
            <m:oMath>
              <m:f>
                <m:fPr>
                  <m:ctrlPr>
                    <w:rPr>
                      <w:rFonts w:ascii="Cambria Math" w:hAnsi="Cambria Math"/>
                      <w:sz w:val="28"/>
                      <w:szCs w:val="28"/>
                    </w:rPr>
                  </m:ctrlPr>
                </m:fPr>
                <m:num>
                  <m:r>
                    <w:rPr>
                      <w:rFonts w:ascii="Cambria Math" w:hAnsi="Cambria Math"/>
                      <w:sz w:val="28"/>
                      <w:szCs w:val="28"/>
                    </w:rPr>
                    <m:t>16 : 16</m:t>
                  </m:r>
                </m:num>
                <m:den>
                  <m:r>
                    <w:rPr>
                      <w:rFonts w:ascii="Cambria Math" w:hAnsi="Cambria Math"/>
                      <w:sz w:val="28"/>
                      <w:szCs w:val="28"/>
                    </w:rPr>
                    <m:t>28 : 14</m:t>
                  </m:r>
                </m:den>
              </m:f>
            </m:oMath>
            <w:r w:rsidRPr="00DC73E0">
              <w:rPr>
                <w:szCs w:val="28"/>
              </w:rPr>
              <w:t xml:space="preserve"> = </w:t>
            </w:r>
            <m:oMath>
              <m:f>
                <m:fPr>
                  <m:ctrlPr>
                    <w:rPr>
                      <w:rFonts w:ascii="Cambria Math" w:hAnsi="Cambria Math"/>
                      <w:sz w:val="28"/>
                      <w:szCs w:val="28"/>
                    </w:rPr>
                  </m:ctrlPr>
                </m:fPr>
                <m:num>
                  <m:r>
                    <w:rPr>
                      <w:rFonts w:ascii="Cambria Math" w:hAnsi="Cambria Math"/>
                      <w:sz w:val="28"/>
                      <w:szCs w:val="28"/>
                    </w:rPr>
                    <m:t>1</m:t>
                  </m:r>
                </m:num>
                <m:den>
                  <m:r>
                    <w:rPr>
                      <w:rFonts w:ascii="Cambria Math" w:hAnsi="Cambria Math"/>
                      <w:sz w:val="28"/>
                      <w:szCs w:val="28"/>
                    </w:rPr>
                    <m:t>2</m:t>
                  </m:r>
                </m:den>
              </m:f>
            </m:oMath>
            <w:r w:rsidRPr="00DC73E0">
              <w:rPr>
                <w:szCs w:val="28"/>
              </w:rPr>
              <w:t xml:space="preserve"> đúng hay sai? Vì sao?</w:t>
            </w:r>
          </w:p>
        </w:tc>
        <w:tc>
          <w:tcPr>
            <w:tcW w:w="4702" w:type="dxa"/>
            <w:shd w:val="clear" w:color="auto" w:fill="auto"/>
          </w:tcPr>
          <w:p w:rsidR="001063AE" w:rsidRPr="00DC73E0" w:rsidRDefault="0044196C">
            <w:pPr>
              <w:rPr>
                <w:sz w:val="28"/>
                <w:szCs w:val="28"/>
              </w:rPr>
            </w:pPr>
            <w:r w:rsidRPr="00DC73E0">
              <w:rPr>
                <w:szCs w:val="28"/>
              </w:rPr>
              <w:t>- HS trả lời: Sai, vì tử và mẫu phải cùng chia cho một số; nếu tử chia 16 thì mẫu cũng phải chia 16 (không phải 14).</w:t>
            </w:r>
          </w:p>
        </w:tc>
      </w:tr>
      <w:tr w:rsidR="00DC73E0" w:rsidRPr="00DC73E0" w:rsidTr="00DC73E0">
        <w:trPr>
          <w:jc w:val="center"/>
        </w:trPr>
        <w:tc>
          <w:tcPr>
            <w:tcW w:w="4702" w:type="dxa"/>
            <w:shd w:val="clear" w:color="auto" w:fill="auto"/>
          </w:tcPr>
          <w:p w:rsidR="001063AE" w:rsidRPr="00DC73E0" w:rsidRDefault="0044196C">
            <w:pPr>
              <w:rPr>
                <w:sz w:val="28"/>
                <w:szCs w:val="28"/>
              </w:rPr>
            </w:pPr>
            <w:r w:rsidRPr="00DC73E0">
              <w:rPr>
                <w:szCs w:val="28"/>
              </w:rPr>
              <w:t>- Câu 2: Thế nào là phân số tối giản?</w:t>
            </w:r>
          </w:p>
        </w:tc>
        <w:tc>
          <w:tcPr>
            <w:tcW w:w="4702" w:type="dxa"/>
            <w:shd w:val="clear" w:color="auto" w:fill="auto"/>
          </w:tcPr>
          <w:p w:rsidR="001063AE" w:rsidRPr="00DC73E0" w:rsidRDefault="0044196C">
            <w:pPr>
              <w:rPr>
                <w:sz w:val="28"/>
                <w:szCs w:val="28"/>
              </w:rPr>
            </w:pPr>
            <w:r w:rsidRPr="00DC73E0">
              <w:rPr>
                <w:szCs w:val="28"/>
              </w:rPr>
              <w:t>- HS trả lời: Phân số tối giản là phân số mà tử và mẫu không cùng chia hết cho số tự nhiên lớn hơn 1.</w:t>
            </w:r>
          </w:p>
        </w:tc>
      </w:tr>
      <w:tr w:rsidR="00DC73E0" w:rsidRPr="00DC73E0" w:rsidTr="00DC73E0">
        <w:trPr>
          <w:jc w:val="center"/>
        </w:trPr>
        <w:tc>
          <w:tcPr>
            <w:tcW w:w="4702" w:type="dxa"/>
            <w:shd w:val="clear" w:color="auto" w:fill="auto"/>
          </w:tcPr>
          <w:p w:rsidR="001063AE" w:rsidRPr="00DC73E0" w:rsidRDefault="0044196C">
            <w:pPr>
              <w:rPr>
                <w:sz w:val="28"/>
                <w:szCs w:val="28"/>
              </w:rPr>
            </w:pPr>
            <w:r w:rsidRPr="00DC73E0">
              <w:rPr>
                <w:szCs w:val="28"/>
              </w:rPr>
              <w:t xml:space="preserve">- Câu 3: </w:t>
            </w:r>
            <m:oMath>
              <m:f>
                <m:fPr>
                  <m:ctrlPr>
                    <w:rPr>
                      <w:rFonts w:ascii="Cambria Math" w:hAnsi="Cambria Math"/>
                      <w:sz w:val="28"/>
                      <w:szCs w:val="28"/>
                    </w:rPr>
                  </m:ctrlPr>
                </m:fPr>
                <m:num>
                  <m:r>
                    <w:rPr>
                      <w:rFonts w:ascii="Cambria Math" w:hAnsi="Cambria Math"/>
                      <w:sz w:val="28"/>
                      <w:szCs w:val="28"/>
                    </w:rPr>
                    <m:t>24</m:t>
                  </m:r>
                </m:num>
                <m:den>
                  <m:r>
                    <w:rPr>
                      <w:rFonts w:ascii="Cambria Math" w:hAnsi="Cambria Math"/>
                      <w:sz w:val="28"/>
                      <w:szCs w:val="28"/>
                    </w:rPr>
                    <m:t>36</m:t>
                  </m:r>
                </m:den>
              </m:f>
            </m:oMath>
            <w:r w:rsidRPr="00DC73E0">
              <w:rPr>
                <w:szCs w:val="28"/>
              </w:rPr>
              <w:t xml:space="preserve"> = </w:t>
            </w:r>
            <m:oMath>
              <m:f>
                <m:fPr>
                  <m:ctrlPr>
                    <w:rPr>
                      <w:rFonts w:ascii="Cambria Math" w:hAnsi="Cambria Math"/>
                      <w:sz w:val="28"/>
                      <w:szCs w:val="28"/>
                    </w:rPr>
                  </m:ctrlPr>
                </m:fPr>
                <m:num>
                  <m:r>
                    <w:rPr>
                      <w:rFonts w:ascii="Cambria Math" w:hAnsi="Cambria Math"/>
                      <w:sz w:val="28"/>
                      <w:szCs w:val="28"/>
                    </w:rPr>
                    <m:t>24 : 3</m:t>
                  </m:r>
                </m:num>
                <m:den>
                  <m:r>
                    <w:rPr>
                      <w:rFonts w:ascii="Cambria Math" w:hAnsi="Cambria Math"/>
                      <w:sz w:val="28"/>
                      <w:szCs w:val="28"/>
                    </w:rPr>
                    <m:t>36 : 3</m:t>
                  </m:r>
                </m:den>
              </m:f>
            </m:oMath>
            <w:r w:rsidRPr="00DC73E0">
              <w:rPr>
                <w:szCs w:val="28"/>
              </w:rPr>
              <w:t xml:space="preserve"> = </w:t>
            </w:r>
            <m:oMath>
              <m:f>
                <m:fPr>
                  <m:ctrlPr>
                    <w:rPr>
                      <w:rFonts w:ascii="Cambria Math" w:hAnsi="Cambria Math"/>
                      <w:sz w:val="28"/>
                      <w:szCs w:val="28"/>
                    </w:rPr>
                  </m:ctrlPr>
                </m:fPr>
                <m:num>
                  <m:r>
                    <w:rPr>
                      <w:rFonts w:ascii="Cambria Math" w:hAnsi="Cambria Math"/>
                      <w:sz w:val="28"/>
                      <w:szCs w:val="28"/>
                    </w:rPr>
                    <m:t>8</m:t>
                  </m:r>
                </m:num>
                <m:den>
                  <m:r>
                    <w:rPr>
                      <w:rFonts w:ascii="Cambria Math" w:hAnsi="Cambria Math"/>
                      <w:sz w:val="28"/>
                      <w:szCs w:val="28"/>
                    </w:rPr>
                    <m:t>12</m:t>
                  </m:r>
                </m:den>
              </m:f>
            </m:oMath>
            <w:r w:rsidRPr="00DC73E0">
              <w:rPr>
                <w:szCs w:val="28"/>
              </w:rPr>
              <w:t xml:space="preserve"> đã tối giản chưa? Vì sao?</w:t>
            </w:r>
          </w:p>
        </w:tc>
        <w:tc>
          <w:tcPr>
            <w:tcW w:w="4702" w:type="dxa"/>
            <w:shd w:val="clear" w:color="auto" w:fill="auto"/>
          </w:tcPr>
          <w:p w:rsidR="001063AE" w:rsidRPr="00DC73E0" w:rsidRDefault="0044196C">
            <w:pPr>
              <w:rPr>
                <w:sz w:val="28"/>
                <w:szCs w:val="28"/>
              </w:rPr>
            </w:pPr>
            <w:r w:rsidRPr="00DC73E0">
              <w:rPr>
                <w:szCs w:val="28"/>
              </w:rPr>
              <w:t>- HS trả lời: Chưa tối giản vì 8 và 12 còn cùng chia hết cho 4 nên rút gọn tiếp được.</w:t>
            </w:r>
          </w:p>
        </w:tc>
      </w:tr>
      <w:tr w:rsidR="00DC73E0" w:rsidRPr="00DC73E0" w:rsidTr="00DC73E0">
        <w:trPr>
          <w:jc w:val="center"/>
        </w:trPr>
        <w:tc>
          <w:tcPr>
            <w:tcW w:w="4702" w:type="dxa"/>
            <w:shd w:val="clear" w:color="auto" w:fill="auto"/>
          </w:tcPr>
          <w:p w:rsidR="001063AE" w:rsidRPr="00DC73E0" w:rsidRDefault="0044196C">
            <w:pPr>
              <w:rPr>
                <w:sz w:val="28"/>
                <w:szCs w:val="28"/>
              </w:rPr>
            </w:pPr>
            <w:r w:rsidRPr="00DC73E0">
              <w:rPr>
                <w:szCs w:val="28"/>
              </w:rPr>
              <w:t xml:space="preserve">- Câu 4: Rút gọn nhanh </w:t>
            </w:r>
            <w:proofErr w:type="gramStart"/>
            <w:r w:rsidRPr="00DC73E0">
              <w:rPr>
                <w:szCs w:val="28"/>
              </w:rPr>
              <w:t xml:space="preserve">nhất </w:t>
            </w:r>
            <w:proofErr w:type="gramEnd"/>
            <m:oMath>
              <m:f>
                <m:fPr>
                  <m:ctrlPr>
                    <w:rPr>
                      <w:rFonts w:ascii="Cambria Math" w:hAnsi="Cambria Math"/>
                      <w:sz w:val="28"/>
                      <w:szCs w:val="28"/>
                    </w:rPr>
                  </m:ctrlPr>
                </m:fPr>
                <m:num>
                  <m:r>
                    <w:rPr>
                      <w:rFonts w:ascii="Cambria Math" w:hAnsi="Cambria Math"/>
                      <w:sz w:val="28"/>
                      <w:szCs w:val="28"/>
                    </w:rPr>
                    <m:t>10</m:t>
                  </m:r>
                </m:num>
                <m:den>
                  <m:r>
                    <w:rPr>
                      <w:rFonts w:ascii="Cambria Math" w:hAnsi="Cambria Math"/>
                      <w:sz w:val="28"/>
                      <w:szCs w:val="28"/>
                    </w:rPr>
                    <m:t>30</m:t>
                  </m:r>
                </m:den>
              </m:f>
            </m:oMath>
            <w:r w:rsidRPr="00DC73E0">
              <w:rPr>
                <w:szCs w:val="28"/>
              </w:rPr>
              <w:t>.</w:t>
            </w:r>
          </w:p>
        </w:tc>
        <w:tc>
          <w:tcPr>
            <w:tcW w:w="4702" w:type="dxa"/>
            <w:shd w:val="clear" w:color="auto" w:fill="auto"/>
          </w:tcPr>
          <w:p w:rsidR="001063AE" w:rsidRPr="00DC73E0" w:rsidRDefault="0044196C">
            <w:pPr>
              <w:rPr>
                <w:sz w:val="28"/>
                <w:szCs w:val="28"/>
              </w:rPr>
            </w:pPr>
            <w:r w:rsidRPr="00DC73E0">
              <w:rPr>
                <w:szCs w:val="28"/>
              </w:rPr>
              <w:t xml:space="preserve">- HS trả lời: </w:t>
            </w:r>
            <m:oMath>
              <m:f>
                <m:fPr>
                  <m:ctrlPr>
                    <w:rPr>
                      <w:rFonts w:ascii="Cambria Math" w:hAnsi="Cambria Math"/>
                      <w:sz w:val="28"/>
                      <w:szCs w:val="28"/>
                    </w:rPr>
                  </m:ctrlPr>
                </m:fPr>
                <m:num>
                  <m:r>
                    <w:rPr>
                      <w:rFonts w:ascii="Cambria Math" w:hAnsi="Cambria Math"/>
                      <w:sz w:val="28"/>
                      <w:szCs w:val="28"/>
                    </w:rPr>
                    <m:t>10</m:t>
                  </m:r>
                </m:num>
                <m:den>
                  <m:r>
                    <w:rPr>
                      <w:rFonts w:ascii="Cambria Math" w:hAnsi="Cambria Math"/>
                      <w:sz w:val="28"/>
                      <w:szCs w:val="28"/>
                    </w:rPr>
                    <m:t>30</m:t>
                  </m:r>
                </m:den>
              </m:f>
            </m:oMath>
            <w:r w:rsidRPr="00DC73E0">
              <w:rPr>
                <w:szCs w:val="28"/>
              </w:rPr>
              <w:t xml:space="preserve"> = </w:t>
            </w:r>
            <m:oMath>
              <m:f>
                <m:fPr>
                  <m:ctrlPr>
                    <w:rPr>
                      <w:rFonts w:ascii="Cambria Math" w:hAnsi="Cambria Math"/>
                      <w:sz w:val="28"/>
                      <w:szCs w:val="28"/>
                    </w:rPr>
                  </m:ctrlPr>
                </m:fPr>
                <m:num>
                  <m:r>
                    <w:rPr>
                      <w:rFonts w:ascii="Cambria Math" w:hAnsi="Cambria Math"/>
                      <w:sz w:val="28"/>
                      <w:szCs w:val="28"/>
                    </w:rPr>
                    <m:t>10 : 10</m:t>
                  </m:r>
                </m:num>
                <m:den>
                  <m:r>
                    <w:rPr>
                      <w:rFonts w:ascii="Cambria Math" w:hAnsi="Cambria Math"/>
                      <w:sz w:val="28"/>
                      <w:szCs w:val="28"/>
                    </w:rPr>
                    <m:t>30 : 10</m:t>
                  </m:r>
                </m:den>
              </m:f>
            </m:oMath>
            <w:r w:rsidRPr="00DC73E0">
              <w:rPr>
                <w:szCs w:val="28"/>
              </w:rPr>
              <w:t xml:space="preserve"> = </w:t>
            </w:r>
            <m:oMath>
              <m:f>
                <m:fPr>
                  <m:ctrlPr>
                    <w:rPr>
                      <w:rFonts w:ascii="Cambria Math" w:hAnsi="Cambria Math"/>
                      <w:sz w:val="28"/>
                      <w:szCs w:val="28"/>
                    </w:rPr>
                  </m:ctrlPr>
                </m:fPr>
                <m:num>
                  <m:r>
                    <w:rPr>
                      <w:rFonts w:ascii="Cambria Math" w:hAnsi="Cambria Math"/>
                      <w:sz w:val="28"/>
                      <w:szCs w:val="28"/>
                    </w:rPr>
                    <m:t>1</m:t>
                  </m:r>
                </m:num>
                <m:den>
                  <m:r>
                    <w:rPr>
                      <w:rFonts w:ascii="Cambria Math" w:hAnsi="Cambria Math"/>
                      <w:sz w:val="28"/>
                      <w:szCs w:val="28"/>
                    </w:rPr>
                    <m:t>3</m:t>
                  </m:r>
                </m:den>
              </m:f>
            </m:oMath>
            <w:r w:rsidRPr="00DC73E0">
              <w:rPr>
                <w:szCs w:val="28"/>
              </w:rPr>
              <w:t>.</w:t>
            </w:r>
          </w:p>
        </w:tc>
      </w:tr>
      <w:tr w:rsidR="00DC73E0" w:rsidRPr="00DC73E0" w:rsidTr="00DC73E0">
        <w:trPr>
          <w:jc w:val="center"/>
        </w:trPr>
        <w:tc>
          <w:tcPr>
            <w:tcW w:w="4702" w:type="dxa"/>
            <w:shd w:val="clear" w:color="auto" w:fill="auto"/>
          </w:tcPr>
          <w:p w:rsidR="001063AE" w:rsidRPr="00DC73E0" w:rsidRDefault="0044196C">
            <w:pPr>
              <w:rPr>
                <w:sz w:val="28"/>
                <w:szCs w:val="28"/>
              </w:rPr>
            </w:pPr>
            <w:r w:rsidRPr="00DC73E0">
              <w:rPr>
                <w:szCs w:val="28"/>
              </w:rPr>
              <w:t>- Nhận xét tiết học.</w:t>
            </w:r>
          </w:p>
        </w:tc>
        <w:tc>
          <w:tcPr>
            <w:tcW w:w="4702" w:type="dxa"/>
            <w:shd w:val="clear" w:color="auto" w:fill="auto"/>
          </w:tcPr>
          <w:p w:rsidR="001063AE" w:rsidRPr="00DC73E0" w:rsidRDefault="0044196C">
            <w:pPr>
              <w:rPr>
                <w:sz w:val="28"/>
                <w:szCs w:val="28"/>
              </w:rPr>
            </w:pPr>
            <w:r w:rsidRPr="00DC73E0">
              <w:rPr>
                <w:szCs w:val="28"/>
              </w:rPr>
              <w:t>- HS lắng nghe, ghi nhớ và thực hiện dặn dò.</w:t>
            </w:r>
          </w:p>
        </w:tc>
      </w:tr>
    </w:tbl>
    <w:p w:rsidR="001063AE" w:rsidRPr="00DC73E0" w:rsidRDefault="0044196C">
      <w:pPr>
        <w:spacing w:after="0" w:line="240" w:lineRule="auto"/>
        <w:rPr>
          <w:sz w:val="28"/>
          <w:szCs w:val="28"/>
        </w:rPr>
      </w:pPr>
      <w:r w:rsidRPr="00DC73E0">
        <w:rPr>
          <w:b/>
          <w:szCs w:val="28"/>
        </w:rPr>
        <w:t>IV. ĐIỀU CHỈNH SAU BÀI DẠY (nếu có):</w:t>
      </w:r>
    </w:p>
    <w:p w:rsidR="0044196C" w:rsidRPr="00DC73E0" w:rsidRDefault="0044196C" w:rsidP="0044196C">
      <w:pPr>
        <w:spacing w:after="0" w:line="240" w:lineRule="auto"/>
        <w:jc w:val="center"/>
        <w:rPr>
          <w:sz w:val="28"/>
          <w:szCs w:val="28"/>
        </w:rPr>
      </w:pPr>
      <w:r w:rsidRPr="00DC73E0">
        <w:rPr>
          <w:b/>
        </w:rPr>
        <w:t>TOÁN 4 – TIẾT 132</w:t>
      </w:r>
    </w:p>
    <w:p w:rsidR="0044196C" w:rsidRPr="00DC73E0" w:rsidRDefault="00D809E6" w:rsidP="0044196C">
      <w:pPr>
        <w:spacing w:after="0" w:line="240" w:lineRule="auto"/>
        <w:jc w:val="center"/>
        <w:rPr>
          <w:sz w:val="28"/>
          <w:szCs w:val="28"/>
        </w:rPr>
      </w:pPr>
      <w:r w:rsidRPr="00DC73E0">
        <w:rPr>
          <w:b/>
        </w:rPr>
        <w:t>BÀI 57: QUY ĐỒNG MẪU SỐ CÁC PHÂN SỐ (TIẾT 1)</w:t>
      </w:r>
    </w:p>
    <w:p w:rsidR="0044196C" w:rsidRPr="00DC73E0" w:rsidRDefault="0044196C" w:rsidP="0044196C">
      <w:pPr>
        <w:spacing w:after="0" w:line="240" w:lineRule="auto"/>
        <w:rPr>
          <w:sz w:val="28"/>
          <w:szCs w:val="28"/>
        </w:rPr>
      </w:pPr>
      <w:r w:rsidRPr="00DC73E0">
        <w:rPr>
          <w:b/>
          <w:szCs w:val="28"/>
        </w:rPr>
        <w:t>I. YÊU CẦU CẦN ĐẠT</w:t>
      </w:r>
    </w:p>
    <w:p w:rsidR="0044196C" w:rsidRPr="00DC73E0" w:rsidRDefault="0044196C" w:rsidP="0044196C">
      <w:pPr>
        <w:spacing w:after="0" w:line="240" w:lineRule="auto"/>
        <w:rPr>
          <w:sz w:val="28"/>
          <w:szCs w:val="28"/>
        </w:rPr>
      </w:pPr>
      <w:r w:rsidRPr="00DC73E0">
        <w:rPr>
          <w:b/>
          <w:szCs w:val="28"/>
        </w:rPr>
        <w:t>1. Năng lực đặc thù</w:t>
      </w:r>
    </w:p>
    <w:p w:rsidR="0044196C" w:rsidRPr="00DC73E0" w:rsidRDefault="0044196C" w:rsidP="0044196C">
      <w:pPr>
        <w:spacing w:after="0" w:line="240" w:lineRule="auto"/>
        <w:rPr>
          <w:sz w:val="28"/>
          <w:szCs w:val="28"/>
        </w:rPr>
      </w:pPr>
      <w:r w:rsidRPr="00DC73E0">
        <w:rPr>
          <w:szCs w:val="28"/>
        </w:rPr>
        <w:t>- Hiểu thế nào là quy đồng mẫu số hai phân số và biết cách quy đồng mẫu số các phân số (trường hợp có một mẫu số chia hết cho các mẫu số còn lại).</w:t>
      </w:r>
    </w:p>
    <w:p w:rsidR="0044196C" w:rsidRPr="00DC73E0" w:rsidRDefault="0044196C" w:rsidP="0044196C">
      <w:pPr>
        <w:spacing w:after="0" w:line="240" w:lineRule="auto"/>
        <w:rPr>
          <w:sz w:val="28"/>
          <w:szCs w:val="28"/>
        </w:rPr>
      </w:pPr>
      <w:r w:rsidRPr="00DC73E0">
        <w:rPr>
          <w:szCs w:val="28"/>
        </w:rPr>
        <w:t>- Vận dụng vào giải các bài tập, bài toán thực tế.</w:t>
      </w:r>
    </w:p>
    <w:p w:rsidR="0044196C" w:rsidRPr="00DC73E0" w:rsidRDefault="0044196C" w:rsidP="0044196C">
      <w:pPr>
        <w:spacing w:after="0" w:line="240" w:lineRule="auto"/>
        <w:rPr>
          <w:sz w:val="28"/>
          <w:szCs w:val="28"/>
        </w:rPr>
      </w:pPr>
      <w:r w:rsidRPr="00DC73E0">
        <w:rPr>
          <w:b/>
          <w:szCs w:val="28"/>
        </w:rPr>
        <w:t>2. Năng lực chung</w:t>
      </w:r>
    </w:p>
    <w:p w:rsidR="0044196C" w:rsidRPr="00DC73E0" w:rsidRDefault="0044196C" w:rsidP="0044196C">
      <w:pPr>
        <w:spacing w:after="0" w:line="240" w:lineRule="auto"/>
        <w:rPr>
          <w:sz w:val="28"/>
          <w:szCs w:val="28"/>
        </w:rPr>
      </w:pPr>
      <w:r w:rsidRPr="00DC73E0">
        <w:t>- Tự chủ và tự học: Chủ động xác định mẫu số chung, tự thực hiện và kiểm tra các bước quy đồng mẫu số hai phân số.</w:t>
      </w:r>
    </w:p>
    <w:p w:rsidR="0044196C" w:rsidRPr="00DC73E0" w:rsidRDefault="0044196C" w:rsidP="0044196C">
      <w:pPr>
        <w:spacing w:after="0" w:line="240" w:lineRule="auto"/>
        <w:rPr>
          <w:sz w:val="28"/>
          <w:szCs w:val="28"/>
        </w:rPr>
      </w:pPr>
      <w:r w:rsidRPr="00DC73E0">
        <w:t>- Giao tiếp và hợp tác: Trao đổi với bạn về cách chọn mẫu số chung, trình bày rõ phép biến đổi và nhận xét bài làm của bạn.</w:t>
      </w:r>
    </w:p>
    <w:p w:rsidR="0044196C" w:rsidRPr="00DC73E0" w:rsidRDefault="0044196C" w:rsidP="0044196C">
      <w:pPr>
        <w:spacing w:after="0" w:line="240" w:lineRule="auto"/>
        <w:rPr>
          <w:sz w:val="28"/>
          <w:szCs w:val="28"/>
        </w:rPr>
      </w:pPr>
      <w:r w:rsidRPr="00DC73E0">
        <w:t>- Giải quyết vấn đề và sáng tạo: Lựa chọn cách quy đồng phù hợp trong trường hợp một mẫu số chia hết cho mẫu số còn lại; vận dụng vào bài tập và tình huống thực tế.</w:t>
      </w:r>
    </w:p>
    <w:p w:rsidR="0044196C" w:rsidRPr="00DC73E0" w:rsidRDefault="0044196C" w:rsidP="0044196C">
      <w:pPr>
        <w:spacing w:after="0" w:line="240" w:lineRule="auto"/>
        <w:rPr>
          <w:sz w:val="28"/>
          <w:szCs w:val="28"/>
        </w:rPr>
      </w:pPr>
      <w:r w:rsidRPr="00DC73E0">
        <w:rPr>
          <w:b/>
          <w:szCs w:val="28"/>
        </w:rPr>
        <w:t>3. Phẩm chất</w:t>
      </w:r>
    </w:p>
    <w:p w:rsidR="0044196C" w:rsidRPr="00DC73E0" w:rsidRDefault="0044196C" w:rsidP="0044196C">
      <w:pPr>
        <w:spacing w:after="0" w:line="240" w:lineRule="auto"/>
        <w:rPr>
          <w:sz w:val="28"/>
          <w:szCs w:val="28"/>
        </w:rPr>
      </w:pPr>
      <w:r w:rsidRPr="00DC73E0">
        <w:t>- Chăm chỉ: Tích cực quan sát, thực hành quy đồng và trình bày các bước đầy đủ, chính xác.</w:t>
      </w:r>
    </w:p>
    <w:p w:rsidR="0044196C" w:rsidRPr="00DC73E0" w:rsidRDefault="0044196C" w:rsidP="0044196C">
      <w:pPr>
        <w:spacing w:after="0" w:line="240" w:lineRule="auto"/>
        <w:rPr>
          <w:sz w:val="28"/>
          <w:szCs w:val="28"/>
        </w:rPr>
      </w:pPr>
      <w:r w:rsidRPr="00DC73E0">
        <w:lastRenderedPageBreak/>
        <w:t>- Trách nhiệm: Hoàn thành nhiệm vụ, kiểm tra việc nhân cả tử số và mẫu số với cùng một số, nghiêm túc khi nhận xét bạn.</w:t>
      </w:r>
    </w:p>
    <w:p w:rsidR="0044196C" w:rsidRPr="00DC73E0" w:rsidRDefault="0044196C" w:rsidP="0044196C">
      <w:pPr>
        <w:spacing w:after="0" w:line="240" w:lineRule="auto"/>
        <w:rPr>
          <w:sz w:val="28"/>
          <w:szCs w:val="28"/>
        </w:rPr>
      </w:pPr>
      <w:r w:rsidRPr="00DC73E0">
        <w:rPr>
          <w:b/>
          <w:szCs w:val="28"/>
        </w:rPr>
        <w:t>II. ĐỒ DÙNG DẠY HỌC</w:t>
      </w:r>
    </w:p>
    <w:p w:rsidR="0044196C" w:rsidRPr="00DC73E0" w:rsidRDefault="0044196C" w:rsidP="0044196C">
      <w:pPr>
        <w:spacing w:after="0" w:line="240" w:lineRule="auto"/>
        <w:rPr>
          <w:sz w:val="28"/>
          <w:szCs w:val="28"/>
        </w:rPr>
      </w:pPr>
      <w:r w:rsidRPr="00DC73E0">
        <w:rPr>
          <w:szCs w:val="28"/>
        </w:rPr>
        <w:t>- GV: máy tính, ti vi, phiếu bài 2.</w:t>
      </w:r>
    </w:p>
    <w:p w:rsidR="0044196C" w:rsidRPr="00DC73E0" w:rsidRDefault="0044196C" w:rsidP="0044196C">
      <w:pPr>
        <w:spacing w:after="0" w:line="240" w:lineRule="auto"/>
        <w:rPr>
          <w:sz w:val="28"/>
          <w:szCs w:val="28"/>
        </w:rPr>
      </w:pPr>
      <w:r w:rsidRPr="00DC73E0">
        <w:rPr>
          <w:szCs w:val="28"/>
        </w:rPr>
        <w:t>- HS: SGK, vở ghi, bảng con.</w:t>
      </w:r>
    </w:p>
    <w:p w:rsidR="0044196C" w:rsidRPr="00DC73E0" w:rsidRDefault="0044196C" w:rsidP="0044196C">
      <w:pPr>
        <w:spacing w:after="0" w:line="240" w:lineRule="auto"/>
        <w:rPr>
          <w:sz w:val="28"/>
          <w:szCs w:val="28"/>
        </w:rPr>
      </w:pPr>
      <w:r w:rsidRPr="00DC73E0">
        <w:rPr>
          <w:b/>
          <w:szCs w:val="28"/>
        </w:rPr>
        <w:t>III. CÁC HOẠT ĐỘNG DẠY HỌC CHỦ YẾU</w:t>
      </w:r>
    </w:p>
    <w:tbl>
      <w:tblPr>
        <w:tblStyle w:val="TableGrid"/>
        <w:tblW w:w="0" w:type="auto"/>
        <w:jc w:val="center"/>
        <w:tblBorders>
          <w:insideH w:val="none" w:sz="0" w:space="0" w:color="auto"/>
        </w:tblBorders>
        <w:tblLook w:val="04A0" w:firstRow="1" w:lastRow="0" w:firstColumn="1" w:lastColumn="0" w:noHBand="0" w:noVBand="1"/>
      </w:tblPr>
      <w:tblGrid>
        <w:gridCol w:w="4702"/>
        <w:gridCol w:w="4702"/>
      </w:tblGrid>
      <w:tr w:rsidR="00DC73E0" w:rsidRPr="00DC73E0" w:rsidTr="00DC73E0">
        <w:trPr>
          <w:jc w:val="center"/>
        </w:trPr>
        <w:tc>
          <w:tcPr>
            <w:tcW w:w="4702" w:type="dxa"/>
            <w:tcBorders>
              <w:bottom w:val="single" w:sz="4" w:space="0" w:color="auto"/>
            </w:tcBorders>
            <w:shd w:val="clear" w:color="auto" w:fill="auto"/>
          </w:tcPr>
          <w:p w:rsidR="0044196C" w:rsidRPr="00DC73E0" w:rsidRDefault="0044196C" w:rsidP="0044196C">
            <w:pPr>
              <w:rPr>
                <w:sz w:val="28"/>
                <w:szCs w:val="28"/>
              </w:rPr>
            </w:pPr>
            <w:r w:rsidRPr="00DC73E0">
              <w:rPr>
                <w:b/>
                <w:szCs w:val="28"/>
              </w:rPr>
              <w:t>Hoạt động của GV</w:t>
            </w:r>
          </w:p>
        </w:tc>
        <w:tc>
          <w:tcPr>
            <w:tcW w:w="4702" w:type="dxa"/>
            <w:tcBorders>
              <w:bottom w:val="single" w:sz="4" w:space="0" w:color="auto"/>
            </w:tcBorders>
            <w:shd w:val="clear" w:color="auto" w:fill="auto"/>
          </w:tcPr>
          <w:p w:rsidR="0044196C" w:rsidRPr="00DC73E0" w:rsidRDefault="0044196C" w:rsidP="0044196C">
            <w:pPr>
              <w:rPr>
                <w:sz w:val="28"/>
                <w:szCs w:val="28"/>
              </w:rPr>
            </w:pPr>
            <w:r w:rsidRPr="00DC73E0">
              <w:rPr>
                <w:b/>
                <w:szCs w:val="28"/>
              </w:rPr>
              <w:t>Hoạt động của HS</w:t>
            </w:r>
          </w:p>
        </w:tc>
      </w:tr>
      <w:tr w:rsidR="00DC73E0" w:rsidRPr="00DC73E0" w:rsidTr="00DC73E0">
        <w:trPr>
          <w:cantSplit/>
          <w:jc w:val="center"/>
        </w:trPr>
        <w:tc>
          <w:tcPr>
            <w:tcW w:w="9404" w:type="dxa"/>
            <w:gridSpan w:val="2"/>
            <w:tcBorders>
              <w:top w:val="single" w:sz="4" w:space="0" w:color="auto"/>
              <w:bottom w:val="single" w:sz="4" w:space="0" w:color="auto"/>
            </w:tcBorders>
            <w:shd w:val="clear" w:color="auto" w:fill="auto"/>
          </w:tcPr>
          <w:p w:rsidR="0044196C" w:rsidRPr="00DC73E0" w:rsidRDefault="00B17B87" w:rsidP="0044196C">
            <w:pPr>
              <w:rPr>
                <w:sz w:val="28"/>
                <w:szCs w:val="28"/>
              </w:rPr>
            </w:pPr>
            <w:r w:rsidRPr="00DC73E0">
              <w:rPr>
                <w:b/>
              </w:rPr>
              <w:t>1. Khởi động:</w:t>
            </w:r>
          </w:p>
          <w:p w:rsidR="00581890" w:rsidRPr="00DC73E0" w:rsidRDefault="007F75C5">
            <w:r w:rsidRPr="00DC73E0">
              <w:rPr>
                <w:b/>
              </w:rPr>
              <w:t xml:space="preserve">- Mục tiêu: </w:t>
            </w:r>
            <w:r w:rsidRPr="00DC73E0">
              <w:t>Ôn rút gọn phân số, tạo cầu nối vào bài quy đồng mẫu số.</w:t>
            </w:r>
          </w:p>
          <w:p w:rsidR="00581890" w:rsidRPr="00DC73E0" w:rsidRDefault="007F75C5">
            <w:r w:rsidRPr="00DC73E0">
              <w:rPr>
                <w:b/>
                <w:i/>
              </w:rPr>
              <w:t>*Cách tiến hành:</w:t>
            </w:r>
          </w:p>
        </w:tc>
      </w:tr>
      <w:tr w:rsidR="00DC73E0" w:rsidRPr="00DC73E0" w:rsidTr="00DC73E0">
        <w:trPr>
          <w:jc w:val="center"/>
        </w:trPr>
        <w:tc>
          <w:tcPr>
            <w:tcW w:w="4702" w:type="dxa"/>
            <w:tcBorders>
              <w:top w:val="single" w:sz="4" w:space="0" w:color="auto"/>
            </w:tcBorders>
            <w:shd w:val="clear" w:color="auto" w:fill="auto"/>
          </w:tcPr>
          <w:p w:rsidR="0044196C" w:rsidRPr="00DC73E0" w:rsidRDefault="0044196C" w:rsidP="0044196C">
            <w:pPr>
              <w:rPr>
                <w:sz w:val="28"/>
                <w:szCs w:val="28"/>
              </w:rPr>
            </w:pPr>
            <w:r w:rsidRPr="00DC73E0">
              <w:rPr>
                <w:szCs w:val="28"/>
              </w:rPr>
              <w:t>- Hỏi: Nêu cách rút gọn phân số?</w:t>
            </w:r>
          </w:p>
        </w:tc>
        <w:tc>
          <w:tcPr>
            <w:tcW w:w="4702" w:type="dxa"/>
            <w:tcBorders>
              <w:top w:val="single" w:sz="4" w:space="0" w:color="auto"/>
            </w:tcBorders>
            <w:shd w:val="clear" w:color="auto" w:fill="auto"/>
          </w:tcPr>
          <w:p w:rsidR="0044196C" w:rsidRPr="00DC73E0" w:rsidRDefault="0044196C" w:rsidP="0044196C">
            <w:pPr>
              <w:rPr>
                <w:sz w:val="28"/>
                <w:szCs w:val="28"/>
              </w:rPr>
            </w:pPr>
            <w:r w:rsidRPr="00DC73E0">
              <w:rPr>
                <w:szCs w:val="28"/>
              </w:rPr>
              <w:t>- HS trả lời: Chia cả tử số và mẫu số cho cùng một số tự nhiên lớn hơn 1 (và tiếp tục chia đến khi được phân số tối giản).</w:t>
            </w:r>
          </w:p>
        </w:tc>
      </w:tr>
      <w:tr w:rsidR="00DC73E0" w:rsidRPr="00DC73E0" w:rsidTr="00DC73E0">
        <w:trPr>
          <w:jc w:val="center"/>
        </w:trPr>
        <w:tc>
          <w:tcPr>
            <w:tcW w:w="4702" w:type="dxa"/>
            <w:shd w:val="clear" w:color="auto" w:fill="auto"/>
          </w:tcPr>
          <w:p w:rsidR="0044196C" w:rsidRPr="00DC73E0" w:rsidRDefault="0044196C" w:rsidP="0044196C">
            <w:pPr>
              <w:rPr>
                <w:sz w:val="28"/>
                <w:szCs w:val="28"/>
              </w:rPr>
            </w:pPr>
            <w:r w:rsidRPr="00DC73E0">
              <w:rPr>
                <w:szCs w:val="28"/>
              </w:rPr>
              <w:t>- Giao nhiệm vụ (bảng con): Rút gọn các phân số</w:t>
            </w:r>
            <w:proofErr w:type="gramStart"/>
            <w:r w:rsidRPr="00DC73E0">
              <w:rPr>
                <w:szCs w:val="28"/>
              </w:rPr>
              <w:t xml:space="preserve">: </w:t>
            </w:r>
            <w:proofErr w:type="gramEnd"/>
            <m:oMath>
              <m:f>
                <m:fPr>
                  <m:ctrlPr>
                    <w:rPr>
                      <w:rFonts w:ascii="Cambria Math" w:hAnsi="Cambria Math"/>
                      <w:sz w:val="28"/>
                      <w:szCs w:val="28"/>
                    </w:rPr>
                  </m:ctrlPr>
                </m:fPr>
                <m:num>
                  <m:r>
                    <w:rPr>
                      <w:rFonts w:ascii="Cambria Math" w:hAnsi="Cambria Math"/>
                      <w:sz w:val="28"/>
                      <w:szCs w:val="28"/>
                    </w:rPr>
                    <m:t>12</m:t>
                  </m:r>
                </m:num>
                <m:den>
                  <m:r>
                    <w:rPr>
                      <w:rFonts w:ascii="Cambria Math" w:hAnsi="Cambria Math"/>
                      <w:sz w:val="28"/>
                      <w:szCs w:val="28"/>
                    </w:rPr>
                    <m:t>15</m:t>
                  </m:r>
                </m:den>
              </m:f>
            </m:oMath>
            <w:r w:rsidRPr="00DC73E0">
              <w:rPr>
                <w:szCs w:val="28"/>
              </w:rPr>
              <w:t xml:space="preserve">; </w:t>
            </w:r>
            <m:oMath>
              <m:f>
                <m:fPr>
                  <m:ctrlPr>
                    <w:rPr>
                      <w:rFonts w:ascii="Cambria Math" w:hAnsi="Cambria Math"/>
                      <w:sz w:val="28"/>
                      <w:szCs w:val="28"/>
                    </w:rPr>
                  </m:ctrlPr>
                </m:fPr>
                <m:num>
                  <m:r>
                    <w:rPr>
                      <w:rFonts w:ascii="Cambria Math" w:hAnsi="Cambria Math"/>
                      <w:sz w:val="28"/>
                      <w:szCs w:val="28"/>
                    </w:rPr>
                    <m:t>20</m:t>
                  </m:r>
                </m:num>
                <m:den>
                  <m:r>
                    <w:rPr>
                      <w:rFonts w:ascii="Cambria Math" w:hAnsi="Cambria Math"/>
                      <w:sz w:val="28"/>
                      <w:szCs w:val="28"/>
                    </w:rPr>
                    <m:t>25</m:t>
                  </m:r>
                </m:den>
              </m:f>
            </m:oMath>
            <w:r w:rsidRPr="00DC73E0">
              <w:rPr>
                <w:szCs w:val="28"/>
              </w:rPr>
              <w:t>.</w:t>
            </w:r>
          </w:p>
        </w:tc>
        <w:tc>
          <w:tcPr>
            <w:tcW w:w="4702" w:type="dxa"/>
            <w:shd w:val="clear" w:color="auto" w:fill="auto"/>
          </w:tcPr>
          <w:p w:rsidR="0044196C" w:rsidRPr="00DC73E0" w:rsidRDefault="0044196C" w:rsidP="0044196C">
            <w:pPr>
              <w:rPr>
                <w:sz w:val="28"/>
                <w:szCs w:val="28"/>
              </w:rPr>
            </w:pPr>
            <w:r w:rsidRPr="00DC73E0">
              <w:rPr>
                <w:szCs w:val="28"/>
              </w:rPr>
              <w:t xml:space="preserve">- HS làm bảng con: </w:t>
            </w:r>
            <m:oMath>
              <m:f>
                <m:fPr>
                  <m:ctrlPr>
                    <w:rPr>
                      <w:rFonts w:ascii="Cambria Math" w:hAnsi="Cambria Math"/>
                      <w:sz w:val="28"/>
                      <w:szCs w:val="28"/>
                    </w:rPr>
                  </m:ctrlPr>
                </m:fPr>
                <m:num>
                  <m:r>
                    <w:rPr>
                      <w:rFonts w:ascii="Cambria Math" w:hAnsi="Cambria Math"/>
                      <w:sz w:val="28"/>
                      <w:szCs w:val="28"/>
                    </w:rPr>
                    <m:t>12</m:t>
                  </m:r>
                </m:num>
                <m:den>
                  <m:r>
                    <w:rPr>
                      <w:rFonts w:ascii="Cambria Math" w:hAnsi="Cambria Math"/>
                      <w:sz w:val="28"/>
                      <w:szCs w:val="28"/>
                    </w:rPr>
                    <m:t>15</m:t>
                  </m:r>
                </m:den>
              </m:f>
            </m:oMath>
            <w:r w:rsidRPr="00DC73E0">
              <w:rPr>
                <w:szCs w:val="28"/>
              </w:rPr>
              <w:t xml:space="preserve"> = </w:t>
            </w:r>
            <m:oMath>
              <m:f>
                <m:fPr>
                  <m:ctrlPr>
                    <w:rPr>
                      <w:rFonts w:ascii="Cambria Math" w:hAnsi="Cambria Math"/>
                      <w:sz w:val="28"/>
                      <w:szCs w:val="28"/>
                    </w:rPr>
                  </m:ctrlPr>
                </m:fPr>
                <m:num>
                  <m:r>
                    <w:rPr>
                      <w:rFonts w:ascii="Cambria Math" w:hAnsi="Cambria Math"/>
                      <w:sz w:val="28"/>
                      <w:szCs w:val="28"/>
                    </w:rPr>
                    <m:t>4</m:t>
                  </m:r>
                </m:num>
                <m:den>
                  <m:r>
                    <w:rPr>
                      <w:rFonts w:ascii="Cambria Math" w:hAnsi="Cambria Math"/>
                      <w:sz w:val="28"/>
                      <w:szCs w:val="28"/>
                    </w:rPr>
                    <m:t>5</m:t>
                  </m:r>
                </m:den>
              </m:f>
            </m:oMath>
            <w:r w:rsidRPr="00DC73E0">
              <w:rPr>
                <w:szCs w:val="28"/>
              </w:rPr>
              <w:t xml:space="preserve">; </w:t>
            </w:r>
            <m:oMath>
              <m:f>
                <m:fPr>
                  <m:ctrlPr>
                    <w:rPr>
                      <w:rFonts w:ascii="Cambria Math" w:hAnsi="Cambria Math"/>
                      <w:sz w:val="28"/>
                      <w:szCs w:val="28"/>
                    </w:rPr>
                  </m:ctrlPr>
                </m:fPr>
                <m:num>
                  <m:r>
                    <w:rPr>
                      <w:rFonts w:ascii="Cambria Math" w:hAnsi="Cambria Math"/>
                      <w:sz w:val="28"/>
                      <w:szCs w:val="28"/>
                    </w:rPr>
                    <m:t>20</m:t>
                  </m:r>
                </m:num>
                <m:den>
                  <m:r>
                    <w:rPr>
                      <w:rFonts w:ascii="Cambria Math" w:hAnsi="Cambria Math"/>
                      <w:sz w:val="28"/>
                      <w:szCs w:val="28"/>
                    </w:rPr>
                    <m:t>25</m:t>
                  </m:r>
                </m:den>
              </m:f>
            </m:oMath>
            <w:r w:rsidRPr="00DC73E0">
              <w:rPr>
                <w:szCs w:val="28"/>
              </w:rPr>
              <w:t xml:space="preserve"> = </w:t>
            </w:r>
            <m:oMath>
              <m:f>
                <m:fPr>
                  <m:ctrlPr>
                    <w:rPr>
                      <w:rFonts w:ascii="Cambria Math" w:hAnsi="Cambria Math"/>
                      <w:sz w:val="28"/>
                      <w:szCs w:val="28"/>
                    </w:rPr>
                  </m:ctrlPr>
                </m:fPr>
                <m:num>
                  <m:r>
                    <w:rPr>
                      <w:rFonts w:ascii="Cambria Math" w:hAnsi="Cambria Math"/>
                      <w:sz w:val="28"/>
                      <w:szCs w:val="28"/>
                    </w:rPr>
                    <m:t>4</m:t>
                  </m:r>
                </m:num>
                <m:den>
                  <m:r>
                    <w:rPr>
                      <w:rFonts w:ascii="Cambria Math" w:hAnsi="Cambria Math"/>
                      <w:sz w:val="28"/>
                      <w:szCs w:val="28"/>
                    </w:rPr>
                    <m:t>5</m:t>
                  </m:r>
                </m:den>
              </m:f>
            </m:oMath>
            <w:r w:rsidRPr="00DC73E0">
              <w:rPr>
                <w:szCs w:val="28"/>
              </w:rPr>
              <w:t>.</w:t>
            </w:r>
          </w:p>
        </w:tc>
      </w:tr>
      <w:tr w:rsidR="00DC73E0" w:rsidRPr="00DC73E0" w:rsidTr="00DC73E0">
        <w:trPr>
          <w:jc w:val="center"/>
        </w:trPr>
        <w:tc>
          <w:tcPr>
            <w:tcW w:w="4702" w:type="dxa"/>
            <w:shd w:val="clear" w:color="auto" w:fill="auto"/>
          </w:tcPr>
          <w:p w:rsidR="0044196C" w:rsidRPr="00DC73E0" w:rsidRDefault="0044196C" w:rsidP="0044196C">
            <w:pPr>
              <w:rPr>
                <w:sz w:val="28"/>
                <w:szCs w:val="28"/>
              </w:rPr>
            </w:pPr>
            <w:r w:rsidRPr="00DC73E0">
              <w:rPr>
                <w:szCs w:val="28"/>
              </w:rPr>
              <w:t>- Mời 1 HS nêu cách làm (chia cho số nào).</w:t>
            </w:r>
          </w:p>
        </w:tc>
        <w:tc>
          <w:tcPr>
            <w:tcW w:w="4702" w:type="dxa"/>
            <w:shd w:val="clear" w:color="auto" w:fill="auto"/>
          </w:tcPr>
          <w:p w:rsidR="0044196C" w:rsidRPr="00DC73E0" w:rsidRDefault="0044196C" w:rsidP="0044196C">
            <w:pPr>
              <w:rPr>
                <w:sz w:val="28"/>
                <w:szCs w:val="28"/>
              </w:rPr>
            </w:pPr>
            <w:r w:rsidRPr="00DC73E0">
              <w:rPr>
                <w:szCs w:val="28"/>
              </w:rPr>
              <w:t xml:space="preserve">- HS trả lời: </w:t>
            </w:r>
            <m:oMath>
              <m:f>
                <m:fPr>
                  <m:ctrlPr>
                    <w:rPr>
                      <w:rFonts w:ascii="Cambria Math" w:hAnsi="Cambria Math"/>
                      <w:sz w:val="28"/>
                      <w:szCs w:val="28"/>
                    </w:rPr>
                  </m:ctrlPr>
                </m:fPr>
                <m:num>
                  <m:r>
                    <w:rPr>
                      <w:rFonts w:ascii="Cambria Math" w:hAnsi="Cambria Math"/>
                      <w:sz w:val="28"/>
                      <w:szCs w:val="28"/>
                    </w:rPr>
                    <m:t>12</m:t>
                  </m:r>
                </m:num>
                <m:den>
                  <m:r>
                    <w:rPr>
                      <w:rFonts w:ascii="Cambria Math" w:hAnsi="Cambria Math"/>
                      <w:sz w:val="28"/>
                      <w:szCs w:val="28"/>
                    </w:rPr>
                    <m:t>15</m:t>
                  </m:r>
                </m:den>
              </m:f>
            </m:oMath>
            <w:r w:rsidRPr="00DC73E0">
              <w:rPr>
                <w:szCs w:val="28"/>
              </w:rPr>
              <w:t xml:space="preserve"> chia 3 được </w:t>
            </w:r>
            <m:oMath>
              <m:f>
                <m:fPr>
                  <m:ctrlPr>
                    <w:rPr>
                      <w:rFonts w:ascii="Cambria Math" w:hAnsi="Cambria Math"/>
                      <w:sz w:val="28"/>
                      <w:szCs w:val="28"/>
                    </w:rPr>
                  </m:ctrlPr>
                </m:fPr>
                <m:num>
                  <m:r>
                    <w:rPr>
                      <w:rFonts w:ascii="Cambria Math" w:hAnsi="Cambria Math"/>
                      <w:sz w:val="28"/>
                      <w:szCs w:val="28"/>
                    </w:rPr>
                    <m:t>4</m:t>
                  </m:r>
                </m:num>
                <m:den>
                  <m:r>
                    <w:rPr>
                      <w:rFonts w:ascii="Cambria Math" w:hAnsi="Cambria Math"/>
                      <w:sz w:val="28"/>
                      <w:szCs w:val="28"/>
                    </w:rPr>
                    <m:t>5</m:t>
                  </m:r>
                </m:den>
              </m:f>
            </m:oMath>
            <w:r w:rsidRPr="00DC73E0">
              <w:rPr>
                <w:szCs w:val="28"/>
              </w:rPr>
              <w:t xml:space="preserve">; </w:t>
            </w:r>
            <m:oMath>
              <m:f>
                <m:fPr>
                  <m:ctrlPr>
                    <w:rPr>
                      <w:rFonts w:ascii="Cambria Math" w:hAnsi="Cambria Math"/>
                      <w:sz w:val="28"/>
                      <w:szCs w:val="28"/>
                    </w:rPr>
                  </m:ctrlPr>
                </m:fPr>
                <m:num>
                  <m:r>
                    <w:rPr>
                      <w:rFonts w:ascii="Cambria Math" w:hAnsi="Cambria Math"/>
                      <w:sz w:val="28"/>
                      <w:szCs w:val="28"/>
                    </w:rPr>
                    <m:t>20</m:t>
                  </m:r>
                </m:num>
                <m:den>
                  <m:r>
                    <w:rPr>
                      <w:rFonts w:ascii="Cambria Math" w:hAnsi="Cambria Math"/>
                      <w:sz w:val="28"/>
                      <w:szCs w:val="28"/>
                    </w:rPr>
                    <m:t>25</m:t>
                  </m:r>
                </m:den>
              </m:f>
            </m:oMath>
            <w:r w:rsidRPr="00DC73E0">
              <w:rPr>
                <w:szCs w:val="28"/>
              </w:rPr>
              <w:t xml:space="preserve"> chia 5 được </w:t>
            </w:r>
            <m:oMath>
              <m:f>
                <m:fPr>
                  <m:ctrlPr>
                    <w:rPr>
                      <w:rFonts w:ascii="Cambria Math" w:hAnsi="Cambria Math"/>
                      <w:sz w:val="28"/>
                      <w:szCs w:val="28"/>
                    </w:rPr>
                  </m:ctrlPr>
                </m:fPr>
                <m:num>
                  <m:r>
                    <w:rPr>
                      <w:rFonts w:ascii="Cambria Math" w:hAnsi="Cambria Math"/>
                      <w:sz w:val="28"/>
                      <w:szCs w:val="28"/>
                    </w:rPr>
                    <m:t>4</m:t>
                  </m:r>
                </m:num>
                <m:den>
                  <m:r>
                    <w:rPr>
                      <w:rFonts w:ascii="Cambria Math" w:hAnsi="Cambria Math"/>
                      <w:sz w:val="28"/>
                      <w:szCs w:val="28"/>
                    </w:rPr>
                    <m:t>5</m:t>
                  </m:r>
                </m:den>
              </m:f>
            </m:oMath>
            <w:r w:rsidRPr="00DC73E0">
              <w:rPr>
                <w:szCs w:val="28"/>
              </w:rPr>
              <w:t>.</w:t>
            </w:r>
          </w:p>
        </w:tc>
      </w:tr>
      <w:tr w:rsidR="00DC73E0" w:rsidRPr="00DC73E0" w:rsidTr="00DC73E0">
        <w:trPr>
          <w:jc w:val="center"/>
        </w:trPr>
        <w:tc>
          <w:tcPr>
            <w:tcW w:w="4702" w:type="dxa"/>
            <w:tcBorders>
              <w:bottom w:val="single" w:sz="4" w:space="0" w:color="auto"/>
            </w:tcBorders>
            <w:shd w:val="clear" w:color="auto" w:fill="auto"/>
          </w:tcPr>
          <w:p w:rsidR="0044196C" w:rsidRPr="00DC73E0" w:rsidRDefault="0044196C" w:rsidP="0044196C">
            <w:pPr>
              <w:rPr>
                <w:sz w:val="28"/>
                <w:szCs w:val="28"/>
              </w:rPr>
            </w:pPr>
            <w:r w:rsidRPr="00DC73E0">
              <w:rPr>
                <w:szCs w:val="28"/>
              </w:rPr>
              <w:t>- GV giới thiệu – ghi bài: Quy đồng mẫu số hai phân số.</w:t>
            </w:r>
          </w:p>
        </w:tc>
        <w:tc>
          <w:tcPr>
            <w:tcW w:w="4702" w:type="dxa"/>
            <w:tcBorders>
              <w:bottom w:val="single" w:sz="4" w:space="0" w:color="auto"/>
            </w:tcBorders>
            <w:shd w:val="clear" w:color="auto" w:fill="auto"/>
          </w:tcPr>
          <w:p w:rsidR="0044196C" w:rsidRPr="00DC73E0" w:rsidRDefault="0044196C" w:rsidP="0044196C">
            <w:pPr>
              <w:rPr>
                <w:sz w:val="28"/>
                <w:szCs w:val="28"/>
              </w:rPr>
            </w:pPr>
            <w:r w:rsidRPr="00DC73E0">
              <w:rPr>
                <w:szCs w:val="28"/>
              </w:rPr>
              <w:t>- HS ghi vở tên bài: Quy đồng mẫu số hai phân số.</w:t>
            </w:r>
          </w:p>
        </w:tc>
      </w:tr>
      <w:tr w:rsidR="00DC73E0" w:rsidRPr="00DC73E0" w:rsidTr="00DC73E0">
        <w:trPr>
          <w:cantSplit/>
          <w:jc w:val="center"/>
        </w:trPr>
        <w:tc>
          <w:tcPr>
            <w:tcW w:w="9404" w:type="dxa"/>
            <w:gridSpan w:val="2"/>
            <w:tcBorders>
              <w:top w:val="single" w:sz="4" w:space="0" w:color="auto"/>
              <w:bottom w:val="single" w:sz="4" w:space="0" w:color="auto"/>
            </w:tcBorders>
            <w:shd w:val="clear" w:color="auto" w:fill="auto"/>
          </w:tcPr>
          <w:p w:rsidR="0044196C" w:rsidRPr="00DC73E0" w:rsidRDefault="00B17B87" w:rsidP="0044196C">
            <w:pPr>
              <w:rPr>
                <w:sz w:val="28"/>
                <w:szCs w:val="28"/>
              </w:rPr>
            </w:pPr>
            <w:r w:rsidRPr="00DC73E0">
              <w:rPr>
                <w:b/>
              </w:rPr>
              <w:t>2. Hình thành kiến thức:</w:t>
            </w:r>
          </w:p>
          <w:p w:rsidR="00581890" w:rsidRPr="00DC73E0" w:rsidRDefault="007F75C5">
            <w:r w:rsidRPr="00DC73E0">
              <w:rPr>
                <w:b/>
              </w:rPr>
              <w:t xml:space="preserve">- Mục tiêu: </w:t>
            </w:r>
            <w:r w:rsidRPr="00DC73E0">
              <w:t>Hiểu quy đồng mẫu số hai phân số và nắm quy tắc trong trường hợp một mẫu số chia hết cho mẫu số còn lại.</w:t>
            </w:r>
          </w:p>
          <w:p w:rsidR="00581890" w:rsidRPr="00DC73E0" w:rsidRDefault="007F75C5">
            <w:r w:rsidRPr="00DC73E0">
              <w:rPr>
                <w:b/>
                <w:i/>
              </w:rPr>
              <w:t>*Cách tiến hành:</w:t>
            </w:r>
          </w:p>
        </w:tc>
      </w:tr>
      <w:tr w:rsidR="00DC73E0" w:rsidRPr="00DC73E0" w:rsidTr="00DC73E0">
        <w:trPr>
          <w:jc w:val="center"/>
        </w:trPr>
        <w:tc>
          <w:tcPr>
            <w:tcW w:w="4702" w:type="dxa"/>
            <w:tcBorders>
              <w:top w:val="single" w:sz="4" w:space="0" w:color="auto"/>
            </w:tcBorders>
            <w:shd w:val="clear" w:color="auto" w:fill="auto"/>
          </w:tcPr>
          <w:p w:rsidR="0044196C" w:rsidRPr="00DC73E0" w:rsidRDefault="0044196C" w:rsidP="0044196C">
            <w:pPr>
              <w:rPr>
                <w:sz w:val="28"/>
                <w:szCs w:val="28"/>
              </w:rPr>
            </w:pPr>
            <w:r w:rsidRPr="00DC73E0">
              <w:rPr>
                <w:szCs w:val="28"/>
              </w:rPr>
              <w:t>- GV chiếu tình h</w:t>
            </w:r>
            <w:r w:rsidR="00DC73E0">
              <w:rPr>
                <w:szCs w:val="28"/>
              </w:rPr>
              <w:t>uống (Việt và Mai có phần bánh)</w:t>
            </w:r>
          </w:p>
        </w:tc>
        <w:tc>
          <w:tcPr>
            <w:tcW w:w="4702" w:type="dxa"/>
            <w:tcBorders>
              <w:top w:val="single" w:sz="4" w:space="0" w:color="auto"/>
            </w:tcBorders>
            <w:shd w:val="clear" w:color="auto" w:fill="auto"/>
          </w:tcPr>
          <w:p w:rsidR="0044196C" w:rsidRPr="00DC73E0" w:rsidRDefault="0044196C" w:rsidP="0044196C">
            <w:pPr>
              <w:rPr>
                <w:sz w:val="28"/>
                <w:szCs w:val="28"/>
              </w:rPr>
            </w:pPr>
            <w:r w:rsidRPr="00DC73E0">
              <w:rPr>
                <w:szCs w:val="28"/>
              </w:rPr>
              <w:t>- HS quan sát tình huống.</w:t>
            </w:r>
          </w:p>
        </w:tc>
      </w:tr>
      <w:tr w:rsidR="00DC73E0" w:rsidRPr="00DC73E0" w:rsidTr="00DC73E0">
        <w:trPr>
          <w:jc w:val="center"/>
        </w:trPr>
        <w:tc>
          <w:tcPr>
            <w:tcW w:w="4702" w:type="dxa"/>
            <w:shd w:val="clear" w:color="auto" w:fill="auto"/>
          </w:tcPr>
          <w:p w:rsidR="0044196C" w:rsidRPr="00DC73E0" w:rsidRDefault="0044196C" w:rsidP="0044196C">
            <w:pPr>
              <w:rPr>
                <w:sz w:val="28"/>
                <w:szCs w:val="28"/>
              </w:rPr>
            </w:pPr>
            <w:r w:rsidRPr="00DC73E0">
              <w:rPr>
                <w:szCs w:val="28"/>
              </w:rPr>
              <w:t>- Hỏi: Việt và Mai có bao nhiêu phần cái bánh?</w:t>
            </w:r>
          </w:p>
        </w:tc>
        <w:tc>
          <w:tcPr>
            <w:tcW w:w="4702" w:type="dxa"/>
            <w:shd w:val="clear" w:color="auto" w:fill="auto"/>
          </w:tcPr>
          <w:p w:rsidR="0044196C" w:rsidRPr="00DC73E0" w:rsidRDefault="0044196C" w:rsidP="0044196C">
            <w:pPr>
              <w:rPr>
                <w:sz w:val="28"/>
                <w:szCs w:val="28"/>
              </w:rPr>
            </w:pPr>
            <w:r w:rsidRPr="00DC73E0">
              <w:rPr>
                <w:szCs w:val="28"/>
              </w:rPr>
              <w:t xml:space="preserve">- HS trả lời: Việt có </w:t>
            </w:r>
            <m:oMath>
              <m:f>
                <m:fPr>
                  <m:ctrlPr>
                    <w:rPr>
                      <w:rFonts w:ascii="Cambria Math" w:hAnsi="Cambria Math"/>
                      <w:sz w:val="28"/>
                      <w:szCs w:val="28"/>
                    </w:rPr>
                  </m:ctrlPr>
                </m:fPr>
                <m:num>
                  <m:r>
                    <w:rPr>
                      <w:rFonts w:ascii="Cambria Math" w:hAnsi="Cambria Math"/>
                      <w:sz w:val="28"/>
                      <w:szCs w:val="28"/>
                    </w:rPr>
                    <m:t>1</m:t>
                  </m:r>
                </m:num>
                <m:den>
                  <m:r>
                    <w:rPr>
                      <w:rFonts w:ascii="Cambria Math" w:hAnsi="Cambria Math"/>
                      <w:sz w:val="28"/>
                      <w:szCs w:val="28"/>
                    </w:rPr>
                    <m:t>4</m:t>
                  </m:r>
                </m:den>
              </m:f>
            </m:oMath>
            <w:r w:rsidRPr="00DC73E0">
              <w:rPr>
                <w:szCs w:val="28"/>
              </w:rPr>
              <w:t xml:space="preserve"> cái bánh; Mai có </w:t>
            </w:r>
            <m:oMath>
              <m:f>
                <m:fPr>
                  <m:ctrlPr>
                    <w:rPr>
                      <w:rFonts w:ascii="Cambria Math" w:hAnsi="Cambria Math"/>
                      <w:sz w:val="28"/>
                      <w:szCs w:val="28"/>
                    </w:rPr>
                  </m:ctrlPr>
                </m:fPr>
                <m:num>
                  <m:r>
                    <w:rPr>
                      <w:rFonts w:ascii="Cambria Math" w:hAnsi="Cambria Math"/>
                      <w:sz w:val="28"/>
                      <w:szCs w:val="28"/>
                    </w:rPr>
                    <m:t>3</m:t>
                  </m:r>
                </m:num>
                <m:den>
                  <m:r>
                    <w:rPr>
                      <w:rFonts w:ascii="Cambria Math" w:hAnsi="Cambria Math"/>
                      <w:sz w:val="28"/>
                      <w:szCs w:val="28"/>
                    </w:rPr>
                    <m:t>8</m:t>
                  </m:r>
                </m:den>
              </m:f>
            </m:oMath>
            <w:r w:rsidRPr="00DC73E0">
              <w:rPr>
                <w:szCs w:val="28"/>
              </w:rPr>
              <w:t xml:space="preserve"> cái bánh.</w:t>
            </w:r>
          </w:p>
        </w:tc>
      </w:tr>
      <w:tr w:rsidR="00DC73E0" w:rsidRPr="00DC73E0" w:rsidTr="00DC73E0">
        <w:trPr>
          <w:jc w:val="center"/>
        </w:trPr>
        <w:tc>
          <w:tcPr>
            <w:tcW w:w="4702" w:type="dxa"/>
            <w:shd w:val="clear" w:color="auto" w:fill="auto"/>
          </w:tcPr>
          <w:p w:rsidR="0044196C" w:rsidRPr="00DC73E0" w:rsidRDefault="0044196C" w:rsidP="0044196C">
            <w:pPr>
              <w:rPr>
                <w:sz w:val="28"/>
                <w:szCs w:val="28"/>
              </w:rPr>
            </w:pPr>
            <w:r w:rsidRPr="00DC73E0">
              <w:rPr>
                <w:szCs w:val="28"/>
              </w:rPr>
              <w:t>- Hỏi: Em có nhận xét gì về hai mẫu số 4 và 8?</w:t>
            </w:r>
          </w:p>
        </w:tc>
        <w:tc>
          <w:tcPr>
            <w:tcW w:w="4702" w:type="dxa"/>
            <w:shd w:val="clear" w:color="auto" w:fill="auto"/>
          </w:tcPr>
          <w:p w:rsidR="0044196C" w:rsidRPr="00DC73E0" w:rsidRDefault="0044196C" w:rsidP="0044196C">
            <w:pPr>
              <w:rPr>
                <w:sz w:val="28"/>
                <w:szCs w:val="28"/>
              </w:rPr>
            </w:pPr>
            <w:r w:rsidRPr="00DC73E0">
              <w:rPr>
                <w:szCs w:val="28"/>
              </w:rPr>
              <w:t>- HS trả lời: Hai phân số khác mẫu số; 4×2 = 8 nên 8 chia 2 được 4 (mẫu số 8 chia hết cho 4).</w:t>
            </w:r>
          </w:p>
        </w:tc>
      </w:tr>
      <w:tr w:rsidR="00DC73E0" w:rsidRPr="00DC73E0" w:rsidTr="00DC73E0">
        <w:trPr>
          <w:jc w:val="center"/>
        </w:trPr>
        <w:tc>
          <w:tcPr>
            <w:tcW w:w="4702" w:type="dxa"/>
            <w:shd w:val="clear" w:color="auto" w:fill="auto"/>
          </w:tcPr>
          <w:p w:rsidR="0044196C" w:rsidRPr="00DC73E0" w:rsidRDefault="0044196C" w:rsidP="0044196C">
            <w:pPr>
              <w:rPr>
                <w:sz w:val="28"/>
                <w:szCs w:val="28"/>
              </w:rPr>
            </w:pPr>
            <w:r w:rsidRPr="00DC73E0">
              <w:rPr>
                <w:szCs w:val="28"/>
              </w:rPr>
              <w:t>- Hỏi: Bạn Minh đưa ra yêu cầu gì?</w:t>
            </w:r>
          </w:p>
        </w:tc>
        <w:tc>
          <w:tcPr>
            <w:tcW w:w="4702" w:type="dxa"/>
            <w:shd w:val="clear" w:color="auto" w:fill="auto"/>
          </w:tcPr>
          <w:p w:rsidR="0044196C" w:rsidRPr="00DC73E0" w:rsidRDefault="0044196C" w:rsidP="0044196C">
            <w:pPr>
              <w:rPr>
                <w:sz w:val="28"/>
                <w:szCs w:val="28"/>
              </w:rPr>
            </w:pPr>
            <w:r w:rsidRPr="00DC73E0">
              <w:rPr>
                <w:szCs w:val="28"/>
              </w:rPr>
              <w:t xml:space="preserve">- HS trả lời: Tìm một phân số bằng </w:t>
            </w:r>
            <m:oMath>
              <m:f>
                <m:fPr>
                  <m:ctrlPr>
                    <w:rPr>
                      <w:rFonts w:ascii="Cambria Math" w:hAnsi="Cambria Math"/>
                      <w:sz w:val="28"/>
                      <w:szCs w:val="28"/>
                    </w:rPr>
                  </m:ctrlPr>
                </m:fPr>
                <m:num>
                  <m:r>
                    <w:rPr>
                      <w:rFonts w:ascii="Cambria Math" w:hAnsi="Cambria Math"/>
                      <w:sz w:val="28"/>
                      <w:szCs w:val="28"/>
                    </w:rPr>
                    <m:t>1</m:t>
                  </m:r>
                </m:num>
                <m:den>
                  <m:r>
                    <w:rPr>
                      <w:rFonts w:ascii="Cambria Math" w:hAnsi="Cambria Math"/>
                      <w:sz w:val="28"/>
                      <w:szCs w:val="28"/>
                    </w:rPr>
                    <m:t>4</m:t>
                  </m:r>
                </m:den>
              </m:f>
            </m:oMath>
            <w:r w:rsidRPr="00DC73E0">
              <w:rPr>
                <w:szCs w:val="28"/>
              </w:rPr>
              <w:t xml:space="preserve"> và có cùng mẫu số với </w:t>
            </w:r>
            <m:oMath>
              <m:f>
                <m:fPr>
                  <m:ctrlPr>
                    <w:rPr>
                      <w:rFonts w:ascii="Cambria Math" w:hAnsi="Cambria Math"/>
                      <w:sz w:val="28"/>
                      <w:szCs w:val="28"/>
                    </w:rPr>
                  </m:ctrlPr>
                </m:fPr>
                <m:num>
                  <m:r>
                    <w:rPr>
                      <w:rFonts w:ascii="Cambria Math" w:hAnsi="Cambria Math"/>
                      <w:sz w:val="28"/>
                      <w:szCs w:val="28"/>
                    </w:rPr>
                    <m:t>3</m:t>
                  </m:r>
                </m:num>
                <m:den>
                  <m:r>
                    <w:rPr>
                      <w:rFonts w:ascii="Cambria Math" w:hAnsi="Cambria Math"/>
                      <w:sz w:val="28"/>
                      <w:szCs w:val="28"/>
                    </w:rPr>
                    <m:t>8</m:t>
                  </m:r>
                </m:den>
              </m:f>
            </m:oMath>
            <w:r w:rsidRPr="00DC73E0">
              <w:rPr>
                <w:szCs w:val="28"/>
              </w:rPr>
              <w:t>.</w:t>
            </w:r>
          </w:p>
        </w:tc>
      </w:tr>
      <w:tr w:rsidR="00DC73E0" w:rsidRPr="00DC73E0" w:rsidTr="00DC73E0">
        <w:trPr>
          <w:jc w:val="center"/>
        </w:trPr>
        <w:tc>
          <w:tcPr>
            <w:tcW w:w="4702" w:type="dxa"/>
            <w:shd w:val="clear" w:color="auto" w:fill="auto"/>
          </w:tcPr>
          <w:p w:rsidR="0044196C" w:rsidRPr="00DC73E0" w:rsidRDefault="0044196C" w:rsidP="0044196C">
            <w:pPr>
              <w:rPr>
                <w:sz w:val="28"/>
                <w:szCs w:val="28"/>
              </w:rPr>
            </w:pPr>
            <w:r w:rsidRPr="00DC73E0">
              <w:rPr>
                <w:szCs w:val="28"/>
              </w:rPr>
              <w:t xml:space="preserve">- Gợi ý: Cần biến </w:t>
            </w:r>
            <m:oMath>
              <m:f>
                <m:fPr>
                  <m:ctrlPr>
                    <w:rPr>
                      <w:rFonts w:ascii="Cambria Math" w:hAnsi="Cambria Math"/>
                      <w:sz w:val="28"/>
                      <w:szCs w:val="28"/>
                    </w:rPr>
                  </m:ctrlPr>
                </m:fPr>
                <m:num>
                  <m:r>
                    <w:rPr>
                      <w:rFonts w:ascii="Cambria Math" w:hAnsi="Cambria Math"/>
                      <w:sz w:val="28"/>
                      <w:szCs w:val="28"/>
                    </w:rPr>
                    <m:t>1</m:t>
                  </m:r>
                </m:num>
                <m:den>
                  <m:r>
                    <w:rPr>
                      <w:rFonts w:ascii="Cambria Math" w:hAnsi="Cambria Math"/>
                      <w:sz w:val="28"/>
                      <w:szCs w:val="28"/>
                    </w:rPr>
                    <m:t>4</m:t>
                  </m:r>
                </m:den>
              </m:f>
            </m:oMath>
            <w:r w:rsidRPr="00DC73E0">
              <w:rPr>
                <w:szCs w:val="28"/>
              </w:rPr>
              <w:t xml:space="preserve"> thành phân số mới có mẫu số 8; yêu cầu HS làm ra nháp.</w:t>
            </w:r>
          </w:p>
        </w:tc>
        <w:tc>
          <w:tcPr>
            <w:tcW w:w="4702" w:type="dxa"/>
            <w:shd w:val="clear" w:color="auto" w:fill="auto"/>
          </w:tcPr>
          <w:p w:rsidR="0044196C" w:rsidRPr="00DC73E0" w:rsidRDefault="0044196C" w:rsidP="0044196C">
            <w:pPr>
              <w:rPr>
                <w:sz w:val="28"/>
                <w:szCs w:val="28"/>
              </w:rPr>
            </w:pPr>
            <w:r w:rsidRPr="00DC73E0">
              <w:rPr>
                <w:szCs w:val="28"/>
              </w:rPr>
              <w:t xml:space="preserve">- HS làm nháp: </w:t>
            </w:r>
            <m:oMath>
              <m:f>
                <m:fPr>
                  <m:ctrlPr>
                    <w:rPr>
                      <w:rFonts w:ascii="Cambria Math" w:hAnsi="Cambria Math"/>
                      <w:sz w:val="28"/>
                      <w:szCs w:val="28"/>
                    </w:rPr>
                  </m:ctrlPr>
                </m:fPr>
                <m:num>
                  <m:r>
                    <w:rPr>
                      <w:rFonts w:ascii="Cambria Math" w:hAnsi="Cambria Math"/>
                      <w:sz w:val="28"/>
                      <w:szCs w:val="28"/>
                    </w:rPr>
                    <m:t>1</m:t>
                  </m:r>
                </m:num>
                <m:den>
                  <m:r>
                    <w:rPr>
                      <w:rFonts w:ascii="Cambria Math" w:hAnsi="Cambria Math"/>
                      <w:sz w:val="28"/>
                      <w:szCs w:val="28"/>
                    </w:rPr>
                    <m:t>4</m:t>
                  </m:r>
                </m:den>
              </m:f>
            </m:oMath>
            <w:r w:rsidRPr="00DC73E0">
              <w:rPr>
                <w:szCs w:val="28"/>
              </w:rPr>
              <w:t xml:space="preserve"> = </w:t>
            </w:r>
            <m:oMath>
              <m:f>
                <m:fPr>
                  <m:ctrlPr>
                    <w:rPr>
                      <w:rFonts w:ascii="Cambria Math" w:hAnsi="Cambria Math"/>
                      <w:sz w:val="28"/>
                      <w:szCs w:val="28"/>
                    </w:rPr>
                  </m:ctrlPr>
                </m:fPr>
                <m:num>
                  <m:r>
                    <w:rPr>
                      <w:rFonts w:ascii="Cambria Math" w:hAnsi="Cambria Math"/>
                      <w:sz w:val="28"/>
                      <w:szCs w:val="28"/>
                    </w:rPr>
                    <m:t>1×2</m:t>
                  </m:r>
                </m:num>
                <m:den>
                  <m:r>
                    <w:rPr>
                      <w:rFonts w:ascii="Cambria Math" w:hAnsi="Cambria Math"/>
                      <w:sz w:val="28"/>
                      <w:szCs w:val="28"/>
                    </w:rPr>
                    <m:t>4×2</m:t>
                  </m:r>
                </m:den>
              </m:f>
            </m:oMath>
            <w:r w:rsidRPr="00DC73E0">
              <w:rPr>
                <w:szCs w:val="28"/>
              </w:rPr>
              <w:t xml:space="preserve"> = </w:t>
            </w:r>
            <m:oMath>
              <m:f>
                <m:fPr>
                  <m:ctrlPr>
                    <w:rPr>
                      <w:rFonts w:ascii="Cambria Math" w:hAnsi="Cambria Math"/>
                      <w:sz w:val="28"/>
                      <w:szCs w:val="28"/>
                    </w:rPr>
                  </m:ctrlPr>
                </m:fPr>
                <m:num>
                  <m:r>
                    <w:rPr>
                      <w:rFonts w:ascii="Cambria Math" w:hAnsi="Cambria Math"/>
                      <w:sz w:val="28"/>
                      <w:szCs w:val="28"/>
                    </w:rPr>
                    <m:t>2</m:t>
                  </m:r>
                </m:num>
                <m:den>
                  <m:r>
                    <w:rPr>
                      <w:rFonts w:ascii="Cambria Math" w:hAnsi="Cambria Math"/>
                      <w:sz w:val="28"/>
                      <w:szCs w:val="28"/>
                    </w:rPr>
                    <m:t>8</m:t>
                  </m:r>
                </m:den>
              </m:f>
            </m:oMath>
            <w:r w:rsidRPr="00DC73E0">
              <w:rPr>
                <w:szCs w:val="28"/>
              </w:rPr>
              <w:t>.</w:t>
            </w:r>
          </w:p>
        </w:tc>
      </w:tr>
      <w:tr w:rsidR="00DC73E0" w:rsidRPr="00DC73E0" w:rsidTr="00DC73E0">
        <w:trPr>
          <w:jc w:val="center"/>
        </w:trPr>
        <w:tc>
          <w:tcPr>
            <w:tcW w:w="4702" w:type="dxa"/>
            <w:shd w:val="clear" w:color="auto" w:fill="auto"/>
          </w:tcPr>
          <w:p w:rsidR="0044196C" w:rsidRPr="00DC73E0" w:rsidRDefault="0044196C" w:rsidP="0044196C">
            <w:pPr>
              <w:rPr>
                <w:sz w:val="28"/>
                <w:szCs w:val="28"/>
              </w:rPr>
            </w:pPr>
            <w:r w:rsidRPr="00DC73E0">
              <w:rPr>
                <w:szCs w:val="28"/>
              </w:rPr>
              <w:t xml:space="preserve">- Yêu cầu HS so sánh mẫu số của </w:t>
            </w:r>
            <m:oMath>
              <m:f>
                <m:fPr>
                  <m:ctrlPr>
                    <w:rPr>
                      <w:rFonts w:ascii="Cambria Math" w:hAnsi="Cambria Math"/>
                      <w:sz w:val="28"/>
                      <w:szCs w:val="28"/>
                    </w:rPr>
                  </m:ctrlPr>
                </m:fPr>
                <m:num>
                  <m:r>
                    <w:rPr>
                      <w:rFonts w:ascii="Cambria Math" w:hAnsi="Cambria Math"/>
                      <w:sz w:val="28"/>
                      <w:szCs w:val="28"/>
                    </w:rPr>
                    <m:t>2</m:t>
                  </m:r>
                </m:num>
                <m:den>
                  <m:r>
                    <w:rPr>
                      <w:rFonts w:ascii="Cambria Math" w:hAnsi="Cambria Math"/>
                      <w:sz w:val="28"/>
                      <w:szCs w:val="28"/>
                    </w:rPr>
                    <m:t>8</m:t>
                  </m:r>
                </m:den>
              </m:f>
            </m:oMath>
            <w:r w:rsidRPr="00DC73E0">
              <w:rPr>
                <w:szCs w:val="28"/>
              </w:rPr>
              <w:t xml:space="preserve"> </w:t>
            </w:r>
            <w:proofErr w:type="gramStart"/>
            <w:r w:rsidRPr="00DC73E0">
              <w:rPr>
                <w:szCs w:val="28"/>
              </w:rPr>
              <w:t xml:space="preserve">và </w:t>
            </w:r>
            <w:proofErr w:type="gramEnd"/>
            <m:oMath>
              <m:f>
                <m:fPr>
                  <m:ctrlPr>
                    <w:rPr>
                      <w:rFonts w:ascii="Cambria Math" w:hAnsi="Cambria Math"/>
                      <w:sz w:val="28"/>
                      <w:szCs w:val="28"/>
                    </w:rPr>
                  </m:ctrlPr>
                </m:fPr>
                <m:num>
                  <m:r>
                    <w:rPr>
                      <w:rFonts w:ascii="Cambria Math" w:hAnsi="Cambria Math"/>
                      <w:sz w:val="28"/>
                      <w:szCs w:val="28"/>
                    </w:rPr>
                    <m:t>3</m:t>
                  </m:r>
                </m:num>
                <m:den>
                  <m:r>
                    <w:rPr>
                      <w:rFonts w:ascii="Cambria Math" w:hAnsi="Cambria Math"/>
                      <w:sz w:val="28"/>
                      <w:szCs w:val="28"/>
                    </w:rPr>
                    <m:t>8</m:t>
                  </m:r>
                </m:den>
              </m:f>
            </m:oMath>
            <w:r w:rsidRPr="00DC73E0">
              <w:rPr>
                <w:szCs w:val="28"/>
              </w:rPr>
              <w:t>.</w:t>
            </w:r>
          </w:p>
        </w:tc>
        <w:tc>
          <w:tcPr>
            <w:tcW w:w="4702" w:type="dxa"/>
            <w:shd w:val="clear" w:color="auto" w:fill="auto"/>
          </w:tcPr>
          <w:p w:rsidR="0044196C" w:rsidRPr="00DC73E0" w:rsidRDefault="0044196C" w:rsidP="0044196C">
            <w:pPr>
              <w:rPr>
                <w:sz w:val="28"/>
                <w:szCs w:val="28"/>
              </w:rPr>
            </w:pPr>
            <w:r w:rsidRPr="00DC73E0">
              <w:rPr>
                <w:szCs w:val="28"/>
              </w:rPr>
              <w:t>- HS trả lời: Hai phân số có cùng mẫu số là 8.</w:t>
            </w:r>
          </w:p>
        </w:tc>
      </w:tr>
      <w:tr w:rsidR="00DC73E0" w:rsidRPr="00DC73E0" w:rsidTr="00DC73E0">
        <w:trPr>
          <w:jc w:val="center"/>
        </w:trPr>
        <w:tc>
          <w:tcPr>
            <w:tcW w:w="4702" w:type="dxa"/>
            <w:shd w:val="clear" w:color="auto" w:fill="auto"/>
          </w:tcPr>
          <w:p w:rsidR="0044196C" w:rsidRPr="00DC73E0" w:rsidRDefault="0044196C" w:rsidP="0044196C">
            <w:pPr>
              <w:rPr>
                <w:sz w:val="28"/>
                <w:szCs w:val="28"/>
              </w:rPr>
            </w:pPr>
            <w:r w:rsidRPr="00DC73E0">
              <w:rPr>
                <w:szCs w:val="28"/>
              </w:rPr>
              <w:t xml:space="preserve">- GV giúp HS hiểu: Quy đồng mẫu số của </w:t>
            </w:r>
            <m:oMath>
              <m:f>
                <m:fPr>
                  <m:ctrlPr>
                    <w:rPr>
                      <w:rFonts w:ascii="Cambria Math" w:hAnsi="Cambria Math"/>
                      <w:sz w:val="28"/>
                      <w:szCs w:val="28"/>
                    </w:rPr>
                  </m:ctrlPr>
                </m:fPr>
                <m:num>
                  <m:r>
                    <w:rPr>
                      <w:rFonts w:ascii="Cambria Math" w:hAnsi="Cambria Math"/>
                      <w:sz w:val="28"/>
                      <w:szCs w:val="28"/>
                    </w:rPr>
                    <m:t>1</m:t>
                  </m:r>
                </m:num>
                <m:den>
                  <m:r>
                    <w:rPr>
                      <w:rFonts w:ascii="Cambria Math" w:hAnsi="Cambria Math"/>
                      <w:sz w:val="28"/>
                      <w:szCs w:val="28"/>
                    </w:rPr>
                    <m:t>4</m:t>
                  </m:r>
                </m:den>
              </m:f>
            </m:oMath>
            <w:r w:rsidRPr="00DC73E0">
              <w:rPr>
                <w:szCs w:val="28"/>
              </w:rPr>
              <w:t xml:space="preserve"> và </w:t>
            </w:r>
            <m:oMath>
              <m:f>
                <m:fPr>
                  <m:ctrlPr>
                    <w:rPr>
                      <w:rFonts w:ascii="Cambria Math" w:hAnsi="Cambria Math"/>
                      <w:sz w:val="28"/>
                      <w:szCs w:val="28"/>
                    </w:rPr>
                  </m:ctrlPr>
                </m:fPr>
                <m:num>
                  <m:r>
                    <w:rPr>
                      <w:rFonts w:ascii="Cambria Math" w:hAnsi="Cambria Math"/>
                      <w:sz w:val="28"/>
                      <w:szCs w:val="28"/>
                    </w:rPr>
                    <m:t>3</m:t>
                  </m:r>
                </m:num>
                <m:den>
                  <m:r>
                    <w:rPr>
                      <w:rFonts w:ascii="Cambria Math" w:hAnsi="Cambria Math"/>
                      <w:sz w:val="28"/>
                      <w:szCs w:val="28"/>
                    </w:rPr>
                    <m:t>8</m:t>
                  </m:r>
                </m:den>
              </m:f>
            </m:oMath>
            <w:r w:rsidRPr="00DC73E0">
              <w:rPr>
                <w:szCs w:val="28"/>
              </w:rPr>
              <w:t xml:space="preserve"> là tìm được các phân số bằng chúng và có cùng mẫu số (mẫu số chung là 8).</w:t>
            </w:r>
          </w:p>
        </w:tc>
        <w:tc>
          <w:tcPr>
            <w:tcW w:w="4702" w:type="dxa"/>
            <w:shd w:val="clear" w:color="auto" w:fill="auto"/>
          </w:tcPr>
          <w:p w:rsidR="0044196C" w:rsidRPr="00DC73E0" w:rsidRDefault="0044196C" w:rsidP="0044196C">
            <w:pPr>
              <w:rPr>
                <w:sz w:val="28"/>
                <w:szCs w:val="28"/>
              </w:rPr>
            </w:pPr>
            <w:r w:rsidRPr="00DC73E0">
              <w:rPr>
                <w:szCs w:val="28"/>
              </w:rPr>
              <w:t>- HS nêu lại: Quy đồng là đưa các phân số về cùng mẫu số (ở đây là 8).</w:t>
            </w:r>
          </w:p>
        </w:tc>
      </w:tr>
      <w:tr w:rsidR="00DC73E0" w:rsidRPr="00DC73E0" w:rsidTr="00DC73E0">
        <w:trPr>
          <w:jc w:val="center"/>
        </w:trPr>
        <w:tc>
          <w:tcPr>
            <w:tcW w:w="4702" w:type="dxa"/>
            <w:shd w:val="clear" w:color="auto" w:fill="auto"/>
          </w:tcPr>
          <w:p w:rsidR="0044196C" w:rsidRPr="00DC73E0" w:rsidRDefault="0044196C" w:rsidP="0044196C">
            <w:pPr>
              <w:rPr>
                <w:sz w:val="28"/>
                <w:szCs w:val="28"/>
              </w:rPr>
            </w:pPr>
            <w:r w:rsidRPr="00DC73E0">
              <w:rPr>
                <w:szCs w:val="28"/>
              </w:rPr>
              <w:t xml:space="preserve">- GV nêu quy tắc: Muốn quy đồng mẫu số </w:t>
            </w:r>
            <w:r w:rsidRPr="00DC73E0">
              <w:rPr>
                <w:szCs w:val="28"/>
              </w:rPr>
              <w:lastRenderedPageBreak/>
              <w:t>hai phân số (trường hợp có một mẫu số chia hết cho mẫu số còn lại), thực hiện 3 bước</w:t>
            </w:r>
            <w:proofErr w:type="gramStart"/>
            <w:r w:rsidRPr="00DC73E0">
              <w:rPr>
                <w:szCs w:val="28"/>
              </w:rPr>
              <w:t>:</w:t>
            </w:r>
            <w:proofErr w:type="gramEnd"/>
            <w:r w:rsidRPr="00DC73E0">
              <w:rPr>
                <w:szCs w:val="28"/>
              </w:rPr>
              <w:br/>
              <w:t>+ Bước 1: Xác định mẫu số chung.</w:t>
            </w:r>
            <w:r w:rsidRPr="00DC73E0">
              <w:rPr>
                <w:szCs w:val="28"/>
              </w:rPr>
              <w:br/>
              <w:t>+ Bước 2: Tìm thương của mẫu số chung và mẫu số của phân số kia.</w:t>
            </w:r>
            <w:r w:rsidRPr="00DC73E0">
              <w:rPr>
                <w:szCs w:val="28"/>
              </w:rPr>
              <w:br/>
              <w:t>+ Bước 3: Lấy thương nhân với tử số và mẫu số của phân số kia; giữ nguyên phân số còn lại.</w:t>
            </w:r>
          </w:p>
        </w:tc>
        <w:tc>
          <w:tcPr>
            <w:tcW w:w="4702" w:type="dxa"/>
            <w:shd w:val="clear" w:color="auto" w:fill="auto"/>
          </w:tcPr>
          <w:p w:rsidR="0044196C" w:rsidRPr="00DC73E0" w:rsidRDefault="0044196C" w:rsidP="0044196C">
            <w:pPr>
              <w:rPr>
                <w:sz w:val="28"/>
                <w:szCs w:val="28"/>
              </w:rPr>
            </w:pPr>
            <w:r w:rsidRPr="00DC73E0">
              <w:rPr>
                <w:szCs w:val="28"/>
              </w:rPr>
              <w:lastRenderedPageBreak/>
              <w:t xml:space="preserve">- HS lắng nghe, ghi nhớ và tóm tắt quy tắc </w:t>
            </w:r>
            <w:r w:rsidRPr="00DC73E0">
              <w:rPr>
                <w:szCs w:val="28"/>
              </w:rPr>
              <w:lastRenderedPageBreak/>
              <w:t>vào vở.</w:t>
            </w:r>
          </w:p>
        </w:tc>
      </w:tr>
      <w:tr w:rsidR="00DC73E0" w:rsidRPr="00DC73E0" w:rsidTr="00DC73E0">
        <w:trPr>
          <w:jc w:val="center"/>
        </w:trPr>
        <w:tc>
          <w:tcPr>
            <w:tcW w:w="4702" w:type="dxa"/>
            <w:shd w:val="clear" w:color="auto" w:fill="auto"/>
          </w:tcPr>
          <w:p w:rsidR="0044196C" w:rsidRPr="00DC73E0" w:rsidRDefault="0044196C" w:rsidP="0044196C">
            <w:pPr>
              <w:rPr>
                <w:sz w:val="28"/>
                <w:szCs w:val="28"/>
              </w:rPr>
            </w:pPr>
            <w:r w:rsidRPr="00DC73E0">
              <w:rPr>
                <w:szCs w:val="28"/>
              </w:rPr>
              <w:lastRenderedPageBreak/>
              <w:t xml:space="preserve">- Yêu cầu: Quy đồng mẫu số hai phân số </w:t>
            </w:r>
            <m:oMath>
              <m:f>
                <m:fPr>
                  <m:ctrlPr>
                    <w:rPr>
                      <w:rFonts w:ascii="Cambria Math" w:hAnsi="Cambria Math"/>
                      <w:sz w:val="28"/>
                      <w:szCs w:val="28"/>
                    </w:rPr>
                  </m:ctrlPr>
                </m:fPr>
                <m:num>
                  <m:r>
                    <w:rPr>
                      <w:rFonts w:ascii="Cambria Math" w:hAnsi="Cambria Math"/>
                      <w:sz w:val="28"/>
                      <w:szCs w:val="28"/>
                    </w:rPr>
                    <m:t>3</m:t>
                  </m:r>
                </m:num>
                <m:den>
                  <m:r>
                    <w:rPr>
                      <w:rFonts w:ascii="Cambria Math" w:hAnsi="Cambria Math"/>
                      <w:sz w:val="28"/>
                      <w:szCs w:val="28"/>
                    </w:rPr>
                    <m:t>4</m:t>
                  </m:r>
                </m:den>
              </m:f>
            </m:oMath>
            <w:r w:rsidRPr="00DC73E0">
              <w:rPr>
                <w:szCs w:val="28"/>
              </w:rPr>
              <w:t xml:space="preserve"> </w:t>
            </w:r>
            <w:proofErr w:type="gramStart"/>
            <w:r w:rsidRPr="00DC73E0">
              <w:rPr>
                <w:szCs w:val="28"/>
              </w:rPr>
              <w:t xml:space="preserve">và </w:t>
            </w:r>
            <w:proofErr w:type="gramEnd"/>
            <m:oMath>
              <m:f>
                <m:fPr>
                  <m:ctrlPr>
                    <w:rPr>
                      <w:rFonts w:ascii="Cambria Math" w:hAnsi="Cambria Math"/>
                      <w:sz w:val="28"/>
                      <w:szCs w:val="28"/>
                    </w:rPr>
                  </m:ctrlPr>
                </m:fPr>
                <m:num>
                  <m:r>
                    <w:rPr>
                      <w:rFonts w:ascii="Cambria Math" w:hAnsi="Cambria Math"/>
                      <w:sz w:val="28"/>
                      <w:szCs w:val="28"/>
                    </w:rPr>
                    <m:t>5</m:t>
                  </m:r>
                </m:num>
                <m:den>
                  <m:r>
                    <w:rPr>
                      <w:rFonts w:ascii="Cambria Math" w:hAnsi="Cambria Math"/>
                      <w:sz w:val="28"/>
                      <w:szCs w:val="28"/>
                    </w:rPr>
                    <m:t>12</m:t>
                  </m:r>
                </m:den>
              </m:f>
            </m:oMath>
            <w:r w:rsidRPr="00DC73E0">
              <w:rPr>
                <w:szCs w:val="28"/>
              </w:rPr>
              <w:t>.</w:t>
            </w:r>
          </w:p>
        </w:tc>
        <w:tc>
          <w:tcPr>
            <w:tcW w:w="4702" w:type="dxa"/>
            <w:shd w:val="clear" w:color="auto" w:fill="auto"/>
          </w:tcPr>
          <w:p w:rsidR="0044196C" w:rsidRPr="00DC73E0" w:rsidRDefault="0044196C" w:rsidP="0044196C">
            <w:pPr>
              <w:rPr>
                <w:sz w:val="28"/>
                <w:szCs w:val="28"/>
              </w:rPr>
            </w:pPr>
            <w:r w:rsidRPr="00DC73E0">
              <w:rPr>
                <w:szCs w:val="28"/>
              </w:rPr>
              <w:t xml:space="preserve">- HS làm vở nháp: MSC = 12; </w:t>
            </w:r>
            <m:oMath>
              <m:f>
                <m:fPr>
                  <m:ctrlPr>
                    <w:rPr>
                      <w:rFonts w:ascii="Cambria Math" w:hAnsi="Cambria Math"/>
                      <w:sz w:val="28"/>
                      <w:szCs w:val="28"/>
                    </w:rPr>
                  </m:ctrlPr>
                </m:fPr>
                <m:num>
                  <m:r>
                    <w:rPr>
                      <w:rFonts w:ascii="Cambria Math" w:hAnsi="Cambria Math"/>
                      <w:sz w:val="28"/>
                      <w:szCs w:val="28"/>
                    </w:rPr>
                    <m:t>3</m:t>
                  </m:r>
                </m:num>
                <m:den>
                  <m:r>
                    <w:rPr>
                      <w:rFonts w:ascii="Cambria Math" w:hAnsi="Cambria Math"/>
                      <w:sz w:val="28"/>
                      <w:szCs w:val="28"/>
                    </w:rPr>
                    <m:t>4</m:t>
                  </m:r>
                </m:den>
              </m:f>
            </m:oMath>
            <w:r w:rsidRPr="00DC73E0">
              <w:rPr>
                <w:szCs w:val="28"/>
              </w:rPr>
              <w:t xml:space="preserve"> = </w:t>
            </w:r>
            <m:oMath>
              <m:f>
                <m:fPr>
                  <m:ctrlPr>
                    <w:rPr>
                      <w:rFonts w:ascii="Cambria Math" w:hAnsi="Cambria Math"/>
                      <w:sz w:val="28"/>
                      <w:szCs w:val="28"/>
                    </w:rPr>
                  </m:ctrlPr>
                </m:fPr>
                <m:num>
                  <m:r>
                    <w:rPr>
                      <w:rFonts w:ascii="Cambria Math" w:hAnsi="Cambria Math"/>
                      <w:sz w:val="28"/>
                      <w:szCs w:val="28"/>
                    </w:rPr>
                    <m:t>3×3</m:t>
                  </m:r>
                </m:num>
                <m:den>
                  <m:r>
                    <w:rPr>
                      <w:rFonts w:ascii="Cambria Math" w:hAnsi="Cambria Math"/>
                      <w:sz w:val="28"/>
                      <w:szCs w:val="28"/>
                    </w:rPr>
                    <m:t>4×3</m:t>
                  </m:r>
                </m:den>
              </m:f>
            </m:oMath>
            <w:r w:rsidRPr="00DC73E0">
              <w:rPr>
                <w:szCs w:val="28"/>
              </w:rPr>
              <w:t xml:space="preserve"> = </w:t>
            </w:r>
            <m:oMath>
              <m:f>
                <m:fPr>
                  <m:ctrlPr>
                    <w:rPr>
                      <w:rFonts w:ascii="Cambria Math" w:hAnsi="Cambria Math"/>
                      <w:sz w:val="28"/>
                      <w:szCs w:val="28"/>
                    </w:rPr>
                  </m:ctrlPr>
                </m:fPr>
                <m:num>
                  <m:r>
                    <w:rPr>
                      <w:rFonts w:ascii="Cambria Math" w:hAnsi="Cambria Math"/>
                      <w:sz w:val="28"/>
                      <w:szCs w:val="28"/>
                    </w:rPr>
                    <m:t>9</m:t>
                  </m:r>
                </m:num>
                <m:den>
                  <m:r>
                    <w:rPr>
                      <w:rFonts w:ascii="Cambria Math" w:hAnsi="Cambria Math"/>
                      <w:sz w:val="28"/>
                      <w:szCs w:val="28"/>
                    </w:rPr>
                    <m:t>12</m:t>
                  </m:r>
                </m:den>
              </m:f>
            </m:oMath>
            <w:r w:rsidRPr="00DC73E0">
              <w:rPr>
                <w:szCs w:val="28"/>
              </w:rPr>
              <w:t xml:space="preserve">; giữ nguyên </w:t>
            </w:r>
            <m:oMath>
              <m:f>
                <m:fPr>
                  <m:ctrlPr>
                    <w:rPr>
                      <w:rFonts w:ascii="Cambria Math" w:hAnsi="Cambria Math"/>
                      <w:sz w:val="28"/>
                      <w:szCs w:val="28"/>
                    </w:rPr>
                  </m:ctrlPr>
                </m:fPr>
                <m:num>
                  <m:r>
                    <w:rPr>
                      <w:rFonts w:ascii="Cambria Math" w:hAnsi="Cambria Math"/>
                      <w:sz w:val="28"/>
                      <w:szCs w:val="28"/>
                    </w:rPr>
                    <m:t>5</m:t>
                  </m:r>
                </m:num>
                <m:den>
                  <m:r>
                    <w:rPr>
                      <w:rFonts w:ascii="Cambria Math" w:hAnsi="Cambria Math"/>
                      <w:sz w:val="28"/>
                      <w:szCs w:val="28"/>
                    </w:rPr>
                    <m:t>12</m:t>
                  </m:r>
                </m:den>
              </m:f>
            </m:oMath>
            <w:r w:rsidRPr="00DC73E0">
              <w:rPr>
                <w:szCs w:val="28"/>
              </w:rPr>
              <w:t xml:space="preserve">. Kết quả: </w:t>
            </w:r>
            <m:oMath>
              <m:f>
                <m:fPr>
                  <m:ctrlPr>
                    <w:rPr>
                      <w:rFonts w:ascii="Cambria Math" w:hAnsi="Cambria Math"/>
                      <w:sz w:val="28"/>
                      <w:szCs w:val="28"/>
                    </w:rPr>
                  </m:ctrlPr>
                </m:fPr>
                <m:num>
                  <m:r>
                    <w:rPr>
                      <w:rFonts w:ascii="Cambria Math" w:hAnsi="Cambria Math"/>
                      <w:sz w:val="28"/>
                      <w:szCs w:val="28"/>
                    </w:rPr>
                    <m:t>9</m:t>
                  </m:r>
                </m:num>
                <m:den>
                  <m:r>
                    <w:rPr>
                      <w:rFonts w:ascii="Cambria Math" w:hAnsi="Cambria Math"/>
                      <w:sz w:val="28"/>
                      <w:szCs w:val="28"/>
                    </w:rPr>
                    <m:t>12</m:t>
                  </m:r>
                </m:den>
              </m:f>
            </m:oMath>
            <w:r w:rsidRPr="00DC73E0">
              <w:rPr>
                <w:szCs w:val="28"/>
              </w:rPr>
              <w:t xml:space="preserve"> và </w:t>
            </w:r>
            <m:oMath>
              <m:f>
                <m:fPr>
                  <m:ctrlPr>
                    <w:rPr>
                      <w:rFonts w:ascii="Cambria Math" w:hAnsi="Cambria Math"/>
                      <w:sz w:val="28"/>
                      <w:szCs w:val="28"/>
                    </w:rPr>
                  </m:ctrlPr>
                </m:fPr>
                <m:num>
                  <m:r>
                    <w:rPr>
                      <w:rFonts w:ascii="Cambria Math" w:hAnsi="Cambria Math"/>
                      <w:sz w:val="28"/>
                      <w:szCs w:val="28"/>
                    </w:rPr>
                    <m:t>5</m:t>
                  </m:r>
                </m:num>
                <m:den>
                  <m:r>
                    <w:rPr>
                      <w:rFonts w:ascii="Cambria Math" w:hAnsi="Cambria Math"/>
                      <w:sz w:val="28"/>
                      <w:szCs w:val="28"/>
                    </w:rPr>
                    <m:t>12</m:t>
                  </m:r>
                </m:den>
              </m:f>
            </m:oMath>
            <w:r w:rsidRPr="00DC73E0">
              <w:rPr>
                <w:szCs w:val="28"/>
              </w:rPr>
              <w:t>.</w:t>
            </w:r>
          </w:p>
        </w:tc>
      </w:tr>
      <w:tr w:rsidR="00DC73E0" w:rsidRPr="00DC73E0" w:rsidTr="00DC73E0">
        <w:trPr>
          <w:jc w:val="center"/>
        </w:trPr>
        <w:tc>
          <w:tcPr>
            <w:tcW w:w="4702" w:type="dxa"/>
            <w:tcBorders>
              <w:bottom w:val="single" w:sz="4" w:space="0" w:color="auto"/>
            </w:tcBorders>
            <w:shd w:val="clear" w:color="auto" w:fill="auto"/>
          </w:tcPr>
          <w:p w:rsidR="0044196C" w:rsidRPr="00DC73E0" w:rsidRDefault="0044196C" w:rsidP="0044196C">
            <w:pPr>
              <w:rPr>
                <w:sz w:val="28"/>
                <w:szCs w:val="28"/>
              </w:rPr>
            </w:pPr>
            <w:r w:rsidRPr="00DC73E0">
              <w:rPr>
                <w:szCs w:val="28"/>
              </w:rPr>
              <w:t>- GV chiếu vở nháp HS và chữa; nhận xét, khen ngợi.</w:t>
            </w:r>
          </w:p>
        </w:tc>
        <w:tc>
          <w:tcPr>
            <w:tcW w:w="4702" w:type="dxa"/>
            <w:tcBorders>
              <w:bottom w:val="single" w:sz="4" w:space="0" w:color="auto"/>
            </w:tcBorders>
            <w:shd w:val="clear" w:color="auto" w:fill="auto"/>
          </w:tcPr>
          <w:p w:rsidR="0044196C" w:rsidRPr="00DC73E0" w:rsidRDefault="0044196C" w:rsidP="0044196C">
            <w:pPr>
              <w:rPr>
                <w:sz w:val="28"/>
                <w:szCs w:val="28"/>
              </w:rPr>
            </w:pPr>
            <w:r w:rsidRPr="00DC73E0">
              <w:rPr>
                <w:szCs w:val="28"/>
              </w:rPr>
              <w:t>- HS đối chiếu, sửa bài nếu cần.</w:t>
            </w:r>
          </w:p>
        </w:tc>
      </w:tr>
      <w:tr w:rsidR="00DC73E0" w:rsidRPr="00DC73E0" w:rsidTr="00DC73E0">
        <w:trPr>
          <w:cantSplit/>
          <w:jc w:val="center"/>
        </w:trPr>
        <w:tc>
          <w:tcPr>
            <w:tcW w:w="9404" w:type="dxa"/>
            <w:gridSpan w:val="2"/>
            <w:tcBorders>
              <w:top w:val="single" w:sz="4" w:space="0" w:color="auto"/>
              <w:bottom w:val="single" w:sz="4" w:space="0" w:color="auto"/>
            </w:tcBorders>
            <w:shd w:val="clear" w:color="auto" w:fill="auto"/>
          </w:tcPr>
          <w:p w:rsidR="0044196C" w:rsidRPr="00DC73E0" w:rsidRDefault="00B17B87" w:rsidP="0044196C">
            <w:pPr>
              <w:rPr>
                <w:sz w:val="28"/>
                <w:szCs w:val="28"/>
              </w:rPr>
            </w:pPr>
            <w:r w:rsidRPr="00DC73E0">
              <w:rPr>
                <w:b/>
              </w:rPr>
              <w:t>3. Luyện tập:</w:t>
            </w:r>
          </w:p>
          <w:p w:rsidR="00581890" w:rsidRPr="00DC73E0" w:rsidRDefault="007F75C5">
            <w:r w:rsidRPr="00DC73E0">
              <w:rPr>
                <w:b/>
              </w:rPr>
              <w:t xml:space="preserve">- Mục tiêu: </w:t>
            </w:r>
            <w:r w:rsidRPr="00DC73E0">
              <w:t>Luyện quy đồng mẫu số theo mẫu và vận dụng vào bài tập.</w:t>
            </w:r>
          </w:p>
          <w:p w:rsidR="00581890" w:rsidRPr="00DC73E0" w:rsidRDefault="007F75C5">
            <w:r w:rsidRPr="00DC73E0">
              <w:rPr>
                <w:b/>
                <w:i/>
              </w:rPr>
              <w:t>*Cách tiến hành:</w:t>
            </w:r>
          </w:p>
        </w:tc>
      </w:tr>
      <w:tr w:rsidR="00DC73E0" w:rsidRPr="00DC73E0" w:rsidTr="00DC73E0">
        <w:trPr>
          <w:jc w:val="center"/>
        </w:trPr>
        <w:tc>
          <w:tcPr>
            <w:tcW w:w="9404" w:type="dxa"/>
            <w:gridSpan w:val="2"/>
            <w:tcBorders>
              <w:top w:val="single" w:sz="4" w:space="0" w:color="auto"/>
              <w:bottom w:val="single" w:sz="4" w:space="0" w:color="auto"/>
            </w:tcBorders>
            <w:shd w:val="clear" w:color="auto" w:fill="auto"/>
          </w:tcPr>
          <w:p w:rsidR="0044196C" w:rsidRPr="00DC73E0" w:rsidRDefault="0044196C" w:rsidP="0044196C">
            <w:pPr>
              <w:rPr>
                <w:sz w:val="28"/>
                <w:szCs w:val="28"/>
              </w:rPr>
            </w:pPr>
            <w:r w:rsidRPr="00DC73E0">
              <w:rPr>
                <w:b/>
                <w:szCs w:val="28"/>
              </w:rPr>
              <w:t>Bài 1</w:t>
            </w:r>
          </w:p>
        </w:tc>
      </w:tr>
      <w:tr w:rsidR="00DC73E0" w:rsidRPr="00DC73E0" w:rsidTr="00DC73E0">
        <w:trPr>
          <w:jc w:val="center"/>
        </w:trPr>
        <w:tc>
          <w:tcPr>
            <w:tcW w:w="4702" w:type="dxa"/>
            <w:tcBorders>
              <w:top w:val="single" w:sz="4" w:space="0" w:color="auto"/>
            </w:tcBorders>
            <w:shd w:val="clear" w:color="auto" w:fill="auto"/>
          </w:tcPr>
          <w:p w:rsidR="0044196C" w:rsidRPr="00DC73E0" w:rsidRDefault="0044196C" w:rsidP="0044196C">
            <w:pPr>
              <w:rPr>
                <w:sz w:val="28"/>
                <w:szCs w:val="28"/>
              </w:rPr>
            </w:pPr>
            <w:r w:rsidRPr="00DC73E0">
              <w:rPr>
                <w:szCs w:val="28"/>
              </w:rPr>
              <w:t>- Yêu cầu HS đọc đề bài.</w:t>
            </w:r>
          </w:p>
        </w:tc>
        <w:tc>
          <w:tcPr>
            <w:tcW w:w="4702" w:type="dxa"/>
            <w:tcBorders>
              <w:top w:val="single" w:sz="4" w:space="0" w:color="auto"/>
            </w:tcBorders>
            <w:shd w:val="clear" w:color="auto" w:fill="auto"/>
          </w:tcPr>
          <w:p w:rsidR="0044196C" w:rsidRPr="00DC73E0" w:rsidRDefault="0044196C" w:rsidP="0044196C">
            <w:pPr>
              <w:rPr>
                <w:sz w:val="28"/>
                <w:szCs w:val="28"/>
              </w:rPr>
            </w:pPr>
            <w:r w:rsidRPr="00DC73E0">
              <w:rPr>
                <w:szCs w:val="28"/>
              </w:rPr>
              <w:t>- 1 HS đọc đề bài.</w:t>
            </w:r>
          </w:p>
        </w:tc>
      </w:tr>
      <w:tr w:rsidR="00DC73E0" w:rsidRPr="00DC73E0" w:rsidTr="00DC73E0">
        <w:trPr>
          <w:jc w:val="center"/>
        </w:trPr>
        <w:tc>
          <w:tcPr>
            <w:tcW w:w="4702" w:type="dxa"/>
            <w:shd w:val="clear" w:color="auto" w:fill="auto"/>
          </w:tcPr>
          <w:p w:rsidR="0044196C" w:rsidRPr="00DC73E0" w:rsidRDefault="0044196C" w:rsidP="0044196C">
            <w:pPr>
              <w:rPr>
                <w:sz w:val="28"/>
                <w:szCs w:val="28"/>
              </w:rPr>
            </w:pPr>
            <w:r w:rsidRPr="00DC73E0">
              <w:rPr>
                <w:szCs w:val="28"/>
              </w:rPr>
              <w:t>- Yêu cầu HS quan sát mẫu.</w:t>
            </w:r>
          </w:p>
        </w:tc>
        <w:tc>
          <w:tcPr>
            <w:tcW w:w="4702" w:type="dxa"/>
            <w:shd w:val="clear" w:color="auto" w:fill="auto"/>
          </w:tcPr>
          <w:p w:rsidR="0044196C" w:rsidRPr="00DC73E0" w:rsidRDefault="0044196C" w:rsidP="0044196C">
            <w:pPr>
              <w:rPr>
                <w:sz w:val="28"/>
                <w:szCs w:val="28"/>
              </w:rPr>
            </w:pPr>
            <w:r w:rsidRPr="00DC73E0">
              <w:rPr>
                <w:szCs w:val="28"/>
              </w:rPr>
              <w:t>- HS quan sát mẫu trong SGK/đề.</w:t>
            </w:r>
          </w:p>
        </w:tc>
      </w:tr>
      <w:tr w:rsidR="00DC73E0" w:rsidRPr="00DC73E0" w:rsidTr="00DC73E0">
        <w:trPr>
          <w:jc w:val="center"/>
        </w:trPr>
        <w:tc>
          <w:tcPr>
            <w:tcW w:w="4702" w:type="dxa"/>
            <w:shd w:val="clear" w:color="auto" w:fill="auto"/>
          </w:tcPr>
          <w:p w:rsidR="0044196C" w:rsidRPr="00DC73E0" w:rsidRDefault="0044196C" w:rsidP="0044196C">
            <w:pPr>
              <w:rPr>
                <w:sz w:val="28"/>
                <w:szCs w:val="28"/>
              </w:rPr>
            </w:pPr>
            <w:r w:rsidRPr="00DC73E0">
              <w:rPr>
                <w:szCs w:val="28"/>
              </w:rPr>
              <w:t>- Giao nhiệm vụ: HS làm bài vào vở; sau đó đổi chéo vở kiểm tra.</w:t>
            </w:r>
          </w:p>
        </w:tc>
        <w:tc>
          <w:tcPr>
            <w:tcW w:w="4702" w:type="dxa"/>
            <w:shd w:val="clear" w:color="auto" w:fill="auto"/>
          </w:tcPr>
          <w:p w:rsidR="0044196C" w:rsidRPr="00DC73E0" w:rsidRDefault="0044196C" w:rsidP="0044196C">
            <w:pPr>
              <w:rPr>
                <w:sz w:val="28"/>
                <w:szCs w:val="28"/>
              </w:rPr>
            </w:pPr>
            <w:r w:rsidRPr="00DC73E0">
              <w:rPr>
                <w:szCs w:val="28"/>
              </w:rPr>
              <w:t>- HS làm bài vào vở; đổi chéo vở và nhận xét.</w:t>
            </w:r>
          </w:p>
        </w:tc>
      </w:tr>
      <w:tr w:rsidR="00DC73E0" w:rsidRPr="00DC73E0" w:rsidTr="00DC73E0">
        <w:trPr>
          <w:jc w:val="center"/>
        </w:trPr>
        <w:tc>
          <w:tcPr>
            <w:tcW w:w="4702" w:type="dxa"/>
            <w:shd w:val="clear" w:color="auto" w:fill="auto"/>
          </w:tcPr>
          <w:p w:rsidR="0044196C" w:rsidRPr="00DC73E0" w:rsidRDefault="0044196C" w:rsidP="0044196C">
            <w:pPr>
              <w:rPr>
                <w:sz w:val="28"/>
                <w:szCs w:val="28"/>
              </w:rPr>
            </w:pPr>
            <w:r w:rsidRPr="00DC73E0">
              <w:rPr>
                <w:szCs w:val="28"/>
              </w:rPr>
              <w:t>- GV chiếu vở HS và chữa; chốt kết quả.</w:t>
            </w:r>
          </w:p>
        </w:tc>
        <w:tc>
          <w:tcPr>
            <w:tcW w:w="4702" w:type="dxa"/>
            <w:shd w:val="clear" w:color="auto" w:fill="auto"/>
          </w:tcPr>
          <w:p w:rsidR="0044196C" w:rsidRPr="00DC73E0" w:rsidRDefault="0044196C" w:rsidP="0044196C">
            <w:pPr>
              <w:rPr>
                <w:sz w:val="28"/>
                <w:szCs w:val="28"/>
              </w:rPr>
            </w:pPr>
            <w:r w:rsidRPr="00DC73E0">
              <w:rPr>
                <w:szCs w:val="28"/>
              </w:rPr>
              <w:t>- HS ghi đáp án:</w:t>
            </w:r>
            <w:r w:rsidRPr="00DC73E0">
              <w:rPr>
                <w:szCs w:val="28"/>
              </w:rPr>
              <w:br/>
              <w:t xml:space="preserve">  a) </w:t>
            </w:r>
            <m:oMath>
              <m:f>
                <m:fPr>
                  <m:ctrlPr>
                    <w:rPr>
                      <w:rFonts w:ascii="Cambria Math" w:hAnsi="Cambria Math"/>
                      <w:sz w:val="28"/>
                      <w:szCs w:val="28"/>
                    </w:rPr>
                  </m:ctrlPr>
                </m:fPr>
                <m:num>
                  <m:r>
                    <w:rPr>
                      <w:rFonts w:ascii="Cambria Math" w:hAnsi="Cambria Math"/>
                      <w:sz w:val="28"/>
                      <w:szCs w:val="28"/>
                    </w:rPr>
                    <m:t>5</m:t>
                  </m:r>
                </m:num>
                <m:den>
                  <m:r>
                    <w:rPr>
                      <w:rFonts w:ascii="Cambria Math" w:hAnsi="Cambria Math"/>
                      <w:sz w:val="28"/>
                      <w:szCs w:val="28"/>
                    </w:rPr>
                    <m:t>9</m:t>
                  </m:r>
                </m:den>
              </m:f>
            </m:oMath>
            <w:r w:rsidRPr="00DC73E0">
              <w:rPr>
                <w:szCs w:val="28"/>
              </w:rPr>
              <w:t xml:space="preserve"> = </w:t>
            </w:r>
            <m:oMath>
              <m:f>
                <m:fPr>
                  <m:ctrlPr>
                    <w:rPr>
                      <w:rFonts w:ascii="Cambria Math" w:hAnsi="Cambria Math"/>
                      <w:sz w:val="28"/>
                      <w:szCs w:val="28"/>
                    </w:rPr>
                  </m:ctrlPr>
                </m:fPr>
                <m:num>
                  <m:r>
                    <w:rPr>
                      <w:rFonts w:ascii="Cambria Math" w:hAnsi="Cambria Math"/>
                      <w:sz w:val="28"/>
                      <w:szCs w:val="28"/>
                    </w:rPr>
                    <m:t>5×2</m:t>
                  </m:r>
                </m:num>
                <m:den>
                  <m:r>
                    <w:rPr>
                      <w:rFonts w:ascii="Cambria Math" w:hAnsi="Cambria Math"/>
                      <w:sz w:val="28"/>
                      <w:szCs w:val="28"/>
                    </w:rPr>
                    <m:t>9×2</m:t>
                  </m:r>
                </m:den>
              </m:f>
            </m:oMath>
            <w:r w:rsidRPr="00DC73E0">
              <w:rPr>
                <w:szCs w:val="28"/>
              </w:rPr>
              <w:t xml:space="preserve"> = </w:t>
            </w:r>
            <m:oMath>
              <m:f>
                <m:fPr>
                  <m:ctrlPr>
                    <w:rPr>
                      <w:rFonts w:ascii="Cambria Math" w:hAnsi="Cambria Math"/>
                      <w:sz w:val="28"/>
                      <w:szCs w:val="28"/>
                    </w:rPr>
                  </m:ctrlPr>
                </m:fPr>
                <m:num>
                  <m:r>
                    <w:rPr>
                      <w:rFonts w:ascii="Cambria Math" w:hAnsi="Cambria Math"/>
                      <w:sz w:val="28"/>
                      <w:szCs w:val="28"/>
                    </w:rPr>
                    <m:t>10</m:t>
                  </m:r>
                </m:num>
                <m:den>
                  <m:r>
                    <w:rPr>
                      <w:rFonts w:ascii="Cambria Math" w:hAnsi="Cambria Math"/>
                      <w:sz w:val="28"/>
                      <w:szCs w:val="28"/>
                    </w:rPr>
                    <m:t>18</m:t>
                  </m:r>
                </m:den>
              </m:f>
            </m:oMath>
            <w:r w:rsidRPr="00DC73E0">
              <w:rPr>
                <w:szCs w:val="28"/>
              </w:rPr>
              <w:br/>
              <w:t xml:space="preserve">  b) </w:t>
            </w:r>
            <m:oMath>
              <m:f>
                <m:fPr>
                  <m:ctrlPr>
                    <w:rPr>
                      <w:rFonts w:ascii="Cambria Math" w:hAnsi="Cambria Math"/>
                      <w:sz w:val="28"/>
                      <w:szCs w:val="28"/>
                    </w:rPr>
                  </m:ctrlPr>
                </m:fPr>
                <m:num>
                  <m:r>
                    <w:rPr>
                      <w:rFonts w:ascii="Cambria Math" w:hAnsi="Cambria Math"/>
                      <w:sz w:val="28"/>
                      <w:szCs w:val="28"/>
                    </w:rPr>
                    <m:t>9</m:t>
                  </m:r>
                </m:num>
                <m:den>
                  <m:r>
                    <w:rPr>
                      <w:rFonts w:ascii="Cambria Math" w:hAnsi="Cambria Math"/>
                      <w:sz w:val="28"/>
                      <w:szCs w:val="28"/>
                    </w:rPr>
                    <m:t>20</m:t>
                  </m:r>
                </m:den>
              </m:f>
            </m:oMath>
            <w:r w:rsidRPr="00DC73E0">
              <w:rPr>
                <w:szCs w:val="28"/>
              </w:rPr>
              <w:t xml:space="preserve"> = </w:t>
            </w:r>
            <m:oMath>
              <m:f>
                <m:fPr>
                  <m:ctrlPr>
                    <w:rPr>
                      <w:rFonts w:ascii="Cambria Math" w:hAnsi="Cambria Math"/>
                      <w:sz w:val="28"/>
                      <w:szCs w:val="28"/>
                    </w:rPr>
                  </m:ctrlPr>
                </m:fPr>
                <m:num>
                  <m:r>
                    <w:rPr>
                      <w:rFonts w:ascii="Cambria Math" w:hAnsi="Cambria Math"/>
                      <w:sz w:val="28"/>
                      <w:szCs w:val="28"/>
                    </w:rPr>
                    <m:t>9×3</m:t>
                  </m:r>
                </m:num>
                <m:den>
                  <m:r>
                    <w:rPr>
                      <w:rFonts w:ascii="Cambria Math" w:hAnsi="Cambria Math"/>
                      <w:sz w:val="28"/>
                      <w:szCs w:val="28"/>
                    </w:rPr>
                    <m:t>20×3</m:t>
                  </m:r>
                </m:den>
              </m:f>
            </m:oMath>
            <w:r w:rsidRPr="00DC73E0">
              <w:rPr>
                <w:szCs w:val="28"/>
              </w:rPr>
              <w:t xml:space="preserve"> = </w:t>
            </w:r>
            <m:oMath>
              <m:f>
                <m:fPr>
                  <m:ctrlPr>
                    <w:rPr>
                      <w:rFonts w:ascii="Cambria Math" w:hAnsi="Cambria Math"/>
                      <w:sz w:val="28"/>
                      <w:szCs w:val="28"/>
                    </w:rPr>
                  </m:ctrlPr>
                </m:fPr>
                <m:num>
                  <m:r>
                    <w:rPr>
                      <w:rFonts w:ascii="Cambria Math" w:hAnsi="Cambria Math"/>
                      <w:sz w:val="28"/>
                      <w:szCs w:val="28"/>
                    </w:rPr>
                    <m:t>27</m:t>
                  </m:r>
                </m:num>
                <m:den>
                  <m:r>
                    <w:rPr>
                      <w:rFonts w:ascii="Cambria Math" w:hAnsi="Cambria Math"/>
                      <w:sz w:val="28"/>
                      <w:szCs w:val="28"/>
                    </w:rPr>
                    <m:t>60</m:t>
                  </m:r>
                </m:den>
              </m:f>
            </m:oMath>
            <w:r w:rsidRPr="00DC73E0">
              <w:rPr>
                <w:szCs w:val="28"/>
              </w:rPr>
              <w:t>.</w:t>
            </w:r>
          </w:p>
        </w:tc>
      </w:tr>
      <w:tr w:rsidR="00DC73E0" w:rsidRPr="00DC73E0" w:rsidTr="00DC73E0">
        <w:trPr>
          <w:jc w:val="center"/>
        </w:trPr>
        <w:tc>
          <w:tcPr>
            <w:tcW w:w="4702" w:type="dxa"/>
            <w:tcBorders>
              <w:bottom w:val="single" w:sz="4" w:space="0" w:color="auto"/>
            </w:tcBorders>
            <w:shd w:val="clear" w:color="auto" w:fill="auto"/>
          </w:tcPr>
          <w:p w:rsidR="0044196C" w:rsidRPr="00DC73E0" w:rsidRDefault="0044196C" w:rsidP="0044196C">
            <w:pPr>
              <w:rPr>
                <w:sz w:val="28"/>
                <w:szCs w:val="28"/>
              </w:rPr>
            </w:pPr>
            <w:r w:rsidRPr="00DC73E0">
              <w:rPr>
                <w:szCs w:val="28"/>
              </w:rPr>
              <w:t>- GV nhận xét, chốt đúng – sai; yêu cầu HS nêu các bước quy đồng mẫu số.</w:t>
            </w:r>
          </w:p>
        </w:tc>
        <w:tc>
          <w:tcPr>
            <w:tcW w:w="4702" w:type="dxa"/>
            <w:tcBorders>
              <w:bottom w:val="single" w:sz="4" w:space="0" w:color="auto"/>
            </w:tcBorders>
            <w:shd w:val="clear" w:color="auto" w:fill="auto"/>
          </w:tcPr>
          <w:p w:rsidR="0044196C" w:rsidRPr="00DC73E0" w:rsidRDefault="0044196C" w:rsidP="0044196C">
            <w:pPr>
              <w:rPr>
                <w:sz w:val="28"/>
                <w:szCs w:val="28"/>
              </w:rPr>
            </w:pPr>
            <w:r w:rsidRPr="00DC73E0">
              <w:rPr>
                <w:szCs w:val="28"/>
              </w:rPr>
              <w:t>- HS trả lời: Bước 1 xác định MSC; Bước 2 tìm thương; Bước 3 nhân cả tử và mẫu với thương; giữ nguyên phân số có mẫu là MSC.</w:t>
            </w:r>
          </w:p>
        </w:tc>
      </w:tr>
      <w:tr w:rsidR="00DC73E0" w:rsidRPr="00DC73E0" w:rsidTr="00DC73E0">
        <w:trPr>
          <w:jc w:val="center"/>
        </w:trPr>
        <w:tc>
          <w:tcPr>
            <w:tcW w:w="9404" w:type="dxa"/>
            <w:gridSpan w:val="2"/>
            <w:tcBorders>
              <w:top w:val="single" w:sz="4" w:space="0" w:color="auto"/>
              <w:bottom w:val="single" w:sz="4" w:space="0" w:color="auto"/>
            </w:tcBorders>
            <w:shd w:val="clear" w:color="auto" w:fill="auto"/>
          </w:tcPr>
          <w:p w:rsidR="0044196C" w:rsidRPr="00DC73E0" w:rsidRDefault="0044196C" w:rsidP="0044196C">
            <w:pPr>
              <w:rPr>
                <w:sz w:val="28"/>
                <w:szCs w:val="28"/>
              </w:rPr>
            </w:pPr>
            <w:r w:rsidRPr="00DC73E0">
              <w:rPr>
                <w:b/>
                <w:szCs w:val="28"/>
              </w:rPr>
              <w:t>Bài 2</w:t>
            </w:r>
          </w:p>
        </w:tc>
      </w:tr>
      <w:tr w:rsidR="00DC73E0" w:rsidRPr="00DC73E0" w:rsidTr="00DC73E0">
        <w:trPr>
          <w:jc w:val="center"/>
        </w:trPr>
        <w:tc>
          <w:tcPr>
            <w:tcW w:w="4702" w:type="dxa"/>
            <w:tcBorders>
              <w:top w:val="single" w:sz="4" w:space="0" w:color="auto"/>
            </w:tcBorders>
            <w:shd w:val="clear" w:color="auto" w:fill="auto"/>
          </w:tcPr>
          <w:p w:rsidR="0044196C" w:rsidRPr="00DC73E0" w:rsidRDefault="0044196C" w:rsidP="0044196C">
            <w:pPr>
              <w:rPr>
                <w:sz w:val="28"/>
                <w:szCs w:val="28"/>
              </w:rPr>
            </w:pPr>
            <w:r w:rsidRPr="00DC73E0">
              <w:rPr>
                <w:szCs w:val="28"/>
              </w:rPr>
              <w:t>- GV phát phiếu bài 2; chiếu đề và yêu cầu HS đọc đề bài.</w:t>
            </w:r>
          </w:p>
        </w:tc>
        <w:tc>
          <w:tcPr>
            <w:tcW w:w="4702" w:type="dxa"/>
            <w:tcBorders>
              <w:top w:val="single" w:sz="4" w:space="0" w:color="auto"/>
            </w:tcBorders>
            <w:shd w:val="clear" w:color="auto" w:fill="auto"/>
          </w:tcPr>
          <w:p w:rsidR="0044196C" w:rsidRPr="00DC73E0" w:rsidRDefault="0044196C" w:rsidP="0044196C">
            <w:pPr>
              <w:rPr>
                <w:sz w:val="28"/>
                <w:szCs w:val="28"/>
              </w:rPr>
            </w:pPr>
            <w:r w:rsidRPr="00DC73E0">
              <w:rPr>
                <w:szCs w:val="28"/>
              </w:rPr>
              <w:t>- HS quan sát và đọc đề bài.</w:t>
            </w:r>
          </w:p>
        </w:tc>
      </w:tr>
      <w:tr w:rsidR="00DC73E0" w:rsidRPr="00DC73E0" w:rsidTr="00DC73E0">
        <w:trPr>
          <w:jc w:val="center"/>
        </w:trPr>
        <w:tc>
          <w:tcPr>
            <w:tcW w:w="4702" w:type="dxa"/>
            <w:shd w:val="clear" w:color="auto" w:fill="auto"/>
          </w:tcPr>
          <w:p w:rsidR="0044196C" w:rsidRPr="00DC73E0" w:rsidRDefault="0044196C" w:rsidP="0044196C">
            <w:pPr>
              <w:rPr>
                <w:sz w:val="28"/>
                <w:szCs w:val="28"/>
              </w:rPr>
            </w:pPr>
            <w:r w:rsidRPr="00DC73E0">
              <w:rPr>
                <w:szCs w:val="28"/>
              </w:rPr>
              <w:t>- Hỏi: Bài yêu cầu làm gì?</w:t>
            </w:r>
          </w:p>
        </w:tc>
        <w:tc>
          <w:tcPr>
            <w:tcW w:w="4702" w:type="dxa"/>
            <w:shd w:val="clear" w:color="auto" w:fill="auto"/>
          </w:tcPr>
          <w:p w:rsidR="0044196C" w:rsidRPr="00DC73E0" w:rsidRDefault="0044196C" w:rsidP="0044196C">
            <w:pPr>
              <w:rPr>
                <w:sz w:val="28"/>
                <w:szCs w:val="28"/>
              </w:rPr>
            </w:pPr>
            <w:r w:rsidRPr="00DC73E0">
              <w:rPr>
                <w:szCs w:val="28"/>
              </w:rPr>
              <w:t xml:space="preserve">- HS trả lời: Tìm một phân số bằng </w:t>
            </w:r>
            <m:oMath>
              <m:f>
                <m:fPr>
                  <m:ctrlPr>
                    <w:rPr>
                      <w:rFonts w:ascii="Cambria Math" w:hAnsi="Cambria Math"/>
                      <w:sz w:val="28"/>
                      <w:szCs w:val="28"/>
                    </w:rPr>
                  </m:ctrlPr>
                </m:fPr>
                <m:num>
                  <m:r>
                    <w:rPr>
                      <w:rFonts w:ascii="Cambria Math" w:hAnsi="Cambria Math"/>
                      <w:sz w:val="28"/>
                      <w:szCs w:val="28"/>
                    </w:rPr>
                    <m:t>2</m:t>
                  </m:r>
                </m:num>
                <m:den>
                  <m:r>
                    <w:rPr>
                      <w:rFonts w:ascii="Cambria Math" w:hAnsi="Cambria Math"/>
                      <w:sz w:val="28"/>
                      <w:szCs w:val="28"/>
                    </w:rPr>
                    <m:t>3</m:t>
                  </m:r>
                </m:den>
              </m:f>
            </m:oMath>
            <w:r w:rsidRPr="00DC73E0">
              <w:rPr>
                <w:szCs w:val="28"/>
              </w:rPr>
              <w:t xml:space="preserve"> và có mẫu số là 12; và một phân số bằng </w:t>
            </w:r>
            <m:oMath>
              <m:f>
                <m:fPr>
                  <m:ctrlPr>
                    <w:rPr>
                      <w:rFonts w:ascii="Cambria Math" w:hAnsi="Cambria Math"/>
                      <w:sz w:val="28"/>
                      <w:szCs w:val="28"/>
                    </w:rPr>
                  </m:ctrlPr>
                </m:fPr>
                <m:num>
                  <m:r>
                    <w:rPr>
                      <w:rFonts w:ascii="Cambria Math" w:hAnsi="Cambria Math"/>
                      <w:sz w:val="28"/>
                      <w:szCs w:val="28"/>
                    </w:rPr>
                    <m:t>3</m:t>
                  </m:r>
                </m:num>
                <m:den>
                  <m:r>
                    <w:rPr>
                      <w:rFonts w:ascii="Cambria Math" w:hAnsi="Cambria Math"/>
                      <w:sz w:val="28"/>
                      <w:szCs w:val="28"/>
                    </w:rPr>
                    <m:t>4</m:t>
                  </m:r>
                </m:den>
              </m:f>
            </m:oMath>
            <w:r w:rsidRPr="00DC73E0">
              <w:rPr>
                <w:szCs w:val="28"/>
              </w:rPr>
              <w:t xml:space="preserve"> và có mẫu số là 12.</w:t>
            </w:r>
          </w:p>
        </w:tc>
      </w:tr>
      <w:tr w:rsidR="00DC73E0" w:rsidRPr="00DC73E0" w:rsidTr="00DC73E0">
        <w:trPr>
          <w:jc w:val="center"/>
        </w:trPr>
        <w:tc>
          <w:tcPr>
            <w:tcW w:w="4702" w:type="dxa"/>
            <w:shd w:val="clear" w:color="auto" w:fill="auto"/>
          </w:tcPr>
          <w:p w:rsidR="0044196C" w:rsidRPr="00DC73E0" w:rsidRDefault="0044196C" w:rsidP="0044196C">
            <w:pPr>
              <w:rPr>
                <w:sz w:val="28"/>
                <w:szCs w:val="28"/>
              </w:rPr>
            </w:pPr>
            <w:r w:rsidRPr="00DC73E0">
              <w:rPr>
                <w:szCs w:val="28"/>
              </w:rPr>
              <w:t>- Giao nhiệm vụ: HS làm bài vào vở; sau đó GV chiếu bài chữa.</w:t>
            </w:r>
          </w:p>
        </w:tc>
        <w:tc>
          <w:tcPr>
            <w:tcW w:w="4702" w:type="dxa"/>
            <w:shd w:val="clear" w:color="auto" w:fill="auto"/>
          </w:tcPr>
          <w:p w:rsidR="0044196C" w:rsidRPr="00DC73E0" w:rsidRDefault="0044196C" w:rsidP="0044196C">
            <w:pPr>
              <w:rPr>
                <w:sz w:val="28"/>
                <w:szCs w:val="28"/>
              </w:rPr>
            </w:pPr>
            <w:r w:rsidRPr="00DC73E0">
              <w:rPr>
                <w:szCs w:val="28"/>
              </w:rPr>
              <w:t xml:space="preserve">- HS làm bài vào vở: </w:t>
            </w:r>
            <m:oMath>
              <m:f>
                <m:fPr>
                  <m:ctrlPr>
                    <w:rPr>
                      <w:rFonts w:ascii="Cambria Math" w:hAnsi="Cambria Math"/>
                      <w:sz w:val="28"/>
                      <w:szCs w:val="28"/>
                    </w:rPr>
                  </m:ctrlPr>
                </m:fPr>
                <m:num>
                  <m:r>
                    <w:rPr>
                      <w:rFonts w:ascii="Cambria Math" w:hAnsi="Cambria Math"/>
                      <w:sz w:val="28"/>
                      <w:szCs w:val="28"/>
                    </w:rPr>
                    <m:t>2</m:t>
                  </m:r>
                </m:num>
                <m:den>
                  <m:r>
                    <w:rPr>
                      <w:rFonts w:ascii="Cambria Math" w:hAnsi="Cambria Math"/>
                      <w:sz w:val="28"/>
                      <w:szCs w:val="28"/>
                    </w:rPr>
                    <m:t>3</m:t>
                  </m:r>
                </m:den>
              </m:f>
            </m:oMath>
            <w:r w:rsidRPr="00DC73E0">
              <w:rPr>
                <w:szCs w:val="28"/>
              </w:rPr>
              <w:t xml:space="preserve"> = </w:t>
            </w:r>
            <m:oMath>
              <m:f>
                <m:fPr>
                  <m:ctrlPr>
                    <w:rPr>
                      <w:rFonts w:ascii="Cambria Math" w:hAnsi="Cambria Math"/>
                      <w:sz w:val="28"/>
                      <w:szCs w:val="28"/>
                    </w:rPr>
                  </m:ctrlPr>
                </m:fPr>
                <m:num>
                  <m:r>
                    <w:rPr>
                      <w:rFonts w:ascii="Cambria Math" w:hAnsi="Cambria Math"/>
                      <w:sz w:val="28"/>
                      <w:szCs w:val="28"/>
                    </w:rPr>
                    <m:t>2×4</m:t>
                  </m:r>
                </m:num>
                <m:den>
                  <m:r>
                    <w:rPr>
                      <w:rFonts w:ascii="Cambria Math" w:hAnsi="Cambria Math"/>
                      <w:sz w:val="28"/>
                      <w:szCs w:val="28"/>
                    </w:rPr>
                    <m:t>3×4</m:t>
                  </m:r>
                </m:den>
              </m:f>
            </m:oMath>
            <w:r w:rsidRPr="00DC73E0">
              <w:rPr>
                <w:szCs w:val="28"/>
              </w:rPr>
              <w:t xml:space="preserve"> = </w:t>
            </w:r>
            <m:oMath>
              <m:f>
                <m:fPr>
                  <m:ctrlPr>
                    <w:rPr>
                      <w:rFonts w:ascii="Cambria Math" w:hAnsi="Cambria Math"/>
                      <w:sz w:val="28"/>
                      <w:szCs w:val="28"/>
                    </w:rPr>
                  </m:ctrlPr>
                </m:fPr>
                <m:num>
                  <m:r>
                    <w:rPr>
                      <w:rFonts w:ascii="Cambria Math" w:hAnsi="Cambria Math"/>
                      <w:sz w:val="28"/>
                      <w:szCs w:val="28"/>
                    </w:rPr>
                    <m:t>8</m:t>
                  </m:r>
                </m:num>
                <m:den>
                  <m:r>
                    <w:rPr>
                      <w:rFonts w:ascii="Cambria Math" w:hAnsi="Cambria Math"/>
                      <w:sz w:val="28"/>
                      <w:szCs w:val="28"/>
                    </w:rPr>
                    <m:t>12</m:t>
                  </m:r>
                </m:den>
              </m:f>
            </m:oMath>
            <w:r w:rsidRPr="00DC73E0">
              <w:rPr>
                <w:szCs w:val="28"/>
              </w:rPr>
              <w:t xml:space="preserve">; </w:t>
            </w:r>
            <m:oMath>
              <m:f>
                <m:fPr>
                  <m:ctrlPr>
                    <w:rPr>
                      <w:rFonts w:ascii="Cambria Math" w:hAnsi="Cambria Math"/>
                      <w:sz w:val="28"/>
                      <w:szCs w:val="28"/>
                    </w:rPr>
                  </m:ctrlPr>
                </m:fPr>
                <m:num>
                  <m:r>
                    <w:rPr>
                      <w:rFonts w:ascii="Cambria Math" w:hAnsi="Cambria Math"/>
                      <w:sz w:val="28"/>
                      <w:szCs w:val="28"/>
                    </w:rPr>
                    <m:t>3</m:t>
                  </m:r>
                </m:num>
                <m:den>
                  <m:r>
                    <w:rPr>
                      <w:rFonts w:ascii="Cambria Math" w:hAnsi="Cambria Math"/>
                      <w:sz w:val="28"/>
                      <w:szCs w:val="28"/>
                    </w:rPr>
                    <m:t>4</m:t>
                  </m:r>
                </m:den>
              </m:f>
            </m:oMath>
            <w:r w:rsidRPr="00DC73E0">
              <w:rPr>
                <w:szCs w:val="28"/>
              </w:rPr>
              <w:t xml:space="preserve"> = </w:t>
            </w:r>
            <m:oMath>
              <m:f>
                <m:fPr>
                  <m:ctrlPr>
                    <w:rPr>
                      <w:rFonts w:ascii="Cambria Math" w:hAnsi="Cambria Math"/>
                      <w:sz w:val="28"/>
                      <w:szCs w:val="28"/>
                    </w:rPr>
                  </m:ctrlPr>
                </m:fPr>
                <m:num>
                  <m:r>
                    <w:rPr>
                      <w:rFonts w:ascii="Cambria Math" w:hAnsi="Cambria Math"/>
                      <w:sz w:val="28"/>
                      <w:szCs w:val="28"/>
                    </w:rPr>
                    <m:t>3×3</m:t>
                  </m:r>
                </m:num>
                <m:den>
                  <m:r>
                    <w:rPr>
                      <w:rFonts w:ascii="Cambria Math" w:hAnsi="Cambria Math"/>
                      <w:sz w:val="28"/>
                      <w:szCs w:val="28"/>
                    </w:rPr>
                    <m:t>4×3</m:t>
                  </m:r>
                </m:den>
              </m:f>
            </m:oMath>
            <w:r w:rsidRPr="00DC73E0">
              <w:rPr>
                <w:szCs w:val="28"/>
              </w:rPr>
              <w:t xml:space="preserve"> = </w:t>
            </w:r>
            <m:oMath>
              <m:f>
                <m:fPr>
                  <m:ctrlPr>
                    <w:rPr>
                      <w:rFonts w:ascii="Cambria Math" w:hAnsi="Cambria Math"/>
                      <w:sz w:val="28"/>
                      <w:szCs w:val="28"/>
                    </w:rPr>
                  </m:ctrlPr>
                </m:fPr>
                <m:num>
                  <m:r>
                    <w:rPr>
                      <w:rFonts w:ascii="Cambria Math" w:hAnsi="Cambria Math"/>
                      <w:sz w:val="28"/>
                      <w:szCs w:val="28"/>
                    </w:rPr>
                    <m:t>9</m:t>
                  </m:r>
                </m:num>
                <m:den>
                  <m:r>
                    <w:rPr>
                      <w:rFonts w:ascii="Cambria Math" w:hAnsi="Cambria Math"/>
                      <w:sz w:val="28"/>
                      <w:szCs w:val="28"/>
                    </w:rPr>
                    <m:t>12</m:t>
                  </m:r>
                </m:den>
              </m:f>
            </m:oMath>
            <w:r w:rsidRPr="00DC73E0">
              <w:rPr>
                <w:szCs w:val="28"/>
              </w:rPr>
              <w:t>.</w:t>
            </w:r>
          </w:p>
        </w:tc>
      </w:tr>
      <w:tr w:rsidR="00DC73E0" w:rsidRPr="00DC73E0" w:rsidTr="00DC73E0">
        <w:trPr>
          <w:jc w:val="center"/>
        </w:trPr>
        <w:tc>
          <w:tcPr>
            <w:tcW w:w="4702" w:type="dxa"/>
            <w:tcBorders>
              <w:bottom w:val="single" w:sz="4" w:space="0" w:color="auto"/>
            </w:tcBorders>
            <w:shd w:val="clear" w:color="auto" w:fill="auto"/>
          </w:tcPr>
          <w:p w:rsidR="0044196C" w:rsidRPr="00DC73E0" w:rsidRDefault="0044196C" w:rsidP="0044196C">
            <w:pPr>
              <w:rPr>
                <w:sz w:val="28"/>
                <w:szCs w:val="28"/>
              </w:rPr>
            </w:pPr>
            <w:r w:rsidRPr="00DC73E0">
              <w:rPr>
                <w:szCs w:val="28"/>
              </w:rPr>
              <w:t>- GV nhận xét, chốt đúng – sai; yêu cầu HS đổi chéo vở chữa bài.</w:t>
            </w:r>
          </w:p>
        </w:tc>
        <w:tc>
          <w:tcPr>
            <w:tcW w:w="4702" w:type="dxa"/>
            <w:tcBorders>
              <w:bottom w:val="single" w:sz="4" w:space="0" w:color="auto"/>
            </w:tcBorders>
            <w:shd w:val="clear" w:color="auto" w:fill="auto"/>
          </w:tcPr>
          <w:p w:rsidR="0044196C" w:rsidRPr="00DC73E0" w:rsidRDefault="0044196C" w:rsidP="0044196C">
            <w:pPr>
              <w:rPr>
                <w:sz w:val="28"/>
                <w:szCs w:val="28"/>
              </w:rPr>
            </w:pPr>
            <w:r w:rsidRPr="00DC73E0">
              <w:rPr>
                <w:szCs w:val="28"/>
              </w:rPr>
              <w:t>- HS đổi chéo vở, đối chiếu đáp án và sửa lỗi.</w:t>
            </w:r>
          </w:p>
        </w:tc>
      </w:tr>
      <w:tr w:rsidR="00DC73E0" w:rsidRPr="00DC73E0" w:rsidTr="00DC73E0">
        <w:trPr>
          <w:cantSplit/>
          <w:jc w:val="center"/>
        </w:trPr>
        <w:tc>
          <w:tcPr>
            <w:tcW w:w="9404" w:type="dxa"/>
            <w:gridSpan w:val="2"/>
            <w:tcBorders>
              <w:top w:val="single" w:sz="4" w:space="0" w:color="auto"/>
              <w:bottom w:val="single" w:sz="4" w:space="0" w:color="auto"/>
            </w:tcBorders>
            <w:shd w:val="clear" w:color="auto" w:fill="auto"/>
          </w:tcPr>
          <w:p w:rsidR="0044196C" w:rsidRPr="00DC73E0" w:rsidRDefault="00B17B87" w:rsidP="0044196C">
            <w:pPr>
              <w:rPr>
                <w:sz w:val="28"/>
                <w:szCs w:val="28"/>
              </w:rPr>
            </w:pPr>
            <w:r w:rsidRPr="00DC73E0">
              <w:rPr>
                <w:b/>
              </w:rPr>
              <w:lastRenderedPageBreak/>
              <w:t>4. Vận dụng, trải nghiệm:</w:t>
            </w:r>
          </w:p>
          <w:p w:rsidR="00581890" w:rsidRPr="00DC73E0" w:rsidRDefault="007F75C5">
            <w:r w:rsidRPr="00DC73E0">
              <w:rPr>
                <w:b/>
              </w:rPr>
              <w:t xml:space="preserve">- Mục tiêu: </w:t>
            </w:r>
            <w:r w:rsidRPr="00DC73E0">
              <w:t>Củng cố kiến thức, khái quát lại quy trình quy đồng mẫu số.</w:t>
            </w:r>
          </w:p>
          <w:p w:rsidR="00581890" w:rsidRPr="00DC73E0" w:rsidRDefault="007F75C5">
            <w:r w:rsidRPr="00DC73E0">
              <w:rPr>
                <w:b/>
                <w:i/>
              </w:rPr>
              <w:t>*Cách tiến hành:</w:t>
            </w:r>
          </w:p>
        </w:tc>
      </w:tr>
      <w:tr w:rsidR="00DC73E0" w:rsidRPr="00DC73E0" w:rsidTr="00DC73E0">
        <w:trPr>
          <w:jc w:val="center"/>
        </w:trPr>
        <w:tc>
          <w:tcPr>
            <w:tcW w:w="4702" w:type="dxa"/>
            <w:tcBorders>
              <w:top w:val="single" w:sz="4" w:space="0" w:color="auto"/>
            </w:tcBorders>
            <w:shd w:val="clear" w:color="auto" w:fill="auto"/>
          </w:tcPr>
          <w:p w:rsidR="0044196C" w:rsidRPr="00DC73E0" w:rsidRDefault="0044196C" w:rsidP="0044196C">
            <w:pPr>
              <w:rPr>
                <w:sz w:val="28"/>
                <w:szCs w:val="28"/>
              </w:rPr>
            </w:pPr>
            <w:r w:rsidRPr="00DC73E0">
              <w:rPr>
                <w:szCs w:val="28"/>
              </w:rPr>
              <w:t>- Hỏi: Nêu các bước quy đồng mẫu số các phân số (trường hợp một mẫu số chia hết cho mẫu số còn lại).</w:t>
            </w:r>
          </w:p>
        </w:tc>
        <w:tc>
          <w:tcPr>
            <w:tcW w:w="4702" w:type="dxa"/>
            <w:tcBorders>
              <w:top w:val="single" w:sz="4" w:space="0" w:color="auto"/>
            </w:tcBorders>
            <w:shd w:val="clear" w:color="auto" w:fill="auto"/>
          </w:tcPr>
          <w:p w:rsidR="0044196C" w:rsidRPr="00DC73E0" w:rsidRDefault="0044196C" w:rsidP="0044196C">
            <w:pPr>
              <w:rPr>
                <w:sz w:val="28"/>
                <w:szCs w:val="28"/>
              </w:rPr>
            </w:pPr>
            <w:r w:rsidRPr="00DC73E0">
              <w:rPr>
                <w:szCs w:val="28"/>
              </w:rPr>
              <w:t>- HS nêu: (1) Xác định MSC (mẫu số lớn chia hết cho mẫu số kia); (2) Tìm thương MSC : mẫu số kia; (3) Nhân cả tử và mẫu của phân số kia với thương; giữ nguyên phân số còn lại.</w:t>
            </w:r>
          </w:p>
        </w:tc>
      </w:tr>
      <w:tr w:rsidR="00DC73E0" w:rsidRPr="00DC73E0" w:rsidTr="00DC73E0">
        <w:trPr>
          <w:jc w:val="center"/>
        </w:trPr>
        <w:tc>
          <w:tcPr>
            <w:tcW w:w="4702" w:type="dxa"/>
            <w:shd w:val="clear" w:color="auto" w:fill="auto"/>
          </w:tcPr>
          <w:p w:rsidR="0044196C" w:rsidRPr="00DC73E0" w:rsidRDefault="0044196C" w:rsidP="0044196C">
            <w:pPr>
              <w:rPr>
                <w:sz w:val="28"/>
                <w:szCs w:val="28"/>
              </w:rPr>
            </w:pPr>
            <w:r w:rsidRPr="00DC73E0">
              <w:rPr>
                <w:szCs w:val="28"/>
              </w:rPr>
              <w:t>- Nhận xét tiết học.</w:t>
            </w:r>
          </w:p>
        </w:tc>
        <w:tc>
          <w:tcPr>
            <w:tcW w:w="4702" w:type="dxa"/>
            <w:shd w:val="clear" w:color="auto" w:fill="auto"/>
          </w:tcPr>
          <w:p w:rsidR="0044196C" w:rsidRPr="00DC73E0" w:rsidRDefault="0044196C" w:rsidP="0044196C">
            <w:pPr>
              <w:rPr>
                <w:sz w:val="28"/>
                <w:szCs w:val="28"/>
              </w:rPr>
            </w:pPr>
            <w:r w:rsidRPr="00DC73E0">
              <w:rPr>
                <w:szCs w:val="28"/>
              </w:rPr>
              <w:t>- HS lắng nghe và ghi nhớ.</w:t>
            </w:r>
          </w:p>
        </w:tc>
      </w:tr>
    </w:tbl>
    <w:p w:rsidR="0044196C" w:rsidRPr="00DC73E0" w:rsidRDefault="0044196C" w:rsidP="0044196C">
      <w:pPr>
        <w:spacing w:after="0" w:line="240" w:lineRule="auto"/>
        <w:rPr>
          <w:sz w:val="28"/>
          <w:szCs w:val="28"/>
        </w:rPr>
      </w:pPr>
      <w:r w:rsidRPr="00DC73E0">
        <w:rPr>
          <w:b/>
          <w:szCs w:val="28"/>
        </w:rPr>
        <w:t>IV. ĐIỀU CHỈNH SAU BÀI DẠY (nếu có):</w:t>
      </w:r>
    </w:p>
    <w:p w:rsidR="0044196C" w:rsidRPr="00DC73E0" w:rsidRDefault="0044196C" w:rsidP="0044196C">
      <w:pPr>
        <w:spacing w:after="0" w:line="240" w:lineRule="auto"/>
        <w:rPr>
          <w:sz w:val="28"/>
          <w:szCs w:val="28"/>
        </w:rPr>
      </w:pPr>
    </w:p>
    <w:p w:rsidR="00B76D21" w:rsidRPr="00DC73E0" w:rsidRDefault="00B76D21" w:rsidP="00B76D21">
      <w:pPr>
        <w:spacing w:after="0" w:line="240" w:lineRule="auto"/>
        <w:jc w:val="center"/>
        <w:rPr>
          <w:sz w:val="28"/>
          <w:szCs w:val="28"/>
        </w:rPr>
      </w:pPr>
      <w:r w:rsidRPr="00DC73E0">
        <w:rPr>
          <w:b/>
        </w:rPr>
        <w:t>TOÁN 4 – TIẾT 133</w:t>
      </w:r>
    </w:p>
    <w:p w:rsidR="00D809E6" w:rsidRPr="00DC73E0" w:rsidRDefault="00D809E6" w:rsidP="00D809E6">
      <w:pPr>
        <w:spacing w:after="0" w:line="240" w:lineRule="auto"/>
        <w:jc w:val="center"/>
        <w:rPr>
          <w:sz w:val="28"/>
          <w:szCs w:val="28"/>
        </w:rPr>
      </w:pPr>
      <w:r w:rsidRPr="00DC73E0">
        <w:rPr>
          <w:b/>
        </w:rPr>
        <w:t>BÀI 57: QUY ĐỒNG MẪU SỐ CÁC PHÂN SỐ (TIẾT 2)</w:t>
      </w:r>
    </w:p>
    <w:p w:rsidR="00B76D21" w:rsidRPr="00DC73E0" w:rsidRDefault="00B76D21" w:rsidP="00B76D21">
      <w:pPr>
        <w:spacing w:after="0" w:line="240" w:lineRule="auto"/>
        <w:rPr>
          <w:sz w:val="28"/>
          <w:szCs w:val="28"/>
        </w:rPr>
      </w:pPr>
      <w:r w:rsidRPr="00DC73E0">
        <w:rPr>
          <w:b/>
          <w:szCs w:val="28"/>
        </w:rPr>
        <w:t>I. YÊU CẦU CẦN ĐẠT</w:t>
      </w:r>
    </w:p>
    <w:p w:rsidR="00B76D21" w:rsidRPr="00DC73E0" w:rsidRDefault="00B76D21" w:rsidP="00B76D21">
      <w:pPr>
        <w:spacing w:after="0" w:line="240" w:lineRule="auto"/>
        <w:rPr>
          <w:sz w:val="28"/>
          <w:szCs w:val="28"/>
        </w:rPr>
      </w:pPr>
      <w:r w:rsidRPr="00DC73E0">
        <w:rPr>
          <w:b/>
          <w:szCs w:val="28"/>
        </w:rPr>
        <w:t>1. Năng lực đặc thù</w:t>
      </w:r>
    </w:p>
    <w:p w:rsidR="00B76D21" w:rsidRPr="00DC73E0" w:rsidRDefault="00B76D21" w:rsidP="00B76D21">
      <w:pPr>
        <w:spacing w:after="0" w:line="240" w:lineRule="auto"/>
        <w:rPr>
          <w:sz w:val="28"/>
          <w:szCs w:val="28"/>
        </w:rPr>
      </w:pPr>
      <w:r w:rsidRPr="00DC73E0">
        <w:rPr>
          <w:szCs w:val="28"/>
        </w:rPr>
        <w:t>- Vận dụng thực hiện cách quy đồng mẫu số vào các bài tập cụ thể.</w:t>
      </w:r>
    </w:p>
    <w:p w:rsidR="00B76D21" w:rsidRPr="00DC73E0" w:rsidRDefault="00B76D21" w:rsidP="00B76D21">
      <w:pPr>
        <w:spacing w:after="0" w:line="240" w:lineRule="auto"/>
        <w:rPr>
          <w:sz w:val="28"/>
          <w:szCs w:val="28"/>
        </w:rPr>
      </w:pPr>
      <w:r w:rsidRPr="00DC73E0">
        <w:rPr>
          <w:szCs w:val="28"/>
        </w:rPr>
        <w:t>- Củng cố cách rút gọn phân số, quy đồng mẫu số (bổ sung quy đồng mẫu số của nhiều phân số – trường hợp có một mẫu số chia hết cho các mẫu số còn lại).</w:t>
      </w:r>
    </w:p>
    <w:p w:rsidR="00B76D21" w:rsidRPr="00DC73E0" w:rsidRDefault="00B76D21" w:rsidP="00B76D21">
      <w:pPr>
        <w:spacing w:after="0" w:line="240" w:lineRule="auto"/>
        <w:rPr>
          <w:sz w:val="28"/>
          <w:szCs w:val="28"/>
        </w:rPr>
      </w:pPr>
      <w:r w:rsidRPr="00DC73E0">
        <w:rPr>
          <w:b/>
          <w:szCs w:val="28"/>
        </w:rPr>
        <w:t>2. Năng lực chung</w:t>
      </w:r>
    </w:p>
    <w:p w:rsidR="00B76D21" w:rsidRPr="00DC73E0" w:rsidRDefault="00B76D21" w:rsidP="00B76D21">
      <w:pPr>
        <w:spacing w:after="0" w:line="240" w:lineRule="auto"/>
        <w:rPr>
          <w:sz w:val="28"/>
          <w:szCs w:val="28"/>
        </w:rPr>
      </w:pPr>
      <w:r w:rsidRPr="00DC73E0">
        <w:t>- Tự chủ và tự học: Chủ động rút gọn, xác định mẫu số chung và tự kiểm tra kết quả khi quy đồng hai hoặc nhiều phân số.</w:t>
      </w:r>
    </w:p>
    <w:p w:rsidR="00B76D21" w:rsidRPr="00DC73E0" w:rsidRDefault="00B76D21" w:rsidP="00B76D21">
      <w:pPr>
        <w:spacing w:after="0" w:line="240" w:lineRule="auto"/>
        <w:rPr>
          <w:sz w:val="28"/>
          <w:szCs w:val="28"/>
        </w:rPr>
      </w:pPr>
      <w:r w:rsidRPr="00DC73E0">
        <w:t>- Giao tiếp và hợp tác: Phối hợp với bạn khi làm bài, trình bày cách rút gọn và quy đồng; trao đổi kết quả khi tham gia Quizizz.</w:t>
      </w:r>
    </w:p>
    <w:p w:rsidR="00B76D21" w:rsidRPr="00DC73E0" w:rsidRDefault="00B76D21" w:rsidP="00B76D21">
      <w:pPr>
        <w:spacing w:after="0" w:line="240" w:lineRule="auto"/>
        <w:rPr>
          <w:sz w:val="28"/>
          <w:szCs w:val="28"/>
        </w:rPr>
      </w:pPr>
      <w:r w:rsidRPr="00DC73E0">
        <w:t>- Giải quyết vấn đề và sáng tạo: Vận dụng linh hoạt rút gọn trước khi quy đồng, lựa chọn mẫu số chung thích hợp và giải quyết bài tập trắc nghiệm.</w:t>
      </w:r>
    </w:p>
    <w:p w:rsidR="00B76D21" w:rsidRPr="00DC73E0" w:rsidRDefault="00B76D21" w:rsidP="00B76D21">
      <w:pPr>
        <w:spacing w:after="0" w:line="240" w:lineRule="auto"/>
        <w:rPr>
          <w:sz w:val="28"/>
          <w:szCs w:val="28"/>
        </w:rPr>
      </w:pPr>
      <w:r w:rsidRPr="00DC73E0">
        <w:rPr>
          <w:b/>
          <w:szCs w:val="28"/>
        </w:rPr>
        <w:t>3. Phẩm chất</w:t>
      </w:r>
    </w:p>
    <w:p w:rsidR="00B76D21" w:rsidRPr="00DC73E0" w:rsidRDefault="00B76D21" w:rsidP="00B76D21">
      <w:pPr>
        <w:spacing w:after="0" w:line="240" w:lineRule="auto"/>
        <w:rPr>
          <w:sz w:val="28"/>
          <w:szCs w:val="28"/>
        </w:rPr>
      </w:pPr>
      <w:r w:rsidRPr="00DC73E0">
        <w:t>- Chăm chỉ: Tích cực luyện tập, đọc kĩ câu hỏi, thực hiện phép biến đổi phân số cẩn thận.</w:t>
      </w:r>
    </w:p>
    <w:p w:rsidR="00B76D21" w:rsidRPr="00DC73E0" w:rsidRDefault="00B76D21" w:rsidP="00B76D21">
      <w:pPr>
        <w:spacing w:after="0" w:line="240" w:lineRule="auto"/>
        <w:rPr>
          <w:sz w:val="28"/>
          <w:szCs w:val="28"/>
        </w:rPr>
      </w:pPr>
      <w:r w:rsidRPr="00DC73E0">
        <w:t>- Trách nhiệm: Sử dụng thiết bị đúng mục đích, kiểm tra đáp án trước khi gửi và tự giác sửa lỗi theo phản hồi.</w:t>
      </w:r>
    </w:p>
    <w:p w:rsidR="00B76D21" w:rsidRPr="00DC73E0" w:rsidRDefault="00B76D21" w:rsidP="00B76D21">
      <w:pPr>
        <w:keepNext/>
        <w:spacing w:after="0" w:line="240" w:lineRule="auto"/>
        <w:rPr>
          <w:sz w:val="28"/>
          <w:szCs w:val="28"/>
        </w:rPr>
      </w:pPr>
      <w:r w:rsidRPr="00DC73E0">
        <w:rPr>
          <w:b/>
        </w:rPr>
        <w:t>4. Tích hợp:</w:t>
      </w:r>
    </w:p>
    <w:p w:rsidR="00B76D21" w:rsidRPr="00DC73E0" w:rsidRDefault="00B76D21" w:rsidP="00B76D21">
      <w:pPr>
        <w:keepNext/>
        <w:spacing w:after="0" w:line="240" w:lineRule="auto"/>
        <w:rPr>
          <w:sz w:val="28"/>
          <w:szCs w:val="28"/>
        </w:rPr>
      </w:pPr>
      <w:r w:rsidRPr="00DC73E0">
        <w:t>- Tích hợp NLS 5.2.CB1a: HS xác định nhu cầu tự kiểm tra mức độ hiểu bài; quét mã QR hoặc truy cập Quizizz do GV cung cấp, lựa chọn và gửi đáp án Bài 4, xem phản hồi để tự điều chỉnh; sử dụng thiết bị đúng mục đích và không tự ý mở đường dẫn khác.</w:t>
      </w:r>
    </w:p>
    <w:p w:rsidR="00B76D21" w:rsidRPr="00DC73E0" w:rsidRDefault="00B76D21" w:rsidP="00B76D21">
      <w:pPr>
        <w:spacing w:after="0" w:line="240" w:lineRule="auto"/>
        <w:rPr>
          <w:sz w:val="28"/>
          <w:szCs w:val="28"/>
        </w:rPr>
      </w:pPr>
      <w:r w:rsidRPr="00DC73E0">
        <w:rPr>
          <w:b/>
          <w:szCs w:val="28"/>
        </w:rPr>
        <w:t>II. ĐỒ DÙNG DẠY HỌC</w:t>
      </w:r>
    </w:p>
    <w:p w:rsidR="00B76D21" w:rsidRPr="00DC73E0" w:rsidRDefault="00B76D21" w:rsidP="00B76D21">
      <w:pPr>
        <w:spacing w:after="0" w:line="240" w:lineRule="auto"/>
        <w:rPr>
          <w:sz w:val="28"/>
          <w:szCs w:val="28"/>
        </w:rPr>
      </w:pPr>
      <w:r w:rsidRPr="00DC73E0">
        <w:rPr>
          <w:szCs w:val="28"/>
        </w:rPr>
        <w:t>- GV: máy tính, máy chiếu, webcam, thẻ xoay đáp án.</w:t>
      </w:r>
    </w:p>
    <w:p w:rsidR="00B76D21" w:rsidRPr="00DC73E0" w:rsidRDefault="00B76D21" w:rsidP="00B76D21">
      <w:pPr>
        <w:spacing w:after="0" w:line="240" w:lineRule="auto"/>
        <w:rPr>
          <w:sz w:val="28"/>
          <w:szCs w:val="28"/>
        </w:rPr>
      </w:pPr>
      <w:r w:rsidRPr="00DC73E0">
        <w:rPr>
          <w:szCs w:val="28"/>
        </w:rPr>
        <w:t>- HS: SGK, vở ghi, bảng con.</w:t>
      </w:r>
    </w:p>
    <w:p w:rsidR="00B76D21" w:rsidRPr="00DC73E0" w:rsidRDefault="00B76D21" w:rsidP="00B76D21">
      <w:pPr>
        <w:spacing w:after="0" w:line="240" w:lineRule="auto"/>
        <w:rPr>
          <w:sz w:val="28"/>
          <w:szCs w:val="28"/>
        </w:rPr>
      </w:pPr>
      <w:r w:rsidRPr="00DC73E0">
        <w:rPr>
          <w:b/>
          <w:szCs w:val="28"/>
        </w:rPr>
        <w:t>III. CÁC HOẠT ĐỘNG DẠY HỌC CHỦ YẾU</w:t>
      </w:r>
    </w:p>
    <w:tbl>
      <w:tblPr>
        <w:tblStyle w:val="TableGrid"/>
        <w:tblW w:w="0" w:type="auto"/>
        <w:jc w:val="center"/>
        <w:tblBorders>
          <w:insideH w:val="none" w:sz="0" w:space="0" w:color="auto"/>
        </w:tblBorders>
        <w:tblLook w:val="04A0" w:firstRow="1" w:lastRow="0" w:firstColumn="1" w:lastColumn="0" w:noHBand="0" w:noVBand="1"/>
      </w:tblPr>
      <w:tblGrid>
        <w:gridCol w:w="4702"/>
        <w:gridCol w:w="4702"/>
      </w:tblGrid>
      <w:tr w:rsidR="00DC73E0" w:rsidRPr="00DC73E0" w:rsidTr="00DC73E0">
        <w:trPr>
          <w:jc w:val="center"/>
        </w:trPr>
        <w:tc>
          <w:tcPr>
            <w:tcW w:w="4702" w:type="dxa"/>
            <w:tcBorders>
              <w:bottom w:val="single" w:sz="4" w:space="0" w:color="auto"/>
            </w:tcBorders>
            <w:shd w:val="clear" w:color="auto" w:fill="auto"/>
          </w:tcPr>
          <w:p w:rsidR="00B76D21" w:rsidRPr="00DC73E0" w:rsidRDefault="00B76D21" w:rsidP="00B76D21">
            <w:pPr>
              <w:rPr>
                <w:sz w:val="28"/>
                <w:szCs w:val="28"/>
              </w:rPr>
            </w:pPr>
            <w:r w:rsidRPr="00DC73E0">
              <w:rPr>
                <w:b/>
                <w:szCs w:val="28"/>
              </w:rPr>
              <w:t>Hoạt động của GV</w:t>
            </w:r>
          </w:p>
        </w:tc>
        <w:tc>
          <w:tcPr>
            <w:tcW w:w="4702" w:type="dxa"/>
            <w:tcBorders>
              <w:bottom w:val="single" w:sz="4" w:space="0" w:color="auto"/>
            </w:tcBorders>
            <w:shd w:val="clear" w:color="auto" w:fill="auto"/>
          </w:tcPr>
          <w:p w:rsidR="00B76D21" w:rsidRPr="00DC73E0" w:rsidRDefault="00B76D21" w:rsidP="00B76D21">
            <w:pPr>
              <w:rPr>
                <w:sz w:val="28"/>
                <w:szCs w:val="28"/>
              </w:rPr>
            </w:pPr>
            <w:r w:rsidRPr="00DC73E0">
              <w:rPr>
                <w:b/>
                <w:szCs w:val="28"/>
              </w:rPr>
              <w:t>Hoạt động của HS</w:t>
            </w:r>
          </w:p>
        </w:tc>
      </w:tr>
      <w:tr w:rsidR="00DC73E0" w:rsidRPr="00DC73E0" w:rsidTr="00DC73E0">
        <w:trPr>
          <w:cantSplit/>
          <w:jc w:val="center"/>
        </w:trPr>
        <w:tc>
          <w:tcPr>
            <w:tcW w:w="9404" w:type="dxa"/>
            <w:gridSpan w:val="2"/>
            <w:tcBorders>
              <w:top w:val="single" w:sz="4" w:space="0" w:color="auto"/>
              <w:bottom w:val="single" w:sz="4" w:space="0" w:color="auto"/>
            </w:tcBorders>
            <w:shd w:val="clear" w:color="auto" w:fill="auto"/>
          </w:tcPr>
          <w:p w:rsidR="00B76D21" w:rsidRPr="00DC73E0" w:rsidRDefault="00B17B87" w:rsidP="00B76D21">
            <w:pPr>
              <w:rPr>
                <w:sz w:val="28"/>
                <w:szCs w:val="28"/>
              </w:rPr>
            </w:pPr>
            <w:r w:rsidRPr="00DC73E0">
              <w:rPr>
                <w:b/>
              </w:rPr>
              <w:t>1. Khởi động:</w:t>
            </w:r>
          </w:p>
          <w:p w:rsidR="00581890" w:rsidRPr="00DC73E0" w:rsidRDefault="007F75C5">
            <w:r w:rsidRPr="00DC73E0">
              <w:rPr>
                <w:b/>
              </w:rPr>
              <w:t xml:space="preserve">- Mục tiêu: </w:t>
            </w:r>
            <w:r w:rsidRPr="00DC73E0">
              <w:t>Ôn quy đồng mẫu số hai phân số; tạo hứng thú và dẫn vào tiết luyện tập.</w:t>
            </w:r>
          </w:p>
          <w:p w:rsidR="00581890" w:rsidRPr="00DC73E0" w:rsidRDefault="007F75C5">
            <w:r w:rsidRPr="00DC73E0">
              <w:rPr>
                <w:b/>
                <w:i/>
              </w:rPr>
              <w:t>*Cách tiến hành:</w:t>
            </w:r>
          </w:p>
        </w:tc>
      </w:tr>
      <w:tr w:rsidR="00DC73E0" w:rsidRPr="00DC73E0" w:rsidTr="00DC73E0">
        <w:trPr>
          <w:jc w:val="center"/>
        </w:trPr>
        <w:tc>
          <w:tcPr>
            <w:tcW w:w="4702" w:type="dxa"/>
            <w:tcBorders>
              <w:top w:val="single" w:sz="4" w:space="0" w:color="auto"/>
            </w:tcBorders>
            <w:shd w:val="clear" w:color="auto" w:fill="auto"/>
          </w:tcPr>
          <w:p w:rsidR="00B76D21" w:rsidRPr="00DC73E0" w:rsidRDefault="00B76D21" w:rsidP="00B76D21">
            <w:pPr>
              <w:rPr>
                <w:sz w:val="28"/>
                <w:szCs w:val="28"/>
              </w:rPr>
            </w:pPr>
            <w:r w:rsidRPr="00DC73E0">
              <w:rPr>
                <w:szCs w:val="28"/>
              </w:rPr>
              <w:t xml:space="preserve">- GV yêu cầu HS quy đồng mẫu số các phân số: </w:t>
            </w:r>
            <m:oMath>
              <m:f>
                <m:fPr>
                  <m:ctrlPr>
                    <w:rPr>
                      <w:rFonts w:ascii="Cambria Math" w:hAnsi="Cambria Math"/>
                      <w:sz w:val="28"/>
                      <w:szCs w:val="28"/>
                    </w:rPr>
                  </m:ctrlPr>
                </m:fPr>
                <m:num>
                  <m:r>
                    <w:rPr>
                      <w:rFonts w:ascii="Cambria Math" w:hAnsi="Cambria Math"/>
                      <w:sz w:val="28"/>
                      <w:szCs w:val="28"/>
                    </w:rPr>
                    <m:t>1</m:t>
                  </m:r>
                </m:num>
                <m:den>
                  <m:r>
                    <w:rPr>
                      <w:rFonts w:ascii="Cambria Math" w:hAnsi="Cambria Math"/>
                      <w:sz w:val="28"/>
                      <w:szCs w:val="28"/>
                    </w:rPr>
                    <m:t>3</m:t>
                  </m:r>
                </m:den>
              </m:f>
            </m:oMath>
            <w:r w:rsidRPr="00DC73E0">
              <w:rPr>
                <w:szCs w:val="28"/>
              </w:rPr>
              <w:t xml:space="preserve"> </w:t>
            </w:r>
            <w:proofErr w:type="gramStart"/>
            <w:r w:rsidRPr="00DC73E0">
              <w:rPr>
                <w:szCs w:val="28"/>
              </w:rPr>
              <w:t xml:space="preserve">và </w:t>
            </w:r>
            <w:proofErr w:type="gramEnd"/>
            <m:oMath>
              <m:f>
                <m:fPr>
                  <m:ctrlPr>
                    <w:rPr>
                      <w:rFonts w:ascii="Cambria Math" w:hAnsi="Cambria Math"/>
                      <w:sz w:val="28"/>
                      <w:szCs w:val="28"/>
                    </w:rPr>
                  </m:ctrlPr>
                </m:fPr>
                <m:num>
                  <m:r>
                    <w:rPr>
                      <w:rFonts w:ascii="Cambria Math" w:hAnsi="Cambria Math"/>
                      <w:sz w:val="28"/>
                      <w:szCs w:val="28"/>
                    </w:rPr>
                    <m:t>5</m:t>
                  </m:r>
                </m:num>
                <m:den>
                  <m:r>
                    <w:rPr>
                      <w:rFonts w:ascii="Cambria Math" w:hAnsi="Cambria Math"/>
                      <w:sz w:val="28"/>
                      <w:szCs w:val="28"/>
                    </w:rPr>
                    <m:t>9</m:t>
                  </m:r>
                </m:den>
              </m:f>
            </m:oMath>
            <w:r w:rsidRPr="00DC73E0">
              <w:rPr>
                <w:szCs w:val="28"/>
              </w:rPr>
              <w:t xml:space="preserve">; </w:t>
            </w:r>
            <m:oMath>
              <m:f>
                <m:fPr>
                  <m:ctrlPr>
                    <w:rPr>
                      <w:rFonts w:ascii="Cambria Math" w:hAnsi="Cambria Math"/>
                      <w:sz w:val="28"/>
                      <w:szCs w:val="28"/>
                    </w:rPr>
                  </m:ctrlPr>
                </m:fPr>
                <m:num>
                  <m:r>
                    <w:rPr>
                      <w:rFonts w:ascii="Cambria Math" w:hAnsi="Cambria Math"/>
                      <w:sz w:val="28"/>
                      <w:szCs w:val="28"/>
                    </w:rPr>
                    <m:t>3</m:t>
                  </m:r>
                </m:num>
                <m:den>
                  <m:r>
                    <w:rPr>
                      <w:rFonts w:ascii="Cambria Math" w:hAnsi="Cambria Math"/>
                      <w:sz w:val="28"/>
                      <w:szCs w:val="28"/>
                    </w:rPr>
                    <m:t>5</m:t>
                  </m:r>
                </m:den>
              </m:f>
            </m:oMath>
            <w:r w:rsidRPr="00DC73E0">
              <w:rPr>
                <w:szCs w:val="28"/>
              </w:rPr>
              <w:t xml:space="preserve"> và </w:t>
            </w:r>
            <m:oMath>
              <m:f>
                <m:fPr>
                  <m:ctrlPr>
                    <w:rPr>
                      <w:rFonts w:ascii="Cambria Math" w:hAnsi="Cambria Math"/>
                      <w:sz w:val="28"/>
                      <w:szCs w:val="28"/>
                    </w:rPr>
                  </m:ctrlPr>
                </m:fPr>
                <m:num>
                  <m:r>
                    <w:rPr>
                      <w:rFonts w:ascii="Cambria Math" w:hAnsi="Cambria Math"/>
                      <w:sz w:val="28"/>
                      <w:szCs w:val="28"/>
                    </w:rPr>
                    <m:t>7</m:t>
                  </m:r>
                </m:num>
                <m:den>
                  <m:r>
                    <w:rPr>
                      <w:rFonts w:ascii="Cambria Math" w:hAnsi="Cambria Math"/>
                      <w:sz w:val="28"/>
                      <w:szCs w:val="28"/>
                    </w:rPr>
                    <m:t>10</m:t>
                  </m:r>
                </m:den>
              </m:f>
            </m:oMath>
            <w:r w:rsidRPr="00DC73E0">
              <w:rPr>
                <w:szCs w:val="28"/>
              </w:rPr>
              <w:t>. (Làm nháp/bảng con)</w:t>
            </w:r>
          </w:p>
        </w:tc>
        <w:tc>
          <w:tcPr>
            <w:tcW w:w="4702" w:type="dxa"/>
            <w:tcBorders>
              <w:top w:val="single" w:sz="4" w:space="0" w:color="auto"/>
            </w:tcBorders>
            <w:shd w:val="clear" w:color="auto" w:fill="auto"/>
          </w:tcPr>
          <w:p w:rsidR="00B76D21" w:rsidRPr="00DC73E0" w:rsidRDefault="00B76D21" w:rsidP="00B76D21">
            <w:pPr>
              <w:rPr>
                <w:sz w:val="28"/>
                <w:szCs w:val="28"/>
              </w:rPr>
            </w:pPr>
            <w:r w:rsidRPr="00DC73E0">
              <w:rPr>
                <w:szCs w:val="28"/>
              </w:rPr>
              <w:t>- HS làm nháp/bảng con:</w:t>
            </w:r>
            <w:r w:rsidRPr="00DC73E0">
              <w:rPr>
                <w:szCs w:val="28"/>
              </w:rPr>
              <w:br/>
              <w:t xml:space="preserve">  + MSC(3,9)=9 ⇒ </w:t>
            </w:r>
            <m:oMath>
              <m:f>
                <m:fPr>
                  <m:ctrlPr>
                    <w:rPr>
                      <w:rFonts w:ascii="Cambria Math" w:hAnsi="Cambria Math"/>
                      <w:sz w:val="28"/>
                      <w:szCs w:val="28"/>
                    </w:rPr>
                  </m:ctrlPr>
                </m:fPr>
                <m:num>
                  <m:r>
                    <w:rPr>
                      <w:rFonts w:ascii="Cambria Math" w:hAnsi="Cambria Math"/>
                      <w:sz w:val="28"/>
                      <w:szCs w:val="28"/>
                    </w:rPr>
                    <m:t>1</m:t>
                  </m:r>
                </m:num>
                <m:den>
                  <m:r>
                    <w:rPr>
                      <w:rFonts w:ascii="Cambria Math" w:hAnsi="Cambria Math"/>
                      <w:sz w:val="28"/>
                      <w:szCs w:val="28"/>
                    </w:rPr>
                    <m:t>3</m:t>
                  </m:r>
                </m:den>
              </m:f>
            </m:oMath>
            <w:r w:rsidRPr="00DC73E0">
              <w:rPr>
                <w:szCs w:val="28"/>
              </w:rPr>
              <w:t xml:space="preserve"> = </w:t>
            </w:r>
            <m:oMath>
              <m:f>
                <m:fPr>
                  <m:ctrlPr>
                    <w:rPr>
                      <w:rFonts w:ascii="Cambria Math" w:hAnsi="Cambria Math"/>
                      <w:sz w:val="28"/>
                      <w:szCs w:val="28"/>
                    </w:rPr>
                  </m:ctrlPr>
                </m:fPr>
                <m:num>
                  <m:r>
                    <w:rPr>
                      <w:rFonts w:ascii="Cambria Math" w:hAnsi="Cambria Math"/>
                      <w:sz w:val="28"/>
                      <w:szCs w:val="28"/>
                    </w:rPr>
                    <m:t>1×3</m:t>
                  </m:r>
                </m:num>
                <m:den>
                  <m:r>
                    <w:rPr>
                      <w:rFonts w:ascii="Cambria Math" w:hAnsi="Cambria Math"/>
                      <w:sz w:val="28"/>
                      <w:szCs w:val="28"/>
                    </w:rPr>
                    <m:t>3×3</m:t>
                  </m:r>
                </m:den>
              </m:f>
            </m:oMath>
            <w:r w:rsidRPr="00DC73E0">
              <w:rPr>
                <w:szCs w:val="28"/>
              </w:rPr>
              <w:t xml:space="preserve"> = </w:t>
            </w:r>
            <m:oMath>
              <m:f>
                <m:fPr>
                  <m:ctrlPr>
                    <w:rPr>
                      <w:rFonts w:ascii="Cambria Math" w:hAnsi="Cambria Math"/>
                      <w:sz w:val="28"/>
                      <w:szCs w:val="28"/>
                    </w:rPr>
                  </m:ctrlPr>
                </m:fPr>
                <m:num>
                  <m:r>
                    <w:rPr>
                      <w:rFonts w:ascii="Cambria Math" w:hAnsi="Cambria Math"/>
                      <w:sz w:val="28"/>
                      <w:szCs w:val="28"/>
                    </w:rPr>
                    <m:t>3</m:t>
                  </m:r>
                </m:num>
                <m:den>
                  <m:r>
                    <w:rPr>
                      <w:rFonts w:ascii="Cambria Math" w:hAnsi="Cambria Math"/>
                      <w:sz w:val="28"/>
                      <w:szCs w:val="28"/>
                    </w:rPr>
                    <m:t>9</m:t>
                  </m:r>
                </m:den>
              </m:f>
            </m:oMath>
            <w:r w:rsidRPr="00DC73E0">
              <w:rPr>
                <w:szCs w:val="28"/>
              </w:rPr>
              <w:t xml:space="preserve">, giữ nguyên </w:t>
            </w:r>
            <m:oMath>
              <m:f>
                <m:fPr>
                  <m:ctrlPr>
                    <w:rPr>
                      <w:rFonts w:ascii="Cambria Math" w:hAnsi="Cambria Math"/>
                      <w:sz w:val="28"/>
                      <w:szCs w:val="28"/>
                    </w:rPr>
                  </m:ctrlPr>
                </m:fPr>
                <m:num>
                  <m:r>
                    <w:rPr>
                      <w:rFonts w:ascii="Cambria Math" w:hAnsi="Cambria Math"/>
                      <w:sz w:val="28"/>
                      <w:szCs w:val="28"/>
                    </w:rPr>
                    <m:t>5</m:t>
                  </m:r>
                </m:num>
                <m:den>
                  <m:r>
                    <w:rPr>
                      <w:rFonts w:ascii="Cambria Math" w:hAnsi="Cambria Math"/>
                      <w:sz w:val="28"/>
                      <w:szCs w:val="28"/>
                    </w:rPr>
                    <m:t>9</m:t>
                  </m:r>
                </m:den>
              </m:f>
            </m:oMath>
            <w:r w:rsidRPr="00DC73E0">
              <w:rPr>
                <w:szCs w:val="28"/>
              </w:rPr>
              <w:t xml:space="preserve"> ⇒ được </w:t>
            </w:r>
            <m:oMath>
              <m:f>
                <m:fPr>
                  <m:ctrlPr>
                    <w:rPr>
                      <w:rFonts w:ascii="Cambria Math" w:hAnsi="Cambria Math"/>
                      <w:sz w:val="28"/>
                      <w:szCs w:val="28"/>
                    </w:rPr>
                  </m:ctrlPr>
                </m:fPr>
                <m:num>
                  <m:r>
                    <w:rPr>
                      <w:rFonts w:ascii="Cambria Math" w:hAnsi="Cambria Math"/>
                      <w:sz w:val="28"/>
                      <w:szCs w:val="28"/>
                    </w:rPr>
                    <m:t>3</m:t>
                  </m:r>
                </m:num>
                <m:den>
                  <m:r>
                    <w:rPr>
                      <w:rFonts w:ascii="Cambria Math" w:hAnsi="Cambria Math"/>
                      <w:sz w:val="28"/>
                      <w:szCs w:val="28"/>
                    </w:rPr>
                    <m:t>9</m:t>
                  </m:r>
                </m:den>
              </m:f>
            </m:oMath>
            <w:r w:rsidRPr="00DC73E0">
              <w:rPr>
                <w:szCs w:val="28"/>
              </w:rPr>
              <w:t xml:space="preserve"> và </w:t>
            </w:r>
            <m:oMath>
              <m:f>
                <m:fPr>
                  <m:ctrlPr>
                    <w:rPr>
                      <w:rFonts w:ascii="Cambria Math" w:hAnsi="Cambria Math"/>
                      <w:sz w:val="28"/>
                      <w:szCs w:val="28"/>
                    </w:rPr>
                  </m:ctrlPr>
                </m:fPr>
                <m:num>
                  <m:r>
                    <w:rPr>
                      <w:rFonts w:ascii="Cambria Math" w:hAnsi="Cambria Math"/>
                      <w:sz w:val="28"/>
                      <w:szCs w:val="28"/>
                    </w:rPr>
                    <m:t>5</m:t>
                  </m:r>
                </m:num>
                <m:den>
                  <m:r>
                    <w:rPr>
                      <w:rFonts w:ascii="Cambria Math" w:hAnsi="Cambria Math"/>
                      <w:sz w:val="28"/>
                      <w:szCs w:val="28"/>
                    </w:rPr>
                    <m:t>9</m:t>
                  </m:r>
                </m:den>
              </m:f>
            </m:oMath>
            <w:r w:rsidRPr="00DC73E0">
              <w:rPr>
                <w:szCs w:val="28"/>
              </w:rPr>
              <w:t>.</w:t>
            </w:r>
            <w:r w:rsidRPr="00DC73E0">
              <w:rPr>
                <w:szCs w:val="28"/>
              </w:rPr>
              <w:br/>
              <w:t xml:space="preserve">  + MSC(5,10)=10 ⇒ </w:t>
            </w:r>
            <m:oMath>
              <m:f>
                <m:fPr>
                  <m:ctrlPr>
                    <w:rPr>
                      <w:rFonts w:ascii="Cambria Math" w:hAnsi="Cambria Math"/>
                      <w:sz w:val="28"/>
                      <w:szCs w:val="28"/>
                    </w:rPr>
                  </m:ctrlPr>
                </m:fPr>
                <m:num>
                  <m:r>
                    <w:rPr>
                      <w:rFonts w:ascii="Cambria Math" w:hAnsi="Cambria Math"/>
                      <w:sz w:val="28"/>
                      <w:szCs w:val="28"/>
                    </w:rPr>
                    <m:t>3</m:t>
                  </m:r>
                </m:num>
                <m:den>
                  <m:r>
                    <w:rPr>
                      <w:rFonts w:ascii="Cambria Math" w:hAnsi="Cambria Math"/>
                      <w:sz w:val="28"/>
                      <w:szCs w:val="28"/>
                    </w:rPr>
                    <m:t>5</m:t>
                  </m:r>
                </m:den>
              </m:f>
            </m:oMath>
            <w:r w:rsidRPr="00DC73E0">
              <w:rPr>
                <w:szCs w:val="28"/>
              </w:rPr>
              <w:t xml:space="preserve"> = </w:t>
            </w:r>
            <m:oMath>
              <m:f>
                <m:fPr>
                  <m:ctrlPr>
                    <w:rPr>
                      <w:rFonts w:ascii="Cambria Math" w:hAnsi="Cambria Math"/>
                      <w:sz w:val="28"/>
                      <w:szCs w:val="28"/>
                    </w:rPr>
                  </m:ctrlPr>
                </m:fPr>
                <m:num>
                  <m:r>
                    <w:rPr>
                      <w:rFonts w:ascii="Cambria Math" w:hAnsi="Cambria Math"/>
                      <w:sz w:val="28"/>
                      <w:szCs w:val="28"/>
                    </w:rPr>
                    <m:t>3×2</m:t>
                  </m:r>
                </m:num>
                <m:den>
                  <m:r>
                    <w:rPr>
                      <w:rFonts w:ascii="Cambria Math" w:hAnsi="Cambria Math"/>
                      <w:sz w:val="28"/>
                      <w:szCs w:val="28"/>
                    </w:rPr>
                    <m:t>5×2</m:t>
                  </m:r>
                </m:den>
              </m:f>
            </m:oMath>
            <w:r w:rsidRPr="00DC73E0">
              <w:rPr>
                <w:szCs w:val="28"/>
              </w:rPr>
              <w:t xml:space="preserve"> = </w:t>
            </w:r>
            <m:oMath>
              <m:f>
                <m:fPr>
                  <m:ctrlPr>
                    <w:rPr>
                      <w:rFonts w:ascii="Cambria Math" w:hAnsi="Cambria Math"/>
                      <w:sz w:val="28"/>
                      <w:szCs w:val="28"/>
                    </w:rPr>
                  </m:ctrlPr>
                </m:fPr>
                <m:num>
                  <m:r>
                    <w:rPr>
                      <w:rFonts w:ascii="Cambria Math" w:hAnsi="Cambria Math"/>
                      <w:sz w:val="28"/>
                      <w:szCs w:val="28"/>
                    </w:rPr>
                    <m:t>6</m:t>
                  </m:r>
                </m:num>
                <m:den>
                  <m:r>
                    <w:rPr>
                      <w:rFonts w:ascii="Cambria Math" w:hAnsi="Cambria Math"/>
                      <w:sz w:val="28"/>
                      <w:szCs w:val="28"/>
                    </w:rPr>
                    <m:t>10</m:t>
                  </m:r>
                </m:den>
              </m:f>
            </m:oMath>
            <w:r w:rsidRPr="00DC73E0">
              <w:rPr>
                <w:szCs w:val="28"/>
              </w:rPr>
              <w:t xml:space="preserve">, giữ nguyên </w:t>
            </w:r>
            <m:oMath>
              <m:f>
                <m:fPr>
                  <m:ctrlPr>
                    <w:rPr>
                      <w:rFonts w:ascii="Cambria Math" w:hAnsi="Cambria Math"/>
                      <w:sz w:val="28"/>
                      <w:szCs w:val="28"/>
                    </w:rPr>
                  </m:ctrlPr>
                </m:fPr>
                <m:num>
                  <m:r>
                    <w:rPr>
                      <w:rFonts w:ascii="Cambria Math" w:hAnsi="Cambria Math"/>
                      <w:sz w:val="28"/>
                      <w:szCs w:val="28"/>
                    </w:rPr>
                    <m:t>7</m:t>
                  </m:r>
                </m:num>
                <m:den>
                  <m:r>
                    <w:rPr>
                      <w:rFonts w:ascii="Cambria Math" w:hAnsi="Cambria Math"/>
                      <w:sz w:val="28"/>
                      <w:szCs w:val="28"/>
                    </w:rPr>
                    <m:t>10</m:t>
                  </m:r>
                </m:den>
              </m:f>
            </m:oMath>
            <w:r w:rsidRPr="00DC73E0">
              <w:rPr>
                <w:szCs w:val="28"/>
              </w:rPr>
              <w:t xml:space="preserve"> ⇒ được </w:t>
            </w:r>
            <m:oMath>
              <m:f>
                <m:fPr>
                  <m:ctrlPr>
                    <w:rPr>
                      <w:rFonts w:ascii="Cambria Math" w:hAnsi="Cambria Math"/>
                      <w:sz w:val="28"/>
                      <w:szCs w:val="28"/>
                    </w:rPr>
                  </m:ctrlPr>
                </m:fPr>
                <m:num>
                  <m:r>
                    <w:rPr>
                      <w:rFonts w:ascii="Cambria Math" w:hAnsi="Cambria Math"/>
                      <w:sz w:val="28"/>
                      <w:szCs w:val="28"/>
                    </w:rPr>
                    <m:t>6</m:t>
                  </m:r>
                </m:num>
                <m:den>
                  <m:r>
                    <w:rPr>
                      <w:rFonts w:ascii="Cambria Math" w:hAnsi="Cambria Math"/>
                      <w:sz w:val="28"/>
                      <w:szCs w:val="28"/>
                    </w:rPr>
                    <m:t>10</m:t>
                  </m:r>
                </m:den>
              </m:f>
            </m:oMath>
            <w:r w:rsidRPr="00DC73E0">
              <w:rPr>
                <w:szCs w:val="28"/>
              </w:rPr>
              <w:t xml:space="preserve"> và </w:t>
            </w:r>
            <m:oMath>
              <m:f>
                <m:fPr>
                  <m:ctrlPr>
                    <w:rPr>
                      <w:rFonts w:ascii="Cambria Math" w:hAnsi="Cambria Math"/>
                      <w:sz w:val="28"/>
                      <w:szCs w:val="28"/>
                    </w:rPr>
                  </m:ctrlPr>
                </m:fPr>
                <m:num>
                  <m:r>
                    <w:rPr>
                      <w:rFonts w:ascii="Cambria Math" w:hAnsi="Cambria Math"/>
                      <w:sz w:val="28"/>
                      <w:szCs w:val="28"/>
                    </w:rPr>
                    <m:t>7</m:t>
                  </m:r>
                </m:num>
                <m:den>
                  <m:r>
                    <w:rPr>
                      <w:rFonts w:ascii="Cambria Math" w:hAnsi="Cambria Math"/>
                      <w:sz w:val="28"/>
                      <w:szCs w:val="28"/>
                    </w:rPr>
                    <m:t>10</m:t>
                  </m:r>
                </m:den>
              </m:f>
            </m:oMath>
            <w:r w:rsidRPr="00DC73E0">
              <w:rPr>
                <w:szCs w:val="28"/>
              </w:rPr>
              <w:t>.</w:t>
            </w:r>
          </w:p>
        </w:tc>
      </w:tr>
      <w:tr w:rsidR="00DC73E0" w:rsidRPr="00DC73E0" w:rsidTr="00DC73E0">
        <w:trPr>
          <w:jc w:val="center"/>
        </w:trPr>
        <w:tc>
          <w:tcPr>
            <w:tcW w:w="4702" w:type="dxa"/>
            <w:shd w:val="clear" w:color="auto" w:fill="auto"/>
          </w:tcPr>
          <w:p w:rsidR="00B76D21" w:rsidRPr="00DC73E0" w:rsidRDefault="00B76D21" w:rsidP="00B76D21">
            <w:pPr>
              <w:rPr>
                <w:sz w:val="28"/>
                <w:szCs w:val="28"/>
              </w:rPr>
            </w:pPr>
            <w:r w:rsidRPr="00DC73E0">
              <w:rPr>
                <w:szCs w:val="28"/>
              </w:rPr>
              <w:lastRenderedPageBreak/>
              <w:t>- Mời 2 HS lên bảng làm (mỗi HS 1 ý); yêu cầu lớp nhận xét.</w:t>
            </w:r>
          </w:p>
        </w:tc>
        <w:tc>
          <w:tcPr>
            <w:tcW w:w="4702" w:type="dxa"/>
            <w:shd w:val="clear" w:color="auto" w:fill="auto"/>
          </w:tcPr>
          <w:p w:rsidR="00B76D21" w:rsidRPr="00DC73E0" w:rsidRDefault="00B76D21" w:rsidP="00B76D21">
            <w:pPr>
              <w:rPr>
                <w:sz w:val="28"/>
                <w:szCs w:val="28"/>
              </w:rPr>
            </w:pPr>
            <w:r w:rsidRPr="00DC73E0">
              <w:rPr>
                <w:szCs w:val="28"/>
              </w:rPr>
              <w:t>- 2 HS lên bảng trình bày; HS khác nhận xét: xác định MSC đúng, nhân cả tử và mẫu đúng, giữ nguyên phân số có MSC.</w:t>
            </w:r>
          </w:p>
        </w:tc>
      </w:tr>
      <w:tr w:rsidR="00DC73E0" w:rsidRPr="00DC73E0" w:rsidTr="00DC73E0">
        <w:trPr>
          <w:jc w:val="center"/>
        </w:trPr>
        <w:tc>
          <w:tcPr>
            <w:tcW w:w="4702" w:type="dxa"/>
            <w:tcBorders>
              <w:bottom w:val="single" w:sz="4" w:space="0" w:color="auto"/>
            </w:tcBorders>
            <w:shd w:val="clear" w:color="auto" w:fill="auto"/>
          </w:tcPr>
          <w:p w:rsidR="00B76D21" w:rsidRPr="00DC73E0" w:rsidRDefault="00B76D21" w:rsidP="00B76D21">
            <w:pPr>
              <w:rPr>
                <w:sz w:val="28"/>
                <w:szCs w:val="28"/>
              </w:rPr>
            </w:pPr>
            <w:r w:rsidRPr="00DC73E0">
              <w:rPr>
                <w:szCs w:val="28"/>
              </w:rPr>
              <w:t>- GV nhận xét, đánh giá; giới thiệu bài: Luyện tập.</w:t>
            </w:r>
          </w:p>
        </w:tc>
        <w:tc>
          <w:tcPr>
            <w:tcW w:w="4702" w:type="dxa"/>
            <w:tcBorders>
              <w:bottom w:val="single" w:sz="4" w:space="0" w:color="auto"/>
            </w:tcBorders>
            <w:shd w:val="clear" w:color="auto" w:fill="auto"/>
          </w:tcPr>
          <w:p w:rsidR="00B76D21" w:rsidRPr="00DC73E0" w:rsidRDefault="00B76D21" w:rsidP="00B76D21">
            <w:pPr>
              <w:rPr>
                <w:sz w:val="28"/>
                <w:szCs w:val="28"/>
              </w:rPr>
            </w:pPr>
            <w:r w:rsidRPr="00DC73E0">
              <w:rPr>
                <w:szCs w:val="28"/>
              </w:rPr>
              <w:t>- HS lắng nghe, ghi vở: Toán – Luyện tập.</w:t>
            </w:r>
          </w:p>
        </w:tc>
      </w:tr>
      <w:tr w:rsidR="00DC73E0" w:rsidRPr="00DC73E0" w:rsidTr="00DC73E0">
        <w:trPr>
          <w:cantSplit/>
          <w:jc w:val="center"/>
        </w:trPr>
        <w:tc>
          <w:tcPr>
            <w:tcW w:w="9404" w:type="dxa"/>
            <w:gridSpan w:val="2"/>
            <w:tcBorders>
              <w:top w:val="single" w:sz="4" w:space="0" w:color="auto"/>
              <w:bottom w:val="single" w:sz="4" w:space="0" w:color="auto"/>
            </w:tcBorders>
            <w:shd w:val="clear" w:color="auto" w:fill="auto"/>
          </w:tcPr>
          <w:p w:rsidR="00B76D21" w:rsidRPr="00DC73E0" w:rsidRDefault="00B17B87" w:rsidP="00B76D21">
            <w:pPr>
              <w:rPr>
                <w:sz w:val="28"/>
                <w:szCs w:val="28"/>
              </w:rPr>
            </w:pPr>
            <w:r w:rsidRPr="00DC73E0">
              <w:rPr>
                <w:b/>
              </w:rPr>
              <w:t>2. Luyện tập:</w:t>
            </w:r>
          </w:p>
          <w:p w:rsidR="00581890" w:rsidRPr="00DC73E0" w:rsidRDefault="007F75C5">
            <w:r w:rsidRPr="00DC73E0">
              <w:rPr>
                <w:b/>
              </w:rPr>
              <w:t xml:space="preserve">- Mục tiêu: </w:t>
            </w:r>
            <w:r w:rsidRPr="00DC73E0">
              <w:t>Vận dụng quy đồng mẫu số; kết hợp rút gọn và quy đồng; mở rộng quy đồng nhiều phân số.</w:t>
            </w:r>
          </w:p>
          <w:p w:rsidR="00581890" w:rsidRPr="00DC73E0" w:rsidRDefault="007F75C5">
            <w:r w:rsidRPr="00DC73E0">
              <w:rPr>
                <w:b/>
              </w:rPr>
              <w:t xml:space="preserve">- Mục tiêu tích hợp: </w:t>
            </w:r>
            <w:r w:rsidRPr="00DC73E0">
              <w:t>HS biết quét mã QR hoặc truy cập Quizizz để tự kiểm tra mức độ hiểu bài, gửi đáp án và xem phản hồi; sử dụng thiết bị an toàn, đúng mục đích.</w:t>
            </w:r>
          </w:p>
          <w:p w:rsidR="00581890" w:rsidRPr="00DC73E0" w:rsidRDefault="007F75C5">
            <w:r w:rsidRPr="00DC73E0">
              <w:rPr>
                <w:b/>
                <w:i/>
              </w:rPr>
              <w:t>*Cách tiến hành:</w:t>
            </w:r>
          </w:p>
        </w:tc>
      </w:tr>
      <w:tr w:rsidR="00DC73E0" w:rsidRPr="00DC73E0" w:rsidTr="00DC73E0">
        <w:trPr>
          <w:jc w:val="center"/>
        </w:trPr>
        <w:tc>
          <w:tcPr>
            <w:tcW w:w="9404" w:type="dxa"/>
            <w:gridSpan w:val="2"/>
            <w:tcBorders>
              <w:top w:val="single" w:sz="4" w:space="0" w:color="auto"/>
              <w:bottom w:val="single" w:sz="4" w:space="0" w:color="auto"/>
            </w:tcBorders>
            <w:shd w:val="clear" w:color="auto" w:fill="auto"/>
          </w:tcPr>
          <w:p w:rsidR="00B76D21" w:rsidRPr="00DC73E0" w:rsidRDefault="00B76D21" w:rsidP="00B76D21">
            <w:pPr>
              <w:rPr>
                <w:sz w:val="28"/>
                <w:szCs w:val="28"/>
              </w:rPr>
            </w:pPr>
            <w:r w:rsidRPr="00DC73E0">
              <w:rPr>
                <w:b/>
                <w:szCs w:val="28"/>
              </w:rPr>
              <w:t>Bài 1</w:t>
            </w:r>
          </w:p>
        </w:tc>
      </w:tr>
      <w:tr w:rsidR="00DC73E0" w:rsidRPr="00DC73E0" w:rsidTr="00DC73E0">
        <w:trPr>
          <w:jc w:val="center"/>
        </w:trPr>
        <w:tc>
          <w:tcPr>
            <w:tcW w:w="4702" w:type="dxa"/>
            <w:tcBorders>
              <w:top w:val="single" w:sz="4" w:space="0" w:color="auto"/>
            </w:tcBorders>
            <w:shd w:val="clear" w:color="auto" w:fill="auto"/>
          </w:tcPr>
          <w:p w:rsidR="005871C1" w:rsidRPr="00DC73E0" w:rsidRDefault="00B76D21" w:rsidP="00B76D21">
            <w:pPr>
              <w:rPr>
                <w:sz w:val="28"/>
                <w:szCs w:val="28"/>
              </w:rPr>
            </w:pPr>
            <w:r w:rsidRPr="00DC73E0">
              <w:rPr>
                <w:szCs w:val="28"/>
              </w:rPr>
              <w:t>- GV chiếu đề bài và gọi HS đọc yêu cầu.</w:t>
            </w:r>
          </w:p>
        </w:tc>
        <w:tc>
          <w:tcPr>
            <w:tcW w:w="4702" w:type="dxa"/>
            <w:tcBorders>
              <w:top w:val="single" w:sz="4" w:space="0" w:color="auto"/>
            </w:tcBorders>
            <w:shd w:val="clear" w:color="auto" w:fill="auto"/>
          </w:tcPr>
          <w:p w:rsidR="00B76D21" w:rsidRPr="00DC73E0" w:rsidRDefault="00B76D21" w:rsidP="00B76D21">
            <w:pPr>
              <w:rPr>
                <w:sz w:val="28"/>
                <w:szCs w:val="28"/>
              </w:rPr>
            </w:pPr>
            <w:r w:rsidRPr="00DC73E0">
              <w:rPr>
                <w:szCs w:val="28"/>
              </w:rPr>
              <w:t>- HS đọc yêu cầu.</w:t>
            </w:r>
          </w:p>
        </w:tc>
      </w:tr>
      <w:tr w:rsidR="00DC73E0" w:rsidRPr="00DC73E0" w:rsidTr="00DC73E0">
        <w:trPr>
          <w:jc w:val="center"/>
        </w:trPr>
        <w:tc>
          <w:tcPr>
            <w:tcW w:w="4702" w:type="dxa"/>
            <w:shd w:val="clear" w:color="auto" w:fill="auto"/>
          </w:tcPr>
          <w:p w:rsidR="00B76D21" w:rsidRPr="00DC73E0" w:rsidRDefault="00B76D21" w:rsidP="00B76D21">
            <w:pPr>
              <w:rPr>
                <w:sz w:val="28"/>
                <w:szCs w:val="28"/>
              </w:rPr>
            </w:pPr>
            <w:r w:rsidRPr="00DC73E0">
              <w:rPr>
                <w:szCs w:val="28"/>
              </w:rPr>
              <w:t>- Hỏi: Bài yêu cầu làm gì?</w:t>
            </w:r>
          </w:p>
        </w:tc>
        <w:tc>
          <w:tcPr>
            <w:tcW w:w="4702" w:type="dxa"/>
            <w:shd w:val="clear" w:color="auto" w:fill="auto"/>
          </w:tcPr>
          <w:p w:rsidR="00B76D21" w:rsidRPr="00DC73E0" w:rsidRDefault="00B76D21" w:rsidP="00B76D21">
            <w:pPr>
              <w:rPr>
                <w:sz w:val="28"/>
                <w:szCs w:val="28"/>
              </w:rPr>
            </w:pPr>
            <w:r w:rsidRPr="00DC73E0">
              <w:rPr>
                <w:szCs w:val="28"/>
              </w:rPr>
              <w:t>- HS trả lời: Quy đồng mẫu số các phân số.</w:t>
            </w:r>
          </w:p>
        </w:tc>
      </w:tr>
      <w:tr w:rsidR="00DC73E0" w:rsidRPr="00DC73E0" w:rsidTr="00DC73E0">
        <w:trPr>
          <w:jc w:val="center"/>
        </w:trPr>
        <w:tc>
          <w:tcPr>
            <w:tcW w:w="4702" w:type="dxa"/>
            <w:shd w:val="clear" w:color="auto" w:fill="auto"/>
          </w:tcPr>
          <w:p w:rsidR="00B76D21" w:rsidRPr="00DC73E0" w:rsidRDefault="00B76D21" w:rsidP="00B76D21">
            <w:pPr>
              <w:rPr>
                <w:sz w:val="28"/>
                <w:szCs w:val="28"/>
              </w:rPr>
            </w:pPr>
            <w:r w:rsidRPr="00DC73E0">
              <w:rPr>
                <w:szCs w:val="28"/>
              </w:rPr>
              <w:t>- Giao nhiệm vụ: HS làm bài vào vở; sau đó GV chiếu vở chữa.</w:t>
            </w:r>
          </w:p>
        </w:tc>
        <w:tc>
          <w:tcPr>
            <w:tcW w:w="4702" w:type="dxa"/>
            <w:shd w:val="clear" w:color="auto" w:fill="auto"/>
          </w:tcPr>
          <w:p w:rsidR="00B76D21" w:rsidRPr="00DC73E0" w:rsidRDefault="00B76D21" w:rsidP="00B76D21">
            <w:pPr>
              <w:rPr>
                <w:sz w:val="28"/>
                <w:szCs w:val="28"/>
              </w:rPr>
            </w:pPr>
            <w:r w:rsidRPr="00DC73E0">
              <w:rPr>
                <w:szCs w:val="28"/>
              </w:rPr>
              <w:t>- HS làm bài vào vở và trình bày cách làm theo mẫu.</w:t>
            </w:r>
          </w:p>
        </w:tc>
      </w:tr>
      <w:tr w:rsidR="00DC73E0" w:rsidRPr="00DC73E0" w:rsidTr="00DC73E0">
        <w:trPr>
          <w:jc w:val="center"/>
        </w:trPr>
        <w:tc>
          <w:tcPr>
            <w:tcW w:w="4702" w:type="dxa"/>
            <w:shd w:val="clear" w:color="auto" w:fill="auto"/>
          </w:tcPr>
          <w:p w:rsidR="00B76D21" w:rsidRPr="00DC73E0" w:rsidRDefault="00B76D21" w:rsidP="00B76D21">
            <w:pPr>
              <w:rPr>
                <w:sz w:val="28"/>
                <w:szCs w:val="28"/>
              </w:rPr>
            </w:pPr>
            <w:r w:rsidRPr="00DC73E0">
              <w:rPr>
                <w:szCs w:val="28"/>
              </w:rPr>
              <w:t>- GV chiếu vở HS và chữa; chốt kết quả.</w:t>
            </w:r>
          </w:p>
        </w:tc>
        <w:tc>
          <w:tcPr>
            <w:tcW w:w="4702" w:type="dxa"/>
            <w:shd w:val="clear" w:color="auto" w:fill="auto"/>
          </w:tcPr>
          <w:p w:rsidR="00B76D21" w:rsidRPr="00DC73E0" w:rsidRDefault="00B76D21" w:rsidP="00B76D21">
            <w:pPr>
              <w:rPr>
                <w:sz w:val="28"/>
                <w:szCs w:val="28"/>
              </w:rPr>
            </w:pPr>
            <w:r w:rsidRPr="00DC73E0">
              <w:rPr>
                <w:szCs w:val="28"/>
              </w:rPr>
              <w:t>- HS ghi đáp án:</w:t>
            </w:r>
            <w:r w:rsidRPr="00DC73E0">
              <w:rPr>
                <w:szCs w:val="28"/>
              </w:rPr>
              <w:br/>
              <w:t xml:space="preserve">  a) </w:t>
            </w:r>
            <m:oMath>
              <m:f>
                <m:fPr>
                  <m:ctrlPr>
                    <w:rPr>
                      <w:rFonts w:ascii="Cambria Math" w:hAnsi="Cambria Math"/>
                      <w:sz w:val="28"/>
                      <w:szCs w:val="28"/>
                    </w:rPr>
                  </m:ctrlPr>
                </m:fPr>
                <m:num>
                  <m:r>
                    <w:rPr>
                      <w:rFonts w:ascii="Cambria Math" w:hAnsi="Cambria Math"/>
                      <w:sz w:val="28"/>
                      <w:szCs w:val="28"/>
                    </w:rPr>
                    <m:t>5</m:t>
                  </m:r>
                </m:num>
                <m:den>
                  <m:r>
                    <w:rPr>
                      <w:rFonts w:ascii="Cambria Math" w:hAnsi="Cambria Math"/>
                      <w:sz w:val="28"/>
                      <w:szCs w:val="28"/>
                    </w:rPr>
                    <m:t>6</m:t>
                  </m:r>
                </m:den>
              </m:f>
            </m:oMath>
            <w:r w:rsidRPr="00DC73E0">
              <w:rPr>
                <w:szCs w:val="28"/>
              </w:rPr>
              <w:t xml:space="preserve"> = </w:t>
            </w:r>
            <m:oMath>
              <m:f>
                <m:fPr>
                  <m:ctrlPr>
                    <w:rPr>
                      <w:rFonts w:ascii="Cambria Math" w:hAnsi="Cambria Math"/>
                      <w:sz w:val="28"/>
                      <w:szCs w:val="28"/>
                    </w:rPr>
                  </m:ctrlPr>
                </m:fPr>
                <m:num>
                  <m:r>
                    <w:rPr>
                      <w:rFonts w:ascii="Cambria Math" w:hAnsi="Cambria Math"/>
                      <w:sz w:val="28"/>
                      <w:szCs w:val="28"/>
                    </w:rPr>
                    <m:t>5×4</m:t>
                  </m:r>
                </m:num>
                <m:den>
                  <m:r>
                    <w:rPr>
                      <w:rFonts w:ascii="Cambria Math" w:hAnsi="Cambria Math"/>
                      <w:sz w:val="28"/>
                      <w:szCs w:val="28"/>
                    </w:rPr>
                    <m:t>6×4</m:t>
                  </m:r>
                </m:den>
              </m:f>
            </m:oMath>
            <w:r w:rsidRPr="00DC73E0">
              <w:rPr>
                <w:szCs w:val="28"/>
              </w:rPr>
              <w:t xml:space="preserve"> = </w:t>
            </w:r>
            <m:oMath>
              <m:f>
                <m:fPr>
                  <m:ctrlPr>
                    <w:rPr>
                      <w:rFonts w:ascii="Cambria Math" w:hAnsi="Cambria Math"/>
                      <w:sz w:val="28"/>
                      <w:szCs w:val="28"/>
                    </w:rPr>
                  </m:ctrlPr>
                </m:fPr>
                <m:num>
                  <m:r>
                    <w:rPr>
                      <w:rFonts w:ascii="Cambria Math" w:hAnsi="Cambria Math"/>
                      <w:sz w:val="28"/>
                      <w:szCs w:val="28"/>
                    </w:rPr>
                    <m:t>20</m:t>
                  </m:r>
                </m:num>
                <m:den>
                  <m:r>
                    <w:rPr>
                      <w:rFonts w:ascii="Cambria Math" w:hAnsi="Cambria Math"/>
                      <w:sz w:val="28"/>
                      <w:szCs w:val="28"/>
                    </w:rPr>
                    <m:t>24</m:t>
                  </m:r>
                </m:den>
              </m:f>
            </m:oMath>
            <w:r w:rsidRPr="00DC73E0">
              <w:rPr>
                <w:szCs w:val="28"/>
              </w:rPr>
              <w:t>.</w:t>
            </w:r>
            <w:r w:rsidRPr="00DC73E0">
              <w:rPr>
                <w:szCs w:val="28"/>
              </w:rPr>
              <w:br/>
              <w:t xml:space="preserve">  b) </w:t>
            </w:r>
            <m:oMath>
              <m:f>
                <m:fPr>
                  <m:ctrlPr>
                    <w:rPr>
                      <w:rFonts w:ascii="Cambria Math" w:hAnsi="Cambria Math"/>
                      <w:sz w:val="28"/>
                      <w:szCs w:val="28"/>
                    </w:rPr>
                  </m:ctrlPr>
                </m:fPr>
                <m:num>
                  <m:r>
                    <w:rPr>
                      <w:rFonts w:ascii="Cambria Math" w:hAnsi="Cambria Math"/>
                      <w:sz w:val="28"/>
                      <w:szCs w:val="28"/>
                    </w:rPr>
                    <m:t>7</m:t>
                  </m:r>
                </m:num>
                <m:den>
                  <m:r>
                    <w:rPr>
                      <w:rFonts w:ascii="Cambria Math" w:hAnsi="Cambria Math"/>
                      <w:sz w:val="28"/>
                      <w:szCs w:val="28"/>
                    </w:rPr>
                    <m:t>15</m:t>
                  </m:r>
                </m:den>
              </m:f>
            </m:oMath>
            <w:r w:rsidRPr="00DC73E0">
              <w:rPr>
                <w:szCs w:val="28"/>
              </w:rPr>
              <w:t xml:space="preserve"> = </w:t>
            </w:r>
            <m:oMath>
              <m:f>
                <m:fPr>
                  <m:ctrlPr>
                    <w:rPr>
                      <w:rFonts w:ascii="Cambria Math" w:hAnsi="Cambria Math"/>
                      <w:sz w:val="28"/>
                      <w:szCs w:val="28"/>
                    </w:rPr>
                  </m:ctrlPr>
                </m:fPr>
                <m:num>
                  <m:r>
                    <w:rPr>
                      <w:rFonts w:ascii="Cambria Math" w:hAnsi="Cambria Math"/>
                      <w:sz w:val="28"/>
                      <w:szCs w:val="28"/>
                    </w:rPr>
                    <m:t>7×3</m:t>
                  </m:r>
                </m:num>
                <m:den>
                  <m:r>
                    <w:rPr>
                      <w:rFonts w:ascii="Cambria Math" w:hAnsi="Cambria Math"/>
                      <w:sz w:val="28"/>
                      <w:szCs w:val="28"/>
                    </w:rPr>
                    <m:t>15×3</m:t>
                  </m:r>
                </m:den>
              </m:f>
            </m:oMath>
            <w:r w:rsidRPr="00DC73E0">
              <w:rPr>
                <w:szCs w:val="28"/>
              </w:rPr>
              <w:t xml:space="preserve"> = </w:t>
            </w:r>
            <m:oMath>
              <m:f>
                <m:fPr>
                  <m:ctrlPr>
                    <w:rPr>
                      <w:rFonts w:ascii="Cambria Math" w:hAnsi="Cambria Math"/>
                      <w:sz w:val="28"/>
                      <w:szCs w:val="28"/>
                    </w:rPr>
                  </m:ctrlPr>
                </m:fPr>
                <m:num>
                  <m:r>
                    <w:rPr>
                      <w:rFonts w:ascii="Cambria Math" w:hAnsi="Cambria Math"/>
                      <w:sz w:val="28"/>
                      <w:szCs w:val="28"/>
                    </w:rPr>
                    <m:t>21</m:t>
                  </m:r>
                </m:num>
                <m:den>
                  <m:r>
                    <w:rPr>
                      <w:rFonts w:ascii="Cambria Math" w:hAnsi="Cambria Math"/>
                      <w:sz w:val="28"/>
                      <w:szCs w:val="28"/>
                    </w:rPr>
                    <m:t>45</m:t>
                  </m:r>
                </m:den>
              </m:f>
            </m:oMath>
            <w:r w:rsidRPr="00DC73E0">
              <w:rPr>
                <w:szCs w:val="28"/>
              </w:rPr>
              <w:t>.</w:t>
            </w:r>
            <w:r w:rsidRPr="00DC73E0">
              <w:rPr>
                <w:szCs w:val="28"/>
              </w:rPr>
              <w:br/>
              <w:t xml:space="preserve">  c) </w:t>
            </w:r>
            <m:oMath>
              <m:f>
                <m:fPr>
                  <m:ctrlPr>
                    <w:rPr>
                      <w:rFonts w:ascii="Cambria Math" w:hAnsi="Cambria Math"/>
                      <w:sz w:val="28"/>
                      <w:szCs w:val="28"/>
                    </w:rPr>
                  </m:ctrlPr>
                </m:fPr>
                <m:num>
                  <m:r>
                    <w:rPr>
                      <w:rFonts w:ascii="Cambria Math" w:hAnsi="Cambria Math"/>
                      <w:sz w:val="28"/>
                      <w:szCs w:val="28"/>
                    </w:rPr>
                    <m:t>2</m:t>
                  </m:r>
                </m:num>
                <m:den>
                  <m:r>
                    <w:rPr>
                      <w:rFonts w:ascii="Cambria Math" w:hAnsi="Cambria Math"/>
                      <w:sz w:val="28"/>
                      <w:szCs w:val="28"/>
                    </w:rPr>
                    <m:t>3</m:t>
                  </m:r>
                </m:den>
              </m:f>
            </m:oMath>
            <w:r w:rsidRPr="00DC73E0">
              <w:rPr>
                <w:szCs w:val="28"/>
              </w:rPr>
              <w:t xml:space="preserve"> = </w:t>
            </w:r>
            <m:oMath>
              <m:f>
                <m:fPr>
                  <m:ctrlPr>
                    <w:rPr>
                      <w:rFonts w:ascii="Cambria Math" w:hAnsi="Cambria Math"/>
                      <w:sz w:val="28"/>
                      <w:szCs w:val="28"/>
                    </w:rPr>
                  </m:ctrlPr>
                </m:fPr>
                <m:num>
                  <m:r>
                    <w:rPr>
                      <w:rFonts w:ascii="Cambria Math" w:hAnsi="Cambria Math"/>
                      <w:sz w:val="28"/>
                      <w:szCs w:val="28"/>
                    </w:rPr>
                    <m:t>2×100</m:t>
                  </m:r>
                </m:num>
                <m:den>
                  <m:r>
                    <w:rPr>
                      <w:rFonts w:ascii="Cambria Math" w:hAnsi="Cambria Math"/>
                      <w:sz w:val="28"/>
                      <w:szCs w:val="28"/>
                    </w:rPr>
                    <m:t>3×100</m:t>
                  </m:r>
                </m:den>
              </m:f>
            </m:oMath>
            <w:r w:rsidRPr="00DC73E0">
              <w:rPr>
                <w:szCs w:val="28"/>
              </w:rPr>
              <w:t xml:space="preserve"> = </w:t>
            </w:r>
            <m:oMath>
              <m:f>
                <m:fPr>
                  <m:ctrlPr>
                    <w:rPr>
                      <w:rFonts w:ascii="Cambria Math" w:hAnsi="Cambria Math"/>
                      <w:sz w:val="28"/>
                      <w:szCs w:val="28"/>
                    </w:rPr>
                  </m:ctrlPr>
                </m:fPr>
                <m:num>
                  <m:r>
                    <w:rPr>
                      <w:rFonts w:ascii="Cambria Math" w:hAnsi="Cambria Math"/>
                      <w:sz w:val="28"/>
                      <w:szCs w:val="28"/>
                    </w:rPr>
                    <m:t>200</m:t>
                  </m:r>
                </m:num>
                <m:den>
                  <m:r>
                    <w:rPr>
                      <w:rFonts w:ascii="Cambria Math" w:hAnsi="Cambria Math"/>
                      <w:sz w:val="28"/>
                      <w:szCs w:val="28"/>
                    </w:rPr>
                    <m:t>300</m:t>
                  </m:r>
                </m:den>
              </m:f>
            </m:oMath>
            <w:r w:rsidRPr="00DC73E0">
              <w:rPr>
                <w:szCs w:val="28"/>
              </w:rPr>
              <w:t>.</w:t>
            </w:r>
          </w:p>
        </w:tc>
      </w:tr>
      <w:tr w:rsidR="00DC73E0" w:rsidRPr="00DC73E0" w:rsidTr="00DC73E0">
        <w:trPr>
          <w:jc w:val="center"/>
        </w:trPr>
        <w:tc>
          <w:tcPr>
            <w:tcW w:w="4702" w:type="dxa"/>
            <w:shd w:val="clear" w:color="auto" w:fill="auto"/>
          </w:tcPr>
          <w:p w:rsidR="00B76D21" w:rsidRPr="00DC73E0" w:rsidRDefault="00B76D21" w:rsidP="00B76D21">
            <w:pPr>
              <w:rPr>
                <w:sz w:val="28"/>
                <w:szCs w:val="28"/>
              </w:rPr>
            </w:pPr>
            <w:r w:rsidRPr="00DC73E0">
              <w:rPr>
                <w:szCs w:val="28"/>
              </w:rPr>
              <w:t>- Yêu cầu HS nêu cách làm phần a, b (vì sao nhân 4; nhân 3).</w:t>
            </w:r>
          </w:p>
        </w:tc>
        <w:tc>
          <w:tcPr>
            <w:tcW w:w="4702" w:type="dxa"/>
            <w:shd w:val="clear" w:color="auto" w:fill="auto"/>
          </w:tcPr>
          <w:p w:rsidR="00B76D21" w:rsidRPr="00DC73E0" w:rsidRDefault="00B76D21" w:rsidP="00B76D21">
            <w:pPr>
              <w:rPr>
                <w:sz w:val="28"/>
                <w:szCs w:val="28"/>
              </w:rPr>
            </w:pPr>
            <w:r w:rsidRPr="00DC73E0">
              <w:rPr>
                <w:szCs w:val="28"/>
              </w:rPr>
              <w:t>- HS trả lời:</w:t>
            </w:r>
            <w:r w:rsidRPr="00DC73E0">
              <w:rPr>
                <w:szCs w:val="28"/>
              </w:rPr>
              <w:br/>
              <w:t xml:space="preserve">  + a) Vì cần đưa mẫu 6 về 24 nên lấy 24:6=4 rồi nhân cả tử và mẫu với 4.</w:t>
            </w:r>
            <w:r w:rsidRPr="00DC73E0">
              <w:rPr>
                <w:szCs w:val="28"/>
              </w:rPr>
              <w:br/>
              <w:t xml:space="preserve">  + b) Vì cần đưa mẫu 15 về 45 nên lấy 45:15=3 rồi nhân cả tử và mẫu với 3.</w:t>
            </w:r>
          </w:p>
        </w:tc>
      </w:tr>
      <w:tr w:rsidR="00DC73E0" w:rsidRPr="00DC73E0" w:rsidTr="00DC73E0">
        <w:trPr>
          <w:jc w:val="center"/>
        </w:trPr>
        <w:tc>
          <w:tcPr>
            <w:tcW w:w="4702" w:type="dxa"/>
            <w:tcBorders>
              <w:bottom w:val="single" w:sz="4" w:space="0" w:color="auto"/>
            </w:tcBorders>
            <w:shd w:val="clear" w:color="auto" w:fill="auto"/>
          </w:tcPr>
          <w:p w:rsidR="00B76D21" w:rsidRPr="00DC73E0" w:rsidRDefault="00B76D21" w:rsidP="00B76D21">
            <w:pPr>
              <w:rPr>
                <w:sz w:val="28"/>
                <w:szCs w:val="28"/>
              </w:rPr>
            </w:pPr>
            <w:r w:rsidRPr="00DC73E0">
              <w:rPr>
                <w:szCs w:val="28"/>
              </w:rPr>
              <w:t>- GV nhận xét chung, tuyên dương HS.</w:t>
            </w:r>
          </w:p>
        </w:tc>
        <w:tc>
          <w:tcPr>
            <w:tcW w:w="4702" w:type="dxa"/>
            <w:tcBorders>
              <w:bottom w:val="single" w:sz="4" w:space="0" w:color="auto"/>
            </w:tcBorders>
            <w:shd w:val="clear" w:color="auto" w:fill="auto"/>
          </w:tcPr>
          <w:p w:rsidR="00B76D21" w:rsidRPr="00DC73E0" w:rsidRDefault="00B76D21" w:rsidP="00B76D21">
            <w:pPr>
              <w:rPr>
                <w:sz w:val="28"/>
                <w:szCs w:val="28"/>
              </w:rPr>
            </w:pPr>
            <w:r w:rsidRPr="00DC73E0">
              <w:rPr>
                <w:szCs w:val="28"/>
              </w:rPr>
              <w:t>- HS lắng nghe.</w:t>
            </w:r>
          </w:p>
        </w:tc>
      </w:tr>
      <w:tr w:rsidR="00DC73E0" w:rsidRPr="00DC73E0" w:rsidTr="00DC73E0">
        <w:trPr>
          <w:jc w:val="center"/>
        </w:trPr>
        <w:tc>
          <w:tcPr>
            <w:tcW w:w="9404" w:type="dxa"/>
            <w:gridSpan w:val="2"/>
            <w:tcBorders>
              <w:top w:val="single" w:sz="4" w:space="0" w:color="auto"/>
              <w:bottom w:val="single" w:sz="4" w:space="0" w:color="auto"/>
            </w:tcBorders>
            <w:shd w:val="clear" w:color="auto" w:fill="auto"/>
          </w:tcPr>
          <w:p w:rsidR="00B76D21" w:rsidRPr="00DC73E0" w:rsidRDefault="00B76D21" w:rsidP="00B76D21">
            <w:pPr>
              <w:rPr>
                <w:sz w:val="28"/>
                <w:szCs w:val="28"/>
              </w:rPr>
            </w:pPr>
            <w:r w:rsidRPr="00DC73E0">
              <w:rPr>
                <w:b/>
                <w:szCs w:val="28"/>
              </w:rPr>
              <w:t>Bài 2</w:t>
            </w:r>
          </w:p>
        </w:tc>
      </w:tr>
      <w:tr w:rsidR="00DC73E0" w:rsidRPr="00DC73E0" w:rsidTr="00DC73E0">
        <w:trPr>
          <w:jc w:val="center"/>
        </w:trPr>
        <w:tc>
          <w:tcPr>
            <w:tcW w:w="4702" w:type="dxa"/>
            <w:tcBorders>
              <w:top w:val="single" w:sz="4" w:space="0" w:color="auto"/>
            </w:tcBorders>
            <w:shd w:val="clear" w:color="auto" w:fill="auto"/>
          </w:tcPr>
          <w:p w:rsidR="005871C1" w:rsidRPr="00DC73E0" w:rsidRDefault="00B76D21" w:rsidP="00B76D21">
            <w:pPr>
              <w:rPr>
                <w:sz w:val="28"/>
                <w:szCs w:val="28"/>
              </w:rPr>
            </w:pPr>
            <w:r w:rsidRPr="00DC73E0">
              <w:rPr>
                <w:szCs w:val="28"/>
              </w:rPr>
              <w:t>- Gọi HS đọc yêu cầu.</w:t>
            </w:r>
          </w:p>
        </w:tc>
        <w:tc>
          <w:tcPr>
            <w:tcW w:w="4702" w:type="dxa"/>
            <w:tcBorders>
              <w:top w:val="single" w:sz="4" w:space="0" w:color="auto"/>
            </w:tcBorders>
            <w:shd w:val="clear" w:color="auto" w:fill="auto"/>
          </w:tcPr>
          <w:p w:rsidR="00B76D21" w:rsidRPr="00DC73E0" w:rsidRDefault="00B76D21" w:rsidP="00B76D21">
            <w:pPr>
              <w:rPr>
                <w:sz w:val="28"/>
                <w:szCs w:val="28"/>
              </w:rPr>
            </w:pPr>
            <w:r w:rsidRPr="00DC73E0">
              <w:rPr>
                <w:szCs w:val="28"/>
              </w:rPr>
              <w:t>- HS đọc yêu cầu.</w:t>
            </w:r>
          </w:p>
        </w:tc>
      </w:tr>
      <w:tr w:rsidR="00DC73E0" w:rsidRPr="00DC73E0" w:rsidTr="00DC73E0">
        <w:trPr>
          <w:jc w:val="center"/>
        </w:trPr>
        <w:tc>
          <w:tcPr>
            <w:tcW w:w="4702" w:type="dxa"/>
            <w:shd w:val="clear" w:color="auto" w:fill="auto"/>
          </w:tcPr>
          <w:p w:rsidR="00B76D21" w:rsidRPr="00DC73E0" w:rsidRDefault="00B76D21" w:rsidP="00B76D21">
            <w:pPr>
              <w:rPr>
                <w:sz w:val="28"/>
                <w:szCs w:val="28"/>
              </w:rPr>
            </w:pPr>
            <w:r w:rsidRPr="00DC73E0">
              <w:rPr>
                <w:szCs w:val="28"/>
              </w:rPr>
              <w:t>- Hỏi: Bài yêu cầu làm gì?</w:t>
            </w:r>
          </w:p>
        </w:tc>
        <w:tc>
          <w:tcPr>
            <w:tcW w:w="4702" w:type="dxa"/>
            <w:shd w:val="clear" w:color="auto" w:fill="auto"/>
          </w:tcPr>
          <w:p w:rsidR="00B76D21" w:rsidRPr="00DC73E0" w:rsidRDefault="00B76D21" w:rsidP="00B76D21">
            <w:pPr>
              <w:rPr>
                <w:sz w:val="28"/>
                <w:szCs w:val="28"/>
              </w:rPr>
            </w:pPr>
            <w:r w:rsidRPr="00DC73E0">
              <w:rPr>
                <w:szCs w:val="28"/>
              </w:rPr>
              <w:t>- HS trả lời: Rút gọn rồi quy đồng mẫu số các phân số.</w:t>
            </w:r>
          </w:p>
        </w:tc>
      </w:tr>
      <w:tr w:rsidR="00DC73E0" w:rsidRPr="00DC73E0" w:rsidTr="00DC73E0">
        <w:trPr>
          <w:jc w:val="center"/>
        </w:trPr>
        <w:tc>
          <w:tcPr>
            <w:tcW w:w="4702" w:type="dxa"/>
            <w:shd w:val="clear" w:color="auto" w:fill="auto"/>
          </w:tcPr>
          <w:p w:rsidR="00B76D21" w:rsidRPr="00DC73E0" w:rsidRDefault="00B76D21" w:rsidP="00B76D21">
            <w:pPr>
              <w:rPr>
                <w:sz w:val="28"/>
                <w:szCs w:val="28"/>
              </w:rPr>
            </w:pPr>
            <w:r w:rsidRPr="00DC73E0">
              <w:rPr>
                <w:szCs w:val="28"/>
              </w:rPr>
              <w:t>- GV chiếu mẫu và nhắc 2 bước: (1) Rút gọn; (2) Quy đồng các phân số đã rút gọn.</w:t>
            </w:r>
          </w:p>
        </w:tc>
        <w:tc>
          <w:tcPr>
            <w:tcW w:w="4702" w:type="dxa"/>
            <w:shd w:val="clear" w:color="auto" w:fill="auto"/>
          </w:tcPr>
          <w:p w:rsidR="00B76D21" w:rsidRPr="00DC73E0" w:rsidRDefault="00B76D21" w:rsidP="00B76D21">
            <w:pPr>
              <w:rPr>
                <w:sz w:val="28"/>
                <w:szCs w:val="28"/>
              </w:rPr>
            </w:pPr>
            <w:r w:rsidRPr="00DC73E0">
              <w:rPr>
                <w:szCs w:val="28"/>
              </w:rPr>
              <w:t>- HS lắng nghe và ghi nhớ 2 bước làm.</w:t>
            </w:r>
          </w:p>
        </w:tc>
      </w:tr>
      <w:tr w:rsidR="00DC73E0" w:rsidRPr="00DC73E0" w:rsidTr="00DC73E0">
        <w:trPr>
          <w:jc w:val="center"/>
        </w:trPr>
        <w:tc>
          <w:tcPr>
            <w:tcW w:w="4702" w:type="dxa"/>
            <w:shd w:val="clear" w:color="auto" w:fill="auto"/>
          </w:tcPr>
          <w:p w:rsidR="00B76D21" w:rsidRPr="00DC73E0" w:rsidRDefault="00B76D21" w:rsidP="00B76D21">
            <w:pPr>
              <w:rPr>
                <w:sz w:val="28"/>
                <w:szCs w:val="28"/>
              </w:rPr>
            </w:pPr>
            <w:r w:rsidRPr="00DC73E0">
              <w:rPr>
                <w:szCs w:val="28"/>
              </w:rPr>
              <w:t>- Giao nhiệm vụ: HS làm vào vở theo mẫu.</w:t>
            </w:r>
          </w:p>
        </w:tc>
        <w:tc>
          <w:tcPr>
            <w:tcW w:w="4702" w:type="dxa"/>
            <w:shd w:val="clear" w:color="auto" w:fill="auto"/>
          </w:tcPr>
          <w:p w:rsidR="00B76D21" w:rsidRPr="00DC73E0" w:rsidRDefault="00B76D21" w:rsidP="00B76D21">
            <w:pPr>
              <w:rPr>
                <w:sz w:val="28"/>
                <w:szCs w:val="28"/>
              </w:rPr>
            </w:pPr>
            <w:r w:rsidRPr="00DC73E0">
              <w:rPr>
                <w:szCs w:val="28"/>
              </w:rPr>
              <w:t>- HS thực hiện vào vở.</w:t>
            </w:r>
          </w:p>
        </w:tc>
      </w:tr>
      <w:tr w:rsidR="00DC73E0" w:rsidRPr="00DC73E0" w:rsidTr="00DC73E0">
        <w:trPr>
          <w:jc w:val="center"/>
        </w:trPr>
        <w:tc>
          <w:tcPr>
            <w:tcW w:w="4702" w:type="dxa"/>
            <w:shd w:val="clear" w:color="auto" w:fill="auto"/>
          </w:tcPr>
          <w:p w:rsidR="00B76D21" w:rsidRPr="00DC73E0" w:rsidRDefault="00B76D21" w:rsidP="00B76D21">
            <w:pPr>
              <w:rPr>
                <w:sz w:val="28"/>
                <w:szCs w:val="28"/>
              </w:rPr>
            </w:pPr>
            <w:r w:rsidRPr="00DC73E0">
              <w:rPr>
                <w:szCs w:val="28"/>
              </w:rPr>
              <w:t>- GV chiếu vở HS và chữa; chốt kết quả.</w:t>
            </w:r>
          </w:p>
        </w:tc>
        <w:tc>
          <w:tcPr>
            <w:tcW w:w="4702" w:type="dxa"/>
            <w:shd w:val="clear" w:color="auto" w:fill="auto"/>
          </w:tcPr>
          <w:p w:rsidR="00B76D21" w:rsidRPr="00DC73E0" w:rsidRDefault="00B76D21" w:rsidP="00B76D21">
            <w:pPr>
              <w:rPr>
                <w:sz w:val="28"/>
                <w:szCs w:val="28"/>
              </w:rPr>
            </w:pPr>
            <w:r w:rsidRPr="00DC73E0">
              <w:rPr>
                <w:szCs w:val="28"/>
              </w:rPr>
              <w:t>- HS trình bày:</w:t>
            </w:r>
            <w:r w:rsidRPr="00DC73E0">
              <w:rPr>
                <w:szCs w:val="28"/>
              </w:rPr>
              <w:br/>
              <w:t xml:space="preserve">  a) </w:t>
            </w:r>
            <m:oMath>
              <m:f>
                <m:fPr>
                  <m:ctrlPr>
                    <w:rPr>
                      <w:rFonts w:ascii="Cambria Math" w:hAnsi="Cambria Math"/>
                      <w:sz w:val="28"/>
                      <w:szCs w:val="28"/>
                    </w:rPr>
                  </m:ctrlPr>
                </m:fPr>
                <m:num>
                  <m:r>
                    <w:rPr>
                      <w:rFonts w:ascii="Cambria Math" w:hAnsi="Cambria Math"/>
                      <w:sz w:val="28"/>
                      <w:szCs w:val="28"/>
                    </w:rPr>
                    <m:t>2</m:t>
                  </m:r>
                </m:num>
                <m:den>
                  <m:r>
                    <w:rPr>
                      <w:rFonts w:ascii="Cambria Math" w:hAnsi="Cambria Math"/>
                      <w:sz w:val="28"/>
                      <w:szCs w:val="28"/>
                    </w:rPr>
                    <m:t>36</m:t>
                  </m:r>
                </m:den>
              </m:f>
            </m:oMath>
            <w:r w:rsidRPr="00DC73E0">
              <w:rPr>
                <w:szCs w:val="28"/>
              </w:rPr>
              <w:t xml:space="preserve"> = </w:t>
            </w:r>
            <m:oMath>
              <m:f>
                <m:fPr>
                  <m:ctrlPr>
                    <w:rPr>
                      <w:rFonts w:ascii="Cambria Math" w:hAnsi="Cambria Math"/>
                      <w:sz w:val="28"/>
                      <w:szCs w:val="28"/>
                    </w:rPr>
                  </m:ctrlPr>
                </m:fPr>
                <m:num>
                  <m:r>
                    <w:rPr>
                      <w:rFonts w:ascii="Cambria Math" w:hAnsi="Cambria Math"/>
                      <w:sz w:val="28"/>
                      <w:szCs w:val="28"/>
                    </w:rPr>
                    <m:t>1</m:t>
                  </m:r>
                </m:num>
                <m:den>
                  <m:r>
                    <w:rPr>
                      <w:rFonts w:ascii="Cambria Math" w:hAnsi="Cambria Math"/>
                      <w:sz w:val="28"/>
                      <w:szCs w:val="28"/>
                    </w:rPr>
                    <m:t>18</m:t>
                  </m:r>
                </m:den>
              </m:f>
            </m:oMath>
            <w:r w:rsidRPr="00DC73E0">
              <w:rPr>
                <w:szCs w:val="28"/>
              </w:rPr>
              <w:t xml:space="preserve">; </w:t>
            </w:r>
            <m:oMath>
              <m:f>
                <m:fPr>
                  <m:ctrlPr>
                    <w:rPr>
                      <w:rFonts w:ascii="Cambria Math" w:hAnsi="Cambria Math"/>
                      <w:sz w:val="28"/>
                      <w:szCs w:val="28"/>
                    </w:rPr>
                  </m:ctrlPr>
                </m:fPr>
                <m:num>
                  <m:r>
                    <w:rPr>
                      <w:rFonts w:ascii="Cambria Math" w:hAnsi="Cambria Math"/>
                      <w:sz w:val="28"/>
                      <w:szCs w:val="28"/>
                    </w:rPr>
                    <m:t>8</m:t>
                  </m:r>
                </m:num>
                <m:den>
                  <m:r>
                    <w:rPr>
                      <w:rFonts w:ascii="Cambria Math" w:hAnsi="Cambria Math"/>
                      <w:sz w:val="28"/>
                      <w:szCs w:val="28"/>
                    </w:rPr>
                    <m:t>12</m:t>
                  </m:r>
                </m:den>
              </m:f>
            </m:oMath>
            <w:r w:rsidRPr="00DC73E0">
              <w:rPr>
                <w:szCs w:val="28"/>
              </w:rPr>
              <w:t xml:space="preserve"> = </w:t>
            </w:r>
            <m:oMath>
              <m:f>
                <m:fPr>
                  <m:ctrlPr>
                    <w:rPr>
                      <w:rFonts w:ascii="Cambria Math" w:hAnsi="Cambria Math"/>
                      <w:sz w:val="28"/>
                      <w:szCs w:val="28"/>
                    </w:rPr>
                  </m:ctrlPr>
                </m:fPr>
                <m:num>
                  <m:r>
                    <w:rPr>
                      <w:rFonts w:ascii="Cambria Math" w:hAnsi="Cambria Math"/>
                      <w:sz w:val="28"/>
                      <w:szCs w:val="28"/>
                    </w:rPr>
                    <m:t>2</m:t>
                  </m:r>
                </m:num>
                <m:den>
                  <m:r>
                    <w:rPr>
                      <w:rFonts w:ascii="Cambria Math" w:hAnsi="Cambria Math"/>
                      <w:sz w:val="28"/>
                      <w:szCs w:val="28"/>
                    </w:rPr>
                    <m:t>3</m:t>
                  </m:r>
                </m:den>
              </m:f>
            </m:oMath>
            <w:r w:rsidRPr="00DC73E0">
              <w:rPr>
                <w:szCs w:val="28"/>
              </w:rPr>
              <w:t xml:space="preserve">. Quy đồng: </w:t>
            </w:r>
            <m:oMath>
              <m:f>
                <m:fPr>
                  <m:ctrlPr>
                    <w:rPr>
                      <w:rFonts w:ascii="Cambria Math" w:hAnsi="Cambria Math"/>
                      <w:sz w:val="28"/>
                      <w:szCs w:val="28"/>
                    </w:rPr>
                  </m:ctrlPr>
                </m:fPr>
                <m:num>
                  <m:r>
                    <w:rPr>
                      <w:rFonts w:ascii="Cambria Math" w:hAnsi="Cambria Math"/>
                      <w:sz w:val="28"/>
                      <w:szCs w:val="28"/>
                    </w:rPr>
                    <m:t>2</m:t>
                  </m:r>
                </m:num>
                <m:den>
                  <m:r>
                    <w:rPr>
                      <w:rFonts w:ascii="Cambria Math" w:hAnsi="Cambria Math"/>
                      <w:sz w:val="28"/>
                      <w:szCs w:val="28"/>
                    </w:rPr>
                    <m:t>3</m:t>
                  </m:r>
                </m:den>
              </m:f>
            </m:oMath>
            <w:r w:rsidRPr="00DC73E0">
              <w:rPr>
                <w:szCs w:val="28"/>
              </w:rPr>
              <w:t xml:space="preserve"> = </w:t>
            </w:r>
            <m:oMath>
              <m:f>
                <m:fPr>
                  <m:ctrlPr>
                    <w:rPr>
                      <w:rFonts w:ascii="Cambria Math" w:hAnsi="Cambria Math"/>
                      <w:sz w:val="28"/>
                      <w:szCs w:val="28"/>
                    </w:rPr>
                  </m:ctrlPr>
                </m:fPr>
                <m:num>
                  <m:r>
                    <w:rPr>
                      <w:rFonts w:ascii="Cambria Math" w:hAnsi="Cambria Math"/>
                      <w:sz w:val="28"/>
                      <w:szCs w:val="28"/>
                    </w:rPr>
                    <m:t>2×6</m:t>
                  </m:r>
                </m:num>
                <m:den>
                  <m:r>
                    <w:rPr>
                      <w:rFonts w:ascii="Cambria Math" w:hAnsi="Cambria Math"/>
                      <w:sz w:val="28"/>
                      <w:szCs w:val="28"/>
                    </w:rPr>
                    <m:t>3×6</m:t>
                  </m:r>
                </m:den>
              </m:f>
            </m:oMath>
            <w:r w:rsidRPr="00DC73E0">
              <w:rPr>
                <w:szCs w:val="28"/>
              </w:rPr>
              <w:t xml:space="preserve"> = </w:t>
            </w:r>
            <m:oMath>
              <m:f>
                <m:fPr>
                  <m:ctrlPr>
                    <w:rPr>
                      <w:rFonts w:ascii="Cambria Math" w:hAnsi="Cambria Math"/>
                      <w:sz w:val="28"/>
                      <w:szCs w:val="28"/>
                    </w:rPr>
                  </m:ctrlPr>
                </m:fPr>
                <m:num>
                  <m:r>
                    <w:rPr>
                      <w:rFonts w:ascii="Cambria Math" w:hAnsi="Cambria Math"/>
                      <w:sz w:val="28"/>
                      <w:szCs w:val="28"/>
                    </w:rPr>
                    <m:t>12</m:t>
                  </m:r>
                </m:num>
                <m:den>
                  <m:r>
                    <w:rPr>
                      <w:rFonts w:ascii="Cambria Math" w:hAnsi="Cambria Math"/>
                      <w:sz w:val="28"/>
                      <w:szCs w:val="28"/>
                    </w:rPr>
                    <m:t>18</m:t>
                  </m:r>
                </m:den>
              </m:f>
            </m:oMath>
            <w:r w:rsidRPr="00DC73E0">
              <w:rPr>
                <w:szCs w:val="28"/>
              </w:rPr>
              <w:t xml:space="preserve"> ⇒ được </w:t>
            </w:r>
            <m:oMath>
              <m:f>
                <m:fPr>
                  <m:ctrlPr>
                    <w:rPr>
                      <w:rFonts w:ascii="Cambria Math" w:hAnsi="Cambria Math"/>
                      <w:sz w:val="28"/>
                      <w:szCs w:val="28"/>
                    </w:rPr>
                  </m:ctrlPr>
                </m:fPr>
                <m:num>
                  <m:r>
                    <w:rPr>
                      <w:rFonts w:ascii="Cambria Math" w:hAnsi="Cambria Math"/>
                      <w:sz w:val="28"/>
                      <w:szCs w:val="28"/>
                    </w:rPr>
                    <m:t>1</m:t>
                  </m:r>
                </m:num>
                <m:den>
                  <m:r>
                    <w:rPr>
                      <w:rFonts w:ascii="Cambria Math" w:hAnsi="Cambria Math"/>
                      <w:sz w:val="28"/>
                      <w:szCs w:val="28"/>
                    </w:rPr>
                    <m:t>18</m:t>
                  </m:r>
                </m:den>
              </m:f>
            </m:oMath>
            <w:r w:rsidRPr="00DC73E0">
              <w:rPr>
                <w:szCs w:val="28"/>
              </w:rPr>
              <w:t xml:space="preserve"> và </w:t>
            </w:r>
            <m:oMath>
              <m:f>
                <m:fPr>
                  <m:ctrlPr>
                    <w:rPr>
                      <w:rFonts w:ascii="Cambria Math" w:hAnsi="Cambria Math"/>
                      <w:sz w:val="28"/>
                      <w:szCs w:val="28"/>
                    </w:rPr>
                  </m:ctrlPr>
                </m:fPr>
                <m:num>
                  <m:r>
                    <w:rPr>
                      <w:rFonts w:ascii="Cambria Math" w:hAnsi="Cambria Math"/>
                      <w:sz w:val="28"/>
                      <w:szCs w:val="28"/>
                    </w:rPr>
                    <m:t>12</m:t>
                  </m:r>
                </m:num>
                <m:den>
                  <m:r>
                    <w:rPr>
                      <w:rFonts w:ascii="Cambria Math" w:hAnsi="Cambria Math"/>
                      <w:sz w:val="28"/>
                      <w:szCs w:val="28"/>
                    </w:rPr>
                    <m:t>18</m:t>
                  </m:r>
                </m:den>
              </m:f>
            </m:oMath>
            <w:r w:rsidRPr="00DC73E0">
              <w:rPr>
                <w:szCs w:val="28"/>
              </w:rPr>
              <w:t>.</w:t>
            </w:r>
            <w:r w:rsidRPr="00DC73E0">
              <w:rPr>
                <w:szCs w:val="28"/>
              </w:rPr>
              <w:br/>
            </w:r>
            <w:r w:rsidRPr="00DC73E0">
              <w:rPr>
                <w:szCs w:val="28"/>
              </w:rPr>
              <w:lastRenderedPageBreak/>
              <w:t xml:space="preserve">  b) </w:t>
            </w:r>
            <m:oMath>
              <m:f>
                <m:fPr>
                  <m:ctrlPr>
                    <w:rPr>
                      <w:rFonts w:ascii="Cambria Math" w:hAnsi="Cambria Math"/>
                      <w:sz w:val="28"/>
                      <w:szCs w:val="28"/>
                    </w:rPr>
                  </m:ctrlPr>
                </m:fPr>
                <m:num>
                  <m:r>
                    <w:rPr>
                      <w:rFonts w:ascii="Cambria Math" w:hAnsi="Cambria Math"/>
                      <w:sz w:val="28"/>
                      <w:szCs w:val="28"/>
                    </w:rPr>
                    <m:t>10</m:t>
                  </m:r>
                </m:num>
                <m:den>
                  <m:r>
                    <w:rPr>
                      <w:rFonts w:ascii="Cambria Math" w:hAnsi="Cambria Math"/>
                      <w:sz w:val="28"/>
                      <w:szCs w:val="28"/>
                    </w:rPr>
                    <m:t>25</m:t>
                  </m:r>
                </m:den>
              </m:f>
            </m:oMath>
            <w:r w:rsidRPr="00DC73E0">
              <w:rPr>
                <w:szCs w:val="28"/>
              </w:rPr>
              <w:t xml:space="preserve"> = </w:t>
            </w:r>
            <m:oMath>
              <m:f>
                <m:fPr>
                  <m:ctrlPr>
                    <w:rPr>
                      <w:rFonts w:ascii="Cambria Math" w:hAnsi="Cambria Math"/>
                      <w:sz w:val="28"/>
                      <w:szCs w:val="28"/>
                    </w:rPr>
                  </m:ctrlPr>
                </m:fPr>
                <m:num>
                  <m:r>
                    <w:rPr>
                      <w:rFonts w:ascii="Cambria Math" w:hAnsi="Cambria Math"/>
                      <w:sz w:val="28"/>
                      <w:szCs w:val="28"/>
                    </w:rPr>
                    <m:t>2</m:t>
                  </m:r>
                </m:num>
                <m:den>
                  <m:r>
                    <w:rPr>
                      <w:rFonts w:ascii="Cambria Math" w:hAnsi="Cambria Math"/>
                      <w:sz w:val="28"/>
                      <w:szCs w:val="28"/>
                    </w:rPr>
                    <m:t>5</m:t>
                  </m:r>
                </m:den>
              </m:f>
            </m:oMath>
            <w:r w:rsidRPr="00DC73E0">
              <w:rPr>
                <w:szCs w:val="28"/>
              </w:rPr>
              <w:t xml:space="preserve">; </w:t>
            </w:r>
            <m:oMath>
              <m:f>
                <m:fPr>
                  <m:ctrlPr>
                    <w:rPr>
                      <w:rFonts w:ascii="Cambria Math" w:hAnsi="Cambria Math"/>
                      <w:sz w:val="28"/>
                      <w:szCs w:val="28"/>
                    </w:rPr>
                  </m:ctrlPr>
                </m:fPr>
                <m:num>
                  <m:r>
                    <w:rPr>
                      <w:rFonts w:ascii="Cambria Math" w:hAnsi="Cambria Math"/>
                      <w:sz w:val="28"/>
                      <w:szCs w:val="28"/>
                    </w:rPr>
                    <m:t>14</m:t>
                  </m:r>
                </m:num>
                <m:den>
                  <m:r>
                    <w:rPr>
                      <w:rFonts w:ascii="Cambria Math" w:hAnsi="Cambria Math"/>
                      <w:sz w:val="28"/>
                      <w:szCs w:val="28"/>
                    </w:rPr>
                    <m:t>40</m:t>
                  </m:r>
                </m:den>
              </m:f>
            </m:oMath>
            <w:r w:rsidRPr="00DC73E0">
              <w:rPr>
                <w:szCs w:val="28"/>
              </w:rPr>
              <w:t xml:space="preserve"> = </w:t>
            </w:r>
            <m:oMath>
              <m:f>
                <m:fPr>
                  <m:ctrlPr>
                    <w:rPr>
                      <w:rFonts w:ascii="Cambria Math" w:hAnsi="Cambria Math"/>
                      <w:sz w:val="28"/>
                      <w:szCs w:val="28"/>
                    </w:rPr>
                  </m:ctrlPr>
                </m:fPr>
                <m:num>
                  <m:r>
                    <w:rPr>
                      <w:rFonts w:ascii="Cambria Math" w:hAnsi="Cambria Math"/>
                      <w:sz w:val="28"/>
                      <w:szCs w:val="28"/>
                    </w:rPr>
                    <m:t>7</m:t>
                  </m:r>
                </m:num>
                <m:den>
                  <m:r>
                    <w:rPr>
                      <w:rFonts w:ascii="Cambria Math" w:hAnsi="Cambria Math"/>
                      <w:sz w:val="28"/>
                      <w:szCs w:val="28"/>
                    </w:rPr>
                    <m:t>20</m:t>
                  </m:r>
                </m:den>
              </m:f>
            </m:oMath>
            <w:r w:rsidRPr="00DC73E0">
              <w:rPr>
                <w:szCs w:val="28"/>
              </w:rPr>
              <w:t xml:space="preserve">. Quy đồng: </w:t>
            </w:r>
            <m:oMath>
              <m:f>
                <m:fPr>
                  <m:ctrlPr>
                    <w:rPr>
                      <w:rFonts w:ascii="Cambria Math" w:hAnsi="Cambria Math"/>
                      <w:sz w:val="28"/>
                      <w:szCs w:val="28"/>
                    </w:rPr>
                  </m:ctrlPr>
                </m:fPr>
                <m:num>
                  <m:r>
                    <w:rPr>
                      <w:rFonts w:ascii="Cambria Math" w:hAnsi="Cambria Math"/>
                      <w:sz w:val="28"/>
                      <w:szCs w:val="28"/>
                    </w:rPr>
                    <m:t>2</m:t>
                  </m:r>
                </m:num>
                <m:den>
                  <m:r>
                    <w:rPr>
                      <w:rFonts w:ascii="Cambria Math" w:hAnsi="Cambria Math"/>
                      <w:sz w:val="28"/>
                      <w:szCs w:val="28"/>
                    </w:rPr>
                    <m:t>5</m:t>
                  </m:r>
                </m:den>
              </m:f>
            </m:oMath>
            <w:r w:rsidRPr="00DC73E0">
              <w:rPr>
                <w:szCs w:val="28"/>
              </w:rPr>
              <w:t xml:space="preserve"> = </w:t>
            </w:r>
            <m:oMath>
              <m:f>
                <m:fPr>
                  <m:ctrlPr>
                    <w:rPr>
                      <w:rFonts w:ascii="Cambria Math" w:hAnsi="Cambria Math"/>
                      <w:sz w:val="28"/>
                      <w:szCs w:val="28"/>
                    </w:rPr>
                  </m:ctrlPr>
                </m:fPr>
                <m:num>
                  <m:r>
                    <w:rPr>
                      <w:rFonts w:ascii="Cambria Math" w:hAnsi="Cambria Math"/>
                      <w:sz w:val="28"/>
                      <w:szCs w:val="28"/>
                    </w:rPr>
                    <m:t>2×4</m:t>
                  </m:r>
                </m:num>
                <m:den>
                  <m:r>
                    <w:rPr>
                      <w:rFonts w:ascii="Cambria Math" w:hAnsi="Cambria Math"/>
                      <w:sz w:val="28"/>
                      <w:szCs w:val="28"/>
                    </w:rPr>
                    <m:t>5×4</m:t>
                  </m:r>
                </m:den>
              </m:f>
            </m:oMath>
            <w:r w:rsidRPr="00DC73E0">
              <w:rPr>
                <w:szCs w:val="28"/>
              </w:rPr>
              <w:t xml:space="preserve"> = </w:t>
            </w:r>
            <m:oMath>
              <m:f>
                <m:fPr>
                  <m:ctrlPr>
                    <w:rPr>
                      <w:rFonts w:ascii="Cambria Math" w:hAnsi="Cambria Math"/>
                      <w:sz w:val="28"/>
                      <w:szCs w:val="28"/>
                    </w:rPr>
                  </m:ctrlPr>
                </m:fPr>
                <m:num>
                  <m:r>
                    <w:rPr>
                      <w:rFonts w:ascii="Cambria Math" w:hAnsi="Cambria Math"/>
                      <w:sz w:val="28"/>
                      <w:szCs w:val="28"/>
                    </w:rPr>
                    <m:t>8</m:t>
                  </m:r>
                </m:num>
                <m:den>
                  <m:r>
                    <w:rPr>
                      <w:rFonts w:ascii="Cambria Math" w:hAnsi="Cambria Math"/>
                      <w:sz w:val="28"/>
                      <w:szCs w:val="28"/>
                    </w:rPr>
                    <m:t>20</m:t>
                  </m:r>
                </m:den>
              </m:f>
            </m:oMath>
            <w:r w:rsidRPr="00DC73E0">
              <w:rPr>
                <w:szCs w:val="28"/>
              </w:rPr>
              <w:t xml:space="preserve"> ⇒ được </w:t>
            </w:r>
            <m:oMath>
              <m:f>
                <m:fPr>
                  <m:ctrlPr>
                    <w:rPr>
                      <w:rFonts w:ascii="Cambria Math" w:hAnsi="Cambria Math"/>
                      <w:sz w:val="28"/>
                      <w:szCs w:val="28"/>
                    </w:rPr>
                  </m:ctrlPr>
                </m:fPr>
                <m:num>
                  <m:r>
                    <w:rPr>
                      <w:rFonts w:ascii="Cambria Math" w:hAnsi="Cambria Math"/>
                      <w:sz w:val="28"/>
                      <w:szCs w:val="28"/>
                    </w:rPr>
                    <m:t>8</m:t>
                  </m:r>
                </m:num>
                <m:den>
                  <m:r>
                    <w:rPr>
                      <w:rFonts w:ascii="Cambria Math" w:hAnsi="Cambria Math"/>
                      <w:sz w:val="28"/>
                      <w:szCs w:val="28"/>
                    </w:rPr>
                    <m:t>20</m:t>
                  </m:r>
                </m:den>
              </m:f>
            </m:oMath>
            <w:r w:rsidRPr="00DC73E0">
              <w:rPr>
                <w:szCs w:val="28"/>
              </w:rPr>
              <w:t xml:space="preserve"> và </w:t>
            </w:r>
            <m:oMath>
              <m:f>
                <m:fPr>
                  <m:ctrlPr>
                    <w:rPr>
                      <w:rFonts w:ascii="Cambria Math" w:hAnsi="Cambria Math"/>
                      <w:sz w:val="28"/>
                      <w:szCs w:val="28"/>
                    </w:rPr>
                  </m:ctrlPr>
                </m:fPr>
                <m:num>
                  <m:r>
                    <w:rPr>
                      <w:rFonts w:ascii="Cambria Math" w:hAnsi="Cambria Math"/>
                      <w:sz w:val="28"/>
                      <w:szCs w:val="28"/>
                    </w:rPr>
                    <m:t>7</m:t>
                  </m:r>
                </m:num>
                <m:den>
                  <m:r>
                    <w:rPr>
                      <w:rFonts w:ascii="Cambria Math" w:hAnsi="Cambria Math"/>
                      <w:sz w:val="28"/>
                      <w:szCs w:val="28"/>
                    </w:rPr>
                    <m:t>20</m:t>
                  </m:r>
                </m:den>
              </m:f>
            </m:oMath>
            <w:r w:rsidRPr="00DC73E0">
              <w:rPr>
                <w:szCs w:val="28"/>
              </w:rPr>
              <w:t>.</w:t>
            </w:r>
          </w:p>
        </w:tc>
      </w:tr>
      <w:tr w:rsidR="00DC73E0" w:rsidRPr="00DC73E0" w:rsidTr="00DC73E0">
        <w:trPr>
          <w:jc w:val="center"/>
        </w:trPr>
        <w:tc>
          <w:tcPr>
            <w:tcW w:w="4702" w:type="dxa"/>
            <w:tcBorders>
              <w:bottom w:val="single" w:sz="4" w:space="0" w:color="auto"/>
            </w:tcBorders>
            <w:shd w:val="clear" w:color="auto" w:fill="auto"/>
          </w:tcPr>
          <w:p w:rsidR="00B76D21" w:rsidRPr="00DC73E0" w:rsidRDefault="00B76D21" w:rsidP="00B76D21">
            <w:pPr>
              <w:rPr>
                <w:sz w:val="28"/>
                <w:szCs w:val="28"/>
              </w:rPr>
            </w:pPr>
            <w:r w:rsidRPr="00DC73E0">
              <w:rPr>
                <w:szCs w:val="28"/>
              </w:rPr>
              <w:lastRenderedPageBreak/>
              <w:t>- GV nhận xét, khen ngợi HS.</w:t>
            </w:r>
          </w:p>
        </w:tc>
        <w:tc>
          <w:tcPr>
            <w:tcW w:w="4702" w:type="dxa"/>
            <w:tcBorders>
              <w:bottom w:val="single" w:sz="4" w:space="0" w:color="auto"/>
            </w:tcBorders>
            <w:shd w:val="clear" w:color="auto" w:fill="auto"/>
          </w:tcPr>
          <w:p w:rsidR="00B76D21" w:rsidRPr="00DC73E0" w:rsidRDefault="00B76D21" w:rsidP="00B76D21">
            <w:pPr>
              <w:rPr>
                <w:sz w:val="28"/>
                <w:szCs w:val="28"/>
              </w:rPr>
            </w:pPr>
            <w:r w:rsidRPr="00DC73E0">
              <w:rPr>
                <w:szCs w:val="28"/>
              </w:rPr>
              <w:t>- HS lắng nghe.</w:t>
            </w:r>
          </w:p>
        </w:tc>
      </w:tr>
      <w:tr w:rsidR="00DC73E0" w:rsidRPr="00DC73E0" w:rsidTr="00DC73E0">
        <w:trPr>
          <w:jc w:val="center"/>
        </w:trPr>
        <w:tc>
          <w:tcPr>
            <w:tcW w:w="9404" w:type="dxa"/>
            <w:gridSpan w:val="2"/>
            <w:tcBorders>
              <w:top w:val="single" w:sz="4" w:space="0" w:color="auto"/>
              <w:bottom w:val="single" w:sz="4" w:space="0" w:color="auto"/>
            </w:tcBorders>
            <w:shd w:val="clear" w:color="auto" w:fill="auto"/>
          </w:tcPr>
          <w:p w:rsidR="00B76D21" w:rsidRPr="00DC73E0" w:rsidRDefault="00B76D21" w:rsidP="00B76D21">
            <w:pPr>
              <w:rPr>
                <w:sz w:val="28"/>
                <w:szCs w:val="28"/>
              </w:rPr>
            </w:pPr>
            <w:r w:rsidRPr="00DC73E0">
              <w:rPr>
                <w:b/>
                <w:szCs w:val="28"/>
              </w:rPr>
              <w:t>Bài 3: Quy đồng mẫu số nhiều phân số (theo mẫu)</w:t>
            </w:r>
          </w:p>
        </w:tc>
      </w:tr>
      <w:tr w:rsidR="00DC73E0" w:rsidRPr="00DC73E0" w:rsidTr="00DC73E0">
        <w:trPr>
          <w:jc w:val="center"/>
        </w:trPr>
        <w:tc>
          <w:tcPr>
            <w:tcW w:w="4702" w:type="dxa"/>
            <w:tcBorders>
              <w:top w:val="single" w:sz="4" w:space="0" w:color="auto"/>
            </w:tcBorders>
            <w:shd w:val="clear" w:color="auto" w:fill="auto"/>
          </w:tcPr>
          <w:p w:rsidR="005871C1" w:rsidRPr="00DC73E0" w:rsidRDefault="00B76D21" w:rsidP="00B76D21">
            <w:pPr>
              <w:rPr>
                <w:sz w:val="28"/>
                <w:szCs w:val="28"/>
              </w:rPr>
            </w:pPr>
            <w:r w:rsidRPr="00DC73E0">
              <w:rPr>
                <w:szCs w:val="28"/>
              </w:rPr>
              <w:t xml:space="preserve">- GV yêu cầu HS đọc đề bài; chiếu mẫu và hướng </w:t>
            </w:r>
            <w:r w:rsidR="00DC73E0">
              <w:rPr>
                <w:szCs w:val="28"/>
              </w:rPr>
              <w:t>dẫn</w:t>
            </w:r>
          </w:p>
        </w:tc>
        <w:tc>
          <w:tcPr>
            <w:tcW w:w="4702" w:type="dxa"/>
            <w:tcBorders>
              <w:top w:val="single" w:sz="4" w:space="0" w:color="auto"/>
            </w:tcBorders>
            <w:shd w:val="clear" w:color="auto" w:fill="auto"/>
          </w:tcPr>
          <w:p w:rsidR="00B76D21" w:rsidRPr="00DC73E0" w:rsidRDefault="00B76D21" w:rsidP="00B76D21">
            <w:pPr>
              <w:rPr>
                <w:sz w:val="28"/>
                <w:szCs w:val="28"/>
              </w:rPr>
            </w:pPr>
            <w:r w:rsidRPr="00DC73E0">
              <w:rPr>
                <w:szCs w:val="28"/>
              </w:rPr>
              <w:t>- HS đọc và quan sát mẫu.</w:t>
            </w:r>
          </w:p>
        </w:tc>
      </w:tr>
      <w:tr w:rsidR="00DC73E0" w:rsidRPr="00DC73E0" w:rsidTr="00DC73E0">
        <w:trPr>
          <w:jc w:val="center"/>
        </w:trPr>
        <w:tc>
          <w:tcPr>
            <w:tcW w:w="4702" w:type="dxa"/>
            <w:shd w:val="clear" w:color="auto" w:fill="auto"/>
          </w:tcPr>
          <w:p w:rsidR="00B76D21" w:rsidRPr="00DC73E0" w:rsidRDefault="00B76D21" w:rsidP="00B76D21">
            <w:pPr>
              <w:rPr>
                <w:sz w:val="28"/>
                <w:szCs w:val="28"/>
              </w:rPr>
            </w:pPr>
            <w:r w:rsidRPr="00DC73E0">
              <w:rPr>
                <w:szCs w:val="28"/>
              </w:rPr>
              <w:t>- GV nêu: Ở đây quy đồng mẫu số ba phân số; hỏi: Em có nhận xét gì về mẫu số?</w:t>
            </w:r>
          </w:p>
        </w:tc>
        <w:tc>
          <w:tcPr>
            <w:tcW w:w="4702" w:type="dxa"/>
            <w:shd w:val="clear" w:color="auto" w:fill="auto"/>
          </w:tcPr>
          <w:p w:rsidR="00B76D21" w:rsidRPr="00DC73E0" w:rsidRDefault="00B76D21" w:rsidP="00B76D21">
            <w:pPr>
              <w:rPr>
                <w:sz w:val="28"/>
                <w:szCs w:val="28"/>
              </w:rPr>
            </w:pPr>
            <w:r w:rsidRPr="00DC73E0">
              <w:rPr>
                <w:szCs w:val="28"/>
              </w:rPr>
              <w:t>- HS trả lời: Có một mẫu số chia hết cho các mẫu số còn lại nên có thể chọn mẫu số đó làm mẫu số chung.</w:t>
            </w:r>
          </w:p>
        </w:tc>
      </w:tr>
      <w:tr w:rsidR="00DC73E0" w:rsidRPr="00DC73E0" w:rsidTr="00DC73E0">
        <w:trPr>
          <w:jc w:val="center"/>
        </w:trPr>
        <w:tc>
          <w:tcPr>
            <w:tcW w:w="4702" w:type="dxa"/>
            <w:shd w:val="clear" w:color="auto" w:fill="auto"/>
          </w:tcPr>
          <w:p w:rsidR="00B76D21" w:rsidRPr="00DC73E0" w:rsidRDefault="00B76D21" w:rsidP="00B76D21">
            <w:pPr>
              <w:rPr>
                <w:sz w:val="28"/>
                <w:szCs w:val="28"/>
              </w:rPr>
            </w:pPr>
            <w:r w:rsidRPr="00DC73E0">
              <w:rPr>
                <w:szCs w:val="28"/>
              </w:rPr>
              <w:t xml:space="preserve">- GV chốt mẫu: Quy </w:t>
            </w:r>
            <w:proofErr w:type="gramStart"/>
            <w:r w:rsidRPr="00DC73E0">
              <w:rPr>
                <w:szCs w:val="28"/>
              </w:rPr>
              <w:t xml:space="preserve">đồng </w:t>
            </w:r>
            <w:proofErr w:type="gramEnd"/>
            <m:oMath>
              <m:f>
                <m:fPr>
                  <m:ctrlPr>
                    <w:rPr>
                      <w:rFonts w:ascii="Cambria Math" w:hAnsi="Cambria Math"/>
                      <w:sz w:val="28"/>
                      <w:szCs w:val="28"/>
                    </w:rPr>
                  </m:ctrlPr>
                </m:fPr>
                <m:num>
                  <m:r>
                    <w:rPr>
                      <w:rFonts w:ascii="Cambria Math" w:hAnsi="Cambria Math"/>
                      <w:sz w:val="28"/>
                      <w:szCs w:val="28"/>
                    </w:rPr>
                    <m:t>2</m:t>
                  </m:r>
                </m:num>
                <m:den>
                  <m:r>
                    <w:rPr>
                      <w:rFonts w:ascii="Cambria Math" w:hAnsi="Cambria Math"/>
                      <w:sz w:val="28"/>
                      <w:szCs w:val="28"/>
                    </w:rPr>
                    <m:t>3</m:t>
                  </m:r>
                </m:den>
              </m:f>
            </m:oMath>
            <w:r w:rsidRPr="00DC73E0">
              <w:rPr>
                <w:szCs w:val="28"/>
              </w:rPr>
              <w:t xml:space="preserve">; </w:t>
            </w:r>
            <m:oMath>
              <m:f>
                <m:fPr>
                  <m:ctrlPr>
                    <w:rPr>
                      <w:rFonts w:ascii="Cambria Math" w:hAnsi="Cambria Math"/>
                      <w:sz w:val="28"/>
                      <w:szCs w:val="28"/>
                    </w:rPr>
                  </m:ctrlPr>
                </m:fPr>
                <m:num>
                  <m:r>
                    <w:rPr>
                      <w:rFonts w:ascii="Cambria Math" w:hAnsi="Cambria Math"/>
                      <w:sz w:val="28"/>
                      <w:szCs w:val="28"/>
                    </w:rPr>
                    <m:t>3</m:t>
                  </m:r>
                </m:num>
                <m:den>
                  <m:r>
                    <w:rPr>
                      <w:rFonts w:ascii="Cambria Math" w:hAnsi="Cambria Math"/>
                      <w:sz w:val="28"/>
                      <w:szCs w:val="28"/>
                    </w:rPr>
                    <m:t>4</m:t>
                  </m:r>
                </m:den>
              </m:f>
            </m:oMath>
            <w:r w:rsidRPr="00DC73E0">
              <w:rPr>
                <w:szCs w:val="28"/>
              </w:rPr>
              <w:t xml:space="preserve">; </w:t>
            </w:r>
            <m:oMath>
              <m:f>
                <m:fPr>
                  <m:ctrlPr>
                    <w:rPr>
                      <w:rFonts w:ascii="Cambria Math" w:hAnsi="Cambria Math"/>
                      <w:sz w:val="28"/>
                      <w:szCs w:val="28"/>
                    </w:rPr>
                  </m:ctrlPr>
                </m:fPr>
                <m:num>
                  <m:r>
                    <w:rPr>
                      <w:rFonts w:ascii="Cambria Math" w:hAnsi="Cambria Math"/>
                      <w:sz w:val="28"/>
                      <w:szCs w:val="28"/>
                    </w:rPr>
                    <m:t>7</m:t>
                  </m:r>
                </m:num>
                <m:den>
                  <m:r>
                    <w:rPr>
                      <w:rFonts w:ascii="Cambria Math" w:hAnsi="Cambria Math"/>
                      <w:sz w:val="28"/>
                      <w:szCs w:val="28"/>
                    </w:rPr>
                    <m:t>12</m:t>
                  </m:r>
                </m:den>
              </m:f>
            </m:oMath>
            <w:r w:rsidRPr="00DC73E0">
              <w:rPr>
                <w:szCs w:val="28"/>
              </w:rPr>
              <w:t xml:space="preserve"> với MSC = 12.</w:t>
            </w:r>
          </w:p>
        </w:tc>
        <w:tc>
          <w:tcPr>
            <w:tcW w:w="4702" w:type="dxa"/>
            <w:shd w:val="clear" w:color="auto" w:fill="auto"/>
          </w:tcPr>
          <w:p w:rsidR="00B76D21" w:rsidRPr="00DC73E0" w:rsidRDefault="00B76D21" w:rsidP="00B76D21">
            <w:pPr>
              <w:rPr>
                <w:sz w:val="28"/>
                <w:szCs w:val="28"/>
              </w:rPr>
            </w:pPr>
            <w:r w:rsidRPr="00DC73E0">
              <w:rPr>
                <w:szCs w:val="28"/>
              </w:rPr>
              <w:t xml:space="preserve">- HS nêu kết quả mẫu: </w:t>
            </w:r>
            <m:oMath>
              <m:f>
                <m:fPr>
                  <m:ctrlPr>
                    <w:rPr>
                      <w:rFonts w:ascii="Cambria Math" w:hAnsi="Cambria Math"/>
                      <w:sz w:val="28"/>
                      <w:szCs w:val="28"/>
                    </w:rPr>
                  </m:ctrlPr>
                </m:fPr>
                <m:num>
                  <m:r>
                    <w:rPr>
                      <w:rFonts w:ascii="Cambria Math" w:hAnsi="Cambria Math"/>
                      <w:sz w:val="28"/>
                      <w:szCs w:val="28"/>
                    </w:rPr>
                    <m:t>2</m:t>
                  </m:r>
                </m:num>
                <m:den>
                  <m:r>
                    <w:rPr>
                      <w:rFonts w:ascii="Cambria Math" w:hAnsi="Cambria Math"/>
                      <w:sz w:val="28"/>
                      <w:szCs w:val="28"/>
                    </w:rPr>
                    <m:t>3</m:t>
                  </m:r>
                </m:den>
              </m:f>
            </m:oMath>
            <w:r w:rsidRPr="00DC73E0">
              <w:rPr>
                <w:szCs w:val="28"/>
              </w:rPr>
              <w:t xml:space="preserve"> = </w:t>
            </w:r>
            <m:oMath>
              <m:f>
                <m:fPr>
                  <m:ctrlPr>
                    <w:rPr>
                      <w:rFonts w:ascii="Cambria Math" w:hAnsi="Cambria Math"/>
                      <w:sz w:val="28"/>
                      <w:szCs w:val="28"/>
                    </w:rPr>
                  </m:ctrlPr>
                </m:fPr>
                <m:num>
                  <m:r>
                    <w:rPr>
                      <w:rFonts w:ascii="Cambria Math" w:hAnsi="Cambria Math"/>
                      <w:sz w:val="28"/>
                      <w:szCs w:val="28"/>
                    </w:rPr>
                    <m:t>2×4</m:t>
                  </m:r>
                </m:num>
                <m:den>
                  <m:r>
                    <w:rPr>
                      <w:rFonts w:ascii="Cambria Math" w:hAnsi="Cambria Math"/>
                      <w:sz w:val="28"/>
                      <w:szCs w:val="28"/>
                    </w:rPr>
                    <m:t>3×4</m:t>
                  </m:r>
                </m:den>
              </m:f>
            </m:oMath>
            <w:r w:rsidRPr="00DC73E0">
              <w:rPr>
                <w:szCs w:val="28"/>
              </w:rPr>
              <w:t xml:space="preserve"> = </w:t>
            </w:r>
            <m:oMath>
              <m:f>
                <m:fPr>
                  <m:ctrlPr>
                    <w:rPr>
                      <w:rFonts w:ascii="Cambria Math" w:hAnsi="Cambria Math"/>
                      <w:sz w:val="28"/>
                      <w:szCs w:val="28"/>
                    </w:rPr>
                  </m:ctrlPr>
                </m:fPr>
                <m:num>
                  <m:r>
                    <w:rPr>
                      <w:rFonts w:ascii="Cambria Math" w:hAnsi="Cambria Math"/>
                      <w:sz w:val="28"/>
                      <w:szCs w:val="28"/>
                    </w:rPr>
                    <m:t>8</m:t>
                  </m:r>
                </m:num>
                <m:den>
                  <m:r>
                    <w:rPr>
                      <w:rFonts w:ascii="Cambria Math" w:hAnsi="Cambria Math"/>
                      <w:sz w:val="28"/>
                      <w:szCs w:val="28"/>
                    </w:rPr>
                    <m:t>12</m:t>
                  </m:r>
                </m:den>
              </m:f>
            </m:oMath>
            <w:r w:rsidRPr="00DC73E0">
              <w:rPr>
                <w:szCs w:val="28"/>
              </w:rPr>
              <w:t xml:space="preserve">; </w:t>
            </w:r>
            <m:oMath>
              <m:f>
                <m:fPr>
                  <m:ctrlPr>
                    <w:rPr>
                      <w:rFonts w:ascii="Cambria Math" w:hAnsi="Cambria Math"/>
                      <w:sz w:val="28"/>
                      <w:szCs w:val="28"/>
                    </w:rPr>
                  </m:ctrlPr>
                </m:fPr>
                <m:num>
                  <m:r>
                    <w:rPr>
                      <w:rFonts w:ascii="Cambria Math" w:hAnsi="Cambria Math"/>
                      <w:sz w:val="28"/>
                      <w:szCs w:val="28"/>
                    </w:rPr>
                    <m:t>3</m:t>
                  </m:r>
                </m:num>
                <m:den>
                  <m:r>
                    <w:rPr>
                      <w:rFonts w:ascii="Cambria Math" w:hAnsi="Cambria Math"/>
                      <w:sz w:val="28"/>
                      <w:szCs w:val="28"/>
                    </w:rPr>
                    <m:t>4</m:t>
                  </m:r>
                </m:den>
              </m:f>
            </m:oMath>
            <w:r w:rsidRPr="00DC73E0">
              <w:rPr>
                <w:szCs w:val="28"/>
              </w:rPr>
              <w:t xml:space="preserve"> = </w:t>
            </w:r>
            <m:oMath>
              <m:f>
                <m:fPr>
                  <m:ctrlPr>
                    <w:rPr>
                      <w:rFonts w:ascii="Cambria Math" w:hAnsi="Cambria Math"/>
                      <w:sz w:val="28"/>
                      <w:szCs w:val="28"/>
                    </w:rPr>
                  </m:ctrlPr>
                </m:fPr>
                <m:num>
                  <m:r>
                    <w:rPr>
                      <w:rFonts w:ascii="Cambria Math" w:hAnsi="Cambria Math"/>
                      <w:sz w:val="28"/>
                      <w:szCs w:val="28"/>
                    </w:rPr>
                    <m:t>3×3</m:t>
                  </m:r>
                </m:num>
                <m:den>
                  <m:r>
                    <w:rPr>
                      <w:rFonts w:ascii="Cambria Math" w:hAnsi="Cambria Math"/>
                      <w:sz w:val="28"/>
                      <w:szCs w:val="28"/>
                    </w:rPr>
                    <m:t>4×3</m:t>
                  </m:r>
                </m:den>
              </m:f>
            </m:oMath>
            <w:r w:rsidRPr="00DC73E0">
              <w:rPr>
                <w:szCs w:val="28"/>
              </w:rPr>
              <w:t xml:space="preserve"> = </w:t>
            </w:r>
            <m:oMath>
              <m:f>
                <m:fPr>
                  <m:ctrlPr>
                    <w:rPr>
                      <w:rFonts w:ascii="Cambria Math" w:hAnsi="Cambria Math"/>
                      <w:sz w:val="28"/>
                      <w:szCs w:val="28"/>
                    </w:rPr>
                  </m:ctrlPr>
                </m:fPr>
                <m:num>
                  <m:r>
                    <w:rPr>
                      <w:rFonts w:ascii="Cambria Math" w:hAnsi="Cambria Math"/>
                      <w:sz w:val="28"/>
                      <w:szCs w:val="28"/>
                    </w:rPr>
                    <m:t>9</m:t>
                  </m:r>
                </m:num>
                <m:den>
                  <m:r>
                    <w:rPr>
                      <w:rFonts w:ascii="Cambria Math" w:hAnsi="Cambria Math"/>
                      <w:sz w:val="28"/>
                      <w:szCs w:val="28"/>
                    </w:rPr>
                    <m:t>12</m:t>
                  </m:r>
                </m:den>
              </m:f>
            </m:oMath>
            <w:r w:rsidRPr="00DC73E0">
              <w:rPr>
                <w:szCs w:val="28"/>
              </w:rPr>
              <w:t xml:space="preserve">; giữ nguyên </w:t>
            </w:r>
            <m:oMath>
              <m:f>
                <m:fPr>
                  <m:ctrlPr>
                    <w:rPr>
                      <w:rFonts w:ascii="Cambria Math" w:hAnsi="Cambria Math"/>
                      <w:sz w:val="28"/>
                      <w:szCs w:val="28"/>
                    </w:rPr>
                  </m:ctrlPr>
                </m:fPr>
                <m:num>
                  <m:r>
                    <w:rPr>
                      <w:rFonts w:ascii="Cambria Math" w:hAnsi="Cambria Math"/>
                      <w:sz w:val="28"/>
                      <w:szCs w:val="28"/>
                    </w:rPr>
                    <m:t>7</m:t>
                  </m:r>
                </m:num>
                <m:den>
                  <m:r>
                    <w:rPr>
                      <w:rFonts w:ascii="Cambria Math" w:hAnsi="Cambria Math"/>
                      <w:sz w:val="28"/>
                      <w:szCs w:val="28"/>
                    </w:rPr>
                    <m:t>12</m:t>
                  </m:r>
                </m:den>
              </m:f>
            </m:oMath>
            <w:r w:rsidRPr="00DC73E0">
              <w:rPr>
                <w:szCs w:val="28"/>
              </w:rPr>
              <w:t>.</w:t>
            </w:r>
          </w:p>
        </w:tc>
      </w:tr>
      <w:tr w:rsidR="00DC73E0" w:rsidRPr="00DC73E0" w:rsidTr="00DC73E0">
        <w:trPr>
          <w:jc w:val="center"/>
        </w:trPr>
        <w:tc>
          <w:tcPr>
            <w:tcW w:w="4702" w:type="dxa"/>
            <w:shd w:val="clear" w:color="auto" w:fill="auto"/>
          </w:tcPr>
          <w:p w:rsidR="00B76D21" w:rsidRPr="00DC73E0" w:rsidRDefault="00B76D21" w:rsidP="00B76D21">
            <w:pPr>
              <w:rPr>
                <w:sz w:val="28"/>
                <w:szCs w:val="28"/>
              </w:rPr>
            </w:pPr>
            <w:r w:rsidRPr="00DC73E0">
              <w:rPr>
                <w:szCs w:val="28"/>
              </w:rPr>
              <w:t>- Giao nhiệm vụ: HS làm bài vào vở theo mẫu.</w:t>
            </w:r>
          </w:p>
        </w:tc>
        <w:tc>
          <w:tcPr>
            <w:tcW w:w="4702" w:type="dxa"/>
            <w:shd w:val="clear" w:color="auto" w:fill="auto"/>
          </w:tcPr>
          <w:p w:rsidR="00B76D21" w:rsidRPr="00DC73E0" w:rsidRDefault="00B76D21" w:rsidP="00B76D21">
            <w:pPr>
              <w:rPr>
                <w:sz w:val="28"/>
                <w:szCs w:val="28"/>
              </w:rPr>
            </w:pPr>
            <w:r w:rsidRPr="00DC73E0">
              <w:rPr>
                <w:szCs w:val="28"/>
              </w:rPr>
              <w:t>- HS làm bài vào vở; 1 HS làm bảng phụ.</w:t>
            </w:r>
          </w:p>
        </w:tc>
      </w:tr>
      <w:tr w:rsidR="00DC73E0" w:rsidRPr="00DC73E0" w:rsidTr="00DC73E0">
        <w:trPr>
          <w:jc w:val="center"/>
        </w:trPr>
        <w:tc>
          <w:tcPr>
            <w:tcW w:w="4702" w:type="dxa"/>
            <w:shd w:val="clear" w:color="auto" w:fill="auto"/>
          </w:tcPr>
          <w:p w:rsidR="00B76D21" w:rsidRPr="00DC73E0" w:rsidRDefault="00B76D21" w:rsidP="00B76D21">
            <w:pPr>
              <w:rPr>
                <w:sz w:val="28"/>
                <w:szCs w:val="28"/>
              </w:rPr>
            </w:pPr>
            <w:r w:rsidRPr="00DC73E0">
              <w:rPr>
                <w:szCs w:val="28"/>
              </w:rPr>
              <w:t>- GV chiếu/chữa bài; chốt kết quả (theo đề).</w:t>
            </w:r>
          </w:p>
        </w:tc>
        <w:tc>
          <w:tcPr>
            <w:tcW w:w="4702" w:type="dxa"/>
            <w:shd w:val="clear" w:color="auto" w:fill="auto"/>
          </w:tcPr>
          <w:p w:rsidR="00B76D21" w:rsidRPr="00DC73E0" w:rsidRDefault="00B76D21" w:rsidP="00B76D21">
            <w:pPr>
              <w:rPr>
                <w:sz w:val="28"/>
                <w:szCs w:val="28"/>
              </w:rPr>
            </w:pPr>
            <w:r w:rsidRPr="00DC73E0">
              <w:rPr>
                <w:szCs w:val="28"/>
              </w:rPr>
              <w:t>- HS ghi đáp án:</w:t>
            </w:r>
            <w:r w:rsidRPr="00DC73E0">
              <w:rPr>
                <w:szCs w:val="28"/>
              </w:rPr>
              <w:br/>
              <w:t xml:space="preserve">  a) </w:t>
            </w:r>
            <m:oMath>
              <m:f>
                <m:fPr>
                  <m:ctrlPr>
                    <w:rPr>
                      <w:rFonts w:ascii="Cambria Math" w:hAnsi="Cambria Math"/>
                      <w:sz w:val="28"/>
                      <w:szCs w:val="28"/>
                    </w:rPr>
                  </m:ctrlPr>
                </m:fPr>
                <m:num>
                  <m:r>
                    <w:rPr>
                      <w:rFonts w:ascii="Cambria Math" w:hAnsi="Cambria Math"/>
                      <w:sz w:val="28"/>
                      <w:szCs w:val="28"/>
                    </w:rPr>
                    <m:t>3</m:t>
                  </m:r>
                </m:num>
                <m:den>
                  <m:r>
                    <w:rPr>
                      <w:rFonts w:ascii="Cambria Math" w:hAnsi="Cambria Math"/>
                      <w:sz w:val="28"/>
                      <w:szCs w:val="28"/>
                    </w:rPr>
                    <m:t>5</m:t>
                  </m:r>
                </m:den>
              </m:f>
            </m:oMath>
            <w:r w:rsidRPr="00DC73E0">
              <w:rPr>
                <w:szCs w:val="28"/>
              </w:rPr>
              <w:t xml:space="preserve"> = </w:t>
            </w:r>
            <m:oMath>
              <m:f>
                <m:fPr>
                  <m:ctrlPr>
                    <w:rPr>
                      <w:rFonts w:ascii="Cambria Math" w:hAnsi="Cambria Math"/>
                      <w:sz w:val="28"/>
                      <w:szCs w:val="28"/>
                    </w:rPr>
                  </m:ctrlPr>
                </m:fPr>
                <m:num>
                  <m:r>
                    <w:rPr>
                      <w:rFonts w:ascii="Cambria Math" w:hAnsi="Cambria Math"/>
                      <w:sz w:val="28"/>
                      <w:szCs w:val="28"/>
                    </w:rPr>
                    <m:t>3×7</m:t>
                  </m:r>
                </m:num>
                <m:den>
                  <m:r>
                    <w:rPr>
                      <w:rFonts w:ascii="Cambria Math" w:hAnsi="Cambria Math"/>
                      <w:sz w:val="28"/>
                      <w:szCs w:val="28"/>
                    </w:rPr>
                    <m:t>5×7</m:t>
                  </m:r>
                </m:den>
              </m:f>
            </m:oMath>
            <w:r w:rsidRPr="00DC73E0">
              <w:rPr>
                <w:szCs w:val="28"/>
              </w:rPr>
              <w:t xml:space="preserve"> = </w:t>
            </w:r>
            <m:oMath>
              <m:f>
                <m:fPr>
                  <m:ctrlPr>
                    <w:rPr>
                      <w:rFonts w:ascii="Cambria Math" w:hAnsi="Cambria Math"/>
                      <w:sz w:val="28"/>
                      <w:szCs w:val="28"/>
                    </w:rPr>
                  </m:ctrlPr>
                </m:fPr>
                <m:num>
                  <m:r>
                    <w:rPr>
                      <w:rFonts w:ascii="Cambria Math" w:hAnsi="Cambria Math"/>
                      <w:sz w:val="28"/>
                      <w:szCs w:val="28"/>
                    </w:rPr>
                    <m:t>21</m:t>
                  </m:r>
                </m:num>
                <m:den>
                  <m:r>
                    <w:rPr>
                      <w:rFonts w:ascii="Cambria Math" w:hAnsi="Cambria Math"/>
                      <w:sz w:val="28"/>
                      <w:szCs w:val="28"/>
                    </w:rPr>
                    <m:t>35</m:t>
                  </m:r>
                </m:den>
              </m:f>
            </m:oMath>
            <w:r w:rsidRPr="00DC73E0">
              <w:rPr>
                <w:szCs w:val="28"/>
              </w:rPr>
              <w:t xml:space="preserve">; </w:t>
            </w:r>
            <m:oMath>
              <m:f>
                <m:fPr>
                  <m:ctrlPr>
                    <w:rPr>
                      <w:rFonts w:ascii="Cambria Math" w:hAnsi="Cambria Math"/>
                      <w:sz w:val="28"/>
                      <w:szCs w:val="28"/>
                    </w:rPr>
                  </m:ctrlPr>
                </m:fPr>
                <m:num>
                  <m:r>
                    <w:rPr>
                      <w:rFonts w:ascii="Cambria Math" w:hAnsi="Cambria Math"/>
                      <w:sz w:val="28"/>
                      <w:szCs w:val="28"/>
                    </w:rPr>
                    <m:t>4</m:t>
                  </m:r>
                </m:num>
                <m:den>
                  <m:r>
                    <w:rPr>
                      <w:rFonts w:ascii="Cambria Math" w:hAnsi="Cambria Math"/>
                      <w:sz w:val="28"/>
                      <w:szCs w:val="28"/>
                    </w:rPr>
                    <m:t>7</m:t>
                  </m:r>
                </m:den>
              </m:f>
            </m:oMath>
            <w:r w:rsidRPr="00DC73E0">
              <w:rPr>
                <w:szCs w:val="28"/>
              </w:rPr>
              <w:t xml:space="preserve"> = </w:t>
            </w:r>
            <m:oMath>
              <m:f>
                <m:fPr>
                  <m:ctrlPr>
                    <w:rPr>
                      <w:rFonts w:ascii="Cambria Math" w:hAnsi="Cambria Math"/>
                      <w:sz w:val="28"/>
                      <w:szCs w:val="28"/>
                    </w:rPr>
                  </m:ctrlPr>
                </m:fPr>
                <m:num>
                  <m:r>
                    <w:rPr>
                      <w:rFonts w:ascii="Cambria Math" w:hAnsi="Cambria Math"/>
                      <w:sz w:val="28"/>
                      <w:szCs w:val="28"/>
                    </w:rPr>
                    <m:t>4×5</m:t>
                  </m:r>
                </m:num>
                <m:den>
                  <m:r>
                    <w:rPr>
                      <w:rFonts w:ascii="Cambria Math" w:hAnsi="Cambria Math"/>
                      <w:sz w:val="28"/>
                      <w:szCs w:val="28"/>
                    </w:rPr>
                    <m:t>7×5</m:t>
                  </m:r>
                </m:den>
              </m:f>
            </m:oMath>
            <w:r w:rsidRPr="00DC73E0">
              <w:rPr>
                <w:szCs w:val="28"/>
              </w:rPr>
              <w:t xml:space="preserve"> = </w:t>
            </w:r>
            <m:oMath>
              <m:f>
                <m:fPr>
                  <m:ctrlPr>
                    <w:rPr>
                      <w:rFonts w:ascii="Cambria Math" w:hAnsi="Cambria Math"/>
                      <w:sz w:val="28"/>
                      <w:szCs w:val="28"/>
                    </w:rPr>
                  </m:ctrlPr>
                </m:fPr>
                <m:num>
                  <m:r>
                    <w:rPr>
                      <w:rFonts w:ascii="Cambria Math" w:hAnsi="Cambria Math"/>
                      <w:sz w:val="28"/>
                      <w:szCs w:val="28"/>
                    </w:rPr>
                    <m:t>20</m:t>
                  </m:r>
                </m:num>
                <m:den>
                  <m:r>
                    <w:rPr>
                      <w:rFonts w:ascii="Cambria Math" w:hAnsi="Cambria Math"/>
                      <w:sz w:val="28"/>
                      <w:szCs w:val="28"/>
                    </w:rPr>
                    <m:t>35</m:t>
                  </m:r>
                </m:den>
              </m:f>
            </m:oMath>
            <w:r w:rsidRPr="00DC73E0">
              <w:rPr>
                <w:szCs w:val="28"/>
              </w:rPr>
              <w:t>.</w:t>
            </w:r>
            <w:r w:rsidRPr="00DC73E0">
              <w:rPr>
                <w:szCs w:val="28"/>
              </w:rPr>
              <w:br/>
              <w:t xml:space="preserve">  b) </w:t>
            </w:r>
            <m:oMath>
              <m:f>
                <m:fPr>
                  <m:ctrlPr>
                    <w:rPr>
                      <w:rFonts w:ascii="Cambria Math" w:hAnsi="Cambria Math"/>
                      <w:sz w:val="28"/>
                      <w:szCs w:val="28"/>
                    </w:rPr>
                  </m:ctrlPr>
                </m:fPr>
                <m:num>
                  <m:r>
                    <w:rPr>
                      <w:rFonts w:ascii="Cambria Math" w:hAnsi="Cambria Math"/>
                      <w:sz w:val="28"/>
                      <w:szCs w:val="28"/>
                    </w:rPr>
                    <m:t>5</m:t>
                  </m:r>
                </m:num>
                <m:den>
                  <m:r>
                    <w:rPr>
                      <w:rFonts w:ascii="Cambria Math" w:hAnsi="Cambria Math"/>
                      <w:sz w:val="28"/>
                      <w:szCs w:val="28"/>
                    </w:rPr>
                    <m:t>6</m:t>
                  </m:r>
                </m:den>
              </m:f>
            </m:oMath>
            <w:r w:rsidRPr="00DC73E0">
              <w:rPr>
                <w:szCs w:val="28"/>
              </w:rPr>
              <w:t xml:space="preserve"> = </w:t>
            </w:r>
            <m:oMath>
              <m:f>
                <m:fPr>
                  <m:ctrlPr>
                    <w:rPr>
                      <w:rFonts w:ascii="Cambria Math" w:hAnsi="Cambria Math"/>
                      <w:sz w:val="28"/>
                      <w:szCs w:val="28"/>
                    </w:rPr>
                  </m:ctrlPr>
                </m:fPr>
                <m:num>
                  <m:r>
                    <w:rPr>
                      <w:rFonts w:ascii="Cambria Math" w:hAnsi="Cambria Math"/>
                      <w:sz w:val="28"/>
                      <w:szCs w:val="28"/>
                    </w:rPr>
                    <m:t>5×9</m:t>
                  </m:r>
                </m:num>
                <m:den>
                  <m:r>
                    <w:rPr>
                      <w:rFonts w:ascii="Cambria Math" w:hAnsi="Cambria Math"/>
                      <w:sz w:val="28"/>
                      <w:szCs w:val="28"/>
                    </w:rPr>
                    <m:t>6×9</m:t>
                  </m:r>
                </m:den>
              </m:f>
            </m:oMath>
            <w:r w:rsidRPr="00DC73E0">
              <w:rPr>
                <w:szCs w:val="28"/>
              </w:rPr>
              <w:t xml:space="preserve"> = </w:t>
            </w:r>
            <m:oMath>
              <m:f>
                <m:fPr>
                  <m:ctrlPr>
                    <w:rPr>
                      <w:rFonts w:ascii="Cambria Math" w:hAnsi="Cambria Math"/>
                      <w:sz w:val="28"/>
                      <w:szCs w:val="28"/>
                    </w:rPr>
                  </m:ctrlPr>
                </m:fPr>
                <m:num>
                  <m:r>
                    <w:rPr>
                      <w:rFonts w:ascii="Cambria Math" w:hAnsi="Cambria Math"/>
                      <w:sz w:val="28"/>
                      <w:szCs w:val="28"/>
                    </w:rPr>
                    <m:t>45</m:t>
                  </m:r>
                </m:num>
                <m:den>
                  <m:r>
                    <w:rPr>
                      <w:rFonts w:ascii="Cambria Math" w:hAnsi="Cambria Math"/>
                      <w:sz w:val="28"/>
                      <w:szCs w:val="28"/>
                    </w:rPr>
                    <m:t>54</m:t>
                  </m:r>
                </m:den>
              </m:f>
            </m:oMath>
            <w:r w:rsidRPr="00DC73E0">
              <w:rPr>
                <w:szCs w:val="28"/>
              </w:rPr>
              <w:t xml:space="preserve">; </w:t>
            </w:r>
            <m:oMath>
              <m:f>
                <m:fPr>
                  <m:ctrlPr>
                    <w:rPr>
                      <w:rFonts w:ascii="Cambria Math" w:hAnsi="Cambria Math"/>
                      <w:sz w:val="28"/>
                      <w:szCs w:val="28"/>
                    </w:rPr>
                  </m:ctrlPr>
                </m:fPr>
                <m:num>
                  <m:r>
                    <w:rPr>
                      <w:rFonts w:ascii="Cambria Math" w:hAnsi="Cambria Math"/>
                      <w:sz w:val="28"/>
                      <w:szCs w:val="28"/>
                    </w:rPr>
                    <m:t>7</m:t>
                  </m:r>
                </m:num>
                <m:den>
                  <m:r>
                    <w:rPr>
                      <w:rFonts w:ascii="Cambria Math" w:hAnsi="Cambria Math"/>
                      <w:sz w:val="28"/>
                      <w:szCs w:val="28"/>
                    </w:rPr>
                    <m:t>9</m:t>
                  </m:r>
                </m:den>
              </m:f>
            </m:oMath>
            <w:r w:rsidRPr="00DC73E0">
              <w:rPr>
                <w:szCs w:val="28"/>
              </w:rPr>
              <w:t xml:space="preserve"> = </w:t>
            </w:r>
            <m:oMath>
              <m:f>
                <m:fPr>
                  <m:ctrlPr>
                    <w:rPr>
                      <w:rFonts w:ascii="Cambria Math" w:hAnsi="Cambria Math"/>
                      <w:sz w:val="28"/>
                      <w:szCs w:val="28"/>
                    </w:rPr>
                  </m:ctrlPr>
                </m:fPr>
                <m:num>
                  <m:r>
                    <w:rPr>
                      <w:rFonts w:ascii="Cambria Math" w:hAnsi="Cambria Math"/>
                      <w:sz w:val="28"/>
                      <w:szCs w:val="28"/>
                    </w:rPr>
                    <m:t>7×6</m:t>
                  </m:r>
                </m:num>
                <m:den>
                  <m:r>
                    <w:rPr>
                      <w:rFonts w:ascii="Cambria Math" w:hAnsi="Cambria Math"/>
                      <w:sz w:val="28"/>
                      <w:szCs w:val="28"/>
                    </w:rPr>
                    <m:t>9×6</m:t>
                  </m:r>
                </m:den>
              </m:f>
            </m:oMath>
            <w:r w:rsidRPr="00DC73E0">
              <w:rPr>
                <w:szCs w:val="28"/>
              </w:rPr>
              <w:t xml:space="preserve"> = </w:t>
            </w:r>
            <m:oMath>
              <m:f>
                <m:fPr>
                  <m:ctrlPr>
                    <w:rPr>
                      <w:rFonts w:ascii="Cambria Math" w:hAnsi="Cambria Math"/>
                      <w:sz w:val="28"/>
                      <w:szCs w:val="28"/>
                    </w:rPr>
                  </m:ctrlPr>
                </m:fPr>
                <m:num>
                  <m:r>
                    <w:rPr>
                      <w:rFonts w:ascii="Cambria Math" w:hAnsi="Cambria Math"/>
                      <w:sz w:val="28"/>
                      <w:szCs w:val="28"/>
                    </w:rPr>
                    <m:t>42</m:t>
                  </m:r>
                </m:num>
                <m:den>
                  <m:r>
                    <w:rPr>
                      <w:rFonts w:ascii="Cambria Math" w:hAnsi="Cambria Math"/>
                      <w:sz w:val="28"/>
                      <w:szCs w:val="28"/>
                    </w:rPr>
                    <m:t>54</m:t>
                  </m:r>
                </m:den>
              </m:f>
            </m:oMath>
            <w:r w:rsidRPr="00DC73E0">
              <w:rPr>
                <w:szCs w:val="28"/>
              </w:rPr>
              <w:t>.</w:t>
            </w:r>
          </w:p>
        </w:tc>
      </w:tr>
      <w:tr w:rsidR="00DC73E0" w:rsidRPr="00DC73E0" w:rsidTr="00DC73E0">
        <w:trPr>
          <w:jc w:val="center"/>
        </w:trPr>
        <w:tc>
          <w:tcPr>
            <w:tcW w:w="4702" w:type="dxa"/>
            <w:tcBorders>
              <w:bottom w:val="single" w:sz="4" w:space="0" w:color="auto"/>
            </w:tcBorders>
            <w:shd w:val="clear" w:color="auto" w:fill="auto"/>
          </w:tcPr>
          <w:p w:rsidR="00B76D21" w:rsidRPr="00DC73E0" w:rsidRDefault="00B76D21" w:rsidP="00B76D21">
            <w:pPr>
              <w:rPr>
                <w:sz w:val="28"/>
                <w:szCs w:val="28"/>
              </w:rPr>
            </w:pPr>
            <w:r w:rsidRPr="00DC73E0">
              <w:rPr>
                <w:szCs w:val="28"/>
              </w:rPr>
              <w:t>- Yêu cầu HS nêu lại các bước quy đồng mẫu số nhiều phân số.</w:t>
            </w:r>
          </w:p>
        </w:tc>
        <w:tc>
          <w:tcPr>
            <w:tcW w:w="4702" w:type="dxa"/>
            <w:tcBorders>
              <w:bottom w:val="single" w:sz="4" w:space="0" w:color="auto"/>
            </w:tcBorders>
            <w:shd w:val="clear" w:color="auto" w:fill="auto"/>
          </w:tcPr>
          <w:p w:rsidR="00B76D21" w:rsidRPr="00DC73E0" w:rsidRDefault="00B76D21" w:rsidP="00B76D21">
            <w:pPr>
              <w:rPr>
                <w:sz w:val="28"/>
                <w:szCs w:val="28"/>
              </w:rPr>
            </w:pPr>
            <w:r w:rsidRPr="00DC73E0">
              <w:rPr>
                <w:szCs w:val="28"/>
              </w:rPr>
              <w:t>- HS nêu: (1) Chọn MSC (một mẫu số chia hết cho các mẫu số còn lại); (2) Tính thương MSC : từng mẫu số; (3) Nhân cả tử và mẫu từng phân số với thương; giữ nguyên phân số đã có MSC.</w:t>
            </w:r>
          </w:p>
        </w:tc>
      </w:tr>
      <w:tr w:rsidR="00DC73E0" w:rsidRPr="00DC73E0" w:rsidTr="00DC73E0">
        <w:trPr>
          <w:jc w:val="center"/>
        </w:trPr>
        <w:tc>
          <w:tcPr>
            <w:tcW w:w="9404" w:type="dxa"/>
            <w:gridSpan w:val="2"/>
            <w:tcBorders>
              <w:top w:val="single" w:sz="4" w:space="0" w:color="auto"/>
              <w:bottom w:val="single" w:sz="4" w:space="0" w:color="auto"/>
            </w:tcBorders>
            <w:shd w:val="clear" w:color="auto" w:fill="auto"/>
          </w:tcPr>
          <w:p w:rsidR="00B76D21" w:rsidRPr="00DC73E0" w:rsidRDefault="00B76D21" w:rsidP="00B76D21">
            <w:pPr>
              <w:rPr>
                <w:sz w:val="28"/>
                <w:szCs w:val="28"/>
              </w:rPr>
            </w:pPr>
            <w:r w:rsidRPr="00DC73E0">
              <w:rPr>
                <w:b/>
                <w:szCs w:val="28"/>
              </w:rPr>
              <w:t>Bài 4</w:t>
            </w:r>
          </w:p>
        </w:tc>
      </w:tr>
      <w:tr w:rsidR="00DC73E0" w:rsidRPr="00DC73E0" w:rsidTr="00DC73E0">
        <w:trPr>
          <w:jc w:val="center"/>
        </w:trPr>
        <w:tc>
          <w:tcPr>
            <w:tcW w:w="4702" w:type="dxa"/>
            <w:tcBorders>
              <w:top w:val="single" w:sz="4" w:space="0" w:color="auto"/>
            </w:tcBorders>
            <w:shd w:val="clear" w:color="auto" w:fill="auto"/>
          </w:tcPr>
          <w:p w:rsidR="00B76D21" w:rsidRPr="00DC73E0" w:rsidRDefault="00B76D21" w:rsidP="00B76D21">
            <w:pPr>
              <w:rPr>
                <w:sz w:val="28"/>
                <w:szCs w:val="28"/>
              </w:rPr>
            </w:pPr>
            <w:r w:rsidRPr="00DC73E0">
              <w:rPr>
                <w:szCs w:val="28"/>
              </w:rPr>
              <w:t>- Gọi HS đọc yêu cầu.</w:t>
            </w:r>
          </w:p>
        </w:tc>
        <w:tc>
          <w:tcPr>
            <w:tcW w:w="4702" w:type="dxa"/>
            <w:tcBorders>
              <w:top w:val="single" w:sz="4" w:space="0" w:color="auto"/>
            </w:tcBorders>
            <w:shd w:val="clear" w:color="auto" w:fill="auto"/>
          </w:tcPr>
          <w:p w:rsidR="00B76D21" w:rsidRPr="00DC73E0" w:rsidRDefault="00B76D21" w:rsidP="00B76D21">
            <w:pPr>
              <w:rPr>
                <w:sz w:val="28"/>
                <w:szCs w:val="28"/>
              </w:rPr>
            </w:pPr>
            <w:r w:rsidRPr="00DC73E0">
              <w:rPr>
                <w:szCs w:val="28"/>
              </w:rPr>
              <w:t>- HS đọc yêu cầu.</w:t>
            </w:r>
          </w:p>
        </w:tc>
      </w:tr>
      <w:tr w:rsidR="00DC73E0" w:rsidRPr="00DC73E0" w:rsidTr="00DC73E0">
        <w:trPr>
          <w:jc w:val="center"/>
        </w:trPr>
        <w:tc>
          <w:tcPr>
            <w:tcW w:w="4702" w:type="dxa"/>
            <w:shd w:val="clear" w:color="auto" w:fill="auto"/>
          </w:tcPr>
          <w:p w:rsidR="00B76D21" w:rsidRPr="00DC73E0" w:rsidRDefault="00B76D21" w:rsidP="00B76D21">
            <w:pPr>
              <w:rPr>
                <w:sz w:val="28"/>
                <w:szCs w:val="28"/>
              </w:rPr>
            </w:pPr>
            <w:r w:rsidRPr="00DC73E0">
              <w:rPr>
                <w:szCs w:val="28"/>
              </w:rPr>
              <w:t xml:space="preserve">- Hướng dẫn thao tác trên </w:t>
            </w:r>
            <w:r w:rsidRPr="00DC73E0">
              <w:rPr>
                <w:b/>
                <w:szCs w:val="28"/>
              </w:rPr>
              <w:t>Quizizz</w:t>
            </w:r>
            <w:r w:rsidRPr="00DC73E0">
              <w:rPr>
                <w:szCs w:val="28"/>
              </w:rPr>
              <w:t>: GV trình chiếu mã tham gia (game code) hoặc QR; yêu cầu HS chuẩn bị thiết bị (điện thoại/máy tính bảng) và mở Internet.</w:t>
            </w:r>
          </w:p>
          <w:p w:rsidR="00581890" w:rsidRPr="00DC73E0" w:rsidRDefault="007F75C5">
            <w:r w:rsidRPr="00DC73E0">
              <w:t>- GV tích hợp NLS 5.2.CB1a: Trước khi làm Bài 4, GV giúp HS xác định nhu cầu cá nhân là kiểm tra mức độ nắm cách quy đồng mẫu số. GV hướng dẫn HS quét đúng mã QR hoặc mở đường dẫn Quizizz do GV cung cấp, nhập tên theo quy ước của lớp, đọc kĩ câu hỏi, làm nháp, chọn và gửi đáp án. Sau khi hệ thống phản hồi, GV yêu cầu HS đối chiếu với các bước quy đồng, giải thích vì sao đúng hoặc sai và tự sửa; đồng thời nhắc HS không chia sẻ thông tin cá nhân không cần thiết, không mở đường dẫn khác và sử dụng thiết bị đúng mục đích học tập.</w:t>
            </w:r>
          </w:p>
        </w:tc>
        <w:tc>
          <w:tcPr>
            <w:tcW w:w="4702" w:type="dxa"/>
            <w:shd w:val="clear" w:color="auto" w:fill="auto"/>
          </w:tcPr>
          <w:p w:rsidR="00B76D21" w:rsidRPr="00DC73E0" w:rsidRDefault="00B76D21" w:rsidP="00B76D21">
            <w:pPr>
              <w:rPr>
                <w:sz w:val="28"/>
                <w:szCs w:val="28"/>
              </w:rPr>
            </w:pPr>
            <w:r w:rsidRPr="00DC73E0">
              <w:rPr>
                <w:szCs w:val="28"/>
              </w:rPr>
              <w:t>- HS chuẩn bị thiết bị, bật Wi‑Fi/4G, mở trình duyệt (Chrome/Safari).</w:t>
            </w:r>
          </w:p>
          <w:p w:rsidR="00581890" w:rsidRPr="00DC73E0" w:rsidRDefault="007F75C5">
            <w:r w:rsidRPr="00DC73E0">
              <w:t>- HS xác định nhu cầu tự kiểm tra; truy cập đúng bài Quizizz, làm nháp, chọn và gửi đáp án, xem phản hồi, giải thích cách làm và tự điều chỉnh kết quả; thực hiện đúng quy định an toàn khi sử dụng thiết bị.</w:t>
            </w:r>
          </w:p>
        </w:tc>
      </w:tr>
      <w:tr w:rsidR="00DC73E0" w:rsidRPr="00DC73E0" w:rsidTr="00DC73E0">
        <w:trPr>
          <w:jc w:val="center"/>
        </w:trPr>
        <w:tc>
          <w:tcPr>
            <w:tcW w:w="4702" w:type="dxa"/>
            <w:shd w:val="clear" w:color="auto" w:fill="auto"/>
          </w:tcPr>
          <w:p w:rsidR="00B76D21" w:rsidRPr="00DC73E0" w:rsidRDefault="00B76D21" w:rsidP="00B76D21">
            <w:pPr>
              <w:rPr>
                <w:sz w:val="28"/>
                <w:szCs w:val="28"/>
              </w:rPr>
            </w:pPr>
            <w:r w:rsidRPr="00DC73E0">
              <w:rPr>
                <w:szCs w:val="28"/>
              </w:rPr>
              <w:lastRenderedPageBreak/>
              <w:t xml:space="preserve">- GV yêu cầu HS truy cập trang tham gia: gõ </w:t>
            </w:r>
            <w:r w:rsidRPr="00DC73E0">
              <w:rPr>
                <w:b/>
                <w:szCs w:val="28"/>
              </w:rPr>
              <w:t>joinmyquiz.com</w:t>
            </w:r>
            <w:r w:rsidRPr="00DC73E0">
              <w:rPr>
                <w:szCs w:val="28"/>
              </w:rPr>
              <w:t xml:space="preserve"> hoặc </w:t>
            </w:r>
            <w:r w:rsidRPr="00DC73E0">
              <w:rPr>
                <w:b/>
                <w:szCs w:val="28"/>
              </w:rPr>
              <w:t>quizizz.com/join</w:t>
            </w:r>
            <w:r w:rsidRPr="00DC73E0">
              <w:rPr>
                <w:szCs w:val="28"/>
              </w:rPr>
              <w:t xml:space="preserve"> rồi nhập mã do GV cung cấp.</w:t>
            </w:r>
          </w:p>
        </w:tc>
        <w:tc>
          <w:tcPr>
            <w:tcW w:w="4702" w:type="dxa"/>
            <w:shd w:val="clear" w:color="auto" w:fill="auto"/>
          </w:tcPr>
          <w:p w:rsidR="00B76D21" w:rsidRPr="00DC73E0" w:rsidRDefault="00B76D21" w:rsidP="00B76D21">
            <w:pPr>
              <w:rPr>
                <w:sz w:val="28"/>
                <w:szCs w:val="28"/>
              </w:rPr>
            </w:pPr>
            <w:r w:rsidRPr="00DC73E0">
              <w:rPr>
                <w:szCs w:val="28"/>
              </w:rPr>
              <w:t>- HS vào joinmyquiz.com (hoặc quizizz.com/join) → nhập mã tham gia → bấm Join.</w:t>
            </w:r>
          </w:p>
        </w:tc>
      </w:tr>
      <w:tr w:rsidR="00DC73E0" w:rsidRPr="00DC73E0" w:rsidTr="00DC73E0">
        <w:trPr>
          <w:jc w:val="center"/>
        </w:trPr>
        <w:tc>
          <w:tcPr>
            <w:tcW w:w="4702" w:type="dxa"/>
            <w:shd w:val="clear" w:color="auto" w:fill="auto"/>
          </w:tcPr>
          <w:p w:rsidR="00B76D21" w:rsidRPr="00DC73E0" w:rsidRDefault="00B76D21" w:rsidP="00B76D21">
            <w:pPr>
              <w:rPr>
                <w:sz w:val="28"/>
                <w:szCs w:val="28"/>
              </w:rPr>
            </w:pPr>
            <w:r w:rsidRPr="00DC73E0">
              <w:rPr>
                <w:szCs w:val="28"/>
              </w:rPr>
              <w:t>- GV hướng dẫn HS nhập tên theo mẫu: “Tổ–Họ tên” (ví dụ: 2–Ngọc Anh) và bấm Start.</w:t>
            </w:r>
          </w:p>
        </w:tc>
        <w:tc>
          <w:tcPr>
            <w:tcW w:w="4702" w:type="dxa"/>
            <w:shd w:val="clear" w:color="auto" w:fill="auto"/>
          </w:tcPr>
          <w:p w:rsidR="00B76D21" w:rsidRPr="00DC73E0" w:rsidRDefault="00B76D21" w:rsidP="00B76D21">
            <w:pPr>
              <w:rPr>
                <w:sz w:val="28"/>
                <w:szCs w:val="28"/>
              </w:rPr>
            </w:pPr>
            <w:r w:rsidRPr="00DC73E0">
              <w:rPr>
                <w:szCs w:val="28"/>
              </w:rPr>
              <w:t>- HS nhập tên theo hướng dẫn → bấm Start/Begin để vào bài.</w:t>
            </w:r>
          </w:p>
        </w:tc>
      </w:tr>
      <w:tr w:rsidR="00DC73E0" w:rsidRPr="00DC73E0" w:rsidTr="00DC73E0">
        <w:trPr>
          <w:jc w:val="center"/>
        </w:trPr>
        <w:tc>
          <w:tcPr>
            <w:tcW w:w="4702" w:type="dxa"/>
            <w:shd w:val="clear" w:color="auto" w:fill="auto"/>
          </w:tcPr>
          <w:p w:rsidR="00B76D21" w:rsidRPr="00DC73E0" w:rsidRDefault="00B76D21" w:rsidP="00B76D21">
            <w:pPr>
              <w:rPr>
                <w:sz w:val="28"/>
                <w:szCs w:val="28"/>
              </w:rPr>
            </w:pPr>
            <w:r w:rsidRPr="00DC73E0">
              <w:rPr>
                <w:szCs w:val="28"/>
              </w:rPr>
              <w:t xml:space="preserve">- GV nhắc cách làm: đọc kĩ câu hỏi → quy đồng/rút gọn trên nháp hoặc bảng con → chọn đáp án A/B/C/D trên </w:t>
            </w:r>
            <w:r w:rsidRPr="00DC73E0">
              <w:rPr>
                <w:b/>
                <w:szCs w:val="28"/>
              </w:rPr>
              <w:t>Quizizz</w:t>
            </w:r>
            <w:r w:rsidRPr="00DC73E0">
              <w:rPr>
                <w:szCs w:val="28"/>
              </w:rPr>
              <w:t xml:space="preserve"> → bấm Next để sang câu tiếp theo.</w:t>
            </w:r>
          </w:p>
        </w:tc>
        <w:tc>
          <w:tcPr>
            <w:tcW w:w="4702" w:type="dxa"/>
            <w:shd w:val="clear" w:color="auto" w:fill="auto"/>
          </w:tcPr>
          <w:p w:rsidR="00B76D21" w:rsidRPr="00DC73E0" w:rsidRDefault="00B76D21" w:rsidP="00B76D21">
            <w:pPr>
              <w:rPr>
                <w:sz w:val="28"/>
                <w:szCs w:val="28"/>
              </w:rPr>
            </w:pPr>
            <w:r w:rsidRPr="00DC73E0">
              <w:rPr>
                <w:szCs w:val="28"/>
              </w:rPr>
              <w:t>- HS làm nháp/bảng con, chọn đáp án trên Quizizz và bấm Next cho từng câu.</w:t>
            </w:r>
          </w:p>
        </w:tc>
      </w:tr>
      <w:tr w:rsidR="00DC73E0" w:rsidRPr="00DC73E0" w:rsidTr="00DC73E0">
        <w:trPr>
          <w:jc w:val="center"/>
        </w:trPr>
        <w:tc>
          <w:tcPr>
            <w:tcW w:w="4702" w:type="dxa"/>
            <w:shd w:val="clear" w:color="auto" w:fill="auto"/>
          </w:tcPr>
          <w:p w:rsidR="00B76D21" w:rsidRPr="00DC73E0" w:rsidRDefault="00B76D21" w:rsidP="00B76D21">
            <w:pPr>
              <w:rPr>
                <w:sz w:val="28"/>
                <w:szCs w:val="28"/>
              </w:rPr>
            </w:pPr>
            <w:r w:rsidRPr="00DC73E0">
              <w:rPr>
                <w:szCs w:val="28"/>
              </w:rPr>
              <w:t xml:space="preserve">- GV quan sát bảng theo dõi trên </w:t>
            </w:r>
            <w:r w:rsidRPr="00DC73E0">
              <w:rPr>
                <w:b/>
                <w:szCs w:val="28"/>
              </w:rPr>
              <w:t>Quizizz</w:t>
            </w:r>
            <w:r w:rsidRPr="00DC73E0">
              <w:rPr>
                <w:szCs w:val="28"/>
              </w:rPr>
              <w:t xml:space="preserve"> (tiến độ từng HS); nhắc HS không thoát màn hình, kiểm tra lại trước khi nộp.</w:t>
            </w:r>
          </w:p>
        </w:tc>
        <w:tc>
          <w:tcPr>
            <w:tcW w:w="4702" w:type="dxa"/>
            <w:shd w:val="clear" w:color="auto" w:fill="auto"/>
          </w:tcPr>
          <w:p w:rsidR="00B76D21" w:rsidRPr="00DC73E0" w:rsidRDefault="00B76D21" w:rsidP="00B76D21">
            <w:pPr>
              <w:rPr>
                <w:sz w:val="28"/>
                <w:szCs w:val="28"/>
              </w:rPr>
            </w:pPr>
            <w:r w:rsidRPr="00DC73E0">
              <w:rPr>
                <w:szCs w:val="28"/>
              </w:rPr>
              <w:t>- HS theo dõi tiến độ, kiểm tra đáp án đã chọn; hoàn thành và bấm Submit khi hệ thống yêu cầu.</w:t>
            </w:r>
          </w:p>
        </w:tc>
      </w:tr>
      <w:tr w:rsidR="00DC73E0" w:rsidRPr="00DC73E0" w:rsidTr="00DC73E0">
        <w:trPr>
          <w:jc w:val="center"/>
        </w:trPr>
        <w:tc>
          <w:tcPr>
            <w:tcW w:w="4702" w:type="dxa"/>
            <w:shd w:val="clear" w:color="auto" w:fill="auto"/>
          </w:tcPr>
          <w:p w:rsidR="00B76D21" w:rsidRPr="00DC73E0" w:rsidRDefault="00B76D21" w:rsidP="00B76D21">
            <w:pPr>
              <w:rPr>
                <w:sz w:val="28"/>
                <w:szCs w:val="28"/>
              </w:rPr>
            </w:pPr>
            <w:r w:rsidRPr="00DC73E0">
              <w:rPr>
                <w:szCs w:val="28"/>
              </w:rPr>
              <w:t xml:space="preserve">- GV kết thúc bài trên </w:t>
            </w:r>
            <w:r w:rsidRPr="00DC73E0">
              <w:rPr>
                <w:b/>
                <w:szCs w:val="28"/>
              </w:rPr>
              <w:t>Quizizz</w:t>
            </w:r>
            <w:r w:rsidRPr="00DC73E0">
              <w:rPr>
                <w:szCs w:val="28"/>
              </w:rPr>
              <w:t xml:space="preserve">, hiển thị bảng xếp hạng/điểm; gọi HS có đáp </w:t>
            </w:r>
            <w:proofErr w:type="gramStart"/>
            <w:r w:rsidRPr="00DC73E0">
              <w:rPr>
                <w:szCs w:val="28"/>
              </w:rPr>
              <w:t>án</w:t>
            </w:r>
            <w:proofErr w:type="gramEnd"/>
            <w:r w:rsidRPr="00DC73E0">
              <w:rPr>
                <w:szCs w:val="28"/>
              </w:rPr>
              <w:t xml:space="preserve"> đúng trình bày lại cách làm câu hỏi trọng tâm của Bài 4.</w:t>
            </w:r>
          </w:p>
        </w:tc>
        <w:tc>
          <w:tcPr>
            <w:tcW w:w="4702" w:type="dxa"/>
            <w:shd w:val="clear" w:color="auto" w:fill="auto"/>
          </w:tcPr>
          <w:p w:rsidR="00B76D21" w:rsidRPr="00DC73E0" w:rsidRDefault="00B76D21" w:rsidP="00B76D21">
            <w:pPr>
              <w:rPr>
                <w:sz w:val="28"/>
                <w:szCs w:val="28"/>
              </w:rPr>
            </w:pPr>
            <w:r w:rsidRPr="00DC73E0">
              <w:rPr>
                <w:szCs w:val="28"/>
              </w:rPr>
              <w:t xml:space="preserve">- HS xem kết quả; HS được gọi trình bày: quy đồng </w:t>
            </w:r>
            <w:r w:rsidRPr="00DC73E0">
              <w:rPr>
                <w:b/>
                <w:szCs w:val="28"/>
              </w:rPr>
              <w:t>2/9</w:t>
            </w:r>
            <w:r w:rsidRPr="00DC73E0">
              <w:rPr>
                <w:szCs w:val="28"/>
              </w:rPr>
              <w:t xml:space="preserve"> về mẫu số 72: 72:9=8 → 2/9 = 16/72 nên chọn đáp án C.</w:t>
            </w:r>
          </w:p>
        </w:tc>
      </w:tr>
      <w:tr w:rsidR="00DC73E0" w:rsidRPr="00DC73E0" w:rsidTr="00DC73E0">
        <w:trPr>
          <w:jc w:val="center"/>
        </w:trPr>
        <w:tc>
          <w:tcPr>
            <w:tcW w:w="4702" w:type="dxa"/>
            <w:shd w:val="clear" w:color="auto" w:fill="auto"/>
          </w:tcPr>
          <w:p w:rsidR="00B76D21" w:rsidRPr="00DC73E0" w:rsidRDefault="00B76D21" w:rsidP="00B76D21">
            <w:pPr>
              <w:rPr>
                <w:sz w:val="28"/>
                <w:szCs w:val="28"/>
              </w:rPr>
            </w:pPr>
            <w:r w:rsidRPr="00DC73E0">
              <w:rPr>
                <w:szCs w:val="28"/>
              </w:rPr>
              <w:t>- Hỏi: Bài yêu cầu làm gì?</w:t>
            </w:r>
          </w:p>
        </w:tc>
        <w:tc>
          <w:tcPr>
            <w:tcW w:w="4702" w:type="dxa"/>
            <w:shd w:val="clear" w:color="auto" w:fill="auto"/>
          </w:tcPr>
          <w:p w:rsidR="00B76D21" w:rsidRPr="00DC73E0" w:rsidRDefault="00B76D21" w:rsidP="00B76D21">
            <w:pPr>
              <w:rPr>
                <w:sz w:val="28"/>
                <w:szCs w:val="28"/>
              </w:rPr>
            </w:pPr>
            <w:r w:rsidRPr="00DC73E0">
              <w:rPr>
                <w:szCs w:val="28"/>
              </w:rPr>
              <w:t>- HS trả lời: Chọn câu trả lời đúng.</w:t>
            </w:r>
          </w:p>
        </w:tc>
      </w:tr>
      <w:tr w:rsidR="00DC73E0" w:rsidRPr="00DC73E0" w:rsidTr="00DC73E0">
        <w:trPr>
          <w:jc w:val="center"/>
        </w:trPr>
        <w:tc>
          <w:tcPr>
            <w:tcW w:w="4702" w:type="dxa"/>
            <w:shd w:val="clear" w:color="auto" w:fill="auto"/>
          </w:tcPr>
          <w:p w:rsidR="00B76D21" w:rsidRPr="00DC73E0" w:rsidRDefault="00B76D21" w:rsidP="00B76D21">
            <w:pPr>
              <w:rPr>
                <w:sz w:val="28"/>
                <w:szCs w:val="28"/>
              </w:rPr>
            </w:pPr>
            <w:r w:rsidRPr="00DC73E0">
              <w:rPr>
                <w:szCs w:val="28"/>
              </w:rPr>
              <w:t>- Giao nhiệm vụ: HS làm Bài 4 trên Quizizz.</w:t>
            </w:r>
          </w:p>
        </w:tc>
        <w:tc>
          <w:tcPr>
            <w:tcW w:w="4702" w:type="dxa"/>
            <w:shd w:val="clear" w:color="auto" w:fill="auto"/>
          </w:tcPr>
          <w:p w:rsidR="00B76D21" w:rsidRPr="00DC73E0" w:rsidRDefault="00B76D21" w:rsidP="00B76D21">
            <w:pPr>
              <w:rPr>
                <w:sz w:val="28"/>
                <w:szCs w:val="28"/>
              </w:rPr>
            </w:pPr>
            <w:r w:rsidRPr="00DC73E0">
              <w:rPr>
                <w:szCs w:val="28"/>
              </w:rPr>
              <w:t>- HS truy cập Quizizz, làm bài trắc nghiệm và chọn đáp án C.</w:t>
            </w:r>
          </w:p>
        </w:tc>
      </w:tr>
      <w:tr w:rsidR="00DC73E0" w:rsidRPr="00DC73E0" w:rsidTr="00DC73E0">
        <w:trPr>
          <w:jc w:val="center"/>
        </w:trPr>
        <w:tc>
          <w:tcPr>
            <w:tcW w:w="4702" w:type="dxa"/>
            <w:shd w:val="clear" w:color="auto" w:fill="auto"/>
          </w:tcPr>
          <w:p w:rsidR="00B76D21" w:rsidRPr="00DC73E0" w:rsidRDefault="00B76D21" w:rsidP="00B76D21">
            <w:pPr>
              <w:rPr>
                <w:sz w:val="28"/>
                <w:szCs w:val="28"/>
              </w:rPr>
            </w:pPr>
            <w:r w:rsidRPr="00DC73E0">
              <w:rPr>
                <w:szCs w:val="28"/>
              </w:rPr>
              <w:t>- GV chốt đáp án; yêu cầu HS nêu lí do chọn C.</w:t>
            </w:r>
          </w:p>
        </w:tc>
        <w:tc>
          <w:tcPr>
            <w:tcW w:w="4702" w:type="dxa"/>
            <w:shd w:val="clear" w:color="auto" w:fill="auto"/>
          </w:tcPr>
          <w:p w:rsidR="00B76D21" w:rsidRPr="00DC73E0" w:rsidRDefault="00B76D21" w:rsidP="00B76D21">
            <w:pPr>
              <w:rPr>
                <w:sz w:val="28"/>
                <w:szCs w:val="28"/>
              </w:rPr>
            </w:pPr>
            <w:r w:rsidRPr="00DC73E0">
              <w:rPr>
                <w:szCs w:val="28"/>
              </w:rPr>
              <w:t xml:space="preserve">- HS giải thích: Cần tìm phân số bằng </w:t>
            </w:r>
            <m:oMath>
              <m:f>
                <m:fPr>
                  <m:ctrlPr>
                    <w:rPr>
                      <w:rFonts w:ascii="Cambria Math" w:hAnsi="Cambria Math"/>
                      <w:sz w:val="28"/>
                      <w:szCs w:val="28"/>
                    </w:rPr>
                  </m:ctrlPr>
                </m:fPr>
                <m:num>
                  <m:r>
                    <w:rPr>
                      <w:rFonts w:ascii="Cambria Math" w:hAnsi="Cambria Math"/>
                      <w:sz w:val="28"/>
                      <w:szCs w:val="28"/>
                    </w:rPr>
                    <m:t>2</m:t>
                  </m:r>
                </m:num>
                <m:den>
                  <m:r>
                    <w:rPr>
                      <w:rFonts w:ascii="Cambria Math" w:hAnsi="Cambria Math"/>
                      <w:sz w:val="28"/>
                      <w:szCs w:val="28"/>
                    </w:rPr>
                    <m:t>9</m:t>
                  </m:r>
                </m:den>
              </m:f>
            </m:oMath>
            <w:r w:rsidRPr="00DC73E0">
              <w:rPr>
                <w:szCs w:val="28"/>
              </w:rPr>
              <w:t xml:space="preserve"> và có mẫu số 72 ⇒ MSC = 72; 72:9 = 8 ⇒ </w:t>
            </w:r>
            <m:oMath>
              <m:f>
                <m:fPr>
                  <m:ctrlPr>
                    <w:rPr>
                      <w:rFonts w:ascii="Cambria Math" w:hAnsi="Cambria Math"/>
                      <w:sz w:val="28"/>
                      <w:szCs w:val="28"/>
                    </w:rPr>
                  </m:ctrlPr>
                </m:fPr>
                <m:num>
                  <m:r>
                    <w:rPr>
                      <w:rFonts w:ascii="Cambria Math" w:hAnsi="Cambria Math"/>
                      <w:sz w:val="28"/>
                      <w:szCs w:val="28"/>
                    </w:rPr>
                    <m:t>2</m:t>
                  </m:r>
                </m:num>
                <m:den>
                  <m:r>
                    <w:rPr>
                      <w:rFonts w:ascii="Cambria Math" w:hAnsi="Cambria Math"/>
                      <w:sz w:val="28"/>
                      <w:szCs w:val="28"/>
                    </w:rPr>
                    <m:t>9</m:t>
                  </m:r>
                </m:den>
              </m:f>
            </m:oMath>
            <w:r w:rsidRPr="00DC73E0">
              <w:rPr>
                <w:szCs w:val="28"/>
              </w:rPr>
              <w:t xml:space="preserve"> = </w:t>
            </w:r>
            <m:oMath>
              <m:f>
                <m:fPr>
                  <m:ctrlPr>
                    <w:rPr>
                      <w:rFonts w:ascii="Cambria Math" w:hAnsi="Cambria Math"/>
                      <w:sz w:val="28"/>
                      <w:szCs w:val="28"/>
                    </w:rPr>
                  </m:ctrlPr>
                </m:fPr>
                <m:num>
                  <m:r>
                    <w:rPr>
                      <w:rFonts w:ascii="Cambria Math" w:hAnsi="Cambria Math"/>
                      <w:sz w:val="28"/>
                      <w:szCs w:val="28"/>
                    </w:rPr>
                    <m:t>2×8</m:t>
                  </m:r>
                </m:num>
                <m:den>
                  <m:r>
                    <w:rPr>
                      <w:rFonts w:ascii="Cambria Math" w:hAnsi="Cambria Math"/>
                      <w:sz w:val="28"/>
                      <w:szCs w:val="28"/>
                    </w:rPr>
                    <m:t>9×8</m:t>
                  </m:r>
                </m:den>
              </m:f>
            </m:oMath>
            <w:r w:rsidRPr="00DC73E0">
              <w:rPr>
                <w:szCs w:val="28"/>
              </w:rPr>
              <w:t xml:space="preserve"> = </w:t>
            </w:r>
            <m:oMath>
              <m:f>
                <m:fPr>
                  <m:ctrlPr>
                    <w:rPr>
                      <w:rFonts w:ascii="Cambria Math" w:hAnsi="Cambria Math"/>
                      <w:sz w:val="28"/>
                      <w:szCs w:val="28"/>
                    </w:rPr>
                  </m:ctrlPr>
                </m:fPr>
                <m:num>
                  <m:r>
                    <w:rPr>
                      <w:rFonts w:ascii="Cambria Math" w:hAnsi="Cambria Math"/>
                      <w:sz w:val="28"/>
                      <w:szCs w:val="28"/>
                    </w:rPr>
                    <m:t>16</m:t>
                  </m:r>
                </m:num>
                <m:den>
                  <m:r>
                    <w:rPr>
                      <w:rFonts w:ascii="Cambria Math" w:hAnsi="Cambria Math"/>
                      <w:sz w:val="28"/>
                      <w:szCs w:val="28"/>
                    </w:rPr>
                    <m:t>72</m:t>
                  </m:r>
                </m:den>
              </m:f>
            </m:oMath>
            <w:r w:rsidRPr="00DC73E0">
              <w:rPr>
                <w:szCs w:val="28"/>
              </w:rPr>
              <w:t xml:space="preserve"> nên chọn đáp án C.</w:t>
            </w:r>
          </w:p>
        </w:tc>
      </w:tr>
      <w:tr w:rsidR="00DC73E0" w:rsidRPr="00DC73E0" w:rsidTr="00DC73E0">
        <w:trPr>
          <w:jc w:val="center"/>
        </w:trPr>
        <w:tc>
          <w:tcPr>
            <w:tcW w:w="4702" w:type="dxa"/>
            <w:tcBorders>
              <w:bottom w:val="single" w:sz="4" w:space="0" w:color="auto"/>
            </w:tcBorders>
            <w:shd w:val="clear" w:color="auto" w:fill="auto"/>
          </w:tcPr>
          <w:p w:rsidR="00B76D21" w:rsidRPr="00DC73E0" w:rsidRDefault="00B76D21" w:rsidP="00B76D21">
            <w:pPr>
              <w:rPr>
                <w:sz w:val="28"/>
                <w:szCs w:val="28"/>
              </w:rPr>
            </w:pPr>
            <w:r w:rsidRPr="00DC73E0">
              <w:rPr>
                <w:szCs w:val="28"/>
              </w:rPr>
              <w:t>- GV cùng HS nhận xét, đánh giá và tuyên dương.</w:t>
            </w:r>
          </w:p>
        </w:tc>
        <w:tc>
          <w:tcPr>
            <w:tcW w:w="4702" w:type="dxa"/>
            <w:tcBorders>
              <w:bottom w:val="single" w:sz="4" w:space="0" w:color="auto"/>
            </w:tcBorders>
            <w:shd w:val="clear" w:color="auto" w:fill="auto"/>
          </w:tcPr>
          <w:p w:rsidR="00B76D21" w:rsidRPr="00DC73E0" w:rsidRDefault="00B76D21" w:rsidP="00B76D21">
            <w:pPr>
              <w:rPr>
                <w:sz w:val="28"/>
                <w:szCs w:val="28"/>
              </w:rPr>
            </w:pPr>
            <w:r w:rsidRPr="00DC73E0">
              <w:rPr>
                <w:szCs w:val="28"/>
              </w:rPr>
              <w:t>- HS lắng nghe.</w:t>
            </w:r>
          </w:p>
        </w:tc>
      </w:tr>
      <w:tr w:rsidR="00DC73E0" w:rsidRPr="00DC73E0" w:rsidTr="00DC73E0">
        <w:trPr>
          <w:cantSplit/>
          <w:jc w:val="center"/>
        </w:trPr>
        <w:tc>
          <w:tcPr>
            <w:tcW w:w="9404" w:type="dxa"/>
            <w:gridSpan w:val="2"/>
            <w:tcBorders>
              <w:top w:val="single" w:sz="4" w:space="0" w:color="auto"/>
              <w:bottom w:val="single" w:sz="4" w:space="0" w:color="auto"/>
            </w:tcBorders>
            <w:shd w:val="clear" w:color="auto" w:fill="auto"/>
          </w:tcPr>
          <w:p w:rsidR="00B76D21" w:rsidRPr="00DC73E0" w:rsidRDefault="00B17B87" w:rsidP="00B76D21">
            <w:pPr>
              <w:rPr>
                <w:sz w:val="28"/>
                <w:szCs w:val="28"/>
              </w:rPr>
            </w:pPr>
            <w:r w:rsidRPr="00DC73E0">
              <w:rPr>
                <w:b/>
              </w:rPr>
              <w:t>3. Vận dụng, trải nghiệm:</w:t>
            </w:r>
          </w:p>
          <w:p w:rsidR="00581890" w:rsidRPr="00DC73E0" w:rsidRDefault="007F75C5">
            <w:r w:rsidRPr="00DC73E0">
              <w:rPr>
                <w:b/>
              </w:rPr>
              <w:t xml:space="preserve">- Mục tiêu: </w:t>
            </w:r>
            <w:r w:rsidRPr="00DC73E0">
              <w:t>Củng cố rút gọn và quy đồng thông qua trò chơi; rèn phản xạ và trình bày đáp án.</w:t>
            </w:r>
          </w:p>
          <w:p w:rsidR="00581890" w:rsidRPr="00DC73E0" w:rsidRDefault="007F75C5">
            <w:r w:rsidRPr="00DC73E0">
              <w:rPr>
                <w:b/>
                <w:i/>
              </w:rPr>
              <w:t>*Cách tiến hành:</w:t>
            </w:r>
          </w:p>
        </w:tc>
      </w:tr>
      <w:tr w:rsidR="00DC73E0" w:rsidRPr="00DC73E0" w:rsidTr="00DC73E0">
        <w:trPr>
          <w:jc w:val="center"/>
        </w:trPr>
        <w:tc>
          <w:tcPr>
            <w:tcW w:w="4702" w:type="dxa"/>
            <w:tcBorders>
              <w:top w:val="single" w:sz="4" w:space="0" w:color="auto"/>
            </w:tcBorders>
            <w:shd w:val="clear" w:color="auto" w:fill="auto"/>
          </w:tcPr>
          <w:p w:rsidR="00B76D21" w:rsidRPr="00DC73E0" w:rsidRDefault="00B76D21" w:rsidP="00B76D21">
            <w:pPr>
              <w:rPr>
                <w:sz w:val="28"/>
                <w:szCs w:val="28"/>
              </w:rPr>
            </w:pPr>
            <w:r w:rsidRPr="00DC73E0">
              <w:rPr>
                <w:szCs w:val="28"/>
              </w:rPr>
              <w:t>- Tổ chức trò chơi: Mật thư bí ẩn; nêu luật chơi: trả lời đúng 5 mật thư để tìm đường ra khỏi rừng.</w:t>
            </w:r>
          </w:p>
        </w:tc>
        <w:tc>
          <w:tcPr>
            <w:tcW w:w="4702" w:type="dxa"/>
            <w:tcBorders>
              <w:top w:val="single" w:sz="4" w:space="0" w:color="auto"/>
            </w:tcBorders>
            <w:shd w:val="clear" w:color="auto" w:fill="auto"/>
          </w:tcPr>
          <w:p w:rsidR="00B76D21" w:rsidRPr="00DC73E0" w:rsidRDefault="00B76D21" w:rsidP="00B76D21">
            <w:pPr>
              <w:rPr>
                <w:sz w:val="28"/>
                <w:szCs w:val="28"/>
              </w:rPr>
            </w:pPr>
            <w:r w:rsidRPr="00DC73E0">
              <w:rPr>
                <w:szCs w:val="28"/>
              </w:rPr>
              <w:t>- HS lắng nghe luật và tham gia theo lượt.</w:t>
            </w:r>
          </w:p>
        </w:tc>
      </w:tr>
      <w:tr w:rsidR="00DC73E0" w:rsidRPr="00DC73E0" w:rsidTr="00DC73E0">
        <w:trPr>
          <w:jc w:val="center"/>
        </w:trPr>
        <w:tc>
          <w:tcPr>
            <w:tcW w:w="4702" w:type="dxa"/>
            <w:shd w:val="clear" w:color="auto" w:fill="auto"/>
          </w:tcPr>
          <w:p w:rsidR="00B76D21" w:rsidRPr="00DC73E0" w:rsidRDefault="00B76D21" w:rsidP="00B76D21">
            <w:pPr>
              <w:rPr>
                <w:sz w:val="28"/>
                <w:szCs w:val="28"/>
              </w:rPr>
            </w:pPr>
            <w:r w:rsidRPr="00DC73E0">
              <w:rPr>
                <w:szCs w:val="28"/>
              </w:rPr>
              <w:t>- Mật thư 1: Phân số tối giản là phân số nào?</w:t>
            </w:r>
            <w:r w:rsidRPr="00DC73E0">
              <w:rPr>
                <w:szCs w:val="28"/>
              </w:rPr>
              <w:br/>
              <w:t xml:space="preserve">  A. </w:t>
            </w:r>
            <m:oMath>
              <m:f>
                <m:fPr>
                  <m:ctrlPr>
                    <w:rPr>
                      <w:rFonts w:ascii="Cambria Math" w:hAnsi="Cambria Math"/>
                      <w:sz w:val="28"/>
                      <w:szCs w:val="28"/>
                    </w:rPr>
                  </m:ctrlPr>
                </m:fPr>
                <m:num>
                  <m:r>
                    <w:rPr>
                      <w:rFonts w:ascii="Cambria Math" w:hAnsi="Cambria Math"/>
                      <w:sz w:val="28"/>
                      <w:szCs w:val="28"/>
                    </w:rPr>
                    <m:t>3</m:t>
                  </m:r>
                </m:num>
                <m:den>
                  <m:r>
                    <w:rPr>
                      <w:rFonts w:ascii="Cambria Math" w:hAnsi="Cambria Math"/>
                      <w:sz w:val="28"/>
                      <w:szCs w:val="28"/>
                    </w:rPr>
                    <m:t>5</m:t>
                  </m:r>
                </m:den>
              </m:f>
            </m:oMath>
            <w:r w:rsidRPr="00DC73E0">
              <w:rPr>
                <w:szCs w:val="28"/>
              </w:rPr>
              <w:t xml:space="preserve">   B. </w:t>
            </w:r>
            <m:oMath>
              <m:f>
                <m:fPr>
                  <m:ctrlPr>
                    <w:rPr>
                      <w:rFonts w:ascii="Cambria Math" w:hAnsi="Cambria Math"/>
                      <w:sz w:val="28"/>
                      <w:szCs w:val="28"/>
                    </w:rPr>
                  </m:ctrlPr>
                </m:fPr>
                <m:num>
                  <m:r>
                    <w:rPr>
                      <w:rFonts w:ascii="Cambria Math" w:hAnsi="Cambria Math"/>
                      <w:sz w:val="28"/>
                      <w:szCs w:val="28"/>
                    </w:rPr>
                    <m:t>24</m:t>
                  </m:r>
                </m:num>
                <m:den>
                  <m:r>
                    <w:rPr>
                      <w:rFonts w:ascii="Cambria Math" w:hAnsi="Cambria Math"/>
                      <w:sz w:val="28"/>
                      <w:szCs w:val="28"/>
                    </w:rPr>
                    <m:t>48</m:t>
                  </m:r>
                </m:den>
              </m:f>
            </m:oMath>
            <w:r w:rsidRPr="00DC73E0">
              <w:rPr>
                <w:szCs w:val="28"/>
              </w:rPr>
              <w:t xml:space="preserve">   C. </w:t>
            </w:r>
            <m:oMath>
              <m:f>
                <m:fPr>
                  <m:ctrlPr>
                    <w:rPr>
                      <w:rFonts w:ascii="Cambria Math" w:hAnsi="Cambria Math"/>
                      <w:sz w:val="28"/>
                      <w:szCs w:val="28"/>
                    </w:rPr>
                  </m:ctrlPr>
                </m:fPr>
                <m:num>
                  <m:r>
                    <w:rPr>
                      <w:rFonts w:ascii="Cambria Math" w:hAnsi="Cambria Math"/>
                      <w:sz w:val="28"/>
                      <w:szCs w:val="28"/>
                    </w:rPr>
                    <m:t>6</m:t>
                  </m:r>
                </m:num>
                <m:den>
                  <m:r>
                    <w:rPr>
                      <w:rFonts w:ascii="Cambria Math" w:hAnsi="Cambria Math"/>
                      <w:sz w:val="28"/>
                      <w:szCs w:val="28"/>
                    </w:rPr>
                    <m:t>12</m:t>
                  </m:r>
                </m:den>
              </m:f>
            </m:oMath>
            <w:r w:rsidRPr="00DC73E0">
              <w:rPr>
                <w:szCs w:val="28"/>
              </w:rPr>
              <w:t xml:space="preserve">   D. </w:t>
            </w:r>
            <m:oMath>
              <m:f>
                <m:fPr>
                  <m:ctrlPr>
                    <w:rPr>
                      <w:rFonts w:ascii="Cambria Math" w:hAnsi="Cambria Math"/>
                      <w:sz w:val="28"/>
                      <w:szCs w:val="28"/>
                    </w:rPr>
                  </m:ctrlPr>
                </m:fPr>
                <m:num>
                  <m:r>
                    <w:rPr>
                      <w:rFonts w:ascii="Cambria Math" w:hAnsi="Cambria Math"/>
                      <w:sz w:val="28"/>
                      <w:szCs w:val="28"/>
                    </w:rPr>
                    <m:t>5</m:t>
                  </m:r>
                </m:num>
                <m:den>
                  <m:r>
                    <w:rPr>
                      <w:rFonts w:ascii="Cambria Math" w:hAnsi="Cambria Math"/>
                      <w:sz w:val="28"/>
                      <w:szCs w:val="28"/>
                    </w:rPr>
                    <m:t>15</m:t>
                  </m:r>
                </m:den>
              </m:f>
            </m:oMath>
          </w:p>
        </w:tc>
        <w:tc>
          <w:tcPr>
            <w:tcW w:w="4702" w:type="dxa"/>
            <w:shd w:val="clear" w:color="auto" w:fill="auto"/>
          </w:tcPr>
          <w:p w:rsidR="00B76D21" w:rsidRPr="00DC73E0" w:rsidRDefault="00B76D21" w:rsidP="00B76D21">
            <w:pPr>
              <w:rPr>
                <w:sz w:val="28"/>
                <w:szCs w:val="28"/>
              </w:rPr>
            </w:pPr>
            <w:r w:rsidRPr="00DC73E0">
              <w:rPr>
                <w:szCs w:val="28"/>
              </w:rPr>
              <w:t xml:space="preserve">- HS chọn A vì </w:t>
            </w:r>
            <m:oMath>
              <m:f>
                <m:fPr>
                  <m:ctrlPr>
                    <w:rPr>
                      <w:rFonts w:ascii="Cambria Math" w:hAnsi="Cambria Math"/>
                      <w:sz w:val="28"/>
                      <w:szCs w:val="28"/>
                    </w:rPr>
                  </m:ctrlPr>
                </m:fPr>
                <m:num>
                  <m:r>
                    <w:rPr>
                      <w:rFonts w:ascii="Cambria Math" w:hAnsi="Cambria Math"/>
                      <w:sz w:val="28"/>
                      <w:szCs w:val="28"/>
                    </w:rPr>
                    <m:t>3</m:t>
                  </m:r>
                </m:num>
                <m:den>
                  <m:r>
                    <w:rPr>
                      <w:rFonts w:ascii="Cambria Math" w:hAnsi="Cambria Math"/>
                      <w:sz w:val="28"/>
                      <w:szCs w:val="28"/>
                    </w:rPr>
                    <m:t>5</m:t>
                  </m:r>
                </m:den>
              </m:f>
            </m:oMath>
            <w:r w:rsidRPr="00DC73E0">
              <w:rPr>
                <w:szCs w:val="28"/>
              </w:rPr>
              <w:t xml:space="preserve"> là tối giản; các phân số còn lại rút gọn được (24/48=1/2; 6/12=1/2; 5/15=1/3).</w:t>
            </w:r>
          </w:p>
        </w:tc>
      </w:tr>
      <w:tr w:rsidR="00DC73E0" w:rsidRPr="00DC73E0" w:rsidTr="00DC73E0">
        <w:trPr>
          <w:jc w:val="center"/>
        </w:trPr>
        <w:tc>
          <w:tcPr>
            <w:tcW w:w="4702" w:type="dxa"/>
            <w:shd w:val="clear" w:color="auto" w:fill="auto"/>
          </w:tcPr>
          <w:p w:rsidR="00B76D21" w:rsidRPr="00DC73E0" w:rsidRDefault="00B76D21" w:rsidP="00B76D21">
            <w:pPr>
              <w:rPr>
                <w:sz w:val="28"/>
                <w:szCs w:val="28"/>
              </w:rPr>
            </w:pPr>
            <w:r w:rsidRPr="00DC73E0">
              <w:rPr>
                <w:szCs w:val="28"/>
              </w:rPr>
              <w:t xml:space="preserve">- Mật thư 2: Rút gọn phân số </w:t>
            </w:r>
            <m:oMath>
              <m:f>
                <m:fPr>
                  <m:ctrlPr>
                    <w:rPr>
                      <w:rFonts w:ascii="Cambria Math" w:hAnsi="Cambria Math"/>
                      <w:sz w:val="28"/>
                      <w:szCs w:val="28"/>
                    </w:rPr>
                  </m:ctrlPr>
                </m:fPr>
                <m:num>
                  <m:r>
                    <w:rPr>
                      <w:rFonts w:ascii="Cambria Math" w:hAnsi="Cambria Math"/>
                      <w:sz w:val="28"/>
                      <w:szCs w:val="28"/>
                    </w:rPr>
                    <m:t>20</m:t>
                  </m:r>
                </m:num>
                <m:den>
                  <m:r>
                    <w:rPr>
                      <w:rFonts w:ascii="Cambria Math" w:hAnsi="Cambria Math"/>
                      <w:sz w:val="28"/>
                      <w:szCs w:val="28"/>
                    </w:rPr>
                    <m:t>25</m:t>
                  </m:r>
                </m:den>
              </m:f>
            </m:oMath>
            <w:r w:rsidRPr="00DC73E0">
              <w:rPr>
                <w:szCs w:val="28"/>
              </w:rPr>
              <w:t xml:space="preserve"> ta được phân số nào?</w:t>
            </w:r>
            <w:r w:rsidRPr="00DC73E0">
              <w:rPr>
                <w:szCs w:val="28"/>
              </w:rPr>
              <w:br/>
              <w:t xml:space="preserve">  A. </w:t>
            </w:r>
            <m:oMath>
              <m:f>
                <m:fPr>
                  <m:ctrlPr>
                    <w:rPr>
                      <w:rFonts w:ascii="Cambria Math" w:hAnsi="Cambria Math"/>
                      <w:sz w:val="28"/>
                      <w:szCs w:val="28"/>
                    </w:rPr>
                  </m:ctrlPr>
                </m:fPr>
                <m:num>
                  <m:r>
                    <w:rPr>
                      <w:rFonts w:ascii="Cambria Math" w:hAnsi="Cambria Math"/>
                      <w:sz w:val="28"/>
                      <w:szCs w:val="28"/>
                    </w:rPr>
                    <m:t>2</m:t>
                  </m:r>
                </m:num>
                <m:den>
                  <m:r>
                    <w:rPr>
                      <w:rFonts w:ascii="Cambria Math" w:hAnsi="Cambria Math"/>
                      <w:sz w:val="28"/>
                      <w:szCs w:val="28"/>
                    </w:rPr>
                    <m:t>5</m:t>
                  </m:r>
                </m:den>
              </m:f>
            </m:oMath>
            <w:r w:rsidRPr="00DC73E0">
              <w:rPr>
                <w:szCs w:val="28"/>
              </w:rPr>
              <w:t xml:space="preserve">   B. </w:t>
            </w:r>
            <m:oMath>
              <m:f>
                <m:fPr>
                  <m:ctrlPr>
                    <w:rPr>
                      <w:rFonts w:ascii="Cambria Math" w:hAnsi="Cambria Math"/>
                      <w:sz w:val="28"/>
                      <w:szCs w:val="28"/>
                    </w:rPr>
                  </m:ctrlPr>
                </m:fPr>
                <m:num>
                  <m:r>
                    <w:rPr>
                      <w:rFonts w:ascii="Cambria Math" w:hAnsi="Cambria Math"/>
                      <w:sz w:val="28"/>
                      <w:szCs w:val="28"/>
                    </w:rPr>
                    <m:t>1</m:t>
                  </m:r>
                </m:num>
                <m:den>
                  <m:r>
                    <w:rPr>
                      <w:rFonts w:ascii="Cambria Math" w:hAnsi="Cambria Math"/>
                      <w:sz w:val="28"/>
                      <w:szCs w:val="28"/>
                    </w:rPr>
                    <m:t>5</m:t>
                  </m:r>
                </m:den>
              </m:f>
            </m:oMath>
            <w:r w:rsidRPr="00DC73E0">
              <w:rPr>
                <w:szCs w:val="28"/>
              </w:rPr>
              <w:t xml:space="preserve">   C. </w:t>
            </w:r>
            <m:oMath>
              <m:f>
                <m:fPr>
                  <m:ctrlPr>
                    <w:rPr>
                      <w:rFonts w:ascii="Cambria Math" w:hAnsi="Cambria Math"/>
                      <w:sz w:val="28"/>
                      <w:szCs w:val="28"/>
                    </w:rPr>
                  </m:ctrlPr>
                </m:fPr>
                <m:num>
                  <m:r>
                    <w:rPr>
                      <w:rFonts w:ascii="Cambria Math" w:hAnsi="Cambria Math"/>
                      <w:sz w:val="28"/>
                      <w:szCs w:val="28"/>
                    </w:rPr>
                    <m:t>4</m:t>
                  </m:r>
                </m:num>
                <m:den>
                  <m:r>
                    <w:rPr>
                      <w:rFonts w:ascii="Cambria Math" w:hAnsi="Cambria Math"/>
                      <w:sz w:val="28"/>
                      <w:szCs w:val="28"/>
                    </w:rPr>
                    <m:t>5</m:t>
                  </m:r>
                </m:den>
              </m:f>
            </m:oMath>
            <w:r w:rsidRPr="00DC73E0">
              <w:rPr>
                <w:szCs w:val="28"/>
              </w:rPr>
              <w:t xml:space="preserve">   D. </w:t>
            </w:r>
            <m:oMath>
              <m:f>
                <m:fPr>
                  <m:ctrlPr>
                    <w:rPr>
                      <w:rFonts w:ascii="Cambria Math" w:hAnsi="Cambria Math"/>
                      <w:sz w:val="28"/>
                      <w:szCs w:val="28"/>
                    </w:rPr>
                  </m:ctrlPr>
                </m:fPr>
                <m:num>
                  <m:r>
                    <w:rPr>
                      <w:rFonts w:ascii="Cambria Math" w:hAnsi="Cambria Math"/>
                      <w:sz w:val="28"/>
                      <w:szCs w:val="28"/>
                    </w:rPr>
                    <m:t>5</m:t>
                  </m:r>
                </m:num>
                <m:den>
                  <m:r>
                    <w:rPr>
                      <w:rFonts w:ascii="Cambria Math" w:hAnsi="Cambria Math"/>
                      <w:sz w:val="28"/>
                      <w:szCs w:val="28"/>
                    </w:rPr>
                    <m:t>4</m:t>
                  </m:r>
                </m:den>
              </m:f>
            </m:oMath>
          </w:p>
        </w:tc>
        <w:tc>
          <w:tcPr>
            <w:tcW w:w="4702" w:type="dxa"/>
            <w:shd w:val="clear" w:color="auto" w:fill="auto"/>
          </w:tcPr>
          <w:p w:rsidR="00B76D21" w:rsidRPr="00DC73E0" w:rsidRDefault="00B76D21" w:rsidP="00B76D21">
            <w:pPr>
              <w:rPr>
                <w:sz w:val="28"/>
                <w:szCs w:val="28"/>
              </w:rPr>
            </w:pPr>
            <w:r w:rsidRPr="00DC73E0">
              <w:rPr>
                <w:szCs w:val="28"/>
              </w:rPr>
              <w:t xml:space="preserve">- HS chọn C vì </w:t>
            </w:r>
            <m:oMath>
              <m:f>
                <m:fPr>
                  <m:ctrlPr>
                    <w:rPr>
                      <w:rFonts w:ascii="Cambria Math" w:hAnsi="Cambria Math"/>
                      <w:sz w:val="28"/>
                      <w:szCs w:val="28"/>
                    </w:rPr>
                  </m:ctrlPr>
                </m:fPr>
                <m:num>
                  <m:r>
                    <w:rPr>
                      <w:rFonts w:ascii="Cambria Math" w:hAnsi="Cambria Math"/>
                      <w:sz w:val="28"/>
                      <w:szCs w:val="28"/>
                    </w:rPr>
                    <m:t>20</m:t>
                  </m:r>
                </m:num>
                <m:den>
                  <m:r>
                    <w:rPr>
                      <w:rFonts w:ascii="Cambria Math" w:hAnsi="Cambria Math"/>
                      <w:sz w:val="28"/>
                      <w:szCs w:val="28"/>
                    </w:rPr>
                    <m:t>25</m:t>
                  </m:r>
                </m:den>
              </m:f>
            </m:oMath>
            <w:r w:rsidRPr="00DC73E0">
              <w:rPr>
                <w:szCs w:val="28"/>
              </w:rPr>
              <w:t xml:space="preserve"> chia cả tử và mẫu cho 5 được </w:t>
            </w:r>
            <m:oMath>
              <m:f>
                <m:fPr>
                  <m:ctrlPr>
                    <w:rPr>
                      <w:rFonts w:ascii="Cambria Math" w:hAnsi="Cambria Math"/>
                      <w:sz w:val="28"/>
                      <w:szCs w:val="28"/>
                    </w:rPr>
                  </m:ctrlPr>
                </m:fPr>
                <m:num>
                  <m:r>
                    <w:rPr>
                      <w:rFonts w:ascii="Cambria Math" w:hAnsi="Cambria Math"/>
                      <w:sz w:val="28"/>
                      <w:szCs w:val="28"/>
                    </w:rPr>
                    <m:t>4</m:t>
                  </m:r>
                </m:num>
                <m:den>
                  <m:r>
                    <w:rPr>
                      <w:rFonts w:ascii="Cambria Math" w:hAnsi="Cambria Math"/>
                      <w:sz w:val="28"/>
                      <w:szCs w:val="28"/>
                    </w:rPr>
                    <m:t>5</m:t>
                  </m:r>
                </m:den>
              </m:f>
            </m:oMath>
            <w:r w:rsidRPr="00DC73E0">
              <w:rPr>
                <w:szCs w:val="28"/>
              </w:rPr>
              <w:t>.</w:t>
            </w:r>
          </w:p>
        </w:tc>
      </w:tr>
      <w:tr w:rsidR="00DC73E0" w:rsidRPr="00DC73E0" w:rsidTr="00DC73E0">
        <w:trPr>
          <w:jc w:val="center"/>
        </w:trPr>
        <w:tc>
          <w:tcPr>
            <w:tcW w:w="4702" w:type="dxa"/>
            <w:shd w:val="clear" w:color="auto" w:fill="auto"/>
          </w:tcPr>
          <w:p w:rsidR="00B76D21" w:rsidRPr="00DC73E0" w:rsidRDefault="00B76D21" w:rsidP="00B76D21">
            <w:pPr>
              <w:rPr>
                <w:sz w:val="28"/>
                <w:szCs w:val="28"/>
              </w:rPr>
            </w:pPr>
            <w:r w:rsidRPr="00DC73E0">
              <w:rPr>
                <w:szCs w:val="28"/>
              </w:rPr>
              <w:t xml:space="preserve">- Mật thư 3: Quy đồng mẫu số </w:t>
            </w:r>
            <m:oMath>
              <m:f>
                <m:fPr>
                  <m:ctrlPr>
                    <w:rPr>
                      <w:rFonts w:ascii="Cambria Math" w:hAnsi="Cambria Math"/>
                      <w:sz w:val="28"/>
                      <w:szCs w:val="28"/>
                    </w:rPr>
                  </m:ctrlPr>
                </m:fPr>
                <m:num>
                  <m:r>
                    <w:rPr>
                      <w:rFonts w:ascii="Cambria Math" w:hAnsi="Cambria Math"/>
                      <w:sz w:val="28"/>
                      <w:szCs w:val="28"/>
                    </w:rPr>
                    <m:t>7</m:t>
                  </m:r>
                </m:num>
                <m:den>
                  <m:r>
                    <w:rPr>
                      <w:rFonts w:ascii="Cambria Math" w:hAnsi="Cambria Math"/>
                      <w:sz w:val="28"/>
                      <w:szCs w:val="28"/>
                    </w:rPr>
                    <m:t>4</m:t>
                  </m:r>
                </m:den>
              </m:f>
            </m:oMath>
            <w:r w:rsidRPr="00DC73E0">
              <w:rPr>
                <w:szCs w:val="28"/>
              </w:rPr>
              <w:t xml:space="preserve"> và </w:t>
            </w:r>
            <m:oMath>
              <m:f>
                <m:fPr>
                  <m:ctrlPr>
                    <w:rPr>
                      <w:rFonts w:ascii="Cambria Math" w:hAnsi="Cambria Math"/>
                      <w:sz w:val="28"/>
                      <w:szCs w:val="28"/>
                    </w:rPr>
                  </m:ctrlPr>
                </m:fPr>
                <m:num>
                  <m:r>
                    <w:rPr>
                      <w:rFonts w:ascii="Cambria Math" w:hAnsi="Cambria Math"/>
                      <w:sz w:val="28"/>
                      <w:szCs w:val="28"/>
                    </w:rPr>
                    <m:t>5</m:t>
                  </m:r>
                </m:num>
                <m:den>
                  <m:r>
                    <w:rPr>
                      <w:rFonts w:ascii="Cambria Math" w:hAnsi="Cambria Math"/>
                      <w:sz w:val="28"/>
                      <w:szCs w:val="28"/>
                    </w:rPr>
                    <m:t>8</m:t>
                  </m:r>
                </m:den>
              </m:f>
            </m:oMath>
            <w:r w:rsidRPr="00DC73E0">
              <w:rPr>
                <w:szCs w:val="28"/>
              </w:rPr>
              <w:t xml:space="preserve"> ta được hai phân số nào?</w:t>
            </w:r>
            <w:r w:rsidRPr="00DC73E0">
              <w:rPr>
                <w:szCs w:val="28"/>
              </w:rPr>
              <w:br/>
            </w:r>
            <w:r w:rsidRPr="00DC73E0">
              <w:rPr>
                <w:szCs w:val="28"/>
              </w:rPr>
              <w:lastRenderedPageBreak/>
              <w:t xml:space="preserve">  A. </w:t>
            </w:r>
            <m:oMath>
              <m:f>
                <m:fPr>
                  <m:ctrlPr>
                    <w:rPr>
                      <w:rFonts w:ascii="Cambria Math" w:hAnsi="Cambria Math"/>
                      <w:sz w:val="28"/>
                      <w:szCs w:val="28"/>
                    </w:rPr>
                  </m:ctrlPr>
                </m:fPr>
                <m:num>
                  <m:r>
                    <w:rPr>
                      <w:rFonts w:ascii="Cambria Math" w:hAnsi="Cambria Math"/>
                      <w:sz w:val="28"/>
                      <w:szCs w:val="28"/>
                    </w:rPr>
                    <m:t>56</m:t>
                  </m:r>
                </m:num>
                <m:den>
                  <m:r>
                    <w:rPr>
                      <w:rFonts w:ascii="Cambria Math" w:hAnsi="Cambria Math"/>
                      <w:sz w:val="28"/>
                      <w:szCs w:val="28"/>
                    </w:rPr>
                    <m:t>32</m:t>
                  </m:r>
                </m:den>
              </m:f>
            </m:oMath>
            <w:r w:rsidRPr="00DC73E0">
              <w:rPr>
                <w:szCs w:val="28"/>
              </w:rPr>
              <w:t xml:space="preserve"> và </w:t>
            </w:r>
            <m:oMath>
              <m:f>
                <m:fPr>
                  <m:ctrlPr>
                    <w:rPr>
                      <w:rFonts w:ascii="Cambria Math" w:hAnsi="Cambria Math"/>
                      <w:sz w:val="28"/>
                      <w:szCs w:val="28"/>
                    </w:rPr>
                  </m:ctrlPr>
                </m:fPr>
                <m:num>
                  <m:r>
                    <w:rPr>
                      <w:rFonts w:ascii="Cambria Math" w:hAnsi="Cambria Math"/>
                      <w:sz w:val="28"/>
                      <w:szCs w:val="28"/>
                    </w:rPr>
                    <m:t>21</m:t>
                  </m:r>
                </m:num>
                <m:den>
                  <m:r>
                    <w:rPr>
                      <w:rFonts w:ascii="Cambria Math" w:hAnsi="Cambria Math"/>
                      <w:sz w:val="28"/>
                      <w:szCs w:val="28"/>
                    </w:rPr>
                    <m:t>32</m:t>
                  </m:r>
                </m:den>
              </m:f>
            </m:oMath>
            <w:r w:rsidRPr="00DC73E0">
              <w:rPr>
                <w:szCs w:val="28"/>
              </w:rPr>
              <w:t xml:space="preserve">   B. </w:t>
            </w:r>
            <m:oMath>
              <m:f>
                <m:fPr>
                  <m:ctrlPr>
                    <w:rPr>
                      <w:rFonts w:ascii="Cambria Math" w:hAnsi="Cambria Math"/>
                      <w:sz w:val="28"/>
                      <w:szCs w:val="28"/>
                    </w:rPr>
                  </m:ctrlPr>
                </m:fPr>
                <m:num>
                  <m:r>
                    <w:rPr>
                      <w:rFonts w:ascii="Cambria Math" w:hAnsi="Cambria Math"/>
                      <w:sz w:val="28"/>
                      <w:szCs w:val="28"/>
                    </w:rPr>
                    <m:t>35</m:t>
                  </m:r>
                </m:num>
                <m:den>
                  <m:r>
                    <w:rPr>
                      <w:rFonts w:ascii="Cambria Math" w:hAnsi="Cambria Math"/>
                      <w:sz w:val="28"/>
                      <w:szCs w:val="28"/>
                    </w:rPr>
                    <m:t>32</m:t>
                  </m:r>
                </m:den>
              </m:f>
            </m:oMath>
            <w:r w:rsidRPr="00DC73E0">
              <w:rPr>
                <w:szCs w:val="28"/>
              </w:rPr>
              <w:t xml:space="preserve"> và </w:t>
            </w:r>
            <m:oMath>
              <m:f>
                <m:fPr>
                  <m:ctrlPr>
                    <w:rPr>
                      <w:rFonts w:ascii="Cambria Math" w:hAnsi="Cambria Math"/>
                      <w:sz w:val="28"/>
                      <w:szCs w:val="28"/>
                    </w:rPr>
                  </m:ctrlPr>
                </m:fPr>
                <m:num>
                  <m:r>
                    <w:rPr>
                      <w:rFonts w:ascii="Cambria Math" w:hAnsi="Cambria Math"/>
                      <w:sz w:val="28"/>
                      <w:szCs w:val="28"/>
                    </w:rPr>
                    <m:t>20</m:t>
                  </m:r>
                </m:num>
                <m:den>
                  <m:r>
                    <w:rPr>
                      <w:rFonts w:ascii="Cambria Math" w:hAnsi="Cambria Math"/>
                      <w:sz w:val="28"/>
                      <w:szCs w:val="28"/>
                    </w:rPr>
                    <m:t>32</m:t>
                  </m:r>
                </m:den>
              </m:f>
            </m:oMath>
            <w:r w:rsidRPr="00DC73E0">
              <w:rPr>
                <w:szCs w:val="28"/>
              </w:rPr>
              <w:t xml:space="preserve">   C. </w:t>
            </w:r>
            <m:oMath>
              <m:f>
                <m:fPr>
                  <m:ctrlPr>
                    <w:rPr>
                      <w:rFonts w:ascii="Cambria Math" w:hAnsi="Cambria Math"/>
                      <w:sz w:val="28"/>
                      <w:szCs w:val="28"/>
                    </w:rPr>
                  </m:ctrlPr>
                </m:fPr>
                <m:num>
                  <m:r>
                    <w:rPr>
                      <w:rFonts w:ascii="Cambria Math" w:hAnsi="Cambria Math"/>
                      <w:sz w:val="28"/>
                      <w:szCs w:val="28"/>
                    </w:rPr>
                    <m:t>21</m:t>
                  </m:r>
                </m:num>
                <m:den>
                  <m:r>
                    <w:rPr>
                      <w:rFonts w:ascii="Cambria Math" w:hAnsi="Cambria Math"/>
                      <w:sz w:val="28"/>
                      <w:szCs w:val="28"/>
                    </w:rPr>
                    <m:t>8</m:t>
                  </m:r>
                </m:den>
              </m:f>
            </m:oMath>
            <w:r w:rsidRPr="00DC73E0">
              <w:rPr>
                <w:szCs w:val="28"/>
              </w:rPr>
              <w:t xml:space="preserve"> và </w:t>
            </w:r>
            <m:oMath>
              <m:f>
                <m:fPr>
                  <m:ctrlPr>
                    <w:rPr>
                      <w:rFonts w:ascii="Cambria Math" w:hAnsi="Cambria Math"/>
                      <w:sz w:val="28"/>
                      <w:szCs w:val="28"/>
                    </w:rPr>
                  </m:ctrlPr>
                </m:fPr>
                <m:num>
                  <m:r>
                    <w:rPr>
                      <w:rFonts w:ascii="Cambria Math" w:hAnsi="Cambria Math"/>
                      <w:sz w:val="28"/>
                      <w:szCs w:val="28"/>
                    </w:rPr>
                    <m:t>5</m:t>
                  </m:r>
                </m:num>
                <m:den>
                  <m:r>
                    <w:rPr>
                      <w:rFonts w:ascii="Cambria Math" w:hAnsi="Cambria Math"/>
                      <w:sz w:val="28"/>
                      <w:szCs w:val="28"/>
                    </w:rPr>
                    <m:t>8</m:t>
                  </m:r>
                </m:den>
              </m:f>
            </m:oMath>
            <w:r w:rsidRPr="00DC73E0">
              <w:rPr>
                <w:szCs w:val="28"/>
              </w:rPr>
              <w:t xml:space="preserve">   D. </w:t>
            </w:r>
            <m:oMath>
              <m:f>
                <m:fPr>
                  <m:ctrlPr>
                    <w:rPr>
                      <w:rFonts w:ascii="Cambria Math" w:hAnsi="Cambria Math"/>
                      <w:sz w:val="28"/>
                      <w:szCs w:val="28"/>
                    </w:rPr>
                  </m:ctrlPr>
                </m:fPr>
                <m:num>
                  <m:r>
                    <w:rPr>
                      <w:rFonts w:ascii="Cambria Math" w:hAnsi="Cambria Math"/>
                      <w:sz w:val="28"/>
                      <w:szCs w:val="28"/>
                    </w:rPr>
                    <m:t>14</m:t>
                  </m:r>
                </m:num>
                <m:den>
                  <m:r>
                    <w:rPr>
                      <w:rFonts w:ascii="Cambria Math" w:hAnsi="Cambria Math"/>
                      <w:sz w:val="28"/>
                      <w:szCs w:val="28"/>
                    </w:rPr>
                    <m:t>8</m:t>
                  </m:r>
                </m:den>
              </m:f>
            </m:oMath>
            <w:r w:rsidRPr="00DC73E0">
              <w:rPr>
                <w:szCs w:val="28"/>
              </w:rPr>
              <w:t xml:space="preserve"> và </w:t>
            </w:r>
            <m:oMath>
              <m:f>
                <m:fPr>
                  <m:ctrlPr>
                    <w:rPr>
                      <w:rFonts w:ascii="Cambria Math" w:hAnsi="Cambria Math"/>
                      <w:sz w:val="28"/>
                      <w:szCs w:val="28"/>
                    </w:rPr>
                  </m:ctrlPr>
                </m:fPr>
                <m:num>
                  <m:r>
                    <w:rPr>
                      <w:rFonts w:ascii="Cambria Math" w:hAnsi="Cambria Math"/>
                      <w:sz w:val="28"/>
                      <w:szCs w:val="28"/>
                    </w:rPr>
                    <m:t>5</m:t>
                  </m:r>
                </m:num>
                <m:den>
                  <m:r>
                    <w:rPr>
                      <w:rFonts w:ascii="Cambria Math" w:hAnsi="Cambria Math"/>
                      <w:sz w:val="28"/>
                      <w:szCs w:val="28"/>
                    </w:rPr>
                    <m:t>8</m:t>
                  </m:r>
                </m:den>
              </m:f>
            </m:oMath>
          </w:p>
        </w:tc>
        <w:tc>
          <w:tcPr>
            <w:tcW w:w="4702" w:type="dxa"/>
            <w:shd w:val="clear" w:color="auto" w:fill="auto"/>
          </w:tcPr>
          <w:p w:rsidR="00B76D21" w:rsidRPr="00DC73E0" w:rsidRDefault="00B76D21" w:rsidP="00B76D21">
            <w:pPr>
              <w:rPr>
                <w:sz w:val="28"/>
                <w:szCs w:val="28"/>
              </w:rPr>
            </w:pPr>
            <w:r w:rsidRPr="00DC73E0">
              <w:rPr>
                <w:szCs w:val="28"/>
              </w:rPr>
              <w:lastRenderedPageBreak/>
              <w:t xml:space="preserve">- HS chọn D vì MSC(4,8)=8; </w:t>
            </w:r>
            <m:oMath>
              <m:f>
                <m:fPr>
                  <m:ctrlPr>
                    <w:rPr>
                      <w:rFonts w:ascii="Cambria Math" w:hAnsi="Cambria Math"/>
                      <w:sz w:val="28"/>
                      <w:szCs w:val="28"/>
                    </w:rPr>
                  </m:ctrlPr>
                </m:fPr>
                <m:num>
                  <m:r>
                    <w:rPr>
                      <w:rFonts w:ascii="Cambria Math" w:hAnsi="Cambria Math"/>
                      <w:sz w:val="28"/>
                      <w:szCs w:val="28"/>
                    </w:rPr>
                    <m:t>7</m:t>
                  </m:r>
                </m:num>
                <m:den>
                  <m:r>
                    <w:rPr>
                      <w:rFonts w:ascii="Cambria Math" w:hAnsi="Cambria Math"/>
                      <w:sz w:val="28"/>
                      <w:szCs w:val="28"/>
                    </w:rPr>
                    <m:t>4</m:t>
                  </m:r>
                </m:den>
              </m:f>
            </m:oMath>
            <w:r w:rsidRPr="00DC73E0">
              <w:rPr>
                <w:szCs w:val="28"/>
              </w:rPr>
              <w:t xml:space="preserve"> = </w:t>
            </w:r>
            <m:oMath>
              <m:f>
                <m:fPr>
                  <m:ctrlPr>
                    <w:rPr>
                      <w:rFonts w:ascii="Cambria Math" w:hAnsi="Cambria Math"/>
                      <w:sz w:val="28"/>
                      <w:szCs w:val="28"/>
                    </w:rPr>
                  </m:ctrlPr>
                </m:fPr>
                <m:num>
                  <m:r>
                    <w:rPr>
                      <w:rFonts w:ascii="Cambria Math" w:hAnsi="Cambria Math"/>
                      <w:sz w:val="28"/>
                      <w:szCs w:val="28"/>
                    </w:rPr>
                    <m:t>7×2</m:t>
                  </m:r>
                </m:num>
                <m:den>
                  <m:r>
                    <w:rPr>
                      <w:rFonts w:ascii="Cambria Math" w:hAnsi="Cambria Math"/>
                      <w:sz w:val="28"/>
                      <w:szCs w:val="28"/>
                    </w:rPr>
                    <m:t>4×2</m:t>
                  </m:r>
                </m:den>
              </m:f>
            </m:oMath>
            <w:r w:rsidRPr="00DC73E0">
              <w:rPr>
                <w:szCs w:val="28"/>
              </w:rPr>
              <w:t xml:space="preserve"> = </w:t>
            </w:r>
            <m:oMath>
              <m:f>
                <m:fPr>
                  <m:ctrlPr>
                    <w:rPr>
                      <w:rFonts w:ascii="Cambria Math" w:hAnsi="Cambria Math"/>
                      <w:sz w:val="28"/>
                      <w:szCs w:val="28"/>
                    </w:rPr>
                  </m:ctrlPr>
                </m:fPr>
                <m:num>
                  <m:r>
                    <w:rPr>
                      <w:rFonts w:ascii="Cambria Math" w:hAnsi="Cambria Math"/>
                      <w:sz w:val="28"/>
                      <w:szCs w:val="28"/>
                    </w:rPr>
                    <m:t>14</m:t>
                  </m:r>
                </m:num>
                <m:den>
                  <m:r>
                    <w:rPr>
                      <w:rFonts w:ascii="Cambria Math" w:hAnsi="Cambria Math"/>
                      <w:sz w:val="28"/>
                      <w:szCs w:val="28"/>
                    </w:rPr>
                    <m:t>8</m:t>
                  </m:r>
                </m:den>
              </m:f>
            </m:oMath>
            <w:r w:rsidRPr="00DC73E0">
              <w:rPr>
                <w:szCs w:val="28"/>
              </w:rPr>
              <w:t xml:space="preserve">; </w:t>
            </w:r>
            <w:r w:rsidRPr="00DC73E0">
              <w:rPr>
                <w:szCs w:val="28"/>
              </w:rPr>
              <w:lastRenderedPageBreak/>
              <w:t xml:space="preserve">giữ nguyên </w:t>
            </w:r>
            <m:oMath>
              <m:f>
                <m:fPr>
                  <m:ctrlPr>
                    <w:rPr>
                      <w:rFonts w:ascii="Cambria Math" w:hAnsi="Cambria Math"/>
                      <w:sz w:val="28"/>
                      <w:szCs w:val="28"/>
                    </w:rPr>
                  </m:ctrlPr>
                </m:fPr>
                <m:num>
                  <m:r>
                    <w:rPr>
                      <w:rFonts w:ascii="Cambria Math" w:hAnsi="Cambria Math"/>
                      <w:sz w:val="28"/>
                      <w:szCs w:val="28"/>
                    </w:rPr>
                    <m:t>5</m:t>
                  </m:r>
                </m:num>
                <m:den>
                  <m:r>
                    <w:rPr>
                      <w:rFonts w:ascii="Cambria Math" w:hAnsi="Cambria Math"/>
                      <w:sz w:val="28"/>
                      <w:szCs w:val="28"/>
                    </w:rPr>
                    <m:t>8</m:t>
                  </m:r>
                </m:den>
              </m:f>
            </m:oMath>
            <w:r w:rsidRPr="00DC73E0">
              <w:rPr>
                <w:szCs w:val="28"/>
              </w:rPr>
              <w:t>.</w:t>
            </w:r>
          </w:p>
        </w:tc>
      </w:tr>
      <w:tr w:rsidR="00DC73E0" w:rsidRPr="00DC73E0" w:rsidTr="00DC73E0">
        <w:trPr>
          <w:jc w:val="center"/>
        </w:trPr>
        <w:tc>
          <w:tcPr>
            <w:tcW w:w="4702" w:type="dxa"/>
            <w:shd w:val="clear" w:color="auto" w:fill="auto"/>
          </w:tcPr>
          <w:p w:rsidR="00B76D21" w:rsidRPr="00DC73E0" w:rsidRDefault="00B76D21" w:rsidP="00B76D21">
            <w:pPr>
              <w:rPr>
                <w:sz w:val="28"/>
                <w:szCs w:val="28"/>
              </w:rPr>
            </w:pPr>
            <w:r w:rsidRPr="00DC73E0">
              <w:rPr>
                <w:szCs w:val="28"/>
              </w:rPr>
              <w:lastRenderedPageBreak/>
              <w:t xml:space="preserve">- Mật thư 4: Quy đồng mẫu số </w:t>
            </w:r>
            <m:oMath>
              <m:f>
                <m:fPr>
                  <m:ctrlPr>
                    <w:rPr>
                      <w:rFonts w:ascii="Cambria Math" w:hAnsi="Cambria Math"/>
                      <w:sz w:val="28"/>
                      <w:szCs w:val="28"/>
                    </w:rPr>
                  </m:ctrlPr>
                </m:fPr>
                <m:num>
                  <m:r>
                    <w:rPr>
                      <w:rFonts w:ascii="Cambria Math" w:hAnsi="Cambria Math"/>
                      <w:sz w:val="28"/>
                      <w:szCs w:val="28"/>
                    </w:rPr>
                    <m:t>4</m:t>
                  </m:r>
                </m:num>
                <m:den>
                  <m:r>
                    <w:rPr>
                      <w:rFonts w:ascii="Cambria Math" w:hAnsi="Cambria Math"/>
                      <w:sz w:val="28"/>
                      <w:szCs w:val="28"/>
                    </w:rPr>
                    <m:t>5</m:t>
                  </m:r>
                </m:den>
              </m:f>
            </m:oMath>
            <w:r w:rsidRPr="00DC73E0">
              <w:rPr>
                <w:szCs w:val="28"/>
              </w:rPr>
              <w:t xml:space="preserve"> và </w:t>
            </w:r>
            <m:oMath>
              <m:f>
                <m:fPr>
                  <m:ctrlPr>
                    <w:rPr>
                      <w:rFonts w:ascii="Cambria Math" w:hAnsi="Cambria Math"/>
                      <w:sz w:val="28"/>
                      <w:szCs w:val="28"/>
                    </w:rPr>
                  </m:ctrlPr>
                </m:fPr>
                <m:num>
                  <m:r>
                    <w:rPr>
                      <w:rFonts w:ascii="Cambria Math" w:hAnsi="Cambria Math"/>
                      <w:sz w:val="28"/>
                      <w:szCs w:val="28"/>
                    </w:rPr>
                    <m:t>3</m:t>
                  </m:r>
                </m:num>
                <m:den>
                  <m:r>
                    <w:rPr>
                      <w:rFonts w:ascii="Cambria Math" w:hAnsi="Cambria Math"/>
                      <w:sz w:val="28"/>
                      <w:szCs w:val="28"/>
                    </w:rPr>
                    <m:t>7</m:t>
                  </m:r>
                </m:den>
              </m:f>
            </m:oMath>
            <w:r w:rsidRPr="00DC73E0">
              <w:rPr>
                <w:szCs w:val="28"/>
              </w:rPr>
              <w:t xml:space="preserve"> ta được hai phân số nào?</w:t>
            </w:r>
            <w:r w:rsidRPr="00DC73E0">
              <w:rPr>
                <w:szCs w:val="28"/>
              </w:rPr>
              <w:br/>
              <w:t xml:space="preserve">  A. </w:t>
            </w:r>
            <m:oMath>
              <m:f>
                <m:fPr>
                  <m:ctrlPr>
                    <w:rPr>
                      <w:rFonts w:ascii="Cambria Math" w:hAnsi="Cambria Math"/>
                      <w:sz w:val="28"/>
                      <w:szCs w:val="28"/>
                    </w:rPr>
                  </m:ctrlPr>
                </m:fPr>
                <m:num>
                  <m:r>
                    <w:rPr>
                      <w:rFonts w:ascii="Cambria Math" w:hAnsi="Cambria Math"/>
                      <w:sz w:val="28"/>
                      <w:szCs w:val="28"/>
                    </w:rPr>
                    <m:t>11</m:t>
                  </m:r>
                </m:num>
                <m:den>
                  <m:r>
                    <w:rPr>
                      <w:rFonts w:ascii="Cambria Math" w:hAnsi="Cambria Math"/>
                      <w:sz w:val="28"/>
                      <w:szCs w:val="28"/>
                    </w:rPr>
                    <m:t>35</m:t>
                  </m:r>
                </m:den>
              </m:f>
            </m:oMath>
            <w:r w:rsidRPr="00DC73E0">
              <w:rPr>
                <w:szCs w:val="28"/>
              </w:rPr>
              <w:t xml:space="preserve"> và </w:t>
            </w:r>
            <m:oMath>
              <m:f>
                <m:fPr>
                  <m:ctrlPr>
                    <w:rPr>
                      <w:rFonts w:ascii="Cambria Math" w:hAnsi="Cambria Math"/>
                      <w:sz w:val="28"/>
                      <w:szCs w:val="28"/>
                    </w:rPr>
                  </m:ctrlPr>
                </m:fPr>
                <m:num>
                  <m:r>
                    <w:rPr>
                      <w:rFonts w:ascii="Cambria Math" w:hAnsi="Cambria Math"/>
                      <w:sz w:val="28"/>
                      <w:szCs w:val="28"/>
                    </w:rPr>
                    <m:t>15</m:t>
                  </m:r>
                </m:num>
                <m:den>
                  <m:r>
                    <w:rPr>
                      <w:rFonts w:ascii="Cambria Math" w:hAnsi="Cambria Math"/>
                      <w:sz w:val="28"/>
                      <w:szCs w:val="28"/>
                    </w:rPr>
                    <m:t>35</m:t>
                  </m:r>
                </m:den>
              </m:f>
            </m:oMath>
            <w:r w:rsidRPr="00DC73E0">
              <w:rPr>
                <w:szCs w:val="28"/>
              </w:rPr>
              <w:t xml:space="preserve">   B. </w:t>
            </w:r>
            <m:oMath>
              <m:f>
                <m:fPr>
                  <m:ctrlPr>
                    <w:rPr>
                      <w:rFonts w:ascii="Cambria Math" w:hAnsi="Cambria Math"/>
                      <w:sz w:val="28"/>
                      <w:szCs w:val="28"/>
                    </w:rPr>
                  </m:ctrlPr>
                </m:fPr>
                <m:num>
                  <m:r>
                    <w:rPr>
                      <w:rFonts w:ascii="Cambria Math" w:hAnsi="Cambria Math"/>
                      <w:sz w:val="28"/>
                      <w:szCs w:val="28"/>
                    </w:rPr>
                    <m:t>11</m:t>
                  </m:r>
                </m:num>
                <m:den>
                  <m:r>
                    <w:rPr>
                      <w:rFonts w:ascii="Cambria Math" w:hAnsi="Cambria Math"/>
                      <w:sz w:val="28"/>
                      <w:szCs w:val="28"/>
                    </w:rPr>
                    <m:t>35</m:t>
                  </m:r>
                </m:den>
              </m:f>
            </m:oMath>
            <w:r w:rsidRPr="00DC73E0">
              <w:rPr>
                <w:szCs w:val="28"/>
              </w:rPr>
              <w:t xml:space="preserve"> và </w:t>
            </w:r>
            <m:oMath>
              <m:f>
                <m:fPr>
                  <m:ctrlPr>
                    <w:rPr>
                      <w:rFonts w:ascii="Cambria Math" w:hAnsi="Cambria Math"/>
                      <w:sz w:val="28"/>
                      <w:szCs w:val="28"/>
                    </w:rPr>
                  </m:ctrlPr>
                </m:fPr>
                <m:num>
                  <m:r>
                    <w:rPr>
                      <w:rFonts w:ascii="Cambria Math" w:hAnsi="Cambria Math"/>
                      <w:sz w:val="28"/>
                      <w:szCs w:val="28"/>
                    </w:rPr>
                    <m:t>8</m:t>
                  </m:r>
                </m:num>
                <m:den>
                  <m:r>
                    <w:rPr>
                      <w:rFonts w:ascii="Cambria Math" w:hAnsi="Cambria Math"/>
                      <w:sz w:val="28"/>
                      <w:szCs w:val="28"/>
                    </w:rPr>
                    <m:t>35</m:t>
                  </m:r>
                </m:den>
              </m:f>
            </m:oMath>
            <w:r w:rsidRPr="00DC73E0">
              <w:rPr>
                <w:szCs w:val="28"/>
              </w:rPr>
              <w:t xml:space="preserve">   C. </w:t>
            </w:r>
            <m:oMath>
              <m:f>
                <m:fPr>
                  <m:ctrlPr>
                    <w:rPr>
                      <w:rFonts w:ascii="Cambria Math" w:hAnsi="Cambria Math"/>
                      <w:sz w:val="28"/>
                      <w:szCs w:val="28"/>
                    </w:rPr>
                  </m:ctrlPr>
                </m:fPr>
                <m:num>
                  <m:r>
                    <w:rPr>
                      <w:rFonts w:ascii="Cambria Math" w:hAnsi="Cambria Math"/>
                      <w:sz w:val="28"/>
                      <w:szCs w:val="28"/>
                    </w:rPr>
                    <m:t>28</m:t>
                  </m:r>
                </m:num>
                <m:den>
                  <m:r>
                    <w:rPr>
                      <w:rFonts w:ascii="Cambria Math" w:hAnsi="Cambria Math"/>
                      <w:sz w:val="28"/>
                      <w:szCs w:val="28"/>
                    </w:rPr>
                    <m:t>35</m:t>
                  </m:r>
                </m:den>
              </m:f>
            </m:oMath>
            <w:r w:rsidRPr="00DC73E0">
              <w:rPr>
                <w:szCs w:val="28"/>
              </w:rPr>
              <w:t xml:space="preserve"> và </w:t>
            </w:r>
            <m:oMath>
              <m:f>
                <m:fPr>
                  <m:ctrlPr>
                    <w:rPr>
                      <w:rFonts w:ascii="Cambria Math" w:hAnsi="Cambria Math"/>
                      <w:sz w:val="28"/>
                      <w:szCs w:val="28"/>
                    </w:rPr>
                  </m:ctrlPr>
                </m:fPr>
                <m:num>
                  <m:r>
                    <w:rPr>
                      <w:rFonts w:ascii="Cambria Math" w:hAnsi="Cambria Math"/>
                      <w:sz w:val="28"/>
                      <w:szCs w:val="28"/>
                    </w:rPr>
                    <m:t>15</m:t>
                  </m:r>
                </m:num>
                <m:den>
                  <m:r>
                    <w:rPr>
                      <w:rFonts w:ascii="Cambria Math" w:hAnsi="Cambria Math"/>
                      <w:sz w:val="28"/>
                      <w:szCs w:val="28"/>
                    </w:rPr>
                    <m:t>35</m:t>
                  </m:r>
                </m:den>
              </m:f>
            </m:oMath>
            <w:r w:rsidRPr="00DC73E0">
              <w:rPr>
                <w:szCs w:val="28"/>
              </w:rPr>
              <w:t xml:space="preserve">   D. </w:t>
            </w:r>
            <m:oMath>
              <m:f>
                <m:fPr>
                  <m:ctrlPr>
                    <w:rPr>
                      <w:rFonts w:ascii="Cambria Math" w:hAnsi="Cambria Math"/>
                      <w:sz w:val="28"/>
                      <w:szCs w:val="28"/>
                    </w:rPr>
                  </m:ctrlPr>
                </m:fPr>
                <m:num>
                  <m:r>
                    <w:rPr>
                      <w:rFonts w:ascii="Cambria Math" w:hAnsi="Cambria Math"/>
                      <w:sz w:val="28"/>
                      <w:szCs w:val="28"/>
                    </w:rPr>
                    <m:t>35</m:t>
                  </m:r>
                </m:num>
                <m:den>
                  <m:r>
                    <w:rPr>
                      <w:rFonts w:ascii="Cambria Math" w:hAnsi="Cambria Math"/>
                      <w:sz w:val="28"/>
                      <w:szCs w:val="28"/>
                    </w:rPr>
                    <m:t>28</m:t>
                  </m:r>
                </m:den>
              </m:f>
            </m:oMath>
            <w:r w:rsidRPr="00DC73E0">
              <w:rPr>
                <w:szCs w:val="28"/>
              </w:rPr>
              <w:t xml:space="preserve"> và </w:t>
            </w:r>
            <m:oMath>
              <m:f>
                <m:fPr>
                  <m:ctrlPr>
                    <w:rPr>
                      <w:rFonts w:ascii="Cambria Math" w:hAnsi="Cambria Math"/>
                      <w:sz w:val="28"/>
                      <w:szCs w:val="28"/>
                    </w:rPr>
                  </m:ctrlPr>
                </m:fPr>
                <m:num>
                  <m:r>
                    <w:rPr>
                      <w:rFonts w:ascii="Cambria Math" w:hAnsi="Cambria Math"/>
                      <w:sz w:val="28"/>
                      <w:szCs w:val="28"/>
                    </w:rPr>
                    <m:t>35</m:t>
                  </m:r>
                </m:num>
                <m:den>
                  <m:r>
                    <w:rPr>
                      <w:rFonts w:ascii="Cambria Math" w:hAnsi="Cambria Math"/>
                      <w:sz w:val="28"/>
                      <w:szCs w:val="28"/>
                    </w:rPr>
                    <m:t>15</m:t>
                  </m:r>
                </m:den>
              </m:f>
            </m:oMath>
          </w:p>
        </w:tc>
        <w:tc>
          <w:tcPr>
            <w:tcW w:w="4702" w:type="dxa"/>
            <w:shd w:val="clear" w:color="auto" w:fill="auto"/>
          </w:tcPr>
          <w:p w:rsidR="00B76D21" w:rsidRPr="00DC73E0" w:rsidRDefault="00B76D21" w:rsidP="00B76D21">
            <w:pPr>
              <w:rPr>
                <w:sz w:val="28"/>
                <w:szCs w:val="28"/>
              </w:rPr>
            </w:pPr>
            <w:r w:rsidRPr="00DC73E0">
              <w:rPr>
                <w:szCs w:val="28"/>
              </w:rPr>
              <w:t xml:space="preserve">- HS chọn C vì MSC(5,7)=35; </w:t>
            </w:r>
            <m:oMath>
              <m:f>
                <m:fPr>
                  <m:ctrlPr>
                    <w:rPr>
                      <w:rFonts w:ascii="Cambria Math" w:hAnsi="Cambria Math"/>
                      <w:sz w:val="28"/>
                      <w:szCs w:val="28"/>
                    </w:rPr>
                  </m:ctrlPr>
                </m:fPr>
                <m:num>
                  <m:r>
                    <w:rPr>
                      <w:rFonts w:ascii="Cambria Math" w:hAnsi="Cambria Math"/>
                      <w:sz w:val="28"/>
                      <w:szCs w:val="28"/>
                    </w:rPr>
                    <m:t>4</m:t>
                  </m:r>
                </m:num>
                <m:den>
                  <m:r>
                    <w:rPr>
                      <w:rFonts w:ascii="Cambria Math" w:hAnsi="Cambria Math"/>
                      <w:sz w:val="28"/>
                      <w:szCs w:val="28"/>
                    </w:rPr>
                    <m:t>5</m:t>
                  </m:r>
                </m:den>
              </m:f>
            </m:oMath>
            <w:r w:rsidRPr="00DC73E0">
              <w:rPr>
                <w:szCs w:val="28"/>
              </w:rPr>
              <w:t xml:space="preserve"> = </w:t>
            </w:r>
            <m:oMath>
              <m:f>
                <m:fPr>
                  <m:ctrlPr>
                    <w:rPr>
                      <w:rFonts w:ascii="Cambria Math" w:hAnsi="Cambria Math"/>
                      <w:sz w:val="28"/>
                      <w:szCs w:val="28"/>
                    </w:rPr>
                  </m:ctrlPr>
                </m:fPr>
                <m:num>
                  <m:r>
                    <w:rPr>
                      <w:rFonts w:ascii="Cambria Math" w:hAnsi="Cambria Math"/>
                      <w:sz w:val="28"/>
                      <w:szCs w:val="28"/>
                    </w:rPr>
                    <m:t>4×7</m:t>
                  </m:r>
                </m:num>
                <m:den>
                  <m:r>
                    <w:rPr>
                      <w:rFonts w:ascii="Cambria Math" w:hAnsi="Cambria Math"/>
                      <w:sz w:val="28"/>
                      <w:szCs w:val="28"/>
                    </w:rPr>
                    <m:t>5×7</m:t>
                  </m:r>
                </m:den>
              </m:f>
            </m:oMath>
            <w:r w:rsidRPr="00DC73E0">
              <w:rPr>
                <w:szCs w:val="28"/>
              </w:rPr>
              <w:t xml:space="preserve"> = </w:t>
            </w:r>
            <m:oMath>
              <m:f>
                <m:fPr>
                  <m:ctrlPr>
                    <w:rPr>
                      <w:rFonts w:ascii="Cambria Math" w:hAnsi="Cambria Math"/>
                      <w:sz w:val="28"/>
                      <w:szCs w:val="28"/>
                    </w:rPr>
                  </m:ctrlPr>
                </m:fPr>
                <m:num>
                  <m:r>
                    <w:rPr>
                      <w:rFonts w:ascii="Cambria Math" w:hAnsi="Cambria Math"/>
                      <w:sz w:val="28"/>
                      <w:szCs w:val="28"/>
                    </w:rPr>
                    <m:t>28</m:t>
                  </m:r>
                </m:num>
                <m:den>
                  <m:r>
                    <w:rPr>
                      <w:rFonts w:ascii="Cambria Math" w:hAnsi="Cambria Math"/>
                      <w:sz w:val="28"/>
                      <w:szCs w:val="28"/>
                    </w:rPr>
                    <m:t>35</m:t>
                  </m:r>
                </m:den>
              </m:f>
            </m:oMath>
            <w:r w:rsidRPr="00DC73E0">
              <w:rPr>
                <w:szCs w:val="28"/>
              </w:rPr>
              <w:t xml:space="preserve">; </w:t>
            </w:r>
            <m:oMath>
              <m:f>
                <m:fPr>
                  <m:ctrlPr>
                    <w:rPr>
                      <w:rFonts w:ascii="Cambria Math" w:hAnsi="Cambria Math"/>
                      <w:sz w:val="28"/>
                      <w:szCs w:val="28"/>
                    </w:rPr>
                  </m:ctrlPr>
                </m:fPr>
                <m:num>
                  <m:r>
                    <w:rPr>
                      <w:rFonts w:ascii="Cambria Math" w:hAnsi="Cambria Math"/>
                      <w:sz w:val="28"/>
                      <w:szCs w:val="28"/>
                    </w:rPr>
                    <m:t>3</m:t>
                  </m:r>
                </m:num>
                <m:den>
                  <m:r>
                    <w:rPr>
                      <w:rFonts w:ascii="Cambria Math" w:hAnsi="Cambria Math"/>
                      <w:sz w:val="28"/>
                      <w:szCs w:val="28"/>
                    </w:rPr>
                    <m:t>7</m:t>
                  </m:r>
                </m:den>
              </m:f>
            </m:oMath>
            <w:r w:rsidRPr="00DC73E0">
              <w:rPr>
                <w:szCs w:val="28"/>
              </w:rPr>
              <w:t xml:space="preserve"> = </w:t>
            </w:r>
            <m:oMath>
              <m:f>
                <m:fPr>
                  <m:ctrlPr>
                    <w:rPr>
                      <w:rFonts w:ascii="Cambria Math" w:hAnsi="Cambria Math"/>
                      <w:sz w:val="28"/>
                      <w:szCs w:val="28"/>
                    </w:rPr>
                  </m:ctrlPr>
                </m:fPr>
                <m:num>
                  <m:r>
                    <w:rPr>
                      <w:rFonts w:ascii="Cambria Math" w:hAnsi="Cambria Math"/>
                      <w:sz w:val="28"/>
                      <w:szCs w:val="28"/>
                    </w:rPr>
                    <m:t>3×5</m:t>
                  </m:r>
                </m:num>
                <m:den>
                  <m:r>
                    <w:rPr>
                      <w:rFonts w:ascii="Cambria Math" w:hAnsi="Cambria Math"/>
                      <w:sz w:val="28"/>
                      <w:szCs w:val="28"/>
                    </w:rPr>
                    <m:t>7×5</m:t>
                  </m:r>
                </m:den>
              </m:f>
            </m:oMath>
            <w:r w:rsidRPr="00DC73E0">
              <w:rPr>
                <w:szCs w:val="28"/>
              </w:rPr>
              <w:t xml:space="preserve"> = </w:t>
            </w:r>
            <m:oMath>
              <m:f>
                <m:fPr>
                  <m:ctrlPr>
                    <w:rPr>
                      <w:rFonts w:ascii="Cambria Math" w:hAnsi="Cambria Math"/>
                      <w:sz w:val="28"/>
                      <w:szCs w:val="28"/>
                    </w:rPr>
                  </m:ctrlPr>
                </m:fPr>
                <m:num>
                  <m:r>
                    <w:rPr>
                      <w:rFonts w:ascii="Cambria Math" w:hAnsi="Cambria Math"/>
                      <w:sz w:val="28"/>
                      <w:szCs w:val="28"/>
                    </w:rPr>
                    <m:t>15</m:t>
                  </m:r>
                </m:num>
                <m:den>
                  <m:r>
                    <w:rPr>
                      <w:rFonts w:ascii="Cambria Math" w:hAnsi="Cambria Math"/>
                      <w:sz w:val="28"/>
                      <w:szCs w:val="28"/>
                    </w:rPr>
                    <m:t>35</m:t>
                  </m:r>
                </m:den>
              </m:f>
            </m:oMath>
            <w:r w:rsidRPr="00DC73E0">
              <w:rPr>
                <w:szCs w:val="28"/>
              </w:rPr>
              <w:t>.</w:t>
            </w:r>
          </w:p>
        </w:tc>
      </w:tr>
      <w:tr w:rsidR="00DC73E0" w:rsidRPr="00DC73E0" w:rsidTr="00DC73E0">
        <w:trPr>
          <w:jc w:val="center"/>
        </w:trPr>
        <w:tc>
          <w:tcPr>
            <w:tcW w:w="4702" w:type="dxa"/>
            <w:shd w:val="clear" w:color="auto" w:fill="auto"/>
          </w:tcPr>
          <w:p w:rsidR="00B76D21" w:rsidRPr="00DC73E0" w:rsidRDefault="00B76D21" w:rsidP="00B76D21">
            <w:pPr>
              <w:rPr>
                <w:sz w:val="28"/>
                <w:szCs w:val="28"/>
              </w:rPr>
            </w:pPr>
            <w:r w:rsidRPr="00DC73E0">
              <w:rPr>
                <w:szCs w:val="28"/>
              </w:rPr>
              <w:t xml:space="preserve">- Mật thư 5: Quy đồng mẫu số </w:t>
            </w:r>
            <m:oMath>
              <m:f>
                <m:fPr>
                  <m:ctrlPr>
                    <w:rPr>
                      <w:rFonts w:ascii="Cambria Math" w:hAnsi="Cambria Math"/>
                      <w:sz w:val="28"/>
                      <w:szCs w:val="28"/>
                    </w:rPr>
                  </m:ctrlPr>
                </m:fPr>
                <m:num>
                  <m:r>
                    <w:rPr>
                      <w:rFonts w:ascii="Cambria Math" w:hAnsi="Cambria Math"/>
                      <w:sz w:val="28"/>
                      <w:szCs w:val="28"/>
                    </w:rPr>
                    <m:t>3</m:t>
                  </m:r>
                </m:num>
                <m:den>
                  <m:r>
                    <w:rPr>
                      <w:rFonts w:ascii="Cambria Math" w:hAnsi="Cambria Math"/>
                      <w:sz w:val="28"/>
                      <w:szCs w:val="28"/>
                    </w:rPr>
                    <m:t>5</m:t>
                  </m:r>
                </m:den>
              </m:f>
            </m:oMath>
            <w:r w:rsidRPr="00DC73E0">
              <w:rPr>
                <w:szCs w:val="28"/>
              </w:rPr>
              <w:t xml:space="preserve">; </w:t>
            </w:r>
            <m:oMath>
              <m:f>
                <m:fPr>
                  <m:ctrlPr>
                    <w:rPr>
                      <w:rFonts w:ascii="Cambria Math" w:hAnsi="Cambria Math"/>
                      <w:sz w:val="28"/>
                      <w:szCs w:val="28"/>
                    </w:rPr>
                  </m:ctrlPr>
                </m:fPr>
                <m:num>
                  <m:r>
                    <w:rPr>
                      <w:rFonts w:ascii="Cambria Math" w:hAnsi="Cambria Math"/>
                      <w:sz w:val="28"/>
                      <w:szCs w:val="28"/>
                    </w:rPr>
                    <m:t>2</m:t>
                  </m:r>
                </m:num>
                <m:den>
                  <m:r>
                    <w:rPr>
                      <w:rFonts w:ascii="Cambria Math" w:hAnsi="Cambria Math"/>
                      <w:sz w:val="28"/>
                      <w:szCs w:val="28"/>
                    </w:rPr>
                    <m:t>3</m:t>
                  </m:r>
                </m:den>
              </m:f>
            </m:oMath>
            <w:r w:rsidRPr="00DC73E0">
              <w:rPr>
                <w:szCs w:val="28"/>
              </w:rPr>
              <w:t xml:space="preserve">; </w:t>
            </w:r>
            <m:oMath>
              <m:f>
                <m:fPr>
                  <m:ctrlPr>
                    <w:rPr>
                      <w:rFonts w:ascii="Cambria Math" w:hAnsi="Cambria Math"/>
                      <w:sz w:val="28"/>
                      <w:szCs w:val="28"/>
                    </w:rPr>
                  </m:ctrlPr>
                </m:fPr>
                <m:num>
                  <m:r>
                    <w:rPr>
                      <w:rFonts w:ascii="Cambria Math" w:hAnsi="Cambria Math"/>
                      <w:sz w:val="28"/>
                      <w:szCs w:val="28"/>
                    </w:rPr>
                    <m:t>8</m:t>
                  </m:r>
                </m:num>
                <m:den>
                  <m:r>
                    <w:rPr>
                      <w:rFonts w:ascii="Cambria Math" w:hAnsi="Cambria Math"/>
                      <w:sz w:val="28"/>
                      <w:szCs w:val="28"/>
                    </w:rPr>
                    <m:t>9</m:t>
                  </m:r>
                </m:den>
              </m:f>
            </m:oMath>
            <w:r w:rsidRPr="00DC73E0">
              <w:rPr>
                <w:szCs w:val="28"/>
              </w:rPr>
              <w:t xml:space="preserve"> ta được các phân số lần lượt là:</w:t>
            </w:r>
            <w:r w:rsidRPr="00DC73E0">
              <w:rPr>
                <w:szCs w:val="28"/>
              </w:rPr>
              <w:br/>
              <w:t xml:space="preserve">  A. </w:t>
            </w:r>
            <m:oMath>
              <m:f>
                <m:fPr>
                  <m:ctrlPr>
                    <w:rPr>
                      <w:rFonts w:ascii="Cambria Math" w:hAnsi="Cambria Math"/>
                      <w:sz w:val="28"/>
                      <w:szCs w:val="28"/>
                    </w:rPr>
                  </m:ctrlPr>
                </m:fPr>
                <m:num>
                  <m:r>
                    <w:rPr>
                      <w:rFonts w:ascii="Cambria Math" w:hAnsi="Cambria Math"/>
                      <w:sz w:val="28"/>
                      <w:szCs w:val="28"/>
                    </w:rPr>
                    <m:t>27</m:t>
                  </m:r>
                </m:num>
                <m:den>
                  <m:r>
                    <w:rPr>
                      <w:rFonts w:ascii="Cambria Math" w:hAnsi="Cambria Math"/>
                      <w:sz w:val="28"/>
                      <w:szCs w:val="28"/>
                    </w:rPr>
                    <m:t>45</m:t>
                  </m:r>
                </m:den>
              </m:f>
            </m:oMath>
            <w:r w:rsidRPr="00DC73E0">
              <w:rPr>
                <w:szCs w:val="28"/>
              </w:rPr>
              <w:t xml:space="preserve">; </w:t>
            </w:r>
            <m:oMath>
              <m:f>
                <m:fPr>
                  <m:ctrlPr>
                    <w:rPr>
                      <w:rFonts w:ascii="Cambria Math" w:hAnsi="Cambria Math"/>
                      <w:sz w:val="28"/>
                      <w:szCs w:val="28"/>
                    </w:rPr>
                  </m:ctrlPr>
                </m:fPr>
                <m:num>
                  <m:r>
                    <w:rPr>
                      <w:rFonts w:ascii="Cambria Math" w:hAnsi="Cambria Math"/>
                      <w:sz w:val="28"/>
                      <w:szCs w:val="28"/>
                    </w:rPr>
                    <m:t>35</m:t>
                  </m:r>
                </m:num>
                <m:den>
                  <m:r>
                    <w:rPr>
                      <w:rFonts w:ascii="Cambria Math" w:hAnsi="Cambria Math"/>
                      <w:sz w:val="28"/>
                      <w:szCs w:val="28"/>
                    </w:rPr>
                    <m:t>45</m:t>
                  </m:r>
                </m:den>
              </m:f>
            </m:oMath>
            <w:r w:rsidRPr="00DC73E0">
              <w:rPr>
                <w:szCs w:val="28"/>
              </w:rPr>
              <w:t xml:space="preserve">; </w:t>
            </w:r>
            <m:oMath>
              <m:f>
                <m:fPr>
                  <m:ctrlPr>
                    <w:rPr>
                      <w:rFonts w:ascii="Cambria Math" w:hAnsi="Cambria Math"/>
                      <w:sz w:val="28"/>
                      <w:szCs w:val="28"/>
                    </w:rPr>
                  </m:ctrlPr>
                </m:fPr>
                <m:num>
                  <m:r>
                    <w:rPr>
                      <w:rFonts w:ascii="Cambria Math" w:hAnsi="Cambria Math"/>
                      <w:sz w:val="28"/>
                      <w:szCs w:val="28"/>
                    </w:rPr>
                    <m:t>40</m:t>
                  </m:r>
                </m:num>
                <m:den>
                  <m:r>
                    <w:rPr>
                      <w:rFonts w:ascii="Cambria Math" w:hAnsi="Cambria Math"/>
                      <w:sz w:val="28"/>
                      <w:szCs w:val="28"/>
                    </w:rPr>
                    <m:t>45</m:t>
                  </m:r>
                </m:den>
              </m:f>
            </m:oMath>
            <w:r w:rsidRPr="00DC73E0">
              <w:rPr>
                <w:szCs w:val="28"/>
              </w:rPr>
              <w:t xml:space="preserve">   B. </w:t>
            </w:r>
            <m:oMath>
              <m:f>
                <m:fPr>
                  <m:ctrlPr>
                    <w:rPr>
                      <w:rFonts w:ascii="Cambria Math" w:hAnsi="Cambria Math"/>
                      <w:sz w:val="28"/>
                      <w:szCs w:val="28"/>
                    </w:rPr>
                  </m:ctrlPr>
                </m:fPr>
                <m:num>
                  <m:r>
                    <w:rPr>
                      <w:rFonts w:ascii="Cambria Math" w:hAnsi="Cambria Math"/>
                      <w:sz w:val="28"/>
                      <w:szCs w:val="28"/>
                    </w:rPr>
                    <m:t>27</m:t>
                  </m:r>
                </m:num>
                <m:den>
                  <m:r>
                    <w:rPr>
                      <w:rFonts w:ascii="Cambria Math" w:hAnsi="Cambria Math"/>
                      <w:sz w:val="28"/>
                      <w:szCs w:val="28"/>
                    </w:rPr>
                    <m:t>45</m:t>
                  </m:r>
                </m:den>
              </m:f>
            </m:oMath>
            <w:r w:rsidRPr="00DC73E0">
              <w:rPr>
                <w:szCs w:val="28"/>
              </w:rPr>
              <w:t xml:space="preserve">; </w:t>
            </w:r>
            <m:oMath>
              <m:f>
                <m:fPr>
                  <m:ctrlPr>
                    <w:rPr>
                      <w:rFonts w:ascii="Cambria Math" w:hAnsi="Cambria Math"/>
                      <w:sz w:val="28"/>
                      <w:szCs w:val="28"/>
                    </w:rPr>
                  </m:ctrlPr>
                </m:fPr>
                <m:num>
                  <m:r>
                    <w:rPr>
                      <w:rFonts w:ascii="Cambria Math" w:hAnsi="Cambria Math"/>
                      <w:sz w:val="28"/>
                      <w:szCs w:val="28"/>
                    </w:rPr>
                    <m:t>30</m:t>
                  </m:r>
                </m:num>
                <m:den>
                  <m:r>
                    <w:rPr>
                      <w:rFonts w:ascii="Cambria Math" w:hAnsi="Cambria Math"/>
                      <w:sz w:val="28"/>
                      <w:szCs w:val="28"/>
                    </w:rPr>
                    <m:t>45</m:t>
                  </m:r>
                </m:den>
              </m:f>
            </m:oMath>
            <w:r w:rsidRPr="00DC73E0">
              <w:rPr>
                <w:szCs w:val="28"/>
              </w:rPr>
              <w:t xml:space="preserve">; </w:t>
            </w:r>
            <m:oMath>
              <m:f>
                <m:fPr>
                  <m:ctrlPr>
                    <w:rPr>
                      <w:rFonts w:ascii="Cambria Math" w:hAnsi="Cambria Math"/>
                      <w:sz w:val="28"/>
                      <w:szCs w:val="28"/>
                    </w:rPr>
                  </m:ctrlPr>
                </m:fPr>
                <m:num>
                  <m:r>
                    <w:rPr>
                      <w:rFonts w:ascii="Cambria Math" w:hAnsi="Cambria Math"/>
                      <w:sz w:val="28"/>
                      <w:szCs w:val="28"/>
                    </w:rPr>
                    <m:t>40</m:t>
                  </m:r>
                </m:num>
                <m:den>
                  <m:r>
                    <w:rPr>
                      <w:rFonts w:ascii="Cambria Math" w:hAnsi="Cambria Math"/>
                      <w:sz w:val="28"/>
                      <w:szCs w:val="28"/>
                    </w:rPr>
                    <m:t>45</m:t>
                  </m:r>
                </m:den>
              </m:f>
            </m:oMath>
            <w:r w:rsidRPr="00DC73E0">
              <w:rPr>
                <w:szCs w:val="28"/>
              </w:rPr>
              <w:t xml:space="preserve">   C. </w:t>
            </w:r>
            <m:oMath>
              <m:f>
                <m:fPr>
                  <m:ctrlPr>
                    <w:rPr>
                      <w:rFonts w:ascii="Cambria Math" w:hAnsi="Cambria Math"/>
                      <w:sz w:val="28"/>
                      <w:szCs w:val="28"/>
                    </w:rPr>
                  </m:ctrlPr>
                </m:fPr>
                <m:num>
                  <m:r>
                    <w:rPr>
                      <w:rFonts w:ascii="Cambria Math" w:hAnsi="Cambria Math"/>
                      <w:sz w:val="28"/>
                      <w:szCs w:val="28"/>
                    </w:rPr>
                    <m:t>27</m:t>
                  </m:r>
                </m:num>
                <m:den>
                  <m:r>
                    <w:rPr>
                      <w:rFonts w:ascii="Cambria Math" w:hAnsi="Cambria Math"/>
                      <w:sz w:val="28"/>
                      <w:szCs w:val="28"/>
                    </w:rPr>
                    <m:t>45</m:t>
                  </m:r>
                </m:den>
              </m:f>
            </m:oMath>
            <w:r w:rsidRPr="00DC73E0">
              <w:rPr>
                <w:szCs w:val="28"/>
              </w:rPr>
              <w:t xml:space="preserve">; </w:t>
            </w:r>
            <m:oMath>
              <m:f>
                <m:fPr>
                  <m:ctrlPr>
                    <w:rPr>
                      <w:rFonts w:ascii="Cambria Math" w:hAnsi="Cambria Math"/>
                      <w:sz w:val="28"/>
                      <w:szCs w:val="28"/>
                    </w:rPr>
                  </m:ctrlPr>
                </m:fPr>
                <m:num>
                  <m:r>
                    <w:rPr>
                      <w:rFonts w:ascii="Cambria Math" w:hAnsi="Cambria Math"/>
                      <w:sz w:val="28"/>
                      <w:szCs w:val="28"/>
                    </w:rPr>
                    <m:t>35</m:t>
                  </m:r>
                </m:num>
                <m:den>
                  <m:r>
                    <w:rPr>
                      <w:rFonts w:ascii="Cambria Math" w:hAnsi="Cambria Math"/>
                      <w:sz w:val="28"/>
                      <w:szCs w:val="28"/>
                    </w:rPr>
                    <m:t>45</m:t>
                  </m:r>
                </m:den>
              </m:f>
            </m:oMath>
            <w:r w:rsidRPr="00DC73E0">
              <w:rPr>
                <w:szCs w:val="28"/>
              </w:rPr>
              <w:t xml:space="preserve">; </w:t>
            </w:r>
            <m:oMath>
              <m:f>
                <m:fPr>
                  <m:ctrlPr>
                    <w:rPr>
                      <w:rFonts w:ascii="Cambria Math" w:hAnsi="Cambria Math"/>
                      <w:sz w:val="28"/>
                      <w:szCs w:val="28"/>
                    </w:rPr>
                  </m:ctrlPr>
                </m:fPr>
                <m:num>
                  <m:r>
                    <w:rPr>
                      <w:rFonts w:ascii="Cambria Math" w:hAnsi="Cambria Math"/>
                      <w:sz w:val="28"/>
                      <w:szCs w:val="28"/>
                    </w:rPr>
                    <m:t>42</m:t>
                  </m:r>
                </m:num>
                <m:den>
                  <m:r>
                    <w:rPr>
                      <w:rFonts w:ascii="Cambria Math" w:hAnsi="Cambria Math"/>
                      <w:sz w:val="28"/>
                      <w:szCs w:val="28"/>
                    </w:rPr>
                    <m:t>45</m:t>
                  </m:r>
                </m:den>
              </m:f>
            </m:oMath>
            <w:r w:rsidRPr="00DC73E0">
              <w:rPr>
                <w:szCs w:val="28"/>
              </w:rPr>
              <w:t xml:space="preserve">   D. </w:t>
            </w:r>
            <m:oMath>
              <m:f>
                <m:fPr>
                  <m:ctrlPr>
                    <w:rPr>
                      <w:rFonts w:ascii="Cambria Math" w:hAnsi="Cambria Math"/>
                      <w:sz w:val="28"/>
                      <w:szCs w:val="28"/>
                    </w:rPr>
                  </m:ctrlPr>
                </m:fPr>
                <m:num>
                  <m:r>
                    <w:rPr>
                      <w:rFonts w:ascii="Cambria Math" w:hAnsi="Cambria Math"/>
                      <w:sz w:val="28"/>
                      <w:szCs w:val="28"/>
                    </w:rPr>
                    <m:t>20</m:t>
                  </m:r>
                </m:num>
                <m:den>
                  <m:r>
                    <w:rPr>
                      <w:rFonts w:ascii="Cambria Math" w:hAnsi="Cambria Math"/>
                      <w:sz w:val="28"/>
                      <w:szCs w:val="28"/>
                    </w:rPr>
                    <m:t>45</m:t>
                  </m:r>
                </m:den>
              </m:f>
            </m:oMath>
            <w:r w:rsidRPr="00DC73E0">
              <w:rPr>
                <w:szCs w:val="28"/>
              </w:rPr>
              <w:t xml:space="preserve">; </w:t>
            </w:r>
            <m:oMath>
              <m:f>
                <m:fPr>
                  <m:ctrlPr>
                    <w:rPr>
                      <w:rFonts w:ascii="Cambria Math" w:hAnsi="Cambria Math"/>
                      <w:sz w:val="28"/>
                      <w:szCs w:val="28"/>
                    </w:rPr>
                  </m:ctrlPr>
                </m:fPr>
                <m:num>
                  <m:r>
                    <w:rPr>
                      <w:rFonts w:ascii="Cambria Math" w:hAnsi="Cambria Math"/>
                      <w:sz w:val="28"/>
                      <w:szCs w:val="28"/>
                    </w:rPr>
                    <m:t>30</m:t>
                  </m:r>
                </m:num>
                <m:den>
                  <m:r>
                    <w:rPr>
                      <w:rFonts w:ascii="Cambria Math" w:hAnsi="Cambria Math"/>
                      <w:sz w:val="28"/>
                      <w:szCs w:val="28"/>
                    </w:rPr>
                    <m:t>45</m:t>
                  </m:r>
                </m:den>
              </m:f>
            </m:oMath>
            <w:r w:rsidRPr="00DC73E0">
              <w:rPr>
                <w:szCs w:val="28"/>
              </w:rPr>
              <w:t xml:space="preserve">; </w:t>
            </w:r>
            <m:oMath>
              <m:f>
                <m:fPr>
                  <m:ctrlPr>
                    <w:rPr>
                      <w:rFonts w:ascii="Cambria Math" w:hAnsi="Cambria Math"/>
                      <w:sz w:val="28"/>
                      <w:szCs w:val="28"/>
                    </w:rPr>
                  </m:ctrlPr>
                </m:fPr>
                <m:num>
                  <m:r>
                    <w:rPr>
                      <w:rFonts w:ascii="Cambria Math" w:hAnsi="Cambria Math"/>
                      <w:sz w:val="28"/>
                      <w:szCs w:val="28"/>
                    </w:rPr>
                    <m:t>40</m:t>
                  </m:r>
                </m:num>
                <m:den>
                  <m:r>
                    <w:rPr>
                      <w:rFonts w:ascii="Cambria Math" w:hAnsi="Cambria Math"/>
                      <w:sz w:val="28"/>
                      <w:szCs w:val="28"/>
                    </w:rPr>
                    <m:t>45</m:t>
                  </m:r>
                </m:den>
              </m:f>
            </m:oMath>
          </w:p>
        </w:tc>
        <w:tc>
          <w:tcPr>
            <w:tcW w:w="4702" w:type="dxa"/>
            <w:shd w:val="clear" w:color="auto" w:fill="auto"/>
          </w:tcPr>
          <w:p w:rsidR="00B76D21" w:rsidRPr="00DC73E0" w:rsidRDefault="00B76D21" w:rsidP="00B76D21">
            <w:pPr>
              <w:rPr>
                <w:sz w:val="28"/>
                <w:szCs w:val="28"/>
              </w:rPr>
            </w:pPr>
            <w:r w:rsidRPr="00DC73E0">
              <w:rPr>
                <w:szCs w:val="28"/>
              </w:rPr>
              <w:t xml:space="preserve">- HS chọn B vì MSC(5,3,9)=45; </w:t>
            </w:r>
            <m:oMath>
              <m:f>
                <m:fPr>
                  <m:ctrlPr>
                    <w:rPr>
                      <w:rFonts w:ascii="Cambria Math" w:hAnsi="Cambria Math"/>
                      <w:sz w:val="28"/>
                      <w:szCs w:val="28"/>
                    </w:rPr>
                  </m:ctrlPr>
                </m:fPr>
                <m:num>
                  <m:r>
                    <w:rPr>
                      <w:rFonts w:ascii="Cambria Math" w:hAnsi="Cambria Math"/>
                      <w:sz w:val="28"/>
                      <w:szCs w:val="28"/>
                    </w:rPr>
                    <m:t>3</m:t>
                  </m:r>
                </m:num>
                <m:den>
                  <m:r>
                    <w:rPr>
                      <w:rFonts w:ascii="Cambria Math" w:hAnsi="Cambria Math"/>
                      <w:sz w:val="28"/>
                      <w:szCs w:val="28"/>
                    </w:rPr>
                    <m:t>5</m:t>
                  </m:r>
                </m:den>
              </m:f>
            </m:oMath>
            <w:r w:rsidRPr="00DC73E0">
              <w:rPr>
                <w:szCs w:val="28"/>
              </w:rPr>
              <w:t xml:space="preserve"> = </w:t>
            </w:r>
            <m:oMath>
              <m:f>
                <m:fPr>
                  <m:ctrlPr>
                    <w:rPr>
                      <w:rFonts w:ascii="Cambria Math" w:hAnsi="Cambria Math"/>
                      <w:sz w:val="28"/>
                      <w:szCs w:val="28"/>
                    </w:rPr>
                  </m:ctrlPr>
                </m:fPr>
                <m:num>
                  <m:r>
                    <w:rPr>
                      <w:rFonts w:ascii="Cambria Math" w:hAnsi="Cambria Math"/>
                      <w:sz w:val="28"/>
                      <w:szCs w:val="28"/>
                    </w:rPr>
                    <m:t>3×9</m:t>
                  </m:r>
                </m:num>
                <m:den>
                  <m:r>
                    <w:rPr>
                      <w:rFonts w:ascii="Cambria Math" w:hAnsi="Cambria Math"/>
                      <w:sz w:val="28"/>
                      <w:szCs w:val="28"/>
                    </w:rPr>
                    <m:t>5×9</m:t>
                  </m:r>
                </m:den>
              </m:f>
            </m:oMath>
            <w:r w:rsidRPr="00DC73E0">
              <w:rPr>
                <w:szCs w:val="28"/>
              </w:rPr>
              <w:t xml:space="preserve"> = </w:t>
            </w:r>
            <m:oMath>
              <m:f>
                <m:fPr>
                  <m:ctrlPr>
                    <w:rPr>
                      <w:rFonts w:ascii="Cambria Math" w:hAnsi="Cambria Math"/>
                      <w:sz w:val="28"/>
                      <w:szCs w:val="28"/>
                    </w:rPr>
                  </m:ctrlPr>
                </m:fPr>
                <m:num>
                  <m:r>
                    <w:rPr>
                      <w:rFonts w:ascii="Cambria Math" w:hAnsi="Cambria Math"/>
                      <w:sz w:val="28"/>
                      <w:szCs w:val="28"/>
                    </w:rPr>
                    <m:t>27</m:t>
                  </m:r>
                </m:num>
                <m:den>
                  <m:r>
                    <w:rPr>
                      <w:rFonts w:ascii="Cambria Math" w:hAnsi="Cambria Math"/>
                      <w:sz w:val="28"/>
                      <w:szCs w:val="28"/>
                    </w:rPr>
                    <m:t>45</m:t>
                  </m:r>
                </m:den>
              </m:f>
            </m:oMath>
            <w:r w:rsidRPr="00DC73E0">
              <w:rPr>
                <w:szCs w:val="28"/>
              </w:rPr>
              <w:t xml:space="preserve">; </w:t>
            </w:r>
            <m:oMath>
              <m:f>
                <m:fPr>
                  <m:ctrlPr>
                    <w:rPr>
                      <w:rFonts w:ascii="Cambria Math" w:hAnsi="Cambria Math"/>
                      <w:sz w:val="28"/>
                      <w:szCs w:val="28"/>
                    </w:rPr>
                  </m:ctrlPr>
                </m:fPr>
                <m:num>
                  <m:r>
                    <w:rPr>
                      <w:rFonts w:ascii="Cambria Math" w:hAnsi="Cambria Math"/>
                      <w:sz w:val="28"/>
                      <w:szCs w:val="28"/>
                    </w:rPr>
                    <m:t>2</m:t>
                  </m:r>
                </m:num>
                <m:den>
                  <m:r>
                    <w:rPr>
                      <w:rFonts w:ascii="Cambria Math" w:hAnsi="Cambria Math"/>
                      <w:sz w:val="28"/>
                      <w:szCs w:val="28"/>
                    </w:rPr>
                    <m:t>3</m:t>
                  </m:r>
                </m:den>
              </m:f>
            </m:oMath>
            <w:r w:rsidRPr="00DC73E0">
              <w:rPr>
                <w:szCs w:val="28"/>
              </w:rPr>
              <w:t xml:space="preserve"> = </w:t>
            </w:r>
            <m:oMath>
              <m:f>
                <m:fPr>
                  <m:ctrlPr>
                    <w:rPr>
                      <w:rFonts w:ascii="Cambria Math" w:hAnsi="Cambria Math"/>
                      <w:sz w:val="28"/>
                      <w:szCs w:val="28"/>
                    </w:rPr>
                  </m:ctrlPr>
                </m:fPr>
                <m:num>
                  <m:r>
                    <w:rPr>
                      <w:rFonts w:ascii="Cambria Math" w:hAnsi="Cambria Math"/>
                      <w:sz w:val="28"/>
                      <w:szCs w:val="28"/>
                    </w:rPr>
                    <m:t>2×15</m:t>
                  </m:r>
                </m:num>
                <m:den>
                  <m:r>
                    <w:rPr>
                      <w:rFonts w:ascii="Cambria Math" w:hAnsi="Cambria Math"/>
                      <w:sz w:val="28"/>
                      <w:szCs w:val="28"/>
                    </w:rPr>
                    <m:t>3×15</m:t>
                  </m:r>
                </m:den>
              </m:f>
            </m:oMath>
            <w:r w:rsidRPr="00DC73E0">
              <w:rPr>
                <w:szCs w:val="28"/>
              </w:rPr>
              <w:t xml:space="preserve"> = </w:t>
            </w:r>
            <m:oMath>
              <m:f>
                <m:fPr>
                  <m:ctrlPr>
                    <w:rPr>
                      <w:rFonts w:ascii="Cambria Math" w:hAnsi="Cambria Math"/>
                      <w:sz w:val="28"/>
                      <w:szCs w:val="28"/>
                    </w:rPr>
                  </m:ctrlPr>
                </m:fPr>
                <m:num>
                  <m:r>
                    <w:rPr>
                      <w:rFonts w:ascii="Cambria Math" w:hAnsi="Cambria Math"/>
                      <w:sz w:val="28"/>
                      <w:szCs w:val="28"/>
                    </w:rPr>
                    <m:t>30</m:t>
                  </m:r>
                </m:num>
                <m:den>
                  <m:r>
                    <w:rPr>
                      <w:rFonts w:ascii="Cambria Math" w:hAnsi="Cambria Math"/>
                      <w:sz w:val="28"/>
                      <w:szCs w:val="28"/>
                    </w:rPr>
                    <m:t>45</m:t>
                  </m:r>
                </m:den>
              </m:f>
            </m:oMath>
            <w:r w:rsidRPr="00DC73E0">
              <w:rPr>
                <w:szCs w:val="28"/>
              </w:rPr>
              <w:t xml:space="preserve">; </w:t>
            </w:r>
            <m:oMath>
              <m:f>
                <m:fPr>
                  <m:ctrlPr>
                    <w:rPr>
                      <w:rFonts w:ascii="Cambria Math" w:hAnsi="Cambria Math"/>
                      <w:sz w:val="28"/>
                      <w:szCs w:val="28"/>
                    </w:rPr>
                  </m:ctrlPr>
                </m:fPr>
                <m:num>
                  <m:r>
                    <w:rPr>
                      <w:rFonts w:ascii="Cambria Math" w:hAnsi="Cambria Math"/>
                      <w:sz w:val="28"/>
                      <w:szCs w:val="28"/>
                    </w:rPr>
                    <m:t>8</m:t>
                  </m:r>
                </m:num>
                <m:den>
                  <m:r>
                    <w:rPr>
                      <w:rFonts w:ascii="Cambria Math" w:hAnsi="Cambria Math"/>
                      <w:sz w:val="28"/>
                      <w:szCs w:val="28"/>
                    </w:rPr>
                    <m:t>9</m:t>
                  </m:r>
                </m:den>
              </m:f>
            </m:oMath>
            <w:r w:rsidRPr="00DC73E0">
              <w:rPr>
                <w:szCs w:val="28"/>
              </w:rPr>
              <w:t xml:space="preserve"> = </w:t>
            </w:r>
            <m:oMath>
              <m:f>
                <m:fPr>
                  <m:ctrlPr>
                    <w:rPr>
                      <w:rFonts w:ascii="Cambria Math" w:hAnsi="Cambria Math"/>
                      <w:sz w:val="28"/>
                      <w:szCs w:val="28"/>
                    </w:rPr>
                  </m:ctrlPr>
                </m:fPr>
                <m:num>
                  <m:r>
                    <w:rPr>
                      <w:rFonts w:ascii="Cambria Math" w:hAnsi="Cambria Math"/>
                      <w:sz w:val="28"/>
                      <w:szCs w:val="28"/>
                    </w:rPr>
                    <m:t>8×5</m:t>
                  </m:r>
                </m:num>
                <m:den>
                  <m:r>
                    <w:rPr>
                      <w:rFonts w:ascii="Cambria Math" w:hAnsi="Cambria Math"/>
                      <w:sz w:val="28"/>
                      <w:szCs w:val="28"/>
                    </w:rPr>
                    <m:t>9×5</m:t>
                  </m:r>
                </m:den>
              </m:f>
            </m:oMath>
            <w:r w:rsidRPr="00DC73E0">
              <w:rPr>
                <w:szCs w:val="28"/>
              </w:rPr>
              <w:t xml:space="preserve"> = </w:t>
            </w:r>
            <m:oMath>
              <m:f>
                <m:fPr>
                  <m:ctrlPr>
                    <w:rPr>
                      <w:rFonts w:ascii="Cambria Math" w:hAnsi="Cambria Math"/>
                      <w:sz w:val="28"/>
                      <w:szCs w:val="28"/>
                    </w:rPr>
                  </m:ctrlPr>
                </m:fPr>
                <m:num>
                  <m:r>
                    <w:rPr>
                      <w:rFonts w:ascii="Cambria Math" w:hAnsi="Cambria Math"/>
                      <w:sz w:val="28"/>
                      <w:szCs w:val="28"/>
                    </w:rPr>
                    <m:t>40</m:t>
                  </m:r>
                </m:num>
                <m:den>
                  <m:r>
                    <w:rPr>
                      <w:rFonts w:ascii="Cambria Math" w:hAnsi="Cambria Math"/>
                      <w:sz w:val="28"/>
                      <w:szCs w:val="28"/>
                    </w:rPr>
                    <m:t>45</m:t>
                  </m:r>
                </m:den>
              </m:f>
            </m:oMath>
            <w:r w:rsidRPr="00DC73E0">
              <w:rPr>
                <w:szCs w:val="28"/>
              </w:rPr>
              <w:t>.</w:t>
            </w:r>
          </w:p>
        </w:tc>
      </w:tr>
      <w:tr w:rsidR="00DC73E0" w:rsidRPr="00DC73E0" w:rsidTr="00DC73E0">
        <w:trPr>
          <w:jc w:val="center"/>
        </w:trPr>
        <w:tc>
          <w:tcPr>
            <w:tcW w:w="4702" w:type="dxa"/>
            <w:shd w:val="clear" w:color="auto" w:fill="auto"/>
          </w:tcPr>
          <w:p w:rsidR="00B76D21" w:rsidRPr="00DC73E0" w:rsidRDefault="00B76D21" w:rsidP="00B76D21">
            <w:pPr>
              <w:rPr>
                <w:sz w:val="28"/>
                <w:szCs w:val="28"/>
              </w:rPr>
            </w:pPr>
            <w:r w:rsidRPr="00DC73E0">
              <w:rPr>
                <w:szCs w:val="28"/>
              </w:rPr>
              <w:t>- Nhận xét tiết học.</w:t>
            </w:r>
          </w:p>
        </w:tc>
        <w:tc>
          <w:tcPr>
            <w:tcW w:w="4702" w:type="dxa"/>
            <w:shd w:val="clear" w:color="auto" w:fill="auto"/>
          </w:tcPr>
          <w:p w:rsidR="00B76D21" w:rsidRPr="00DC73E0" w:rsidRDefault="00B76D21" w:rsidP="00B76D21">
            <w:pPr>
              <w:rPr>
                <w:sz w:val="28"/>
                <w:szCs w:val="28"/>
              </w:rPr>
            </w:pPr>
            <w:r w:rsidRPr="00DC73E0">
              <w:rPr>
                <w:szCs w:val="28"/>
              </w:rPr>
              <w:t>- HS lắng nghe, ghi nhớ.</w:t>
            </w:r>
          </w:p>
        </w:tc>
      </w:tr>
    </w:tbl>
    <w:p w:rsidR="00B76D21" w:rsidRPr="00DC73E0" w:rsidRDefault="00B76D21" w:rsidP="00B76D21">
      <w:pPr>
        <w:spacing w:after="0" w:line="240" w:lineRule="auto"/>
        <w:rPr>
          <w:sz w:val="28"/>
          <w:szCs w:val="28"/>
        </w:rPr>
      </w:pPr>
      <w:r w:rsidRPr="00DC73E0">
        <w:rPr>
          <w:b/>
          <w:szCs w:val="28"/>
        </w:rPr>
        <w:t>IV. ĐIỀU CHỈNH SAU BÀI DẠY (nếu có):</w:t>
      </w:r>
    </w:p>
    <w:p w:rsidR="00B76D21" w:rsidRPr="00DC73E0" w:rsidRDefault="00B76D21" w:rsidP="00B76D21">
      <w:pPr>
        <w:spacing w:after="0" w:line="240" w:lineRule="auto"/>
        <w:rPr>
          <w:sz w:val="28"/>
          <w:szCs w:val="28"/>
        </w:rPr>
      </w:pPr>
      <w:r w:rsidRPr="00DC73E0">
        <w:rPr>
          <w:szCs w:val="28"/>
        </w:rPr>
        <w:t xml:space="preserve">- </w:t>
      </w:r>
    </w:p>
    <w:p w:rsidR="00B76D21" w:rsidRPr="00DC73E0" w:rsidRDefault="00B76D21" w:rsidP="00B76D21">
      <w:pPr>
        <w:spacing w:after="0" w:line="240" w:lineRule="auto"/>
        <w:jc w:val="center"/>
        <w:rPr>
          <w:sz w:val="28"/>
          <w:szCs w:val="28"/>
        </w:rPr>
      </w:pPr>
      <w:r w:rsidRPr="00DC73E0">
        <w:rPr>
          <w:b/>
        </w:rPr>
        <w:t>TOÁN 4 – TIẾT 134</w:t>
      </w:r>
    </w:p>
    <w:p w:rsidR="00B76D21" w:rsidRPr="00DC73E0" w:rsidRDefault="00D809E6" w:rsidP="00B76D21">
      <w:pPr>
        <w:spacing w:after="0" w:line="240" w:lineRule="auto"/>
        <w:jc w:val="center"/>
        <w:rPr>
          <w:sz w:val="28"/>
          <w:szCs w:val="28"/>
        </w:rPr>
      </w:pPr>
      <w:r w:rsidRPr="00DC73E0">
        <w:rPr>
          <w:b/>
        </w:rPr>
        <w:t>BÀI 58: SO SÁNH PHÂN SỐ (TIẾT 1)</w:t>
      </w:r>
    </w:p>
    <w:p w:rsidR="00B76D21" w:rsidRPr="00DC73E0" w:rsidRDefault="00B76D21" w:rsidP="00B76D21">
      <w:pPr>
        <w:spacing w:after="0" w:line="240" w:lineRule="auto"/>
        <w:rPr>
          <w:sz w:val="28"/>
          <w:szCs w:val="28"/>
        </w:rPr>
      </w:pPr>
      <w:r w:rsidRPr="00DC73E0">
        <w:rPr>
          <w:b/>
          <w:szCs w:val="28"/>
        </w:rPr>
        <w:t>I. YÊU CẦU CẦN ĐẠT</w:t>
      </w:r>
    </w:p>
    <w:p w:rsidR="00B76D21" w:rsidRPr="00DC73E0" w:rsidRDefault="00B76D21" w:rsidP="00B76D21">
      <w:pPr>
        <w:spacing w:after="0" w:line="240" w:lineRule="auto"/>
        <w:rPr>
          <w:sz w:val="28"/>
          <w:szCs w:val="28"/>
        </w:rPr>
      </w:pPr>
      <w:r w:rsidRPr="00DC73E0">
        <w:rPr>
          <w:b/>
          <w:szCs w:val="28"/>
        </w:rPr>
        <w:t>1. Năng lực đặc thù</w:t>
      </w:r>
    </w:p>
    <w:p w:rsidR="00B76D21" w:rsidRPr="00DC73E0" w:rsidRDefault="00B76D21" w:rsidP="00B76D21">
      <w:pPr>
        <w:spacing w:after="0" w:line="240" w:lineRule="auto"/>
        <w:rPr>
          <w:sz w:val="28"/>
          <w:szCs w:val="28"/>
        </w:rPr>
      </w:pPr>
      <w:r w:rsidRPr="00DC73E0">
        <w:rPr>
          <w:szCs w:val="28"/>
        </w:rPr>
        <w:t>- Nhận biết và nắm được cách so sánh hai phân số có cùng mẫu số.</w:t>
      </w:r>
    </w:p>
    <w:p w:rsidR="00B76D21" w:rsidRPr="00DC73E0" w:rsidRDefault="00B76D21" w:rsidP="00B76D21">
      <w:pPr>
        <w:spacing w:after="0" w:line="240" w:lineRule="auto"/>
        <w:rPr>
          <w:sz w:val="28"/>
          <w:szCs w:val="28"/>
        </w:rPr>
      </w:pPr>
      <w:r w:rsidRPr="00DC73E0">
        <w:rPr>
          <w:szCs w:val="28"/>
        </w:rPr>
        <w:t>- Nhận biết và nắm được cách so sánh phân số với 1.</w:t>
      </w:r>
    </w:p>
    <w:p w:rsidR="00B76D21" w:rsidRPr="00DC73E0" w:rsidRDefault="00B76D21" w:rsidP="00B76D21">
      <w:pPr>
        <w:spacing w:after="0" w:line="240" w:lineRule="auto"/>
        <w:rPr>
          <w:sz w:val="28"/>
          <w:szCs w:val="28"/>
        </w:rPr>
      </w:pPr>
      <w:r w:rsidRPr="00DC73E0">
        <w:rPr>
          <w:szCs w:val="28"/>
        </w:rPr>
        <w:t>- Vận dụng cách so sánh để làm các bài tập liên quan đến so sánh phân số.</w:t>
      </w:r>
    </w:p>
    <w:p w:rsidR="00B76D21" w:rsidRPr="00DC73E0" w:rsidRDefault="00B76D21" w:rsidP="00B76D21">
      <w:pPr>
        <w:spacing w:after="0" w:line="240" w:lineRule="auto"/>
        <w:rPr>
          <w:sz w:val="28"/>
          <w:szCs w:val="28"/>
        </w:rPr>
      </w:pPr>
      <w:r w:rsidRPr="00DC73E0">
        <w:rPr>
          <w:b/>
          <w:szCs w:val="28"/>
        </w:rPr>
        <w:t>2. Năng lực chung</w:t>
      </w:r>
    </w:p>
    <w:p w:rsidR="00B76D21" w:rsidRPr="00DC73E0" w:rsidRDefault="00B76D21" w:rsidP="00B76D21">
      <w:pPr>
        <w:spacing w:after="0" w:line="240" w:lineRule="auto"/>
        <w:rPr>
          <w:sz w:val="28"/>
          <w:szCs w:val="28"/>
        </w:rPr>
      </w:pPr>
      <w:r w:rsidRPr="00DC73E0">
        <w:t>- Tự chủ và tự học: Chủ động quan sát mô hình, tự so sánh hai phân số cùng mẫu số và phân số với 1; tự kiểm tra kết quả bằng quy tắc đã học.</w:t>
      </w:r>
    </w:p>
    <w:p w:rsidR="00B76D21" w:rsidRPr="00DC73E0" w:rsidRDefault="00B76D21" w:rsidP="00B76D21">
      <w:pPr>
        <w:spacing w:after="0" w:line="240" w:lineRule="auto"/>
        <w:rPr>
          <w:sz w:val="28"/>
          <w:szCs w:val="28"/>
        </w:rPr>
      </w:pPr>
      <w:r w:rsidRPr="00DC73E0">
        <w:t>- Giao tiếp và hợp tác: Trình bày căn cứ so sánh, lắng nghe và phản hồi ý kiến của bạn; hợp tác khi sử dụng mô hình phân số.</w:t>
      </w:r>
    </w:p>
    <w:p w:rsidR="00B76D21" w:rsidRPr="00DC73E0" w:rsidRDefault="00B76D21" w:rsidP="00B76D21">
      <w:pPr>
        <w:spacing w:after="0" w:line="240" w:lineRule="auto"/>
        <w:rPr>
          <w:sz w:val="28"/>
          <w:szCs w:val="28"/>
        </w:rPr>
      </w:pPr>
      <w:r w:rsidRPr="00DC73E0">
        <w:t>- Giải quyết vấn đề và sáng tạo: Lựa chọn cách so sánh phù hợp dựa vào mẫu số, tử số hoặc mối quan hệ với 1; vận dụng để sắp xếp phân số.</w:t>
      </w:r>
    </w:p>
    <w:p w:rsidR="00B76D21" w:rsidRPr="00DC73E0" w:rsidRDefault="00B76D21" w:rsidP="00B76D21">
      <w:pPr>
        <w:spacing w:after="0" w:line="240" w:lineRule="auto"/>
        <w:rPr>
          <w:sz w:val="28"/>
          <w:szCs w:val="28"/>
        </w:rPr>
      </w:pPr>
      <w:r w:rsidRPr="00DC73E0">
        <w:rPr>
          <w:b/>
          <w:szCs w:val="28"/>
        </w:rPr>
        <w:t>3. Phẩm chất</w:t>
      </w:r>
    </w:p>
    <w:p w:rsidR="00B76D21" w:rsidRPr="00DC73E0" w:rsidRDefault="00B76D21" w:rsidP="00B76D21">
      <w:pPr>
        <w:spacing w:after="0" w:line="240" w:lineRule="auto"/>
        <w:rPr>
          <w:sz w:val="28"/>
          <w:szCs w:val="28"/>
        </w:rPr>
      </w:pPr>
      <w:r w:rsidRPr="00DC73E0">
        <w:t>- Chăm chỉ: Tích cực quan sát, luyện tập so sánh và trình bày dấu so sánh chính xác.</w:t>
      </w:r>
    </w:p>
    <w:p w:rsidR="00B76D21" w:rsidRPr="00DC73E0" w:rsidRDefault="00B76D21" w:rsidP="00B76D21">
      <w:pPr>
        <w:spacing w:after="0" w:line="240" w:lineRule="auto"/>
        <w:rPr>
          <w:sz w:val="28"/>
          <w:szCs w:val="28"/>
        </w:rPr>
      </w:pPr>
      <w:r w:rsidRPr="00DC73E0">
        <w:t>- Trách nhiệm: Hoàn thành nhiệm vụ, kiểm tra căn cứ so sánh và sử dụng công cụ số đúng hướng dẫn.</w:t>
      </w:r>
    </w:p>
    <w:p w:rsidR="00581890" w:rsidRPr="00DC73E0" w:rsidRDefault="007F75C5">
      <w:pPr>
        <w:keepNext/>
        <w:spacing w:after="0" w:line="240" w:lineRule="auto"/>
      </w:pPr>
      <w:r w:rsidRPr="00DC73E0">
        <w:rPr>
          <w:b/>
        </w:rPr>
        <w:t>4. Tích hợp:</w:t>
      </w:r>
    </w:p>
    <w:p w:rsidR="00581890" w:rsidRPr="00DC73E0" w:rsidRDefault="007F75C5">
      <w:pPr>
        <w:keepNext/>
        <w:spacing w:after="0" w:line="240" w:lineRule="auto"/>
      </w:pPr>
      <w:r w:rsidRPr="00DC73E0">
        <w:t xml:space="preserve">- </w:t>
      </w:r>
      <w:r w:rsidRPr="00DC73E0">
        <w:rPr>
          <w:b/>
        </w:rPr>
        <w:t>Tích hợp NLS 3.1.CB1a:</w:t>
      </w:r>
      <w:r w:rsidRPr="00DC73E0">
        <w:t xml:space="preserve"> HS sử dụng mô hình thanh phân số hoặc hình chia phần trên công cụ số để biểu diễn, so sánh các phân số và kiểm chứng kết quả bằng lập luận toán học.</w:t>
      </w:r>
    </w:p>
    <w:p w:rsidR="00581890" w:rsidRPr="00DC73E0" w:rsidRDefault="007F75C5">
      <w:pPr>
        <w:spacing w:after="0" w:line="240" w:lineRule="auto"/>
      </w:pPr>
      <w:r w:rsidRPr="00DC73E0">
        <w:t xml:space="preserve">- </w:t>
      </w:r>
      <w:r w:rsidRPr="00DC73E0">
        <w:rPr>
          <w:b/>
        </w:rPr>
        <w:t>Tích hợp AI (4.C4.1):</w:t>
      </w:r>
      <w:r w:rsidRPr="00DC73E0">
        <w:t xml:space="preserve"> HS nhận biết thuật toán so sánh là nền tảng để AI xếp hạng và đưa ra gợi ý; biết kiểm tra điều kiện, dữ liệu và kết quả trước khi lựa chọn.</w:t>
      </w:r>
    </w:p>
    <w:p w:rsidR="00B76D21" w:rsidRPr="00DC73E0" w:rsidRDefault="00B76D21" w:rsidP="00B76D21">
      <w:pPr>
        <w:spacing w:after="0" w:line="240" w:lineRule="auto"/>
        <w:rPr>
          <w:sz w:val="28"/>
          <w:szCs w:val="28"/>
        </w:rPr>
      </w:pPr>
      <w:r w:rsidRPr="00DC73E0">
        <w:rPr>
          <w:b/>
          <w:szCs w:val="28"/>
        </w:rPr>
        <w:t>II. ĐỒ DÙNG DẠY HỌC</w:t>
      </w:r>
    </w:p>
    <w:p w:rsidR="00B76D21" w:rsidRPr="00DC73E0" w:rsidRDefault="00B76D21" w:rsidP="00B76D21">
      <w:pPr>
        <w:spacing w:after="0" w:line="240" w:lineRule="auto"/>
        <w:rPr>
          <w:sz w:val="28"/>
          <w:szCs w:val="28"/>
        </w:rPr>
      </w:pPr>
      <w:r w:rsidRPr="00DC73E0">
        <w:rPr>
          <w:szCs w:val="28"/>
        </w:rPr>
        <w:t>- GV: máy tính, máy chiếu, webcam, thẻ xoay đáp án.</w:t>
      </w:r>
    </w:p>
    <w:p w:rsidR="00B76D21" w:rsidRPr="00DC73E0" w:rsidRDefault="00B76D21" w:rsidP="00B76D21">
      <w:pPr>
        <w:spacing w:after="0" w:line="240" w:lineRule="auto"/>
        <w:rPr>
          <w:sz w:val="28"/>
          <w:szCs w:val="28"/>
        </w:rPr>
      </w:pPr>
      <w:r w:rsidRPr="00DC73E0">
        <w:rPr>
          <w:szCs w:val="28"/>
        </w:rPr>
        <w:t>- HS: SGK, vở ghi, bảng con.</w:t>
      </w:r>
    </w:p>
    <w:p w:rsidR="00B76D21" w:rsidRPr="00DC73E0" w:rsidRDefault="00B76D21" w:rsidP="00B76D21">
      <w:pPr>
        <w:spacing w:after="0" w:line="240" w:lineRule="auto"/>
        <w:rPr>
          <w:sz w:val="28"/>
          <w:szCs w:val="28"/>
        </w:rPr>
      </w:pPr>
      <w:r w:rsidRPr="00DC73E0">
        <w:rPr>
          <w:b/>
          <w:szCs w:val="28"/>
        </w:rPr>
        <w:lastRenderedPageBreak/>
        <w:t>III. CÁC HOẠT ĐỘNG DẠY HỌC CHỦ YẾU</w:t>
      </w:r>
    </w:p>
    <w:tbl>
      <w:tblPr>
        <w:tblStyle w:val="TableGrid"/>
        <w:tblW w:w="0" w:type="auto"/>
        <w:jc w:val="center"/>
        <w:tblBorders>
          <w:insideH w:val="none" w:sz="0" w:space="0" w:color="auto"/>
        </w:tblBorders>
        <w:tblLook w:val="04A0" w:firstRow="1" w:lastRow="0" w:firstColumn="1" w:lastColumn="0" w:noHBand="0" w:noVBand="1"/>
      </w:tblPr>
      <w:tblGrid>
        <w:gridCol w:w="4702"/>
        <w:gridCol w:w="4702"/>
      </w:tblGrid>
      <w:tr w:rsidR="00DC73E0" w:rsidRPr="00DC73E0" w:rsidTr="00DC73E0">
        <w:trPr>
          <w:jc w:val="center"/>
        </w:trPr>
        <w:tc>
          <w:tcPr>
            <w:tcW w:w="4702" w:type="dxa"/>
            <w:tcBorders>
              <w:bottom w:val="single" w:sz="4" w:space="0" w:color="auto"/>
            </w:tcBorders>
            <w:shd w:val="clear" w:color="auto" w:fill="auto"/>
          </w:tcPr>
          <w:p w:rsidR="00B76D21" w:rsidRPr="00DC73E0" w:rsidRDefault="00B76D21" w:rsidP="00B76D21">
            <w:pPr>
              <w:rPr>
                <w:sz w:val="28"/>
                <w:szCs w:val="28"/>
              </w:rPr>
            </w:pPr>
            <w:r w:rsidRPr="00DC73E0">
              <w:rPr>
                <w:b/>
                <w:szCs w:val="28"/>
              </w:rPr>
              <w:t>Hoạt động của GV</w:t>
            </w:r>
          </w:p>
        </w:tc>
        <w:tc>
          <w:tcPr>
            <w:tcW w:w="4702" w:type="dxa"/>
            <w:tcBorders>
              <w:bottom w:val="single" w:sz="4" w:space="0" w:color="auto"/>
            </w:tcBorders>
            <w:shd w:val="clear" w:color="auto" w:fill="auto"/>
          </w:tcPr>
          <w:p w:rsidR="00B76D21" w:rsidRPr="00DC73E0" w:rsidRDefault="00B76D21" w:rsidP="00B76D21">
            <w:pPr>
              <w:rPr>
                <w:sz w:val="28"/>
                <w:szCs w:val="28"/>
              </w:rPr>
            </w:pPr>
            <w:r w:rsidRPr="00DC73E0">
              <w:rPr>
                <w:b/>
                <w:szCs w:val="28"/>
              </w:rPr>
              <w:t>Hoạt động của HS</w:t>
            </w:r>
          </w:p>
        </w:tc>
      </w:tr>
      <w:tr w:rsidR="00DC73E0" w:rsidRPr="00DC73E0" w:rsidTr="00DC73E0">
        <w:trPr>
          <w:cantSplit/>
          <w:jc w:val="center"/>
        </w:trPr>
        <w:tc>
          <w:tcPr>
            <w:tcW w:w="9404" w:type="dxa"/>
            <w:gridSpan w:val="2"/>
            <w:tcBorders>
              <w:top w:val="single" w:sz="4" w:space="0" w:color="auto"/>
              <w:bottom w:val="single" w:sz="4" w:space="0" w:color="auto"/>
            </w:tcBorders>
            <w:shd w:val="clear" w:color="auto" w:fill="auto"/>
          </w:tcPr>
          <w:p w:rsidR="00B76D21" w:rsidRPr="00DC73E0" w:rsidRDefault="00B17B87" w:rsidP="00B76D21">
            <w:pPr>
              <w:rPr>
                <w:sz w:val="28"/>
                <w:szCs w:val="28"/>
              </w:rPr>
            </w:pPr>
            <w:r w:rsidRPr="00DC73E0">
              <w:rPr>
                <w:b/>
              </w:rPr>
              <w:t>1. Khởi động:</w:t>
            </w:r>
          </w:p>
          <w:p w:rsidR="00581890" w:rsidRPr="00DC73E0" w:rsidRDefault="007F75C5">
            <w:r w:rsidRPr="00DC73E0">
              <w:rPr>
                <w:b/>
              </w:rPr>
              <w:t xml:space="preserve">- Mục tiêu: </w:t>
            </w:r>
            <w:r w:rsidRPr="00DC73E0">
              <w:t>Gợi vấn đề về so sánh phân số; dẫn vào cách so sánh hai phân số cùng mẫu số.</w:t>
            </w:r>
          </w:p>
          <w:p w:rsidR="00581890" w:rsidRPr="00DC73E0" w:rsidRDefault="007F75C5">
            <w:r w:rsidRPr="00DC73E0">
              <w:rPr>
                <w:b/>
                <w:i/>
              </w:rPr>
              <w:t>*Cách tiến hành:</w:t>
            </w:r>
          </w:p>
        </w:tc>
      </w:tr>
      <w:tr w:rsidR="00DC73E0" w:rsidRPr="00DC73E0" w:rsidTr="00DC73E0">
        <w:trPr>
          <w:jc w:val="center"/>
        </w:trPr>
        <w:tc>
          <w:tcPr>
            <w:tcW w:w="4702" w:type="dxa"/>
            <w:tcBorders>
              <w:top w:val="single" w:sz="4" w:space="0" w:color="auto"/>
            </w:tcBorders>
            <w:shd w:val="clear" w:color="auto" w:fill="auto"/>
          </w:tcPr>
          <w:p w:rsidR="00B76D21" w:rsidRPr="00DC73E0" w:rsidRDefault="00B76D21" w:rsidP="00B76D21">
            <w:pPr>
              <w:rPr>
                <w:sz w:val="28"/>
                <w:szCs w:val="28"/>
              </w:rPr>
            </w:pPr>
            <w:r w:rsidRPr="00DC73E0">
              <w:rPr>
                <w:szCs w:val="28"/>
              </w:rPr>
              <w:t xml:space="preserve">- GV nêu yêu cầu (bảng con): Viết phân số chỉ phần được tô màu trong mỗi hình (tương ứng </w:t>
            </w:r>
            <m:oMath>
              <m:f>
                <m:fPr>
                  <m:ctrlPr>
                    <w:rPr>
                      <w:rFonts w:ascii="Cambria Math" w:hAnsi="Cambria Math"/>
                      <w:sz w:val="28"/>
                      <w:szCs w:val="28"/>
                    </w:rPr>
                  </m:ctrlPr>
                </m:fPr>
                <m:num>
                  <m:r>
                    <w:rPr>
                      <w:rFonts w:ascii="Cambria Math" w:hAnsi="Cambria Math"/>
                      <w:sz w:val="28"/>
                      <w:szCs w:val="28"/>
                    </w:rPr>
                    <m:t>4</m:t>
                  </m:r>
                </m:num>
                <m:den>
                  <m:r>
                    <w:rPr>
                      <w:rFonts w:ascii="Cambria Math" w:hAnsi="Cambria Math"/>
                      <w:sz w:val="28"/>
                      <w:szCs w:val="28"/>
                    </w:rPr>
                    <m:t>7</m:t>
                  </m:r>
                </m:den>
              </m:f>
            </m:oMath>
            <w:r w:rsidRPr="00DC73E0">
              <w:rPr>
                <w:szCs w:val="28"/>
              </w:rPr>
              <w:t xml:space="preserve"> </w:t>
            </w:r>
            <w:proofErr w:type="gramStart"/>
            <w:r w:rsidRPr="00DC73E0">
              <w:rPr>
                <w:szCs w:val="28"/>
              </w:rPr>
              <w:t xml:space="preserve">và </w:t>
            </w:r>
            <w:proofErr w:type="gramEnd"/>
            <m:oMath>
              <m:f>
                <m:fPr>
                  <m:ctrlPr>
                    <w:rPr>
                      <w:rFonts w:ascii="Cambria Math" w:hAnsi="Cambria Math"/>
                      <w:sz w:val="28"/>
                      <w:szCs w:val="28"/>
                    </w:rPr>
                  </m:ctrlPr>
                </m:fPr>
                <m:num>
                  <m:r>
                    <w:rPr>
                      <w:rFonts w:ascii="Cambria Math" w:hAnsi="Cambria Math"/>
                      <w:sz w:val="28"/>
                      <w:szCs w:val="28"/>
                    </w:rPr>
                    <m:t>3</m:t>
                  </m:r>
                </m:num>
                <m:den>
                  <m:r>
                    <w:rPr>
                      <w:rFonts w:ascii="Cambria Math" w:hAnsi="Cambria Math"/>
                      <w:sz w:val="28"/>
                      <w:szCs w:val="28"/>
                    </w:rPr>
                    <m:t>7</m:t>
                  </m:r>
                </m:den>
              </m:f>
            </m:oMath>
            <w:r w:rsidRPr="00DC73E0">
              <w:rPr>
                <w:szCs w:val="28"/>
              </w:rPr>
              <w:t>).</w:t>
            </w:r>
          </w:p>
        </w:tc>
        <w:tc>
          <w:tcPr>
            <w:tcW w:w="4702" w:type="dxa"/>
            <w:tcBorders>
              <w:top w:val="single" w:sz="4" w:space="0" w:color="auto"/>
            </w:tcBorders>
            <w:shd w:val="clear" w:color="auto" w:fill="auto"/>
          </w:tcPr>
          <w:p w:rsidR="00B76D21" w:rsidRPr="00DC73E0" w:rsidRDefault="00B76D21" w:rsidP="00B76D21">
            <w:pPr>
              <w:rPr>
                <w:sz w:val="28"/>
                <w:szCs w:val="28"/>
                <w:lang w:val="fr-FR"/>
              </w:rPr>
            </w:pPr>
            <w:r w:rsidRPr="00DC73E0">
              <w:rPr>
                <w:szCs w:val="28"/>
                <w:lang w:val="fr-FR"/>
              </w:rPr>
              <w:t xml:space="preserve">- HS viết bảng con: hình 1 là </w:t>
            </w:r>
            <m:oMath>
              <m:f>
                <m:fPr>
                  <m:ctrlPr>
                    <w:rPr>
                      <w:rFonts w:ascii="Cambria Math" w:hAnsi="Cambria Math"/>
                      <w:sz w:val="28"/>
                      <w:szCs w:val="28"/>
                    </w:rPr>
                  </m:ctrlPr>
                </m:fPr>
                <m:num>
                  <m:r>
                    <w:rPr>
                      <w:rFonts w:ascii="Cambria Math" w:hAnsi="Cambria Math"/>
                      <w:sz w:val="28"/>
                      <w:szCs w:val="28"/>
                      <w:lang w:val="fr-FR"/>
                    </w:rPr>
                    <m:t>4</m:t>
                  </m:r>
                </m:num>
                <m:den>
                  <m:r>
                    <w:rPr>
                      <w:rFonts w:ascii="Cambria Math" w:hAnsi="Cambria Math"/>
                      <w:sz w:val="28"/>
                      <w:szCs w:val="28"/>
                      <w:lang w:val="fr-FR"/>
                    </w:rPr>
                    <m:t>7</m:t>
                  </m:r>
                </m:den>
              </m:f>
            </m:oMath>
            <w:r w:rsidRPr="00DC73E0">
              <w:rPr>
                <w:szCs w:val="28"/>
                <w:lang w:val="fr-FR"/>
              </w:rPr>
              <w:t xml:space="preserve">; hình 2 là </w:t>
            </w:r>
            <m:oMath>
              <m:f>
                <m:fPr>
                  <m:ctrlPr>
                    <w:rPr>
                      <w:rFonts w:ascii="Cambria Math" w:hAnsi="Cambria Math"/>
                      <w:sz w:val="28"/>
                      <w:szCs w:val="28"/>
                    </w:rPr>
                  </m:ctrlPr>
                </m:fPr>
                <m:num>
                  <m:r>
                    <w:rPr>
                      <w:rFonts w:ascii="Cambria Math" w:hAnsi="Cambria Math"/>
                      <w:sz w:val="28"/>
                      <w:szCs w:val="28"/>
                      <w:lang w:val="fr-FR"/>
                    </w:rPr>
                    <m:t>3</m:t>
                  </m:r>
                </m:num>
                <m:den>
                  <m:r>
                    <w:rPr>
                      <w:rFonts w:ascii="Cambria Math" w:hAnsi="Cambria Math"/>
                      <w:sz w:val="28"/>
                      <w:szCs w:val="28"/>
                      <w:lang w:val="fr-FR"/>
                    </w:rPr>
                    <m:t>7</m:t>
                  </m:r>
                </m:den>
              </m:f>
            </m:oMath>
            <w:r w:rsidRPr="00DC73E0">
              <w:rPr>
                <w:szCs w:val="28"/>
                <w:lang w:val="fr-FR"/>
              </w:rPr>
              <w:t>.</w:t>
            </w:r>
          </w:p>
        </w:tc>
      </w:tr>
      <w:tr w:rsidR="00DC73E0" w:rsidRPr="00DC73E0" w:rsidTr="00DC73E0">
        <w:trPr>
          <w:jc w:val="center"/>
        </w:trPr>
        <w:tc>
          <w:tcPr>
            <w:tcW w:w="4702" w:type="dxa"/>
            <w:shd w:val="clear" w:color="auto" w:fill="auto"/>
          </w:tcPr>
          <w:p w:rsidR="00B76D21" w:rsidRPr="00DC73E0" w:rsidRDefault="00B76D21" w:rsidP="00B76D21">
            <w:pPr>
              <w:rPr>
                <w:sz w:val="28"/>
                <w:szCs w:val="28"/>
              </w:rPr>
            </w:pPr>
            <w:r w:rsidRPr="00DC73E0">
              <w:rPr>
                <w:szCs w:val="28"/>
                <w:lang w:val="fr-FR"/>
              </w:rPr>
              <w:t xml:space="preserve">- Hỏi: Em có thể so sánh hai phân số trên được không? </w:t>
            </w:r>
            <w:r w:rsidRPr="00DC73E0">
              <w:rPr>
                <w:szCs w:val="28"/>
              </w:rPr>
              <w:t>Vì sao?</w:t>
            </w:r>
          </w:p>
        </w:tc>
        <w:tc>
          <w:tcPr>
            <w:tcW w:w="4702" w:type="dxa"/>
            <w:shd w:val="clear" w:color="auto" w:fill="auto"/>
          </w:tcPr>
          <w:p w:rsidR="00B76D21" w:rsidRPr="00DC73E0" w:rsidRDefault="00B76D21" w:rsidP="00B76D21">
            <w:pPr>
              <w:rPr>
                <w:sz w:val="28"/>
                <w:szCs w:val="28"/>
              </w:rPr>
            </w:pPr>
            <w:r w:rsidRPr="00DC73E0">
              <w:rPr>
                <w:szCs w:val="28"/>
              </w:rPr>
              <w:t xml:space="preserve">- HS trả lời: Có, vì hai phân số có cùng mẫu số 7 nên so sánh tử số 4 và 3; 4 &gt; 3 nên </w:t>
            </w:r>
            <m:oMath>
              <m:f>
                <m:fPr>
                  <m:ctrlPr>
                    <w:rPr>
                      <w:rFonts w:ascii="Cambria Math" w:hAnsi="Cambria Math"/>
                      <w:sz w:val="28"/>
                      <w:szCs w:val="28"/>
                    </w:rPr>
                  </m:ctrlPr>
                </m:fPr>
                <m:num>
                  <m:r>
                    <w:rPr>
                      <w:rFonts w:ascii="Cambria Math" w:hAnsi="Cambria Math"/>
                      <w:sz w:val="28"/>
                      <w:szCs w:val="28"/>
                    </w:rPr>
                    <m:t>4</m:t>
                  </m:r>
                </m:num>
                <m:den>
                  <m:r>
                    <w:rPr>
                      <w:rFonts w:ascii="Cambria Math" w:hAnsi="Cambria Math"/>
                      <w:sz w:val="28"/>
                      <w:szCs w:val="28"/>
                    </w:rPr>
                    <m:t>7</m:t>
                  </m:r>
                </m:den>
              </m:f>
            </m:oMath>
            <w:r w:rsidRPr="00DC73E0">
              <w:rPr>
                <w:szCs w:val="28"/>
              </w:rPr>
              <w:t xml:space="preserve"> &gt; </w:t>
            </w:r>
            <m:oMath>
              <m:f>
                <m:fPr>
                  <m:ctrlPr>
                    <w:rPr>
                      <w:rFonts w:ascii="Cambria Math" w:hAnsi="Cambria Math"/>
                      <w:sz w:val="28"/>
                      <w:szCs w:val="28"/>
                    </w:rPr>
                  </m:ctrlPr>
                </m:fPr>
                <m:num>
                  <m:r>
                    <w:rPr>
                      <w:rFonts w:ascii="Cambria Math" w:hAnsi="Cambria Math"/>
                      <w:sz w:val="28"/>
                      <w:szCs w:val="28"/>
                    </w:rPr>
                    <m:t>3</m:t>
                  </m:r>
                </m:num>
                <m:den>
                  <m:r>
                    <w:rPr>
                      <w:rFonts w:ascii="Cambria Math" w:hAnsi="Cambria Math"/>
                      <w:sz w:val="28"/>
                      <w:szCs w:val="28"/>
                    </w:rPr>
                    <m:t>7</m:t>
                  </m:r>
                </m:den>
              </m:f>
            </m:oMath>
            <w:r w:rsidRPr="00DC73E0">
              <w:rPr>
                <w:szCs w:val="28"/>
              </w:rPr>
              <w:t>.</w:t>
            </w:r>
          </w:p>
        </w:tc>
      </w:tr>
      <w:tr w:rsidR="00DC73E0" w:rsidRPr="00DC73E0" w:rsidTr="00DC73E0">
        <w:trPr>
          <w:jc w:val="center"/>
        </w:trPr>
        <w:tc>
          <w:tcPr>
            <w:tcW w:w="4702" w:type="dxa"/>
            <w:tcBorders>
              <w:bottom w:val="single" w:sz="4" w:space="0" w:color="auto"/>
            </w:tcBorders>
            <w:shd w:val="clear" w:color="auto" w:fill="auto"/>
          </w:tcPr>
          <w:p w:rsidR="00B76D21" w:rsidRPr="00DC73E0" w:rsidRDefault="00B76D21" w:rsidP="00B76D21">
            <w:pPr>
              <w:rPr>
                <w:sz w:val="28"/>
                <w:szCs w:val="28"/>
              </w:rPr>
            </w:pPr>
            <w:r w:rsidRPr="00DC73E0">
              <w:rPr>
                <w:szCs w:val="28"/>
              </w:rPr>
              <w:t>- GV giới thiệu – ghi bài: So sánh hai phân số có cùng mẫu số.</w:t>
            </w:r>
          </w:p>
        </w:tc>
        <w:tc>
          <w:tcPr>
            <w:tcW w:w="4702" w:type="dxa"/>
            <w:tcBorders>
              <w:bottom w:val="single" w:sz="4" w:space="0" w:color="auto"/>
            </w:tcBorders>
            <w:shd w:val="clear" w:color="auto" w:fill="auto"/>
          </w:tcPr>
          <w:p w:rsidR="00B76D21" w:rsidRPr="00DC73E0" w:rsidRDefault="00B76D21" w:rsidP="00B76D21">
            <w:pPr>
              <w:rPr>
                <w:sz w:val="28"/>
                <w:szCs w:val="28"/>
              </w:rPr>
            </w:pPr>
            <w:r w:rsidRPr="00DC73E0">
              <w:rPr>
                <w:szCs w:val="28"/>
              </w:rPr>
              <w:t>- HS ghi vở tên bài.</w:t>
            </w:r>
          </w:p>
        </w:tc>
      </w:tr>
      <w:tr w:rsidR="00DC73E0" w:rsidRPr="00DC73E0" w:rsidTr="00DC73E0">
        <w:trPr>
          <w:cantSplit/>
          <w:jc w:val="center"/>
        </w:trPr>
        <w:tc>
          <w:tcPr>
            <w:tcW w:w="9404" w:type="dxa"/>
            <w:gridSpan w:val="2"/>
            <w:tcBorders>
              <w:top w:val="single" w:sz="4" w:space="0" w:color="auto"/>
              <w:bottom w:val="single" w:sz="4" w:space="0" w:color="auto"/>
            </w:tcBorders>
            <w:shd w:val="clear" w:color="auto" w:fill="auto"/>
          </w:tcPr>
          <w:p w:rsidR="00B76D21" w:rsidRPr="00DC73E0" w:rsidRDefault="00B17B87" w:rsidP="00B76D21">
            <w:pPr>
              <w:rPr>
                <w:sz w:val="28"/>
                <w:szCs w:val="28"/>
              </w:rPr>
            </w:pPr>
            <w:r w:rsidRPr="00DC73E0">
              <w:rPr>
                <w:b/>
              </w:rPr>
              <w:t>2. Hình thành kiến thức:</w:t>
            </w:r>
          </w:p>
          <w:p w:rsidR="00581890" w:rsidRPr="00DC73E0" w:rsidRDefault="007F75C5">
            <w:r w:rsidRPr="00DC73E0">
              <w:rPr>
                <w:b/>
              </w:rPr>
              <w:t xml:space="preserve">- Mục tiêu: </w:t>
            </w:r>
            <w:r w:rsidRPr="00DC73E0">
              <w:t>Rút ra quy tắc so sánh hai phân số cùng mẫu số và so sánh phân số với 1.</w:t>
            </w:r>
          </w:p>
          <w:p w:rsidR="00581890" w:rsidRPr="00DC73E0" w:rsidRDefault="007F75C5">
            <w:r w:rsidRPr="00DC73E0">
              <w:rPr>
                <w:b/>
              </w:rPr>
              <w:t xml:space="preserve">- Mục tiêu tích hợp: </w:t>
            </w:r>
            <w:r w:rsidRPr="00DC73E0">
              <w:t>HS biết sử dụng mô hình thanh phân số hoặc hình chia phần trên công cụ số để biểu diễn, so sánh và kiểm chứng kết quả.</w:t>
            </w:r>
          </w:p>
          <w:p w:rsidR="00581890" w:rsidRPr="00DC73E0" w:rsidRDefault="007F75C5">
            <w:r w:rsidRPr="00DC73E0">
              <w:rPr>
                <w:b/>
                <w:i/>
              </w:rPr>
              <w:t>*Cách tiến hành:</w:t>
            </w:r>
          </w:p>
        </w:tc>
      </w:tr>
      <w:tr w:rsidR="00DC73E0" w:rsidRPr="00DC73E0" w:rsidTr="00DC73E0">
        <w:trPr>
          <w:jc w:val="center"/>
        </w:trPr>
        <w:tc>
          <w:tcPr>
            <w:tcW w:w="4702" w:type="dxa"/>
            <w:tcBorders>
              <w:top w:val="single" w:sz="4" w:space="0" w:color="auto"/>
            </w:tcBorders>
            <w:shd w:val="clear" w:color="auto" w:fill="auto"/>
          </w:tcPr>
          <w:p w:rsidR="00B76D21" w:rsidRPr="00DC73E0" w:rsidRDefault="00B76D21" w:rsidP="00B76D21">
            <w:pPr>
              <w:rPr>
                <w:sz w:val="28"/>
                <w:szCs w:val="28"/>
              </w:rPr>
            </w:pPr>
            <w:r w:rsidRPr="00DC73E0">
              <w:rPr>
                <w:szCs w:val="28"/>
              </w:rPr>
              <w:t xml:space="preserve">- GV chiếu hình ảnh (hai bạn tô màu): so sánh </w:t>
            </w:r>
            <m:oMath>
              <m:f>
                <m:fPr>
                  <m:ctrlPr>
                    <w:rPr>
                      <w:rFonts w:ascii="Cambria Math" w:hAnsi="Cambria Math"/>
                      <w:sz w:val="28"/>
                      <w:szCs w:val="28"/>
                    </w:rPr>
                  </m:ctrlPr>
                </m:fPr>
                <m:num>
                  <m:r>
                    <w:rPr>
                      <w:rFonts w:ascii="Cambria Math" w:hAnsi="Cambria Math"/>
                      <w:sz w:val="28"/>
                      <w:szCs w:val="28"/>
                    </w:rPr>
                    <m:t>5</m:t>
                  </m:r>
                </m:num>
                <m:den>
                  <m:r>
                    <w:rPr>
                      <w:rFonts w:ascii="Cambria Math" w:hAnsi="Cambria Math"/>
                      <w:sz w:val="28"/>
                      <w:szCs w:val="28"/>
                    </w:rPr>
                    <m:t>8</m:t>
                  </m:r>
                </m:den>
              </m:f>
            </m:oMath>
            <w:r w:rsidRPr="00DC73E0">
              <w:rPr>
                <w:szCs w:val="28"/>
              </w:rPr>
              <w:t xml:space="preserve"> </w:t>
            </w:r>
            <w:proofErr w:type="gramStart"/>
            <w:r w:rsidRPr="00DC73E0">
              <w:rPr>
                <w:szCs w:val="28"/>
              </w:rPr>
              <w:t xml:space="preserve">và </w:t>
            </w:r>
            <w:proofErr w:type="gramEnd"/>
            <m:oMath>
              <m:f>
                <m:fPr>
                  <m:ctrlPr>
                    <w:rPr>
                      <w:rFonts w:ascii="Cambria Math" w:hAnsi="Cambria Math"/>
                      <w:sz w:val="28"/>
                      <w:szCs w:val="28"/>
                    </w:rPr>
                  </m:ctrlPr>
                </m:fPr>
                <m:num>
                  <m:r>
                    <w:rPr>
                      <w:rFonts w:ascii="Cambria Math" w:hAnsi="Cambria Math"/>
                      <w:sz w:val="28"/>
                      <w:szCs w:val="28"/>
                    </w:rPr>
                    <m:t>3</m:t>
                  </m:r>
                </m:num>
                <m:den>
                  <m:r>
                    <w:rPr>
                      <w:rFonts w:ascii="Cambria Math" w:hAnsi="Cambria Math"/>
                      <w:sz w:val="28"/>
                      <w:szCs w:val="28"/>
                    </w:rPr>
                    <m:t>8</m:t>
                  </m:r>
                </m:den>
              </m:f>
            </m:oMath>
            <w:r w:rsidRPr="00DC73E0">
              <w:rPr>
                <w:szCs w:val="28"/>
              </w:rPr>
              <w:t>. Giao nhiệm vụ: thảo luận nhóm 4 trong 2 phút.</w:t>
            </w:r>
          </w:p>
          <w:p w:rsidR="00AC7682" w:rsidRPr="00DC73E0" w:rsidRDefault="007F75C5" w:rsidP="00B76D21">
            <w:r w:rsidRPr="00DC73E0">
              <w:t>- GV tích hợp NLS 3.1.CB1a: GV trình chiếu hoặc cho HS thao tác trên mô hình thanh phân số/hình tròn chia phần do GV chuẩn bị, chọn cùng mẫu số 8 và biểu diễn lần lượt 5/8, 3/8. GV hướng dẫn HS quan sát độ dài hoặc diện tích phần được tô, chụp hoặc ghi lại kết quả so sánh, sau đó đối chiếu với lập luận toán học: hai phân số cùng mẫu số thì so sánh tử số. GV nhấn mạnh mô hình số chỉ hỗ trợ kiểm chứng, HS vẫn phải nêu được căn cứ so sánh và không phụ thuộc máy móc vào hình ảnh.</w:t>
            </w:r>
          </w:p>
        </w:tc>
        <w:tc>
          <w:tcPr>
            <w:tcW w:w="4702" w:type="dxa"/>
            <w:tcBorders>
              <w:top w:val="single" w:sz="4" w:space="0" w:color="auto"/>
            </w:tcBorders>
            <w:shd w:val="clear" w:color="auto" w:fill="auto"/>
          </w:tcPr>
          <w:p w:rsidR="00B76D21" w:rsidRPr="00DC73E0" w:rsidRDefault="00B76D21" w:rsidP="00B76D21">
            <w:pPr>
              <w:rPr>
                <w:sz w:val="28"/>
                <w:szCs w:val="28"/>
              </w:rPr>
            </w:pPr>
            <w:r w:rsidRPr="00DC73E0">
              <w:rPr>
                <w:szCs w:val="28"/>
              </w:rPr>
              <w:t xml:space="preserve">- HS thảo luận nhóm 4; kết luận: </w:t>
            </w:r>
            <m:oMath>
              <m:f>
                <m:fPr>
                  <m:ctrlPr>
                    <w:rPr>
                      <w:rFonts w:ascii="Cambria Math" w:hAnsi="Cambria Math"/>
                      <w:sz w:val="28"/>
                      <w:szCs w:val="28"/>
                    </w:rPr>
                  </m:ctrlPr>
                </m:fPr>
                <m:num>
                  <m:r>
                    <w:rPr>
                      <w:rFonts w:ascii="Cambria Math" w:hAnsi="Cambria Math"/>
                      <w:sz w:val="28"/>
                      <w:szCs w:val="28"/>
                    </w:rPr>
                    <m:t>5</m:t>
                  </m:r>
                </m:num>
                <m:den>
                  <m:r>
                    <w:rPr>
                      <w:rFonts w:ascii="Cambria Math" w:hAnsi="Cambria Math"/>
                      <w:sz w:val="28"/>
                      <w:szCs w:val="28"/>
                    </w:rPr>
                    <m:t>8</m:t>
                  </m:r>
                </m:den>
              </m:f>
            </m:oMath>
            <w:r w:rsidRPr="00DC73E0">
              <w:rPr>
                <w:szCs w:val="28"/>
              </w:rPr>
              <w:t xml:space="preserve"> &gt; </w:t>
            </w:r>
            <m:oMath>
              <m:f>
                <m:fPr>
                  <m:ctrlPr>
                    <w:rPr>
                      <w:rFonts w:ascii="Cambria Math" w:hAnsi="Cambria Math"/>
                      <w:sz w:val="28"/>
                      <w:szCs w:val="28"/>
                    </w:rPr>
                  </m:ctrlPr>
                </m:fPr>
                <m:num>
                  <m:r>
                    <w:rPr>
                      <w:rFonts w:ascii="Cambria Math" w:hAnsi="Cambria Math"/>
                      <w:sz w:val="28"/>
                      <w:szCs w:val="28"/>
                    </w:rPr>
                    <m:t>3</m:t>
                  </m:r>
                </m:num>
                <m:den>
                  <m:r>
                    <w:rPr>
                      <w:rFonts w:ascii="Cambria Math" w:hAnsi="Cambria Math"/>
                      <w:sz w:val="28"/>
                      <w:szCs w:val="28"/>
                    </w:rPr>
                    <m:t>8</m:t>
                  </m:r>
                </m:den>
              </m:f>
            </m:oMath>
            <w:r w:rsidRPr="00DC73E0">
              <w:rPr>
                <w:szCs w:val="28"/>
              </w:rPr>
              <w:t xml:space="preserve"> vì cùng mẫu số 8, 5 &gt; 3.</w:t>
            </w:r>
          </w:p>
          <w:p w:rsidR="00581890" w:rsidRPr="00DC73E0" w:rsidRDefault="007F75C5">
            <w:r w:rsidRPr="00DC73E0">
              <w:t>- HS thao tác hoặc quan sát mô hình số, biểu diễn 5/8 và 3/8, nhận xét phần được tô, ghi kết quả và dùng quy tắc so sánh tử số để kiểm chứng.</w:t>
            </w:r>
          </w:p>
        </w:tc>
      </w:tr>
      <w:tr w:rsidR="00DC73E0" w:rsidRPr="00DC73E0" w:rsidTr="00DC73E0">
        <w:trPr>
          <w:jc w:val="center"/>
        </w:trPr>
        <w:tc>
          <w:tcPr>
            <w:tcW w:w="4702" w:type="dxa"/>
            <w:shd w:val="clear" w:color="auto" w:fill="auto"/>
          </w:tcPr>
          <w:p w:rsidR="00B76D21" w:rsidRPr="00DC73E0" w:rsidRDefault="00B76D21" w:rsidP="00B76D21">
            <w:pPr>
              <w:rPr>
                <w:sz w:val="28"/>
                <w:szCs w:val="28"/>
              </w:rPr>
            </w:pPr>
            <w:r w:rsidRPr="00DC73E0">
              <w:rPr>
                <w:szCs w:val="28"/>
              </w:rPr>
              <w:t>- Mời đại diện nhóm trình bày; nhóm khác nhận xét.</w:t>
            </w:r>
          </w:p>
        </w:tc>
        <w:tc>
          <w:tcPr>
            <w:tcW w:w="4702" w:type="dxa"/>
            <w:shd w:val="clear" w:color="auto" w:fill="auto"/>
          </w:tcPr>
          <w:p w:rsidR="00B76D21" w:rsidRPr="00DC73E0" w:rsidRDefault="00B76D21" w:rsidP="00B76D21">
            <w:pPr>
              <w:rPr>
                <w:sz w:val="28"/>
                <w:szCs w:val="28"/>
              </w:rPr>
            </w:pPr>
            <w:r w:rsidRPr="00DC73E0">
              <w:rPr>
                <w:szCs w:val="28"/>
              </w:rPr>
              <w:t>- Đại diện trình bày; nhóm khác nhận xét và bổ sung.</w:t>
            </w:r>
          </w:p>
        </w:tc>
      </w:tr>
      <w:tr w:rsidR="00DC73E0" w:rsidRPr="00DC73E0" w:rsidTr="00DC73E0">
        <w:trPr>
          <w:jc w:val="center"/>
        </w:trPr>
        <w:tc>
          <w:tcPr>
            <w:tcW w:w="4702" w:type="dxa"/>
            <w:shd w:val="clear" w:color="auto" w:fill="auto"/>
          </w:tcPr>
          <w:p w:rsidR="00B76D21" w:rsidRPr="00DC73E0" w:rsidRDefault="00B76D21" w:rsidP="00B76D21">
            <w:pPr>
              <w:rPr>
                <w:sz w:val="28"/>
                <w:szCs w:val="28"/>
              </w:rPr>
            </w:pPr>
            <w:r w:rsidRPr="00DC73E0">
              <w:rPr>
                <w:szCs w:val="28"/>
              </w:rPr>
              <w:t xml:space="preserve">- Hỏi: Em có nhận xét gì về tử số của hai phân số </w:t>
            </w:r>
            <m:oMath>
              <m:f>
                <m:fPr>
                  <m:ctrlPr>
                    <w:rPr>
                      <w:rFonts w:ascii="Cambria Math" w:hAnsi="Cambria Math"/>
                      <w:sz w:val="28"/>
                      <w:szCs w:val="28"/>
                    </w:rPr>
                  </m:ctrlPr>
                </m:fPr>
                <m:num>
                  <m:r>
                    <w:rPr>
                      <w:rFonts w:ascii="Cambria Math" w:hAnsi="Cambria Math"/>
                      <w:sz w:val="28"/>
                      <w:szCs w:val="28"/>
                    </w:rPr>
                    <m:t>5</m:t>
                  </m:r>
                </m:num>
                <m:den>
                  <m:r>
                    <w:rPr>
                      <w:rFonts w:ascii="Cambria Math" w:hAnsi="Cambria Math"/>
                      <w:sz w:val="28"/>
                      <w:szCs w:val="28"/>
                    </w:rPr>
                    <m:t>8</m:t>
                  </m:r>
                </m:den>
              </m:f>
            </m:oMath>
            <w:r w:rsidRPr="00DC73E0">
              <w:rPr>
                <w:szCs w:val="28"/>
              </w:rPr>
              <w:t xml:space="preserve"> </w:t>
            </w:r>
            <w:proofErr w:type="gramStart"/>
            <w:r w:rsidRPr="00DC73E0">
              <w:rPr>
                <w:szCs w:val="28"/>
              </w:rPr>
              <w:t xml:space="preserve">và </w:t>
            </w:r>
            <w:proofErr w:type="gramEnd"/>
            <m:oMath>
              <m:f>
                <m:fPr>
                  <m:ctrlPr>
                    <w:rPr>
                      <w:rFonts w:ascii="Cambria Math" w:hAnsi="Cambria Math"/>
                      <w:sz w:val="28"/>
                      <w:szCs w:val="28"/>
                    </w:rPr>
                  </m:ctrlPr>
                </m:fPr>
                <m:num>
                  <m:r>
                    <w:rPr>
                      <w:rFonts w:ascii="Cambria Math" w:hAnsi="Cambria Math"/>
                      <w:sz w:val="28"/>
                      <w:szCs w:val="28"/>
                    </w:rPr>
                    <m:t>3</m:t>
                  </m:r>
                </m:num>
                <m:den>
                  <m:r>
                    <w:rPr>
                      <w:rFonts w:ascii="Cambria Math" w:hAnsi="Cambria Math"/>
                      <w:sz w:val="28"/>
                      <w:szCs w:val="28"/>
                    </w:rPr>
                    <m:t>8</m:t>
                  </m:r>
                </m:den>
              </m:f>
            </m:oMath>
            <w:r w:rsidRPr="00DC73E0">
              <w:rPr>
                <w:szCs w:val="28"/>
              </w:rPr>
              <w:t>?</w:t>
            </w:r>
          </w:p>
        </w:tc>
        <w:tc>
          <w:tcPr>
            <w:tcW w:w="4702" w:type="dxa"/>
            <w:shd w:val="clear" w:color="auto" w:fill="auto"/>
          </w:tcPr>
          <w:p w:rsidR="00B76D21" w:rsidRPr="00DC73E0" w:rsidRDefault="00B76D21" w:rsidP="00B76D21">
            <w:pPr>
              <w:rPr>
                <w:sz w:val="28"/>
                <w:szCs w:val="28"/>
              </w:rPr>
            </w:pPr>
            <w:r w:rsidRPr="00DC73E0">
              <w:rPr>
                <w:szCs w:val="28"/>
              </w:rPr>
              <w:t xml:space="preserve">- HS trả lời: </w:t>
            </w:r>
            <m:oMath>
              <m:f>
                <m:fPr>
                  <m:ctrlPr>
                    <w:rPr>
                      <w:rFonts w:ascii="Cambria Math" w:hAnsi="Cambria Math"/>
                      <w:sz w:val="28"/>
                      <w:szCs w:val="28"/>
                    </w:rPr>
                  </m:ctrlPr>
                </m:fPr>
                <m:num>
                  <m:r>
                    <w:rPr>
                      <w:rFonts w:ascii="Cambria Math" w:hAnsi="Cambria Math"/>
                      <w:sz w:val="28"/>
                      <w:szCs w:val="28"/>
                    </w:rPr>
                    <m:t>5</m:t>
                  </m:r>
                </m:num>
                <m:den>
                  <m:r>
                    <w:rPr>
                      <w:rFonts w:ascii="Cambria Math" w:hAnsi="Cambria Math"/>
                      <w:sz w:val="28"/>
                      <w:szCs w:val="28"/>
                    </w:rPr>
                    <m:t>8</m:t>
                  </m:r>
                </m:den>
              </m:f>
            </m:oMath>
            <w:r w:rsidRPr="00DC73E0">
              <w:rPr>
                <w:szCs w:val="28"/>
              </w:rPr>
              <w:t xml:space="preserve"> có tử số lớn hơn; </w:t>
            </w:r>
            <m:oMath>
              <m:f>
                <m:fPr>
                  <m:ctrlPr>
                    <w:rPr>
                      <w:rFonts w:ascii="Cambria Math" w:hAnsi="Cambria Math"/>
                      <w:sz w:val="28"/>
                      <w:szCs w:val="28"/>
                    </w:rPr>
                  </m:ctrlPr>
                </m:fPr>
                <m:num>
                  <m:r>
                    <w:rPr>
                      <w:rFonts w:ascii="Cambria Math" w:hAnsi="Cambria Math"/>
                      <w:sz w:val="28"/>
                      <w:szCs w:val="28"/>
                    </w:rPr>
                    <m:t>3</m:t>
                  </m:r>
                </m:num>
                <m:den>
                  <m:r>
                    <w:rPr>
                      <w:rFonts w:ascii="Cambria Math" w:hAnsi="Cambria Math"/>
                      <w:sz w:val="28"/>
                      <w:szCs w:val="28"/>
                    </w:rPr>
                    <m:t>8</m:t>
                  </m:r>
                </m:den>
              </m:f>
            </m:oMath>
            <w:r w:rsidRPr="00DC73E0">
              <w:rPr>
                <w:szCs w:val="28"/>
              </w:rPr>
              <w:t xml:space="preserve"> có tử số bé hơn.</w:t>
            </w:r>
          </w:p>
        </w:tc>
      </w:tr>
      <w:tr w:rsidR="00DC73E0" w:rsidRPr="00DC73E0" w:rsidTr="00DC73E0">
        <w:trPr>
          <w:jc w:val="center"/>
        </w:trPr>
        <w:tc>
          <w:tcPr>
            <w:tcW w:w="4702" w:type="dxa"/>
            <w:shd w:val="clear" w:color="auto" w:fill="auto"/>
          </w:tcPr>
          <w:p w:rsidR="00B76D21" w:rsidRPr="00DC73E0" w:rsidRDefault="00B76D21" w:rsidP="00B76D21">
            <w:pPr>
              <w:rPr>
                <w:sz w:val="28"/>
                <w:szCs w:val="28"/>
              </w:rPr>
            </w:pPr>
            <w:r w:rsidRPr="00DC73E0">
              <w:rPr>
                <w:szCs w:val="28"/>
              </w:rPr>
              <w:t>- Hỏi: Muốn so sánh hai phân số có cùng mẫu số ta làm như thế nào?</w:t>
            </w:r>
          </w:p>
        </w:tc>
        <w:tc>
          <w:tcPr>
            <w:tcW w:w="4702" w:type="dxa"/>
            <w:shd w:val="clear" w:color="auto" w:fill="auto"/>
          </w:tcPr>
          <w:p w:rsidR="00B76D21" w:rsidRPr="00DC73E0" w:rsidRDefault="00B76D21" w:rsidP="00B76D21">
            <w:pPr>
              <w:rPr>
                <w:sz w:val="28"/>
                <w:szCs w:val="28"/>
              </w:rPr>
            </w:pPr>
            <w:r w:rsidRPr="00DC73E0">
              <w:rPr>
                <w:szCs w:val="28"/>
              </w:rPr>
              <w:t>- HS trả lời: So sánh tử số của hai phân số; tử số lớn hơn thì phân số lớn hơn, tử số bé hơn thì phân số bé hơn.</w:t>
            </w:r>
          </w:p>
        </w:tc>
      </w:tr>
      <w:tr w:rsidR="00DC73E0" w:rsidRPr="00DC73E0" w:rsidTr="00DC73E0">
        <w:trPr>
          <w:jc w:val="center"/>
        </w:trPr>
        <w:tc>
          <w:tcPr>
            <w:tcW w:w="4702" w:type="dxa"/>
            <w:shd w:val="clear" w:color="auto" w:fill="auto"/>
          </w:tcPr>
          <w:p w:rsidR="00B76D21" w:rsidRPr="00DC73E0" w:rsidRDefault="00B76D21" w:rsidP="00B76D21">
            <w:pPr>
              <w:rPr>
                <w:sz w:val="28"/>
                <w:szCs w:val="28"/>
              </w:rPr>
            </w:pPr>
            <w:r w:rsidRPr="00DC73E0">
              <w:rPr>
                <w:szCs w:val="28"/>
              </w:rPr>
              <w:t xml:space="preserve">- Yêu cầu HS nêu quy tắc so sánh hai phân </w:t>
            </w:r>
            <w:r w:rsidRPr="00DC73E0">
              <w:rPr>
                <w:szCs w:val="28"/>
              </w:rPr>
              <w:lastRenderedPageBreak/>
              <w:t>số cùng mẫu số; GV chiếu quy tắc để HS ghi nhớ.</w:t>
            </w:r>
          </w:p>
        </w:tc>
        <w:tc>
          <w:tcPr>
            <w:tcW w:w="4702" w:type="dxa"/>
            <w:shd w:val="clear" w:color="auto" w:fill="auto"/>
          </w:tcPr>
          <w:p w:rsidR="00B76D21" w:rsidRPr="00DC73E0" w:rsidRDefault="00B76D21" w:rsidP="00B76D21">
            <w:pPr>
              <w:rPr>
                <w:sz w:val="28"/>
                <w:szCs w:val="28"/>
              </w:rPr>
            </w:pPr>
            <w:r w:rsidRPr="00DC73E0">
              <w:rPr>
                <w:szCs w:val="28"/>
              </w:rPr>
              <w:lastRenderedPageBreak/>
              <w:t xml:space="preserve">- HS nêu quy tắc: Trong hai phân số cùng </w:t>
            </w:r>
            <w:r w:rsidRPr="00DC73E0">
              <w:rPr>
                <w:szCs w:val="28"/>
              </w:rPr>
              <w:lastRenderedPageBreak/>
              <w:t>mẫu số: tử số bé hơn ⇒ phân số bé hơn; tử số lớn hơn ⇒ phân số lớn hơn; tử số bằng nhau ⇒ hai phân số bằng nhau.</w:t>
            </w:r>
          </w:p>
        </w:tc>
      </w:tr>
      <w:tr w:rsidR="00DC73E0" w:rsidRPr="00DC73E0" w:rsidTr="00DC73E0">
        <w:trPr>
          <w:jc w:val="center"/>
        </w:trPr>
        <w:tc>
          <w:tcPr>
            <w:tcW w:w="4702" w:type="dxa"/>
            <w:shd w:val="clear" w:color="auto" w:fill="auto"/>
          </w:tcPr>
          <w:p w:rsidR="00B76D21" w:rsidRPr="00DC73E0" w:rsidRDefault="00B76D21" w:rsidP="00B76D21">
            <w:pPr>
              <w:rPr>
                <w:sz w:val="28"/>
                <w:szCs w:val="28"/>
              </w:rPr>
            </w:pPr>
            <w:r w:rsidRPr="00DC73E0">
              <w:rPr>
                <w:szCs w:val="28"/>
              </w:rPr>
              <w:lastRenderedPageBreak/>
              <w:t xml:space="preserve">- GV nêu: So sánh </w:t>
            </w:r>
            <m:oMath>
              <m:f>
                <m:fPr>
                  <m:ctrlPr>
                    <w:rPr>
                      <w:rFonts w:ascii="Cambria Math" w:hAnsi="Cambria Math"/>
                      <w:sz w:val="28"/>
                      <w:szCs w:val="28"/>
                    </w:rPr>
                  </m:ctrlPr>
                </m:fPr>
                <m:num>
                  <m:r>
                    <w:rPr>
                      <w:rFonts w:ascii="Cambria Math" w:hAnsi="Cambria Math"/>
                      <w:sz w:val="28"/>
                      <w:szCs w:val="28"/>
                    </w:rPr>
                    <m:t>3</m:t>
                  </m:r>
                </m:num>
                <m:den>
                  <m:r>
                    <w:rPr>
                      <w:rFonts w:ascii="Cambria Math" w:hAnsi="Cambria Math"/>
                      <w:sz w:val="28"/>
                      <w:szCs w:val="28"/>
                    </w:rPr>
                    <m:t>7</m:t>
                  </m:r>
                </m:den>
              </m:f>
            </m:oMath>
            <w:r w:rsidRPr="00DC73E0">
              <w:rPr>
                <w:szCs w:val="28"/>
              </w:rPr>
              <w:t xml:space="preserve"> </w:t>
            </w:r>
            <w:proofErr w:type="gramStart"/>
            <w:r w:rsidRPr="00DC73E0">
              <w:rPr>
                <w:szCs w:val="28"/>
              </w:rPr>
              <w:t xml:space="preserve">với </w:t>
            </w:r>
            <w:proofErr w:type="gramEnd"/>
            <m:oMath>
              <m:f>
                <m:fPr>
                  <m:ctrlPr>
                    <w:rPr>
                      <w:rFonts w:ascii="Cambria Math" w:hAnsi="Cambria Math"/>
                      <w:sz w:val="28"/>
                      <w:szCs w:val="28"/>
                    </w:rPr>
                  </m:ctrlPr>
                </m:fPr>
                <m:num>
                  <m:r>
                    <w:rPr>
                      <w:rFonts w:ascii="Cambria Math" w:hAnsi="Cambria Math"/>
                      <w:sz w:val="28"/>
                      <w:szCs w:val="28"/>
                    </w:rPr>
                    <m:t>7</m:t>
                  </m:r>
                </m:num>
                <m:den>
                  <m:r>
                    <w:rPr>
                      <w:rFonts w:ascii="Cambria Math" w:hAnsi="Cambria Math"/>
                      <w:sz w:val="28"/>
                      <w:szCs w:val="28"/>
                    </w:rPr>
                    <m:t>7</m:t>
                  </m:r>
                </m:den>
              </m:f>
            </m:oMath>
            <w:r w:rsidRPr="00DC73E0">
              <w:rPr>
                <w:szCs w:val="28"/>
              </w:rPr>
              <w:t xml:space="preserve">. Hỏi: </w:t>
            </w:r>
            <m:oMath>
              <m:f>
                <m:fPr>
                  <m:ctrlPr>
                    <w:rPr>
                      <w:rFonts w:ascii="Cambria Math" w:hAnsi="Cambria Math"/>
                      <w:sz w:val="28"/>
                      <w:szCs w:val="28"/>
                    </w:rPr>
                  </m:ctrlPr>
                </m:fPr>
                <m:num>
                  <m:r>
                    <w:rPr>
                      <w:rFonts w:ascii="Cambria Math" w:hAnsi="Cambria Math"/>
                      <w:sz w:val="28"/>
                      <w:szCs w:val="28"/>
                    </w:rPr>
                    <m:t>7</m:t>
                  </m:r>
                </m:num>
                <m:den>
                  <m:r>
                    <w:rPr>
                      <w:rFonts w:ascii="Cambria Math" w:hAnsi="Cambria Math"/>
                      <w:sz w:val="28"/>
                      <w:szCs w:val="28"/>
                    </w:rPr>
                    <m:t>7</m:t>
                  </m:r>
                </m:den>
              </m:f>
            </m:oMath>
            <w:r w:rsidRPr="00DC73E0">
              <w:rPr>
                <w:szCs w:val="28"/>
              </w:rPr>
              <w:t xml:space="preserve"> bằng mấy?</w:t>
            </w:r>
          </w:p>
        </w:tc>
        <w:tc>
          <w:tcPr>
            <w:tcW w:w="4702" w:type="dxa"/>
            <w:shd w:val="clear" w:color="auto" w:fill="auto"/>
          </w:tcPr>
          <w:p w:rsidR="00B76D21" w:rsidRPr="00DC73E0" w:rsidRDefault="00B76D21" w:rsidP="00B76D21">
            <w:pPr>
              <w:rPr>
                <w:sz w:val="28"/>
                <w:szCs w:val="28"/>
              </w:rPr>
            </w:pPr>
            <w:r w:rsidRPr="00DC73E0">
              <w:rPr>
                <w:szCs w:val="28"/>
              </w:rPr>
              <w:t xml:space="preserve">- HS trả lời: </w:t>
            </w:r>
            <m:oMath>
              <m:f>
                <m:fPr>
                  <m:ctrlPr>
                    <w:rPr>
                      <w:rFonts w:ascii="Cambria Math" w:hAnsi="Cambria Math"/>
                      <w:sz w:val="28"/>
                      <w:szCs w:val="28"/>
                    </w:rPr>
                  </m:ctrlPr>
                </m:fPr>
                <m:num>
                  <m:r>
                    <w:rPr>
                      <w:rFonts w:ascii="Cambria Math" w:hAnsi="Cambria Math"/>
                      <w:sz w:val="28"/>
                      <w:szCs w:val="28"/>
                    </w:rPr>
                    <m:t>3</m:t>
                  </m:r>
                </m:num>
                <m:den>
                  <m:r>
                    <w:rPr>
                      <w:rFonts w:ascii="Cambria Math" w:hAnsi="Cambria Math"/>
                      <w:sz w:val="28"/>
                      <w:szCs w:val="28"/>
                    </w:rPr>
                    <m:t>7</m:t>
                  </m:r>
                </m:den>
              </m:f>
            </m:oMath>
            <w:r w:rsidRPr="00DC73E0">
              <w:rPr>
                <w:szCs w:val="28"/>
              </w:rPr>
              <w:t xml:space="preserve"> &lt; </w:t>
            </w:r>
            <m:oMath>
              <m:f>
                <m:fPr>
                  <m:ctrlPr>
                    <w:rPr>
                      <w:rFonts w:ascii="Cambria Math" w:hAnsi="Cambria Math"/>
                      <w:sz w:val="28"/>
                      <w:szCs w:val="28"/>
                    </w:rPr>
                  </m:ctrlPr>
                </m:fPr>
                <m:num>
                  <m:r>
                    <w:rPr>
                      <w:rFonts w:ascii="Cambria Math" w:hAnsi="Cambria Math"/>
                      <w:sz w:val="28"/>
                      <w:szCs w:val="28"/>
                    </w:rPr>
                    <m:t>7</m:t>
                  </m:r>
                </m:num>
                <m:den>
                  <m:r>
                    <w:rPr>
                      <w:rFonts w:ascii="Cambria Math" w:hAnsi="Cambria Math"/>
                      <w:sz w:val="28"/>
                      <w:szCs w:val="28"/>
                    </w:rPr>
                    <m:t>7</m:t>
                  </m:r>
                </m:den>
              </m:f>
            </m:oMath>
            <w:r w:rsidRPr="00DC73E0">
              <w:rPr>
                <w:szCs w:val="28"/>
              </w:rPr>
              <w:t xml:space="preserve">; mà </w:t>
            </w:r>
            <m:oMath>
              <m:f>
                <m:fPr>
                  <m:ctrlPr>
                    <w:rPr>
                      <w:rFonts w:ascii="Cambria Math" w:hAnsi="Cambria Math"/>
                      <w:sz w:val="28"/>
                      <w:szCs w:val="28"/>
                    </w:rPr>
                  </m:ctrlPr>
                </m:fPr>
                <m:num>
                  <m:r>
                    <w:rPr>
                      <w:rFonts w:ascii="Cambria Math" w:hAnsi="Cambria Math"/>
                      <w:sz w:val="28"/>
                      <w:szCs w:val="28"/>
                    </w:rPr>
                    <m:t>7</m:t>
                  </m:r>
                </m:num>
                <m:den>
                  <m:r>
                    <w:rPr>
                      <w:rFonts w:ascii="Cambria Math" w:hAnsi="Cambria Math"/>
                      <w:sz w:val="28"/>
                      <w:szCs w:val="28"/>
                    </w:rPr>
                    <m:t>7</m:t>
                  </m:r>
                </m:den>
              </m:f>
            </m:oMath>
            <w:r w:rsidRPr="00DC73E0">
              <w:rPr>
                <w:szCs w:val="28"/>
              </w:rPr>
              <w:t xml:space="preserve"> = 1 nên </w:t>
            </w:r>
            <m:oMath>
              <m:f>
                <m:fPr>
                  <m:ctrlPr>
                    <w:rPr>
                      <w:rFonts w:ascii="Cambria Math" w:hAnsi="Cambria Math"/>
                      <w:sz w:val="28"/>
                      <w:szCs w:val="28"/>
                    </w:rPr>
                  </m:ctrlPr>
                </m:fPr>
                <m:num>
                  <m:r>
                    <w:rPr>
                      <w:rFonts w:ascii="Cambria Math" w:hAnsi="Cambria Math"/>
                      <w:sz w:val="28"/>
                      <w:szCs w:val="28"/>
                    </w:rPr>
                    <m:t>3</m:t>
                  </m:r>
                </m:num>
                <m:den>
                  <m:r>
                    <w:rPr>
                      <w:rFonts w:ascii="Cambria Math" w:hAnsi="Cambria Math"/>
                      <w:sz w:val="28"/>
                      <w:szCs w:val="28"/>
                    </w:rPr>
                    <m:t>7</m:t>
                  </m:r>
                </m:den>
              </m:f>
            </m:oMath>
            <w:r w:rsidRPr="00DC73E0">
              <w:rPr>
                <w:szCs w:val="28"/>
              </w:rPr>
              <w:t xml:space="preserve"> &lt; 1.</w:t>
            </w:r>
          </w:p>
        </w:tc>
      </w:tr>
      <w:tr w:rsidR="00DC73E0" w:rsidRPr="00DC73E0" w:rsidTr="00DC73E0">
        <w:trPr>
          <w:jc w:val="center"/>
        </w:trPr>
        <w:tc>
          <w:tcPr>
            <w:tcW w:w="4702" w:type="dxa"/>
            <w:shd w:val="clear" w:color="auto" w:fill="auto"/>
          </w:tcPr>
          <w:p w:rsidR="00B76D21" w:rsidRPr="00DC73E0" w:rsidRDefault="00B76D21" w:rsidP="00B76D21">
            <w:pPr>
              <w:rPr>
                <w:sz w:val="28"/>
                <w:szCs w:val="28"/>
              </w:rPr>
            </w:pPr>
            <w:r w:rsidRPr="00DC73E0">
              <w:rPr>
                <w:szCs w:val="28"/>
              </w:rPr>
              <w:t>- Hỏi: Những phân số có tử số bé hơn mẫu số thì như thế nào so với 1?</w:t>
            </w:r>
          </w:p>
        </w:tc>
        <w:tc>
          <w:tcPr>
            <w:tcW w:w="4702" w:type="dxa"/>
            <w:shd w:val="clear" w:color="auto" w:fill="auto"/>
          </w:tcPr>
          <w:p w:rsidR="00B76D21" w:rsidRPr="00DC73E0" w:rsidRDefault="00B76D21" w:rsidP="00B76D21">
            <w:pPr>
              <w:rPr>
                <w:sz w:val="28"/>
                <w:szCs w:val="28"/>
              </w:rPr>
            </w:pPr>
            <w:r w:rsidRPr="00DC73E0">
              <w:rPr>
                <w:szCs w:val="28"/>
              </w:rPr>
              <w:t>- HS trả lời: Bé hơn 1.</w:t>
            </w:r>
          </w:p>
        </w:tc>
      </w:tr>
      <w:tr w:rsidR="00DC73E0" w:rsidRPr="00DC73E0" w:rsidTr="00DC73E0">
        <w:trPr>
          <w:jc w:val="center"/>
        </w:trPr>
        <w:tc>
          <w:tcPr>
            <w:tcW w:w="4702" w:type="dxa"/>
            <w:shd w:val="clear" w:color="auto" w:fill="auto"/>
          </w:tcPr>
          <w:p w:rsidR="00B76D21" w:rsidRPr="00DC73E0" w:rsidRDefault="00B76D21" w:rsidP="00B76D21">
            <w:pPr>
              <w:rPr>
                <w:sz w:val="28"/>
                <w:szCs w:val="28"/>
              </w:rPr>
            </w:pPr>
            <w:r w:rsidRPr="00DC73E0">
              <w:rPr>
                <w:szCs w:val="28"/>
              </w:rPr>
              <w:t xml:space="preserve">- GV nêu: So sánh </w:t>
            </w:r>
            <m:oMath>
              <m:f>
                <m:fPr>
                  <m:ctrlPr>
                    <w:rPr>
                      <w:rFonts w:ascii="Cambria Math" w:hAnsi="Cambria Math"/>
                      <w:sz w:val="28"/>
                      <w:szCs w:val="28"/>
                    </w:rPr>
                  </m:ctrlPr>
                </m:fPr>
                <m:num>
                  <m:r>
                    <w:rPr>
                      <w:rFonts w:ascii="Cambria Math" w:hAnsi="Cambria Math"/>
                      <w:sz w:val="28"/>
                      <w:szCs w:val="28"/>
                    </w:rPr>
                    <m:t>8</m:t>
                  </m:r>
                </m:num>
                <m:den>
                  <m:r>
                    <w:rPr>
                      <w:rFonts w:ascii="Cambria Math" w:hAnsi="Cambria Math"/>
                      <w:sz w:val="28"/>
                      <w:szCs w:val="28"/>
                    </w:rPr>
                    <m:t>5</m:t>
                  </m:r>
                </m:den>
              </m:f>
            </m:oMath>
            <w:r w:rsidRPr="00DC73E0">
              <w:rPr>
                <w:szCs w:val="28"/>
              </w:rPr>
              <w:t xml:space="preserve"> </w:t>
            </w:r>
            <w:proofErr w:type="gramStart"/>
            <w:r w:rsidRPr="00DC73E0">
              <w:rPr>
                <w:szCs w:val="28"/>
              </w:rPr>
              <w:t xml:space="preserve">với </w:t>
            </w:r>
            <w:proofErr w:type="gramEnd"/>
            <m:oMath>
              <m:f>
                <m:fPr>
                  <m:ctrlPr>
                    <w:rPr>
                      <w:rFonts w:ascii="Cambria Math" w:hAnsi="Cambria Math"/>
                      <w:sz w:val="28"/>
                      <w:szCs w:val="28"/>
                    </w:rPr>
                  </m:ctrlPr>
                </m:fPr>
                <m:num>
                  <m:r>
                    <w:rPr>
                      <w:rFonts w:ascii="Cambria Math" w:hAnsi="Cambria Math"/>
                      <w:sz w:val="28"/>
                      <w:szCs w:val="28"/>
                    </w:rPr>
                    <m:t>5</m:t>
                  </m:r>
                </m:num>
                <m:den>
                  <m:r>
                    <w:rPr>
                      <w:rFonts w:ascii="Cambria Math" w:hAnsi="Cambria Math"/>
                      <w:sz w:val="28"/>
                      <w:szCs w:val="28"/>
                    </w:rPr>
                    <m:t>5</m:t>
                  </m:r>
                </m:den>
              </m:f>
            </m:oMath>
            <w:r w:rsidRPr="00DC73E0">
              <w:rPr>
                <w:szCs w:val="28"/>
              </w:rPr>
              <w:t xml:space="preserve">. Hỏi: </w:t>
            </w:r>
            <m:oMath>
              <m:f>
                <m:fPr>
                  <m:ctrlPr>
                    <w:rPr>
                      <w:rFonts w:ascii="Cambria Math" w:hAnsi="Cambria Math"/>
                      <w:sz w:val="28"/>
                      <w:szCs w:val="28"/>
                    </w:rPr>
                  </m:ctrlPr>
                </m:fPr>
                <m:num>
                  <m:r>
                    <w:rPr>
                      <w:rFonts w:ascii="Cambria Math" w:hAnsi="Cambria Math"/>
                      <w:sz w:val="28"/>
                      <w:szCs w:val="28"/>
                    </w:rPr>
                    <m:t>5</m:t>
                  </m:r>
                </m:num>
                <m:den>
                  <m:r>
                    <w:rPr>
                      <w:rFonts w:ascii="Cambria Math" w:hAnsi="Cambria Math"/>
                      <w:sz w:val="28"/>
                      <w:szCs w:val="28"/>
                    </w:rPr>
                    <m:t>5</m:t>
                  </m:r>
                </m:den>
              </m:f>
            </m:oMath>
            <w:r w:rsidRPr="00DC73E0">
              <w:rPr>
                <w:szCs w:val="28"/>
              </w:rPr>
              <w:t xml:space="preserve"> bằng mấy?</w:t>
            </w:r>
          </w:p>
        </w:tc>
        <w:tc>
          <w:tcPr>
            <w:tcW w:w="4702" w:type="dxa"/>
            <w:shd w:val="clear" w:color="auto" w:fill="auto"/>
          </w:tcPr>
          <w:p w:rsidR="00B76D21" w:rsidRPr="00DC73E0" w:rsidRDefault="00B76D21" w:rsidP="00B76D21">
            <w:pPr>
              <w:rPr>
                <w:sz w:val="28"/>
                <w:szCs w:val="28"/>
              </w:rPr>
            </w:pPr>
            <w:r w:rsidRPr="00DC73E0">
              <w:rPr>
                <w:szCs w:val="28"/>
              </w:rPr>
              <w:t xml:space="preserve">- HS trả lời: </w:t>
            </w:r>
            <m:oMath>
              <m:f>
                <m:fPr>
                  <m:ctrlPr>
                    <w:rPr>
                      <w:rFonts w:ascii="Cambria Math" w:hAnsi="Cambria Math"/>
                      <w:sz w:val="28"/>
                      <w:szCs w:val="28"/>
                    </w:rPr>
                  </m:ctrlPr>
                </m:fPr>
                <m:num>
                  <m:r>
                    <w:rPr>
                      <w:rFonts w:ascii="Cambria Math" w:hAnsi="Cambria Math"/>
                      <w:sz w:val="28"/>
                      <w:szCs w:val="28"/>
                    </w:rPr>
                    <m:t>8</m:t>
                  </m:r>
                </m:num>
                <m:den>
                  <m:r>
                    <w:rPr>
                      <w:rFonts w:ascii="Cambria Math" w:hAnsi="Cambria Math"/>
                      <w:sz w:val="28"/>
                      <w:szCs w:val="28"/>
                    </w:rPr>
                    <m:t>5</m:t>
                  </m:r>
                </m:den>
              </m:f>
            </m:oMath>
            <w:r w:rsidRPr="00DC73E0">
              <w:rPr>
                <w:szCs w:val="28"/>
              </w:rPr>
              <w:t xml:space="preserve"> &gt; </w:t>
            </w:r>
            <m:oMath>
              <m:f>
                <m:fPr>
                  <m:ctrlPr>
                    <w:rPr>
                      <w:rFonts w:ascii="Cambria Math" w:hAnsi="Cambria Math"/>
                      <w:sz w:val="28"/>
                      <w:szCs w:val="28"/>
                    </w:rPr>
                  </m:ctrlPr>
                </m:fPr>
                <m:num>
                  <m:r>
                    <w:rPr>
                      <w:rFonts w:ascii="Cambria Math" w:hAnsi="Cambria Math"/>
                      <w:sz w:val="28"/>
                      <w:szCs w:val="28"/>
                    </w:rPr>
                    <m:t>5</m:t>
                  </m:r>
                </m:num>
                <m:den>
                  <m:r>
                    <w:rPr>
                      <w:rFonts w:ascii="Cambria Math" w:hAnsi="Cambria Math"/>
                      <w:sz w:val="28"/>
                      <w:szCs w:val="28"/>
                    </w:rPr>
                    <m:t>5</m:t>
                  </m:r>
                </m:den>
              </m:f>
            </m:oMath>
            <w:r w:rsidRPr="00DC73E0">
              <w:rPr>
                <w:szCs w:val="28"/>
              </w:rPr>
              <w:t xml:space="preserve">; mà </w:t>
            </w:r>
            <m:oMath>
              <m:f>
                <m:fPr>
                  <m:ctrlPr>
                    <w:rPr>
                      <w:rFonts w:ascii="Cambria Math" w:hAnsi="Cambria Math"/>
                      <w:sz w:val="28"/>
                      <w:szCs w:val="28"/>
                    </w:rPr>
                  </m:ctrlPr>
                </m:fPr>
                <m:num>
                  <m:r>
                    <w:rPr>
                      <w:rFonts w:ascii="Cambria Math" w:hAnsi="Cambria Math"/>
                      <w:sz w:val="28"/>
                      <w:szCs w:val="28"/>
                    </w:rPr>
                    <m:t>5</m:t>
                  </m:r>
                </m:num>
                <m:den>
                  <m:r>
                    <w:rPr>
                      <w:rFonts w:ascii="Cambria Math" w:hAnsi="Cambria Math"/>
                      <w:sz w:val="28"/>
                      <w:szCs w:val="28"/>
                    </w:rPr>
                    <m:t>5</m:t>
                  </m:r>
                </m:den>
              </m:f>
            </m:oMath>
            <w:r w:rsidRPr="00DC73E0">
              <w:rPr>
                <w:szCs w:val="28"/>
              </w:rPr>
              <w:t xml:space="preserve"> = 1 nên </w:t>
            </w:r>
            <m:oMath>
              <m:f>
                <m:fPr>
                  <m:ctrlPr>
                    <w:rPr>
                      <w:rFonts w:ascii="Cambria Math" w:hAnsi="Cambria Math"/>
                      <w:sz w:val="28"/>
                      <w:szCs w:val="28"/>
                    </w:rPr>
                  </m:ctrlPr>
                </m:fPr>
                <m:num>
                  <m:r>
                    <w:rPr>
                      <w:rFonts w:ascii="Cambria Math" w:hAnsi="Cambria Math"/>
                      <w:sz w:val="28"/>
                      <w:szCs w:val="28"/>
                    </w:rPr>
                    <m:t>8</m:t>
                  </m:r>
                </m:num>
                <m:den>
                  <m:r>
                    <w:rPr>
                      <w:rFonts w:ascii="Cambria Math" w:hAnsi="Cambria Math"/>
                      <w:sz w:val="28"/>
                      <w:szCs w:val="28"/>
                    </w:rPr>
                    <m:t>5</m:t>
                  </m:r>
                </m:den>
              </m:f>
            </m:oMath>
            <w:r w:rsidRPr="00DC73E0">
              <w:rPr>
                <w:szCs w:val="28"/>
              </w:rPr>
              <w:t xml:space="preserve"> &gt; 1.</w:t>
            </w:r>
          </w:p>
        </w:tc>
      </w:tr>
      <w:tr w:rsidR="00DC73E0" w:rsidRPr="00DC73E0" w:rsidTr="00DC73E0">
        <w:trPr>
          <w:jc w:val="center"/>
        </w:trPr>
        <w:tc>
          <w:tcPr>
            <w:tcW w:w="4702" w:type="dxa"/>
            <w:shd w:val="clear" w:color="auto" w:fill="auto"/>
          </w:tcPr>
          <w:p w:rsidR="00B76D21" w:rsidRPr="00DC73E0" w:rsidRDefault="00B76D21" w:rsidP="00B76D21">
            <w:pPr>
              <w:rPr>
                <w:sz w:val="28"/>
                <w:szCs w:val="28"/>
              </w:rPr>
            </w:pPr>
            <w:r w:rsidRPr="00DC73E0">
              <w:rPr>
                <w:szCs w:val="28"/>
              </w:rPr>
              <w:t>- Hỏi: Những phân số có tử số lớn hơn mẫu số thì như thế nào so với 1?</w:t>
            </w:r>
          </w:p>
        </w:tc>
        <w:tc>
          <w:tcPr>
            <w:tcW w:w="4702" w:type="dxa"/>
            <w:shd w:val="clear" w:color="auto" w:fill="auto"/>
          </w:tcPr>
          <w:p w:rsidR="00B76D21" w:rsidRPr="00DC73E0" w:rsidRDefault="00B76D21" w:rsidP="00B76D21">
            <w:pPr>
              <w:rPr>
                <w:sz w:val="28"/>
                <w:szCs w:val="28"/>
              </w:rPr>
            </w:pPr>
            <w:r w:rsidRPr="00DC73E0">
              <w:rPr>
                <w:szCs w:val="28"/>
              </w:rPr>
              <w:t>- HS trả lời: Lớn hơn 1.</w:t>
            </w:r>
          </w:p>
        </w:tc>
      </w:tr>
      <w:tr w:rsidR="00DC73E0" w:rsidRPr="00DC73E0" w:rsidTr="00DC73E0">
        <w:trPr>
          <w:jc w:val="center"/>
        </w:trPr>
        <w:tc>
          <w:tcPr>
            <w:tcW w:w="4702" w:type="dxa"/>
            <w:shd w:val="clear" w:color="auto" w:fill="auto"/>
          </w:tcPr>
          <w:p w:rsidR="00B76D21" w:rsidRPr="00DC73E0" w:rsidRDefault="00B76D21" w:rsidP="00B76D21">
            <w:pPr>
              <w:rPr>
                <w:sz w:val="28"/>
                <w:szCs w:val="28"/>
              </w:rPr>
            </w:pPr>
            <w:r w:rsidRPr="00DC73E0">
              <w:rPr>
                <w:szCs w:val="28"/>
              </w:rPr>
              <w:t xml:space="preserve">- GV nêu: So sánh </w:t>
            </w:r>
            <m:oMath>
              <m:f>
                <m:fPr>
                  <m:ctrlPr>
                    <w:rPr>
                      <w:rFonts w:ascii="Cambria Math" w:hAnsi="Cambria Math"/>
                      <w:sz w:val="28"/>
                      <w:szCs w:val="28"/>
                    </w:rPr>
                  </m:ctrlPr>
                </m:fPr>
                <m:num>
                  <m:r>
                    <w:rPr>
                      <w:rFonts w:ascii="Cambria Math" w:hAnsi="Cambria Math"/>
                      <w:sz w:val="28"/>
                      <w:szCs w:val="28"/>
                    </w:rPr>
                    <m:t>4</m:t>
                  </m:r>
                </m:num>
                <m:den>
                  <m:r>
                    <w:rPr>
                      <w:rFonts w:ascii="Cambria Math" w:hAnsi="Cambria Math"/>
                      <w:sz w:val="28"/>
                      <w:szCs w:val="28"/>
                    </w:rPr>
                    <m:t>4</m:t>
                  </m:r>
                </m:den>
              </m:f>
            </m:oMath>
            <w:r w:rsidRPr="00DC73E0">
              <w:rPr>
                <w:szCs w:val="28"/>
              </w:rPr>
              <w:t xml:space="preserve"> với 1; yêu cầu HS giải thích.</w:t>
            </w:r>
          </w:p>
        </w:tc>
        <w:tc>
          <w:tcPr>
            <w:tcW w:w="4702" w:type="dxa"/>
            <w:shd w:val="clear" w:color="auto" w:fill="auto"/>
          </w:tcPr>
          <w:p w:rsidR="00B76D21" w:rsidRPr="00DC73E0" w:rsidRDefault="00B76D21" w:rsidP="00B76D21">
            <w:pPr>
              <w:rPr>
                <w:sz w:val="28"/>
                <w:szCs w:val="28"/>
              </w:rPr>
            </w:pPr>
            <w:r w:rsidRPr="00DC73E0">
              <w:rPr>
                <w:szCs w:val="28"/>
              </w:rPr>
              <w:t xml:space="preserve">- HS trả lời: </w:t>
            </w:r>
            <m:oMath>
              <m:f>
                <m:fPr>
                  <m:ctrlPr>
                    <w:rPr>
                      <w:rFonts w:ascii="Cambria Math" w:hAnsi="Cambria Math"/>
                      <w:sz w:val="28"/>
                      <w:szCs w:val="28"/>
                    </w:rPr>
                  </m:ctrlPr>
                </m:fPr>
                <m:num>
                  <m:r>
                    <w:rPr>
                      <w:rFonts w:ascii="Cambria Math" w:hAnsi="Cambria Math"/>
                      <w:sz w:val="28"/>
                      <w:szCs w:val="28"/>
                    </w:rPr>
                    <m:t>4</m:t>
                  </m:r>
                </m:num>
                <m:den>
                  <m:r>
                    <w:rPr>
                      <w:rFonts w:ascii="Cambria Math" w:hAnsi="Cambria Math"/>
                      <w:sz w:val="28"/>
                      <w:szCs w:val="28"/>
                    </w:rPr>
                    <m:t>4</m:t>
                  </m:r>
                </m:den>
              </m:f>
            </m:oMath>
            <w:r w:rsidRPr="00DC73E0">
              <w:rPr>
                <w:szCs w:val="28"/>
              </w:rPr>
              <w:t xml:space="preserve"> = 1 vì 4:4 = 1 (tử số bằng mẫu số).</w:t>
            </w:r>
          </w:p>
        </w:tc>
      </w:tr>
      <w:tr w:rsidR="00DC73E0" w:rsidRPr="00DC73E0" w:rsidTr="00DC73E0">
        <w:trPr>
          <w:jc w:val="center"/>
        </w:trPr>
        <w:tc>
          <w:tcPr>
            <w:tcW w:w="4702" w:type="dxa"/>
            <w:tcBorders>
              <w:bottom w:val="single" w:sz="4" w:space="0" w:color="auto"/>
            </w:tcBorders>
            <w:shd w:val="clear" w:color="auto" w:fill="auto"/>
          </w:tcPr>
          <w:p w:rsidR="00B76D21" w:rsidRPr="00DC73E0" w:rsidRDefault="00B76D21" w:rsidP="00B76D21">
            <w:pPr>
              <w:rPr>
                <w:sz w:val="28"/>
                <w:szCs w:val="28"/>
              </w:rPr>
            </w:pPr>
            <w:r w:rsidRPr="00DC73E0">
              <w:rPr>
                <w:szCs w:val="28"/>
              </w:rPr>
              <w:t>- Hỏi: Những phân số có tử số bằng mẫu số thì như thế nào so với 1?</w:t>
            </w:r>
          </w:p>
        </w:tc>
        <w:tc>
          <w:tcPr>
            <w:tcW w:w="4702" w:type="dxa"/>
            <w:tcBorders>
              <w:bottom w:val="single" w:sz="4" w:space="0" w:color="auto"/>
            </w:tcBorders>
            <w:shd w:val="clear" w:color="auto" w:fill="auto"/>
          </w:tcPr>
          <w:p w:rsidR="00B76D21" w:rsidRPr="00DC73E0" w:rsidRDefault="00B76D21" w:rsidP="00B76D21">
            <w:pPr>
              <w:rPr>
                <w:sz w:val="28"/>
                <w:szCs w:val="28"/>
              </w:rPr>
            </w:pPr>
            <w:r w:rsidRPr="00DC73E0">
              <w:rPr>
                <w:szCs w:val="28"/>
              </w:rPr>
              <w:t>- HS trả lời: Bằng 1.</w:t>
            </w:r>
          </w:p>
        </w:tc>
      </w:tr>
      <w:tr w:rsidR="00DC73E0" w:rsidRPr="00DC73E0" w:rsidTr="00DC73E0">
        <w:trPr>
          <w:cantSplit/>
          <w:jc w:val="center"/>
        </w:trPr>
        <w:tc>
          <w:tcPr>
            <w:tcW w:w="9404" w:type="dxa"/>
            <w:gridSpan w:val="2"/>
            <w:tcBorders>
              <w:top w:val="single" w:sz="4" w:space="0" w:color="auto"/>
              <w:bottom w:val="single" w:sz="4" w:space="0" w:color="auto"/>
            </w:tcBorders>
            <w:shd w:val="clear" w:color="auto" w:fill="auto"/>
          </w:tcPr>
          <w:p w:rsidR="00B76D21" w:rsidRPr="00DC73E0" w:rsidRDefault="00B17B87" w:rsidP="00B76D21">
            <w:pPr>
              <w:rPr>
                <w:sz w:val="28"/>
                <w:szCs w:val="28"/>
              </w:rPr>
            </w:pPr>
            <w:r w:rsidRPr="00DC73E0">
              <w:rPr>
                <w:b/>
              </w:rPr>
              <w:t>3. Luyện tập:</w:t>
            </w:r>
          </w:p>
          <w:p w:rsidR="00581890" w:rsidRPr="00DC73E0" w:rsidRDefault="007F75C5">
            <w:r w:rsidRPr="00DC73E0">
              <w:rPr>
                <w:b/>
              </w:rPr>
              <w:t xml:space="preserve">- Mục tiêu: </w:t>
            </w:r>
            <w:r w:rsidRPr="00DC73E0">
              <w:t>Luyện so sánh hai phân số cùng mẫu số; so sánh phân số với 1; vận dụng sắp xếp phân số.</w:t>
            </w:r>
          </w:p>
          <w:p w:rsidR="00581890" w:rsidRPr="00DC73E0" w:rsidRDefault="007F75C5">
            <w:r w:rsidRPr="00DC73E0">
              <w:rPr>
                <w:b/>
              </w:rPr>
              <w:t xml:space="preserve">- Mục tiêu tích hợp: </w:t>
            </w:r>
            <w:r w:rsidRPr="00DC73E0">
              <w:t>HS nhận biết AI sử dụng thuật toán so sánh để xếp hạng, đưa ra gợi ý và biết kiểm tra dữ liệu, điều kiện trước khi lựa chọn.</w:t>
            </w:r>
          </w:p>
          <w:p w:rsidR="00581890" w:rsidRPr="00DC73E0" w:rsidRDefault="007F75C5">
            <w:r w:rsidRPr="00DC73E0">
              <w:rPr>
                <w:b/>
                <w:i/>
              </w:rPr>
              <w:t>*Cách tiến hành:</w:t>
            </w:r>
          </w:p>
        </w:tc>
      </w:tr>
      <w:tr w:rsidR="00DC73E0" w:rsidRPr="00DC73E0" w:rsidTr="00DC73E0">
        <w:trPr>
          <w:jc w:val="center"/>
        </w:trPr>
        <w:tc>
          <w:tcPr>
            <w:tcW w:w="9404" w:type="dxa"/>
            <w:gridSpan w:val="2"/>
            <w:tcBorders>
              <w:top w:val="single" w:sz="4" w:space="0" w:color="auto"/>
              <w:bottom w:val="single" w:sz="4" w:space="0" w:color="auto"/>
            </w:tcBorders>
            <w:shd w:val="clear" w:color="auto" w:fill="auto"/>
          </w:tcPr>
          <w:p w:rsidR="00B76D21" w:rsidRPr="00DC73E0" w:rsidRDefault="00B76D21" w:rsidP="00B76D21">
            <w:pPr>
              <w:rPr>
                <w:sz w:val="28"/>
                <w:szCs w:val="28"/>
              </w:rPr>
            </w:pPr>
            <w:r w:rsidRPr="00DC73E0">
              <w:rPr>
                <w:b/>
                <w:szCs w:val="28"/>
              </w:rPr>
              <w:t>Bài 1</w:t>
            </w:r>
          </w:p>
        </w:tc>
      </w:tr>
      <w:tr w:rsidR="00DC73E0" w:rsidRPr="00DC73E0" w:rsidTr="00DC73E0">
        <w:trPr>
          <w:jc w:val="center"/>
        </w:trPr>
        <w:tc>
          <w:tcPr>
            <w:tcW w:w="4702" w:type="dxa"/>
            <w:tcBorders>
              <w:top w:val="single" w:sz="4" w:space="0" w:color="auto"/>
            </w:tcBorders>
            <w:shd w:val="clear" w:color="auto" w:fill="auto"/>
          </w:tcPr>
          <w:p w:rsidR="00AC7682" w:rsidRPr="00DC73E0" w:rsidRDefault="00B76D21" w:rsidP="00B76D21">
            <w:pPr>
              <w:rPr>
                <w:sz w:val="28"/>
                <w:szCs w:val="28"/>
              </w:rPr>
            </w:pPr>
            <w:r w:rsidRPr="00DC73E0">
              <w:rPr>
                <w:szCs w:val="28"/>
              </w:rPr>
              <w:t>- Gọi HS đọc yêu cầu.</w:t>
            </w:r>
          </w:p>
        </w:tc>
        <w:tc>
          <w:tcPr>
            <w:tcW w:w="4702" w:type="dxa"/>
            <w:tcBorders>
              <w:top w:val="single" w:sz="4" w:space="0" w:color="auto"/>
            </w:tcBorders>
            <w:shd w:val="clear" w:color="auto" w:fill="auto"/>
          </w:tcPr>
          <w:p w:rsidR="00B76D21" w:rsidRPr="00DC73E0" w:rsidRDefault="00B76D21" w:rsidP="00B76D21">
            <w:pPr>
              <w:rPr>
                <w:sz w:val="28"/>
                <w:szCs w:val="28"/>
              </w:rPr>
            </w:pPr>
            <w:r w:rsidRPr="00DC73E0">
              <w:rPr>
                <w:szCs w:val="28"/>
              </w:rPr>
              <w:t>- HS đọc yêu cầu bài 1.</w:t>
            </w:r>
          </w:p>
        </w:tc>
      </w:tr>
      <w:tr w:rsidR="00DC73E0" w:rsidRPr="00DC73E0" w:rsidTr="00DC73E0">
        <w:trPr>
          <w:jc w:val="center"/>
        </w:trPr>
        <w:tc>
          <w:tcPr>
            <w:tcW w:w="4702" w:type="dxa"/>
            <w:shd w:val="clear" w:color="auto" w:fill="auto"/>
          </w:tcPr>
          <w:p w:rsidR="00B76D21" w:rsidRPr="00DC73E0" w:rsidRDefault="00B76D21" w:rsidP="00B76D21">
            <w:pPr>
              <w:rPr>
                <w:sz w:val="28"/>
                <w:szCs w:val="28"/>
              </w:rPr>
            </w:pPr>
            <w:r w:rsidRPr="00DC73E0">
              <w:rPr>
                <w:szCs w:val="28"/>
              </w:rPr>
              <w:t>- Hỏi: Bài yêu cầu làm gì?</w:t>
            </w:r>
          </w:p>
        </w:tc>
        <w:tc>
          <w:tcPr>
            <w:tcW w:w="4702" w:type="dxa"/>
            <w:shd w:val="clear" w:color="auto" w:fill="auto"/>
          </w:tcPr>
          <w:p w:rsidR="00B76D21" w:rsidRPr="00DC73E0" w:rsidRDefault="00B76D21" w:rsidP="00B76D21">
            <w:pPr>
              <w:rPr>
                <w:sz w:val="28"/>
                <w:szCs w:val="28"/>
              </w:rPr>
            </w:pPr>
            <w:r w:rsidRPr="00DC73E0">
              <w:rPr>
                <w:szCs w:val="28"/>
              </w:rPr>
              <w:t>- HS trả lời: So sánh hai phân số (theo mẫu).</w:t>
            </w:r>
          </w:p>
        </w:tc>
      </w:tr>
      <w:tr w:rsidR="00DC73E0" w:rsidRPr="00DC73E0" w:rsidTr="00DC73E0">
        <w:trPr>
          <w:jc w:val="center"/>
        </w:trPr>
        <w:tc>
          <w:tcPr>
            <w:tcW w:w="4702" w:type="dxa"/>
            <w:shd w:val="clear" w:color="auto" w:fill="auto"/>
          </w:tcPr>
          <w:p w:rsidR="00B76D21" w:rsidRPr="00DC73E0" w:rsidRDefault="00B76D21" w:rsidP="00B76D21">
            <w:pPr>
              <w:rPr>
                <w:sz w:val="28"/>
                <w:szCs w:val="28"/>
              </w:rPr>
            </w:pPr>
            <w:r w:rsidRPr="00DC73E0">
              <w:rPr>
                <w:szCs w:val="28"/>
              </w:rPr>
              <w:t>- Giao nhiệm vụ: HS dựa vào mẫu, điền vào SGK; đổi chéo kiểm tra.</w:t>
            </w:r>
          </w:p>
        </w:tc>
        <w:tc>
          <w:tcPr>
            <w:tcW w:w="4702" w:type="dxa"/>
            <w:shd w:val="clear" w:color="auto" w:fill="auto"/>
          </w:tcPr>
          <w:p w:rsidR="00B76D21" w:rsidRPr="00DC73E0" w:rsidRDefault="00B76D21" w:rsidP="00B76D21">
            <w:pPr>
              <w:rPr>
                <w:sz w:val="28"/>
                <w:szCs w:val="28"/>
              </w:rPr>
            </w:pPr>
            <w:r w:rsidRPr="00DC73E0">
              <w:rPr>
                <w:szCs w:val="28"/>
              </w:rPr>
              <w:t>- HS làm SGK; đổi SGK kiểm tra chéo.</w:t>
            </w:r>
          </w:p>
        </w:tc>
      </w:tr>
      <w:tr w:rsidR="00DC73E0" w:rsidRPr="00DC73E0" w:rsidTr="00DC73E0">
        <w:trPr>
          <w:jc w:val="center"/>
        </w:trPr>
        <w:tc>
          <w:tcPr>
            <w:tcW w:w="4702" w:type="dxa"/>
            <w:tcBorders>
              <w:bottom w:val="single" w:sz="4" w:space="0" w:color="auto"/>
            </w:tcBorders>
            <w:shd w:val="clear" w:color="auto" w:fill="auto"/>
          </w:tcPr>
          <w:p w:rsidR="00B76D21" w:rsidRPr="00DC73E0" w:rsidRDefault="00B76D21" w:rsidP="00B76D21">
            <w:pPr>
              <w:rPr>
                <w:sz w:val="28"/>
                <w:szCs w:val="28"/>
              </w:rPr>
            </w:pPr>
            <w:r w:rsidRPr="00DC73E0">
              <w:rPr>
                <w:szCs w:val="28"/>
              </w:rPr>
              <w:t>- Chốt đáp án; yêu cầu HS giải thích.</w:t>
            </w:r>
          </w:p>
        </w:tc>
        <w:tc>
          <w:tcPr>
            <w:tcW w:w="4702" w:type="dxa"/>
            <w:tcBorders>
              <w:bottom w:val="single" w:sz="4" w:space="0" w:color="auto"/>
            </w:tcBorders>
            <w:shd w:val="clear" w:color="auto" w:fill="auto"/>
          </w:tcPr>
          <w:p w:rsidR="00B76D21" w:rsidRPr="00DC73E0" w:rsidRDefault="00B76D21" w:rsidP="00B76D21">
            <w:pPr>
              <w:rPr>
                <w:sz w:val="28"/>
                <w:szCs w:val="28"/>
              </w:rPr>
            </w:pPr>
            <w:r w:rsidRPr="00DC73E0">
              <w:rPr>
                <w:szCs w:val="28"/>
              </w:rPr>
              <w:t>- HS giải thích:</w:t>
            </w:r>
            <w:r w:rsidRPr="00DC73E0">
              <w:rPr>
                <w:szCs w:val="28"/>
              </w:rPr>
              <w:br/>
              <w:t xml:space="preserve">  a) Cùng mẫu số 7, 5 &gt; 4 nên </w:t>
            </w:r>
            <m:oMath>
              <m:f>
                <m:fPr>
                  <m:ctrlPr>
                    <w:rPr>
                      <w:rFonts w:ascii="Cambria Math" w:hAnsi="Cambria Math"/>
                      <w:sz w:val="28"/>
                      <w:szCs w:val="28"/>
                    </w:rPr>
                  </m:ctrlPr>
                </m:fPr>
                <m:num>
                  <m:r>
                    <w:rPr>
                      <w:rFonts w:ascii="Cambria Math" w:hAnsi="Cambria Math"/>
                      <w:sz w:val="28"/>
                      <w:szCs w:val="28"/>
                    </w:rPr>
                    <m:t>5</m:t>
                  </m:r>
                </m:num>
                <m:den>
                  <m:r>
                    <w:rPr>
                      <w:rFonts w:ascii="Cambria Math" w:hAnsi="Cambria Math"/>
                      <w:sz w:val="28"/>
                      <w:szCs w:val="28"/>
                    </w:rPr>
                    <m:t>7</m:t>
                  </m:r>
                </m:den>
              </m:f>
            </m:oMath>
            <w:r w:rsidRPr="00DC73E0">
              <w:rPr>
                <w:szCs w:val="28"/>
              </w:rPr>
              <w:t xml:space="preserve"> &gt; </w:t>
            </w:r>
            <m:oMath>
              <m:f>
                <m:fPr>
                  <m:ctrlPr>
                    <w:rPr>
                      <w:rFonts w:ascii="Cambria Math" w:hAnsi="Cambria Math"/>
                      <w:sz w:val="28"/>
                      <w:szCs w:val="28"/>
                    </w:rPr>
                  </m:ctrlPr>
                </m:fPr>
                <m:num>
                  <m:r>
                    <w:rPr>
                      <w:rFonts w:ascii="Cambria Math" w:hAnsi="Cambria Math"/>
                      <w:sz w:val="28"/>
                      <w:szCs w:val="28"/>
                    </w:rPr>
                    <m:t>4</m:t>
                  </m:r>
                </m:num>
                <m:den>
                  <m:r>
                    <w:rPr>
                      <w:rFonts w:ascii="Cambria Math" w:hAnsi="Cambria Math"/>
                      <w:sz w:val="28"/>
                      <w:szCs w:val="28"/>
                    </w:rPr>
                    <m:t>7</m:t>
                  </m:r>
                </m:den>
              </m:f>
            </m:oMath>
            <w:r w:rsidRPr="00DC73E0">
              <w:rPr>
                <w:szCs w:val="28"/>
              </w:rPr>
              <w:t>.</w:t>
            </w:r>
            <w:r w:rsidRPr="00DC73E0">
              <w:rPr>
                <w:szCs w:val="28"/>
              </w:rPr>
              <w:br/>
              <w:t xml:space="preserve">  b) Cùng mẫu số 8, 5 &lt; 7 nên </w:t>
            </w:r>
            <m:oMath>
              <m:f>
                <m:fPr>
                  <m:ctrlPr>
                    <w:rPr>
                      <w:rFonts w:ascii="Cambria Math" w:hAnsi="Cambria Math"/>
                      <w:sz w:val="28"/>
                      <w:szCs w:val="28"/>
                    </w:rPr>
                  </m:ctrlPr>
                </m:fPr>
                <m:num>
                  <m:r>
                    <w:rPr>
                      <w:rFonts w:ascii="Cambria Math" w:hAnsi="Cambria Math"/>
                      <w:sz w:val="28"/>
                      <w:szCs w:val="28"/>
                    </w:rPr>
                    <m:t>5</m:t>
                  </m:r>
                </m:num>
                <m:den>
                  <m:r>
                    <w:rPr>
                      <w:rFonts w:ascii="Cambria Math" w:hAnsi="Cambria Math"/>
                      <w:sz w:val="28"/>
                      <w:szCs w:val="28"/>
                    </w:rPr>
                    <m:t>8</m:t>
                  </m:r>
                </m:den>
              </m:f>
            </m:oMath>
            <w:r w:rsidRPr="00DC73E0">
              <w:rPr>
                <w:szCs w:val="28"/>
              </w:rPr>
              <w:t xml:space="preserve"> &lt; </w:t>
            </w:r>
            <m:oMath>
              <m:f>
                <m:fPr>
                  <m:ctrlPr>
                    <w:rPr>
                      <w:rFonts w:ascii="Cambria Math" w:hAnsi="Cambria Math"/>
                      <w:sz w:val="28"/>
                      <w:szCs w:val="28"/>
                    </w:rPr>
                  </m:ctrlPr>
                </m:fPr>
                <m:num>
                  <m:r>
                    <w:rPr>
                      <w:rFonts w:ascii="Cambria Math" w:hAnsi="Cambria Math"/>
                      <w:sz w:val="28"/>
                      <w:szCs w:val="28"/>
                    </w:rPr>
                    <m:t>7</m:t>
                  </m:r>
                </m:num>
                <m:den>
                  <m:r>
                    <w:rPr>
                      <w:rFonts w:ascii="Cambria Math" w:hAnsi="Cambria Math"/>
                      <w:sz w:val="28"/>
                      <w:szCs w:val="28"/>
                    </w:rPr>
                    <m:t>8</m:t>
                  </m:r>
                </m:den>
              </m:f>
            </m:oMath>
            <w:r w:rsidRPr="00DC73E0">
              <w:rPr>
                <w:szCs w:val="28"/>
              </w:rPr>
              <w:t>.</w:t>
            </w:r>
            <w:r w:rsidRPr="00DC73E0">
              <w:rPr>
                <w:szCs w:val="28"/>
              </w:rPr>
              <w:br/>
              <w:t xml:space="preserve">  c) Cùng mẫu số 5, 4 = 4 nên </w:t>
            </w:r>
            <m:oMath>
              <m:f>
                <m:fPr>
                  <m:ctrlPr>
                    <w:rPr>
                      <w:rFonts w:ascii="Cambria Math" w:hAnsi="Cambria Math"/>
                      <w:sz w:val="28"/>
                      <w:szCs w:val="28"/>
                    </w:rPr>
                  </m:ctrlPr>
                </m:fPr>
                <m:num>
                  <m:r>
                    <w:rPr>
                      <w:rFonts w:ascii="Cambria Math" w:hAnsi="Cambria Math"/>
                      <w:sz w:val="28"/>
                      <w:szCs w:val="28"/>
                    </w:rPr>
                    <m:t>4</m:t>
                  </m:r>
                </m:num>
                <m:den>
                  <m:r>
                    <w:rPr>
                      <w:rFonts w:ascii="Cambria Math" w:hAnsi="Cambria Math"/>
                      <w:sz w:val="28"/>
                      <w:szCs w:val="28"/>
                    </w:rPr>
                    <m:t>5</m:t>
                  </m:r>
                </m:den>
              </m:f>
            </m:oMath>
            <w:r w:rsidRPr="00DC73E0">
              <w:rPr>
                <w:szCs w:val="28"/>
              </w:rPr>
              <w:t xml:space="preserve"> = </w:t>
            </w:r>
            <m:oMath>
              <m:f>
                <m:fPr>
                  <m:ctrlPr>
                    <w:rPr>
                      <w:rFonts w:ascii="Cambria Math" w:hAnsi="Cambria Math"/>
                      <w:sz w:val="28"/>
                      <w:szCs w:val="28"/>
                    </w:rPr>
                  </m:ctrlPr>
                </m:fPr>
                <m:num>
                  <m:r>
                    <w:rPr>
                      <w:rFonts w:ascii="Cambria Math" w:hAnsi="Cambria Math"/>
                      <w:sz w:val="28"/>
                      <w:szCs w:val="28"/>
                    </w:rPr>
                    <m:t>4</m:t>
                  </m:r>
                </m:num>
                <m:den>
                  <m:r>
                    <w:rPr>
                      <w:rFonts w:ascii="Cambria Math" w:hAnsi="Cambria Math"/>
                      <w:sz w:val="28"/>
                      <w:szCs w:val="28"/>
                    </w:rPr>
                    <m:t>5</m:t>
                  </m:r>
                </m:den>
              </m:f>
            </m:oMath>
            <w:r w:rsidRPr="00DC73E0">
              <w:rPr>
                <w:szCs w:val="28"/>
              </w:rPr>
              <w:t>.</w:t>
            </w:r>
          </w:p>
        </w:tc>
      </w:tr>
      <w:tr w:rsidR="00DC73E0" w:rsidRPr="00DC73E0" w:rsidTr="00DC73E0">
        <w:trPr>
          <w:jc w:val="center"/>
        </w:trPr>
        <w:tc>
          <w:tcPr>
            <w:tcW w:w="9404" w:type="dxa"/>
            <w:gridSpan w:val="2"/>
            <w:tcBorders>
              <w:top w:val="single" w:sz="4" w:space="0" w:color="auto"/>
              <w:bottom w:val="single" w:sz="4" w:space="0" w:color="auto"/>
            </w:tcBorders>
            <w:shd w:val="clear" w:color="auto" w:fill="auto"/>
          </w:tcPr>
          <w:p w:rsidR="00B76D21" w:rsidRPr="00DC73E0" w:rsidRDefault="00B76D21" w:rsidP="00B76D21">
            <w:pPr>
              <w:rPr>
                <w:sz w:val="28"/>
                <w:szCs w:val="28"/>
              </w:rPr>
            </w:pPr>
            <w:r w:rsidRPr="00DC73E0">
              <w:rPr>
                <w:b/>
                <w:szCs w:val="28"/>
              </w:rPr>
              <w:t>Bài 2</w:t>
            </w:r>
          </w:p>
        </w:tc>
      </w:tr>
      <w:tr w:rsidR="00DC73E0" w:rsidRPr="00DC73E0" w:rsidTr="00DC73E0">
        <w:trPr>
          <w:jc w:val="center"/>
        </w:trPr>
        <w:tc>
          <w:tcPr>
            <w:tcW w:w="4702" w:type="dxa"/>
            <w:tcBorders>
              <w:top w:val="single" w:sz="4" w:space="0" w:color="auto"/>
            </w:tcBorders>
            <w:shd w:val="clear" w:color="auto" w:fill="auto"/>
          </w:tcPr>
          <w:p w:rsidR="00AC7682" w:rsidRPr="00DC73E0" w:rsidRDefault="00B76D21" w:rsidP="00B76D21">
            <w:pPr>
              <w:rPr>
                <w:sz w:val="28"/>
                <w:szCs w:val="28"/>
              </w:rPr>
            </w:pPr>
            <w:r w:rsidRPr="00DC73E0">
              <w:rPr>
                <w:szCs w:val="28"/>
              </w:rPr>
              <w:t>- GV yêu cầu HS đọc đề bài.</w:t>
            </w:r>
          </w:p>
        </w:tc>
        <w:tc>
          <w:tcPr>
            <w:tcW w:w="4702" w:type="dxa"/>
            <w:tcBorders>
              <w:top w:val="single" w:sz="4" w:space="0" w:color="auto"/>
            </w:tcBorders>
            <w:shd w:val="clear" w:color="auto" w:fill="auto"/>
          </w:tcPr>
          <w:p w:rsidR="00B76D21" w:rsidRPr="00DC73E0" w:rsidRDefault="00B76D21" w:rsidP="00B76D21">
            <w:pPr>
              <w:rPr>
                <w:sz w:val="28"/>
                <w:szCs w:val="28"/>
              </w:rPr>
            </w:pPr>
            <w:r w:rsidRPr="00DC73E0">
              <w:rPr>
                <w:szCs w:val="28"/>
              </w:rPr>
              <w:t>- HS đọc đề bài.</w:t>
            </w:r>
          </w:p>
        </w:tc>
      </w:tr>
      <w:tr w:rsidR="00DC73E0" w:rsidRPr="00DC73E0" w:rsidTr="00DC73E0">
        <w:trPr>
          <w:jc w:val="center"/>
        </w:trPr>
        <w:tc>
          <w:tcPr>
            <w:tcW w:w="4702" w:type="dxa"/>
            <w:shd w:val="clear" w:color="auto" w:fill="auto"/>
          </w:tcPr>
          <w:p w:rsidR="00B76D21" w:rsidRPr="00DC73E0" w:rsidRDefault="00B76D21" w:rsidP="00B76D21">
            <w:pPr>
              <w:rPr>
                <w:sz w:val="28"/>
                <w:szCs w:val="28"/>
              </w:rPr>
            </w:pPr>
            <w:r w:rsidRPr="00DC73E0">
              <w:rPr>
                <w:szCs w:val="28"/>
              </w:rPr>
              <w:t>- Hỏi: Đề bài yêu cầu gì?</w:t>
            </w:r>
          </w:p>
        </w:tc>
        <w:tc>
          <w:tcPr>
            <w:tcW w:w="4702" w:type="dxa"/>
            <w:shd w:val="clear" w:color="auto" w:fill="auto"/>
          </w:tcPr>
          <w:p w:rsidR="00B76D21" w:rsidRPr="00DC73E0" w:rsidRDefault="00B76D21" w:rsidP="00B76D21">
            <w:pPr>
              <w:rPr>
                <w:sz w:val="28"/>
                <w:szCs w:val="28"/>
              </w:rPr>
            </w:pPr>
            <w:r w:rsidRPr="00DC73E0">
              <w:rPr>
                <w:szCs w:val="28"/>
              </w:rPr>
              <w:t>- HS trả lời: Điền dấu &gt;, &lt;, =.</w:t>
            </w:r>
          </w:p>
        </w:tc>
      </w:tr>
      <w:tr w:rsidR="00DC73E0" w:rsidRPr="00DC73E0" w:rsidTr="00DC73E0">
        <w:trPr>
          <w:jc w:val="center"/>
        </w:trPr>
        <w:tc>
          <w:tcPr>
            <w:tcW w:w="4702" w:type="dxa"/>
            <w:shd w:val="clear" w:color="auto" w:fill="auto"/>
          </w:tcPr>
          <w:p w:rsidR="00B76D21" w:rsidRPr="00DC73E0" w:rsidRDefault="00B76D21" w:rsidP="00B76D21">
            <w:pPr>
              <w:rPr>
                <w:sz w:val="28"/>
                <w:szCs w:val="28"/>
              </w:rPr>
            </w:pPr>
            <w:r w:rsidRPr="00DC73E0">
              <w:rPr>
                <w:szCs w:val="28"/>
              </w:rPr>
              <w:t>- Nhắc: Muốn điền dấu phải tiến hành so sánh; yêu cầu HS làm vào SGK.</w:t>
            </w:r>
          </w:p>
        </w:tc>
        <w:tc>
          <w:tcPr>
            <w:tcW w:w="4702" w:type="dxa"/>
            <w:shd w:val="clear" w:color="auto" w:fill="auto"/>
          </w:tcPr>
          <w:p w:rsidR="00B76D21" w:rsidRPr="00DC73E0" w:rsidRDefault="00B76D21" w:rsidP="00B76D21">
            <w:pPr>
              <w:rPr>
                <w:sz w:val="28"/>
                <w:szCs w:val="28"/>
              </w:rPr>
            </w:pPr>
            <w:r w:rsidRPr="00DC73E0">
              <w:rPr>
                <w:szCs w:val="28"/>
              </w:rPr>
              <w:t>- HS làm vào SGK.</w:t>
            </w:r>
          </w:p>
        </w:tc>
      </w:tr>
      <w:tr w:rsidR="00DC73E0" w:rsidRPr="00DC73E0" w:rsidTr="00DC73E0">
        <w:trPr>
          <w:jc w:val="center"/>
        </w:trPr>
        <w:tc>
          <w:tcPr>
            <w:tcW w:w="4702" w:type="dxa"/>
            <w:tcBorders>
              <w:bottom w:val="single" w:sz="4" w:space="0" w:color="auto"/>
            </w:tcBorders>
            <w:shd w:val="clear" w:color="auto" w:fill="auto"/>
          </w:tcPr>
          <w:p w:rsidR="00B76D21" w:rsidRPr="00DC73E0" w:rsidRDefault="00B76D21" w:rsidP="00B76D21">
            <w:pPr>
              <w:rPr>
                <w:sz w:val="28"/>
                <w:szCs w:val="28"/>
              </w:rPr>
            </w:pPr>
            <w:r w:rsidRPr="00DC73E0">
              <w:rPr>
                <w:szCs w:val="28"/>
              </w:rPr>
              <w:t>- Chữa bài; mời HS chia sẻ cách so sánh (phần a, c).</w:t>
            </w:r>
          </w:p>
        </w:tc>
        <w:tc>
          <w:tcPr>
            <w:tcW w:w="4702" w:type="dxa"/>
            <w:tcBorders>
              <w:bottom w:val="single" w:sz="4" w:space="0" w:color="auto"/>
            </w:tcBorders>
            <w:shd w:val="clear" w:color="auto" w:fill="auto"/>
          </w:tcPr>
          <w:p w:rsidR="00B76D21" w:rsidRPr="00DC73E0" w:rsidRDefault="00B76D21" w:rsidP="00B76D21">
            <w:pPr>
              <w:rPr>
                <w:sz w:val="28"/>
                <w:szCs w:val="28"/>
              </w:rPr>
            </w:pPr>
            <w:r w:rsidRPr="00DC73E0">
              <w:rPr>
                <w:szCs w:val="28"/>
              </w:rPr>
              <w:t>- HS chia sẻ: so sánh với 1 dựa vào tử và mẫu (tử &lt; mẫu ⇒ &lt;1; tử &gt; mẫu ⇒ &gt;1; tử = mẫu ⇒ =1).</w:t>
            </w:r>
          </w:p>
        </w:tc>
      </w:tr>
      <w:tr w:rsidR="00DC73E0" w:rsidRPr="00DC73E0" w:rsidTr="00DC73E0">
        <w:trPr>
          <w:jc w:val="center"/>
        </w:trPr>
        <w:tc>
          <w:tcPr>
            <w:tcW w:w="9404" w:type="dxa"/>
            <w:gridSpan w:val="2"/>
            <w:tcBorders>
              <w:top w:val="single" w:sz="4" w:space="0" w:color="auto"/>
              <w:bottom w:val="single" w:sz="4" w:space="0" w:color="auto"/>
            </w:tcBorders>
            <w:shd w:val="clear" w:color="auto" w:fill="auto"/>
          </w:tcPr>
          <w:p w:rsidR="00B76D21" w:rsidRPr="00DC73E0" w:rsidRDefault="00B76D21" w:rsidP="00B76D21">
            <w:pPr>
              <w:rPr>
                <w:sz w:val="28"/>
                <w:szCs w:val="28"/>
              </w:rPr>
            </w:pPr>
            <w:r w:rsidRPr="00DC73E0">
              <w:rPr>
                <w:b/>
                <w:szCs w:val="28"/>
              </w:rPr>
              <w:t>Bài 3</w:t>
            </w:r>
          </w:p>
        </w:tc>
      </w:tr>
      <w:tr w:rsidR="00DC73E0" w:rsidRPr="00DC73E0" w:rsidTr="00DC73E0">
        <w:trPr>
          <w:jc w:val="center"/>
        </w:trPr>
        <w:tc>
          <w:tcPr>
            <w:tcW w:w="4702" w:type="dxa"/>
            <w:tcBorders>
              <w:top w:val="single" w:sz="4" w:space="0" w:color="auto"/>
            </w:tcBorders>
            <w:shd w:val="clear" w:color="auto" w:fill="auto"/>
          </w:tcPr>
          <w:p w:rsidR="00B76D21" w:rsidRPr="00DC73E0" w:rsidRDefault="00B76D21" w:rsidP="00B76D21">
            <w:pPr>
              <w:rPr>
                <w:sz w:val="28"/>
                <w:szCs w:val="28"/>
              </w:rPr>
            </w:pPr>
            <w:r w:rsidRPr="00DC73E0">
              <w:rPr>
                <w:szCs w:val="28"/>
              </w:rPr>
              <w:t>- GV yêu cầu HS đọc đề bài.</w:t>
            </w:r>
          </w:p>
        </w:tc>
        <w:tc>
          <w:tcPr>
            <w:tcW w:w="4702" w:type="dxa"/>
            <w:tcBorders>
              <w:top w:val="single" w:sz="4" w:space="0" w:color="auto"/>
            </w:tcBorders>
            <w:shd w:val="clear" w:color="auto" w:fill="auto"/>
          </w:tcPr>
          <w:p w:rsidR="00B76D21" w:rsidRPr="00DC73E0" w:rsidRDefault="00B76D21" w:rsidP="00B76D21">
            <w:pPr>
              <w:rPr>
                <w:sz w:val="28"/>
                <w:szCs w:val="28"/>
              </w:rPr>
            </w:pPr>
            <w:r w:rsidRPr="00DC73E0">
              <w:rPr>
                <w:szCs w:val="28"/>
              </w:rPr>
              <w:t>- HS đọc.</w:t>
            </w:r>
          </w:p>
        </w:tc>
      </w:tr>
      <w:tr w:rsidR="00DC73E0" w:rsidRPr="00DC73E0" w:rsidTr="00DC73E0">
        <w:trPr>
          <w:jc w:val="center"/>
        </w:trPr>
        <w:tc>
          <w:tcPr>
            <w:tcW w:w="4702" w:type="dxa"/>
            <w:shd w:val="clear" w:color="auto" w:fill="auto"/>
          </w:tcPr>
          <w:p w:rsidR="00B76D21" w:rsidRPr="00DC73E0" w:rsidRDefault="00B76D21" w:rsidP="00B76D21">
            <w:pPr>
              <w:rPr>
                <w:sz w:val="28"/>
                <w:szCs w:val="28"/>
              </w:rPr>
            </w:pPr>
            <w:r w:rsidRPr="00DC73E0">
              <w:rPr>
                <w:szCs w:val="28"/>
              </w:rPr>
              <w:lastRenderedPageBreak/>
              <w:t>- Hỏi: Đề bài yêu cầu gì? Các phân số có gì giống nhau?</w:t>
            </w:r>
          </w:p>
        </w:tc>
        <w:tc>
          <w:tcPr>
            <w:tcW w:w="4702" w:type="dxa"/>
            <w:shd w:val="clear" w:color="auto" w:fill="auto"/>
          </w:tcPr>
          <w:p w:rsidR="00B76D21" w:rsidRPr="00DC73E0" w:rsidRDefault="00B76D21" w:rsidP="00B76D21">
            <w:pPr>
              <w:rPr>
                <w:sz w:val="28"/>
                <w:szCs w:val="28"/>
              </w:rPr>
            </w:pPr>
            <w:r w:rsidRPr="00DC73E0">
              <w:rPr>
                <w:szCs w:val="28"/>
              </w:rPr>
              <w:t>- HS trả lời: a) sắp xếp từ bé đến lớn; b) từ lớn đến bé; các phân số cùng mẫu số 19.</w:t>
            </w:r>
          </w:p>
        </w:tc>
      </w:tr>
      <w:tr w:rsidR="00DC73E0" w:rsidRPr="00DC73E0" w:rsidTr="00DC73E0">
        <w:trPr>
          <w:jc w:val="center"/>
        </w:trPr>
        <w:tc>
          <w:tcPr>
            <w:tcW w:w="4702" w:type="dxa"/>
            <w:shd w:val="clear" w:color="auto" w:fill="auto"/>
          </w:tcPr>
          <w:p w:rsidR="00B76D21" w:rsidRPr="00DC73E0" w:rsidRDefault="00B76D21" w:rsidP="00B76D21">
            <w:pPr>
              <w:rPr>
                <w:sz w:val="28"/>
                <w:szCs w:val="28"/>
              </w:rPr>
            </w:pPr>
            <w:r w:rsidRPr="00DC73E0">
              <w:rPr>
                <w:szCs w:val="28"/>
              </w:rPr>
              <w:t>- Giao nhiệm vụ: HS làm bài vào vở; GV chiếu vở chữa.</w:t>
            </w:r>
          </w:p>
        </w:tc>
        <w:tc>
          <w:tcPr>
            <w:tcW w:w="4702" w:type="dxa"/>
            <w:shd w:val="clear" w:color="auto" w:fill="auto"/>
          </w:tcPr>
          <w:p w:rsidR="00B76D21" w:rsidRPr="00DC73E0" w:rsidRDefault="00B76D21" w:rsidP="00B76D21">
            <w:pPr>
              <w:rPr>
                <w:sz w:val="28"/>
                <w:szCs w:val="28"/>
              </w:rPr>
            </w:pPr>
            <w:r w:rsidRPr="00DC73E0">
              <w:rPr>
                <w:szCs w:val="28"/>
              </w:rPr>
              <w:t>- HS làm vở và trình bày kết quả.</w:t>
            </w:r>
          </w:p>
        </w:tc>
      </w:tr>
      <w:tr w:rsidR="00DC73E0" w:rsidRPr="00DC73E0" w:rsidTr="00DC73E0">
        <w:trPr>
          <w:jc w:val="center"/>
        </w:trPr>
        <w:tc>
          <w:tcPr>
            <w:tcW w:w="4702" w:type="dxa"/>
            <w:tcBorders>
              <w:bottom w:val="single" w:sz="4" w:space="0" w:color="auto"/>
            </w:tcBorders>
            <w:shd w:val="clear" w:color="auto" w:fill="auto"/>
          </w:tcPr>
          <w:p w:rsidR="00B76D21" w:rsidRPr="00DC73E0" w:rsidRDefault="00B76D21" w:rsidP="00B76D21">
            <w:pPr>
              <w:rPr>
                <w:sz w:val="28"/>
                <w:szCs w:val="28"/>
              </w:rPr>
            </w:pPr>
            <w:r w:rsidRPr="00DC73E0">
              <w:rPr>
                <w:szCs w:val="28"/>
              </w:rPr>
              <w:t>- Chốt đáp án.</w:t>
            </w:r>
          </w:p>
          <w:p w:rsidR="00581890" w:rsidRPr="00DC73E0" w:rsidRDefault="007F75C5">
            <w:r w:rsidRPr="00DC73E0">
              <w:t>- GV tích hợp AI (4.C4.1): Sau khi HS sắp xếp các phân số, GV giải thích rằng AI cũng sử dụng thuật toán so sánh để xếp hạng và đề xuất phương án, chẳng hạn so sánh giá của cùng một món đồ ở nhiều cửa hàng để gợi ý nơi có giá thấp hơn. GV yêu cầu HS nêu trình tự của thuật toán trong bài học: xác định các phân số có cùng mẫu số, so sánh tử số, sắp xếp và kiểm tra lại. GV lưu ý một gợi ý của AI chỉ đáng tin khi dữ liệu cùng đơn vị, cùng điều kiện và được con người kiểm chứng; không chọn kết quả chỉ vì máy xếp ở vị trí đầu.</w:t>
            </w:r>
          </w:p>
        </w:tc>
        <w:tc>
          <w:tcPr>
            <w:tcW w:w="4702" w:type="dxa"/>
            <w:tcBorders>
              <w:bottom w:val="single" w:sz="4" w:space="0" w:color="auto"/>
            </w:tcBorders>
            <w:shd w:val="clear" w:color="auto" w:fill="auto"/>
          </w:tcPr>
          <w:p w:rsidR="00B76D21" w:rsidRPr="00DC73E0" w:rsidRDefault="00B76D21" w:rsidP="00B76D21">
            <w:pPr>
              <w:rPr>
                <w:sz w:val="28"/>
                <w:szCs w:val="28"/>
              </w:rPr>
            </w:pPr>
            <w:r w:rsidRPr="00DC73E0">
              <w:rPr>
                <w:szCs w:val="28"/>
              </w:rPr>
              <w:t>- HS ghi:</w:t>
            </w:r>
            <w:r w:rsidRPr="00DC73E0">
              <w:rPr>
                <w:szCs w:val="28"/>
              </w:rPr>
              <w:br/>
              <w:t xml:space="preserve">  a) </w:t>
            </w:r>
            <m:oMath>
              <m:f>
                <m:fPr>
                  <m:ctrlPr>
                    <w:rPr>
                      <w:rFonts w:ascii="Cambria Math" w:hAnsi="Cambria Math"/>
                      <w:sz w:val="28"/>
                      <w:szCs w:val="28"/>
                    </w:rPr>
                  </m:ctrlPr>
                </m:fPr>
                <m:num>
                  <m:r>
                    <w:rPr>
                      <w:rFonts w:ascii="Cambria Math" w:hAnsi="Cambria Math"/>
                      <w:sz w:val="28"/>
                      <w:szCs w:val="28"/>
                    </w:rPr>
                    <m:t>5</m:t>
                  </m:r>
                </m:num>
                <m:den>
                  <m:r>
                    <w:rPr>
                      <w:rFonts w:ascii="Cambria Math" w:hAnsi="Cambria Math"/>
                      <w:sz w:val="28"/>
                      <w:szCs w:val="28"/>
                    </w:rPr>
                    <m:t>19</m:t>
                  </m:r>
                </m:den>
              </m:f>
            </m:oMath>
            <w:r w:rsidRPr="00DC73E0">
              <w:rPr>
                <w:szCs w:val="28"/>
              </w:rPr>
              <w:t xml:space="preserve">; </w:t>
            </w:r>
            <m:oMath>
              <m:f>
                <m:fPr>
                  <m:ctrlPr>
                    <w:rPr>
                      <w:rFonts w:ascii="Cambria Math" w:hAnsi="Cambria Math"/>
                      <w:sz w:val="28"/>
                      <w:szCs w:val="28"/>
                    </w:rPr>
                  </m:ctrlPr>
                </m:fPr>
                <m:num>
                  <m:r>
                    <w:rPr>
                      <w:rFonts w:ascii="Cambria Math" w:hAnsi="Cambria Math"/>
                      <w:sz w:val="28"/>
                      <w:szCs w:val="28"/>
                    </w:rPr>
                    <m:t>7</m:t>
                  </m:r>
                </m:num>
                <m:den>
                  <m:r>
                    <w:rPr>
                      <w:rFonts w:ascii="Cambria Math" w:hAnsi="Cambria Math"/>
                      <w:sz w:val="28"/>
                      <w:szCs w:val="28"/>
                    </w:rPr>
                    <m:t>19</m:t>
                  </m:r>
                </m:den>
              </m:f>
            </m:oMath>
            <w:r w:rsidRPr="00DC73E0">
              <w:rPr>
                <w:szCs w:val="28"/>
              </w:rPr>
              <w:t xml:space="preserve">; </w:t>
            </w:r>
            <m:oMath>
              <m:f>
                <m:fPr>
                  <m:ctrlPr>
                    <w:rPr>
                      <w:rFonts w:ascii="Cambria Math" w:hAnsi="Cambria Math"/>
                      <w:sz w:val="28"/>
                      <w:szCs w:val="28"/>
                    </w:rPr>
                  </m:ctrlPr>
                </m:fPr>
                <m:num>
                  <m:r>
                    <w:rPr>
                      <w:rFonts w:ascii="Cambria Math" w:hAnsi="Cambria Math"/>
                      <w:sz w:val="28"/>
                      <w:szCs w:val="28"/>
                    </w:rPr>
                    <m:t>15</m:t>
                  </m:r>
                </m:num>
                <m:den>
                  <m:r>
                    <w:rPr>
                      <w:rFonts w:ascii="Cambria Math" w:hAnsi="Cambria Math"/>
                      <w:sz w:val="28"/>
                      <w:szCs w:val="28"/>
                    </w:rPr>
                    <m:t>19</m:t>
                  </m:r>
                </m:den>
              </m:f>
            </m:oMath>
            <w:r w:rsidRPr="00DC73E0">
              <w:rPr>
                <w:szCs w:val="28"/>
              </w:rPr>
              <w:t xml:space="preserve">; </w:t>
            </w:r>
            <m:oMath>
              <m:f>
                <m:fPr>
                  <m:ctrlPr>
                    <w:rPr>
                      <w:rFonts w:ascii="Cambria Math" w:hAnsi="Cambria Math"/>
                      <w:sz w:val="28"/>
                      <w:szCs w:val="28"/>
                    </w:rPr>
                  </m:ctrlPr>
                </m:fPr>
                <m:num>
                  <m:r>
                    <w:rPr>
                      <w:rFonts w:ascii="Cambria Math" w:hAnsi="Cambria Math"/>
                      <w:sz w:val="28"/>
                      <w:szCs w:val="28"/>
                    </w:rPr>
                    <m:t>17</m:t>
                  </m:r>
                </m:num>
                <m:den>
                  <m:r>
                    <w:rPr>
                      <w:rFonts w:ascii="Cambria Math" w:hAnsi="Cambria Math"/>
                      <w:sz w:val="28"/>
                      <w:szCs w:val="28"/>
                    </w:rPr>
                    <m:t>19</m:t>
                  </m:r>
                </m:den>
              </m:f>
            </m:oMath>
            <w:r w:rsidRPr="00DC73E0">
              <w:rPr>
                <w:szCs w:val="28"/>
              </w:rPr>
              <w:t>.</w:t>
            </w:r>
            <w:r w:rsidRPr="00DC73E0">
              <w:rPr>
                <w:szCs w:val="28"/>
              </w:rPr>
              <w:br/>
              <w:t xml:space="preserve">  b) </w:t>
            </w:r>
            <m:oMath>
              <m:f>
                <m:fPr>
                  <m:ctrlPr>
                    <w:rPr>
                      <w:rFonts w:ascii="Cambria Math" w:hAnsi="Cambria Math"/>
                      <w:sz w:val="28"/>
                      <w:szCs w:val="28"/>
                    </w:rPr>
                  </m:ctrlPr>
                </m:fPr>
                <m:num>
                  <m:r>
                    <w:rPr>
                      <w:rFonts w:ascii="Cambria Math" w:hAnsi="Cambria Math"/>
                      <w:sz w:val="28"/>
                      <w:szCs w:val="28"/>
                    </w:rPr>
                    <m:t>17</m:t>
                  </m:r>
                </m:num>
                <m:den>
                  <m:r>
                    <w:rPr>
                      <w:rFonts w:ascii="Cambria Math" w:hAnsi="Cambria Math"/>
                      <w:sz w:val="28"/>
                      <w:szCs w:val="28"/>
                    </w:rPr>
                    <m:t>19</m:t>
                  </m:r>
                </m:den>
              </m:f>
            </m:oMath>
            <w:r w:rsidRPr="00DC73E0">
              <w:rPr>
                <w:szCs w:val="28"/>
              </w:rPr>
              <w:t xml:space="preserve">; </w:t>
            </w:r>
            <m:oMath>
              <m:f>
                <m:fPr>
                  <m:ctrlPr>
                    <w:rPr>
                      <w:rFonts w:ascii="Cambria Math" w:hAnsi="Cambria Math"/>
                      <w:sz w:val="28"/>
                      <w:szCs w:val="28"/>
                    </w:rPr>
                  </m:ctrlPr>
                </m:fPr>
                <m:num>
                  <m:r>
                    <w:rPr>
                      <w:rFonts w:ascii="Cambria Math" w:hAnsi="Cambria Math"/>
                      <w:sz w:val="28"/>
                      <w:szCs w:val="28"/>
                    </w:rPr>
                    <m:t>15</m:t>
                  </m:r>
                </m:num>
                <m:den>
                  <m:r>
                    <w:rPr>
                      <w:rFonts w:ascii="Cambria Math" w:hAnsi="Cambria Math"/>
                      <w:sz w:val="28"/>
                      <w:szCs w:val="28"/>
                    </w:rPr>
                    <m:t>19</m:t>
                  </m:r>
                </m:den>
              </m:f>
            </m:oMath>
            <w:r w:rsidRPr="00DC73E0">
              <w:rPr>
                <w:szCs w:val="28"/>
              </w:rPr>
              <w:t xml:space="preserve">; </w:t>
            </w:r>
            <m:oMath>
              <m:f>
                <m:fPr>
                  <m:ctrlPr>
                    <w:rPr>
                      <w:rFonts w:ascii="Cambria Math" w:hAnsi="Cambria Math"/>
                      <w:sz w:val="28"/>
                      <w:szCs w:val="28"/>
                    </w:rPr>
                  </m:ctrlPr>
                </m:fPr>
                <m:num>
                  <m:r>
                    <w:rPr>
                      <w:rFonts w:ascii="Cambria Math" w:hAnsi="Cambria Math"/>
                      <w:sz w:val="28"/>
                      <w:szCs w:val="28"/>
                    </w:rPr>
                    <m:t>7</m:t>
                  </m:r>
                </m:num>
                <m:den>
                  <m:r>
                    <w:rPr>
                      <w:rFonts w:ascii="Cambria Math" w:hAnsi="Cambria Math"/>
                      <w:sz w:val="28"/>
                      <w:szCs w:val="28"/>
                    </w:rPr>
                    <m:t>19</m:t>
                  </m:r>
                </m:den>
              </m:f>
            </m:oMath>
            <w:r w:rsidRPr="00DC73E0">
              <w:rPr>
                <w:szCs w:val="28"/>
              </w:rPr>
              <w:t xml:space="preserve">; </w:t>
            </w:r>
            <m:oMath>
              <m:f>
                <m:fPr>
                  <m:ctrlPr>
                    <w:rPr>
                      <w:rFonts w:ascii="Cambria Math" w:hAnsi="Cambria Math"/>
                      <w:sz w:val="28"/>
                      <w:szCs w:val="28"/>
                    </w:rPr>
                  </m:ctrlPr>
                </m:fPr>
                <m:num>
                  <m:r>
                    <w:rPr>
                      <w:rFonts w:ascii="Cambria Math" w:hAnsi="Cambria Math"/>
                      <w:sz w:val="28"/>
                      <w:szCs w:val="28"/>
                    </w:rPr>
                    <m:t>5</m:t>
                  </m:r>
                </m:num>
                <m:den>
                  <m:r>
                    <w:rPr>
                      <w:rFonts w:ascii="Cambria Math" w:hAnsi="Cambria Math"/>
                      <w:sz w:val="28"/>
                      <w:szCs w:val="28"/>
                    </w:rPr>
                    <m:t>19</m:t>
                  </m:r>
                </m:den>
              </m:f>
            </m:oMath>
            <w:r w:rsidRPr="00DC73E0">
              <w:rPr>
                <w:szCs w:val="28"/>
              </w:rPr>
              <w:t>.</w:t>
            </w:r>
          </w:p>
          <w:p w:rsidR="00581890" w:rsidRPr="00DC73E0" w:rsidRDefault="007F75C5">
            <w:r w:rsidRPr="00DC73E0">
              <w:t>- HS nêu được các bước so sánh và sắp xếp; nhận biết AI có thể xếp hạng theo thuật toán nhưng người dùng phải kiểm tra dữ liệu, đơn vị, điều kiện và kết quả trước khi lựa chọn.</w:t>
            </w:r>
          </w:p>
        </w:tc>
      </w:tr>
      <w:tr w:rsidR="00DC73E0" w:rsidRPr="00DC73E0" w:rsidTr="00DC73E0">
        <w:trPr>
          <w:cantSplit/>
          <w:jc w:val="center"/>
        </w:trPr>
        <w:tc>
          <w:tcPr>
            <w:tcW w:w="9404" w:type="dxa"/>
            <w:gridSpan w:val="2"/>
            <w:tcBorders>
              <w:top w:val="single" w:sz="4" w:space="0" w:color="auto"/>
              <w:bottom w:val="single" w:sz="4" w:space="0" w:color="auto"/>
            </w:tcBorders>
            <w:shd w:val="clear" w:color="auto" w:fill="auto"/>
          </w:tcPr>
          <w:p w:rsidR="00B76D21" w:rsidRPr="00DC73E0" w:rsidRDefault="00B17B87" w:rsidP="00B76D21">
            <w:pPr>
              <w:rPr>
                <w:sz w:val="28"/>
                <w:szCs w:val="28"/>
              </w:rPr>
            </w:pPr>
            <w:r w:rsidRPr="00DC73E0">
              <w:rPr>
                <w:b/>
              </w:rPr>
              <w:t>4. Vận dụng, trải nghiệm:</w:t>
            </w:r>
          </w:p>
          <w:p w:rsidR="00581890" w:rsidRPr="00DC73E0" w:rsidRDefault="007F75C5">
            <w:r w:rsidRPr="00DC73E0">
              <w:rPr>
                <w:b/>
              </w:rPr>
              <w:t xml:space="preserve">- Mục tiêu: </w:t>
            </w:r>
            <w:r w:rsidRPr="00DC73E0">
              <w:t>Củng cố quy tắc; vận dụng nêu miệng và tự đánh giá.</w:t>
            </w:r>
          </w:p>
          <w:p w:rsidR="00581890" w:rsidRPr="00DC73E0" w:rsidRDefault="007F75C5">
            <w:r w:rsidRPr="00DC73E0">
              <w:rPr>
                <w:b/>
                <w:i/>
              </w:rPr>
              <w:t>*Cách tiến hành:</w:t>
            </w:r>
          </w:p>
        </w:tc>
      </w:tr>
      <w:tr w:rsidR="00DC73E0" w:rsidRPr="00DC73E0" w:rsidTr="00DC73E0">
        <w:trPr>
          <w:jc w:val="center"/>
        </w:trPr>
        <w:tc>
          <w:tcPr>
            <w:tcW w:w="4702" w:type="dxa"/>
            <w:tcBorders>
              <w:top w:val="single" w:sz="4" w:space="0" w:color="auto"/>
            </w:tcBorders>
            <w:shd w:val="clear" w:color="auto" w:fill="auto"/>
          </w:tcPr>
          <w:p w:rsidR="00B76D21" w:rsidRPr="00DC73E0" w:rsidRDefault="00B76D21" w:rsidP="00B76D21">
            <w:pPr>
              <w:rPr>
                <w:sz w:val="28"/>
                <w:szCs w:val="28"/>
              </w:rPr>
            </w:pPr>
            <w:r w:rsidRPr="00DC73E0">
              <w:rPr>
                <w:szCs w:val="28"/>
              </w:rPr>
              <w:t>- Yêu cầu HS nêu cách so sánh hai phân số có cùng mẫu số.</w:t>
            </w:r>
          </w:p>
        </w:tc>
        <w:tc>
          <w:tcPr>
            <w:tcW w:w="4702" w:type="dxa"/>
            <w:tcBorders>
              <w:top w:val="single" w:sz="4" w:space="0" w:color="auto"/>
            </w:tcBorders>
            <w:shd w:val="clear" w:color="auto" w:fill="auto"/>
          </w:tcPr>
          <w:p w:rsidR="00B76D21" w:rsidRPr="00DC73E0" w:rsidRDefault="00B76D21" w:rsidP="00B76D21">
            <w:pPr>
              <w:rPr>
                <w:sz w:val="28"/>
                <w:szCs w:val="28"/>
              </w:rPr>
            </w:pPr>
            <w:r w:rsidRPr="00DC73E0">
              <w:rPr>
                <w:szCs w:val="28"/>
              </w:rPr>
              <w:t>- HS trả lời: So sánh tử số; tử số lớn hơn ⇒ phân số lớn hơn; tử số bé hơn ⇒ phân số bé hơn; tử số bằng nhau ⇒ hai phân số bằng nhau.</w:t>
            </w:r>
          </w:p>
        </w:tc>
      </w:tr>
      <w:tr w:rsidR="00DC73E0" w:rsidRPr="00DC73E0" w:rsidTr="00DC73E0">
        <w:trPr>
          <w:jc w:val="center"/>
        </w:trPr>
        <w:tc>
          <w:tcPr>
            <w:tcW w:w="4702" w:type="dxa"/>
            <w:shd w:val="clear" w:color="auto" w:fill="auto"/>
          </w:tcPr>
          <w:p w:rsidR="00B76D21" w:rsidRPr="00DC73E0" w:rsidRDefault="00B76D21" w:rsidP="00B76D21">
            <w:pPr>
              <w:rPr>
                <w:sz w:val="28"/>
                <w:szCs w:val="28"/>
              </w:rPr>
            </w:pPr>
            <w:r w:rsidRPr="00DC73E0">
              <w:rPr>
                <w:szCs w:val="28"/>
              </w:rPr>
              <w:t>- Yêu cầu HS nêu cách so sánh phân số với 1.</w:t>
            </w:r>
          </w:p>
        </w:tc>
        <w:tc>
          <w:tcPr>
            <w:tcW w:w="4702" w:type="dxa"/>
            <w:shd w:val="clear" w:color="auto" w:fill="auto"/>
          </w:tcPr>
          <w:p w:rsidR="00B76D21" w:rsidRPr="00DC73E0" w:rsidRDefault="00B76D21" w:rsidP="00B76D21">
            <w:pPr>
              <w:rPr>
                <w:sz w:val="28"/>
                <w:szCs w:val="28"/>
              </w:rPr>
            </w:pPr>
            <w:r w:rsidRPr="00DC73E0">
              <w:rPr>
                <w:szCs w:val="28"/>
              </w:rPr>
              <w:t>- HS trả lời: So sánh tử và mẫu: tử &lt; mẫu ⇒ phân số &lt; 1; tử = mẫu ⇒ = 1; tử &gt; mẫu ⇒ &gt; 1.</w:t>
            </w:r>
          </w:p>
        </w:tc>
      </w:tr>
      <w:tr w:rsidR="00DC73E0" w:rsidRPr="00DC73E0" w:rsidTr="00DC73E0">
        <w:trPr>
          <w:jc w:val="center"/>
        </w:trPr>
        <w:tc>
          <w:tcPr>
            <w:tcW w:w="4702" w:type="dxa"/>
            <w:shd w:val="clear" w:color="auto" w:fill="auto"/>
          </w:tcPr>
          <w:p w:rsidR="00B76D21" w:rsidRPr="00DC73E0" w:rsidRDefault="00B76D21" w:rsidP="00B76D21">
            <w:pPr>
              <w:rPr>
                <w:sz w:val="28"/>
                <w:szCs w:val="28"/>
              </w:rPr>
            </w:pPr>
            <w:r w:rsidRPr="00DC73E0">
              <w:rPr>
                <w:szCs w:val="28"/>
              </w:rPr>
              <w:t>- Nhận xét tiết học.</w:t>
            </w:r>
          </w:p>
        </w:tc>
        <w:tc>
          <w:tcPr>
            <w:tcW w:w="4702" w:type="dxa"/>
            <w:shd w:val="clear" w:color="auto" w:fill="auto"/>
          </w:tcPr>
          <w:p w:rsidR="00B76D21" w:rsidRPr="00DC73E0" w:rsidRDefault="00B76D21" w:rsidP="00B76D21">
            <w:pPr>
              <w:rPr>
                <w:sz w:val="28"/>
                <w:szCs w:val="28"/>
              </w:rPr>
            </w:pPr>
            <w:r w:rsidRPr="00DC73E0">
              <w:rPr>
                <w:szCs w:val="28"/>
              </w:rPr>
              <w:t>- HS lắng nghe.</w:t>
            </w:r>
          </w:p>
        </w:tc>
      </w:tr>
    </w:tbl>
    <w:p w:rsidR="00B76D21" w:rsidRPr="00DC73E0" w:rsidRDefault="00B76D21" w:rsidP="00B76D21">
      <w:pPr>
        <w:spacing w:after="0" w:line="240" w:lineRule="auto"/>
        <w:rPr>
          <w:sz w:val="28"/>
          <w:szCs w:val="28"/>
        </w:rPr>
      </w:pPr>
      <w:r w:rsidRPr="00DC73E0">
        <w:rPr>
          <w:b/>
          <w:szCs w:val="28"/>
        </w:rPr>
        <w:t>IV. ĐIỀU CHỈNH SAU BÀI DẠY (nếu có):</w:t>
      </w:r>
    </w:p>
    <w:p w:rsidR="00B76D21" w:rsidRPr="00DC73E0" w:rsidRDefault="00B76D21" w:rsidP="00B76D21">
      <w:pPr>
        <w:spacing w:after="0" w:line="240" w:lineRule="auto"/>
        <w:rPr>
          <w:sz w:val="28"/>
          <w:szCs w:val="28"/>
        </w:rPr>
      </w:pPr>
      <w:r w:rsidRPr="00DC73E0">
        <w:rPr>
          <w:szCs w:val="28"/>
        </w:rPr>
        <w:t xml:space="preserve">- </w:t>
      </w:r>
    </w:p>
    <w:p w:rsidR="00AC7682" w:rsidRPr="00DC73E0" w:rsidRDefault="00AC7682" w:rsidP="00AC7682">
      <w:pPr>
        <w:spacing w:after="0" w:line="240" w:lineRule="auto"/>
        <w:jc w:val="center"/>
        <w:rPr>
          <w:sz w:val="28"/>
          <w:szCs w:val="28"/>
        </w:rPr>
      </w:pPr>
      <w:r w:rsidRPr="00DC73E0">
        <w:rPr>
          <w:b/>
        </w:rPr>
        <w:t>TOÁN 4 – TIẾT 135</w:t>
      </w:r>
    </w:p>
    <w:p w:rsidR="00D809E6" w:rsidRPr="00DC73E0" w:rsidRDefault="00D809E6" w:rsidP="00D809E6">
      <w:pPr>
        <w:spacing w:after="0" w:line="240" w:lineRule="auto"/>
        <w:jc w:val="center"/>
        <w:rPr>
          <w:sz w:val="28"/>
          <w:szCs w:val="28"/>
        </w:rPr>
      </w:pPr>
      <w:r w:rsidRPr="00DC73E0">
        <w:rPr>
          <w:b/>
        </w:rPr>
        <w:t>BÀI 58: SO SÁNH PHÂN SỐ (TIẾT 2)</w:t>
      </w:r>
    </w:p>
    <w:p w:rsidR="00AC7682" w:rsidRPr="00DC73E0" w:rsidRDefault="00AC7682" w:rsidP="00AC7682">
      <w:pPr>
        <w:spacing w:after="0" w:line="240" w:lineRule="auto"/>
        <w:rPr>
          <w:sz w:val="28"/>
          <w:szCs w:val="28"/>
        </w:rPr>
      </w:pPr>
      <w:r w:rsidRPr="00DC73E0">
        <w:rPr>
          <w:b/>
          <w:szCs w:val="28"/>
        </w:rPr>
        <w:t>I. YÊU CẦU CẦN ĐẠT</w:t>
      </w:r>
    </w:p>
    <w:p w:rsidR="00AC7682" w:rsidRPr="00DC73E0" w:rsidRDefault="00AC7682" w:rsidP="00AC7682">
      <w:pPr>
        <w:spacing w:after="0" w:line="240" w:lineRule="auto"/>
        <w:rPr>
          <w:sz w:val="28"/>
          <w:szCs w:val="28"/>
        </w:rPr>
      </w:pPr>
      <w:r w:rsidRPr="00DC73E0">
        <w:rPr>
          <w:b/>
          <w:szCs w:val="28"/>
        </w:rPr>
        <w:t>1. Năng lực đặc thù</w:t>
      </w:r>
    </w:p>
    <w:p w:rsidR="00AC7682" w:rsidRPr="00DC73E0" w:rsidRDefault="00AC7682" w:rsidP="00AC7682">
      <w:pPr>
        <w:spacing w:after="0" w:line="240" w:lineRule="auto"/>
        <w:rPr>
          <w:sz w:val="28"/>
          <w:szCs w:val="28"/>
        </w:rPr>
      </w:pPr>
      <w:r w:rsidRPr="00DC73E0">
        <w:rPr>
          <w:szCs w:val="28"/>
        </w:rPr>
        <w:t>- Nhận biết và nắm được cách so sánh hai phân số khác mẫu số (thông qua quy đồng mẫu số).</w:t>
      </w:r>
    </w:p>
    <w:p w:rsidR="00AC7682" w:rsidRPr="00DC73E0" w:rsidRDefault="00AC7682" w:rsidP="00AC7682">
      <w:pPr>
        <w:spacing w:after="0" w:line="240" w:lineRule="auto"/>
        <w:rPr>
          <w:sz w:val="28"/>
          <w:szCs w:val="28"/>
        </w:rPr>
      </w:pPr>
      <w:r w:rsidRPr="00DC73E0">
        <w:rPr>
          <w:szCs w:val="28"/>
        </w:rPr>
        <w:t>- Vận dụng cách so sánh để làm các bài tập liên quan đến so sánh phân số.</w:t>
      </w:r>
    </w:p>
    <w:p w:rsidR="00AC7682" w:rsidRPr="00DC73E0" w:rsidRDefault="00AC7682" w:rsidP="00AC7682">
      <w:pPr>
        <w:spacing w:after="0" w:line="240" w:lineRule="auto"/>
        <w:rPr>
          <w:sz w:val="28"/>
          <w:szCs w:val="28"/>
        </w:rPr>
      </w:pPr>
      <w:r w:rsidRPr="00DC73E0">
        <w:rPr>
          <w:b/>
          <w:szCs w:val="28"/>
        </w:rPr>
        <w:t>2. Năng lực chung</w:t>
      </w:r>
    </w:p>
    <w:p w:rsidR="00AC7682" w:rsidRPr="00DC73E0" w:rsidRDefault="00AC7682" w:rsidP="00AC7682">
      <w:pPr>
        <w:spacing w:after="0" w:line="240" w:lineRule="auto"/>
        <w:rPr>
          <w:sz w:val="28"/>
          <w:szCs w:val="28"/>
        </w:rPr>
      </w:pPr>
      <w:r w:rsidRPr="00DC73E0">
        <w:t>- Tự chủ và tự học: Chủ động quy đồng mẫu số, tự so sánh các phân số khác mẫu số và kiểm tra lại kết luận.</w:t>
      </w:r>
    </w:p>
    <w:p w:rsidR="00AC7682" w:rsidRPr="00DC73E0" w:rsidRDefault="00AC7682" w:rsidP="00AC7682">
      <w:pPr>
        <w:spacing w:after="0" w:line="240" w:lineRule="auto"/>
        <w:rPr>
          <w:sz w:val="28"/>
          <w:szCs w:val="28"/>
        </w:rPr>
      </w:pPr>
      <w:r w:rsidRPr="00DC73E0">
        <w:t>- Giao tiếp và hợp tác: Trao đổi cách chọn mẫu số chung, trình bày các bước so sánh rõ ràng và nhận xét bài làm của bạn.</w:t>
      </w:r>
    </w:p>
    <w:p w:rsidR="00AC7682" w:rsidRPr="00DC73E0" w:rsidRDefault="00AC7682" w:rsidP="00AC7682">
      <w:pPr>
        <w:spacing w:after="0" w:line="240" w:lineRule="auto"/>
        <w:rPr>
          <w:sz w:val="28"/>
          <w:szCs w:val="28"/>
        </w:rPr>
      </w:pPr>
      <w:r w:rsidRPr="00DC73E0">
        <w:t>- Giải quyết vấn đề và sáng tạo: Vận dụng quy đồng mẫu số để so sánh phân số khác mẫu số, tìm phân số lớn nhất và giải quyết bài toán thực tế.</w:t>
      </w:r>
    </w:p>
    <w:p w:rsidR="00AC7682" w:rsidRPr="00DC73E0" w:rsidRDefault="00AC7682" w:rsidP="00AC7682">
      <w:pPr>
        <w:spacing w:after="0" w:line="240" w:lineRule="auto"/>
        <w:rPr>
          <w:sz w:val="28"/>
          <w:szCs w:val="28"/>
        </w:rPr>
      </w:pPr>
      <w:r w:rsidRPr="00DC73E0">
        <w:rPr>
          <w:b/>
          <w:szCs w:val="28"/>
        </w:rPr>
        <w:lastRenderedPageBreak/>
        <w:t>3. Phẩm chất</w:t>
      </w:r>
    </w:p>
    <w:p w:rsidR="00AC7682" w:rsidRPr="00DC73E0" w:rsidRDefault="00AC7682" w:rsidP="00AC7682">
      <w:pPr>
        <w:spacing w:after="0" w:line="240" w:lineRule="auto"/>
        <w:rPr>
          <w:sz w:val="28"/>
          <w:szCs w:val="28"/>
        </w:rPr>
      </w:pPr>
      <w:r w:rsidRPr="00DC73E0">
        <w:t>- Chăm chỉ: Tích cực làm bài, thực hiện phép quy đồng và so sánh cẩn thận.</w:t>
      </w:r>
    </w:p>
    <w:p w:rsidR="00AC7682" w:rsidRPr="00DC73E0" w:rsidRDefault="00AC7682" w:rsidP="00AC7682">
      <w:pPr>
        <w:spacing w:after="0" w:line="240" w:lineRule="auto"/>
        <w:rPr>
          <w:sz w:val="28"/>
          <w:szCs w:val="28"/>
        </w:rPr>
      </w:pPr>
      <w:r w:rsidRPr="00DC73E0">
        <w:t>- Trách nhiệm: Hoàn thành nhiệm vụ đúng thời gian, kiểm tra kết quả và tự giác sửa sai.</w:t>
      </w:r>
    </w:p>
    <w:p w:rsidR="00AC7682" w:rsidRPr="00DC73E0" w:rsidRDefault="00AC7682" w:rsidP="00AC7682">
      <w:pPr>
        <w:spacing w:after="0" w:line="240" w:lineRule="auto"/>
        <w:rPr>
          <w:sz w:val="28"/>
          <w:szCs w:val="28"/>
        </w:rPr>
      </w:pPr>
      <w:r w:rsidRPr="00DC73E0">
        <w:rPr>
          <w:b/>
          <w:szCs w:val="28"/>
        </w:rPr>
        <w:t>II. ĐỒ DÙNG DẠY HỌC</w:t>
      </w:r>
    </w:p>
    <w:p w:rsidR="00AC7682" w:rsidRPr="00DC73E0" w:rsidRDefault="00AC7682" w:rsidP="00AC7682">
      <w:pPr>
        <w:spacing w:after="0" w:line="240" w:lineRule="auto"/>
        <w:rPr>
          <w:sz w:val="28"/>
          <w:szCs w:val="28"/>
        </w:rPr>
      </w:pPr>
      <w:r w:rsidRPr="00DC73E0">
        <w:rPr>
          <w:szCs w:val="28"/>
        </w:rPr>
        <w:t>- GV: máy tính, máy chiếu, webcam, cờ.</w:t>
      </w:r>
    </w:p>
    <w:p w:rsidR="00AC7682" w:rsidRPr="00DC73E0" w:rsidRDefault="00AC7682" w:rsidP="00AC7682">
      <w:pPr>
        <w:spacing w:after="0" w:line="240" w:lineRule="auto"/>
        <w:rPr>
          <w:sz w:val="28"/>
          <w:szCs w:val="28"/>
        </w:rPr>
      </w:pPr>
      <w:r w:rsidRPr="00DC73E0">
        <w:rPr>
          <w:szCs w:val="28"/>
        </w:rPr>
        <w:t>- HS: SGK, vở ghi, bảng con.</w:t>
      </w:r>
    </w:p>
    <w:p w:rsidR="00AC7682" w:rsidRPr="00DC73E0" w:rsidRDefault="00AC7682" w:rsidP="00AC7682">
      <w:pPr>
        <w:spacing w:after="0" w:line="240" w:lineRule="auto"/>
        <w:rPr>
          <w:sz w:val="28"/>
          <w:szCs w:val="28"/>
        </w:rPr>
      </w:pPr>
      <w:r w:rsidRPr="00DC73E0">
        <w:rPr>
          <w:b/>
          <w:szCs w:val="28"/>
        </w:rPr>
        <w:t>III. CÁC HOẠT ĐỘNG DẠY HỌC CHỦ YẾU</w:t>
      </w:r>
    </w:p>
    <w:tbl>
      <w:tblPr>
        <w:tblStyle w:val="TableGrid"/>
        <w:tblW w:w="0" w:type="auto"/>
        <w:jc w:val="center"/>
        <w:tblBorders>
          <w:insideH w:val="none" w:sz="0" w:space="0" w:color="auto"/>
        </w:tblBorders>
        <w:tblLook w:val="04A0" w:firstRow="1" w:lastRow="0" w:firstColumn="1" w:lastColumn="0" w:noHBand="0" w:noVBand="1"/>
      </w:tblPr>
      <w:tblGrid>
        <w:gridCol w:w="4702"/>
        <w:gridCol w:w="4702"/>
      </w:tblGrid>
      <w:tr w:rsidR="00DC73E0" w:rsidRPr="00DC73E0" w:rsidTr="00DC73E0">
        <w:trPr>
          <w:jc w:val="center"/>
        </w:trPr>
        <w:tc>
          <w:tcPr>
            <w:tcW w:w="4702" w:type="dxa"/>
            <w:tcBorders>
              <w:bottom w:val="single" w:sz="4" w:space="0" w:color="auto"/>
            </w:tcBorders>
            <w:shd w:val="clear" w:color="auto" w:fill="auto"/>
          </w:tcPr>
          <w:p w:rsidR="00AC7682" w:rsidRPr="00DC73E0" w:rsidRDefault="00AC7682" w:rsidP="007F75C5">
            <w:pPr>
              <w:rPr>
                <w:sz w:val="28"/>
                <w:szCs w:val="28"/>
              </w:rPr>
            </w:pPr>
            <w:r w:rsidRPr="00DC73E0">
              <w:rPr>
                <w:b/>
                <w:szCs w:val="28"/>
              </w:rPr>
              <w:t>Hoạt động của GV</w:t>
            </w:r>
          </w:p>
        </w:tc>
        <w:tc>
          <w:tcPr>
            <w:tcW w:w="4702" w:type="dxa"/>
            <w:tcBorders>
              <w:bottom w:val="single" w:sz="4" w:space="0" w:color="auto"/>
            </w:tcBorders>
            <w:shd w:val="clear" w:color="auto" w:fill="auto"/>
          </w:tcPr>
          <w:p w:rsidR="00AC7682" w:rsidRPr="00DC73E0" w:rsidRDefault="00AC7682" w:rsidP="007F75C5">
            <w:pPr>
              <w:rPr>
                <w:sz w:val="28"/>
                <w:szCs w:val="28"/>
              </w:rPr>
            </w:pPr>
            <w:r w:rsidRPr="00DC73E0">
              <w:rPr>
                <w:b/>
                <w:szCs w:val="28"/>
              </w:rPr>
              <w:t>Hoạt động của HS</w:t>
            </w:r>
          </w:p>
        </w:tc>
      </w:tr>
      <w:tr w:rsidR="00DC73E0" w:rsidRPr="00DC73E0" w:rsidTr="00DC73E0">
        <w:trPr>
          <w:cantSplit/>
          <w:jc w:val="center"/>
        </w:trPr>
        <w:tc>
          <w:tcPr>
            <w:tcW w:w="9404" w:type="dxa"/>
            <w:gridSpan w:val="2"/>
            <w:tcBorders>
              <w:top w:val="single" w:sz="4" w:space="0" w:color="auto"/>
              <w:bottom w:val="single" w:sz="4" w:space="0" w:color="auto"/>
            </w:tcBorders>
            <w:shd w:val="clear" w:color="auto" w:fill="auto"/>
          </w:tcPr>
          <w:p w:rsidR="00AC7682" w:rsidRPr="00DC73E0" w:rsidRDefault="00B17B87" w:rsidP="007F75C5">
            <w:pPr>
              <w:rPr>
                <w:sz w:val="28"/>
                <w:szCs w:val="28"/>
              </w:rPr>
            </w:pPr>
            <w:r w:rsidRPr="00DC73E0">
              <w:rPr>
                <w:b/>
              </w:rPr>
              <w:t>1. Khởi động:</w:t>
            </w:r>
          </w:p>
          <w:p w:rsidR="00581890" w:rsidRPr="00DC73E0" w:rsidRDefault="007F75C5">
            <w:r w:rsidRPr="00DC73E0">
              <w:rPr>
                <w:b/>
              </w:rPr>
              <w:t xml:space="preserve">- Mục tiêu: </w:t>
            </w:r>
            <w:r w:rsidRPr="00DC73E0">
              <w:t>Ôn so sánh phân số cùng mẫu số; tạo tình huống dẫn vào so sánh hai phân số khác mẫu số.</w:t>
            </w:r>
          </w:p>
          <w:p w:rsidR="00581890" w:rsidRPr="00DC73E0" w:rsidRDefault="007F75C5">
            <w:r w:rsidRPr="00DC73E0">
              <w:rPr>
                <w:b/>
                <w:i/>
              </w:rPr>
              <w:t>*Cách tiến hành:</w:t>
            </w:r>
          </w:p>
        </w:tc>
      </w:tr>
      <w:tr w:rsidR="00DC73E0" w:rsidRPr="00DC73E0" w:rsidTr="00DC73E0">
        <w:trPr>
          <w:jc w:val="center"/>
        </w:trPr>
        <w:tc>
          <w:tcPr>
            <w:tcW w:w="4702" w:type="dxa"/>
            <w:tcBorders>
              <w:top w:val="single" w:sz="4" w:space="0" w:color="auto"/>
            </w:tcBorders>
            <w:shd w:val="clear" w:color="auto" w:fill="auto"/>
          </w:tcPr>
          <w:p w:rsidR="00AC7682" w:rsidRPr="00DC73E0" w:rsidRDefault="00AC7682" w:rsidP="007F75C5">
            <w:pPr>
              <w:rPr>
                <w:sz w:val="28"/>
                <w:szCs w:val="28"/>
              </w:rPr>
            </w:pPr>
            <w:r w:rsidRPr="00DC73E0">
              <w:rPr>
                <w:szCs w:val="28"/>
              </w:rPr>
              <w:t>- Tổ chức trò chơi: “Lâu đài bí ẩn”. Nêu luật chơi: HS phất cờ giành quyền trả lời; mỗi câu 15 giây.</w:t>
            </w:r>
          </w:p>
        </w:tc>
        <w:tc>
          <w:tcPr>
            <w:tcW w:w="4702" w:type="dxa"/>
            <w:tcBorders>
              <w:top w:val="single" w:sz="4" w:space="0" w:color="auto"/>
            </w:tcBorders>
            <w:shd w:val="clear" w:color="auto" w:fill="auto"/>
          </w:tcPr>
          <w:p w:rsidR="00AC7682" w:rsidRPr="00DC73E0" w:rsidRDefault="00AC7682" w:rsidP="007F75C5">
            <w:pPr>
              <w:rPr>
                <w:sz w:val="28"/>
                <w:szCs w:val="28"/>
              </w:rPr>
            </w:pPr>
            <w:r w:rsidRPr="00DC73E0">
              <w:rPr>
                <w:szCs w:val="28"/>
              </w:rPr>
              <w:t>- HS lắng nghe luật chơi; chuẩn bị cờ và sẵn sàng trả lời trong 15 giây/câu.</w:t>
            </w:r>
          </w:p>
        </w:tc>
      </w:tr>
      <w:tr w:rsidR="00DC73E0" w:rsidRPr="00DC73E0" w:rsidTr="00DC73E0">
        <w:trPr>
          <w:jc w:val="center"/>
        </w:trPr>
        <w:tc>
          <w:tcPr>
            <w:tcW w:w="4702" w:type="dxa"/>
            <w:shd w:val="clear" w:color="auto" w:fill="auto"/>
          </w:tcPr>
          <w:p w:rsidR="00AC7682" w:rsidRPr="00DC73E0" w:rsidRDefault="00AC7682" w:rsidP="007F75C5">
            <w:pPr>
              <w:rPr>
                <w:sz w:val="28"/>
                <w:szCs w:val="28"/>
              </w:rPr>
            </w:pPr>
            <w:r w:rsidRPr="00DC73E0">
              <w:rPr>
                <w:szCs w:val="28"/>
              </w:rPr>
              <w:t xml:space="preserve">- Câu 1: So sánh hai phân số cùng mẫu số: </w:t>
            </w:r>
            <m:oMath>
              <m:f>
                <m:fPr>
                  <m:ctrlPr>
                    <w:rPr>
                      <w:rFonts w:ascii="Cambria Math" w:hAnsi="Cambria Math"/>
                      <w:sz w:val="28"/>
                      <w:szCs w:val="28"/>
                    </w:rPr>
                  </m:ctrlPr>
                </m:fPr>
                <m:num>
                  <m:r>
                    <w:rPr>
                      <w:rFonts w:ascii="Cambria Math" w:hAnsi="Cambria Math"/>
                      <w:sz w:val="28"/>
                      <w:szCs w:val="28"/>
                    </w:rPr>
                    <m:t>4</m:t>
                  </m:r>
                </m:num>
                <m:den>
                  <m:r>
                    <w:rPr>
                      <w:rFonts w:ascii="Cambria Math" w:hAnsi="Cambria Math"/>
                      <w:sz w:val="28"/>
                      <w:szCs w:val="28"/>
                    </w:rPr>
                    <m:t>7</m:t>
                  </m:r>
                </m:den>
              </m:f>
            </m:oMath>
            <w:r w:rsidRPr="00DC73E0">
              <w:rPr>
                <w:szCs w:val="28"/>
              </w:rPr>
              <w:t xml:space="preserve"> </w:t>
            </w:r>
            <w:proofErr w:type="gramStart"/>
            <w:r w:rsidRPr="00DC73E0">
              <w:rPr>
                <w:szCs w:val="28"/>
              </w:rPr>
              <w:t xml:space="preserve">và </w:t>
            </w:r>
            <w:proofErr w:type="gramEnd"/>
            <m:oMath>
              <m:f>
                <m:fPr>
                  <m:ctrlPr>
                    <w:rPr>
                      <w:rFonts w:ascii="Cambria Math" w:hAnsi="Cambria Math"/>
                      <w:sz w:val="28"/>
                      <w:szCs w:val="28"/>
                    </w:rPr>
                  </m:ctrlPr>
                </m:fPr>
                <m:num>
                  <m:r>
                    <w:rPr>
                      <w:rFonts w:ascii="Cambria Math" w:hAnsi="Cambria Math"/>
                      <w:sz w:val="28"/>
                      <w:szCs w:val="28"/>
                    </w:rPr>
                    <m:t>3</m:t>
                  </m:r>
                </m:num>
                <m:den>
                  <m:r>
                    <w:rPr>
                      <w:rFonts w:ascii="Cambria Math" w:hAnsi="Cambria Math"/>
                      <w:sz w:val="28"/>
                      <w:szCs w:val="28"/>
                    </w:rPr>
                    <m:t>7</m:t>
                  </m:r>
                </m:den>
              </m:f>
            </m:oMath>
            <w:r w:rsidRPr="00DC73E0">
              <w:rPr>
                <w:szCs w:val="28"/>
              </w:rPr>
              <w:t>. (Chọn dấu &gt;, &lt;, =)</w:t>
            </w:r>
          </w:p>
        </w:tc>
        <w:tc>
          <w:tcPr>
            <w:tcW w:w="4702" w:type="dxa"/>
            <w:shd w:val="clear" w:color="auto" w:fill="auto"/>
          </w:tcPr>
          <w:p w:rsidR="00AC7682" w:rsidRPr="00DC73E0" w:rsidRDefault="00AC7682" w:rsidP="007F75C5">
            <w:pPr>
              <w:rPr>
                <w:sz w:val="28"/>
                <w:szCs w:val="28"/>
              </w:rPr>
            </w:pPr>
            <w:r w:rsidRPr="00DC73E0">
              <w:rPr>
                <w:szCs w:val="28"/>
              </w:rPr>
              <w:t xml:space="preserve">- HS phất cờ, trả lời: </w:t>
            </w:r>
            <m:oMath>
              <m:f>
                <m:fPr>
                  <m:ctrlPr>
                    <w:rPr>
                      <w:rFonts w:ascii="Cambria Math" w:hAnsi="Cambria Math"/>
                      <w:sz w:val="28"/>
                      <w:szCs w:val="28"/>
                    </w:rPr>
                  </m:ctrlPr>
                </m:fPr>
                <m:num>
                  <m:r>
                    <w:rPr>
                      <w:rFonts w:ascii="Cambria Math" w:hAnsi="Cambria Math"/>
                      <w:sz w:val="28"/>
                      <w:szCs w:val="28"/>
                    </w:rPr>
                    <m:t>4</m:t>
                  </m:r>
                </m:num>
                <m:den>
                  <m:r>
                    <w:rPr>
                      <w:rFonts w:ascii="Cambria Math" w:hAnsi="Cambria Math"/>
                      <w:sz w:val="28"/>
                      <w:szCs w:val="28"/>
                    </w:rPr>
                    <m:t>7</m:t>
                  </m:r>
                </m:den>
              </m:f>
            </m:oMath>
            <w:r w:rsidRPr="00DC73E0">
              <w:rPr>
                <w:szCs w:val="28"/>
              </w:rPr>
              <w:t xml:space="preserve"> &gt; </w:t>
            </w:r>
            <m:oMath>
              <m:f>
                <m:fPr>
                  <m:ctrlPr>
                    <w:rPr>
                      <w:rFonts w:ascii="Cambria Math" w:hAnsi="Cambria Math"/>
                      <w:sz w:val="28"/>
                      <w:szCs w:val="28"/>
                    </w:rPr>
                  </m:ctrlPr>
                </m:fPr>
                <m:num>
                  <m:r>
                    <w:rPr>
                      <w:rFonts w:ascii="Cambria Math" w:hAnsi="Cambria Math"/>
                      <w:sz w:val="28"/>
                      <w:szCs w:val="28"/>
                    </w:rPr>
                    <m:t>3</m:t>
                  </m:r>
                </m:num>
                <m:den>
                  <m:r>
                    <w:rPr>
                      <w:rFonts w:ascii="Cambria Math" w:hAnsi="Cambria Math"/>
                      <w:sz w:val="28"/>
                      <w:szCs w:val="28"/>
                    </w:rPr>
                    <m:t>7</m:t>
                  </m:r>
                </m:den>
              </m:f>
            </m:oMath>
            <w:r w:rsidRPr="00DC73E0">
              <w:rPr>
                <w:szCs w:val="28"/>
              </w:rPr>
              <w:t xml:space="preserve"> vì cùng mẫu số 7, 4 &gt; 3.</w:t>
            </w:r>
          </w:p>
        </w:tc>
      </w:tr>
      <w:tr w:rsidR="00DC73E0" w:rsidRPr="00DC73E0" w:rsidTr="00DC73E0">
        <w:trPr>
          <w:jc w:val="center"/>
        </w:trPr>
        <w:tc>
          <w:tcPr>
            <w:tcW w:w="4702" w:type="dxa"/>
            <w:shd w:val="clear" w:color="auto" w:fill="auto"/>
          </w:tcPr>
          <w:p w:rsidR="00AC7682" w:rsidRPr="00DC73E0" w:rsidRDefault="00AC7682" w:rsidP="007F75C5">
            <w:pPr>
              <w:rPr>
                <w:sz w:val="28"/>
                <w:szCs w:val="28"/>
              </w:rPr>
            </w:pPr>
            <w:r w:rsidRPr="00DC73E0">
              <w:rPr>
                <w:szCs w:val="28"/>
              </w:rPr>
              <w:t xml:space="preserve">- Câu 2: So sánh </w:t>
            </w:r>
            <m:oMath>
              <m:f>
                <m:fPr>
                  <m:ctrlPr>
                    <w:rPr>
                      <w:rFonts w:ascii="Cambria Math" w:hAnsi="Cambria Math"/>
                      <w:sz w:val="28"/>
                      <w:szCs w:val="28"/>
                    </w:rPr>
                  </m:ctrlPr>
                </m:fPr>
                <m:num>
                  <m:r>
                    <w:rPr>
                      <w:rFonts w:ascii="Cambria Math" w:hAnsi="Cambria Math"/>
                      <w:sz w:val="28"/>
                      <w:szCs w:val="28"/>
                    </w:rPr>
                    <m:t>12</m:t>
                  </m:r>
                </m:num>
                <m:den>
                  <m:r>
                    <w:rPr>
                      <w:rFonts w:ascii="Cambria Math" w:hAnsi="Cambria Math"/>
                      <w:sz w:val="28"/>
                      <w:szCs w:val="28"/>
                    </w:rPr>
                    <m:t>9</m:t>
                  </m:r>
                </m:den>
              </m:f>
            </m:oMath>
            <w:r w:rsidRPr="00DC73E0">
              <w:rPr>
                <w:szCs w:val="28"/>
              </w:rPr>
              <w:t xml:space="preserve"> </w:t>
            </w:r>
            <w:proofErr w:type="gramStart"/>
            <w:r w:rsidRPr="00DC73E0">
              <w:rPr>
                <w:szCs w:val="28"/>
              </w:rPr>
              <w:t xml:space="preserve">và </w:t>
            </w:r>
            <w:proofErr w:type="gramEnd"/>
            <m:oMath>
              <m:f>
                <m:fPr>
                  <m:ctrlPr>
                    <w:rPr>
                      <w:rFonts w:ascii="Cambria Math" w:hAnsi="Cambria Math"/>
                      <w:sz w:val="28"/>
                      <w:szCs w:val="28"/>
                    </w:rPr>
                  </m:ctrlPr>
                </m:fPr>
                <m:num>
                  <m:r>
                    <w:rPr>
                      <w:rFonts w:ascii="Cambria Math" w:hAnsi="Cambria Math"/>
                      <w:sz w:val="28"/>
                      <w:szCs w:val="28"/>
                    </w:rPr>
                    <m:t>11</m:t>
                  </m:r>
                </m:num>
                <m:den>
                  <m:r>
                    <w:rPr>
                      <w:rFonts w:ascii="Cambria Math" w:hAnsi="Cambria Math"/>
                      <w:sz w:val="28"/>
                      <w:szCs w:val="28"/>
                    </w:rPr>
                    <m:t>9</m:t>
                  </m:r>
                </m:den>
              </m:f>
            </m:oMath>
            <w:r w:rsidRPr="00DC73E0">
              <w:rPr>
                <w:szCs w:val="28"/>
              </w:rPr>
              <w:t>. (Chọn dấu &gt;, &lt;, =)</w:t>
            </w:r>
          </w:p>
        </w:tc>
        <w:tc>
          <w:tcPr>
            <w:tcW w:w="4702" w:type="dxa"/>
            <w:shd w:val="clear" w:color="auto" w:fill="auto"/>
          </w:tcPr>
          <w:p w:rsidR="00AC7682" w:rsidRPr="00DC73E0" w:rsidRDefault="00AC7682" w:rsidP="007F75C5">
            <w:pPr>
              <w:rPr>
                <w:sz w:val="28"/>
                <w:szCs w:val="28"/>
              </w:rPr>
            </w:pPr>
            <w:r w:rsidRPr="00DC73E0">
              <w:rPr>
                <w:szCs w:val="28"/>
              </w:rPr>
              <w:t xml:space="preserve">- HS phất cờ, trả lời: </w:t>
            </w:r>
            <m:oMath>
              <m:f>
                <m:fPr>
                  <m:ctrlPr>
                    <w:rPr>
                      <w:rFonts w:ascii="Cambria Math" w:hAnsi="Cambria Math"/>
                      <w:sz w:val="28"/>
                      <w:szCs w:val="28"/>
                    </w:rPr>
                  </m:ctrlPr>
                </m:fPr>
                <m:num>
                  <m:r>
                    <w:rPr>
                      <w:rFonts w:ascii="Cambria Math" w:hAnsi="Cambria Math"/>
                      <w:sz w:val="28"/>
                      <w:szCs w:val="28"/>
                    </w:rPr>
                    <m:t>12</m:t>
                  </m:r>
                </m:num>
                <m:den>
                  <m:r>
                    <w:rPr>
                      <w:rFonts w:ascii="Cambria Math" w:hAnsi="Cambria Math"/>
                      <w:sz w:val="28"/>
                      <w:szCs w:val="28"/>
                    </w:rPr>
                    <m:t>9</m:t>
                  </m:r>
                </m:den>
              </m:f>
            </m:oMath>
            <w:r w:rsidRPr="00DC73E0">
              <w:rPr>
                <w:szCs w:val="28"/>
              </w:rPr>
              <w:t xml:space="preserve"> &gt; </w:t>
            </w:r>
            <m:oMath>
              <m:f>
                <m:fPr>
                  <m:ctrlPr>
                    <w:rPr>
                      <w:rFonts w:ascii="Cambria Math" w:hAnsi="Cambria Math"/>
                      <w:sz w:val="28"/>
                      <w:szCs w:val="28"/>
                    </w:rPr>
                  </m:ctrlPr>
                </m:fPr>
                <m:num>
                  <m:r>
                    <w:rPr>
                      <w:rFonts w:ascii="Cambria Math" w:hAnsi="Cambria Math"/>
                      <w:sz w:val="28"/>
                      <w:szCs w:val="28"/>
                    </w:rPr>
                    <m:t>11</m:t>
                  </m:r>
                </m:num>
                <m:den>
                  <m:r>
                    <w:rPr>
                      <w:rFonts w:ascii="Cambria Math" w:hAnsi="Cambria Math"/>
                      <w:sz w:val="28"/>
                      <w:szCs w:val="28"/>
                    </w:rPr>
                    <m:t>9</m:t>
                  </m:r>
                </m:den>
              </m:f>
            </m:oMath>
            <w:r w:rsidRPr="00DC73E0">
              <w:rPr>
                <w:szCs w:val="28"/>
              </w:rPr>
              <w:t xml:space="preserve"> vì cùng mẫu số 9, 12 &gt; 11.</w:t>
            </w:r>
          </w:p>
        </w:tc>
      </w:tr>
      <w:tr w:rsidR="00DC73E0" w:rsidRPr="00DC73E0" w:rsidTr="00DC73E0">
        <w:trPr>
          <w:jc w:val="center"/>
        </w:trPr>
        <w:tc>
          <w:tcPr>
            <w:tcW w:w="4702" w:type="dxa"/>
            <w:shd w:val="clear" w:color="auto" w:fill="auto"/>
          </w:tcPr>
          <w:p w:rsidR="00AC7682" w:rsidRPr="00DC73E0" w:rsidRDefault="00AC7682" w:rsidP="007F75C5">
            <w:pPr>
              <w:rPr>
                <w:sz w:val="28"/>
                <w:szCs w:val="28"/>
              </w:rPr>
            </w:pPr>
            <w:r w:rsidRPr="00DC73E0">
              <w:rPr>
                <w:szCs w:val="28"/>
              </w:rPr>
              <w:t xml:space="preserve">- Câu 3: So sánh </w:t>
            </w:r>
            <m:oMath>
              <m:f>
                <m:fPr>
                  <m:ctrlPr>
                    <w:rPr>
                      <w:rFonts w:ascii="Cambria Math" w:hAnsi="Cambria Math"/>
                      <w:sz w:val="28"/>
                      <w:szCs w:val="28"/>
                    </w:rPr>
                  </m:ctrlPr>
                </m:fPr>
                <m:num>
                  <m:r>
                    <w:rPr>
                      <w:rFonts w:ascii="Cambria Math" w:hAnsi="Cambria Math"/>
                      <w:sz w:val="28"/>
                      <w:szCs w:val="28"/>
                    </w:rPr>
                    <m:t>3</m:t>
                  </m:r>
                </m:num>
                <m:den>
                  <m:r>
                    <w:rPr>
                      <w:rFonts w:ascii="Cambria Math" w:hAnsi="Cambria Math"/>
                      <w:sz w:val="28"/>
                      <w:szCs w:val="28"/>
                    </w:rPr>
                    <m:t>4</m:t>
                  </m:r>
                </m:den>
              </m:f>
            </m:oMath>
            <w:r w:rsidRPr="00DC73E0">
              <w:rPr>
                <w:szCs w:val="28"/>
              </w:rPr>
              <w:t xml:space="preserve"> </w:t>
            </w:r>
            <w:proofErr w:type="gramStart"/>
            <w:r w:rsidRPr="00DC73E0">
              <w:rPr>
                <w:szCs w:val="28"/>
              </w:rPr>
              <w:t xml:space="preserve">và </w:t>
            </w:r>
            <w:proofErr w:type="gramEnd"/>
            <m:oMath>
              <m:f>
                <m:fPr>
                  <m:ctrlPr>
                    <w:rPr>
                      <w:rFonts w:ascii="Cambria Math" w:hAnsi="Cambria Math"/>
                      <w:sz w:val="28"/>
                      <w:szCs w:val="28"/>
                    </w:rPr>
                  </m:ctrlPr>
                </m:fPr>
                <m:num>
                  <m:r>
                    <w:rPr>
                      <w:rFonts w:ascii="Cambria Math" w:hAnsi="Cambria Math"/>
                      <w:sz w:val="28"/>
                      <w:szCs w:val="28"/>
                    </w:rPr>
                    <m:t>5</m:t>
                  </m:r>
                </m:num>
                <m:den>
                  <m:r>
                    <w:rPr>
                      <w:rFonts w:ascii="Cambria Math" w:hAnsi="Cambria Math"/>
                      <w:sz w:val="28"/>
                      <w:szCs w:val="28"/>
                    </w:rPr>
                    <m:t>8</m:t>
                  </m:r>
                </m:den>
              </m:f>
            </m:oMath>
            <w:r w:rsidRPr="00DC73E0">
              <w:rPr>
                <w:szCs w:val="28"/>
              </w:rPr>
              <w:t>. (Gợi ý: có thể quy đồng mẫu số)</w:t>
            </w:r>
          </w:p>
        </w:tc>
        <w:tc>
          <w:tcPr>
            <w:tcW w:w="4702" w:type="dxa"/>
            <w:shd w:val="clear" w:color="auto" w:fill="auto"/>
          </w:tcPr>
          <w:p w:rsidR="00AC7682" w:rsidRPr="00DC73E0" w:rsidRDefault="00AC7682" w:rsidP="007F75C5">
            <w:pPr>
              <w:rPr>
                <w:sz w:val="28"/>
                <w:szCs w:val="28"/>
              </w:rPr>
            </w:pPr>
            <w:r w:rsidRPr="00DC73E0">
              <w:rPr>
                <w:szCs w:val="28"/>
              </w:rPr>
              <w:t xml:space="preserve">- HS phất cờ, trả lời: Quy đồng: </w:t>
            </w:r>
            <m:oMath>
              <m:f>
                <m:fPr>
                  <m:ctrlPr>
                    <w:rPr>
                      <w:rFonts w:ascii="Cambria Math" w:hAnsi="Cambria Math"/>
                      <w:sz w:val="28"/>
                      <w:szCs w:val="28"/>
                    </w:rPr>
                  </m:ctrlPr>
                </m:fPr>
                <m:num>
                  <m:r>
                    <w:rPr>
                      <w:rFonts w:ascii="Cambria Math" w:hAnsi="Cambria Math"/>
                      <w:sz w:val="28"/>
                      <w:szCs w:val="28"/>
                    </w:rPr>
                    <m:t>3</m:t>
                  </m:r>
                </m:num>
                <m:den>
                  <m:r>
                    <w:rPr>
                      <w:rFonts w:ascii="Cambria Math" w:hAnsi="Cambria Math"/>
                      <w:sz w:val="28"/>
                      <w:szCs w:val="28"/>
                    </w:rPr>
                    <m:t>4</m:t>
                  </m:r>
                </m:den>
              </m:f>
            </m:oMath>
            <w:r w:rsidRPr="00DC73E0">
              <w:rPr>
                <w:szCs w:val="28"/>
              </w:rPr>
              <w:t xml:space="preserve"> = </w:t>
            </w:r>
            <m:oMath>
              <m:f>
                <m:fPr>
                  <m:ctrlPr>
                    <w:rPr>
                      <w:rFonts w:ascii="Cambria Math" w:hAnsi="Cambria Math"/>
                      <w:sz w:val="28"/>
                      <w:szCs w:val="28"/>
                    </w:rPr>
                  </m:ctrlPr>
                </m:fPr>
                <m:num>
                  <m:r>
                    <w:rPr>
                      <w:rFonts w:ascii="Cambria Math" w:hAnsi="Cambria Math"/>
                      <w:sz w:val="28"/>
                      <w:szCs w:val="28"/>
                    </w:rPr>
                    <m:t>6</m:t>
                  </m:r>
                </m:num>
                <m:den>
                  <m:r>
                    <w:rPr>
                      <w:rFonts w:ascii="Cambria Math" w:hAnsi="Cambria Math"/>
                      <w:sz w:val="28"/>
                      <w:szCs w:val="28"/>
                    </w:rPr>
                    <m:t>8</m:t>
                  </m:r>
                </m:den>
              </m:f>
            </m:oMath>
            <w:r w:rsidRPr="00DC73E0">
              <w:rPr>
                <w:szCs w:val="28"/>
              </w:rPr>
              <w:t xml:space="preserve">; so sánh </w:t>
            </w:r>
            <m:oMath>
              <m:f>
                <m:fPr>
                  <m:ctrlPr>
                    <w:rPr>
                      <w:rFonts w:ascii="Cambria Math" w:hAnsi="Cambria Math"/>
                      <w:sz w:val="28"/>
                      <w:szCs w:val="28"/>
                    </w:rPr>
                  </m:ctrlPr>
                </m:fPr>
                <m:num>
                  <m:r>
                    <w:rPr>
                      <w:rFonts w:ascii="Cambria Math" w:hAnsi="Cambria Math"/>
                      <w:sz w:val="28"/>
                      <w:szCs w:val="28"/>
                    </w:rPr>
                    <m:t>6</m:t>
                  </m:r>
                </m:num>
                <m:den>
                  <m:r>
                    <w:rPr>
                      <w:rFonts w:ascii="Cambria Math" w:hAnsi="Cambria Math"/>
                      <w:sz w:val="28"/>
                      <w:szCs w:val="28"/>
                    </w:rPr>
                    <m:t>8</m:t>
                  </m:r>
                </m:den>
              </m:f>
            </m:oMath>
            <w:r w:rsidRPr="00DC73E0">
              <w:rPr>
                <w:szCs w:val="28"/>
              </w:rPr>
              <w:t xml:space="preserve"> &gt; </w:t>
            </w:r>
            <m:oMath>
              <m:f>
                <m:fPr>
                  <m:ctrlPr>
                    <w:rPr>
                      <w:rFonts w:ascii="Cambria Math" w:hAnsi="Cambria Math"/>
                      <w:sz w:val="28"/>
                      <w:szCs w:val="28"/>
                    </w:rPr>
                  </m:ctrlPr>
                </m:fPr>
                <m:num>
                  <m:r>
                    <w:rPr>
                      <w:rFonts w:ascii="Cambria Math" w:hAnsi="Cambria Math"/>
                      <w:sz w:val="28"/>
                      <w:szCs w:val="28"/>
                    </w:rPr>
                    <m:t>5</m:t>
                  </m:r>
                </m:num>
                <m:den>
                  <m:r>
                    <w:rPr>
                      <w:rFonts w:ascii="Cambria Math" w:hAnsi="Cambria Math"/>
                      <w:sz w:val="28"/>
                      <w:szCs w:val="28"/>
                    </w:rPr>
                    <m:t>8</m:t>
                  </m:r>
                </m:den>
              </m:f>
            </m:oMath>
            <w:r w:rsidRPr="00DC73E0">
              <w:rPr>
                <w:szCs w:val="28"/>
              </w:rPr>
              <w:t xml:space="preserve"> ⇒ </w:t>
            </w:r>
            <m:oMath>
              <m:f>
                <m:fPr>
                  <m:ctrlPr>
                    <w:rPr>
                      <w:rFonts w:ascii="Cambria Math" w:hAnsi="Cambria Math"/>
                      <w:sz w:val="28"/>
                      <w:szCs w:val="28"/>
                    </w:rPr>
                  </m:ctrlPr>
                </m:fPr>
                <m:num>
                  <m:r>
                    <w:rPr>
                      <w:rFonts w:ascii="Cambria Math" w:hAnsi="Cambria Math"/>
                      <w:sz w:val="28"/>
                      <w:szCs w:val="28"/>
                    </w:rPr>
                    <m:t>3</m:t>
                  </m:r>
                </m:num>
                <m:den>
                  <m:r>
                    <w:rPr>
                      <w:rFonts w:ascii="Cambria Math" w:hAnsi="Cambria Math"/>
                      <w:sz w:val="28"/>
                      <w:szCs w:val="28"/>
                    </w:rPr>
                    <m:t>4</m:t>
                  </m:r>
                </m:den>
              </m:f>
            </m:oMath>
            <w:r w:rsidRPr="00DC73E0">
              <w:rPr>
                <w:szCs w:val="28"/>
              </w:rPr>
              <w:t xml:space="preserve"> &gt; </w:t>
            </w:r>
            <m:oMath>
              <m:f>
                <m:fPr>
                  <m:ctrlPr>
                    <w:rPr>
                      <w:rFonts w:ascii="Cambria Math" w:hAnsi="Cambria Math"/>
                      <w:sz w:val="28"/>
                      <w:szCs w:val="28"/>
                    </w:rPr>
                  </m:ctrlPr>
                </m:fPr>
                <m:num>
                  <m:r>
                    <w:rPr>
                      <w:rFonts w:ascii="Cambria Math" w:hAnsi="Cambria Math"/>
                      <w:sz w:val="28"/>
                      <w:szCs w:val="28"/>
                    </w:rPr>
                    <m:t>5</m:t>
                  </m:r>
                </m:num>
                <m:den>
                  <m:r>
                    <w:rPr>
                      <w:rFonts w:ascii="Cambria Math" w:hAnsi="Cambria Math"/>
                      <w:sz w:val="28"/>
                      <w:szCs w:val="28"/>
                    </w:rPr>
                    <m:t>8</m:t>
                  </m:r>
                </m:den>
              </m:f>
            </m:oMath>
            <w:r w:rsidRPr="00DC73E0">
              <w:rPr>
                <w:szCs w:val="28"/>
              </w:rPr>
              <w:t>.</w:t>
            </w:r>
          </w:p>
        </w:tc>
      </w:tr>
      <w:tr w:rsidR="00DC73E0" w:rsidRPr="00DC73E0" w:rsidTr="00DC73E0">
        <w:trPr>
          <w:jc w:val="center"/>
        </w:trPr>
        <w:tc>
          <w:tcPr>
            <w:tcW w:w="4702" w:type="dxa"/>
            <w:shd w:val="clear" w:color="auto" w:fill="auto"/>
          </w:tcPr>
          <w:p w:rsidR="00AC7682" w:rsidRPr="00DC73E0" w:rsidRDefault="00AC7682" w:rsidP="007F75C5">
            <w:pPr>
              <w:rPr>
                <w:sz w:val="28"/>
                <w:szCs w:val="28"/>
              </w:rPr>
            </w:pPr>
            <w:r w:rsidRPr="00DC73E0">
              <w:rPr>
                <w:szCs w:val="28"/>
              </w:rPr>
              <w:t>- GV nhận xét, tổng kết trò chơi; yêu cầu HS nhắc lại cách so sánh hai phân số có cùng mẫu số.</w:t>
            </w:r>
          </w:p>
        </w:tc>
        <w:tc>
          <w:tcPr>
            <w:tcW w:w="4702" w:type="dxa"/>
            <w:shd w:val="clear" w:color="auto" w:fill="auto"/>
          </w:tcPr>
          <w:p w:rsidR="00AC7682" w:rsidRPr="00DC73E0" w:rsidRDefault="00AC7682" w:rsidP="007F75C5">
            <w:pPr>
              <w:rPr>
                <w:sz w:val="28"/>
                <w:szCs w:val="28"/>
              </w:rPr>
            </w:pPr>
            <w:r w:rsidRPr="00DC73E0">
              <w:rPr>
                <w:szCs w:val="28"/>
              </w:rPr>
              <w:t>- HS nêu: Muốn so sánh hai phân số có cùng mẫu số, so sánh tử số; tử số lớn hơn ⇒ phân số lớn hơn; tử số bé hơn ⇒ phân số bé hơn; tử số bằng nhau ⇒ hai phân số bằng nhau.</w:t>
            </w:r>
          </w:p>
        </w:tc>
      </w:tr>
      <w:tr w:rsidR="00DC73E0" w:rsidRPr="00DC73E0" w:rsidTr="00DC73E0">
        <w:trPr>
          <w:jc w:val="center"/>
        </w:trPr>
        <w:tc>
          <w:tcPr>
            <w:tcW w:w="4702" w:type="dxa"/>
            <w:tcBorders>
              <w:bottom w:val="single" w:sz="4" w:space="0" w:color="auto"/>
            </w:tcBorders>
            <w:shd w:val="clear" w:color="auto" w:fill="auto"/>
          </w:tcPr>
          <w:p w:rsidR="00AC7682" w:rsidRPr="00DC73E0" w:rsidRDefault="00AC7682" w:rsidP="007F75C5">
            <w:pPr>
              <w:rPr>
                <w:sz w:val="28"/>
                <w:szCs w:val="28"/>
              </w:rPr>
            </w:pPr>
            <w:r w:rsidRPr="00DC73E0">
              <w:rPr>
                <w:szCs w:val="28"/>
              </w:rPr>
              <w:t>- GV giới thiệu – ghi bài: So sánh hai phân số khác mẫu số.</w:t>
            </w:r>
          </w:p>
        </w:tc>
        <w:tc>
          <w:tcPr>
            <w:tcW w:w="4702" w:type="dxa"/>
            <w:tcBorders>
              <w:bottom w:val="single" w:sz="4" w:space="0" w:color="auto"/>
            </w:tcBorders>
            <w:shd w:val="clear" w:color="auto" w:fill="auto"/>
          </w:tcPr>
          <w:p w:rsidR="00AC7682" w:rsidRPr="00DC73E0" w:rsidRDefault="00AC7682" w:rsidP="007F75C5">
            <w:pPr>
              <w:rPr>
                <w:sz w:val="28"/>
                <w:szCs w:val="28"/>
              </w:rPr>
            </w:pPr>
            <w:r w:rsidRPr="00DC73E0">
              <w:rPr>
                <w:szCs w:val="28"/>
              </w:rPr>
              <w:t>- HS lắng nghe, ghi vở tên bài.</w:t>
            </w:r>
          </w:p>
        </w:tc>
      </w:tr>
      <w:tr w:rsidR="00DC73E0" w:rsidRPr="00DC73E0" w:rsidTr="00DC73E0">
        <w:trPr>
          <w:cantSplit/>
          <w:jc w:val="center"/>
        </w:trPr>
        <w:tc>
          <w:tcPr>
            <w:tcW w:w="9404" w:type="dxa"/>
            <w:gridSpan w:val="2"/>
            <w:tcBorders>
              <w:top w:val="single" w:sz="4" w:space="0" w:color="auto"/>
              <w:bottom w:val="single" w:sz="4" w:space="0" w:color="auto"/>
            </w:tcBorders>
            <w:shd w:val="clear" w:color="auto" w:fill="auto"/>
          </w:tcPr>
          <w:p w:rsidR="00AC7682" w:rsidRPr="00DC73E0" w:rsidRDefault="00B17B87" w:rsidP="007F75C5">
            <w:pPr>
              <w:rPr>
                <w:sz w:val="28"/>
                <w:szCs w:val="28"/>
              </w:rPr>
            </w:pPr>
            <w:r w:rsidRPr="00DC73E0">
              <w:rPr>
                <w:b/>
              </w:rPr>
              <w:t>2. Hình thành kiến thức:</w:t>
            </w:r>
          </w:p>
          <w:p w:rsidR="00581890" w:rsidRPr="00DC73E0" w:rsidRDefault="007F75C5">
            <w:r w:rsidRPr="00DC73E0">
              <w:rPr>
                <w:b/>
              </w:rPr>
              <w:t xml:space="preserve">- Mục tiêu: </w:t>
            </w:r>
            <w:r w:rsidRPr="00DC73E0">
              <w:t>Hình thành quy tắc so sánh hai phân số khác mẫu số bằng cách quy đồng mẫu số.</w:t>
            </w:r>
          </w:p>
          <w:p w:rsidR="00581890" w:rsidRPr="00DC73E0" w:rsidRDefault="007F75C5">
            <w:r w:rsidRPr="00DC73E0">
              <w:rPr>
                <w:b/>
                <w:i/>
              </w:rPr>
              <w:t>*Cách tiến hành:</w:t>
            </w:r>
          </w:p>
        </w:tc>
      </w:tr>
      <w:tr w:rsidR="00DC73E0" w:rsidRPr="00DC73E0" w:rsidTr="00DC73E0">
        <w:trPr>
          <w:jc w:val="center"/>
        </w:trPr>
        <w:tc>
          <w:tcPr>
            <w:tcW w:w="4702" w:type="dxa"/>
            <w:tcBorders>
              <w:top w:val="single" w:sz="4" w:space="0" w:color="auto"/>
            </w:tcBorders>
            <w:shd w:val="clear" w:color="auto" w:fill="auto"/>
          </w:tcPr>
          <w:p w:rsidR="00AC7682" w:rsidRPr="00DC73E0" w:rsidRDefault="00AC7682" w:rsidP="007F75C5">
            <w:pPr>
              <w:rPr>
                <w:sz w:val="28"/>
                <w:szCs w:val="28"/>
              </w:rPr>
            </w:pPr>
            <w:r w:rsidRPr="00DC73E0">
              <w:rPr>
                <w:szCs w:val="28"/>
              </w:rPr>
              <w:t xml:space="preserve">- GV chiếu hình ảnh (bạn Nam và Mai tô màu). Nêu yêu cầu: So sánh phần tô màu của Nam </w:t>
            </w:r>
            <m:oMath>
              <m:f>
                <m:fPr>
                  <m:ctrlPr>
                    <w:rPr>
                      <w:rFonts w:ascii="Cambria Math" w:hAnsi="Cambria Math"/>
                      <w:sz w:val="28"/>
                      <w:szCs w:val="28"/>
                    </w:rPr>
                  </m:ctrlPr>
                </m:fPr>
                <m:num>
                  <m:r>
                    <w:rPr>
                      <w:rFonts w:ascii="Cambria Math" w:hAnsi="Cambria Math"/>
                      <w:sz w:val="28"/>
                      <w:szCs w:val="28"/>
                    </w:rPr>
                    <m:t>3</m:t>
                  </m:r>
                </m:num>
                <m:den>
                  <m:r>
                    <w:rPr>
                      <w:rFonts w:ascii="Cambria Math" w:hAnsi="Cambria Math"/>
                      <w:sz w:val="28"/>
                      <w:szCs w:val="28"/>
                    </w:rPr>
                    <m:t>4</m:t>
                  </m:r>
                </m:den>
              </m:f>
            </m:oMath>
            <w:r w:rsidRPr="00DC73E0">
              <w:rPr>
                <w:szCs w:val="28"/>
              </w:rPr>
              <w:t xml:space="preserve"> và của Mai </w:t>
            </w:r>
            <m:oMath>
              <m:f>
                <m:fPr>
                  <m:ctrlPr>
                    <w:rPr>
                      <w:rFonts w:ascii="Cambria Math" w:hAnsi="Cambria Math"/>
                      <w:sz w:val="28"/>
                      <w:szCs w:val="28"/>
                    </w:rPr>
                  </m:ctrlPr>
                </m:fPr>
                <m:num>
                  <m:r>
                    <w:rPr>
                      <w:rFonts w:ascii="Cambria Math" w:hAnsi="Cambria Math"/>
                      <w:sz w:val="28"/>
                      <w:szCs w:val="28"/>
                    </w:rPr>
                    <m:t>5</m:t>
                  </m:r>
                </m:num>
                <m:den>
                  <m:r>
                    <w:rPr>
                      <w:rFonts w:ascii="Cambria Math" w:hAnsi="Cambria Math"/>
                      <w:sz w:val="28"/>
                      <w:szCs w:val="28"/>
                    </w:rPr>
                    <m:t>8</m:t>
                  </m:r>
                </m:den>
              </m:f>
            </m:oMath>
            <w:r w:rsidRPr="00DC73E0">
              <w:rPr>
                <w:szCs w:val="28"/>
              </w:rPr>
              <w:t>. (Ai tô nhiều hơn?)</w:t>
            </w:r>
          </w:p>
        </w:tc>
        <w:tc>
          <w:tcPr>
            <w:tcW w:w="4702" w:type="dxa"/>
            <w:tcBorders>
              <w:top w:val="single" w:sz="4" w:space="0" w:color="auto"/>
            </w:tcBorders>
            <w:shd w:val="clear" w:color="auto" w:fill="auto"/>
          </w:tcPr>
          <w:p w:rsidR="00AC7682" w:rsidRPr="00DC73E0" w:rsidRDefault="00AC7682" w:rsidP="007F75C5">
            <w:pPr>
              <w:rPr>
                <w:sz w:val="28"/>
                <w:szCs w:val="28"/>
              </w:rPr>
            </w:pPr>
            <w:r w:rsidRPr="00DC73E0">
              <w:rPr>
                <w:szCs w:val="28"/>
              </w:rPr>
              <w:t xml:space="preserve">- HS quan sát hình; nhận xét trực quan: phần Nam tô nhiều hơn; dự đoán </w:t>
            </w:r>
            <m:oMath>
              <m:f>
                <m:fPr>
                  <m:ctrlPr>
                    <w:rPr>
                      <w:rFonts w:ascii="Cambria Math" w:hAnsi="Cambria Math"/>
                      <w:sz w:val="28"/>
                      <w:szCs w:val="28"/>
                    </w:rPr>
                  </m:ctrlPr>
                </m:fPr>
                <m:num>
                  <m:r>
                    <w:rPr>
                      <w:rFonts w:ascii="Cambria Math" w:hAnsi="Cambria Math"/>
                      <w:sz w:val="28"/>
                      <w:szCs w:val="28"/>
                    </w:rPr>
                    <m:t>3</m:t>
                  </m:r>
                </m:num>
                <m:den>
                  <m:r>
                    <w:rPr>
                      <w:rFonts w:ascii="Cambria Math" w:hAnsi="Cambria Math"/>
                      <w:sz w:val="28"/>
                      <w:szCs w:val="28"/>
                    </w:rPr>
                    <m:t>4</m:t>
                  </m:r>
                </m:den>
              </m:f>
            </m:oMath>
            <w:r w:rsidRPr="00DC73E0">
              <w:rPr>
                <w:szCs w:val="28"/>
              </w:rPr>
              <w:t xml:space="preserve"> </w:t>
            </w:r>
            <w:proofErr w:type="gramStart"/>
            <w:r w:rsidRPr="00DC73E0">
              <w:rPr>
                <w:szCs w:val="28"/>
              </w:rPr>
              <w:t xml:space="preserve">&gt; </w:t>
            </w:r>
            <w:proofErr w:type="gramEnd"/>
            <m:oMath>
              <m:f>
                <m:fPr>
                  <m:ctrlPr>
                    <w:rPr>
                      <w:rFonts w:ascii="Cambria Math" w:hAnsi="Cambria Math"/>
                      <w:sz w:val="28"/>
                      <w:szCs w:val="28"/>
                    </w:rPr>
                  </m:ctrlPr>
                </m:fPr>
                <m:num>
                  <m:r>
                    <w:rPr>
                      <w:rFonts w:ascii="Cambria Math" w:hAnsi="Cambria Math"/>
                      <w:sz w:val="28"/>
                      <w:szCs w:val="28"/>
                    </w:rPr>
                    <m:t>5</m:t>
                  </m:r>
                </m:num>
                <m:den>
                  <m:r>
                    <w:rPr>
                      <w:rFonts w:ascii="Cambria Math" w:hAnsi="Cambria Math"/>
                      <w:sz w:val="28"/>
                      <w:szCs w:val="28"/>
                    </w:rPr>
                    <m:t>8</m:t>
                  </m:r>
                </m:den>
              </m:f>
            </m:oMath>
            <w:r w:rsidRPr="00DC73E0">
              <w:rPr>
                <w:szCs w:val="28"/>
              </w:rPr>
              <w:t>.</w:t>
            </w:r>
          </w:p>
        </w:tc>
      </w:tr>
      <w:tr w:rsidR="00DC73E0" w:rsidRPr="00DC73E0" w:rsidTr="00DC73E0">
        <w:trPr>
          <w:jc w:val="center"/>
        </w:trPr>
        <w:tc>
          <w:tcPr>
            <w:tcW w:w="4702" w:type="dxa"/>
            <w:shd w:val="clear" w:color="auto" w:fill="auto"/>
          </w:tcPr>
          <w:p w:rsidR="00AC7682" w:rsidRPr="00DC73E0" w:rsidRDefault="00AC7682" w:rsidP="007F75C5">
            <w:pPr>
              <w:rPr>
                <w:sz w:val="28"/>
                <w:szCs w:val="28"/>
              </w:rPr>
            </w:pPr>
            <w:r w:rsidRPr="00DC73E0">
              <w:rPr>
                <w:szCs w:val="28"/>
              </w:rPr>
              <w:t>- GV chốt: Có thể so sánh dựa vào hình vẽ. Hỏi: Trong thực tế không có hình vẽ thì làm thế nào?</w:t>
            </w:r>
          </w:p>
        </w:tc>
        <w:tc>
          <w:tcPr>
            <w:tcW w:w="4702" w:type="dxa"/>
            <w:shd w:val="clear" w:color="auto" w:fill="auto"/>
          </w:tcPr>
          <w:p w:rsidR="00AC7682" w:rsidRPr="00DC73E0" w:rsidRDefault="00AC7682" w:rsidP="007F75C5">
            <w:pPr>
              <w:rPr>
                <w:sz w:val="28"/>
                <w:szCs w:val="28"/>
              </w:rPr>
            </w:pPr>
            <w:r w:rsidRPr="00DC73E0">
              <w:rPr>
                <w:szCs w:val="28"/>
              </w:rPr>
              <w:t>- HS trả lời: Có thể quy đồng mẫu số hai phân số rồi so sánh.</w:t>
            </w:r>
          </w:p>
        </w:tc>
      </w:tr>
      <w:tr w:rsidR="00DC73E0" w:rsidRPr="00DC73E0" w:rsidTr="00DC73E0">
        <w:trPr>
          <w:jc w:val="center"/>
        </w:trPr>
        <w:tc>
          <w:tcPr>
            <w:tcW w:w="4702" w:type="dxa"/>
            <w:shd w:val="clear" w:color="auto" w:fill="auto"/>
          </w:tcPr>
          <w:p w:rsidR="00AC7682" w:rsidRPr="00DC73E0" w:rsidRDefault="00AC7682" w:rsidP="007F75C5">
            <w:pPr>
              <w:rPr>
                <w:sz w:val="28"/>
                <w:szCs w:val="28"/>
              </w:rPr>
            </w:pPr>
            <w:r w:rsidRPr="00DC73E0">
              <w:rPr>
                <w:szCs w:val="28"/>
              </w:rPr>
              <w:t xml:space="preserve">- Hỏi: Hai phân số </w:t>
            </w:r>
            <m:oMath>
              <m:f>
                <m:fPr>
                  <m:ctrlPr>
                    <w:rPr>
                      <w:rFonts w:ascii="Cambria Math" w:hAnsi="Cambria Math"/>
                      <w:sz w:val="28"/>
                      <w:szCs w:val="28"/>
                    </w:rPr>
                  </m:ctrlPr>
                </m:fPr>
                <m:num>
                  <m:r>
                    <w:rPr>
                      <w:rFonts w:ascii="Cambria Math" w:hAnsi="Cambria Math"/>
                      <w:sz w:val="28"/>
                      <w:szCs w:val="28"/>
                    </w:rPr>
                    <m:t>3</m:t>
                  </m:r>
                </m:num>
                <m:den>
                  <m:r>
                    <w:rPr>
                      <w:rFonts w:ascii="Cambria Math" w:hAnsi="Cambria Math"/>
                      <w:sz w:val="28"/>
                      <w:szCs w:val="28"/>
                    </w:rPr>
                    <m:t>4</m:t>
                  </m:r>
                </m:den>
              </m:f>
            </m:oMath>
            <w:r w:rsidRPr="00DC73E0">
              <w:rPr>
                <w:szCs w:val="28"/>
              </w:rPr>
              <w:t xml:space="preserve"> và </w:t>
            </w:r>
            <m:oMath>
              <m:f>
                <m:fPr>
                  <m:ctrlPr>
                    <w:rPr>
                      <w:rFonts w:ascii="Cambria Math" w:hAnsi="Cambria Math"/>
                      <w:sz w:val="28"/>
                      <w:szCs w:val="28"/>
                    </w:rPr>
                  </m:ctrlPr>
                </m:fPr>
                <m:num>
                  <m:r>
                    <w:rPr>
                      <w:rFonts w:ascii="Cambria Math" w:hAnsi="Cambria Math"/>
                      <w:sz w:val="28"/>
                      <w:szCs w:val="28"/>
                    </w:rPr>
                    <m:t>5</m:t>
                  </m:r>
                </m:num>
                <m:den>
                  <m:r>
                    <w:rPr>
                      <w:rFonts w:ascii="Cambria Math" w:hAnsi="Cambria Math"/>
                      <w:sz w:val="28"/>
                      <w:szCs w:val="28"/>
                    </w:rPr>
                    <m:t>8</m:t>
                  </m:r>
                </m:den>
              </m:f>
            </m:oMath>
            <w:r w:rsidRPr="00DC73E0">
              <w:rPr>
                <w:szCs w:val="28"/>
              </w:rPr>
              <w:t xml:space="preserve"> có mẫu số như thế nào?</w:t>
            </w:r>
          </w:p>
        </w:tc>
        <w:tc>
          <w:tcPr>
            <w:tcW w:w="4702" w:type="dxa"/>
            <w:shd w:val="clear" w:color="auto" w:fill="auto"/>
          </w:tcPr>
          <w:p w:rsidR="00AC7682" w:rsidRPr="00DC73E0" w:rsidRDefault="00AC7682" w:rsidP="007F75C5">
            <w:pPr>
              <w:rPr>
                <w:sz w:val="28"/>
                <w:szCs w:val="28"/>
              </w:rPr>
            </w:pPr>
            <w:r w:rsidRPr="00DC73E0">
              <w:rPr>
                <w:szCs w:val="28"/>
              </w:rPr>
              <w:t>- HS trả lời: Hai phân số có mẫu số khác nhau (4 và 8).</w:t>
            </w:r>
          </w:p>
        </w:tc>
      </w:tr>
      <w:tr w:rsidR="00DC73E0" w:rsidRPr="00DC73E0" w:rsidTr="00DC73E0">
        <w:trPr>
          <w:jc w:val="center"/>
        </w:trPr>
        <w:tc>
          <w:tcPr>
            <w:tcW w:w="4702" w:type="dxa"/>
            <w:shd w:val="clear" w:color="auto" w:fill="auto"/>
          </w:tcPr>
          <w:p w:rsidR="00AC7682" w:rsidRPr="00DC73E0" w:rsidRDefault="00AC7682" w:rsidP="007F75C5">
            <w:pPr>
              <w:rPr>
                <w:sz w:val="28"/>
                <w:szCs w:val="28"/>
              </w:rPr>
            </w:pPr>
            <w:r w:rsidRPr="00DC73E0">
              <w:rPr>
                <w:szCs w:val="28"/>
              </w:rPr>
              <w:lastRenderedPageBreak/>
              <w:t>- Gợi mở: Có thể đưa hai phân số về cùng mẫu số không? Bằng cách nào?</w:t>
            </w:r>
          </w:p>
        </w:tc>
        <w:tc>
          <w:tcPr>
            <w:tcW w:w="4702" w:type="dxa"/>
            <w:shd w:val="clear" w:color="auto" w:fill="auto"/>
          </w:tcPr>
          <w:p w:rsidR="00AC7682" w:rsidRPr="00DC73E0" w:rsidRDefault="00AC7682" w:rsidP="007F75C5">
            <w:pPr>
              <w:rPr>
                <w:sz w:val="28"/>
                <w:szCs w:val="28"/>
              </w:rPr>
            </w:pPr>
            <w:r w:rsidRPr="00DC73E0">
              <w:rPr>
                <w:szCs w:val="28"/>
              </w:rPr>
              <w:t>- HS trả lời: Có, quy đồng mẫu số hai phân số. Vì 8 chia hết cho 4 nên chọn mẫu số chung là 8.</w:t>
            </w:r>
          </w:p>
        </w:tc>
      </w:tr>
      <w:tr w:rsidR="00DC73E0" w:rsidRPr="00DC73E0" w:rsidTr="00DC73E0">
        <w:trPr>
          <w:jc w:val="center"/>
        </w:trPr>
        <w:tc>
          <w:tcPr>
            <w:tcW w:w="4702" w:type="dxa"/>
            <w:shd w:val="clear" w:color="auto" w:fill="auto"/>
          </w:tcPr>
          <w:p w:rsidR="00AC7682" w:rsidRPr="00DC73E0" w:rsidRDefault="00AC7682" w:rsidP="007F75C5">
            <w:pPr>
              <w:rPr>
                <w:sz w:val="28"/>
                <w:szCs w:val="28"/>
              </w:rPr>
            </w:pPr>
            <w:r w:rsidRPr="00DC73E0">
              <w:rPr>
                <w:szCs w:val="28"/>
              </w:rPr>
              <w:t xml:space="preserve">- Yêu cầu HS làm nháp: Quy đồng mẫu số </w:t>
            </w:r>
            <m:oMath>
              <m:f>
                <m:fPr>
                  <m:ctrlPr>
                    <w:rPr>
                      <w:rFonts w:ascii="Cambria Math" w:hAnsi="Cambria Math"/>
                      <w:sz w:val="28"/>
                      <w:szCs w:val="28"/>
                    </w:rPr>
                  </m:ctrlPr>
                </m:fPr>
                <m:num>
                  <m:r>
                    <w:rPr>
                      <w:rFonts w:ascii="Cambria Math" w:hAnsi="Cambria Math"/>
                      <w:sz w:val="28"/>
                      <w:szCs w:val="28"/>
                    </w:rPr>
                    <m:t>3</m:t>
                  </m:r>
                </m:num>
                <m:den>
                  <m:r>
                    <w:rPr>
                      <w:rFonts w:ascii="Cambria Math" w:hAnsi="Cambria Math"/>
                      <w:sz w:val="28"/>
                      <w:szCs w:val="28"/>
                    </w:rPr>
                    <m:t>4</m:t>
                  </m:r>
                </m:den>
              </m:f>
            </m:oMath>
            <w:r w:rsidRPr="00DC73E0">
              <w:rPr>
                <w:szCs w:val="28"/>
              </w:rPr>
              <w:t xml:space="preserve"> </w:t>
            </w:r>
            <w:proofErr w:type="gramStart"/>
            <w:r w:rsidRPr="00DC73E0">
              <w:rPr>
                <w:szCs w:val="28"/>
              </w:rPr>
              <w:t xml:space="preserve">và </w:t>
            </w:r>
            <w:proofErr w:type="gramEnd"/>
            <m:oMath>
              <m:f>
                <m:fPr>
                  <m:ctrlPr>
                    <w:rPr>
                      <w:rFonts w:ascii="Cambria Math" w:hAnsi="Cambria Math"/>
                      <w:sz w:val="28"/>
                      <w:szCs w:val="28"/>
                    </w:rPr>
                  </m:ctrlPr>
                </m:fPr>
                <m:num>
                  <m:r>
                    <w:rPr>
                      <w:rFonts w:ascii="Cambria Math" w:hAnsi="Cambria Math"/>
                      <w:sz w:val="28"/>
                      <w:szCs w:val="28"/>
                    </w:rPr>
                    <m:t>5</m:t>
                  </m:r>
                </m:num>
                <m:den>
                  <m:r>
                    <w:rPr>
                      <w:rFonts w:ascii="Cambria Math" w:hAnsi="Cambria Math"/>
                      <w:sz w:val="28"/>
                      <w:szCs w:val="28"/>
                    </w:rPr>
                    <m:t>8</m:t>
                  </m:r>
                </m:den>
              </m:f>
            </m:oMath>
            <w:r w:rsidRPr="00DC73E0">
              <w:rPr>
                <w:szCs w:val="28"/>
              </w:rPr>
              <w:t>.</w:t>
            </w:r>
          </w:p>
        </w:tc>
        <w:tc>
          <w:tcPr>
            <w:tcW w:w="4702" w:type="dxa"/>
            <w:shd w:val="clear" w:color="auto" w:fill="auto"/>
          </w:tcPr>
          <w:p w:rsidR="00AC7682" w:rsidRPr="00DC73E0" w:rsidRDefault="00AC7682" w:rsidP="007F75C5">
            <w:pPr>
              <w:rPr>
                <w:sz w:val="28"/>
                <w:szCs w:val="28"/>
              </w:rPr>
            </w:pPr>
            <w:r w:rsidRPr="00DC73E0">
              <w:rPr>
                <w:szCs w:val="28"/>
              </w:rPr>
              <w:t xml:space="preserve">- HS làm nháp: </w:t>
            </w:r>
            <m:oMath>
              <m:f>
                <m:fPr>
                  <m:ctrlPr>
                    <w:rPr>
                      <w:rFonts w:ascii="Cambria Math" w:hAnsi="Cambria Math"/>
                      <w:sz w:val="28"/>
                      <w:szCs w:val="28"/>
                    </w:rPr>
                  </m:ctrlPr>
                </m:fPr>
                <m:num>
                  <m:r>
                    <w:rPr>
                      <w:rFonts w:ascii="Cambria Math" w:hAnsi="Cambria Math"/>
                      <w:sz w:val="28"/>
                      <w:szCs w:val="28"/>
                    </w:rPr>
                    <m:t>3</m:t>
                  </m:r>
                </m:num>
                <m:den>
                  <m:r>
                    <w:rPr>
                      <w:rFonts w:ascii="Cambria Math" w:hAnsi="Cambria Math"/>
                      <w:sz w:val="28"/>
                      <w:szCs w:val="28"/>
                    </w:rPr>
                    <m:t>4</m:t>
                  </m:r>
                </m:den>
              </m:f>
            </m:oMath>
            <w:r w:rsidRPr="00DC73E0">
              <w:rPr>
                <w:szCs w:val="28"/>
              </w:rPr>
              <w:t xml:space="preserve"> = </w:t>
            </w:r>
            <m:oMath>
              <m:f>
                <m:fPr>
                  <m:ctrlPr>
                    <w:rPr>
                      <w:rFonts w:ascii="Cambria Math" w:hAnsi="Cambria Math"/>
                      <w:sz w:val="28"/>
                      <w:szCs w:val="28"/>
                    </w:rPr>
                  </m:ctrlPr>
                </m:fPr>
                <m:num>
                  <m:r>
                    <w:rPr>
                      <w:rFonts w:ascii="Cambria Math" w:hAnsi="Cambria Math"/>
                      <w:sz w:val="28"/>
                      <w:szCs w:val="28"/>
                    </w:rPr>
                    <m:t>3×2</m:t>
                  </m:r>
                </m:num>
                <m:den>
                  <m:r>
                    <w:rPr>
                      <w:rFonts w:ascii="Cambria Math" w:hAnsi="Cambria Math"/>
                      <w:sz w:val="28"/>
                      <w:szCs w:val="28"/>
                    </w:rPr>
                    <m:t>4×2</m:t>
                  </m:r>
                </m:den>
              </m:f>
            </m:oMath>
            <w:r w:rsidRPr="00DC73E0">
              <w:rPr>
                <w:szCs w:val="28"/>
              </w:rPr>
              <w:t xml:space="preserve"> = </w:t>
            </w:r>
            <m:oMath>
              <m:f>
                <m:fPr>
                  <m:ctrlPr>
                    <w:rPr>
                      <w:rFonts w:ascii="Cambria Math" w:hAnsi="Cambria Math"/>
                      <w:sz w:val="28"/>
                      <w:szCs w:val="28"/>
                    </w:rPr>
                  </m:ctrlPr>
                </m:fPr>
                <m:num>
                  <m:r>
                    <w:rPr>
                      <w:rFonts w:ascii="Cambria Math" w:hAnsi="Cambria Math"/>
                      <w:sz w:val="28"/>
                      <w:szCs w:val="28"/>
                    </w:rPr>
                    <m:t>6</m:t>
                  </m:r>
                </m:num>
                <m:den>
                  <m:r>
                    <w:rPr>
                      <w:rFonts w:ascii="Cambria Math" w:hAnsi="Cambria Math"/>
                      <w:sz w:val="28"/>
                      <w:szCs w:val="28"/>
                    </w:rPr>
                    <m:t>8</m:t>
                  </m:r>
                </m:den>
              </m:f>
            </m:oMath>
            <w:r w:rsidRPr="00DC73E0">
              <w:rPr>
                <w:szCs w:val="28"/>
              </w:rPr>
              <w:t xml:space="preserve">; giữ nguyên </w:t>
            </w:r>
            <m:oMath>
              <m:f>
                <m:fPr>
                  <m:ctrlPr>
                    <w:rPr>
                      <w:rFonts w:ascii="Cambria Math" w:hAnsi="Cambria Math"/>
                      <w:sz w:val="28"/>
                      <w:szCs w:val="28"/>
                    </w:rPr>
                  </m:ctrlPr>
                </m:fPr>
                <m:num>
                  <m:r>
                    <w:rPr>
                      <w:rFonts w:ascii="Cambria Math" w:hAnsi="Cambria Math"/>
                      <w:sz w:val="28"/>
                      <w:szCs w:val="28"/>
                    </w:rPr>
                    <m:t>5</m:t>
                  </m:r>
                </m:num>
                <m:den>
                  <m:r>
                    <w:rPr>
                      <w:rFonts w:ascii="Cambria Math" w:hAnsi="Cambria Math"/>
                      <w:sz w:val="28"/>
                      <w:szCs w:val="28"/>
                    </w:rPr>
                    <m:t>8</m:t>
                  </m:r>
                </m:den>
              </m:f>
            </m:oMath>
            <w:r w:rsidRPr="00DC73E0">
              <w:rPr>
                <w:szCs w:val="28"/>
              </w:rPr>
              <w:t>.</w:t>
            </w:r>
          </w:p>
        </w:tc>
      </w:tr>
      <w:tr w:rsidR="00DC73E0" w:rsidRPr="00DC73E0" w:rsidTr="00DC73E0">
        <w:trPr>
          <w:jc w:val="center"/>
        </w:trPr>
        <w:tc>
          <w:tcPr>
            <w:tcW w:w="4702" w:type="dxa"/>
            <w:shd w:val="clear" w:color="auto" w:fill="auto"/>
          </w:tcPr>
          <w:p w:rsidR="00AC7682" w:rsidRPr="00DC73E0" w:rsidRDefault="00AC7682" w:rsidP="007F75C5">
            <w:pPr>
              <w:rPr>
                <w:sz w:val="28"/>
                <w:szCs w:val="28"/>
              </w:rPr>
            </w:pPr>
            <w:r w:rsidRPr="00DC73E0">
              <w:rPr>
                <w:szCs w:val="28"/>
              </w:rPr>
              <w:t xml:space="preserve">- Yêu cầu HS so sánh hai phân số sau quy đồng: </w:t>
            </w:r>
            <m:oMath>
              <m:f>
                <m:fPr>
                  <m:ctrlPr>
                    <w:rPr>
                      <w:rFonts w:ascii="Cambria Math" w:hAnsi="Cambria Math"/>
                      <w:sz w:val="28"/>
                      <w:szCs w:val="28"/>
                    </w:rPr>
                  </m:ctrlPr>
                </m:fPr>
                <m:num>
                  <m:r>
                    <w:rPr>
                      <w:rFonts w:ascii="Cambria Math" w:hAnsi="Cambria Math"/>
                      <w:sz w:val="28"/>
                      <w:szCs w:val="28"/>
                    </w:rPr>
                    <m:t>6</m:t>
                  </m:r>
                </m:num>
                <m:den>
                  <m:r>
                    <w:rPr>
                      <w:rFonts w:ascii="Cambria Math" w:hAnsi="Cambria Math"/>
                      <w:sz w:val="28"/>
                      <w:szCs w:val="28"/>
                    </w:rPr>
                    <m:t>8</m:t>
                  </m:r>
                </m:den>
              </m:f>
            </m:oMath>
            <w:r w:rsidRPr="00DC73E0">
              <w:rPr>
                <w:szCs w:val="28"/>
              </w:rPr>
              <w:t xml:space="preserve"> </w:t>
            </w:r>
            <w:proofErr w:type="gramStart"/>
            <w:r w:rsidRPr="00DC73E0">
              <w:rPr>
                <w:szCs w:val="28"/>
              </w:rPr>
              <w:t xml:space="preserve">và </w:t>
            </w:r>
            <w:proofErr w:type="gramEnd"/>
            <m:oMath>
              <m:f>
                <m:fPr>
                  <m:ctrlPr>
                    <w:rPr>
                      <w:rFonts w:ascii="Cambria Math" w:hAnsi="Cambria Math"/>
                      <w:sz w:val="28"/>
                      <w:szCs w:val="28"/>
                    </w:rPr>
                  </m:ctrlPr>
                </m:fPr>
                <m:num>
                  <m:r>
                    <w:rPr>
                      <w:rFonts w:ascii="Cambria Math" w:hAnsi="Cambria Math"/>
                      <w:sz w:val="28"/>
                      <w:szCs w:val="28"/>
                    </w:rPr>
                    <m:t>5</m:t>
                  </m:r>
                </m:num>
                <m:den>
                  <m:r>
                    <w:rPr>
                      <w:rFonts w:ascii="Cambria Math" w:hAnsi="Cambria Math"/>
                      <w:sz w:val="28"/>
                      <w:szCs w:val="28"/>
                    </w:rPr>
                    <m:t>8</m:t>
                  </m:r>
                </m:den>
              </m:f>
            </m:oMath>
            <w:r w:rsidRPr="00DC73E0">
              <w:rPr>
                <w:szCs w:val="28"/>
              </w:rPr>
              <w:t>.</w:t>
            </w:r>
          </w:p>
        </w:tc>
        <w:tc>
          <w:tcPr>
            <w:tcW w:w="4702" w:type="dxa"/>
            <w:shd w:val="clear" w:color="auto" w:fill="auto"/>
          </w:tcPr>
          <w:p w:rsidR="00AC7682" w:rsidRPr="00DC73E0" w:rsidRDefault="00AC7682" w:rsidP="007F75C5">
            <w:pPr>
              <w:rPr>
                <w:sz w:val="28"/>
                <w:szCs w:val="28"/>
              </w:rPr>
            </w:pPr>
            <w:r w:rsidRPr="00DC73E0">
              <w:rPr>
                <w:szCs w:val="28"/>
              </w:rPr>
              <w:t xml:space="preserve">- HS trả lời: </w:t>
            </w:r>
            <m:oMath>
              <m:f>
                <m:fPr>
                  <m:ctrlPr>
                    <w:rPr>
                      <w:rFonts w:ascii="Cambria Math" w:hAnsi="Cambria Math"/>
                      <w:sz w:val="28"/>
                      <w:szCs w:val="28"/>
                    </w:rPr>
                  </m:ctrlPr>
                </m:fPr>
                <m:num>
                  <m:r>
                    <w:rPr>
                      <w:rFonts w:ascii="Cambria Math" w:hAnsi="Cambria Math"/>
                      <w:sz w:val="28"/>
                      <w:szCs w:val="28"/>
                    </w:rPr>
                    <m:t>6</m:t>
                  </m:r>
                </m:num>
                <m:den>
                  <m:r>
                    <w:rPr>
                      <w:rFonts w:ascii="Cambria Math" w:hAnsi="Cambria Math"/>
                      <w:sz w:val="28"/>
                      <w:szCs w:val="28"/>
                    </w:rPr>
                    <m:t>8</m:t>
                  </m:r>
                </m:den>
              </m:f>
            </m:oMath>
            <w:r w:rsidRPr="00DC73E0">
              <w:rPr>
                <w:szCs w:val="28"/>
              </w:rPr>
              <w:t xml:space="preserve"> &gt; </w:t>
            </w:r>
            <m:oMath>
              <m:f>
                <m:fPr>
                  <m:ctrlPr>
                    <w:rPr>
                      <w:rFonts w:ascii="Cambria Math" w:hAnsi="Cambria Math"/>
                      <w:sz w:val="28"/>
                      <w:szCs w:val="28"/>
                    </w:rPr>
                  </m:ctrlPr>
                </m:fPr>
                <m:num>
                  <m:r>
                    <w:rPr>
                      <w:rFonts w:ascii="Cambria Math" w:hAnsi="Cambria Math"/>
                      <w:sz w:val="28"/>
                      <w:szCs w:val="28"/>
                    </w:rPr>
                    <m:t>5</m:t>
                  </m:r>
                </m:num>
                <m:den>
                  <m:r>
                    <w:rPr>
                      <w:rFonts w:ascii="Cambria Math" w:hAnsi="Cambria Math"/>
                      <w:sz w:val="28"/>
                      <w:szCs w:val="28"/>
                    </w:rPr>
                    <m:t>8</m:t>
                  </m:r>
                </m:den>
              </m:f>
            </m:oMath>
            <w:r w:rsidRPr="00DC73E0">
              <w:rPr>
                <w:szCs w:val="28"/>
              </w:rPr>
              <w:t xml:space="preserve"> vì cùng mẫu số 8, 6 &gt; 5.</w:t>
            </w:r>
          </w:p>
        </w:tc>
      </w:tr>
      <w:tr w:rsidR="00DC73E0" w:rsidRPr="00DC73E0" w:rsidTr="00DC73E0">
        <w:trPr>
          <w:jc w:val="center"/>
        </w:trPr>
        <w:tc>
          <w:tcPr>
            <w:tcW w:w="4702" w:type="dxa"/>
            <w:shd w:val="clear" w:color="auto" w:fill="auto"/>
          </w:tcPr>
          <w:p w:rsidR="00AC7682" w:rsidRPr="00DC73E0" w:rsidRDefault="00AC7682" w:rsidP="007F75C5">
            <w:pPr>
              <w:rPr>
                <w:sz w:val="28"/>
                <w:szCs w:val="28"/>
              </w:rPr>
            </w:pPr>
            <w:r w:rsidRPr="00DC73E0">
              <w:rPr>
                <w:szCs w:val="28"/>
              </w:rPr>
              <w:t xml:space="preserve">- Kết luận: </w:t>
            </w:r>
            <m:oMath>
              <m:f>
                <m:fPr>
                  <m:ctrlPr>
                    <w:rPr>
                      <w:rFonts w:ascii="Cambria Math" w:hAnsi="Cambria Math"/>
                      <w:sz w:val="28"/>
                      <w:szCs w:val="28"/>
                    </w:rPr>
                  </m:ctrlPr>
                </m:fPr>
                <m:num>
                  <m:r>
                    <w:rPr>
                      <w:rFonts w:ascii="Cambria Math" w:hAnsi="Cambria Math"/>
                      <w:sz w:val="28"/>
                      <w:szCs w:val="28"/>
                    </w:rPr>
                    <m:t>3</m:t>
                  </m:r>
                </m:num>
                <m:den>
                  <m:r>
                    <w:rPr>
                      <w:rFonts w:ascii="Cambria Math" w:hAnsi="Cambria Math"/>
                      <w:sz w:val="28"/>
                      <w:szCs w:val="28"/>
                    </w:rPr>
                    <m:t>4</m:t>
                  </m:r>
                </m:den>
              </m:f>
            </m:oMath>
            <w:r w:rsidRPr="00DC73E0">
              <w:rPr>
                <w:szCs w:val="28"/>
              </w:rPr>
              <w:t xml:space="preserve"> </w:t>
            </w:r>
            <w:proofErr w:type="gramStart"/>
            <w:r w:rsidRPr="00DC73E0">
              <w:rPr>
                <w:szCs w:val="28"/>
              </w:rPr>
              <w:t xml:space="preserve">&gt; </w:t>
            </w:r>
            <w:proofErr w:type="gramEnd"/>
            <m:oMath>
              <m:f>
                <m:fPr>
                  <m:ctrlPr>
                    <w:rPr>
                      <w:rFonts w:ascii="Cambria Math" w:hAnsi="Cambria Math"/>
                      <w:sz w:val="28"/>
                      <w:szCs w:val="28"/>
                    </w:rPr>
                  </m:ctrlPr>
                </m:fPr>
                <m:num>
                  <m:r>
                    <w:rPr>
                      <w:rFonts w:ascii="Cambria Math" w:hAnsi="Cambria Math"/>
                      <w:sz w:val="28"/>
                      <w:szCs w:val="28"/>
                    </w:rPr>
                    <m:t>5</m:t>
                  </m:r>
                </m:num>
                <m:den>
                  <m:r>
                    <w:rPr>
                      <w:rFonts w:ascii="Cambria Math" w:hAnsi="Cambria Math"/>
                      <w:sz w:val="28"/>
                      <w:szCs w:val="28"/>
                    </w:rPr>
                    <m:t>8</m:t>
                  </m:r>
                </m:den>
              </m:f>
            </m:oMath>
            <w:r w:rsidRPr="00DC73E0">
              <w:rPr>
                <w:szCs w:val="28"/>
              </w:rPr>
              <w:t>. Hỏi: Muốn so sánh hai phân số khác mẫu số ta làm theo mấy bước?</w:t>
            </w:r>
          </w:p>
        </w:tc>
        <w:tc>
          <w:tcPr>
            <w:tcW w:w="4702" w:type="dxa"/>
            <w:shd w:val="clear" w:color="auto" w:fill="auto"/>
          </w:tcPr>
          <w:p w:rsidR="00AC7682" w:rsidRPr="00DC73E0" w:rsidRDefault="00AC7682" w:rsidP="007F75C5">
            <w:pPr>
              <w:rPr>
                <w:sz w:val="28"/>
                <w:szCs w:val="28"/>
              </w:rPr>
            </w:pPr>
            <w:r w:rsidRPr="00DC73E0">
              <w:rPr>
                <w:szCs w:val="28"/>
              </w:rPr>
              <w:t>- HS trả lời 3 bước:</w:t>
            </w:r>
            <w:r w:rsidRPr="00DC73E0">
              <w:rPr>
                <w:szCs w:val="28"/>
              </w:rPr>
              <w:br/>
              <w:t xml:space="preserve">  + Bước 1: Quy đồng mẫu số hai phân số.</w:t>
            </w:r>
            <w:r w:rsidRPr="00DC73E0">
              <w:rPr>
                <w:szCs w:val="28"/>
              </w:rPr>
              <w:br/>
              <w:t xml:space="preserve">  + Bước 2: So sánh hai phân số cùng mẫu số.</w:t>
            </w:r>
            <w:r w:rsidRPr="00DC73E0">
              <w:rPr>
                <w:szCs w:val="28"/>
              </w:rPr>
              <w:br/>
              <w:t xml:space="preserve">  + Bước 3: Kết luận so sánh hai phân số đã cho.</w:t>
            </w:r>
          </w:p>
        </w:tc>
      </w:tr>
      <w:tr w:rsidR="00DC73E0" w:rsidRPr="00DC73E0" w:rsidTr="00DC73E0">
        <w:trPr>
          <w:jc w:val="center"/>
        </w:trPr>
        <w:tc>
          <w:tcPr>
            <w:tcW w:w="4702" w:type="dxa"/>
            <w:tcBorders>
              <w:bottom w:val="single" w:sz="4" w:space="0" w:color="auto"/>
            </w:tcBorders>
            <w:shd w:val="clear" w:color="auto" w:fill="auto"/>
          </w:tcPr>
          <w:p w:rsidR="00AC7682" w:rsidRPr="00DC73E0" w:rsidRDefault="00AC7682" w:rsidP="007F75C5">
            <w:pPr>
              <w:rPr>
                <w:sz w:val="28"/>
                <w:szCs w:val="28"/>
              </w:rPr>
            </w:pPr>
            <w:r w:rsidRPr="00DC73E0">
              <w:rPr>
                <w:szCs w:val="28"/>
              </w:rPr>
              <w:t>- GV chiếu quy tắc: Muốn so sánh hai phân số khác mẫu số, ta có thể quy đồng mẫu số hai phân số đó, rồi so sánh tử số của hai phân số mới.</w:t>
            </w:r>
          </w:p>
        </w:tc>
        <w:tc>
          <w:tcPr>
            <w:tcW w:w="4702" w:type="dxa"/>
            <w:tcBorders>
              <w:bottom w:val="single" w:sz="4" w:space="0" w:color="auto"/>
            </w:tcBorders>
            <w:shd w:val="clear" w:color="auto" w:fill="auto"/>
          </w:tcPr>
          <w:p w:rsidR="00AC7682" w:rsidRPr="00DC73E0" w:rsidRDefault="00AC7682" w:rsidP="007F75C5">
            <w:pPr>
              <w:rPr>
                <w:sz w:val="28"/>
                <w:szCs w:val="28"/>
              </w:rPr>
            </w:pPr>
            <w:r w:rsidRPr="00DC73E0">
              <w:rPr>
                <w:szCs w:val="28"/>
              </w:rPr>
              <w:t>- HS quan sát, ghi nhớ; 2 HS đọc lại quy tắc, cả lớp đọc đồng thanh.</w:t>
            </w:r>
          </w:p>
        </w:tc>
      </w:tr>
      <w:tr w:rsidR="00DC73E0" w:rsidRPr="00DC73E0" w:rsidTr="00DC73E0">
        <w:trPr>
          <w:cantSplit/>
          <w:jc w:val="center"/>
        </w:trPr>
        <w:tc>
          <w:tcPr>
            <w:tcW w:w="9404" w:type="dxa"/>
            <w:gridSpan w:val="2"/>
            <w:tcBorders>
              <w:top w:val="single" w:sz="4" w:space="0" w:color="auto"/>
              <w:bottom w:val="single" w:sz="4" w:space="0" w:color="auto"/>
            </w:tcBorders>
            <w:shd w:val="clear" w:color="auto" w:fill="auto"/>
          </w:tcPr>
          <w:p w:rsidR="00AC7682" w:rsidRPr="00DC73E0" w:rsidRDefault="00B17B87" w:rsidP="007F75C5">
            <w:pPr>
              <w:rPr>
                <w:sz w:val="28"/>
                <w:szCs w:val="28"/>
              </w:rPr>
            </w:pPr>
            <w:r w:rsidRPr="00DC73E0">
              <w:rPr>
                <w:b/>
              </w:rPr>
              <w:t>3. Luyện tập:</w:t>
            </w:r>
          </w:p>
          <w:p w:rsidR="00581890" w:rsidRPr="00DC73E0" w:rsidRDefault="007F75C5">
            <w:r w:rsidRPr="00DC73E0">
              <w:rPr>
                <w:b/>
              </w:rPr>
              <w:t xml:space="preserve">- Mục tiêu: </w:t>
            </w:r>
            <w:r w:rsidRPr="00DC73E0">
              <w:t>Luyện quy đồng và so sánh hai phân số khác mẫu số; vận dụng giải bài toán thực tế.</w:t>
            </w:r>
          </w:p>
          <w:p w:rsidR="00581890" w:rsidRPr="00DC73E0" w:rsidRDefault="007F75C5">
            <w:r w:rsidRPr="00DC73E0">
              <w:rPr>
                <w:b/>
                <w:i/>
              </w:rPr>
              <w:t>*Cách tiến hành:</w:t>
            </w:r>
          </w:p>
        </w:tc>
      </w:tr>
      <w:tr w:rsidR="00DC73E0" w:rsidRPr="00DC73E0" w:rsidTr="00DC73E0">
        <w:trPr>
          <w:jc w:val="center"/>
        </w:trPr>
        <w:tc>
          <w:tcPr>
            <w:tcW w:w="9404" w:type="dxa"/>
            <w:gridSpan w:val="2"/>
            <w:tcBorders>
              <w:top w:val="single" w:sz="4" w:space="0" w:color="auto"/>
              <w:bottom w:val="single" w:sz="4" w:space="0" w:color="auto"/>
            </w:tcBorders>
            <w:shd w:val="clear" w:color="auto" w:fill="auto"/>
          </w:tcPr>
          <w:p w:rsidR="00AC7682" w:rsidRPr="00DC73E0" w:rsidRDefault="00AC7682" w:rsidP="007F75C5">
            <w:pPr>
              <w:rPr>
                <w:sz w:val="28"/>
                <w:szCs w:val="28"/>
              </w:rPr>
            </w:pPr>
            <w:r w:rsidRPr="00DC73E0">
              <w:rPr>
                <w:b/>
                <w:szCs w:val="28"/>
              </w:rPr>
              <w:t>Bài 1</w:t>
            </w:r>
          </w:p>
        </w:tc>
      </w:tr>
      <w:tr w:rsidR="00DC73E0" w:rsidRPr="00DC73E0" w:rsidTr="00DC73E0">
        <w:trPr>
          <w:jc w:val="center"/>
        </w:trPr>
        <w:tc>
          <w:tcPr>
            <w:tcW w:w="4702" w:type="dxa"/>
            <w:tcBorders>
              <w:top w:val="single" w:sz="4" w:space="0" w:color="auto"/>
            </w:tcBorders>
            <w:shd w:val="clear" w:color="auto" w:fill="auto"/>
          </w:tcPr>
          <w:p w:rsidR="00AC7682" w:rsidRPr="00DC73E0" w:rsidRDefault="00AC7682" w:rsidP="007F75C5">
            <w:pPr>
              <w:rPr>
                <w:sz w:val="28"/>
                <w:szCs w:val="28"/>
              </w:rPr>
            </w:pPr>
            <w:r w:rsidRPr="00DC73E0">
              <w:rPr>
                <w:szCs w:val="28"/>
              </w:rPr>
              <w:t>- Gọi HS đọc yêu cầu.</w:t>
            </w:r>
          </w:p>
        </w:tc>
        <w:tc>
          <w:tcPr>
            <w:tcW w:w="4702" w:type="dxa"/>
            <w:tcBorders>
              <w:top w:val="single" w:sz="4" w:space="0" w:color="auto"/>
            </w:tcBorders>
            <w:shd w:val="clear" w:color="auto" w:fill="auto"/>
          </w:tcPr>
          <w:p w:rsidR="00AC7682" w:rsidRPr="00DC73E0" w:rsidRDefault="00AC7682" w:rsidP="007F75C5">
            <w:pPr>
              <w:rPr>
                <w:sz w:val="28"/>
                <w:szCs w:val="28"/>
              </w:rPr>
            </w:pPr>
            <w:r w:rsidRPr="00DC73E0">
              <w:rPr>
                <w:szCs w:val="28"/>
              </w:rPr>
              <w:t>- HS đọc yêu cầu bài 1.</w:t>
            </w:r>
          </w:p>
        </w:tc>
      </w:tr>
      <w:tr w:rsidR="00DC73E0" w:rsidRPr="00DC73E0" w:rsidTr="00DC73E0">
        <w:trPr>
          <w:jc w:val="center"/>
        </w:trPr>
        <w:tc>
          <w:tcPr>
            <w:tcW w:w="4702" w:type="dxa"/>
            <w:shd w:val="clear" w:color="auto" w:fill="auto"/>
          </w:tcPr>
          <w:p w:rsidR="00AC7682" w:rsidRPr="00DC73E0" w:rsidRDefault="00AC7682" w:rsidP="007F75C5">
            <w:pPr>
              <w:rPr>
                <w:sz w:val="28"/>
                <w:szCs w:val="28"/>
              </w:rPr>
            </w:pPr>
            <w:r w:rsidRPr="00DC73E0">
              <w:rPr>
                <w:szCs w:val="28"/>
              </w:rPr>
              <w:t>- Hỏi: Bài yêu cầu làm gì?</w:t>
            </w:r>
          </w:p>
        </w:tc>
        <w:tc>
          <w:tcPr>
            <w:tcW w:w="4702" w:type="dxa"/>
            <w:shd w:val="clear" w:color="auto" w:fill="auto"/>
          </w:tcPr>
          <w:p w:rsidR="00AC7682" w:rsidRPr="00DC73E0" w:rsidRDefault="00AC7682" w:rsidP="007F75C5">
            <w:pPr>
              <w:rPr>
                <w:sz w:val="28"/>
                <w:szCs w:val="28"/>
              </w:rPr>
            </w:pPr>
            <w:r w:rsidRPr="00DC73E0">
              <w:rPr>
                <w:szCs w:val="28"/>
              </w:rPr>
              <w:t>- HS trả lời: So sánh hai phân số theo mẫu.</w:t>
            </w:r>
          </w:p>
        </w:tc>
      </w:tr>
      <w:tr w:rsidR="00DC73E0" w:rsidRPr="00DC73E0" w:rsidTr="00DC73E0">
        <w:trPr>
          <w:jc w:val="center"/>
        </w:trPr>
        <w:tc>
          <w:tcPr>
            <w:tcW w:w="4702" w:type="dxa"/>
            <w:shd w:val="clear" w:color="auto" w:fill="auto"/>
          </w:tcPr>
          <w:p w:rsidR="00AC7682" w:rsidRPr="00DC73E0" w:rsidRDefault="00AC7682" w:rsidP="007F75C5">
            <w:pPr>
              <w:rPr>
                <w:sz w:val="28"/>
                <w:szCs w:val="28"/>
              </w:rPr>
            </w:pPr>
            <w:r w:rsidRPr="00DC73E0">
              <w:rPr>
                <w:szCs w:val="28"/>
              </w:rPr>
              <w:t>- Giao nhiệm vụ: HS làm phần b, c vào vở; trình bày rõ 3 bước (quy đồng → so sánh → kết luận).</w:t>
            </w:r>
          </w:p>
        </w:tc>
        <w:tc>
          <w:tcPr>
            <w:tcW w:w="4702" w:type="dxa"/>
            <w:shd w:val="clear" w:color="auto" w:fill="auto"/>
          </w:tcPr>
          <w:p w:rsidR="00AC7682" w:rsidRPr="00DC73E0" w:rsidRDefault="00AC7682" w:rsidP="007F75C5">
            <w:pPr>
              <w:rPr>
                <w:sz w:val="28"/>
                <w:szCs w:val="28"/>
              </w:rPr>
            </w:pPr>
            <w:r w:rsidRPr="00DC73E0">
              <w:rPr>
                <w:szCs w:val="28"/>
              </w:rPr>
              <w:t>- HS làm vào vở, ghi rõ cách làm.</w:t>
            </w:r>
          </w:p>
        </w:tc>
      </w:tr>
      <w:tr w:rsidR="00DC73E0" w:rsidRPr="00DC73E0" w:rsidTr="00DC73E0">
        <w:trPr>
          <w:jc w:val="center"/>
        </w:trPr>
        <w:tc>
          <w:tcPr>
            <w:tcW w:w="4702" w:type="dxa"/>
            <w:shd w:val="clear" w:color="auto" w:fill="auto"/>
          </w:tcPr>
          <w:p w:rsidR="00AC7682" w:rsidRPr="00DC73E0" w:rsidRDefault="00AC7682" w:rsidP="007F75C5">
            <w:pPr>
              <w:rPr>
                <w:sz w:val="28"/>
                <w:szCs w:val="28"/>
              </w:rPr>
            </w:pPr>
            <w:r w:rsidRPr="00DC73E0">
              <w:rPr>
                <w:szCs w:val="28"/>
              </w:rPr>
              <w:t xml:space="preserve">- Chữa bài b: So sánh </w:t>
            </w:r>
            <m:oMath>
              <m:f>
                <m:fPr>
                  <m:ctrlPr>
                    <w:rPr>
                      <w:rFonts w:ascii="Cambria Math" w:hAnsi="Cambria Math"/>
                      <w:sz w:val="28"/>
                      <w:szCs w:val="28"/>
                    </w:rPr>
                  </m:ctrlPr>
                </m:fPr>
                <m:num>
                  <m:r>
                    <w:rPr>
                      <w:rFonts w:ascii="Cambria Math" w:hAnsi="Cambria Math"/>
                      <w:sz w:val="28"/>
                      <w:szCs w:val="28"/>
                    </w:rPr>
                    <m:t>3</m:t>
                  </m:r>
                </m:num>
                <m:den>
                  <m:r>
                    <w:rPr>
                      <w:rFonts w:ascii="Cambria Math" w:hAnsi="Cambria Math"/>
                      <w:sz w:val="28"/>
                      <w:szCs w:val="28"/>
                    </w:rPr>
                    <m:t>4</m:t>
                  </m:r>
                </m:den>
              </m:f>
            </m:oMath>
            <w:r w:rsidRPr="00DC73E0">
              <w:rPr>
                <w:szCs w:val="28"/>
              </w:rPr>
              <w:t xml:space="preserve"> </w:t>
            </w:r>
            <w:proofErr w:type="gramStart"/>
            <w:r w:rsidRPr="00DC73E0">
              <w:rPr>
                <w:szCs w:val="28"/>
              </w:rPr>
              <w:t xml:space="preserve">và </w:t>
            </w:r>
            <w:proofErr w:type="gramEnd"/>
            <m:oMath>
              <m:f>
                <m:fPr>
                  <m:ctrlPr>
                    <w:rPr>
                      <w:rFonts w:ascii="Cambria Math" w:hAnsi="Cambria Math"/>
                      <w:sz w:val="28"/>
                      <w:szCs w:val="28"/>
                    </w:rPr>
                  </m:ctrlPr>
                </m:fPr>
                <m:num>
                  <m:r>
                    <w:rPr>
                      <w:rFonts w:ascii="Cambria Math" w:hAnsi="Cambria Math"/>
                      <w:sz w:val="28"/>
                      <w:szCs w:val="28"/>
                    </w:rPr>
                    <m:t>5</m:t>
                  </m:r>
                </m:num>
                <m:den>
                  <m:r>
                    <w:rPr>
                      <w:rFonts w:ascii="Cambria Math" w:hAnsi="Cambria Math"/>
                      <w:sz w:val="28"/>
                      <w:szCs w:val="28"/>
                    </w:rPr>
                    <m:t>8</m:t>
                  </m:r>
                </m:den>
              </m:f>
            </m:oMath>
            <w:r w:rsidRPr="00DC73E0">
              <w:rPr>
                <w:szCs w:val="28"/>
              </w:rPr>
              <w:t>.</w:t>
            </w:r>
          </w:p>
        </w:tc>
        <w:tc>
          <w:tcPr>
            <w:tcW w:w="4702" w:type="dxa"/>
            <w:shd w:val="clear" w:color="auto" w:fill="auto"/>
          </w:tcPr>
          <w:p w:rsidR="00AC7682" w:rsidRPr="00DC73E0" w:rsidRDefault="00AC7682" w:rsidP="007F75C5">
            <w:pPr>
              <w:rPr>
                <w:sz w:val="28"/>
                <w:szCs w:val="28"/>
              </w:rPr>
            </w:pPr>
            <w:r w:rsidRPr="00DC73E0">
              <w:rPr>
                <w:szCs w:val="28"/>
              </w:rPr>
              <w:t xml:space="preserve">- HS trình bày: MSC = 8; </w:t>
            </w:r>
            <m:oMath>
              <m:f>
                <m:fPr>
                  <m:ctrlPr>
                    <w:rPr>
                      <w:rFonts w:ascii="Cambria Math" w:hAnsi="Cambria Math"/>
                      <w:sz w:val="28"/>
                      <w:szCs w:val="28"/>
                    </w:rPr>
                  </m:ctrlPr>
                </m:fPr>
                <m:num>
                  <m:r>
                    <w:rPr>
                      <w:rFonts w:ascii="Cambria Math" w:hAnsi="Cambria Math"/>
                      <w:sz w:val="28"/>
                      <w:szCs w:val="28"/>
                    </w:rPr>
                    <m:t>3</m:t>
                  </m:r>
                </m:num>
                <m:den>
                  <m:r>
                    <w:rPr>
                      <w:rFonts w:ascii="Cambria Math" w:hAnsi="Cambria Math"/>
                      <w:sz w:val="28"/>
                      <w:szCs w:val="28"/>
                    </w:rPr>
                    <m:t>4</m:t>
                  </m:r>
                </m:den>
              </m:f>
            </m:oMath>
            <w:r w:rsidRPr="00DC73E0">
              <w:rPr>
                <w:szCs w:val="28"/>
              </w:rPr>
              <w:t xml:space="preserve"> = </w:t>
            </w:r>
            <m:oMath>
              <m:f>
                <m:fPr>
                  <m:ctrlPr>
                    <w:rPr>
                      <w:rFonts w:ascii="Cambria Math" w:hAnsi="Cambria Math"/>
                      <w:sz w:val="28"/>
                      <w:szCs w:val="28"/>
                    </w:rPr>
                  </m:ctrlPr>
                </m:fPr>
                <m:num>
                  <m:r>
                    <w:rPr>
                      <w:rFonts w:ascii="Cambria Math" w:hAnsi="Cambria Math"/>
                      <w:sz w:val="28"/>
                      <w:szCs w:val="28"/>
                    </w:rPr>
                    <m:t>6</m:t>
                  </m:r>
                </m:num>
                <m:den>
                  <m:r>
                    <w:rPr>
                      <w:rFonts w:ascii="Cambria Math" w:hAnsi="Cambria Math"/>
                      <w:sz w:val="28"/>
                      <w:szCs w:val="28"/>
                    </w:rPr>
                    <m:t>8</m:t>
                  </m:r>
                </m:den>
              </m:f>
            </m:oMath>
            <w:r w:rsidRPr="00DC73E0">
              <w:rPr>
                <w:szCs w:val="28"/>
              </w:rPr>
              <w:t xml:space="preserve">; so sánh </w:t>
            </w:r>
            <m:oMath>
              <m:f>
                <m:fPr>
                  <m:ctrlPr>
                    <w:rPr>
                      <w:rFonts w:ascii="Cambria Math" w:hAnsi="Cambria Math"/>
                      <w:sz w:val="28"/>
                      <w:szCs w:val="28"/>
                    </w:rPr>
                  </m:ctrlPr>
                </m:fPr>
                <m:num>
                  <m:r>
                    <w:rPr>
                      <w:rFonts w:ascii="Cambria Math" w:hAnsi="Cambria Math"/>
                      <w:sz w:val="28"/>
                      <w:szCs w:val="28"/>
                    </w:rPr>
                    <m:t>6</m:t>
                  </m:r>
                </m:num>
                <m:den>
                  <m:r>
                    <w:rPr>
                      <w:rFonts w:ascii="Cambria Math" w:hAnsi="Cambria Math"/>
                      <w:sz w:val="28"/>
                      <w:szCs w:val="28"/>
                    </w:rPr>
                    <m:t>8</m:t>
                  </m:r>
                </m:den>
              </m:f>
            </m:oMath>
            <w:r w:rsidRPr="00DC73E0">
              <w:rPr>
                <w:szCs w:val="28"/>
              </w:rPr>
              <w:t xml:space="preserve"> &gt; </w:t>
            </w:r>
            <m:oMath>
              <m:f>
                <m:fPr>
                  <m:ctrlPr>
                    <w:rPr>
                      <w:rFonts w:ascii="Cambria Math" w:hAnsi="Cambria Math"/>
                      <w:sz w:val="28"/>
                      <w:szCs w:val="28"/>
                    </w:rPr>
                  </m:ctrlPr>
                </m:fPr>
                <m:num>
                  <m:r>
                    <w:rPr>
                      <w:rFonts w:ascii="Cambria Math" w:hAnsi="Cambria Math"/>
                      <w:sz w:val="28"/>
                      <w:szCs w:val="28"/>
                    </w:rPr>
                    <m:t>5</m:t>
                  </m:r>
                </m:num>
                <m:den>
                  <m:r>
                    <w:rPr>
                      <w:rFonts w:ascii="Cambria Math" w:hAnsi="Cambria Math"/>
                      <w:sz w:val="28"/>
                      <w:szCs w:val="28"/>
                    </w:rPr>
                    <m:t>8</m:t>
                  </m:r>
                </m:den>
              </m:f>
            </m:oMath>
            <w:r w:rsidRPr="00DC73E0">
              <w:rPr>
                <w:szCs w:val="28"/>
              </w:rPr>
              <w:t xml:space="preserve"> ⇒ </w:t>
            </w:r>
            <m:oMath>
              <m:f>
                <m:fPr>
                  <m:ctrlPr>
                    <w:rPr>
                      <w:rFonts w:ascii="Cambria Math" w:hAnsi="Cambria Math"/>
                      <w:sz w:val="28"/>
                      <w:szCs w:val="28"/>
                    </w:rPr>
                  </m:ctrlPr>
                </m:fPr>
                <m:num>
                  <m:r>
                    <w:rPr>
                      <w:rFonts w:ascii="Cambria Math" w:hAnsi="Cambria Math"/>
                      <w:sz w:val="28"/>
                      <w:szCs w:val="28"/>
                    </w:rPr>
                    <m:t>3</m:t>
                  </m:r>
                </m:num>
                <m:den>
                  <m:r>
                    <w:rPr>
                      <w:rFonts w:ascii="Cambria Math" w:hAnsi="Cambria Math"/>
                      <w:sz w:val="28"/>
                      <w:szCs w:val="28"/>
                    </w:rPr>
                    <m:t>4</m:t>
                  </m:r>
                </m:den>
              </m:f>
            </m:oMath>
            <w:r w:rsidRPr="00DC73E0">
              <w:rPr>
                <w:szCs w:val="28"/>
              </w:rPr>
              <w:t xml:space="preserve"> &gt; </w:t>
            </w:r>
            <m:oMath>
              <m:f>
                <m:fPr>
                  <m:ctrlPr>
                    <w:rPr>
                      <w:rFonts w:ascii="Cambria Math" w:hAnsi="Cambria Math"/>
                      <w:sz w:val="28"/>
                      <w:szCs w:val="28"/>
                    </w:rPr>
                  </m:ctrlPr>
                </m:fPr>
                <m:num>
                  <m:r>
                    <w:rPr>
                      <w:rFonts w:ascii="Cambria Math" w:hAnsi="Cambria Math"/>
                      <w:sz w:val="28"/>
                      <w:szCs w:val="28"/>
                    </w:rPr>
                    <m:t>5</m:t>
                  </m:r>
                </m:num>
                <m:den>
                  <m:r>
                    <w:rPr>
                      <w:rFonts w:ascii="Cambria Math" w:hAnsi="Cambria Math"/>
                      <w:sz w:val="28"/>
                      <w:szCs w:val="28"/>
                    </w:rPr>
                    <m:t>8</m:t>
                  </m:r>
                </m:den>
              </m:f>
            </m:oMath>
            <w:r w:rsidRPr="00DC73E0">
              <w:rPr>
                <w:szCs w:val="28"/>
              </w:rPr>
              <w:t>.</w:t>
            </w:r>
          </w:p>
        </w:tc>
      </w:tr>
      <w:tr w:rsidR="00DC73E0" w:rsidRPr="00DC73E0" w:rsidTr="00DC73E0">
        <w:trPr>
          <w:jc w:val="center"/>
        </w:trPr>
        <w:tc>
          <w:tcPr>
            <w:tcW w:w="4702" w:type="dxa"/>
            <w:shd w:val="clear" w:color="auto" w:fill="auto"/>
          </w:tcPr>
          <w:p w:rsidR="00AC7682" w:rsidRPr="00DC73E0" w:rsidRDefault="00AC7682" w:rsidP="007F75C5">
            <w:pPr>
              <w:rPr>
                <w:sz w:val="28"/>
                <w:szCs w:val="28"/>
              </w:rPr>
            </w:pPr>
            <w:r w:rsidRPr="00DC73E0">
              <w:rPr>
                <w:szCs w:val="28"/>
              </w:rPr>
              <w:t xml:space="preserve">- Chữa bài c: So sánh </w:t>
            </w:r>
            <m:oMath>
              <m:f>
                <m:fPr>
                  <m:ctrlPr>
                    <w:rPr>
                      <w:rFonts w:ascii="Cambria Math" w:hAnsi="Cambria Math"/>
                      <w:sz w:val="28"/>
                      <w:szCs w:val="28"/>
                    </w:rPr>
                  </m:ctrlPr>
                </m:fPr>
                <m:num>
                  <m:r>
                    <w:rPr>
                      <w:rFonts w:ascii="Cambria Math" w:hAnsi="Cambria Math"/>
                      <w:sz w:val="28"/>
                      <w:szCs w:val="28"/>
                    </w:rPr>
                    <m:t>2</m:t>
                  </m:r>
                </m:num>
                <m:den>
                  <m:r>
                    <w:rPr>
                      <w:rFonts w:ascii="Cambria Math" w:hAnsi="Cambria Math"/>
                      <w:sz w:val="28"/>
                      <w:szCs w:val="28"/>
                    </w:rPr>
                    <m:t>3</m:t>
                  </m:r>
                </m:den>
              </m:f>
            </m:oMath>
            <w:r w:rsidRPr="00DC73E0">
              <w:rPr>
                <w:szCs w:val="28"/>
              </w:rPr>
              <w:t xml:space="preserve"> </w:t>
            </w:r>
            <w:proofErr w:type="gramStart"/>
            <w:r w:rsidRPr="00DC73E0">
              <w:rPr>
                <w:szCs w:val="28"/>
              </w:rPr>
              <w:t xml:space="preserve">và </w:t>
            </w:r>
            <w:proofErr w:type="gramEnd"/>
            <m:oMath>
              <m:f>
                <m:fPr>
                  <m:ctrlPr>
                    <w:rPr>
                      <w:rFonts w:ascii="Cambria Math" w:hAnsi="Cambria Math"/>
                      <w:sz w:val="28"/>
                      <w:szCs w:val="28"/>
                    </w:rPr>
                  </m:ctrlPr>
                </m:fPr>
                <m:num>
                  <m:r>
                    <w:rPr>
                      <w:rFonts w:ascii="Cambria Math" w:hAnsi="Cambria Math"/>
                      <w:sz w:val="28"/>
                      <w:szCs w:val="28"/>
                    </w:rPr>
                    <m:t>3</m:t>
                  </m:r>
                </m:num>
                <m:den>
                  <m:r>
                    <w:rPr>
                      <w:rFonts w:ascii="Cambria Math" w:hAnsi="Cambria Math"/>
                      <w:sz w:val="28"/>
                      <w:szCs w:val="28"/>
                    </w:rPr>
                    <m:t>4</m:t>
                  </m:r>
                </m:den>
              </m:f>
            </m:oMath>
            <w:r w:rsidRPr="00DC73E0">
              <w:rPr>
                <w:szCs w:val="28"/>
              </w:rPr>
              <w:t>.</w:t>
            </w:r>
          </w:p>
        </w:tc>
        <w:tc>
          <w:tcPr>
            <w:tcW w:w="4702" w:type="dxa"/>
            <w:shd w:val="clear" w:color="auto" w:fill="auto"/>
          </w:tcPr>
          <w:p w:rsidR="00AC7682" w:rsidRPr="00DC73E0" w:rsidRDefault="00AC7682" w:rsidP="007F75C5">
            <w:pPr>
              <w:rPr>
                <w:sz w:val="28"/>
                <w:szCs w:val="28"/>
              </w:rPr>
            </w:pPr>
            <w:r w:rsidRPr="00DC73E0">
              <w:rPr>
                <w:szCs w:val="28"/>
              </w:rPr>
              <w:t xml:space="preserve">- HS trình bày: MSC = 12; </w:t>
            </w:r>
            <m:oMath>
              <m:f>
                <m:fPr>
                  <m:ctrlPr>
                    <w:rPr>
                      <w:rFonts w:ascii="Cambria Math" w:hAnsi="Cambria Math"/>
                      <w:sz w:val="28"/>
                      <w:szCs w:val="28"/>
                    </w:rPr>
                  </m:ctrlPr>
                </m:fPr>
                <m:num>
                  <m:r>
                    <w:rPr>
                      <w:rFonts w:ascii="Cambria Math" w:hAnsi="Cambria Math"/>
                      <w:sz w:val="28"/>
                      <w:szCs w:val="28"/>
                    </w:rPr>
                    <m:t>2</m:t>
                  </m:r>
                </m:num>
                <m:den>
                  <m:r>
                    <w:rPr>
                      <w:rFonts w:ascii="Cambria Math" w:hAnsi="Cambria Math"/>
                      <w:sz w:val="28"/>
                      <w:szCs w:val="28"/>
                    </w:rPr>
                    <m:t>3</m:t>
                  </m:r>
                </m:den>
              </m:f>
            </m:oMath>
            <w:r w:rsidRPr="00DC73E0">
              <w:rPr>
                <w:szCs w:val="28"/>
              </w:rPr>
              <w:t xml:space="preserve"> = </w:t>
            </w:r>
            <m:oMath>
              <m:f>
                <m:fPr>
                  <m:ctrlPr>
                    <w:rPr>
                      <w:rFonts w:ascii="Cambria Math" w:hAnsi="Cambria Math"/>
                      <w:sz w:val="28"/>
                      <w:szCs w:val="28"/>
                    </w:rPr>
                  </m:ctrlPr>
                </m:fPr>
                <m:num>
                  <m:r>
                    <w:rPr>
                      <w:rFonts w:ascii="Cambria Math" w:hAnsi="Cambria Math"/>
                      <w:sz w:val="28"/>
                      <w:szCs w:val="28"/>
                    </w:rPr>
                    <m:t>2×4</m:t>
                  </m:r>
                </m:num>
                <m:den>
                  <m:r>
                    <w:rPr>
                      <w:rFonts w:ascii="Cambria Math" w:hAnsi="Cambria Math"/>
                      <w:sz w:val="28"/>
                      <w:szCs w:val="28"/>
                    </w:rPr>
                    <m:t>3×4</m:t>
                  </m:r>
                </m:den>
              </m:f>
            </m:oMath>
            <w:r w:rsidRPr="00DC73E0">
              <w:rPr>
                <w:szCs w:val="28"/>
              </w:rPr>
              <w:t xml:space="preserve"> = </w:t>
            </w:r>
            <m:oMath>
              <m:f>
                <m:fPr>
                  <m:ctrlPr>
                    <w:rPr>
                      <w:rFonts w:ascii="Cambria Math" w:hAnsi="Cambria Math"/>
                      <w:sz w:val="28"/>
                      <w:szCs w:val="28"/>
                    </w:rPr>
                  </m:ctrlPr>
                </m:fPr>
                <m:num>
                  <m:r>
                    <w:rPr>
                      <w:rFonts w:ascii="Cambria Math" w:hAnsi="Cambria Math"/>
                      <w:sz w:val="28"/>
                      <w:szCs w:val="28"/>
                    </w:rPr>
                    <m:t>8</m:t>
                  </m:r>
                </m:num>
                <m:den>
                  <m:r>
                    <w:rPr>
                      <w:rFonts w:ascii="Cambria Math" w:hAnsi="Cambria Math"/>
                      <w:sz w:val="28"/>
                      <w:szCs w:val="28"/>
                    </w:rPr>
                    <m:t>12</m:t>
                  </m:r>
                </m:den>
              </m:f>
            </m:oMath>
            <w:r w:rsidRPr="00DC73E0">
              <w:rPr>
                <w:szCs w:val="28"/>
              </w:rPr>
              <w:t xml:space="preserve">; </w:t>
            </w:r>
            <m:oMath>
              <m:f>
                <m:fPr>
                  <m:ctrlPr>
                    <w:rPr>
                      <w:rFonts w:ascii="Cambria Math" w:hAnsi="Cambria Math"/>
                      <w:sz w:val="28"/>
                      <w:szCs w:val="28"/>
                    </w:rPr>
                  </m:ctrlPr>
                </m:fPr>
                <m:num>
                  <m:r>
                    <w:rPr>
                      <w:rFonts w:ascii="Cambria Math" w:hAnsi="Cambria Math"/>
                      <w:sz w:val="28"/>
                      <w:szCs w:val="28"/>
                    </w:rPr>
                    <m:t>3</m:t>
                  </m:r>
                </m:num>
                <m:den>
                  <m:r>
                    <w:rPr>
                      <w:rFonts w:ascii="Cambria Math" w:hAnsi="Cambria Math"/>
                      <w:sz w:val="28"/>
                      <w:szCs w:val="28"/>
                    </w:rPr>
                    <m:t>4</m:t>
                  </m:r>
                </m:den>
              </m:f>
            </m:oMath>
            <w:r w:rsidRPr="00DC73E0">
              <w:rPr>
                <w:szCs w:val="28"/>
              </w:rPr>
              <w:t xml:space="preserve"> = </w:t>
            </w:r>
            <m:oMath>
              <m:f>
                <m:fPr>
                  <m:ctrlPr>
                    <w:rPr>
                      <w:rFonts w:ascii="Cambria Math" w:hAnsi="Cambria Math"/>
                      <w:sz w:val="28"/>
                      <w:szCs w:val="28"/>
                    </w:rPr>
                  </m:ctrlPr>
                </m:fPr>
                <m:num>
                  <m:r>
                    <w:rPr>
                      <w:rFonts w:ascii="Cambria Math" w:hAnsi="Cambria Math"/>
                      <w:sz w:val="28"/>
                      <w:szCs w:val="28"/>
                    </w:rPr>
                    <m:t>3×3</m:t>
                  </m:r>
                </m:num>
                <m:den>
                  <m:r>
                    <w:rPr>
                      <w:rFonts w:ascii="Cambria Math" w:hAnsi="Cambria Math"/>
                      <w:sz w:val="28"/>
                      <w:szCs w:val="28"/>
                    </w:rPr>
                    <m:t>4×3</m:t>
                  </m:r>
                </m:den>
              </m:f>
            </m:oMath>
            <w:r w:rsidRPr="00DC73E0">
              <w:rPr>
                <w:szCs w:val="28"/>
              </w:rPr>
              <w:t xml:space="preserve"> = </w:t>
            </w:r>
            <m:oMath>
              <m:f>
                <m:fPr>
                  <m:ctrlPr>
                    <w:rPr>
                      <w:rFonts w:ascii="Cambria Math" w:hAnsi="Cambria Math"/>
                      <w:sz w:val="28"/>
                      <w:szCs w:val="28"/>
                    </w:rPr>
                  </m:ctrlPr>
                </m:fPr>
                <m:num>
                  <m:r>
                    <w:rPr>
                      <w:rFonts w:ascii="Cambria Math" w:hAnsi="Cambria Math"/>
                      <w:sz w:val="28"/>
                      <w:szCs w:val="28"/>
                    </w:rPr>
                    <m:t>9</m:t>
                  </m:r>
                </m:num>
                <m:den>
                  <m:r>
                    <w:rPr>
                      <w:rFonts w:ascii="Cambria Math" w:hAnsi="Cambria Math"/>
                      <w:sz w:val="28"/>
                      <w:szCs w:val="28"/>
                    </w:rPr>
                    <m:t>12</m:t>
                  </m:r>
                </m:den>
              </m:f>
            </m:oMath>
            <w:r w:rsidRPr="00DC73E0">
              <w:rPr>
                <w:szCs w:val="28"/>
              </w:rPr>
              <w:t xml:space="preserve">; so sánh </w:t>
            </w:r>
            <m:oMath>
              <m:f>
                <m:fPr>
                  <m:ctrlPr>
                    <w:rPr>
                      <w:rFonts w:ascii="Cambria Math" w:hAnsi="Cambria Math"/>
                      <w:sz w:val="28"/>
                      <w:szCs w:val="28"/>
                    </w:rPr>
                  </m:ctrlPr>
                </m:fPr>
                <m:num>
                  <m:r>
                    <w:rPr>
                      <w:rFonts w:ascii="Cambria Math" w:hAnsi="Cambria Math"/>
                      <w:sz w:val="28"/>
                      <w:szCs w:val="28"/>
                    </w:rPr>
                    <m:t>8</m:t>
                  </m:r>
                </m:num>
                <m:den>
                  <m:r>
                    <w:rPr>
                      <w:rFonts w:ascii="Cambria Math" w:hAnsi="Cambria Math"/>
                      <w:sz w:val="28"/>
                      <w:szCs w:val="28"/>
                    </w:rPr>
                    <m:t>12</m:t>
                  </m:r>
                </m:den>
              </m:f>
            </m:oMath>
            <w:r w:rsidRPr="00DC73E0">
              <w:rPr>
                <w:szCs w:val="28"/>
              </w:rPr>
              <w:t xml:space="preserve"> &lt; </w:t>
            </w:r>
            <m:oMath>
              <m:f>
                <m:fPr>
                  <m:ctrlPr>
                    <w:rPr>
                      <w:rFonts w:ascii="Cambria Math" w:hAnsi="Cambria Math"/>
                      <w:sz w:val="28"/>
                      <w:szCs w:val="28"/>
                    </w:rPr>
                  </m:ctrlPr>
                </m:fPr>
                <m:num>
                  <m:r>
                    <w:rPr>
                      <w:rFonts w:ascii="Cambria Math" w:hAnsi="Cambria Math"/>
                      <w:sz w:val="28"/>
                      <w:szCs w:val="28"/>
                    </w:rPr>
                    <m:t>9</m:t>
                  </m:r>
                </m:num>
                <m:den>
                  <m:r>
                    <w:rPr>
                      <w:rFonts w:ascii="Cambria Math" w:hAnsi="Cambria Math"/>
                      <w:sz w:val="28"/>
                      <w:szCs w:val="28"/>
                    </w:rPr>
                    <m:t>12</m:t>
                  </m:r>
                </m:den>
              </m:f>
            </m:oMath>
            <w:r w:rsidRPr="00DC73E0">
              <w:rPr>
                <w:szCs w:val="28"/>
              </w:rPr>
              <w:t xml:space="preserve"> ⇒ </w:t>
            </w:r>
            <m:oMath>
              <m:f>
                <m:fPr>
                  <m:ctrlPr>
                    <w:rPr>
                      <w:rFonts w:ascii="Cambria Math" w:hAnsi="Cambria Math"/>
                      <w:sz w:val="28"/>
                      <w:szCs w:val="28"/>
                    </w:rPr>
                  </m:ctrlPr>
                </m:fPr>
                <m:num>
                  <m:r>
                    <w:rPr>
                      <w:rFonts w:ascii="Cambria Math" w:hAnsi="Cambria Math"/>
                      <w:sz w:val="28"/>
                      <w:szCs w:val="28"/>
                    </w:rPr>
                    <m:t>2</m:t>
                  </m:r>
                </m:num>
                <m:den>
                  <m:r>
                    <w:rPr>
                      <w:rFonts w:ascii="Cambria Math" w:hAnsi="Cambria Math"/>
                      <w:sz w:val="28"/>
                      <w:szCs w:val="28"/>
                    </w:rPr>
                    <m:t>3</m:t>
                  </m:r>
                </m:den>
              </m:f>
            </m:oMath>
            <w:r w:rsidRPr="00DC73E0">
              <w:rPr>
                <w:szCs w:val="28"/>
              </w:rPr>
              <w:t xml:space="preserve"> &lt; </w:t>
            </w:r>
            <m:oMath>
              <m:f>
                <m:fPr>
                  <m:ctrlPr>
                    <w:rPr>
                      <w:rFonts w:ascii="Cambria Math" w:hAnsi="Cambria Math"/>
                      <w:sz w:val="28"/>
                      <w:szCs w:val="28"/>
                    </w:rPr>
                  </m:ctrlPr>
                </m:fPr>
                <m:num>
                  <m:r>
                    <w:rPr>
                      <w:rFonts w:ascii="Cambria Math" w:hAnsi="Cambria Math"/>
                      <w:sz w:val="28"/>
                      <w:szCs w:val="28"/>
                    </w:rPr>
                    <m:t>3</m:t>
                  </m:r>
                </m:num>
                <m:den>
                  <m:r>
                    <w:rPr>
                      <w:rFonts w:ascii="Cambria Math" w:hAnsi="Cambria Math"/>
                      <w:sz w:val="28"/>
                      <w:szCs w:val="28"/>
                    </w:rPr>
                    <m:t>4</m:t>
                  </m:r>
                </m:den>
              </m:f>
            </m:oMath>
            <w:r w:rsidRPr="00DC73E0">
              <w:rPr>
                <w:szCs w:val="28"/>
              </w:rPr>
              <w:t>.</w:t>
            </w:r>
          </w:p>
        </w:tc>
      </w:tr>
      <w:tr w:rsidR="00DC73E0" w:rsidRPr="00DC73E0" w:rsidTr="00DC73E0">
        <w:trPr>
          <w:jc w:val="center"/>
        </w:trPr>
        <w:tc>
          <w:tcPr>
            <w:tcW w:w="4702" w:type="dxa"/>
            <w:tcBorders>
              <w:bottom w:val="single" w:sz="4" w:space="0" w:color="auto"/>
            </w:tcBorders>
            <w:shd w:val="clear" w:color="auto" w:fill="auto"/>
          </w:tcPr>
          <w:p w:rsidR="00AC7682" w:rsidRPr="00DC73E0" w:rsidRDefault="00AC7682" w:rsidP="007F75C5">
            <w:pPr>
              <w:rPr>
                <w:sz w:val="28"/>
                <w:szCs w:val="28"/>
              </w:rPr>
            </w:pPr>
            <w:r w:rsidRPr="00DC73E0">
              <w:rPr>
                <w:szCs w:val="28"/>
              </w:rPr>
              <w:t>- Chốt đáp án; yêu cầu HS nêu lại quy tắc so sánh hai phân số khác mẫu số.</w:t>
            </w:r>
          </w:p>
        </w:tc>
        <w:tc>
          <w:tcPr>
            <w:tcW w:w="4702" w:type="dxa"/>
            <w:tcBorders>
              <w:bottom w:val="single" w:sz="4" w:space="0" w:color="auto"/>
            </w:tcBorders>
            <w:shd w:val="clear" w:color="auto" w:fill="auto"/>
          </w:tcPr>
          <w:p w:rsidR="00AC7682" w:rsidRPr="00DC73E0" w:rsidRDefault="00AC7682" w:rsidP="007F75C5">
            <w:pPr>
              <w:rPr>
                <w:sz w:val="28"/>
                <w:szCs w:val="28"/>
              </w:rPr>
            </w:pPr>
            <w:r w:rsidRPr="00DC73E0">
              <w:rPr>
                <w:szCs w:val="28"/>
              </w:rPr>
              <w:t>- HS nêu: Quy đồng mẫu số hai phân số, rồi so sánh tử số của các phân số mới để kết luận.</w:t>
            </w:r>
          </w:p>
        </w:tc>
      </w:tr>
      <w:tr w:rsidR="00DC73E0" w:rsidRPr="00DC73E0" w:rsidTr="00DC73E0">
        <w:trPr>
          <w:jc w:val="center"/>
        </w:trPr>
        <w:tc>
          <w:tcPr>
            <w:tcW w:w="9404" w:type="dxa"/>
            <w:gridSpan w:val="2"/>
            <w:tcBorders>
              <w:top w:val="single" w:sz="4" w:space="0" w:color="auto"/>
              <w:bottom w:val="single" w:sz="4" w:space="0" w:color="auto"/>
            </w:tcBorders>
            <w:shd w:val="clear" w:color="auto" w:fill="auto"/>
          </w:tcPr>
          <w:p w:rsidR="00AC7682" w:rsidRPr="00DC73E0" w:rsidRDefault="00AC7682" w:rsidP="007F75C5">
            <w:pPr>
              <w:rPr>
                <w:sz w:val="28"/>
                <w:szCs w:val="28"/>
              </w:rPr>
            </w:pPr>
            <w:r w:rsidRPr="00DC73E0">
              <w:rPr>
                <w:b/>
                <w:szCs w:val="28"/>
              </w:rPr>
              <w:t>Bài 2</w:t>
            </w:r>
          </w:p>
        </w:tc>
      </w:tr>
      <w:tr w:rsidR="00DC73E0" w:rsidRPr="00DC73E0" w:rsidTr="00DC73E0">
        <w:trPr>
          <w:jc w:val="center"/>
        </w:trPr>
        <w:tc>
          <w:tcPr>
            <w:tcW w:w="4702" w:type="dxa"/>
            <w:tcBorders>
              <w:top w:val="single" w:sz="4" w:space="0" w:color="auto"/>
            </w:tcBorders>
            <w:shd w:val="clear" w:color="auto" w:fill="auto"/>
          </w:tcPr>
          <w:p w:rsidR="00AC7682" w:rsidRPr="00DC73E0" w:rsidRDefault="00AC7682" w:rsidP="007F75C5">
            <w:pPr>
              <w:rPr>
                <w:sz w:val="28"/>
                <w:szCs w:val="28"/>
              </w:rPr>
            </w:pPr>
            <w:r w:rsidRPr="00DC73E0">
              <w:rPr>
                <w:szCs w:val="28"/>
              </w:rPr>
              <w:t>- GV yêu cầu HS đọc đề bài.</w:t>
            </w:r>
          </w:p>
        </w:tc>
        <w:tc>
          <w:tcPr>
            <w:tcW w:w="4702" w:type="dxa"/>
            <w:tcBorders>
              <w:top w:val="single" w:sz="4" w:space="0" w:color="auto"/>
            </w:tcBorders>
            <w:shd w:val="clear" w:color="auto" w:fill="auto"/>
          </w:tcPr>
          <w:p w:rsidR="00AC7682" w:rsidRPr="00DC73E0" w:rsidRDefault="00AC7682" w:rsidP="007F75C5">
            <w:pPr>
              <w:rPr>
                <w:sz w:val="28"/>
                <w:szCs w:val="28"/>
              </w:rPr>
            </w:pPr>
            <w:r w:rsidRPr="00DC73E0">
              <w:rPr>
                <w:szCs w:val="28"/>
              </w:rPr>
              <w:t>- HS đọc đề bài.</w:t>
            </w:r>
          </w:p>
        </w:tc>
      </w:tr>
      <w:tr w:rsidR="00DC73E0" w:rsidRPr="00DC73E0" w:rsidTr="00DC73E0">
        <w:trPr>
          <w:jc w:val="center"/>
        </w:trPr>
        <w:tc>
          <w:tcPr>
            <w:tcW w:w="4702" w:type="dxa"/>
            <w:shd w:val="clear" w:color="auto" w:fill="auto"/>
          </w:tcPr>
          <w:p w:rsidR="00AC7682" w:rsidRPr="00DC73E0" w:rsidRDefault="00AC7682" w:rsidP="007F75C5">
            <w:pPr>
              <w:rPr>
                <w:sz w:val="28"/>
                <w:szCs w:val="28"/>
              </w:rPr>
            </w:pPr>
            <w:r w:rsidRPr="00DC73E0">
              <w:rPr>
                <w:szCs w:val="28"/>
              </w:rPr>
              <w:t>- Hỏi: Đề bài yêu cầu gì? (Tìm đoạn đường dài nhất của ba con ốc sên)</w:t>
            </w:r>
          </w:p>
        </w:tc>
        <w:tc>
          <w:tcPr>
            <w:tcW w:w="4702" w:type="dxa"/>
            <w:shd w:val="clear" w:color="auto" w:fill="auto"/>
          </w:tcPr>
          <w:p w:rsidR="00AC7682" w:rsidRPr="00DC73E0" w:rsidRDefault="00AC7682" w:rsidP="007F75C5">
            <w:pPr>
              <w:rPr>
                <w:sz w:val="28"/>
                <w:szCs w:val="28"/>
              </w:rPr>
            </w:pPr>
            <w:r w:rsidRPr="00DC73E0">
              <w:rPr>
                <w:szCs w:val="28"/>
              </w:rPr>
              <w:t>- HS trả lời: Tìm đoạn đường dài nhất (phân số lớn nhất).</w:t>
            </w:r>
          </w:p>
        </w:tc>
      </w:tr>
      <w:tr w:rsidR="00DC73E0" w:rsidRPr="00DC73E0" w:rsidTr="00DC73E0">
        <w:trPr>
          <w:jc w:val="center"/>
        </w:trPr>
        <w:tc>
          <w:tcPr>
            <w:tcW w:w="4702" w:type="dxa"/>
            <w:shd w:val="clear" w:color="auto" w:fill="auto"/>
          </w:tcPr>
          <w:p w:rsidR="00AC7682" w:rsidRPr="00DC73E0" w:rsidRDefault="00AC7682" w:rsidP="007F75C5">
            <w:pPr>
              <w:rPr>
                <w:sz w:val="28"/>
                <w:szCs w:val="28"/>
              </w:rPr>
            </w:pPr>
            <w:r w:rsidRPr="00DC73E0">
              <w:rPr>
                <w:szCs w:val="28"/>
              </w:rPr>
              <w:t xml:space="preserve">- GV nêu các đoạn đường (đơn vị mét): Ốc sên A đi được </w:t>
            </w:r>
            <m:oMath>
              <m:f>
                <m:fPr>
                  <m:ctrlPr>
                    <w:rPr>
                      <w:rFonts w:ascii="Cambria Math" w:hAnsi="Cambria Math"/>
                      <w:sz w:val="28"/>
                      <w:szCs w:val="28"/>
                    </w:rPr>
                  </m:ctrlPr>
                </m:fPr>
                <m:num>
                  <m:r>
                    <w:rPr>
                      <w:rFonts w:ascii="Cambria Math" w:hAnsi="Cambria Math"/>
                      <w:sz w:val="28"/>
                      <w:szCs w:val="28"/>
                    </w:rPr>
                    <m:t>5</m:t>
                  </m:r>
                </m:num>
                <m:den>
                  <m:r>
                    <w:rPr>
                      <w:rFonts w:ascii="Cambria Math" w:hAnsi="Cambria Math"/>
                      <w:sz w:val="28"/>
                      <w:szCs w:val="28"/>
                    </w:rPr>
                    <m:t>6</m:t>
                  </m:r>
                </m:den>
              </m:f>
            </m:oMath>
            <w:r w:rsidRPr="00DC73E0">
              <w:rPr>
                <w:szCs w:val="28"/>
              </w:rPr>
              <w:t xml:space="preserve"> m; Ốc sên B đi được </w:t>
            </w:r>
            <m:oMath>
              <m:f>
                <m:fPr>
                  <m:ctrlPr>
                    <w:rPr>
                      <w:rFonts w:ascii="Cambria Math" w:hAnsi="Cambria Math"/>
                      <w:sz w:val="28"/>
                      <w:szCs w:val="28"/>
                    </w:rPr>
                  </m:ctrlPr>
                </m:fPr>
                <m:num>
                  <m:r>
                    <w:rPr>
                      <w:rFonts w:ascii="Cambria Math" w:hAnsi="Cambria Math"/>
                      <w:sz w:val="28"/>
                      <w:szCs w:val="28"/>
                    </w:rPr>
                    <m:t>3</m:t>
                  </m:r>
                </m:num>
                <m:den>
                  <m:r>
                    <w:rPr>
                      <w:rFonts w:ascii="Cambria Math" w:hAnsi="Cambria Math"/>
                      <w:sz w:val="28"/>
                      <w:szCs w:val="28"/>
                    </w:rPr>
                    <m:t>4</m:t>
                  </m:r>
                </m:den>
              </m:f>
            </m:oMath>
            <w:r w:rsidRPr="00DC73E0">
              <w:rPr>
                <w:szCs w:val="28"/>
              </w:rPr>
              <w:t xml:space="preserve"> m; </w:t>
            </w:r>
            <w:r w:rsidRPr="00DC73E0">
              <w:rPr>
                <w:szCs w:val="28"/>
              </w:rPr>
              <w:lastRenderedPageBreak/>
              <w:t xml:space="preserve">Ốc sên C đi được </w:t>
            </w:r>
            <m:oMath>
              <m:f>
                <m:fPr>
                  <m:ctrlPr>
                    <w:rPr>
                      <w:rFonts w:ascii="Cambria Math" w:hAnsi="Cambria Math"/>
                      <w:sz w:val="28"/>
                      <w:szCs w:val="28"/>
                    </w:rPr>
                  </m:ctrlPr>
                </m:fPr>
                <m:num>
                  <m:r>
                    <w:rPr>
                      <w:rFonts w:ascii="Cambria Math" w:hAnsi="Cambria Math"/>
                      <w:sz w:val="28"/>
                      <w:szCs w:val="28"/>
                    </w:rPr>
                    <m:t>2</m:t>
                  </m:r>
                </m:num>
                <m:den>
                  <m:r>
                    <w:rPr>
                      <w:rFonts w:ascii="Cambria Math" w:hAnsi="Cambria Math"/>
                      <w:sz w:val="28"/>
                      <w:szCs w:val="28"/>
                    </w:rPr>
                    <m:t>3</m:t>
                  </m:r>
                </m:den>
              </m:f>
            </m:oMath>
            <w:r w:rsidRPr="00DC73E0">
              <w:rPr>
                <w:szCs w:val="28"/>
              </w:rPr>
              <w:t xml:space="preserve"> m. Yêu cầu: So sánh để tìm đoạn dài nhất.</w:t>
            </w:r>
          </w:p>
        </w:tc>
        <w:tc>
          <w:tcPr>
            <w:tcW w:w="4702" w:type="dxa"/>
            <w:shd w:val="clear" w:color="auto" w:fill="auto"/>
          </w:tcPr>
          <w:p w:rsidR="00AC7682" w:rsidRPr="00DC73E0" w:rsidRDefault="00AC7682" w:rsidP="007F75C5">
            <w:pPr>
              <w:rPr>
                <w:sz w:val="28"/>
                <w:szCs w:val="28"/>
              </w:rPr>
            </w:pPr>
            <w:r w:rsidRPr="00DC73E0">
              <w:rPr>
                <w:szCs w:val="28"/>
              </w:rPr>
              <w:lastRenderedPageBreak/>
              <w:t xml:space="preserve">- HS xác định: cần so sánh </w:t>
            </w:r>
            <m:oMath>
              <m:f>
                <m:fPr>
                  <m:ctrlPr>
                    <w:rPr>
                      <w:rFonts w:ascii="Cambria Math" w:hAnsi="Cambria Math"/>
                      <w:sz w:val="28"/>
                      <w:szCs w:val="28"/>
                    </w:rPr>
                  </m:ctrlPr>
                </m:fPr>
                <m:num>
                  <m:r>
                    <w:rPr>
                      <w:rFonts w:ascii="Cambria Math" w:hAnsi="Cambria Math"/>
                      <w:sz w:val="28"/>
                      <w:szCs w:val="28"/>
                    </w:rPr>
                    <m:t>5</m:t>
                  </m:r>
                </m:num>
                <m:den>
                  <m:r>
                    <w:rPr>
                      <w:rFonts w:ascii="Cambria Math" w:hAnsi="Cambria Math"/>
                      <w:sz w:val="28"/>
                      <w:szCs w:val="28"/>
                    </w:rPr>
                    <m:t>6</m:t>
                  </m:r>
                </m:den>
              </m:f>
            </m:oMath>
            <w:r w:rsidRPr="00DC73E0">
              <w:rPr>
                <w:szCs w:val="28"/>
              </w:rPr>
              <w:t xml:space="preserve">; </w:t>
            </w:r>
            <m:oMath>
              <m:f>
                <m:fPr>
                  <m:ctrlPr>
                    <w:rPr>
                      <w:rFonts w:ascii="Cambria Math" w:hAnsi="Cambria Math"/>
                      <w:sz w:val="28"/>
                      <w:szCs w:val="28"/>
                    </w:rPr>
                  </m:ctrlPr>
                </m:fPr>
                <m:num>
                  <m:r>
                    <w:rPr>
                      <w:rFonts w:ascii="Cambria Math" w:hAnsi="Cambria Math"/>
                      <w:sz w:val="28"/>
                      <w:szCs w:val="28"/>
                    </w:rPr>
                    <m:t>3</m:t>
                  </m:r>
                </m:num>
                <m:den>
                  <m:r>
                    <w:rPr>
                      <w:rFonts w:ascii="Cambria Math" w:hAnsi="Cambria Math"/>
                      <w:sz w:val="28"/>
                      <w:szCs w:val="28"/>
                    </w:rPr>
                    <m:t>4</m:t>
                  </m:r>
                </m:den>
              </m:f>
            </m:oMath>
            <w:r w:rsidRPr="00DC73E0">
              <w:rPr>
                <w:szCs w:val="28"/>
              </w:rPr>
              <w:t xml:space="preserve">; </w:t>
            </w:r>
            <m:oMath>
              <m:f>
                <m:fPr>
                  <m:ctrlPr>
                    <w:rPr>
                      <w:rFonts w:ascii="Cambria Math" w:hAnsi="Cambria Math"/>
                      <w:sz w:val="28"/>
                      <w:szCs w:val="28"/>
                    </w:rPr>
                  </m:ctrlPr>
                </m:fPr>
                <m:num>
                  <m:r>
                    <w:rPr>
                      <w:rFonts w:ascii="Cambria Math" w:hAnsi="Cambria Math"/>
                      <w:sz w:val="28"/>
                      <w:szCs w:val="28"/>
                    </w:rPr>
                    <m:t>2</m:t>
                  </m:r>
                </m:num>
                <m:den>
                  <m:r>
                    <w:rPr>
                      <w:rFonts w:ascii="Cambria Math" w:hAnsi="Cambria Math"/>
                      <w:sz w:val="28"/>
                      <w:szCs w:val="28"/>
                    </w:rPr>
                    <m:t>3</m:t>
                  </m:r>
                </m:den>
              </m:f>
            </m:oMath>
            <w:r w:rsidRPr="00DC73E0">
              <w:rPr>
                <w:szCs w:val="28"/>
              </w:rPr>
              <w:t xml:space="preserve"> để tìm phân số lớn nhất.</w:t>
            </w:r>
          </w:p>
        </w:tc>
      </w:tr>
      <w:tr w:rsidR="00DC73E0" w:rsidRPr="00DC73E0" w:rsidTr="00DC73E0">
        <w:trPr>
          <w:jc w:val="center"/>
        </w:trPr>
        <w:tc>
          <w:tcPr>
            <w:tcW w:w="4702" w:type="dxa"/>
            <w:shd w:val="clear" w:color="auto" w:fill="auto"/>
          </w:tcPr>
          <w:p w:rsidR="00AC7682" w:rsidRPr="00DC73E0" w:rsidRDefault="00AC7682" w:rsidP="007F75C5">
            <w:pPr>
              <w:rPr>
                <w:sz w:val="28"/>
                <w:szCs w:val="28"/>
              </w:rPr>
            </w:pPr>
            <w:r w:rsidRPr="00DC73E0">
              <w:rPr>
                <w:szCs w:val="28"/>
              </w:rPr>
              <w:lastRenderedPageBreak/>
              <w:t>- Giao nhiệm vụ: HS làm bài vào vở; gợi ý quy đồng mẫu số (MSC = 12).</w:t>
            </w:r>
          </w:p>
        </w:tc>
        <w:tc>
          <w:tcPr>
            <w:tcW w:w="4702" w:type="dxa"/>
            <w:shd w:val="clear" w:color="auto" w:fill="auto"/>
          </w:tcPr>
          <w:p w:rsidR="00AC7682" w:rsidRPr="00DC73E0" w:rsidRDefault="00AC7682" w:rsidP="007F75C5">
            <w:pPr>
              <w:rPr>
                <w:sz w:val="28"/>
                <w:szCs w:val="28"/>
              </w:rPr>
            </w:pPr>
            <w:r w:rsidRPr="00DC73E0">
              <w:rPr>
                <w:szCs w:val="28"/>
              </w:rPr>
              <w:t xml:space="preserve">- HS làm vở: </w:t>
            </w:r>
            <m:oMath>
              <m:f>
                <m:fPr>
                  <m:ctrlPr>
                    <w:rPr>
                      <w:rFonts w:ascii="Cambria Math" w:hAnsi="Cambria Math"/>
                      <w:sz w:val="28"/>
                      <w:szCs w:val="28"/>
                    </w:rPr>
                  </m:ctrlPr>
                </m:fPr>
                <m:num>
                  <m:r>
                    <w:rPr>
                      <w:rFonts w:ascii="Cambria Math" w:hAnsi="Cambria Math"/>
                      <w:sz w:val="28"/>
                      <w:szCs w:val="28"/>
                    </w:rPr>
                    <m:t>5</m:t>
                  </m:r>
                </m:num>
                <m:den>
                  <m:r>
                    <w:rPr>
                      <w:rFonts w:ascii="Cambria Math" w:hAnsi="Cambria Math"/>
                      <w:sz w:val="28"/>
                      <w:szCs w:val="28"/>
                    </w:rPr>
                    <m:t>6</m:t>
                  </m:r>
                </m:den>
              </m:f>
            </m:oMath>
            <w:r w:rsidRPr="00DC73E0">
              <w:rPr>
                <w:szCs w:val="28"/>
              </w:rPr>
              <w:t xml:space="preserve"> = </w:t>
            </w:r>
            <m:oMath>
              <m:f>
                <m:fPr>
                  <m:ctrlPr>
                    <w:rPr>
                      <w:rFonts w:ascii="Cambria Math" w:hAnsi="Cambria Math"/>
                      <w:sz w:val="28"/>
                      <w:szCs w:val="28"/>
                    </w:rPr>
                  </m:ctrlPr>
                </m:fPr>
                <m:num>
                  <m:r>
                    <w:rPr>
                      <w:rFonts w:ascii="Cambria Math" w:hAnsi="Cambria Math"/>
                      <w:sz w:val="28"/>
                      <w:szCs w:val="28"/>
                    </w:rPr>
                    <m:t>5×2</m:t>
                  </m:r>
                </m:num>
                <m:den>
                  <m:r>
                    <w:rPr>
                      <w:rFonts w:ascii="Cambria Math" w:hAnsi="Cambria Math"/>
                      <w:sz w:val="28"/>
                      <w:szCs w:val="28"/>
                    </w:rPr>
                    <m:t>6×2</m:t>
                  </m:r>
                </m:den>
              </m:f>
            </m:oMath>
            <w:r w:rsidRPr="00DC73E0">
              <w:rPr>
                <w:szCs w:val="28"/>
              </w:rPr>
              <w:t xml:space="preserve"> = </w:t>
            </w:r>
            <m:oMath>
              <m:f>
                <m:fPr>
                  <m:ctrlPr>
                    <w:rPr>
                      <w:rFonts w:ascii="Cambria Math" w:hAnsi="Cambria Math"/>
                      <w:sz w:val="28"/>
                      <w:szCs w:val="28"/>
                    </w:rPr>
                  </m:ctrlPr>
                </m:fPr>
                <m:num>
                  <m:r>
                    <w:rPr>
                      <w:rFonts w:ascii="Cambria Math" w:hAnsi="Cambria Math"/>
                      <w:sz w:val="28"/>
                      <w:szCs w:val="28"/>
                    </w:rPr>
                    <m:t>10</m:t>
                  </m:r>
                </m:num>
                <m:den>
                  <m:r>
                    <w:rPr>
                      <w:rFonts w:ascii="Cambria Math" w:hAnsi="Cambria Math"/>
                      <w:sz w:val="28"/>
                      <w:szCs w:val="28"/>
                    </w:rPr>
                    <m:t>12</m:t>
                  </m:r>
                </m:den>
              </m:f>
            </m:oMath>
            <w:r w:rsidRPr="00DC73E0">
              <w:rPr>
                <w:szCs w:val="28"/>
              </w:rPr>
              <w:t xml:space="preserve">; </w:t>
            </w:r>
            <m:oMath>
              <m:f>
                <m:fPr>
                  <m:ctrlPr>
                    <w:rPr>
                      <w:rFonts w:ascii="Cambria Math" w:hAnsi="Cambria Math"/>
                      <w:sz w:val="28"/>
                      <w:szCs w:val="28"/>
                    </w:rPr>
                  </m:ctrlPr>
                </m:fPr>
                <m:num>
                  <m:r>
                    <w:rPr>
                      <w:rFonts w:ascii="Cambria Math" w:hAnsi="Cambria Math"/>
                      <w:sz w:val="28"/>
                      <w:szCs w:val="28"/>
                    </w:rPr>
                    <m:t>3</m:t>
                  </m:r>
                </m:num>
                <m:den>
                  <m:r>
                    <w:rPr>
                      <w:rFonts w:ascii="Cambria Math" w:hAnsi="Cambria Math"/>
                      <w:sz w:val="28"/>
                      <w:szCs w:val="28"/>
                    </w:rPr>
                    <m:t>4</m:t>
                  </m:r>
                </m:den>
              </m:f>
            </m:oMath>
            <w:r w:rsidRPr="00DC73E0">
              <w:rPr>
                <w:szCs w:val="28"/>
              </w:rPr>
              <w:t xml:space="preserve"> = </w:t>
            </w:r>
            <m:oMath>
              <m:f>
                <m:fPr>
                  <m:ctrlPr>
                    <w:rPr>
                      <w:rFonts w:ascii="Cambria Math" w:hAnsi="Cambria Math"/>
                      <w:sz w:val="28"/>
                      <w:szCs w:val="28"/>
                    </w:rPr>
                  </m:ctrlPr>
                </m:fPr>
                <m:num>
                  <m:r>
                    <w:rPr>
                      <w:rFonts w:ascii="Cambria Math" w:hAnsi="Cambria Math"/>
                      <w:sz w:val="28"/>
                      <w:szCs w:val="28"/>
                    </w:rPr>
                    <m:t>3×3</m:t>
                  </m:r>
                </m:num>
                <m:den>
                  <m:r>
                    <w:rPr>
                      <w:rFonts w:ascii="Cambria Math" w:hAnsi="Cambria Math"/>
                      <w:sz w:val="28"/>
                      <w:szCs w:val="28"/>
                    </w:rPr>
                    <m:t>4×3</m:t>
                  </m:r>
                </m:den>
              </m:f>
            </m:oMath>
            <w:r w:rsidRPr="00DC73E0">
              <w:rPr>
                <w:szCs w:val="28"/>
              </w:rPr>
              <w:t xml:space="preserve"> = </w:t>
            </w:r>
            <m:oMath>
              <m:f>
                <m:fPr>
                  <m:ctrlPr>
                    <w:rPr>
                      <w:rFonts w:ascii="Cambria Math" w:hAnsi="Cambria Math"/>
                      <w:sz w:val="28"/>
                      <w:szCs w:val="28"/>
                    </w:rPr>
                  </m:ctrlPr>
                </m:fPr>
                <m:num>
                  <m:r>
                    <w:rPr>
                      <w:rFonts w:ascii="Cambria Math" w:hAnsi="Cambria Math"/>
                      <w:sz w:val="28"/>
                      <w:szCs w:val="28"/>
                    </w:rPr>
                    <m:t>9</m:t>
                  </m:r>
                </m:num>
                <m:den>
                  <m:r>
                    <w:rPr>
                      <w:rFonts w:ascii="Cambria Math" w:hAnsi="Cambria Math"/>
                      <w:sz w:val="28"/>
                      <w:szCs w:val="28"/>
                    </w:rPr>
                    <m:t>12</m:t>
                  </m:r>
                </m:den>
              </m:f>
            </m:oMath>
            <w:r w:rsidRPr="00DC73E0">
              <w:rPr>
                <w:szCs w:val="28"/>
              </w:rPr>
              <w:t xml:space="preserve">; </w:t>
            </w:r>
            <m:oMath>
              <m:f>
                <m:fPr>
                  <m:ctrlPr>
                    <w:rPr>
                      <w:rFonts w:ascii="Cambria Math" w:hAnsi="Cambria Math"/>
                      <w:sz w:val="28"/>
                      <w:szCs w:val="28"/>
                    </w:rPr>
                  </m:ctrlPr>
                </m:fPr>
                <m:num>
                  <m:r>
                    <w:rPr>
                      <w:rFonts w:ascii="Cambria Math" w:hAnsi="Cambria Math"/>
                      <w:sz w:val="28"/>
                      <w:szCs w:val="28"/>
                    </w:rPr>
                    <m:t>2</m:t>
                  </m:r>
                </m:num>
                <m:den>
                  <m:r>
                    <w:rPr>
                      <w:rFonts w:ascii="Cambria Math" w:hAnsi="Cambria Math"/>
                      <w:sz w:val="28"/>
                      <w:szCs w:val="28"/>
                    </w:rPr>
                    <m:t>3</m:t>
                  </m:r>
                </m:den>
              </m:f>
            </m:oMath>
            <w:r w:rsidRPr="00DC73E0">
              <w:rPr>
                <w:szCs w:val="28"/>
              </w:rPr>
              <w:t xml:space="preserve"> = </w:t>
            </w:r>
            <m:oMath>
              <m:f>
                <m:fPr>
                  <m:ctrlPr>
                    <w:rPr>
                      <w:rFonts w:ascii="Cambria Math" w:hAnsi="Cambria Math"/>
                      <w:sz w:val="28"/>
                      <w:szCs w:val="28"/>
                    </w:rPr>
                  </m:ctrlPr>
                </m:fPr>
                <m:num>
                  <m:r>
                    <w:rPr>
                      <w:rFonts w:ascii="Cambria Math" w:hAnsi="Cambria Math"/>
                      <w:sz w:val="28"/>
                      <w:szCs w:val="28"/>
                    </w:rPr>
                    <m:t>2×4</m:t>
                  </m:r>
                </m:num>
                <m:den>
                  <m:r>
                    <w:rPr>
                      <w:rFonts w:ascii="Cambria Math" w:hAnsi="Cambria Math"/>
                      <w:sz w:val="28"/>
                      <w:szCs w:val="28"/>
                    </w:rPr>
                    <m:t>3×4</m:t>
                  </m:r>
                </m:den>
              </m:f>
            </m:oMath>
            <w:r w:rsidRPr="00DC73E0">
              <w:rPr>
                <w:szCs w:val="28"/>
              </w:rPr>
              <w:t xml:space="preserve"> = </w:t>
            </w:r>
            <m:oMath>
              <m:f>
                <m:fPr>
                  <m:ctrlPr>
                    <w:rPr>
                      <w:rFonts w:ascii="Cambria Math" w:hAnsi="Cambria Math"/>
                      <w:sz w:val="28"/>
                      <w:szCs w:val="28"/>
                    </w:rPr>
                  </m:ctrlPr>
                </m:fPr>
                <m:num>
                  <m:r>
                    <w:rPr>
                      <w:rFonts w:ascii="Cambria Math" w:hAnsi="Cambria Math"/>
                      <w:sz w:val="28"/>
                      <w:szCs w:val="28"/>
                    </w:rPr>
                    <m:t>8</m:t>
                  </m:r>
                </m:num>
                <m:den>
                  <m:r>
                    <w:rPr>
                      <w:rFonts w:ascii="Cambria Math" w:hAnsi="Cambria Math"/>
                      <w:sz w:val="28"/>
                      <w:szCs w:val="28"/>
                    </w:rPr>
                    <m:t>12</m:t>
                  </m:r>
                </m:den>
              </m:f>
            </m:oMath>
            <w:r w:rsidRPr="00DC73E0">
              <w:rPr>
                <w:szCs w:val="28"/>
              </w:rPr>
              <w:t xml:space="preserve">. So sánh: 10/12 lớn nhất ⇒ </w:t>
            </w:r>
            <m:oMath>
              <m:f>
                <m:fPr>
                  <m:ctrlPr>
                    <w:rPr>
                      <w:rFonts w:ascii="Cambria Math" w:hAnsi="Cambria Math"/>
                      <w:sz w:val="28"/>
                      <w:szCs w:val="28"/>
                    </w:rPr>
                  </m:ctrlPr>
                </m:fPr>
                <m:num>
                  <m:r>
                    <w:rPr>
                      <w:rFonts w:ascii="Cambria Math" w:hAnsi="Cambria Math"/>
                      <w:sz w:val="28"/>
                      <w:szCs w:val="28"/>
                    </w:rPr>
                    <m:t>5</m:t>
                  </m:r>
                </m:num>
                <m:den>
                  <m:r>
                    <w:rPr>
                      <w:rFonts w:ascii="Cambria Math" w:hAnsi="Cambria Math"/>
                      <w:sz w:val="28"/>
                      <w:szCs w:val="28"/>
                    </w:rPr>
                    <m:t>6</m:t>
                  </m:r>
                </m:den>
              </m:f>
            </m:oMath>
            <w:r w:rsidRPr="00DC73E0">
              <w:rPr>
                <w:szCs w:val="28"/>
              </w:rPr>
              <w:t xml:space="preserve"> lớn nhất.</w:t>
            </w:r>
          </w:p>
        </w:tc>
      </w:tr>
      <w:tr w:rsidR="00DC73E0" w:rsidRPr="00DC73E0" w:rsidTr="00DC73E0">
        <w:trPr>
          <w:jc w:val="center"/>
        </w:trPr>
        <w:tc>
          <w:tcPr>
            <w:tcW w:w="4702" w:type="dxa"/>
            <w:tcBorders>
              <w:bottom w:val="single" w:sz="4" w:space="0" w:color="auto"/>
            </w:tcBorders>
            <w:shd w:val="clear" w:color="auto" w:fill="auto"/>
          </w:tcPr>
          <w:p w:rsidR="00AC7682" w:rsidRPr="00DC73E0" w:rsidRDefault="00AC7682" w:rsidP="007F75C5">
            <w:pPr>
              <w:rPr>
                <w:sz w:val="28"/>
                <w:szCs w:val="28"/>
              </w:rPr>
            </w:pPr>
            <w:r w:rsidRPr="00DC73E0">
              <w:rPr>
                <w:szCs w:val="28"/>
              </w:rPr>
              <w:t>- GV nhận xét, chốt đáp án.</w:t>
            </w:r>
          </w:p>
        </w:tc>
        <w:tc>
          <w:tcPr>
            <w:tcW w:w="4702" w:type="dxa"/>
            <w:tcBorders>
              <w:bottom w:val="single" w:sz="4" w:space="0" w:color="auto"/>
            </w:tcBorders>
            <w:shd w:val="clear" w:color="auto" w:fill="auto"/>
          </w:tcPr>
          <w:p w:rsidR="00AC7682" w:rsidRPr="00DC73E0" w:rsidRDefault="00AC7682" w:rsidP="007F75C5">
            <w:pPr>
              <w:rPr>
                <w:sz w:val="28"/>
                <w:szCs w:val="28"/>
              </w:rPr>
            </w:pPr>
            <w:r w:rsidRPr="00DC73E0">
              <w:rPr>
                <w:szCs w:val="28"/>
              </w:rPr>
              <w:t xml:space="preserve">- HS kết luận: Ốc sên A đi được đoạn đường dài nhất là </w:t>
            </w:r>
            <m:oMath>
              <m:f>
                <m:fPr>
                  <m:ctrlPr>
                    <w:rPr>
                      <w:rFonts w:ascii="Cambria Math" w:hAnsi="Cambria Math"/>
                      <w:sz w:val="28"/>
                      <w:szCs w:val="28"/>
                    </w:rPr>
                  </m:ctrlPr>
                </m:fPr>
                <m:num>
                  <m:r>
                    <w:rPr>
                      <w:rFonts w:ascii="Cambria Math" w:hAnsi="Cambria Math"/>
                      <w:sz w:val="28"/>
                      <w:szCs w:val="28"/>
                    </w:rPr>
                    <m:t>5</m:t>
                  </m:r>
                </m:num>
                <m:den>
                  <m:r>
                    <w:rPr>
                      <w:rFonts w:ascii="Cambria Math" w:hAnsi="Cambria Math"/>
                      <w:sz w:val="28"/>
                      <w:szCs w:val="28"/>
                    </w:rPr>
                    <m:t>6</m:t>
                  </m:r>
                </m:den>
              </m:f>
            </m:oMath>
            <w:r w:rsidRPr="00DC73E0">
              <w:rPr>
                <w:szCs w:val="28"/>
              </w:rPr>
              <w:t xml:space="preserve"> m.</w:t>
            </w:r>
          </w:p>
        </w:tc>
      </w:tr>
      <w:tr w:rsidR="00DC73E0" w:rsidRPr="00DC73E0" w:rsidTr="00DC73E0">
        <w:trPr>
          <w:cantSplit/>
          <w:jc w:val="center"/>
        </w:trPr>
        <w:tc>
          <w:tcPr>
            <w:tcW w:w="9404" w:type="dxa"/>
            <w:gridSpan w:val="2"/>
            <w:tcBorders>
              <w:top w:val="single" w:sz="4" w:space="0" w:color="auto"/>
              <w:bottom w:val="single" w:sz="4" w:space="0" w:color="auto"/>
            </w:tcBorders>
            <w:shd w:val="clear" w:color="auto" w:fill="auto"/>
          </w:tcPr>
          <w:p w:rsidR="00AC7682" w:rsidRPr="00DC73E0" w:rsidRDefault="00B17B87" w:rsidP="007F75C5">
            <w:pPr>
              <w:rPr>
                <w:sz w:val="28"/>
                <w:szCs w:val="28"/>
              </w:rPr>
            </w:pPr>
            <w:r w:rsidRPr="00DC73E0">
              <w:rPr>
                <w:b/>
              </w:rPr>
              <w:t>4. Vận dụng, trải nghiệm:</w:t>
            </w:r>
          </w:p>
          <w:p w:rsidR="00581890" w:rsidRPr="00DC73E0" w:rsidRDefault="007F75C5">
            <w:r w:rsidRPr="00DC73E0">
              <w:rPr>
                <w:b/>
              </w:rPr>
              <w:t xml:space="preserve">- Mục tiêu: </w:t>
            </w:r>
            <w:r w:rsidRPr="00DC73E0">
              <w:t>Hệ thống kiến thức bằng sơ đồ tư duy; tự đánh giá nội dung đã học.</w:t>
            </w:r>
          </w:p>
          <w:p w:rsidR="00581890" w:rsidRPr="00DC73E0" w:rsidRDefault="007F75C5">
            <w:r w:rsidRPr="00DC73E0">
              <w:rPr>
                <w:b/>
                <w:i/>
              </w:rPr>
              <w:t>*Cách tiến hành:</w:t>
            </w:r>
          </w:p>
        </w:tc>
      </w:tr>
      <w:tr w:rsidR="00DC73E0" w:rsidRPr="00DC73E0" w:rsidTr="00DC73E0">
        <w:trPr>
          <w:jc w:val="center"/>
        </w:trPr>
        <w:tc>
          <w:tcPr>
            <w:tcW w:w="4702" w:type="dxa"/>
            <w:tcBorders>
              <w:top w:val="single" w:sz="4" w:space="0" w:color="auto"/>
            </w:tcBorders>
            <w:shd w:val="clear" w:color="auto" w:fill="auto"/>
          </w:tcPr>
          <w:p w:rsidR="00AC7682" w:rsidRPr="00DC73E0" w:rsidRDefault="00AC7682" w:rsidP="007F75C5">
            <w:pPr>
              <w:rPr>
                <w:sz w:val="28"/>
                <w:szCs w:val="28"/>
              </w:rPr>
            </w:pPr>
            <w:r w:rsidRPr="00DC73E0">
              <w:rPr>
                <w:szCs w:val="28"/>
              </w:rPr>
              <w:t>- Hỏi: Tiết toán hôm trước và hôm nay em học được những gì?</w:t>
            </w:r>
          </w:p>
        </w:tc>
        <w:tc>
          <w:tcPr>
            <w:tcW w:w="4702" w:type="dxa"/>
            <w:tcBorders>
              <w:top w:val="single" w:sz="4" w:space="0" w:color="auto"/>
            </w:tcBorders>
            <w:shd w:val="clear" w:color="auto" w:fill="auto"/>
          </w:tcPr>
          <w:p w:rsidR="00AC7682" w:rsidRPr="00DC73E0" w:rsidRDefault="00AC7682" w:rsidP="007F75C5">
            <w:pPr>
              <w:rPr>
                <w:sz w:val="28"/>
                <w:szCs w:val="28"/>
              </w:rPr>
            </w:pPr>
            <w:r w:rsidRPr="00DC73E0">
              <w:rPr>
                <w:szCs w:val="28"/>
              </w:rPr>
              <w:t>- HS trả lời: Biết so sánh phân số cùng mẫu số bằng cách so sánh tử số; biết so sánh phân số khác mẫu số bằng cách quy đồng rồi so sánh.</w:t>
            </w:r>
          </w:p>
        </w:tc>
      </w:tr>
      <w:tr w:rsidR="00DC73E0" w:rsidRPr="00DC73E0" w:rsidTr="00DC73E0">
        <w:trPr>
          <w:jc w:val="center"/>
        </w:trPr>
        <w:tc>
          <w:tcPr>
            <w:tcW w:w="4702" w:type="dxa"/>
            <w:shd w:val="clear" w:color="auto" w:fill="auto"/>
          </w:tcPr>
          <w:p w:rsidR="00AC7682" w:rsidRPr="00DC73E0" w:rsidRDefault="00AC7682" w:rsidP="007F75C5">
            <w:pPr>
              <w:rPr>
                <w:sz w:val="28"/>
                <w:szCs w:val="28"/>
              </w:rPr>
            </w:pPr>
            <w:r w:rsidRPr="00DC73E0">
              <w:rPr>
                <w:szCs w:val="28"/>
              </w:rPr>
              <w:t>- GV chốt kiến thức bằng sơ đồ tư duy (cùng mẫu số → so sánh tử; khác mẫu số → quy đồng → so sánh tử).</w:t>
            </w:r>
            <w:bookmarkStart w:id="0" w:name="_GoBack"/>
            <w:bookmarkEnd w:id="0"/>
          </w:p>
        </w:tc>
        <w:tc>
          <w:tcPr>
            <w:tcW w:w="4702" w:type="dxa"/>
            <w:shd w:val="clear" w:color="auto" w:fill="auto"/>
          </w:tcPr>
          <w:p w:rsidR="00AC7682" w:rsidRPr="00DC73E0" w:rsidRDefault="00AC7682" w:rsidP="007F75C5">
            <w:pPr>
              <w:rPr>
                <w:sz w:val="28"/>
                <w:szCs w:val="28"/>
              </w:rPr>
            </w:pPr>
            <w:r w:rsidRPr="00DC73E0">
              <w:rPr>
                <w:szCs w:val="28"/>
              </w:rPr>
              <w:t>- HS quan sát, ghi nhớ, ghi tóm tắt vào vở.</w:t>
            </w:r>
          </w:p>
        </w:tc>
      </w:tr>
      <w:tr w:rsidR="00DC73E0" w:rsidRPr="00DC73E0" w:rsidTr="00DC73E0">
        <w:trPr>
          <w:jc w:val="center"/>
        </w:trPr>
        <w:tc>
          <w:tcPr>
            <w:tcW w:w="4702" w:type="dxa"/>
            <w:shd w:val="clear" w:color="auto" w:fill="auto"/>
          </w:tcPr>
          <w:p w:rsidR="00AC7682" w:rsidRPr="00DC73E0" w:rsidRDefault="00AC7682" w:rsidP="007F75C5">
            <w:pPr>
              <w:rPr>
                <w:sz w:val="28"/>
                <w:szCs w:val="28"/>
              </w:rPr>
            </w:pPr>
            <w:r w:rsidRPr="00DC73E0">
              <w:rPr>
                <w:szCs w:val="28"/>
              </w:rPr>
              <w:t>- Nhận xét tiết học.</w:t>
            </w:r>
          </w:p>
        </w:tc>
        <w:tc>
          <w:tcPr>
            <w:tcW w:w="4702" w:type="dxa"/>
            <w:shd w:val="clear" w:color="auto" w:fill="auto"/>
          </w:tcPr>
          <w:p w:rsidR="00AC7682" w:rsidRPr="00DC73E0" w:rsidRDefault="00AC7682" w:rsidP="007F75C5">
            <w:pPr>
              <w:rPr>
                <w:sz w:val="28"/>
                <w:szCs w:val="28"/>
              </w:rPr>
            </w:pPr>
            <w:r w:rsidRPr="00DC73E0">
              <w:rPr>
                <w:szCs w:val="28"/>
              </w:rPr>
              <w:t>- HS lắng nghe.</w:t>
            </w:r>
          </w:p>
        </w:tc>
      </w:tr>
    </w:tbl>
    <w:p w:rsidR="00AC7682" w:rsidRPr="00DC73E0" w:rsidRDefault="00AC7682" w:rsidP="00AC7682">
      <w:pPr>
        <w:spacing w:after="0" w:line="240" w:lineRule="auto"/>
        <w:rPr>
          <w:sz w:val="28"/>
          <w:szCs w:val="28"/>
        </w:rPr>
      </w:pPr>
      <w:r w:rsidRPr="00DC73E0">
        <w:rPr>
          <w:b/>
          <w:szCs w:val="28"/>
        </w:rPr>
        <w:t>IV. ĐIỀU CHỈNH SAU BÀI DẠY (nếu có):</w:t>
      </w:r>
    </w:p>
    <w:p w:rsidR="00AC7682" w:rsidRPr="00DC73E0" w:rsidRDefault="00AC7682" w:rsidP="00AC7682">
      <w:pPr>
        <w:spacing w:after="0" w:line="240" w:lineRule="auto"/>
        <w:rPr>
          <w:sz w:val="28"/>
          <w:szCs w:val="28"/>
        </w:rPr>
      </w:pPr>
      <w:r w:rsidRPr="00DC73E0">
        <w:rPr>
          <w:szCs w:val="28"/>
        </w:rPr>
        <w:t xml:space="preserve">- </w:t>
      </w:r>
    </w:p>
    <w:p w:rsidR="001063AE" w:rsidRPr="00DC73E0" w:rsidRDefault="001063AE">
      <w:pPr>
        <w:spacing w:after="0" w:line="240" w:lineRule="auto"/>
        <w:rPr>
          <w:sz w:val="28"/>
          <w:szCs w:val="28"/>
        </w:rPr>
      </w:pPr>
    </w:p>
    <w:sectPr w:rsidR="001063AE" w:rsidRPr="00DC73E0" w:rsidSect="00034616">
      <w:pgSz w:w="12240" w:h="15840"/>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6"/>
  <w:hideSpellingErrors/>
  <w:proofState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063AE"/>
    <w:rsid w:val="0015074B"/>
    <w:rsid w:val="0029639D"/>
    <w:rsid w:val="00326F90"/>
    <w:rsid w:val="0044196C"/>
    <w:rsid w:val="00581890"/>
    <w:rsid w:val="005871C1"/>
    <w:rsid w:val="007F75C5"/>
    <w:rsid w:val="00AA1D8D"/>
    <w:rsid w:val="00AC7682"/>
    <w:rsid w:val="00B17B87"/>
    <w:rsid w:val="00B47730"/>
    <w:rsid w:val="00B76D21"/>
    <w:rsid w:val="00CB0664"/>
    <w:rsid w:val="00D809E6"/>
    <w:rsid w:val="00DC73E0"/>
    <w:rsid w:val="00FB1E1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eastAsia="Times New Roman" w:hAnsi="Times New Roman"/>
      <w:sz w:val="26"/>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alloonText">
    <w:name w:val="Balloon Text"/>
    <w:basedOn w:val="Normal"/>
    <w:link w:val="BalloonTextChar"/>
    <w:uiPriority w:val="99"/>
    <w:semiHidden/>
    <w:unhideWhenUsed/>
    <w:rsid w:val="00DC73E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73E0"/>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eastAsia="Times New Roman" w:hAnsi="Times New Roman"/>
      <w:sz w:val="26"/>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alloonText">
    <w:name w:val="Balloon Text"/>
    <w:basedOn w:val="Normal"/>
    <w:link w:val="BalloonTextChar"/>
    <w:uiPriority w:val="99"/>
    <w:semiHidden/>
    <w:unhideWhenUsed/>
    <w:rsid w:val="00DC73E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73E0"/>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A3DB64-8F25-4D59-8913-4F1F2FD787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16</Pages>
  <Words>4687</Words>
  <Characters>26716</Characters>
  <Application>Microsoft Office Word</Application>
  <DocSecurity>0</DocSecurity>
  <Lines>222</Lines>
  <Paragraphs>62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31341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TRAN</dc:creator>
  <cp:keywords/>
  <dc:description>generated by python-docx</dc:description>
  <cp:lastModifiedBy>Iamp Iamp</cp:lastModifiedBy>
  <cp:revision>3</cp:revision>
  <dcterms:created xsi:type="dcterms:W3CDTF">2026-06-12T09:03:00Z</dcterms:created>
  <dcterms:modified xsi:type="dcterms:W3CDTF">2026-08-28T10:02:00Z</dcterms:modified>
  <cp:category/>
</cp:coreProperties>
</file>