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A8" w:rsidRDefault="006C4CD1">
      <w:pPr>
        <w:jc w:val="center"/>
      </w:pPr>
      <w:r>
        <w:rPr>
          <w:b/>
          <w:sz w:val="30"/>
        </w:rPr>
        <w:t>KẾ HOẠCH BÀI DẠY – TIẾNG VIỆT LỚP 1 – TUẦN 17</w:t>
      </w:r>
    </w:p>
    <w:p w:rsidR="00CF46A8" w:rsidRDefault="006C4CD1">
      <w:pPr>
        <w:jc w:val="center"/>
      </w:pPr>
      <w:r>
        <w:rPr>
          <w:b/>
        </w:rPr>
        <w:t>Bộ sách: Kết nối tri thức với cuộc sống</w:t>
      </w:r>
    </w:p>
    <w:p w:rsidR="00CF46A8" w:rsidRDefault="006C4CD1">
      <w:pPr>
        <w:jc w:val="center"/>
      </w:pPr>
      <w:r>
        <w:rPr>
          <w:b/>
          <w:sz w:val="28"/>
        </w:rPr>
        <w:t>TIẾNG VIỆT</w:t>
      </w:r>
    </w:p>
    <w:p w:rsidR="00CF46A8" w:rsidRDefault="006C4CD1">
      <w:pPr>
        <w:jc w:val="center"/>
      </w:pPr>
      <w:r>
        <w:rPr>
          <w:b/>
          <w:sz w:val="28"/>
        </w:rPr>
        <w:t>BÀI 76: OAN, OĂN, OAT, OĂT</w:t>
      </w:r>
    </w:p>
    <w:p w:rsidR="00CF46A8" w:rsidRDefault="006C4CD1">
      <w:r>
        <w:rPr>
          <w:b/>
        </w:rPr>
        <w:t>I. YÊU CẦU CẦN ĐẠT</w:t>
      </w:r>
    </w:p>
    <w:p w:rsidR="00CF46A8" w:rsidRDefault="006C4CD1">
      <w:r>
        <w:rPr>
          <w:b/>
        </w:rPr>
        <w:t>1. Năng lực đặc thù</w:t>
      </w:r>
    </w:p>
    <w:p w:rsidR="00CF46A8" w:rsidRDefault="006C4CD1">
      <w:r>
        <w:t>- Nhận biết và đọc đúng các vần oan, oăn, oat, oăt; đọc đúng tiếng, từ ngữ, câu/đoạn có chứa các vần vừa học.</w:t>
      </w:r>
    </w:p>
    <w:p w:rsidR="00CF46A8" w:rsidRDefault="006C4CD1">
      <w:r>
        <w:t>- Hiểu và trả lời được các câu hỏi liên quan đến nội dung đoạn đọc và tranh minh hoạ.</w:t>
      </w:r>
    </w:p>
    <w:p w:rsidR="00CF46A8" w:rsidRDefault="006C4CD1">
      <w:r>
        <w:t>- Viết đúng các vần oan, oăn, oat, oăt và một số tiếng, từ ngữ ứng dụng trong bài.</w:t>
      </w:r>
    </w:p>
    <w:p w:rsidR="00CF46A8" w:rsidRDefault="006C4CD1">
      <w:r>
        <w:t>- Phát triển vốn từ và kĩ năng nói theo chủ điểm được gợi ý trong tranh.</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t>- Giải quyết vấn đề và sáng tạo: dựa vào tranh và ngữ liệu để trả lời câu hỏi, nói được câu phù hợp tình huống.</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t>- Nhân ái: biết quan tâm tới con người, thiên nhiên và các sự vật gần gũi qua nội dung bài.</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tâm thế học tập vui vẻ; ôn lại vần đã học và kết nối vào bài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Cho HS đọc lại một số vần, tiếng, từ ngữ của bài Bài 75: Ôn tập và kể chuyện.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đồng thanh các vần, tiếng, từ ngữ của bài Bài 75: Ôn tập và kể chuyện.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tự sửa lỗi phát âm và cổ vũ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 hình ảnh voi và thỏ trong phim hoạt hình, hôm nay các em học bốn vần oan, oăn, oat, oăt.</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quan sát tranh và nhắc lại tên bài học.</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Bài học hôm nay giúp các em đọc, viết đúng các vần oan, oăn, oat, oăt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các vần mới sẽ học.</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lastRenderedPageBreak/>
              <w:t>2. HOẠT ĐỘNG HÌNH THÀNH KIẾN THỨC MỚI</w:t>
            </w:r>
          </w:p>
          <w:p w:rsidR="00CF46A8" w:rsidRDefault="006C4CD1">
            <w:pPr>
              <w:spacing w:line="240" w:lineRule="auto"/>
            </w:pPr>
            <w:r>
              <w:rPr>
                <w:b/>
                <w:i/>
              </w:rPr>
              <w:t xml:space="preserve">Mục tiêu: </w:t>
            </w:r>
            <w:r>
              <w:rPr>
                <w:i/>
              </w:rPr>
              <w:t>Nhận biết, đọc đúng vần, tiếng, từ ngữ mới; viết đúng mẫu trên bảng con.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1. Nhận biết</w:t>
            </w:r>
            <w:r>
              <w:rPr>
                <w:b/>
                <w:i/>
              </w:rPr>
              <w:t xml:space="preserve"> – Mục tiêu: </w:t>
            </w:r>
            <w:r>
              <w:rPr>
                <w:i/>
              </w:rPr>
              <w:t>Quan sát tranh, đọc câu nhận biết và phát hiện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Trong tranh có những con vật nào? Voi và thỏ di chuyển ra sao?</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Trong tranh có voi và thỏ. Voi bước khoan thai, thỏ chạy thoăn thoắt.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câu nhận biết: “Trên phim hoạt hình, voi bước khoan thai, thỏ chạy thoăn thoắt.”; yêu cầu HS đọc theo từng cụm từ rồi đọc cả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theo GV và đọc cả câu: “Trên phim hoạt hình, voi bước khoan thai, thỏ chạy thoăn thoắt.”.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Trong câu “Trên phim hoạt hình, voi bước khoan thai, thỏ chạy thoăn thoắt.”, tiếng nào chứa vần mới?</w:t>
            </w:r>
          </w:p>
        </w:tc>
        <w:tc>
          <w:tcPr>
            <w:tcW w:w="3969" w:type="dxa"/>
            <w:shd w:val="clear" w:color="auto" w:fill="auto"/>
            <w:tcMar>
              <w:top w:w="90" w:type="dxa"/>
              <w:left w:w="100" w:type="dxa"/>
              <w:bottom w:w="90" w:type="dxa"/>
              <w:right w:w="100" w:type="dxa"/>
            </w:tcMar>
          </w:tcPr>
          <w:p w:rsidR="00CF46A8" w:rsidRDefault="006C4CD1">
            <w:pPr>
              <w:spacing w:line="240" w:lineRule="auto"/>
            </w:pPr>
            <w:r>
              <w:t>- HS xác định tiếng có vần oan, oăn, oat, oăt trong câu nhận biết.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Các tiếng vừa tìm giúp chúng ta nhận biết hai/bốn vần mới của bài là oan, oăn, oat, oăt.</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đồng thanh các vần oan, oăn, oat, oăt.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các vần oan, oăn, oat, oăt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nhận xét: các vần có phần đầu gần giống/khác nhau ở âm cuối hoặc âm chính theo từng vần oan, oăn, oat, oăt.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Đánh vần mẫu các vần oan, oăn, oat, oăt; tổ chức cho HS luyện đọc cá nhân, nhóm, cả lớp.</w:t>
            </w:r>
          </w:p>
        </w:tc>
        <w:tc>
          <w:tcPr>
            <w:tcW w:w="3969" w:type="dxa"/>
            <w:shd w:val="clear" w:color="auto" w:fill="auto"/>
            <w:tcMar>
              <w:top w:w="90" w:type="dxa"/>
              <w:left w:w="100" w:type="dxa"/>
              <w:bottom w:w="90" w:type="dxa"/>
              <w:right w:w="100" w:type="dxa"/>
            </w:tcMar>
          </w:tcPr>
          <w:p w:rsidR="00CF46A8" w:rsidRDefault="006C4CD1">
            <w:pPr>
              <w:spacing w:line="240" w:lineRule="auto"/>
            </w:pPr>
            <w:r>
              <w:t>- HS đánh vần rồi đọc trơn các vần oan, oăn, oat, oăt theo cá nhân, nhóm và cả lớp.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tiếng mẫu “khoan”; yêu cầu HS phân tích, đánh vần và đọc trơn.</w:t>
            </w:r>
          </w:p>
        </w:tc>
        <w:tc>
          <w:tcPr>
            <w:tcW w:w="3969" w:type="dxa"/>
            <w:shd w:val="clear" w:color="auto" w:fill="auto"/>
            <w:tcMar>
              <w:top w:w="90" w:type="dxa"/>
              <w:left w:w="100" w:type="dxa"/>
              <w:bottom w:w="90" w:type="dxa"/>
              <w:right w:w="100" w:type="dxa"/>
            </w:tcMar>
          </w:tcPr>
          <w:p w:rsidR="00CF46A8" w:rsidRDefault="006C4CD1">
            <w:pPr>
              <w:spacing w:line="240" w:lineRule="auto"/>
            </w:pPr>
            <w:r>
              <w:t>- HS phân tích, đánh vần và đọc trơn tiếng “khoan”.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rsidP="009E2008">
            <w:pPr>
              <w:spacing w:line="240" w:lineRule="auto"/>
            </w:pPr>
            <w:r>
              <w:t>- Yêu cầu HS quan sát tranh từ ngữ và đọc: hoa xoan, tóc xoăn, hoạt hình, nhọn hoắt.</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tranh, nói tên sự vật và đọc trơn: hoa xoan, tóc xoăn, hoạt hình, nhọn hoắt.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và từ ngữ: oan, oăn, oat, oăt; hoa xoan, tóc xoăn, hoạt hình, nhọn hoắt.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các vần oan, oăn, oat, oăt và tiếng “khoan”,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quy trình viết, dùng ngón tay viết mô phỏng trên không các vần oan, oăn, oat, oăt.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Yêu cầu HS viết bảng con các vần oan, oăn, oat, oăt và tiếng “khoan”.</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các vần oan, oăn, oat, oăt và tiếng “khoan”.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bài viết được nhận xét, tự sửa chữ chưa đúng trên bảng con.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tư thế ngồi viết và cách giữ bảng/vở sạch đẹp.</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LUYỆN TẬP, THỰC HÀNH</w:t>
            </w:r>
          </w:p>
          <w:p w:rsidR="00CF46A8" w:rsidRDefault="006C4CD1">
            <w:pPr>
              <w:spacing w:line="240" w:lineRule="auto"/>
            </w:pPr>
            <w:r>
              <w:rPr>
                <w:b/>
                <w:i/>
              </w:rPr>
              <w:t xml:space="preserve">Mục tiêu: </w:t>
            </w:r>
            <w:r>
              <w:rPr>
                <w:i/>
              </w:rPr>
              <w:t>Củng cố kĩ năng viết vở, đọc hiểu đoạn ứng dụng và nói theo tranh.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4. Viết vở</w:t>
            </w:r>
            <w:r>
              <w:rPr>
                <w:b/>
                <w:i/>
              </w:rPr>
              <w:t xml:space="preserve"> – Mục tiêu: </w:t>
            </w:r>
            <w:r>
              <w:rPr>
                <w:i/>
              </w:rPr>
              <w:t>Tô, viết đúng vần và từ ngữ ứng dụng vào vở Tập viết.</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Nhắc HS tư thế ngồi viết, cách cầm bút; yêu cầu viết các vần oan, oăn, oat, oăt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ngồi đúng tư thế và viết các vần oan, oăn, oat, oăt, từ ngữ ứng dụng vào vở Tập viết.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CF46A8" w:rsidRDefault="006C4CD1">
            <w:pPr>
              <w:spacing w:line="240" w:lineRule="auto"/>
            </w:pPr>
            <w:r>
              <w:t>- HS hoàn thành bài viết, đổi vở quan sát và học cách sửa lỗi theo hướng dẫn.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kiểm tra lại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5. Đọc đoạn ứng dụng</w:t>
            </w:r>
            <w:r>
              <w:rPr>
                <w:b/>
                <w:i/>
              </w:rPr>
              <w:t xml:space="preserve"> – Mục tiêu: </w:t>
            </w:r>
            <w:r>
              <w:rPr>
                <w:i/>
              </w:rPr>
              <w:t>Đọc rõ đoạn ứng dụng, trả lời câu hỏi.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và dự đoán nội dung đoạn đọc.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thầm, tìm tiếng chứa vần oan, oăn, oat, oăt; luyện đọc nối tiếp câu và đọc cả đoạn.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Các bạn nhỏ đang làm gì ở sân trường?</w:t>
            </w:r>
          </w:p>
        </w:tc>
        <w:tc>
          <w:tcPr>
            <w:tcW w:w="3969" w:type="dxa"/>
            <w:shd w:val="clear" w:color="auto" w:fill="auto"/>
            <w:tcMar>
              <w:top w:w="90" w:type="dxa"/>
              <w:left w:w="100" w:type="dxa"/>
              <w:bottom w:w="90" w:type="dxa"/>
              <w:right w:w="100" w:type="dxa"/>
            </w:tcMar>
          </w:tcPr>
          <w:p w:rsidR="00CF46A8" w:rsidRDefault="006C4CD1">
            <w:pPr>
              <w:spacing w:line="240" w:lineRule="auto"/>
            </w:pPr>
            <w:r>
              <w:t>- Các bạn nhỏ đang trồng và chăm sóc cây ở sân trường.</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Trồng cây có ích lợi gì?</w:t>
            </w:r>
          </w:p>
        </w:tc>
        <w:tc>
          <w:tcPr>
            <w:tcW w:w="3969" w:type="dxa"/>
            <w:shd w:val="clear" w:color="auto" w:fill="auto"/>
            <w:tcMar>
              <w:top w:w="90" w:type="dxa"/>
              <w:left w:w="100" w:type="dxa"/>
              <w:bottom w:w="90" w:type="dxa"/>
              <w:right w:w="100" w:type="dxa"/>
            </w:tcMar>
          </w:tcPr>
          <w:p w:rsidR="00CF46A8" w:rsidRDefault="006C4CD1">
            <w:pPr>
              <w:spacing w:line="240" w:lineRule="auto"/>
            </w:pPr>
            <w:r>
              <w:t>- Trồng cây giúp sân trường xanh, mát và đẹp hơn.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Em đã làm gì để chăm sóc cây?</w:t>
            </w:r>
          </w:p>
        </w:tc>
        <w:tc>
          <w:tcPr>
            <w:tcW w:w="3969" w:type="dxa"/>
            <w:shd w:val="clear" w:color="auto" w:fill="auto"/>
            <w:tcMar>
              <w:top w:w="90" w:type="dxa"/>
              <w:left w:w="100" w:type="dxa"/>
              <w:bottom w:w="90" w:type="dxa"/>
              <w:right w:w="100" w:type="dxa"/>
            </w:tcMar>
          </w:tcPr>
          <w:p w:rsidR="00CF46A8" w:rsidRDefault="006C4CD1">
            <w:pPr>
              <w:spacing w:line="240" w:lineRule="auto"/>
            </w:pPr>
            <w:r>
              <w:t>- Em có thể tưới cây, nhổ cỏ và không bẻ cành.</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lại một điều em hiểu sau khi đọc đoạn.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6. Nói theo tranh</w:t>
            </w:r>
            <w:r>
              <w:rPr>
                <w:b/>
                <w:i/>
              </w:rPr>
              <w:t xml:space="preserve"> – Mục tiêu: </w:t>
            </w:r>
            <w:r>
              <w:rPr>
                <w:i/>
              </w:rPr>
              <w:t>Nói được câu phù hợp nội dung tranh và liên hệ bản thân.</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lastRenderedPageBreak/>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chuẩn bị câu trả lời theo nội dung tranh.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Các bạn trong tranh đang làm gì?</w:t>
            </w:r>
          </w:p>
        </w:tc>
        <w:tc>
          <w:tcPr>
            <w:tcW w:w="3969" w:type="dxa"/>
            <w:shd w:val="clear" w:color="auto" w:fill="auto"/>
            <w:tcMar>
              <w:top w:w="90" w:type="dxa"/>
              <w:left w:w="100" w:type="dxa"/>
              <w:bottom w:w="90" w:type="dxa"/>
              <w:right w:w="100" w:type="dxa"/>
            </w:tcMar>
          </w:tcPr>
          <w:p w:rsidR="00CF46A8" w:rsidRDefault="006C4CD1">
            <w:pPr>
              <w:spacing w:line="240" w:lineRule="auto"/>
            </w:pPr>
            <w:r>
              <w:t>- Các bạn đang trồng cây và tưới cây.</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Em có thích trồng cây không? Vì sao?</w:t>
            </w:r>
          </w:p>
        </w:tc>
        <w:tc>
          <w:tcPr>
            <w:tcW w:w="3969" w:type="dxa"/>
            <w:shd w:val="clear" w:color="auto" w:fill="auto"/>
            <w:tcMar>
              <w:top w:w="90" w:type="dxa"/>
              <w:left w:w="100" w:type="dxa"/>
              <w:bottom w:w="90" w:type="dxa"/>
              <w:right w:w="100" w:type="dxa"/>
            </w:tcMar>
          </w:tcPr>
          <w:p w:rsidR="00CF46A8" w:rsidRDefault="006C4CD1">
            <w:pPr>
              <w:spacing w:line="240" w:lineRule="auto"/>
            </w:pPr>
            <w:r>
              <w:t>- Em thích trồng cây vì cây cho bóng mát và làm môi trường xanh hơn.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nội dung vừa nói và nhận xét bạn.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4. HOẠT ĐỘNG VẬN DỤNG</w:t>
            </w:r>
          </w:p>
          <w:p w:rsidR="00CF46A8" w:rsidRDefault="006C4CD1">
            <w:pPr>
              <w:spacing w:line="240" w:lineRule="auto"/>
            </w:pPr>
            <w:r>
              <w:rPr>
                <w:b/>
                <w:i/>
              </w:rPr>
              <w:t xml:space="preserve">Mục tiêu: </w:t>
            </w:r>
            <w:r>
              <w:rPr>
                <w:i/>
              </w:rPr>
              <w:t>Vận dụng vần mới vào nói, đọc và việc làm hằng ngày.</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tìm thêm một tiếng hoặc từ có vần oan, oăn, oat, oăt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từ tìm được có vần oan, oăn, oat, oăt và đặt câu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ghi nhớ nhiệm vụ và thực hiện ở nhà.</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CF46A8" w:rsidRDefault="006C4CD1">
            <w:pPr>
              <w:spacing w:line="240" w:lineRule="auto"/>
            </w:pPr>
            <w:r>
              <w:t>- HS nhắc lại điều em học được trong bài.</w:t>
            </w:r>
          </w:p>
        </w:tc>
      </w:tr>
    </w:tbl>
    <w:p w:rsidR="00CF46A8" w:rsidRDefault="006C4CD1">
      <w:r>
        <w:rPr>
          <w:b/>
        </w:rPr>
        <w:t>IV. ĐIỀU CHỈNH SAU BÀI DẠY</w:t>
      </w:r>
    </w:p>
    <w:p w:rsidR="00CF46A8" w:rsidRDefault="006C4CD1">
      <w:r>
        <w:t>………………………………………………………………………………………………………………………</w:t>
      </w:r>
    </w:p>
    <w:p w:rsidR="00CF46A8" w:rsidRDefault="006C4CD1">
      <w:r>
        <w:t>………………………………………………………………………………………………………………………</w:t>
      </w:r>
    </w:p>
    <w:p w:rsidR="00CF46A8" w:rsidRDefault="006C4CD1">
      <w:r>
        <w:t>………………………………………………………………………………………………………………………</w:t>
      </w:r>
    </w:p>
    <w:p w:rsidR="00CF46A8" w:rsidRDefault="00CF46A8"/>
    <w:p w:rsidR="00CF46A8" w:rsidRDefault="006C4CD1">
      <w:pPr>
        <w:jc w:val="center"/>
      </w:pPr>
      <w:r>
        <w:rPr>
          <w:b/>
          <w:sz w:val="28"/>
        </w:rPr>
        <w:t>TIẾNG VIỆT</w:t>
      </w:r>
    </w:p>
    <w:p w:rsidR="00CF46A8" w:rsidRDefault="006C4CD1">
      <w:pPr>
        <w:jc w:val="center"/>
      </w:pPr>
      <w:r>
        <w:rPr>
          <w:b/>
          <w:sz w:val="28"/>
        </w:rPr>
        <w:t>BÀI 77: OAI, UÊ, UY</w:t>
      </w:r>
    </w:p>
    <w:p w:rsidR="00CF46A8" w:rsidRDefault="006C4CD1">
      <w:r>
        <w:rPr>
          <w:b/>
        </w:rPr>
        <w:t>I. YÊU CẦU CẦN ĐẠT</w:t>
      </w:r>
    </w:p>
    <w:p w:rsidR="00CF46A8" w:rsidRDefault="006C4CD1">
      <w:r>
        <w:rPr>
          <w:b/>
        </w:rPr>
        <w:t>1. Năng lực đặc thù</w:t>
      </w:r>
    </w:p>
    <w:p w:rsidR="00CF46A8" w:rsidRDefault="006C4CD1">
      <w:r>
        <w:t>- Nhận biết và đọc đúng các vần oai, uê, uy; đọc đúng tiếng, từ ngữ, câu/đoạn có chứa các vần vừa học.</w:t>
      </w:r>
    </w:p>
    <w:p w:rsidR="00CF46A8" w:rsidRDefault="006C4CD1">
      <w:r>
        <w:t>- Hiểu và trả lời được các câu hỏi liên quan đến nội dung đoạn đọc và tranh minh hoạ.</w:t>
      </w:r>
    </w:p>
    <w:p w:rsidR="00CF46A8" w:rsidRDefault="006C4CD1">
      <w:r>
        <w:t>- Viết đúng các vần oai, uê, uy và một số tiếng, từ ngữ ứng dụng trong bài.</w:t>
      </w:r>
    </w:p>
    <w:p w:rsidR="00CF46A8" w:rsidRDefault="006C4CD1">
      <w:r>
        <w:t>- Phát triển vốn từ và kĩ năng nói theo chủ điểm được gợi ý trong tranh.</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lastRenderedPageBreak/>
        <w:t>- Giao tiếp và hợp tác: biết trao đổi với bạn, lắng nghe, nhận xét và thực hiện nhiệm vụ theo cặp hoặc nhóm.</w:t>
      </w:r>
    </w:p>
    <w:p w:rsidR="00CF46A8" w:rsidRDefault="006C4CD1">
      <w:r>
        <w:t>- Giải quyết vấn đề và sáng tạo: dựa vào tranh và ngữ liệu để trả lời câu hỏi, nói được câu phù hợp tình huống.</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t>- Nhân ái: biết quan tâm tới con người, thiên nhiên và các sự vật gần gũi qua nội dung bài.</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tâm thế học tập vui vẻ; ôn lại vần đã học và kết nối vào bài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Cho HS đọc lại một số vần, tiếng, từ ngữ của bài Bài 76: oan, oăn, oat, oăt.</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đồng thanh các vần, tiếng, từ ngữ của bài Bài 76: oan, oăn, oat, oăt.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tự sửa lỗi phát âm và cổ vũ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Từ khu vườn xanh mát trong tranh, các em sẽ nhận biết và luyện đọc các vần oai, uê, uy.</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quan sát tranh và nhắc lại tên bài học.</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Bài học hôm nay giúp các em đọc, viết đúng các vần oai, uê, uy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các vần mới sẽ học.</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2. HOẠT ĐỘNG HÌNH THÀNH KIẾN THỨC MỚI</w:t>
            </w:r>
          </w:p>
          <w:p w:rsidR="00CF46A8" w:rsidRDefault="006C4CD1">
            <w:pPr>
              <w:spacing w:line="240" w:lineRule="auto"/>
            </w:pPr>
            <w:r>
              <w:rPr>
                <w:b/>
                <w:i/>
              </w:rPr>
              <w:t xml:space="preserve">Mục tiêu: </w:t>
            </w:r>
            <w:r>
              <w:rPr>
                <w:i/>
              </w:rPr>
              <w:t>Nhận biết, đọc đúng vần, tiếng, từ ngữ mới; viết đúng mẫu trên bảng con.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1. Nhận biết</w:t>
            </w:r>
            <w:r>
              <w:rPr>
                <w:b/>
                <w:i/>
              </w:rPr>
              <w:t xml:space="preserve"> – Mục tiêu: </w:t>
            </w:r>
            <w:r>
              <w:rPr>
                <w:i/>
              </w:rPr>
              <w:t>Quan sát tranh, đọc câu nhận biết và phát hiện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Trong tranh có những cây gì? Khu vườn trông thế nào?</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Trong tranh có giàn hoa giấy và cây vạn tuế; khu vườn xanh và đẹp.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câu nhận biết: “Giàn hoa giấy và cây vạn tuế tô đẹp khu vườn.”; yêu cầu HS đọc theo từng cụm từ rồi đọc cả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theo GV và đọc cả câu: “Giàn hoa giấy và cây vạn tuế tô đẹp khu vườn.”.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Trong câu “Giàn hoa giấy và cây vạn tuế tô đẹp khu vườn.”, tiếng nào chứa vần mới?</w:t>
            </w:r>
          </w:p>
        </w:tc>
        <w:tc>
          <w:tcPr>
            <w:tcW w:w="3969" w:type="dxa"/>
            <w:shd w:val="clear" w:color="auto" w:fill="auto"/>
            <w:tcMar>
              <w:top w:w="90" w:type="dxa"/>
              <w:left w:w="100" w:type="dxa"/>
              <w:bottom w:w="90" w:type="dxa"/>
              <w:right w:w="100" w:type="dxa"/>
            </w:tcMar>
          </w:tcPr>
          <w:p w:rsidR="00CF46A8" w:rsidRDefault="006C4CD1">
            <w:pPr>
              <w:spacing w:line="240" w:lineRule="auto"/>
            </w:pPr>
            <w:r>
              <w:t>- HS xác định tiếng có vần oai, uê, uy trong câu nhận biết.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xml:space="preserve">- Chốt: Các tiếng vừa tìm giúp chúng ta nhận biết </w:t>
            </w:r>
            <w:r>
              <w:lastRenderedPageBreak/>
              <w:t>hai/bốn vần mới của bài là oai, uê, uy.</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lastRenderedPageBreak/>
              <w:t xml:space="preserve">- HS đọc đồng thanh các vần oai, </w:t>
            </w:r>
            <w:r>
              <w:lastRenderedPageBreak/>
              <w:t>uê, uy.</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lastRenderedPageBreak/>
              <w:t>Hoạt động 2. Đọc vần, tiếng, từ ngữ</w:t>
            </w:r>
            <w:r>
              <w:rPr>
                <w:b/>
                <w:i/>
              </w:rPr>
              <w:t xml:space="preserve"> – Mục tiêu: </w:t>
            </w:r>
            <w:r>
              <w:rPr>
                <w:i/>
              </w:rPr>
              <w:t>Đánh vần, đọc trơn, ghép và mở rộng tiếng/từ có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các vần oai, uê, uy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nhận xét: các vần có phần đầu gần giống/khác nhau ở âm cuối hoặc âm chính theo từng vần oai, uê, uy.</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Đánh vần mẫu các vần oai, uê, uy; tổ chức cho HS luyện đọc cá nhân, nhóm, cả lớp.</w:t>
            </w:r>
          </w:p>
        </w:tc>
        <w:tc>
          <w:tcPr>
            <w:tcW w:w="3969" w:type="dxa"/>
            <w:shd w:val="clear" w:color="auto" w:fill="auto"/>
            <w:tcMar>
              <w:top w:w="90" w:type="dxa"/>
              <w:left w:w="100" w:type="dxa"/>
              <w:bottom w:w="90" w:type="dxa"/>
              <w:right w:w="100" w:type="dxa"/>
            </w:tcMar>
          </w:tcPr>
          <w:p w:rsidR="00CF46A8" w:rsidRDefault="006C4CD1">
            <w:pPr>
              <w:spacing w:line="240" w:lineRule="auto"/>
            </w:pPr>
            <w:r>
              <w:t>- HS đánh vần rồi đọc trơn các vần oai, uê, uy theo cá nhân, nhóm và cả lớp.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tiếng mẫu “khoai”; yêu cầu HS phân tích, đánh vần và đọc trơn.</w:t>
            </w:r>
          </w:p>
        </w:tc>
        <w:tc>
          <w:tcPr>
            <w:tcW w:w="3969" w:type="dxa"/>
            <w:shd w:val="clear" w:color="auto" w:fill="auto"/>
            <w:tcMar>
              <w:top w:w="90" w:type="dxa"/>
              <w:left w:w="100" w:type="dxa"/>
              <w:bottom w:w="90" w:type="dxa"/>
              <w:right w:w="100" w:type="dxa"/>
            </w:tcMar>
          </w:tcPr>
          <w:p w:rsidR="00CF46A8" w:rsidRDefault="006C4CD1">
            <w:pPr>
              <w:spacing w:line="240" w:lineRule="auto"/>
            </w:pPr>
            <w:r>
              <w:t>- HS phân tích, đánh vần và đọc trơn tiếng “khoai”.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rsidP="009E2008">
            <w:pPr>
              <w:spacing w:line="240" w:lineRule="auto"/>
            </w:pPr>
            <w:r>
              <w:t>- Yêu cầu HS quan sát tranh từ ngữ và đọc: khoai sọ, vạn tuế, tàu thuỷ.</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tranh, nói tên sự vật và đọc trơn: khoai sọ, vạn tuế, tàu thuỷ.</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và từ ngữ: oai, uê, uy; khoai sọ, vạn tuế, tàu thuỷ.</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các vần oai, uê, uy và tiếng “khoai”,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quy trình viết, dùng ngón tay viết mô phỏng trên không các vần oai, uê, uy.</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bảng con các vần oai, uê, uy và tiếng “khoai”.</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các vần oai, uê, uy và tiếng “khoai”.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bài viết được nhận xét, tự sửa chữ chưa đúng trên bảng con.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tư thế ngồi viết và cách giữ bảng/vở sạch đẹp.</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LUYỆN TẬP, THỰC HÀNH</w:t>
            </w:r>
          </w:p>
          <w:p w:rsidR="00CF46A8" w:rsidRDefault="006C4CD1">
            <w:pPr>
              <w:spacing w:line="240" w:lineRule="auto"/>
            </w:pPr>
            <w:r>
              <w:rPr>
                <w:b/>
                <w:i/>
              </w:rPr>
              <w:t xml:space="preserve">Mục tiêu: </w:t>
            </w:r>
            <w:r>
              <w:rPr>
                <w:i/>
              </w:rPr>
              <w:t>Củng cố kĩ năng viết vở, đọc hiểu đoạn ứng dụng và nói theo tranh.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4. Viết vở</w:t>
            </w:r>
            <w:r>
              <w:rPr>
                <w:b/>
                <w:i/>
              </w:rPr>
              <w:t xml:space="preserve"> – Mục tiêu: </w:t>
            </w:r>
            <w:r>
              <w:rPr>
                <w:i/>
              </w:rPr>
              <w:t>Tô, viết đúng vần và từ ngữ ứng dụng vào vở Tập viết.</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Nhắc HS tư thế ngồi viết, cách cầm bút; yêu cầu viết các vần oai, uê, uy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ngồi đúng tư thế và viết các vần oai, uê, uy, từ ngữ ứng dụng vào vở Tập viết.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CF46A8" w:rsidRDefault="006C4CD1">
            <w:pPr>
              <w:spacing w:line="240" w:lineRule="auto"/>
            </w:pPr>
            <w:r>
              <w:t>- HS hoàn thành bài viết, đổi vở quan sát và học cách sửa lỗi theo hướng dẫn.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kiểm tra lại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5. Đọc đoạn ứng dụng</w:t>
            </w:r>
            <w:r>
              <w:rPr>
                <w:b/>
                <w:i/>
              </w:rPr>
              <w:t xml:space="preserve"> – Mục tiêu: </w:t>
            </w:r>
            <w:r>
              <w:rPr>
                <w:i/>
              </w:rPr>
              <w:t>Đọc rõ đoạn ứng dụng, trả lời câu hỏi.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và dự đoán nội dung đoạn đọc.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thầm, tìm tiếng chứa vần oai, uê, uy; luyện đọc nối tiếp câu và đọc cả đoạn.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Ngày nghỉ, Hà làm gì?</w:t>
            </w:r>
          </w:p>
        </w:tc>
        <w:tc>
          <w:tcPr>
            <w:tcW w:w="3969" w:type="dxa"/>
            <w:shd w:val="clear" w:color="auto" w:fill="auto"/>
            <w:tcMar>
              <w:top w:w="90" w:type="dxa"/>
              <w:left w:w="100" w:type="dxa"/>
              <w:bottom w:w="90" w:type="dxa"/>
              <w:right w:w="100" w:type="dxa"/>
            </w:tcMar>
          </w:tcPr>
          <w:p w:rsidR="00CF46A8" w:rsidRDefault="006C4CD1">
            <w:pPr>
              <w:spacing w:line="240" w:lineRule="auto"/>
            </w:pPr>
            <w:r>
              <w:t>- Ngày nghỉ, Hà vui chơi và chăm sóc cây trong vườn.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Vườn nhà Hà có những cây gì?</w:t>
            </w:r>
          </w:p>
        </w:tc>
        <w:tc>
          <w:tcPr>
            <w:tcW w:w="3969" w:type="dxa"/>
            <w:shd w:val="clear" w:color="auto" w:fill="auto"/>
            <w:tcMar>
              <w:top w:w="90" w:type="dxa"/>
              <w:left w:w="100" w:type="dxa"/>
              <w:bottom w:w="90" w:type="dxa"/>
              <w:right w:w="100" w:type="dxa"/>
            </w:tcMar>
          </w:tcPr>
          <w:p w:rsidR="00CF46A8" w:rsidRDefault="006C4CD1">
            <w:pPr>
              <w:spacing w:line="240" w:lineRule="auto"/>
            </w:pPr>
            <w:r>
              <w:t>- Vườn nhà Hà có hoa giấy, cây vạn tuế và nhiều cây xanh.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Hà vui đùa với cây trong vườn như thế nào?</w:t>
            </w:r>
          </w:p>
        </w:tc>
        <w:tc>
          <w:tcPr>
            <w:tcW w:w="3969" w:type="dxa"/>
            <w:shd w:val="clear" w:color="auto" w:fill="auto"/>
            <w:tcMar>
              <w:top w:w="90" w:type="dxa"/>
              <w:left w:w="100" w:type="dxa"/>
              <w:bottom w:w="90" w:type="dxa"/>
              <w:right w:w="100" w:type="dxa"/>
            </w:tcMar>
          </w:tcPr>
          <w:p w:rsidR="00CF46A8" w:rsidRDefault="006C4CD1">
            <w:pPr>
              <w:spacing w:line="240" w:lineRule="auto"/>
            </w:pPr>
            <w:r>
              <w:t>- Hà quan sát, tưới cây và vui chơi bên khu vườn.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lại một điều em hiểu sau khi đọc đoạn.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6. Nói theo tranh</w:t>
            </w:r>
            <w:r>
              <w:rPr>
                <w:b/>
                <w:i/>
              </w:rPr>
              <w:t xml:space="preserve"> – Mục tiêu: </w:t>
            </w:r>
            <w:r>
              <w:rPr>
                <w:i/>
              </w:rPr>
              <w:t>Nói được câu phù hợp nội dung tranh và liên hệ bản thân.</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chuẩn bị câu trả lời theo nội dung tranh.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Nếu có một khu vườn riêng, em muốn trồng cây gì?</w:t>
            </w:r>
          </w:p>
        </w:tc>
        <w:tc>
          <w:tcPr>
            <w:tcW w:w="3969" w:type="dxa"/>
            <w:shd w:val="clear" w:color="auto" w:fill="auto"/>
            <w:tcMar>
              <w:top w:w="90" w:type="dxa"/>
              <w:left w:w="100" w:type="dxa"/>
              <w:bottom w:w="90" w:type="dxa"/>
              <w:right w:w="100" w:type="dxa"/>
            </w:tcMar>
          </w:tcPr>
          <w:p w:rsidR="00CF46A8" w:rsidRDefault="006C4CD1">
            <w:pPr>
              <w:spacing w:line="240" w:lineRule="auto"/>
            </w:pPr>
            <w:r>
              <w:t>- Em muốn trồng hoa hồng, cây ăn quả hoặc cây cho bóng mát.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Em làm gì để khu vườn luôn xanh đẹp?</w:t>
            </w:r>
          </w:p>
        </w:tc>
        <w:tc>
          <w:tcPr>
            <w:tcW w:w="3969" w:type="dxa"/>
            <w:shd w:val="clear" w:color="auto" w:fill="auto"/>
            <w:tcMar>
              <w:top w:w="90" w:type="dxa"/>
              <w:left w:w="100" w:type="dxa"/>
              <w:bottom w:w="90" w:type="dxa"/>
              <w:right w:w="100" w:type="dxa"/>
            </w:tcMar>
          </w:tcPr>
          <w:p w:rsidR="00CF46A8" w:rsidRDefault="006C4CD1">
            <w:pPr>
              <w:spacing w:line="240" w:lineRule="auto"/>
            </w:pPr>
            <w:r>
              <w:t>- Em tưới cây, nhổ cỏ và giữ vệ sinh khu vườn.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nội dung vừa nói và nhận xét bạn.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4. HOẠT ĐỘNG VẬN DỤNG</w:t>
            </w:r>
          </w:p>
          <w:p w:rsidR="00CF46A8" w:rsidRDefault="006C4CD1">
            <w:pPr>
              <w:spacing w:line="240" w:lineRule="auto"/>
            </w:pPr>
            <w:r>
              <w:rPr>
                <w:b/>
                <w:i/>
              </w:rPr>
              <w:t xml:space="preserve">Mục tiêu: </w:t>
            </w:r>
            <w:r>
              <w:rPr>
                <w:i/>
              </w:rPr>
              <w:t>Vận dụng vần mới vào nói, đọc và việc làm hằng ngày.</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tìm thêm một tiếng hoặc từ có vần oai, uê, uy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từ tìm được có vần oai, uê, uy và đặt câu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xml:space="preserve">- Nhận xét giờ học; dặn HS đọc lại bài cho người thân </w:t>
            </w:r>
            <w:r>
              <w:lastRenderedPageBreak/>
              <w:t>nghe và thực hiện việc làm phù hợp nội dung bài.</w:t>
            </w:r>
          </w:p>
        </w:tc>
        <w:tc>
          <w:tcPr>
            <w:tcW w:w="3969" w:type="dxa"/>
            <w:shd w:val="clear" w:color="auto" w:fill="auto"/>
            <w:tcMar>
              <w:top w:w="90" w:type="dxa"/>
              <w:left w:w="100" w:type="dxa"/>
              <w:bottom w:w="90" w:type="dxa"/>
              <w:right w:w="100" w:type="dxa"/>
            </w:tcMar>
          </w:tcPr>
          <w:p w:rsidR="00CF46A8" w:rsidRDefault="006C4CD1">
            <w:pPr>
              <w:spacing w:line="240" w:lineRule="auto"/>
            </w:pPr>
            <w:r>
              <w:lastRenderedPageBreak/>
              <w:t xml:space="preserve">- HS lắng nghe, ghi nhớ nhiệm vụ </w:t>
            </w:r>
            <w:r>
              <w:lastRenderedPageBreak/>
              <w:t>và thực hiện ở nhà.</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CF46A8" w:rsidRDefault="006C4CD1">
            <w:pPr>
              <w:spacing w:line="240" w:lineRule="auto"/>
            </w:pPr>
            <w:r>
              <w:t>- HS nhắc lại điều em học được trong bài.</w:t>
            </w:r>
          </w:p>
        </w:tc>
      </w:tr>
    </w:tbl>
    <w:p w:rsidR="00CF46A8" w:rsidRDefault="006C4CD1">
      <w:r>
        <w:rPr>
          <w:b/>
        </w:rPr>
        <w:t>IV. ĐIỀU CHỈNH SAU BÀI DẠY</w:t>
      </w:r>
    </w:p>
    <w:p w:rsidR="00CF46A8" w:rsidRDefault="006C4CD1">
      <w:r>
        <w:t>………………………………………………………………………………………………………………………</w:t>
      </w:r>
    </w:p>
    <w:p w:rsidR="00CF46A8" w:rsidRDefault="006C4CD1">
      <w:r>
        <w:t>………………………………………………………………………………………………………………………</w:t>
      </w:r>
    </w:p>
    <w:p w:rsidR="00CF46A8" w:rsidRDefault="006C4CD1">
      <w:r>
        <w:t>………………………………………………………………………………………………………………………</w:t>
      </w:r>
    </w:p>
    <w:p w:rsidR="00CF46A8" w:rsidRDefault="00CF46A8"/>
    <w:p w:rsidR="00CF46A8" w:rsidRDefault="006C4CD1">
      <w:pPr>
        <w:jc w:val="center"/>
      </w:pPr>
      <w:r>
        <w:rPr>
          <w:b/>
          <w:sz w:val="28"/>
        </w:rPr>
        <w:t>TIẾNG VIỆT</w:t>
      </w:r>
    </w:p>
    <w:p w:rsidR="00CF46A8" w:rsidRDefault="006C4CD1">
      <w:pPr>
        <w:jc w:val="center"/>
      </w:pPr>
      <w:r>
        <w:rPr>
          <w:b/>
          <w:sz w:val="28"/>
        </w:rPr>
        <w:t>LUYỆN VIẾT NÂNG CAO</w:t>
      </w:r>
    </w:p>
    <w:p w:rsidR="00CF46A8" w:rsidRDefault="006C4CD1">
      <w:r>
        <w:rPr>
          <w:b/>
        </w:rPr>
        <w:t>I. YÊU CẦU CẦN ĐẠT</w:t>
      </w:r>
    </w:p>
    <w:p w:rsidR="00CF46A8" w:rsidRDefault="006C4CD1">
      <w:r>
        <w:rPr>
          <w:b/>
        </w:rPr>
        <w:t>1. Năng lực đặc thù</w:t>
      </w:r>
    </w:p>
    <w:p w:rsidR="00CF46A8" w:rsidRDefault="006C4CD1">
      <w:r>
        <w:t>- Củng cố cách đọc và viết đúng các vần, tiếng, từ ngữ: oan, oăn, oat, oăt, oai, uê, uy; hoa xoan, hoạt hình, tàu thuỷ.</w:t>
      </w:r>
    </w:p>
    <w:p w:rsidR="00CF46A8" w:rsidRDefault="006C4CD1">
      <w:r>
        <w:t>- Rèn tư thế ngồi viết, cách cầm bút, trình bày sạch đẹp.</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hứng thú và ôn lại vần đã học.</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Tổ chức cho HS đọc nối tiếp các vần vừa học trên bảng phụ.</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cả lớp các vần trên bảng phụ.</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Tiết luyện viết hôm nay giúp các em viết đều nét và ghi nhớ các vần đã học.</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và chuẩn bị bảng con, vở ô li.</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lastRenderedPageBreak/>
              <w:t>- Chốt: Các em cần đọc đúng trước khi viết đúng.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chuẩn bị luyện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2. HOẠT ĐỘNG LUYỆN TẬP, THỰC HÀNH</w:t>
            </w:r>
          </w:p>
          <w:p w:rsidR="00CF46A8" w:rsidRDefault="006C4CD1">
            <w:pPr>
              <w:spacing w:line="240" w:lineRule="auto"/>
            </w:pPr>
            <w:r>
              <w:rPr>
                <w:b/>
                <w:i/>
              </w:rPr>
              <w:t xml:space="preserve">Mục tiêu: </w:t>
            </w:r>
            <w:r>
              <w:rPr>
                <w:i/>
              </w:rPr>
              <w:t>Viết đúng mẫu chữ, đúng khoảng cách và trình bày sạch đẹp.</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và hướng dẫn HS viết: oan, oăn, oat, oăt, oai, uê, uy; hoa xoan, hoạt hình, tàu thuỷ.</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mẫu và nêu lại các vần, tiếng cần viết: oan, oăn, oat, oăt, oai, uê, uy; hoa xoan, hoạt hình, tàu thuỷ.</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bảng con một lượt; quan sát, sửa nét nối và dấu thanh.</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giơ bảng và sửa lỗi theo hướng dẫn.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vào vở ô li; nhắc tư thế ngồi, khoảng cách chữ và giữ vở sạch.</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vào vở ô li từng dòng theo mẫu, giữ đúng tư thế.</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một số bài viết, chỉ rõ điểm đúng và lỗi cần sửa.</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đối chiếu bài của mình và sửa chữ chưa đúng.</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chậm, đúng nét và đúng khoảng cách sẽ giúp chữ đẹp, dễ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đánh giá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VẬN DỤNG</w:t>
            </w:r>
          </w:p>
          <w:p w:rsidR="00CF46A8" w:rsidRDefault="006C4CD1">
            <w:pPr>
              <w:spacing w:line="240" w:lineRule="auto"/>
            </w:pPr>
            <w:r>
              <w:rPr>
                <w:b/>
                <w:i/>
              </w:rPr>
              <w:t xml:space="preserve">Mục tiêu: </w:t>
            </w:r>
            <w:r>
              <w:rPr>
                <w:i/>
              </w:rPr>
              <w:t>Tự luyện viết và vận dụng từ ngữ đã học.</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chọn một từ vừa viết và nói một câu có từ đó.</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chọn từ và nói một câu ngắn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Kết luận: Các em tiếp tục luyện viết mỗi ngày để chữ ngày càng đều và đẹp.</w:t>
            </w:r>
          </w:p>
        </w:tc>
        <w:tc>
          <w:tcPr>
            <w:tcW w:w="3969" w:type="dxa"/>
            <w:shd w:val="clear" w:color="auto" w:fill="auto"/>
            <w:tcMar>
              <w:top w:w="90" w:type="dxa"/>
              <w:left w:w="100" w:type="dxa"/>
              <w:bottom w:w="90" w:type="dxa"/>
              <w:right w:w="100" w:type="dxa"/>
            </w:tcMar>
          </w:tcPr>
          <w:p w:rsidR="00CF46A8" w:rsidRDefault="006C4CD1">
            <w:pPr>
              <w:spacing w:line="240" w:lineRule="auto"/>
            </w:pPr>
            <w:r>
              <w:t>- HS ghi nhớ nhiệm vụ luyện viết ở nhà.</w:t>
            </w:r>
          </w:p>
        </w:tc>
      </w:tr>
    </w:tbl>
    <w:p w:rsidR="00CF46A8" w:rsidRDefault="006C4CD1">
      <w:r>
        <w:rPr>
          <w:b/>
        </w:rPr>
        <w:t>IV. ĐIỀU CHỈNH SAU BÀI DẠY</w:t>
      </w:r>
    </w:p>
    <w:p w:rsidR="00CF46A8" w:rsidRDefault="006C4CD1">
      <w:r>
        <w:t>………………………………………………………………………………………………………………………</w:t>
      </w:r>
    </w:p>
    <w:p w:rsidR="00CF46A8" w:rsidRDefault="006C4CD1">
      <w:r>
        <w:t>………………………………………………………………………………………………………………………</w:t>
      </w:r>
    </w:p>
    <w:p w:rsidR="00CF46A8" w:rsidRDefault="006C4CD1">
      <w:r>
        <w:t>………………………………………………………………………………………………………………………</w:t>
      </w:r>
    </w:p>
    <w:p w:rsidR="00CF46A8" w:rsidRDefault="006C4CD1">
      <w:r>
        <w:br w:type="page"/>
      </w:r>
    </w:p>
    <w:p w:rsidR="00CF46A8" w:rsidRDefault="006C4CD1">
      <w:pPr>
        <w:jc w:val="center"/>
      </w:pPr>
      <w:r>
        <w:rPr>
          <w:b/>
          <w:sz w:val="28"/>
        </w:rPr>
        <w:lastRenderedPageBreak/>
        <w:t>TIẾNG VIỆT</w:t>
      </w:r>
    </w:p>
    <w:p w:rsidR="00CF46A8" w:rsidRDefault="006C4CD1">
      <w:pPr>
        <w:jc w:val="center"/>
      </w:pPr>
      <w:r>
        <w:rPr>
          <w:b/>
          <w:sz w:val="28"/>
        </w:rPr>
        <w:t>BÀI 78: UÂN, UÂT</w:t>
      </w:r>
    </w:p>
    <w:p w:rsidR="00CF46A8" w:rsidRDefault="006C4CD1">
      <w:r>
        <w:rPr>
          <w:b/>
        </w:rPr>
        <w:t>I. YÊU CẦU CẦN ĐẠT</w:t>
      </w:r>
    </w:p>
    <w:p w:rsidR="00CF46A8" w:rsidRDefault="006C4CD1">
      <w:r>
        <w:rPr>
          <w:b/>
        </w:rPr>
        <w:t>1. Năng lực đặc thù</w:t>
      </w:r>
    </w:p>
    <w:p w:rsidR="00CF46A8" w:rsidRDefault="006C4CD1">
      <w:r>
        <w:t>- Nhận biết và đọc đúng các vần uân, uât; đọc đúng tiếng, từ ngữ, câu/đoạn có chứa các vần vừa học.</w:t>
      </w:r>
    </w:p>
    <w:p w:rsidR="00CF46A8" w:rsidRDefault="006C4CD1">
      <w:r>
        <w:t>- Hiểu và trả lời được các câu hỏi liên quan đến nội dung đoạn đọc và tranh minh hoạ.</w:t>
      </w:r>
    </w:p>
    <w:p w:rsidR="00CF46A8" w:rsidRDefault="006C4CD1">
      <w:r>
        <w:t>- Viết đúng các vần uân, uât và một số tiếng, từ ngữ ứng dụng trong bài.</w:t>
      </w:r>
    </w:p>
    <w:p w:rsidR="00CF46A8" w:rsidRDefault="006C4CD1">
      <w:r>
        <w:t>- Phát triển vốn từ và kĩ năng nói theo chủ điểm được gợi ý trong tranh.</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t>- Giải quyết vấn đề và sáng tạo: dựa vào tranh và ngữ liệu để trả lời câu hỏi, nói được câu phù hợp tình huống.</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t>- Nhân ái: biết quan tâm tới con người, thiên nhiên và các sự vật gần gũi qua nội dung bài.</w:t>
      </w:r>
    </w:p>
    <w:p w:rsidR="00CF46A8" w:rsidRDefault="006C4CD1">
      <w:r>
        <w:rPr>
          <w:b/>
          <w:color w:val="FF0000"/>
        </w:rPr>
        <w:t>4. Tích hợp</w:t>
      </w:r>
    </w:p>
    <w:p w:rsidR="00CF46A8" w:rsidRDefault="006C4CD1">
      <w:r>
        <w:rPr>
          <w:color w:val="FF0000"/>
        </w:rPr>
        <w:t>- Lý tưởng cách mạng, đạo đức, lối sống: Giáo dục lòng biết ơn các chú bộ đội, biết chăm ngoan để xứng đáng với sự bảo vệ của các thế hệ đi trước.</w:t>
      </w:r>
    </w:p>
    <w:p w:rsidR="00CF46A8" w:rsidRDefault="006C4CD1">
      <w:r>
        <w:rPr>
          <w:color w:val="FF0000"/>
        </w:rPr>
        <w:t>- Quốc phòng và an ninh: Giới thiệu hình ảnh Bộ đội Cụ Hồ, bồi dưỡng tình yêu Tổ quốc.</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tâm thế học tập vui vẻ; ôn lại vần đã học và kết nối vào bài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Cho HS đọc lại một số vần, tiếng, từ ngữ của bài Bài 77: oai, uê, uy.</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đồng thanh các vần, tiếng, từ ngữ của bài Bài 77: oai, uê, uy.</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tự sửa lỗi phát âm và cổ vũ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Không khí mùa xuân thật vui tươi. Hôm nay, các em cùng học vần uân, uât qua những từ ngữ quen thuộc.</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quan sát tranh và nhắc lại tên bài học.</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xml:space="preserve">- Chốt: Bài học hôm nay giúp các em đọc, viết đúng </w:t>
            </w:r>
            <w:r>
              <w:lastRenderedPageBreak/>
              <w:t>các vần uân, uât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lastRenderedPageBreak/>
              <w:t>- HS nhắc lại các vần mới sẽ học.</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lastRenderedPageBreak/>
              <w:t>2. HOẠT ĐỘNG HÌNH THÀNH KIẾN THỨC MỚI</w:t>
            </w:r>
          </w:p>
          <w:p w:rsidR="00CF46A8" w:rsidRDefault="006C4CD1">
            <w:pPr>
              <w:spacing w:line="240" w:lineRule="auto"/>
            </w:pPr>
            <w:r>
              <w:rPr>
                <w:b/>
                <w:i/>
              </w:rPr>
              <w:t xml:space="preserve">Mục tiêu: </w:t>
            </w:r>
            <w:r>
              <w:rPr>
                <w:i/>
              </w:rPr>
              <w:t>Nhận biết, đọc đúng vần, tiếng, từ ngữ mới; viết đúng mẫu trên bảng con.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1. Nhận biết</w:t>
            </w:r>
            <w:r>
              <w:rPr>
                <w:b/>
                <w:i/>
              </w:rPr>
              <w:t xml:space="preserve"> – Mục tiêu: </w:t>
            </w:r>
            <w:r>
              <w:rPr>
                <w:i/>
              </w:rPr>
              <w:t>Quan sát tranh, đọc câu nhận biết và phát hiện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Các bạn đang xem chương trình gì? Không khí trong tranh thế nào?</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Các bạn đang xem chương trình nghệ thuật chào xuân; không khí rất vui và rộn ràng.</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câu nhận biết: “Chúng em xem chương trình nghệ thuật chào xuân.”; yêu cầu HS đọc theo từng cụm từ rồi đọc cả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theo GV và đọc cả câu: “Chúng em xem chương trình nghệ thuật chào xuân.”.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Trong câu “Chúng em xem chương trình nghệ thuật chào xuân.”, tiếng nào chứa vần mới?</w:t>
            </w:r>
          </w:p>
        </w:tc>
        <w:tc>
          <w:tcPr>
            <w:tcW w:w="3969" w:type="dxa"/>
            <w:shd w:val="clear" w:color="auto" w:fill="auto"/>
            <w:tcMar>
              <w:top w:w="90" w:type="dxa"/>
              <w:left w:w="100" w:type="dxa"/>
              <w:bottom w:w="90" w:type="dxa"/>
              <w:right w:w="100" w:type="dxa"/>
            </w:tcMar>
          </w:tcPr>
          <w:p w:rsidR="00CF46A8" w:rsidRDefault="006C4CD1">
            <w:pPr>
              <w:spacing w:line="240" w:lineRule="auto"/>
            </w:pPr>
            <w:r>
              <w:t>- HS xác định tiếng có vần uân, uât trong câu nhận biết.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Các tiếng vừa tìm giúp chúng ta nhận biết hai/bốn vần mới của bài là uân, uât.</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đồng thanh các vần uân, uât.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các vần uân, uât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nhận xét: các vần có phần đầu gần giống/khác nhau ở âm cuối hoặc âm chính theo từng vần uân, uât.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Đánh vần mẫu các vần uân, uât; tổ chức cho HS luyện đọc cá nhân, nhóm, cả lớp.</w:t>
            </w:r>
          </w:p>
        </w:tc>
        <w:tc>
          <w:tcPr>
            <w:tcW w:w="3969" w:type="dxa"/>
            <w:shd w:val="clear" w:color="auto" w:fill="auto"/>
            <w:tcMar>
              <w:top w:w="90" w:type="dxa"/>
              <w:left w:w="100" w:type="dxa"/>
              <w:bottom w:w="90" w:type="dxa"/>
              <w:right w:w="100" w:type="dxa"/>
            </w:tcMar>
          </w:tcPr>
          <w:p w:rsidR="00CF46A8" w:rsidRDefault="006C4CD1">
            <w:pPr>
              <w:spacing w:line="240" w:lineRule="auto"/>
            </w:pPr>
            <w:r>
              <w:t>- HS đánh vần rồi đọc trơn các vần uân, uât theo cá nhân, nhóm và cả lớp.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tiếng mẫu “xuân”; yêu cầu HS phân tích, đánh vần và đọc trơn.</w:t>
            </w:r>
          </w:p>
        </w:tc>
        <w:tc>
          <w:tcPr>
            <w:tcW w:w="3969" w:type="dxa"/>
            <w:shd w:val="clear" w:color="auto" w:fill="auto"/>
            <w:tcMar>
              <w:top w:w="90" w:type="dxa"/>
              <w:left w:w="100" w:type="dxa"/>
              <w:bottom w:w="90" w:type="dxa"/>
              <w:right w:w="100" w:type="dxa"/>
            </w:tcMar>
          </w:tcPr>
          <w:p w:rsidR="00CF46A8" w:rsidRDefault="006C4CD1">
            <w:pPr>
              <w:spacing w:line="240" w:lineRule="auto"/>
            </w:pPr>
            <w:r>
              <w:t>- HS phân tích, đánh vần và đọc trơn tiếng “xuân”.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rsidP="009E2008">
            <w:pPr>
              <w:spacing w:line="240" w:lineRule="auto"/>
            </w:pPr>
            <w:r>
              <w:t>- Yêu cầu HS quan sát tranh từ ngữ và đọc: tuần tra, mùa xuân, võ thuật.</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tranh, nói tên sự vật và đọc trơn: tuần tra, mùa xuân, võ thuật.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Từ “tuần tra” gợi cho em nhớ đến ai đang làm nhiệm vụ bảo vệ bình yên cho quê hương?</w:t>
            </w:r>
          </w:p>
        </w:tc>
        <w:tc>
          <w:tcPr>
            <w:tcW w:w="3969" w:type="dxa"/>
            <w:shd w:val="clear" w:color="auto" w:fill="auto"/>
            <w:tcMar>
              <w:top w:w="90" w:type="dxa"/>
              <w:left w:w="100" w:type="dxa"/>
              <w:bottom w:w="90" w:type="dxa"/>
              <w:right w:w="100" w:type="dxa"/>
            </w:tcMar>
          </w:tcPr>
          <w:p w:rsidR="00CF46A8" w:rsidRDefault="006C4CD1">
            <w:pPr>
              <w:spacing w:line="240" w:lineRule="auto"/>
            </w:pPr>
            <w:r>
              <w:t>- HS trả lời: Từ “tuần tra” gợi em nhớ đến các chú bộ đội, công an đang làm nhiệm vụ bảo vệ mọi người.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xml:space="preserve">- Tích hợp đạo đức, lối sống: Các chú bộ đội ngày đêm canh gác, luyện tập, sẵn sàng bảo vệ Tổ quốc để các </w:t>
            </w:r>
            <w:r>
              <w:rPr>
                <w:color w:val="FF0000"/>
              </w:rPr>
              <w:lastRenderedPageBreak/>
              <w:t>em được học tập và vui chơi trong bình yên. Vì vậy, các em cần biết ơn, lễ phép và cố gắng học tập, rèn luyện chăm ngoan.</w:t>
            </w:r>
          </w:p>
        </w:tc>
        <w:tc>
          <w:tcPr>
            <w:tcW w:w="3969" w:type="dxa"/>
            <w:shd w:val="clear" w:color="auto" w:fill="auto"/>
            <w:tcMar>
              <w:top w:w="90" w:type="dxa"/>
              <w:left w:w="100" w:type="dxa"/>
              <w:bottom w:w="90" w:type="dxa"/>
              <w:right w:w="100" w:type="dxa"/>
            </w:tcMar>
          </w:tcPr>
          <w:p w:rsidR="00CF46A8" w:rsidRDefault="006C4CD1">
            <w:pPr>
              <w:spacing w:line="240" w:lineRule="auto"/>
            </w:pPr>
            <w:r>
              <w:lastRenderedPageBreak/>
              <w:t xml:space="preserve">- HS lắng nghe; nêu việc làm thể hiện lòng biết ơn: chăm học, lễ </w:t>
            </w:r>
            <w:r>
              <w:lastRenderedPageBreak/>
              <w:t>phép, kính trọng các chú bộ đội.</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lastRenderedPageBreak/>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và từ ngữ: uân, uât; tuần tra, mùa xuân, võ thuật.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các vần uân, uât và tiếng “xuân”,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quy trình viết, dùng ngón tay viết mô phỏng trên không các vần uân, uât.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bảng con các vần uân, uât và tiếng “xuân”.</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các vần uân, uât và tiếng “xuân”.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bài viết được nhận xét, tự sửa chữ chưa đúng trên bảng con.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tư thế ngồi viết và cách giữ bảng/vở sạch đẹp.</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LUYỆN TẬP, THỰC HÀNH</w:t>
            </w:r>
          </w:p>
          <w:p w:rsidR="00CF46A8" w:rsidRDefault="006C4CD1">
            <w:pPr>
              <w:spacing w:line="240" w:lineRule="auto"/>
            </w:pPr>
            <w:r>
              <w:rPr>
                <w:b/>
                <w:i/>
              </w:rPr>
              <w:t xml:space="preserve">Mục tiêu: </w:t>
            </w:r>
            <w:r>
              <w:rPr>
                <w:i/>
              </w:rPr>
              <w:t>Củng cố kĩ năng viết vở, đọc hiểu đoạn ứng dụng và nói theo tranh.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4. Viết vở</w:t>
            </w:r>
            <w:r>
              <w:rPr>
                <w:b/>
                <w:i/>
              </w:rPr>
              <w:t xml:space="preserve"> – Mục tiêu: </w:t>
            </w:r>
            <w:r>
              <w:rPr>
                <w:i/>
              </w:rPr>
              <w:t>Tô, viết đúng vần và từ ngữ ứng dụng vào vở Tập viết.</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Nhắc HS tư thế ngồi viết, cách cầm bút; yêu cầu viết các vần uân, uât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ngồi đúng tư thế và viết các vần uân, uât, từ ngữ ứng dụng vào vở Tập viết.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CF46A8" w:rsidRDefault="006C4CD1">
            <w:pPr>
              <w:spacing w:line="240" w:lineRule="auto"/>
            </w:pPr>
            <w:r>
              <w:t>- HS hoàn thành bài viết, đổi vở quan sát và học cách sửa lỗi theo hướng dẫn.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kiểm tra lại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5. Đọc đoạn ứng dụng</w:t>
            </w:r>
            <w:r>
              <w:rPr>
                <w:b/>
                <w:i/>
              </w:rPr>
              <w:t xml:space="preserve"> – Mục tiêu: </w:t>
            </w:r>
            <w:r>
              <w:rPr>
                <w:i/>
              </w:rPr>
              <w:t>Đọc rõ đoạn ứng dụng, trả lời câu hỏi.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và dự đoán nội dung đoạn đọc.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thầm, tìm tiếng chứa vần uân, uât; luyện đọc nối tiếp câu và đọc cả đoạn.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Gần Tết, bố và Hà đi đâu?</w:t>
            </w:r>
          </w:p>
        </w:tc>
        <w:tc>
          <w:tcPr>
            <w:tcW w:w="3969" w:type="dxa"/>
            <w:shd w:val="clear" w:color="auto" w:fill="auto"/>
            <w:tcMar>
              <w:top w:w="90" w:type="dxa"/>
              <w:left w:w="100" w:type="dxa"/>
              <w:bottom w:w="90" w:type="dxa"/>
              <w:right w:w="100" w:type="dxa"/>
            </w:tcMar>
          </w:tcPr>
          <w:p w:rsidR="00CF46A8" w:rsidRDefault="006C4CD1">
            <w:pPr>
              <w:spacing w:line="240" w:lineRule="auto"/>
            </w:pPr>
            <w:r>
              <w:t>- Gần Tết, bố và Hà đi chợ hoa.</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Hai bố con mua gì?</w:t>
            </w:r>
          </w:p>
        </w:tc>
        <w:tc>
          <w:tcPr>
            <w:tcW w:w="3969" w:type="dxa"/>
            <w:shd w:val="clear" w:color="auto" w:fill="auto"/>
            <w:tcMar>
              <w:top w:w="90" w:type="dxa"/>
              <w:left w:w="100" w:type="dxa"/>
              <w:bottom w:w="90" w:type="dxa"/>
              <w:right w:w="100" w:type="dxa"/>
            </w:tcMar>
          </w:tcPr>
          <w:p w:rsidR="00CF46A8" w:rsidRDefault="006C4CD1">
            <w:pPr>
              <w:spacing w:line="240" w:lineRule="auto"/>
            </w:pPr>
            <w:r>
              <w:t>- Hai bố con mua cây đào và cây quất.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Cây đào và cây quất làm cho ngôi nhà thế nào?</w:t>
            </w:r>
          </w:p>
        </w:tc>
        <w:tc>
          <w:tcPr>
            <w:tcW w:w="3969" w:type="dxa"/>
            <w:shd w:val="clear" w:color="auto" w:fill="auto"/>
            <w:tcMar>
              <w:top w:w="90" w:type="dxa"/>
              <w:left w:w="100" w:type="dxa"/>
              <w:bottom w:w="90" w:type="dxa"/>
              <w:right w:w="100" w:type="dxa"/>
            </w:tcMar>
          </w:tcPr>
          <w:p w:rsidR="00CF46A8" w:rsidRDefault="006C4CD1">
            <w:pPr>
              <w:spacing w:line="240" w:lineRule="auto"/>
            </w:pPr>
            <w:r>
              <w:t>- Cây đào và cây quất làm cho ngôi nhà thêm đẹp, có không khí Tết.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lại một điều em hiểu sau khi đọc đoạn.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6. Nói theo tranh</w:t>
            </w:r>
            <w:r>
              <w:rPr>
                <w:b/>
                <w:i/>
              </w:rPr>
              <w:t xml:space="preserve"> – Mục tiêu: </w:t>
            </w:r>
            <w:r>
              <w:rPr>
                <w:i/>
              </w:rPr>
              <w:t>Nói về ngày Tết; bước đầu bồi dưỡng tình yêu Tổ quốc và lòng biết ơn người bảo vệ bình yên.</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chuẩn bị câu trả lời theo nội dung tranh.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Gia đình em thường làm gì trong những ngày Tết?</w:t>
            </w:r>
          </w:p>
        </w:tc>
        <w:tc>
          <w:tcPr>
            <w:tcW w:w="3969" w:type="dxa"/>
            <w:shd w:val="clear" w:color="auto" w:fill="auto"/>
            <w:tcMar>
              <w:top w:w="90" w:type="dxa"/>
              <w:left w:w="100" w:type="dxa"/>
              <w:bottom w:w="90" w:type="dxa"/>
              <w:right w:w="100" w:type="dxa"/>
            </w:tcMar>
          </w:tcPr>
          <w:p w:rsidR="00CF46A8" w:rsidRDefault="006C4CD1">
            <w:pPr>
              <w:spacing w:line="240" w:lineRule="auto"/>
            </w:pPr>
            <w:r>
              <w:t>- Gia đình em dọn dẹp nhà cửa, trang trí, chúc Tết ông bà và sum họp.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Em có thích Tết không? Vì sao?</w:t>
            </w:r>
          </w:p>
        </w:tc>
        <w:tc>
          <w:tcPr>
            <w:tcW w:w="3969" w:type="dxa"/>
            <w:shd w:val="clear" w:color="auto" w:fill="auto"/>
            <w:tcMar>
              <w:top w:w="90" w:type="dxa"/>
              <w:left w:w="100" w:type="dxa"/>
              <w:bottom w:w="90" w:type="dxa"/>
              <w:right w:w="100" w:type="dxa"/>
            </w:tcMar>
          </w:tcPr>
          <w:p w:rsidR="00CF46A8" w:rsidRDefault="006C4CD1">
            <w:pPr>
              <w:spacing w:line="240" w:lineRule="auto"/>
            </w:pPr>
            <w:r>
              <w:t>- Em thích Tết vì được quây quần bên gia đình và đón năm mới.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Trong khi gia đình vui đón Tết, ai vẫn đang làm nhiệm vụ để mọi người được bình yên?</w:t>
            </w:r>
          </w:p>
        </w:tc>
        <w:tc>
          <w:tcPr>
            <w:tcW w:w="3969" w:type="dxa"/>
            <w:shd w:val="clear" w:color="auto" w:fill="auto"/>
            <w:tcMar>
              <w:top w:w="90" w:type="dxa"/>
              <w:left w:w="100" w:type="dxa"/>
              <w:bottom w:w="90" w:type="dxa"/>
              <w:right w:w="100" w:type="dxa"/>
            </w:tcMar>
          </w:tcPr>
          <w:p w:rsidR="00CF46A8" w:rsidRDefault="006C4CD1">
            <w:pPr>
              <w:spacing w:line="240" w:lineRule="auto"/>
            </w:pPr>
            <w:r>
              <w:t>- HS trả lời: Các chú bộ đội, công an và những người làm nhiệm vụ vẫn bảo vệ bình yên cho mọi người.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Tích hợp quốc phòng và an ninh: Hình ảnh Bộ đội Cụ Hồ gắn với sự tận tụy, kỉ luật và tình yêu Tổ quốc. Các em biết trân trọng cuộc sống bình yên, thể hiện lòng biết ơn qua lời chào lễ phép, học tập tốt và giữ gìn truyền thống quê hương.</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nói lời cảm ơn các chú bộ đội và nêu việc làm chăm ngoan.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nội dung vừa nói và nhận xét bạn.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4. HOẠT ĐỘNG VẬN DỤNG</w:t>
            </w:r>
          </w:p>
          <w:p w:rsidR="00CF46A8" w:rsidRDefault="006C4CD1">
            <w:pPr>
              <w:spacing w:line="240" w:lineRule="auto"/>
            </w:pPr>
            <w:r>
              <w:rPr>
                <w:b/>
                <w:i/>
              </w:rPr>
              <w:t xml:space="preserve">Mục tiêu: </w:t>
            </w:r>
            <w:r>
              <w:rPr>
                <w:i/>
              </w:rPr>
              <w:t>Vận dụng vần mới vào nói, đọc và việc làm hằng ngày.</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tìm thêm một tiếng hoặc từ có vần uân, uât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từ tìm được có vần uân, uât và đặt câu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ghi nhớ nhiệm vụ và thực hiện ở nhà.</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Kết luận: Học vần mới giúp các em đọc được nhiều từ hơn, biết quan sát và ứng xử tốt trong cuộc sống.</w:t>
            </w:r>
          </w:p>
        </w:tc>
        <w:tc>
          <w:tcPr>
            <w:tcW w:w="3969" w:type="dxa"/>
            <w:shd w:val="clear" w:color="auto" w:fill="auto"/>
            <w:tcMar>
              <w:top w:w="90" w:type="dxa"/>
              <w:left w:w="100" w:type="dxa"/>
              <w:bottom w:w="90" w:type="dxa"/>
              <w:right w:w="100" w:type="dxa"/>
            </w:tcMar>
          </w:tcPr>
          <w:p w:rsidR="00CF46A8" w:rsidRDefault="006C4CD1">
            <w:pPr>
              <w:spacing w:line="240" w:lineRule="auto"/>
            </w:pPr>
            <w:r>
              <w:t>- HS nhắc lại điều em học được trong bài.</w:t>
            </w:r>
          </w:p>
        </w:tc>
      </w:tr>
    </w:tbl>
    <w:p w:rsidR="00CF46A8" w:rsidRDefault="006C4CD1">
      <w:r>
        <w:rPr>
          <w:b/>
        </w:rPr>
        <w:t>IV. ĐIỀU CHỈNH SAU BÀI DẠY</w:t>
      </w:r>
    </w:p>
    <w:p w:rsidR="00CF46A8" w:rsidRDefault="006C4CD1">
      <w:r>
        <w:t>………………………………………………………………………………………………………………………</w:t>
      </w:r>
    </w:p>
    <w:p w:rsidR="00CF46A8" w:rsidRDefault="006C4CD1">
      <w:r>
        <w:lastRenderedPageBreak/>
        <w:t>………………………………………………………………………………………………………………………</w:t>
      </w:r>
    </w:p>
    <w:p w:rsidR="00CF46A8" w:rsidRDefault="006C4CD1">
      <w:r>
        <w:t>………………………………………………………………………………………………………………………</w:t>
      </w:r>
    </w:p>
    <w:p w:rsidR="00CF46A8" w:rsidRDefault="00CF46A8"/>
    <w:p w:rsidR="00CF46A8" w:rsidRDefault="006C4CD1">
      <w:pPr>
        <w:jc w:val="center"/>
      </w:pPr>
      <w:r>
        <w:rPr>
          <w:b/>
          <w:sz w:val="28"/>
        </w:rPr>
        <w:t>TIẾNG VIỆT</w:t>
      </w:r>
    </w:p>
    <w:p w:rsidR="00CF46A8" w:rsidRDefault="006C4CD1">
      <w:pPr>
        <w:jc w:val="center"/>
      </w:pPr>
      <w:r>
        <w:rPr>
          <w:b/>
          <w:sz w:val="28"/>
        </w:rPr>
        <w:t>BÀI 79: UYÊN, UYÊT</w:t>
      </w:r>
    </w:p>
    <w:p w:rsidR="00CF46A8" w:rsidRDefault="006C4CD1">
      <w:r>
        <w:rPr>
          <w:b/>
        </w:rPr>
        <w:t>I. YÊU CẦU CẦN ĐẠT</w:t>
      </w:r>
    </w:p>
    <w:p w:rsidR="00CF46A8" w:rsidRDefault="006C4CD1">
      <w:r>
        <w:rPr>
          <w:b/>
        </w:rPr>
        <w:t>1. Năng lực đặc thù</w:t>
      </w:r>
    </w:p>
    <w:p w:rsidR="00CF46A8" w:rsidRDefault="006C4CD1">
      <w:r>
        <w:t>- Nhận biết và đọc đúng các vần uyên, uyêt; đọc đúng tiếng, từ ngữ, câu/đoạn có chứa các vần vừa học.</w:t>
      </w:r>
    </w:p>
    <w:p w:rsidR="00CF46A8" w:rsidRDefault="006C4CD1">
      <w:r>
        <w:t>- Hiểu và trả lời được các câu hỏi liên quan đến nội dung đoạn đọc và tranh minh hoạ.</w:t>
      </w:r>
    </w:p>
    <w:p w:rsidR="00CF46A8" w:rsidRDefault="006C4CD1">
      <w:r>
        <w:t>- Viết đúng các vần uyên, uyêt và một số tiếng, từ ngữ ứng dụng trong bài.</w:t>
      </w:r>
    </w:p>
    <w:p w:rsidR="00CF46A8" w:rsidRDefault="006C4CD1">
      <w:r>
        <w:t>- Phát triển vốn từ và kĩ năng nói theo chủ điểm được gợi ý trong tranh.</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t>- Giải quyết vấn đề và sáng tạo: dựa vào tranh và ngữ liệu để trả lời câu hỏi, nói được câu phù hợp tình huống.</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t>- Nhân ái: biết quan tâm tới con người, thiên nhiên và các sự vật gần gũi qua nội dung bài.</w:t>
      </w:r>
    </w:p>
    <w:p w:rsidR="00CF46A8" w:rsidRDefault="006C4CD1">
      <w:r>
        <w:rPr>
          <w:b/>
          <w:color w:val="FF0000"/>
        </w:rPr>
        <w:t>4. Tích hợp</w:t>
      </w:r>
    </w:p>
    <w:p w:rsidR="00CF46A8" w:rsidRDefault="006C4CD1">
      <w:r>
        <w:rPr>
          <w:color w:val="FF0000"/>
        </w:rPr>
        <w:t>- Lý tưởng cách mạng, đạo đức, lối sống: Qua hình ảnh Thánh Gióng, giáo dục lòng yêu nước, tinh thần dũng cảm và đoàn kết.</w:t>
      </w:r>
    </w:p>
    <w:p w:rsidR="00CF46A8" w:rsidRDefault="006C4CD1">
      <w:r>
        <w:rPr>
          <w:color w:val="FF0000"/>
        </w:rPr>
        <w:t>- Quốc phòng và an ninh: Bước đầu hiểu truyền thống chống ngoại xâm, bảo vệ quê hương của dân tộc.</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tâm thế học tập vui vẻ; ôn lại vần đã học và kết nối vào bài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Cho HS đọc lại một số vần, tiếng, từ ngữ của bài Bài 78: uân, uât.</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đồng thanh các vần, tiếng, từ ngữ của bài Bài 78: uân, uât.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Nhận xét cách đọc, sửa lỗi phát âm cho HS và tuyên dương những em đọc rõ, đúng.</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tự sửa lỗi phát âm và cổ vũ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Khi nghe bà kể chuyện, các em được đến với những câu chuyện rất hay. Hôm nay, chúng ta học vần uyên, uyêt.</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quan sát tranh và nhắc lại tên bài học.</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Bài học hôm nay giúp các em đọc, viết đúng các vần uyên, uyêt và sử dụng được những tiếng mới trong giao tiếp.</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các vần mới sẽ học.</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2. HOẠT ĐỘNG HÌNH THÀNH KIẾN THỨC MỚI</w:t>
            </w:r>
          </w:p>
          <w:p w:rsidR="00CF46A8" w:rsidRDefault="006C4CD1">
            <w:pPr>
              <w:spacing w:line="240" w:lineRule="auto"/>
            </w:pPr>
            <w:r>
              <w:rPr>
                <w:b/>
                <w:i/>
              </w:rPr>
              <w:t xml:space="preserve">Mục tiêu: </w:t>
            </w:r>
            <w:r>
              <w:rPr>
                <w:i/>
              </w:rPr>
              <w:t>Nhận biết, đọc đúng vần, tiếng, từ ngữ mới; viết đúng mẫu trên bảng con.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1. Nhận biết</w:t>
            </w:r>
            <w:r>
              <w:rPr>
                <w:b/>
                <w:i/>
              </w:rPr>
              <w:t xml:space="preserve"> – Mục tiêu: </w:t>
            </w:r>
            <w:r>
              <w:rPr>
                <w:i/>
              </w:rPr>
              <w:t>Quan sát tranh, đọc câu nhận biết và phát hiện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Tranh vẽ những ai? Bà đang làm gì?</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Tranh vẽ bà và các cháu. Bà đang kể chuyện cho các cháu nghe.</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câu nhận biết: “Bà kể chuyện hay tuyệt.”; yêu cầu HS đọc theo từng cụm từ rồi đọc cả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theo GV và đọc cả câu: “Bà kể chuyện hay tuyệt.”.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Trong câu “Bà kể chuyện hay tuyệt.”, tiếng nào chứa vần mới?</w:t>
            </w:r>
          </w:p>
        </w:tc>
        <w:tc>
          <w:tcPr>
            <w:tcW w:w="3969" w:type="dxa"/>
            <w:shd w:val="clear" w:color="auto" w:fill="auto"/>
            <w:tcMar>
              <w:top w:w="90" w:type="dxa"/>
              <w:left w:w="100" w:type="dxa"/>
              <w:bottom w:w="90" w:type="dxa"/>
              <w:right w:w="100" w:type="dxa"/>
            </w:tcMar>
          </w:tcPr>
          <w:p w:rsidR="00CF46A8" w:rsidRDefault="006C4CD1">
            <w:pPr>
              <w:spacing w:line="240" w:lineRule="auto"/>
            </w:pPr>
            <w:r>
              <w:t>- HS xác định tiếng có vần uyên, uyêt trong câu nhận biết.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Các tiếng vừa tìm giúp chúng ta nhận biết hai/bốn vần mới của bài là uyên, uyêt.</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đồng thanh các vần uyên, uyêt.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2. Đọc vần, tiếng, từ ngữ</w:t>
            </w:r>
            <w:r>
              <w:rPr>
                <w:b/>
                <w:i/>
              </w:rPr>
              <w:t xml:space="preserve"> – Mục tiêu: </w:t>
            </w:r>
            <w:r>
              <w:rPr>
                <w:i/>
              </w:rPr>
              <w:t>Đánh vần, đọc trơn, ghép và mở rộng tiếng/từ có vần mới.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các vần uyên, uyêt lên bảng và yêu cầu HS nêu điểm giống, khác nhau.</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nhận xét: các vần có phần đầu gần giống/khác nhau ở âm cuối hoặc âm chính theo từng vần uyên, uyêt.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Đánh vần mẫu các vần uyên, uyêt; tổ chức cho HS luyện đọc cá nhân, nhóm, cả lớp.</w:t>
            </w:r>
          </w:p>
        </w:tc>
        <w:tc>
          <w:tcPr>
            <w:tcW w:w="3969" w:type="dxa"/>
            <w:shd w:val="clear" w:color="auto" w:fill="auto"/>
            <w:tcMar>
              <w:top w:w="90" w:type="dxa"/>
              <w:left w:w="100" w:type="dxa"/>
              <w:bottom w:w="90" w:type="dxa"/>
              <w:right w:w="100" w:type="dxa"/>
            </w:tcMar>
          </w:tcPr>
          <w:p w:rsidR="00CF46A8" w:rsidRDefault="006C4CD1">
            <w:pPr>
              <w:spacing w:line="240" w:lineRule="auto"/>
            </w:pPr>
            <w:r>
              <w:t>- HS đánh vần rồi đọc trơn các vần uyên, uyêt theo cá nhân, nhóm và cả lớp.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tiếng mẫu “chuyện”; yêu cầu HS phân tích, đánh vần và đọc trơn.</w:t>
            </w:r>
          </w:p>
        </w:tc>
        <w:tc>
          <w:tcPr>
            <w:tcW w:w="3969" w:type="dxa"/>
            <w:shd w:val="clear" w:color="auto" w:fill="auto"/>
            <w:tcMar>
              <w:top w:w="90" w:type="dxa"/>
              <w:left w:w="100" w:type="dxa"/>
              <w:bottom w:w="90" w:type="dxa"/>
              <w:right w:w="100" w:type="dxa"/>
            </w:tcMar>
          </w:tcPr>
          <w:p w:rsidR="00CF46A8" w:rsidRDefault="006C4CD1">
            <w:pPr>
              <w:spacing w:line="240" w:lineRule="auto"/>
            </w:pPr>
            <w:r>
              <w:t>- HS phân tích, đánh vần và đọc trơn tiếng “chuyện”.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rsidP="009E2008">
            <w:pPr>
              <w:spacing w:line="240" w:lineRule="auto"/>
            </w:pPr>
            <w:r>
              <w:t xml:space="preserve">- Yêu cầu HS quan sát tranh từ ngữ và đọc: con thuyền, truyền thuyết, </w:t>
            </w:r>
            <w:proofErr w:type="gramStart"/>
            <w:r>
              <w:t>trăng</w:t>
            </w:r>
            <w:proofErr w:type="gramEnd"/>
            <w:r>
              <w:t xml:space="preserve"> khuyết.</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tranh, nói tên sự vật và đọc trơn: con thuyền, truyền thuyết, trăng khuyết.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Từ “truyền thuyết” làm em nhớ tới câu chuyện nào về người anh hùng đánh giặc cứu nước?</w:t>
            </w:r>
          </w:p>
        </w:tc>
        <w:tc>
          <w:tcPr>
            <w:tcW w:w="3969" w:type="dxa"/>
            <w:shd w:val="clear" w:color="auto" w:fill="auto"/>
            <w:tcMar>
              <w:top w:w="90" w:type="dxa"/>
              <w:left w:w="100" w:type="dxa"/>
              <w:bottom w:w="90" w:type="dxa"/>
              <w:right w:w="100" w:type="dxa"/>
            </w:tcMar>
          </w:tcPr>
          <w:p w:rsidR="00CF46A8" w:rsidRDefault="006C4CD1">
            <w:pPr>
              <w:spacing w:line="240" w:lineRule="auto"/>
            </w:pPr>
            <w:r>
              <w:t>- HS trả lời: Em nhớ tới truyền thuyết Thánh Gióng.</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lastRenderedPageBreak/>
              <w:t>- Tích hợp đạo đức, lối sống: Thánh Gióng là hình ảnh người anh hùng dũng cảm, lớn lên để đánh giặc cứu nước. Câu chuyện nhắc các em biết yêu quê hương, đoàn kết và làm việc tốt phù hợp với tuổi của mình.</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nêu: Em sẽ chăm học, đoàn kết với bạn và yêu quê hương.</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Muốn đọc đúng tiếng mới, các em cần nhận diện đúng vần, đánh vần chậm rồi đọc trơn rõ tiếng.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và từ ngữ: uyên, uyêt; con thuyền, truyền thuyết, trăng khuyết.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3. Viết bảng</w:t>
            </w:r>
            <w:r>
              <w:rPr>
                <w:b/>
                <w:i/>
              </w:rPr>
              <w:t xml:space="preserve"> – Mục tiêu: </w:t>
            </w:r>
            <w:r>
              <w:rPr>
                <w:i/>
              </w:rPr>
              <w:t>Viết đúng vần và tiếng ứng dụng, đúng độ cao, khoảng cách và dấu thanh.</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các vần uyên, uyêt và tiếng “chuyện”, vừa viết vừa hướng dẫn nét nối và vị trí dấu thanh.</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quy trình viết, dùng ngón tay viết mô phỏng trên không các vần uyên, uyêt.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bảng con các vần uyên, uyêt và tiếng “chuyện”.</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các vần uyên, uyêt và tiếng “chuyện”.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nhận xét một số bảng viết; sửa lỗi về nét nối, dấu thanh và khoảng cách chữ.</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bài viết được nhận xét, tự sửa chữ chưa đúng trên bảng con.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viết vần và tiếng, các em cần đặt bút đúng điểm, nối nét liền mạch và viết dấu thanh đúng vị trí.</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tư thế ngồi viết và cách giữ bảng/vở sạch đẹp.</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LUYỆN TẬP, THỰC HÀNH</w:t>
            </w:r>
          </w:p>
          <w:p w:rsidR="00CF46A8" w:rsidRDefault="006C4CD1">
            <w:pPr>
              <w:spacing w:line="240" w:lineRule="auto"/>
            </w:pPr>
            <w:r>
              <w:rPr>
                <w:b/>
                <w:i/>
              </w:rPr>
              <w:t xml:space="preserve">Mục tiêu: </w:t>
            </w:r>
            <w:r>
              <w:rPr>
                <w:i/>
              </w:rPr>
              <w:t>Củng cố kĩ năng viết vở, đọc hiểu đoạn ứng dụng và nói theo tranh.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4. Viết vở</w:t>
            </w:r>
            <w:r>
              <w:rPr>
                <w:b/>
                <w:i/>
              </w:rPr>
              <w:t xml:space="preserve"> – Mục tiêu: </w:t>
            </w:r>
            <w:r>
              <w:rPr>
                <w:i/>
              </w:rPr>
              <w:t>Tô, viết đúng vần và từ ngữ ứng dụng vào vở Tập viết.</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Nhắc HS tư thế ngồi viết, cách cầm bút; yêu cầu viết các vần uyên, uyêt và một số từ ngữ ứng dụng trong bài.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ngồi đúng tư thế và viết các vần uyên, uyêt, từ ngữ ứng dụng vào vở Tập viết.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Quan sát từng bàn, hỗ trợ HS còn chậm; nhận xét và sửa một số bài viết.</w:t>
            </w:r>
          </w:p>
        </w:tc>
        <w:tc>
          <w:tcPr>
            <w:tcW w:w="3969" w:type="dxa"/>
            <w:shd w:val="clear" w:color="auto" w:fill="auto"/>
            <w:tcMar>
              <w:top w:w="90" w:type="dxa"/>
              <w:left w:w="100" w:type="dxa"/>
              <w:bottom w:w="90" w:type="dxa"/>
              <w:right w:w="100" w:type="dxa"/>
            </w:tcMar>
          </w:tcPr>
          <w:p w:rsidR="00CF46A8" w:rsidRDefault="006C4CD1">
            <w:pPr>
              <w:spacing w:line="240" w:lineRule="auto"/>
            </w:pPr>
            <w:r>
              <w:t>- HS hoàn thành bài viết, đổi vở quan sát và học cách sửa lỗi theo hướng dẫn.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đúng và sạch giúp các em ghi nhớ vần mới lâu hơn.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kiểm tra lại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5. Đọc đoạn ứng dụng</w:t>
            </w:r>
            <w:r>
              <w:rPr>
                <w:b/>
                <w:i/>
              </w:rPr>
              <w:t xml:space="preserve"> – Mục tiêu: </w:t>
            </w:r>
            <w:r>
              <w:rPr>
                <w:i/>
              </w:rPr>
              <w:t>Đọc rõ đoạn ứng dụng, trả lời câu hỏi.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minh hoạ đoạn đọc và dự đoán nội dung đoạn.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và dự đoán nội dung đoạn đọc.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Đọc mẫu đoạn ứng dụng; yêu cầu HS đọc thầm, tìm tiếng chứa vần mới, sau đó luyện đọc nối tiếp câu.</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thầm, tìm tiếng chứa vần uyên, uyêt; luyện đọc nối tiếp câu và đọc cả đoạn.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Sân nhà bạn nhỏ sáng nhờ đâu?</w:t>
            </w:r>
          </w:p>
        </w:tc>
        <w:tc>
          <w:tcPr>
            <w:tcW w:w="3969" w:type="dxa"/>
            <w:shd w:val="clear" w:color="auto" w:fill="auto"/>
            <w:tcMar>
              <w:top w:w="90" w:type="dxa"/>
              <w:left w:w="100" w:type="dxa"/>
              <w:bottom w:w="90" w:type="dxa"/>
              <w:right w:w="100" w:type="dxa"/>
            </w:tcMar>
          </w:tcPr>
          <w:p w:rsidR="00CF46A8" w:rsidRDefault="006C4CD1">
            <w:pPr>
              <w:spacing w:line="240" w:lineRule="auto"/>
            </w:pPr>
            <w:r>
              <w:t>- Sân nhà bạn nhỏ sáng nhờ ánh trăng.</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Trăng tròn và trăng khuyết giống với sự vật nào?</w:t>
            </w:r>
          </w:p>
        </w:tc>
        <w:tc>
          <w:tcPr>
            <w:tcW w:w="3969" w:type="dxa"/>
            <w:shd w:val="clear" w:color="auto" w:fill="auto"/>
            <w:tcMar>
              <w:top w:w="90" w:type="dxa"/>
              <w:left w:w="100" w:type="dxa"/>
              <w:bottom w:w="90" w:type="dxa"/>
              <w:right w:w="100" w:type="dxa"/>
            </w:tcMar>
          </w:tcPr>
          <w:p w:rsidR="00CF46A8" w:rsidRDefault="006C4CD1">
            <w:pPr>
              <w:spacing w:line="240" w:lineRule="auto"/>
            </w:pPr>
            <w:r>
              <w:t>- Trăng tròn giống chiếc đĩa; trăng khuyết giống chiếc thuyền hoặc lưỡi liềm.</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Bạn nhỏ có yêu trăng không?</w:t>
            </w:r>
          </w:p>
        </w:tc>
        <w:tc>
          <w:tcPr>
            <w:tcW w:w="3969" w:type="dxa"/>
            <w:shd w:val="clear" w:color="auto" w:fill="auto"/>
            <w:tcMar>
              <w:top w:w="90" w:type="dxa"/>
              <w:left w:w="100" w:type="dxa"/>
              <w:bottom w:w="90" w:type="dxa"/>
              <w:right w:w="100" w:type="dxa"/>
            </w:tcMar>
          </w:tcPr>
          <w:p w:rsidR="00CF46A8" w:rsidRDefault="006C4CD1">
            <w:pPr>
              <w:spacing w:line="240" w:lineRule="auto"/>
            </w:pPr>
            <w:r>
              <w:t>- Bạn nhỏ rất yêu trăng và coi trăng như người bạn.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Qua đoạn đọc, các em vừa luyện đọc đúng vần mới vừa hiểu thêm nội dung bức tranh và bài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lại một điều em hiểu sau khi đọc đoạn.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rPr>
                <w:b/>
              </w:rPr>
              <w:t>Hoạt động 6. Nói theo tranh</w:t>
            </w:r>
            <w:r>
              <w:rPr>
                <w:b/>
                <w:i/>
              </w:rPr>
              <w:t xml:space="preserve"> – Mục tiêu: </w:t>
            </w:r>
            <w:r>
              <w:rPr>
                <w:i/>
              </w:rPr>
              <w:t>Nói theo tranh; bước đầu hiểu truyền thống bảo vệ quê hương qua truyện Thánh Gióng.</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tranh nói và trả lời câu hỏi.</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chuẩn bị câu trả lời theo nội dung tranh.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Trong tranh có những sự vật nào có tiếng chứa vần uyên, uyêt?</w:t>
            </w:r>
          </w:p>
        </w:tc>
        <w:tc>
          <w:tcPr>
            <w:tcW w:w="3969" w:type="dxa"/>
            <w:shd w:val="clear" w:color="auto" w:fill="auto"/>
            <w:tcMar>
              <w:top w:w="90" w:type="dxa"/>
              <w:left w:w="100" w:type="dxa"/>
              <w:bottom w:w="90" w:type="dxa"/>
              <w:right w:w="100" w:type="dxa"/>
            </w:tcMar>
          </w:tcPr>
          <w:p w:rsidR="00CF46A8" w:rsidRDefault="006C4CD1">
            <w:pPr>
              <w:spacing w:line="240" w:lineRule="auto"/>
            </w:pPr>
            <w:r>
              <w:t>- Trong tranh có con thuyền, trăng khuyết và chuyến đi.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Em biết câu chuyện truyền thuyết nào của dân tộc?</w:t>
            </w:r>
          </w:p>
        </w:tc>
        <w:tc>
          <w:tcPr>
            <w:tcW w:w="3969" w:type="dxa"/>
            <w:shd w:val="clear" w:color="auto" w:fill="auto"/>
            <w:tcMar>
              <w:top w:w="90" w:type="dxa"/>
              <w:left w:w="100" w:type="dxa"/>
              <w:bottom w:w="90" w:type="dxa"/>
              <w:right w:w="100" w:type="dxa"/>
            </w:tcMar>
          </w:tcPr>
          <w:p w:rsidR="00CF46A8" w:rsidRDefault="006C4CD1">
            <w:pPr>
              <w:spacing w:line="240" w:lineRule="auto"/>
            </w:pPr>
            <w:r>
              <w:t>- Em biết truyện Thánh Gióng, kể về người anh hùng đánh giặc cứu nước.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Thánh Gióng đã làm gì để bảo vệ quê hương?</w:t>
            </w:r>
          </w:p>
        </w:tc>
        <w:tc>
          <w:tcPr>
            <w:tcW w:w="3969" w:type="dxa"/>
            <w:shd w:val="clear" w:color="auto" w:fill="auto"/>
            <w:tcMar>
              <w:top w:w="90" w:type="dxa"/>
              <w:left w:w="100" w:type="dxa"/>
              <w:bottom w:w="90" w:type="dxa"/>
              <w:right w:w="100" w:type="dxa"/>
            </w:tcMar>
          </w:tcPr>
          <w:p w:rsidR="00CF46A8" w:rsidRDefault="006C4CD1">
            <w:pPr>
              <w:spacing w:line="240" w:lineRule="auto"/>
            </w:pPr>
            <w:r>
              <w:t>- HS trả lời: Thánh Gióng cưỡi ngựa sắt, đánh giặc để bảo vệ quê hương.</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Tích hợp quốc phòng và an ninh: Truyền thuyết Thánh Gióng giúp các em bước đầu hiểu dân tộc ta có truyền thống đoàn kết, dũng cảm chống giặc ngoại xâm. Hôm nay, tình yêu quê hương thể hiện ở việc chăm học, đoàn kết, giữ gìn những điều tốt đẹp của đất nước.</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nêu: Em yêu quê hương và sẽ chăm học, đoàn kết với bạn.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Khi nói theo tranh, các em cần quan sát kĩ, nói đủ ý và biết liên hệ với việc làm của bản thân.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nhắc lại nội dung vừa nói và nhận xét bạn.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4. HOẠT ĐỘNG VẬN DỤNG</w:t>
            </w:r>
          </w:p>
          <w:p w:rsidR="00CF46A8" w:rsidRDefault="006C4CD1">
            <w:pPr>
              <w:spacing w:line="240" w:lineRule="auto"/>
            </w:pPr>
            <w:r>
              <w:rPr>
                <w:b/>
                <w:i/>
              </w:rPr>
              <w:t xml:space="preserve">Mục tiêu: </w:t>
            </w:r>
            <w:r>
              <w:rPr>
                <w:i/>
              </w:rPr>
              <w:t>Vận dụng vần mới vào nói, đọc và việc làm hằng ngày.</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tìm thêm một tiếng hoặc từ có vần uyên, uyêt và đặt một câu ngắn.</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nêu từ tìm được có vần uyên, uyêt và đặt câu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giờ học; dặn HS đọc lại bài cho người thân nghe và thực hiện việc làm phù hợp nội dung bài.</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ghi nhớ nhiệm vụ và thực hiện ở nhà.</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xml:space="preserve">- Kết luận: Học vần mới giúp các em đọc được nhiều </w:t>
            </w:r>
            <w:r>
              <w:lastRenderedPageBreak/>
              <w:t>từ hơn, biết quan sát và ứng xử tốt trong cuộc sống.</w:t>
            </w:r>
          </w:p>
        </w:tc>
        <w:tc>
          <w:tcPr>
            <w:tcW w:w="3969" w:type="dxa"/>
            <w:shd w:val="clear" w:color="auto" w:fill="auto"/>
            <w:tcMar>
              <w:top w:w="90" w:type="dxa"/>
              <w:left w:w="100" w:type="dxa"/>
              <w:bottom w:w="90" w:type="dxa"/>
              <w:right w:w="100" w:type="dxa"/>
            </w:tcMar>
          </w:tcPr>
          <w:p w:rsidR="00CF46A8" w:rsidRDefault="006C4CD1">
            <w:pPr>
              <w:spacing w:line="240" w:lineRule="auto"/>
            </w:pPr>
            <w:r>
              <w:lastRenderedPageBreak/>
              <w:t xml:space="preserve">- HS nhắc lại điều em học được </w:t>
            </w:r>
            <w:r>
              <w:lastRenderedPageBreak/>
              <w:t>trong bài.</w:t>
            </w:r>
          </w:p>
        </w:tc>
      </w:tr>
    </w:tbl>
    <w:p w:rsidR="00CF46A8" w:rsidRDefault="006C4CD1">
      <w:r>
        <w:rPr>
          <w:b/>
        </w:rPr>
        <w:lastRenderedPageBreak/>
        <w:t>IV. ĐIỀU CHỈNH SAU BÀI DẠY</w:t>
      </w:r>
    </w:p>
    <w:p w:rsidR="00CF46A8" w:rsidRDefault="006C4CD1">
      <w:r>
        <w:t>………………………………………………………………………………………………………………………</w:t>
      </w:r>
    </w:p>
    <w:p w:rsidR="00CF46A8" w:rsidRDefault="006C4CD1">
      <w:r>
        <w:t>………………………………………………………………………………………………………………………</w:t>
      </w:r>
    </w:p>
    <w:p w:rsidR="00CF46A8" w:rsidRDefault="006C4CD1">
      <w:r>
        <w:t>………………………………………………………………………………………………………………………</w:t>
      </w:r>
    </w:p>
    <w:p w:rsidR="00CF46A8" w:rsidRDefault="006C4CD1">
      <w:pPr>
        <w:jc w:val="center"/>
      </w:pPr>
      <w:r>
        <w:rPr>
          <w:b/>
          <w:sz w:val="28"/>
        </w:rPr>
        <w:t>TIẾNG VIỆT</w:t>
      </w:r>
    </w:p>
    <w:p w:rsidR="00CF46A8" w:rsidRDefault="006C4CD1">
      <w:pPr>
        <w:jc w:val="center"/>
      </w:pPr>
      <w:r>
        <w:rPr>
          <w:b/>
          <w:sz w:val="28"/>
        </w:rPr>
        <w:t>LUYỆN VIẾT NÂNG CAO</w:t>
      </w:r>
    </w:p>
    <w:p w:rsidR="00CF46A8" w:rsidRDefault="006C4CD1">
      <w:r>
        <w:rPr>
          <w:b/>
        </w:rPr>
        <w:t>I. YÊU CẦU CẦN ĐẠT</w:t>
      </w:r>
    </w:p>
    <w:p w:rsidR="00CF46A8" w:rsidRDefault="006C4CD1">
      <w:r>
        <w:rPr>
          <w:b/>
        </w:rPr>
        <w:t>1. Năng lực đặc thù</w:t>
      </w:r>
    </w:p>
    <w:p w:rsidR="00CF46A8" w:rsidRDefault="006C4CD1">
      <w:r>
        <w:t>- Củng cố cách đọc và viết đúng các vần, tiếng, từ ngữ: uân, uât, uyên, uyêt; tuần tra, truyền thuyết, trăng khuyết.</w:t>
      </w:r>
    </w:p>
    <w:p w:rsidR="00CF46A8" w:rsidRDefault="006C4CD1">
      <w:r>
        <w:t>- Rèn tư thế ngồi viết, cách cầm bút, trình bày sạch đẹp.</w:t>
      </w:r>
    </w:p>
    <w:p w:rsidR="00CF46A8" w:rsidRDefault="006C4CD1">
      <w:r>
        <w:rPr>
          <w:b/>
        </w:rPr>
        <w:t>2. Năng lực chung</w:t>
      </w:r>
    </w:p>
    <w:p w:rsidR="00CF46A8" w:rsidRDefault="006C4CD1">
      <w:r>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hứng thú và ôn lại vần đã học.</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Tổ chức cho HS đọc nối tiếp các vần vừa học trên bảng phụ.</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và cả lớp các vần trên bảng phụ.</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Tiết luyện viết hôm nay giúp các em viết đều nét và ghi nhớ các vần đã học.</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và chuẩn bị bảng con, vở ô li.</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Các em cần đọc đúng trước khi viết đúng.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chuẩn bị luyện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lastRenderedPageBreak/>
              <w:t>2. HOẠT ĐỘNG LUYỆN TẬP, THỰC HÀNH</w:t>
            </w:r>
          </w:p>
          <w:p w:rsidR="00CF46A8" w:rsidRDefault="006C4CD1">
            <w:pPr>
              <w:spacing w:line="240" w:lineRule="auto"/>
            </w:pPr>
            <w:r>
              <w:rPr>
                <w:b/>
                <w:i/>
              </w:rPr>
              <w:t xml:space="preserve">Mục tiêu: </w:t>
            </w:r>
            <w:r>
              <w:rPr>
                <w:i/>
              </w:rPr>
              <w:t>Viết đúng mẫu chữ, đúng khoảng cách và trình bày sạch đẹp.</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Viết mẫu và hướng dẫn HS viết: uân, uât, uyên, uyêt; tuần tra, truyền thuyết, trăng khuyết.</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mẫu và nêu lại các vần, tiếng cần viết: uân, uât, uyên, uyêt; tuần tra, truyền thuyết, trăng khuyết.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bảng con một lượt; quan sát, sửa nét nối và dấu thanh.</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bảng con, giơ bảng và sửa lỗi theo hướng dẫn.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viết vào vở ô li; nhắc tư thế ngồi, khoảng cách chữ và giữ vở sạch.</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vào vở ô li từng dòng theo mẫu, giữ đúng tư thế.</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Nhận xét một số bài viết, chỉ rõ điểm đúng và lỗi cần sửa.</w:t>
            </w:r>
          </w:p>
        </w:tc>
        <w:tc>
          <w:tcPr>
            <w:tcW w:w="3969" w:type="dxa"/>
            <w:shd w:val="clear" w:color="auto" w:fill="auto"/>
            <w:tcMar>
              <w:top w:w="90" w:type="dxa"/>
              <w:left w:w="100" w:type="dxa"/>
              <w:bottom w:w="90" w:type="dxa"/>
              <w:right w:w="100" w:type="dxa"/>
            </w:tcMar>
          </w:tcPr>
          <w:p w:rsidR="00CF46A8" w:rsidRDefault="006C4CD1">
            <w:pPr>
              <w:spacing w:line="240" w:lineRule="auto"/>
            </w:pPr>
            <w:r>
              <w:t>- HS quan sát, đối chiếu bài của mình và sửa chữ chưa đúng.</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Viết chậm, đúng nét và đúng khoảng cách sẽ giúp chữ đẹp, dễ đọc.</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tự đánh giá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VẬN DỤNG</w:t>
            </w:r>
          </w:p>
          <w:p w:rsidR="00CF46A8" w:rsidRDefault="006C4CD1">
            <w:pPr>
              <w:spacing w:line="240" w:lineRule="auto"/>
            </w:pPr>
            <w:r>
              <w:rPr>
                <w:b/>
                <w:i/>
              </w:rPr>
              <w:t xml:space="preserve">Mục tiêu: </w:t>
            </w:r>
            <w:r>
              <w:rPr>
                <w:i/>
              </w:rPr>
              <w:t>Tự luyện viết và vận dụng từ ngữ đã học.</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Yêu cầu HS chọn một từ vừa viết và nói một câu có từ đó.</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chọn từ và nói một câu ngắn phù hợp.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Kết luận: Các em tiếp tục luyện viết mỗi ngày để chữ ngày càng đều và đẹp.</w:t>
            </w:r>
          </w:p>
        </w:tc>
        <w:tc>
          <w:tcPr>
            <w:tcW w:w="3969" w:type="dxa"/>
            <w:shd w:val="clear" w:color="auto" w:fill="auto"/>
            <w:tcMar>
              <w:top w:w="90" w:type="dxa"/>
              <w:left w:w="100" w:type="dxa"/>
              <w:bottom w:w="90" w:type="dxa"/>
              <w:right w:w="100" w:type="dxa"/>
            </w:tcMar>
          </w:tcPr>
          <w:p w:rsidR="00CF46A8" w:rsidRDefault="006C4CD1">
            <w:pPr>
              <w:spacing w:line="240" w:lineRule="auto"/>
            </w:pPr>
            <w:r>
              <w:t>- HS ghi nhớ nhiệm vụ luyện viết ở nhà.</w:t>
            </w:r>
          </w:p>
        </w:tc>
      </w:tr>
    </w:tbl>
    <w:p w:rsidR="00CF46A8" w:rsidRDefault="006C4CD1">
      <w:r>
        <w:rPr>
          <w:b/>
        </w:rPr>
        <w:t>IV. ĐIỀU CHỈNH SAU BÀI DẠY</w:t>
      </w:r>
    </w:p>
    <w:p w:rsidR="00CF46A8" w:rsidRDefault="006C4CD1">
      <w:r>
        <w:t>………………………………………………………………………………………………………………………</w:t>
      </w:r>
    </w:p>
    <w:p w:rsidR="00CF46A8" w:rsidRDefault="006C4CD1">
      <w:r>
        <w:t>………………………………………………………………………………………………………………………</w:t>
      </w:r>
    </w:p>
    <w:p w:rsidR="00CF46A8" w:rsidRDefault="006C4CD1">
      <w:r>
        <w:t>………………………………………………………………………………………………………………………</w:t>
      </w:r>
    </w:p>
    <w:p w:rsidR="00CF46A8" w:rsidRDefault="00CF46A8"/>
    <w:p w:rsidR="00CF46A8" w:rsidRDefault="006C4CD1">
      <w:pPr>
        <w:jc w:val="center"/>
      </w:pPr>
      <w:r>
        <w:rPr>
          <w:b/>
          <w:sz w:val="28"/>
        </w:rPr>
        <w:t>TIẾNG VIỆT</w:t>
      </w:r>
    </w:p>
    <w:p w:rsidR="00CF46A8" w:rsidRDefault="006C4CD1">
      <w:pPr>
        <w:jc w:val="center"/>
      </w:pPr>
      <w:r>
        <w:rPr>
          <w:b/>
          <w:sz w:val="28"/>
        </w:rPr>
        <w:t>BÀI 80: ÔN TẬP VÀ KỂ CHUYỆN</w:t>
      </w:r>
    </w:p>
    <w:p w:rsidR="00CF46A8" w:rsidRDefault="006C4CD1">
      <w:r>
        <w:rPr>
          <w:b/>
        </w:rPr>
        <w:t>I. YÊU CẦU CẦN ĐẠT</w:t>
      </w:r>
    </w:p>
    <w:p w:rsidR="00CF46A8" w:rsidRDefault="006C4CD1">
      <w:r>
        <w:rPr>
          <w:b/>
        </w:rPr>
        <w:t>1. Năng lực đặc thù</w:t>
      </w:r>
    </w:p>
    <w:p w:rsidR="00CF46A8" w:rsidRDefault="006C4CD1">
      <w:r>
        <w:t>- Ôn đọc và vận dụng các vần đã học: oan, oăn, oat, oăt, oai, uê, uy, uân, uât, uyên, uyêt; đọc được tiếng, từ ngữ, câu/đoạn ứng dụng.</w:t>
      </w:r>
    </w:p>
    <w:p w:rsidR="00CF46A8" w:rsidRDefault="006C4CD1">
      <w:r>
        <w:t>- Viết đúng câu ứng dụng theo yêu cầu; nghe, hiểu và kể lại được từng đoạn của câu chuyện theo tranh.</w:t>
      </w:r>
    </w:p>
    <w:p w:rsidR="00CF46A8" w:rsidRDefault="006C4CD1">
      <w:r>
        <w:t>- Nêu được bài học phù hợp từ câu chuyện “Cặp sừng và đôi chân”.</w:t>
      </w:r>
    </w:p>
    <w:p w:rsidR="00CF46A8" w:rsidRDefault="006C4CD1">
      <w:r>
        <w:rPr>
          <w:b/>
        </w:rPr>
        <w:t>2. Năng lực chung</w:t>
      </w:r>
    </w:p>
    <w:p w:rsidR="00CF46A8" w:rsidRDefault="006C4CD1">
      <w:r>
        <w:lastRenderedPageBreak/>
        <w:t>- Tự chủ và tự học: chủ động quan sát tranh, luyện đọc, luyện viết và tự sửa lỗi khi được hướng dẫn.</w:t>
      </w:r>
    </w:p>
    <w:p w:rsidR="00CF46A8" w:rsidRDefault="006C4CD1">
      <w:r>
        <w:t>- Giao tiếp và hợp tác: biết trao đổi với bạn, lắng nghe, nhận xét và thực hiện nhiệm vụ theo cặp hoặc nhóm.</w:t>
      </w:r>
    </w:p>
    <w:p w:rsidR="00CF46A8" w:rsidRDefault="006C4CD1">
      <w:r>
        <w:t>- Giải quyết vấn đề và sáng tạo: dựa vào tranh và ngữ liệu để trả lời câu hỏi, nói được câu phù hợp tình huống.</w:t>
      </w:r>
    </w:p>
    <w:p w:rsidR="00CF46A8" w:rsidRDefault="006C4CD1">
      <w:r>
        <w:rPr>
          <w:b/>
        </w:rPr>
        <w:t>3. Phẩm chất</w:t>
      </w:r>
    </w:p>
    <w:p w:rsidR="00CF46A8" w:rsidRDefault="006C4CD1">
      <w:r>
        <w:t>- Chăm chỉ: tích cực luyện đọc, luyện viết và hoàn thành nhiệm vụ học tập.</w:t>
      </w:r>
    </w:p>
    <w:p w:rsidR="00CF46A8" w:rsidRDefault="006C4CD1">
      <w:r>
        <w:t>- Trách nhiệm: giữ gìn sách vở, đồ dùng học tập; hợp tác nghiêm túc trong giờ học.</w:t>
      </w:r>
    </w:p>
    <w:p w:rsidR="00CF46A8" w:rsidRDefault="006C4CD1">
      <w:r>
        <w:t>- Nhân ái: biết rút ra bài học tốt đẹp từ câu chuyện để ứng xử phù hợp.</w:t>
      </w:r>
    </w:p>
    <w:p w:rsidR="00CF46A8" w:rsidRDefault="006C4CD1">
      <w:r>
        <w:rPr>
          <w:b/>
          <w:color w:val="FF0000"/>
        </w:rPr>
        <w:t>4. Tích hợp</w:t>
      </w:r>
    </w:p>
    <w:p w:rsidR="00CF46A8" w:rsidRDefault="006C4CD1">
      <w:r>
        <w:rPr>
          <w:color w:val="FF0000"/>
        </w:rPr>
        <w:t>- Quyền con người: Qua truyện “Cặp sừng và đôi chân”, giúp HS nhận biết mỗi người có quyền được tôn trọng về đặc điểm cơ thể, không bị chê bai ngoại hình.</w:t>
      </w:r>
    </w:p>
    <w:p w:rsidR="00CF46A8" w:rsidRDefault="006C4CD1">
      <w:r>
        <w:rPr>
          <w:color w:val="FF0000"/>
        </w:rPr>
        <w:t>- Lý tưởng cách mạng, đạo đức, lối sống: Giáo dục HS biết yêu quý bản thân, trân trọng bạn bè và nhìn nhận đúng giá trị của mỗi người.</w:t>
      </w:r>
    </w:p>
    <w:p w:rsidR="00CF46A8" w:rsidRDefault="006C4CD1">
      <w:r>
        <w:rPr>
          <w:b/>
        </w:rPr>
        <w:t>II. ĐỒ DÙNG DẠY HỌC</w:t>
      </w:r>
    </w:p>
    <w:p w:rsidR="00CF46A8" w:rsidRDefault="006C4CD1">
      <w:r>
        <w:t>- Giáo viên: SGK, SGV Tiếng Việt 1 tập một; tranh minh hoạ cắt đúng nội dung bài; thẻ chữ/bảng phụ; máy tính, máy chiếu (nếu có).</w:t>
      </w:r>
    </w:p>
    <w:p w:rsidR="00CF46A8" w:rsidRDefault="006C4CD1">
      <w:r>
        <w:t>- Học sinh: SGK, vở Tập viết, bảng con, bộ thẻ chữ, bút viết.</w:t>
      </w:r>
    </w:p>
    <w:p w:rsidR="00CF46A8" w:rsidRDefault="006C4CD1">
      <w:r>
        <w:rPr>
          <w:b/>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953"/>
        <w:gridCol w:w="3969"/>
      </w:tblGrid>
      <w:tr w:rsidR="00CF46A8" w:rsidTr="009E2008">
        <w:trPr>
          <w:tblHeade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GIÁO VIÊN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jc w:val="center"/>
            </w:pPr>
            <w:r>
              <w:rPr>
                <w:b/>
              </w:rPr>
              <w:t>HOẠT ĐỘNG CỦA HỌC SINH</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1. HOẠT ĐỘNG MỞ ĐẦU</w:t>
            </w:r>
          </w:p>
          <w:p w:rsidR="00CF46A8" w:rsidRDefault="006C4CD1">
            <w:pPr>
              <w:spacing w:line="240" w:lineRule="auto"/>
            </w:pPr>
            <w:r>
              <w:rPr>
                <w:b/>
                <w:i/>
              </w:rPr>
              <w:t xml:space="preserve">Mục tiêu: </w:t>
            </w:r>
            <w:r>
              <w:rPr>
                <w:i/>
              </w:rPr>
              <w:t>Tạo hứng thú, ôn lại các vần đã học và kết nối vào bài ôn tập.</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Cho HS đọc nối tiếp các vần: oan, oăn, oat, oăt, oai, uê, uy, uân, uât, uyên, uyêt.</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cá nhân, nhóm, lớp các vần: oan, oăn, oat, oăt, oai, uê, uy, uân, uât, uyên, uyêt.</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Giới thiệu: Hôm nay các em ôn đọc, ôn viết và cùng nghe kể câu chuyện “Cặp sừng và đôi chân” để rút ra bài học cho mình.</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và nêu tên câu chuyện.</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Đọc đúng các vần đã học sẽ giúp các em nghe, hiểu và kể chuyện rõ ràng hơn.</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đọc lại các vần đã ôn.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2. HOẠT ĐỘNG LUYỆN TẬP, THỰC HÀNH</w:t>
            </w:r>
          </w:p>
          <w:p w:rsidR="00CF46A8" w:rsidRDefault="006C4CD1">
            <w:pPr>
              <w:spacing w:line="240" w:lineRule="auto"/>
            </w:pPr>
            <w:r>
              <w:rPr>
                <w:b/>
                <w:i/>
              </w:rPr>
              <w:t xml:space="preserve">Mục tiêu: </w:t>
            </w:r>
            <w:r>
              <w:rPr>
                <w:i/>
              </w:rPr>
              <w:t>Ôn đọc vần, đọc đoạn và viết đúng câu ứng dụng.</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Yêu cầu HS quan sát sơ đồ/từ ngữ ôn tập trong SGK và đọc các vần, từ đã học.</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đọc vần và đọc các từ ngữ ôn tập.</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đọc đoạn ứng dụng: Đọc đoạn ôn tập trong SGK và tìm tiếng chứa vần đã học.</w:t>
            </w:r>
          </w:p>
        </w:tc>
        <w:tc>
          <w:tcPr>
            <w:tcW w:w="3969" w:type="dxa"/>
            <w:shd w:val="clear" w:color="auto" w:fill="auto"/>
            <w:tcMar>
              <w:top w:w="90" w:type="dxa"/>
              <w:left w:w="100" w:type="dxa"/>
              <w:bottom w:w="90" w:type="dxa"/>
              <w:right w:w="100" w:type="dxa"/>
            </w:tcMar>
          </w:tcPr>
          <w:p w:rsidR="00CF46A8" w:rsidRDefault="006C4CD1">
            <w:pPr>
              <w:spacing w:line="240" w:lineRule="auto"/>
            </w:pPr>
            <w:r>
              <w:t>- HS đọc thầm, tìm tiếng có vần đã học rồi luyện đọc đoạn: Đọc đoạn ôn tập trong SGK và tìm tiếng chứa vần đã học.</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lastRenderedPageBreak/>
              <w:t>- Đoạn đọc giúp em hiểu điều gì?</w:t>
            </w:r>
          </w:p>
        </w:tc>
        <w:tc>
          <w:tcPr>
            <w:tcW w:w="3969" w:type="dxa"/>
            <w:shd w:val="clear" w:color="auto" w:fill="auto"/>
            <w:tcMar>
              <w:top w:w="90" w:type="dxa"/>
              <w:left w:w="100" w:type="dxa"/>
              <w:bottom w:w="90" w:type="dxa"/>
              <w:right w:w="100" w:type="dxa"/>
            </w:tcMar>
          </w:tcPr>
          <w:p w:rsidR="00CF46A8" w:rsidRDefault="006C4CD1">
            <w:pPr>
              <w:spacing w:line="240" w:lineRule="auto"/>
            </w:pPr>
            <w:r>
              <w:t>- HS nêu nội dung chính của đoạn đọc theo gợi ý của GV.</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Hướng dẫn HS viết câu ứng dụng trong vở Tập viết, chú ý điểm đặt bút, dấu thanh và khoảng cách.</w:t>
            </w:r>
          </w:p>
        </w:tc>
        <w:tc>
          <w:tcPr>
            <w:tcW w:w="3969" w:type="dxa"/>
            <w:shd w:val="clear" w:color="auto" w:fill="auto"/>
            <w:tcMar>
              <w:top w:w="90" w:type="dxa"/>
              <w:left w:w="100" w:type="dxa"/>
              <w:bottom w:w="90" w:type="dxa"/>
              <w:right w:w="100" w:type="dxa"/>
            </w:tcMar>
          </w:tcPr>
          <w:p w:rsidR="00CF46A8" w:rsidRDefault="006C4CD1">
            <w:pPr>
              <w:spacing w:line="240" w:lineRule="auto"/>
            </w:pPr>
            <w:r>
              <w:t>- HS viết câu ứng dụng vào vở, tự rà soát lỗi sau khi viết.</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Chốt: Các em đã vận dụng vần đã học để đọc hiểu và viết đúng câu ứng dụng.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HS lắng nghe và kiểm tra lại bài viết.</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r>
              <w:rPr>
                <w:b/>
              </w:rPr>
              <w:t>3. HOẠT ĐỘNG HÌNH THÀNH, PHÁT TRIỂN NĂNG LỰC NGHE – NÓI</w:t>
            </w:r>
          </w:p>
          <w:p w:rsidR="00CF46A8" w:rsidRDefault="006C4CD1">
            <w:pPr>
              <w:spacing w:line="240" w:lineRule="auto"/>
            </w:pPr>
            <w:r>
              <w:rPr>
                <w:b/>
                <w:i/>
              </w:rPr>
              <w:t xml:space="preserve">Mục tiêu: </w:t>
            </w:r>
            <w:r>
              <w:rPr>
                <w:i/>
              </w:rPr>
              <w:t>Nghe kể, trả lời câu hỏi và kể lại câu chuyện; thực hiện mục tiêu tích hợp của bài.</w:t>
            </w:r>
          </w:p>
        </w:tc>
      </w:tr>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rsidP="009E2008">
            <w:pPr>
              <w:spacing w:line="240" w:lineRule="auto"/>
            </w:pPr>
            <w:r>
              <w:t>- Giới thiệu tranh kể chuyện “Cặp sừng và đôi chân”; yêu cầu HS quan sát và dự đoán các nhân vật, sự việc.</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quan sát tranh, nêu nhân vật và dự đoán nội dung câu chuyện.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Kể toàn bộ câu chuyện “Cặp sừng và đôi chân” lần thứ nhất bằng giọng phù hợp.</w:t>
            </w:r>
          </w:p>
        </w:tc>
        <w:tc>
          <w:tcPr>
            <w:tcW w:w="3969" w:type="dxa"/>
            <w:shd w:val="clear" w:color="auto" w:fill="auto"/>
            <w:tcMar>
              <w:top w:w="90" w:type="dxa"/>
              <w:left w:w="100" w:type="dxa"/>
              <w:bottom w:w="90" w:type="dxa"/>
              <w:right w:w="100" w:type="dxa"/>
            </w:tcMar>
          </w:tcPr>
          <w:p w:rsidR="00CF46A8" w:rsidRDefault="006C4CD1">
            <w:pPr>
              <w:spacing w:line="240" w:lineRule="auto"/>
            </w:pPr>
            <w:r>
              <w:t>- HS chú ý lắng nghe để nắm nhân vật và diễn biến chính.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Kể lần thứ hai theo từng đoạn, kết hợp chỉ tranh; đặt câu hỏi sau mỗi đoạn.</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từng đoạn, quan sát tranh và chuẩn bị trả lời.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Vì sao hươu nghĩ mình là con hươu đẹp nhất khu rừng?</w:t>
            </w:r>
          </w:p>
        </w:tc>
        <w:tc>
          <w:tcPr>
            <w:tcW w:w="3969" w:type="dxa"/>
            <w:shd w:val="clear" w:color="auto" w:fill="auto"/>
            <w:tcMar>
              <w:top w:w="90" w:type="dxa"/>
              <w:left w:w="100" w:type="dxa"/>
              <w:bottom w:w="90" w:type="dxa"/>
              <w:right w:w="100" w:type="dxa"/>
            </w:tcMar>
          </w:tcPr>
          <w:p w:rsidR="00CF46A8" w:rsidRDefault="006C4CD1">
            <w:pPr>
              <w:spacing w:line="240" w:lineRule="auto"/>
            </w:pPr>
            <w:r>
              <w:t>- Vì hươu rất tự hào về cặp sừng lung linh của mình.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Hươu có thích đôi chân của mình không? Vì sao?</w:t>
            </w:r>
          </w:p>
        </w:tc>
        <w:tc>
          <w:tcPr>
            <w:tcW w:w="3969" w:type="dxa"/>
            <w:shd w:val="clear" w:color="auto" w:fill="auto"/>
            <w:tcMar>
              <w:top w:w="90" w:type="dxa"/>
              <w:left w:w="100" w:type="dxa"/>
              <w:bottom w:w="90" w:type="dxa"/>
              <w:right w:w="100" w:type="dxa"/>
            </w:tcMar>
          </w:tcPr>
          <w:p w:rsidR="00CF46A8" w:rsidRDefault="006C4CD1">
            <w:pPr>
              <w:spacing w:line="240" w:lineRule="auto"/>
            </w:pPr>
            <w:r>
              <w:t>- Hươu không thích đôi chân vì cho rằng đôi chân xấu xí.</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Khi gặp sói, bộ phận nào giúp hươu thoát nạn?</w:t>
            </w:r>
          </w:p>
        </w:tc>
        <w:tc>
          <w:tcPr>
            <w:tcW w:w="3969" w:type="dxa"/>
            <w:shd w:val="clear" w:color="auto" w:fill="auto"/>
            <w:tcMar>
              <w:top w:w="90" w:type="dxa"/>
              <w:left w:w="100" w:type="dxa"/>
              <w:bottom w:w="90" w:type="dxa"/>
              <w:right w:w="100" w:type="dxa"/>
            </w:tcMar>
          </w:tcPr>
          <w:p w:rsidR="00CF46A8" w:rsidRDefault="006C4CD1">
            <w:pPr>
              <w:spacing w:line="240" w:lineRule="auto"/>
            </w:pPr>
            <w:r>
              <w:t>- Đôi chân khoẻ giúp hươu chạy nhanh để thoát khỏi sói.</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Sau khi thoát nạn, hươu hiểu ra điều gì?</w:t>
            </w:r>
          </w:p>
        </w:tc>
        <w:tc>
          <w:tcPr>
            <w:tcW w:w="3969" w:type="dxa"/>
            <w:shd w:val="clear" w:color="auto" w:fill="auto"/>
            <w:tcMar>
              <w:top w:w="90" w:type="dxa"/>
              <w:left w:w="100" w:type="dxa"/>
              <w:bottom w:w="90" w:type="dxa"/>
              <w:right w:w="100" w:type="dxa"/>
            </w:tcMar>
          </w:tcPr>
          <w:p w:rsidR="00CF46A8" w:rsidRDefault="006C4CD1">
            <w:pPr>
              <w:spacing w:line="240" w:lineRule="auto"/>
            </w:pPr>
            <w:r>
              <w:t>- Hươu hiểu rằng mỗi bộ phận đều có giá trị riêng; đôi chân đã cứu mình.</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Qua câu chuyện, em thấy đôi chân của hươu có giá trị như thế nào?</w:t>
            </w:r>
          </w:p>
        </w:tc>
        <w:tc>
          <w:tcPr>
            <w:tcW w:w="3969" w:type="dxa"/>
            <w:shd w:val="clear" w:color="auto" w:fill="auto"/>
            <w:tcMar>
              <w:top w:w="90" w:type="dxa"/>
              <w:left w:w="100" w:type="dxa"/>
              <w:bottom w:w="90" w:type="dxa"/>
              <w:right w:w="100" w:type="dxa"/>
            </w:tcMar>
          </w:tcPr>
          <w:p w:rsidR="00CF46A8" w:rsidRDefault="006C4CD1">
            <w:pPr>
              <w:spacing w:line="240" w:lineRule="auto"/>
            </w:pPr>
            <w:r>
              <w:t>- HS trả lời: Đôi chân giúp hươu chạy nhanh và thoát khỏi nguy hiểm.</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Tích hợp quyền con người: Mỗi người có đặc điểm riêng và đều xứng đáng được tôn trọng. Các em không chê bai hình dáng, giọng nói hoặc điểm khác biệt của bạn; biết dùng lời nói thân thiện để bạn cảm thấy an toàn, được yêu quý.</w:t>
            </w:r>
          </w:p>
        </w:tc>
        <w:tc>
          <w:tcPr>
            <w:tcW w:w="3969" w:type="dxa"/>
            <w:shd w:val="clear" w:color="auto" w:fill="auto"/>
            <w:tcMar>
              <w:top w:w="90" w:type="dxa"/>
              <w:left w:w="100" w:type="dxa"/>
              <w:bottom w:w="90" w:type="dxa"/>
              <w:right w:w="100" w:type="dxa"/>
            </w:tcMar>
          </w:tcPr>
          <w:p w:rsidR="00CF46A8" w:rsidRDefault="006C4CD1">
            <w:pPr>
              <w:spacing w:line="240" w:lineRule="auto"/>
            </w:pPr>
            <w:r>
              <w:t>- HS lắng nghe; nêu cách ứng xử: không trêu chọc ngoại hình của bạn, biết động viên và tôn trọng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Tổ chức cho HS kể chuyện trong nhóm theo tranh; mời đại diện kể trước lớp.</w:t>
            </w:r>
          </w:p>
        </w:tc>
        <w:tc>
          <w:tcPr>
            <w:tcW w:w="3969" w:type="dxa"/>
            <w:shd w:val="clear" w:color="auto" w:fill="auto"/>
            <w:tcMar>
              <w:top w:w="90" w:type="dxa"/>
              <w:left w:w="100" w:type="dxa"/>
              <w:bottom w:w="90" w:type="dxa"/>
              <w:right w:w="100" w:type="dxa"/>
            </w:tcMar>
          </w:tcPr>
          <w:p w:rsidR="00CF46A8" w:rsidRDefault="006C4CD1">
            <w:pPr>
              <w:spacing w:line="240" w:lineRule="auto"/>
            </w:pPr>
            <w:r>
              <w:t>- HS kể từng đoạn theo tranh trong nhóm, sau đó một số HS kể trước lớp.</w:t>
            </w:r>
          </w:p>
        </w:tc>
      </w:tr>
      <w:tr w:rsidR="00CF46A8" w:rsidTr="009E2008">
        <w:trPr>
          <w:jc w:val="center"/>
        </w:trPr>
        <w:tc>
          <w:tcPr>
            <w:tcW w:w="5953"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t xml:space="preserve">- Chốt: Mỗi câu chuyện đều gửi gắm một bài học; các em cần biết kể lại rõ ràng và vận dụng bài học vào </w:t>
            </w:r>
            <w:r>
              <w:lastRenderedPageBreak/>
              <w:t>cuộc sống.</w:t>
            </w:r>
          </w:p>
        </w:tc>
        <w:tc>
          <w:tcPr>
            <w:tcW w:w="3969" w:type="dxa"/>
            <w:tcBorders>
              <w:bottom w:val="single" w:sz="4" w:space="0" w:color="auto"/>
            </w:tcBorders>
            <w:shd w:val="clear" w:color="auto" w:fill="auto"/>
            <w:tcMar>
              <w:top w:w="90" w:type="dxa"/>
              <w:left w:w="100" w:type="dxa"/>
              <w:bottom w:w="90" w:type="dxa"/>
              <w:right w:w="100" w:type="dxa"/>
            </w:tcMar>
          </w:tcPr>
          <w:p w:rsidR="00CF46A8" w:rsidRDefault="006C4CD1">
            <w:pPr>
              <w:spacing w:line="240" w:lineRule="auto"/>
            </w:pPr>
            <w:r>
              <w:lastRenderedPageBreak/>
              <w:t>- HS nêu bài học em rút ra từ câu chuyện.</w:t>
            </w:r>
          </w:p>
        </w:tc>
      </w:tr>
      <w:tr w:rsidR="00CF46A8" w:rsidTr="009E2008">
        <w:trPr>
          <w:jc w:val="center"/>
        </w:trPr>
        <w:tc>
          <w:tcPr>
            <w:tcW w:w="3969" w:type="dxa"/>
            <w:gridSpan w:val="2"/>
            <w:tcBorders>
              <w:top w:val="single" w:sz="4" w:space="0" w:color="auto"/>
              <w:bottom w:val="single" w:sz="4" w:space="0" w:color="auto"/>
            </w:tcBorders>
            <w:shd w:val="clear" w:color="auto" w:fill="auto"/>
            <w:tcMar>
              <w:top w:w="90" w:type="dxa"/>
              <w:left w:w="100" w:type="dxa"/>
              <w:bottom w:w="90" w:type="dxa"/>
              <w:right w:w="100" w:type="dxa"/>
            </w:tcMar>
          </w:tcPr>
          <w:p w:rsidR="00CF46A8" w:rsidRDefault="006C4CD1">
            <w:pPr>
              <w:keepNext/>
              <w:spacing w:line="240" w:lineRule="auto"/>
            </w:pPr>
            <w:bookmarkStart w:id="0" w:name="_GoBack"/>
            <w:r>
              <w:rPr>
                <w:b/>
              </w:rPr>
              <w:lastRenderedPageBreak/>
              <w:t>4. HOẠT ĐỘNG VẬN DỤNG</w:t>
            </w:r>
          </w:p>
          <w:p w:rsidR="00CF46A8" w:rsidRDefault="006C4CD1">
            <w:pPr>
              <w:spacing w:line="240" w:lineRule="auto"/>
            </w:pPr>
            <w:r>
              <w:rPr>
                <w:b/>
                <w:i/>
              </w:rPr>
              <w:t xml:space="preserve">Mục tiêu: </w:t>
            </w:r>
            <w:r>
              <w:rPr>
                <w:i/>
              </w:rPr>
              <w:t>Liên hệ bài học từ câu chuyện với hành vi, việc làm hằng ngày.</w:t>
            </w:r>
          </w:p>
        </w:tc>
      </w:tr>
      <w:bookmarkEnd w:id="0"/>
      <w:tr w:rsidR="00CF46A8" w:rsidTr="009E2008">
        <w:trPr>
          <w:jc w:val="center"/>
        </w:trPr>
        <w:tc>
          <w:tcPr>
            <w:tcW w:w="5953"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rPr>
                <w:color w:val="FF0000"/>
              </w:rPr>
              <w:t>- Em sẽ nói gì khi thấy một bạn bị chê bai vì ngoại hình hoặc điểm khác biệt?</w:t>
            </w:r>
          </w:p>
        </w:tc>
        <w:tc>
          <w:tcPr>
            <w:tcW w:w="3969" w:type="dxa"/>
            <w:tcBorders>
              <w:top w:val="single" w:sz="4" w:space="0" w:color="auto"/>
            </w:tcBorders>
            <w:shd w:val="clear" w:color="auto" w:fill="auto"/>
            <w:tcMar>
              <w:top w:w="90" w:type="dxa"/>
              <w:left w:w="100" w:type="dxa"/>
              <w:bottom w:w="90" w:type="dxa"/>
              <w:right w:w="100" w:type="dxa"/>
            </w:tcMar>
          </w:tcPr>
          <w:p w:rsidR="00CF46A8" w:rsidRDefault="006C4CD1">
            <w:pPr>
              <w:spacing w:line="240" w:lineRule="auto"/>
            </w:pPr>
            <w:r>
              <w:t>- HS trả lời: Mình sẽ nói bạn nào cũng đáng quý; chúng mình không nên chê bai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rPr>
                <w:color w:val="FF0000"/>
              </w:rPr>
              <w:t>- Tích hợp đạo đức, lối sống: Biết yêu quý bản thân và trân trọng bạn bè giúp lớp học trở thành nơi an toàn, thân thiện. Các em cần nhìn nhận điểm tốt của mỗi người và cùng nhau tiến bộ.</w:t>
            </w:r>
          </w:p>
        </w:tc>
        <w:tc>
          <w:tcPr>
            <w:tcW w:w="3969" w:type="dxa"/>
            <w:shd w:val="clear" w:color="auto" w:fill="auto"/>
            <w:tcMar>
              <w:top w:w="90" w:type="dxa"/>
              <w:left w:w="100" w:type="dxa"/>
              <w:bottom w:w="90" w:type="dxa"/>
              <w:right w:w="100" w:type="dxa"/>
            </w:tcMar>
          </w:tcPr>
          <w:p w:rsidR="00CF46A8" w:rsidRDefault="006C4CD1">
            <w:pPr>
              <w:spacing w:line="240" w:lineRule="auto"/>
            </w:pPr>
            <w:r>
              <w:t>- HS nêu việc làm: nói lời thân thiện, giúp đỡ và tôn trọng bạn.</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Yêu cầu HS kể lại một đoạn truyện cho người thân nghe và thực hiện việc làm tốt theo bài học.</w:t>
            </w:r>
          </w:p>
        </w:tc>
        <w:tc>
          <w:tcPr>
            <w:tcW w:w="3969" w:type="dxa"/>
            <w:shd w:val="clear" w:color="auto" w:fill="auto"/>
            <w:tcMar>
              <w:top w:w="90" w:type="dxa"/>
              <w:left w:w="100" w:type="dxa"/>
              <w:bottom w:w="90" w:type="dxa"/>
              <w:right w:w="100" w:type="dxa"/>
            </w:tcMar>
          </w:tcPr>
          <w:p w:rsidR="00CF46A8" w:rsidRDefault="006C4CD1">
            <w:pPr>
              <w:spacing w:line="240" w:lineRule="auto"/>
            </w:pPr>
            <w:r>
              <w:t>- HS nhận nhiệm vụ, dự kiến kể chuyện và thực hiện việc làm tốt ở nhà.</w:t>
            </w:r>
          </w:p>
        </w:tc>
      </w:tr>
      <w:tr w:rsidR="00CF46A8" w:rsidTr="009E2008">
        <w:trPr>
          <w:jc w:val="center"/>
        </w:trPr>
        <w:tc>
          <w:tcPr>
            <w:tcW w:w="5953" w:type="dxa"/>
            <w:shd w:val="clear" w:color="auto" w:fill="auto"/>
            <w:tcMar>
              <w:top w:w="90" w:type="dxa"/>
              <w:left w:w="100" w:type="dxa"/>
              <w:bottom w:w="90" w:type="dxa"/>
              <w:right w:w="100" w:type="dxa"/>
            </w:tcMar>
          </w:tcPr>
          <w:p w:rsidR="00CF46A8" w:rsidRDefault="006C4CD1">
            <w:pPr>
              <w:spacing w:line="240" w:lineRule="auto"/>
            </w:pPr>
            <w:r>
              <w:t>- Kết luận: Qua ôn tập và kể chuyện, các em vừa củng cố kĩ năng Tiếng Việt vừa học cách sống tốt hơn.</w:t>
            </w:r>
          </w:p>
        </w:tc>
        <w:tc>
          <w:tcPr>
            <w:tcW w:w="3969" w:type="dxa"/>
            <w:shd w:val="clear" w:color="auto" w:fill="auto"/>
            <w:tcMar>
              <w:top w:w="90" w:type="dxa"/>
              <w:left w:w="100" w:type="dxa"/>
              <w:bottom w:w="90" w:type="dxa"/>
              <w:right w:w="100" w:type="dxa"/>
            </w:tcMar>
          </w:tcPr>
          <w:p w:rsidR="00CF46A8" w:rsidRDefault="006C4CD1">
            <w:pPr>
              <w:spacing w:line="240" w:lineRule="auto"/>
            </w:pPr>
            <w:r>
              <w:t>- HS nhắc lại điều đáng nhớ của bài học.</w:t>
            </w:r>
          </w:p>
        </w:tc>
      </w:tr>
    </w:tbl>
    <w:p w:rsidR="00CF46A8" w:rsidRDefault="006C4CD1">
      <w:r>
        <w:rPr>
          <w:b/>
        </w:rPr>
        <w:t>IV. ĐIỀU CHỈNH SAU BÀI DẠY</w:t>
      </w:r>
    </w:p>
    <w:p w:rsidR="00CF46A8" w:rsidRDefault="006C4CD1">
      <w:r>
        <w:t>………………………………………………………………………………………………………………………</w:t>
      </w:r>
    </w:p>
    <w:p w:rsidR="00CF46A8" w:rsidRDefault="006C4CD1">
      <w:r>
        <w:t>………………………………………………………………………………………………………………………</w:t>
      </w:r>
    </w:p>
    <w:p w:rsidR="00CF46A8" w:rsidRDefault="006C4CD1">
      <w:r>
        <w:t>………………………………………………………………………………………………………………………</w:t>
      </w:r>
    </w:p>
    <w:sectPr w:rsidR="00CF46A8" w:rsidSect="00034616">
      <w:pgSz w:w="12240" w:h="15840"/>
      <w:pgMar w:top="907" w:right="96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C4CD1"/>
    <w:rsid w:val="009E2008"/>
    <w:rsid w:val="00AA1D8D"/>
    <w:rsid w:val="00B47730"/>
    <w:rsid w:val="00CB0664"/>
    <w:rsid w:val="00CF46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E20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00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E20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0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667CA-8790-4C58-BEAA-790E2410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6353</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2026-06-03T08:00:00Z</dcterms:created>
  <dcterms:modified xsi:type="dcterms:W3CDTF">2026-08-19T01:54:00Z</dcterms:modified>
  <cp:category/>
</cp:coreProperties>
</file>