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4F13" w:rsidRPr="000E52BF" w:rsidRDefault="0024727F">
      <w:pPr>
        <w:jc w:val="center"/>
      </w:pPr>
      <w:r w:rsidRPr="000E52BF">
        <w:rPr>
          <w:b/>
        </w:rPr>
        <w:t>KẾ HOẠCH BÀI DẠY MÔN HOẠT ĐỘNG TRẢI NGHIỆM LỚP 2</w:t>
      </w:r>
    </w:p>
    <w:p w:rsidR="009C4F13" w:rsidRPr="000E52BF" w:rsidRDefault="0024727F">
      <w:pPr>
        <w:jc w:val="center"/>
      </w:pPr>
      <w:r w:rsidRPr="000E52BF">
        <w:rPr>
          <w:b/>
        </w:rPr>
        <w:t>CHỦ ĐỀ 1: KHÁM PHÁ BẢN THÂN</w:t>
      </w:r>
    </w:p>
    <w:p w:rsidR="009C4F13" w:rsidRPr="000E52BF" w:rsidRDefault="0024727F">
      <w:pPr>
        <w:jc w:val="center"/>
      </w:pPr>
      <w:r w:rsidRPr="000E52BF">
        <w:rPr>
          <w:b/>
        </w:rPr>
        <w:t>TUẦN 2: TIẾT 1</w:t>
      </w:r>
    </w:p>
    <w:p w:rsidR="009C4F13" w:rsidRPr="000E52BF" w:rsidRDefault="0024727F">
      <w:pPr>
        <w:jc w:val="center"/>
      </w:pPr>
      <w:r w:rsidRPr="000E52BF">
        <w:rPr>
          <w:b/>
        </w:rPr>
        <w:t>SINH HOẠT DƯỚI CỜ: XEM TRÍCH ĐOẠN HỀ CHÈO HOẶC MỘT TIẾT MỤC HÀI</w:t>
      </w:r>
    </w:p>
    <w:p w:rsidR="009C4F13" w:rsidRPr="000E52BF" w:rsidRDefault="0024727F">
      <w:pPr>
        <w:jc w:val="center"/>
      </w:pPr>
      <w:r w:rsidRPr="000E52BF">
        <w:rPr>
          <w:b/>
        </w:rPr>
        <w:t>Thời gian thực hiện: ...</w:t>
      </w:r>
    </w:p>
    <w:p w:rsidR="009C4F13" w:rsidRPr="000E52BF" w:rsidRDefault="0024727F">
      <w:pPr>
        <w:jc w:val="center"/>
      </w:pPr>
      <w:r w:rsidRPr="000E52BF">
        <w:rPr>
          <w:b/>
        </w:rPr>
        <w:t>HÌNH THỨC TỔ CHỨC: TRÌNH DIỄN SÂN KHẤU</w:t>
      </w:r>
    </w:p>
    <w:p w:rsidR="009C4F13" w:rsidRPr="000E52BF" w:rsidRDefault="0024727F">
      <w:r w:rsidRPr="000E52BF">
        <w:rPr>
          <w:b/>
        </w:rPr>
        <w:t>I. YÊU CẦU CẦN ĐẠT:</w:t>
      </w:r>
    </w:p>
    <w:p w:rsidR="009C4F13" w:rsidRPr="000E52BF" w:rsidRDefault="0024727F">
      <w:r w:rsidRPr="000E52BF">
        <w:rPr>
          <w:b/>
          <w:i/>
        </w:rPr>
        <w:t>1. Năng lực đặc thù</w:t>
      </w:r>
    </w:p>
    <w:p w:rsidR="009C4F13" w:rsidRPr="000E52BF" w:rsidRDefault="0024727F">
      <w:r w:rsidRPr="000E52BF">
        <w:t>- HS tham gia nghiêm túc hoạt động sinh hoạt dưới cờ; theo dõi trích đoạn Hề chèo hoặc một tiết mục hài phù hợp với lứa tuổi.</w:t>
      </w:r>
    </w:p>
    <w:p w:rsidR="009C4F13" w:rsidRPr="000E52BF" w:rsidRDefault="0024727F">
      <w:r w:rsidRPr="000E52BF">
        <w:t>- HS nhận xét được nét mặt, cử chỉ, giọng nói hoặc tình huống tạo nên tiếng cười; biết chia sẻ cảm xúc sau khi xem.</w:t>
      </w:r>
    </w:p>
    <w:p w:rsidR="009C4F13" w:rsidRPr="000E52BF" w:rsidRDefault="0024727F">
      <w:r w:rsidRPr="000E52BF">
        <w:t>- HS phân biệt được tiếng cười vui vẻ, lành mạnh với hành vi cười nhạo, chế giễu người khác.</w:t>
      </w:r>
    </w:p>
    <w:p w:rsidR="009C4F13" w:rsidRPr="000E52BF" w:rsidRDefault="0024727F">
      <w:r w:rsidRPr="000E52BF">
        <w:rPr>
          <w:b/>
          <w:i/>
        </w:rPr>
        <w:t>2. Năng lực chung</w:t>
      </w:r>
    </w:p>
    <w:p w:rsidR="009C4F13" w:rsidRPr="000E52BF" w:rsidRDefault="0024727F">
      <w:r w:rsidRPr="000E52BF">
        <w:t>- Năng lực tự chủ và tự học: Biết giữ trật tự, tập trung theo dõi và tự điều chỉnh thái độ khi xem biểu diễn.</w:t>
      </w:r>
    </w:p>
    <w:p w:rsidR="009C4F13" w:rsidRPr="000E52BF" w:rsidRDefault="0024727F">
      <w:r w:rsidRPr="000E52BF">
        <w:t>- Năng lực giao tiếp và hợp tác: Biết lắng nghe, trả lời, chia sẻ cảm nhận và tôn trọng cảm xúc khác nhau.</w:t>
      </w:r>
    </w:p>
    <w:p w:rsidR="009C4F13" w:rsidRPr="000E52BF" w:rsidRDefault="0024727F">
      <w:r w:rsidRPr="000E52BF">
        <w:t>- Năng lực giải quyết vấn đề và sáng tạo: Biết đề xuất cách mang lại niềm vui bằng lời nói, hành động phù hợp.</w:t>
      </w:r>
    </w:p>
    <w:p w:rsidR="009C4F13" w:rsidRPr="000E52BF" w:rsidRDefault="0024727F">
      <w:r w:rsidRPr="000E52BF">
        <w:rPr>
          <w:b/>
          <w:i/>
        </w:rPr>
        <w:t>3. Phẩm chất</w:t>
      </w:r>
    </w:p>
    <w:p w:rsidR="009C4F13" w:rsidRPr="000E52BF" w:rsidRDefault="0024727F">
      <w:r w:rsidRPr="000E52BF">
        <w:t>- Nhân ái: Biết trân trọng niềm vui, không dùng tiếng cười để làm tổn thương người khác.</w:t>
      </w:r>
    </w:p>
    <w:p w:rsidR="009C4F13" w:rsidRPr="000E52BF" w:rsidRDefault="0024727F">
      <w:r w:rsidRPr="000E52BF">
        <w:t>- Trách nhiệm: Thực hiện đúng nội quy, giữ thái độ văn minh khi xem biểu diễn.</w:t>
      </w:r>
    </w:p>
    <w:p w:rsidR="009C4F13" w:rsidRPr="000E52BF" w:rsidRDefault="0024727F">
      <w:r w:rsidRPr="000E52BF">
        <w:t>- Đoàn kết: Biết cổ vũ và cùng bạn tạo bầu không khí vui vẻ, thân thiện.</w:t>
      </w:r>
    </w:p>
    <w:p w:rsidR="009C4F13" w:rsidRPr="000E52BF" w:rsidRDefault="0024727F">
      <w:r w:rsidRPr="000E52BF">
        <w:rPr>
          <w:b/>
        </w:rPr>
        <w:t>II. CHUẨN BỊ:</w:t>
      </w:r>
    </w:p>
    <w:p w:rsidR="009C4F13" w:rsidRPr="000E52BF" w:rsidRDefault="0024727F">
      <w:r w:rsidRPr="000E52BF">
        <w:t>- GV: Kế hoạch sinh hoạt dưới cờ; trích đoạn Hề chèo hoặc tiết mục hài phù hợp; người dẫn chương trình; hệ thống âm thanh, màn hình; tranh SGK.</w:t>
      </w:r>
    </w:p>
    <w:p w:rsidR="009C4F13" w:rsidRPr="000E52BF" w:rsidRDefault="0024727F">
      <w:r w:rsidRPr="000E52BF">
        <w:t>- HS: Trang phục gọn gàng; vị trí ngồi theo quy định; tâm thế sẵn sàng theo dõi, tương tác và chia sẻ cảm xúc.</w:t>
      </w:r>
    </w:p>
    <w:p w:rsidR="009C4F13" w:rsidRPr="000E52BF" w:rsidRDefault="0024727F">
      <w:r w:rsidRPr="000E52BF">
        <w:rPr>
          <w:b/>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4A0" w:firstRow="1" w:lastRow="0" w:firstColumn="1" w:lastColumn="0" w:noHBand="0" w:noVBand="1"/>
      </w:tblPr>
      <w:tblGrid>
        <w:gridCol w:w="5187"/>
        <w:gridCol w:w="4586"/>
      </w:tblGrid>
      <w:tr w:rsidR="000E52BF" w:rsidRPr="000E52BF" w:rsidTr="000E52BF">
        <w:trPr>
          <w:cantSplit/>
          <w:tblHeader/>
          <w:jc w:val="center"/>
        </w:trPr>
        <w:tc>
          <w:tcPr>
            <w:tcW w:w="4513" w:type="dxa"/>
            <w:tcBorders>
              <w:bottom w:val="single" w:sz="6" w:space="0" w:color="000000"/>
            </w:tcBorders>
            <w:shd w:val="clear" w:color="auto" w:fill="auto"/>
            <w:tcMar>
              <w:top w:w="70" w:type="dxa"/>
              <w:left w:w="90" w:type="dxa"/>
              <w:bottom w:w="70" w:type="dxa"/>
              <w:right w:w="90" w:type="dxa"/>
            </w:tcMar>
          </w:tcPr>
          <w:p w:rsidR="009C4F13" w:rsidRPr="000E52BF" w:rsidRDefault="0024727F">
            <w:pPr>
              <w:jc w:val="center"/>
            </w:pPr>
            <w:r w:rsidRPr="000E52BF">
              <w:rPr>
                <w:b/>
              </w:rPr>
              <w:t>HOẠT ĐỘNG CỦA GIÁO VIÊN</w:t>
            </w:r>
          </w:p>
        </w:tc>
        <w:tc>
          <w:tcPr>
            <w:tcW w:w="4513" w:type="dxa"/>
            <w:tcBorders>
              <w:bottom w:val="single" w:sz="6" w:space="0" w:color="000000"/>
            </w:tcBorders>
            <w:shd w:val="clear" w:color="auto" w:fill="auto"/>
            <w:tcMar>
              <w:top w:w="70" w:type="dxa"/>
              <w:left w:w="90" w:type="dxa"/>
              <w:bottom w:w="70" w:type="dxa"/>
              <w:right w:w="90" w:type="dxa"/>
            </w:tcMar>
          </w:tcPr>
          <w:p w:rsidR="009C4F13" w:rsidRPr="000E52BF" w:rsidRDefault="0024727F">
            <w:pPr>
              <w:jc w:val="center"/>
            </w:pPr>
            <w:r w:rsidRPr="000E52BF">
              <w:rPr>
                <w:b/>
              </w:rPr>
              <w:t>HOẠT ĐỘNG CỦA HỌC SINH</w:t>
            </w:r>
          </w:p>
        </w:tc>
      </w:tr>
      <w:tr w:rsidR="000E52BF" w:rsidRPr="000E52BF" w:rsidTr="000E52BF">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9C4F13" w:rsidRPr="000E52BF" w:rsidRDefault="0024727F">
            <w:r w:rsidRPr="000E52BF">
              <w:rPr>
                <w:b/>
              </w:rPr>
              <w:t>1. TRƯỚC BUỔI TRẢI NGHIỆM</w:t>
            </w:r>
          </w:p>
          <w:p w:rsidR="009C4F13" w:rsidRPr="000E52BF" w:rsidRDefault="0024727F">
            <w:r w:rsidRPr="000E52BF">
              <w:rPr>
                <w:b/>
              </w:rPr>
              <w:t xml:space="preserve">- Mục tiêu: </w:t>
            </w:r>
            <w:r w:rsidRPr="000E52BF">
              <w:t>HS ổn định đội hình, biết nội dung cần quan sát và sẵn sàng tham gia hoạt động xem biểu diễn.</w:t>
            </w:r>
          </w:p>
          <w:p w:rsidR="009C4F13" w:rsidRPr="000E52BF" w:rsidRDefault="0024727F">
            <w:r w:rsidRPr="000E52BF">
              <w:rPr>
                <w:b/>
                <w:i/>
              </w:rPr>
              <w:t>* Cách tiến hành:</w:t>
            </w:r>
          </w:p>
        </w:tc>
      </w:tr>
      <w:tr w:rsidR="000E52BF" w:rsidRPr="000E52BF" w:rsidTr="000E52BF">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9C4F13" w:rsidRPr="000E52BF" w:rsidRDefault="0024727F">
            <w:r w:rsidRPr="000E52BF">
              <w:lastRenderedPageBreak/>
              <w:t>- GV phối hợp với Tổng phụ trách Đội kiểm tra sân bãi, âm thanh, màn hình, khu vực biểu diễn và hướng dẫn các lớp thực hiện nghi lễ chào cờ.</w:t>
            </w:r>
          </w:p>
        </w:tc>
        <w:tc>
          <w:tcPr>
            <w:tcW w:w="4586" w:type="dxa"/>
            <w:tcBorders>
              <w:top w:val="single" w:sz="6" w:space="0" w:color="000000"/>
            </w:tcBorders>
            <w:shd w:val="clear" w:color="auto" w:fill="auto"/>
            <w:tcMar>
              <w:top w:w="70" w:type="dxa"/>
              <w:left w:w="90" w:type="dxa"/>
              <w:bottom w:w="70" w:type="dxa"/>
              <w:right w:w="90" w:type="dxa"/>
            </w:tcMar>
            <w:vAlign w:val="center"/>
          </w:tcPr>
          <w:p w:rsidR="009C4F13" w:rsidRPr="000E52BF" w:rsidRDefault="0024727F">
            <w:r w:rsidRPr="000E52BF">
              <w:t>- HS tập hợp đúng vị trí, thực hiện nghi lễ chào cờ và giữ trật tự.</w:t>
            </w:r>
          </w:p>
        </w:tc>
      </w:tr>
      <w:tr w:rsidR="000E52BF" w:rsidRPr="000E52BF" w:rsidTr="000E52BF">
        <w:trPr>
          <w:cantSplit/>
          <w:jc w:val="center"/>
        </w:trPr>
        <w:tc>
          <w:tcPr>
            <w:tcW w:w="5187" w:type="dxa"/>
            <w:shd w:val="clear" w:color="auto" w:fill="auto"/>
            <w:tcMar>
              <w:top w:w="70" w:type="dxa"/>
              <w:left w:w="90" w:type="dxa"/>
              <w:bottom w:w="70" w:type="dxa"/>
              <w:right w:w="90" w:type="dxa"/>
            </w:tcMar>
            <w:vAlign w:val="center"/>
          </w:tcPr>
          <w:p w:rsidR="009C4F13" w:rsidRPr="000E52BF" w:rsidRDefault="0024727F">
            <w:r w:rsidRPr="000E52BF">
              <w:t>- GV giao nhiệm vụ: Khi xem, các em chú ý nét mặt, cử chỉ, giọng nói và tình huống nào làm mình bật cười; đồng thời quan sát cách khán giả cổ vũ văn minh.</w:t>
            </w:r>
          </w:p>
        </w:tc>
        <w:tc>
          <w:tcPr>
            <w:tcW w:w="4586" w:type="dxa"/>
            <w:shd w:val="clear" w:color="auto" w:fill="auto"/>
            <w:tcMar>
              <w:top w:w="70" w:type="dxa"/>
              <w:left w:w="90" w:type="dxa"/>
              <w:bottom w:w="70" w:type="dxa"/>
              <w:right w:w="90" w:type="dxa"/>
            </w:tcMar>
            <w:vAlign w:val="center"/>
          </w:tcPr>
          <w:p w:rsidR="009C4F13" w:rsidRPr="000E52BF" w:rsidRDefault="0024727F">
            <w:r w:rsidRPr="000E52BF">
              <w:t>- HS ghi nhớ bốn nội dung cần quan sát và chuẩn bị chia sẻ.</w:t>
            </w:r>
          </w:p>
        </w:tc>
      </w:tr>
      <w:tr w:rsidR="000E52BF" w:rsidRPr="000E52BF" w:rsidTr="000E52BF">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9C4F13" w:rsidRPr="000E52BF" w:rsidRDefault="0024727F">
            <w:r w:rsidRPr="000E52BF">
              <w:t>- GV nhắc HS cười vui đúng lúc, không nói chuyện riêng, không bắt chước theo cách gây nguy hiểm hoặc chế giễu người biểu diễn.</w:t>
            </w:r>
          </w:p>
        </w:tc>
        <w:tc>
          <w:tcPr>
            <w:tcW w:w="4586" w:type="dxa"/>
            <w:tcBorders>
              <w:bottom w:val="single" w:sz="6" w:space="0" w:color="000000"/>
            </w:tcBorders>
            <w:shd w:val="clear" w:color="auto" w:fill="auto"/>
            <w:tcMar>
              <w:top w:w="70" w:type="dxa"/>
              <w:left w:w="90" w:type="dxa"/>
              <w:bottom w:w="70" w:type="dxa"/>
              <w:right w:w="90" w:type="dxa"/>
            </w:tcMar>
            <w:vAlign w:val="center"/>
          </w:tcPr>
          <w:p w:rsidR="009C4F13" w:rsidRPr="000E52BF" w:rsidRDefault="0024727F">
            <w:r w:rsidRPr="000E52BF">
              <w:t>- HS lắng nghe, nhắc lại quy tắc xem biểu diễn an toàn, văn minh.</w:t>
            </w:r>
          </w:p>
        </w:tc>
      </w:tr>
      <w:tr w:rsidR="000E52BF" w:rsidRPr="000E52BF" w:rsidTr="000E52BF">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9C4F13" w:rsidRPr="000E52BF" w:rsidRDefault="0024727F">
            <w:r w:rsidRPr="000E52BF">
              <w:rPr>
                <w:b/>
              </w:rPr>
              <w:t>2. TRONG BUỔI TRẢI NGHIỆM</w:t>
            </w:r>
          </w:p>
          <w:p w:rsidR="009C4F13" w:rsidRPr="000E52BF" w:rsidRDefault="0024727F">
            <w:r w:rsidRPr="000E52BF">
              <w:rPr>
                <w:b/>
              </w:rPr>
              <w:t xml:space="preserve">- Mục tiêu: </w:t>
            </w:r>
            <w:r w:rsidRPr="000E52BF">
              <w:t>HS theo dõi tiết mục, nhận biết yếu tố hài hước và biết bày tỏ tiếng cười, lời nhận xét phù hợp.</w:t>
            </w:r>
          </w:p>
          <w:p w:rsidR="009C4F13" w:rsidRPr="000E52BF" w:rsidRDefault="0024727F">
            <w:r w:rsidRPr="000E52BF">
              <w:rPr>
                <w:b/>
                <w:i/>
              </w:rPr>
              <w:t>* Cách tiến hành:</w:t>
            </w:r>
          </w:p>
        </w:tc>
      </w:tr>
      <w:tr w:rsidR="000E52BF" w:rsidRPr="000E52BF" w:rsidTr="000E52BF">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9C4F13" w:rsidRPr="000E52BF" w:rsidRDefault="0024727F">
            <w:r w:rsidRPr="000E52BF">
              <w:rPr>
                <w:b/>
              </w:rPr>
              <w:t>Dẫn dắt</w:t>
            </w:r>
          </w:p>
        </w:tc>
        <w:tc>
          <w:tcPr>
            <w:tcW w:w="4586" w:type="dxa"/>
            <w:tcBorders>
              <w:top w:val="single" w:sz="6" w:space="0" w:color="000000"/>
            </w:tcBorders>
            <w:shd w:val="clear" w:color="auto" w:fill="auto"/>
            <w:tcMar>
              <w:top w:w="70" w:type="dxa"/>
              <w:left w:w="90" w:type="dxa"/>
              <w:bottom w:w="70" w:type="dxa"/>
              <w:right w:w="90" w:type="dxa"/>
            </w:tcMar>
            <w:vAlign w:val="center"/>
          </w:tcPr>
          <w:p w:rsidR="009C4F13" w:rsidRPr="000E52BF" w:rsidRDefault="0024727F">
            <w:r w:rsidRPr="000E52BF">
              <w:t>- HS tập trung lắng nghe phần giới thiệu.</w:t>
            </w:r>
          </w:p>
        </w:tc>
      </w:tr>
      <w:tr w:rsidR="000E52BF" w:rsidRPr="000E52BF" w:rsidTr="000E52BF">
        <w:trPr>
          <w:cantSplit/>
          <w:jc w:val="center"/>
        </w:trPr>
        <w:tc>
          <w:tcPr>
            <w:tcW w:w="5187" w:type="dxa"/>
            <w:shd w:val="clear" w:color="auto" w:fill="auto"/>
            <w:tcMar>
              <w:top w:w="70" w:type="dxa"/>
              <w:left w:w="90" w:type="dxa"/>
              <w:bottom w:w="70" w:type="dxa"/>
              <w:right w:w="90" w:type="dxa"/>
            </w:tcMar>
            <w:vAlign w:val="center"/>
          </w:tcPr>
          <w:p w:rsidR="009C4F13" w:rsidRPr="000E52BF" w:rsidRDefault="0024727F">
            <w:r w:rsidRPr="000E52BF">
              <w:t>- GV cùng HS chào các thầy cô và các bạn đang có mặt tại sân trường.</w:t>
            </w:r>
          </w:p>
        </w:tc>
        <w:tc>
          <w:tcPr>
            <w:tcW w:w="4586" w:type="dxa"/>
            <w:shd w:val="clear" w:color="auto" w:fill="auto"/>
            <w:tcMar>
              <w:top w:w="70" w:type="dxa"/>
              <w:left w:w="90" w:type="dxa"/>
              <w:bottom w:w="70" w:type="dxa"/>
              <w:right w:w="90" w:type="dxa"/>
            </w:tcMar>
            <w:vAlign w:val="center"/>
          </w:tcPr>
          <w:p w:rsidR="009C4F13" w:rsidRPr="000E52BF" w:rsidRDefault="0024727F">
            <w:r w:rsidRPr="000E52BF">
              <w:t>- HS đáp lời chào, ổn định tư thế và sẵn sàng tham gia.</w:t>
            </w:r>
          </w:p>
        </w:tc>
      </w:tr>
      <w:tr w:rsidR="000E52BF" w:rsidRPr="000E52BF" w:rsidTr="000E52BF">
        <w:trPr>
          <w:cantSplit/>
          <w:jc w:val="center"/>
        </w:trPr>
        <w:tc>
          <w:tcPr>
            <w:tcW w:w="5187" w:type="dxa"/>
            <w:shd w:val="clear" w:color="auto" w:fill="auto"/>
            <w:tcMar>
              <w:top w:w="70" w:type="dxa"/>
              <w:left w:w="90" w:type="dxa"/>
              <w:bottom w:w="70" w:type="dxa"/>
              <w:right w:w="90" w:type="dxa"/>
            </w:tcMar>
            <w:vAlign w:val="center"/>
          </w:tcPr>
          <w:p w:rsidR="009C4F13" w:rsidRPr="000E52BF" w:rsidRDefault="0024727F">
            <w:r w:rsidRPr="000E52BF">
              <w:t>- GV hỏi: “Khi vui, gương mặt và giọng nói của chúng ta thường thay đổi như thế nào? Một nụ cười thân thiện mang lại cảm giác gì?”.</w:t>
            </w:r>
          </w:p>
        </w:tc>
        <w:tc>
          <w:tcPr>
            <w:tcW w:w="4586" w:type="dxa"/>
            <w:shd w:val="clear" w:color="auto" w:fill="auto"/>
            <w:tcMar>
              <w:top w:w="70" w:type="dxa"/>
              <w:left w:w="90" w:type="dxa"/>
              <w:bottom w:w="70" w:type="dxa"/>
              <w:right w:w="90" w:type="dxa"/>
            </w:tcMar>
            <w:vAlign w:val="center"/>
          </w:tcPr>
          <w:p w:rsidR="009C4F13" w:rsidRPr="000E52BF" w:rsidRDefault="0024727F">
            <w:r w:rsidRPr="000E52BF">
              <w:t>- HS nêu: mắt sáng, miệng cười, giọng vui; nụ cười làm mọi người gần gũi, thoải mái.</w:t>
            </w:r>
          </w:p>
        </w:tc>
      </w:tr>
      <w:tr w:rsidR="000E52BF" w:rsidRPr="000E52BF" w:rsidTr="000E52BF">
        <w:trPr>
          <w:cantSplit/>
          <w:jc w:val="center"/>
        </w:trPr>
        <w:tc>
          <w:tcPr>
            <w:tcW w:w="5187" w:type="dxa"/>
            <w:shd w:val="clear" w:color="auto" w:fill="auto"/>
            <w:tcMar>
              <w:top w:w="70" w:type="dxa"/>
              <w:left w:w="90" w:type="dxa"/>
              <w:bottom w:w="70" w:type="dxa"/>
              <w:right w:w="90" w:type="dxa"/>
            </w:tcMar>
            <w:vAlign w:val="center"/>
          </w:tcPr>
          <w:p w:rsidR="009C4F13" w:rsidRPr="000E52BF" w:rsidRDefault="0024727F">
            <w:r w:rsidRPr="000E52BF">
              <w:t>- GV giới thiệu trích đoạn Hề chèo hoặc tiết mục hài; nêu tên người biểu diễn và đề nghị HS tìm chi tiết vui nhộn nhưng không làm tổn thương ai.</w:t>
            </w:r>
          </w:p>
        </w:tc>
        <w:tc>
          <w:tcPr>
            <w:tcW w:w="4586" w:type="dxa"/>
            <w:shd w:val="clear" w:color="auto" w:fill="auto"/>
            <w:tcMar>
              <w:top w:w="70" w:type="dxa"/>
              <w:left w:w="90" w:type="dxa"/>
              <w:bottom w:w="70" w:type="dxa"/>
              <w:right w:w="90" w:type="dxa"/>
            </w:tcMar>
            <w:vAlign w:val="center"/>
          </w:tcPr>
          <w:p w:rsidR="009C4F13" w:rsidRPr="000E52BF" w:rsidRDefault="0024727F">
            <w:r w:rsidRPr="000E52BF">
              <w:t>- HS vỗ tay chào đón, chú ý theo dõi và chuẩn bị tương tác.</w:t>
            </w:r>
          </w:p>
        </w:tc>
      </w:tr>
      <w:tr w:rsidR="000E52BF" w:rsidRPr="000E52BF" w:rsidTr="000E52BF">
        <w:trPr>
          <w:cantSplit/>
          <w:jc w:val="center"/>
        </w:trPr>
        <w:tc>
          <w:tcPr>
            <w:tcW w:w="5187" w:type="dxa"/>
            <w:shd w:val="clear" w:color="auto" w:fill="auto"/>
            <w:tcMar>
              <w:top w:w="70" w:type="dxa"/>
              <w:left w:w="90" w:type="dxa"/>
              <w:bottom w:w="70" w:type="dxa"/>
              <w:right w:w="90" w:type="dxa"/>
            </w:tcMar>
            <w:vAlign w:val="center"/>
          </w:tcPr>
          <w:p w:rsidR="009C4F13" w:rsidRPr="000E52BF" w:rsidRDefault="0024727F">
            <w:r w:rsidRPr="000E52BF">
              <w:rPr>
                <w:b/>
              </w:rPr>
              <w:t>Biểu diễn</w:t>
            </w:r>
          </w:p>
        </w:tc>
        <w:tc>
          <w:tcPr>
            <w:tcW w:w="4586" w:type="dxa"/>
            <w:shd w:val="clear" w:color="auto" w:fill="auto"/>
            <w:tcMar>
              <w:top w:w="70" w:type="dxa"/>
              <w:left w:w="90" w:type="dxa"/>
              <w:bottom w:w="70" w:type="dxa"/>
              <w:right w:w="90" w:type="dxa"/>
            </w:tcMar>
            <w:vAlign w:val="center"/>
          </w:tcPr>
          <w:p w:rsidR="009C4F13" w:rsidRPr="000E52BF" w:rsidRDefault="0024727F">
            <w:r w:rsidRPr="000E52BF">
              <w:t>- HS theo dõi tiết mục và quan sát các yếu tố tạo tiếng cười.</w:t>
            </w:r>
          </w:p>
        </w:tc>
      </w:tr>
      <w:tr w:rsidR="000E52BF" w:rsidRPr="000E52BF" w:rsidTr="000E52BF">
        <w:trPr>
          <w:cantSplit/>
          <w:jc w:val="center"/>
        </w:trPr>
        <w:tc>
          <w:tcPr>
            <w:tcW w:w="5187" w:type="dxa"/>
            <w:shd w:val="clear" w:color="auto" w:fill="auto"/>
            <w:tcMar>
              <w:top w:w="70" w:type="dxa"/>
              <w:left w:w="90" w:type="dxa"/>
              <w:bottom w:w="70" w:type="dxa"/>
              <w:right w:w="90" w:type="dxa"/>
            </w:tcMar>
            <w:vAlign w:val="center"/>
          </w:tcPr>
          <w:p w:rsidR="009C4F13" w:rsidRPr="000E52BF" w:rsidRDefault="0024727F">
            <w:r w:rsidRPr="000E52BF">
              <w:t>- GV tổ chức biểu diễn hoặc trình chiếu trích đoạn Hề chèo, tiết mục hài phù hợp với lứa tuổi.</w:t>
            </w:r>
          </w:p>
          <w:p w:rsidR="009C4F13" w:rsidRPr="000E52BF" w:rsidRDefault="009C4F13">
            <w:pPr>
              <w:jc w:val="center"/>
            </w:pPr>
          </w:p>
        </w:tc>
        <w:tc>
          <w:tcPr>
            <w:tcW w:w="4586" w:type="dxa"/>
            <w:shd w:val="clear" w:color="auto" w:fill="auto"/>
            <w:tcMar>
              <w:top w:w="70" w:type="dxa"/>
              <w:left w:w="90" w:type="dxa"/>
              <w:bottom w:w="70" w:type="dxa"/>
              <w:right w:w="90" w:type="dxa"/>
            </w:tcMar>
            <w:vAlign w:val="center"/>
          </w:tcPr>
          <w:p w:rsidR="009C4F13" w:rsidRPr="000E52BF" w:rsidRDefault="0024727F">
            <w:r w:rsidRPr="000E52BF">
              <w:t>- HS tập trung theo dõi, cười vui đúng lúc và cổ vũ người biểu diễn.</w:t>
            </w:r>
          </w:p>
        </w:tc>
      </w:tr>
      <w:tr w:rsidR="000E52BF" w:rsidRPr="000E52BF" w:rsidTr="000E52BF">
        <w:trPr>
          <w:cantSplit/>
          <w:jc w:val="center"/>
        </w:trPr>
        <w:tc>
          <w:tcPr>
            <w:tcW w:w="5187" w:type="dxa"/>
            <w:shd w:val="clear" w:color="auto" w:fill="auto"/>
            <w:tcMar>
              <w:top w:w="70" w:type="dxa"/>
              <w:left w:w="90" w:type="dxa"/>
              <w:bottom w:w="70" w:type="dxa"/>
              <w:right w:w="90" w:type="dxa"/>
            </w:tcMar>
            <w:vAlign w:val="center"/>
          </w:tcPr>
          <w:p w:rsidR="009C4F13" w:rsidRPr="000E52BF" w:rsidRDefault="0024727F">
            <w:r w:rsidRPr="000E52BF">
              <w:lastRenderedPageBreak/>
              <w:t>- Ở một số đoạn phù hợp, GV tạm dừng và hỏi: “Nét mặt nào làm em thấy vui?”, “Cử chỉ hoặc giọng nói nào khiến tình huống trở nên hài hước?”.</w:t>
            </w:r>
          </w:p>
        </w:tc>
        <w:tc>
          <w:tcPr>
            <w:tcW w:w="4586" w:type="dxa"/>
            <w:shd w:val="clear" w:color="auto" w:fill="auto"/>
            <w:tcMar>
              <w:top w:w="70" w:type="dxa"/>
              <w:left w:w="90" w:type="dxa"/>
              <w:bottom w:w="70" w:type="dxa"/>
              <w:right w:w="90" w:type="dxa"/>
            </w:tcMar>
            <w:vAlign w:val="center"/>
          </w:tcPr>
          <w:p w:rsidR="009C4F13" w:rsidRPr="000E52BF" w:rsidRDefault="0024727F">
            <w:r w:rsidRPr="000E52BF">
              <w:t>- HS giơ tay nêu chi tiết quan sát được, mô tả bằng lời rõ ràng và lịch sự.</w:t>
            </w:r>
          </w:p>
        </w:tc>
      </w:tr>
      <w:tr w:rsidR="000E52BF" w:rsidRPr="000E52BF" w:rsidTr="000E52BF">
        <w:trPr>
          <w:cantSplit/>
          <w:jc w:val="center"/>
        </w:trPr>
        <w:tc>
          <w:tcPr>
            <w:tcW w:w="5187" w:type="dxa"/>
            <w:shd w:val="clear" w:color="auto" w:fill="auto"/>
            <w:tcMar>
              <w:top w:w="70" w:type="dxa"/>
              <w:left w:w="90" w:type="dxa"/>
              <w:bottom w:w="70" w:type="dxa"/>
              <w:right w:w="90" w:type="dxa"/>
            </w:tcMar>
            <w:vAlign w:val="center"/>
          </w:tcPr>
          <w:p w:rsidR="009C4F13" w:rsidRPr="000E52BF" w:rsidRDefault="0024727F">
            <w:r w:rsidRPr="000E52BF">
              <w:t>- GV mời một số HS thực hiện động tác vui nhộn, câu nói dễ nói nhịu hoặc nét mặt hài hước nhưng không nhại lại khuyết điểm của người khác.</w:t>
            </w:r>
          </w:p>
        </w:tc>
        <w:tc>
          <w:tcPr>
            <w:tcW w:w="4586" w:type="dxa"/>
            <w:shd w:val="clear" w:color="auto" w:fill="auto"/>
            <w:tcMar>
              <w:top w:w="70" w:type="dxa"/>
              <w:left w:w="90" w:type="dxa"/>
              <w:bottom w:w="70" w:type="dxa"/>
              <w:right w:w="90" w:type="dxa"/>
            </w:tcMar>
            <w:vAlign w:val="center"/>
          </w:tcPr>
          <w:p w:rsidR="009C4F13" w:rsidRPr="000E52BF" w:rsidRDefault="0024727F">
            <w:r w:rsidRPr="000E52BF">
              <w:t>- HS tham gia tự nguyện, giữ an toàn; các bạn vỗ tay cổ vũ và không trêu chọc.</w:t>
            </w:r>
          </w:p>
        </w:tc>
      </w:tr>
      <w:tr w:rsidR="000E52BF" w:rsidRPr="000E52BF" w:rsidTr="000E52BF">
        <w:trPr>
          <w:cantSplit/>
          <w:jc w:val="center"/>
        </w:trPr>
        <w:tc>
          <w:tcPr>
            <w:tcW w:w="5187" w:type="dxa"/>
            <w:shd w:val="clear" w:color="auto" w:fill="auto"/>
            <w:tcMar>
              <w:top w:w="70" w:type="dxa"/>
              <w:left w:w="90" w:type="dxa"/>
              <w:bottom w:w="70" w:type="dxa"/>
              <w:right w:w="90" w:type="dxa"/>
            </w:tcMar>
            <w:vAlign w:val="center"/>
          </w:tcPr>
          <w:p w:rsidR="009C4F13" w:rsidRPr="000E52BF" w:rsidRDefault="0024727F">
            <w:r w:rsidRPr="000E52BF">
              <w:rPr>
                <w:b/>
              </w:rPr>
              <w:t>Kết luận</w:t>
            </w:r>
          </w:p>
        </w:tc>
        <w:tc>
          <w:tcPr>
            <w:tcW w:w="4586" w:type="dxa"/>
            <w:shd w:val="clear" w:color="auto" w:fill="auto"/>
            <w:tcMar>
              <w:top w:w="70" w:type="dxa"/>
              <w:left w:w="90" w:type="dxa"/>
              <w:bottom w:w="70" w:type="dxa"/>
              <w:right w:w="90" w:type="dxa"/>
            </w:tcMar>
            <w:vAlign w:val="center"/>
          </w:tcPr>
          <w:p w:rsidR="009C4F13" w:rsidRPr="000E52BF" w:rsidRDefault="0024727F">
            <w:r w:rsidRPr="000E52BF">
              <w:t>- HS chuẩn bị chia sẻ cảm xúc và rút ra cách sử dụng tiếng cười văn minh.</w:t>
            </w:r>
          </w:p>
        </w:tc>
      </w:tr>
      <w:tr w:rsidR="000E52BF" w:rsidRPr="000E52BF" w:rsidTr="000E52BF">
        <w:trPr>
          <w:cantSplit/>
          <w:jc w:val="center"/>
        </w:trPr>
        <w:tc>
          <w:tcPr>
            <w:tcW w:w="5187" w:type="dxa"/>
            <w:shd w:val="clear" w:color="auto" w:fill="auto"/>
            <w:tcMar>
              <w:top w:w="70" w:type="dxa"/>
              <w:left w:w="90" w:type="dxa"/>
              <w:bottom w:w="70" w:type="dxa"/>
              <w:right w:w="90" w:type="dxa"/>
            </w:tcMar>
            <w:vAlign w:val="center"/>
          </w:tcPr>
          <w:p w:rsidR="009C4F13" w:rsidRPr="000E52BF" w:rsidRDefault="0024727F">
            <w:r w:rsidRPr="000E52BF">
              <w:t>- GV hỏi: “Chi tiết nào làm em vui nhất? Vì sao nhiều bạn có thể cười trước cùng một tình huống nhưng cảm nhận vẫn khác nhau?”.</w:t>
            </w:r>
          </w:p>
        </w:tc>
        <w:tc>
          <w:tcPr>
            <w:tcW w:w="4586" w:type="dxa"/>
            <w:shd w:val="clear" w:color="auto" w:fill="auto"/>
            <w:tcMar>
              <w:top w:w="70" w:type="dxa"/>
              <w:left w:w="90" w:type="dxa"/>
              <w:bottom w:w="70" w:type="dxa"/>
              <w:right w:w="90" w:type="dxa"/>
            </w:tcMar>
            <w:vAlign w:val="center"/>
          </w:tcPr>
          <w:p w:rsidR="009C4F13" w:rsidRPr="000E52BF" w:rsidRDefault="0024727F">
            <w:r w:rsidRPr="000E52BF">
              <w:t>- HS nêu chi tiết mình yêu thích, tôn trọng ý kiến khác của bạn và chia sẻ cảm xúc cá nhân.</w:t>
            </w:r>
          </w:p>
        </w:tc>
      </w:tr>
      <w:tr w:rsidR="000E52BF" w:rsidRPr="000E52BF" w:rsidTr="000E52BF">
        <w:trPr>
          <w:cantSplit/>
          <w:jc w:val="center"/>
        </w:trPr>
        <w:tc>
          <w:tcPr>
            <w:tcW w:w="5187" w:type="dxa"/>
            <w:shd w:val="clear" w:color="auto" w:fill="auto"/>
            <w:tcMar>
              <w:top w:w="70" w:type="dxa"/>
              <w:left w:w="90" w:type="dxa"/>
              <w:bottom w:w="70" w:type="dxa"/>
              <w:right w:w="90" w:type="dxa"/>
            </w:tcMar>
            <w:vAlign w:val="center"/>
          </w:tcPr>
          <w:p w:rsidR="009C4F13" w:rsidRPr="000E52BF" w:rsidRDefault="0024727F">
            <w:r w:rsidRPr="000E52BF">
              <w:t>- GV đưa hai tình huống: cười vì một câu chuyện vui và cười khi bạn trả lời sai; mời HS nhận xét tình huống nào phù hợp.</w:t>
            </w:r>
          </w:p>
        </w:tc>
        <w:tc>
          <w:tcPr>
            <w:tcW w:w="4586" w:type="dxa"/>
            <w:shd w:val="clear" w:color="auto" w:fill="auto"/>
            <w:tcMar>
              <w:top w:w="70" w:type="dxa"/>
              <w:left w:w="90" w:type="dxa"/>
              <w:bottom w:w="70" w:type="dxa"/>
              <w:right w:w="90" w:type="dxa"/>
            </w:tcMar>
            <w:vAlign w:val="center"/>
          </w:tcPr>
          <w:p w:rsidR="009C4F13" w:rsidRPr="000E52BF" w:rsidRDefault="0024727F">
            <w:r w:rsidRPr="000E52BF">
              <w:t>- HS nhận xét: có thể cùng cười trước điều vui; không nên cười nhạo khi bạn mắc lỗi hoặc gặp khó khăn.</w:t>
            </w:r>
          </w:p>
        </w:tc>
      </w:tr>
      <w:tr w:rsidR="000E52BF" w:rsidRPr="000E52BF" w:rsidTr="000E52BF">
        <w:trPr>
          <w:cantSplit/>
          <w:jc w:val="center"/>
        </w:trPr>
        <w:tc>
          <w:tcPr>
            <w:tcW w:w="5187" w:type="dxa"/>
            <w:shd w:val="clear" w:color="auto" w:fill="auto"/>
            <w:tcMar>
              <w:top w:w="70" w:type="dxa"/>
              <w:left w:w="90" w:type="dxa"/>
              <w:bottom w:w="70" w:type="dxa"/>
              <w:right w:w="90" w:type="dxa"/>
            </w:tcMar>
            <w:vAlign w:val="center"/>
          </w:tcPr>
          <w:p w:rsidR="009C4F13" w:rsidRPr="000E52BF" w:rsidRDefault="0024727F">
            <w:r w:rsidRPr="000E52BF">
              <w:t>- GV kết luận: Tiếng cười lành mạnh giúp mọi người vui vẻ, gần gũi; tiếng cười chế giễu có thể làm người khác buồn và mất tự tin.</w:t>
            </w:r>
          </w:p>
        </w:tc>
        <w:tc>
          <w:tcPr>
            <w:tcW w:w="4586" w:type="dxa"/>
            <w:shd w:val="clear" w:color="auto" w:fill="auto"/>
            <w:tcMar>
              <w:top w:w="70" w:type="dxa"/>
              <w:left w:w="90" w:type="dxa"/>
              <w:bottom w:w="70" w:type="dxa"/>
              <w:right w:w="90" w:type="dxa"/>
            </w:tcMar>
            <w:vAlign w:val="center"/>
          </w:tcPr>
          <w:p w:rsidR="009C4F13" w:rsidRPr="000E52BF" w:rsidRDefault="0024727F">
            <w:r w:rsidRPr="000E52BF">
              <w:t>- HS lắng nghe, nêu một cách mang niềm vui đến người khác bằng lời nói hoặc hành động thân thiện.</w:t>
            </w:r>
          </w:p>
        </w:tc>
      </w:tr>
      <w:tr w:rsidR="000E52BF" w:rsidRPr="000E52BF" w:rsidTr="000E52BF">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9C4F13" w:rsidRPr="000E52BF" w:rsidRDefault="0024727F">
            <w:r w:rsidRPr="000E52BF">
              <w:t>- GV cùng HS đọc thông điệp: “Cười thân thiện - Nói lời vui - Không cười nhạo bạn!”.</w:t>
            </w:r>
          </w:p>
        </w:tc>
        <w:tc>
          <w:tcPr>
            <w:tcW w:w="4586" w:type="dxa"/>
            <w:tcBorders>
              <w:bottom w:val="single" w:sz="6" w:space="0" w:color="000000"/>
            </w:tcBorders>
            <w:shd w:val="clear" w:color="auto" w:fill="auto"/>
            <w:tcMar>
              <w:top w:w="70" w:type="dxa"/>
              <w:left w:w="90" w:type="dxa"/>
              <w:bottom w:w="70" w:type="dxa"/>
              <w:right w:w="90" w:type="dxa"/>
            </w:tcMar>
            <w:vAlign w:val="center"/>
          </w:tcPr>
          <w:p w:rsidR="009C4F13" w:rsidRPr="000E52BF" w:rsidRDefault="0024727F">
            <w:r w:rsidRPr="000E52BF">
              <w:t>- HS đồng thanh đọc thông điệp và thể hiện nụ cười thân thiện.</w:t>
            </w:r>
          </w:p>
        </w:tc>
      </w:tr>
      <w:tr w:rsidR="000E52BF" w:rsidRPr="000E52BF" w:rsidTr="000E52BF">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9C4F13" w:rsidRPr="000E52BF" w:rsidRDefault="0024727F">
            <w:r w:rsidRPr="000E52BF">
              <w:rPr>
                <w:b/>
              </w:rPr>
              <w:t>3. SAU BUỔI TRẢI NGHIỆM</w:t>
            </w:r>
          </w:p>
          <w:p w:rsidR="009C4F13" w:rsidRPr="000E52BF" w:rsidRDefault="0024727F">
            <w:r w:rsidRPr="000E52BF">
              <w:rPr>
                <w:b/>
              </w:rPr>
              <w:t xml:space="preserve">- Mục tiêu: </w:t>
            </w:r>
            <w:r w:rsidRPr="000E52BF">
              <w:t>HS vận dụng cách tạo niềm vui phù hợp và chuẩn bị chia sẻ một tình huống về nụ cười thân thiện.</w:t>
            </w:r>
          </w:p>
          <w:p w:rsidR="009C4F13" w:rsidRPr="000E52BF" w:rsidRDefault="0024727F">
            <w:r w:rsidRPr="000E52BF">
              <w:rPr>
                <w:b/>
                <w:i/>
              </w:rPr>
              <w:t>* Cách tiến hành:</w:t>
            </w:r>
          </w:p>
        </w:tc>
      </w:tr>
      <w:tr w:rsidR="000E52BF" w:rsidRPr="000E52BF" w:rsidTr="000E52BF">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9C4F13" w:rsidRPr="000E52BF" w:rsidRDefault="0024727F">
            <w:r w:rsidRPr="000E52BF">
              <w:rPr>
                <w:b/>
              </w:rPr>
              <w:t>Lan tỏa nụ cười đẹp</w:t>
            </w:r>
          </w:p>
        </w:tc>
        <w:tc>
          <w:tcPr>
            <w:tcW w:w="4586" w:type="dxa"/>
            <w:tcBorders>
              <w:top w:val="single" w:sz="6" w:space="0" w:color="000000"/>
            </w:tcBorders>
            <w:shd w:val="clear" w:color="auto" w:fill="auto"/>
            <w:tcMar>
              <w:top w:w="70" w:type="dxa"/>
              <w:left w:w="90" w:type="dxa"/>
              <w:bottom w:w="70" w:type="dxa"/>
              <w:right w:w="90" w:type="dxa"/>
            </w:tcMar>
            <w:vAlign w:val="center"/>
          </w:tcPr>
          <w:p w:rsidR="009C4F13" w:rsidRPr="000E52BF" w:rsidRDefault="0024727F">
            <w:r w:rsidRPr="000E52BF">
              <w:t>- HS lắng nghe nhiệm vụ sau buổi trải nghiệm.</w:t>
            </w:r>
          </w:p>
        </w:tc>
      </w:tr>
      <w:tr w:rsidR="000E52BF" w:rsidRPr="000E52BF" w:rsidTr="000E52BF">
        <w:trPr>
          <w:cantSplit/>
          <w:jc w:val="center"/>
        </w:trPr>
        <w:tc>
          <w:tcPr>
            <w:tcW w:w="5187" w:type="dxa"/>
            <w:shd w:val="clear" w:color="auto" w:fill="auto"/>
            <w:tcMar>
              <w:top w:w="70" w:type="dxa"/>
              <w:left w:w="90" w:type="dxa"/>
              <w:bottom w:w="70" w:type="dxa"/>
              <w:right w:w="90" w:type="dxa"/>
            </w:tcMar>
            <w:vAlign w:val="center"/>
          </w:tcPr>
          <w:p w:rsidR="009C4F13" w:rsidRPr="000E52BF" w:rsidRDefault="0024727F">
            <w:r w:rsidRPr="000E52BF">
              <w:t>- GV đề nghị khi trở về lớp, mỗi HS nói một lời vui, lời khen hoặc lời cảm ơn chân thành với một người bạn.</w:t>
            </w:r>
          </w:p>
        </w:tc>
        <w:tc>
          <w:tcPr>
            <w:tcW w:w="4586" w:type="dxa"/>
            <w:shd w:val="clear" w:color="auto" w:fill="auto"/>
            <w:tcMar>
              <w:top w:w="70" w:type="dxa"/>
              <w:left w:w="90" w:type="dxa"/>
              <w:bottom w:w="70" w:type="dxa"/>
              <w:right w:w="90" w:type="dxa"/>
            </w:tcMar>
            <w:vAlign w:val="center"/>
          </w:tcPr>
          <w:p w:rsidR="009C4F13" w:rsidRPr="000E52BF" w:rsidRDefault="0024727F">
            <w:r w:rsidRPr="000E52BF">
              <w:t>- HS lựa chọn lời nói phù hợp và thực hiện với thái độ tự nhiên, thân thiện.</w:t>
            </w:r>
          </w:p>
        </w:tc>
      </w:tr>
      <w:tr w:rsidR="000E52BF" w:rsidRPr="000E52BF" w:rsidTr="000E52BF">
        <w:trPr>
          <w:cantSplit/>
          <w:jc w:val="center"/>
        </w:trPr>
        <w:tc>
          <w:tcPr>
            <w:tcW w:w="5187" w:type="dxa"/>
            <w:shd w:val="clear" w:color="auto" w:fill="auto"/>
            <w:tcMar>
              <w:top w:w="70" w:type="dxa"/>
              <w:left w:w="90" w:type="dxa"/>
              <w:bottom w:w="70" w:type="dxa"/>
              <w:right w:w="90" w:type="dxa"/>
            </w:tcMar>
            <w:vAlign w:val="center"/>
          </w:tcPr>
          <w:p w:rsidR="009C4F13" w:rsidRPr="000E52BF" w:rsidRDefault="0024727F">
            <w:r w:rsidRPr="000E52BF">
              <w:t>- GV gợi ý HS về nhà kể cho người thân một chi tiết vui trong tiết mục và cùng tìm một câu chuyện hài hước, lành mạnh.</w:t>
            </w:r>
          </w:p>
        </w:tc>
        <w:tc>
          <w:tcPr>
            <w:tcW w:w="4586" w:type="dxa"/>
            <w:shd w:val="clear" w:color="auto" w:fill="auto"/>
            <w:tcMar>
              <w:top w:w="70" w:type="dxa"/>
              <w:left w:w="90" w:type="dxa"/>
              <w:bottom w:w="70" w:type="dxa"/>
              <w:right w:w="90" w:type="dxa"/>
            </w:tcMar>
            <w:vAlign w:val="center"/>
          </w:tcPr>
          <w:p w:rsidR="009C4F13" w:rsidRPr="000E52BF" w:rsidRDefault="0024727F">
            <w:r w:rsidRPr="000E52BF">
              <w:t>- HS ghi nhớ, thực hiện cùng gia đình và chuẩn bị chia sẻ ở tiết sau.</w:t>
            </w:r>
          </w:p>
        </w:tc>
      </w:tr>
    </w:tbl>
    <w:p w:rsidR="009C4F13" w:rsidRPr="000E52BF" w:rsidRDefault="0024727F">
      <w:r w:rsidRPr="000E52BF">
        <w:rPr>
          <w:b/>
        </w:rPr>
        <w:t>IV. ĐIỀU CHỈNH SAU BÀI DẠY:</w:t>
      </w:r>
    </w:p>
    <w:p w:rsidR="009C4F13" w:rsidRPr="000E52BF" w:rsidRDefault="0024727F">
      <w:r w:rsidRPr="000E52BF">
        <w:lastRenderedPageBreak/>
        <w:t>................................................................................................................</w:t>
      </w:r>
    </w:p>
    <w:p w:rsidR="009C4F13" w:rsidRPr="000E52BF" w:rsidRDefault="0024727F">
      <w:r w:rsidRPr="000E52BF">
        <w:t>................................................................................................................</w:t>
      </w:r>
    </w:p>
    <w:p w:rsidR="009C4F13" w:rsidRPr="000E52BF" w:rsidRDefault="0024727F">
      <w:r w:rsidRPr="000E52BF">
        <w:t>................................................................................................................</w:t>
      </w:r>
    </w:p>
    <w:p w:rsidR="009C4F13" w:rsidRPr="000E52BF" w:rsidRDefault="0024727F">
      <w:pPr>
        <w:pageBreakBefore/>
        <w:jc w:val="center"/>
      </w:pPr>
      <w:r w:rsidRPr="000E52BF">
        <w:rPr>
          <w:b/>
        </w:rPr>
        <w:lastRenderedPageBreak/>
        <w:t>KẾ HOẠCH BÀI DẠY MÔN HOẠT ĐỘNG TRẢI NGHIỆM LỚP 2</w:t>
      </w:r>
    </w:p>
    <w:p w:rsidR="009C4F13" w:rsidRPr="000E52BF" w:rsidRDefault="0024727F">
      <w:pPr>
        <w:jc w:val="center"/>
      </w:pPr>
      <w:r w:rsidRPr="000E52BF">
        <w:rPr>
          <w:b/>
        </w:rPr>
        <w:t>CHỦ ĐỀ 1: KHÁM PHÁ BẢN THÂN</w:t>
      </w:r>
    </w:p>
    <w:p w:rsidR="009C4F13" w:rsidRPr="000E52BF" w:rsidRDefault="0024727F">
      <w:pPr>
        <w:jc w:val="center"/>
      </w:pPr>
      <w:r w:rsidRPr="000E52BF">
        <w:rPr>
          <w:b/>
        </w:rPr>
        <w:t>TUẦN 2: TIẾT 2</w:t>
      </w:r>
    </w:p>
    <w:p w:rsidR="009C4F13" w:rsidRPr="000E52BF" w:rsidRDefault="0024727F">
      <w:pPr>
        <w:jc w:val="center"/>
      </w:pPr>
      <w:r w:rsidRPr="000E52BF">
        <w:rPr>
          <w:b/>
        </w:rPr>
        <w:t>HOẠT ĐỘNG GIÁO DỤC THEO CHỦ ĐỀ: NỤ CƯỜI THÂN THIỆN</w:t>
      </w:r>
    </w:p>
    <w:p w:rsidR="009C4F13" w:rsidRPr="000E52BF" w:rsidRDefault="0024727F">
      <w:pPr>
        <w:jc w:val="center"/>
      </w:pPr>
      <w:r w:rsidRPr="000E52BF">
        <w:rPr>
          <w:b/>
        </w:rPr>
        <w:t>Thời gian thực hiện: ...</w:t>
      </w:r>
    </w:p>
    <w:p w:rsidR="009C4F13" w:rsidRPr="000E52BF" w:rsidRDefault="0024727F">
      <w:r w:rsidRPr="000E52BF">
        <w:rPr>
          <w:b/>
        </w:rPr>
        <w:t>I. YÊU CẦU CẦN ĐẠT:</w:t>
      </w:r>
    </w:p>
    <w:p w:rsidR="009C4F13" w:rsidRPr="000E52BF" w:rsidRDefault="0024727F">
      <w:r w:rsidRPr="000E52BF">
        <w:rPr>
          <w:b/>
          <w:i/>
        </w:rPr>
        <w:t>1. Năng lực đặc thù</w:t>
      </w:r>
    </w:p>
    <w:p w:rsidR="009C4F13" w:rsidRPr="000E52BF" w:rsidRDefault="0024727F">
      <w:r w:rsidRPr="000E52BF">
        <w:t>- Biết mang lại niềm vui cho người khác và cho bản thân.</w:t>
      </w:r>
    </w:p>
    <w:p w:rsidR="009C4F13" w:rsidRPr="000E52BF" w:rsidRDefault="0024727F">
      <w:r w:rsidRPr="000E52BF">
        <w:t>- Biết thích ứng với cảm xúc; phát triển năng lực thiết kế và tổ chức các hoạt động phù hợp.</w:t>
      </w:r>
    </w:p>
    <w:p w:rsidR="009C4F13" w:rsidRPr="000E52BF" w:rsidRDefault="0024727F">
      <w:r w:rsidRPr="000E52BF">
        <w:rPr>
          <w:b/>
          <w:i/>
        </w:rPr>
        <w:t>2. Năng lực chung</w:t>
      </w:r>
    </w:p>
    <w:p w:rsidR="009C4F13" w:rsidRPr="000E52BF" w:rsidRDefault="0024727F">
      <w:r w:rsidRPr="000E52BF">
        <w:t>- Tự chủ và tự học: Chủ động rèn luyện để mang lại niềm vui cho bản thân và người khác.</w:t>
      </w:r>
    </w:p>
    <w:p w:rsidR="009C4F13" w:rsidRPr="000E52BF" w:rsidRDefault="0024727F">
      <w:r w:rsidRPr="000E52BF">
        <w:t>- Giao tiếp và hợp tác: Biết chia sẻ, trao đổi, hợp tác với bạn bè trong học tập và sinh hoạt.</w:t>
      </w:r>
    </w:p>
    <w:p w:rsidR="009C4F13" w:rsidRPr="000E52BF" w:rsidRDefault="0024727F">
      <w:r w:rsidRPr="000E52BF">
        <w:t>- Giải quyết vấn đề và sáng tạo: Biết tìm cách tạo ra niềm vui bằng những việc làm sáng tạo, thiết thực.</w:t>
      </w:r>
    </w:p>
    <w:p w:rsidR="009C4F13" w:rsidRPr="000E52BF" w:rsidRDefault="0024727F">
      <w:r w:rsidRPr="000E52BF">
        <w:rPr>
          <w:b/>
          <w:i/>
        </w:rPr>
        <w:t>3. Phẩm chất</w:t>
      </w:r>
    </w:p>
    <w:p w:rsidR="009C4F13" w:rsidRPr="000E52BF" w:rsidRDefault="0024727F">
      <w:r w:rsidRPr="000E52BF">
        <w:t>- Nhân ái: Bồi dưỡng tình yêu trường học, tình cảm yêu thầy cô và bạn bè.</w:t>
      </w:r>
    </w:p>
    <w:p w:rsidR="009C4F13" w:rsidRPr="000E52BF" w:rsidRDefault="0024727F">
      <w:r w:rsidRPr="000E52BF">
        <w:t>- Chăm chỉ: Tích cực tham gia các hoạt động, chủ động rèn luyện cách ứng xử vui vẻ, thân thiện.</w:t>
      </w:r>
    </w:p>
    <w:p w:rsidR="009C4F13" w:rsidRPr="000E52BF" w:rsidRDefault="0024727F">
      <w:r w:rsidRPr="000E52BF">
        <w:rPr>
          <w:b/>
          <w:i/>
        </w:rPr>
        <w:t>4. Tích hợp</w:t>
      </w:r>
    </w:p>
    <w:p w:rsidR="009C4F13" w:rsidRPr="000E52BF" w:rsidRDefault="0024727F">
      <w:r w:rsidRPr="000E52BF">
        <w:t>- Giáo dục quyền con người: Quyền được vui chơi, chia sẻ niềm vui, được thể hiện tình cảm và cảm xúc của mình.</w:t>
      </w:r>
    </w:p>
    <w:p w:rsidR="009C4F13" w:rsidRPr="000E52BF" w:rsidRDefault="0024727F">
      <w:r w:rsidRPr="000E52BF">
        <w:rPr>
          <w:b/>
        </w:rPr>
        <w:t>II. CHUẨN BỊ:</w:t>
      </w:r>
    </w:p>
    <w:p w:rsidR="009C4F13" w:rsidRPr="000E52BF" w:rsidRDefault="0024727F">
      <w:r w:rsidRPr="000E52BF">
        <w:t>- GV: Một tấm gương nhỏ; điện thoại hoặc máy tính dùng để chiếu clip, bài hát; tranh SGK; thẻ tình huống.</w:t>
      </w:r>
    </w:p>
    <w:p w:rsidR="009C4F13" w:rsidRPr="000E52BF" w:rsidRDefault="0024727F">
      <w:r w:rsidRPr="000E52BF">
        <w:t>- HS: Tranh ảnh, tư liệu sưu tầm theo yêu cầu của GV; Vở bài tập; đồ dùng học tập.</w:t>
      </w:r>
    </w:p>
    <w:p w:rsidR="009C4F13" w:rsidRPr="000E52BF" w:rsidRDefault="0024727F">
      <w:r w:rsidRPr="000E52BF">
        <w:rPr>
          <w:b/>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4A0" w:firstRow="1" w:lastRow="0" w:firstColumn="1" w:lastColumn="0" w:noHBand="0" w:noVBand="1"/>
      </w:tblPr>
      <w:tblGrid>
        <w:gridCol w:w="5187"/>
        <w:gridCol w:w="4586"/>
      </w:tblGrid>
      <w:tr w:rsidR="000E52BF" w:rsidRPr="000E52BF" w:rsidTr="000E52BF">
        <w:trPr>
          <w:cantSplit/>
          <w:tblHeader/>
          <w:jc w:val="center"/>
        </w:trPr>
        <w:tc>
          <w:tcPr>
            <w:tcW w:w="4513" w:type="dxa"/>
            <w:tcBorders>
              <w:bottom w:val="single" w:sz="6" w:space="0" w:color="000000"/>
            </w:tcBorders>
            <w:shd w:val="clear" w:color="auto" w:fill="auto"/>
            <w:tcMar>
              <w:top w:w="70" w:type="dxa"/>
              <w:left w:w="90" w:type="dxa"/>
              <w:bottom w:w="70" w:type="dxa"/>
              <w:right w:w="90" w:type="dxa"/>
            </w:tcMar>
          </w:tcPr>
          <w:p w:rsidR="009C4F13" w:rsidRPr="000E52BF" w:rsidRDefault="0024727F">
            <w:pPr>
              <w:jc w:val="center"/>
            </w:pPr>
            <w:r w:rsidRPr="000E52BF">
              <w:rPr>
                <w:b/>
              </w:rPr>
              <w:t>HOẠT ĐỘNG CỦA GIÁO VIÊN</w:t>
            </w:r>
          </w:p>
        </w:tc>
        <w:tc>
          <w:tcPr>
            <w:tcW w:w="4513" w:type="dxa"/>
            <w:tcBorders>
              <w:bottom w:val="single" w:sz="6" w:space="0" w:color="000000"/>
            </w:tcBorders>
            <w:shd w:val="clear" w:color="auto" w:fill="auto"/>
            <w:tcMar>
              <w:top w:w="70" w:type="dxa"/>
              <w:left w:w="90" w:type="dxa"/>
              <w:bottom w:w="70" w:type="dxa"/>
              <w:right w:w="90" w:type="dxa"/>
            </w:tcMar>
          </w:tcPr>
          <w:p w:rsidR="009C4F13" w:rsidRPr="000E52BF" w:rsidRDefault="0024727F">
            <w:pPr>
              <w:jc w:val="center"/>
            </w:pPr>
            <w:r w:rsidRPr="000E52BF">
              <w:rPr>
                <w:b/>
              </w:rPr>
              <w:t>HOẠT ĐỘNG CỦA HỌC SINH</w:t>
            </w:r>
          </w:p>
        </w:tc>
      </w:tr>
      <w:tr w:rsidR="000E52BF" w:rsidRPr="000E52BF" w:rsidTr="000E52BF">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9C4F13" w:rsidRPr="000E52BF" w:rsidRDefault="0024727F">
            <w:r w:rsidRPr="000E52BF">
              <w:rPr>
                <w:b/>
              </w:rPr>
              <w:t>1. KHỞI ĐỘNG</w:t>
            </w:r>
          </w:p>
          <w:p w:rsidR="009C4F13" w:rsidRPr="000E52BF" w:rsidRDefault="0024727F">
            <w:r w:rsidRPr="000E52BF">
              <w:rPr>
                <w:b/>
              </w:rPr>
              <w:t>- Mục tiêu:</w:t>
            </w:r>
          </w:p>
          <w:p w:rsidR="009C4F13" w:rsidRPr="000E52BF" w:rsidRDefault="0024727F">
            <w:r w:rsidRPr="000E52BF">
              <w:t>- Tạo tâm thế thoải mái, hứng thú cho HS trước khi vào bài học.</w:t>
            </w:r>
          </w:p>
          <w:p w:rsidR="009C4F13" w:rsidRPr="000E52BF" w:rsidRDefault="0024727F">
            <w:r w:rsidRPr="000E52BF">
              <w:t>- Gợi sự kết nối giữa trải nghiệm của HS với nội dung bài học mới.</w:t>
            </w:r>
          </w:p>
          <w:p w:rsidR="009C4F13" w:rsidRPr="000E52BF" w:rsidRDefault="0024727F">
            <w:r w:rsidRPr="000E52BF">
              <w:rPr>
                <w:b/>
                <w:i/>
              </w:rPr>
              <w:t>* Cách tiến hành:</w:t>
            </w:r>
          </w:p>
        </w:tc>
      </w:tr>
      <w:tr w:rsidR="000E52BF" w:rsidRPr="000E52BF" w:rsidTr="000E52BF">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9C4F13" w:rsidRPr="000E52BF" w:rsidRDefault="0024727F" w:rsidP="000E52BF">
            <w:pPr>
              <w:jc w:val="both"/>
            </w:pPr>
            <w:r w:rsidRPr="000E52BF">
              <w:t>- GV chiếu clip về những nụ cười của HS trong lớp và cho HS nghe bài hát “Nụ cười”, nhạc Nga, lời Việt: Phạm Tuyên.</w:t>
            </w:r>
          </w:p>
        </w:tc>
        <w:tc>
          <w:tcPr>
            <w:tcW w:w="4586" w:type="dxa"/>
            <w:tcBorders>
              <w:top w:val="single" w:sz="6" w:space="0" w:color="000000"/>
            </w:tcBorders>
            <w:shd w:val="clear" w:color="auto" w:fill="auto"/>
            <w:tcMar>
              <w:top w:w="70" w:type="dxa"/>
              <w:left w:w="90" w:type="dxa"/>
              <w:bottom w:w="70" w:type="dxa"/>
              <w:right w:w="90" w:type="dxa"/>
            </w:tcMar>
            <w:vAlign w:val="center"/>
          </w:tcPr>
          <w:p w:rsidR="009C4F13" w:rsidRPr="000E52BF" w:rsidRDefault="0024727F" w:rsidP="000E52BF">
            <w:pPr>
              <w:jc w:val="both"/>
            </w:pPr>
            <w:r w:rsidRPr="000E52BF">
              <w:t>- HS quan sát clip, nghe hát và vận động nhẹ nhàng theo nhạc.</w:t>
            </w:r>
          </w:p>
        </w:tc>
      </w:tr>
      <w:tr w:rsidR="000E52BF" w:rsidRPr="000E52BF" w:rsidTr="000E52BF">
        <w:trPr>
          <w:cantSplit/>
          <w:jc w:val="center"/>
        </w:trPr>
        <w:tc>
          <w:tcPr>
            <w:tcW w:w="5187" w:type="dxa"/>
            <w:shd w:val="clear" w:color="auto" w:fill="auto"/>
            <w:tcMar>
              <w:top w:w="70" w:type="dxa"/>
              <w:left w:w="90" w:type="dxa"/>
              <w:bottom w:w="70" w:type="dxa"/>
              <w:right w:w="90" w:type="dxa"/>
            </w:tcMar>
            <w:vAlign w:val="center"/>
          </w:tcPr>
          <w:p w:rsidR="009C4F13" w:rsidRPr="000E52BF" w:rsidRDefault="0024727F" w:rsidP="000E52BF">
            <w:pPr>
              <w:jc w:val="both"/>
            </w:pPr>
            <w:r w:rsidRPr="000E52BF">
              <w:lastRenderedPageBreak/>
              <w:t>- GV hỏi: Khi nhìn thấy những nụ cười trong clip, em cảm thấy thế nào?</w:t>
            </w:r>
          </w:p>
        </w:tc>
        <w:tc>
          <w:tcPr>
            <w:tcW w:w="4586" w:type="dxa"/>
            <w:shd w:val="clear" w:color="auto" w:fill="auto"/>
            <w:tcMar>
              <w:top w:w="70" w:type="dxa"/>
              <w:left w:w="90" w:type="dxa"/>
              <w:bottom w:w="70" w:type="dxa"/>
              <w:right w:w="90" w:type="dxa"/>
            </w:tcMar>
            <w:vAlign w:val="center"/>
          </w:tcPr>
          <w:p w:rsidR="009C4F13" w:rsidRPr="000E52BF" w:rsidRDefault="0024727F" w:rsidP="000E52BF">
            <w:pPr>
              <w:jc w:val="both"/>
            </w:pPr>
            <w:r w:rsidRPr="000E52BF">
              <w:t>- HS chia sẻ cảm xúc: vui vẻ, thoải mái, gần gũi, muốn mỉm cười cùng các bạn.</w:t>
            </w:r>
          </w:p>
        </w:tc>
      </w:tr>
      <w:tr w:rsidR="000E52BF" w:rsidRPr="000E52BF" w:rsidTr="000E52BF">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9C4F13" w:rsidRPr="000E52BF" w:rsidRDefault="0024727F" w:rsidP="000E52BF">
            <w:pPr>
              <w:jc w:val="both"/>
            </w:pPr>
            <w:r w:rsidRPr="000E52BF">
              <w:t>- GV dẫn dắt HS vào chủ đề “Nụ cười thân thiện”.</w:t>
            </w:r>
          </w:p>
        </w:tc>
        <w:tc>
          <w:tcPr>
            <w:tcW w:w="4586" w:type="dxa"/>
            <w:tcBorders>
              <w:bottom w:val="single" w:sz="6" w:space="0" w:color="000000"/>
            </w:tcBorders>
            <w:shd w:val="clear" w:color="auto" w:fill="auto"/>
            <w:tcMar>
              <w:top w:w="70" w:type="dxa"/>
              <w:left w:w="90" w:type="dxa"/>
              <w:bottom w:w="70" w:type="dxa"/>
              <w:right w:w="90" w:type="dxa"/>
            </w:tcMar>
            <w:vAlign w:val="center"/>
          </w:tcPr>
          <w:p w:rsidR="009C4F13" w:rsidRPr="000E52BF" w:rsidRDefault="0024727F" w:rsidP="000E52BF">
            <w:pPr>
              <w:jc w:val="both"/>
            </w:pPr>
            <w:r w:rsidRPr="000E52BF">
              <w:t>- HS lắng nghe và sẵn sàng tham gia các hoạt động.</w:t>
            </w:r>
          </w:p>
        </w:tc>
      </w:tr>
      <w:tr w:rsidR="000E52BF" w:rsidRPr="000E52BF" w:rsidTr="000E52BF">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9C4F13" w:rsidRPr="000E52BF" w:rsidRDefault="0024727F" w:rsidP="000E52BF">
            <w:pPr>
              <w:jc w:val="both"/>
            </w:pPr>
            <w:r w:rsidRPr="000E52BF">
              <w:rPr>
                <w:b/>
              </w:rPr>
              <w:t>2. KHÁM PHÁ CHỦ ĐỀ</w:t>
            </w:r>
          </w:p>
          <w:p w:rsidR="009C4F13" w:rsidRPr="000E52BF" w:rsidRDefault="0024727F" w:rsidP="000E52BF">
            <w:pPr>
              <w:jc w:val="both"/>
            </w:pPr>
            <w:r w:rsidRPr="000E52BF">
              <w:rPr>
                <w:b/>
              </w:rPr>
              <w:t xml:space="preserve">- Mục tiêu: </w:t>
            </w:r>
            <w:r w:rsidRPr="000E52BF">
              <w:t>HS nhận biết được nụ cười thân thiện; biết tạo và chia sẻ niềm vui với mọi người bằng lời nói, câu chuyện hoặc động tác phù hợp.</w:t>
            </w:r>
          </w:p>
          <w:p w:rsidR="009C4F13" w:rsidRPr="000E52BF" w:rsidRDefault="0024727F" w:rsidP="000E52BF">
            <w:pPr>
              <w:jc w:val="both"/>
            </w:pPr>
            <w:r w:rsidRPr="000E52BF">
              <w:rPr>
                <w:b/>
                <w:i/>
              </w:rPr>
              <w:t>* Cách tiến hành:</w:t>
            </w:r>
          </w:p>
        </w:tc>
      </w:tr>
      <w:tr w:rsidR="000E52BF" w:rsidRPr="000E52BF" w:rsidTr="000E52BF">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9C4F13" w:rsidRPr="000E52BF" w:rsidRDefault="0024727F" w:rsidP="000E52BF">
            <w:pPr>
              <w:jc w:val="both"/>
            </w:pPr>
            <w:r w:rsidRPr="000E52BF">
              <w:rPr>
                <w:b/>
              </w:rPr>
              <w:t xml:space="preserve">Hoạt động 1: </w:t>
            </w:r>
            <w:r w:rsidRPr="000E52BF">
              <w:t>Kể về những bạn trong lớp có nụ cười thân thiện.</w:t>
            </w:r>
          </w:p>
        </w:tc>
        <w:tc>
          <w:tcPr>
            <w:tcW w:w="4586" w:type="dxa"/>
            <w:tcBorders>
              <w:top w:val="single" w:sz="6" w:space="0" w:color="000000"/>
            </w:tcBorders>
            <w:shd w:val="clear" w:color="auto" w:fill="auto"/>
            <w:tcMar>
              <w:top w:w="70" w:type="dxa"/>
              <w:left w:w="90" w:type="dxa"/>
              <w:bottom w:w="70" w:type="dxa"/>
              <w:right w:w="90" w:type="dxa"/>
            </w:tcMar>
            <w:vAlign w:val="center"/>
          </w:tcPr>
          <w:p w:rsidR="009C4F13" w:rsidRPr="000E52BF" w:rsidRDefault="0024727F" w:rsidP="000E52BF">
            <w:pPr>
              <w:jc w:val="both"/>
            </w:pPr>
            <w:r w:rsidRPr="000E52BF">
              <w:t>- HS xác định nhiệm vụ của hoạt động.</w:t>
            </w:r>
          </w:p>
        </w:tc>
      </w:tr>
      <w:tr w:rsidR="000E52BF" w:rsidRPr="000E52BF" w:rsidTr="000E52BF">
        <w:trPr>
          <w:cantSplit/>
          <w:jc w:val="center"/>
        </w:trPr>
        <w:tc>
          <w:tcPr>
            <w:tcW w:w="5187" w:type="dxa"/>
            <w:shd w:val="clear" w:color="auto" w:fill="auto"/>
            <w:tcMar>
              <w:top w:w="70" w:type="dxa"/>
              <w:left w:w="90" w:type="dxa"/>
              <w:bottom w:w="70" w:type="dxa"/>
              <w:right w:w="90" w:type="dxa"/>
            </w:tcMar>
            <w:vAlign w:val="center"/>
          </w:tcPr>
          <w:p w:rsidR="009C4F13" w:rsidRPr="000E52BF" w:rsidRDefault="0024727F" w:rsidP="000E52BF">
            <w:pPr>
              <w:jc w:val="both"/>
            </w:pPr>
            <w:r w:rsidRPr="000E52BF">
              <w:t>- GV yêu cầu HS lần lượt kể tên những bạn có nụ cười thân thiện trong lớp.</w:t>
            </w:r>
          </w:p>
          <w:p w:rsidR="009C4F13" w:rsidRPr="000E52BF" w:rsidRDefault="009C4F13" w:rsidP="000E52BF">
            <w:pPr>
              <w:jc w:val="both"/>
            </w:pPr>
          </w:p>
        </w:tc>
        <w:tc>
          <w:tcPr>
            <w:tcW w:w="4586" w:type="dxa"/>
            <w:shd w:val="clear" w:color="auto" w:fill="auto"/>
            <w:tcMar>
              <w:top w:w="70" w:type="dxa"/>
              <w:left w:w="90" w:type="dxa"/>
              <w:bottom w:w="70" w:type="dxa"/>
              <w:right w:w="90" w:type="dxa"/>
            </w:tcMar>
            <w:vAlign w:val="center"/>
          </w:tcPr>
          <w:p w:rsidR="009C4F13" w:rsidRPr="000E52BF" w:rsidRDefault="0024727F" w:rsidP="000E52BF">
            <w:pPr>
              <w:jc w:val="both"/>
            </w:pPr>
            <w:r w:rsidRPr="000E52BF">
              <w:t>- 4 - 5 HS lần lượt kể tên các bạn có nụ cười thân thiện trong lớp.</w:t>
            </w:r>
          </w:p>
        </w:tc>
      </w:tr>
      <w:tr w:rsidR="000E52BF" w:rsidRPr="000E52BF" w:rsidTr="000E52BF">
        <w:trPr>
          <w:cantSplit/>
          <w:jc w:val="center"/>
        </w:trPr>
        <w:tc>
          <w:tcPr>
            <w:tcW w:w="5187" w:type="dxa"/>
            <w:shd w:val="clear" w:color="auto" w:fill="auto"/>
            <w:tcMar>
              <w:top w:w="70" w:type="dxa"/>
              <w:left w:w="90" w:type="dxa"/>
              <w:bottom w:w="70" w:type="dxa"/>
              <w:right w:w="90" w:type="dxa"/>
            </w:tcMar>
            <w:vAlign w:val="center"/>
          </w:tcPr>
          <w:p w:rsidR="009C4F13" w:rsidRPr="000E52BF" w:rsidRDefault="0024727F" w:rsidP="000E52BF">
            <w:pPr>
              <w:jc w:val="both"/>
            </w:pPr>
            <w:r w:rsidRPr="000E52BF">
              <w:t>- GV phỏng vấn những bạn được gọi tên: Em cảm thấy thế nào khi cười với mọi người và khi người khác cười với em?</w:t>
            </w:r>
          </w:p>
        </w:tc>
        <w:tc>
          <w:tcPr>
            <w:tcW w:w="4586" w:type="dxa"/>
            <w:shd w:val="clear" w:color="auto" w:fill="auto"/>
            <w:tcMar>
              <w:top w:w="70" w:type="dxa"/>
              <w:left w:w="90" w:type="dxa"/>
              <w:bottom w:w="70" w:type="dxa"/>
              <w:right w:w="90" w:type="dxa"/>
            </w:tcMar>
            <w:vAlign w:val="center"/>
          </w:tcPr>
          <w:p w:rsidR="009C4F13" w:rsidRPr="000E52BF" w:rsidRDefault="0024727F" w:rsidP="000E52BF">
            <w:pPr>
              <w:jc w:val="both"/>
            </w:pPr>
            <w:r w:rsidRPr="000E52BF">
              <w:t>- HS trả lời theo cảm nhận: vui, ấm áp, được quan tâm, muốn gần gũi và trò chuyện với mọi người.</w:t>
            </w:r>
          </w:p>
        </w:tc>
      </w:tr>
      <w:tr w:rsidR="000E52BF" w:rsidRPr="000E52BF" w:rsidTr="000E52BF">
        <w:trPr>
          <w:cantSplit/>
          <w:jc w:val="center"/>
        </w:trPr>
        <w:tc>
          <w:tcPr>
            <w:tcW w:w="5187" w:type="dxa"/>
            <w:shd w:val="clear" w:color="auto" w:fill="auto"/>
            <w:tcMar>
              <w:top w:w="70" w:type="dxa"/>
              <w:left w:w="90" w:type="dxa"/>
              <w:bottom w:w="70" w:type="dxa"/>
              <w:right w:w="90" w:type="dxa"/>
            </w:tcMar>
            <w:vAlign w:val="center"/>
          </w:tcPr>
          <w:p w:rsidR="009C4F13" w:rsidRPr="000E52BF" w:rsidRDefault="0024727F" w:rsidP="000E52BF">
            <w:pPr>
              <w:jc w:val="both"/>
            </w:pPr>
            <w:r w:rsidRPr="000E52BF">
              <w:t>- GV hỏi: Em hãy kể một tình huống em đã cười thân thiện.</w:t>
            </w:r>
          </w:p>
        </w:tc>
        <w:tc>
          <w:tcPr>
            <w:tcW w:w="4586" w:type="dxa"/>
            <w:shd w:val="clear" w:color="auto" w:fill="auto"/>
            <w:tcMar>
              <w:top w:w="70" w:type="dxa"/>
              <w:left w:w="90" w:type="dxa"/>
              <w:bottom w:w="70" w:type="dxa"/>
              <w:right w:w="90" w:type="dxa"/>
            </w:tcMar>
            <w:vAlign w:val="center"/>
          </w:tcPr>
          <w:p w:rsidR="009C4F13" w:rsidRPr="000E52BF" w:rsidRDefault="0024727F" w:rsidP="000E52BF">
            <w:pPr>
              <w:jc w:val="both"/>
            </w:pPr>
            <w:r w:rsidRPr="000E52BF">
              <w:t>- HS kể một tình huống phù hợp: gặp bạn, chào thầy cô, nhận lời động viên, cùng chơi hoặc giúp đỡ nhau.</w:t>
            </w:r>
          </w:p>
        </w:tc>
      </w:tr>
      <w:tr w:rsidR="000E52BF" w:rsidRPr="000E52BF" w:rsidTr="000E52BF">
        <w:trPr>
          <w:cantSplit/>
          <w:jc w:val="center"/>
        </w:trPr>
        <w:tc>
          <w:tcPr>
            <w:tcW w:w="5187" w:type="dxa"/>
            <w:shd w:val="clear" w:color="auto" w:fill="auto"/>
            <w:tcMar>
              <w:top w:w="70" w:type="dxa"/>
              <w:left w:w="90" w:type="dxa"/>
              <w:bottom w:w="70" w:type="dxa"/>
              <w:right w:w="90" w:type="dxa"/>
            </w:tcMar>
            <w:vAlign w:val="center"/>
          </w:tcPr>
          <w:p w:rsidR="009C4F13" w:rsidRPr="000E52BF" w:rsidRDefault="0024727F" w:rsidP="000E52BF">
            <w:pPr>
              <w:jc w:val="both"/>
            </w:pPr>
            <w:r w:rsidRPr="000E52BF">
              <w:t>- GV kết luận: Ta cảm thấy vui, thích thú, ấm áp, phấn khởi khi cười. Ta cười khi được gặp bố mẹ, gặp bạn, được đi chơi, được tặng quà, khi nhìn thấy bạn cười, được quan tâm, được động viên, được yêu thương.</w:t>
            </w:r>
          </w:p>
        </w:tc>
        <w:tc>
          <w:tcPr>
            <w:tcW w:w="4586" w:type="dxa"/>
            <w:shd w:val="clear" w:color="auto" w:fill="auto"/>
            <w:tcMar>
              <w:top w:w="70" w:type="dxa"/>
              <w:left w:w="90" w:type="dxa"/>
              <w:bottom w:w="70" w:type="dxa"/>
              <w:right w:w="90" w:type="dxa"/>
            </w:tcMar>
            <w:vAlign w:val="center"/>
          </w:tcPr>
          <w:p w:rsidR="009C4F13" w:rsidRPr="000E52BF" w:rsidRDefault="0024727F" w:rsidP="000E52BF">
            <w:pPr>
              <w:jc w:val="both"/>
            </w:pPr>
            <w:r w:rsidRPr="000E52BF">
              <w:t>- HS lắng nghe và liên hệ với những tình huống của bản thân.</w:t>
            </w:r>
          </w:p>
        </w:tc>
      </w:tr>
      <w:tr w:rsidR="000E52BF" w:rsidRPr="000E52BF" w:rsidTr="000E52BF">
        <w:trPr>
          <w:cantSplit/>
          <w:jc w:val="center"/>
        </w:trPr>
        <w:tc>
          <w:tcPr>
            <w:tcW w:w="5187" w:type="dxa"/>
            <w:shd w:val="clear" w:color="auto" w:fill="auto"/>
            <w:tcMar>
              <w:top w:w="70" w:type="dxa"/>
              <w:left w:w="90" w:type="dxa"/>
              <w:bottom w:w="70" w:type="dxa"/>
              <w:right w:w="90" w:type="dxa"/>
            </w:tcMar>
            <w:vAlign w:val="center"/>
          </w:tcPr>
          <w:p w:rsidR="009C4F13" w:rsidRPr="000E52BF" w:rsidRDefault="0024727F" w:rsidP="000E52BF">
            <w:pPr>
              <w:jc w:val="both"/>
            </w:pPr>
            <w:r w:rsidRPr="000E52BF">
              <w:rPr>
                <w:b/>
              </w:rPr>
              <w:t xml:space="preserve">Hoạt động 2: </w:t>
            </w:r>
            <w:r w:rsidRPr="000E52BF">
              <w:t>Kể chuyện hoặc làm động tác vui nhộn.</w:t>
            </w:r>
          </w:p>
        </w:tc>
        <w:tc>
          <w:tcPr>
            <w:tcW w:w="4586" w:type="dxa"/>
            <w:shd w:val="clear" w:color="auto" w:fill="auto"/>
            <w:tcMar>
              <w:top w:w="70" w:type="dxa"/>
              <w:left w:w="90" w:type="dxa"/>
              <w:bottom w:w="70" w:type="dxa"/>
              <w:right w:w="90" w:type="dxa"/>
            </w:tcMar>
            <w:vAlign w:val="center"/>
          </w:tcPr>
          <w:p w:rsidR="009C4F13" w:rsidRPr="000E52BF" w:rsidRDefault="0024727F" w:rsidP="000E52BF">
            <w:pPr>
              <w:jc w:val="both"/>
            </w:pPr>
            <w:r w:rsidRPr="000E52BF">
              <w:t>- HS xác định nhiệm vụ của hoạt động.</w:t>
            </w:r>
          </w:p>
        </w:tc>
      </w:tr>
      <w:tr w:rsidR="000E52BF" w:rsidRPr="000E52BF" w:rsidTr="000E52BF">
        <w:trPr>
          <w:cantSplit/>
          <w:jc w:val="center"/>
        </w:trPr>
        <w:tc>
          <w:tcPr>
            <w:tcW w:w="5187" w:type="dxa"/>
            <w:shd w:val="clear" w:color="auto" w:fill="auto"/>
            <w:tcMar>
              <w:top w:w="70" w:type="dxa"/>
              <w:left w:w="90" w:type="dxa"/>
              <w:bottom w:w="70" w:type="dxa"/>
              <w:right w:w="90" w:type="dxa"/>
            </w:tcMar>
            <w:vAlign w:val="center"/>
          </w:tcPr>
          <w:p w:rsidR="009C4F13" w:rsidRPr="000E52BF" w:rsidRDefault="0024727F" w:rsidP="000E52BF">
            <w:pPr>
              <w:jc w:val="both"/>
            </w:pPr>
            <w:r w:rsidRPr="000E52BF">
              <w:t>- GV hướng dẫn HS quan sát và thực hành đọc nhanh các câu dễ nói nhịu để tạo tiếng cười.</w:t>
            </w:r>
          </w:p>
        </w:tc>
        <w:tc>
          <w:tcPr>
            <w:tcW w:w="4586" w:type="dxa"/>
            <w:shd w:val="clear" w:color="auto" w:fill="auto"/>
            <w:tcMar>
              <w:top w:w="70" w:type="dxa"/>
              <w:left w:w="90" w:type="dxa"/>
              <w:bottom w:w="70" w:type="dxa"/>
              <w:right w:w="90" w:type="dxa"/>
            </w:tcMar>
            <w:vAlign w:val="center"/>
          </w:tcPr>
          <w:p w:rsidR="009C4F13" w:rsidRPr="000E52BF" w:rsidRDefault="0024727F" w:rsidP="000E52BF">
            <w:pPr>
              <w:jc w:val="both"/>
            </w:pPr>
            <w:r w:rsidRPr="000E52BF">
              <w:t>- HS quan sát và thực hành đọc các câu dễ nói nhịu: “Đêm đông đốt đèn đi đâu đấy. Đêm đông đốt đèn đi đãi đỗ đen đây.”; “Nồi đồng nấu ốc, nồi đất nấu ếch.”</w:t>
            </w:r>
          </w:p>
        </w:tc>
      </w:tr>
      <w:tr w:rsidR="000E52BF" w:rsidRPr="000E52BF" w:rsidTr="000E52BF">
        <w:trPr>
          <w:cantSplit/>
          <w:jc w:val="center"/>
        </w:trPr>
        <w:tc>
          <w:tcPr>
            <w:tcW w:w="5187" w:type="dxa"/>
            <w:shd w:val="clear" w:color="auto" w:fill="auto"/>
            <w:tcMar>
              <w:top w:w="70" w:type="dxa"/>
              <w:left w:w="90" w:type="dxa"/>
              <w:bottom w:w="70" w:type="dxa"/>
              <w:right w:w="90" w:type="dxa"/>
            </w:tcMar>
            <w:vAlign w:val="center"/>
          </w:tcPr>
          <w:p w:rsidR="009C4F13" w:rsidRPr="000E52BF" w:rsidRDefault="0024727F" w:rsidP="000E52BF">
            <w:pPr>
              <w:jc w:val="both"/>
            </w:pPr>
            <w:r w:rsidRPr="000E52BF">
              <w:t>- GV yêu cầu HS thảo luận nhóm 4: Kể một câu chuyện hài hoặc làm một động tác vui nhộn để các bạn vui cười.</w:t>
            </w:r>
          </w:p>
          <w:p w:rsidR="009C4F13" w:rsidRPr="000E52BF" w:rsidRDefault="009C4F13" w:rsidP="000E52BF">
            <w:pPr>
              <w:jc w:val="both"/>
            </w:pPr>
          </w:p>
        </w:tc>
        <w:tc>
          <w:tcPr>
            <w:tcW w:w="4586" w:type="dxa"/>
            <w:shd w:val="clear" w:color="auto" w:fill="auto"/>
            <w:tcMar>
              <w:top w:w="70" w:type="dxa"/>
              <w:left w:w="90" w:type="dxa"/>
              <w:bottom w:w="70" w:type="dxa"/>
              <w:right w:w="90" w:type="dxa"/>
            </w:tcMar>
            <w:vAlign w:val="center"/>
          </w:tcPr>
          <w:p w:rsidR="009C4F13" w:rsidRPr="000E52BF" w:rsidRDefault="0024727F" w:rsidP="000E52BF">
            <w:pPr>
              <w:jc w:val="both"/>
            </w:pPr>
            <w:r w:rsidRPr="000E52BF">
              <w:t>- HS thảo luận nhóm, lựa chọn nội dung và phân công bạn thể hiện.</w:t>
            </w:r>
          </w:p>
        </w:tc>
      </w:tr>
      <w:tr w:rsidR="000E52BF" w:rsidRPr="000E52BF" w:rsidTr="000E52BF">
        <w:trPr>
          <w:cantSplit/>
          <w:jc w:val="center"/>
        </w:trPr>
        <w:tc>
          <w:tcPr>
            <w:tcW w:w="5187" w:type="dxa"/>
            <w:shd w:val="clear" w:color="auto" w:fill="auto"/>
            <w:tcMar>
              <w:top w:w="70" w:type="dxa"/>
              <w:left w:w="90" w:type="dxa"/>
              <w:bottom w:w="70" w:type="dxa"/>
              <w:right w:w="90" w:type="dxa"/>
            </w:tcMar>
            <w:vAlign w:val="center"/>
          </w:tcPr>
          <w:p w:rsidR="009C4F13" w:rsidRPr="000E52BF" w:rsidRDefault="0024727F" w:rsidP="000E52BF">
            <w:pPr>
              <w:jc w:val="both"/>
            </w:pPr>
            <w:r w:rsidRPr="000E52BF">
              <w:lastRenderedPageBreak/>
              <w:t>- GV gọi các nhóm chia sẻ trước lớp.</w:t>
            </w:r>
          </w:p>
        </w:tc>
        <w:tc>
          <w:tcPr>
            <w:tcW w:w="4586" w:type="dxa"/>
            <w:shd w:val="clear" w:color="auto" w:fill="auto"/>
            <w:tcMar>
              <w:top w:w="70" w:type="dxa"/>
              <w:left w:w="90" w:type="dxa"/>
              <w:bottom w:w="70" w:type="dxa"/>
              <w:right w:w="90" w:type="dxa"/>
            </w:tcMar>
            <w:vAlign w:val="center"/>
          </w:tcPr>
          <w:p w:rsidR="009C4F13" w:rsidRPr="000E52BF" w:rsidRDefault="0024727F" w:rsidP="000E52BF">
            <w:pPr>
              <w:jc w:val="both"/>
            </w:pPr>
            <w:r w:rsidRPr="000E52BF">
              <w:t>- 2 HS kể chuyện và 2 HS làm động tác vui nhộn trước lớp.</w:t>
            </w:r>
          </w:p>
        </w:tc>
      </w:tr>
      <w:tr w:rsidR="000E52BF" w:rsidRPr="000E52BF" w:rsidTr="000E52BF">
        <w:trPr>
          <w:cantSplit/>
          <w:jc w:val="center"/>
        </w:trPr>
        <w:tc>
          <w:tcPr>
            <w:tcW w:w="5187" w:type="dxa"/>
            <w:shd w:val="clear" w:color="auto" w:fill="auto"/>
            <w:tcMar>
              <w:top w:w="70" w:type="dxa"/>
              <w:left w:w="90" w:type="dxa"/>
              <w:bottom w:w="70" w:type="dxa"/>
              <w:right w:w="90" w:type="dxa"/>
            </w:tcMar>
            <w:vAlign w:val="center"/>
          </w:tcPr>
          <w:p w:rsidR="009C4F13" w:rsidRPr="000E52BF" w:rsidRDefault="0024727F" w:rsidP="000E52BF">
            <w:pPr>
              <w:jc w:val="both"/>
            </w:pPr>
            <w:r w:rsidRPr="000E52BF">
              <w:t>- GV hỏi: Em cảm thấy thế nào khi mang lại niềm vui cho các bạn khác?</w:t>
            </w:r>
          </w:p>
        </w:tc>
        <w:tc>
          <w:tcPr>
            <w:tcW w:w="4586" w:type="dxa"/>
            <w:shd w:val="clear" w:color="auto" w:fill="auto"/>
            <w:tcMar>
              <w:top w:w="70" w:type="dxa"/>
              <w:left w:w="90" w:type="dxa"/>
              <w:bottom w:w="70" w:type="dxa"/>
              <w:right w:w="90" w:type="dxa"/>
            </w:tcMar>
            <w:vAlign w:val="center"/>
          </w:tcPr>
          <w:p w:rsidR="009C4F13" w:rsidRPr="000E52BF" w:rsidRDefault="0024727F" w:rsidP="000E52BF">
            <w:pPr>
              <w:jc w:val="both"/>
            </w:pPr>
            <w:r w:rsidRPr="000E52BF">
              <w:t>- HS trả lời: vui, tự tin, hạnh phúc và muốn tiếp tục làm những việc tích cực.</w:t>
            </w:r>
          </w:p>
        </w:tc>
      </w:tr>
      <w:tr w:rsidR="000E52BF" w:rsidRPr="000E52BF" w:rsidTr="000E52BF">
        <w:trPr>
          <w:cantSplit/>
          <w:jc w:val="center"/>
        </w:trPr>
        <w:tc>
          <w:tcPr>
            <w:tcW w:w="5187" w:type="dxa"/>
            <w:shd w:val="clear" w:color="auto" w:fill="auto"/>
            <w:tcMar>
              <w:top w:w="70" w:type="dxa"/>
              <w:left w:w="90" w:type="dxa"/>
              <w:bottom w:w="70" w:type="dxa"/>
              <w:right w:w="90" w:type="dxa"/>
            </w:tcMar>
            <w:vAlign w:val="center"/>
          </w:tcPr>
          <w:p w:rsidR="009C4F13" w:rsidRPr="000E52BF" w:rsidRDefault="0024727F" w:rsidP="000E52BF">
            <w:pPr>
              <w:jc w:val="both"/>
            </w:pPr>
            <w:r w:rsidRPr="000E52BF">
              <w:t>- GV hỏi: Vì sao em lại cười khi nghe hoặc nhìn bạn thể hiện?</w:t>
            </w:r>
          </w:p>
        </w:tc>
        <w:tc>
          <w:tcPr>
            <w:tcW w:w="4586" w:type="dxa"/>
            <w:shd w:val="clear" w:color="auto" w:fill="auto"/>
            <w:tcMar>
              <w:top w:w="70" w:type="dxa"/>
              <w:left w:w="90" w:type="dxa"/>
              <w:bottom w:w="70" w:type="dxa"/>
              <w:right w:w="90" w:type="dxa"/>
            </w:tcMar>
            <w:vAlign w:val="center"/>
          </w:tcPr>
          <w:p w:rsidR="009C4F13" w:rsidRPr="000E52BF" w:rsidRDefault="0024727F" w:rsidP="000E52BF">
            <w:pPr>
              <w:jc w:val="both"/>
            </w:pPr>
            <w:r w:rsidRPr="000E52BF">
              <w:t>- HS nêu lí do: câu chuyện bất ngờ, động tác vui nhộn, nét mặt và cách nói hài hước.</w:t>
            </w:r>
          </w:p>
        </w:tc>
      </w:tr>
      <w:tr w:rsidR="000E52BF" w:rsidRPr="000E52BF" w:rsidTr="000E52BF">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9C4F13" w:rsidRPr="000E52BF" w:rsidRDefault="0024727F" w:rsidP="000E52BF">
            <w:pPr>
              <w:jc w:val="both"/>
            </w:pPr>
            <w:r w:rsidRPr="000E52BF">
              <w:t>- GV nhận xét, kết luận: Trong cuộc sống, ta luôn đón nhận niềm vui, nụ cười từ người khác và mang niềm vui, nụ cười cho người quanh ta.</w:t>
            </w:r>
          </w:p>
        </w:tc>
        <w:tc>
          <w:tcPr>
            <w:tcW w:w="4586" w:type="dxa"/>
            <w:tcBorders>
              <w:bottom w:val="single" w:sz="6" w:space="0" w:color="000000"/>
            </w:tcBorders>
            <w:shd w:val="clear" w:color="auto" w:fill="auto"/>
            <w:tcMar>
              <w:top w:w="70" w:type="dxa"/>
              <w:left w:w="90" w:type="dxa"/>
              <w:bottom w:w="70" w:type="dxa"/>
              <w:right w:w="90" w:type="dxa"/>
            </w:tcMar>
            <w:vAlign w:val="center"/>
          </w:tcPr>
          <w:p w:rsidR="009C4F13" w:rsidRPr="000E52BF" w:rsidRDefault="0024727F" w:rsidP="000E52BF">
            <w:pPr>
              <w:jc w:val="both"/>
            </w:pPr>
            <w:r w:rsidRPr="000E52BF">
              <w:t>- HS lắng nghe và ghi nhớ.</w:t>
            </w:r>
          </w:p>
        </w:tc>
      </w:tr>
      <w:tr w:rsidR="000E52BF" w:rsidRPr="000E52BF" w:rsidTr="000E52BF">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9C4F13" w:rsidRPr="000E52BF" w:rsidRDefault="0024727F" w:rsidP="00B24085">
            <w:r w:rsidRPr="000E52BF">
              <w:rPr>
                <w:b/>
              </w:rPr>
              <w:t>3. THỰC HÀNH</w:t>
            </w:r>
            <w:r w:rsidRPr="000E52BF">
              <w:rPr>
                <w:b/>
              </w:rPr>
              <w:br/>
              <w:t>HOẠT ĐỘNG MỞ RỘNG VÀ TỔNG KẾT CHỦ ĐỀ</w:t>
            </w:r>
          </w:p>
          <w:p w:rsidR="009C4F13" w:rsidRPr="000E52BF" w:rsidRDefault="0024727F" w:rsidP="000E52BF">
            <w:pPr>
              <w:jc w:val="both"/>
            </w:pPr>
            <w:r w:rsidRPr="000E52BF">
              <w:rPr>
                <w:b/>
              </w:rPr>
              <w:t xml:space="preserve">- Mục tiêu: </w:t>
            </w:r>
            <w:r w:rsidRPr="000E52BF">
              <w:t>HS biết thể hiện nụ cười thân thiện, lựa chọn cách ứng xử tích cực trong một số tình huống và giữ thái độ vui tươi với mọi người xung quanh.</w:t>
            </w:r>
          </w:p>
          <w:p w:rsidR="009C4F13" w:rsidRPr="000E52BF" w:rsidRDefault="0024727F" w:rsidP="000E52BF">
            <w:pPr>
              <w:jc w:val="both"/>
            </w:pPr>
            <w:r w:rsidRPr="000E52BF">
              <w:rPr>
                <w:b/>
              </w:rPr>
              <w:t xml:space="preserve">Mục tiêu tích hợp: </w:t>
            </w:r>
            <w:r w:rsidRPr="000E52BF">
              <w:t>HS hiểu mình có quyền được vui chơi, chia sẻ niềm vui và bày tỏ tình cảm, cảm xúc; đồng thời biết thể hiện cảm xúc phù hợp, tôn trọng cảm xúc của người khác.</w:t>
            </w:r>
          </w:p>
          <w:p w:rsidR="009C4F13" w:rsidRPr="000E52BF" w:rsidRDefault="0024727F" w:rsidP="000E52BF">
            <w:pPr>
              <w:jc w:val="both"/>
            </w:pPr>
            <w:r w:rsidRPr="000E52BF">
              <w:rPr>
                <w:b/>
                <w:i/>
              </w:rPr>
              <w:t>* Cách tiến hành:</w:t>
            </w:r>
          </w:p>
        </w:tc>
      </w:tr>
      <w:tr w:rsidR="000E52BF" w:rsidRPr="000E52BF" w:rsidTr="000E52BF">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9C4F13" w:rsidRPr="000E52BF" w:rsidRDefault="0024727F" w:rsidP="000E52BF">
            <w:pPr>
              <w:jc w:val="both"/>
            </w:pPr>
            <w:r w:rsidRPr="000E52BF">
              <w:rPr>
                <w:b/>
              </w:rPr>
              <w:t xml:space="preserve">Hoạt động 3: </w:t>
            </w:r>
            <w:r w:rsidRPr="000E52BF">
              <w:t>Thể hiện nụ cười thân thiện.</w:t>
            </w:r>
          </w:p>
        </w:tc>
        <w:tc>
          <w:tcPr>
            <w:tcW w:w="4586" w:type="dxa"/>
            <w:tcBorders>
              <w:top w:val="single" w:sz="6" w:space="0" w:color="000000"/>
            </w:tcBorders>
            <w:shd w:val="clear" w:color="auto" w:fill="auto"/>
            <w:tcMar>
              <w:top w:w="70" w:type="dxa"/>
              <w:left w:w="90" w:type="dxa"/>
              <w:bottom w:w="70" w:type="dxa"/>
              <w:right w:w="90" w:type="dxa"/>
            </w:tcMar>
            <w:vAlign w:val="center"/>
          </w:tcPr>
          <w:p w:rsidR="009C4F13" w:rsidRPr="000E52BF" w:rsidRDefault="0024727F" w:rsidP="000E52BF">
            <w:pPr>
              <w:jc w:val="both"/>
            </w:pPr>
            <w:r w:rsidRPr="000E52BF">
              <w:t>- HS xác định nhiệm vụ và chuẩn bị tham gia đóng vai.</w:t>
            </w:r>
          </w:p>
        </w:tc>
      </w:tr>
      <w:tr w:rsidR="000E52BF" w:rsidRPr="000E52BF" w:rsidTr="000E52BF">
        <w:trPr>
          <w:cantSplit/>
          <w:jc w:val="center"/>
        </w:trPr>
        <w:tc>
          <w:tcPr>
            <w:tcW w:w="5187" w:type="dxa"/>
            <w:shd w:val="clear" w:color="auto" w:fill="auto"/>
            <w:tcMar>
              <w:top w:w="70" w:type="dxa"/>
              <w:left w:w="90" w:type="dxa"/>
              <w:bottom w:w="70" w:type="dxa"/>
              <w:right w:w="90" w:type="dxa"/>
            </w:tcMar>
            <w:vAlign w:val="center"/>
          </w:tcPr>
          <w:p w:rsidR="009C4F13" w:rsidRPr="000E52BF" w:rsidRDefault="0024727F" w:rsidP="000E52BF">
            <w:pPr>
              <w:jc w:val="both"/>
            </w:pPr>
            <w:r w:rsidRPr="000E52BF">
              <w:t>- GV giới thiệu tình huống: Khi đi sinh nhật bạn, một HS chạy vội đến, vấp ngã, cáu kỉnh, nói lời không hay, khi chụp ảnh chung lại cau có. Một HS khác chạy vội, cũng vấp ngã, nhưng đứng dậy mỉm cười và nói một câu đùa.</w:t>
            </w:r>
          </w:p>
          <w:p w:rsidR="009C4F13" w:rsidRPr="000E52BF" w:rsidRDefault="009C4F13" w:rsidP="000E52BF">
            <w:pPr>
              <w:jc w:val="both"/>
            </w:pPr>
          </w:p>
        </w:tc>
        <w:tc>
          <w:tcPr>
            <w:tcW w:w="4586" w:type="dxa"/>
            <w:shd w:val="clear" w:color="auto" w:fill="auto"/>
            <w:tcMar>
              <w:top w:w="70" w:type="dxa"/>
              <w:left w:w="90" w:type="dxa"/>
              <w:bottom w:w="70" w:type="dxa"/>
              <w:right w:w="90" w:type="dxa"/>
            </w:tcMar>
            <w:vAlign w:val="center"/>
          </w:tcPr>
          <w:p w:rsidR="009C4F13" w:rsidRPr="000E52BF" w:rsidRDefault="0024727F" w:rsidP="000E52BF">
            <w:pPr>
              <w:jc w:val="both"/>
            </w:pPr>
            <w:r w:rsidRPr="000E52BF">
              <w:t>- HS lắng nghe, quan sát tình huống và nhận biết hai cách ứng xử khác nhau.</w:t>
            </w:r>
          </w:p>
        </w:tc>
      </w:tr>
      <w:tr w:rsidR="000E52BF" w:rsidRPr="000E52BF" w:rsidTr="000E52BF">
        <w:trPr>
          <w:cantSplit/>
          <w:jc w:val="center"/>
        </w:trPr>
        <w:tc>
          <w:tcPr>
            <w:tcW w:w="5187" w:type="dxa"/>
            <w:shd w:val="clear" w:color="auto" w:fill="auto"/>
            <w:tcMar>
              <w:top w:w="70" w:type="dxa"/>
              <w:left w:w="90" w:type="dxa"/>
              <w:bottom w:w="70" w:type="dxa"/>
              <w:right w:w="90" w:type="dxa"/>
            </w:tcMar>
            <w:vAlign w:val="center"/>
          </w:tcPr>
          <w:p w:rsidR="009C4F13" w:rsidRPr="000E52BF" w:rsidRDefault="0024727F" w:rsidP="000E52BF">
            <w:pPr>
              <w:jc w:val="both"/>
            </w:pPr>
            <w:r w:rsidRPr="000E52BF">
              <w:t>- GV mời HS đóng vai đối lập: HS thứ nhất thể hiện thái độ cau có; HS thứ hai thể hiện thái độ vui vẻ.</w:t>
            </w:r>
          </w:p>
        </w:tc>
        <w:tc>
          <w:tcPr>
            <w:tcW w:w="4586" w:type="dxa"/>
            <w:shd w:val="clear" w:color="auto" w:fill="auto"/>
            <w:tcMar>
              <w:top w:w="70" w:type="dxa"/>
              <w:left w:w="90" w:type="dxa"/>
              <w:bottom w:w="70" w:type="dxa"/>
              <w:right w:w="90" w:type="dxa"/>
            </w:tcMar>
            <w:vAlign w:val="center"/>
          </w:tcPr>
          <w:p w:rsidR="009C4F13" w:rsidRPr="000E52BF" w:rsidRDefault="0024727F" w:rsidP="000E52BF">
            <w:pPr>
              <w:jc w:val="both"/>
            </w:pPr>
            <w:r w:rsidRPr="000E52BF">
              <w:t>- 2 - 3 HS đóng vai; các HS khác theo dõi và chuẩn bị nhận xét.</w:t>
            </w:r>
          </w:p>
        </w:tc>
      </w:tr>
      <w:tr w:rsidR="000E52BF" w:rsidRPr="000E52BF" w:rsidTr="000E52BF">
        <w:trPr>
          <w:cantSplit/>
          <w:jc w:val="center"/>
        </w:trPr>
        <w:tc>
          <w:tcPr>
            <w:tcW w:w="5187" w:type="dxa"/>
            <w:shd w:val="clear" w:color="auto" w:fill="auto"/>
            <w:tcMar>
              <w:top w:w="70" w:type="dxa"/>
              <w:left w:w="90" w:type="dxa"/>
              <w:bottom w:w="70" w:type="dxa"/>
              <w:right w:w="90" w:type="dxa"/>
            </w:tcMar>
            <w:vAlign w:val="center"/>
          </w:tcPr>
          <w:p w:rsidR="009C4F13" w:rsidRPr="000E52BF" w:rsidRDefault="0024727F" w:rsidP="000E52BF">
            <w:pPr>
              <w:jc w:val="both"/>
            </w:pPr>
            <w:r w:rsidRPr="000E52BF">
              <w:t>- GV hỏi: Vì sao bạn thứ hai cũng gặp chuyện bực mình mà vẫn tươi cười?</w:t>
            </w:r>
          </w:p>
        </w:tc>
        <w:tc>
          <w:tcPr>
            <w:tcW w:w="4586" w:type="dxa"/>
            <w:shd w:val="clear" w:color="auto" w:fill="auto"/>
            <w:tcMar>
              <w:top w:w="70" w:type="dxa"/>
              <w:left w:w="90" w:type="dxa"/>
              <w:bottom w:w="70" w:type="dxa"/>
              <w:right w:w="90" w:type="dxa"/>
            </w:tcMar>
            <w:vAlign w:val="center"/>
          </w:tcPr>
          <w:p w:rsidR="009C4F13" w:rsidRPr="000E52BF" w:rsidRDefault="0024727F" w:rsidP="000E52BF">
            <w:pPr>
              <w:jc w:val="both"/>
            </w:pPr>
            <w:r w:rsidRPr="000E52BF">
              <w:t>- HS trả lời: bạn biết tự điều chỉnh cảm xúc, không để chuyện không vui làm ảnh hưởng đến mọi người và muốn giữ không khí buổi sinh nhật vui vẻ.</w:t>
            </w:r>
          </w:p>
        </w:tc>
      </w:tr>
      <w:tr w:rsidR="000E52BF" w:rsidRPr="000E52BF" w:rsidTr="000E52BF">
        <w:trPr>
          <w:cantSplit/>
          <w:jc w:val="center"/>
        </w:trPr>
        <w:tc>
          <w:tcPr>
            <w:tcW w:w="5187" w:type="dxa"/>
            <w:shd w:val="clear" w:color="auto" w:fill="auto"/>
            <w:tcMar>
              <w:top w:w="70" w:type="dxa"/>
              <w:left w:w="90" w:type="dxa"/>
              <w:bottom w:w="70" w:type="dxa"/>
              <w:right w:w="90" w:type="dxa"/>
            </w:tcMar>
            <w:vAlign w:val="center"/>
          </w:tcPr>
          <w:p w:rsidR="009C4F13" w:rsidRPr="000E52BF" w:rsidRDefault="0024727F" w:rsidP="000E52BF">
            <w:pPr>
              <w:jc w:val="both"/>
            </w:pPr>
            <w:r w:rsidRPr="000E52BF">
              <w:lastRenderedPageBreak/>
              <w:t>- GV hỏi: Lúc nào cũng tươi cười có dễ không?</w:t>
            </w:r>
          </w:p>
        </w:tc>
        <w:tc>
          <w:tcPr>
            <w:tcW w:w="4586" w:type="dxa"/>
            <w:shd w:val="clear" w:color="auto" w:fill="auto"/>
            <w:tcMar>
              <w:top w:w="70" w:type="dxa"/>
              <w:left w:w="90" w:type="dxa"/>
              <w:bottom w:w="70" w:type="dxa"/>
              <w:right w:w="90" w:type="dxa"/>
            </w:tcMar>
            <w:vAlign w:val="center"/>
          </w:tcPr>
          <w:p w:rsidR="009C4F13" w:rsidRPr="000E52BF" w:rsidRDefault="0024727F" w:rsidP="000E52BF">
            <w:pPr>
              <w:jc w:val="both"/>
            </w:pPr>
            <w:r w:rsidRPr="000E52BF">
              <w:t>- HS nêu: không phải lúc nào cũng dễ; cần bình tĩnh, hít thở, nghĩ tích cực, nhờ người lớn hỗ trợ hoặc nói rõ cảm xúc của mình.</w:t>
            </w:r>
          </w:p>
        </w:tc>
      </w:tr>
      <w:tr w:rsidR="000E52BF" w:rsidRPr="000E52BF" w:rsidTr="000E52BF">
        <w:trPr>
          <w:cantSplit/>
          <w:jc w:val="center"/>
        </w:trPr>
        <w:tc>
          <w:tcPr>
            <w:tcW w:w="5187" w:type="dxa"/>
            <w:shd w:val="clear" w:color="auto" w:fill="auto"/>
            <w:tcMar>
              <w:top w:w="70" w:type="dxa"/>
              <w:left w:w="90" w:type="dxa"/>
              <w:bottom w:w="70" w:type="dxa"/>
              <w:right w:w="90" w:type="dxa"/>
            </w:tcMar>
            <w:vAlign w:val="center"/>
          </w:tcPr>
          <w:p w:rsidR="009C4F13" w:rsidRPr="000E52BF" w:rsidRDefault="0024727F" w:rsidP="000E52BF">
            <w:pPr>
              <w:jc w:val="both"/>
            </w:pPr>
            <w:r w:rsidRPr="000E52BF">
              <w:t>- GV nhận xét, khen ngợi HS biết phân tích và liên hệ.</w:t>
            </w:r>
          </w:p>
        </w:tc>
        <w:tc>
          <w:tcPr>
            <w:tcW w:w="4586" w:type="dxa"/>
            <w:shd w:val="clear" w:color="auto" w:fill="auto"/>
            <w:tcMar>
              <w:top w:w="70" w:type="dxa"/>
              <w:left w:w="90" w:type="dxa"/>
              <w:bottom w:w="70" w:type="dxa"/>
              <w:right w:w="90" w:type="dxa"/>
            </w:tcMar>
            <w:vAlign w:val="center"/>
          </w:tcPr>
          <w:p w:rsidR="009C4F13" w:rsidRPr="000E52BF" w:rsidRDefault="0024727F" w:rsidP="000E52BF">
            <w:pPr>
              <w:jc w:val="both"/>
            </w:pPr>
            <w:r w:rsidRPr="000E52BF">
              <w:t>- HS lắng nghe, bổ sung cách ứng xử phù hợp.</w:t>
            </w:r>
          </w:p>
        </w:tc>
      </w:tr>
      <w:tr w:rsidR="000E52BF" w:rsidRPr="000E52BF" w:rsidTr="000E52BF">
        <w:trPr>
          <w:cantSplit/>
          <w:jc w:val="center"/>
        </w:trPr>
        <w:tc>
          <w:tcPr>
            <w:tcW w:w="5187" w:type="dxa"/>
            <w:shd w:val="clear" w:color="auto" w:fill="auto"/>
            <w:tcMar>
              <w:top w:w="70" w:type="dxa"/>
              <w:left w:w="90" w:type="dxa"/>
              <w:bottom w:w="70" w:type="dxa"/>
              <w:right w:w="90" w:type="dxa"/>
            </w:tcMar>
            <w:vAlign w:val="center"/>
          </w:tcPr>
          <w:p w:rsidR="009C4F13" w:rsidRPr="000E52BF" w:rsidRDefault="0024727F" w:rsidP="000E52BF">
            <w:pPr>
              <w:jc w:val="both"/>
            </w:pPr>
            <w:r w:rsidRPr="000E52BF">
              <w:rPr>
                <w:b/>
              </w:rPr>
              <w:t xml:space="preserve">Câu hỏi dẫn tích hợp: </w:t>
            </w:r>
            <w:r w:rsidRPr="000E52BF">
              <w:t>Nếu em đang buồn, tức giận hoặc khó chịu, em có cần phải cố cười không? Em nên làm gì để vừa bày tỏ đúng cảm xúc của mình vừa tôn trọng và không làm tổn thương người khác?</w:t>
            </w:r>
          </w:p>
        </w:tc>
        <w:tc>
          <w:tcPr>
            <w:tcW w:w="4586" w:type="dxa"/>
            <w:shd w:val="clear" w:color="auto" w:fill="auto"/>
            <w:tcMar>
              <w:top w:w="70" w:type="dxa"/>
              <w:left w:w="90" w:type="dxa"/>
              <w:bottom w:w="70" w:type="dxa"/>
              <w:right w:w="90" w:type="dxa"/>
            </w:tcMar>
            <w:vAlign w:val="center"/>
          </w:tcPr>
          <w:p w:rsidR="009C4F13" w:rsidRPr="000E52BF" w:rsidRDefault="0024727F" w:rsidP="000E52BF">
            <w:pPr>
              <w:jc w:val="both"/>
            </w:pPr>
            <w:r w:rsidRPr="000E52BF">
              <w:t>- HS suy nghĩ và trả lời: Em không cần giả vờ vui; có thể bình tĩnh nói rõ cảm xúc, chia sẻ với người tin cậy và lựa chọn lời nói, hành động phù hợp.</w:t>
            </w:r>
          </w:p>
        </w:tc>
      </w:tr>
      <w:tr w:rsidR="000E52BF" w:rsidRPr="000E52BF" w:rsidTr="000E52BF">
        <w:trPr>
          <w:cantSplit/>
          <w:jc w:val="center"/>
        </w:trPr>
        <w:tc>
          <w:tcPr>
            <w:tcW w:w="5187" w:type="dxa"/>
            <w:shd w:val="clear" w:color="auto" w:fill="auto"/>
            <w:tcMar>
              <w:top w:w="70" w:type="dxa"/>
              <w:left w:w="90" w:type="dxa"/>
              <w:bottom w:w="70" w:type="dxa"/>
              <w:right w:w="90" w:type="dxa"/>
            </w:tcMar>
            <w:vAlign w:val="center"/>
          </w:tcPr>
          <w:p w:rsidR="009C4F13" w:rsidRPr="000E52BF" w:rsidRDefault="0024727F" w:rsidP="000E52BF">
            <w:pPr>
              <w:jc w:val="both"/>
            </w:pPr>
            <w:r w:rsidRPr="000E52BF">
              <w:rPr>
                <w:b/>
              </w:rPr>
              <w:t xml:space="preserve">Diễn giải tích hợp: </w:t>
            </w:r>
            <w:r w:rsidRPr="000E52BF">
              <w:t>Qua tình huống, GV giúp HS hiểu mỗi em đều có quyền được vui chơi, được chia sẻ niềm vui và bày tỏ cảm xúc thật của mình. Khi buồn, tức giận hoặc khó chịu, HS không buộc phải giả vờ vui mà có thể nói rõ cảm xúc, tìm người tin cậy để chia sẻ và lựa chọn cách ứng xử không làm tổn thương người khác. Nụ cười thân thiện cần xuất phát từ sự tôn trọng, đồng cảm và mong muốn mang lại cảm giác an toàn, vui vẻ cho bản thân và mọi người xung quanh.</w:t>
            </w:r>
          </w:p>
        </w:tc>
        <w:tc>
          <w:tcPr>
            <w:tcW w:w="4586" w:type="dxa"/>
            <w:shd w:val="clear" w:color="auto" w:fill="auto"/>
            <w:tcMar>
              <w:top w:w="70" w:type="dxa"/>
              <w:left w:w="90" w:type="dxa"/>
              <w:bottom w:w="70" w:type="dxa"/>
              <w:right w:w="90" w:type="dxa"/>
            </w:tcMar>
            <w:vAlign w:val="center"/>
          </w:tcPr>
          <w:p w:rsidR="009C4F13" w:rsidRPr="000E52BF" w:rsidRDefault="0024727F" w:rsidP="000E52BF">
            <w:pPr>
              <w:jc w:val="both"/>
            </w:pPr>
            <w:r w:rsidRPr="000E52BF">
              <w:t>- HS lắng nghe, nêu lại quyền được bày tỏ cảm xúc và cách thể hiện cảm xúc phù hợp, không làm tổn thương người khác.</w:t>
            </w:r>
          </w:p>
        </w:tc>
      </w:tr>
      <w:tr w:rsidR="000E52BF" w:rsidRPr="000E52BF" w:rsidTr="000E52BF">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9C4F13" w:rsidRPr="000E52BF" w:rsidRDefault="0024727F" w:rsidP="000E52BF">
            <w:pPr>
              <w:jc w:val="both"/>
            </w:pPr>
            <w:r w:rsidRPr="000E52BF">
              <w:t>- GV kết luận: Mỗi người có thể gặp những chuyện không vui; khi biết bình tĩnh, mỉm cười đúng lúc và ứng xử tích cực, chúng ta sẽ giúp bản thân và mọi người cảm thấy dễ chịu hơn.</w:t>
            </w:r>
          </w:p>
        </w:tc>
        <w:tc>
          <w:tcPr>
            <w:tcW w:w="4586" w:type="dxa"/>
            <w:tcBorders>
              <w:bottom w:val="single" w:sz="6" w:space="0" w:color="000000"/>
            </w:tcBorders>
            <w:shd w:val="clear" w:color="auto" w:fill="auto"/>
            <w:tcMar>
              <w:top w:w="70" w:type="dxa"/>
              <w:left w:w="90" w:type="dxa"/>
              <w:bottom w:w="70" w:type="dxa"/>
              <w:right w:w="90" w:type="dxa"/>
            </w:tcMar>
            <w:vAlign w:val="center"/>
          </w:tcPr>
          <w:p w:rsidR="009C4F13" w:rsidRPr="000E52BF" w:rsidRDefault="0024727F" w:rsidP="000E52BF">
            <w:pPr>
              <w:jc w:val="both"/>
            </w:pPr>
            <w:r w:rsidRPr="000E52BF">
              <w:t>- HS lắng nghe và ghi nhớ cách điều chỉnh cảm xúc.</w:t>
            </w:r>
          </w:p>
        </w:tc>
      </w:tr>
      <w:tr w:rsidR="000E52BF" w:rsidRPr="000E52BF" w:rsidTr="000E52BF">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9C4F13" w:rsidRPr="000E52BF" w:rsidRDefault="0024727F" w:rsidP="000E52BF">
            <w:pPr>
              <w:jc w:val="both"/>
            </w:pPr>
            <w:r w:rsidRPr="000E52BF">
              <w:rPr>
                <w:b/>
              </w:rPr>
              <w:t>4. VẬN DỤNG</w:t>
            </w:r>
            <w:r w:rsidRPr="000E52BF">
              <w:rPr>
                <w:b/>
              </w:rPr>
              <w:br/>
              <w:t>HOẠT ĐỘNG SAU GIỜ HỌC (CAM KẾT HÀNH ĐỘNG)</w:t>
            </w:r>
          </w:p>
          <w:p w:rsidR="009C4F13" w:rsidRPr="000E52BF" w:rsidRDefault="0024727F" w:rsidP="000E52BF">
            <w:pPr>
              <w:jc w:val="both"/>
            </w:pPr>
            <w:r w:rsidRPr="000E52BF">
              <w:rPr>
                <w:b/>
              </w:rPr>
              <w:t xml:space="preserve">- Mục tiêu: </w:t>
            </w:r>
            <w:r w:rsidRPr="000E52BF">
              <w:t>HS lựa chọn, lên kế hoạch và tự cam kết thực hiện việc làm tạo nụ cười thân thiện cho bản thân và mọi người.</w:t>
            </w:r>
          </w:p>
          <w:p w:rsidR="009C4F13" w:rsidRPr="000E52BF" w:rsidRDefault="0024727F" w:rsidP="000E52BF">
            <w:pPr>
              <w:jc w:val="both"/>
            </w:pPr>
            <w:r w:rsidRPr="000E52BF">
              <w:rPr>
                <w:b/>
                <w:i/>
              </w:rPr>
              <w:t>* Cách tiến hành:</w:t>
            </w:r>
          </w:p>
        </w:tc>
      </w:tr>
      <w:tr w:rsidR="000E52BF" w:rsidRPr="000E52BF" w:rsidTr="000E52BF">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9C4F13" w:rsidRPr="000E52BF" w:rsidRDefault="0024727F" w:rsidP="000E52BF">
            <w:pPr>
              <w:jc w:val="both"/>
            </w:pPr>
            <w:r w:rsidRPr="000E52BF">
              <w:t>- GV hỏi: Hôm nay em học bài gì?</w:t>
            </w:r>
          </w:p>
        </w:tc>
        <w:tc>
          <w:tcPr>
            <w:tcW w:w="4586" w:type="dxa"/>
            <w:tcBorders>
              <w:top w:val="single" w:sz="6" w:space="0" w:color="000000"/>
            </w:tcBorders>
            <w:shd w:val="clear" w:color="auto" w:fill="auto"/>
            <w:tcMar>
              <w:top w:w="70" w:type="dxa"/>
              <w:left w:w="90" w:type="dxa"/>
              <w:bottom w:w="70" w:type="dxa"/>
              <w:right w:w="90" w:type="dxa"/>
            </w:tcMar>
            <w:vAlign w:val="center"/>
          </w:tcPr>
          <w:p w:rsidR="009C4F13" w:rsidRPr="000E52BF" w:rsidRDefault="0024727F" w:rsidP="000E52BF">
            <w:pPr>
              <w:jc w:val="both"/>
            </w:pPr>
            <w:r w:rsidRPr="000E52BF">
              <w:t>- HS trả lời: Bài “Nụ cười thân thiện”; cách tạo và chia sẻ niềm vui với mọi người.</w:t>
            </w:r>
          </w:p>
        </w:tc>
      </w:tr>
      <w:tr w:rsidR="000E52BF" w:rsidRPr="000E52BF" w:rsidTr="000E52BF">
        <w:trPr>
          <w:cantSplit/>
          <w:jc w:val="center"/>
        </w:trPr>
        <w:tc>
          <w:tcPr>
            <w:tcW w:w="5187" w:type="dxa"/>
            <w:shd w:val="clear" w:color="auto" w:fill="auto"/>
            <w:tcMar>
              <w:top w:w="70" w:type="dxa"/>
              <w:left w:w="90" w:type="dxa"/>
              <w:bottom w:w="70" w:type="dxa"/>
              <w:right w:w="90" w:type="dxa"/>
            </w:tcMar>
            <w:vAlign w:val="center"/>
          </w:tcPr>
          <w:p w:rsidR="009C4F13" w:rsidRPr="000E52BF" w:rsidRDefault="0024727F" w:rsidP="000E52BF">
            <w:pPr>
              <w:jc w:val="both"/>
            </w:pPr>
            <w:r w:rsidRPr="000E52BF">
              <w:lastRenderedPageBreak/>
              <w:t>- GV dặn HS về nhà hoàn thành Bài tập 1, Vở bài tập trang 6: “Em làm ra nụ cười thân thiện”.</w:t>
            </w:r>
          </w:p>
        </w:tc>
        <w:tc>
          <w:tcPr>
            <w:tcW w:w="4586" w:type="dxa"/>
            <w:shd w:val="clear" w:color="auto" w:fill="auto"/>
            <w:tcMar>
              <w:top w:w="70" w:type="dxa"/>
              <w:left w:w="90" w:type="dxa"/>
              <w:bottom w:w="70" w:type="dxa"/>
              <w:right w:w="90" w:type="dxa"/>
            </w:tcMar>
            <w:vAlign w:val="center"/>
          </w:tcPr>
          <w:p w:rsidR="009C4F13" w:rsidRPr="000E52BF" w:rsidRDefault="0024727F" w:rsidP="000E52BF">
            <w:pPr>
              <w:jc w:val="both"/>
            </w:pPr>
            <w:r w:rsidRPr="000E52BF">
              <w:t>- HS lắng nghe và lựa chọn thực hiện Bài tập 1 cùng người thân.</w:t>
            </w:r>
          </w:p>
        </w:tc>
      </w:tr>
      <w:tr w:rsidR="000E52BF" w:rsidRPr="000E52BF" w:rsidTr="000E52BF">
        <w:trPr>
          <w:cantSplit/>
          <w:jc w:val="center"/>
        </w:trPr>
        <w:tc>
          <w:tcPr>
            <w:tcW w:w="5187" w:type="dxa"/>
            <w:shd w:val="clear" w:color="auto" w:fill="auto"/>
            <w:tcMar>
              <w:top w:w="70" w:type="dxa"/>
              <w:left w:w="90" w:type="dxa"/>
              <w:bottom w:w="70" w:type="dxa"/>
              <w:right w:w="90" w:type="dxa"/>
            </w:tcMar>
            <w:vAlign w:val="center"/>
          </w:tcPr>
          <w:p w:rsidR="009C4F13" w:rsidRPr="000E52BF" w:rsidRDefault="0024727F" w:rsidP="000E52BF">
            <w:pPr>
              <w:jc w:val="both"/>
            </w:pPr>
            <w:r w:rsidRPr="000E52BF">
              <w:t>- GV gợi ý HS có thể cùng bố mẹ đọc những câu chuyện hài hước và ghi chép lại theo Bài tập 2, Vở bài tập trang 6.</w:t>
            </w:r>
          </w:p>
        </w:tc>
        <w:tc>
          <w:tcPr>
            <w:tcW w:w="4586" w:type="dxa"/>
            <w:shd w:val="clear" w:color="auto" w:fill="auto"/>
            <w:tcMar>
              <w:top w:w="70" w:type="dxa"/>
              <w:left w:w="90" w:type="dxa"/>
              <w:bottom w:w="70" w:type="dxa"/>
              <w:right w:w="90" w:type="dxa"/>
            </w:tcMar>
            <w:vAlign w:val="center"/>
          </w:tcPr>
          <w:p w:rsidR="009C4F13" w:rsidRPr="000E52BF" w:rsidRDefault="0024727F" w:rsidP="000E52BF">
            <w:pPr>
              <w:jc w:val="both"/>
            </w:pPr>
            <w:r w:rsidRPr="000E52BF">
              <w:t>- HS ghi nhớ, chuẩn bị câu chuyện hoặc ghi chép để chia sẻ trong tiết sinh hoạt lớp.</w:t>
            </w:r>
          </w:p>
        </w:tc>
      </w:tr>
      <w:tr w:rsidR="000E52BF" w:rsidRPr="000E52BF" w:rsidTr="000E52BF">
        <w:trPr>
          <w:cantSplit/>
          <w:jc w:val="center"/>
        </w:trPr>
        <w:tc>
          <w:tcPr>
            <w:tcW w:w="5187" w:type="dxa"/>
            <w:shd w:val="clear" w:color="auto" w:fill="auto"/>
            <w:tcMar>
              <w:top w:w="70" w:type="dxa"/>
              <w:left w:w="90" w:type="dxa"/>
              <w:bottom w:w="70" w:type="dxa"/>
              <w:right w:w="90" w:type="dxa"/>
            </w:tcMar>
            <w:vAlign w:val="center"/>
          </w:tcPr>
          <w:p w:rsidR="009C4F13" w:rsidRPr="000E52BF" w:rsidRDefault="0024727F" w:rsidP="000E52BF">
            <w:pPr>
              <w:jc w:val="both"/>
            </w:pPr>
            <w:r w:rsidRPr="000E52BF">
              <w:t>- GV yêu cầu HS thực hành nở nụ cười thân thiện và chào hỏi mọi người xung quanh trong tuần.</w:t>
            </w:r>
          </w:p>
        </w:tc>
        <w:tc>
          <w:tcPr>
            <w:tcW w:w="4586" w:type="dxa"/>
            <w:shd w:val="clear" w:color="auto" w:fill="auto"/>
            <w:tcMar>
              <w:top w:w="70" w:type="dxa"/>
              <w:left w:w="90" w:type="dxa"/>
              <w:bottom w:w="70" w:type="dxa"/>
              <w:right w:w="90" w:type="dxa"/>
            </w:tcMar>
            <w:vAlign w:val="center"/>
          </w:tcPr>
          <w:p w:rsidR="009C4F13" w:rsidRPr="000E52BF" w:rsidRDefault="0024727F" w:rsidP="000E52BF">
            <w:pPr>
              <w:jc w:val="both"/>
            </w:pPr>
            <w:r w:rsidRPr="000E52BF">
              <w:t>- HS cam kết thực hiện một việc cụ thể để mang lại niềm vui cho gia đình, thầy cô hoặc bạn bè.</w:t>
            </w:r>
          </w:p>
        </w:tc>
      </w:tr>
    </w:tbl>
    <w:p w:rsidR="009C4F13" w:rsidRPr="000E52BF" w:rsidRDefault="0024727F">
      <w:r w:rsidRPr="000E52BF">
        <w:rPr>
          <w:b/>
        </w:rPr>
        <w:t>IV. ĐIỀU CHỈNH SAU BÀI DẠY:</w:t>
      </w:r>
    </w:p>
    <w:p w:rsidR="009C4F13" w:rsidRPr="000E52BF" w:rsidRDefault="0024727F">
      <w:r w:rsidRPr="000E52BF">
        <w:t>................................................................................................................</w:t>
      </w:r>
    </w:p>
    <w:p w:rsidR="009C4F13" w:rsidRPr="000E52BF" w:rsidRDefault="0024727F">
      <w:r w:rsidRPr="000E52BF">
        <w:t>................................................................................................................</w:t>
      </w:r>
    </w:p>
    <w:p w:rsidR="009C4F13" w:rsidRPr="000E52BF" w:rsidRDefault="0024727F">
      <w:r w:rsidRPr="000E52BF">
        <w:t>................................................................................................................</w:t>
      </w:r>
    </w:p>
    <w:p w:rsidR="009C4F13" w:rsidRPr="000E52BF" w:rsidRDefault="0024727F">
      <w:pPr>
        <w:pageBreakBefore/>
        <w:jc w:val="center"/>
      </w:pPr>
      <w:r w:rsidRPr="000E52BF">
        <w:rPr>
          <w:b/>
        </w:rPr>
        <w:lastRenderedPageBreak/>
        <w:t>KẾ HOẠCH BÀI DẠY MÔN HOẠT ĐỘNG TRẢI NGHIỆM LỚP 2</w:t>
      </w:r>
    </w:p>
    <w:p w:rsidR="009C4F13" w:rsidRPr="000E52BF" w:rsidRDefault="0024727F">
      <w:pPr>
        <w:jc w:val="center"/>
      </w:pPr>
      <w:r w:rsidRPr="000E52BF">
        <w:rPr>
          <w:b/>
        </w:rPr>
        <w:t>CHỦ ĐỀ 1: KHÁM PHÁ BẢN THÂN</w:t>
      </w:r>
    </w:p>
    <w:p w:rsidR="009C4F13" w:rsidRPr="000E52BF" w:rsidRDefault="0024727F">
      <w:pPr>
        <w:jc w:val="center"/>
      </w:pPr>
      <w:r w:rsidRPr="000E52BF">
        <w:rPr>
          <w:b/>
        </w:rPr>
        <w:t>TUẦN 2: TIẾT 3</w:t>
      </w:r>
    </w:p>
    <w:p w:rsidR="009C4F13" w:rsidRPr="000E52BF" w:rsidRDefault="0024727F">
      <w:pPr>
        <w:jc w:val="center"/>
      </w:pPr>
      <w:r w:rsidRPr="000E52BF">
        <w:rPr>
          <w:b/>
        </w:rPr>
        <w:t>SINH HOẠT LỚP: SƠ KẾT TUẦN 2 - SINH HOẠT THEO CHỦ ĐỀ: NỤ CƯỜI THÂN THIỆN</w:t>
      </w:r>
    </w:p>
    <w:p w:rsidR="009C4F13" w:rsidRPr="000E52BF" w:rsidRDefault="0024727F">
      <w:pPr>
        <w:jc w:val="center"/>
      </w:pPr>
      <w:r w:rsidRPr="000E52BF">
        <w:rPr>
          <w:b/>
        </w:rPr>
        <w:t>Thời gian thực hiện: ...</w:t>
      </w:r>
    </w:p>
    <w:p w:rsidR="009C4F13" w:rsidRPr="000E52BF" w:rsidRDefault="0024727F">
      <w:r w:rsidRPr="000E52BF">
        <w:rPr>
          <w:b/>
        </w:rPr>
        <w:t>I. YÊU CẦU CẦN ĐẠT:</w:t>
      </w:r>
    </w:p>
    <w:p w:rsidR="009C4F13" w:rsidRPr="000E52BF" w:rsidRDefault="0024727F">
      <w:r w:rsidRPr="000E52BF">
        <w:rPr>
          <w:b/>
          <w:i/>
        </w:rPr>
        <w:t>1. Năng lực đặc thù</w:t>
      </w:r>
    </w:p>
    <w:p w:rsidR="009C4F13" w:rsidRPr="000E52BF" w:rsidRDefault="0024727F">
      <w:r w:rsidRPr="000E52BF">
        <w:t>- Biết mang lại niềm vui cho người khác và cho bản thân.</w:t>
      </w:r>
    </w:p>
    <w:p w:rsidR="009C4F13" w:rsidRPr="000E52BF" w:rsidRDefault="0024727F">
      <w:r w:rsidRPr="000E52BF">
        <w:t>- Biết đánh giá hoạt động trong tuần; tham gia tổ chức “Ngày hội nụ cười” và thể hiện nụ cười thân thiện trong sinh hoạt tập thể.</w:t>
      </w:r>
    </w:p>
    <w:p w:rsidR="009C4F13" w:rsidRPr="000E52BF" w:rsidRDefault="0024727F">
      <w:r w:rsidRPr="000E52BF">
        <w:rPr>
          <w:b/>
          <w:i/>
        </w:rPr>
        <w:t>2. Năng lực chung</w:t>
      </w:r>
    </w:p>
    <w:p w:rsidR="009C4F13" w:rsidRPr="000E52BF" w:rsidRDefault="0024727F">
      <w:r w:rsidRPr="000E52BF">
        <w:t>- Năng lực tự chủ và tự học: Chủ động nhìn lại việc làm của bản thân và rèn luyện để tạo niềm vui cho mọi người.</w:t>
      </w:r>
    </w:p>
    <w:p w:rsidR="009C4F13" w:rsidRPr="000E52BF" w:rsidRDefault="0024727F">
      <w:r w:rsidRPr="000E52BF">
        <w:t>- Năng lực giao tiếp và hợp tác: Biết trao đổi, chia sẻ, hợp tác với bạn bè để lan tỏa niềm vui.</w:t>
      </w:r>
    </w:p>
    <w:p w:rsidR="009C4F13" w:rsidRPr="000E52BF" w:rsidRDefault="0024727F">
      <w:r w:rsidRPr="000E52BF">
        <w:t>- Năng lực giải quyết vấn đề và sáng tạo: Biết đề xuất hoạt động, lựa chọn cách thể hiện vui nhộn và phù hợp trong “Ngày hội nụ cười”.</w:t>
      </w:r>
    </w:p>
    <w:p w:rsidR="009C4F13" w:rsidRPr="000E52BF" w:rsidRDefault="0024727F">
      <w:r w:rsidRPr="000E52BF">
        <w:rPr>
          <w:b/>
          <w:i/>
        </w:rPr>
        <w:t>3. Phẩm chất</w:t>
      </w:r>
    </w:p>
    <w:p w:rsidR="009C4F13" w:rsidRPr="000E52BF" w:rsidRDefault="0024727F">
      <w:r w:rsidRPr="000E52BF">
        <w:t>- Nhân ái: Yêu quý thầy cô, bạn bè; biết quan tâm, tôn trọng cảm xúc của người khác.</w:t>
      </w:r>
    </w:p>
    <w:p w:rsidR="009C4F13" w:rsidRPr="000E52BF" w:rsidRDefault="0024727F">
      <w:r w:rsidRPr="000E52BF">
        <w:t>- Trách nhiệm: Thực hiện nền nếp lớp, tích cực tham gia hoạt động chung và nghiêm túc thực hiện cam kết.</w:t>
      </w:r>
    </w:p>
    <w:p w:rsidR="009C4F13" w:rsidRPr="000E52BF" w:rsidRDefault="0024727F">
      <w:r w:rsidRPr="000E52BF">
        <w:rPr>
          <w:b/>
          <w:i/>
        </w:rPr>
        <w:t>4. Tích hợp</w:t>
      </w:r>
    </w:p>
    <w:p w:rsidR="009C4F13" w:rsidRPr="000E52BF" w:rsidRDefault="0024727F">
      <w:r w:rsidRPr="000E52BF">
        <w:t>- Tích hợp AI - YCCĐ 2.C3.1: So sánh được cách AI phân loại cảm xúc với cách con người cảm nhận.</w:t>
      </w:r>
    </w:p>
    <w:p w:rsidR="009C4F13" w:rsidRPr="000E52BF" w:rsidRDefault="0024727F">
      <w:r w:rsidRPr="000E52BF">
        <w:rPr>
          <w:b/>
        </w:rPr>
        <w:t>II. CHUẨN BỊ:</w:t>
      </w:r>
    </w:p>
    <w:p w:rsidR="009C4F13" w:rsidRPr="000E52BF" w:rsidRDefault="0024727F">
      <w:r w:rsidRPr="000E52BF">
        <w:t>- GV: Nhạc vui nhộn; thẻ mặt cười; tranh SGK; thiết bị của GV có công cụ nhận diện nụ cười hoặc hình ảnh minh họa kết quả nhận diện; bảng phụ.</w:t>
      </w:r>
    </w:p>
    <w:p w:rsidR="009C4F13" w:rsidRPr="000E52BF" w:rsidRDefault="0024727F">
      <w:r w:rsidRPr="000E52BF">
        <w:t>- HS: Sản phẩm Bài tập 1 hoặc câu chuyện hài hước đã đọc cùng người thân; đồ dùng tham gia “Ngày hội nụ cười”.</w:t>
      </w:r>
    </w:p>
    <w:p w:rsidR="009C4F13" w:rsidRPr="000E52BF" w:rsidRDefault="0024727F">
      <w:r w:rsidRPr="000E52BF">
        <w:rPr>
          <w:b/>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4A0" w:firstRow="1" w:lastRow="0" w:firstColumn="1" w:lastColumn="0" w:noHBand="0" w:noVBand="1"/>
      </w:tblPr>
      <w:tblGrid>
        <w:gridCol w:w="5187"/>
        <w:gridCol w:w="4586"/>
      </w:tblGrid>
      <w:tr w:rsidR="000E52BF" w:rsidRPr="000E52BF" w:rsidTr="00E323B1">
        <w:trPr>
          <w:cantSplit/>
          <w:tblHeader/>
          <w:jc w:val="center"/>
        </w:trPr>
        <w:tc>
          <w:tcPr>
            <w:tcW w:w="4513" w:type="dxa"/>
            <w:tcBorders>
              <w:bottom w:val="single" w:sz="6" w:space="0" w:color="000000"/>
            </w:tcBorders>
            <w:shd w:val="clear" w:color="auto" w:fill="auto"/>
            <w:tcMar>
              <w:top w:w="70" w:type="dxa"/>
              <w:left w:w="90" w:type="dxa"/>
              <w:bottom w:w="70" w:type="dxa"/>
              <w:right w:w="90" w:type="dxa"/>
            </w:tcMar>
          </w:tcPr>
          <w:p w:rsidR="009C4F13" w:rsidRPr="000E52BF" w:rsidRDefault="0024727F">
            <w:pPr>
              <w:jc w:val="center"/>
            </w:pPr>
            <w:r w:rsidRPr="000E52BF">
              <w:rPr>
                <w:b/>
              </w:rPr>
              <w:t>HOẠT ĐỘNG CỦA GIÁO VIÊN</w:t>
            </w:r>
          </w:p>
        </w:tc>
        <w:tc>
          <w:tcPr>
            <w:tcW w:w="4513" w:type="dxa"/>
            <w:tcBorders>
              <w:bottom w:val="single" w:sz="6" w:space="0" w:color="000000"/>
            </w:tcBorders>
            <w:shd w:val="clear" w:color="auto" w:fill="auto"/>
            <w:tcMar>
              <w:top w:w="70" w:type="dxa"/>
              <w:left w:w="90" w:type="dxa"/>
              <w:bottom w:w="70" w:type="dxa"/>
              <w:right w:w="90" w:type="dxa"/>
            </w:tcMar>
          </w:tcPr>
          <w:p w:rsidR="009C4F13" w:rsidRPr="000E52BF" w:rsidRDefault="0024727F">
            <w:pPr>
              <w:jc w:val="center"/>
            </w:pPr>
            <w:r w:rsidRPr="000E52BF">
              <w:rPr>
                <w:b/>
              </w:rPr>
              <w:t>HOẠT ĐỘNG CỦA HỌC SINH</w:t>
            </w:r>
          </w:p>
        </w:tc>
      </w:tr>
      <w:tr w:rsidR="000E52BF" w:rsidRPr="000E52BF" w:rsidTr="00E323B1">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9C4F13" w:rsidRPr="000E52BF" w:rsidRDefault="0024727F">
            <w:r w:rsidRPr="000E52BF">
              <w:rPr>
                <w:b/>
              </w:rPr>
              <w:t>1. KHỞI ĐỘNG</w:t>
            </w:r>
          </w:p>
          <w:p w:rsidR="009C4F13" w:rsidRPr="000E52BF" w:rsidRDefault="0024727F">
            <w:r w:rsidRPr="000E52BF">
              <w:rPr>
                <w:b/>
              </w:rPr>
              <w:t xml:space="preserve">- Mục tiêu: </w:t>
            </w:r>
            <w:r w:rsidRPr="000E52BF">
              <w:t>Tạo tâm thế hứng thú cho HS và giúp các em sẵn sàng tham gia tiết sinh hoạt lớp.</w:t>
            </w:r>
          </w:p>
          <w:p w:rsidR="009C4F13" w:rsidRPr="000E52BF" w:rsidRDefault="0024727F">
            <w:r w:rsidRPr="000E52BF">
              <w:rPr>
                <w:b/>
                <w:i/>
              </w:rPr>
              <w:t>* Cách tiến hành:</w:t>
            </w:r>
          </w:p>
        </w:tc>
      </w:tr>
      <w:tr w:rsidR="000E52BF" w:rsidRPr="000E52BF" w:rsidTr="00E323B1">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9C4F13" w:rsidRPr="000E52BF" w:rsidRDefault="0024727F" w:rsidP="00E323B1">
            <w:pPr>
              <w:jc w:val="both"/>
            </w:pPr>
            <w:r w:rsidRPr="000E52BF">
              <w:t>- GV bắt nhịp cho HS hát một bài hát vui.</w:t>
            </w:r>
          </w:p>
        </w:tc>
        <w:tc>
          <w:tcPr>
            <w:tcW w:w="4586" w:type="dxa"/>
            <w:tcBorders>
              <w:top w:val="single" w:sz="6" w:space="0" w:color="000000"/>
            </w:tcBorders>
            <w:shd w:val="clear" w:color="auto" w:fill="auto"/>
            <w:tcMar>
              <w:top w:w="70" w:type="dxa"/>
              <w:left w:w="90" w:type="dxa"/>
              <w:bottom w:w="70" w:type="dxa"/>
              <w:right w:w="90" w:type="dxa"/>
            </w:tcMar>
            <w:vAlign w:val="center"/>
          </w:tcPr>
          <w:p w:rsidR="009C4F13" w:rsidRPr="000E52BF" w:rsidRDefault="0024727F" w:rsidP="00E323B1">
            <w:pPr>
              <w:jc w:val="both"/>
            </w:pPr>
            <w:r w:rsidRPr="000E52BF">
              <w:t>- HS hát và vận động nhẹ nhàng theo bài hát.</w:t>
            </w:r>
          </w:p>
        </w:tc>
      </w:tr>
      <w:tr w:rsidR="000E52BF" w:rsidRPr="000E52BF" w:rsidTr="00E323B1">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9C4F13" w:rsidRPr="000E52BF" w:rsidRDefault="0024727F" w:rsidP="00E323B1">
            <w:pPr>
              <w:jc w:val="both"/>
            </w:pPr>
            <w:r w:rsidRPr="000E52BF">
              <w:t>- GV nêu nhiệm vụ của tiết sinh hoạt lớp.</w:t>
            </w:r>
          </w:p>
        </w:tc>
        <w:tc>
          <w:tcPr>
            <w:tcW w:w="4586" w:type="dxa"/>
            <w:tcBorders>
              <w:bottom w:val="single" w:sz="6" w:space="0" w:color="000000"/>
            </w:tcBorders>
            <w:shd w:val="clear" w:color="auto" w:fill="auto"/>
            <w:tcMar>
              <w:top w:w="70" w:type="dxa"/>
              <w:left w:w="90" w:type="dxa"/>
              <w:bottom w:w="70" w:type="dxa"/>
              <w:right w:w="90" w:type="dxa"/>
            </w:tcMar>
            <w:vAlign w:val="center"/>
          </w:tcPr>
          <w:p w:rsidR="009C4F13" w:rsidRPr="000E52BF" w:rsidRDefault="0024727F" w:rsidP="00E323B1">
            <w:pPr>
              <w:jc w:val="both"/>
            </w:pPr>
            <w:r w:rsidRPr="000E52BF">
              <w:t>- HS lắng nghe và chuẩn bị tham gia các hoạt động.</w:t>
            </w:r>
          </w:p>
        </w:tc>
      </w:tr>
      <w:tr w:rsidR="000E52BF" w:rsidRPr="000E52BF" w:rsidTr="00E323B1">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9C4F13" w:rsidRPr="000E52BF" w:rsidRDefault="0024727F" w:rsidP="00E323B1">
            <w:pPr>
              <w:jc w:val="both"/>
            </w:pPr>
            <w:r w:rsidRPr="000E52BF">
              <w:rPr>
                <w:b/>
              </w:rPr>
              <w:lastRenderedPageBreak/>
              <w:t>2. HOẠT ĐỘNG TỔNG KẾT TUẦN</w:t>
            </w:r>
          </w:p>
          <w:p w:rsidR="009C4F13" w:rsidRPr="000E52BF" w:rsidRDefault="0024727F" w:rsidP="00E323B1">
            <w:pPr>
              <w:jc w:val="both"/>
            </w:pPr>
            <w:r w:rsidRPr="000E52BF">
              <w:rPr>
                <w:b/>
              </w:rPr>
              <w:t>- Mục tiêu:</w:t>
            </w:r>
          </w:p>
          <w:p w:rsidR="009C4F13" w:rsidRPr="000E52BF" w:rsidRDefault="0024727F" w:rsidP="00E323B1">
            <w:pPr>
              <w:jc w:val="both"/>
            </w:pPr>
            <w:r w:rsidRPr="000E52BF">
              <w:t>- HS nhận xét được các hoạt động trong những ngày qua của tuần 2.</w:t>
            </w:r>
          </w:p>
          <w:p w:rsidR="009C4F13" w:rsidRPr="000E52BF" w:rsidRDefault="0024727F" w:rsidP="00E323B1">
            <w:pPr>
              <w:jc w:val="both"/>
            </w:pPr>
            <w:r w:rsidRPr="000E52BF">
              <w:t>- HS xác định được phương hướng hoạt động và những việc cần thực hiện trong tuần 3.</w:t>
            </w:r>
          </w:p>
          <w:p w:rsidR="009C4F13" w:rsidRPr="000E52BF" w:rsidRDefault="0024727F" w:rsidP="00E323B1">
            <w:pPr>
              <w:jc w:val="both"/>
            </w:pPr>
            <w:r w:rsidRPr="000E52BF">
              <w:rPr>
                <w:b/>
                <w:i/>
              </w:rPr>
              <w:t>* Cách tiến hành:</w:t>
            </w:r>
          </w:p>
        </w:tc>
      </w:tr>
      <w:tr w:rsidR="000E52BF" w:rsidRPr="000E52BF" w:rsidTr="00E323B1">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9C4F13" w:rsidRPr="000E52BF" w:rsidRDefault="0024727F" w:rsidP="00E323B1">
            <w:pPr>
              <w:jc w:val="both"/>
            </w:pPr>
            <w:r w:rsidRPr="000E52BF">
              <w:rPr>
                <w:b/>
              </w:rPr>
              <w:t>2.1. Tổng kết các hoạt động trong tuần</w:t>
            </w:r>
          </w:p>
        </w:tc>
        <w:tc>
          <w:tcPr>
            <w:tcW w:w="4586" w:type="dxa"/>
            <w:tcBorders>
              <w:top w:val="single" w:sz="6" w:space="0" w:color="000000"/>
            </w:tcBorders>
            <w:shd w:val="clear" w:color="auto" w:fill="auto"/>
            <w:tcMar>
              <w:top w:w="70" w:type="dxa"/>
              <w:left w:w="90" w:type="dxa"/>
              <w:bottom w:w="70" w:type="dxa"/>
              <w:right w:w="90" w:type="dxa"/>
            </w:tcMar>
            <w:vAlign w:val="center"/>
          </w:tcPr>
          <w:p w:rsidR="009C4F13" w:rsidRPr="000E52BF" w:rsidRDefault="0024727F" w:rsidP="00E323B1">
            <w:pPr>
              <w:jc w:val="both"/>
            </w:pPr>
            <w:r w:rsidRPr="000E52BF">
              <w:t>- HS chuẩn bị báo cáo kết quả hoạt động tuần 2.</w:t>
            </w:r>
          </w:p>
        </w:tc>
      </w:tr>
      <w:tr w:rsidR="000E52BF" w:rsidRPr="000E52BF" w:rsidTr="00E323B1">
        <w:trPr>
          <w:cantSplit/>
          <w:jc w:val="center"/>
        </w:trPr>
        <w:tc>
          <w:tcPr>
            <w:tcW w:w="5187" w:type="dxa"/>
            <w:shd w:val="clear" w:color="auto" w:fill="auto"/>
            <w:tcMar>
              <w:top w:w="70" w:type="dxa"/>
              <w:left w:w="90" w:type="dxa"/>
              <w:bottom w:w="70" w:type="dxa"/>
              <w:right w:w="90" w:type="dxa"/>
            </w:tcMar>
            <w:vAlign w:val="center"/>
          </w:tcPr>
          <w:p w:rsidR="009C4F13" w:rsidRPr="000E52BF" w:rsidRDefault="0024727F" w:rsidP="00E323B1">
            <w:pPr>
              <w:jc w:val="both"/>
            </w:pPr>
            <w:r w:rsidRPr="000E52BF">
              <w:t>- GV gọi lớp trưởng lên điều khiển hoạt động.</w:t>
            </w:r>
          </w:p>
        </w:tc>
        <w:tc>
          <w:tcPr>
            <w:tcW w:w="4586" w:type="dxa"/>
            <w:shd w:val="clear" w:color="auto" w:fill="auto"/>
            <w:tcMar>
              <w:top w:w="70" w:type="dxa"/>
              <w:left w:w="90" w:type="dxa"/>
              <w:bottom w:w="70" w:type="dxa"/>
              <w:right w:w="90" w:type="dxa"/>
            </w:tcMar>
            <w:vAlign w:val="center"/>
          </w:tcPr>
          <w:p w:rsidR="009C4F13" w:rsidRPr="000E52BF" w:rsidRDefault="0024727F" w:rsidP="00E323B1">
            <w:pPr>
              <w:jc w:val="both"/>
            </w:pPr>
            <w:r w:rsidRPr="000E52BF">
              <w:t>- Lớp trưởng lên trước lớp, nhận nhiệm vụ điều khiển.</w:t>
            </w:r>
          </w:p>
        </w:tc>
      </w:tr>
      <w:tr w:rsidR="000E52BF" w:rsidRPr="000E52BF" w:rsidTr="00E323B1">
        <w:trPr>
          <w:cantSplit/>
          <w:jc w:val="center"/>
        </w:trPr>
        <w:tc>
          <w:tcPr>
            <w:tcW w:w="5187" w:type="dxa"/>
            <w:shd w:val="clear" w:color="auto" w:fill="auto"/>
            <w:tcMar>
              <w:top w:w="70" w:type="dxa"/>
              <w:left w:w="90" w:type="dxa"/>
              <w:bottom w:w="70" w:type="dxa"/>
              <w:right w:w="90" w:type="dxa"/>
            </w:tcMar>
            <w:vAlign w:val="center"/>
          </w:tcPr>
          <w:p w:rsidR="009C4F13" w:rsidRPr="000E52BF" w:rsidRDefault="0024727F" w:rsidP="00E323B1">
            <w:pPr>
              <w:jc w:val="both"/>
            </w:pPr>
            <w:r w:rsidRPr="000E52BF">
              <w:t>- GV theo dõi quá trình báo cáo và hỗ trợ khi cần.</w:t>
            </w:r>
          </w:p>
        </w:tc>
        <w:tc>
          <w:tcPr>
            <w:tcW w:w="4586" w:type="dxa"/>
            <w:shd w:val="clear" w:color="auto" w:fill="auto"/>
            <w:tcMar>
              <w:top w:w="70" w:type="dxa"/>
              <w:left w:w="90" w:type="dxa"/>
              <w:bottom w:w="70" w:type="dxa"/>
              <w:right w:w="90" w:type="dxa"/>
            </w:tcMar>
            <w:vAlign w:val="center"/>
          </w:tcPr>
          <w:p w:rsidR="009C4F13" w:rsidRPr="000E52BF" w:rsidRDefault="0024727F" w:rsidP="00E323B1">
            <w:pPr>
              <w:jc w:val="both"/>
            </w:pPr>
            <w:r w:rsidRPr="000E52BF">
              <w:t>- Lớp trưởng mời từng tổ trưởng lần lượt báo cáo tình hình của tổ.</w:t>
            </w:r>
          </w:p>
        </w:tc>
      </w:tr>
      <w:tr w:rsidR="000E52BF" w:rsidRPr="000E52BF" w:rsidTr="00E323B1">
        <w:trPr>
          <w:cantSplit/>
          <w:jc w:val="center"/>
        </w:trPr>
        <w:tc>
          <w:tcPr>
            <w:tcW w:w="5187" w:type="dxa"/>
            <w:shd w:val="clear" w:color="auto" w:fill="auto"/>
            <w:tcMar>
              <w:top w:w="70" w:type="dxa"/>
              <w:left w:w="90" w:type="dxa"/>
              <w:bottom w:w="70" w:type="dxa"/>
              <w:right w:w="90" w:type="dxa"/>
            </w:tcMar>
            <w:vAlign w:val="center"/>
          </w:tcPr>
          <w:p w:rsidR="009C4F13" w:rsidRPr="000E52BF" w:rsidRDefault="0024727F" w:rsidP="00E323B1">
            <w:pPr>
              <w:jc w:val="both"/>
            </w:pPr>
            <w:r w:rsidRPr="000E52BF">
              <w:t>- GV yêu cầu các tổ nêu rõ điểm mạnh và những tồn tại trong tuần.</w:t>
            </w:r>
          </w:p>
        </w:tc>
        <w:tc>
          <w:tcPr>
            <w:tcW w:w="4586" w:type="dxa"/>
            <w:shd w:val="clear" w:color="auto" w:fill="auto"/>
            <w:tcMar>
              <w:top w:w="70" w:type="dxa"/>
              <w:left w:w="90" w:type="dxa"/>
              <w:bottom w:w="70" w:type="dxa"/>
              <w:right w:w="90" w:type="dxa"/>
            </w:tcMar>
            <w:vAlign w:val="center"/>
          </w:tcPr>
          <w:p w:rsidR="009C4F13" w:rsidRPr="000E52BF" w:rsidRDefault="0024727F" w:rsidP="00E323B1">
            <w:pPr>
              <w:jc w:val="both"/>
            </w:pPr>
            <w:r w:rsidRPr="000E52BF">
              <w:t>- Tổ trưởng báo cáo những điểm mạnh, những tồn tại của tổ trong tuần.</w:t>
            </w:r>
          </w:p>
        </w:tc>
      </w:tr>
      <w:tr w:rsidR="000E52BF" w:rsidRPr="000E52BF" w:rsidTr="00E323B1">
        <w:trPr>
          <w:cantSplit/>
          <w:jc w:val="center"/>
        </w:trPr>
        <w:tc>
          <w:tcPr>
            <w:tcW w:w="5187" w:type="dxa"/>
            <w:shd w:val="clear" w:color="auto" w:fill="auto"/>
            <w:tcMar>
              <w:top w:w="70" w:type="dxa"/>
              <w:left w:w="90" w:type="dxa"/>
              <w:bottom w:w="70" w:type="dxa"/>
              <w:right w:w="90" w:type="dxa"/>
            </w:tcMar>
            <w:vAlign w:val="center"/>
          </w:tcPr>
          <w:p w:rsidR="009C4F13" w:rsidRPr="000E52BF" w:rsidRDefault="0024727F" w:rsidP="00E323B1">
            <w:pPr>
              <w:jc w:val="both"/>
            </w:pPr>
            <w:r w:rsidRPr="000E52BF">
              <w:t>- GV mời lớp trưởng tổng hợp và nêu nhận xét chung.</w:t>
            </w:r>
          </w:p>
        </w:tc>
        <w:tc>
          <w:tcPr>
            <w:tcW w:w="4586" w:type="dxa"/>
            <w:shd w:val="clear" w:color="auto" w:fill="auto"/>
            <w:tcMar>
              <w:top w:w="70" w:type="dxa"/>
              <w:left w:w="90" w:type="dxa"/>
              <w:bottom w:w="70" w:type="dxa"/>
              <w:right w:w="90" w:type="dxa"/>
            </w:tcMar>
            <w:vAlign w:val="center"/>
          </w:tcPr>
          <w:p w:rsidR="009C4F13" w:rsidRPr="000E52BF" w:rsidRDefault="0024727F" w:rsidP="00E323B1">
            <w:pPr>
              <w:jc w:val="both"/>
            </w:pPr>
            <w:r w:rsidRPr="000E52BF">
              <w:t>- Lớp trưởng tổng hợp, bổ sung và nêu nhận xét chung về tình hình lớp.</w:t>
            </w:r>
          </w:p>
        </w:tc>
      </w:tr>
      <w:tr w:rsidR="000E52BF" w:rsidRPr="000E52BF" w:rsidTr="00E323B1">
        <w:trPr>
          <w:cantSplit/>
          <w:jc w:val="center"/>
        </w:trPr>
        <w:tc>
          <w:tcPr>
            <w:tcW w:w="5187" w:type="dxa"/>
            <w:shd w:val="clear" w:color="auto" w:fill="auto"/>
            <w:tcMar>
              <w:top w:w="70" w:type="dxa"/>
              <w:left w:w="90" w:type="dxa"/>
              <w:bottom w:w="70" w:type="dxa"/>
              <w:right w:w="90" w:type="dxa"/>
            </w:tcMar>
            <w:vAlign w:val="center"/>
          </w:tcPr>
          <w:p w:rsidR="009C4F13" w:rsidRPr="000E52BF" w:rsidRDefault="0024727F" w:rsidP="00E323B1">
            <w:pPr>
              <w:jc w:val="both"/>
            </w:pPr>
            <w:r w:rsidRPr="000E52BF">
              <w:t>- GV nhận xét, khen ngợi những điểm tốt, nhắc nhở những hạn chế và động viên HS cố gắng trong tuần tới.</w:t>
            </w:r>
          </w:p>
        </w:tc>
        <w:tc>
          <w:tcPr>
            <w:tcW w:w="4586" w:type="dxa"/>
            <w:shd w:val="clear" w:color="auto" w:fill="auto"/>
            <w:tcMar>
              <w:top w:w="70" w:type="dxa"/>
              <w:left w:w="90" w:type="dxa"/>
              <w:bottom w:w="70" w:type="dxa"/>
              <w:right w:w="90" w:type="dxa"/>
            </w:tcMar>
            <w:vAlign w:val="center"/>
          </w:tcPr>
          <w:p w:rsidR="009C4F13" w:rsidRPr="000E52BF" w:rsidRDefault="0024727F" w:rsidP="00E323B1">
            <w:pPr>
              <w:jc w:val="both"/>
            </w:pPr>
            <w:r w:rsidRPr="000E52BF">
              <w:t>- HS lắng nghe, rút kinh nghiệm và tự điều chỉnh hành vi.</w:t>
            </w:r>
          </w:p>
        </w:tc>
      </w:tr>
      <w:tr w:rsidR="000E52BF" w:rsidRPr="000E52BF" w:rsidTr="00E323B1">
        <w:trPr>
          <w:cantSplit/>
          <w:jc w:val="center"/>
        </w:trPr>
        <w:tc>
          <w:tcPr>
            <w:tcW w:w="5187" w:type="dxa"/>
            <w:shd w:val="clear" w:color="auto" w:fill="auto"/>
            <w:tcMar>
              <w:top w:w="70" w:type="dxa"/>
              <w:left w:w="90" w:type="dxa"/>
              <w:bottom w:w="70" w:type="dxa"/>
              <w:right w:w="90" w:type="dxa"/>
            </w:tcMar>
            <w:vAlign w:val="center"/>
          </w:tcPr>
          <w:p w:rsidR="009C4F13" w:rsidRPr="000E52BF" w:rsidRDefault="0024727F" w:rsidP="00E323B1">
            <w:pPr>
              <w:jc w:val="both"/>
            </w:pPr>
            <w:r w:rsidRPr="000E52BF">
              <w:rPr>
                <w:b/>
              </w:rPr>
              <w:t>2.2. Phương hướng hoạt động tuần 3</w:t>
            </w:r>
          </w:p>
        </w:tc>
        <w:tc>
          <w:tcPr>
            <w:tcW w:w="4586" w:type="dxa"/>
            <w:shd w:val="clear" w:color="auto" w:fill="auto"/>
            <w:tcMar>
              <w:top w:w="70" w:type="dxa"/>
              <w:left w:w="90" w:type="dxa"/>
              <w:bottom w:w="70" w:type="dxa"/>
              <w:right w:w="90" w:type="dxa"/>
            </w:tcMar>
            <w:vAlign w:val="center"/>
          </w:tcPr>
          <w:p w:rsidR="009C4F13" w:rsidRPr="000E52BF" w:rsidRDefault="0024727F" w:rsidP="00E323B1">
            <w:pPr>
              <w:jc w:val="both"/>
            </w:pPr>
            <w:r w:rsidRPr="000E52BF">
              <w:t>- HS chuẩn bị đề xuất biện pháp thực hiện nhiệm vụ tuần 3.</w:t>
            </w:r>
          </w:p>
        </w:tc>
      </w:tr>
      <w:tr w:rsidR="000E52BF" w:rsidRPr="000E52BF" w:rsidTr="00E323B1">
        <w:trPr>
          <w:cantSplit/>
          <w:jc w:val="center"/>
        </w:trPr>
        <w:tc>
          <w:tcPr>
            <w:tcW w:w="5187" w:type="dxa"/>
            <w:shd w:val="clear" w:color="auto" w:fill="auto"/>
            <w:tcMar>
              <w:top w:w="70" w:type="dxa"/>
              <w:left w:w="90" w:type="dxa"/>
              <w:bottom w:w="70" w:type="dxa"/>
              <w:right w:w="90" w:type="dxa"/>
            </w:tcMar>
            <w:vAlign w:val="center"/>
          </w:tcPr>
          <w:p w:rsidR="009C4F13" w:rsidRPr="000E52BF" w:rsidRDefault="0024727F" w:rsidP="00E323B1">
            <w:pPr>
              <w:jc w:val="both"/>
            </w:pPr>
            <w:r w:rsidRPr="000E52BF">
              <w:t>- GV gợi ý: Các em hãy nhắc lại những tồn tại trong tuần 2 mà lớp mình đã rút kinh nghiệm.</w:t>
            </w:r>
          </w:p>
        </w:tc>
        <w:tc>
          <w:tcPr>
            <w:tcW w:w="4586" w:type="dxa"/>
            <w:shd w:val="clear" w:color="auto" w:fill="auto"/>
            <w:tcMar>
              <w:top w:w="70" w:type="dxa"/>
              <w:left w:w="90" w:type="dxa"/>
              <w:bottom w:w="70" w:type="dxa"/>
              <w:right w:w="90" w:type="dxa"/>
            </w:tcMar>
            <w:vAlign w:val="center"/>
          </w:tcPr>
          <w:p w:rsidR="009C4F13" w:rsidRPr="000E52BF" w:rsidRDefault="0024727F" w:rsidP="00E323B1">
            <w:pPr>
              <w:jc w:val="both"/>
            </w:pPr>
            <w:r w:rsidRPr="000E52BF">
              <w:t>- HS lần lượt nhắc lại những hạn chế, tồn tại trong tuần 2.</w:t>
            </w:r>
          </w:p>
        </w:tc>
      </w:tr>
      <w:tr w:rsidR="000E52BF" w:rsidRPr="000E52BF" w:rsidTr="00E323B1">
        <w:trPr>
          <w:cantSplit/>
          <w:jc w:val="center"/>
        </w:trPr>
        <w:tc>
          <w:tcPr>
            <w:tcW w:w="5187" w:type="dxa"/>
            <w:shd w:val="clear" w:color="auto" w:fill="auto"/>
            <w:tcMar>
              <w:top w:w="70" w:type="dxa"/>
              <w:left w:w="90" w:type="dxa"/>
              <w:bottom w:w="70" w:type="dxa"/>
              <w:right w:w="90" w:type="dxa"/>
            </w:tcMar>
            <w:vAlign w:val="center"/>
          </w:tcPr>
          <w:p w:rsidR="009C4F13" w:rsidRPr="000E52BF" w:rsidRDefault="0024727F" w:rsidP="00E323B1">
            <w:pPr>
              <w:jc w:val="both"/>
            </w:pPr>
            <w:r w:rsidRPr="000E52BF">
              <w:t>- GV hỏi: Theo các em, chúng ta cần làm gì để khắc phục những tồn tại đó trong tuần 3?</w:t>
            </w:r>
          </w:p>
        </w:tc>
        <w:tc>
          <w:tcPr>
            <w:tcW w:w="4586" w:type="dxa"/>
            <w:shd w:val="clear" w:color="auto" w:fill="auto"/>
            <w:tcMar>
              <w:top w:w="70" w:type="dxa"/>
              <w:left w:w="90" w:type="dxa"/>
              <w:bottom w:w="70" w:type="dxa"/>
              <w:right w:w="90" w:type="dxa"/>
            </w:tcMar>
            <w:vAlign w:val="center"/>
          </w:tcPr>
          <w:p w:rsidR="009C4F13" w:rsidRPr="000E52BF" w:rsidRDefault="0024727F" w:rsidP="00E323B1">
            <w:pPr>
              <w:jc w:val="both"/>
            </w:pPr>
            <w:r w:rsidRPr="000E52BF">
              <w:t>- HS thảo luận, nêu cách khắc phục: chăm chỉ học tập, giữ trật tự, chuẩn bị đầy đủ đồ dùng, đi học đúng giờ và tích cực tham gia hoạt động.</w:t>
            </w:r>
          </w:p>
        </w:tc>
      </w:tr>
      <w:tr w:rsidR="000E52BF" w:rsidRPr="000E52BF" w:rsidTr="00E323B1">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9C4F13" w:rsidRPr="000E52BF" w:rsidRDefault="0024727F" w:rsidP="00E323B1">
            <w:pPr>
              <w:jc w:val="both"/>
            </w:pPr>
            <w:r w:rsidRPr="000E52BF">
              <w:t>- GV lắng nghe, tổng hợp ý kiến và chốt phương hướng hoạt động trong tuần 3.</w:t>
            </w:r>
          </w:p>
        </w:tc>
        <w:tc>
          <w:tcPr>
            <w:tcW w:w="4586" w:type="dxa"/>
            <w:tcBorders>
              <w:bottom w:val="single" w:sz="6" w:space="0" w:color="000000"/>
            </w:tcBorders>
            <w:shd w:val="clear" w:color="auto" w:fill="auto"/>
            <w:tcMar>
              <w:top w:w="70" w:type="dxa"/>
              <w:left w:w="90" w:type="dxa"/>
              <w:bottom w:w="70" w:type="dxa"/>
              <w:right w:w="90" w:type="dxa"/>
            </w:tcMar>
            <w:vAlign w:val="center"/>
          </w:tcPr>
          <w:p w:rsidR="009C4F13" w:rsidRPr="000E52BF" w:rsidRDefault="0024727F" w:rsidP="00E323B1">
            <w:pPr>
              <w:jc w:val="both"/>
            </w:pPr>
            <w:r w:rsidRPr="000E52BF">
              <w:t>- HS ghi nhớ phương hướng và thể hiện quyết tâm thực hiện.</w:t>
            </w:r>
          </w:p>
        </w:tc>
      </w:tr>
      <w:tr w:rsidR="000E52BF" w:rsidRPr="000E52BF" w:rsidTr="00E323B1">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9C4F13" w:rsidRPr="000E52BF" w:rsidRDefault="0024727F" w:rsidP="00E323B1">
            <w:pPr>
              <w:jc w:val="both"/>
            </w:pPr>
            <w:r w:rsidRPr="000E52BF">
              <w:rPr>
                <w:b/>
              </w:rPr>
              <w:t>3. CHIA SẺ THU HOẠCH SAU TRẢI NGHIỆM LẦN TRƯỚC</w:t>
            </w:r>
          </w:p>
          <w:p w:rsidR="009C4F13" w:rsidRPr="000E52BF" w:rsidRDefault="0024727F" w:rsidP="00E323B1">
            <w:pPr>
              <w:jc w:val="both"/>
            </w:pPr>
            <w:r w:rsidRPr="000E52BF">
              <w:rPr>
                <w:b/>
              </w:rPr>
              <w:t xml:space="preserve">- Mục tiêu: </w:t>
            </w:r>
            <w:r w:rsidRPr="000E52BF">
              <w:t>HS chia sẻ cảm xúc và kết quả thực hiện nhiệm vụ tạo nụ cười thân thiện sau tiết trải nghiệm trước.</w:t>
            </w:r>
          </w:p>
          <w:p w:rsidR="009C4F13" w:rsidRPr="000E52BF" w:rsidRDefault="0024727F" w:rsidP="00E323B1">
            <w:pPr>
              <w:jc w:val="both"/>
            </w:pPr>
            <w:r w:rsidRPr="000E52BF">
              <w:rPr>
                <w:b/>
                <w:i/>
              </w:rPr>
              <w:t>* Cách tiến hành:</w:t>
            </w:r>
          </w:p>
        </w:tc>
      </w:tr>
      <w:tr w:rsidR="000E52BF" w:rsidRPr="000E52BF" w:rsidTr="00E323B1">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9C4F13" w:rsidRPr="000E52BF" w:rsidRDefault="0024727F" w:rsidP="00E323B1">
            <w:pPr>
              <w:jc w:val="both"/>
            </w:pPr>
            <w:r w:rsidRPr="000E52BF">
              <w:lastRenderedPageBreak/>
              <w:t>- GV mời HS chia sẻ sản phẩm “Em làm ra nụ cười thân thiện”.</w:t>
            </w:r>
          </w:p>
        </w:tc>
        <w:tc>
          <w:tcPr>
            <w:tcW w:w="4586" w:type="dxa"/>
            <w:tcBorders>
              <w:top w:val="single" w:sz="6" w:space="0" w:color="000000"/>
            </w:tcBorders>
            <w:shd w:val="clear" w:color="auto" w:fill="auto"/>
            <w:tcMar>
              <w:top w:w="70" w:type="dxa"/>
              <w:left w:w="90" w:type="dxa"/>
              <w:bottom w:w="70" w:type="dxa"/>
              <w:right w:w="90" w:type="dxa"/>
            </w:tcMar>
            <w:vAlign w:val="center"/>
          </w:tcPr>
          <w:p w:rsidR="009C4F13" w:rsidRPr="000E52BF" w:rsidRDefault="0024727F" w:rsidP="00E323B1">
            <w:pPr>
              <w:jc w:val="both"/>
            </w:pPr>
            <w:r w:rsidRPr="000E52BF">
              <w:t>- HS giới thiệu sản phẩm, kể việc mình đã làm và cảm xúc của bản thân.</w:t>
            </w:r>
          </w:p>
        </w:tc>
      </w:tr>
      <w:tr w:rsidR="000E52BF" w:rsidRPr="000E52BF" w:rsidTr="00E323B1">
        <w:trPr>
          <w:cantSplit/>
          <w:jc w:val="center"/>
        </w:trPr>
        <w:tc>
          <w:tcPr>
            <w:tcW w:w="5187" w:type="dxa"/>
            <w:shd w:val="clear" w:color="auto" w:fill="auto"/>
            <w:tcMar>
              <w:top w:w="70" w:type="dxa"/>
              <w:left w:w="90" w:type="dxa"/>
              <w:bottom w:w="70" w:type="dxa"/>
              <w:right w:w="90" w:type="dxa"/>
            </w:tcMar>
            <w:vAlign w:val="center"/>
          </w:tcPr>
          <w:p w:rsidR="009C4F13" w:rsidRPr="000E52BF" w:rsidRDefault="0024727F" w:rsidP="00E323B1">
            <w:pPr>
              <w:jc w:val="both"/>
            </w:pPr>
            <w:r w:rsidRPr="000E52BF">
              <w:t>- GV mời HS chia sẻ niềm vui khi cùng bố mẹ hoặc người thân đọc câu chuyện hài hước.</w:t>
            </w:r>
          </w:p>
        </w:tc>
        <w:tc>
          <w:tcPr>
            <w:tcW w:w="4586" w:type="dxa"/>
            <w:shd w:val="clear" w:color="auto" w:fill="auto"/>
            <w:tcMar>
              <w:top w:w="70" w:type="dxa"/>
              <w:left w:w="90" w:type="dxa"/>
              <w:bottom w:w="70" w:type="dxa"/>
              <w:right w:w="90" w:type="dxa"/>
            </w:tcMar>
            <w:vAlign w:val="center"/>
          </w:tcPr>
          <w:p w:rsidR="009C4F13" w:rsidRPr="000E52BF" w:rsidRDefault="0024727F" w:rsidP="00E323B1">
            <w:pPr>
              <w:jc w:val="both"/>
            </w:pPr>
            <w:r w:rsidRPr="000E52BF">
              <w:t>- HS kể tên câu chuyện, chi tiết vui và cảm xúc khi cùng người thân đọc chuyện.</w:t>
            </w:r>
          </w:p>
        </w:tc>
      </w:tr>
      <w:tr w:rsidR="000E52BF" w:rsidRPr="000E52BF" w:rsidTr="00E323B1">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9C4F13" w:rsidRPr="000E52BF" w:rsidRDefault="0024727F" w:rsidP="00E323B1">
            <w:pPr>
              <w:jc w:val="both"/>
            </w:pPr>
            <w:r w:rsidRPr="000E52BF">
              <w:t>- GV khuyến khích HS nhận xét bằng lời tích cực, không chê bai cách kể hoặc sản phẩm của bạn.</w:t>
            </w:r>
          </w:p>
        </w:tc>
        <w:tc>
          <w:tcPr>
            <w:tcW w:w="4586" w:type="dxa"/>
            <w:tcBorders>
              <w:bottom w:val="single" w:sz="6" w:space="0" w:color="000000"/>
            </w:tcBorders>
            <w:shd w:val="clear" w:color="auto" w:fill="auto"/>
            <w:tcMar>
              <w:top w:w="70" w:type="dxa"/>
              <w:left w:w="90" w:type="dxa"/>
              <w:bottom w:w="70" w:type="dxa"/>
              <w:right w:w="90" w:type="dxa"/>
            </w:tcMar>
            <w:vAlign w:val="center"/>
          </w:tcPr>
          <w:p w:rsidR="009C4F13" w:rsidRPr="000E52BF" w:rsidRDefault="0024727F" w:rsidP="00E323B1">
            <w:pPr>
              <w:jc w:val="both"/>
            </w:pPr>
            <w:r w:rsidRPr="000E52BF">
              <w:t>- HS lắng nghe, nhận xét lịch sự và cổ vũ phần chia sẻ của bạn.</w:t>
            </w:r>
          </w:p>
        </w:tc>
      </w:tr>
      <w:tr w:rsidR="000E52BF" w:rsidRPr="000E52BF" w:rsidTr="00E323B1">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9C4F13" w:rsidRPr="000E52BF" w:rsidRDefault="0024727F" w:rsidP="00E323B1">
            <w:pPr>
              <w:jc w:val="both"/>
            </w:pPr>
            <w:r w:rsidRPr="000E52BF">
              <w:rPr>
                <w:b/>
              </w:rPr>
              <w:t>4. HOẠT ĐỘNG NHÓM</w:t>
            </w:r>
            <w:r w:rsidRPr="000E52BF">
              <w:rPr>
                <w:b/>
              </w:rPr>
              <w:br/>
              <w:t>Trò chơi: “Ngày hội nụ cười”</w:t>
            </w:r>
          </w:p>
          <w:p w:rsidR="009C4F13" w:rsidRPr="000E52BF" w:rsidRDefault="0024727F" w:rsidP="00E323B1">
            <w:pPr>
              <w:jc w:val="both"/>
            </w:pPr>
            <w:r w:rsidRPr="000E52BF">
              <w:rPr>
                <w:b/>
              </w:rPr>
              <w:t xml:space="preserve">- Mục tiêu: </w:t>
            </w:r>
            <w:r w:rsidRPr="000E52BF">
              <w:t>HS cùng tạo ra sản phẩm hoạt động trải nghiệm, tham gia trò chơi và tăng cường tinh thần đoàn kết.</w:t>
            </w:r>
          </w:p>
          <w:p w:rsidR="009C4F13" w:rsidRPr="000E52BF" w:rsidRDefault="0024727F" w:rsidP="00E323B1">
            <w:pPr>
              <w:jc w:val="both"/>
            </w:pPr>
            <w:r w:rsidRPr="000E52BF">
              <w:rPr>
                <w:b/>
              </w:rPr>
              <w:t xml:space="preserve">Mục tiêu tích hợp: </w:t>
            </w:r>
            <w:r w:rsidRPr="000E52BF">
              <w:t>HS so sánh được cách AI nhận diện, phân loại biểu hiện cảm xúc qua hình ảnh với cách con người cảm nhận cảm xúc trong hoàn cảnh thực tế; biết AI có thể nhận diện sai và cần kiểm tra lại.</w:t>
            </w:r>
          </w:p>
          <w:p w:rsidR="009C4F13" w:rsidRPr="000E52BF" w:rsidRDefault="0024727F" w:rsidP="00E323B1">
            <w:pPr>
              <w:jc w:val="both"/>
            </w:pPr>
            <w:r w:rsidRPr="000E52BF">
              <w:rPr>
                <w:b/>
                <w:i/>
              </w:rPr>
              <w:t>* Cách tiến hành:</w:t>
            </w:r>
          </w:p>
        </w:tc>
      </w:tr>
      <w:tr w:rsidR="000E52BF" w:rsidRPr="000E52BF" w:rsidTr="00E323B1">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9C4F13" w:rsidRPr="000E52BF" w:rsidRDefault="0024727F" w:rsidP="00E323B1">
            <w:pPr>
              <w:jc w:val="both"/>
            </w:pPr>
            <w:r w:rsidRPr="000E52BF">
              <w:t>- GV cho HS thảo luận và thống nhất ý tưởng tổ chức “Ngày hội nụ cười”.</w:t>
            </w:r>
          </w:p>
        </w:tc>
        <w:tc>
          <w:tcPr>
            <w:tcW w:w="4586" w:type="dxa"/>
            <w:tcBorders>
              <w:top w:val="single" w:sz="6" w:space="0" w:color="000000"/>
            </w:tcBorders>
            <w:shd w:val="clear" w:color="auto" w:fill="auto"/>
            <w:tcMar>
              <w:top w:w="70" w:type="dxa"/>
              <w:left w:w="90" w:type="dxa"/>
              <w:bottom w:w="70" w:type="dxa"/>
              <w:right w:w="90" w:type="dxa"/>
            </w:tcMar>
            <w:vAlign w:val="center"/>
          </w:tcPr>
          <w:p w:rsidR="009C4F13" w:rsidRPr="000E52BF" w:rsidRDefault="0024727F" w:rsidP="00E323B1">
            <w:pPr>
              <w:jc w:val="both"/>
            </w:pPr>
            <w:r w:rsidRPr="000E52BF">
              <w:t>- HS thảo luận nhóm, đề xuất trò chơi, điệu nhảy, câu chuyện hoặc hoạt động vui nhộn.</w:t>
            </w:r>
          </w:p>
        </w:tc>
      </w:tr>
      <w:tr w:rsidR="000E52BF" w:rsidRPr="000E52BF" w:rsidTr="00E323B1">
        <w:trPr>
          <w:cantSplit/>
          <w:jc w:val="center"/>
        </w:trPr>
        <w:tc>
          <w:tcPr>
            <w:tcW w:w="5187" w:type="dxa"/>
            <w:shd w:val="clear" w:color="auto" w:fill="auto"/>
            <w:tcMar>
              <w:top w:w="70" w:type="dxa"/>
              <w:left w:w="90" w:type="dxa"/>
              <w:bottom w:w="70" w:type="dxa"/>
              <w:right w:w="90" w:type="dxa"/>
            </w:tcMar>
            <w:vAlign w:val="center"/>
          </w:tcPr>
          <w:p w:rsidR="009C4F13" w:rsidRPr="000E52BF" w:rsidRDefault="0024727F" w:rsidP="00E323B1">
            <w:pPr>
              <w:jc w:val="both"/>
            </w:pPr>
            <w:r w:rsidRPr="000E52BF">
              <w:t>- GV nêu luật chơi: Trong ngày hội, mọi người giữ nét mặt vui tươi, thân thiện; không trêu chọc, chế giễu hoặc làm bạn khó chịu.</w:t>
            </w:r>
          </w:p>
        </w:tc>
        <w:tc>
          <w:tcPr>
            <w:tcW w:w="4586" w:type="dxa"/>
            <w:shd w:val="clear" w:color="auto" w:fill="auto"/>
            <w:tcMar>
              <w:top w:w="70" w:type="dxa"/>
              <w:left w:w="90" w:type="dxa"/>
              <w:bottom w:w="70" w:type="dxa"/>
              <w:right w:w="90" w:type="dxa"/>
            </w:tcMar>
            <w:vAlign w:val="center"/>
          </w:tcPr>
          <w:p w:rsidR="009C4F13" w:rsidRPr="000E52BF" w:rsidRDefault="0024727F" w:rsidP="00E323B1">
            <w:pPr>
              <w:jc w:val="both"/>
            </w:pPr>
            <w:r w:rsidRPr="000E52BF">
              <w:t>- HS lắng nghe, nhắc lại luật chơi và thống nhất cách tham gia.</w:t>
            </w:r>
          </w:p>
        </w:tc>
      </w:tr>
      <w:tr w:rsidR="000E52BF" w:rsidRPr="000E52BF" w:rsidTr="00E323B1">
        <w:trPr>
          <w:cantSplit/>
          <w:jc w:val="center"/>
        </w:trPr>
        <w:tc>
          <w:tcPr>
            <w:tcW w:w="5187" w:type="dxa"/>
            <w:shd w:val="clear" w:color="auto" w:fill="auto"/>
            <w:tcMar>
              <w:top w:w="70" w:type="dxa"/>
              <w:left w:w="90" w:type="dxa"/>
              <w:bottom w:w="70" w:type="dxa"/>
              <w:right w:w="90" w:type="dxa"/>
            </w:tcMar>
            <w:vAlign w:val="center"/>
          </w:tcPr>
          <w:p w:rsidR="009C4F13" w:rsidRPr="000E52BF" w:rsidRDefault="0024727F" w:rsidP="00E323B1">
            <w:pPr>
              <w:jc w:val="both"/>
            </w:pPr>
            <w:r w:rsidRPr="000E52BF">
              <w:t>- GV tổ chức cho HS tham gia các hoạt động trong ngày hội: chơi trò chơi, nhảy múa theo nhạc vui nhộn và chia sẻ tiếng cười thân thiện.</w:t>
            </w:r>
          </w:p>
          <w:p w:rsidR="009C4F13" w:rsidRPr="000E52BF" w:rsidRDefault="009C4F13" w:rsidP="00E323B1">
            <w:pPr>
              <w:jc w:val="both"/>
            </w:pPr>
          </w:p>
        </w:tc>
        <w:tc>
          <w:tcPr>
            <w:tcW w:w="4586" w:type="dxa"/>
            <w:shd w:val="clear" w:color="auto" w:fill="auto"/>
            <w:tcMar>
              <w:top w:w="70" w:type="dxa"/>
              <w:left w:w="90" w:type="dxa"/>
              <w:bottom w:w="70" w:type="dxa"/>
              <w:right w:w="90" w:type="dxa"/>
            </w:tcMar>
            <w:vAlign w:val="center"/>
          </w:tcPr>
          <w:p w:rsidR="009C4F13" w:rsidRPr="000E52BF" w:rsidRDefault="0024727F" w:rsidP="00E323B1">
            <w:pPr>
              <w:jc w:val="both"/>
            </w:pPr>
            <w:r w:rsidRPr="000E52BF">
              <w:t>- HS chơi, nhảy múa và hợp tác với các bạn trong không khí vui vẻ.</w:t>
            </w:r>
          </w:p>
        </w:tc>
      </w:tr>
      <w:tr w:rsidR="000E52BF" w:rsidRPr="000E52BF" w:rsidTr="00E323B1">
        <w:trPr>
          <w:cantSplit/>
          <w:jc w:val="center"/>
        </w:trPr>
        <w:tc>
          <w:tcPr>
            <w:tcW w:w="5187" w:type="dxa"/>
            <w:shd w:val="clear" w:color="auto" w:fill="auto"/>
            <w:tcMar>
              <w:top w:w="70" w:type="dxa"/>
              <w:left w:w="90" w:type="dxa"/>
              <w:bottom w:w="70" w:type="dxa"/>
              <w:right w:w="90" w:type="dxa"/>
            </w:tcMar>
            <w:vAlign w:val="center"/>
          </w:tcPr>
          <w:p w:rsidR="009C4F13" w:rsidRPr="000E52BF" w:rsidRDefault="0024727F" w:rsidP="00E323B1">
            <w:pPr>
              <w:jc w:val="both"/>
            </w:pPr>
            <w:r w:rsidRPr="000E52BF">
              <w:t>- GV dùng thiết bị của GV cho công cụ AI nhận diện một số gương mặt đang cười hoặc các hình biểu cảm; sau đó cho HS quan sát kết quả máy dự đoán.</w:t>
            </w:r>
          </w:p>
        </w:tc>
        <w:tc>
          <w:tcPr>
            <w:tcW w:w="4586" w:type="dxa"/>
            <w:shd w:val="clear" w:color="auto" w:fill="auto"/>
            <w:tcMar>
              <w:top w:w="70" w:type="dxa"/>
              <w:left w:w="90" w:type="dxa"/>
              <w:bottom w:w="70" w:type="dxa"/>
              <w:right w:w="90" w:type="dxa"/>
            </w:tcMar>
            <w:vAlign w:val="center"/>
          </w:tcPr>
          <w:p w:rsidR="009C4F13" w:rsidRPr="000E52BF" w:rsidRDefault="0024727F" w:rsidP="00E323B1">
            <w:pPr>
              <w:jc w:val="both"/>
            </w:pPr>
            <w:r w:rsidRPr="000E52BF">
              <w:t>- HS quan sát kết quả, đối chiếu với cảm nhận của mình và phát hiện trường hợp máy nhận diện chưa phù hợp.</w:t>
            </w:r>
          </w:p>
        </w:tc>
      </w:tr>
      <w:tr w:rsidR="000E52BF" w:rsidRPr="000E52BF" w:rsidTr="00E323B1">
        <w:trPr>
          <w:cantSplit/>
          <w:jc w:val="center"/>
        </w:trPr>
        <w:tc>
          <w:tcPr>
            <w:tcW w:w="5187" w:type="dxa"/>
            <w:shd w:val="clear" w:color="auto" w:fill="auto"/>
            <w:tcMar>
              <w:top w:w="70" w:type="dxa"/>
              <w:left w:w="90" w:type="dxa"/>
              <w:bottom w:w="70" w:type="dxa"/>
              <w:right w:w="90" w:type="dxa"/>
            </w:tcMar>
            <w:vAlign w:val="center"/>
          </w:tcPr>
          <w:p w:rsidR="009C4F13" w:rsidRPr="000E52BF" w:rsidRDefault="0024727F" w:rsidP="00E323B1">
            <w:pPr>
              <w:jc w:val="both"/>
            </w:pPr>
            <w:r w:rsidRPr="000E52BF">
              <w:rPr>
                <w:b/>
              </w:rPr>
              <w:t xml:space="preserve">Câu hỏi dẫn tích hợp: </w:t>
            </w:r>
            <w:r w:rsidRPr="000E52BF">
              <w:t>Vì sao máy có thể nhìn thấy nụ cười nhưng vẫn có lúc đoán sai cảm xúc của một người? Con người cần làm gì để hiểu đúng cảm xúc của bạn?</w:t>
            </w:r>
          </w:p>
        </w:tc>
        <w:tc>
          <w:tcPr>
            <w:tcW w:w="4586" w:type="dxa"/>
            <w:shd w:val="clear" w:color="auto" w:fill="auto"/>
            <w:tcMar>
              <w:top w:w="70" w:type="dxa"/>
              <w:left w:w="90" w:type="dxa"/>
              <w:bottom w:w="70" w:type="dxa"/>
              <w:right w:w="90" w:type="dxa"/>
            </w:tcMar>
            <w:vAlign w:val="center"/>
          </w:tcPr>
          <w:p w:rsidR="009C4F13" w:rsidRPr="000E52BF" w:rsidRDefault="0024727F" w:rsidP="00E323B1">
            <w:pPr>
              <w:jc w:val="both"/>
            </w:pPr>
            <w:r w:rsidRPr="000E52BF">
              <w:t>- HS nêu: máy chỉ dựa vào dữ liệu như nét miệng, mắt hoặc hình ảnh; con người cần quan sát hoàn cảnh, hỏi han, lắng nghe và tôn trọng cảm xúc thật của bạn.</w:t>
            </w:r>
          </w:p>
        </w:tc>
      </w:tr>
      <w:tr w:rsidR="000E52BF" w:rsidRPr="000E52BF" w:rsidTr="00E323B1">
        <w:trPr>
          <w:cantSplit/>
          <w:jc w:val="center"/>
        </w:trPr>
        <w:tc>
          <w:tcPr>
            <w:tcW w:w="5187" w:type="dxa"/>
            <w:shd w:val="clear" w:color="auto" w:fill="auto"/>
            <w:tcMar>
              <w:top w:w="70" w:type="dxa"/>
              <w:left w:w="90" w:type="dxa"/>
              <w:bottom w:w="70" w:type="dxa"/>
              <w:right w:w="90" w:type="dxa"/>
            </w:tcMar>
            <w:vAlign w:val="center"/>
          </w:tcPr>
          <w:p w:rsidR="009C4F13" w:rsidRPr="000E52BF" w:rsidRDefault="0024727F" w:rsidP="00E323B1">
            <w:pPr>
              <w:jc w:val="both"/>
            </w:pPr>
            <w:r w:rsidRPr="000E52BF">
              <w:rPr>
                <w:b/>
              </w:rPr>
              <w:lastRenderedPageBreak/>
              <w:t xml:space="preserve">Diễn giải tích hợp: </w:t>
            </w:r>
            <w:r w:rsidRPr="000E52BF">
              <w:t>GV giải thích AI có thể phân loại biểu hiện khuôn mặt dựa trên những đặc điểm đã được học từ dữ liệu, chẳng hạn khóe miệng cong lên hoặc mắt nheo lại. Tuy nhiên, một người có thể mỉm cười vì vui, vì ngại, vì muốn động viên người khác hoặc đang cố che giấu nỗi buồn; do đó kết quả của AI có thể chưa chính xác. Con người cần quan sát hoàn cảnh, lắng nghe lời nói, hỏi han và tôn trọng điều người khác thật sự cảm nhận. GV nhắc HS không dùng kết quả do máy dự đoán để gắn nhãn, trêu chọc hoặc kết luận vội vàng về cảm xúc của bạn.</w:t>
            </w:r>
          </w:p>
        </w:tc>
        <w:tc>
          <w:tcPr>
            <w:tcW w:w="4586" w:type="dxa"/>
            <w:shd w:val="clear" w:color="auto" w:fill="auto"/>
            <w:tcMar>
              <w:top w:w="70" w:type="dxa"/>
              <w:left w:w="90" w:type="dxa"/>
              <w:bottom w:w="70" w:type="dxa"/>
              <w:right w:w="90" w:type="dxa"/>
            </w:tcMar>
            <w:vAlign w:val="center"/>
          </w:tcPr>
          <w:p w:rsidR="009C4F13" w:rsidRPr="000E52BF" w:rsidRDefault="0024727F" w:rsidP="00E323B1">
            <w:pPr>
              <w:jc w:val="both"/>
            </w:pPr>
            <w:r w:rsidRPr="000E52BF">
              <w:t>- HS lắng nghe, nêu được điểm khác nhau: AI phân loại dựa trên dữ liệu và dấu hiệu bên ngoài; con người còn biết lắng nghe, đồng cảm và hiểu hoàn cảnh.</w:t>
            </w:r>
          </w:p>
        </w:tc>
      </w:tr>
      <w:tr w:rsidR="000E52BF" w:rsidRPr="000E52BF" w:rsidTr="00E323B1">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9C4F13" w:rsidRPr="000E52BF" w:rsidRDefault="0024727F">
            <w:r w:rsidRPr="000E52BF">
              <w:t>- GV nhận xét, biểu dương tinh thần hợp tác và cách tạo niềm vui phù hợp của HS.</w:t>
            </w:r>
          </w:p>
        </w:tc>
        <w:tc>
          <w:tcPr>
            <w:tcW w:w="4586" w:type="dxa"/>
            <w:tcBorders>
              <w:bottom w:val="single" w:sz="6" w:space="0" w:color="000000"/>
            </w:tcBorders>
            <w:shd w:val="clear" w:color="auto" w:fill="auto"/>
            <w:tcMar>
              <w:top w:w="70" w:type="dxa"/>
              <w:left w:w="90" w:type="dxa"/>
              <w:bottom w:w="70" w:type="dxa"/>
              <w:right w:w="90" w:type="dxa"/>
            </w:tcMar>
            <w:vAlign w:val="center"/>
          </w:tcPr>
          <w:p w:rsidR="009C4F13" w:rsidRPr="000E52BF" w:rsidRDefault="0024727F">
            <w:r w:rsidRPr="000E52BF">
              <w:t>- HS lắng nghe, tự đánh giá và cổ vũ các nhóm.</w:t>
            </w:r>
          </w:p>
        </w:tc>
      </w:tr>
      <w:tr w:rsidR="000E52BF" w:rsidRPr="000E52BF" w:rsidTr="00E323B1">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9C4F13" w:rsidRPr="000E52BF" w:rsidRDefault="0024727F">
            <w:r w:rsidRPr="000E52BF">
              <w:rPr>
                <w:b/>
              </w:rPr>
              <w:t>5. HOẠT ĐỘNG SAU GIỜ HỌC</w:t>
            </w:r>
          </w:p>
          <w:p w:rsidR="009C4F13" w:rsidRPr="000E52BF" w:rsidRDefault="0024727F">
            <w:r w:rsidRPr="000E52BF">
              <w:rPr>
                <w:b/>
              </w:rPr>
              <w:t xml:space="preserve">- Mục tiêu: </w:t>
            </w:r>
            <w:r w:rsidRPr="000E52BF">
              <w:t>HS củng cố nội dung bài và tiếp tục thực hành thể hiện nụ cười thân thiện đúng lúc, đúng chỗ trong gia đình và ở trường.</w:t>
            </w:r>
          </w:p>
          <w:p w:rsidR="009C4F13" w:rsidRPr="000E52BF" w:rsidRDefault="0024727F">
            <w:r w:rsidRPr="000E52BF">
              <w:rPr>
                <w:b/>
                <w:i/>
              </w:rPr>
              <w:t>* Cách tiến hành:</w:t>
            </w:r>
          </w:p>
        </w:tc>
      </w:tr>
      <w:tr w:rsidR="000E52BF" w:rsidRPr="000E52BF" w:rsidTr="00E323B1">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9C4F13" w:rsidRPr="000E52BF" w:rsidRDefault="0024727F" w:rsidP="00E323B1">
            <w:pPr>
              <w:jc w:val="both"/>
            </w:pPr>
            <w:bookmarkStart w:id="0" w:name="_GoBack" w:colFirst="0" w:colLast="1"/>
            <w:r w:rsidRPr="000E52BF">
              <w:t>- GV yêu cầu HS về nhà thảo luận cùng bố mẹ hoặc người thân: Thế nào là cười đúng lúc?</w:t>
            </w:r>
          </w:p>
        </w:tc>
        <w:tc>
          <w:tcPr>
            <w:tcW w:w="4586" w:type="dxa"/>
            <w:tcBorders>
              <w:top w:val="single" w:sz="6" w:space="0" w:color="000000"/>
            </w:tcBorders>
            <w:shd w:val="clear" w:color="auto" w:fill="auto"/>
            <w:tcMar>
              <w:top w:w="70" w:type="dxa"/>
              <w:left w:w="90" w:type="dxa"/>
              <w:bottom w:w="70" w:type="dxa"/>
              <w:right w:w="90" w:type="dxa"/>
            </w:tcMar>
            <w:vAlign w:val="center"/>
          </w:tcPr>
          <w:p w:rsidR="009C4F13" w:rsidRPr="000E52BF" w:rsidRDefault="0024727F" w:rsidP="00E323B1">
            <w:pPr>
              <w:jc w:val="both"/>
            </w:pPr>
            <w:r w:rsidRPr="000E52BF">
              <w:t>- HS ghi nhớ câu hỏi và trao đổi với người thân.</w:t>
            </w:r>
          </w:p>
        </w:tc>
      </w:tr>
      <w:tr w:rsidR="000E52BF" w:rsidRPr="000E52BF" w:rsidTr="00E323B1">
        <w:trPr>
          <w:cantSplit/>
          <w:jc w:val="center"/>
        </w:trPr>
        <w:tc>
          <w:tcPr>
            <w:tcW w:w="5187" w:type="dxa"/>
            <w:shd w:val="clear" w:color="auto" w:fill="auto"/>
            <w:tcMar>
              <w:top w:w="70" w:type="dxa"/>
              <w:left w:w="90" w:type="dxa"/>
              <w:bottom w:w="70" w:type="dxa"/>
              <w:right w:w="90" w:type="dxa"/>
            </w:tcMar>
            <w:vAlign w:val="center"/>
          </w:tcPr>
          <w:p w:rsidR="009C4F13" w:rsidRPr="000E52BF" w:rsidRDefault="0024727F" w:rsidP="00E323B1">
            <w:pPr>
              <w:jc w:val="both"/>
            </w:pPr>
            <w:r w:rsidRPr="000E52BF">
              <w:t>- GV yêu cầu HS tìm hiểu: Vì sao nên cười đúng lúc, đúng chỗ?</w:t>
            </w:r>
          </w:p>
        </w:tc>
        <w:tc>
          <w:tcPr>
            <w:tcW w:w="4586" w:type="dxa"/>
            <w:shd w:val="clear" w:color="auto" w:fill="auto"/>
            <w:tcMar>
              <w:top w:w="70" w:type="dxa"/>
              <w:left w:w="90" w:type="dxa"/>
              <w:bottom w:w="70" w:type="dxa"/>
              <w:right w:w="90" w:type="dxa"/>
            </w:tcMar>
            <w:vAlign w:val="center"/>
          </w:tcPr>
          <w:p w:rsidR="009C4F13" w:rsidRPr="000E52BF" w:rsidRDefault="0024727F" w:rsidP="00E323B1">
            <w:pPr>
              <w:jc w:val="both"/>
            </w:pPr>
            <w:r w:rsidRPr="000E52BF">
              <w:t>- HS chia sẻ dự đoán và tiếp tục tìm câu trả lời cùng gia đình.</w:t>
            </w:r>
          </w:p>
        </w:tc>
      </w:tr>
      <w:tr w:rsidR="000E52BF" w:rsidRPr="000E52BF" w:rsidTr="00E323B1">
        <w:trPr>
          <w:cantSplit/>
          <w:jc w:val="center"/>
        </w:trPr>
        <w:tc>
          <w:tcPr>
            <w:tcW w:w="5187" w:type="dxa"/>
            <w:shd w:val="clear" w:color="auto" w:fill="auto"/>
            <w:tcMar>
              <w:top w:w="70" w:type="dxa"/>
              <w:left w:w="90" w:type="dxa"/>
              <w:bottom w:w="70" w:type="dxa"/>
              <w:right w:w="90" w:type="dxa"/>
            </w:tcMar>
            <w:vAlign w:val="center"/>
          </w:tcPr>
          <w:p w:rsidR="009C4F13" w:rsidRPr="000E52BF" w:rsidRDefault="0024727F" w:rsidP="00E323B1">
            <w:pPr>
              <w:jc w:val="both"/>
            </w:pPr>
            <w:r w:rsidRPr="000E52BF">
              <w:t>- GV dặn HS thực hành thể hiện nụ cười thân thiện ở nhà và ở lớp.</w:t>
            </w:r>
          </w:p>
        </w:tc>
        <w:tc>
          <w:tcPr>
            <w:tcW w:w="4586" w:type="dxa"/>
            <w:shd w:val="clear" w:color="auto" w:fill="auto"/>
            <w:tcMar>
              <w:top w:w="70" w:type="dxa"/>
              <w:left w:w="90" w:type="dxa"/>
              <w:bottom w:w="70" w:type="dxa"/>
              <w:right w:w="90" w:type="dxa"/>
            </w:tcMar>
            <w:vAlign w:val="center"/>
          </w:tcPr>
          <w:p w:rsidR="009C4F13" w:rsidRPr="000E52BF" w:rsidRDefault="0024727F" w:rsidP="00E323B1">
            <w:pPr>
              <w:jc w:val="both"/>
            </w:pPr>
            <w:r w:rsidRPr="000E52BF">
              <w:t>- HS cam kết chào hỏi, mỉm cười, nói lời vui vẻ và tôn trọng cảm xúc của mọi người.</w:t>
            </w:r>
          </w:p>
        </w:tc>
      </w:tr>
      <w:bookmarkEnd w:id="0"/>
      <w:tr w:rsidR="000E52BF" w:rsidRPr="000E52BF" w:rsidTr="00E323B1">
        <w:trPr>
          <w:cantSplit/>
          <w:jc w:val="center"/>
        </w:trPr>
        <w:tc>
          <w:tcPr>
            <w:tcW w:w="5187" w:type="dxa"/>
            <w:shd w:val="clear" w:color="auto" w:fill="auto"/>
            <w:tcMar>
              <w:top w:w="70" w:type="dxa"/>
              <w:left w:w="90" w:type="dxa"/>
              <w:bottom w:w="70" w:type="dxa"/>
              <w:right w:w="90" w:type="dxa"/>
            </w:tcMar>
            <w:vAlign w:val="center"/>
          </w:tcPr>
          <w:p w:rsidR="009C4F13" w:rsidRPr="000E52BF" w:rsidRDefault="0024727F">
            <w:r w:rsidRPr="000E52BF">
              <w:t>- GV cho HS chia sẻ xem mình có thể trở thành người vui vẻ, thân thiện bằng việc làm nào trong tuần tới.</w:t>
            </w:r>
          </w:p>
        </w:tc>
        <w:tc>
          <w:tcPr>
            <w:tcW w:w="4586" w:type="dxa"/>
            <w:shd w:val="clear" w:color="auto" w:fill="auto"/>
            <w:tcMar>
              <w:top w:w="70" w:type="dxa"/>
              <w:left w:w="90" w:type="dxa"/>
              <w:bottom w:w="70" w:type="dxa"/>
              <w:right w:w="90" w:type="dxa"/>
            </w:tcMar>
            <w:vAlign w:val="center"/>
          </w:tcPr>
          <w:p w:rsidR="009C4F13" w:rsidRPr="000E52BF" w:rsidRDefault="0024727F">
            <w:r w:rsidRPr="000E52BF">
              <w:t>- HS nêu một việc cụ thể và thực hiện cam kết.</w:t>
            </w:r>
          </w:p>
        </w:tc>
      </w:tr>
    </w:tbl>
    <w:p w:rsidR="009C4F13" w:rsidRPr="000E52BF" w:rsidRDefault="0024727F">
      <w:r w:rsidRPr="000E52BF">
        <w:rPr>
          <w:b/>
        </w:rPr>
        <w:t>IV. ĐIỀU CHỈNH SAU BÀI DẠY:</w:t>
      </w:r>
    </w:p>
    <w:p w:rsidR="009C4F13" w:rsidRPr="000E52BF" w:rsidRDefault="0024727F">
      <w:r w:rsidRPr="000E52BF">
        <w:t>................................................................................................................</w:t>
      </w:r>
    </w:p>
    <w:p w:rsidR="009C4F13" w:rsidRPr="000E52BF" w:rsidRDefault="0024727F">
      <w:r w:rsidRPr="000E52BF">
        <w:t>................................................................................................................</w:t>
      </w:r>
    </w:p>
    <w:p w:rsidR="009C4F13" w:rsidRPr="000E52BF" w:rsidRDefault="0024727F">
      <w:r w:rsidRPr="000E52BF">
        <w:t>................................................................................................................</w:t>
      </w:r>
    </w:p>
    <w:sectPr w:rsidR="009C4F13" w:rsidRPr="000E52BF" w:rsidSect="00034616">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5"/>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E52BF"/>
    <w:rsid w:val="0015074B"/>
    <w:rsid w:val="0024727F"/>
    <w:rsid w:val="0029639D"/>
    <w:rsid w:val="00326F90"/>
    <w:rsid w:val="009C4F13"/>
    <w:rsid w:val="00AA1D8D"/>
    <w:rsid w:val="00B24085"/>
    <w:rsid w:val="00B47730"/>
    <w:rsid w:val="00CB0664"/>
    <w:rsid w:val="00E323B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8"/>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0E52BF"/>
    <w:rPr>
      <w:rFonts w:ascii="Tahoma" w:hAnsi="Tahoma" w:cs="Tahoma"/>
      <w:sz w:val="16"/>
      <w:szCs w:val="16"/>
    </w:rPr>
  </w:style>
  <w:style w:type="character" w:customStyle="1" w:styleId="BalloonTextChar">
    <w:name w:val="Balloon Text Char"/>
    <w:basedOn w:val="DefaultParagraphFont"/>
    <w:link w:val="BalloonText"/>
    <w:uiPriority w:val="99"/>
    <w:semiHidden/>
    <w:rsid w:val="000E52BF"/>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8"/>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0E52BF"/>
    <w:rPr>
      <w:rFonts w:ascii="Tahoma" w:hAnsi="Tahoma" w:cs="Tahoma"/>
      <w:sz w:val="16"/>
      <w:szCs w:val="16"/>
    </w:rPr>
  </w:style>
  <w:style w:type="character" w:customStyle="1" w:styleId="BalloonTextChar">
    <w:name w:val="Balloon Text Char"/>
    <w:basedOn w:val="DefaultParagraphFont"/>
    <w:link w:val="BalloonText"/>
    <w:uiPriority w:val="99"/>
    <w:semiHidden/>
    <w:rsid w:val="000E52B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18BC4C-9F09-4DA0-9DB6-44D363806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3112</Words>
  <Characters>17739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HĐTN 2 - Tuần 2 - Tiết 1 SHDC đã rà soát hình thức tổ chức</vt:lpstr>
    </vt:vector>
  </TitlesOfParts>
  <Manager/>
  <Company/>
  <LinksUpToDate>false</LinksUpToDate>
  <CharactersWithSpaces>20810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HĐTN 2 - Tuần 2 - Tiết 1 SHDC đã rà soát hình thức tổ chức</dc:title>
  <dc:subject>TRÌNH DIỄN SÂN KHẤU</dc:subject>
  <dc:creator>Nguyễn Bảo Trân</dc:creator>
  <cp:keywords/>
  <dc:description>generated by python-docx</dc:description>
  <cp:lastModifiedBy>Administrator</cp:lastModifiedBy>
  <cp:revision>3</cp:revision>
  <dcterms:created xsi:type="dcterms:W3CDTF">2026-06-12T21:42:00Z</dcterms:created>
  <dcterms:modified xsi:type="dcterms:W3CDTF">2026-08-17T09:55:00Z</dcterms:modified>
  <cp:category/>
</cp:coreProperties>
</file>